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260 questions · browse · full transcripts with timestamps · exported 2026-09-22</w:t>
      </w:r>
    </w:p>
    <w:p>
      <w:pPr>
        <w:pStyle w:val="Heading2"/>
      </w:pPr>
      <w:r>
        <w:t>Avoiding obstacles to brilliant personality</w:t>
      </w:r>
    </w:p>
    <w:p>
      <w:r>
        <w:rPr>
          <w:color w:val="666666"/>
          <w:sz w:val="18"/>
        </w:rPr>
        <w:t>Ethics &amp; Character · Brilliant Personality November 27, 2016 · 5m 59s · at 1:03:01 · https://youtu.be/268O3sgnjC0?t=3781</w:t>
      </w:r>
    </w:p>
    <w:p>
      <w:r>
        <w:rPr>
          <w:i/>
        </w:rPr>
        <w:t>“What are those things that as a believer I should not do which will stop me from becoming a brilliant personality?”</w:t>
      </w:r>
    </w:p>
    <w:p>
      <w:r>
        <w:rPr>
          <w:sz w:val="20"/>
        </w:rPr>
        <w:t>1:03:01  Maulana, agla sawal zuber iqbal sahab ne kiya hai nagpur se aur unhon ne likha hai: "Maulana sahab</w:t>
      </w:r>
      <w:r>
        <w:br/>
      </w:r>
      <w:r>
        <w:rPr>
          <w:sz w:val="20"/>
        </w:rPr>
        <w:t>1:03:09  what are those things that as a believer I should not do which will stop me from becoming</w:t>
      </w:r>
      <w:r>
        <w:br/>
      </w:r>
      <w:r>
        <w:rPr>
          <w:sz w:val="20"/>
        </w:rPr>
        <w:t>1:03:16  a brilliant personality?</w:t>
      </w:r>
      <w:r>
        <w:br/>
      </w:r>
      <w:r>
        <w:rPr>
          <w:sz w:val="20"/>
        </w:rPr>
        <w:t>1:03:24  Kindly advice.</w:t>
      </w:r>
      <w:r>
        <w:br/>
      </w:r>
      <w:r>
        <w:rPr>
          <w:sz w:val="20"/>
        </w:rPr>
        <w:t>1:03:29  Bhai, main ne to yeh samjha hai ke sab se zyada jo disastrous cheez hai, mohlik, woh hai distraction.</w:t>
      </w:r>
      <w:r>
        <w:br/>
      </w:r>
      <w:r>
        <w:rPr>
          <w:sz w:val="20"/>
        </w:rPr>
        <w:t>1:03:34  Har aadmi pe distraction mein pada mujhe nazar aata hai.</w:t>
      </w:r>
      <w:r>
        <w:br/>
      </w:r>
      <w:r>
        <w:rPr>
          <w:sz w:val="20"/>
        </w:rPr>
        <w:t>1:03:39  Zara si baat se distract hote hain log, zara si baat se distract hote hain log.</w:t>
      </w:r>
      <w:r>
        <w:br/>
      </w:r>
      <w:r>
        <w:rPr>
          <w:sz w:val="20"/>
        </w:rPr>
        <w:t>1:03:45  Jaise main ne ek misaal is se pehle de chuka hoon aap ko ke main ek sahab ke</w:t>
      </w:r>
      <w:r>
        <w:br/>
      </w:r>
      <w:r>
        <w:rPr>
          <w:sz w:val="20"/>
        </w:rPr>
        <w:t>1:03:50  saath tha aur bahut hi serious deeni baatein ho rahi theen.</w:t>
      </w:r>
      <w:r>
        <w:br/>
      </w:r>
      <w:r>
        <w:rPr>
          <w:sz w:val="20"/>
        </w:rPr>
        <w:t>1:03:55  Ab un ka chhota bachcha aa gaya to foran utha kar god mein rakh liya unhon ne.</w:t>
      </w:r>
      <w:r>
        <w:br/>
      </w:r>
      <w:r>
        <w:rPr>
          <w:sz w:val="20"/>
        </w:rPr>
        <w:t>1:04:01  Yeh hai distraction.</w:t>
      </w:r>
      <w:r>
        <w:br/>
      </w:r>
      <w:r>
        <w:rPr>
          <w:sz w:val="20"/>
        </w:rPr>
        <w:t>1:04:06  Phir woh bachcha aaya hai, aayega, jayega.</w:t>
      </w:r>
      <w:r>
        <w:br/>
      </w:r>
      <w:r>
        <w:rPr>
          <w:sz w:val="20"/>
        </w:rPr>
        <w:t>1:04:11  Is ko, is ko aap apne sochne ke silsile ko todte hain, kyun todte hain? Isi ko kehte hain distraction.</w:t>
      </w:r>
      <w:r>
        <w:br/>
      </w:r>
      <w:r>
        <w:rPr>
          <w:sz w:val="20"/>
        </w:rPr>
        <w:t>1:04:17  Main ek martaba, main ek dastarkhwan par tha, kisi ka dawat thi to bahut saaman aa raha tha.</w:t>
      </w:r>
      <w:r>
        <w:br/>
      </w:r>
      <w:r>
        <w:rPr>
          <w:sz w:val="20"/>
        </w:rPr>
        <w:t>1:04:22  ek ke baad ek.</w:t>
      </w:r>
      <w:r>
        <w:br/>
      </w:r>
      <w:r>
        <w:rPr>
          <w:sz w:val="20"/>
        </w:rPr>
        <w:t>1:04:27  to mein to aksar aise mauqe par sookhi roti kha leta hoon, bas kuch.</w:t>
      </w:r>
      <w:r>
        <w:br/>
      </w:r>
      <w:r>
        <w:rPr>
          <w:sz w:val="20"/>
        </w:rPr>
        <w:t>1:04:33  to murgh, murgh aaya, haan murgh.</w:t>
      </w:r>
      <w:r>
        <w:br/>
      </w:r>
      <w:r>
        <w:rPr>
          <w:sz w:val="20"/>
        </w:rPr>
        <w:t>1:04:38  to ek sahab ne kaha ke nishan-e-mard-e-momin baat goyam jo murgh aaya to sam lahab is to</w:t>
      </w:r>
      <w:r>
        <w:br/>
      </w:r>
      <w:r>
        <w:rPr>
          <w:sz w:val="20"/>
        </w:rPr>
        <w:t>1:04:43  wo distraction hai.</w:t>
      </w:r>
      <w:r>
        <w:br/>
      </w:r>
      <w:r>
        <w:rPr>
          <w:sz w:val="20"/>
        </w:rPr>
        <w:t>1:04:49  yaani hum sochein, hum jab matlab baitha hoon dastarkhwan par to mein sochta hoon ke Allah ne kaisi</w:t>
      </w:r>
      <w:r>
        <w:br/>
      </w:r>
      <w:r>
        <w:rPr>
          <w:sz w:val="20"/>
        </w:rPr>
        <w:t>1:04:54  acchi cheezein banayi hain.</w:t>
      </w:r>
      <w:r>
        <w:br/>
      </w:r>
      <w:r>
        <w:rPr>
          <w:sz w:val="20"/>
        </w:rPr>
        <w:t>1:04:59  mujhe roti, roti nahi dikhayi thi.</w:t>
      </w:r>
      <w:r>
        <w:br/>
      </w:r>
      <w:r>
        <w:rPr>
          <w:sz w:val="20"/>
        </w:rPr>
        <w:t>1:05:05  roti mein gandum ka khet, us ke pehle barishein, us ke pehle zameen ka banna, ek poora process</w:t>
      </w:r>
      <w:r>
        <w:br/>
      </w:r>
      <w:r>
        <w:rPr>
          <w:sz w:val="20"/>
        </w:rPr>
        <w:t>1:05:10  hai jo billion billion years ka.</w:t>
      </w:r>
      <w:r>
        <w:br/>
      </w:r>
      <w:r>
        <w:rPr>
          <w:sz w:val="20"/>
        </w:rPr>
        <w:t>1:05:15  tab mujhe roti mili hai.</w:t>
      </w:r>
      <w:r>
        <w:br/>
      </w:r>
      <w:r>
        <w:rPr>
          <w:sz w:val="20"/>
        </w:rPr>
        <w:t>1:05:21  to mein to kho jaata hoon Allah ki takhleeq mein.</w:t>
      </w:r>
      <w:r>
        <w:br/>
      </w:r>
      <w:r>
        <w:rPr>
          <w:sz w:val="20"/>
        </w:rPr>
        <w:t>1:05:26  ab in ko bas murgh aaya to bas distract ho gaye.</w:t>
      </w:r>
      <w:r>
        <w:br/>
      </w:r>
      <w:r>
        <w:rPr>
          <w:sz w:val="20"/>
        </w:rPr>
        <w:t>1:05:31  isi mein ab le rahe hain, kha rahe hain. Alhamdulillah, Alhamdulillah.</w:t>
      </w:r>
      <w:r>
        <w:br/>
      </w:r>
      <w:r>
        <w:rPr>
          <w:sz w:val="20"/>
        </w:rPr>
        <w:t>1:05:37  yeh distraction hai, Alhamdulillah nahi hai.</w:t>
      </w:r>
      <w:r>
        <w:br/>
      </w:r>
      <w:r>
        <w:rPr>
          <w:sz w:val="20"/>
        </w:rPr>
        <w:t>1:05:42  yeh distraction hai.</w:t>
      </w:r>
      <w:r>
        <w:br/>
      </w:r>
      <w:r>
        <w:rPr>
          <w:sz w:val="20"/>
        </w:rPr>
        <w:t>1:05:47  aap ke samne khana aaya hai to jaise aaj aap ne mujhe ek anda diya khane ke liye</w:t>
      </w:r>
      <w:r>
        <w:br/>
      </w:r>
      <w:r>
        <w:rPr>
          <w:sz w:val="20"/>
        </w:rPr>
        <w:t>1:05:53  to anda dekh kar main samjha ke ke kaise, kitni ajeeb qudrat hai Allah taala ki ke murghi,</w:t>
      </w:r>
      <w:r>
        <w:br/>
      </w:r>
      <w:r>
        <w:rPr>
          <w:sz w:val="20"/>
        </w:rPr>
        <w:t>1:05:58  murghi ke andar anda kaise banta hai.</w:t>
      </w:r>
      <w:r>
        <w:br/>
      </w:r>
      <w:r>
        <w:rPr>
          <w:sz w:val="20"/>
        </w:rPr>
        <w:t>1:06:03  murghi ke andar anda aur ande ke andar protein kaisa hota hai.</w:t>
      </w:r>
      <w:r>
        <w:br/>
      </w:r>
      <w:r>
        <w:rPr>
          <w:sz w:val="20"/>
        </w:rPr>
        <w:t>1:06:09  to jab is nazar se dekhenge to is se aap ko marifat ka nectar milega.</w:t>
      </w:r>
      <w:r>
        <w:br/>
      </w:r>
      <w:r>
        <w:rPr>
          <w:sz w:val="20"/>
        </w:rPr>
        <w:t>1:06:14  nahi to aap distract hote rahenge har waqt.</w:t>
      </w:r>
      <w:r>
        <w:br/>
      </w:r>
      <w:r>
        <w:rPr>
          <w:sz w:val="20"/>
        </w:rPr>
        <w:t>1:06:19  mein logon ko dekhta hoon, distract hote hain, distract hote hain, distract hote hain.</w:t>
      </w:r>
      <w:r>
        <w:br/>
      </w:r>
      <w:r>
        <w:rPr>
          <w:sz w:val="20"/>
        </w:rPr>
        <w:t>1:06:25  khana aayega to arey bhai, pada item to hai nahi, chutney to, chutney to hai nahi.</w:t>
      </w:r>
      <w:r>
        <w:br/>
      </w:r>
      <w:r>
        <w:rPr>
          <w:sz w:val="20"/>
        </w:rPr>
        <w:t>1:06:30  yeh bhi distraction hai.</w:t>
      </w:r>
      <w:r>
        <w:br/>
      </w:r>
      <w:r>
        <w:rPr>
          <w:sz w:val="20"/>
        </w:rPr>
        <w:t>1:06:35  ek ek sahib ke haan mein khane par tha, un ka mulazim tha, is ka naam tha rehman,</w:t>
      </w:r>
      <w:r>
        <w:br/>
      </w:r>
      <w:r>
        <w:rPr>
          <w:sz w:val="20"/>
        </w:rPr>
        <w:t>1:06:41  rehman naam tha is ka.</w:t>
      </w:r>
      <w:r>
        <w:br/>
      </w:r>
      <w:r>
        <w:rPr>
          <w:sz w:val="20"/>
        </w:rPr>
        <w:t>1:06:46  to khana aaya to woh chuttni ke bohat shaukeen thay, khane mein chuttni.</w:t>
      </w:r>
      <w:r>
        <w:br/>
      </w:r>
      <w:r>
        <w:rPr>
          <w:sz w:val="20"/>
        </w:rPr>
        <w:t>1:06:51  to dekha ke chuttni nahi hai to kehte hain rehman miyan, dekho to chuttni bhi khai hai.</w:t>
      </w:r>
      <w:r>
        <w:br/>
      </w:r>
      <w:r>
        <w:rPr>
          <w:sz w:val="20"/>
        </w:rPr>
        <w:t>1:06:57  ab mein to masroof ho jata hoon, sirf roti hi kyun na ho? ke kaise Allah ne roti</w:t>
      </w:r>
      <w:r>
        <w:br/>
      </w:r>
      <w:r>
        <w:rPr>
          <w:sz w:val="20"/>
        </w:rPr>
        <w:t>1:07:02  banai, kaise Allah ne chawal banaya.</w:t>
      </w:r>
      <w:r>
        <w:br/>
      </w:r>
      <w:r>
        <w:rPr>
          <w:sz w:val="20"/>
        </w:rPr>
        <w:t>1:07:07  aap ko dikhaya jata hai ke chuttni nahi hai, achar nahi hai, aur koi sweet item nahi hai.</w:t>
      </w:r>
      <w:r>
        <w:br/>
      </w:r>
      <w:r>
        <w:rPr>
          <w:sz w:val="20"/>
        </w:rPr>
        <w:t>1:07:13  yeh sab distraction hai.</w:t>
      </w:r>
      <w:r>
        <w:br/>
      </w:r>
      <w:r>
        <w:rPr>
          <w:sz w:val="20"/>
        </w:rPr>
        <w:t>1:07:18  to agar aap ko aala marifat darkar hai to aap ko distraction se bachna pare ga, nahi to</w:t>
      </w:r>
      <w:r>
        <w:br/>
      </w:r>
      <w:r>
        <w:rPr>
          <w:sz w:val="20"/>
        </w:rPr>
        <w:t>1:07:23  aala marifat milne wali bhi nahi hai.</w:t>
      </w:r>
      <w:r>
        <w:br/>
      </w:r>
      <w:r>
        <w:rPr>
          <w:sz w:val="20"/>
        </w:rPr>
        <w:t>1:07:29  Okay, before we end this session, just another announcement: that Goodword Books would be participating in two upcoming</w:t>
      </w:r>
      <w:r>
        <w:br/>
      </w:r>
      <w:r>
        <w:rPr>
          <w:sz w:val="20"/>
        </w:rPr>
        <w:t>1:07:34  book fairs in Doha and in Jeddah.</w:t>
      </w:r>
      <w:r>
        <w:br/>
      </w:r>
      <w:r>
        <w:rPr>
          <w:sz w:val="20"/>
        </w:rPr>
        <w:t>1:07:39  So you can get books of Maulana Wahiduddin Khan sahib and Dr.</w:t>
      </w:r>
      <w:r>
        <w:br/>
      </w:r>
      <w:r>
        <w:rPr>
          <w:sz w:val="20"/>
        </w:rPr>
        <w:t>1:07:45  Saneer Stain Khan sahib.</w:t>
      </w:r>
      <w:r>
        <w:br/>
      </w:r>
      <w:r>
        <w:rPr>
          <w:sz w:val="20"/>
        </w:rPr>
        <w:t>1:07:50  The dates for these two book fairs are in Doha; the book fair starts on November 30th till</w:t>
      </w:r>
      <w:r>
        <w:br/>
      </w:r>
      <w:r>
        <w:rPr>
          <w:sz w:val="20"/>
        </w:rPr>
        <w:t>1:07:55  about 10th December, and the contact person is Maulana Yaqoob Umri.</w:t>
      </w:r>
      <w:r>
        <w:br/>
      </w:r>
      <w:r>
        <w:rPr>
          <w:sz w:val="20"/>
        </w:rPr>
        <w:t>1:08:01  The Jeddah book fair is between December 15th to December 25th, and you can contact Syed Ahmad Ali and Maulana Yaqoob Omri. Thank you for watching CPS International. We will be back next week same time. Thank you.</w:t>
      </w:r>
    </w:p>
    <w:p>
      <w:pPr>
        <w:pStyle w:val="Heading2"/>
      </w:pPr>
      <w:r>
        <w:t>Basic Difference Between Contentment and Greed</w:t>
      </w:r>
    </w:p>
    <w:p>
      <w:r>
        <w:rPr>
          <w:color w:val="666666"/>
          <w:sz w:val="18"/>
        </w:rPr>
        <w:t>Ethics &amp; Character · Between Hell and Paradise January 27, 2013 · 8m 25s · at 1:17:01 · https://youtu.be/0IItFxGXPQ4?t=4621</w:t>
      </w:r>
    </w:p>
    <w:p>
      <w:r>
        <w:rPr>
          <w:i/>
        </w:rPr>
        <w:t>“What is the basic difference between contentment (qana'at) and greed (hirs)? Why doesn't today's person find contentment?”</w:t>
      </w:r>
    </w:p>
    <w:p>
      <w:r>
        <w:rPr>
          <w:sz w:val="20"/>
        </w:rPr>
        <w:t>1:17:01  Maulana, agla sawal Pakistan se hai, Miss Salma ka. Unhone likha hai: "Qanaat aur hiras mein buniyadi farq kya hai?" Maulana sahib, aaj ka insaan qanaat kyun nahi pata?</w:t>
      </w:r>
      <w:r>
        <w:br/>
      </w:r>
      <w:r>
        <w:rPr>
          <w:sz w:val="20"/>
        </w:rPr>
        <w:t>1:17:19  Qanaat naam hai basic need par apne ko raazi karne ka.</w:t>
      </w:r>
      <w:r>
        <w:br/>
      </w:r>
      <w:r>
        <w:rPr>
          <w:sz w:val="20"/>
        </w:rPr>
        <w:t>1:17:26  Basic need raazi karne ka naam qanaat hai. Aur basic need ke baad jo cheezein hain, jo comfort aur luxury type ki, wahi hiras hai.</w:t>
      </w:r>
      <w:r>
        <w:br/>
      </w:r>
      <w:r>
        <w:rPr>
          <w:sz w:val="20"/>
        </w:rPr>
        <w:t>1:17:38  To hiras ki koi had nahi hai. Yaad rakhiye, basic need ki to had hai, lekin comfort aur luxury ki koi had nahi hai. To qanaat ki had hai, lekin hiras ki had nahi hai.</w:t>
      </w:r>
      <w:r>
        <w:br/>
      </w:r>
      <w:r>
        <w:rPr>
          <w:sz w:val="20"/>
        </w:rPr>
        <w:t>1:17:51  To jo qanaat par apne ko raazi karega, wo shaitan se bach jayega.</w:t>
      </w:r>
      <w:r>
        <w:br/>
      </w:r>
      <w:r>
        <w:rPr>
          <w:sz w:val="20"/>
        </w:rPr>
        <w:t>1:17:56  Aur jo hiras par ke raaste par chalega, to shaitan to kabhi bhi usko mutmaeen nahi hone dega, kyunke iski koi had had aati hi nahi hai.</w:t>
      </w:r>
      <w:r>
        <w:br/>
      </w:r>
      <w:r>
        <w:rPr>
          <w:sz w:val="20"/>
        </w:rPr>
        <w:t>1:18:07  Aaj jitna hai, kal aur zyada, parson aur zyada, dason aur zyada. To hiras ka yaani jo yeh process hai, hiras wali soch ka chalta hi rehta hai, chalta hi rehta hai, chalta hi rehta hai.</w:t>
      </w:r>
      <w:r>
        <w:br/>
      </w:r>
      <w:r>
        <w:rPr>
          <w:sz w:val="20"/>
        </w:rPr>
        <w:t>1:18:20  No end.</w:t>
      </w:r>
      <w:r>
        <w:br/>
      </w:r>
      <w:r>
        <w:rPr>
          <w:sz w:val="20"/>
        </w:rPr>
        <w:t>1:18:22  To apne aap ko yaani rokiye qanaat par, break lagaiye. Agar break nahi lagayenge to kya hoga? Shaitan chala jayega aap ko hiras ke yaani shahrah par.</w:t>
      </w:r>
      <w:r>
        <w:br/>
      </w:r>
      <w:r>
        <w:rPr>
          <w:sz w:val="20"/>
        </w:rPr>
        <w:t>1:18:37  Aur phir aap daudte rahenge, kabhi end nahi aayega.</w:t>
      </w:r>
      <w:r>
        <w:br/>
      </w:r>
      <w:r>
        <w:rPr>
          <w:sz w:val="20"/>
        </w:rPr>
        <w:t>1:18:44  Maulana, agla sawal Delhi se hai, Mufti A. Sameer Qasmi sahib ka</w:t>
      </w:r>
      <w:r>
        <w:br/>
      </w:r>
      <w:r>
        <w:rPr>
          <w:sz w:val="20"/>
        </w:rPr>
        <w:t>1:18:49  . Unhone likha hai: "Non-muslim tak dawat pahunchana wajib, mustahab, mubash ya farz kya hai?</w:t>
      </w:r>
      <w:r>
        <w:br/>
      </w:r>
      <w:r>
        <w:rPr>
          <w:sz w:val="20"/>
        </w:rPr>
        <w:t>1:18:59  Iske bare mein bataein." Farz hai, farz-e-ain hai. Sabse bada farz hai. Dekhiye, Rasool Allah Sallallahu Alaihi Wasallam par farz tha ke nahi tha?</w:t>
      </w:r>
      <w:r>
        <w:br/>
      </w:r>
      <w:r>
        <w:rPr>
          <w:sz w:val="20"/>
        </w:rPr>
        <w:t>1:19:11  "Wa in labta fawalfaha balaghta risalatan" . Rasool Allah par farz tha ke aap dawat pahuncha rahe hon tab.</w:t>
      </w:r>
      <w:r>
        <w:br/>
      </w:r>
      <w:r>
        <w:rPr>
          <w:sz w:val="20"/>
        </w:rPr>
        <w:t>1:19:22  Ab ummat-e-muslimah, ummat-e-muslimah kyun hai? Ummat-e-Muhammadia, ummat-e-Muhammadia kyun hai? Isi liye ke kar-e-Muhammadia ki zimmedari is par aa gayi hai.</w:t>
      </w:r>
      <w:r>
        <w:br/>
      </w:r>
      <w:r>
        <w:rPr>
          <w:sz w:val="20"/>
        </w:rPr>
        <w:t>1:19:32  Ummat-e-Muhammadia jo hai, free bani ummat-e-Muhammadia nahi hai. Duty ki bina par rahega.</w:t>
      </w:r>
      <w:r>
        <w:br/>
      </w:r>
      <w:r>
        <w:rPr>
          <w:sz w:val="20"/>
        </w:rPr>
        <w:t>1:19:40  To jo duty Akbar ki thi ke logon tak pahunchao, "Qum fa-anzir, qum fa-anzir" . Jab khatm-e-Nabuwat ke baad ab koi Nabi nahi aane wala hai, to ummat-e-Muhammadia iski jagah par zimmedar hai.</w:t>
      </w:r>
      <w:r>
        <w:br/>
      </w:r>
      <w:r>
        <w:rPr>
          <w:sz w:val="20"/>
        </w:rPr>
        <w:t>1:19:55  "Li yakoonu rasoolan shaheedan alaikum wa takoonu shuhada alannas" . To Paighambar par farz thi dawat. Is tarah se ummat ke har fard par farz hai.</w:t>
      </w:r>
      <w:r>
        <w:br/>
      </w:r>
      <w:r>
        <w:rPr>
          <w:sz w:val="20"/>
        </w:rPr>
        <w:t>1:20:04  Yeh farz hai, farz-e-kifaya, farz-e-kifaya bhi nahi hai.</w:t>
      </w:r>
      <w:r>
        <w:br/>
      </w:r>
      <w:r>
        <w:rPr>
          <w:sz w:val="20"/>
        </w:rPr>
        <w:t>1:20:08  Bilkul galat woh kehte hain jo kehte hain yeh farz-e-kifaya hai. Yeh farz-e-ain hai. Har aadmi ke contact mein jo aadmi aata hai, aadmi jo aadmi aur aadmi ka padosi hai, woh sab par aap ko dawat pahunchana hai.</w:t>
      </w:r>
      <w:r>
        <w:br/>
      </w:r>
      <w:r>
        <w:rPr>
          <w:sz w:val="20"/>
        </w:rPr>
        <w:t>1:20:21  Nahi pahunchayenge to Allah ka madadgar qarar payenge. Yeh farz-e-ain hai. Woh har jagah rakh diya, yeh farz-e-kifaya nahi hai. Yeh ab farz-e-kifaya to hota hai, yeh un cheezon ke bare mein hai jaise aap ne kunwan banwa diya aur yeh talab banwa diya hai.</w:t>
      </w:r>
      <w:r>
        <w:br/>
      </w:r>
      <w:r>
        <w:rPr>
          <w:sz w:val="20"/>
        </w:rPr>
        <w:t>1:20:38  Is tarah ki cheezon par yeh yeh dawat Allah is is tarah ki cheez nahi hai. Yeh to kar karta hi rehna hai, karte karte mar jana hai. Maulana, agla sawal Ah Jammu Kashmir se Miss Quratul Ain ka hai.</w:t>
      </w:r>
      <w:r>
        <w:br/>
      </w:r>
      <w:r>
        <w:rPr>
          <w:sz w:val="20"/>
        </w:rPr>
        <w:t>1:20:54  unhon ne likha hai: "12th Rabiul Awwal is observed throughout the subcontinent as an auspicious day. Processions and different programs are organized on that day.</w:t>
      </w:r>
      <w:r>
        <w:br/>
      </w:r>
      <w:r>
        <w:rPr>
          <w:sz w:val="20"/>
        </w:rPr>
        <w:t>1:21:09  tombs, shrines and markets are illuminated. Is it right to do so according to Islam? What is your view on this?" dekhiye, yeh jo biladun nabi jo kehte hain rasool Allah ka birthday banana,</w:t>
      </w:r>
      <w:r>
        <w:br/>
      </w:r>
      <w:r>
        <w:rPr>
          <w:sz w:val="20"/>
        </w:rPr>
        <w:t>1:21:25  to sahaba ke zamane mein, tabeen ke zamane mein, tabe tabeen ke zamane mein yeh lafzi maujood nahi tha, na aisa kabhi hota tha. Yeh Iran mein shuru hua, 600 saal ke baad shuru hua.</w:t>
      </w:r>
      <w:r>
        <w:br/>
      </w:r>
      <w:r>
        <w:rPr>
          <w:sz w:val="20"/>
        </w:rPr>
        <w:t>1:21:38  yani rasool Allah ki wafat ke 600 saal baad Iran mein shuru hua. Yeh biladun nabi ki tareeqa to yeh bidat hai, is mein to koi shakk hi nahi bidat hone mein.</w:t>
      </w:r>
      <w:r>
        <w:br/>
      </w:r>
      <w:r>
        <w:rPr>
          <w:sz w:val="20"/>
        </w:rPr>
        <w:t>1:21:47  hum is se koi jhagda nahi karte, koi bahas nahi karte, sirf is liye ke fitna barpa hoga. Yeh fitne se bachne ke liye hum khamosh rehte hain.</w:t>
      </w:r>
      <w:r>
        <w:br/>
      </w:r>
      <w:r>
        <w:rPr>
          <w:sz w:val="20"/>
        </w:rPr>
        <w:t>1:21:57  Otherwise it's a bidah, there's no doubt about it.</w:t>
      </w:r>
      <w:r>
        <w:br/>
      </w:r>
      <w:r>
        <w:rPr>
          <w:sz w:val="20"/>
        </w:rPr>
        <w:t>1:22:05  Maulana, agla sawal Delhi se hai, Naeem Bilal sahab ka. Unhon ne likha hai: "Kisi aadmi ko kisi cheez ke hasil karne ka mauqa sirf teen baar milta hai.</w:t>
      </w:r>
      <w:r>
        <w:br/>
      </w:r>
      <w:r>
        <w:rPr>
          <w:sz w:val="20"/>
        </w:rPr>
        <w:t>1:22:16  Yeh aap ka apna usool hai ya Quran o Hadees se bhi is ka saboot milta hai? Is ke bare mein bataein." Is ke liye Quran o Hadees ki zaroorat nahi hai. Is ke liye tajruba kafi hai.</w:t>
      </w:r>
      <w:r>
        <w:br/>
      </w:r>
      <w:r>
        <w:rPr>
          <w:sz w:val="20"/>
        </w:rPr>
        <w:t>1:22:29  Quran o Hadees mein aisa nahi hai ke har har ayat mein ab likha hua ho ke jab yeh nahi likha hua ke tum car ka zamana aa jaye to paidal mat chalo, car mein baitho.</w:t>
      </w:r>
      <w:r>
        <w:br/>
      </w:r>
      <w:r>
        <w:rPr>
          <w:sz w:val="20"/>
        </w:rPr>
        <w:t>1:22:38  Yeh kahan likha hua hai? Quran o Hadees ka yeh matlab nahi hai ke hawa aa jaye, aa jaye tab bhi tum oont par baitho. Yeh kahan likha hua hai?</w:t>
      </w:r>
      <w:r>
        <w:br/>
      </w:r>
      <w:r>
        <w:rPr>
          <w:sz w:val="20"/>
        </w:rPr>
        <w:t>1:22:48  To yeh zindagi ke jo tajrubaat hain aur jo jo zindagi ke jo halaat hain, is se baatein samajh mein aati hain.</w:t>
      </w:r>
      <w:r>
        <w:br/>
      </w:r>
      <w:r>
        <w:rPr>
          <w:sz w:val="20"/>
        </w:rPr>
        <w:t>1:23:00  Warna to aap to kuch bhi nahi kar sakte.</w:t>
      </w:r>
      <w:r>
        <w:br/>
      </w:r>
      <w:r>
        <w:rPr>
          <w:sz w:val="20"/>
        </w:rPr>
        <w:t>1:23:02  Aap na car mein baith sakte hain, na hawa chal sakte hain. Hatta ke market mein ja kar kuch khareed nahi sakte. Saare item aise hain jo Quran o Hadees mein nahi likhe hue hain.</w:t>
      </w:r>
      <w:r>
        <w:br/>
      </w:r>
      <w:r>
        <w:rPr>
          <w:sz w:val="20"/>
        </w:rPr>
        <w:t>1:23:12  Yeh soch galat hai, main ek keh doon. Yeh soch bohat hi zyada bilkul ghair Qurani soch hai ke aap is ko bhi Quran mein nikalna chahein. Dekhiye, Hadees mein aata hai ke "istafte qalbaka".</w:t>
      </w:r>
      <w:r>
        <w:br/>
      </w:r>
      <w:r>
        <w:rPr>
          <w:sz w:val="20"/>
        </w:rPr>
        <w:t>1:23:24  Apne dil se fatwa poocho, yani common sense se. To beshumar cheezein aisi hain jo common sense taluq in ka hota hai.</w:t>
      </w:r>
      <w:r>
        <w:br/>
      </w:r>
      <w:r>
        <w:rPr>
          <w:sz w:val="20"/>
        </w:rPr>
        <w:t>1:23:32  Beshumar cheezein hain. "Istafte qalbaka". Yani common sense se jano. To kuch cheezein hain jo basics hain, basics, woh to Quran mein bata di gayi hain.</w:t>
      </w:r>
      <w:r>
        <w:br/>
      </w:r>
      <w:r>
        <w:rPr>
          <w:sz w:val="20"/>
        </w:rPr>
        <w:t>1:23:43  Baqi common sense par daal daal diya gaya hai. Apne common sense se aap jante raho aur is par amal karte raho. Maulana, agla sawal Basit sahab ka hai, Delhi se</w:t>
      </w:r>
      <w:r>
        <w:br/>
      </w:r>
      <w:r>
        <w:rPr>
          <w:sz w:val="20"/>
        </w:rPr>
        <w:t>1:23:57  . Unhon ne likha hai: "It is a comment regarding da'wah. In Chapter 16, it is mentioned: 'Invite all to the way of the Lord with wisdom and beautiful preaching,</w:t>
      </w:r>
      <w:r>
        <w:br/>
      </w:r>
      <w:r>
        <w:rPr>
          <w:sz w:val="20"/>
        </w:rPr>
        <w:t>1:24:12  and argue with them in the ways that are best and most gracious.' This verse is a clear command making da'wah a first.</w:t>
      </w:r>
      <w:r>
        <w:br/>
      </w:r>
      <w:r>
        <w:rPr>
          <w:sz w:val="20"/>
        </w:rPr>
        <w:t>1:24:22  We do not find any such verse regarding siyasat or politics</w:t>
      </w:r>
      <w:r>
        <w:br/>
      </w:r>
      <w:r>
        <w:rPr>
          <w:sz w:val="20"/>
        </w:rPr>
        <w:t>1:24:27  s." Sahi kaha, bohat sahi kaha. Bohat sahi baat hai, jazakumullah. Jazakumullah, bilkul sahi baat hai.</w:t>
      </w:r>
    </w:p>
    <w:p>
      <w:pPr>
        <w:pStyle w:val="Heading2"/>
      </w:pPr>
      <w:r>
        <w:t>Dealing with anger when instigated</w:t>
      </w:r>
    </w:p>
    <w:p>
      <w:r>
        <w:rPr>
          <w:color w:val="666666"/>
          <w:sz w:val="18"/>
        </w:rPr>
        <w:t>Ethics &amp; Character · Anger An Obstacle to wisdom 5 Jan 2020 - Maulana Wahiduddin Khan · 6m 59s · at 1:01:01 · https://youtu.be/q0VPtCsiYrI?t=3661</w:t>
      </w:r>
    </w:p>
    <w:p>
      <w:r>
        <w:rPr>
          <w:i/>
        </w:rPr>
        <w:t>“My question is how to deal with anger when in spite of adopting an approach of keeping our calm, someone is continuously instigating you?”</w:t>
      </w:r>
    </w:p>
    <w:p>
      <w:r>
        <w:rPr>
          <w:sz w:val="20"/>
        </w:rPr>
        <w:t>1:01:01  Inshallah, I will strive to apply your teachings into my life." Inshallah. Maulana, agla sawal aah bheja hai Miss Marvi Pathania ne Gurgaon se, unhon ne likha hai:</w:t>
      </w:r>
      <w:r>
        <w:br/>
      </w:r>
      <w:r>
        <w:rPr>
          <w:sz w:val="20"/>
        </w:rPr>
        <w:t>1:01:18  "My question is how to deal with anger when in spite of adopting an approach of keeping our calm, someone is continuously instig</w:t>
      </w:r>
      <w:r>
        <w:br/>
      </w:r>
      <w:r>
        <w:rPr>
          <w:sz w:val="20"/>
        </w:rPr>
        <w:t>1:01:31  ating you?" Dekhiye, mere tajurbe ke mutabiq yeh</w:t>
      </w:r>
      <w:r>
        <w:br/>
      </w:r>
      <w:r>
        <w:rPr>
          <w:sz w:val="20"/>
        </w:rPr>
        <w:t>1:01:43  bohat hi aasan hai, is ko bhi is ko janna hai, is ko tajurba karna hai.</w:t>
      </w:r>
      <w:r>
        <w:br/>
      </w:r>
      <w:r>
        <w:rPr>
          <w:sz w:val="20"/>
        </w:rPr>
        <w:t>1:01:52  Woh kya hai? Aap chup ho jaiye. Jab aap ko kisi se par ghussa hai to kuch mat kijiye, sirf chup ho jaiye.</w:t>
      </w:r>
      <w:r>
        <w:br/>
      </w:r>
      <w:r>
        <w:rPr>
          <w:sz w:val="20"/>
        </w:rPr>
        <w:t>1:02:05  Main ne bohat baar tajurba kiya is ko ke agar aap chup ho jate hain to kya hota hai ke nature ka process chal parta hai.</w:t>
      </w:r>
      <w:r>
        <w:br/>
      </w:r>
      <w:r>
        <w:rPr>
          <w:sz w:val="20"/>
        </w:rPr>
        <w:t>1:02:17  Nature yani</w:t>
      </w:r>
      <w:r>
        <w:br/>
      </w:r>
      <w:r>
        <w:rPr>
          <w:sz w:val="20"/>
        </w:rPr>
        <w:t>1:02:22  Pehle pehle second mein woh process chalta hai, outward</w:t>
      </w:r>
      <w:r>
        <w:br/>
      </w:r>
      <w:r>
        <w:rPr>
          <w:sz w:val="20"/>
        </w:rPr>
        <w:t>1:02:34  chalta hai. Lekin agar aap chup ho jayen to suddenly aik aik aik anokhi baat hoti hai ke woh downward chalne lagta hai.</w:t>
      </w:r>
      <w:r>
        <w:br/>
      </w:r>
      <w:r>
        <w:rPr>
          <w:sz w:val="20"/>
        </w:rPr>
        <w:t>1:02:50  Yani pehle moment woh chalega outward, lekin agar chup ho jayen to apne aap hi woh chalega downward aur phir sab kuch khatam ho jayega.</w:t>
      </w:r>
      <w:r>
        <w:br/>
      </w:r>
      <w:r>
        <w:rPr>
          <w:sz w:val="20"/>
        </w:rPr>
        <w:t>1:03:02  Aap jab bhi yani chahen is ka tajurba kar lijiye, jab bhi chahiye.</w:t>
      </w:r>
      <w:r>
        <w:br/>
      </w:r>
      <w:r>
        <w:rPr>
          <w:sz w:val="20"/>
        </w:rPr>
        <w:t>1:03:11  Yeh aap ko kuch karna nahi hai, nature ki potential ko use karna hai, bas kuch bhi nahi karna hai aap ko.</w:t>
      </w:r>
      <w:r>
        <w:br/>
      </w:r>
      <w:r>
        <w:rPr>
          <w:sz w:val="20"/>
        </w:rPr>
        <w:t>1:03:22  Jis Khuda ne insaan ko paida kiya hai, us Khuda ne insaan ke andar yeh aik azeem taqat rakh di hai ke agar tum chup ho jao to apne aap hi aik process jari hoga aur woh dheere dheere sab khatam ho jayega.</w:t>
      </w:r>
      <w:r>
        <w:br/>
      </w:r>
      <w:r>
        <w:rPr>
          <w:sz w:val="20"/>
        </w:rPr>
        <w:t>1:03:42  Aap tajurba kar ke dekh lijiye.</w:t>
      </w:r>
      <w:r>
        <w:br/>
      </w:r>
      <w:r>
        <w:rPr>
          <w:sz w:val="20"/>
        </w:rPr>
        <w:t>1:03:48  Maulana, aik comment parhna chahenge jo Professor Fareeda Khanam ne bheja hai Delhi se, unhon ne likha hai: "There is a non-Muslim family in our neighborhood.</w:t>
      </w:r>
      <w:r>
        <w:br/>
      </w:r>
      <w:r>
        <w:rPr>
          <w:sz w:val="20"/>
        </w:rPr>
        <w:t>1:04:02  We have been living in this society for about forty years, but we never went to their home. About six months ago, I saw that the lady had fractured herright hand.</w:t>
      </w:r>
      <w:r>
        <w:br/>
      </w:r>
      <w:r>
        <w:rPr>
          <w:sz w:val="20"/>
        </w:rPr>
        <w:t>1:04:16  She was in great trouble. She had not got theright treatment. So I went to her and provided all the aid.</w:t>
      </w:r>
      <w:r>
        <w:br/>
      </w:r>
      <w:r>
        <w:rPr>
          <w:sz w:val="20"/>
        </w:rPr>
        <w:t>1:04:26  I asked my physiotherapist to treat her and I paid the fees myself.</w:t>
      </w:r>
      <w:r>
        <w:br/>
      </w:r>
      <w:r>
        <w:rPr>
          <w:sz w:val="20"/>
        </w:rPr>
        <w:t>1:04:32  After about three months, her hand healed fully. Now she is so indebted to us for this act that she tells people that they are bhagwan, yeh hamare bhagwan hain.</w:t>
      </w:r>
      <w:r>
        <w:br/>
      </w:r>
      <w:r>
        <w:rPr>
          <w:sz w:val="20"/>
        </w:rPr>
        <w:t>1:04:47  I think we can solve our problems by building good relations. Itna aasan hai, ghor kijiye, aik aise country mein aap hain jahan aik shabd bol kar ke aap logon ko jeet sakte hain.</w:t>
      </w:r>
      <w:r>
        <w:br/>
      </w:r>
      <w:r>
        <w:rPr>
          <w:sz w:val="20"/>
        </w:rPr>
        <w:t>1:05:05  Aik shabd, main ne khud tajurba kiya hai, aap ko naam ke sath is ka aap ko address de sakta hoon ke aap sirf yeh yeh kijiye ke meethe shabd boliye, meethe shabd,</w:t>
      </w:r>
      <w:r>
        <w:br/>
      </w:r>
      <w:r>
        <w:rPr>
          <w:sz w:val="20"/>
        </w:rPr>
        <w:t>1:05:28  Aur sab kuch achanak sab kuch aap dekhen ke sab kuch solve ho chuka hai.</w:t>
      </w:r>
      <w:r>
        <w:br/>
      </w:r>
      <w:r>
        <w:rPr>
          <w:sz w:val="20"/>
        </w:rPr>
        <w:t>1:05:39  Hamare jo log hain, woh sirf reaction jante hain. Reaction yeh dekhiye, reaction ki logic yeh hai ke jab aap react karte hain to woh bhi react karega.</w:t>
      </w:r>
      <w:r>
        <w:br/>
      </w:r>
      <w:r>
        <w:rPr>
          <w:sz w:val="20"/>
        </w:rPr>
        <w:t>1:05:54  To kya ho jayega ke aik</w:t>
      </w:r>
      <w:r>
        <w:br/>
      </w:r>
      <w:r>
        <w:rPr>
          <w:sz w:val="20"/>
        </w:rPr>
        <w:t>1:06:02  Aik reaction ka aik aik aik silsila chal parega.</w:t>
      </w:r>
      <w:r>
        <w:br/>
      </w:r>
      <w:r>
        <w:rPr>
          <w:sz w:val="20"/>
        </w:rPr>
        <w:t>1:06:12  aap ka reaction, un ka reaction, aap ka.</w:t>
      </w:r>
      <w:r>
        <w:br/>
      </w:r>
      <w:r>
        <w:rPr>
          <w:sz w:val="20"/>
        </w:rPr>
        <w:t>1:06:17  aap kuch mat kijiye ke koi aadmi aap ke sath koi nakhushgawar baat karta hai to sirf chup ho jaiye, ek kalma bol dijiye.</w:t>
      </w:r>
      <w:r>
        <w:br/>
      </w:r>
      <w:r>
        <w:rPr>
          <w:sz w:val="20"/>
        </w:rPr>
        <w:t>1:06:29  yeh to nature ki taqat hai, jaag uthe gi aap ko. dekhiye, nature ki taqat har waqt jaagne ke liye tayar hai.</w:t>
      </w:r>
      <w:r>
        <w:br/>
      </w:r>
      <w:r>
        <w:rPr>
          <w:sz w:val="20"/>
        </w:rPr>
        <w:t>1:06:42  lekin hamare sathhi jo hain, woh jante hi nahi is potential ko, nature ke potential ko jante hi nahi.</w:t>
      </w:r>
      <w:r>
        <w:br/>
      </w:r>
      <w:r>
        <w:rPr>
          <w:sz w:val="20"/>
        </w:rPr>
        <w:t>1:06:59  sajid ahmad khan sahib ne nagpur se comment bheja hai, unhon ne likha hai: "Molana, nobody is our enemy. This concept I have discovered from your company</w:t>
      </w:r>
      <w:r>
        <w:br/>
      </w:r>
      <w:r>
        <w:rPr>
          <w:sz w:val="20"/>
        </w:rPr>
        <w:t>1:07:11  . Every person in our contact is either friend or potential friend. I believe that this is the best way to live in every society.</w:t>
      </w:r>
      <w:r>
        <w:br/>
      </w:r>
      <w:r>
        <w:rPr>
          <w:sz w:val="20"/>
        </w:rPr>
        <w:t>1:07:23  If we are positive in our mind, then every situation is an item of thanks and thanks only to God.</w:t>
      </w:r>
      <w:r>
        <w:br/>
      </w:r>
      <w:r>
        <w:rPr>
          <w:sz w:val="20"/>
        </w:rPr>
        <w:t>1:07:32  jazak Allah Maulana. doctor safina tabassum ne saharanpur se likha hai: "I really thank God for giving us guidance through you.</w:t>
      </w:r>
      <w:r>
        <w:br/>
      </w:r>
      <w:r>
        <w:rPr>
          <w:sz w:val="20"/>
        </w:rPr>
        <w:t>1:07:43  In the times of widespread negativity, we are totally positive and unaffected by the environment. This is all because of your teachings.</w:t>
      </w:r>
      <w:r>
        <w:br/>
      </w:r>
      <w:r>
        <w:rPr>
          <w:sz w:val="20"/>
        </w:rPr>
        <w:t>1:07:56  Really thank you from the core of my heart."</w:t>
      </w:r>
    </w:p>
    <w:p>
      <w:pPr>
        <w:pStyle w:val="Heading2"/>
      </w:pPr>
      <w:r>
        <w:t>Ethics of praise and desire for praise</w:t>
      </w:r>
    </w:p>
    <w:p>
      <w:r>
        <w:rPr>
          <w:color w:val="666666"/>
          <w:sz w:val="18"/>
        </w:rPr>
        <w:t>Ethics &amp; Character · Dars-e-Quran, Chapter 2, Verse 255 | December 24, 2017 · 5m 11s · at 1:00:43 · https://youtu.be/tKX0KUhUMnw?t=3643</w:t>
      </w:r>
    </w:p>
    <w:p>
      <w:r>
        <w:rPr>
          <w:i/>
        </w:rPr>
        <w:t>“Is it right or wrong to praise others or to desire praise?”</w:t>
      </w:r>
    </w:p>
    <w:p>
      <w:r>
        <w:rPr>
          <w:sz w:val="20"/>
        </w:rPr>
        <w:t>1:00:43  Maulana, agla sawal dilli se bheja hai nafis siddiqui sahib ne. unhon ne likha hai: "tamam log prashansa ke bhooke hote hain, woh chahte hain ke un ki prashansa karein, aur woh prashansa par khush bhi hote hain. sawal yeh hai ke prashansa karna ya prashan</w:t>
      </w:r>
      <w:r>
        <w:br/>
      </w:r>
      <w:r>
        <w:rPr>
          <w:sz w:val="20"/>
        </w:rPr>
        <w:t>1:01:13  sa ki chahat rakhna kya sahi hai ya galat?" dekhiye, tareef to ek waqea hai jo hoga.</w:t>
      </w:r>
      <w:r>
        <w:br/>
      </w:r>
      <w:r>
        <w:rPr>
          <w:sz w:val="20"/>
        </w:rPr>
        <w:t>1:01:19  agar aap koi acha kaam karein to insaan ki nature mein hai ke woh is ko acknowledge kare.</w:t>
      </w:r>
      <w:r>
        <w:br/>
      </w:r>
      <w:r>
        <w:rPr>
          <w:sz w:val="20"/>
        </w:rPr>
        <w:t>1:01:25  tareef ke liye sahi lafz hai acknowledge karna.</w:t>
      </w:r>
      <w:r>
        <w:br/>
      </w:r>
      <w:r>
        <w:rPr>
          <w:sz w:val="20"/>
        </w:rPr>
        <w:t>1:01:31  to acknowledgement to hoga.</w:t>
      </w:r>
      <w:r>
        <w:br/>
      </w:r>
      <w:r>
        <w:rPr>
          <w:sz w:val="20"/>
        </w:rPr>
        <w:t>1:01:37  kaise aap rokeinge insaan ko ke woh acknowledgement</w:t>
      </w:r>
      <w:r>
        <w:br/>
      </w:r>
      <w:r>
        <w:rPr>
          <w:sz w:val="20"/>
        </w:rPr>
        <w:t>1:01:43  ki soorat mein is ka response de? hum log rok nahi sakte aap ko.</w:t>
      </w:r>
      <w:r>
        <w:br/>
      </w:r>
      <w:r>
        <w:rPr>
          <w:sz w:val="20"/>
        </w:rPr>
        <w:t>1:01:51  sirf yeh hai ke aap apne aap ko itna zyada, yaani itna zyada develop kijiye, aap ki soch</w:t>
      </w:r>
      <w:r>
        <w:br/>
      </w:r>
      <w:r>
        <w:rPr>
          <w:sz w:val="20"/>
        </w:rPr>
        <w:t>1:01:59  itni zyada developed soch ban jaye ke aap kisi ki tareef se koi asar hi na lein.</w:t>
      </w:r>
      <w:r>
        <w:br/>
      </w:r>
      <w:r>
        <w:rPr>
          <w:sz w:val="20"/>
        </w:rPr>
        <w:t>1:02:06  aur mein yeh kaha karta hoon ke momin ki</w:t>
      </w:r>
      <w:r>
        <w:br/>
      </w:r>
      <w:r>
        <w:rPr>
          <w:sz w:val="20"/>
        </w:rPr>
        <w:t>1:02:14  definition yeh hai ke ke woh press se khush na ho, aur koi is par criticize kare to</w:t>
      </w:r>
      <w:r>
        <w:br/>
      </w:r>
      <w:r>
        <w:rPr>
          <w:sz w:val="20"/>
        </w:rPr>
        <w:t>1:02:25  us ko gham na ho.</w:t>
      </w:r>
      <w:r>
        <w:br/>
      </w:r>
      <w:r>
        <w:rPr>
          <w:sz w:val="20"/>
        </w:rPr>
        <w:t>1:02:36  tareef se khush na hona, aur tanqeed, criticism se afraid na hona, yahi momin ki pehchan hai.</w:t>
      </w:r>
      <w:r>
        <w:br/>
      </w:r>
      <w:r>
        <w:rPr>
          <w:sz w:val="20"/>
        </w:rPr>
        <w:t>1:02:47  maulana, agla comment parhna chahein ge jo doctor waqar alam ne new york se bheja hai.</w:t>
      </w:r>
      <w:r>
        <w:br/>
      </w:r>
      <w:r>
        <w:rPr>
          <w:sz w:val="20"/>
        </w:rPr>
        <w:t>1:02:53  unhone likha hai: "maulana sahib, we all recite ayat al kursi every day.</w:t>
      </w:r>
      <w:r>
        <w:br/>
      </w:r>
      <w:r>
        <w:rPr>
          <w:sz w:val="20"/>
        </w:rPr>
        <w:t>1:02:59  today was the eye opening day for me to understand and relate the marifat to ayat al kursi." is</w:t>
      </w:r>
      <w:r>
        <w:br/>
      </w:r>
      <w:r>
        <w:rPr>
          <w:sz w:val="20"/>
        </w:rPr>
        <w:t>1:03:05  ke baad comment bheja hai faraz khan sahib ne kolkata se.</w:t>
      </w:r>
      <w:r>
        <w:br/>
      </w:r>
      <w:r>
        <w:rPr>
          <w:sz w:val="20"/>
        </w:rPr>
        <w:t>1:03:11  unhone likha hai:</w:t>
      </w:r>
      <w:r>
        <w:br/>
      </w:r>
      <w:r>
        <w:rPr>
          <w:sz w:val="20"/>
        </w:rPr>
        <w:t>1:03:18  "maulana, aap ne abhi ek baat kahi ke aap ne ek baat kahi books ke baray mein ke</w:t>
      </w:r>
      <w:r>
        <w:br/>
      </w:r>
      <w:r>
        <w:rPr>
          <w:sz w:val="20"/>
        </w:rPr>
        <w:t>1:03:24  bohat si kitabein majmooa alfaaz hote hain, na ke majmooa marifat.</w:t>
      </w:r>
      <w:r>
        <w:br/>
      </w:r>
      <w:r>
        <w:rPr>
          <w:sz w:val="20"/>
        </w:rPr>
        <w:t>1:03:30  kya yeh aaj ke insaano ka bhi haal hai ke hum majmooa alfaaz ban kar reh gaye hain?</w:t>
      </w:r>
      <w:r>
        <w:br/>
      </w:r>
      <w:r>
        <w:rPr>
          <w:sz w:val="20"/>
        </w:rPr>
        <w:t>1:03:36  agar haan to aap ne hum sab ko aik naya formula diya hai as to how to lead</w:t>
      </w:r>
      <w:r>
        <w:br/>
      </w:r>
      <w:r>
        <w:rPr>
          <w:sz w:val="20"/>
        </w:rPr>
        <w:t>1:03:42  a spiritual life."</w:t>
      </w:r>
      <w:r>
        <w:br/>
      </w:r>
      <w:r>
        <w:rPr>
          <w:sz w:val="20"/>
        </w:rPr>
        <w:t>1:03:48  shahid hussain sahib ne srinagar se likha hai: "any significant task should be proceeded by the discovery of omnipotent God. otherwise it remains lifeless. many times we overlook it. thank you Maulana sahib for this inspiration." ashique kamal qadri sahib ne hyderabad se comment bheja hai. unhon ne likha hai: "to discover Allah in concep</w:t>
      </w:r>
      <w:r>
        <w:br/>
      </w:r>
      <w:r>
        <w:rPr>
          <w:sz w:val="20"/>
        </w:rPr>
        <w:t>1:04:18  Spiritual thinking is a realization of Allah.</w:t>
      </w:r>
      <w:r>
        <w:br/>
      </w:r>
      <w:r>
        <w:rPr>
          <w:sz w:val="20"/>
        </w:rPr>
        <w:t>1:04:25  May Almighty Allah bless you in such your thought provoking lecture. Maulana, I have a question which is:</w:t>
      </w:r>
      <w:r>
        <w:br/>
      </w:r>
      <w:r>
        <w:rPr>
          <w:sz w:val="20"/>
        </w:rPr>
        <w:t>1:04:33  "How can we uplift our self in such a level?" is ke bare mein bataein.</w:t>
      </w:r>
      <w:r>
        <w:br/>
      </w:r>
      <w:r>
        <w:rPr>
          <w:sz w:val="20"/>
        </w:rPr>
        <w:t>1:04:40  dekhein, mein bar bar yeh keh chuka hoon ke mera jo tajruba hai is ke mut</w:t>
      </w:r>
      <w:r>
        <w:br/>
      </w:r>
      <w:r>
        <w:rPr>
          <w:sz w:val="20"/>
        </w:rPr>
        <w:t>1:04:48  abaq mein sab se bari rukawat samajhta hoon distraction ko.</w:t>
      </w:r>
      <w:r>
        <w:br/>
      </w:r>
      <w:r>
        <w:rPr>
          <w:sz w:val="20"/>
        </w:rPr>
        <w:t>1:04:54  Sab se bari!</w:t>
      </w:r>
      <w:r>
        <w:br/>
      </w:r>
      <w:r>
        <w:rPr>
          <w:sz w:val="20"/>
        </w:rPr>
        <w:t>1:05:00  Aap yeh discover kijiye ke kya kya cheez aap ko distract karti hai, aap ko sahi raste se</w:t>
      </w:r>
      <w:r>
        <w:br/>
      </w:r>
      <w:r>
        <w:rPr>
          <w:sz w:val="20"/>
        </w:rPr>
        <w:t>1:05:06  derail karti hai, is se bachiye.</w:t>
      </w:r>
      <w:r>
        <w:br/>
      </w:r>
      <w:r>
        <w:rPr>
          <w:sz w:val="20"/>
        </w:rPr>
        <w:t>1:05:12  Mera manna yeh hai ke insaan to</w:t>
      </w:r>
      <w:r>
        <w:br/>
      </w:r>
      <w:r>
        <w:rPr>
          <w:sz w:val="20"/>
        </w:rPr>
        <w:t>1:05:18  paidaishi taur par sahib-e-ma'rifat hi paida hua hai, sahib-e-ma'rifat yani Allah ka, Allah ki ma'rifat insaan</w:t>
      </w:r>
      <w:r>
        <w:br/>
      </w:r>
      <w:r>
        <w:rPr>
          <w:sz w:val="20"/>
        </w:rPr>
        <w:t>1:05:25  ke andar introon hai.</w:t>
      </w:r>
      <w:r>
        <w:br/>
      </w:r>
      <w:r>
        <w:rPr>
          <w:sz w:val="20"/>
        </w:rPr>
        <w:t>1:05:33  Lekin insaan bar bar distract hota rehta hai, isi wajah se woh apne potential ko actual nahi bhala pata.</w:t>
      </w:r>
      <w:r>
        <w:br/>
      </w:r>
      <w:r>
        <w:rPr>
          <w:sz w:val="20"/>
        </w:rPr>
        <w:t>1:05:40  To bas yahi kaam</w:t>
      </w:r>
      <w:r>
        <w:br/>
      </w:r>
      <w:r>
        <w:rPr>
          <w:sz w:val="20"/>
        </w:rPr>
        <w:t>1:05:48  karna hai ke hum apne aap ko distraction se bachaen.</w:t>
      </w:r>
    </w:p>
    <w:p>
      <w:pPr>
        <w:pStyle w:val="Heading2"/>
      </w:pPr>
      <w:r>
        <w:t>Fighting oppression without negativity</w:t>
      </w:r>
    </w:p>
    <w:p>
      <w:r>
        <w:rPr>
          <w:color w:val="666666"/>
          <w:sz w:val="18"/>
        </w:rPr>
        <w:t>Ethics &amp; Character · Anger An Obstacle to wisdom 5 Jan 2020 - Maulana Wahiduddin Khan · 6m 41s · at 49:05 · https://youtu.be/q0VPtCsiYrI?t=2945</w:t>
      </w:r>
    </w:p>
    <w:p>
      <w:r>
        <w:rPr>
          <w:i/>
        </w:rPr>
        <w:t>“Sometimes it is not your nature to be negative but people around you do wrong things against you. So how should we fight against oppression? How should we fight for our rights without being negative?”</w:t>
      </w:r>
    </w:p>
    <w:p>
      <w:r>
        <w:rPr>
          <w:sz w:val="20"/>
        </w:rPr>
        <w:t>49:05  molana, ek aur sawal ah ah ne subhiya ne kiya hai delhi se, class mein maujood hain, unhone likha hai: "molana, sometimes it is not your nature to be negative but people around you do wrong things against you.</w:t>
      </w:r>
      <w:r>
        <w:br/>
      </w:r>
      <w:r>
        <w:rPr>
          <w:sz w:val="20"/>
        </w:rPr>
        <w:t>49:23  so how should we fight against oppression</w:t>
      </w:r>
      <w:r>
        <w:br/>
      </w:r>
      <w:r>
        <w:rPr>
          <w:sz w:val="20"/>
        </w:rPr>
        <w:t>49:26  ? how should we fight for our rights without being negative؟" dekhiye, aas paas ke jo log hain woh to wohi karenge jo kar rahe hain.</w:t>
      </w:r>
      <w:r>
        <w:br/>
      </w:r>
      <w:r>
        <w:rPr>
          <w:sz w:val="20"/>
        </w:rPr>
        <w:t>49:41  yeh namumkin hai ke aas paas ke jo log hain woh woh karein jo aap chahte hain. jo woh chahte hain woh karenge kyunke Allah ne har ek ko har ek ko</w:t>
      </w:r>
      <w:r>
        <w:br/>
      </w:r>
      <w:r>
        <w:rPr>
          <w:sz w:val="20"/>
        </w:rPr>
        <w:t>49:57  azadi di hai. sab se bari khushkhabri jo insan ke liye hai, sab se bari khushkhabri woh yeh ke insan ko Allah ne yeh power diya, yeh power ke woh negative ko positive mein convert kar ska hai.</w:t>
      </w:r>
      <w:r>
        <w:br/>
      </w:r>
      <w:r>
        <w:rPr>
          <w:sz w:val="20"/>
        </w:rPr>
        <w:t>50:26  quran mein is ka aelan hai, woh ayat padhiye sahib: "kun wali hameem." yani kaisi ajeeb baat hai ke jis ko aap dushman samajhte hain, hreef samajhte hain,</w:t>
      </w:r>
      <w:r>
        <w:br/>
      </w:r>
      <w:r>
        <w:rPr>
          <w:sz w:val="20"/>
        </w:rPr>
        <w:t>50:48  mukhalif samajhte hain, woh potentially aap ka dost hai. is potentially ko discover kijiye aur is ko avail kijiye.</w:t>
      </w:r>
      <w:r>
        <w:br/>
      </w:r>
      <w:r>
        <w:rPr>
          <w:sz w:val="20"/>
        </w:rPr>
        <w:t>51:00  yani is ayat ko koi doosra matlab ho nahi sakta. is ka matlab yahi hai ke jis ko tum dushman samajhte ho, woh tumhara potentially dost hai,</w:t>
      </w:r>
      <w:r>
        <w:br/>
      </w:r>
      <w:r>
        <w:rPr>
          <w:sz w:val="20"/>
        </w:rPr>
        <w:t>51:14  tum dushman kyun samajhte ho? is ke andar jo potentially chupa hua hai, us ko daryaft karo aur phir tum aik dost ko pa lo ge.</w:t>
      </w:r>
      <w:r>
        <w:br/>
      </w:r>
      <w:r>
        <w:rPr>
          <w:sz w:val="20"/>
        </w:rPr>
        <w:t>51:27  kaise ajeeb log hain ke jo khaliq ka assurance jo hai, unhein dikhai nahi deta aur shaitan ke behkawe dikhai dete hain.</w:t>
      </w:r>
      <w:r>
        <w:br/>
      </w:r>
      <w:r>
        <w:rPr>
          <w:sz w:val="20"/>
        </w:rPr>
        <w:t>51:42  shaitan har waqt behkata hai. lekin Allah yeh assurance de raha hai aap ko, khaliq, khaliq ka aap ko assurance de raha hai</w:t>
      </w:r>
      <w:r>
        <w:br/>
      </w:r>
      <w:r>
        <w:rPr>
          <w:sz w:val="20"/>
        </w:rPr>
        <w:t>51:55  ke jis ko aap samajh rahe ho dushman, woh to potentially tumhara dost hua hai, wali hameem hai woh.</w:t>
      </w:r>
      <w:r>
        <w:br/>
      </w:r>
      <w:r>
        <w:rPr>
          <w:sz w:val="20"/>
        </w:rPr>
        <w:t>52:07  to is is ke potentially ko daryaft karo aur is ko avail karo. to itna bara assurance khaliq de, khaliq, aur is ko hum na jaan payein to kaisi ajeeb baat hai.</w:t>
      </w:r>
      <w:r>
        <w:br/>
      </w:r>
      <w:r>
        <w:rPr>
          <w:sz w:val="20"/>
        </w:rPr>
        <w:t>52:24  yeh to khaliq ki taraf se aik assurance hai, super assurance ke jis insan ko tum samajh rahe ho ke tumhara dushman hai, tumhara mukhalif hai,</w:t>
      </w:r>
      <w:r>
        <w:br/>
      </w:r>
      <w:r>
        <w:rPr>
          <w:sz w:val="20"/>
        </w:rPr>
        <w:t>52:39  woh to tumhara dost hai balkeh bohat hi gehra dost hai.</w:t>
      </w:r>
      <w:r>
        <w:br/>
      </w:r>
      <w:r>
        <w:rPr>
          <w:sz w:val="20"/>
        </w:rPr>
        <w:t>52:46  mein aik martaba gaya meerath ke paas, aik aik town hai, wahan gaya to aik saans mulaqat hui.</w:t>
      </w:r>
      <w:r>
        <w:br/>
      </w:r>
      <w:r>
        <w:rPr>
          <w:sz w:val="20"/>
        </w:rPr>
        <w:t>52:58  to unhon ne kaha ke zikr hua aik sahib ka jo isi town mein rehte thay, dono aik hi town mein rehte thay. to unhon ne kaha woh to mera dushman hai, us ki baat karte hain aap.</w:t>
      </w:r>
      <w:r>
        <w:br/>
      </w:r>
      <w:r>
        <w:rPr>
          <w:sz w:val="20"/>
        </w:rPr>
        <w:t>53:13  us se to mera salam kalam band hai. pehle tha mein us se taluq, ab to taluq hi nahi hai. maine kaha kuch nahi, aap abhi jaiye aur salam kijiye,</w:t>
      </w:r>
      <w:r>
        <w:br/>
      </w:r>
      <w:r>
        <w:rPr>
          <w:sz w:val="20"/>
        </w:rPr>
        <w:t>53:27  bas itna hi kijiye, salam kijiye aur khairiyat poochhiye, bas itna hi kijiye aap. aur phir is ka aap woh dekhiye, karishma.</w:t>
      </w:r>
      <w:r>
        <w:br/>
      </w:r>
      <w:r>
        <w:rPr>
          <w:sz w:val="20"/>
        </w:rPr>
        <w:t>53:43  to beharhaal woh bohat kehne par mere woh gaye aur unhon ne is ka kaha assalam o alaikum.</w:t>
      </w:r>
      <w:r>
        <w:br/>
      </w:r>
      <w:r>
        <w:rPr>
          <w:sz w:val="20"/>
        </w:rPr>
        <w:t>53:52  yeh kaha unhon ne</w:t>
      </w:r>
      <w:r>
        <w:br/>
      </w:r>
      <w:r>
        <w:rPr>
          <w:sz w:val="20"/>
        </w:rPr>
        <w:t>53:56  to foran hi us aadmi ne un ko seenay se laga laga liya aur usi din se woh sab se acha dost ban gaya us town ka.</w:t>
      </w:r>
      <w:r>
        <w:br/>
      </w:r>
      <w:r>
        <w:rPr>
          <w:sz w:val="20"/>
        </w:rPr>
        <w:t>54:11  woh meerath ka,</w:t>
      </w:r>
      <w:r>
        <w:br/>
      </w:r>
      <w:r>
        <w:rPr>
          <w:sz w:val="20"/>
        </w:rPr>
        <w:t>54:16  meerath ka aik town hai, us ki telephone number mere paas hai. aap mein se koi sahib jagah chahein to mein telephone number doon ga, aap telephone kar ke us ki confirm kar li jiye.</w:t>
      </w:r>
      <w:r>
        <w:br/>
      </w:r>
      <w:r>
        <w:rPr>
          <w:sz w:val="20"/>
        </w:rPr>
        <w:t>54:31  aise bohat se waqiat hain</w:t>
      </w:r>
      <w:r>
        <w:br/>
      </w:r>
      <w:r>
        <w:rPr>
          <w:sz w:val="20"/>
        </w:rPr>
        <w:t>54:35  ke log asal mein bekhabari jo hai logon ki, woh woh yeh hai ke woh yeh nahi jante ke potential, potential ko actual kaise banaya jaye.</w:t>
      </w:r>
      <w:r>
        <w:br/>
      </w:r>
      <w:r>
        <w:rPr>
          <w:sz w:val="20"/>
        </w:rPr>
        <w:t>54:51  potential ko actual kaise banaya jaye, is is raaz ko nahi jante.</w:t>
      </w:r>
      <w:r>
        <w:br/>
      </w:r>
      <w:r>
        <w:rPr>
          <w:sz w:val="20"/>
        </w:rPr>
        <w:t>54:59  is ayat ko padhiye jo aap abhi ayat padhi gayi aap ke samne aur is ko apni zindagi mein istemal kijiye.</w:t>
      </w:r>
      <w:r>
        <w:br/>
      </w:r>
      <w:r>
        <w:rPr>
          <w:sz w:val="20"/>
        </w:rPr>
        <w:t>55:09  فَيَزَا الَّذِي بَيْنَكَ وَيْنُ عَدَاوَةٍ كَانُهُ وَلِيٌّ حَمِيمٌ yeh jis ke aur tumhare darmiyan adawat thi, dushmani thi, woh tumhara dost ban jayega.</w:t>
      </w:r>
      <w:r>
        <w:br/>
      </w:r>
      <w:r>
        <w:rPr>
          <w:sz w:val="20"/>
        </w:rPr>
        <w:t>55:25  lekin is ko janiye ke matlab kya is ka hai. is ka matlab hai ke potential ko daryaft karo aur is ko manage kar ke, woh hikmat jo kaha hai quran mein, hikmat, is ko manage kar ke avail karo.</w:t>
      </w:r>
    </w:p>
    <w:p>
      <w:pPr>
        <w:pStyle w:val="Heading2"/>
      </w:pPr>
      <w:r>
        <w:t>Intention behind asking questions</w:t>
      </w:r>
    </w:p>
    <w:p>
      <w:r>
        <w:rPr>
          <w:color w:val="666666"/>
          <w:sz w:val="18"/>
        </w:rPr>
        <w:t>Ethics &amp; Character · Islam and Peace August 25, 2013 · 17m 48s · at 1:15:32 · https://youtu.be/WbBu4W6AUUs?t=4532</w:t>
      </w:r>
    </w:p>
    <w:p>
      <w:r>
        <w:rPr>
          <w:i/>
        </w:rPr>
        <w:t>“With what intention should one ask questions? For increase in knowledge, for increase in recognition, or to remove someone's objection? Please explain.”</w:t>
      </w:r>
    </w:p>
    <w:p>
      <w:r>
        <w:rPr>
          <w:sz w:val="20"/>
        </w:rPr>
        <w:t>1:15:32  unho'n ne likha hai: "maulana, sawal kis niyat se karen</w:t>
      </w:r>
      <w:r>
        <w:br/>
      </w:r>
      <w:r>
        <w:rPr>
          <w:sz w:val="20"/>
        </w:rPr>
        <w:t>1:15:37  ? maloomat ke izafe ke liye, marifat ke izafe ke liye, ya phir kisi ke aitraz ko rafa karne ke liye? is ke bare mein bataen."</w:t>
      </w:r>
      <w:r>
        <w:br/>
      </w:r>
      <w:r>
        <w:rPr>
          <w:sz w:val="20"/>
        </w:rPr>
        <w:t>1:15:56  dekhiye, ek ek sahabi kehte hain: "nawhuna 'an qasd al-su'al wa in qasd al-qil wa al-qal" . ek sahabi ka qaul hai yeh:</w:t>
      </w:r>
      <w:r>
        <w:br/>
      </w:r>
      <w:r>
        <w:rPr>
          <w:sz w:val="20"/>
        </w:rPr>
        <w:t>1:16:05  "nawhuna 'an qasd al-su'al wa in qasd al-qil wa al-qal" . ke zyada sawal karne se hum ko mana kiya gaya. islam mein zyada sawal nahi hai.</w:t>
      </w:r>
      <w:r>
        <w:br/>
      </w:r>
      <w:r>
        <w:rPr>
          <w:sz w:val="20"/>
        </w:rPr>
        <w:t>1:16:17  to main ne ghor kiya ke aisa kyun hai? to asal mein yeh hai ke islam chahta hai khud aap ka apna intellectual development.</w:t>
      </w:r>
      <w:r>
        <w:br/>
      </w:r>
      <w:r>
        <w:rPr>
          <w:sz w:val="20"/>
        </w:rPr>
        <w:t>1:16:28  agar aap ke mind mein koi sawal aata hai to sochiye, sochiye, apne mind ko unfold kijiye.</w:t>
      </w:r>
      <w:r>
        <w:br/>
      </w:r>
      <w:r>
        <w:rPr>
          <w:sz w:val="20"/>
        </w:rPr>
        <w:t>1:16:35  apna intellectual development kijiye, apne zehni irtaqa ka zariya banaiye is ko. to log bas chahte hain ke log kya karte hain?</w:t>
      </w:r>
      <w:r>
        <w:br/>
      </w:r>
      <w:r>
        <w:rPr>
          <w:sz w:val="20"/>
        </w:rPr>
        <w:t>1:16:45  zehan mein ek baat aayi, dhar se kisi ko sawal kar diya. is ko sab se pehle khud sawal ko par ghor kijiye, digest kijiye, samjhiye.</w:t>
      </w:r>
      <w:r>
        <w:br/>
      </w:r>
      <w:r>
        <w:rPr>
          <w:sz w:val="20"/>
        </w:rPr>
        <w:t>1:16:57  is ke bawajood agar sawal baqi rehta hai to aap kisi se poochhiye.</w:t>
      </w:r>
      <w:r>
        <w:br/>
      </w:r>
      <w:r>
        <w:rPr>
          <w:sz w:val="20"/>
        </w:rPr>
        <w:t>1:17:02  yani sawal puchhna main galat nahi samajhta, lekin sa'il ko khud apne hisse ka kaam pehle karna chahiye. yani homework pehle karna chahiye.</w:t>
      </w:r>
      <w:r>
        <w:br/>
      </w:r>
      <w:r>
        <w:rPr>
          <w:sz w:val="20"/>
        </w:rPr>
        <w:t>1:17:13  homework ke baghair log sawal kar dete hain.</w:t>
      </w:r>
      <w:r>
        <w:br/>
      </w:r>
      <w:r>
        <w:rPr>
          <w:sz w:val="20"/>
        </w:rPr>
        <w:t>1:17:18  aksar main ne dekha ke homework kiye baghair sawal kar dete hain. is par khoob sochiye, khoob is par tehqiq kijiye, apne dimagh ko ladaiye.</w:t>
      </w:r>
      <w:r>
        <w:br/>
      </w:r>
      <w:r>
        <w:rPr>
          <w:sz w:val="20"/>
        </w:rPr>
        <w:t>1:17:29  to tab ja kar ke sawal ka asal faida milega. woh hai intellectual development. jahan tak main ne samjha hai ke islam mein supreme cheez hai intellectual development.</w:t>
      </w:r>
      <w:r>
        <w:br/>
      </w:r>
      <w:r>
        <w:rPr>
          <w:sz w:val="20"/>
        </w:rPr>
        <w:t>1:17:40  supreme cheez hai jo cheez record ban raha hai intellectual development mein, woh islam mein nahi hai.</w:t>
      </w:r>
      <w:r>
        <w:br/>
      </w:r>
      <w:r>
        <w:rPr>
          <w:sz w:val="20"/>
        </w:rPr>
        <w:t>1:17:49  abhi main kisi se baat kar raha tha kal parson</w:t>
      </w:r>
      <w:r>
        <w:br/>
      </w:r>
      <w:r>
        <w:rPr>
          <w:sz w:val="20"/>
        </w:rPr>
        <w:t>1:17:54  to ek hadith hai. "iyyak wa dhak fa in kathrat al-dhikri tu'ammid al-qalb" . ke zyada hansi ka tareeqa chhoden.</w:t>
      </w:r>
      <w:r>
        <w:br/>
      </w:r>
      <w:r>
        <w:rPr>
          <w:sz w:val="20"/>
        </w:rPr>
        <w:t>1:18:05  kyun ke hansne ke tareeqe se kya hota hai? dil mar jata hai. to dil marne ka matlab kya hai? dil marne ka matlab yeh hai ke intellectual development ka process ruk jata hai.</w:t>
      </w:r>
      <w:r>
        <w:br/>
      </w:r>
      <w:r>
        <w:rPr>
          <w:sz w:val="20"/>
        </w:rPr>
        <w:t>1:18:20  jo hansi mazak karte hain, joke chhodte hain, un ko sab se bari price deni padti hai. price ke un ke andar intellectual development ka process ruk jata hai.</w:t>
      </w:r>
      <w:r>
        <w:br/>
      </w:r>
      <w:r>
        <w:rPr>
          <w:sz w:val="20"/>
        </w:rPr>
        <w:t>1:18:32  main zaid tajrube bayan par kar sakta hoon ke main ne bohat se logon ke bare mein keh sakta hoon ke main ne un se baat ki jo hansi mazak karte hain, joke chhodte hain, to koi sanjeeda discussion ke qabil nahi hote woh.</w:t>
      </w:r>
      <w:r>
        <w:br/>
      </w:r>
      <w:r>
        <w:rPr>
          <w:sz w:val="20"/>
        </w:rPr>
        <w:t>1:18:46  koi koi serious discussion ke qabil nahi hote kyun ke un ke paas woh mind nahi hota ke woh is mein hissa le saken. bas hansi mazak, hansna hansana yeh rehta hai un ka tareeqa.</w:t>
      </w:r>
      <w:r>
        <w:br/>
      </w:r>
      <w:r>
        <w:rPr>
          <w:sz w:val="20"/>
        </w:rPr>
        <w:t>1:18:59  to islam mein har us cheez ko napasand kiya gaya hai jo aap ke intellectual development mein rukawat bane.</w:t>
      </w:r>
      <w:r>
        <w:br/>
      </w:r>
      <w:r>
        <w:rPr>
          <w:sz w:val="20"/>
        </w:rPr>
        <w:t>1:19:09  yeh bhi rukawat hai ke bas sawal aaya dimagh mein, dhar se pooch dala aap ne, khud kuch homework nahi kiya. yeh bhi rukawat hai intellectual development mein.</w:t>
      </w:r>
      <w:r>
        <w:br/>
      </w:r>
      <w:r>
        <w:rPr>
          <w:sz w:val="20"/>
        </w:rPr>
        <w:t>1:19:21  to har woh cheez islam mein main samajhta hoon ke islam ke aitbar se galat hai jo aap ke zehni irtaqa ke process mein kami kare.</w:t>
      </w:r>
      <w:r>
        <w:br/>
      </w:r>
      <w:r>
        <w:rPr>
          <w:sz w:val="20"/>
        </w:rPr>
        <w:t>1:19:32  zehni irtaqa ke process ko roke.</w:t>
      </w:r>
      <w:r>
        <w:br/>
      </w:r>
      <w:r>
        <w:rPr>
          <w:sz w:val="20"/>
        </w:rPr>
        <w:t>1:19:35  sab se ahem cheez hai zehni irtaqa. aur tajziya yeh jo hai, tazkiya jo hai, tazkiya bhi yahi cheez hai. zehni irtaqa'i ka naam tazkiya hai.</w:t>
      </w:r>
      <w:r>
        <w:br/>
      </w:r>
      <w:r>
        <w:rPr>
          <w:sz w:val="20"/>
        </w:rPr>
        <w:t>1:19:46  allah ta'ala ne aap ke mind mein bohat ziyada capacity rakhi hai. is is capacity ko unfold kijiye.</w:t>
      </w:r>
      <w:r>
        <w:br/>
      </w:r>
      <w:r>
        <w:rPr>
          <w:sz w:val="20"/>
        </w:rPr>
        <w:t>1:19:53  apne mind mein bohat ziyada potential hai. is potential ko unfold kijiye. lekin jo ghalat aadatein hain, hasna hansana hai, joke mein yani jeena hai, yeh sab cheezein jo hain, aap ko yeh process aap ke andar jaari nahi hone deti ke aap ke mind ke potential ko aap unfold karein aur zehni irtiqaa aap ka ho.</w:t>
      </w:r>
      <w:r>
        <w:br/>
      </w:r>
      <w:r>
        <w:rPr>
          <w:sz w:val="20"/>
        </w:rPr>
        <w:t>1:20:18  toh har woh cheez jo yani kisi bhi darje mein rukawat bane zehni irtiqaa mein, us ko is tarah chhod dijiye jaise koi haraam cheez ko chhodta hai.</w:t>
      </w:r>
      <w:r>
        <w:br/>
      </w:r>
      <w:r>
        <w:rPr>
          <w:sz w:val="20"/>
        </w:rPr>
        <w:t>1:20:30  haraam samajh ke chhod dijiye us ko.</w:t>
      </w:r>
      <w:r>
        <w:br/>
      </w:r>
      <w:r>
        <w:rPr>
          <w:sz w:val="20"/>
        </w:rPr>
        <w:t>1:20:35  maulana, yeh sawal dilli se hai maulana sharq hussain ka. unhone likha hai: "pakistan ke bare mein aap ne likha tha ke woh ab ab tak machhli ke pait mein rahenge</w:t>
      </w:r>
      <w:r>
        <w:br/>
      </w:r>
      <w:r>
        <w:rPr>
          <w:sz w:val="20"/>
        </w:rPr>
        <w:t>1:20:48  jab tak woh prophet yunus ki tarah rujoo na karein." is rujoo ka matlab kya hai? is ke bare mein bataein. rujoo ka matlab hai ke ke mad'oo se nafrat khatm karein, ada o bart karein.</w:t>
      </w:r>
      <w:r>
        <w:br/>
      </w:r>
      <w:r>
        <w:rPr>
          <w:sz w:val="20"/>
        </w:rPr>
        <w:t>1:21:03  yeh two point formula. mad'oo se maslan hindu mad'oo hain, yahoodi mad'oo hain, american mad'oo hain, saare doosri qaumein woh mad'oo hain hamare liye.</w:t>
      </w:r>
      <w:r>
        <w:br/>
      </w:r>
      <w:r>
        <w:rPr>
          <w:sz w:val="20"/>
        </w:rPr>
        <w:t>1:21:16  toh mad'oo se nafrat khatm karna aur peaceful dua work karna. bas yahi hai. aur kuch nahi. doosra jo tareeqa hai gun aur bomb ka hai, is se kabhi falaah nahi milegi.</w:t>
      </w:r>
      <w:r>
        <w:br/>
      </w:r>
      <w:r>
        <w:rPr>
          <w:sz w:val="20"/>
        </w:rPr>
        <w:t>1:21:30  ab tak falaah nahi milegi gun aur bomb ke tareeqe par. yeh tay hai. gun culture aur bomb culture chala kar ke kabhi falaah nahi milegi.</w:t>
      </w:r>
      <w:r>
        <w:br/>
      </w:r>
      <w:r>
        <w:rPr>
          <w:sz w:val="20"/>
        </w:rPr>
        <w:t>1:21:40  toh falaah ka formula yeh yeh two point formula hai ke mad'oo saare saare insaan hamare liye mad'oo hain, chahe hindu ho ya ya koi doosra ho.</w:t>
      </w:r>
      <w:r>
        <w:br/>
      </w:r>
      <w:r>
        <w:rPr>
          <w:sz w:val="20"/>
        </w:rPr>
        <w:t>1:21:54  toh yak tarfa taur par nafrat ko khatm karna. yun le lein, yak tarfa taur par nafrat ko khatm karna aur doosre peaceful dua work karna.</w:t>
      </w:r>
      <w:r>
        <w:br/>
      </w:r>
      <w:r>
        <w:rPr>
          <w:sz w:val="20"/>
        </w:rPr>
        <w:t>1:22:04  in ka khair khwah ban kar ke. bas yahi</w:t>
      </w:r>
      <w:r>
        <w:br/>
      </w:r>
      <w:r>
        <w:rPr>
          <w:sz w:val="20"/>
        </w:rPr>
        <w:t>1:22:08  yahi hai formula. koi doosra formula nahi hai. maulana, unka ek aur sawal hai. unhone likha hai: "partition ke baad pakistani leadership ne pakistan ko muslim country declare kar diya, jabke nehru ne india ko hindu country declare karne ki bajaye india ko secular country karar diya." do leadership ke beech mein yeh difference kyun hai?</w:t>
      </w:r>
      <w:r>
        <w:br/>
      </w:r>
      <w:r>
        <w:rPr>
          <w:sz w:val="20"/>
        </w:rPr>
        <w:t>1:22:35  nahi, is mein koi harj nahi tha lekin is ke taqaze poore kiye jayein. muslim country aap develop kar declare karein toh toh is ko sach much muslim ke ma'ne mein lein, na ke qaumi ma'ne mein.</w:t>
      </w:r>
      <w:r>
        <w:br/>
      </w:r>
      <w:r>
        <w:rPr>
          <w:sz w:val="20"/>
        </w:rPr>
        <w:t>1:22:49  aap declare karein is ko islami mulk aur muslim mulk, lekin amal'an kya hai ke qaumi mulk banaye hue rahein. wahan aapas ki ladai karein, musalman musalman ko marein toh muslim kahan hua?</w:t>
      </w:r>
      <w:r>
        <w:br/>
      </w:r>
      <w:r>
        <w:rPr>
          <w:sz w:val="20"/>
        </w:rPr>
        <w:t>1:23:02  na muslim land hai, na islami land hai woh.</w:t>
      </w:r>
      <w:r>
        <w:br/>
      </w:r>
      <w:r>
        <w:rPr>
          <w:sz w:val="20"/>
        </w:rPr>
        <w:t>1:23:06  toh main samajhta hoon ke yani na secular land declare karne mein koi ghalati hai, na muslim land declare karne mein.</w:t>
      </w:r>
      <w:r>
        <w:br/>
      </w:r>
      <w:r>
        <w:rPr>
          <w:sz w:val="20"/>
        </w:rPr>
        <w:t>1:23:16  asal cheez yeh hai ke sach much woh secular land ho, sach much muslim land ho. jabke aisa nahi hai.</w:t>
      </w:r>
      <w:r>
        <w:br/>
      </w:r>
      <w:r>
        <w:rPr>
          <w:sz w:val="20"/>
        </w:rPr>
        <w:t>1:23:26  maulana, yeh sawal dilli se hai doctor safeena ka. unhone aapse poocha hai: "what is the role of women in peaceful dua</w:t>
      </w:r>
      <w:r>
        <w:br/>
      </w:r>
      <w:r>
        <w:rPr>
          <w:sz w:val="20"/>
        </w:rPr>
        <w:t>1:23:35  we work?" is ke bare mein bataein. wahi hai jo mardon ka hai. aap islami leadership distributor kijiye. aur is zamane mein toh yeh hi ek hi kaam hai.</w:t>
      </w:r>
      <w:r>
        <w:br/>
      </w:r>
      <w:r>
        <w:rPr>
          <w:sz w:val="20"/>
        </w:rPr>
        <w:t>1:23:46  sahaba muqarrar the, aap distributor ban jaiye. aur koi doosra kaam nahi hai. chhupa hua quran maujood hai, chhupi hui kitabein maujood hain.</w:t>
      </w:r>
      <w:r>
        <w:br/>
      </w:r>
      <w:r>
        <w:rPr>
          <w:sz w:val="20"/>
        </w:rPr>
        <w:t>1:23:56  toh sahaba ke zamane mein toh chhapayi thi nahi, toh muqarrar ban gaye the. ab chhapayi hai toh aap distributor ban jaiye.</w:t>
      </w:r>
      <w:r>
        <w:br/>
      </w:r>
      <w:r>
        <w:rPr>
          <w:sz w:val="20"/>
        </w:rPr>
        <w:t>1:24:05  yeh mardon ko bhi karna hai, auraton ko bhi karna hai.</w:t>
      </w:r>
      <w:r>
        <w:br/>
      </w:r>
      <w:r>
        <w:rPr>
          <w:sz w:val="20"/>
        </w:rPr>
        <w:t>1:24:11  maulana, agla sawal mumbai se kiya hai naseem khan sahab ne. unhone likha hai: "maulana, allah ki taraf se tanbeeh, saza, aur hamare apne a'maal ki wajah se pohnchne wali saza ke farq ko hum kaise samjhein?" is ke bare mein bataein.</w:t>
      </w:r>
      <w:r>
        <w:br/>
      </w:r>
      <w:r>
        <w:rPr>
          <w:sz w:val="20"/>
        </w:rPr>
        <w:t>1:24:31  dekhein, yeh dunya mein aap samajh nahi sakte is ko. yeh allah ka mu'amla hai. yani allah ke domain mein dakhil hone ki koshish mat kijiye.</w:t>
      </w:r>
      <w:r>
        <w:br/>
      </w:r>
      <w:r>
        <w:rPr>
          <w:sz w:val="20"/>
        </w:rPr>
        <w:t>1:24:43  yani maal alam mein jhaanknay ki koshish mat kijiye.</w:t>
      </w:r>
      <w:r>
        <w:br/>
      </w:r>
      <w:r>
        <w:rPr>
          <w:sz w:val="20"/>
        </w:rPr>
        <w:t>1:24:47  aap to sirf apni zindagi ko quran ki roshni mein woh muhasba karte rahiye, introspection karte rahiye ke main jo mera jo rosh hai, meri jo zindagi hai, woh quran o sunnat ke mutabiq hai ya nahi mutabiq hai.</w:t>
      </w:r>
      <w:r>
        <w:br/>
      </w:r>
      <w:r>
        <w:rPr>
          <w:sz w:val="20"/>
        </w:rPr>
        <w:t>1:25:03  bas is meyar ko le kar apna muhasba karte rahiye. baqi maal aala mein kya ho raha hai, woh hum jhaank kar nahi jaan sakte. yeh hamare bas mein nahi hai.</w:t>
      </w:r>
      <w:r>
        <w:br/>
      </w:r>
      <w:r>
        <w:rPr>
          <w:sz w:val="20"/>
        </w:rPr>
        <w:t>1:25:14  maulana, unka ek aur sawal hai. unhon ne aapse poocha hai ke "kya ummat musalman par</w:t>
      </w:r>
      <w:r>
        <w:br/>
      </w:r>
      <w:r>
        <w:rPr>
          <w:sz w:val="20"/>
        </w:rPr>
        <w:t>1:25:20  pehli qomon ki tarah azaab elahi aayega?" bhaiya, yeh to allah se poochne ki baat hai. wohi mein ne kaha na ke saare logon ka ajeeb o ghareeb mizaj hota hai ke woh maal aala mein jhaanknay ki koshish karte hain.</w:t>
      </w:r>
      <w:r>
        <w:br/>
      </w:r>
      <w:r>
        <w:rPr>
          <w:sz w:val="20"/>
        </w:rPr>
        <w:t>1:25:35  hum maal aala mein jhaank nahi sakte. hamare bas mein nahi hai. apni zimmedariyon ko pata kijiye bas. hamari zimmedariyan kya hain?</w:t>
      </w:r>
      <w:r>
        <w:br/>
      </w:r>
      <w:r>
        <w:rPr>
          <w:sz w:val="20"/>
        </w:rPr>
        <w:t>1:25:46  maulana, agla sawal delhi se hai miss naghma siddiqui ka.</w:t>
      </w:r>
      <w:r>
        <w:br/>
      </w:r>
      <w:r>
        <w:rPr>
          <w:sz w:val="20"/>
        </w:rPr>
        <w:t>1:25:50  unhon ne likha hai: "in today's world is there any situation in which war in which war qatal is allowed?" mein baat samajhta hoon ke nahi.</w:t>
      </w:r>
      <w:r>
        <w:br/>
      </w:r>
      <w:r>
        <w:rPr>
          <w:sz w:val="20"/>
        </w:rPr>
        <w:t>1:26:04  is liye ke pehle zamanay mein jo qital hota tha, difai, woh bhi khatam ho gaya. ab to defensive war bhi nahi hai. kyun? yeh zamana hai, aap jante hain, weapons of mass destruction ka.</w:t>
      </w:r>
      <w:r>
        <w:br/>
      </w:r>
      <w:r>
        <w:rPr>
          <w:sz w:val="20"/>
        </w:rPr>
        <w:t>1:26:24  weapons of mass destruction. yani pehle zamanay mein talwar chalti thi to ek aadmi gardan kat'ti thi.</w:t>
      </w:r>
      <w:r>
        <w:br/>
      </w:r>
      <w:r>
        <w:rPr>
          <w:sz w:val="20"/>
        </w:rPr>
        <w:t>1:26:33  ab jab bomb phat'te hain to ek aadmi nahi marta is mein. bohat se log marte hain. bachay bhi, bachay bhi, boorhay bhi, auratain bhi, sab marte hain.</w:t>
      </w:r>
      <w:r>
        <w:br/>
      </w:r>
      <w:r>
        <w:rPr>
          <w:sz w:val="20"/>
        </w:rPr>
        <w:t>1:26:43  to to haram hai.</w:t>
      </w:r>
      <w:r>
        <w:br/>
      </w:r>
      <w:r>
        <w:rPr>
          <w:sz w:val="20"/>
        </w:rPr>
        <w:t>1:26:45  aap fiqi kitabon mein parhiye jo is maamle mein to woh batate hain ke islam mein sirf muqatil ko marna jaiz hai.</w:t>
      </w:r>
      <w:r>
        <w:br/>
      </w:r>
      <w:r>
        <w:rPr>
          <w:sz w:val="20"/>
        </w:rPr>
        <w:t>1:26:56  ghair muqatil ko marna ki ijazat nahi hai aap ko. yani competent ko aap maar sakte hain, non-competent ko aap nahi maar sakte. is zamanay mein yeh farq khatam ho gaya.</w:t>
      </w:r>
      <w:r>
        <w:br/>
      </w:r>
      <w:r>
        <w:rPr>
          <w:sz w:val="20"/>
        </w:rPr>
        <w:t>1:27:07  ab jab aap bomb exploit karenge to woh to sab marega is mein.</w:t>
      </w:r>
      <w:r>
        <w:br/>
      </w:r>
      <w:r>
        <w:rPr>
          <w:sz w:val="20"/>
        </w:rPr>
        <w:t>1:27:13  auratain, bachay, boorhay, beemar sab marega. to is zamanay mein ke aaj yeh mumkin nahi ke aap muqatil aur ghair muqatil ke darmiyan farq karen.</w:t>
      </w:r>
      <w:r>
        <w:br/>
      </w:r>
      <w:r>
        <w:rPr>
          <w:sz w:val="20"/>
        </w:rPr>
        <w:t>1:27:22  competent, non-competent ke. is liye mein samajhta hoon ke is zamanay mein qital ka koi option hi hamare nahi hai. qital ka option khatam hai.</w:t>
      </w:r>
      <w:r>
        <w:br/>
      </w:r>
      <w:r>
        <w:rPr>
          <w:sz w:val="20"/>
        </w:rPr>
        <w:t>1:27:34  kisi bhi haal mein nahi qital ka option hai.</w:t>
      </w:r>
      <w:r>
        <w:br/>
      </w:r>
      <w:r>
        <w:rPr>
          <w:sz w:val="20"/>
        </w:rPr>
        <w:t>1:27:38  ab to sirf yeh hai ke aap peaceful negotiation kijiye. peaceful method ikhtiyar kar ke logon ko persuade kijiye. yahi yeh option hai.</w:t>
      </w:r>
      <w:r>
        <w:br/>
      </w:r>
      <w:r>
        <w:rPr>
          <w:sz w:val="20"/>
        </w:rPr>
        <w:t>1:27:48  woh option baqi nahi raha hai.</w:t>
      </w:r>
      <w:r>
        <w:br/>
      </w:r>
      <w:r>
        <w:rPr>
          <w:sz w:val="20"/>
        </w:rPr>
        <w:t>1:27:53  maulana, doctor taah ne delhi se agla sawal kiya hai. unhon ne likha hai: "kisi aadmi ke liye poori tarah empty mind hona kis tarah mumkin hai</w:t>
      </w:r>
      <w:r>
        <w:br/>
      </w:r>
      <w:r>
        <w:rPr>
          <w:sz w:val="20"/>
        </w:rPr>
        <w:t>1:28:03  jabke aadmi ka mind har waqt in empty hota hai?" nahi, nahi, bilkul mumkin hai. aap insaan ke mind ko underestimate kar rahe hain. yani insaan ka mind itna zabardast cheez hai ke woh agarche us ke dimagh mein bohat sari baatein hon, phir bhi us ke alag ho kar soche woh.</w:t>
      </w:r>
      <w:r>
        <w:br/>
      </w:r>
      <w:r>
        <w:rPr>
          <w:sz w:val="20"/>
        </w:rPr>
        <w:t>1:28:25  phir bhi alag soche. yeh to bilkul possible hai. aur mein apni misaal</w:t>
      </w:r>
      <w:r>
        <w:br/>
      </w:r>
      <w:r>
        <w:rPr>
          <w:sz w:val="20"/>
        </w:rPr>
        <w:t>1:28:30  deta hoon. aap meri kisi kitab mein bata dijiye ke maine yani objectivity ko khoya ho kahin. mere mind mein hazaron, lakhon, karoron baatein hain lekin mein objective tor par analysis karta hoon har baat ka.</w:t>
      </w:r>
      <w:r>
        <w:br/>
      </w:r>
      <w:r>
        <w:rPr>
          <w:sz w:val="20"/>
        </w:rPr>
        <w:t>1:28:44  agar aap meri kitabon mein batayein ke kahan mein objectivity kho di hai maine to mein manunga aap ke mafroozay ko nahi manunga.</w:t>
      </w:r>
      <w:r>
        <w:br/>
      </w:r>
      <w:r>
        <w:rPr>
          <w:sz w:val="20"/>
        </w:rPr>
        <w:t>1:28:51  yeh bilkul mumkin hai ke insaan agarchay is ke dimagh mein bohat si baatein hoti hain lekin objective tor par kisi aik cheez ko analysis karay, us ko samjhay us ko.</w:t>
      </w:r>
      <w:r>
        <w:br/>
      </w:r>
      <w:r>
        <w:rPr>
          <w:sz w:val="20"/>
        </w:rPr>
        <w:t>1:29:01  yeh yeh mind ki capacity ki baat hai. Aap insaan ke mind ko under statement karain gay agar aisa kahain aap to. Insaan ke mind to bohat ajeeb o ghareeb cheez hai.</w:t>
      </w:r>
      <w:r>
        <w:br/>
      </w:r>
      <w:r>
        <w:rPr>
          <w:sz w:val="20"/>
        </w:rPr>
        <w:t>1:29:14  Ma Allah ke fazal se mere mind mein beshumar baatein hain, har waqt hain. Lekin jab mein kisi cheez ka analysis karta hoon to baaton ko alag kar ke bilkul objective tor par us ka mutalia karta hoon.</w:t>
      </w:r>
      <w:r>
        <w:br/>
      </w:r>
      <w:r>
        <w:rPr>
          <w:sz w:val="20"/>
        </w:rPr>
        <w:t>1:29:28  Har insaan ke liye mumkin hai yeh.</w:t>
      </w:r>
      <w:r>
        <w:br/>
      </w:r>
      <w:r>
        <w:rPr>
          <w:sz w:val="20"/>
        </w:rPr>
        <w:t>1:29:33  Maulana, agla sawal Delhi se hai Muhammad Anas sahib ka.</w:t>
      </w:r>
      <w:r>
        <w:br/>
      </w:r>
      <w:r>
        <w:rPr>
          <w:sz w:val="20"/>
        </w:rPr>
        <w:t>1:29:38  Unhon ne likha hai: "Aik hadith mein aaya hai ke tum aapas mein aik doosray ko hidayat diya karo, is se baaham mohabbat paida hogi." Maulana sahib, is hadith ko explain karain.</w:t>
      </w:r>
      <w:r>
        <w:br/>
      </w:r>
      <w:r>
        <w:rPr>
          <w:sz w:val="20"/>
        </w:rPr>
        <w:t>1:29:52  Haan, is ko bohat log liye rehtay hain. Tahadu, tahabo. Aaj kal to fashion hai. Aaj kal woh hadiya nahi duniya mein.</w:t>
      </w:r>
      <w:r>
        <w:br/>
      </w:r>
      <w:r>
        <w:rPr>
          <w:sz w:val="20"/>
        </w:rPr>
        <w:t>1:30:01  Is zamanay mein jo gift hota tha, aaj woh gift nahi hai. Aaj to aik fashion hai. To aaj ke riwaj ke aitbar se samajhta hoon ke yeh yeh gift culture jo hai, mein us ko pasand nahi karta.</w:t>
      </w:r>
      <w:r>
        <w:br/>
      </w:r>
      <w:r>
        <w:rPr>
          <w:sz w:val="20"/>
        </w:rPr>
        <w:t>1:30:15  Aaj ka jo gift culture hai, woh aik riwaj hai aur us ke yani us ki spirit hi doosri hoti hai.</w:t>
      </w:r>
      <w:r>
        <w:br/>
      </w:r>
      <w:r>
        <w:rPr>
          <w:sz w:val="20"/>
        </w:rPr>
        <w:t>1:30:25  Woh spirit nahi hoti hai jo us zamanay mein tha.</w:t>
      </w:r>
      <w:r>
        <w:br/>
      </w:r>
      <w:r>
        <w:rPr>
          <w:sz w:val="20"/>
        </w:rPr>
        <w:t>1:30:30  To speed ke lihaz se aaj ka gift culture ko mein sahi nahi samajhta. Us zamanay mein jo tha, us ki speed doosri hoti thi. Aaj ki speed doosri hai.</w:t>
      </w:r>
      <w:r>
        <w:br/>
      </w:r>
      <w:r>
        <w:rPr>
          <w:sz w:val="20"/>
        </w:rPr>
        <w:t>1:30:41  Maulana, aik aur sawal hai un ka. Unhon ne likha hai: "Last class mein aap ne bataya ke hidayat insaan khud se hasil karta hai.</w:t>
      </w:r>
      <w:r>
        <w:br/>
      </w:r>
      <w:r>
        <w:rPr>
          <w:sz w:val="20"/>
        </w:rPr>
        <w:t>1:30:51  Maulana, hidayat ke liye dua karne ka matlab kya hai?"</w:t>
      </w:r>
      <w:r>
        <w:br/>
      </w:r>
      <w:r>
        <w:rPr>
          <w:sz w:val="20"/>
        </w:rPr>
        <w:t>1:31:01  Dekhiye, mera tajurba yeh hai ke aadmi ko jab koi jati baat us ki guzarti hai, maslan uska uska beta mar gaya, to khoob dua karta hai woh. Dilo jaan se. Bimar hai, dilo jaan se dua karta hai. Lekin jo akhirat ki baatein, jannat, dozakh ki baatein hain, us ko fuzool tareeqay se dua karta hai. Kitabon mein kuch duaen jo likhi hui hain, rat liya to woh kar raha hai. Aur beta beti ke liye duaen karna hai to jigar phaar kar duaen karta hai.</w:t>
      </w:r>
      <w:r>
        <w:br/>
      </w:r>
      <w:r>
        <w:rPr>
          <w:sz w:val="20"/>
        </w:rPr>
        <w:t>1:31:30  To har aadmi ko khud pata hai ke rasmi dua kya hai aur haqeeqi dua kya hai. Aap ne bhi dekha, aap ne bhi dekha hai ke aik aik aurat ka bachcha bimar tha,</w:t>
      </w:r>
      <w:r>
        <w:br/>
      </w:r>
      <w:r>
        <w:rPr>
          <w:sz w:val="20"/>
        </w:rPr>
        <w:t>1:31:43  Is qadar jigar phaar kar duaen kar rahi thi woh apne bachche ke liye ke mera bachcha acha ho jaye.</w:t>
      </w:r>
      <w:r>
        <w:br/>
      </w:r>
      <w:r>
        <w:rPr>
          <w:sz w:val="20"/>
        </w:rPr>
        <w:t>1:31:50  Lekin wahi aurat ko jab dua karna hota hai akhirat ke baray mein, to kitabon mein rat leti hai, usi ko dua deti hai. Yeh to bohat aasani se samajh sakte hain aap ke dono duaon mein farq kya hai. To Allah taala ko lip service wali dua nahi matlab hai. Lip service wali dua se kuch nahi hota. Woh dua jo dil ki gehraiyon se niklay, jis mein aadmi apni shakhsiyat ko undel diya ho,</w:t>
      </w:r>
      <w:r>
        <w:br/>
      </w:r>
      <w:r>
        <w:rPr>
          <w:sz w:val="20"/>
        </w:rPr>
        <w:t>1:32:20  Woh dua bila shuba qabool hoti hai. Wahi dua yani Allah taala ko matlab hai.</w:t>
      </w:r>
    </w:p>
    <w:p>
      <w:pPr>
        <w:pStyle w:val="Heading2"/>
      </w:pPr>
      <w:r>
        <w:t>Is divorce and khula a civilized solution?</w:t>
      </w:r>
    </w:p>
    <w:p>
      <w:r>
        <w:rPr>
          <w:color w:val="666666"/>
          <w:sz w:val="18"/>
        </w:rPr>
        <w:t>Ethics &amp; Character · Three levels of Realization July 4, 2010 · 6m 59s · at 1:46:45 · https://youtu.be/NtCTVVov3Nw?t=6405</w:t>
      </w:r>
    </w:p>
    <w:p>
      <w:r>
        <w:rPr>
          <w:i/>
        </w:rPr>
        <w:t>“Is divorce and khula in Islam a civilized solution for the conflict between husband and wife?”</w:t>
      </w:r>
    </w:p>
    <w:p>
      <w:r>
        <w:rPr>
          <w:sz w:val="20"/>
        </w:rPr>
        <w:t>1:46:45  haan maulana agla sawal hai ah mister mustafa umri ka delhi se unhone likha hai kya islam mein talaq aur khula ki ijazat aurat aur mard ke jhagde ka civilized solution hai hargiz nahi kuch bhi nahi main to us ko aaj bhi meri kitab abhi chhap ke aayi hai aaj hi us ko aap padhiye talaq ko to main sirf yani ek aham maqam ka kaam samajhta hoon</w:t>
      </w:r>
      <w:r>
        <w:br/>
      </w:r>
      <w:r>
        <w:rPr>
          <w:sz w:val="20"/>
        </w:rPr>
        <w:t>1:47:13  behral kisi bhi haal mein talaq nahi dena chahiye you have to know the art of different management</w:t>
      </w:r>
      <w:r>
        <w:br/>
      </w:r>
      <w:r>
        <w:rPr>
          <w:sz w:val="20"/>
        </w:rPr>
        <w:t>1:47:23  jis difference ko le kar ke talaq dete hain log us ko manage karo main kaha karta hoon ke shadi ho gayi to ho gayi main kaha karta hoon shadi ho gayi to ho gayi shadi ek bar hoti hai bas shadi do bar nahi hoti hai shadi do bar nahi hoti hai</w:t>
      </w:r>
      <w:r>
        <w:br/>
      </w:r>
      <w:r>
        <w:rPr>
          <w:sz w:val="20"/>
        </w:rPr>
        <w:t>1:47:42  jo differences aate hain un ko manage kijiye dekhen difference kyun aate hain main batata hoon aap ko ek sahib ne india mein apni bachi ko khoob padhaya aur paise wale the woh aur ghar mein un ke do teen woh the kaam karne wale domestic help taqreeban teen teen the un ke</w:t>
      </w:r>
      <w:r>
        <w:br/>
      </w:r>
      <w:r>
        <w:rPr>
          <w:sz w:val="20"/>
        </w:rPr>
        <w:t>1:48:11  ghar mein to ladki kuch kaam to karti nahi thi ab shadi kar di kahan america mein shadi kar di ab wahan domestic help hota hi nahi har aadmi ko kaam khud karna padta hai</w:t>
      </w:r>
      <w:r>
        <w:br/>
      </w:r>
      <w:r>
        <w:rPr>
          <w:sz w:val="20"/>
        </w:rPr>
        <w:t>1:48:26  ab kya hua wahan par woh kuch karti thi nikah aur is ka husband jo tha woh ghussa hota tha jab aata tha office se dekha ke sab saman bikhra hua hai koi intizam nahi hai khane peene ka kuch bhi nahi</w:t>
      </w:r>
      <w:r>
        <w:br/>
      </w:r>
      <w:r>
        <w:rPr>
          <w:sz w:val="20"/>
        </w:rPr>
        <w:t>1:48:40  to natija hai ke woh talak ho gayi to yeh yeh talak jo hai yeh yeh is mein ek sabak hai ke talak ka zimmedar kaun hai parent zimmedar hai ke tum ne jab aisa banaya to india mein shadi karte hain is ki america mein koi shadi kar di</w:t>
      </w:r>
      <w:r>
        <w:br/>
      </w:r>
      <w:r>
        <w:rPr>
          <w:sz w:val="20"/>
        </w:rPr>
        <w:t>1:49:00  aise hi aam taur par kya hota hai har ghar mein taqreeban ke beti ko khoob pyar karte hain</w:t>
      </w:r>
      <w:r>
        <w:br/>
      </w:r>
      <w:r>
        <w:rPr>
          <w:sz w:val="20"/>
        </w:rPr>
        <w:t>1:49:07  ke aisa soorat e haal mein jayegi to us ko to wahan museebat padegi to bhai jab aap ne aadi nahi banaya us ko museebat sehne ka to wahan jayegi jhagda karegi main aise maa dekhe hain jo kaam nahi karwati betiyon se are bhai wahan to use karna hi padega bhai jab aadat nahi to kare kise</w:t>
      </w:r>
      <w:r>
        <w:br/>
      </w:r>
      <w:r>
        <w:rPr>
          <w:sz w:val="20"/>
        </w:rPr>
        <w:t>1:49:30  to main samajhta hoon ke sab se bare jo zimmedar hain woh hain maa baap</w:t>
      </w:r>
      <w:r>
        <w:br/>
      </w:r>
      <w:r>
        <w:rPr>
          <w:sz w:val="20"/>
        </w:rPr>
        <w:t>1:49:36  apne bachiyon ko apne beton ko galat zehan banate hain sahi zehan ka adjustment shadi means adjustment koi bhi yaad rakhiye duniya mein koi ideal shohar nahi hai ideal wife nahi hai yeh bilkul ek myth hai ke koi duniya mein aisa ho sakta hai ke jo ek aurat ke liye ideal husband ho ya husband ke liye ek ideal wife ho</w:t>
      </w:r>
      <w:r>
        <w:br/>
      </w:r>
      <w:r>
        <w:rPr>
          <w:sz w:val="20"/>
        </w:rPr>
        <w:t>1:50:03  adjustment karna padta hai aap ko aur yeh baat maa baap batate nahi jaise ek mashhoor gana hai un ka rafi sahab ka main to us ko bewakoofi gana samajhta hoon ke</w:t>
      </w:r>
      <w:r>
        <w:br/>
      </w:r>
      <w:r>
        <w:rPr>
          <w:sz w:val="20"/>
        </w:rPr>
        <w:t>1:50:19  makey ki kabhi na yaad aaye sasural mein itna pyar mile yeh to ahmaqana baat hai aisi sasural koi hoti hi nahi</w:t>
      </w:r>
      <w:r>
        <w:br/>
      </w:r>
      <w:r>
        <w:rPr>
          <w:sz w:val="20"/>
        </w:rPr>
        <w:t>1:50:30  makey ki kabhi na yaad aaye sasural mein aisa aisa pyar mile aisi aisa sasural koi hota hi nahi to aap ladki ko aisa zehan de rahe hain ke woh ek foods priorites mein jiye</w:t>
      </w:r>
      <w:r>
        <w:br/>
      </w:r>
      <w:r>
        <w:rPr>
          <w:sz w:val="20"/>
        </w:rPr>
        <w:t>1:50:45  to haqeeqat talak to bilkul honi hi nahi chahiye talak hoti hai bewakoofi se haan hamakat se aur zyada tar zimmedar is mein hote hain kaun maa baap</w:t>
      </w:r>
      <w:r>
        <w:br/>
      </w:r>
      <w:r>
        <w:rPr>
          <w:sz w:val="20"/>
        </w:rPr>
        <w:t>1:50:56  dusri baat jo hai aaj kal jo western concept hai gender equality mein is ko bilkul unnatural samajhta hoon unnatural gender equality is nothing dekhiye duniya chal rahi hai bossism ke principle par bossism yani hamari government mein boss kaun hai prime minister company mein boss kaun hai wahan ka director railway railway chal rahi hai dorr rahi hai to is ka boss kaun hai driver</w:t>
      </w:r>
      <w:r>
        <w:br/>
      </w:r>
      <w:r>
        <w:rPr>
          <w:sz w:val="20"/>
        </w:rPr>
        <w:t>1:51:25  to to yeh in why your home is exception wahan yeh ek boss hona chahiye is duniya ka sara ilzaam chal raha hai bosses ke principle pe suraj system ka bhi ek boss hai woh us woh suraj hai to gender equality bilkul hi unnatural theory hai ghar mein ek boss hona chahiye nahi to phir jhagda hoga jhagda hoga jhagda hoga</w:t>
      </w:r>
      <w:r>
        <w:br/>
      </w:r>
      <w:r>
        <w:rPr>
          <w:sz w:val="20"/>
        </w:rPr>
        <w:t>1:51:53  main to auraton ko boss banaye rehta hoon hamari biwi jo theen abhi un ka inteqal ho gaya hai wahi boss thi jo jo chahte wahi hota tha jo aajaye wahi hota tha</w:t>
      </w:r>
      <w:r>
        <w:br/>
      </w:r>
      <w:r>
        <w:rPr>
          <w:sz w:val="20"/>
        </w:rPr>
        <w:t>1:52:06  to dekhiye gender equality bilkul hai absurd hai unnatural hai chalne wala nahi hai aur yeh jhagde paida hote hain woh kehte hain ke main kyun karoon kya main kyun karoon yeh yahi galat</w:t>
      </w:r>
      <w:r>
        <w:br/>
      </w:r>
      <w:r>
        <w:rPr>
          <w:sz w:val="20"/>
        </w:rPr>
        <w:t>1:52:21  hai boss banaiye apne ghar mein sab se aqalmand woh hai jo doosre ko boss bana le yani mard aqalmand hota hai to woh aurat ko boss bana lega aurat aqalmand hoti hai woh boss is mard ko boss bana lega to bosses ka principle jo hai is ka negation hai gender equality concept woh bilkul unnatural hai woh kabhi chalne wala nahi hai sirf separation hoga talak hoga ladai jhagda hoga</w:t>
      </w:r>
      <w:r>
        <w:br/>
      </w:r>
      <w:r>
        <w:rPr>
          <w:sz w:val="20"/>
        </w:rPr>
        <w:t>1:52:47  yani gender equality ki base pe koi society nahi bana sakta koi society impossible hai to main bilkul is ke khilaf hoon gender equality ke main manta hoon ke bossism ka principle ghar mein bhi apply hona chahiye jaise company mein apply hota hai aur main to is mein itna zyada manta hoon ke main main khud hi ko apne aurat ko boss bana liya maine mujhe shauk nahi hai ke main boss banu</w:t>
      </w:r>
      <w:r>
        <w:br/>
      </w:r>
      <w:r>
        <w:rPr>
          <w:sz w:val="20"/>
        </w:rPr>
        <w:t>1:53:13  kyunki ghar chal nahi sakta is ke baghair to talak bilkul hi unnecessary unnecessary cheez hai talak ki koi zaroorat hi nahi hai agar aap manage karna jaane</w:t>
      </w:r>
      <w:r>
        <w:br/>
      </w:r>
      <w:r>
        <w:rPr>
          <w:sz w:val="20"/>
        </w:rPr>
        <w:t>1:53:29  it is a matter of management jab koi controversy ho to aap us ko manage kijiye apne apne mind ko aap apply kijiye wahan par talak kya hai</w:t>
      </w:r>
    </w:p>
    <w:p>
      <w:pPr>
        <w:pStyle w:val="Heading2"/>
      </w:pPr>
      <w:r>
        <w:t>Knowing and maintaining self-correction process</w:t>
      </w:r>
    </w:p>
    <w:p>
      <w:r>
        <w:rPr>
          <w:color w:val="666666"/>
          <w:sz w:val="18"/>
        </w:rPr>
        <w:t>Ethics &amp; Character · The Role of Suffering 31 Aug, 2019 - Maulana Wahiduddin Khan · 17m 38s · at 33:58 · https://youtu.be/y4B5iBknSpk?t=2038</w:t>
      </w:r>
    </w:p>
    <w:p>
      <w:r>
        <w:rPr>
          <w:i/>
        </w:rPr>
        <w:t>“How can I understand that the self-correction process has started within me and how to maintain it?”</w:t>
      </w:r>
    </w:p>
    <w:p>
      <w:r>
        <w:rPr>
          <w:sz w:val="20"/>
        </w:rPr>
        <w:t>33:58  Maulana Mahboob bhai ka Mumbai se sawal hai. unhone likha hai: "Maulana, main yeh kaise samjhun ke mere andar self-correction process jaari ho chuka hai aur usko kaise barkarar rakha jaaye?"</w:t>
      </w:r>
      <w:r>
        <w:br/>
      </w:r>
      <w:r>
        <w:rPr>
          <w:sz w:val="20"/>
        </w:rPr>
        <w:t>34:15  Yeh sab dekhne ki zaroorat nahi hai. Yeh ek process jaanna hai. Aap process ko jaanen ge, aap jo ho raha hai woh woh wahan tak toh sirf angel ki pahunch hoti hai, farishton ki.</w:t>
      </w:r>
      <w:r>
        <w:br/>
      </w:r>
      <w:r>
        <w:rPr>
          <w:sz w:val="20"/>
        </w:rPr>
        <w:t>34:32  Bas</w:t>
      </w:r>
      <w:r>
        <w:br/>
      </w:r>
      <w:r>
        <w:rPr>
          <w:sz w:val="20"/>
        </w:rPr>
        <w:t>34:39  batar news, batar khabar ko laani nahi. Aap ki pahunch yahin tak hai ke batar khabar ke janne ho.</w:t>
      </w:r>
      <w:r>
        <w:br/>
      </w:r>
      <w:r>
        <w:rPr>
          <w:sz w:val="20"/>
        </w:rPr>
        <w:t>34:59  Maulana, kya yeh keh sakte hain hum ke ah pre ah Muhammad era mein zyada it is to be physical torture suffering and not is more mental suffering?</w:t>
      </w:r>
      <w:r>
        <w:br/>
      </w:r>
      <w:r>
        <w:rPr>
          <w:sz w:val="20"/>
        </w:rPr>
        <w:t>35:12  Can we say that people suffered more physically in the dows times pre ah pre Muhammad period? Aisa kuch keh sakte hain? Maulana sahib, abhi aaj kal mental suffering zyada hai.</w:t>
      </w:r>
      <w:r>
        <w:br/>
      </w:r>
      <w:r>
        <w:rPr>
          <w:sz w:val="20"/>
        </w:rPr>
        <w:t>35:25  mein samjha, mein samjha nahin.</w:t>
      </w:r>
      <w:r>
        <w:br/>
      </w:r>
      <w:r>
        <w:rPr>
          <w:sz w:val="20"/>
        </w:rPr>
        <w:t>35:27  woh priya ka sawal yeh hai ke ah prophet se jo pehle ka daur tha, us daur mein physical suffering zyada thi aur aaj ke daur mein mental suffering zyada hai.</w:t>
      </w:r>
      <w:r>
        <w:br/>
      </w:r>
      <w:r>
        <w:rPr>
          <w:sz w:val="20"/>
        </w:rPr>
        <w:t>35:40  toh kya is ko aise kaha ja sakta hai? kya yeh sahi hai kehna?</w:t>
      </w:r>
      <w:r>
        <w:br/>
      </w:r>
      <w:r>
        <w:rPr>
          <w:sz w:val="20"/>
        </w:rPr>
        <w:t>35:48  partial sense mein se ho sakta hai, partial sense mein. kyunke sara mamla yeh hai ke aap kitna apne kuch mein involve karte hain.</w:t>
      </w:r>
      <w:r>
        <w:br/>
      </w:r>
      <w:r>
        <w:rPr>
          <w:sz w:val="20"/>
        </w:rPr>
        <w:t>36:01  involve kijiye toh physical suffering aa jayegi. jaise aap dekhiye, hussain thay makka mein rehte thay toh khabar suni unhon ne kufa ki toh rawana ho gaye.</w:t>
      </w:r>
      <w:r>
        <w:br/>
      </w:r>
      <w:r>
        <w:rPr>
          <w:sz w:val="20"/>
        </w:rPr>
        <w:t>36:17  rastay mein farazdaq mila, aik aik aadmi tha farazdaq. us ne kaha aap mat jaiye, woh kufa wale aise hotay hain. phir bhi woh gaye toh jab wahan pohanchay toh waqai woh hua jo jo farazdaq ne kar rakha tha.</w:t>
      </w:r>
      <w:r>
        <w:br/>
      </w:r>
      <w:r>
        <w:rPr>
          <w:sz w:val="20"/>
        </w:rPr>
        <w:t>36:34  toh toh apne ko khud hi jhonkna hai. pehle bhi aisa hota tha ke aadmi na jhuke, aaj bhi aisa hota hai ke aadmi na jhuke.</w:t>
      </w:r>
      <w:r>
        <w:br/>
      </w:r>
      <w:r>
        <w:rPr>
          <w:sz w:val="20"/>
        </w:rPr>
        <w:t>36:44  misalan india mein dekhiye, sare log wahan bjp, mein toh kuch bhi nahin, mein sirf phir parha tha, waise ab bhi hoon, mujhe koi pareshani nahin hai.</w:t>
      </w:r>
      <w:r>
        <w:br/>
      </w:r>
      <w:r>
        <w:rPr>
          <w:sz w:val="20"/>
        </w:rPr>
        <w:t>36:59  yeh yeh yeh aik relative yaani baat hai, yeh is ko real nahin samjhiye.</w:t>
      </w:r>
      <w:r>
        <w:br/>
      </w:r>
      <w:r>
        <w:rPr>
          <w:sz w:val="20"/>
        </w:rPr>
        <w:t>37:08  hain nafs ammara kya hota hai? nafs ammara, nafs ammara aur nafs al-lawwamah koi mysterious baat nahin hai,</w:t>
      </w:r>
      <w:r>
        <w:br/>
      </w:r>
      <w:r>
        <w:rPr>
          <w:sz w:val="20"/>
        </w:rPr>
        <w:t>37:23  mysterious baat nahin hai. dekhiye, aadmi rozana mukhtalif qism ke cheezon ke darmiyan guzarta hai toh nafs al-lawwamah jo hai,</w:t>
      </w:r>
      <w:r>
        <w:br/>
      </w:r>
      <w:r>
        <w:rPr>
          <w:sz w:val="20"/>
        </w:rPr>
        <w:t>37:37  woh right direction mein aap ko woh karta hai,</w:t>
      </w:r>
      <w:r>
        <w:br/>
      </w:r>
      <w:r>
        <w:rPr>
          <w:sz w:val="20"/>
        </w:rPr>
        <w:t>37:44  guide karta hai, tawajjuh dilata hai. aur nafs al-lawwamah jo hai, ghalat direction mein, matlab woh woh farishte ke asar se hota hai ya shaitan ke asar se hota hai.</w:t>
      </w:r>
      <w:r>
        <w:br/>
      </w:r>
      <w:r>
        <w:rPr>
          <w:sz w:val="20"/>
        </w:rPr>
        <w:t>37:57  yeh bohat hi yeh koi mysterious baat nahin hai, koi mysterious baat nahin hai. yeh yeh common aik common se experience ki baat hai.</w:t>
      </w:r>
      <w:r>
        <w:br/>
      </w:r>
      <w:r>
        <w:rPr>
          <w:sz w:val="20"/>
        </w:rPr>
        <w:t>38:17  maulana, you said that our mind gets activated when we are hit with some sad experience.</w:t>
      </w:r>
      <w:r>
        <w:br/>
      </w:r>
      <w:r>
        <w:rPr>
          <w:sz w:val="20"/>
        </w:rPr>
        <w:t>38:28  can it be that at that time we feel helpless and that is why inspiration comes from god?</w:t>
      </w:r>
      <w:r>
        <w:br/>
      </w:r>
      <w:r>
        <w:rPr>
          <w:sz w:val="20"/>
        </w:rPr>
        <w:t>38:37  if we are able to take that situation positively and not react to it? rajab,</w:t>
      </w:r>
      <w:r>
        <w:br/>
      </w:r>
      <w:r>
        <w:rPr>
          <w:sz w:val="20"/>
        </w:rPr>
        <w:t>38:50  kya kaha? say inspiration aati hai. maulana, woh yeh keh rahi hain ke jo aap ne bataya ke jab aik insaan suffering ko face karta hai toh us time pe woh helpless ho jata hai aur isi wajah se nahin, yeh yeh ghalat nikala hai.</w:t>
      </w:r>
      <w:r>
        <w:br/>
      </w:r>
      <w:r>
        <w:rPr>
          <w:sz w:val="20"/>
        </w:rPr>
        <w:t>39:14  aap ne helpless ho jata hai, zyada sensitive ho jata hai. yeh kahiye ji,</w:t>
      </w:r>
      <w:r>
        <w:br/>
      </w:r>
      <w:r>
        <w:rPr>
          <w:sz w:val="20"/>
        </w:rPr>
        <w:t>39:19  helpless hua. haan, hum hum ne toh bohat suffering uthai, uthai hai, bohat suffer.</w:t>
      </w:r>
      <w:r>
        <w:br/>
      </w:r>
      <w:r>
        <w:rPr>
          <w:sz w:val="20"/>
        </w:rPr>
        <w:t>39:30  aaj aaj ki baat batata hoon mein ke itni bari mujhe suffering hui thi, aaj hi, aaj hi ke maine kaha khudaaya, mein jannat ka mustahiq nahin hoon, mujhe toh sirf aik aik aik nazar khuda ko dekh lena hai,</w:t>
      </w:r>
      <w:r>
        <w:br/>
      </w:r>
      <w:r>
        <w:rPr>
          <w:sz w:val="20"/>
        </w:rPr>
        <w:t>39:47  bas dekh loon, bas qissa khatam. aaj ki baat karta hoon, itni zyada mujhe mujhe aaj kuch baat hui thi, experience ke mein ne kaha bhai, mein jannat ka ki price nahin de sakta, mere bas mein nahin hai,</w:t>
      </w:r>
      <w:r>
        <w:br/>
      </w:r>
      <w:r>
        <w:rPr>
          <w:sz w:val="20"/>
        </w:rPr>
        <w:t>40:06  toh mein jannat ka mustahiq nahin hoon. lekin yeh toh woh jis ne mujhe paida kiya, woh kaisa hoga,</w:t>
      </w:r>
      <w:r>
        <w:br/>
      </w:r>
      <w:r>
        <w:rPr>
          <w:sz w:val="20"/>
        </w:rPr>
        <w:t>40:18  bas yeh baat janna chahta hoon. aik aik jhalak dekhna chahta hoon, yeh aaj ka tajurba batata hoon aap ko.</w:t>
      </w:r>
      <w:r>
        <w:br/>
      </w:r>
      <w:r>
        <w:rPr>
          <w:sz w:val="20"/>
        </w:rPr>
        <w:t>40:33  aaj mein ne dua ki ke khudaaya, mujhe apni aik jhalak dikha de, aik glimpse, glimpse, us waqt mujhe khatam kar de,</w:t>
      </w:r>
      <w:r>
        <w:br/>
      </w:r>
      <w:r>
        <w:rPr>
          <w:sz w:val="20"/>
        </w:rPr>
        <w:t>40:46  is se zyada ka mustahiq nahi hoon. main</w:t>
      </w:r>
      <w:r>
        <w:br/>
      </w:r>
      <w:r>
        <w:rPr>
          <w:sz w:val="20"/>
        </w:rPr>
        <w:t>40:59  Maulana, jo aap ne kaha ke suffering yeh God realization ke liye ek</w:t>
      </w:r>
      <w:r>
        <w:br/>
      </w:r>
      <w:r>
        <w:rPr>
          <w:sz w:val="20"/>
        </w:rPr>
        <w:t>41:10  bohat hi ahem mor hota hai, jahan se aadmi Khuda ki taraf mutawajjah hota hai. to Maulana, is ke liye Ashab-e-Kahf ka waqia bhi Quran mein Allah ne naqal kar ke kaha tha, kaha hai:</w:t>
      </w:r>
      <w:r>
        <w:br/>
      </w:r>
      <w:r>
        <w:rPr>
          <w:sz w:val="20"/>
        </w:rPr>
        <w:t>41:27  "Innahum fityatun aamanoo birabbihim wa zidnahum huda" ke Khuda ne kaha ke in logon ko jo religious persecution ko face karna pada, to is ki is ki wajah se un ke imaan mein aur bhi izafa ho gaya.</w:t>
      </w:r>
      <w:r>
        <w:br/>
      </w:r>
      <w:r>
        <w:rPr>
          <w:sz w:val="20"/>
        </w:rPr>
        <w:t>41:49  to Maulana, yeh baat aap jo keh rahe hain, bohat hi mukhtalif waqiat se yeh baat bohat achi tarah sabit hoti hai. Maulana, to yeh bohat hi hamare liye positive baat hai aur encouraging hai.</w:t>
      </w:r>
      <w:r>
        <w:br/>
      </w:r>
      <w:r>
        <w:rPr>
          <w:sz w:val="20"/>
        </w:rPr>
        <w:t>42:02  negative situations ko ke hum is ko imaan mein izafe ka sabab banayein.</w:t>
      </w:r>
      <w:r>
        <w:br/>
      </w:r>
      <w:r>
        <w:rPr>
          <w:sz w:val="20"/>
        </w:rPr>
        <w:t>42:09  Bhai, bhai, samjha nahi. Maulana yaar bhai, hain Yaqoob sahib, yeh keh rahe hain ke aap ne yeh jo kaha ke aadmi jab suffering mein aata hai to us ko God, aadmi jab suffering mein aata hai to us ko God realization hota hai.</w:t>
      </w:r>
      <w:r>
        <w:br/>
      </w:r>
      <w:r>
        <w:rPr>
          <w:sz w:val="20"/>
        </w:rPr>
        <w:t>42:25  to unhon ne kaha hai ke yeh cheez bohat a</w:t>
      </w:r>
      <w:r>
        <w:br/>
      </w:r>
      <w:r>
        <w:rPr>
          <w:sz w:val="20"/>
        </w:rPr>
        <w:t>42:28  ham hai aur dekhiye, suffering apne aap nahi, main ne kaha hai apne aap nahi ke dard ho raha hai yahan par to realize ho jayega.</w:t>
      </w:r>
      <w:r>
        <w:br/>
      </w:r>
      <w:r>
        <w:rPr>
          <w:sz w:val="20"/>
        </w:rPr>
        <w:t>42:40  yeh main ne nahi kaha hai, suffering ko main ne kaha hai ke inner core jo hai insaan ka, us ko hila deti hai.</w:t>
      </w:r>
      <w:r>
        <w:br/>
      </w:r>
      <w:r>
        <w:rPr>
          <w:sz w:val="20"/>
        </w:rPr>
        <w:t>42:49  wo jis tarah se main ne kaha hai, aap ke mind ka jo inner core hai, spirituality ka jo inner core hai, aap ke personality ka jo inner core hai, wo to hil jata hai, itna kisi khushi se nahi hilta.</w:t>
      </w:r>
      <w:r>
        <w:br/>
      </w:r>
      <w:r>
        <w:rPr>
          <w:sz w:val="20"/>
        </w:rPr>
        <w:t>43:06  aap khush hon to aap ka inner core hilega.</w:t>
      </w:r>
      <w:r>
        <w:br/>
      </w:r>
      <w:r>
        <w:rPr>
          <w:sz w:val="20"/>
        </w:rPr>
        <w:t>43:13  to main ne wo kiya cheez ki hai ke insaan ke potential ka jaag uthna, jis tarah unhon ne kaha hai, insaan ke potential jo hai, wo aakhir had tak jaag uthte hain.</w:t>
      </w:r>
      <w:r>
        <w:br/>
      </w:r>
      <w:r>
        <w:rPr>
          <w:sz w:val="20"/>
        </w:rPr>
        <w:t>43:28  suffering jab hoti hai jo khushi mein nahi jaagte, yeh main ne kaha hai.</w:t>
      </w:r>
      <w:r>
        <w:br/>
      </w:r>
      <w:r>
        <w:rPr>
          <w:sz w:val="20"/>
        </w:rPr>
        <w:t>43:42  Maulana to keh sakte hain ke jin ko Khuda pyar karta hai, un ko zyada suffering milti hai. hain, wo keh rahi hain ke kya Priya keh rahi hain ke kya yeh keh sakte hain ke Allah jis ko pyar zyada karta hai, us ko suffering milti hai?</w:t>
      </w:r>
      <w:r>
        <w:br/>
      </w:r>
      <w:r>
        <w:rPr>
          <w:sz w:val="20"/>
        </w:rPr>
        <w:t>44:02  pyar karta hai? kya Allah mein koi lath pyar ka wahan culture hai? yeh sab nahi hai, matlab nahi hai. jo zyada apne aap ko competent sabit karta hai,</w:t>
      </w:r>
      <w:r>
        <w:br/>
      </w:r>
      <w:r>
        <w:rPr>
          <w:sz w:val="20"/>
        </w:rPr>
        <w:t>44:16  yeh matlab hai. yeh nahi ke wahan koi lath pyar chalta hai, wahan love affair chalta hai. wo yeh love affair ki baat nahi hai, yeh yaad rakhiye, wo competence ki baat hai.</w:t>
      </w:r>
      <w:r>
        <w:br/>
      </w:r>
      <w:r>
        <w:rPr>
          <w:sz w:val="20"/>
        </w:rPr>
        <w:t>44:38  Rajat, there is a question that Saleem asked and I think it didn't get answered or didn't get conveyed. The question was that mental suffering and physical suffering, they both stimulate the brain in a similar manner.</w:t>
      </w:r>
      <w:r>
        <w:br/>
      </w:r>
      <w:r>
        <w:rPr>
          <w:sz w:val="20"/>
        </w:rPr>
        <w:t>44:53  So his question was that, uh, he believes therefore that, uh, hell is actually mental suffering.</w:t>
      </w:r>
      <w:r>
        <w:br/>
      </w:r>
      <w:r>
        <w:rPr>
          <w:sz w:val="20"/>
        </w:rPr>
        <w:t>45:03  It's a state of mind where in you are suffering mentally. It is not a physical place where you'll be burning, burning, etc. It's a state where in you'll be suffering mentally.</w:t>
      </w:r>
      <w:r>
        <w:br/>
      </w:r>
      <w:r>
        <w:rPr>
          <w:sz w:val="20"/>
        </w:rPr>
        <w:t>45:14  Is that right? Or what is Maulana's view on this?</w:t>
      </w:r>
      <w:r>
        <w:br/>
      </w:r>
      <w:r>
        <w:rPr>
          <w:sz w:val="20"/>
        </w:rPr>
        <w:t>45:18  Maulana, aap ne jab aaj desires ka ek sawal aaya tha ke desire kabhi khatam nahi honge, aap ne kaha insaan ke andar, to desire ko control kar sakte hain.</w:t>
      </w:r>
      <w:r>
        <w:br/>
      </w:r>
      <w:r>
        <w:rPr>
          <w:sz w:val="20"/>
        </w:rPr>
        <w:t>45:32  to Maulana, kaise control kar sakte hain desires ko?</w:t>
      </w:r>
      <w:r>
        <w:br/>
      </w:r>
      <w:r>
        <w:rPr>
          <w:sz w:val="20"/>
        </w:rPr>
        <w:t>45:39  Desire ka koi khali cheez hai? yeh to Buddhism mein desire ko burai bana diya. koi burai hai hi nahi, wo desire koi burai hai hi nahi.</w:t>
      </w:r>
      <w:r>
        <w:br/>
      </w:r>
      <w:r>
        <w:rPr>
          <w:sz w:val="20"/>
        </w:rPr>
        <w:t>45:51  wo</w:t>
      </w:r>
      <w:r>
        <w:br/>
      </w:r>
      <w:r>
        <w:rPr>
          <w:sz w:val="20"/>
        </w:rPr>
        <w:t>45:54  desire to ek bohat high class ki yani insani sifat hai.</w:t>
      </w:r>
      <w:r>
        <w:br/>
      </w:r>
      <w:r>
        <w:rPr>
          <w:sz w:val="20"/>
        </w:rPr>
        <w:t>46:10  yeh to hai ke desire koi buri cheez hai.</w:t>
      </w:r>
      <w:r>
        <w:br/>
      </w:r>
      <w:r>
        <w:rPr>
          <w:sz w:val="20"/>
        </w:rPr>
        <w:t>46:17  misal ke taur par, maine yeh desire paida hui ke main jannat ka mustahiq to banai hoon, lekin Allah ka ek jhalak mujhe dikhana dekhne ko mil jaye.</w:t>
      </w:r>
      <w:r>
        <w:br/>
      </w:r>
      <w:r>
        <w:rPr>
          <w:sz w:val="20"/>
        </w:rPr>
        <w:t>46:30  ek glimpse yeh desire thi, to kya desire koi galat nahi hai?</w:t>
      </w:r>
      <w:r>
        <w:br/>
      </w:r>
      <w:r>
        <w:rPr>
          <w:sz w:val="20"/>
        </w:rPr>
        <w:t>46:43  Maulana, mera yeh sawal hai ke jab Allah hum se naraz ho jata hai to kya woh hum se naik kaam yani ke achhe kaam lene chhod deta hai?</w:t>
      </w:r>
      <w:r>
        <w:br/>
      </w:r>
      <w:r>
        <w:rPr>
          <w:sz w:val="20"/>
        </w:rPr>
        <w:t>47:00  Maulana, sawal yeh hai ke jab Allah hum se naraz ho jata hai to kya woh hum se naik kaam lena chhod deta hai?</w:t>
      </w:r>
      <w:r>
        <w:br/>
      </w:r>
      <w:r>
        <w:rPr>
          <w:sz w:val="20"/>
        </w:rPr>
        <w:t>47:10  Zaroor nahi, chhodna nahi, chhodta nahi. Hum lautein, tauba naseeb karein. Yeh to bohat zyada likha hua hai Quran mein ke Allah taala lautne walon ko bohat pasand karta hai.</w:t>
      </w:r>
      <w:r>
        <w:br/>
      </w:r>
      <w:r>
        <w:rPr>
          <w:sz w:val="20"/>
        </w:rPr>
        <w:t>47:26  Phir sahib ji,</w:t>
      </w:r>
      <w:r>
        <w:br/>
      </w:r>
      <w:r>
        <w:rPr>
          <w:sz w:val="20"/>
        </w:rPr>
        <w:t>47:30  lautne wala jo hai, woh to Allah ka most wanted insan hai jo laute.</w:t>
      </w:r>
      <w:r>
        <w:br/>
      </w:r>
      <w:r>
        <w:rPr>
          <w:sz w:val="20"/>
        </w:rPr>
        <w:t>47:40  Sachhe tareeqe se log lautate nahi. Lautein to lautna yani tauba to bohat bada yeh rewardable amal hai.</w:t>
      </w:r>
      <w:r>
        <w:br/>
      </w:r>
      <w:r>
        <w:rPr>
          <w:sz w:val="20"/>
        </w:rPr>
        <w:t>47:51  yeh</w:t>
      </w:r>
      <w:r>
        <w:br/>
      </w:r>
      <w:r>
        <w:rPr>
          <w:sz w:val="20"/>
        </w:rPr>
        <w:t>47:58  Lekin sachha lautna kya cheez hai jis ko tauba naseeb kaha gaya hai?</w:t>
      </w:r>
      <w:r>
        <w:br/>
      </w:r>
      <w:r>
        <w:rPr>
          <w:sz w:val="20"/>
        </w:rPr>
        <w:t>48:07  Is par Allah ki inayatein hain. Ah,</w:t>
      </w:r>
      <w:r>
        <w:br/>
      </w:r>
      <w:r>
        <w:rPr>
          <w:sz w:val="20"/>
        </w:rPr>
        <w:t>48:15  Maulana, ek ek hadith hai. Hain, ek hadith hai: "Azam al-nas hamman al-mu'min alladhi yahtammu bi-amri dunya wa amri akhiratihi" ke logon mein sab se zyada plan karne wala momin hota hai.</w:t>
      </w:r>
      <w:r>
        <w:br/>
      </w:r>
      <w:r>
        <w:rPr>
          <w:sz w:val="20"/>
        </w:rPr>
        <w:t>48:33  Logon mein sab se zyada plan karne wala momin hota hai. Woh apne duniya ke mamlaat ki planning karta hai aur apne akhirat ke mamlaat ki planning karta hai.</w:t>
      </w:r>
      <w:r>
        <w:br/>
      </w:r>
      <w:r>
        <w:rPr>
          <w:sz w:val="20"/>
        </w:rPr>
        <w:t>48:42  Hmm, to momin ke liye to yeh wazeh hai ke woh akhirat ke mamlaat ki planning karta hai. Duniya ke mamlaat ki planning kya hai momin ke liye?</w:t>
      </w:r>
      <w:r>
        <w:br/>
      </w:r>
      <w:r>
        <w:rPr>
          <w:sz w:val="20"/>
        </w:rPr>
        <w:t>48:51  Yahan isi ma'ne mein hai ke momin bohat zyada sensitive insan hota hai. Sara ma'mla sensitivity ka hai.</w:t>
      </w:r>
      <w:r>
        <w:br/>
      </w:r>
      <w:r>
        <w:rPr>
          <w:sz w:val="20"/>
        </w:rPr>
        <w:t>49:00  Yeh momin yani kalma padhne wale ka nahi hai. Yani jo kalma padh le, woh aisa ho jayega nahi.</w:t>
      </w:r>
      <w:r>
        <w:br/>
      </w:r>
      <w:r>
        <w:rPr>
          <w:sz w:val="20"/>
        </w:rPr>
        <w:t>49:14  Jo waqai is ma'amle mein momin bada hai, sensitivity ke momin hain, to us ki har cheez mein uska izhaar hoga.</w:t>
      </w:r>
      <w:r>
        <w:br/>
      </w:r>
      <w:r>
        <w:rPr>
          <w:sz w:val="20"/>
        </w:rPr>
        <w:t>49:24  Ji ji, Maulana, mera ek aakhri sawal hai aaj ke discussion ka. Woh that's based on the concept of Iblis, Satan.</w:t>
      </w:r>
      <w:r>
        <w:br/>
      </w:r>
      <w:r>
        <w:rPr>
          <w:sz w:val="20"/>
        </w:rPr>
        <w:t>49:34  Ah, maine kahin padha tha ke Satan was extremely in love with God and he still is. Unko Allah se bohat mohabbat thi, unhone Allah ki har jagah pe ibadat ki thi.</w:t>
      </w:r>
      <w:r>
        <w:br/>
      </w:r>
      <w:r>
        <w:rPr>
          <w:sz w:val="20"/>
        </w:rPr>
        <w:t>49:45  Haan, to woh aaj bhi he is in love with God. But jab Allah taala ne unko Adam ko sajda karne ke liye kaha to unse woh baat rahi nahi gayi, because he was given a competitor for his love with God.</w:t>
      </w:r>
      <w:r>
        <w:br/>
      </w:r>
      <w:r>
        <w:rPr>
          <w:sz w:val="20"/>
        </w:rPr>
        <w:t>49:58  To woh aaj bhi hum ko Allah se door karne pe ade hue hain. Jab whenever we want to go close to God, he or he makes us repel and woh hum ko Allah se door kar dete hain.</w:t>
      </w:r>
      <w:r>
        <w:br/>
      </w:r>
      <w:r>
        <w:rPr>
          <w:sz w:val="20"/>
        </w:rPr>
        <w:t>50:10  Kya hum ko Iblis se nafrat rakhna kya hai is hisab se sahi hai ke g</w:t>
      </w:r>
      <w:r>
        <w:br/>
      </w:r>
      <w:r>
        <w:rPr>
          <w:sz w:val="20"/>
        </w:rPr>
        <w:t>50:15  Ghalat hai? Nahi, kyun ke nafrat kyun? Nafrat kyun? Apne se nafrat karo ke hum kyun uska shikar ban jate hain? Rasool Allah se aisi koi hadith to nahi ke Rasool Allah Iblis se nafrat karte the?</w:t>
      </w:r>
      <w:r>
        <w:br/>
      </w:r>
      <w:r>
        <w:rPr>
          <w:sz w:val="20"/>
        </w:rPr>
        <w:t>50:30  apne sath nafrat karo ke hum kyun shikar ban jate hain?</w:t>
      </w:r>
      <w:r>
        <w:br/>
      </w:r>
      <w:r>
        <w:rPr>
          <w:sz w:val="20"/>
        </w:rPr>
        <w:t>50:37  nafrat to yeh yeh thi yani yeh jo bigre hue in</w:t>
      </w:r>
    </w:p>
    <w:p>
      <w:pPr>
        <w:pStyle w:val="Heading2"/>
      </w:pPr>
      <w:r>
        <w:t>Modesty of Prophet Yusuf after honor</w:t>
      </w:r>
    </w:p>
    <w:p>
      <w:r>
        <w:rPr>
          <w:color w:val="666666"/>
          <w:sz w:val="18"/>
        </w:rPr>
        <w:t>Ethics &amp; Character · Lessons from The Story of Prophet Yusuf Part 3 July 17, 2022 · 42m 38s · at 8:51 · https://youtu.be/IweBlcs49uM?t=531</w:t>
      </w:r>
    </w:p>
    <w:p>
      <w:r>
        <w:rPr>
          <w:i/>
        </w:rPr>
        <w:t>“How did Prophet Yusuf maintain modesty despite being given so much honor and respect in the royal palace?”</w:t>
      </w:r>
    </w:p>
    <w:p>
      <w:r>
        <w:rPr>
          <w:sz w:val="20"/>
        </w:rPr>
        <w:t>8:51  ۔ bilkul. aur mera agla sawal bhi modesty ki taraf hai, lekin is se pehle main yeh bhi yaad kar raha hoon ke maulana ne ek bohat achhi line likhi thi apni kitab mein ke "Modesty is that virtue which dresses a person's inner self".</w:t>
      </w:r>
      <w:r>
        <w:br/>
      </w:r>
      <w:r>
        <w:rPr>
          <w:sz w:val="20"/>
        </w:rPr>
        <w:t>9:10  true. and sahi maene mein to dekhein to Khuda se meeting point insan ka tabhi banta hai jab woh position of humility aur modesty ko pahunchta hai.</w:t>
      </w:r>
      <w:r>
        <w:br/>
      </w:r>
      <w:r>
        <w:rPr>
          <w:sz w:val="20"/>
        </w:rPr>
        <w:t>9:20  bilkul. to doctor sahib, jab hum prophet yusuf ki zindagi ko dekhte hain ke is sab ke baad bhi un ke andar modesty rahi, pride bilkul nahi aayi ke shahi mahal mein un ko bulaya gaya, itna izzat aur honor di gayi.</w:t>
      </w:r>
      <w:r>
        <w:br/>
      </w:r>
      <w:r>
        <w:rPr>
          <w:sz w:val="20"/>
        </w:rPr>
        <w:t>9:34  to doctor sahib, is ke bare mein bhi hum sab ko bataen. yeh baat bohat aham hai, jaisa aap ne bataya ke Khuda se milne ka jo maqam hai woh modesty hai.</w:t>
      </w:r>
      <w:r>
        <w:br/>
      </w:r>
      <w:r>
        <w:rPr>
          <w:sz w:val="20"/>
        </w:rPr>
        <w:t>9:43  ji</w:t>
      </w:r>
      <w:r>
        <w:br/>
      </w:r>
      <w:r>
        <w:rPr>
          <w:sz w:val="20"/>
        </w:rPr>
        <w:t>9:44  ۔ insan jo akkar apne andar paida kare aur gharoor aur ghamand ho to woh kabhi Khuda se qareeb nahi ho sakta. jab Hazrat Yusuf alaihissalam ne suna yeh pata chala un ko to un ke andar koi pride, koi gharoor, koi is tarah ke jazbat nahi paida hue.</w:t>
      </w:r>
      <w:r>
        <w:br/>
      </w:r>
      <w:r>
        <w:rPr>
          <w:sz w:val="20"/>
        </w:rPr>
        <w:t>10:04  bolte ke dekho main jeet gaya. hmm. matlab kuch na kuch is tarah ki baat bolte aur modesty ikhtiyar ki, jaise aap ne keh</w:t>
      </w:r>
      <w:r>
        <w:br/>
      </w:r>
      <w:r>
        <w:rPr>
          <w:sz w:val="20"/>
        </w:rPr>
        <w:t>10:12  ۔ ji. aur sara credit Allah ko diya. ji. halanke un ki apni zaati sifat thi. lekin is ke bawajood unhon ne sara credit Allah ko diya aur bohat hi sharifana andaaz se baat kahi.</w:t>
      </w:r>
      <w:r>
        <w:br/>
      </w:r>
      <w:r>
        <w:rPr>
          <w:sz w:val="20"/>
        </w:rPr>
        <w:t>10:27  quran mein aata hai "wa ma ubri'u nafsi" ke "I do not pretend to be blameless". ji</w:t>
      </w:r>
      <w:r>
        <w:br/>
      </w:r>
      <w:r>
        <w:rPr>
          <w:sz w:val="20"/>
        </w:rPr>
        <w:t>10:35  . yani mein apne nafs ki pakizgi nahi bayan kar raha hoon. aur aage kaha ke "innal nafsa'il amrata bisso" ke jo nafs hai woh toh insan ko burai sikhata hai, woh burai ke hi rastay pe le jata hai.</w:t>
      </w:r>
      <w:r>
        <w:br/>
      </w:r>
      <w:r>
        <w:rPr>
          <w:sz w:val="20"/>
        </w:rPr>
        <w:t>10:47  "illa ma rahim rabbi" illa yeh ke Allah ka reham ho jaye.</w:t>
      </w:r>
      <w:r>
        <w:br/>
      </w:r>
      <w:r>
        <w:rPr>
          <w:sz w:val="20"/>
        </w:rPr>
        <w:t>10:52  toh yani ek bohat hi haqeeqat pasandana soch aur sara credit Allah ko dena. aur unhon ne yeh kaha ke jo mein burai se bacha raha, is mein koi mera zaati kamal nahi hai, balke yeh Allah ka reham tha.</w:t>
      </w:r>
      <w:r>
        <w:br/>
      </w:r>
      <w:r>
        <w:rPr>
          <w:sz w:val="20"/>
        </w:rPr>
        <w:t>11:09  Allah ki madad se mein yeh yeh kar saka. yani sara credit Allah</w:t>
      </w:r>
      <w:r>
        <w:br/>
      </w:r>
      <w:r>
        <w:rPr>
          <w:sz w:val="20"/>
        </w:rPr>
        <w:t>11:16  ko diya, halanke yeh un ki khud apni zaati sifat thi aur zaati yeh کیفیت thi ke woh bohat hi shareef insan thay.</w:t>
      </w:r>
      <w:r>
        <w:br/>
      </w:r>
      <w:r>
        <w:rPr>
          <w:sz w:val="20"/>
        </w:rPr>
        <w:t>11:25  lekin is ke bawajood unhon ne sara credit Allah ko diya. ji. doctor sahib, yahan pe in fact kyunke hum modesty ki baat kar rahe hain toh ek riwayat ka zikr karna chahunga.</w:t>
      </w:r>
      <w:r>
        <w:br/>
      </w:r>
      <w:r>
        <w:rPr>
          <w:sz w:val="20"/>
        </w:rPr>
        <w:t>11:38  hum ne dekha ke prophet yusuf kitne modest thay. prophet Muhammad sallallahu alaihi wasallam ki zindagi mein bhi dekhte hain, dekhte hain aur un ke sahaba ki zindagi mein dekhte hain toh bohat se aise hamein example milte hain.</w:t>
      </w:r>
      <w:r>
        <w:br/>
      </w:r>
      <w:r>
        <w:rPr>
          <w:sz w:val="20"/>
        </w:rPr>
        <w:t>11:50  toh ek riwayat doctor sahib bohat achi mujhe lagi, mein woh share karna chahunga ke Hazrat Tariq bin Shihab ke hawale se hai ke woh aur Hazrat Abu Ubaidah mulk sham mein thay.</w:t>
      </w:r>
      <w:r>
        <w:br/>
      </w:r>
      <w:r>
        <w:rPr>
          <w:sz w:val="20"/>
        </w:rPr>
        <w:t>12:03  aur tabhi Hazrat Umar bin Khattab apne sahaba ke sath wahan pohanchay. toh jab woh chalte chalte aage بڑhay toh ek pani ka ghaat aage aa gaya.</w:t>
      </w:r>
      <w:r>
        <w:br/>
      </w:r>
      <w:r>
        <w:rPr>
          <w:sz w:val="20"/>
        </w:rPr>
        <w:t>12:16  ab Hazrat Umar apni untni par bethe hue thay</w:t>
      </w:r>
      <w:r>
        <w:br/>
      </w:r>
      <w:r>
        <w:rPr>
          <w:sz w:val="20"/>
        </w:rPr>
        <w:t>12:20  toh jab unhon ne dekha ke pani ka ghaat hai, ab is se guzar ke aage jana hai toh woh untni se neechay utray, unhon ne apne moze utaray, us ko kandhay par rakha aur jo oont ki jo nakeel hai, us ko khench kar phir woh pani se aage nikalnay lagay.</w:t>
      </w:r>
      <w:r>
        <w:br/>
      </w:r>
      <w:r>
        <w:rPr>
          <w:sz w:val="20"/>
        </w:rPr>
        <w:t>12:37  toh jab Hazrat Abu Ubaidah ne yeh dekha toh unhon ne Hazrat Umar se kaha ke aye amir-ul-momineen, yeh aap kya kar rahe hain</w:t>
      </w:r>
      <w:r>
        <w:br/>
      </w:r>
      <w:r>
        <w:rPr>
          <w:sz w:val="20"/>
        </w:rPr>
        <w:t>12:47  ? toh Hazrat Umar ko bhi taajub hua ke woh kya keh rahe hain? toh unhon ne kaha ke kyun? kya hua? toh unhon ne kaha ke aap yahan par aaye hain sham yani syria mein aur aap baray logon se milenge, matlab lashkar se milenge, lashkar ke general se milenge.</w:t>
      </w:r>
      <w:r>
        <w:br/>
      </w:r>
      <w:r>
        <w:rPr>
          <w:sz w:val="20"/>
        </w:rPr>
        <w:t>13:02  toh jab woh aap ko aise dekhenge toh woh kya sochen ge? hmm. toh jab Hazrat Umar ne yeh suna toh hum sab jante hain ke un ka bohat sakht</w:t>
      </w:r>
      <w:r>
        <w:br/>
      </w:r>
      <w:r>
        <w:rPr>
          <w:sz w:val="20"/>
        </w:rPr>
        <w:t>13:11  mizaj hota tha. bilkul. unhon ne Hazrat Abu Ubaidah se kaha ke aye Abu Ubaidah, kaash yeh tum ne na kaha hota.</w:t>
      </w:r>
      <w:r>
        <w:br/>
      </w:r>
      <w:r>
        <w:rPr>
          <w:sz w:val="20"/>
        </w:rPr>
        <w:t>13:20  agar yeh kisi aur ne kaha hota toh mein us ko aisi sakht saza deta ke Hazrat Muhammad ki ummat is se ek bohat bara sabak leti.</w:t>
      </w:r>
      <w:r>
        <w:br/>
      </w:r>
      <w:r>
        <w:rPr>
          <w:sz w:val="20"/>
        </w:rPr>
        <w:t>13:30  phir unhon ne ek bohat, doctor sahib, bohat hi zabardast jumla kaha, unhon ne kaha ke hum toh ek zaleel qom thay, Allah</w:t>
      </w:r>
      <w:r>
        <w:br/>
      </w:r>
      <w:r>
        <w:rPr>
          <w:sz w:val="20"/>
        </w:rPr>
        <w:t>13:38  ne hamein Islam ke zariye izzat ata farmayi aur hum kisi aur cheez, Islam ke kisi ke ilawa, kisi aur cheez se izzat nahi le sakte.</w:t>
      </w:r>
      <w:r>
        <w:br/>
      </w:r>
      <w:r>
        <w:rPr>
          <w:sz w:val="20"/>
        </w:rPr>
        <w:t>13:50  matlab aaj ke time se dekhen toh shohrat, paisa, popularity, rutba, position, log aksar is se pride lete hain, us ko samajhte hain ke yeh yeh bohat bari izzat ki cheez hai.</w:t>
      </w:r>
      <w:r>
        <w:br/>
      </w:r>
      <w:r>
        <w:rPr>
          <w:sz w:val="20"/>
        </w:rPr>
        <w:t>14:04  lekin aap dekhen Hazrat Umar kya keh rahe hain? toh</w:t>
      </w:r>
      <w:r>
        <w:br/>
      </w:r>
      <w:r>
        <w:rPr>
          <w:sz w:val="20"/>
        </w:rPr>
        <w:t>14:07  yeh bohat ahem cheez thi, doctor sahib. yaqeenan. mein ne kaha yeh share karunga. bohat achi is yeh waqia hai aur is se bari baat clear hoti hai.</w:t>
      </w:r>
      <w:r>
        <w:br/>
      </w:r>
      <w:r>
        <w:rPr>
          <w:sz w:val="20"/>
        </w:rPr>
        <w:t>14:17  ji. bohat acha hai, excellent. ji. doctor sahib, mein chahunga ke nafs ammara ke baray mein bhi aap hum sab ko</w:t>
      </w:r>
      <w:r>
        <w:br/>
      </w:r>
      <w:r>
        <w:rPr>
          <w:sz w:val="20"/>
        </w:rPr>
        <w:t>14:24  batayen. ji. ji. nafs ammara yani jo lafz hai yeh ammara, is ka matlab hai hukum dena.</w:t>
      </w:r>
      <w:r>
        <w:br/>
      </w:r>
      <w:r>
        <w:rPr>
          <w:sz w:val="20"/>
        </w:rPr>
        <w:t>14:35  aur is mein ek tajdeed ki wajah se thora force bhi hai. yani bohat zyada hukum dena ya bohat zyada bharkana.</w:t>
      </w:r>
      <w:r>
        <w:br/>
      </w:r>
      <w:r>
        <w:rPr>
          <w:sz w:val="20"/>
        </w:rPr>
        <w:t>14:45  us ko keh sakte hain the commanding soul ya soul that commands evil.</w:t>
      </w:r>
      <w:r>
        <w:br/>
      </w:r>
      <w:r>
        <w:rPr>
          <w:sz w:val="20"/>
        </w:rPr>
        <w:t>14:51  to molana ne likha hai ke har waqt insan do taqaton ke darmiyan rehta hai, farishta aur shaitan.</w:t>
      </w:r>
      <w:r>
        <w:br/>
      </w:r>
      <w:r>
        <w:rPr>
          <w:sz w:val="20"/>
        </w:rPr>
        <w:t>15:00  ji. har mauqe pe yeh dono active ho jate hain. aur nafs-e-ammarah jo hai woh shaitan ka tool hai ek tareeqe se.</w:t>
      </w:r>
      <w:r>
        <w:br/>
      </w:r>
      <w:r>
        <w:rPr>
          <w:sz w:val="20"/>
        </w:rPr>
        <w:t>15:09  aur farishte ke liye insan ke andar jo entry point hai woh zameer hai ya conscience. ji. aur shaitan ke liye jo entry point hai zehan mein woh hai ego.</w:t>
      </w:r>
      <w:r>
        <w:br/>
      </w:r>
      <w:r>
        <w:rPr>
          <w:sz w:val="20"/>
        </w:rPr>
        <w:t>15:22  to molana ne yeh kai baar bataya hai ke jo shaitan hai uska tareeqa yeh hai ke woh cheezon ko beautify karta hai, jis ko tazeen quran mein kaha gaya hai.</w:t>
      </w:r>
      <w:r>
        <w:br/>
      </w:r>
      <w:r>
        <w:rPr>
          <w:sz w:val="20"/>
        </w:rPr>
        <w:t>15:32  yani jo buri cheezein hain un ko bohat hi khoobsurat andaaz mein pesh karta hai. misaal ke taur par aaj kal log violence karne lage hain jihad ke naam pe, islam ke naam</w:t>
      </w:r>
      <w:r>
        <w:br/>
      </w:r>
      <w:r>
        <w:rPr>
          <w:sz w:val="20"/>
        </w:rPr>
        <w:t>15:43  peh. ji. halanke violence sarasar haram hai. aur is se sirf barbadi ho rahi hai aur islam ka naam, yani islam ka naam kharab ho raha hai.</w:t>
      </w:r>
      <w:r>
        <w:br/>
      </w:r>
      <w:r>
        <w:rPr>
          <w:sz w:val="20"/>
        </w:rPr>
        <w:t>15:55  Islam is getting a bad image. aur lekin in ko shaitan ne yeh samjha rakha hai ke yeh acha kaam hai to woh is pe apni jaanein de rahe hain. to is tarah se shaitan jo hai woh aadmi ki soch ke andar dakhil ho jata hai.</w:t>
      </w:r>
      <w:r>
        <w:br/>
      </w:r>
      <w:r>
        <w:rPr>
          <w:sz w:val="20"/>
        </w:rPr>
        <w:t>16:08  j</w:t>
      </w:r>
      <w:r>
        <w:br/>
      </w:r>
      <w:r>
        <w:rPr>
          <w:sz w:val="20"/>
        </w:rPr>
        <w:t>16:09  ee. aisa nahi ke koi ek alag se aadmi aata hai, ek third person, woh aa ke bata raha hai to aadmi sochega. lekin shaitan zehan pe asar karta hai. aur aisa lagta hai ke woh hamari apni soch hai.</w:t>
      </w:r>
      <w:r>
        <w:br/>
      </w:r>
      <w:r>
        <w:rPr>
          <w:sz w:val="20"/>
        </w:rPr>
        <w:t>16:20  to hum is pe amal karne lagte hain. aur shaitan ne quran mein ek challenge ke andaaz mein kaha hai Allah taala se ke main tere saare logon ko, teri saari makhlooq ko tere raaste se hata d</w:t>
      </w:r>
      <w:r>
        <w:br/>
      </w:r>
      <w:r>
        <w:rPr>
          <w:sz w:val="20"/>
        </w:rPr>
        <w:t>16:35  oon ga. ji. chand ko chhod ke. aur tu bohat kam logon ko paye ga jo shakir hon ge. wa la tajad akthar shakirin .</w:t>
      </w:r>
      <w:r>
        <w:br/>
      </w:r>
      <w:r>
        <w:rPr>
          <w:sz w:val="20"/>
        </w:rPr>
        <w:t>16:43  kahin bohat kam hon ge jo tere bande hon ge, shukr guzar bande. to sab se aham baat yeh hai ke insan jab bhi ghalti kare, koi ghalti ho jaye us se, chounke aisa to ho hi nahi sakta ke koi ghalti na kare, ghalti ho jati hai to foran toba</w:t>
      </w:r>
      <w:r>
        <w:br/>
      </w:r>
      <w:r>
        <w:rPr>
          <w:sz w:val="20"/>
        </w:rPr>
        <w:t>17:03  kar le. quran mein bhi toba qareeb ka lafz aata hai yatooboon min qareeb . ke woh foran toba kar lete hain. agar foran toba na kare, jaise molana ne is ko ek explain kiya hai, to conditioning shuru</w:t>
      </w:r>
      <w:r>
        <w:br/>
      </w:r>
      <w:r>
        <w:rPr>
          <w:sz w:val="20"/>
        </w:rPr>
        <w:t>17:17  ho jati hai. phir insan conditioned ho jata hai, phir badalna mushkil ho jata hai. sahih. aur is ko ek hadith mein prophet Muhammad sallallahu alaihi wasallam ne bohat achi tarah se explain kiya hai, yeh ek symbolic hadith hai ke jab insan koi ghalti karta hai to us ke dil pe ek black spot ya black black dhabba pad jata hai.</w:t>
      </w:r>
      <w:r>
        <w:br/>
      </w:r>
      <w:r>
        <w:rPr>
          <w:sz w:val="20"/>
        </w:rPr>
        <w:t>17:35  ji. yani physical sense mein nahi, yeh symbolic sense mein hai, chounke dil to ek organ hai to circulate the blood . dil</w:t>
      </w:r>
      <w:r>
        <w:br/>
      </w:r>
      <w:r>
        <w:rPr>
          <w:sz w:val="20"/>
        </w:rPr>
        <w:t>17:44  murad nahi hai balkeh inner personality murad hai. to jab bhi koi insan ghalti karta hai to us ke dil mein ek black spot pad jata hai.</w:t>
      </w:r>
      <w:r>
        <w:br/>
      </w:r>
      <w:r>
        <w:rPr>
          <w:sz w:val="20"/>
        </w:rPr>
        <w:t>17:54  phir agar woh toba kar leta hai to woh black spot saaf ho jata hai. aur agar woh ghalti karta rehta hai, toba nahi karta to ahista ahista black spot padte chale jate hain aur poora dil kala ho jata hai.</w:t>
      </w:r>
      <w:r>
        <w:br/>
      </w:r>
      <w:r>
        <w:rPr>
          <w:sz w:val="20"/>
        </w:rPr>
        <w:t>18:08  j</w:t>
      </w:r>
      <w:r>
        <w:br/>
      </w:r>
      <w:r>
        <w:rPr>
          <w:sz w:val="20"/>
        </w:rPr>
        <w:t>18:09  ee. yani us ki inner personality bohat hardened ho jati hai aur phir woh baaton ko samajhta nahi hai.</w:t>
      </w:r>
      <w:r>
        <w:br/>
      </w:r>
      <w:r>
        <w:rPr>
          <w:sz w:val="20"/>
        </w:rPr>
        <w:t>18:16  to is ka jo tareeqa hai ke shaitan se bachne ka tareeqa ek hi hai ke hum dua karein Allah taala se aur is se panah mangein. jaise hum quran jab shuru karte hain to kehte hain aoozu billahi minash shaitanir rajeem .</w:t>
      </w:r>
      <w:r>
        <w:br/>
      </w:r>
      <w:r>
        <w:rPr>
          <w:sz w:val="20"/>
        </w:rPr>
        <w:t>18:29  aur la hawla wa la quwwata . jaise aise hi quran mein aata hai Allahumma inni aoozu bika min hamazatis shayatini wa aoozu bika rabbi an yahduron .</w:t>
      </w:r>
      <w:r>
        <w:br/>
      </w:r>
      <w:r>
        <w:rPr>
          <w:sz w:val="20"/>
        </w:rPr>
        <w:t>18:39  ke aye Allah mujhe shaitan se bacha aur shaitan mere qareeb ayein, is se is se mehfooz rakh. to asal mein insan agar apne andar spirit paida kare, jab molana kehte the ke jo bhi aap ki ibadat hai, namaz, roza, hajj, zakat, us mein spirit paida karein aur quran ko is tarah padhein ke tadabbur ke sath, gehrai ke sath aur zikr karein.</w:t>
      </w:r>
      <w:r>
        <w:br/>
      </w:r>
      <w:r>
        <w:rPr>
          <w:sz w:val="20"/>
        </w:rPr>
        <w:t>19:02  hmm. zikr ka matlab yeh nahi ke kuch alfaaz ko dohraein, zikr ka matlab molana ne hamesha bataya hai ke jo nematein hamari, hamein Allah taala de raha hai, har har taraf nematein phaili hui hain,</w:t>
      </w:r>
      <w:r>
        <w:br/>
      </w:r>
      <w:r>
        <w:rPr>
          <w:sz w:val="20"/>
        </w:rPr>
        <w:t>19:15  khud hamara wajood ek bohat hi bari nemat hai. to in sab cheezon ko molana kehte the reference point bana ke aap Khuda ka shukr ada karein.</w:t>
      </w:r>
      <w:r>
        <w:br/>
      </w:r>
      <w:r>
        <w:rPr>
          <w:sz w:val="20"/>
        </w:rPr>
        <w:t>19:23  ji. to is tarah se jab ek insan is tarah ki spiritual life guzarega to woh hassas ho jayega, sensitive ho jayega ke shaitan ke behkawe ko bohat jaldi pehchan lega.</w:t>
      </w:r>
      <w:r>
        <w:br/>
      </w:r>
      <w:r>
        <w:rPr>
          <w:sz w:val="20"/>
        </w:rPr>
        <w:t>19:33  to foran is se bachega. ji. to ye behal zehan mein baatein aa rahi hain. ji. ji. ji. doctor sahib, bohat</w:t>
      </w:r>
      <w:r>
        <w:br/>
      </w:r>
      <w:r>
        <w:rPr>
          <w:sz w:val="20"/>
        </w:rPr>
        <w:t>19:40  sahih kaha aap ne. in fact agar kisi insan ki ego ko aap touch karein to wo flare up ho ke super ego ban jati hai. ji.</w:t>
      </w:r>
      <w:r>
        <w:br/>
      </w:r>
      <w:r>
        <w:rPr>
          <w:sz w:val="20"/>
        </w:rPr>
        <w:t>19:48  aur result hamesha breakdown hota hai. lekin aap ne jaise bataya ke zamir insan ka jo hai, agar aap us ko touch karein.</w:t>
      </w:r>
      <w:r>
        <w:br/>
      </w:r>
      <w:r>
        <w:rPr>
          <w:sz w:val="20"/>
        </w:rPr>
        <w:t>19:57  ji. to</w:t>
      </w:r>
      <w:r>
        <w:br/>
      </w:r>
      <w:r>
        <w:rPr>
          <w:sz w:val="20"/>
        </w:rPr>
        <w:t>19:58  aap insan ko aap jeet sakte hain. aur ek example jo Maulana bohat diya karte the, prophet ki zindagi se ke kaise ek aadmi aaya aur un ko face to face muzammam kaha, matlab condemned one.</w:t>
      </w:r>
      <w:r>
        <w:br/>
      </w:r>
      <w:r>
        <w:rPr>
          <w:sz w:val="20"/>
        </w:rPr>
        <w:t>20:13  lekin Rasool Allah ne is ka response kya diya</w:t>
      </w:r>
      <w:r>
        <w:br/>
      </w:r>
      <w:r>
        <w:rPr>
          <w:sz w:val="20"/>
        </w:rPr>
        <w:t>20:17  ? unho ne react nahi kiya, wo simply he smiled. and that was the right moral response to that man. aur is ka hum ne result bhi dekha un ki zindagi se ke itna zabardast asar pada us aadmi par jo un ko condemn kar raha tha ke wo ek dam dhah gaya.</w:t>
      </w:r>
      <w:r>
        <w:br/>
      </w:r>
      <w:r>
        <w:rPr>
          <w:sz w:val="20"/>
        </w:rPr>
        <w:t>20:35  aur history mein aata hai ke wo baad mein prophet ka follower bhi ban gaya. to</w:t>
      </w:r>
      <w:r>
        <w:br/>
      </w:r>
      <w:r>
        <w:rPr>
          <w:sz w:val="20"/>
        </w:rPr>
        <w:t>20:41  ye hum response kaise dete hain, is pe bohat ziyada nirbhar karta hai ke is ka outcome kya hoga. bilkul. to doctor sahib, jaise abhi aap ne is ka reference diya zamir ka, to main ye bhi chahunga ke aap thora expand kar ke batayein, jaise nafs e lawamah bhi aata hai Quran mein, to is ke kya maani hain?</w:t>
      </w:r>
      <w:r>
        <w:br/>
      </w:r>
      <w:r>
        <w:rPr>
          <w:sz w:val="20"/>
        </w:rPr>
        <w:t>21:03  is ke bare mein bhi hum sab ko batayein. nafs e lawamah yani farishte ki awaz, ek tareeqe se keh sakte hain aap. j</w:t>
      </w:r>
      <w:r>
        <w:br/>
      </w:r>
      <w:r>
        <w:rPr>
          <w:sz w:val="20"/>
        </w:rPr>
        <w:t>21:11  i. is ko hum jaise lawamah word jo arabi hai, isi se hum urdu mein malamat use karte hain. yani self accusing soul ya self reproaching soul.</w:t>
      </w:r>
      <w:r>
        <w:br/>
      </w:r>
      <w:r>
        <w:rPr>
          <w:sz w:val="20"/>
        </w:rPr>
        <w:t>21:25  ji. soul that rebukes or reproaches a person. chuna ke jab koi insan ghalti karta hai na to ek guilty consciousness hota hai, wo aap ko lagta hai ke main ne koi ghalti ki hai.</w:t>
      </w:r>
      <w:r>
        <w:br/>
      </w:r>
      <w:r>
        <w:rPr>
          <w:sz w:val="20"/>
        </w:rPr>
        <w:t>21:36  ji. to ye farishte ka ye tareeqa hai ke jab bhi insan koi ghalti karta hai, koi burai ki taraf barhta hai to us ko yaad dehani karata rehta hai, batata rehta hai ke tum galat ho.</w:t>
      </w:r>
      <w:r>
        <w:br/>
      </w:r>
      <w:r>
        <w:rPr>
          <w:sz w:val="20"/>
        </w:rPr>
        <w:t>21:47  agar insan farishte ki awaz ko sunta hai, farishte ki jo hidayat hai, us ko manta hai to wo seedhe raaste pe aa jata</w:t>
      </w:r>
      <w:r>
        <w:br/>
      </w:r>
      <w:r>
        <w:rPr>
          <w:sz w:val="20"/>
        </w:rPr>
        <w:t>21:57  hai. agar wo us ko ignore karta hai to wo jo farishte ki awaz hai, jo nafs e lawamah jis ko kaha gaya, wo ahista ahista kuch halki hoti chali jati hai aur yahan tak ke ek waqt aata hai ke wo sun bhi nahi pata us ko.</w:t>
      </w:r>
      <w:r>
        <w:br/>
      </w:r>
      <w:r>
        <w:rPr>
          <w:sz w:val="20"/>
        </w:rPr>
        <w:t>22:11  to phir wo, phir is ka wo bohat mushkil hota hai, is ka wapas aana. ji. to is ko Maulana ne consciousness kaha. ji.</w:t>
      </w:r>
      <w:r>
        <w:br/>
      </w:r>
      <w:r>
        <w:rPr>
          <w:sz w:val="20"/>
        </w:rPr>
        <w:t>22:20  yani jab bhi insan koi galat raaste pe chalta hai to farishta us ko guide karta hai.</w:t>
      </w:r>
      <w:r>
        <w:br/>
      </w:r>
      <w:r>
        <w:rPr>
          <w:sz w:val="20"/>
        </w:rPr>
        <w:t>22:26  agar wo us ki guidance ko maan le to phir wo is ka sahi raaste pe rehnumai farishta karta hai.</w:t>
      </w:r>
      <w:r>
        <w:br/>
      </w:r>
      <w:r>
        <w:rPr>
          <w:sz w:val="20"/>
        </w:rPr>
        <w:t>22:35  aur isi ko shaoor ka keh sakte hain. ji. ya consciousness keh sakte hain. aur ye ek pedaishi taur par hai, har insan ke andar hai.</w:t>
      </w:r>
      <w:r>
        <w:br/>
      </w:r>
      <w:r>
        <w:rPr>
          <w:sz w:val="20"/>
        </w:rPr>
        <w:t>22:45  bacha bhi hai, wo janta hai ke kya sahi hai, kya galat hai, ek ek ek chote level pe. to insan, har insan ke andar aisa nahi hai, kisi ke andar nahi hai.</w:t>
      </w:r>
      <w:r>
        <w:br/>
      </w:r>
      <w:r>
        <w:rPr>
          <w:sz w:val="20"/>
        </w:rPr>
        <w:t>22:54  ye shaoor jo consciousness hai, wo maujood hai. sab ke andar. wo har waqt us ko guide karta rehta hai. ji. ab koi ye sawal bhi koi pooch sakta hai ke shaitan ko kyun paida kiya?</w:t>
      </w:r>
      <w:r>
        <w:br/>
      </w:r>
      <w:r>
        <w:rPr>
          <w:sz w:val="20"/>
        </w:rPr>
        <w:t>23:05  hmm. kyun hamein misguide karta hai wo? ji. to shaitan darasal creation plan ka hissa hai. agar shaitan na ho to phir to ye dunya jannat ho jaye gi.</w:t>
      </w:r>
      <w:r>
        <w:br/>
      </w:r>
      <w:r>
        <w:rPr>
          <w:sz w:val="20"/>
        </w:rPr>
        <w:t>23:16  ji. phir to sirf farishte honge to wo jannat ki surat</w:t>
      </w:r>
      <w:r>
        <w:br/>
      </w:r>
      <w:r>
        <w:rPr>
          <w:sz w:val="20"/>
        </w:rPr>
        <w:t>23:20  e haal ho jayegi. to chuna ke yahan par test hai, insan ka test ho raha hai aur is test ke liye zaroori hai ke yahan shaitan behkaye, aur yahi test hai ke hum shaitan ke behkaye se bachein aur farishte ki awaz ko sunein aur us ko samjhein.</w:t>
      </w:r>
      <w:r>
        <w:br/>
      </w:r>
      <w:r>
        <w:rPr>
          <w:sz w:val="20"/>
        </w:rPr>
        <w:t>23:36  ji. aur doctor sahib, Maulana ye bhi kehte the ke jo fareeqe sani hai, wo koi pathar nahi, in</w:t>
      </w:r>
      <w:r>
        <w:br/>
      </w:r>
      <w:r>
        <w:rPr>
          <w:sz w:val="20"/>
        </w:rPr>
        <w:t>23:43  san hai. haan. to jab agar aap is ki consciousness ko touch karenge to zaroor is mein badlao aayega, aur wahi hoga jo quran mein fussilat surah mein aaya hai ke your enemy will become your dearest friend</w:t>
      </w:r>
      <w:r>
        <w:br/>
      </w:r>
      <w:r>
        <w:rPr>
          <w:sz w:val="20"/>
        </w:rPr>
        <w:t>23:57  . aur ek jagah doctor sahab, jaise aap abhi samjha rahe the consciousness ko le ke, aur ego ko le kar, to Maulana ne ek jagah bahut achha likha hai ke insaan ke andar khwahish hai, aur insaan ke andar hi,</w:t>
      </w:r>
      <w:r>
        <w:br/>
      </w:r>
      <w:r>
        <w:rPr>
          <w:sz w:val="20"/>
        </w:rPr>
        <w:t>24:13  aap zamir hai, consciousness hai, jaise aap ne bataya, to hamesha is ke beech mein jo hai ek takrao rehta hai. aur aksar aisa hota hai ke jo khwahish hai, woh ghalib ho jati hai.</w:t>
      </w:r>
      <w:r>
        <w:br/>
      </w:r>
      <w:r>
        <w:rPr>
          <w:sz w:val="20"/>
        </w:rPr>
        <w:t>24:25  lekin yahan par jo cheez is ko rok sakti hai, woh hai sabr. to Maulana ne ek bahut achha example diya tha, doctor sahab, motor gaadi ka ke agar aap ek motor gaadi ko dekhen to is mein break hoti hai.</w:t>
      </w:r>
      <w:r>
        <w:br/>
      </w:r>
      <w:r>
        <w:rPr>
          <w:sz w:val="20"/>
        </w:rPr>
        <w:t>24:41  ab woh gaadi kitni bhi achhi ho, kitni bhi badi ho, lekin agar is mein break na ho to woh manzil tak nahi pahunch sakti. to theek isi tarah, insaan ke andar jo break required hai, woh sabr hai.</w:t>
      </w:r>
      <w:r>
        <w:br/>
      </w:r>
      <w:r>
        <w:rPr>
          <w:sz w:val="20"/>
        </w:rPr>
        <w:t>24:54  agar</w:t>
      </w:r>
      <w:r>
        <w:br/>
      </w:r>
      <w:r>
        <w:rPr>
          <w:sz w:val="20"/>
        </w:rPr>
        <w:t>24:55  sabr insaan kare to yaqeenan us ko kamyabi hasil hogi. to yeh bahut important baat hai. bilkul. doctor sahab, there is one more kind of a soul which is nafs mutmainnah.</w:t>
      </w:r>
      <w:r>
        <w:br/>
      </w:r>
      <w:r>
        <w:rPr>
          <w:sz w:val="20"/>
        </w:rPr>
        <w:t>25:09  to hum chahenge is ke bare mein bhi aap hum sab ko bataen.</w:t>
      </w:r>
      <w:r>
        <w:br/>
      </w:r>
      <w:r>
        <w:rPr>
          <w:sz w:val="20"/>
        </w:rPr>
        <w:t>25:15  nafs mutmainnah ya mutmain rooh ka matlab hai satisfied soul ya being contented, yani a state of mind where it is satisfied and contented, and you have peace of mind, and you feel closeness to God.</w:t>
      </w:r>
      <w:r>
        <w:br/>
      </w:r>
      <w:r>
        <w:rPr>
          <w:sz w:val="20"/>
        </w:rPr>
        <w:t>25:32  masha</w:t>
      </w:r>
      <w:r>
        <w:br/>
      </w:r>
      <w:r>
        <w:rPr>
          <w:sz w:val="20"/>
        </w:rPr>
        <w:t>25:33  Allah. chunke jab insaan Khuda ke qareeb hota hai, tabhi us ko yeh haqeeqi peace milta hai, aur quran mein bhi aata hai ala bi zikrillah tatmain al quloob ke Khuda ke zikr ke ilawa dilon ko itminan nahi milta.</w:t>
      </w:r>
      <w:r>
        <w:br/>
      </w:r>
      <w:r>
        <w:rPr>
          <w:sz w:val="20"/>
        </w:rPr>
        <w:t>25:52  ji.</w:t>
      </w:r>
      <w:r>
        <w:br/>
      </w:r>
      <w:r>
        <w:rPr>
          <w:sz w:val="20"/>
        </w:rPr>
        <w:t>25:53  to Khuda ka zikr yahi jaise maine abhi bataya ke Khuda ki jo ata karda nematen hain, un ka adrak aur un pe Allah ka shukr ada kar</w:t>
      </w:r>
      <w:r>
        <w:br/>
      </w:r>
      <w:r>
        <w:rPr>
          <w:sz w:val="20"/>
        </w:rPr>
        <w:t>26:03  na. aur Maulana ne nafs mutmainnah ko likha hai ke woh insaan, woh shakhs jo Khuda ke creation plan par raazi hua, yani us ne apni zindagi ko Khuda ke creation plan par dhali aur apni zindagi ka naqsha isi ke isi ke mutabiq banaya, to wahi woh shakhs hai jo Allah taala ke yahan maqbool hoga, aur isi ke liye jannat hai.</w:t>
      </w:r>
      <w:r>
        <w:br/>
      </w:r>
      <w:r>
        <w:rPr>
          <w:sz w:val="20"/>
        </w:rPr>
        <w:t>26:29  ji. yeh bahut important baat doctor sahab aap ne batai ke creation plan pe raazi ho jaen, matlab jab ek insaan ko kuch mile to shukr mein jhuk jae, aur jab na mile to humility mein jhuk jae.</w:t>
      </w:r>
      <w:r>
        <w:br/>
      </w:r>
      <w:r>
        <w:rPr>
          <w:sz w:val="20"/>
        </w:rPr>
        <w:t>26:42  bilkul. aur agar aisa clash aa jae between the self and the truth to woh self ko chhod ke truth ko ikhtiyar kare, aur kabhi bhi truth ko chhoden na.</w:t>
      </w:r>
      <w:r>
        <w:br/>
      </w:r>
      <w:r>
        <w:rPr>
          <w:sz w:val="20"/>
        </w:rPr>
        <w:t>26:54  to yeh bahut important baat doctor sahab aap ne batai</w:t>
      </w:r>
      <w:r>
        <w:br/>
      </w:r>
      <w:r>
        <w:rPr>
          <w:sz w:val="20"/>
        </w:rPr>
        <w:t>26:57  . doctor sahab, to wapas kahani ki taraf rukh karte hain ke prophet Yusuf phir badshah se milte hain, aur badshah unhein ek important ministry ka uhda de dete hain.</w:t>
      </w:r>
      <w:r>
        <w:br/>
      </w:r>
      <w:r>
        <w:rPr>
          <w:sz w:val="20"/>
        </w:rPr>
        <w:t>27:11  to yahan se kahani kaise aage badhti hai, is ke bare mein hamein bataen.</w:t>
      </w:r>
      <w:r>
        <w:br/>
      </w:r>
      <w:r>
        <w:rPr>
          <w:sz w:val="20"/>
        </w:rPr>
        <w:t>27:17  ji. to yahan se jab Hazrat Yusuf علیہ السلام phir tashreef lae mahal mein, badshah se mulaqat hui to badshah bahut hi mutasir</w:t>
      </w:r>
      <w:r>
        <w:br/>
      </w:r>
      <w:r>
        <w:rPr>
          <w:sz w:val="20"/>
        </w:rPr>
        <w:t>27:28  hua un ki wisdom aur un ki sadaqat aur un ki danishmandi aur un ki jo shakhsiyat thi, bahut hi aala shakhsiyat, in sab cheezon se bahut hi mutasir hua, aur us ne offer kiya ke main aap ko minister banana chahta hoon.</w:t>
      </w:r>
      <w:r>
        <w:br/>
      </w:r>
      <w:r>
        <w:rPr>
          <w:sz w:val="20"/>
        </w:rPr>
        <w:t>27:48  ji. to Hazrat Yusuf علیہ السلام ne kaha ke ajalni ala khazain al ard yani jo zameen ke khazane hain, us zamane mein chunke sirf agriculture based economy thi to sab kuch wahi hota tha, agriculture se related.</w:t>
      </w:r>
      <w:r>
        <w:br/>
      </w:r>
      <w:r>
        <w:rPr>
          <w:sz w:val="20"/>
        </w:rPr>
        <w:t>28:05  to Hazrat Yusuf علیہ السلام ne kaha ke mujhe tum store houses ka incharge bana do, yani in other words agriculture minister bana do.</w:t>
      </w:r>
      <w:r>
        <w:br/>
      </w:r>
      <w:r>
        <w:rPr>
          <w:sz w:val="20"/>
        </w:rPr>
        <w:t>28:14  ji.</w:t>
      </w:r>
      <w:r>
        <w:br/>
      </w:r>
      <w:r>
        <w:rPr>
          <w:sz w:val="20"/>
        </w:rPr>
        <w:t>28:15  to kaha ke inni hafeez aleem ke main bahut hi skilled custodian hoon. ji. aisa lagta hai ke Hazrat Yusuf علیہ السلام ko is tarah ke kamon ka pehle se kuch tajurba bhi tha, isi liye unhon ne kaha ke main is kaam ko bahut achhi tarah se anjam de sakta hoon.</w:t>
      </w:r>
      <w:r>
        <w:br/>
      </w:r>
      <w:r>
        <w:rPr>
          <w:sz w:val="20"/>
        </w:rPr>
        <w:t>28:30  to is jagah quran mein aata hai wa kadhalika makkanna li yusuf fil ardh ke is tarah se hum ne, Allah taala fermata hai ke is tarah se hum ne yusuf ko</w:t>
      </w:r>
      <w:r>
        <w:br/>
      </w:r>
      <w:r>
        <w:rPr>
          <w:sz w:val="20"/>
        </w:rPr>
        <w:t>28:41  zameen misr mein, mulk misr mein aik ikhtiyar de diya. ji. aur yahi baat pehle bhi aayi thi jab yusuf alaihi assalam ko aziz le ke aaye the khareed ke aur apne ghar pe rakha tha, to exactly yahi ayat aayi thi wa kadhalika makkanna li yusuf fil ardh</w:t>
      </w:r>
      <w:r>
        <w:br/>
      </w:r>
      <w:r>
        <w:rPr>
          <w:sz w:val="20"/>
        </w:rPr>
        <w:t>29:01  to yeh Allah taala ka aik tareeqa hai ke baz auqat mushkil halaat aate hain aur bazahir aisa lagta hai ke ab jaise yusuf alaihi assalam kunwein mein chale gaye.</w:t>
      </w:r>
      <w:r>
        <w:br/>
      </w:r>
      <w:r>
        <w:rPr>
          <w:sz w:val="20"/>
        </w:rPr>
        <w:t>29:11  hmm. kunwein se phir un ko slave bana diya. ji. to yeh sab chuki Allah taala ka yeh aik nizam hai, woh chal raha hai. har cheez gardish mein hai, zameen o aasman gardish mein hai, zameen gardish mein hai, sayare sitare, to poori jo yeh jo zindagi hai, woh aik chal rah</w:t>
      </w:r>
      <w:r>
        <w:br/>
      </w:r>
      <w:r>
        <w:rPr>
          <w:sz w:val="20"/>
        </w:rPr>
        <w:t>29:29  i hai. isi isi ke isi ke beech mein, isi ke darmiyan Allah taala logon ki madad karta hai. aisa nahi hota ke koi alag se ho jaye to woh pata bhi nahi chalta, yani mehsoos nahi hota ke bazahir lag raha hai ke kunwein ke andar gaye, bohat hi museebat hai, lekin wahi aik stepping stone ban gaya aik aala maqam pe pohnchne ke, aur jail mein gaye, wahi aik stepping stone ban gaya, aur bare aala maqam pe takht pe taqreeban pahunch</w:t>
      </w:r>
      <w:r>
        <w:br/>
      </w:r>
      <w:r>
        <w:rPr>
          <w:sz w:val="20"/>
        </w:rPr>
        <w:t>29:58  gaye. to is tarah se har kisi ki zindagi mein hota hai. to yeh mushkil halaat aate hain to yeh is se pareshan nahi hona chahiye.</w:t>
      </w:r>
      <w:r>
        <w:br/>
      </w:r>
      <w:r>
        <w:rPr>
          <w:sz w:val="20"/>
        </w:rPr>
        <w:t>30:08  ho sakta hai ke Allah taala ne koi bohat hi bari success aap ke liye likhi ho, jo jis ka rasta yahi ho. ji. isi ke through. ji. aap is is success ko hasil kar sakte hain.</w:t>
      </w:r>
      <w:r>
        <w:br/>
      </w:r>
      <w:r>
        <w:rPr>
          <w:sz w:val="20"/>
        </w:rPr>
        <w:t>30:19  ji. yeh bohat important baat hai ke ji, yeh wahi baat aa jati hai ke creation plan pe raazi hona. ji</w:t>
      </w:r>
      <w:r>
        <w:br/>
      </w:r>
      <w:r>
        <w:rPr>
          <w:sz w:val="20"/>
        </w:rPr>
        <w:t>30:25  ۔ kyunke insaan sochta hai apni limitation ke aitbaar se ke mere liye yeh sahi hai, lekin Allah taala ne kuch aur hi planning ki hui hai.</w:t>
      </w:r>
      <w:r>
        <w:br/>
      </w:r>
      <w:r>
        <w:rPr>
          <w:sz w:val="20"/>
        </w:rPr>
        <w:t>30:35  to doctor sahib, phir yeh hua ke unhon ne ministry of agriculture, agar hum aaj ki terms mein kahein, jaise aap samjha rahe hain, to profit yusuf ne woh charge le liya.</w:t>
      </w:r>
      <w:r>
        <w:br/>
      </w:r>
      <w:r>
        <w:rPr>
          <w:sz w:val="20"/>
        </w:rPr>
        <w:t>30:45  to phir is ke baad kya hua? haan, to yusuf alaihi assalam ne woh kaam sambhal liya.</w:t>
      </w:r>
      <w:r>
        <w:br/>
      </w:r>
      <w:r>
        <w:rPr>
          <w:sz w:val="20"/>
        </w:rPr>
        <w:t>30:52  ji. aur bohat hi achhe tareeqe se is ko manage kiya, aur jo un ki shakhsiyat thi, us se log bohat hi mutasir hote the, jin se bhi koi kaam kehte the to woh bohat hi khushi se us ko foran anjam deta tha.</w:t>
      </w:r>
      <w:r>
        <w:br/>
      </w:r>
      <w:r>
        <w:rPr>
          <w:sz w:val="20"/>
        </w:rPr>
        <w:t>31:10  to sara jo extra grain tha, woh jama karna shuru kiya, bare bare store houses banwaye. j</w:t>
      </w:r>
      <w:r>
        <w:br/>
      </w:r>
      <w:r>
        <w:rPr>
          <w:sz w:val="20"/>
        </w:rPr>
        <w:t>31:18  i. aur travel kiya unhon ne aur shehron mein, aur jo bhi extra grain tha, woh farmers se unhon ne khareeda aur jama karna shuru kar diya, aur jahan jahan zaroorat thi, wahan pohanchaya,</w:t>
      </w:r>
      <w:r>
        <w:br/>
      </w:r>
      <w:r>
        <w:rPr>
          <w:sz w:val="20"/>
        </w:rPr>
        <w:t>31:31  camels ke zariye, caravan ke zariye, bail gaadiyon ke zariye, ya jo river nile thi, us ke zariye, kashtiyon mein.</w:t>
      </w:r>
      <w:r>
        <w:br/>
      </w:r>
      <w:r>
        <w:rPr>
          <w:sz w:val="20"/>
        </w:rPr>
        <w:t>31:40  to is tareeqe se poore Egypt mein bare bare store houses banwaye, wahan grains jama ho gaya, yahan</w:t>
      </w:r>
      <w:r>
        <w:br/>
      </w:r>
      <w:r>
        <w:rPr>
          <w:sz w:val="20"/>
        </w:rPr>
        <w:t>31:46  tak ke har taraf green hi green jama ho gaya, aik sehra wajood mein aa gaya green ka, aur yeh bohat hi hikmat ke sath, bohat hi danishmandi ke sath Hazrat yusuf alaihi assalam ne is kaam ko anjam diya.</w:t>
      </w:r>
      <w:r>
        <w:br/>
      </w:r>
      <w:r>
        <w:rPr>
          <w:sz w:val="20"/>
        </w:rPr>
        <w:t>31:59  saat saal tak itna green jama ho gaya. ji. ke agle saat saal ke liye bohat hi aasani se kaam chal sake.</w:t>
      </w:r>
      <w:r>
        <w:br/>
      </w:r>
      <w:r>
        <w:rPr>
          <w:sz w:val="20"/>
        </w:rPr>
        <w:t>32:08  ji.</w:t>
      </w:r>
      <w:r>
        <w:br/>
      </w:r>
      <w:r>
        <w:rPr>
          <w:sz w:val="20"/>
        </w:rPr>
        <w:t>32:10  aur doctor sahib, phir is ke baad, woh waqt aa gaya jis ka khwab badshah ne dekha tha ke jo famine aur jo sookha hai, woh saat saal tak chala, jis ki wajah se khane aur peene mein bohat zyada kami ho gayi.</w:t>
      </w:r>
      <w:r>
        <w:br/>
      </w:r>
      <w:r>
        <w:rPr>
          <w:sz w:val="20"/>
        </w:rPr>
        <w:t>32:24  to agar hum sochein to it must have been such a huge gigantic task for Prophet Yusuf to manage the situation.</w:t>
      </w:r>
      <w:r>
        <w:br/>
      </w:r>
      <w:r>
        <w:rPr>
          <w:sz w:val="20"/>
        </w:rPr>
        <w:t>32:34  to kaise hua aur us ke baad kya hua, us ke bare mein batayein doctor sahib.</w:t>
      </w:r>
      <w:r>
        <w:br/>
      </w:r>
      <w:r>
        <w:rPr>
          <w:sz w:val="20"/>
        </w:rPr>
        <w:t>32:40  haan, to phir yeh saat saal dheere dheere khatam ho gaye, aur woh saat saal jo famine ke aane the, woh shuru ho gaye, aur bohat hi logon ko dushwari hui,</w:t>
      </w:r>
      <w:r>
        <w:br/>
      </w:r>
      <w:r>
        <w:rPr>
          <w:sz w:val="20"/>
        </w:rPr>
        <w:t>32:55  aasman se pani barsna band ho gaya, aasman bilkul safed ho gaya, jo zameen thi, woh crack hone lagi, maweshi marne lage, insan dam todne lage, aur garam hawaein chalne lagin.</w:t>
      </w:r>
      <w:r>
        <w:br/>
      </w:r>
      <w:r>
        <w:rPr>
          <w:sz w:val="20"/>
        </w:rPr>
        <w:t>33:07  toh yani bahut hi bada ek masla paida ho gaya misr mein, sandstorm aane lage, aur tarah</w:t>
      </w:r>
      <w:r>
        <w:br/>
      </w:r>
      <w:r>
        <w:rPr>
          <w:sz w:val="20"/>
        </w:rPr>
        <w:t>33:14  tarah ki pareshaniyan.</w:t>
      </w:r>
      <w:r>
        <w:br/>
      </w:r>
      <w:r>
        <w:rPr>
          <w:sz w:val="20"/>
        </w:rPr>
        <w:t>33:15  is waqt Hazrat Yusuf alaihi salam aur zyada pehle se masroof ho gaye, aur unhone yeh</w:t>
      </w:r>
      <w:r>
        <w:br/>
      </w:r>
      <w:r>
        <w:rPr>
          <w:sz w:val="20"/>
        </w:rPr>
        <w:t>33:24  dekha ke jahan jahan zaroorat hai, wahan green ko pohnchayen, aur logon logon tak anaaj sahi tarah se</w:t>
      </w:r>
      <w:r>
        <w:br/>
      </w:r>
      <w:r>
        <w:rPr>
          <w:sz w:val="20"/>
        </w:rPr>
        <w:t>33:32  pohnche, aur anaaj ko unhon ne farokht kiya tha, yani free nahi distribute kar rahe the, balkeh woh</w:t>
      </w:r>
      <w:r>
        <w:br/>
      </w:r>
      <w:r>
        <w:rPr>
          <w:sz w:val="20"/>
        </w:rPr>
        <w:t>33:38  sell kar rahe the bohat hi reasonable price pe.</w:t>
      </w:r>
      <w:r>
        <w:br/>
      </w:r>
      <w:r>
        <w:rPr>
          <w:sz w:val="20"/>
        </w:rPr>
        <w:t>33:41  to is tareeqay say unhon nay bohat hi acha manage kiya, aur poora mulk tha Egypt ka, woh bohat hi baray famine kay grip mein aa gaya, aur us waqt kaam aur ziyada un ka barh gaya, aur bohat hi masroof ho gaye, aur har taraf jahan jahan zaroorat zaroorat thi, wahan unhon nay green pohanchana shuru kiya.</w:t>
      </w:r>
      <w:r>
        <w:br/>
      </w:r>
      <w:r>
        <w:rPr>
          <w:sz w:val="20"/>
        </w:rPr>
        <w:t>34:05  ji ji. aur doctor sahib, yeh bhi kahani mein aata hai kay aisa nahi kay sirf Misr tak famine ya sokha jo mehdood tha, balkay aas paas kay jo mulk hain, woh bhi is ki giraft mein aa gaye.</w:t>
      </w:r>
      <w:r>
        <w:br/>
      </w:r>
      <w:r>
        <w:rPr>
          <w:sz w:val="20"/>
        </w:rPr>
        <w:t>34:18  bilkul. to phir yeh honay laga kay wahan say jo log hain, woh Egypt Misr aanay lagay ghalla lenay kay liye. to woh sab kaisay manage hua, is say aagay kahani kaisay barhi, yeh is kay baray mein bataein.</w:t>
      </w:r>
      <w:r>
        <w:br/>
      </w:r>
      <w:r>
        <w:rPr>
          <w:sz w:val="20"/>
        </w:rPr>
        <w:t>34:32  haan, Yusuf علیہ السلام ko andaza tha kay Egypt kay aas paas ki jo countries hain, wahan bhi yeh masla paida hoga, woh bhi famine ki zad mein aaein gi.</w:t>
      </w:r>
      <w:r>
        <w:br/>
      </w:r>
      <w:r>
        <w:rPr>
          <w:sz w:val="20"/>
        </w:rPr>
        <w:t>34:43  to unhon nay is ka bhi provision rakha tha, is ka bhi khayal kiya tha, aur is kay liye bhi anaaj ka intezam kiya tha. jo aas paas kay mulk thay, Syria hai, ab Syria to us waqt bohat bara tha, yani Jordan, Israel, Canaan, woh sab bohat bara ilaqa</w:t>
      </w:r>
      <w:r>
        <w:br/>
      </w:r>
      <w:r>
        <w:rPr>
          <w:sz w:val="20"/>
        </w:rPr>
        <w:t>35:00  h tha. kuch Arab countries, kuch African countries, jo Mediterranean Sea hai, is kay jo atraf mein jo countries thay, woh sab dekhnay lagay Egypt ki taraf, chounkay un ko pata chala kay Egypt mein anaaj mojood hai, aur bohat hi reasonable price pe mil raha hai.</w:t>
      </w:r>
      <w:r>
        <w:br/>
      </w:r>
      <w:r>
        <w:rPr>
          <w:sz w:val="20"/>
        </w:rPr>
        <w:t>35:18  to wahan say qafley aanay lagay, aur lay kay janay lagay</w:t>
      </w:r>
      <w:r>
        <w:br/>
      </w:r>
      <w:r>
        <w:rPr>
          <w:sz w:val="20"/>
        </w:rPr>
        <w:t>35:24  , aur Yusuf علیہ السلام nay yeh kiya kay har aik shakhs ko aik camel load, yani rationing kar di kay jo bhi shakhs aaye ga, us ko aik camel load hum anaaj day detay hain.</w:t>
      </w:r>
      <w:r>
        <w:br/>
      </w:r>
      <w:r>
        <w:rPr>
          <w:sz w:val="20"/>
        </w:rPr>
        <w:t>35:39  to is tareeqay say baharhaal anaaj ka distribution shuru hua Egypt mein bhi, aur aas paas kay shehron mein, aas paas kay mulkon mein.</w:t>
      </w:r>
      <w:r>
        <w:br/>
      </w:r>
      <w:r>
        <w:rPr>
          <w:sz w:val="20"/>
        </w:rPr>
        <w:t>35:50  ji ji. aur doctor sahib, phir jab yeh distribution shuru hua to kahani kay is aham morr par aa jatay hain kay jab Prophet Yusuf kay das bhai, woh bhi Misr jatay hain ghalla lenay kay liye, lekin woh Prophet Yusuf ko pehchan nahi patay kay yeh wahi Yusuf hai jo un ka bachpan mein un ka bhai tha, aur jis ko unhon nay sazish kay sazish kay tehat kanwein mein dhakail diya tha.</w:t>
      </w:r>
      <w:r>
        <w:br/>
      </w:r>
      <w:r>
        <w:rPr>
          <w:sz w:val="20"/>
        </w:rPr>
        <w:t>36:16  to is kay baray mein bhi bataein, is qissay kay baray mein.</w:t>
      </w:r>
      <w:r>
        <w:br/>
      </w:r>
      <w:r>
        <w:rPr>
          <w:sz w:val="20"/>
        </w:rPr>
        <w:t>36:20  ji, Canaan mein Hazrat Yaqoob علیہ السلام thay, aur un ki family, wahan bhi anaaj ki kami ho gayi, cheezain khatam honay lagain.</w:t>
      </w:r>
      <w:r>
        <w:br/>
      </w:r>
      <w:r>
        <w:rPr>
          <w:sz w:val="20"/>
        </w:rPr>
        <w:t>36:31  to unhon nay apnay dason baton ko bulaya, aur kaha kay baton, tum jao Egypt, wahan par anaaj mil raha hai, bohat hi reasonable price pe mil raha hai, wahan say lao, chounkay yeh jo bhi anaaj hai, bohat jaldi khatam ho jaye ga hamaray liye,</w:t>
      </w:r>
      <w:r>
        <w:br/>
      </w:r>
      <w:r>
        <w:rPr>
          <w:sz w:val="20"/>
        </w:rPr>
        <w:t>36:49  ab khanay peenay ki cheezain bohat mushkil ho jayain gi. to saray bhaiyon nay apnay apnay oont tayyar kiye, das oont lay kay, woh thora bohat saman saman lay kay, kuch kuch us zamanay kay lihaz say jo currency hoti thi, chandi kay kuch sikkay hotay thay, chandi kay tukray kuch, to woh sab cheezain lay kay woh safar pe niklay.</w:t>
      </w:r>
      <w:r>
        <w:br/>
      </w:r>
      <w:r>
        <w:rPr>
          <w:sz w:val="20"/>
        </w:rPr>
        <w:t>37:12  taqreeban aath das din ka safar raha hoga, chounkay Canaan say Egypt 450 kilometer hai, to yeh rasta unhon nay tay kiya hoga taqreeban das din mein.</w:t>
      </w:r>
      <w:r>
        <w:br/>
      </w:r>
      <w:r>
        <w:rPr>
          <w:sz w:val="20"/>
        </w:rPr>
        <w:t>37:25  to aik lambay safar kay baad woh puhanchay, aur wahan jo store house tha, wahan puhanchay, aur jo store house ka incharge tha, yani Yusuf علیہ السلام, un say milay.</w:t>
      </w:r>
      <w:r>
        <w:br/>
      </w:r>
      <w:r>
        <w:rPr>
          <w:sz w:val="20"/>
        </w:rPr>
        <w:t>37:36  bhaiyon nay to pehchana nahi Yusuf علیہ السلام ko, Yusuf علیہ السلام nay foran pehchan liya bhaiyon ko. to chounkay woh jo bhai thay, woh kabhi soch bhi nahi saktay thay kay jis bhai ko unhon nay kanwein mein dala tha barson pehlay,</w:t>
      </w:r>
      <w:r>
        <w:br/>
      </w:r>
      <w:r>
        <w:rPr>
          <w:sz w:val="20"/>
        </w:rPr>
        <w:t>37:52  un kay lihaz say to yeh aik aakhri tadbeer thi Yusuf علیہ السلام ko halak karnay kay liye. to</w:t>
      </w:r>
      <w:r>
        <w:br/>
      </w:r>
      <w:r>
        <w:rPr>
          <w:sz w:val="20"/>
        </w:rPr>
        <w:t>37:59  woh kabhi soch bhi nahi saktay thay kay jis ko unhon nay kanwein mein dala tha, aaj woh itna bara Egypt mein minister kaisay ban gaya.</w:t>
      </w:r>
      <w:r>
        <w:br/>
      </w:r>
      <w:r>
        <w:rPr>
          <w:sz w:val="20"/>
        </w:rPr>
        <w:t>38:08  to is tareeqay say woh puhanchay wahan, aur Yusuf علیہ السلام say milay. ji, aur Prophet Yusuf bhi, doctor sahib, agar kahani ko jab hum parhtay hain to dekhtay hain kay bohat hi achay say, generous way mein apnay bhaiyon say milay.</w:t>
      </w:r>
      <w:r>
        <w:br/>
      </w:r>
      <w:r>
        <w:rPr>
          <w:sz w:val="20"/>
        </w:rPr>
        <w:t>38:24  balkay yahan pe mujhe aik hadith bhi yaad aati hai kay</w:t>
      </w:r>
      <w:r>
        <w:br/>
      </w:r>
      <w:r>
        <w:rPr>
          <w:sz w:val="20"/>
        </w:rPr>
        <w:t>38:27  Rasool Allah nay aik martaba farmaya kay tum aisay mat bano kay log agar tumharay sath acha karain to tum un kay sath acha karo, aur log agar tumharay sath bura karain to tum un kay sath bura karo.</w:t>
      </w:r>
      <w:r>
        <w:br/>
      </w:r>
      <w:r>
        <w:rPr>
          <w:sz w:val="20"/>
        </w:rPr>
        <w:t>38:39  balkay tum aisay bano kay log agar tumharay sath acha karain to tum un kay sath acha karo</w:t>
      </w:r>
      <w:r>
        <w:br/>
      </w:r>
      <w:r>
        <w:rPr>
          <w:sz w:val="20"/>
        </w:rPr>
        <w:t>38:44  , lekin agar woh tumharay sath unjust behavior karain, tumharay sath bura behaviour karain to tum waisa na karo. aur hum yahi dekhtay hain kay Prophet Yusuf ki zindagi say kay itna ziyada unhon nay,</w:t>
      </w:r>
      <w:r>
        <w:br/>
      </w:r>
      <w:r>
        <w:rPr>
          <w:sz w:val="20"/>
        </w:rPr>
        <w:t>38:58  matlab safar kiya, un ko itna pareshan kiya gaya, lekin is kay baad bhi woh inhi das bhaiyon say bohat achay say mil rahay hain. balkay unhon nay paisay bhi nahi liye.</w:t>
      </w:r>
      <w:r>
        <w:br/>
      </w:r>
      <w:r>
        <w:rPr>
          <w:sz w:val="20"/>
        </w:rPr>
        <w:t>39:07  to doctor sahib, is ke bare mein aap kya kehna chahenge? bohat achhi hadith aap ne sunai, "imam mat bano". ji, aur yeh jo teaching hai, hum hum sab yahi samajhte hain ke jo hamare sath acha sulook kare, hum us ke sath acha sulook karen.</w:t>
      </w:r>
      <w:r>
        <w:br/>
      </w:r>
      <w:r>
        <w:rPr>
          <w:sz w:val="20"/>
        </w:rPr>
        <w:t>39:20  ji, aur jo hamare sath bura kare to hum us ke sath bura sulook karen. lekin prophet ne kaha hai ke jo tumhare sath bura sulook kare, us ke sath bhi acha sulook karen. acha sulook karen. ji ji ji, bohat hi zabardast</w:t>
      </w:r>
      <w:r>
        <w:br/>
      </w:r>
      <w:r>
        <w:rPr>
          <w:sz w:val="20"/>
        </w:rPr>
        <w:t>39:29  teaching hai rasool Allah sal Allah alaih wasalam ki. to jab bhai pahunche wahan Hazrat Yusuf alaih wasalam ke pas to bohat hi izzat se mile, bari khatir khatadari ki, aur family ke bare mein poocha to bhaiyon ne kaha ke hamare ghar mein boorhe maa baap hain, aur ek bhai hai.</w:t>
      </w:r>
      <w:r>
        <w:br/>
      </w:r>
      <w:r>
        <w:rPr>
          <w:sz w:val="20"/>
        </w:rPr>
        <w:t>39:48  to unhone kaha ke hamein apne bhai ke liye bhi ek camel de dein, ek camel load. h</w:t>
      </w:r>
      <w:r>
        <w:br/>
      </w:r>
      <w:r>
        <w:rPr>
          <w:sz w:val="20"/>
        </w:rPr>
        <w:t>39:57  mm ji, to unhone kaha ke tum agli bar bhai ko bhi lana, aur main us ko bhi doonga.</w:t>
      </w:r>
      <w:r>
        <w:br/>
      </w:r>
      <w:r>
        <w:rPr>
          <w:sz w:val="20"/>
        </w:rPr>
        <w:t>40:06  tum ne dekha, main meri generosity bhi dekh li tum ne. ji, to behal woh kisi tarah baat is tarah ho gayi ke Yusuf alaih wasalam ne bohat sakhti se yeh baat keh di ke tum agar apne bhai ko nahi lao ge agli bar to main tum ko bhi nahi doonga koi saman</w:t>
      </w:r>
      <w:r>
        <w:br/>
      </w:r>
      <w:r>
        <w:rPr>
          <w:sz w:val="20"/>
        </w:rPr>
        <w:t>40:21  ۔ humm humm. to behal unhone kaha ke hum apne walid ko manane ki koshish karenge, aur apne chhote bhai ko sath lane ki koshish karenge.</w:t>
      </w:r>
      <w:r>
        <w:br/>
      </w:r>
      <w:r>
        <w:rPr>
          <w:sz w:val="20"/>
        </w:rPr>
        <w:t>40:32  to woh log behal nikle wapas, aur jab ghar pahunche aur apna saman khola to jo bhi unhone chandi ke sikke wagera diye the, ji, woh un ko apne un ke saman mein mil gaye.</w:t>
      </w:r>
      <w:r>
        <w:br/>
      </w:r>
      <w:r>
        <w:rPr>
          <w:sz w:val="20"/>
        </w:rPr>
        <w:t>40:44  ji, un ke jo bags the.</w:t>
      </w:r>
      <w:r>
        <w:br/>
      </w:r>
      <w:r>
        <w:rPr>
          <w:sz w:val="20"/>
        </w:rPr>
        <w:t>40:46  ji, to woh aur un ki izzat barh gayi woh Egypt ke wazir ke bare mein ke itna us ne hamare sath izzat ka mamla kiya, itne sharifana andaaz se hamare sath pesh aaye.</w:t>
      </w:r>
      <w:r>
        <w:br/>
      </w:r>
      <w:r>
        <w:rPr>
          <w:sz w:val="20"/>
        </w:rPr>
        <w:t>41:00  ji ji ji. acha, lekin doctor sahib, yahan pe prophet Yusuf ne jo plan banaya tha ke Benjamin, jo un ke chhote bhai hain, ji, woh kisi tarah aayen, aur jaise aap ne abhi bataya ke unhone condition rakhi,</w:t>
      </w:r>
      <w:r>
        <w:br/>
      </w:r>
      <w:r>
        <w:rPr>
          <w:sz w:val="20"/>
        </w:rPr>
        <w:t>41:15  ji, ke agar tum agle trip mein aap un ko nahi le ke ao ge to tum jhoote qarar diye jao ge. to yeh ek un ke upar ek jo dabao dala unhone, us ki wajah se yeh hua ke bhai apne baap ke pas gaye, prophet Yaqoob, aur unhone kaha ke Benjamin ko un ke sath agle safar mein bhej dein, nahi to unhein gila nahi mile ga.</w:t>
      </w:r>
      <w:r>
        <w:br/>
      </w:r>
      <w:r>
        <w:rPr>
          <w:sz w:val="20"/>
        </w:rPr>
        <w:t>41:38  ji ji. to phir doctor sahib, is situation mein kya hua, us ki baat ki kahani kya hai?</w:t>
      </w:r>
      <w:r>
        <w:br/>
      </w:r>
      <w:r>
        <w:rPr>
          <w:sz w:val="20"/>
        </w:rPr>
        <w:t>41:45  haan, to kuch dinon mein woh anaaj khatam ho gaya. ji, to dobara zaroorat pari to Hazrat Yaqoob alaih wasalam ne kaha ke phir jao le ke ao.</w:t>
      </w:r>
      <w:r>
        <w:br/>
      </w:r>
      <w:r>
        <w:rPr>
          <w:sz w:val="20"/>
        </w:rPr>
        <w:t>41:56  to un bhaiyon ko yaad aaya ke wahan to unhone ek condition rakh di thi ke Benjamin ko sath layen layen ge, tabhi saman mile ga.</w:t>
      </w:r>
      <w:r>
        <w:br/>
      </w:r>
      <w:r>
        <w:rPr>
          <w:sz w:val="20"/>
        </w:rPr>
        <w:t>42:06  to father se kaha unhone, to unhone kaha nahi, main hargiz ijazat nahi doonga, tum ne Yusuf ke sath kya kiya hai, woh tum ko maloom hai.</w:t>
      </w:r>
      <w:r>
        <w:br/>
      </w:r>
      <w:r>
        <w:rPr>
          <w:sz w:val="20"/>
        </w:rPr>
        <w:t>42:15  to unhone bohat zyada israr kiya, kaha ke bohat zaroorat hai, aur hum apne bhai ki hifazat karenge. nahfazu nahfazu akhana ke hum apne bhai ki hifazat karenge,</w:t>
      </w:r>
      <w:r>
        <w:br/>
      </w:r>
      <w:r>
        <w:rPr>
          <w:sz w:val="20"/>
        </w:rPr>
        <w:t>42:26  aur sahi salim layenge us ko wapas. to bohat jab israr kiya to unhone kaha theek hai, acha le jao, lekin tum ahad karo ke chhote bhai ko sahi salim mere pas wapas lao ge, illa yeh ke tum sab pe koi musibat aa jaye.</w:t>
      </w:r>
      <w:r>
        <w:br/>
      </w:r>
      <w:r>
        <w:rPr>
          <w:sz w:val="20"/>
        </w:rPr>
        <w:t>42:44  to is tarah se unhone ijazat de di. jab unhone ahad kiya, pledge liye. aur ek aur baat, Yaqoob alaih wasalam ne apne beton se kahi ke mere beton, tum ek darwaze se mat enter karna.</w:t>
      </w:r>
      <w:r>
        <w:br/>
      </w:r>
      <w:r>
        <w:rPr>
          <w:sz w:val="20"/>
        </w:rPr>
        <w:t>43:04  lagta hai jis city mein Egypt mein gaye the, woh probably it was a walled city, jaise hamare old Delhi ki walled city thi, Kashmiri gate, Delhi gate wagera hai.</w:t>
      </w:r>
      <w:r>
        <w:br/>
      </w:r>
      <w:r>
        <w:rPr>
          <w:sz w:val="20"/>
        </w:rPr>
        <w:t>43:15  to isi tarah se koi aise system hoga, wahan bhi shayad walled city rahi ho. to Yaqoob alaih wasalam ne kaha ke tum alag alag darwazon se jana, ek sath mat enter karna.</w:t>
      </w:r>
      <w:r>
        <w:br/>
      </w:r>
      <w:r>
        <w:rPr>
          <w:sz w:val="20"/>
        </w:rPr>
        <w:t>43:27  woh un ka shayad maqsad yeh tha ke ek sath das log, gyarah log jayenge to log samjhenge pata nahi yeh kis maqsad se aaye hain, koi reaction ho.</w:t>
      </w:r>
      <w:r>
        <w:br/>
      </w:r>
      <w:r>
        <w:rPr>
          <w:sz w:val="20"/>
        </w:rPr>
        <w:t>43:38  balkeh Maulana bhi dawat ke mamle mein low profile ki baat karte the. ji ji ke dawat high profile kaam nahi hai ke aap stage pe karen aur yeh sab karen, balkeh khamoshi se karen taake koi pareshani na</w:t>
      </w:r>
      <w:r>
        <w:br/>
      </w:r>
      <w:r>
        <w:rPr>
          <w:sz w:val="20"/>
        </w:rPr>
        <w:t>43:55  paish aaye. to yeh ek bohat achhi advice di Yaqoob alaih wasalam ne apne beton ko. doctor sahib, kuch comments parhna chahoonga jo log program dekh rahe hain.</w:t>
      </w:r>
      <w:r>
        <w:br/>
      </w:r>
      <w:r>
        <w:rPr>
          <w:sz w:val="20"/>
        </w:rPr>
        <w:t>44:07  kafi log pasand kar rahe hain aap ke program ko. to main kuch comments loonga. aap aakhri sawal jo bacha hai, us se pehle.</w:t>
      </w:r>
      <w:r>
        <w:br/>
      </w:r>
      <w:r>
        <w:rPr>
          <w:sz w:val="20"/>
        </w:rPr>
        <w:t>44:17  yeh comment bheja hai Rana Gulzaman sahib ne, unhon ne location nahi likhi hai,</w:t>
      </w:r>
      <w:r>
        <w:br/>
      </w:r>
      <w:r>
        <w:rPr>
          <w:sz w:val="20"/>
        </w:rPr>
        <w:t>44:23  per unhon ne likha hai ke Assalam o Alaikum, I love this man so much, and new generation need this kind of things early in the morning.</w:t>
      </w:r>
      <w:r>
        <w:br/>
      </w:r>
      <w:r>
        <w:rPr>
          <w:sz w:val="20"/>
        </w:rPr>
        <w:t>44:33  to yeh bohat hi pyara comment bheja hai unhon ne aap ke liye. Thank you. Is ke baad kai logon ne pasand kiya hai. Agla comment bheja hai Miss Reshma Parvez ne,</w:t>
      </w:r>
      <w:r>
        <w:br/>
      </w:r>
      <w:r>
        <w:rPr>
          <w:sz w:val="20"/>
        </w:rPr>
        <w:t>44:49  unhon ne likha hai ke We all sin, don't despa</w:t>
      </w:r>
      <w:r>
        <w:br/>
      </w:r>
      <w:r>
        <w:rPr>
          <w:sz w:val="20"/>
        </w:rPr>
        <w:t>44:52  ir, keep repenting and asking for his forgiveness, don't let droplets of sins become oceans of regret, be sincere and ask him wholeheartedly .</w:t>
      </w:r>
      <w:r>
        <w:br/>
      </w:r>
      <w:r>
        <w:rPr>
          <w:sz w:val="20"/>
        </w:rPr>
        <w:t>45:04  Noor Khan ne likha hai Beautifully explained, Jazak Allah. Miss Krot Lein ne Srinagar se likha hai ke Maulana would always say ignore problems and avail opportunities,</w:t>
      </w:r>
      <w:r>
        <w:br/>
      </w:r>
      <w:r>
        <w:rPr>
          <w:sz w:val="20"/>
        </w:rPr>
        <w:t>45:18  Yusuf Alaihi Salam is the best example, rather role model of this practice. He accepted the offer of being on an important post under a mushrik ruler.</w:t>
      </w:r>
      <w:r>
        <w:br/>
      </w:r>
      <w:r>
        <w:rPr>
          <w:sz w:val="20"/>
        </w:rPr>
        <w:t>45:31  He, other than being an honest and able administrator, utilized the opportunity to spread the word of God. Moreover, his honesty, dedication, and urge to serve God's cause turned his dream into a reality.</w:t>
      </w:r>
      <w:r>
        <w:br/>
      </w:r>
      <w:r>
        <w:rPr>
          <w:sz w:val="20"/>
        </w:rPr>
        <w:t>45:47  God is great and bestows his unlimited blessings who displace patience. To Doctor sahib, aakhri sawal yahi hai ke phir jo bhai hain, das bhai, Benjamin ko le kar Misr ki taraf apna travel shuru karte hain.</w:t>
      </w:r>
      <w:r>
        <w:br/>
      </w:r>
      <w:r>
        <w:rPr>
          <w:sz w:val="20"/>
        </w:rPr>
        <w:t>46:05  Aur yaqeenan Doctor sahib, aisa hua hoga ke Prophet Yusuf bohat hi zyada khush hue honge Benjamin ko dekh kar. To is qisse ke baray mein bhi hum sab ko batayein.</w:t>
      </w:r>
      <w:r>
        <w:br/>
      </w:r>
      <w:r>
        <w:rPr>
          <w:sz w:val="20"/>
        </w:rPr>
        <w:t>46:17  To wo saaray bhai nikle, apne saman waghera le ke, oonton ko le ke. Is baar wo gyarah log thay, gyarah oont sath mein thay.</w:t>
      </w:r>
      <w:r>
        <w:br/>
      </w:r>
      <w:r>
        <w:rPr>
          <w:sz w:val="20"/>
        </w:rPr>
        <w:t>46:27  To wo lambay safar ke baad pohanche, aur jaise un ke father ne mashwara diya tha ke ek darwazay se mat dakhil hona, to wo alag alag darwazon se gaye aur seedhe jo store house tha,</w:t>
      </w:r>
      <w:r>
        <w:br/>
      </w:r>
      <w:r>
        <w:rPr>
          <w:sz w:val="20"/>
        </w:rPr>
        <w:t>46:42  grains ka, jahan par grain distribute ho raha tha, sell ho raha tha, wo</w:t>
      </w:r>
      <w:r>
        <w:br/>
      </w:r>
      <w:r>
        <w:rPr>
          <w:sz w:val="20"/>
        </w:rPr>
        <w:t>46:48  un pohanche. To Yusuf Alaihi Salam ne dekha dason bhaiyon ko, aur Benjamin ko bhi dekha sath mein, to foran pehchan gaye.</w:t>
      </w:r>
      <w:r>
        <w:br/>
      </w:r>
      <w:r>
        <w:rPr>
          <w:sz w:val="20"/>
        </w:rPr>
        <w:t>46:58  Halankay bees saal guzar gaye thay, tab to Benjamin chotay rahe honge, saat aath saal ke rahe honge</w:t>
      </w:r>
      <w:r>
        <w:br/>
      </w:r>
      <w:r>
        <w:rPr>
          <w:sz w:val="20"/>
        </w:rPr>
        <w:t>47:05  , ab wo poori tarah se youth. To un ki aankhon mein aansu aa gaye, lekin wo khamoshi se alag ho gaye aur Benjamin ko le ke gaye ek taraf aur kaha ke main tumhara bhai hoon, tum ghamgeen mat ho jo log yeh log tumhare sath karte hain.</w:t>
      </w:r>
      <w:r>
        <w:br/>
      </w:r>
      <w:r>
        <w:rPr>
          <w:sz w:val="20"/>
        </w:rPr>
        <w:t>47:22  Aur kaha ke tum yeh baat un se batana nahi ke main tumhara bhai hoon, main ne yeh baat</w:t>
      </w:r>
      <w:r>
        <w:br/>
      </w:r>
      <w:r>
        <w:rPr>
          <w:sz w:val="20"/>
        </w:rPr>
        <w:t>47:28  batayi hai. To is tareeqay se yeh qissa yahan tak pohancha hai, aur bohat hi sabak آموز baatein hain. Jaise abhi Qurat ul Ain sahibah ne ek point bataya jo bohat hi aham hai ke ek non Muslim ruler ke under reh kar aap kaam kar sakte hain.</w:t>
      </w:r>
      <w:r>
        <w:br/>
      </w:r>
      <w:r>
        <w:rPr>
          <w:sz w:val="20"/>
        </w:rPr>
        <w:t>47:48  Bohat important, bohat hi it's very important point. Yeh log sab is tarah ki baatein karte rehte hain.</w:t>
      </w:r>
      <w:r>
        <w:br/>
      </w:r>
      <w:r>
        <w:rPr>
          <w:sz w:val="20"/>
        </w:rPr>
        <w:t>47:54  To yeh bohat hi acha point hai ke aap kahin bhi hon, aur aap ko wo ijazat bhi de raha hai ruler ke aap da'wati kaam karein.</w:t>
      </w:r>
      <w:r>
        <w:br/>
      </w:r>
      <w:r>
        <w:rPr>
          <w:sz w:val="20"/>
        </w:rPr>
        <w:t>48:04  To hum hamari country mein bhi, hum yahan, hamein koi dikkat nahi hai.</w:t>
      </w:r>
      <w:r>
        <w:br/>
      </w:r>
      <w:r>
        <w:rPr>
          <w:sz w:val="20"/>
        </w:rPr>
        <w:t>48:08  Saray jo jo peaceful kaam hum karte hain, hum kar sakte hain, chahe da'wati kaam ho ya is tarah ka deeni kaam ho, saray mawaqay khule hue hain.</w:t>
      </w:r>
      <w:r>
        <w:br/>
      </w:r>
      <w:r>
        <w:rPr>
          <w:sz w:val="20"/>
        </w:rPr>
        <w:t>48:20  To is ko avail karna chahiye, aur Allah se dua karna chahiye. To bohat hi sabak آموز waqia hai yeh ji, aur ab yeh inshallah aglay session mein umeed hai ke yeh story mukammal ho jayegi.</w:t>
      </w:r>
      <w:r>
        <w:br/>
      </w:r>
      <w:r>
        <w:rPr>
          <w:sz w:val="20"/>
        </w:rPr>
        <w:t>48:35  Inshallah. Doctor sahib, bohat bohat</w:t>
      </w:r>
      <w:r>
        <w:br/>
      </w:r>
      <w:r>
        <w:rPr>
          <w:sz w:val="20"/>
        </w:rPr>
        <w:t>48:37  shukriya, aaj aap ne phir se bohat hi acha session Prophet Yusuf ki zindagi mein. Lekin aap ne bhi bohat achi baatein batayin beech beech mein, jo mujhe bhi is se bohat istefada hua hai.</w:t>
      </w:r>
      <w:r>
        <w:br/>
      </w:r>
      <w:r>
        <w:rPr>
          <w:sz w:val="20"/>
        </w:rPr>
        <w:t>48:47  ji, ji, inshallah. to doctor sahib, bohat bohat shukriya, aur hamein be sabri se intezar rahega agle session ka in</w:t>
      </w:r>
      <w:r>
        <w:br/>
      </w:r>
      <w:r>
        <w:rPr>
          <w:sz w:val="20"/>
        </w:rPr>
        <w:t>48:56  shallah. aur hum logon ne sab ne bohat sabak liye, jis tarah doctor thaanistan khan sahib ne Prophet Yusuf ki zindagi se is ko contemporary level pe link kar ke hum sab logon ko bohat hi achhe se wazeh kiya aur samjhaya.</w:t>
      </w:r>
      <w:r>
        <w:br/>
      </w:r>
      <w:r>
        <w:rPr>
          <w:sz w:val="20"/>
        </w:rPr>
        <w:t>49:10  to hum ne aaj jana ke kaise hum profit yusuf ki zindagi se seekh le sakte hain ke hum aswao al qasas ko kaise ahsan al qasas bana s</w:t>
      </w:r>
      <w:r>
        <w:br/>
      </w:r>
      <w:r>
        <w:rPr>
          <w:sz w:val="20"/>
        </w:rPr>
        <w:t>49:21  akte hain. matlab, worst story ko best story banana hamare hath mein hai. quran ki surah yusuf mein yeh aata hai ke jo shakhs taqwa ikhtiyar kare aur sabr kare to allah is ke ajr ko zaya nahi karte.</w:t>
      </w:r>
      <w:r>
        <w:br/>
      </w:r>
      <w:r>
        <w:rPr>
          <w:sz w:val="20"/>
        </w:rPr>
        <w:t>49:37  agar hum dekhen to allah ne sab logon ke liye best future hi rakha hai, magar woh best future hamein kaise mil sakta hai?</w:t>
      </w:r>
      <w:r>
        <w:br/>
      </w:r>
      <w:r>
        <w:rPr>
          <w:sz w:val="20"/>
        </w:rPr>
        <w:t>49:46  woh hamein tabhi mil sakta hai jab hum zindagi ke test par poora utren. aur yeh test kya hai? hum ne doctor sahib ke teen sessions mein jana ke yeh test wahi hai ke agar aap ko negative situation aaye, difficult situation aaye, ya koi aap se revenge le to hamein us waqt sabr karna hai, hamein allah par bharosa karna hai, aur wahi karna hai jo profit yusuf ne kiya ke poora ka poora allah par daal diya.</w:t>
      </w:r>
      <w:r>
        <w:br/>
      </w:r>
      <w:r>
        <w:rPr>
          <w:sz w:val="20"/>
        </w:rPr>
        <w:t>50:13  yaad rakhiye, allah ke paas dene ke liye kami nahi, magar logon ke deserving candidates banne mein kami hai. to hum yeh dua karte hain ke hum sab log deserving candidates banen, aur hum sab logon ko jannat milay.</w:t>
      </w:r>
      <w:r>
        <w:br/>
      </w:r>
      <w:r>
        <w:rPr>
          <w:sz w:val="20"/>
        </w:rPr>
        <w:t>50:29  ameen. ameen. ameen. aaj ka session yahi khatam karte hain. hum phir lotenge agle sunday saade das baje. thank you.</w:t>
      </w:r>
    </w:p>
    <w:p>
      <w:pPr>
        <w:pStyle w:val="Heading2"/>
      </w:pPr>
      <w:r>
        <w:t>Peace seen as weakness, respond aggressively?</w:t>
      </w:r>
    </w:p>
    <w:p>
      <w:r>
        <w:rPr>
          <w:color w:val="666666"/>
          <w:sz w:val="18"/>
        </w:rPr>
        <w:t>Ethics &amp; Character · Problem of Dajjal 29 sept, 2019 - Maulana Wahiduddin Khan · 6m 31s · at 47:40 · https://youtu.be/PL-Kv-sE68w?t=2860</w:t>
      </w:r>
    </w:p>
    <w:p>
      <w:r>
        <w:rPr>
          <w:i/>
        </w:rPr>
        <w:t>“If you talk peace, people consider you weak and try to take advantage. Why should we Muslims let non-Muslims see us as weak? We are not weak, and we should respond aggressively, an eye for an eye.”</w:t>
      </w:r>
    </w:p>
    <w:p>
      <w:r>
        <w:rPr>
          <w:sz w:val="20"/>
        </w:rPr>
        <w:t>47:40  some students have asked me to convey their salam to you. Jazakumullah. Maulana, agla sawal lena chahenge.</w:t>
      </w:r>
      <w:r>
        <w:br/>
      </w:r>
      <w:r>
        <w:rPr>
          <w:sz w:val="20"/>
        </w:rPr>
        <w:t>47:49  yeh sawal bheja hai hameed ansari sahab ne kanpur se. Unhone likha hai: "maulana, if you talk peace, then people consider you weak, and they try to take advantage of you.</w:t>
      </w:r>
      <w:r>
        <w:br/>
      </w:r>
      <w:r>
        <w:rPr>
          <w:sz w:val="20"/>
        </w:rPr>
        <w:t>48:04  why should we muslims let non muslims take us as weak? We are not weak, and we should give them response aggressively, and i for an i.</w:t>
      </w:r>
      <w:r>
        <w:br/>
      </w:r>
      <w:r>
        <w:rPr>
          <w:sz w:val="20"/>
        </w:rPr>
        <w:t>48:15  Maulana, you should not talk about peace as time for peace is over."</w:t>
      </w:r>
      <w:r>
        <w:br/>
      </w:r>
      <w:r>
        <w:rPr>
          <w:sz w:val="20"/>
        </w:rPr>
        <w:t>48:21  bhai, dekhiye, aap jab islam ki</w:t>
      </w:r>
      <w:r>
        <w:br/>
      </w:r>
      <w:r>
        <w:rPr>
          <w:sz w:val="20"/>
        </w:rPr>
        <w:t>48:28  boli bolte hain, islam ka ke aap</w:t>
      </w:r>
      <w:r>
        <w:br/>
      </w:r>
      <w:r>
        <w:rPr>
          <w:sz w:val="20"/>
        </w:rPr>
        <w:t>48:33  wakeel banay hue hon, to aap jante hain ke "tak tofeeq amrain" hadith mein aata hai, us ne</w:t>
      </w:r>
      <w:r>
        <w:br/>
      </w:r>
      <w:r>
        <w:rPr>
          <w:sz w:val="20"/>
        </w:rPr>
        <w:t>48:41  farmaya ke do basic cheezen chori hain, mein ne quran aur sunnat.</w:t>
      </w:r>
      <w:r>
        <w:br/>
      </w:r>
      <w:r>
        <w:rPr>
          <w:sz w:val="20"/>
        </w:rPr>
        <w:t>48:48  to koi bhi baat aap kahein to aap ko pehle sab se yeh karna parega ke quran aur sunnat pe reference batana parega, nahi to aap ki baat invalid ho jayegi.</w:t>
      </w:r>
      <w:r>
        <w:br/>
      </w:r>
      <w:r>
        <w:rPr>
          <w:sz w:val="20"/>
        </w:rPr>
        <w:t>49:01  aap bahar se jo bol rahe hain, us se koi kuch sabit nahi, us se kuch kuch hota nahi. Aap ko kehna parega ke quran mein dekho, likha hai "nafs shariat al islam, hukm dawlat al islam".</w:t>
      </w:r>
      <w:r>
        <w:br/>
      </w:r>
      <w:r>
        <w:rPr>
          <w:sz w:val="20"/>
        </w:rPr>
        <w:t>49:15  yeh kahan hai? Woh alfaaz kahan hain jo aap ko aap ke source ko saheeh batate hon?</w:t>
      </w:r>
      <w:r>
        <w:br/>
      </w:r>
      <w:r>
        <w:rPr>
          <w:sz w:val="20"/>
        </w:rPr>
        <w:t>49:25  kahan hain woh? Woh lafzi nahi, saare quran mein kahin hain. Saare quran mein yeh hai: "aye logon, allah se daro!</w:t>
      </w:r>
      <w:r>
        <w:br/>
      </w:r>
      <w:r>
        <w:rPr>
          <w:sz w:val="20"/>
        </w:rPr>
        <w:t>49:33  aye logon, allah se mohabbat karo! Aye logon, allah ke ahkam ko follow karo! Aye logon, allah ke ko apna concern</w:t>
      </w:r>
      <w:r>
        <w:br/>
      </w:r>
      <w:r>
        <w:rPr>
          <w:sz w:val="20"/>
        </w:rPr>
        <w:t>49:43  banao!" Yeh to koi hai hi nahi. Saare quran mein, hadith mein ke logon se political jhande chheno aur un ke takht chheno, iqtadar ki kurjiyan chheno aur hukumat qaim karo.</w:t>
      </w:r>
      <w:r>
        <w:br/>
      </w:r>
      <w:r>
        <w:rPr>
          <w:sz w:val="20"/>
        </w:rPr>
        <w:t>49:56  yeh kahan hai? Bhai, iqtadar ki kurjiyan chheno, yeh kahan hai? Yeh to kisi writer ki insha bardari mein hai.</w:t>
      </w:r>
      <w:r>
        <w:br/>
      </w:r>
      <w:r>
        <w:rPr>
          <w:sz w:val="20"/>
        </w:rPr>
        <w:t>50:09  iqtadar ki kurjiyan chheno, yeh writer ki insha bardari hai, yeh quran o hadith mein kahin nahi hai. Maulana, shakeel khan sahab ne gwalior se bheja hai question.</w:t>
      </w:r>
      <w:r>
        <w:br/>
      </w:r>
      <w:r>
        <w:rPr>
          <w:sz w:val="20"/>
        </w:rPr>
        <w:t>50:20  unhone likha hai: "maulana, i want, i want to say that i was into the same thinking of political interpretation, but after reading your books, i discovered the real islam.</w:t>
      </w:r>
      <w:r>
        <w:br/>
      </w:r>
      <w:r>
        <w:rPr>
          <w:sz w:val="20"/>
        </w:rPr>
        <w:t>50:33  today, i am against my family and friends who are still living in the political mind set. Maulana, i want to know from you that will the problem of muslims all over the world will end if they give up on political interpretation of islam.</w:t>
      </w:r>
      <w:r>
        <w:br/>
      </w:r>
      <w:r>
        <w:rPr>
          <w:sz w:val="20"/>
        </w:rPr>
        <w:t>50:52  is this the final solution to the present state of muslims?" Dekhiye, mein ya quran ya hadith kabhi yeh nahi kehte ke tumhara sara masla hal ho jayega.</w:t>
      </w:r>
      <w:r>
        <w:br/>
      </w:r>
      <w:r>
        <w:rPr>
          <w:sz w:val="20"/>
        </w:rPr>
        <w:t>51:06  mein chahta hoon ke yeh jannat milegi, allah razi hoga. Aap sahaba kiram ki jamaat mein shamil honge, rasool allah ke saathi banenge.</w:t>
      </w:r>
      <w:r>
        <w:br/>
      </w:r>
      <w:r>
        <w:rPr>
          <w:sz w:val="20"/>
        </w:rPr>
        <w:t>51:15  yeh mein ne kab kaha ke masla hal ho jayega? Masla yaad rakhein, kabhi hal hone wala hi nahi hai. Yeh impossible hai ke dunya masail free ban jaye, woh ho hi nahi sakta,</w:t>
      </w:r>
      <w:r>
        <w:br/>
      </w:r>
      <w:r>
        <w:rPr>
          <w:sz w:val="20"/>
        </w:rPr>
        <w:t>51:29  kyun ke masail na rahenge to challenge kahan rahega? Challenge to baqi rehna chahiye. To rasool allah ne ya islam ne kabhi yeh nahi kaha ke aye logon, meri baat mano to masail hal ho jayenge.</w:t>
      </w:r>
      <w:r>
        <w:br/>
      </w:r>
      <w:r>
        <w:rPr>
          <w:sz w:val="20"/>
        </w:rPr>
        <w:t>51:42  yeh kahan hai? Yeh yeh to kisi ke banawati alfaaz hain. Nahi, allah razi hoga, jannat milegi, sahaba ki jamaaton ko hasil hogi, rasool allah ke saathi banoge.</w:t>
      </w:r>
      <w:r>
        <w:br/>
      </w:r>
      <w:r>
        <w:rPr>
          <w:sz w:val="20"/>
        </w:rPr>
        <w:t>51:55  yeh kaha.</w:t>
      </w:r>
      <w:r>
        <w:br/>
      </w:r>
      <w:r>
        <w:rPr>
          <w:sz w:val="20"/>
        </w:rPr>
        <w:t>52:01  ah molana, ek sawal hamare zehn mein bhi aa raha hai, ah aur hum ne yeh khud direct experience bhi kiya hai jab aap ke sath travel kiya hai ya logon se interaction kiya hai ke aap hamesha se political interpretation ko aap demolish karte rahe hain.</w:t>
      </w:r>
      <w:r>
        <w:br/>
      </w:r>
      <w:r>
        <w:rPr>
          <w:sz w:val="20"/>
        </w:rPr>
        <w:t>52:17  lekin aksar jo un ke followers hain, jin logon ne yeh political interpretation diya, un followers ka yeh hamesha accusation raha aap ki taraf ke aap un ke founders pe personal attack karte hain.</w:t>
      </w:r>
      <w:r>
        <w:br/>
      </w:r>
      <w:r>
        <w:rPr>
          <w:sz w:val="20"/>
        </w:rPr>
        <w:t>52:30  jaise Maulana Abu Al-Ala Maududi ko agar lein to Jamaat-e-Islami ke log aksar yeh samajhte hain ke aap ka attack political interpretation nahi, un par hai.</w:t>
      </w:r>
      <w:r>
        <w:br/>
      </w:r>
      <w:r>
        <w:rPr>
          <w:sz w:val="20"/>
        </w:rPr>
        <w:t>52:41  to is ko agar aap wazeh karein, Maulana, yeh jhoot hai, jhoot hai, jhoot hai. Meri mizaj mein bohat hi scientist, scientist mizaj ka aadmi hoon.</w:t>
      </w:r>
      <w:r>
        <w:br/>
      </w:r>
      <w:r>
        <w:rPr>
          <w:sz w:val="20"/>
        </w:rPr>
        <w:t>52:51  personal attack mein karta hi nahi, karta hi nahi, karta hi nahi. Aap koi bhi dikha dijiye, koi bhi tehreer, personal attack ka tareeqa hi nahi hai.</w:t>
      </w:r>
      <w:r>
        <w:br/>
      </w:r>
      <w:r>
        <w:rPr>
          <w:sz w:val="20"/>
        </w:rPr>
        <w:t>53:03  mein ek scientist, scientific mind ka aadmi hoon. Yeh jhoot hai. Kon kon pesh kar sakta hai? Koi meri aisi tehreer jis mein personal attack maine kiya ho?</w:t>
      </w:r>
      <w:r>
        <w:br/>
      </w:r>
      <w:r>
        <w:rPr>
          <w:sz w:val="20"/>
        </w:rPr>
        <w:t>53:14  mein nazariya, nazariye ka jo theory hai, us ka tajziya karta hoon, us ka analysis karta hoon.</w:t>
      </w:r>
      <w:r>
        <w:br/>
      </w:r>
      <w:r>
        <w:rPr>
          <w:sz w:val="20"/>
        </w:rPr>
        <w:t>53:24  personal attack karna mere liye bilkul ahmaqana baat hai.</w:t>
      </w:r>
      <w:r>
        <w:br/>
      </w:r>
      <w:r>
        <w:rPr>
          <w:sz w:val="20"/>
        </w:rPr>
        <w:t>53:31  Maulana, to aap ka kya message rahega in sab logon ke liye, khaas kar Jamaat-e-Islami ke logon ke liye? Yahi message rahega ke tum Quran ka hawala do, hukm-e-doulat-e-Islam kahan hai?</w:t>
      </w:r>
      <w:r>
        <w:br/>
      </w:r>
      <w:r>
        <w:rPr>
          <w:sz w:val="20"/>
        </w:rPr>
        <w:t>53:47  hukm-e-doulat-e-Islam kahan hai? Jahan bhi hai ke pervi karo Allah ke ahkam ki, yeh pervi karo, nizam qaim karo, yeh kahin hai hi nahi.</w:t>
      </w:r>
      <w:r>
        <w:br/>
      </w:r>
      <w:r>
        <w:rPr>
          <w:sz w:val="20"/>
        </w:rPr>
        <w:t>54:00  yeh jhoot mere upar lagate hain ke mein attack karta hoon, attack maine kabhi kiya hi nahi, mera tareeqa nahi attack karna, personal attack karna.</w:t>
      </w:r>
    </w:p>
    <w:p>
      <w:pPr>
        <w:pStyle w:val="Heading2"/>
      </w:pPr>
      <w:r>
        <w:t>Peace, patience and levels of faith</w:t>
      </w:r>
    </w:p>
    <w:p>
      <w:r>
        <w:rPr>
          <w:color w:val="666666"/>
          <w:sz w:val="18"/>
        </w:rPr>
        <w:t>Ethics &amp; Character · The Character of a Dayee 4 March 2012 - Maulana Wahiduddin Khan · 6m 01s · at 1:05:46 · https://youtu.be/YtavJpVNbEM?t=3946</w:t>
      </w:r>
    </w:p>
    <w:p>
      <w:r>
        <w:rPr>
          <w:i/>
        </w:rPr>
        <w:t>“Maulana, as you suggest, the best formula for universal peace is to have patience and forbearance for anything wrong happening around. It means we should avoid to react and retaliate against anything which is wrong. But this kind of act comes under the third lowest level of Iman, as the third level of Iman is to feel bad in the heart about anything wrong happening in front of our eyes. I understand that level one of Iman will be applicable in the case of Islamic rule. That is you stop the thing forcefully which is wrong, but can't we at least speak and tell the people in a peaceful manner?”</w:t>
      </w:r>
    </w:p>
    <w:p>
      <w:r>
        <w:rPr>
          <w:sz w:val="20"/>
        </w:rPr>
        <w:t>1:05:46  maulana, agla sawal aaya hai dilli se mr. shahnawaz zafar sahib ka. unhon ne likha hai: "maulana sahib, as you suggest, the best formula for universal peace is to have patience and sabr for anything wrong happening around.</w:t>
      </w:r>
      <w:r>
        <w:br/>
      </w:r>
      <w:r>
        <w:rPr>
          <w:sz w:val="20"/>
        </w:rPr>
        <w:t>1:06:05  it means we should avoid to react or retaliate against anything which is wrong. but this kind of act comes under the third lowest level of imaan, as the third level of imaan is to feel bad in our heart about anything wrong happening in front of our eyes.</w:t>
      </w:r>
      <w:r>
        <w:br/>
      </w:r>
      <w:r>
        <w:rPr>
          <w:sz w:val="20"/>
        </w:rPr>
        <w:t>1:06:27  i understand that level one of imaan will be applicable in the case of Islamic rule. that is you stop the thing forcefully which is wrong, but can't we at least speak and tell the people in a peaceful manner that what you are doing is wrong, and it comes under level two of imaan.</w:t>
      </w:r>
      <w:r>
        <w:br/>
      </w:r>
      <w:r>
        <w:rPr>
          <w:sz w:val="20"/>
        </w:rPr>
        <w:t>1:06:48  similarly, any peaceful protest for a valid reason of wrong activity comes under the level two of imaan.</w:t>
      </w:r>
      <w:r>
        <w:br/>
      </w:r>
      <w:r>
        <w:rPr>
          <w:sz w:val="20"/>
        </w:rPr>
        <w:t>1:06:58  can you please explain how to fit ourselves in imaan categories in today's scenario? we should scale our imaan, keeping in mind the result of what.</w:t>
      </w:r>
      <w:r>
        <w:br/>
      </w:r>
      <w:r>
        <w:rPr>
          <w:sz w:val="20"/>
        </w:rPr>
        <w:t>1:07:09  kindly advice.</w:t>
      </w:r>
      <w:r>
        <w:br/>
      </w:r>
      <w:r>
        <w:rPr>
          <w:sz w:val="20"/>
        </w:rPr>
        <w:t>1:07:15  is hadith ka is se koi ta'alluq nahin jis zamanay mein liya hai aap ne is ko. yeh political protest aur political hungama is ka kya ta'alluq is hadith se?</w:t>
      </w:r>
      <w:r>
        <w:br/>
      </w:r>
      <w:r>
        <w:rPr>
          <w:sz w:val="20"/>
        </w:rPr>
        <w:t>1:07:26  dekhiye, daily life jo hamari hai, is se ta'alluq hai. daily life is ka kuch bhi party se koi ta'alluq nahin hai.</w:t>
      </w:r>
      <w:r>
        <w:br/>
      </w:r>
      <w:r>
        <w:rPr>
          <w:sz w:val="20"/>
        </w:rPr>
        <w:t>1:07:34  yeh jo hungaame ho rahe hain muslim mulkon mein parties ko le kar ke, woh to bilkul haraam kaam hai. haraam, is mein koi shakk hi nahin.</w:t>
      </w:r>
      <w:r>
        <w:br/>
      </w:r>
      <w:r>
        <w:rPr>
          <w:sz w:val="20"/>
        </w:rPr>
        <w:t>1:07:44  yeh jo hai daily life mein,</w:t>
      </w:r>
      <w:r>
        <w:br/>
      </w:r>
      <w:r>
        <w:rPr>
          <w:sz w:val="20"/>
        </w:rPr>
        <w:t>1:07:50  kya agar is mein yeh yeh unhon ne galat kaha hai? yeh ke force kar diya, is ko khatm karte hain. hum matlab nahin, is bi-ghair-e-istita'at humein is mein koshish karna chahiye.</w:t>
      </w:r>
      <w:r>
        <w:br/>
      </w:r>
      <w:r>
        <w:rPr>
          <w:sz w:val="20"/>
        </w:rPr>
        <w:t>1:08:02  is mein istita'at to daily life mein aap jab kahin dekhen, koi cheez</w:t>
      </w:r>
      <w:r>
        <w:br/>
      </w:r>
      <w:r>
        <w:rPr>
          <w:sz w:val="20"/>
        </w:rPr>
        <w:t>1:08:11  burai ki, daily life mein</w:t>
      </w:r>
      <w:r>
        <w:br/>
      </w:r>
      <w:r>
        <w:rPr>
          <w:sz w:val="20"/>
        </w:rPr>
        <w:t>1:08:16  chahe ghar mein ya ghar ke bahar, to wahan humein yeh karna hai ke agar hum mana karte hain, ba-qadar hon to mana karen.</w:t>
      </w:r>
      <w:r>
        <w:br/>
      </w:r>
      <w:r>
        <w:rPr>
          <w:sz w:val="20"/>
        </w:rPr>
        <w:t>1:08:28  lekin mana karne par jhagda barhta ho to hum is ke liye dua karen.</w:t>
      </w:r>
      <w:r>
        <w:br/>
      </w:r>
      <w:r>
        <w:rPr>
          <w:sz w:val="20"/>
        </w:rPr>
        <w:t>1:08:36  dil mein is mein hai ke fa-bi-qalbi ke ma'ani hain ke is ke liye dua karna. is ka harghiz yeh matlab nahin hai ke aap is ke burai khatm karne par khare ho jaayen, protest karne aur naya blood shed ho, naya khoon kharaba ho.</w:t>
      </w:r>
      <w:r>
        <w:br/>
      </w:r>
      <w:r>
        <w:rPr>
          <w:sz w:val="20"/>
        </w:rPr>
        <w:t>1:08:54  jo kehte hain counter productive, wo to haram hai. islam mein haram. sab se pehle aap ko dekhna parega ke jo situation hai, kya wo situation mere qabu ki hai?</w:t>
      </w:r>
      <w:r>
        <w:br/>
      </w:r>
      <w:r>
        <w:rPr>
          <w:sz w:val="20"/>
        </w:rPr>
        <w:t>1:09:06  wohan positive role kar sakta hoon mein? nahi to chup chap ja ke masjid ja ke dua kijiye.</w:t>
      </w:r>
      <w:r>
        <w:br/>
      </w:r>
      <w:r>
        <w:rPr>
          <w:sz w:val="20"/>
        </w:rPr>
        <w:t>1:09:13  yeh to bilkul haram hai ke aap karne ki position mein nahi hain. aap jhanda le ke khare ho jayen aur is ke baad goliyan chalen aur bomb barsen aur log maren kathen.</w:t>
      </w:r>
      <w:r>
        <w:br/>
      </w:r>
      <w:r>
        <w:rPr>
          <w:sz w:val="20"/>
        </w:rPr>
        <w:t>1:09:21  yeh yeh is ka is hadith se is ka koi talluq nahi. wo to super haram hai, bilashuba. jo aaj kal ho raha hai musalmanon mein jagah jagah, yeh sab haram hai.</w:t>
      </w:r>
      <w:r>
        <w:br/>
      </w:r>
      <w:r>
        <w:rPr>
          <w:sz w:val="20"/>
        </w:rPr>
        <w:t>1:09:31  haram, is ka is ko hadith se koi talluq nahi.</w:t>
      </w:r>
      <w:r>
        <w:br/>
      </w:r>
      <w:r>
        <w:rPr>
          <w:sz w:val="20"/>
        </w:rPr>
        <w:t>1:09:34  hadith mein hai ke peaceful tareeqe se, result oriented tareeqe se, baqt istitaat aap agar kisi burai ke bare mein kuch kar sakte hain to kijiye.</w:t>
      </w:r>
      <w:r>
        <w:br/>
      </w:r>
      <w:r>
        <w:rPr>
          <w:sz w:val="20"/>
        </w:rPr>
        <w:t>1:09:46  nahi to chup chup chap ja ke masjid mein dua kijiye. aur political protest ka to hergiz hergiz talluq nahi is se. is hadith se</w:t>
      </w:r>
      <w:r>
        <w:br/>
      </w:r>
      <w:r>
        <w:rPr>
          <w:sz w:val="20"/>
        </w:rPr>
        <w:t>1:09:55  bilkul is ka talluq nahi. mein is ko political protest ko haram samajhta hoon. is is liye haram samajhta hoon ke sahaba ne kabhi aisa kiya nahi, rasool Allah ne kabhi aisa kiya nahi.</w:t>
      </w:r>
      <w:r>
        <w:br/>
      </w:r>
      <w:r>
        <w:rPr>
          <w:sz w:val="20"/>
        </w:rPr>
        <w:t>1:10:05  makkah mein wo sab masail maujood the jis ko le kar kaha ke political protest kiya jata hai,</w:t>
      </w:r>
      <w:r>
        <w:br/>
      </w:r>
      <w:r>
        <w:rPr>
          <w:sz w:val="20"/>
        </w:rPr>
        <w:t>1:10:11  opposition kya thi. wo rasool Allah ne aisa nahi kiya. is wajah se mein is ko haram kehta hoon. yani opposition ke jo tareeqe aaj kal chal rahe hain duniya mein, rights ko le kar ke aur political demand ko le kar, wo sab ke asbab maujood the makkah mein.</w:t>
      </w:r>
      <w:r>
        <w:br/>
      </w:r>
      <w:r>
        <w:rPr>
          <w:sz w:val="20"/>
        </w:rPr>
        <w:t>1:10:28  rasool Allah ne nahi kaha is ko. to musalman karte hain to is ko feal haram karte hain.</w:t>
      </w:r>
      <w:r>
        <w:br/>
      </w:r>
      <w:r>
        <w:rPr>
          <w:sz w:val="20"/>
        </w:rPr>
        <w:t>1:10:33  mujhe zara bhi is mein shakk nahi ke haram hai. yeh jo hadith mein hai, wo sirf yeh hai ke rozmarra ki zindagi mein, ghar ke andar, ghar ke bahar, aap logon ko naseehat karen.</w:t>
      </w:r>
      <w:r>
        <w:br/>
      </w:r>
      <w:r>
        <w:rPr>
          <w:sz w:val="20"/>
        </w:rPr>
        <w:t>1:10:45  koi baat dekha hai to naseehat karen, bashart ke aap ko</w:t>
      </w:r>
      <w:r>
        <w:br/>
      </w:r>
      <w:r>
        <w:rPr>
          <w:sz w:val="20"/>
        </w:rPr>
        <w:t>1:10:50  wohan par baat aur bigadne ka andesha na ho. misaal ke taur par dekhiye, masjidon mein ek ek ek imam phat ke masjid mein aa gaya.</w:t>
      </w:r>
      <w:r>
        <w:br/>
      </w:r>
      <w:r>
        <w:rPr>
          <w:sz w:val="20"/>
        </w:rPr>
        <w:t>1:11:01  aap ka khayal hai ke imam jo hai galat imam hai? to kya karte hain? muqtadi is ka hungama khara karte hain. is ke phir namaz najayaz hai. yeh bilkul galat kaam hai.</w:t>
      </w:r>
      <w:r>
        <w:br/>
      </w:r>
      <w:r>
        <w:rPr>
          <w:sz w:val="20"/>
        </w:rPr>
        <w:t>1:11:10  yeh</w:t>
      </w:r>
      <w:r>
        <w:br/>
      </w:r>
      <w:r>
        <w:rPr>
          <w:sz w:val="20"/>
        </w:rPr>
        <w:t>1:11:12  aap ko sirf yeh haq hai ke muqtadiyon se kahin ke yeh imam sahi nahi hai to aur hum imam ko badal len. narmi se kahin, agar muqtadi tayar is ke nahi hain to chup chap se aap namaz parh ke chale jaiye.</w:t>
      </w:r>
      <w:r>
        <w:br/>
      </w:r>
      <w:r>
        <w:rPr>
          <w:sz w:val="20"/>
        </w:rPr>
        <w:t>1:11:26  aur kuch aap ko haq nahi kuch karne ka.</w:t>
      </w:r>
      <w:r>
        <w:br/>
      </w:r>
      <w:r>
        <w:rPr>
          <w:sz w:val="20"/>
        </w:rPr>
        <w:t>1:11:30  to khamosh aur result oriented naseehat is se murad hai. bas is se zyada kuch nahi. result oriented naseehat, is se zyada kuch nahi.</w:t>
      </w:r>
      <w:r>
        <w:br/>
      </w:r>
      <w:r>
        <w:rPr>
          <w:sz w:val="20"/>
        </w:rPr>
        <w:t>1:11:43  yani result oriented counseling. is hadith mein</w:t>
      </w:r>
    </w:p>
    <w:p>
      <w:pPr>
        <w:pStyle w:val="Heading2"/>
      </w:pPr>
      <w:r>
        <w:t>Practical tips for maintaining patience in daily life</w:t>
      </w:r>
    </w:p>
    <w:p>
      <w:r>
        <w:rPr>
          <w:color w:val="666666"/>
          <w:sz w:val="18"/>
        </w:rPr>
        <w:t>Ethics &amp; Character · Importance of Patience (Sabr) January 8, 2023 · 22m 41s · at 37:51 · https://youtu.be/JaJX3jrl3R8?t=2271</w:t>
      </w:r>
    </w:p>
    <w:p>
      <w:r>
        <w:rPr>
          <w:i/>
        </w:rPr>
        <w:t>“What are some practical tips for maintaining strong patience in daily life, especially in the face of challenging or difficult situations?”</w:t>
      </w:r>
    </w:p>
    <w:p>
      <w:r>
        <w:rPr>
          <w:sz w:val="20"/>
        </w:rPr>
        <w:t>37:51  Aapa yeh comment aur sawal Muhammad Gul Sahab ne bheja hai Dubai se. Unhon</w:t>
      </w:r>
      <w:r>
        <w:br/>
      </w:r>
      <w:r>
        <w:rPr>
          <w:sz w:val="20"/>
        </w:rPr>
        <w:t>37:55  ne likha hai ke "This program is amazing, and it charges me for the whole week." Unka sawal yeh hai ke "What are some practical tips for maintaining strong patience in daily life, especially in the face of challenging or difficult situations?" To is ke bare mein bataein.</w:t>
      </w:r>
      <w:r>
        <w:br/>
      </w:r>
      <w:r>
        <w:rPr>
          <w:sz w:val="20"/>
        </w:rPr>
        <w:t>38:18  Practical yahi hai ke waqti tor par ghussa aata hai.</w:t>
      </w:r>
      <w:r>
        <w:br/>
      </w:r>
      <w:r>
        <w:rPr>
          <w:sz w:val="20"/>
        </w:rPr>
        <w:t>38:23  Jaise BP shoot kar jaata hai to ghussa aa jaata hai. Waqti tor par aata hai to bas khamosh ho jaen. Maulana jo hain wo bilkul khamosh ho jaate thay aur apni jagah ko badal dein.</w:t>
      </w:r>
      <w:r>
        <w:br/>
      </w:r>
      <w:r>
        <w:rPr>
          <w:sz w:val="20"/>
        </w:rPr>
        <w:t>38:35  Jaise hum baithe hain to walk karne lagen aur is is ek ek kamre mein baithe hain to doosre kamre mein chale jaen.</w:t>
      </w:r>
      <w:r>
        <w:br/>
      </w:r>
      <w:r>
        <w:rPr>
          <w:sz w:val="20"/>
        </w:rPr>
        <w:t>38:44  To is se farq padta hai. Agar wahin baithe rahen aur wahi sochte rahen to ghussa badhta chala jaata</w:t>
      </w:r>
      <w:r>
        <w:br/>
      </w:r>
      <w:r>
        <w:rPr>
          <w:sz w:val="20"/>
        </w:rPr>
        <w:t>38:49  hai. To apni is ko thoda sa posture ko badal lein aur thoda sa walk karna shuru kar dein. To thoda sa apne aap ko thodi der ke liye ghussa aata hai.</w:t>
      </w:r>
      <w:r>
        <w:br/>
      </w:r>
      <w:r>
        <w:rPr>
          <w:sz w:val="20"/>
        </w:rPr>
        <w:t>39:01  To thodi der ke baad phir aadmi sochna shuru kar deta hai ke is ka is ka result kya hai. Foran yeh sochein ke is ka result kya hai.</w:t>
      </w:r>
      <w:r>
        <w:br/>
      </w:r>
      <w:r>
        <w:rPr>
          <w:sz w:val="20"/>
        </w:rPr>
        <w:t>39:11  Ghussa karna to bada acha lagta hai lekin wahi pachtawa, wo jaise criminals hote hain, pachtawa zindagi bhar ka hota hai.</w:t>
      </w:r>
      <w:r>
        <w:br/>
      </w:r>
      <w:r>
        <w:rPr>
          <w:sz w:val="20"/>
        </w:rPr>
        <w:t>39:19  To result sochein aur apni jagah ko badal dein. To is se thodi der mein wo ghussa utar jaata hai. Ji, aur log ek aur tareeqa log karte hain ke thanda pani.</w:t>
      </w:r>
      <w:r>
        <w:br/>
      </w:r>
      <w:r>
        <w:rPr>
          <w:sz w:val="20"/>
        </w:rPr>
        <w:t>39:31  Hamare ek colleague hain to un ko jab ghussa aata hai, Pathan hain wo, to ghussa aata hai to un ki biwi jo hain un ko thanda pani la ke deti hain.</w:t>
      </w:r>
      <w:r>
        <w:br/>
      </w:r>
      <w:r>
        <w:rPr>
          <w:sz w:val="20"/>
        </w:rPr>
        <w:t>39:41  Ji, to wo kehte hain pani peete peete ghussa utar jaata hai. To is tareeqe ki kai cheezein hain jo aadmi is ko kar sakta hai apne hisab se.</w:t>
      </w:r>
      <w:r>
        <w:br/>
      </w:r>
      <w:r>
        <w:rPr>
          <w:sz w:val="20"/>
        </w:rPr>
        <w:t>39:51  Acha Aapa ek aur sawal isi se jodna chahunga</w:t>
      </w:r>
      <w:r>
        <w:br/>
      </w:r>
      <w:r>
        <w:rPr>
          <w:sz w:val="20"/>
        </w:rPr>
        <w:t>39:54  ke sabr wala amal jo hai wo result oriented hota hai hamesha. To is ko thoda sa aap wazeh karein. To sabr jo hai wahi be sabri jo hai uska koi result nahin.</w:t>
      </w:r>
      <w:r>
        <w:br/>
      </w:r>
      <w:r>
        <w:rPr>
          <w:sz w:val="20"/>
        </w:rPr>
        <w:t>40:08  Is ka result to destruction hai. Aur sabr ka jo hai wo saare hi achhe result jo hain wo sabr se hi hain.</w:t>
      </w:r>
      <w:r>
        <w:br/>
      </w:r>
      <w:r>
        <w:rPr>
          <w:sz w:val="20"/>
        </w:rPr>
        <w:t>40:17  Kyunke agar Rasool Allah Sal Allahu Alaihi Wasallam ne aap sochiye ke sabr na kiya hota to kya hota? Makka hi mein sab khatam ho gaye hote. Makka mein jang ho jaati aur itne kam tadad mein log thay, resources thay nahin, wahin ke wahin khatam ho jaate.</w:t>
      </w:r>
      <w:r>
        <w:br/>
      </w:r>
      <w:r>
        <w:rPr>
          <w:sz w:val="20"/>
        </w:rPr>
        <w:t>40:32  Lekin poori zindagi aap ki sabr ki hai. Ab sabr karne se kya hua ke wo jo Michael Hart ne kitaab likhi hai "H</w:t>
      </w:r>
      <w:r>
        <w:br/>
      </w:r>
      <w:r>
        <w:rPr>
          <w:sz w:val="20"/>
        </w:rPr>
        <w:t>40:41  undred Men" par to aap ko sab se zyada poori duniya ka sab se zyada kamyab insaan bataya hai. To wo sabr ki wajah se hai. Har mauqe par aap ne sabr kiya aur yeh sochne lage ke is is ko kaise counter karein.</w:t>
      </w:r>
      <w:r>
        <w:br/>
      </w:r>
      <w:r>
        <w:rPr>
          <w:sz w:val="20"/>
        </w:rPr>
        <w:t>40:57  Counter strategy kya hai? Agar enemy kuch kar raha hai to us ko hum kaise defeat karein enemy ko jang ke baghair.</w:t>
      </w:r>
      <w:r>
        <w:br/>
      </w:r>
      <w:r>
        <w:rPr>
          <w:sz w:val="20"/>
        </w:rPr>
        <w:t>41:04  To is tareeqe se yahi result oriented hai ke hum sochein. Sab se badi cheez jo Allah Ta'ala ne diya hai wo insaan ko dimaag diya hai.</w:t>
      </w:r>
      <w:r>
        <w:br/>
      </w:r>
      <w:r>
        <w:rPr>
          <w:sz w:val="20"/>
        </w:rPr>
        <w:t>41:14  To wo foran dimaag jo hai wo sochna shuru kar deta hai ke ab yeh halaat aise hue hain, ab kya karein? Phir us hamare sab se us ke baad jo hai wo aap hidayat lijiye Quran se, Hadees se, Rasool Allah Sal Allahu Alaihi Wasallam ki zindagi se.</w:t>
      </w:r>
      <w:r>
        <w:br/>
      </w:r>
      <w:r>
        <w:rPr>
          <w:sz w:val="20"/>
        </w:rPr>
        <w:t>41:29  Aur aap yeh sab cheezon ko baar baar padhte rahi</w:t>
      </w:r>
      <w:r>
        <w:br/>
      </w:r>
      <w:r>
        <w:rPr>
          <w:sz w:val="20"/>
        </w:rPr>
        <w:t>41:32  e, apni zindagi mein apply karte rahiye. To is se aap ko yaad rehna chahiye. Jaise Maulana Sahab ko sab yaad rehta tha.</w:t>
      </w:r>
      <w:r>
        <w:br/>
      </w:r>
      <w:r>
        <w:rPr>
          <w:sz w:val="20"/>
        </w:rPr>
        <w:t>41:40  jaise koi moqa aata tha, un ko foran woh verse yaad aa jati thi: wasta'inu bis sabri was salati yeh second chapter mein hai ke tum sabr se aur salat se khuda se madad mango.</w:t>
      </w:r>
      <w:r>
        <w:br/>
      </w:r>
      <w:r>
        <w:rPr>
          <w:sz w:val="20"/>
        </w:rPr>
        <w:t>41:53  to jab aap ko yeh yaad aa jaye ga na, phir aap is par sochne lagen ge. aap ja ke tafseer parhein ge, thora aur detail hasil karein ge is ki. to</w:t>
      </w:r>
      <w:r>
        <w:br/>
      </w:r>
      <w:r>
        <w:rPr>
          <w:sz w:val="20"/>
        </w:rPr>
        <w:t>42:01  lekin sabr ko yak tarfa hona chahiye. kyunke agar enemy aap ka strong hai, aap ka jo opponent hai woh strong hai to woh kabhi bhi sabr karne ke liye tayyar nahi ho ga.</w:t>
      </w:r>
      <w:r>
        <w:br/>
      </w:r>
      <w:r>
        <w:rPr>
          <w:sz w:val="20"/>
        </w:rPr>
        <w:t>42:14  to sabr aap hi ko karna pare ga. to yeh yak tarfa hona chahiye. aur is aur rasool Allah sal Allah alaihi wasallam ne hamesha yak tarfa tor par sabr kiya hai.</w:t>
      </w:r>
      <w:r>
        <w:br/>
      </w:r>
      <w:r>
        <w:rPr>
          <w:sz w:val="20"/>
        </w:rPr>
        <w:t>42:24  to aur doosre yeh ke Allah taala ne insan ko qabar mein paida hi kiya gaya hai. aur yeh dunya jo hai woh darul imtihan hai.</w:t>
      </w:r>
      <w:r>
        <w:br/>
      </w:r>
      <w:r>
        <w:rPr>
          <w:sz w:val="20"/>
        </w:rPr>
        <w:t>42:33  to is dunya mein is se chhutti hi nahi hai ke hum sabr karein. agar matlab agar hum ko kamyabi hasil karni hai to hamein sabr karna hai.</w:t>
      </w:r>
      <w:r>
        <w:br/>
      </w:r>
      <w:r>
        <w:rPr>
          <w:sz w:val="20"/>
        </w:rPr>
        <w:t>42:43  agar hum ko apne ko destroy karna hai to hum ko sabr ki koi zaroorat nahi hai.</w:t>
      </w:r>
      <w:r>
        <w:br/>
      </w:r>
      <w:r>
        <w:rPr>
          <w:sz w:val="20"/>
        </w:rPr>
        <w:t>42:49  ek hadith hai: inna an nasra ma as sabri to sabr hi ke sath kamyabi hai. to is liye yeh hamare liye bilkul clear hai ke hum ko agar kamyabi hasil karni hai to hamein sabr karna hai.</w:t>
      </w:r>
      <w:r>
        <w:br/>
      </w:r>
      <w:r>
        <w:rPr>
          <w:sz w:val="20"/>
        </w:rPr>
        <w:t>43:04  to bar bar ayatein bhi hain aur bar bar rasool Allah sal Allah alaihi wasallam ne apne ashaab se fermaya. kyunke ashaab ko bhi tamam quraish ke log pareshan karte the.</w:t>
      </w:r>
      <w:r>
        <w:br/>
      </w:r>
      <w:r>
        <w:rPr>
          <w:sz w:val="20"/>
        </w:rPr>
        <w:t>43:15  to aap un ko kehte the: sabr karo, sabr karo.</w:t>
      </w:r>
      <w:r>
        <w:br/>
      </w:r>
      <w:r>
        <w:rPr>
          <w:sz w:val="20"/>
        </w:rPr>
        <w:t>43:20  quran ki ek ayat hai chapter al imran mein ke: aey logon! sabr karo ta ke tum falah pao. to aap dekh rahe hain ke besabri ka jo amal hai woh counter productive hai.</w:t>
      </w:r>
      <w:r>
        <w:br/>
      </w:r>
      <w:r>
        <w:rPr>
          <w:sz w:val="20"/>
        </w:rPr>
        <w:t>43:33  is se kuch nateeja nahi nikalne wala hai. aur sabr wale amal se jo bhi nateeja aap nikalna chahte hain woh nikal sakta hai.</w:t>
      </w:r>
      <w:r>
        <w:br/>
      </w:r>
      <w:r>
        <w:rPr>
          <w:sz w:val="20"/>
        </w:rPr>
        <w:t>43:41  kyunke Allah taala ne yahi nizam hi rakha hai ke sabr ke wala jo amal hai usi mein Allah ki madad madad mile gi.</w:t>
      </w:r>
      <w:r>
        <w:br/>
      </w:r>
      <w:r>
        <w:rPr>
          <w:sz w:val="20"/>
        </w:rPr>
        <w:t>43:50  to hamein yeh sab baatein apni zindagi mein apply karna chahiye. soch samajh kar apni zindagi ko ko har kaam karna chahiye.</w:t>
      </w:r>
      <w:r>
        <w:br/>
      </w:r>
      <w:r>
        <w:rPr>
          <w:sz w:val="20"/>
        </w:rPr>
        <w:t>44:00  acha apa agar quran mein dekhein to ek ayat mein aya hai ke: "Those who believe, forgive when they are angry." lekin aksar hum dekhte hain ke log confrontation mein aa jate hain.</w:t>
      </w:r>
      <w:r>
        <w:br/>
      </w:r>
      <w:r>
        <w:rPr>
          <w:sz w:val="20"/>
        </w:rPr>
        <w:t>44:12  woh i'raaz yaani avoidance ke principle ko nahi jante.</w:t>
      </w:r>
      <w:r>
        <w:br/>
      </w:r>
      <w:r>
        <w:rPr>
          <w:sz w:val="20"/>
        </w:rPr>
        <w:t>44:17  jabke agar hum dekhein ke quran mein sau dafa se ziyada i'raaz aur sabr ke baray mein zikr kiya gaya hai. to dono mein kya taluq hai sabr aur i'raaz mein?</w:t>
      </w:r>
      <w:r>
        <w:br/>
      </w:r>
      <w:r>
        <w:rPr>
          <w:sz w:val="20"/>
        </w:rPr>
        <w:t>44:29  is ke baray mein bataein. dono related hi hain. Avoidance aur sabr dono ek hi coin ke jaise do aspect hote hain na.</w:t>
      </w:r>
      <w:r>
        <w:br/>
      </w:r>
      <w:r>
        <w:rPr>
          <w:sz w:val="20"/>
        </w:rPr>
        <w:t>44:41  ji to isi tarah se hai. avoid karte hain.</w:t>
      </w:r>
      <w:r>
        <w:br/>
      </w:r>
      <w:r>
        <w:rPr>
          <w:sz w:val="20"/>
        </w:rPr>
        <w:t>44:47  avoid karne ka matlab bhi sabri karna hai aur sabr karne ka matlab bhi avoid hi karna hai. dono mein bohat ziyada farq nahi hai. to bohat sare alfaaz hote hain na ek hi haqeeqat ko batane ke liye.</w:t>
      </w:r>
      <w:r>
        <w:br/>
      </w:r>
      <w:r>
        <w:rPr>
          <w:sz w:val="20"/>
        </w:rPr>
        <w:t>45:00  to quran mein aya hai: "wa'riz anil jahileen" i'raaz karo. to i'raaz karo yaani jo jahil logon ka matlab hai ke jo baaton ko nahi samajhte.</w:t>
      </w:r>
      <w:r>
        <w:br/>
      </w:r>
      <w:r>
        <w:rPr>
          <w:sz w:val="20"/>
        </w:rPr>
        <w:t>45:10  to baaton ko samajh nahi rahe hain is wajah se woh mukhalifat kar rah</w:t>
      </w:r>
      <w:r>
        <w:br/>
      </w:r>
      <w:r>
        <w:rPr>
          <w:sz w:val="20"/>
        </w:rPr>
        <w:t>45:13  e hain. to un ko thora sa time lage ga baaton ko samajhne mein. to is liye un ko time dena chahiye. aur yeh bilkul psychology ke mutabiq hai insan ki.</w:t>
      </w:r>
      <w:r>
        <w:br/>
      </w:r>
      <w:r>
        <w:rPr>
          <w:sz w:val="20"/>
        </w:rPr>
        <w:t>45:23  ke insan ko baaton ko samajhne mein time lagta hai. jab woh ek conditioned mind hota hai, mature ho chuka hota hai to us ko samajhne mein baat ko time lagta hai.</w:t>
      </w:r>
      <w:r>
        <w:br/>
      </w:r>
      <w:r>
        <w:rPr>
          <w:sz w:val="20"/>
        </w:rPr>
        <w:t>45:34  to hamein is is is haqeeqat se ab adjust karna hai. ke logon ko time dena hai, un ko tarah tarah se samjhane ki koshish karna hai.</w:t>
      </w:r>
      <w:r>
        <w:br/>
      </w:r>
      <w:r>
        <w:rPr>
          <w:sz w:val="20"/>
        </w:rPr>
        <w:t>45:44  aur isi tareeqe se woh ek din aisa hoga. aur tamam paighambaron ko dekhiye shuru mein logon ne mukhalifat ki. lekin baad mein unhon ne inhi logon ne samajh.</w:t>
      </w:r>
      <w:r>
        <w:br/>
      </w:r>
      <w:r>
        <w:rPr>
          <w:sz w:val="20"/>
        </w:rPr>
        <w:t>45:54  aur khaas taur par rasool Allah sal Allah alaihi wasallam. to is ko jab time un ko mila to dheere dheere un ko baat samajh mein aane lagi.</w:t>
      </w:r>
      <w:r>
        <w:br/>
      </w:r>
      <w:r>
        <w:rPr>
          <w:sz w:val="20"/>
        </w:rPr>
        <w:t>46:04  aur is mein khaas taur par hazrat yoon</w:t>
      </w:r>
      <w:r>
        <w:br/>
      </w:r>
      <w:r>
        <w:rPr>
          <w:sz w:val="20"/>
        </w:rPr>
        <w:t>46:07  s dekhiye. hazrat yunus ne bohat dinon tak apne logon ko Khuda ka paigham pohanchaya. aur woh baaton ko samajh nahi rahe the. phir woh chhod kar chale gaye.</w:t>
      </w:r>
      <w:r>
        <w:br/>
      </w:r>
      <w:r>
        <w:rPr>
          <w:sz w:val="20"/>
        </w:rPr>
        <w:t>46:16  phir unhon ne is ne machhli ne un ko nigal liya. phir un ko ehsas hua ke unhon ne ghalati ki hai. phir woh dobara gaye.</w:t>
      </w:r>
      <w:r>
        <w:br/>
      </w:r>
      <w:r>
        <w:rPr>
          <w:sz w:val="20"/>
        </w:rPr>
        <w:t>46:25  phir inhi logon ne saare ke saare logon ne un ki baat ko maan liya. un ke follower ban gaye. to yeh hai. dekhiye dunya mein adjustment to har halat mein karna hi padta hai.</w:t>
      </w:r>
      <w:r>
        <w:br/>
      </w:r>
      <w:r>
        <w:rPr>
          <w:sz w:val="20"/>
        </w:rPr>
        <w:t>46:37  to adjustment agar hum apne interest ke liye karein to bas is ka faida dunya mein hi milega. aur agar hum adjustment akhirat ke liye karein, adjustment Khuda ka paigham pohanchane ke liye karein to is se hamein bohat bara faida milega.</w:t>
      </w:r>
      <w:r>
        <w:br/>
      </w:r>
      <w:r>
        <w:rPr>
          <w:sz w:val="20"/>
        </w:rPr>
        <w:t>46:54  Allah taala ki madad milegi aur Allah ki blessings milengi. aur jo hai mahol normal ho j</w:t>
      </w:r>
      <w:r>
        <w:br/>
      </w:r>
      <w:r>
        <w:rPr>
          <w:sz w:val="20"/>
        </w:rPr>
        <w:t>47:01  aye ga. mahol normal ho jayega to bohat aasani se hum Khuda ki baaton ko doosron tak pohancha sakte hain. jo ke hamari zimmedari hai.</w:t>
      </w:r>
      <w:r>
        <w:br/>
      </w:r>
      <w:r>
        <w:rPr>
          <w:sz w:val="20"/>
        </w:rPr>
        <w:t>47:11  ek misaal aap ko deti hoon. bohat sari misalein hain. jab rasool Allah sal Allah alaihi wasallam ke zamane mein jab ek badu masjid mein aa gaya tha, us ne masjid gandi kar di thi.</w:t>
      </w:r>
      <w:r>
        <w:br/>
      </w:r>
      <w:r>
        <w:rPr>
          <w:sz w:val="20"/>
        </w:rPr>
        <w:t>47:23  to sahaba daude is ke is ko marne ke liye</w:t>
      </w:r>
      <w:r>
        <w:br/>
      </w:r>
      <w:r>
        <w:rPr>
          <w:sz w:val="20"/>
        </w:rPr>
        <w:t>47:26  e. to rasool Allah sal Allah alaihi wasallam ne kaha ke woh jagah saaf kar do pani se, ek dol ke pani se. aur is ko koi kuch nahi kaha.</w:t>
      </w:r>
      <w:r>
        <w:br/>
      </w:r>
      <w:r>
        <w:rPr>
          <w:sz w:val="20"/>
        </w:rPr>
        <w:t>47:35  ab woh isi par itna mutasir ho gaya. apne qabile mein ja ke sab se kehta hai ke dekho maine un ki masjid ko, un ki ibadat gah ko ganda kar diya tha.</w:t>
      </w:r>
      <w:r>
        <w:br/>
      </w:r>
      <w:r>
        <w:rPr>
          <w:sz w:val="20"/>
        </w:rPr>
        <w:t>47:44  unhon ne mujhe kuch nahi kaha, mujhe jharaka nahi aur mujhe is tareeqe se jaane diya baghair kuch kahe hue.</w:t>
      </w:r>
      <w:r>
        <w:br/>
      </w:r>
      <w:r>
        <w:rPr>
          <w:sz w:val="20"/>
        </w:rPr>
        <w:t>47:51  to woh sab se kehta hai ke Muhammad itne achhe aadmi hain. phir yahan tak ke poora poora qabila rasool Allah sal Allah alaihi wasallam ka follower ban gaya.</w:t>
      </w:r>
      <w:r>
        <w:br/>
      </w:r>
      <w:r>
        <w:rPr>
          <w:sz w:val="20"/>
        </w:rPr>
        <w:t>48:00  to yeh jo hai hamare tamam masail jo hai hal karta hai. adjust</w:t>
      </w:r>
      <w:r>
        <w:br/>
      </w:r>
      <w:r>
        <w:rPr>
          <w:sz w:val="20"/>
        </w:rPr>
        <w:t>48:06  ment dunya ke bhi aur akhirat ke bhi. agar hum Khuda ke liye karenge, koi bhi kaam jab hum Khuda ke liye karte hain to is mein bohat zyada is ka ajar milta hai hamein.</w:t>
      </w:r>
      <w:r>
        <w:br/>
      </w:r>
      <w:r>
        <w:rPr>
          <w:sz w:val="20"/>
        </w:rPr>
        <w:t>48:17  aur dunya mein karte hain to dunya ki kamyabi is mein milti hai. to khaas taur par hum chuki hamara mission jo hai is ke hisab se hamein Khuda ka paigham logon tak pohanchana hai.</w:t>
      </w:r>
      <w:r>
        <w:br/>
      </w:r>
      <w:r>
        <w:rPr>
          <w:sz w:val="20"/>
        </w:rPr>
        <w:t>48:28  to hamein is baat ka khaas khayal rakhna hai ke hamein har hal mein adjust karna hai.</w:t>
      </w:r>
      <w:r>
        <w:br/>
      </w:r>
      <w:r>
        <w:rPr>
          <w:sz w:val="20"/>
        </w:rPr>
        <w:t>48:35  dawati maslehat ki wajah se. log to adjust kar hi rahe hain lekin woh un ke andar jo log bahar rehte hain to dawati maslehat un ko woh nahi samajhte.</w:t>
      </w:r>
      <w:r>
        <w:br/>
      </w:r>
      <w:r>
        <w:rPr>
          <w:sz w:val="20"/>
        </w:rPr>
        <w:t>48:46  apne apne mafaadat ki wajah se woh adjust karte hain. to is se is mein koi un ko is ka ajar nahi milega. to yeh hai.</w:t>
      </w:r>
      <w:r>
        <w:br/>
      </w:r>
      <w:r>
        <w:rPr>
          <w:sz w:val="20"/>
        </w:rPr>
        <w:t>48:55  adjustment jo hai na bohat zyada zaroori hai. ji jazak Allah aap ka. apa aakhri sawal poochne se pehle yeh teen comments padhna chahoon ga</w:t>
      </w:r>
      <w:r>
        <w:br/>
      </w:r>
      <w:r>
        <w:rPr>
          <w:sz w:val="20"/>
        </w:rPr>
        <w:t>49:03  a. kafi comments aa rahe hain lekin ab waqt bhi ho gaya hai. yeh comment bheja hai Imran Ahmed sahab ne dilli se. unhon ne likha hai: "Mashallah Apa, sabr usool ke tehat apni zindagi mein shamil karna bohat aham baat hai.</w:t>
      </w:r>
      <w:r>
        <w:br/>
      </w:r>
      <w:r>
        <w:rPr>
          <w:sz w:val="20"/>
        </w:rPr>
        <w:t>49:18  majboori ke tehat to log sabr karte hi hain lekin ideal yeh hai ke hum apne usool banayein ke hum taqat rakhte hue bhi sabr karein." Jazak Allah Apa.</w:t>
      </w:r>
      <w:r>
        <w:br/>
      </w:r>
      <w:r>
        <w:rPr>
          <w:sz w:val="20"/>
        </w:rPr>
        <w:t>49:30  Muhammad Yaqoob Umri sahab ne likha hai: "Jazak Allah Apa for the valuable lecture on sabr. sabr means supporting the creation plan of God.</w:t>
      </w:r>
      <w:r>
        <w:br/>
      </w:r>
      <w:r>
        <w:rPr>
          <w:sz w:val="20"/>
        </w:rPr>
        <w:t>49:40  This is an important point about sabr." Khalid Ansari sahib ne Dilli se likha hai: "Practicing sabr gives enough time to take corrective decisions.</w:t>
      </w:r>
      <w:r>
        <w:br/>
      </w:r>
      <w:r>
        <w:rPr>
          <w:sz w:val="20"/>
        </w:rPr>
        <w:t>49:49  Time is a big healer and practicing sabr saves one from hectic decisions."</w:t>
      </w:r>
      <w:r>
        <w:br/>
      </w:r>
      <w:r>
        <w:rPr>
          <w:sz w:val="20"/>
        </w:rPr>
        <w:t>49:55  Aapa aakhri sawal mera yeh hai ke Maulana Wahiduddin Khan sahib ne to bohat zyada emphasize kiya hai sabr par. Unhon ne articles bhi likhe hain.</w:t>
      </w:r>
      <w:r>
        <w:br/>
      </w:r>
      <w:r>
        <w:rPr>
          <w:sz w:val="20"/>
        </w:rPr>
        <w:t>50:03  To unhon ne yeh bhi kaha tha ek dafa ke social life mein jo sabr kare, logon ke yani logon ke darmiyan rehte hue, to uska sawab kai zyada hai.</w:t>
      </w:r>
      <w:r>
        <w:br/>
      </w:r>
      <w:r>
        <w:rPr>
          <w:sz w:val="20"/>
        </w:rPr>
        <w:t>50:15  To aisa kyun kaha unhon ne? Ya iske bare mein thoda sa bataein hum sab ko.</w:t>
      </w:r>
      <w:r>
        <w:br/>
      </w:r>
      <w:r>
        <w:rPr>
          <w:sz w:val="20"/>
        </w:rPr>
        <w:t>50:20  Asal mein aadmi jab apne ghar mein rehta hai to itna zyada usko sabr karne ki zaroorat hi nahi parti hai. Uski marzi ke mutabiq sab kaam hota rehta hai.</w:t>
      </w:r>
      <w:r>
        <w:br/>
      </w:r>
      <w:r>
        <w:rPr>
          <w:sz w:val="20"/>
        </w:rPr>
        <w:t>50:31  Lekin jab ijtimaiyat jo hoti hai, jab sab logon ke sath mil kar kaam karna hota hai, jaise hamara mission hai, mil kar kaam karna hota hai, to wahan par sabr ki zyada zaroorat hoti hai.</w:t>
      </w:r>
      <w:r>
        <w:br/>
      </w:r>
      <w:r>
        <w:rPr>
          <w:sz w:val="20"/>
        </w:rPr>
        <w:t>50:43  To tarah tarah se isko aisa lagta hai ke uska appreciation nahi ho raha hai, usko ignore kiya ja raha hai,</w:t>
      </w:r>
      <w:r>
        <w:br/>
      </w:r>
      <w:r>
        <w:rPr>
          <w:sz w:val="20"/>
        </w:rPr>
        <w:t>50:50  usko ahmiyat nahi di ja rahi hai. Koi baat se woh offend ho jata hai. To har aadmi itna soch samajh ke baat nahi karta. Kuch baat keh diya to woh offend ho gaya.</w:t>
      </w:r>
      <w:r>
        <w:br/>
      </w:r>
      <w:r>
        <w:rPr>
          <w:sz w:val="20"/>
        </w:rPr>
        <w:t>50:59  To yeh sari cheezein jo hain bar bar woh bar bar usko tajurba hota rehta hai. To us waqt agar woh Allah ki khatir sabr kare to yeh bohat bari baat hai.</w:t>
      </w:r>
      <w:r>
        <w:br/>
      </w:r>
      <w:r>
        <w:rPr>
          <w:sz w:val="20"/>
        </w:rPr>
        <w:t>51:11  Kyunke agar woh family mein apni sabr karega to woh to apni family ko unite rakhne ke liye, family ke interest ke liye sabr kare</w:t>
      </w:r>
      <w:r>
        <w:br/>
      </w:r>
      <w:r>
        <w:rPr>
          <w:sz w:val="20"/>
        </w:rPr>
        <w:t>51:19  ga na. Lekin agar bahar sabr kar raha hai aur kuch jo ijtimaiyat hoti hai, jahan koi social life hoti hai ya hakoomat hoti hai, us mein bhi bohat kuch sabr karna parta hai.</w:t>
      </w:r>
      <w:r>
        <w:br/>
      </w:r>
      <w:r>
        <w:rPr>
          <w:sz w:val="20"/>
        </w:rPr>
        <w:t>51:32  Mission chal rahe hote hain, us mein sabr karna parta hai. Aur woh phir woh Allah ki khatir sabr kare to woh jo hai woh bohat zyada important hota hai.</w:t>
      </w:r>
      <w:r>
        <w:br/>
      </w:r>
      <w:r>
        <w:rPr>
          <w:sz w:val="20"/>
        </w:rPr>
        <w:t>51:41  To jitna zyada usko is mein takleef hoti hai to utna hi zyada us us ko is mein sabr milta hai.</w:t>
      </w:r>
      <w:r>
        <w:br/>
      </w:r>
      <w:r>
        <w:rPr>
          <w:sz w:val="20"/>
        </w:rPr>
        <w:t>51:48  To yeh khaas baat hai Islam ki ke agar hamein koi bhi takleef pohanchti hai, kehte hain ke ek kaanta bhi chubhta hai to phir hamein uska ajr milta hai, uska sawab Allah taala dete hain.</w:t>
      </w:r>
      <w:r>
        <w:br/>
      </w:r>
      <w:r>
        <w:rPr>
          <w:sz w:val="20"/>
        </w:rPr>
        <w:t>52:00  To hamein har waqt bas Khuda ko yaad rakhna hai aur Khuda ki marzi ke mutabiq apna har kaam karna hai. To uska sawab hamein har amal ka sawab milega.</w:t>
      </w:r>
      <w:r>
        <w:br/>
      </w:r>
      <w:r>
        <w:rPr>
          <w:sz w:val="20"/>
        </w:rPr>
        <w:t>52:10  Sirf aisa nahi hai ke sirf namazi roze ka sawab milega.</w:t>
      </w:r>
      <w:r>
        <w:br/>
      </w:r>
      <w:r>
        <w:rPr>
          <w:sz w:val="20"/>
        </w:rPr>
        <w:t>52:16  To apne apne imaan ki hifazat ke liye insaan ko chahiye ke woh be masla, be shikayat insaan ban jaye. Jisko Maulana kehte the "no problem person." To no problem person ban jana yeh hamare apne liye acha hai.</w:t>
      </w:r>
      <w:r>
        <w:br/>
      </w:r>
      <w:r>
        <w:rPr>
          <w:sz w:val="20"/>
        </w:rPr>
        <w:t>52:30  Kyunke hum hamara ek goal hona chahiye aur us goal mein koi distraction nahi hona chahiye. To yeh sari cheezein distract karti hain. Ab maine kai bar dekha hai ke jo jahil log hote hain, jahil aurtein hot</w:t>
      </w:r>
      <w:r>
        <w:br/>
      </w:r>
      <w:r>
        <w:rPr>
          <w:sz w:val="20"/>
        </w:rPr>
        <w:t>52:43  hain, ab woh har waqt unki shikayat, unki shikayat baith ke karti rehti hain. To woh uski wajah se kya hai ke woh improve apne aap ko nahi karti.</w:t>
      </w:r>
      <w:r>
        <w:br/>
      </w:r>
      <w:r>
        <w:rPr>
          <w:sz w:val="20"/>
        </w:rPr>
        <w:t>52:53  Bas jo unko jitna aata hai kaam, bas utna hi aata hai. Kyunke woh har waqt doosron ki shikayaton mein lagi rah</w:t>
      </w:r>
      <w:r>
        <w:br/>
      </w:r>
      <w:r>
        <w:rPr>
          <w:sz w:val="20"/>
        </w:rPr>
        <w:t>52:59  ti hain. To agar hum bhi educated log bhi yahi karein ke har waqt doosron ki shikayat mein lage rahein, doosre ke khilaf plan karte rahein, to hum apne potentials ko awaken nahi kar sakein ge, apne potential ko realize nahi kar sakein ge, actualize nahi kar sakein ge.</w:t>
      </w:r>
      <w:r>
        <w:br/>
      </w:r>
      <w:r>
        <w:rPr>
          <w:sz w:val="20"/>
        </w:rPr>
        <w:t>53:17  To is liye bohat zyada zaroori hai ke hum apne aap ko bachayein. "Save yourself." Jo Maulana kehte the, yeh bohat zyada zaroori hai.</w:t>
      </w:r>
      <w:r>
        <w:br/>
      </w:r>
      <w:r>
        <w:rPr>
          <w:sz w:val="20"/>
        </w:rPr>
        <w:t>53:26  To is ke liye hamein apni negativity to dekhiye aaye gi. Insaan aam taur par bohat sensitive hota hai. Zara zara si baat mein usko takleef pohanch jati hai.</w:t>
      </w:r>
      <w:r>
        <w:br/>
      </w:r>
      <w:r>
        <w:rPr>
          <w:sz w:val="20"/>
        </w:rPr>
        <w:t>53:36  To woh jo negativity hai, us ko hamein positivity mein convert karna hai. Tarah tarah se us ko reason out kar ke convert karna hai taake woh jo hai woh negativity ko khatam kar d</w:t>
      </w:r>
      <w:r>
        <w:br/>
      </w:r>
      <w:r>
        <w:rPr>
          <w:sz w:val="20"/>
        </w:rPr>
        <w:t>53:49  ev. Maulana ka to bohat hi oonchi darja tha, woh to woh negative negative baat ko suntay hi nahi thay. Hum log to suntay hain, to hum suntay hain to phir hum us ko chahiye kay hum us ko reason out kar kay negativity ko convert karain positivity mein.</w:t>
      </w:r>
      <w:r>
        <w:br/>
      </w:r>
      <w:r>
        <w:rPr>
          <w:sz w:val="20"/>
        </w:rPr>
        <w:t>54:06  Misal kay tor par agar kisi say aik takleef ho gayi hai humein to us ki bohat sari achi baatein hongi, woh hum us ko yaad karain kay us nay humaray sath itna sari achay kaam kiye hain.</w:t>
      </w:r>
      <w:r>
        <w:br/>
      </w:r>
      <w:r>
        <w:rPr>
          <w:sz w:val="20"/>
        </w:rPr>
        <w:t>54:16  To bohat tareeqay say hum us ko reason out kar saktay hain.</w:t>
      </w:r>
      <w:r>
        <w:br/>
      </w:r>
      <w:r>
        <w:rPr>
          <w:sz w:val="20"/>
        </w:rPr>
        <w:t>54:19  Yahi karain kay agar hum negative ho jayain gay to hamari personality apni, apna hamara nuqsan hoga. To yeh hai kay us ko har cheez ko hum Allah kay khane mein dalain.</w:t>
      </w:r>
      <w:r>
        <w:br/>
      </w:r>
      <w:r>
        <w:rPr>
          <w:sz w:val="20"/>
        </w:rPr>
        <w:t>54:30  Hum yeh sochay kay Allah nay yahi dunya banai hai, yahi to Allah ki marzi kay mutabiq hi humay is dunya mein rehna hai. Jab Allah keh raha hai kay tum positive insan bano, apna tazkiya karo, to hum humay yahi karna hai.</w:t>
      </w:r>
      <w:r>
        <w:br/>
      </w:r>
      <w:r>
        <w:rPr>
          <w:sz w:val="20"/>
        </w:rPr>
        <w:t>54:42  To is tareeqay say hum apnay aap ko, apni negativity ko apna hum khatam kar saktay hain aur aik dam complaint free insan ban saktay hain. To yahan phir mein wahi yaad dilaoongi aik qissa kay aik bar Rasool Allah Sal Allah o Alaihe Wasallam nay kisi insan, koi sahabi ja rahay thay rastay mein, kaha kay yeh jannati insan hai jabkay jannati to bataya nahi jata tha kay kon jannati hai, kon jannati nahi hai.</w:t>
      </w:r>
      <w:r>
        <w:br/>
      </w:r>
      <w:r>
        <w:rPr>
          <w:sz w:val="20"/>
        </w:rPr>
        <w:t>55:08  To ab logon ko bari curiosity hui kay kyun is is kay baray mein aap nay kaha kay woh jannati hai. Log gay wahan par maloom karnay kay liye to teen din us kay pas rahay.</w:t>
      </w:r>
      <w:r>
        <w:br/>
      </w:r>
      <w:r>
        <w:rPr>
          <w:sz w:val="20"/>
        </w:rPr>
        <w:t>55:20  Kyunkay pehlay zamanay mein teen din koi bhi kisi kay ghar bhi mehman reh sakta tha. Woh us say poocha nahi, poochay gay to pata nahi us ki samajh mein ayega kiya bataye, kiya na bataye.</w:t>
      </w:r>
      <w:r>
        <w:br/>
      </w:r>
      <w:r>
        <w:rPr>
          <w:sz w:val="20"/>
        </w:rPr>
        <w:t>55:30  Us ko dekhnay gay kay aakhir woh aisa kon sa amal karta hai kay us ki wajah say us ko jannati bataya gaya hai.</w:t>
      </w:r>
      <w:r>
        <w:br/>
      </w:r>
      <w:r>
        <w:rPr>
          <w:sz w:val="20"/>
        </w:rPr>
        <w:t>55:37  To dekha kay wahi namaz roza jo sab kartay thay, wahi woh bhi karta tha. To jab teen din ho gaya to us nay poocha kay aakhir aap aaye thay to koi maqsad raha hoga aap kay aanay ka?</w:t>
      </w:r>
      <w:r>
        <w:br/>
      </w:r>
      <w:r>
        <w:rPr>
          <w:sz w:val="20"/>
        </w:rPr>
        <w:t>55:49  To to ab unhonay bataya kay mein nay aisa peghambar say suna tha, to wahi mein dekhnay aaya tha. To yahan to mein nay kuch khaas extraordinary cheez pai nahi.</w:t>
      </w:r>
      <w:r>
        <w:br/>
      </w:r>
      <w:r>
        <w:rPr>
          <w:sz w:val="20"/>
        </w:rPr>
        <w:t>55:59  To us nay yeh kaha kay mein apnay andar, us nay kaha mein amal to wahi hai, namaz roza wahi sab sab kartay hain,</w:t>
      </w:r>
      <w:r>
        <w:br/>
      </w:r>
      <w:r>
        <w:rPr>
          <w:sz w:val="20"/>
        </w:rPr>
        <w:t>56:06  Wahi mein bhi karta hoon, lekin mein apnay andar kisi kay liye koi ghil, jis ko hum malice keh saktay hain, koi ghil nahi pata.</w:t>
      </w:r>
      <w:r>
        <w:br/>
      </w:r>
      <w:r>
        <w:rPr>
          <w:sz w:val="20"/>
        </w:rPr>
        <w:t>56:15  To humay apnay andar say malice ko jo kisi bhi wajah say par jaye, to woh usay woh nikal nikal kay, kharch kharch kay, us ko phenk dena hai.</w:t>
      </w:r>
      <w:r>
        <w:br/>
      </w:r>
      <w:r>
        <w:rPr>
          <w:sz w:val="20"/>
        </w:rPr>
        <w:t>56:24  To is tareeqay say hum apna mukammal tazkiya kar payain gay. Aur tazkiya jo hai, bohat ziyada zaroori hai.</w:t>
      </w:r>
      <w:r>
        <w:br/>
      </w:r>
      <w:r>
        <w:rPr>
          <w:sz w:val="20"/>
        </w:rPr>
        <w:t>56:32  Tazkiya kay baray mein Maulana nay likha hai kay purified personality jo hai, woh akhirat mein us kay liye jannat kay darwazay apnay aap khultay chalay jayain gay.</w:t>
      </w:r>
      <w:r>
        <w:br/>
      </w:r>
      <w:r>
        <w:rPr>
          <w:sz w:val="20"/>
        </w:rPr>
        <w:t>56:44  Jaisay remote control system hota hai na, aaj kal bari bari buildingon mein darwazay khultay chalay jatay hain, to aisay hi us kay liye jannat kay darwazay khultay chalay jayain gay.</w:t>
      </w:r>
      <w:r>
        <w:br/>
      </w:r>
      <w:r>
        <w:rPr>
          <w:sz w:val="20"/>
        </w:rPr>
        <w:t>56:53  To tazkiya aap samajh saktay hain kay kitna ziyada zaroori hai</w:t>
      </w:r>
      <w:r>
        <w:br/>
      </w:r>
      <w:r>
        <w:rPr>
          <w:sz w:val="20"/>
        </w:rPr>
        <w:t>56:58  Humay apna tazkiya karna. Aur tazkiya jo hai, us kay liye sabar zaroori hai. To ijtamai zindagi mein dekhiye, aik to mil jul kar kaam karna jo hai bohat ziyada zaroori hai.</w:t>
      </w:r>
      <w:r>
        <w:br/>
      </w:r>
      <w:r>
        <w:rPr>
          <w:sz w:val="20"/>
        </w:rPr>
        <w:t>57:11  Kyunkay agar aik mission chal raha hai to yeh zimmedari hoti hai kay sab log us ko support karain.</w:t>
      </w:r>
      <w:r>
        <w:br/>
      </w:r>
      <w:r>
        <w:rPr>
          <w:sz w:val="20"/>
        </w:rPr>
        <w:t>57:18  To us mein mein aik misal doongi Saad Ibn Ubadah ki kay jab Rasool Allah Sal Allah o Alaihe Wasallam Madina gay aur wahan logon nay aap ko sardar bana liya to yeh jo hain qabailay kay sardar thay, yeh</w:t>
      </w:r>
      <w:r>
        <w:br/>
      </w:r>
      <w:r>
        <w:rPr>
          <w:sz w:val="20"/>
        </w:rPr>
        <w:t>57:32  To un logon ko aasani say un logon nay accept nahi kiya. Lekin us waqt to chounkay ab Rasool Allah thay to maan liya.</w:t>
      </w:r>
      <w:r>
        <w:br/>
      </w:r>
      <w:r>
        <w:rPr>
          <w:sz w:val="20"/>
        </w:rPr>
        <w:t>57:41  Lekin baad mein jab Hazrat Abu Bakr khaleefa huay, tab Hazrat Abu Bakr aur Hazrat Umar khaleefa huay to un ko yeh baat jo hai bohat ziyada shock lagi ho kay yeh woh to leader thay qabailay kay aur bohat hi un ka bara qabaila tha.</w:t>
      </w:r>
      <w:r>
        <w:br/>
      </w:r>
      <w:r>
        <w:rPr>
          <w:sz w:val="20"/>
        </w:rPr>
        <w:t>57:59  To woh sham chalay</w:t>
      </w:r>
      <w:r>
        <w:br/>
      </w:r>
      <w:r>
        <w:rPr>
          <w:sz w:val="20"/>
        </w:rPr>
        <w:t>58:01  Gay. Unhonay support karnay kay bajaye Hazrat Abu Bakr ka zamanay, Hazrat Umar ka zamanay jo tha, us mein Hazrat Abu Bakr kay zamanay mein to khaas tor par bohat ziyada halaat kharab thay.</w:t>
      </w:r>
      <w:r>
        <w:br/>
      </w:r>
      <w:r>
        <w:rPr>
          <w:sz w:val="20"/>
        </w:rPr>
        <w:t>58:12  to un ko support karne ke bajaye unhon ne woh sham chale gaye. to woh yeh cheez jo hai bilkul hi acceptable nahi hai.</w:t>
      </w:r>
      <w:r>
        <w:br/>
      </w:r>
      <w:r>
        <w:rPr>
          <w:sz w:val="20"/>
        </w:rPr>
        <w:t>58:21  ek divine mission jab chal raha ho to to kehte hain ke un ke jab intaqal hua to logon ne yeh awaz suni:</w:t>
      </w:r>
      <w:r>
        <w:br/>
      </w:r>
      <w:r>
        <w:rPr>
          <w:sz w:val="20"/>
        </w:rPr>
        <w:t>58:29  "hum ne khazraj ke sardar sa'd ibn ibada ko qatl kiya hai." to ab yeh awaz suni to Maulana ne kahin likha hai ke shayad jinnu ki awaz thi yeh.</w:t>
      </w:r>
      <w:r>
        <w:br/>
      </w:r>
      <w:r>
        <w:rPr>
          <w:sz w:val="20"/>
        </w:rPr>
        <w:t>58:41  to yeh bohat zyada ghalat baat hai ke agar hum ek divine mission chal raha hai to us ko koi na koi pretext par ke kisi ne humein yeh keh diya, kisi ne humein woh keh diya, ya humein jo hai ignore kiya ja raha hai, humein appreciation nahi mil raha hai, yeh keh ke alag hona hi jo hai bohat bohat bara risk log le rahe hain.</w:t>
      </w:r>
      <w:r>
        <w:br/>
      </w:r>
      <w:r>
        <w:rPr>
          <w:sz w:val="20"/>
        </w:rPr>
        <w:t>59:05  kisi halat mein bhi koi mission is tarah ka chal raha ho, dawah mission to us ko us mein jo laga hua hai, us ko alag nahi hona chahiye balkeh bardasht karna chahiye.</w:t>
      </w:r>
      <w:r>
        <w:br/>
      </w:r>
      <w:r>
        <w:rPr>
          <w:sz w:val="20"/>
        </w:rPr>
        <w:t>59:16  aur jo sabr bardasht ka jo ajr hai, us par nazar honi chahiye ke dunya mein bhi woh us ko ajr milega aur akhirat mein us ke badle mein jannat milegi.</w:t>
      </w:r>
      <w:r>
        <w:br/>
      </w:r>
      <w:r>
        <w:rPr>
          <w:sz w:val="20"/>
        </w:rPr>
        <w:t>59:28  jazak Allah apa, thank you for doing this important session today.</w:t>
      </w:r>
      <w:r>
        <w:br/>
      </w:r>
      <w:r>
        <w:rPr>
          <w:sz w:val="20"/>
        </w:rPr>
        <w:t>59:32  so, we we'll end today session and we'll be back next Sunday 10:30 am. thank you.</w:t>
      </w:r>
    </w:p>
    <w:p>
      <w:pPr>
        <w:pStyle w:val="Heading2"/>
      </w:pPr>
      <w:r>
        <w:t>Practically forgetting complaints against others</w:t>
      </w:r>
    </w:p>
    <w:p>
      <w:r>
        <w:rPr>
          <w:color w:val="666666"/>
          <w:sz w:val="18"/>
        </w:rPr>
        <w:t>Ethics &amp; Character · The Secular Contribution of Islam | April 16, 2017 · 5m 09s · at 52:09 · https://youtu.be/QV_HIq7KeaY?t=3129</w:t>
      </w:r>
    </w:p>
    <w:p>
      <w:r>
        <w:rPr>
          <w:i/>
        </w:rPr>
        <w:t>“Maulana, you said the first thing Muslim should do is to forget the complaint against others. How can we do it practically as the mind becomes restless if someone does bad to you?”</w:t>
      </w:r>
    </w:p>
    <w:p>
      <w:r>
        <w:rPr>
          <w:sz w:val="20"/>
        </w:rPr>
        <w:t>52:09  Maulana, agla sawal bheja hai Faisal sahib ne Bangalore se, unhon ne likha hai: Maulana, you said the</w:t>
      </w:r>
      <w:r>
        <w:br/>
      </w:r>
      <w:r>
        <w:rPr>
          <w:sz w:val="20"/>
        </w:rPr>
        <w:t>52:17  first thing Muslim should do is to forget the complaint against others.</w:t>
      </w:r>
      <w:r>
        <w:br/>
      </w:r>
      <w:r>
        <w:rPr>
          <w:sz w:val="20"/>
        </w:rPr>
        <w:t>52:24  Maulana, how can we do it practically as mind becomes restless if someone does bad to you?</w:t>
      </w:r>
      <w:r>
        <w:br/>
      </w:r>
      <w:r>
        <w:rPr>
          <w:sz w:val="20"/>
        </w:rPr>
        <w:t>52:32  I try to implement what I learn from your talks and books, but I am still struggling.</w:t>
      </w:r>
      <w:r>
        <w:br/>
      </w:r>
      <w:r>
        <w:rPr>
          <w:sz w:val="20"/>
        </w:rPr>
        <w:t>52:39  For example, I have faced situations in office and at home when I was wronged, and I tried</w:t>
      </w:r>
      <w:r>
        <w:br/>
      </w:r>
      <w:r>
        <w:rPr>
          <w:sz w:val="20"/>
        </w:rPr>
        <w:t>52:45  forgiving them, but the thought of their wrongdoing kept bothering me.</w:t>
      </w:r>
      <w:r>
        <w:br/>
      </w:r>
      <w:r>
        <w:rPr>
          <w:sz w:val="20"/>
        </w:rPr>
        <w:t>52:52  My question is: what is the practical way to forgive and also forget the instances of wrongdoing?</w:t>
      </w:r>
      <w:r>
        <w:br/>
      </w:r>
      <w:r>
        <w:rPr>
          <w:sz w:val="20"/>
        </w:rPr>
        <w:t>52:59  Please give your guidance on this.</w:t>
      </w:r>
      <w:r>
        <w:br/>
      </w:r>
      <w:r>
        <w:rPr>
          <w:sz w:val="20"/>
        </w:rPr>
        <w:t>53:06  dekhiye, musalmanon ko yeh kehna hai ke woh rasool Allah ko mante hain ya nahi mante.</w:t>
      </w:r>
      <w:r>
        <w:br/>
      </w:r>
      <w:r>
        <w:rPr>
          <w:sz w:val="20"/>
        </w:rPr>
        <w:t>53:11  yeh jo aaj kal naat khwaniyan ho rahi hain, is se kuch faida nahi.</w:t>
      </w:r>
      <w:r>
        <w:br/>
      </w:r>
      <w:r>
        <w:rPr>
          <w:sz w:val="20"/>
        </w:rPr>
        <w:t>53:16  naat khwani se Allah khush hone wala nahi hai.</w:t>
      </w:r>
      <w:r>
        <w:br/>
      </w:r>
      <w:r>
        <w:rPr>
          <w:sz w:val="20"/>
        </w:rPr>
        <w:t>53:22  naat khwani ki dhoop machi hui hai.</w:t>
      </w:r>
      <w:r>
        <w:br/>
      </w:r>
      <w:r>
        <w:rPr>
          <w:sz w:val="20"/>
        </w:rPr>
        <w:t>53:27  hargiz hargiz mat samjhiye ke is se Allah khush ho jayega.</w:t>
      </w:r>
      <w:r>
        <w:br/>
      </w:r>
      <w:r>
        <w:rPr>
          <w:sz w:val="20"/>
        </w:rPr>
        <w:t>53:32  musalmanon ko yeh faisla karna hai ke woh Allah ki sunnat ko mante hain ya nahi mante.</w:t>
      </w:r>
      <w:r>
        <w:br/>
      </w:r>
      <w:r>
        <w:rPr>
          <w:sz w:val="20"/>
        </w:rPr>
        <w:t>53:38  jaise dekhie, rasool Allah 13 saal tak makka mein thay. makka mein rasool Allah ko jo sataya gaya, is tarah ka zulm kisi musalman ko nahi hua, bohat ziyada. lekin aap dekhie, makka se jab niklay aap aur madina pohanchay to kabhi bhi aap ko nahi pata aati koi hadith ke aap ne wahan shikayat ki ho makka wale ko zulm ki. maslan</w:t>
      </w:r>
      <w:r>
        <w:br/>
      </w:r>
      <w:r>
        <w:rPr>
          <w:sz w:val="20"/>
        </w:rPr>
        <w:t>54:08  ً, aap sirat ibn sham mein dekhiye, hijrat ke baad ka waqea ke rasool Allah jab makkah se</w:t>
      </w:r>
      <w:r>
        <w:br/>
      </w:r>
      <w:r>
        <w:rPr>
          <w:sz w:val="20"/>
        </w:rPr>
        <w:t>54:14  chal kar madinah pohanche to jo pehla khitab kiya tha aap ne, woh poora ka poora sirat ibn</w:t>
      </w:r>
      <w:r>
        <w:br/>
      </w:r>
      <w:r>
        <w:rPr>
          <w:sz w:val="20"/>
        </w:rPr>
        <w:t>54:20  sham mein maujood hai, is ka title hai: awwal khutbah khutbah rasool Allah sallallahu alaihi wasallam fi al-madinah.</w:t>
      </w:r>
      <w:r>
        <w:br/>
      </w:r>
      <w:r>
        <w:rPr>
          <w:sz w:val="20"/>
        </w:rPr>
        <w:t>54:26  is khutbe ko parhiye aap.</w:t>
      </w:r>
      <w:r>
        <w:br/>
      </w:r>
      <w:r>
        <w:rPr>
          <w:sz w:val="20"/>
        </w:rPr>
        <w:t>54:32  ek lafz is mein nahi hai ke makkah walon ne zulm kiya,</w:t>
      </w:r>
      <w:r>
        <w:br/>
      </w:r>
      <w:r>
        <w:rPr>
          <w:sz w:val="20"/>
        </w:rPr>
        <w:t>54:38  makkah walon ne sataya, makkah walon ne hum ko bhaga diya, kuch bhi nahi.</w:t>
      </w:r>
      <w:r>
        <w:br/>
      </w:r>
      <w:r>
        <w:rPr>
          <w:sz w:val="20"/>
        </w:rPr>
        <w:t>54:43  koi is ka reference hi nahi hai.</w:t>
      </w:r>
      <w:r>
        <w:br/>
      </w:r>
      <w:r>
        <w:rPr>
          <w:sz w:val="20"/>
        </w:rPr>
        <w:t>54:48  is ka reference yeh nahi ke makkah walon ne hum ko nikal diya makkah se, balke kya hai?</w:t>
      </w:r>
      <w:r>
        <w:br/>
      </w:r>
      <w:r>
        <w:rPr>
          <w:sz w:val="20"/>
        </w:rPr>
        <w:t>54:53  eha nas, ittaqu anar walon se.</w:t>
      </w:r>
      <w:r>
        <w:br/>
      </w:r>
      <w:r>
        <w:rPr>
          <w:sz w:val="20"/>
        </w:rPr>
        <w:t>54:58  to musalmanon ko yeh faisla karna hai ke un ki naat khwani se Khuda kabhi khush nahi hone</w:t>
      </w:r>
      <w:r>
        <w:br/>
      </w:r>
      <w:r>
        <w:rPr>
          <w:sz w:val="20"/>
        </w:rPr>
        <w:t>55:03  wala hai, namumkin hai.</w:t>
      </w:r>
      <w:r>
        <w:br/>
      </w:r>
      <w:r>
        <w:rPr>
          <w:sz w:val="20"/>
        </w:rPr>
        <w:t>55:09  unhein rasool Allah ki sunnat ko ikhtiyar karna parega, tab rasool Allah, tab Allah un se khush hoga.</w:t>
      </w:r>
      <w:r>
        <w:br/>
      </w:r>
      <w:r>
        <w:rPr>
          <w:sz w:val="20"/>
        </w:rPr>
        <w:t>55:15  acchi tarah samajh lijiye, is mein zara bhi shakk nahi hai ke naat khwaniyan chahe ab jitni ho</w:t>
      </w:r>
      <w:r>
        <w:br/>
      </w:r>
      <w:r>
        <w:rPr>
          <w:sz w:val="20"/>
        </w:rPr>
        <w:t>55:22  rahi hain, is se hazar guna barh jayen, tab bhi kuch bhi nahi milne wala akhirat mein.</w:t>
      </w:r>
      <w:r>
        <w:br/>
      </w:r>
      <w:r>
        <w:rPr>
          <w:sz w:val="20"/>
        </w:rPr>
        <w:t>55:28  milega is waqt jab ke rasool musalman rasool Allah ki sunnat ko follow karen.</w:t>
      </w:r>
      <w:r>
        <w:br/>
      </w:r>
      <w:r>
        <w:rPr>
          <w:sz w:val="20"/>
        </w:rPr>
        <w:t>55:35  woh follow yahi ke ke shikayat ko bhulao, shikayat ko bhulao, shikayat ko bhulao.</w:t>
      </w:r>
      <w:r>
        <w:br/>
      </w:r>
      <w:r>
        <w:rPr>
          <w:sz w:val="20"/>
        </w:rPr>
        <w:t>55:41  maulana, kuch comments parhna chahenge sawal lene se pehle.</w:t>
      </w:r>
      <w:r>
        <w:br/>
      </w:r>
      <w:r>
        <w:rPr>
          <w:sz w:val="20"/>
        </w:rPr>
        <w:t>55:48  maulana iqbal umri sahib ne chennai se bheja hai: maulana, aaj aap ne daur jadeed ka starting point</w:t>
      </w:r>
      <w:r>
        <w:br/>
      </w:r>
      <w:r>
        <w:rPr>
          <w:sz w:val="20"/>
        </w:rPr>
        <w:t>55:54  ko itna wazeh kiya ke aaj tak kisi ne is ko shaoori taur par discover nahi kiya.</w:t>
      </w:r>
      <w:r>
        <w:br/>
      </w:r>
      <w:r>
        <w:rPr>
          <w:sz w:val="20"/>
        </w:rPr>
        <w:t>56:00  aaj aap ne jo log mis fit islam batate hain, aap ne is islam ko most fit mazhab</w:t>
      </w:r>
      <w:r>
        <w:br/>
      </w:r>
      <w:r>
        <w:rPr>
          <w:sz w:val="20"/>
        </w:rPr>
        <w:t>56:06  bana diya aur bataya ke islam perfect hai, muslim mis fit hain</w:t>
      </w:r>
      <w:r>
        <w:br/>
      </w:r>
      <w:r>
        <w:rPr>
          <w:sz w:val="20"/>
        </w:rPr>
        <w:t>56:12  aur un ko islam ko re discover karna hai.</w:t>
      </w:r>
      <w:r>
        <w:br/>
      </w:r>
      <w:r>
        <w:rPr>
          <w:sz w:val="20"/>
        </w:rPr>
        <w:t>56:16  jazak allah molana sahib.</w:t>
      </w:r>
      <w:r>
        <w:br/>
      </w:r>
      <w:r>
        <w:rPr>
          <w:sz w:val="20"/>
        </w:rPr>
        <w:t>56:20  فراز خان صاحب نے دلی سے بھیجا ہے: مولانا، today I learned a very big lesson, that to</w:t>
      </w:r>
      <w:r>
        <w:br/>
      </w:r>
      <w:r>
        <w:rPr>
          <w:sz w:val="20"/>
        </w:rPr>
        <w:t>56:23  retreat is the required policy.</w:t>
      </w:r>
      <w:r>
        <w:br/>
      </w:r>
      <w:r>
        <w:rPr>
          <w:sz w:val="20"/>
        </w:rPr>
        <w:t>56:27  Save yourself, gain time to replan and to give a well-cultured response to a situation.</w:t>
      </w:r>
      <w:r>
        <w:br/>
      </w:r>
      <w:r>
        <w:rPr>
          <w:sz w:val="20"/>
        </w:rPr>
        <w:t>56:31  this is the amazing policy.</w:t>
      </w:r>
      <w:r>
        <w:br/>
      </w:r>
      <w:r>
        <w:rPr>
          <w:sz w:val="20"/>
        </w:rPr>
        <w:t>56:35  jazak allah molana sahib.</w:t>
      </w:r>
      <w:r>
        <w:br/>
      </w:r>
      <w:r>
        <w:rPr>
          <w:sz w:val="20"/>
        </w:rPr>
        <w:t>56:38  doctor farida khanam ne dilli se likha hai: mol</w:t>
      </w:r>
      <w:r>
        <w:br/>
      </w:r>
      <w:r>
        <w:rPr>
          <w:sz w:val="20"/>
        </w:rPr>
        <w:t>56:42  ana, when muslims will realize that all their problems can be solved, only when they begin to take part in divine dawa mission, because only then they will receive the divine blessings. muhammad rafiq chogle sahib ne mumbai se bheja hai: the retreat of khalid bin walid from mautah and the retreat of the prophet from hudaybiyyah are the examples of advancement with planning that the present day muslims lack</w:t>
      </w:r>
      <w:r>
        <w:br/>
      </w:r>
      <w:r>
        <w:rPr>
          <w:sz w:val="20"/>
        </w:rPr>
        <w:t>57:12  an.</w:t>
      </w:r>
    </w:p>
    <w:p>
      <w:pPr>
        <w:pStyle w:val="Heading2"/>
      </w:pPr>
      <w:r>
        <w:t>Seriousness and steadfastness in religion</w:t>
      </w:r>
    </w:p>
    <w:p>
      <w:r>
        <w:rPr>
          <w:color w:val="666666"/>
          <w:sz w:val="18"/>
        </w:rPr>
        <w:t>Ethics &amp; Character · Divine Crusades December 14, 2014 · 6m 48s · at 49:18 · https://youtu.be/qZhY00S5LQg?t=2958</w:t>
      </w:r>
    </w:p>
    <w:p>
      <w:r>
        <w:rPr>
          <w:i/>
        </w:rPr>
        <w:t>“My question is about seriousness and steadfastness. It is often observed that deep thinking, seriousness, and consistency are for God and religion...”</w:t>
      </w:r>
    </w:p>
    <w:p>
      <w:r>
        <w:rPr>
          <w:sz w:val="20"/>
        </w:rPr>
        <w:t>49:18  maulana, agla sawal JNU se bheja hai, abdul rehman sahab ne.</w:t>
      </w:r>
      <w:r>
        <w:br/>
      </w:r>
      <w:r>
        <w:rPr>
          <w:sz w:val="20"/>
        </w:rPr>
        <w:t>49:24  aur unhon ne likha hai: Maulana sahab, mera sawal sanjidgi aur istiqlaal se mutalliq hai.</w:t>
      </w:r>
      <w:r>
        <w:br/>
      </w:r>
      <w:r>
        <w:rPr>
          <w:sz w:val="20"/>
        </w:rPr>
        <w:t>49:29  aksar dekha gaya hai ke gehri soch aur sanjidgi aur mustaqil mizaji khuda aur mazhab ke liye inhi</w:t>
      </w:r>
      <w:r>
        <w:br/>
      </w:r>
      <w:r>
        <w:rPr>
          <w:sz w:val="20"/>
        </w:rPr>
        <w:t>49:34  logon ke andar hoti hai jin ki zindagi gham ke halaat ya kisi brain storming se guzri hai.</w:t>
      </w:r>
      <w:r>
        <w:br/>
      </w:r>
      <w:r>
        <w:rPr>
          <w:sz w:val="20"/>
        </w:rPr>
        <w:t>49:40  aise logon ke andar haqeeqat pasandi, aala takhleeqi salahiyat pai jati hai.</w:t>
      </w:r>
      <w:r>
        <w:br/>
      </w:r>
      <w:r>
        <w:rPr>
          <w:sz w:val="20"/>
        </w:rPr>
        <w:t>49:45  aur yahi log istiqlaal ke sath koi bara kaam kar paate hain.</w:t>
      </w:r>
      <w:r>
        <w:br/>
      </w:r>
      <w:r>
        <w:rPr>
          <w:sz w:val="20"/>
        </w:rPr>
        <w:t>49:50  kyunke in ka khaas mizaj unhein har tarah ke distraction se bachata hai.</w:t>
      </w:r>
      <w:r>
        <w:br/>
      </w:r>
      <w:r>
        <w:rPr>
          <w:sz w:val="20"/>
        </w:rPr>
        <w:t>49:56  misalan intehai hassas tabiyat ke malik prophet Muhammad ka bohat kam umri mein yateem ho jana, aur phir</w:t>
      </w:r>
      <w:r>
        <w:br/>
      </w:r>
      <w:r>
        <w:rPr>
          <w:sz w:val="20"/>
        </w:rPr>
        <w:t>50:01  baad ko apni samajhdari aur takhleeqi amal se insani tareekh ka sab se azeem insan banna waghera.</w:t>
      </w:r>
      <w:r>
        <w:br/>
      </w:r>
      <w:r>
        <w:rPr>
          <w:sz w:val="20"/>
        </w:rPr>
        <w:t>50:06  jabke jin ki zindagi ke ayam normal halaat mein guzre hote hain, to aise logon ke andar kisi</w:t>
      </w:r>
      <w:r>
        <w:br/>
      </w:r>
      <w:r>
        <w:rPr>
          <w:sz w:val="20"/>
        </w:rPr>
        <w:t>50:12  mission ya mazhab ke liye is qadar sanjeeda mizaj aur istiqlaal nahi aa pata hai.</w:t>
      </w:r>
      <w:r>
        <w:br/>
      </w:r>
      <w:r>
        <w:rPr>
          <w:sz w:val="20"/>
        </w:rPr>
        <w:t>50:17  un ke andar ka muharrik bohat taqatwar nahi hota hai.</w:t>
      </w:r>
      <w:r>
        <w:br/>
      </w:r>
      <w:r>
        <w:rPr>
          <w:sz w:val="20"/>
        </w:rPr>
        <w:t>50:22  aur woh bohat jald apne maqsad se oob jaate hain.</w:t>
      </w:r>
      <w:r>
        <w:br/>
      </w:r>
      <w:r>
        <w:rPr>
          <w:sz w:val="20"/>
        </w:rPr>
        <w:t>50:28  aur yahi wajah hai ke woh bohat numayan aur inqilabi kaam nahi kar paate hain.</w:t>
      </w:r>
      <w:r>
        <w:br/>
      </w:r>
      <w:r>
        <w:rPr>
          <w:sz w:val="20"/>
        </w:rPr>
        <w:t>50:33  aise logon ko apne aap ko activate karna aur mustaqil taur par apne andar gehri sanjeedgi o hassasiyat</w:t>
      </w:r>
      <w:r>
        <w:br/>
      </w:r>
      <w:r>
        <w:rPr>
          <w:sz w:val="20"/>
        </w:rPr>
        <w:t>50:38  lane ke liye aakhirat ko yaad karne ke ilawa aur kya karna chahiye, jis se woh bara kaam</w:t>
      </w:r>
      <w:r>
        <w:br/>
      </w:r>
      <w:r>
        <w:rPr>
          <w:sz w:val="20"/>
        </w:rPr>
        <w:t>50:44  kar saken? pehli baat yeh ke aap is pareshani se niklein.</w:t>
      </w:r>
      <w:r>
        <w:br/>
      </w:r>
      <w:r>
        <w:rPr>
          <w:sz w:val="20"/>
        </w:rPr>
        <w:t>50:49  dekhiye, Allah taala ne do misalein qaim ki hain tareekh mein.</w:t>
      </w:r>
      <w:r>
        <w:br/>
      </w:r>
      <w:r>
        <w:rPr>
          <w:sz w:val="20"/>
        </w:rPr>
        <w:t>50:54  hazrat Suleman aur Hazrat Dawood dono badshah the.</w:t>
      </w:r>
      <w:r>
        <w:br/>
      </w:r>
      <w:r>
        <w:rPr>
          <w:sz w:val="20"/>
        </w:rPr>
        <w:t>51:00  zara ghaur kijiye.</w:t>
      </w:r>
      <w:r>
        <w:br/>
      </w:r>
      <w:r>
        <w:rPr>
          <w:sz w:val="20"/>
        </w:rPr>
        <w:t>51:05  hazrat Dawood aur Hazrat Suleman dono badshah the.</w:t>
      </w:r>
      <w:r>
        <w:br/>
      </w:r>
      <w:r>
        <w:rPr>
          <w:sz w:val="20"/>
        </w:rPr>
        <w:t>51:10  aur jante hain, un ke paas jo taqat thi, woh babao se bhi zyada thi.</w:t>
      </w:r>
      <w:r>
        <w:br/>
      </w:r>
      <w:r>
        <w:rPr>
          <w:sz w:val="20"/>
        </w:rPr>
        <w:t>51:16  is ke bawajood bohat moaddab the, bohat sachche the, bohat Allah se darte the.</w:t>
      </w:r>
      <w:r>
        <w:br/>
      </w:r>
      <w:r>
        <w:rPr>
          <w:sz w:val="20"/>
        </w:rPr>
        <w:t>51:21  to Allah taala ne misal qaim kar di.</w:t>
      </w:r>
      <w:r>
        <w:br/>
      </w:r>
      <w:r>
        <w:rPr>
          <w:sz w:val="20"/>
        </w:rPr>
        <w:t>51:26  yeh Allah taala ne misal qaim kar di hai ke political power ho, woh rukawat nahi.</w:t>
      </w:r>
      <w:r>
        <w:br/>
      </w:r>
      <w:r>
        <w:rPr>
          <w:sz w:val="20"/>
        </w:rPr>
        <w:t>51:32  paisa ho, woh rukawat nahi.</w:t>
      </w:r>
      <w:r>
        <w:br/>
      </w:r>
      <w:r>
        <w:rPr>
          <w:sz w:val="20"/>
        </w:rPr>
        <w:t>51:37  to hamare paas saltanat ho, woh rukawat nahi.</w:t>
      </w:r>
      <w:r>
        <w:br/>
      </w:r>
      <w:r>
        <w:rPr>
          <w:sz w:val="20"/>
        </w:rPr>
        <w:t>51:42  to Allah taala ne yeh bohat bari misal qaim kar di.</w:t>
      </w:r>
      <w:r>
        <w:br/>
      </w:r>
      <w:r>
        <w:rPr>
          <w:sz w:val="20"/>
        </w:rPr>
        <w:t>51:48  is ko padhiye, is se sabak lijiye.</w:t>
      </w:r>
      <w:r>
        <w:br/>
      </w:r>
      <w:r>
        <w:rPr>
          <w:sz w:val="20"/>
        </w:rPr>
        <w:t>51:53  sabak lijiye is se.</w:t>
      </w:r>
      <w:r>
        <w:br/>
      </w:r>
      <w:r>
        <w:rPr>
          <w:sz w:val="20"/>
        </w:rPr>
        <w:t>51:58  yani bohat zabardast taqat thi un ki, Hazrat Suleman ki, Hazrat Dawood ki.</w:t>
      </w:r>
      <w:r>
        <w:br/>
      </w:r>
      <w:r>
        <w:rPr>
          <w:sz w:val="20"/>
        </w:rPr>
        <w:t>52:04  aap parhiye quran majeed mein.</w:t>
      </w:r>
      <w:r>
        <w:br/>
      </w:r>
      <w:r>
        <w:rPr>
          <w:sz w:val="20"/>
        </w:rPr>
        <w:t>52:09  is ke bawajood woh kitna zyada Allah se darne wale thay, kitna zyada modab thay.</w:t>
      </w:r>
      <w:r>
        <w:br/>
      </w:r>
      <w:r>
        <w:rPr>
          <w:sz w:val="20"/>
        </w:rPr>
        <w:t>52:14  toh main samajhta hoon ke Allah taala ne ek misaal qaim kar di ke yeh koi excuse nahi hai.</w:t>
      </w:r>
      <w:r>
        <w:br/>
      </w:r>
      <w:r>
        <w:rPr>
          <w:sz w:val="20"/>
        </w:rPr>
        <w:t>52:20  ek hi excuse nahi hai ke bhai hum toh daulatmand ghar mein paida hue, is liye hum</w:t>
      </w:r>
      <w:r>
        <w:br/>
      </w:r>
      <w:r>
        <w:rPr>
          <w:sz w:val="20"/>
        </w:rPr>
        <w:t>52:25  aise ho gaye.</w:t>
      </w:r>
      <w:r>
        <w:br/>
      </w:r>
      <w:r>
        <w:rPr>
          <w:sz w:val="20"/>
        </w:rPr>
        <w:t>52:30  yeh excuse nahi hai.</w:t>
      </w:r>
      <w:r>
        <w:br/>
      </w:r>
      <w:r>
        <w:rPr>
          <w:sz w:val="20"/>
        </w:rPr>
        <w:t>52:36  ek comment aur sawal aaya hai UK se doctor Hina ka.</w:t>
      </w:r>
      <w:r>
        <w:br/>
      </w:r>
      <w:r>
        <w:rPr>
          <w:sz w:val="20"/>
        </w:rPr>
        <w:t>52:41  aur unhon ne likha hai ke salam and many thanks to Maulana sahib that despite his foot problem</w:t>
      </w:r>
      <w:r>
        <w:br/>
      </w:r>
      <w:r>
        <w:rPr>
          <w:sz w:val="20"/>
        </w:rPr>
        <w:t>52:46  he has sat down for this Sunday class and teaching us.</w:t>
      </w:r>
      <w:r>
        <w:br/>
      </w:r>
      <w:r>
        <w:rPr>
          <w:sz w:val="20"/>
        </w:rPr>
        <w:t>52:52  May Allah keep his presence upon us all to benefit from his wisdom.</w:t>
      </w:r>
      <w:r>
        <w:br/>
      </w:r>
      <w:r>
        <w:rPr>
          <w:sz w:val="20"/>
        </w:rPr>
        <w:t>53:00  aur un ka sawal hai Maulana after crusades when Europe changed its direction to explore the nature as</w:t>
      </w:r>
      <w:r>
        <w:br/>
      </w:r>
      <w:r>
        <w:rPr>
          <w:sz w:val="20"/>
        </w:rPr>
        <w:t>53:08  you just explained very well, isn't it that they saw Muslims had already started doing this in the</w:t>
      </w:r>
      <w:r>
        <w:br/>
      </w:r>
      <w:r>
        <w:rPr>
          <w:sz w:val="20"/>
        </w:rPr>
        <w:t>53:16  area of science including astronomy and medicine, so they followed them, but sadly Muslims later on left this track.</w:t>
      </w:r>
      <w:r>
        <w:br/>
      </w:r>
      <w:r>
        <w:rPr>
          <w:sz w:val="20"/>
        </w:rPr>
        <w:t>53:25  main is formula ko nahi manta ke Musalmanon ko credit dena chahte hain aap.</w:t>
      </w:r>
      <w:r>
        <w:br/>
      </w:r>
      <w:r>
        <w:rPr>
          <w:sz w:val="20"/>
        </w:rPr>
        <w:t>53:30  main ne wahan Istanbul gaya, bohat bada museum banaya unhon ne, science museum, bohat si cheezein rakhi hui hain.</w:t>
      </w:r>
      <w:r>
        <w:br/>
      </w:r>
      <w:r>
        <w:rPr>
          <w:sz w:val="20"/>
        </w:rPr>
        <w:t>53:36  woh bilkul bachon ke khilone hain, sab dolls hain, dolls.</w:t>
      </w:r>
      <w:r>
        <w:br/>
      </w:r>
      <w:r>
        <w:rPr>
          <w:sz w:val="20"/>
        </w:rPr>
        <w:t>53:41  مسلمان چونکہ اِکنالج نہیں کرنا چاہتے ویسٹرن ورلڈ کو، تو ریفر کرتے ہیں اپنی ہسٹری کو جو نتھنگ ہے۔</w:t>
      </w:r>
      <w:r>
        <w:br/>
      </w:r>
      <w:r>
        <w:rPr>
          <w:sz w:val="20"/>
        </w:rPr>
        <w:t>53:47  koi ek bhi meaningful baat bataiye mujhe jo Musalmanon ne discover ki ho.</w:t>
      </w:r>
      <w:r>
        <w:br/>
      </w:r>
      <w:r>
        <w:rPr>
          <w:sz w:val="20"/>
        </w:rPr>
        <w:t>53:52  مثلاً کیا پانی کو انہوں نے اسٹیم پاور میں کنورٹ کیا؟ ان کے پاس آئل تھا Arab world</w:t>
      </w:r>
      <w:r>
        <w:br/>
      </w:r>
      <w:r>
        <w:rPr>
          <w:sz w:val="20"/>
        </w:rPr>
        <w:t>53:58  main, kya oil ko unhon ne engine chalaya, oil ko istemal kar ke? kya unhon ne telescope banai,</w:t>
      </w:r>
      <w:r>
        <w:br/>
      </w:r>
      <w:r>
        <w:rPr>
          <w:sz w:val="20"/>
        </w:rPr>
        <w:t>54:04  کیا انہوں نے مائیکروسکوپ بنائی؟ کوئی ایک بھی مسلمان، کوئی ایک بھی meaningful discovery نہیں کر سکے۔</w:t>
      </w:r>
      <w:r>
        <w:br/>
      </w:r>
      <w:r>
        <w:rPr>
          <w:sz w:val="20"/>
        </w:rPr>
        <w:t>54:09  aur dekhiye, yeh baat main hi nahi kar raha hoon, Muslim history ka sab se bada mind jo</w:t>
      </w:r>
      <w:r>
        <w:br/>
      </w:r>
      <w:r>
        <w:rPr>
          <w:sz w:val="20"/>
        </w:rPr>
        <w:t>54:15  mana jata hai, woh Ibn Khaldun hai.</w:t>
      </w:r>
      <w:r>
        <w:br/>
      </w:r>
      <w:r>
        <w:rPr>
          <w:sz w:val="20"/>
        </w:rPr>
        <w:t>54:20  ابن خلدون کہتا ہے کہ عربوں میں creativity نہیں، عربوں میں creative thinking develop نہیں ہوئی۔</w:t>
      </w:r>
      <w:r>
        <w:br/>
      </w:r>
      <w:r>
        <w:rPr>
          <w:sz w:val="20"/>
        </w:rPr>
        <w:t>54:26  toh is mein pareshani kya hai? Allah taala ne ek hi se kaam nahi leta, Allah taala sab</w:t>
      </w:r>
      <w:r>
        <w:br/>
      </w:r>
      <w:r>
        <w:rPr>
          <w:sz w:val="20"/>
        </w:rPr>
        <w:t>54:32  ko Allah taala ki taraf se kaam mila hua.</w:t>
      </w:r>
      <w:r>
        <w:br/>
      </w:r>
      <w:r>
        <w:rPr>
          <w:sz w:val="20"/>
        </w:rPr>
        <w:t>54:37  hata ke ghaas ko bhi, darakhton ko bhi.</w:t>
      </w:r>
      <w:r>
        <w:br/>
      </w:r>
      <w:r>
        <w:rPr>
          <w:sz w:val="20"/>
        </w:rPr>
        <w:t>54:43  toh yeh main samajhta hoon ke Ibn Khaldun ne bilkul sahi likha hai ke Arabon mein kabhi bhi</w:t>
      </w:r>
      <w:r>
        <w:br/>
      </w:r>
      <w:r>
        <w:rPr>
          <w:sz w:val="20"/>
        </w:rPr>
        <w:t>54:48  Rational development nahi hua, creative mind nahi bana, yeh kaam woh nahi kar sake.</w:t>
      </w:r>
      <w:r>
        <w:br/>
      </w:r>
      <w:r>
        <w:rPr>
          <w:sz w:val="20"/>
        </w:rPr>
        <w:t>54:54  toh theek hai, is mein pareshani kya baat hai? Allah taala ne doosre insanon se kaam liya, toh</w:t>
      </w:r>
      <w:r>
        <w:br/>
      </w:r>
      <w:r>
        <w:rPr>
          <w:sz w:val="20"/>
        </w:rPr>
        <w:t>55:00  is ka shukr ki jiye, is se faida uthaiye.</w:t>
      </w:r>
      <w:r>
        <w:br/>
      </w:r>
      <w:r>
        <w:rPr>
          <w:sz w:val="20"/>
        </w:rPr>
        <w:t>55:05  yeh khwamkhwah ghont bhonga phira kar batana ke hum hain is ke khaliq.</w:t>
      </w:r>
      <w:r>
        <w:br/>
      </w:r>
      <w:r>
        <w:rPr>
          <w:sz w:val="20"/>
        </w:rPr>
        <w:t>55:11  yani Maulana Altaf Ali ki hum ne parhi thi bachpan mein, hum bhi isi mein jeete thay, hum</w:t>
      </w:r>
      <w:r>
        <w:br/>
      </w:r>
      <w:r>
        <w:rPr>
          <w:sz w:val="20"/>
        </w:rPr>
        <w:t>55:16  bhi jeete thay isi mein.</w:t>
      </w:r>
      <w:r>
        <w:br/>
      </w:r>
      <w:r>
        <w:rPr>
          <w:sz w:val="20"/>
        </w:rPr>
        <w:t>55:22  isi mein tha ke ke bahar ab jo dunya mein aai hui hai, yeh sab paon dhoni ki</w:t>
      </w:r>
      <w:r>
        <w:br/>
      </w:r>
      <w:r>
        <w:rPr>
          <w:sz w:val="20"/>
        </w:rPr>
        <w:t>55:27  lagai hui hai.</w:t>
      </w:r>
      <w:r>
        <w:br/>
      </w:r>
      <w:r>
        <w:rPr>
          <w:sz w:val="20"/>
        </w:rPr>
        <w:t>55:33  yeh parhte thay hum.</w:t>
      </w:r>
      <w:r>
        <w:br/>
      </w:r>
      <w:r>
        <w:rPr>
          <w:sz w:val="20"/>
        </w:rPr>
        <w:t>55:39  bahar ab jo dunya mein aai hui hai, yeh sab paon dhoni ki lagai hui hai.</w:t>
      </w:r>
      <w:r>
        <w:br/>
      </w:r>
      <w:r>
        <w:rPr>
          <w:sz w:val="20"/>
        </w:rPr>
        <w:t>55:44  آج میں سمجھتا ہوں کہ یہ false hit ہے، کچھ بھی نہیں۔</w:t>
      </w:r>
      <w:r>
        <w:br/>
      </w:r>
      <w:r>
        <w:rPr>
          <w:sz w:val="20"/>
        </w:rPr>
        <w:t>55:50  to aap ko yeh pareshani kya hai? Yani aap kyun apne apne apne apni qom ko dena chahte</w:t>
      </w:r>
      <w:r>
        <w:br/>
      </w:r>
      <w:r>
        <w:rPr>
          <w:sz w:val="20"/>
        </w:rPr>
        <w:t>55:55  hain credit? Insan insanon ko dijiye, woh insan hain.</w:t>
      </w:r>
      <w:r>
        <w:br/>
      </w:r>
      <w:r>
        <w:rPr>
          <w:sz w:val="20"/>
        </w:rPr>
        <w:t>56:01  mein is is soch ko mein subscribe nahi karta.</w:t>
      </w:r>
    </w:p>
    <w:p>
      <w:pPr>
        <w:pStyle w:val="Heading2"/>
      </w:pPr>
      <w:r>
        <w:t>Surgeon's honesty vs. patient loss</w:t>
      </w:r>
    </w:p>
    <w:p>
      <w:r>
        <w:rPr>
          <w:color w:val="666666"/>
          <w:sz w:val="18"/>
        </w:rPr>
        <w:t>Ethics &amp; Character · Man and Paradise August 18, 2013 · 5m 51s · at 53:37 · https://youtu.be/v7eX25YAjDU?t=3217</w:t>
      </w:r>
    </w:p>
    <w:p>
      <w:r>
        <w:rPr>
          <w:i/>
        </w:rPr>
        <w:t>“I am a surgeon and I don't lie to insurance companies about the patient illness because I believe as a Muslim I should not lie to anyone. As a result, some patients leave me and find someone else who can lie and operate them. How far is my approach correct?”</w:t>
      </w:r>
    </w:p>
    <w:p>
      <w:r>
        <w:rPr>
          <w:sz w:val="20"/>
        </w:rPr>
        <w:t>53:37  maulana, agla sawal hai dilli se doctor tahir mustafa sahib ka. unhon ne likha hai: "maulana sahib, I am a surgeon and I don't lie to insurance companies about the patient illness because I believe as a Muslim I should not lie to anyone.</w:t>
      </w:r>
      <w:r>
        <w:br/>
      </w:r>
      <w:r>
        <w:rPr>
          <w:sz w:val="20"/>
        </w:rPr>
        <w:t>53:56  As a result, some patients leave me and find someone else who can lie and operate them.</w:t>
      </w:r>
      <w:r>
        <w:br/>
      </w:r>
      <w:r>
        <w:rPr>
          <w:sz w:val="20"/>
        </w:rPr>
        <w:t>54:04  " Maulana sahib, how far is my approach correct? dekhen, jhoot ke bare mein jo fuqaha ka nazariya hai, woh yeh hai: main usooli baat karta hoon, is ko aap apply kar lijiye ke agar aap ko apna jaiz haq lene ke liye jhoot bolna pade to woh woh haq, woh jhoot bol sakte hain aap.</w:t>
      </w:r>
      <w:r>
        <w:br/>
      </w:r>
      <w:r>
        <w:rPr>
          <w:sz w:val="20"/>
        </w:rPr>
        <w:t>54:26  yani waqeatan aap ka haq hai lekin woh de nahi rahe, aur kuch aap ko jhoot bolna pade tab woh mil jayega haq.</w:t>
      </w:r>
      <w:r>
        <w:br/>
      </w:r>
      <w:r>
        <w:rPr>
          <w:sz w:val="20"/>
        </w:rPr>
        <w:t>54:35  to apne waqai haq ko lene ke liye jhoot bolna fuqaha ke nazdeek jaiz hai, lekin apne waqai haq ke ilawa agar kuch aap lena chahte hain jhoot bol kar to woh jaiz nahi hai.</w:t>
      </w:r>
      <w:r>
        <w:br/>
      </w:r>
      <w:r>
        <w:rPr>
          <w:sz w:val="20"/>
        </w:rPr>
        <w:t>54:48  ab is mein aap samajh lijiye ke woh aap kitna apply hota hai, kitna apply nahi hota, yeh usool hai. Maulana, agla sa</w:t>
      </w:r>
      <w:r>
        <w:br/>
      </w:r>
      <w:r>
        <w:rPr>
          <w:sz w:val="20"/>
        </w:rPr>
        <w:t>54:55  wal lete hain. is mein ek comment bhi hai, aur yeh sawal aur comment aaya hai dilli se kanhaiya lal sharma ji ka.</w:t>
      </w:r>
      <w:r>
        <w:br/>
      </w:r>
      <w:r>
        <w:rPr>
          <w:sz w:val="20"/>
        </w:rPr>
        <w:t>55:03  unhon ne likha hai: "I read your article on occasion of recent eid. I wish you a happy and long life.</w:t>
      </w:r>
      <w:r>
        <w:br/>
      </w:r>
      <w:r>
        <w:rPr>
          <w:sz w:val="20"/>
        </w:rPr>
        <w:t>55:13  You are a unique Islamic living author. You are an honorable and widely revered person on this globe. I want to ask you a question.</w:t>
      </w:r>
      <w:r>
        <w:br/>
      </w:r>
      <w:r>
        <w:rPr>
          <w:sz w:val="20"/>
        </w:rPr>
        <w:t>55:24  My question is: what is the necessity of issuing fatwas? If anybody doesn't follow them, then what action will be taken against the person who refuses to yield to fatwas?</w:t>
      </w:r>
      <w:r>
        <w:br/>
      </w:r>
      <w:r>
        <w:rPr>
          <w:sz w:val="20"/>
        </w:rPr>
        <w:t>55:39  Are fatwas above the law of the land? In case there is a conflict between the law of the land and fatwas, what should prevail and why?"</w:t>
      </w:r>
      <w:r>
        <w:br/>
      </w:r>
      <w:r>
        <w:rPr>
          <w:sz w:val="20"/>
        </w:rPr>
        <w:t>55:51  dekhen, yeh sab jo aaj kal fatwa issue kiya jata hai, yeh sab Islam ke khilaf hai. is ka Islam se koi talluq nahi. fatwa issue karna yeh Islam mein hai hi nahi.</w:t>
      </w:r>
      <w:r>
        <w:br/>
      </w:r>
      <w:r>
        <w:rPr>
          <w:sz w:val="20"/>
        </w:rPr>
        <w:t>56:01  main aap ko batata hoon ke fatwa ka matlab kya hai. fatwa ka literal meaning hai opinion, rai.</w:t>
      </w:r>
      <w:r>
        <w:br/>
      </w:r>
      <w:r>
        <w:rPr>
          <w:sz w:val="20"/>
        </w:rPr>
        <w:t>56:12  rai, rai kis ko di jati hai?</w:t>
      </w:r>
      <w:r>
        <w:br/>
      </w:r>
      <w:r>
        <w:rPr>
          <w:sz w:val="20"/>
        </w:rPr>
        <w:t>56:16  ek shakhs jo aap se rai pooche. to fatwa ka matlab sirf itna hai ke ek shakhs mufti ke paas jata hai, apna zaati masla bayan karta hai.</w:t>
      </w:r>
      <w:r>
        <w:br/>
      </w:r>
      <w:r>
        <w:rPr>
          <w:sz w:val="20"/>
        </w:rPr>
        <w:t>56:26  to mufti batayega apni rai ke mere mere nazdeek is mamle mein sahi rai yeh hai. to fatwa means opinion, aur opinion us ko di jati hai jo aap se opinion pochi jaye.</w:t>
      </w:r>
      <w:r>
        <w:br/>
      </w:r>
      <w:r>
        <w:rPr>
          <w:sz w:val="20"/>
        </w:rPr>
        <w:t>56:41  lekin yeh fatwa issue karna yeh bilashuba Islam mein nahi hai.</w:t>
      </w:r>
      <w:r>
        <w:br/>
      </w:r>
      <w:r>
        <w:rPr>
          <w:sz w:val="20"/>
        </w:rPr>
        <w:t>56:45  yeh misal deta hoon main aap ko. jaise sania mirza jo hai. to is ka jo address hota hai, is ke khilaf ek fatwa shaya hua ke is ka address un Islamic hai.</w:t>
      </w:r>
      <w:r>
        <w:br/>
      </w:r>
      <w:r>
        <w:rPr>
          <w:sz w:val="20"/>
        </w:rPr>
        <w:t>56:58  is ko apna address badalna chahiye. to is ko jab bataya gaya to use ridicule kiya ke mufti ke haq mein mere bare mein fatwa dene ka.</w:t>
      </w:r>
      <w:r>
        <w:br/>
      </w:r>
      <w:r>
        <w:rPr>
          <w:sz w:val="20"/>
        </w:rPr>
        <w:t>57:08  to use sahi ridicule kiya.</w:t>
      </w:r>
      <w:r>
        <w:br/>
      </w:r>
      <w:r>
        <w:rPr>
          <w:sz w:val="20"/>
        </w:rPr>
        <w:t>57:10  yeh fatwa bilashuba galat tha. kyunke sania mirza ne poocha nahi tha is mufti se ke mera address Islami hai ke nahi hai.</w:t>
      </w:r>
      <w:r>
        <w:br/>
      </w:r>
      <w:r>
        <w:rPr>
          <w:sz w:val="20"/>
        </w:rPr>
        <w:t>57:19  to mufti ko fatwa dene ka haq bhi nahi hai. dekhen, aap achhe se samajh lijiye ke is maamle mein, yaani jis tarah se adalat ka maamla hai, adalat, adalat government nahi hai.</w:t>
      </w:r>
      <w:r>
        <w:br/>
      </w:r>
      <w:r>
        <w:rPr>
          <w:sz w:val="20"/>
        </w:rPr>
        <w:t>57:35  khud se adalat koi farman jaari nahi kar sakti.</w:t>
      </w:r>
      <w:r>
        <w:br/>
      </w:r>
      <w:r>
        <w:rPr>
          <w:sz w:val="20"/>
        </w:rPr>
        <w:t>57:38  adalat mein jab koi shakhs jaata hai ek case lekar ke, adalat ko refer karta hai ke tab adalat jo hai ek faisla deti hai.</w:t>
      </w:r>
      <w:r>
        <w:br/>
      </w:r>
      <w:r>
        <w:rPr>
          <w:sz w:val="20"/>
        </w:rPr>
        <w:t>57:50  baghair marrafe ke, baghair refer kiye hue adalat kabhi farman nahi jaari kare gi</w:t>
      </w:r>
      <w:r>
        <w:br/>
      </w:r>
      <w:r>
        <w:rPr>
          <w:sz w:val="20"/>
        </w:rPr>
        <w:t>57:56  ye. ye maamla fatwa mufti ka hai. fatwa mufti ko ye haq nahi ke fatwa issue kare ke falan aadmi ka address galat hai aur falan imam ki imamat najayaz hai.</w:t>
      </w:r>
      <w:r>
        <w:br/>
      </w:r>
      <w:r>
        <w:rPr>
          <w:sz w:val="20"/>
        </w:rPr>
        <w:t>58:11  is ke liye fatwe bilashuba ghair islami hain. jo aadmi pooche, us ko aap fatwa de sakte hain. aap hakim nahi hain. aap adalat, aap hakim nahi hain.</w:t>
      </w:r>
      <w:r>
        <w:br/>
      </w:r>
      <w:r>
        <w:rPr>
          <w:sz w:val="20"/>
        </w:rPr>
        <w:t>58:21  aap, aap, aap ko haq nahi hai fatwa issue karne ka.</w:t>
      </w:r>
      <w:r>
        <w:br/>
      </w:r>
      <w:r>
        <w:rPr>
          <w:sz w:val="20"/>
        </w:rPr>
        <w:t>58:25  doosri baat ye hai ke ye mufti log ye bhi nahi jaante ke India mein misaal ke taur par ek law of land hai. wo in maamlon mein bhi fatwa dene lagte hain jis ka taluq law of land se hota hai.</w:t>
      </w:r>
      <w:r>
        <w:br/>
      </w:r>
      <w:r>
        <w:rPr>
          <w:sz w:val="20"/>
        </w:rPr>
        <w:t>58:36  ye to bilkul hi galat hai. bilkul galat hai. bilkul galat hai. jin cheezon ka taluq law of land se hai, yaani qawaneen mulki se, us ka taluq kuch bhi mufti se nahi hota.</w:t>
      </w:r>
      <w:r>
        <w:br/>
      </w:r>
      <w:r>
        <w:rPr>
          <w:sz w:val="20"/>
        </w:rPr>
        <w:t>58:49  mufti ko is pe fatwa hi nahi dena chahiye. agar koi jaata hai to us ko kahe ke jaao tum adalat</w:t>
      </w:r>
      <w:r>
        <w:br/>
      </w:r>
      <w:r>
        <w:rPr>
          <w:sz w:val="20"/>
        </w:rPr>
        <w:t>58:54  mein jaao. ye hamara domain nahi hai. to abhi jo maine ek mazmoon likha tha, fatwa activism, ek chhaapa hai mera ke Islam mein fatwa hai lekin fatwa activism nahi hai.</w:t>
      </w:r>
      <w:r>
        <w:br/>
      </w:r>
      <w:r>
        <w:rPr>
          <w:sz w:val="20"/>
        </w:rPr>
        <w:t>59:08  ye log fatwa activism chala rahe hain jo Islam mein hai hi nahi.</w:t>
      </w:r>
      <w:r>
        <w:br/>
      </w:r>
      <w:r>
        <w:rPr>
          <w:sz w:val="20"/>
        </w:rPr>
        <w:t>59:16  maujooda jo shakal hai fatwa baazi ki aur fatwa activism ki, wo bilashuba Islam se koi taluq is ka nahi hai.</w:t>
      </w:r>
    </w:p>
    <w:p>
      <w:pPr>
        <w:pStyle w:val="Heading2"/>
      </w:pPr>
      <w:r>
        <w:t>Three conditions for team members</w:t>
      </w:r>
    </w:p>
    <w:p>
      <w:r>
        <w:rPr>
          <w:color w:val="666666"/>
          <w:sz w:val="18"/>
        </w:rPr>
        <w:t>Ethics &amp; Character · Experience of Hyderabad CPS Meet December 1, 2013 · 8m 06s · at 46:20 · https://youtu.be/Y8mcxF2Lhyc?t=2780</w:t>
      </w:r>
    </w:p>
    <w:p>
      <w:r>
        <w:rPr>
          <w:i/>
        </w:rPr>
        <w:t>“Can you please elaborate the three conditions for team members? Emotional attachment, acceptance of criticism, and third, not taking any excuses.”</w:t>
      </w:r>
    </w:p>
    <w:p>
      <w:r>
        <w:rPr>
          <w:sz w:val="20"/>
        </w:rPr>
        <w:t>46:20  maulana, yeh sawal Dilli se hai, miss Naghma Siddiqui ka. Unhon ne likha hai: "Maulana, can you please elaborate the three conditions for team members?</w:t>
      </w:r>
      <w:r>
        <w:br/>
      </w:r>
      <w:r>
        <w:rPr>
          <w:sz w:val="20"/>
        </w:rPr>
        <w:t>46:33  emotional attachment, acceptance of criticism, and third, not taking any excuses."</w:t>
      </w:r>
      <w:r>
        <w:br/>
      </w:r>
      <w:r>
        <w:rPr>
          <w:sz w:val="20"/>
        </w:rPr>
        <w:t>46:44  acha, yeh baat main ne kahi thi Hyderabad mein ke team banne ke liye kya cheez darkar hai?</w:t>
      </w:r>
      <w:r>
        <w:br/>
      </w:r>
      <w:r>
        <w:rPr>
          <w:sz w:val="20"/>
        </w:rPr>
        <w:t>46:55  dekhiye, hadith mein aata hai ke "yad Allah ala al jamaat". Jamaat ke upar Allah ka hath hota hai. Jamaat kya hai? Team.</w:t>
      </w:r>
      <w:r>
        <w:br/>
      </w:r>
      <w:r>
        <w:rPr>
          <w:sz w:val="20"/>
        </w:rPr>
        <w:t>47:07  jamaat ka matlab hai team, bheed nahin.</w:t>
      </w:r>
      <w:r>
        <w:br/>
      </w:r>
      <w:r>
        <w:rPr>
          <w:sz w:val="20"/>
        </w:rPr>
        <w:t>47:13  to jab ahl-e-iman jo hain, team ki surat ikhtiyar karte hain to woh is ke mustahiq ban jate hain ke un ko Allah ki madad mile, Allah ka hath un par ho jaye.</w:t>
      </w:r>
      <w:r>
        <w:br/>
      </w:r>
      <w:r>
        <w:rPr>
          <w:sz w:val="20"/>
        </w:rPr>
        <w:t>47:29  to kitni bari nemat hai jo team spirit walon ke liye Allah ne muqaddar ki hai.</w:t>
      </w:r>
      <w:r>
        <w:br/>
      </w:r>
      <w:r>
        <w:rPr>
          <w:sz w:val="20"/>
        </w:rPr>
        <w:t>47:39  to main ne wahan kaha tha ke team banne ke liye teen sharten hain, teen sharten hain. Pehli shart yeh main ne kahi thi ke emotional attachment,</w:t>
      </w:r>
      <w:r>
        <w:br/>
      </w:r>
      <w:r>
        <w:rPr>
          <w:sz w:val="20"/>
        </w:rPr>
        <w:t>47:53  mishn se emotional attachment.</w:t>
      </w:r>
      <w:r>
        <w:br/>
      </w:r>
      <w:r>
        <w:rPr>
          <w:sz w:val="20"/>
        </w:rPr>
        <w:t>47:59  iski misaal yeh hai ke maa apne bete ke liye sab kuch karti hai, kyun? Us ko emotional attachment hota hai.</w:t>
      </w:r>
      <w:r>
        <w:br/>
      </w:r>
      <w:r>
        <w:rPr>
          <w:sz w:val="20"/>
        </w:rPr>
        <w:t>48:07  agar aap ko sirf legal taluq ho, mantiqi taluq ho to kabhi bhi aap ko zyada bara role nahin kar paenge.</w:t>
      </w:r>
      <w:r>
        <w:br/>
      </w:r>
      <w:r>
        <w:rPr>
          <w:sz w:val="20"/>
        </w:rPr>
        <w:t>48:19  zyada bara role karne ke liye emotional attachment chahiye. Aur hamare hamare mishn mein, ya is se pehle bhi mishn mein, jo khawateen zyada hasil ho jati hain, is ki wajah yeh hai ke khawateen hoti hain emotional.</w:t>
      </w:r>
      <w:r>
        <w:br/>
      </w:r>
      <w:r>
        <w:rPr>
          <w:sz w:val="20"/>
        </w:rPr>
        <w:t>48:35  Allah taala ne mardon mein sifat di hai ke mard istibn hote hain, istibn, aur aurtein hoti hain emotional.</w:t>
      </w:r>
      <w:r>
        <w:br/>
      </w:r>
      <w:r>
        <w:rPr>
          <w:sz w:val="20"/>
        </w:rPr>
        <w:t>48:45  to emotional hone ki wajah se aasani se woh, yani un ko is is tarah ka attachment qaim ho jata hai, emotional attachment.</w:t>
      </w:r>
      <w:r>
        <w:br/>
      </w:r>
      <w:r>
        <w:rPr>
          <w:sz w:val="20"/>
        </w:rPr>
        <w:t>48:58  to mishn mein aise member jin ko emotional attachment ho mishn se, yeh mardon ke bhi chahiye ke aisa ho, lekin aurton ko main samajhta hoon ke, yani is apne nature ki bana par, bohat aasani se un ko emotional attachment hota hai mishn se, aur woh bohat bara kaam kar dalti hain.</w:t>
      </w:r>
      <w:r>
        <w:br/>
      </w:r>
      <w:r>
        <w:rPr>
          <w:sz w:val="20"/>
        </w:rPr>
        <w:t>49:20  isi liye Allah ne jo azeem tareen mansoobay masjidon hai, is ke liye aik aurat ko chuna, yaani Hajra ko.</w:t>
      </w:r>
      <w:r>
        <w:br/>
      </w:r>
      <w:r>
        <w:rPr>
          <w:sz w:val="20"/>
        </w:rPr>
        <w:t>49:30  is se bara koi plan nahi poori history mein. is ke liye chuna Allah taala ne Hajra ko.</w:t>
      </w:r>
      <w:r>
        <w:br/>
      </w:r>
      <w:r>
        <w:rPr>
          <w:sz w:val="20"/>
        </w:rPr>
        <w:t>49:38  aaj bhi dekhiye, hamare mission mein jo hai khawateen mashaa Allah juri hui hain aur bohat bara kaam kar rahi hain.</w:t>
      </w:r>
      <w:r>
        <w:br/>
      </w:r>
      <w:r>
        <w:rPr>
          <w:sz w:val="20"/>
        </w:rPr>
        <w:t>49:47  wo to in ko jo emotional attachment hai mission se, mein khaas aik bohat hi unique hai.</w:t>
      </w:r>
      <w:r>
        <w:br/>
      </w:r>
      <w:r>
        <w:rPr>
          <w:sz w:val="20"/>
        </w:rPr>
        <w:t>49:55  wo</w:t>
      </w:r>
      <w:r>
        <w:br/>
      </w:r>
      <w:r>
        <w:rPr>
          <w:sz w:val="20"/>
        </w:rPr>
        <w:t>49:58  doosri cheez jo maine kahi thi, wo yeh thi ke, yaani openness, criticism ko bura na manna.</w:t>
      </w:r>
      <w:r>
        <w:br/>
      </w:r>
      <w:r>
        <w:rPr>
          <w:sz w:val="20"/>
        </w:rPr>
        <w:t>50:13  criticism ko bura na manna.</w:t>
      </w:r>
      <w:r>
        <w:br/>
      </w:r>
      <w:r>
        <w:rPr>
          <w:sz w:val="20"/>
        </w:rPr>
        <w:t>50:15  dekhen, jab bhi kuch log ikhatta honge, team ka matlab hai kai logon ka ikhatta hona. to it is but natural ke logon mein differences aayenge, kyunke har aadmi ka taste alag hai, way of thinking alag hai,</w:t>
      </w:r>
      <w:r>
        <w:br/>
      </w:r>
      <w:r>
        <w:rPr>
          <w:sz w:val="20"/>
        </w:rPr>
        <w:t>50:32  bent of mind alag hai. to differences aayenge. to is mein kya hai ke aap ko yeh shart nahi lagani chahiye ke koi apni difference ka izhaar</w:t>
      </w:r>
      <w:r>
        <w:br/>
      </w:r>
      <w:r>
        <w:rPr>
          <w:sz w:val="20"/>
        </w:rPr>
        <w:t>50:44  na kare. izhaar kare to bohat hi zyada, yaani narmi ke sath, us ke sath nahi. yeh openness munh mein aaye, keh diya, dard se keh diya,</w:t>
      </w:r>
      <w:r>
        <w:br/>
      </w:r>
      <w:r>
        <w:rPr>
          <w:sz w:val="20"/>
        </w:rPr>
        <w:t>50:56  bilkul kuch bhi jo lafz munh mein aaya ke tum to mujhe paagal paagal dikhai dete ho, tum to bilkul amkho ho, tum to bilkul stupid ho, kuch bhi munh nikala hai, keh diya.</w:t>
      </w:r>
      <w:r>
        <w:br/>
      </w:r>
      <w:r>
        <w:rPr>
          <w:sz w:val="20"/>
        </w:rPr>
        <w:t>51:10  to kehne wale ke idhar yeh hona chahiye ke kehne ke baad dil mein koi keena na rahe, koi nafrat na rahe, aur sunne wale ka koi offend na ho. wo yeh hai openness.</w:t>
      </w:r>
      <w:r>
        <w:br/>
      </w:r>
      <w:r>
        <w:rPr>
          <w:sz w:val="20"/>
        </w:rPr>
        <w:t>51:21  yeh shart hai ke aaj team ke members ko chahiye ke wo criticism ko zara bhi bura na manen,</w:t>
      </w:r>
      <w:r>
        <w:br/>
      </w:r>
      <w:r>
        <w:rPr>
          <w:sz w:val="20"/>
        </w:rPr>
        <w:t>51:33  zara bhi nahi. This soche ke bhai criticism jo kiya gaya hai, to to kya hai is ki? is ko sochen, is ko.</w:t>
      </w:r>
      <w:r>
        <w:br/>
      </w:r>
      <w:r>
        <w:rPr>
          <w:sz w:val="20"/>
        </w:rPr>
        <w:t>51:43  aur teesri cheez jo maine kahi thi wahan ke excuse, excuse na lena, kyunke dekhen bar bar aisa hota hai ke kuch kuch kisi wajah se koi wajah pad jaati hai, to excuse le kar ke aadmi alag ho jaata hai.</w:t>
      </w:r>
      <w:r>
        <w:br/>
      </w:r>
      <w:r>
        <w:rPr>
          <w:sz w:val="20"/>
        </w:rPr>
        <w:t>52:02  jaise Hyderabad mein aik bohat hi bari misaal hai, wahan par aik saahab the, Dr. Hamidullah, bohat parhe likhe aadmi.</w:t>
      </w:r>
      <w:r>
        <w:br/>
      </w:r>
      <w:r>
        <w:rPr>
          <w:sz w:val="20"/>
        </w:rPr>
        <w:t>52:11  to aik excuse le kar ke Hyderabad chhod ke Paris mein rehne lagay. wo</w:t>
      </w:r>
      <w:r>
        <w:br/>
      </w:r>
      <w:r>
        <w:rPr>
          <w:sz w:val="20"/>
        </w:rPr>
        <w:t>52:20  mein dekhoon, wo excuse bhi galat tha. to Hyderabad mein reh kar wo kitaben to likhin unhon ne, lekin wo koi team nahi bana sake, koi idara nahi bana sake.</w:t>
      </w:r>
      <w:r>
        <w:br/>
      </w:r>
      <w:r>
        <w:rPr>
          <w:sz w:val="20"/>
        </w:rPr>
        <w:t>52:31  Hyderabad mein agar rehte to bohat bara kaam kar sakte the, wo Osmania University ke vice chancellor ban sakte the, wahan education minister ban sakte the. wo bohat kuch un ko izaz milta, mauqa milta kaam karne ka, lekin Paris mein kuch nahi.</w:t>
      </w:r>
      <w:r>
        <w:br/>
      </w:r>
      <w:r>
        <w:rPr>
          <w:sz w:val="20"/>
        </w:rPr>
        <w:t>52:43  aik aik secluded ghar mein rehte the, bas usi mein rehte the, mar gaye. kuch kitaben likh dein unhon ne, koi excuse le liya unhon ne aur chhod ke bhag gaye.</w:t>
      </w:r>
      <w:r>
        <w:br/>
      </w:r>
      <w:r>
        <w:rPr>
          <w:sz w:val="20"/>
        </w:rPr>
        <w:t>52:54  aise kai log hain, muashra Nadvi excuse le kar ke chale gaye Pakistan</w:t>
      </w:r>
      <w:r>
        <w:br/>
      </w:r>
      <w:r>
        <w:rPr>
          <w:sz w:val="20"/>
        </w:rPr>
        <w:t>53:01  aur wahan kuch bhi nahi kar sake. wo agar India mein rehte to bohat bara kaam kar sakte the. wo to dekhen, hamara mission mein yeh yeh formula rahega ke "if you are good excuse, don't use it".</w:t>
      </w:r>
      <w:r>
        <w:br/>
      </w:r>
      <w:r>
        <w:rPr>
          <w:sz w:val="20"/>
        </w:rPr>
        <w:t>53:16  ijtimai zindagi mein aise hoga hi ke kuch na kuch cheez aap ko paida ho jaye, koi masla, aur us ko, lekin us ko aap uzr nahi banana, excuse nahi manna hai, us ko wajah bana kar chhodna nahi hai.</w:t>
      </w:r>
      <w:r>
        <w:br/>
      </w:r>
      <w:r>
        <w:rPr>
          <w:sz w:val="20"/>
        </w:rPr>
        <w:t>53:32  to yeh teen cheezain hain jo jis se ke aik mazboot mission banta hai. jo Quran mein bhi hai ke "sheesha pilai hui deewar".</w:t>
      </w:r>
      <w:r>
        <w:br/>
      </w:r>
      <w:r>
        <w:rPr>
          <w:sz w:val="20"/>
        </w:rPr>
        <w:t>53:41  aisa aisi team, team ki Quran mein jo lafz aaya hai ke "sheesha pilai hui deewar". aise afraad jo bilkul aik dam pevast hon,</w:t>
      </w:r>
      <w:r>
        <w:br/>
      </w:r>
      <w:r>
        <w:rPr>
          <w:sz w:val="20"/>
        </w:rPr>
        <w:t>53:51  lekin eent jo hai, woh to is mein to aql nahi hoti, jahan laga di ho, lage rahe gi, lekin insan mein aql hoti hai, soch hoti hai.</w:t>
      </w:r>
      <w:r>
        <w:br/>
      </w:r>
      <w:r>
        <w:rPr>
          <w:sz w:val="20"/>
        </w:rPr>
        <w:t>54:01  to bar bar masle paida hote hain. to</w:t>
      </w:r>
      <w:r>
        <w:br/>
      </w:r>
      <w:r>
        <w:rPr>
          <w:sz w:val="20"/>
        </w:rPr>
        <w:t>54:07  eent ki eent ki team banana bohat asan hai, insan ki team banana bohat mushkil hai.</w:t>
      </w:r>
      <w:r>
        <w:br/>
      </w:r>
      <w:r>
        <w:rPr>
          <w:sz w:val="20"/>
        </w:rPr>
        <w:t>54:14  to insan ki team banane ke liye teen shartain maine batai theen ke mission se emotional attachment aur criticism ko bura na manna aur kisi bhi haal mein excuse na lain.</w:t>
      </w:r>
    </w:p>
    <w:p>
      <w:pPr>
        <w:pStyle w:val="Heading2"/>
      </w:pPr>
      <w:r>
        <w:t>To what extent should we remain silent</w:t>
      </w:r>
    </w:p>
    <w:p>
      <w:r>
        <w:rPr>
          <w:color w:val="666666"/>
          <w:sz w:val="18"/>
        </w:rPr>
        <w:t>Ethics &amp; Character · Discovery of God (In Conversation with Maulana) December 25, 2011 · 5m 56s · at 30:00 · https://youtu.be/-1c1d7cFj0s?t=1800</w:t>
      </w:r>
    </w:p>
    <w:p>
      <w:r>
        <w:rPr>
          <w:i/>
        </w:rPr>
        <w:t>“I am very impressed with you from my childhood. You often talk about patience and non-violence. To what extent will we keep mum?”</w:t>
      </w:r>
    </w:p>
    <w:p>
      <w:r>
        <w:rPr>
          <w:sz w:val="20"/>
        </w:rPr>
        <w:t>30:00  maulana, agla sawal aaya hai kashmir se mr hilal ahmad ka. unhone likha hai ke "i am very impressed with you right from my very childhood when i was in class seventh.</w:t>
      </w:r>
      <w:r>
        <w:br/>
      </w:r>
      <w:r>
        <w:rPr>
          <w:sz w:val="20"/>
        </w:rPr>
        <w:t>30:15  i am a continuous reader of your books and monthly al-uswa. most of the times you talk about patience and non-violence.</w:t>
      </w:r>
      <w:r>
        <w:br/>
      </w:r>
      <w:r>
        <w:rPr>
          <w:sz w:val="20"/>
        </w:rPr>
        <w:t>30:25  but i want to ask you something: to what extent we will keep mum?</w:t>
      </w:r>
      <w:r>
        <w:br/>
      </w:r>
      <w:r>
        <w:rPr>
          <w:sz w:val="20"/>
        </w:rPr>
        <w:t>30:32  to what extent we will keep mum? hum kab tak chup rahenge? kis extent tak? what will you do when somebody will come and kill your dear ones?</w:t>
      </w:r>
      <w:r>
        <w:br/>
      </w:r>
      <w:r>
        <w:rPr>
          <w:sz w:val="20"/>
        </w:rPr>
        <w:t>30:43  example in kashmir: what will you do when somebody will come from outside and will throw you away from your home? example in palestine: what will you do when your brothers would be put behind the bars for years together for no reason?</w:t>
      </w:r>
      <w:r>
        <w:br/>
      </w:r>
      <w:r>
        <w:rPr>
          <w:sz w:val="20"/>
        </w:rPr>
        <w:t>31:01  what will you do when somebody will abuse your mother in front of your eyes? maulana, after all, we are human beings, not angels.</w:t>
      </w:r>
      <w:r>
        <w:br/>
      </w:r>
      <w:r>
        <w:rPr>
          <w:sz w:val="20"/>
        </w:rPr>
        <w:t>31:12  everything has a limit. please do explain.</w:t>
      </w:r>
      <w:r>
        <w:br/>
      </w:r>
      <w:r>
        <w:rPr>
          <w:sz w:val="20"/>
        </w:rPr>
        <w:t>31:16  dekhiye, is mein sab se badi ghalati jo hai, woh ek hai ke without reason. yeh fallacy hai, fallacy. yeh main aap ko palestine aur kashmir ki misaal deta hoon.</w:t>
      </w:r>
      <w:r>
        <w:br/>
      </w:r>
      <w:r>
        <w:rPr>
          <w:sz w:val="20"/>
        </w:rPr>
        <w:t>31:27  yeh saari duniya jhoot bhi jeeti hai, jhoot bhi jeeti hai. palestine mein kya hua? 1948 mein partition hua.</w:t>
      </w:r>
      <w:r>
        <w:br/>
      </w:r>
      <w:r>
        <w:rPr>
          <w:sz w:val="20"/>
        </w:rPr>
        <w:t>31:38  partition mein lines chair mila tha arbon ko. unhone inkar kar diya ke hum nahi lete, aur ladai shuru kar di unhone ke hum sarami ko full bahar, hum tum ko thuke denge samandar mein.</w:t>
      </w:r>
      <w:r>
        <w:br/>
      </w:r>
      <w:r>
        <w:rPr>
          <w:sz w:val="20"/>
        </w:rPr>
        <w:t>31:50  toh unhone shuru kiya, woh badu ko, woh bol raha hai. toh jab unhone jawab diya, retaliation ko woh samajhte hain ke woh action tha har jagah, yani israel react kar, retaliate karta hai.</w:t>
      </w:r>
      <w:r>
        <w:br/>
      </w:r>
      <w:r>
        <w:rPr>
          <w:sz w:val="20"/>
        </w:rPr>
        <w:t>32:06  toh zahir hai ke woh kyun nahi? aap pathar marenge, woh goli marega. aap ne kaha ke tum ko hum palestine mein nahi rehne denge, toh samandar mein thuke denge.</w:t>
      </w:r>
      <w:r>
        <w:br/>
      </w:r>
      <w:r>
        <w:rPr>
          <w:sz w:val="20"/>
        </w:rPr>
        <w:t>32:14  unhone kaha ke hum tum ko thuke lenge. yeh without reason mamla nahi hai. yeh reason paida kiya aap ne, accept na kar ke.</w:t>
      </w:r>
      <w:r>
        <w:br/>
      </w:r>
      <w:r>
        <w:rPr>
          <w:sz w:val="20"/>
        </w:rPr>
        <w:t>32:25  ab kya hai? ab kuch bhi nahi un ke paas hai. kashmir mein dekhiye, 1989 se pehle, yani october 1989 mein wahan military shuru hui.</w:t>
      </w:r>
      <w:r>
        <w:br/>
      </w:r>
      <w:r>
        <w:rPr>
          <w:sz w:val="20"/>
        </w:rPr>
        <w:t>32:37  uske pehle peace tha, mukammal peace tha. main bar bar gaya hoon kashmir mein. jhoot hai, agar koi kahe ke is se pehle wahan kuch hota tha. sar tabah jhoot hai.</w:t>
      </w:r>
      <w:r>
        <w:br/>
      </w:r>
      <w:r>
        <w:rPr>
          <w:sz w:val="20"/>
        </w:rPr>
        <w:t>32:47  lekin jab aap ne bomb mara toh wahi marenge. kaise nahi marenge? woh jo kuch hua hai, yeh yeh sab retaliation hai. kashmir mein retaliation hai, palestine mein retaliation hai.</w:t>
      </w:r>
      <w:r>
        <w:br/>
      </w:r>
      <w:r>
        <w:rPr>
          <w:sz w:val="20"/>
        </w:rPr>
        <w:t>32:58  aap kehte hain without reason,</w:t>
      </w:r>
      <w:r>
        <w:br/>
      </w:r>
      <w:r>
        <w:rPr>
          <w:sz w:val="20"/>
        </w:rPr>
        <w:t>33:02  khula hua reason maujood hai dono jagah.</w:t>
      </w:r>
      <w:r>
        <w:br/>
      </w:r>
      <w:r>
        <w:rPr>
          <w:sz w:val="20"/>
        </w:rPr>
        <w:t>33:08  quran majeed mein hai, dekhiye, surah woh saba ka qissa ke malika saba jo thi, usko unka woh mila letter hazrat sulaiman ka, jo king the, ke tum surrender karo, nahi toh hum apni fauj le kar aa jayenge.</w:t>
      </w:r>
      <w:r>
        <w:br/>
      </w:r>
      <w:r>
        <w:rPr>
          <w:sz w:val="20"/>
        </w:rPr>
        <w:t>33:24  toh</w:t>
      </w:r>
      <w:r>
        <w:br/>
      </w:r>
      <w:r>
        <w:rPr>
          <w:sz w:val="20"/>
        </w:rPr>
        <w:t>33:27  us ne apne durbariyon se mashwara kiya. durbariyon ne kaha ke nahi, hum laren ge. to malika saba ne kaha ke nahi, laren ge to woh woh gating evil hoga hamare liye.</w:t>
      </w:r>
      <w:r>
        <w:br/>
      </w:r>
      <w:r>
        <w:rPr>
          <w:sz w:val="20"/>
        </w:rPr>
        <w:t>33:39  kyunke is ne quran majeed mein ayat hai is silsile mein ke "in al muluk dakhil afsadu wa jalu ahl azlat".</w:t>
      </w:r>
      <w:r>
        <w:br/>
      </w:r>
      <w:r>
        <w:rPr>
          <w:sz w:val="20"/>
        </w:rPr>
        <w:t>33:51  yani wahi jo aap keh rahe hain ke wahan hua, wahi is ne kaha ke yeh ho gaya "wa kadhalik yafalun". woh bhi aise hi karenge, yani agarche woh paighambar hain, tab bhi yahi karenge.</w:t>
      </w:r>
      <w:r>
        <w:br/>
      </w:r>
      <w:r>
        <w:rPr>
          <w:sz w:val="20"/>
        </w:rPr>
        <w:t>34:03  to is ne kiya kiya? musalehat kar li. to aap larr rahe hain, woh kehte hain ke is ka hum ko prize na deni pare, chahe falasteen ho, chahe kashmir ho, har jagah musalman apni military ki prize de rahe hain, peace ki prize nahi de rahe.</w:t>
      </w:r>
      <w:r>
        <w:br/>
      </w:r>
      <w:r>
        <w:rPr>
          <w:sz w:val="20"/>
        </w:rPr>
        <w:t>34:19  ghalti, yeh ghalt, bohat bari ghalat fehmi hai, bohat bari, yani yani woh hai felasi hai. kya aap samajhte hain ke yak tarfa ho raha hai?</w:t>
      </w:r>
      <w:r>
        <w:br/>
      </w:r>
      <w:r>
        <w:rPr>
          <w:sz w:val="20"/>
        </w:rPr>
        <w:t>34:27  yeh na falasteen mein yak tarfa hai, na kashmir mein yak tarfa hai. woh to retaliation hai. jab tak arab peace par thay, to unhein peace mila hua tha.</w:t>
      </w:r>
      <w:r>
        <w:br/>
      </w:r>
      <w:r>
        <w:rPr>
          <w:sz w:val="20"/>
        </w:rPr>
        <w:t>34:39  jab unhon ne military shuru kar di, to unhein military mil rahi hai. aise kashmir mein hua to kaisi ajeeb baat hai ke musalman is raat ko bhi nahi jaan sake ke jo kuch ho raha hai, without reason nahi ho raha hai.</w:t>
      </w:r>
      <w:r>
        <w:br/>
      </w:r>
      <w:r>
        <w:rPr>
          <w:sz w:val="20"/>
        </w:rPr>
        <w:t>34:53  woh to retaliation ho raha hai. aur main bilashuba is mein samajhta hoon ke is mein, is mein jo hai, musalmanon ko reassessment ka time hai.</w:t>
      </w:r>
      <w:r>
        <w:br/>
      </w:r>
      <w:r>
        <w:rPr>
          <w:sz w:val="20"/>
        </w:rPr>
        <w:t>35:02  is qism ki baatein karne ka time nahi hai. agar woh reassessment nahi karenge to phir yeh silsila jaari rahega. yeh duniya dekhiye, duniya mein har aadmi ko azadi hai.</w:t>
      </w:r>
      <w:r>
        <w:br/>
      </w:r>
      <w:r>
        <w:rPr>
          <w:sz w:val="20"/>
        </w:rPr>
        <w:t>35:14  aap kisi azadi ki abalish nahi kar sakte. to aap karenge to woh bhi karega. woh kyun nahi karega? bataiye. jab aap ne October 89 mein military shuru ki kashmir mein, to kya samajhte hain ke arab bhi chup chap baithe rahenge?</w:t>
      </w:r>
      <w:r>
        <w:br/>
      </w:r>
      <w:r>
        <w:rPr>
          <w:sz w:val="20"/>
        </w:rPr>
        <w:t>35:27  woh kyun nahi shuru karenge? woh bhi karenge. jo aap ke paas hai, woh aap karenge. woh jo woh karenge. yeh bilkul hi ghalt hai yeh soch ke without reason ho raha hai.</w:t>
      </w:r>
      <w:r>
        <w:br/>
      </w:r>
      <w:r>
        <w:rPr>
          <w:sz w:val="20"/>
        </w:rPr>
        <w:t>35:41  yeh har giz aisa nahi ho raha hai. woh bator retaliation ka ho raha hai. isi cheez ko samajhne mein masle ka hal hai.</w:t>
      </w:r>
      <w:r>
        <w:br/>
      </w:r>
      <w:r>
        <w:rPr>
          <w:sz w:val="20"/>
        </w:rPr>
        <w:t>35:49  jo jo log is ko na samjhein, to kabhi masla hal nahi kar sakenge.</w:t>
      </w:r>
    </w:p>
    <w:p>
      <w:pPr>
        <w:pStyle w:val="Heading2"/>
      </w:pPr>
      <w:r>
        <w:t>Criteria to Differentiate Social and Faith Issues</w:t>
      </w:r>
    </w:p>
    <w:p>
      <w:r>
        <w:rPr>
          <w:color w:val="666666"/>
          <w:sz w:val="18"/>
        </w:rPr>
        <w:t>Faith &amp; God · The Lesson of History September 21, 2014 · 5m 56s · at 51:11 · https://youtu.be/aMVHLKMkhcQ?t=3071</w:t>
      </w:r>
    </w:p>
    <w:p>
      <w:r>
        <w:rPr>
          <w:i/>
        </w:rPr>
        <w:t>“What is the criterion for differentiating social issues from issues of faith?”</w:t>
      </w:r>
    </w:p>
    <w:p>
      <w:r>
        <w:rPr>
          <w:sz w:val="20"/>
        </w:rPr>
        <w:t>51:11  maulana, agla sawal ajmer se kya hai doctor safina tabassum ne aur woh aap se yeh janna chahti hain ke What is the criteria of differentiating social issues with the issues of faith?</w:t>
      </w:r>
      <w:r>
        <w:br/>
      </w:r>
      <w:r>
        <w:rPr>
          <w:sz w:val="20"/>
        </w:rPr>
        <w:t>51:25  is ke bare mein batayein.</w:t>
      </w:r>
      <w:r>
        <w:br/>
      </w:r>
      <w:r>
        <w:rPr>
          <w:sz w:val="20"/>
        </w:rPr>
        <w:t>51:29  dekhein, criteria to bohat asaan hai. dawat work, jo is ko hum kehte hain, is ka taluq tamam tar akhirat se hai.</w:t>
      </w:r>
      <w:r>
        <w:br/>
      </w:r>
      <w:r>
        <w:rPr>
          <w:sz w:val="20"/>
        </w:rPr>
        <w:t>51:40  quran mein hai ke inzar aur tafsir, yani inzar ka matlab hai aise kaam na karo jis ki wajah se tum jahannum mein chale jao.</w:t>
      </w:r>
      <w:r>
        <w:br/>
      </w:r>
      <w:r>
        <w:rPr>
          <w:sz w:val="20"/>
        </w:rPr>
        <w:t>51:51  tafsir ka matlab hai woh kaam karo jo tum ko jann</w:t>
      </w:r>
      <w:r>
        <w:br/>
      </w:r>
      <w:r>
        <w:rPr>
          <w:sz w:val="20"/>
        </w:rPr>
        <w:t>51:54  at mein pahunchaye. isi ka naam dawat hai. aur yeh so called social, kya kehte hain? social service?</w:t>
      </w:r>
      <w:r>
        <w:br/>
      </w:r>
      <w:r>
        <w:rPr>
          <w:sz w:val="20"/>
        </w:rPr>
        <w:t>52:04  kya hai? social issues aur haan, social issues to ek ledri hai. maine social issues se aaj tak kuch hua hai.</w:t>
      </w:r>
      <w:r>
        <w:br/>
      </w:r>
      <w:r>
        <w:rPr>
          <w:sz w:val="20"/>
        </w:rPr>
        <w:t>52:13  main is ko ledri samajhta hoon. ek hi kaam karne ka hai, woh education. baqi social issues kuch bhi nahi. main is ko nahi manta.</w:t>
      </w:r>
      <w:r>
        <w:br/>
      </w:r>
      <w:r>
        <w:rPr>
          <w:sz w:val="20"/>
        </w:rPr>
        <w:t>52:23  social issues, yani kuch kuch sawal nikal nikal ke, kuch negative point nikal nikal ke, is ledri karna hai.</w:t>
      </w:r>
      <w:r>
        <w:br/>
      </w:r>
      <w:r>
        <w:rPr>
          <w:sz w:val="20"/>
        </w:rPr>
        <w:t>52:32  ek sath se baat hui jo social activist the, woh bohat bohat dinon se. to unhone kaha ke maine social activist tha, mujhe ab chhod diya.</w:t>
      </w:r>
      <w:r>
        <w:br/>
      </w:r>
      <w:r>
        <w:rPr>
          <w:sz w:val="20"/>
        </w:rPr>
        <w:t>52:41  maine, maine kaha kyun? unhone kaha ke maine jab dekha to maine samjha ke main to social activist nahi hoon, social critic hoon.</w:t>
      </w:r>
      <w:r>
        <w:br/>
      </w:r>
      <w:r>
        <w:rPr>
          <w:sz w:val="20"/>
        </w:rPr>
        <w:t>52:52  khud unhone kaha, aap chahein to un ka naam bata sakta hoon, main un ka telephone number de sakta hoon aap ko. unhone kaha ke maine jab ghor kiya to maine kaha ke main itne dinon se kaam kar raha hoon, aap ne social activist kehta hoon, lekin kya kiya maine?</w:t>
      </w:r>
      <w:r>
        <w:br/>
      </w:r>
      <w:r>
        <w:rPr>
          <w:sz w:val="20"/>
        </w:rPr>
        <w:t>53:09  social critic bana hua hoon main. to saare jo yeh is line mein hain, woh social critic hain. woh mah</w:t>
      </w:r>
      <w:r>
        <w:br/>
      </w:r>
      <w:r>
        <w:rPr>
          <w:sz w:val="20"/>
        </w:rPr>
        <w:t>53:17  az ek jo ek hi kaam karne ka hai, education, jo india mein hai nahi. kyunke india mein dekhein, aala standard ki education hai hi nahi.</w:t>
      </w:r>
      <w:r>
        <w:br/>
      </w:r>
      <w:r>
        <w:rPr>
          <w:sz w:val="20"/>
        </w:rPr>
        <w:t>53:29  abhi akhbar mein aaya tha ke dunya ki behtareen universityon ki ek list banayi gayi, so dunya ki so achhi aala universityan, us mein ek bhi india ki university nahi hai.</w:t>
      </w:r>
      <w:r>
        <w:br/>
      </w:r>
      <w:r>
        <w:rPr>
          <w:sz w:val="20"/>
        </w:rPr>
        <w:t>53:43  dunya ke top hundred universityon mein se ek bhi india ki university nahi hai. to india to talib-e-naukhair hai. to kya social activist ka yeh activist, woh activist, yeh saare activist ko bhaad mein daalo aur india mein aala darje ki education lao.</w:t>
      </w:r>
      <w:r>
        <w:br/>
      </w:r>
      <w:r>
        <w:rPr>
          <w:sz w:val="20"/>
        </w:rPr>
        <w:t>54:05  aur mein aap ko ek aur baat arz karoon ke india mein education kyun nahi hai?</w:t>
      </w:r>
      <w:r>
        <w:br/>
      </w:r>
      <w:r>
        <w:rPr>
          <w:sz w:val="20"/>
        </w:rPr>
        <w:t>54:12  abhi ek sab mujhe maloom hua ke ek sahab aaye thay, ek ek lady aayi thi america se, professor, ek amriki professor aayi thi india mein ek university mein.</w:t>
      </w:r>
      <w:r>
        <w:br/>
      </w:r>
      <w:r>
        <w:rPr>
          <w:sz w:val="20"/>
        </w:rPr>
        <w:t>54:24  abhi ek do haftay ki baat thi. to ek muslim student un se milay, unhon ne kaha ke mein america mein jata hoon parhnay ke liye, mujhe wahan par admission dilwaiye.</w:t>
      </w:r>
      <w:r>
        <w:br/>
      </w:r>
      <w:r>
        <w:rPr>
          <w:sz w:val="20"/>
        </w:rPr>
        <w:t>54:37  yeh sacha qissa bata raha hoon aap ko</w:t>
      </w:r>
      <w:r>
        <w:br/>
      </w:r>
      <w:r>
        <w:rPr>
          <w:sz w:val="20"/>
        </w:rPr>
        <w:t>54:41  ke yaani lady professor hain, woh american hain, woh america mein parhati hain, india mein aayi theen, ek university mein lecture tha un ka. to ek muslim student ne un se kaha ke mein america jana chahta hoon parhnay ke liye, to mujhe wahan admission dilwaiye.</w:t>
      </w:r>
      <w:r>
        <w:br/>
      </w:r>
      <w:r>
        <w:rPr>
          <w:sz w:val="20"/>
        </w:rPr>
        <w:t>54:58  to us ne bohat seriously kaha ke mere bhai, america india nahi hai. america mein saari cheez merit par hoti hai.</w:t>
      </w:r>
      <w:r>
        <w:br/>
      </w:r>
      <w:r>
        <w:rPr>
          <w:sz w:val="20"/>
        </w:rPr>
        <w:t>55:07  merit par.</w:t>
      </w:r>
      <w:r>
        <w:br/>
      </w:r>
      <w:r>
        <w:rPr>
          <w:sz w:val="20"/>
        </w:rPr>
        <w:t>55:09  wahan aise safai safai kar ke admission nahi milta wahan par. agar aap merit par honge to aap zaroor mil jayega, nahi to nahi milne wale.</w:t>
      </w:r>
      <w:r>
        <w:br/>
      </w:r>
      <w:r>
        <w:rPr>
          <w:sz w:val="20"/>
        </w:rPr>
        <w:t>55:19  aap ko president of america bhi aap ko admission nahi dila sakta. to india mein sab se bari museebat thi ke reservation, riayatein, aur yeh us jo chala india mein, is ne tabah kar diya yahan ke nizaam ko.</w:t>
      </w:r>
      <w:r>
        <w:br/>
      </w:r>
      <w:r>
        <w:rPr>
          <w:sz w:val="20"/>
        </w:rPr>
        <w:t>55:35  aur america mein kyun behtareen education hoti hai?</w:t>
      </w:r>
      <w:r>
        <w:br/>
      </w:r>
      <w:r>
        <w:rPr>
          <w:sz w:val="20"/>
        </w:rPr>
        <w:t>55:38  wahan sab kuch merit par hai. competitor perish. mein bohat ziyada is ka wakil hoon ke yeh jo formula hai, competitor perish, yahi india mein hona chahiye aur isi tarah ki hoti hai.</w:t>
      </w:r>
      <w:r>
        <w:br/>
      </w:r>
      <w:r>
        <w:rPr>
          <w:sz w:val="20"/>
        </w:rPr>
        <w:t>55:52  competitor perish. to is liye american lady ne kaha ke wahan par yeh sab nahi hota jo aap india mein sochtay honge ke koi safai kar de to aap ko admission mil jayega, safai kar de to aap ko service mil jayegi.</w:t>
      </w:r>
      <w:r>
        <w:br/>
      </w:r>
      <w:r>
        <w:rPr>
          <w:sz w:val="20"/>
        </w:rPr>
        <w:t>56:08  wahan na to service milegi safai se, na admission. sab kuch merit par hota hai wahan. wahan ka usool hai competitor perish.</w:t>
      </w:r>
      <w:r>
        <w:br/>
      </w:r>
      <w:r>
        <w:rPr>
          <w:sz w:val="20"/>
        </w:rPr>
        <w:t>56:20  to india mein mein samajhta hoon ke sab se bari jo ghalti hui hai, woh yeh hai ke unhon ne american model, jo fitri model hai, natural model, is ko nahi liya aur Russian model ko le liya.</w:t>
      </w:r>
      <w:r>
        <w:br/>
      </w:r>
      <w:r>
        <w:rPr>
          <w:sz w:val="20"/>
        </w:rPr>
        <w:t>56:32  Russian model ko. roos bhi tabah hai, india bhi tabah hai.</w:t>
      </w:r>
      <w:r>
        <w:br/>
      </w:r>
      <w:r>
        <w:rPr>
          <w:sz w:val="20"/>
        </w:rPr>
        <w:t>56:39  ek hi principle, fitri principle hai, competitor perish. mein is ko islami samajhta hoon aur america ne is ko qabool kiya to woh itni taraqqi ho gayi.</w:t>
      </w:r>
      <w:r>
        <w:br/>
      </w:r>
      <w:r>
        <w:rPr>
          <w:sz w:val="20"/>
        </w:rPr>
        <w:t>56:49  magar aur india mein Russian model le liya unhon ne. to roos bhi tabah hai aur india bhi tabah hai.</w:t>
      </w:r>
      <w:r>
        <w:br/>
      </w:r>
      <w:r>
        <w:rPr>
          <w:sz w:val="20"/>
        </w:rPr>
        <w:t>56:59  beh-haal yeh meri soch hai. ab aap log is par ghor kijiye.</w:t>
      </w:r>
    </w:p>
    <w:p>
      <w:pPr>
        <w:pStyle w:val="Heading2"/>
      </w:pPr>
      <w:r>
        <w:t>Critique of doomsday talk and negativity</w:t>
      </w:r>
    </w:p>
    <w:p>
      <w:r>
        <w:rPr>
          <w:color w:val="666666"/>
          <w:sz w:val="18"/>
        </w:rPr>
        <w:t>Faith &amp; God · Personality of A Believer February 2, 2014 · 6m 28s · at 1:05:35 · https://youtu.be/EiK_-O-Bjps?t=3935</w:t>
      </w:r>
    </w:p>
    <w:p>
      <w:r>
        <w:rPr>
          <w:i/>
        </w:rPr>
        <w:t>“Maulana, you talk about developing a positive mind, but you yourself turned negative in your talk 'Doomsday is coming' on 24 November 2013, saying all born now will go to Hell and expressing desire for an early doomsday. Such a narrow and hopeless version of religion can produce frustration and justify violence. How do you reconcile this?”</w:t>
      </w:r>
    </w:p>
    <w:p>
      <w:r>
        <w:rPr>
          <w:sz w:val="20"/>
        </w:rPr>
        <w:t>1:05:35  maulana, agla sawal mumbai se aya hai mr sr khanna ne bheja hai. unhon ne likha hai: "maulana, you talk in developing positive mind,</w:t>
      </w:r>
      <w:r>
        <w:br/>
      </w:r>
      <w:r>
        <w:rPr>
          <w:sz w:val="20"/>
        </w:rPr>
        <w:t>1:05:48  but you yourself have turn negative in your talk on 24 november 2013, when you delivered a talk titled 'doomsday is coming'.</w:t>
      </w:r>
      <w:r>
        <w:br/>
      </w:r>
      <w:r>
        <w:rPr>
          <w:sz w:val="20"/>
        </w:rPr>
        <w:t>1:06:01  you said that all those born now will go to hell and express your desire for an early doomsday. this kind of narrow and hopeless version of religion can only produce frustration and also ultimately be used to justify violence and mass murder.</w:t>
      </w:r>
      <w:r>
        <w:br/>
      </w:r>
      <w:r>
        <w:rPr>
          <w:sz w:val="20"/>
        </w:rPr>
        <w:t>1:06:22  claiming to know the creation plan of god is the first step towards fanaticism.</w:t>
      </w:r>
      <w:r>
        <w:br/>
      </w:r>
      <w:r>
        <w:rPr>
          <w:sz w:val="20"/>
        </w:rPr>
        <w:t>1:06:28  do you think condemning the entire humanity to hell can develop peace and spirituality? mein mein aisa kabhi nahi kehta ke kaun hell mein jayega, yeh mera kaam nahi hai.</w:t>
      </w:r>
      <w:r>
        <w:br/>
      </w:r>
      <w:r>
        <w:rPr>
          <w:sz w:val="20"/>
        </w:rPr>
        <w:t>1:06:42  that is god domain. mein kaun hota hoon kehne wala ke kaun hell mein jayega?</w:t>
      </w:r>
      <w:r>
        <w:br/>
      </w:r>
      <w:r>
        <w:rPr>
          <w:sz w:val="20"/>
        </w:rPr>
        <w:t>1:06:49  mein sirf yeh kehta hoon ke aaj kal jo halaat hain, woh bohat hi bigad gaye hain, bohat zyada bigad gaye hain.</w:t>
      </w:r>
      <w:r>
        <w:br/>
      </w:r>
      <w:r>
        <w:rPr>
          <w:sz w:val="20"/>
        </w:rPr>
        <w:t>1:06:57  yani halaat insaan ko bigadne wale zyada hain, banane wale kam hain. aur yeh har aap janta hai, yeh koi aisa nahi ke mein kahoon to aap janenge.</w:t>
      </w:r>
      <w:r>
        <w:br/>
      </w:r>
      <w:r>
        <w:rPr>
          <w:sz w:val="20"/>
        </w:rPr>
        <w:t>1:07:10  is zamane mein jahan bhi jaiye, wahan par bigaad ki baatein hain.</w:t>
      </w:r>
      <w:r>
        <w:br/>
      </w:r>
      <w:r>
        <w:rPr>
          <w:sz w:val="20"/>
        </w:rPr>
        <w:t>1:07:16  yahan tak ke jo cheezein pehle zamane mein hum samajhte thay ke yeh galat hain, woh ab ab qanoon par nahi. maslan same sex, hum ne bachpan mein kabhi socha nahi tha ke same sex ka word bhi hamare paas nahi tha ke woh woh fakhr ke saath log is ko ikhtiyar karenge.</w:t>
      </w:r>
      <w:r>
        <w:br/>
      </w:r>
      <w:r>
        <w:rPr>
          <w:sz w:val="20"/>
        </w:rPr>
        <w:t>1:07:39  aisi hazaron baatein hain.</w:t>
      </w:r>
      <w:r>
        <w:br/>
      </w:r>
      <w:r>
        <w:rPr>
          <w:sz w:val="20"/>
        </w:rPr>
        <w:t>1:07:43  to mein jo kehta hoon, yeh hargiz nahi kehta ke log falan falan log jahanum mein jayenge. mein kaise keh sakta hoon? yeh mera right right nahi hai.</w:t>
      </w:r>
      <w:r>
        <w:br/>
      </w:r>
      <w:r>
        <w:rPr>
          <w:sz w:val="20"/>
        </w:rPr>
        <w:t>1:07:53  that not my domain. lekin yeh mein zaroor kehta hoon ke ab ab insaan ko bigadne wale asbab badh gaye hain.</w:t>
      </w:r>
      <w:r>
        <w:br/>
      </w:r>
      <w:r>
        <w:rPr>
          <w:sz w:val="20"/>
        </w:rPr>
        <w:t>1:08:03  har jagah bigaad ke asbab, bigaad ke asbab, bigaad ke asbab. to yeh to ek waqia hai, kaun is ka inkar karega?</w:t>
      </w:r>
      <w:r>
        <w:br/>
      </w:r>
      <w:r>
        <w:rPr>
          <w:sz w:val="20"/>
        </w:rPr>
        <w:t>1:08:12  aap dekhen, har taraf corruption hai, har taraf exploitation hai, har taraf jhoot hai, har taraf.</w:t>
      </w:r>
      <w:r>
        <w:br/>
      </w:r>
      <w:r>
        <w:rPr>
          <w:sz w:val="20"/>
        </w:rPr>
        <w:t>1:08:20  yani yeh hai jo rozana khabrein aati rehti hain ke log rape karte hain aur koi pakad nahi, in ki dhoom se rape karte hain aur phir koi pakad bhi nahi, koi koi saza nahi hoti, kisi ko hoti.</w:t>
      </w:r>
      <w:r>
        <w:br/>
      </w:r>
      <w:r>
        <w:rPr>
          <w:sz w:val="20"/>
        </w:rPr>
        <w:t>1:08:38  to aap ki kaun nahi janta in baaton ko?</w:t>
      </w:r>
      <w:r>
        <w:br/>
      </w:r>
      <w:r>
        <w:rPr>
          <w:sz w:val="20"/>
        </w:rPr>
        <w:t>1:08:41  kaun khud nahi janta?</w:t>
      </w:r>
      <w:r>
        <w:br/>
      </w:r>
      <w:r>
        <w:rPr>
          <w:sz w:val="20"/>
        </w:rPr>
        <w:t>1:08:46  to mein isi ko kehta hoon, bas hargiz hargiz mein na kaha, na na na socha mein ne kabhi aisa ke mein keh sakta hoon ke falan jahanum mein jayega.</w:t>
      </w:r>
      <w:r>
        <w:br/>
      </w:r>
      <w:r>
        <w:rPr>
          <w:sz w:val="20"/>
        </w:rPr>
        <w:t>1:08:56  yeh kaise keh sakta hoon mein? to is ko aap negative ko kehte hain, yeh koi negative statement nahi keh sakte. aap jo soorat e haal is waqt hai, us ko mein zikr karta hoon.</w:t>
      </w:r>
      <w:r>
        <w:br/>
      </w:r>
      <w:r>
        <w:rPr>
          <w:sz w:val="20"/>
        </w:rPr>
        <w:t>1:09:07  aap party se jaiye to wahan corruption hai, media mein jaiye to wahan par censors hain, news ko khoob numayan karte hain, maar dhaar ko numayan karte hain.</w:t>
      </w:r>
      <w:r>
        <w:br/>
      </w:r>
      <w:r>
        <w:rPr>
          <w:sz w:val="20"/>
        </w:rPr>
        <w:t>1:09:17  aap market mein jaiye to wahan exploitation hai,</w:t>
      </w:r>
      <w:r>
        <w:br/>
      </w:r>
      <w:r>
        <w:rPr>
          <w:sz w:val="20"/>
        </w:rPr>
        <w:t>1:09:23  aap jaiye kahin officer jayen to wahan favoritism hai, koi kaam karna ho to wahan rishwat deni padti hai. yani kaun sa institution hai, kaun si field hai jahan yeh sab na ho?</w:t>
      </w:r>
      <w:r>
        <w:br/>
      </w:r>
      <w:r>
        <w:rPr>
          <w:sz w:val="20"/>
        </w:rPr>
        <w:t>1:09:38  to zamane ke halaat jo hain, us ko mein kehta hoon, woh sab sab log jante hain.</w:t>
      </w:r>
      <w:r>
        <w:br/>
      </w:r>
      <w:r>
        <w:rPr>
          <w:sz w:val="20"/>
        </w:rPr>
        <w:t>1:09:46  abhi mein radio sun raha tha to koi ga raha tha, koi aadmi. ab mein kabhi koi radio chalata hoon, gaana aa jata hai to koi aadmi ga raha tha: "dekh tere sansaar ki haalat kya ho gayi, bhagwan!</w:t>
      </w:r>
      <w:r>
        <w:br/>
      </w:r>
      <w:r>
        <w:rPr>
          <w:sz w:val="20"/>
        </w:rPr>
        <w:t>1:10:00  kitna badal gaya hai insaan!"</w:t>
      </w:r>
      <w:r>
        <w:br/>
      </w:r>
      <w:r>
        <w:rPr>
          <w:sz w:val="20"/>
        </w:rPr>
        <w:t>1:10:04  ab ek professional aadmi, is ka ta'alluq na mazhab se hai na kuch hai, woh ga raha tha: "dekh tere sansaar ki haalat kya ho gayi, bhagwan! kitna badal gaya hai insaan!" yahi mein kehta hoon, bas to kaun si nayi baat yeh hai?</w:t>
      </w:r>
      <w:r>
        <w:br/>
      </w:r>
      <w:r>
        <w:rPr>
          <w:sz w:val="20"/>
        </w:rPr>
        <w:t>1:10:18  aap hargiz yeh nahi keh sakte ke mein koi negative reward deta hoon ya kisi ke jannat jahanum ko faisla karta hoon. mujhe is ka right nahi hai.</w:t>
      </w:r>
      <w:r>
        <w:br/>
      </w:r>
      <w:r>
        <w:rPr>
          <w:sz w:val="20"/>
        </w:rPr>
        <w:t>1:10:30  meri baat ko aap ne galat agree se</w:t>
      </w:r>
      <w:r>
        <w:br/>
      </w:r>
      <w:r>
        <w:rPr>
          <w:sz w:val="20"/>
        </w:rPr>
        <w:t>1:10:33  liya hai. aap right agree se len to woh aap ka bhi wahi soch hogi. aap right agree se len to woh wahi aap bhi sochte honge ke is zamane mein kitni kharabiyan aa gayi hain.</w:t>
      </w:r>
      <w:r>
        <w:br/>
      </w:r>
      <w:r>
        <w:rPr>
          <w:sz w:val="20"/>
        </w:rPr>
        <w:t>1:10:43  kisi bhi boodhe aadmi se poochhiye ke us ke bachpan mein kya halaat the, aaj kya halaat hain? aap ke dada ji zinda honge, un se poochhiye ke aap ke bachpan mein kya halaat the, aaj kya halaat hain?</w:t>
      </w:r>
      <w:r>
        <w:br/>
      </w:r>
      <w:r>
        <w:rPr>
          <w:sz w:val="20"/>
        </w:rPr>
        <w:t>1:10:55  to kaun si nai baat maine kahi hai? is ko aap aise kaise kehte hain ke main negative reward deta hoon?</w:t>
      </w:r>
      <w:r>
        <w:br/>
      </w:r>
      <w:r>
        <w:rPr>
          <w:sz w:val="20"/>
        </w:rPr>
        <w:t>1:11:03  aap ne meri baat ko galat agree se dekha, is ko sahi agree se dekhiye.</w:t>
      </w:r>
    </w:p>
    <w:p>
      <w:pPr>
        <w:pStyle w:val="Heading2"/>
      </w:pPr>
      <w:r>
        <w:t>Explaining the responsibility of La ilaha illallah</w:t>
      </w:r>
    </w:p>
    <w:p>
      <w:r>
        <w:rPr>
          <w:color w:val="666666"/>
          <w:sz w:val="18"/>
        </w:rPr>
        <w:t>Faith &amp; God · The Revival of Ibrahimi Mission-28th October 2012 · 6m 47s · at 1:06:15 · https://youtu.be/kniEYfMCz9w?t=3975</w:t>
      </w:r>
    </w:p>
    <w:p>
      <w:r>
        <w:rPr>
          <w:i/>
        </w:rPr>
        <w:t>“When we explain to Muslims that the declaration of 'La ilaha illallah' is the responsibility, it does...”</w:t>
      </w:r>
    </w:p>
    <w:p>
      <w:r>
        <w:rPr>
          <w:sz w:val="20"/>
        </w:rPr>
        <w:t>1:06:15  maulana, agla sawal dilli se hai.</w:t>
      </w:r>
      <w:r>
        <w:br/>
      </w:r>
      <w:r>
        <w:rPr>
          <w:sz w:val="20"/>
        </w:rPr>
        <w:t>1:06:21  miss naghma siddiqui ka.</w:t>
      </w:r>
      <w:r>
        <w:br/>
      </w:r>
      <w:r>
        <w:rPr>
          <w:sz w:val="20"/>
        </w:rPr>
        <w:t>1:06:27  unhon ne likha hai: "When we explain to Muslims that دعویٰ الا اللہ is the responsibility, it does</w:t>
      </w:r>
      <w:r>
        <w:br/>
      </w:r>
      <w:r>
        <w:rPr>
          <w:sz w:val="20"/>
        </w:rPr>
        <w:t>1:06:33  not get any positive response.</w:t>
      </w:r>
      <w:r>
        <w:br/>
      </w:r>
      <w:r>
        <w:rPr>
          <w:sz w:val="20"/>
        </w:rPr>
        <w:t>1:06:39  They say yes, it is good, but continue to do either their social or milli work.</w:t>
      </w:r>
      <w:r>
        <w:br/>
      </w:r>
      <w:r>
        <w:rPr>
          <w:sz w:val="20"/>
        </w:rPr>
        <w:t>1:06:45  molana, when the task is so big and Muslims are not giving a positive response, what should we do?</w:t>
      </w:r>
      <w:r>
        <w:br/>
      </w:r>
      <w:r>
        <w:rPr>
          <w:sz w:val="20"/>
        </w:rPr>
        <w:t>1:06:50  "dekhen, social work, milli work, yeh to koi kaam nahin hai mere nazdeek, na islami aitbaar se</w:t>
      </w:r>
      <w:r>
        <w:br/>
      </w:r>
      <w:r>
        <w:rPr>
          <w:sz w:val="20"/>
        </w:rPr>
        <w:t>1:06:55  aur na aqal ke aitbaar se.</w:t>
      </w:r>
      <w:r>
        <w:br/>
      </w:r>
      <w:r>
        <w:rPr>
          <w:sz w:val="20"/>
        </w:rPr>
        <w:t>1:07:00  is liye hamara islami aitbaar se yeh hai ke rasool Allah ki zindagi mein hamein koi aisa namoona</w:t>
      </w:r>
      <w:r>
        <w:br/>
      </w:r>
      <w:r>
        <w:rPr>
          <w:sz w:val="20"/>
        </w:rPr>
        <w:t>1:07:05  nahin milta ke aap ne social work kiya, milli work kiya ho, aap ne sirf دعویٰ work kiya.</w:t>
      </w:r>
      <w:r>
        <w:br/>
      </w:r>
      <w:r>
        <w:rPr>
          <w:sz w:val="20"/>
        </w:rPr>
        <w:t>1:07:10  is ke baray mein main likh chuka hoon tafseel se, aap parh sakte hain ke rasool Allah ne</w:t>
      </w:r>
      <w:r>
        <w:br/>
      </w:r>
      <w:r>
        <w:rPr>
          <w:sz w:val="20"/>
        </w:rPr>
        <w:t>1:07:15  kabhi bhi yeh kaam nahin kiya.</w:t>
      </w:r>
      <w:r>
        <w:br/>
      </w:r>
      <w:r>
        <w:rPr>
          <w:sz w:val="20"/>
        </w:rPr>
        <w:t>1:07:20  hata ke aap ko yeh kaam karne ke liye kaha gaya, is tarah ka kaam to aap ne</w:t>
      </w:r>
      <w:r>
        <w:br/>
      </w:r>
      <w:r>
        <w:rPr>
          <w:sz w:val="20"/>
        </w:rPr>
        <w:t>1:07:25  kaha ke ma lihaza buis'tum alaikum main is ke liye nahin bheja gaya hoon.</w:t>
      </w:r>
      <w:r>
        <w:br/>
      </w:r>
      <w:r>
        <w:rPr>
          <w:sz w:val="20"/>
        </w:rPr>
        <w:t>1:07:30  yeh yeh mera kaam to da'wat Allah hai.</w:t>
      </w:r>
      <w:r>
        <w:br/>
      </w:r>
      <w:r>
        <w:rPr>
          <w:sz w:val="20"/>
        </w:rPr>
        <w:t>1:07:35  aqal ka mamla yeh hai ke main aqli tor par bhi is ko absurd samajhta hoon.</w:t>
      </w:r>
      <w:r>
        <w:br/>
      </w:r>
      <w:r>
        <w:rPr>
          <w:sz w:val="20"/>
        </w:rPr>
        <w:t>1:07:40  is liye ke sab se bari cheez dekhiye, yeh nahin ke aap un ki help karen.</w:t>
      </w:r>
      <w:r>
        <w:br/>
      </w:r>
      <w:r>
        <w:rPr>
          <w:sz w:val="20"/>
        </w:rPr>
        <w:t>1:07:45  sab se bari cheez aap ko incentive den, challenge ko face karne ki taqat paida karen.</w:t>
      </w:r>
      <w:r>
        <w:br/>
      </w:r>
      <w:r>
        <w:rPr>
          <w:sz w:val="20"/>
        </w:rPr>
        <w:t>1:07:50  un ke andar aaj kal jo chala hua hai, muslim empowerment aur community empowerment, falan empowerment, yeh sab</w:t>
      </w:r>
      <w:r>
        <w:br/>
      </w:r>
      <w:r>
        <w:rPr>
          <w:sz w:val="20"/>
        </w:rPr>
        <w:t>1:07:56  bilkul absurd main samajhta hoon.</w:t>
      </w:r>
      <w:r>
        <w:br/>
      </w:r>
      <w:r>
        <w:rPr>
          <w:sz w:val="20"/>
        </w:rPr>
        <w:t>1:08:01  is ko woh saare log jin ko kaha jata hai ke he was born with a silver spoon</w:t>
      </w:r>
      <w:r>
        <w:br/>
      </w:r>
      <w:r>
        <w:rPr>
          <w:sz w:val="20"/>
        </w:rPr>
        <w:t>1:08:06  in his mouth, mere to woh sab se zyada fail thay zindagi mein kyunke unhon ne challenge ko</w:t>
      </w:r>
      <w:r>
        <w:br/>
      </w:r>
      <w:r>
        <w:rPr>
          <w:sz w:val="20"/>
        </w:rPr>
        <w:t>1:08:11  face nahin kiya.</w:t>
      </w:r>
      <w:r>
        <w:br/>
      </w:r>
      <w:r>
        <w:rPr>
          <w:sz w:val="20"/>
        </w:rPr>
        <w:t>1:08:16  un ke andar personality nahi bani, un ke andar incentive nahi ubhra.</w:t>
      </w:r>
      <w:r>
        <w:br/>
      </w:r>
      <w:r>
        <w:rPr>
          <w:sz w:val="20"/>
        </w:rPr>
        <w:t>1:08:21  to main is ko koi kaam nahi samajhta.</w:t>
      </w:r>
      <w:r>
        <w:br/>
      </w:r>
      <w:r>
        <w:rPr>
          <w:sz w:val="20"/>
        </w:rPr>
        <w:t>1:08:26  jo kaam ko aik hi kaam ko main kaam samajhta hoon ke education, intehai aala mayar ki education,</w:t>
      </w:r>
      <w:r>
        <w:br/>
      </w:r>
      <w:r>
        <w:rPr>
          <w:sz w:val="20"/>
        </w:rPr>
        <w:t>1:08:31  abhi bhi hamare mulk mein aala mayar ki education nahi hai.</w:t>
      </w:r>
      <w:r>
        <w:br/>
      </w:r>
      <w:r>
        <w:rPr>
          <w:sz w:val="20"/>
        </w:rPr>
        <w:t>1:08:36  halankay beshumar log social work kar rahay hain, milli work kar rahay hain, is mein arbon kharbon</w:t>
      </w:r>
      <w:r>
        <w:br/>
      </w:r>
      <w:r>
        <w:rPr>
          <w:sz w:val="20"/>
        </w:rPr>
        <w:t>1:08:41  roopay kharch kar rahay hain.</w:t>
      </w:r>
      <w:r>
        <w:br/>
      </w:r>
      <w:r>
        <w:rPr>
          <w:sz w:val="20"/>
        </w:rPr>
        <w:t>1:08:46  yeh sab mere nazdeek bilkul bekar kaam hai.</w:t>
      </w:r>
      <w:r>
        <w:br/>
      </w:r>
      <w:r>
        <w:rPr>
          <w:sz w:val="20"/>
        </w:rPr>
        <w:t>1:08:51  islami aitbar se bhi, aqli aitbar se bhi, bohat aala darjay ka school kholain, lakhon ki tadad mein</w:t>
      </w:r>
      <w:r>
        <w:br/>
      </w:r>
      <w:r>
        <w:rPr>
          <w:sz w:val="20"/>
        </w:rPr>
        <w:t>1:08:57  saaray mulk mein sara paisa is mein laga dain.</w:t>
      </w:r>
      <w:r>
        <w:br/>
      </w:r>
      <w:r>
        <w:rPr>
          <w:sz w:val="20"/>
        </w:rPr>
        <w:t>1:09:02  yeh hai kaam.</w:t>
      </w:r>
      <w:r>
        <w:br/>
      </w:r>
      <w:r>
        <w:rPr>
          <w:sz w:val="20"/>
        </w:rPr>
        <w:t>1:09:07  abhi bhi aala darjay ke school hamare mulk mein mojood nahi hain aur social work ki dhoom hai,</w:t>
      </w:r>
      <w:r>
        <w:br/>
      </w:r>
      <w:r>
        <w:rPr>
          <w:sz w:val="20"/>
        </w:rPr>
        <w:t>1:09:12  milli work ki dhoom hai.</w:t>
      </w:r>
      <w:r>
        <w:br/>
      </w:r>
      <w:r>
        <w:rPr>
          <w:sz w:val="20"/>
        </w:rPr>
        <w:t>1:09:17  to main is mamlay mein bohat hi sakht rai rakhta hoon.</w:t>
      </w:r>
      <w:r>
        <w:br/>
      </w:r>
      <w:r>
        <w:rPr>
          <w:sz w:val="20"/>
        </w:rPr>
        <w:t>1:09:22  un kaamoun ko main kaam nahi samajhta.</w:t>
      </w:r>
      <w:r>
        <w:br/>
      </w:r>
      <w:r>
        <w:rPr>
          <w:sz w:val="20"/>
        </w:rPr>
        <w:t>1:09:27  main aik kaam samajhta hoon ke is is baat ko ke insan ka incentive jagaya jaye, motivate kiya jaye.</w:t>
      </w:r>
      <w:r>
        <w:br/>
      </w:r>
      <w:r>
        <w:rPr>
          <w:sz w:val="20"/>
        </w:rPr>
        <w:t>1:09:32  aur doosri baat yeh ke bohat hi high standard ki education di jaye is ko.</w:t>
      </w:r>
      <w:r>
        <w:br/>
      </w:r>
      <w:r>
        <w:rPr>
          <w:sz w:val="20"/>
        </w:rPr>
        <w:t>1:09:37  isi ko main kaam samajhta hoon.</w:t>
      </w:r>
      <w:r>
        <w:br/>
      </w:r>
      <w:r>
        <w:rPr>
          <w:sz w:val="20"/>
        </w:rPr>
        <w:t>1:09:42  baqi sab ledaery hai, ledaery.</w:t>
      </w:r>
      <w:r>
        <w:br/>
      </w:r>
      <w:r>
        <w:rPr>
          <w:sz w:val="20"/>
        </w:rPr>
        <w:t>1:09:47  maulana, dilli se sawal hai muhammad noor sahib ka.</w:t>
      </w:r>
      <w:r>
        <w:br/>
      </w:r>
      <w:r>
        <w:rPr>
          <w:sz w:val="20"/>
        </w:rPr>
        <w:t>1:09:52  unhon ne likha hai: "If I have discovered truth, will I never experience frustration?</w:t>
      </w:r>
      <w:r>
        <w:br/>
      </w:r>
      <w:r>
        <w:rPr>
          <w:sz w:val="20"/>
        </w:rPr>
        <w:t>1:09:58  What is your comment on this?</w:t>
      </w:r>
      <w:r>
        <w:br/>
      </w:r>
      <w:r>
        <w:rPr>
          <w:sz w:val="20"/>
        </w:rPr>
        <w:t>1:10:04  " mera tajurba to yahi hai.</w:t>
      </w:r>
      <w:r>
        <w:br/>
      </w:r>
      <w:r>
        <w:rPr>
          <w:sz w:val="20"/>
        </w:rPr>
        <w:t>1:10:10  mera tajurba yeh hai ke main Allah ke fazal se tension free rehta hoon.</w:t>
      </w:r>
      <w:r>
        <w:br/>
      </w:r>
      <w:r>
        <w:rPr>
          <w:sz w:val="20"/>
        </w:rPr>
        <w:t>1:10:17  mujhe akhirat ke fikr to zaroor hain, lekin dunya tension hota hai.</w:t>
      </w:r>
      <w:r>
        <w:br/>
      </w:r>
      <w:r>
        <w:rPr>
          <w:sz w:val="20"/>
        </w:rPr>
        <w:t>1:10:23  dunya ko lay kar ke, dunya ko lay kar tension hota hai.</w:t>
      </w:r>
      <w:r>
        <w:br/>
      </w:r>
      <w:r>
        <w:rPr>
          <w:sz w:val="20"/>
        </w:rPr>
        <w:t>1:10:29  to dunya ke mamlaat mein insaan tension free ban jaata hai, is mein koi shakk nahi hai.</w:t>
      </w:r>
      <w:r>
        <w:br/>
      </w:r>
      <w:r>
        <w:rPr>
          <w:sz w:val="20"/>
        </w:rPr>
        <w:t>1:10:36  agar is ko woh sachai mil jaye jo Allah ke nazdeek sachai hai, yeh bhi samajh lijiye.</w:t>
      </w:r>
      <w:r>
        <w:br/>
      </w:r>
      <w:r>
        <w:rPr>
          <w:sz w:val="20"/>
        </w:rPr>
        <w:t>1:10:42  self style sachai se nahi aisa hoga, kyunke jab woh sachai mil jaye aap ko jo Allah ke</w:t>
      </w:r>
      <w:r>
        <w:br/>
      </w:r>
      <w:r>
        <w:rPr>
          <w:sz w:val="20"/>
        </w:rPr>
        <w:t>1:10:48  nazdeek sachai hai, to aap ka aap ka talluq Allah se qaim ho gaya.</w:t>
      </w:r>
      <w:r>
        <w:br/>
      </w:r>
      <w:r>
        <w:rPr>
          <w:sz w:val="20"/>
        </w:rPr>
        <w:t>1:10:55  aap phir, yaani Allah se aap ka communication hoga.</w:t>
      </w:r>
      <w:r>
        <w:br/>
      </w:r>
      <w:r>
        <w:rPr>
          <w:sz w:val="20"/>
        </w:rPr>
        <w:t>1:11:01  Allah ki help aap tak pohnchegi, Allah ka inspiration milega aap ko.</w:t>
      </w:r>
      <w:r>
        <w:br/>
      </w:r>
      <w:r>
        <w:rPr>
          <w:sz w:val="20"/>
        </w:rPr>
        <w:t>1:11:08  to yeh saare faayde is sachai ke liye hain jo Allah ke nazdeek sachai ho.</w:t>
      </w:r>
      <w:r>
        <w:br/>
      </w:r>
      <w:r>
        <w:rPr>
          <w:sz w:val="20"/>
        </w:rPr>
        <w:t>1:11:14  kisi bhi self self style sachai ke liye yeh faayde nahi hain.</w:t>
      </w:r>
      <w:r>
        <w:br/>
      </w:r>
      <w:r>
        <w:rPr>
          <w:sz w:val="20"/>
        </w:rPr>
        <w:t>1:11:20  khud hi khud log daal lete hain ke yeh sachai hai, yeh sachai hai.</w:t>
      </w:r>
      <w:r>
        <w:br/>
      </w:r>
      <w:r>
        <w:rPr>
          <w:sz w:val="20"/>
        </w:rPr>
        <w:t>1:11:27  to is mein yeh faayde kahan se milenge? Allah ne jis cheez ko sachai bataya hai, Allah</w:t>
      </w:r>
      <w:r>
        <w:br/>
      </w:r>
      <w:r>
        <w:rPr>
          <w:sz w:val="20"/>
        </w:rPr>
        <w:t>1:11:33  ke nazdeek jo jo sachai hai, jab woh mil jaye aap ko to aap Allah se jud gaye.</w:t>
      </w:r>
      <w:r>
        <w:br/>
      </w:r>
      <w:r>
        <w:rPr>
          <w:sz w:val="20"/>
        </w:rPr>
        <w:t>1:11:39  jab Allah se jud gaye to phir tension, tension kahan? phir to tension khatam.</w:t>
      </w:r>
      <w:r>
        <w:br/>
      </w:r>
      <w:r>
        <w:rPr>
          <w:sz w:val="20"/>
        </w:rPr>
        <w:t>1:11:46  Maulana, Mr Sanjeeb ne Delhi se sawal kiya hai.</w:t>
      </w:r>
      <w:r>
        <w:br/>
      </w:r>
      <w:r>
        <w:rPr>
          <w:sz w:val="20"/>
        </w:rPr>
        <w:t>1:11:52  unhon ne unhon ne poocha hai: "What is the limit of applying mind in religion?</w:t>
      </w:r>
      <w:r>
        <w:br/>
      </w:r>
      <w:r>
        <w:rPr>
          <w:sz w:val="20"/>
        </w:rPr>
        <w:t>1:11:59  " Mr ne kaha: "matlab is ka?" Maulana ki: "limit ki?" limit kya sawal hai? bhai, humm hain</w:t>
      </w:r>
      <w:r>
        <w:br/>
      </w:r>
      <w:r>
        <w:rPr>
          <w:sz w:val="20"/>
        </w:rPr>
        <w:t>1:12:04  jin religion to zindagi hai.</w:t>
      </w:r>
      <w:r>
        <w:br/>
      </w:r>
      <w:r>
        <w:rPr>
          <w:sz w:val="20"/>
        </w:rPr>
        <w:t>1:12:10  aap shayad religion ka matlab samajhte hain rituals.</w:t>
      </w:r>
      <w:r>
        <w:br/>
      </w:r>
      <w:r>
        <w:rPr>
          <w:sz w:val="20"/>
        </w:rPr>
        <w:t>1:12:16  rituals hona religion nahi hai.</w:t>
      </w:r>
      <w:r>
        <w:br/>
      </w:r>
      <w:r>
        <w:rPr>
          <w:sz w:val="20"/>
        </w:rPr>
        <w:t>1:12:22  religion to, yaani yaani intellectual activities ka higher form hai.</w:t>
      </w:r>
      <w:r>
        <w:br/>
      </w:r>
      <w:r>
        <w:rPr>
          <w:sz w:val="20"/>
        </w:rPr>
        <w:t>1:12:28  intellectual activities ka higher form hai.</w:t>
      </w:r>
      <w:r>
        <w:br/>
      </w:r>
      <w:r>
        <w:rPr>
          <w:sz w:val="20"/>
        </w:rPr>
        <w:t>1:12:34  to sab se zyada aap ko, aap ka mind jo hai, jis cheez mein religion aap ke mind</w:t>
      </w:r>
      <w:r>
        <w:br/>
      </w:r>
      <w:r>
        <w:rPr>
          <w:sz w:val="20"/>
        </w:rPr>
        <w:t>1:12:40  ko sab se zyada develop karta hai, sab se zyada engage karta hai, sab se zyada taraqqi ki</w:t>
      </w:r>
      <w:r>
        <w:br/>
      </w:r>
      <w:r>
        <w:rPr>
          <w:sz w:val="20"/>
        </w:rPr>
        <w:t>1:12:45  taraf le aata hai, to is mein limit ka kya sawal hai? limit ka zehan is waqt aata</w:t>
      </w:r>
      <w:r>
        <w:br/>
      </w:r>
      <w:r>
        <w:rPr>
          <w:sz w:val="20"/>
        </w:rPr>
        <w:t>1:12:51  hai jab aap jab religion ka matlab samjhein aap rituals.</w:t>
      </w:r>
      <w:r>
        <w:br/>
      </w:r>
      <w:r>
        <w:rPr>
          <w:sz w:val="20"/>
        </w:rPr>
        <w:t>1:12:57  to ritual to mazhab hai hi nahi, woh to culture hai.</w:t>
      </w:r>
    </w:p>
    <w:p>
      <w:pPr>
        <w:pStyle w:val="Heading2"/>
      </w:pPr>
      <w:r>
        <w:t>First discovery of God experience</w:t>
      </w:r>
    </w:p>
    <w:p>
      <w:r>
        <w:rPr>
          <w:color w:val="666666"/>
          <w:sz w:val="18"/>
        </w:rPr>
        <w:t>Faith &amp; God · Discovering God June 30, 2019 Maulana Wahiduddin Khan · 8m 36s · at 1:03:00 · https://youtu.be/Yt1-eX7XzYU?t=3780</w:t>
      </w:r>
    </w:p>
    <w:p>
      <w:r>
        <w:rPr>
          <w:i/>
        </w:rPr>
        <w:t>“Maulana Sahib, if you share your first discovery of God incident with all of us. Look, I have written it, I have written it that I lived in a confused age.”</w:t>
      </w:r>
    </w:p>
    <w:p>
      <w:r>
        <w:rPr>
          <w:sz w:val="20"/>
        </w:rPr>
        <w:t>1:03:00  Jazak Allah." Mashallah, mashallah. Maulana, agla sawal Tamapur se bheja hai Naseer Sinh sahib ne.</w:t>
      </w:r>
      <w:r>
        <w:br/>
      </w:r>
      <w:r>
        <w:rPr>
          <w:sz w:val="20"/>
        </w:rPr>
        <w:t>1:03:09  Unhone aap se poocha hai ke Maulana sahib, aap ka first discovery of God ka waqia agar aap hum sab logon se share karein.</w:t>
      </w:r>
      <w:r>
        <w:br/>
      </w:r>
      <w:r>
        <w:rPr>
          <w:sz w:val="20"/>
        </w:rPr>
        <w:t>1:03:21  Dekhiye, main iski likh chuka hoon, iski likh chuka hoon ke main adham adham umar mein rehta tha.</w:t>
      </w:r>
      <w:r>
        <w:br/>
      </w:r>
      <w:r>
        <w:rPr>
          <w:sz w:val="20"/>
        </w:rPr>
        <w:t>1:03:32  Yeh waqia hai shayad 41-42 ka.</w:t>
      </w:r>
      <w:r>
        <w:br/>
      </w:r>
      <w:r>
        <w:rPr>
          <w:sz w:val="20"/>
        </w:rPr>
        <w:t>1:03:42  Ab bilkul be-taabi mein jeeta tha, rota tha, rota tha aur be-taabi mein jeeta tha.</w:t>
      </w:r>
      <w:r>
        <w:br/>
      </w:r>
      <w:r>
        <w:rPr>
          <w:sz w:val="20"/>
        </w:rPr>
        <w:t>1:03:54  To main isi be-taabi mein jahan Al Abu ki Jamia Masjid mein gaya, Al Anwar ki Jamia Masjid hai,</w:t>
      </w:r>
      <w:r>
        <w:br/>
      </w:r>
      <w:r>
        <w:rPr>
          <w:sz w:val="20"/>
        </w:rPr>
        <w:t>1:04:05  us waqt khaali thi, koi tha nahi wahan. To main iske angan mein pahuncha. Wahan par bada sa angan tha aur wahan par ek taraf papite ke ped the,</w:t>
      </w:r>
      <w:r>
        <w:br/>
      </w:r>
      <w:r>
        <w:rPr>
          <w:sz w:val="20"/>
        </w:rPr>
        <w:t>1:04:24  papite ke ped. To main papite ke ped ke neeche khada ho gaya. Main akela tha us waqt, wahan koi nahi tha. Khada ho gaya aur haalat yeh thi ke mere sar ke upar papite ke phool dikhai de rahe the.</w:t>
      </w:r>
      <w:r>
        <w:br/>
      </w:r>
      <w:r>
        <w:rPr>
          <w:sz w:val="20"/>
        </w:rPr>
        <w:t>1:04:44  Aap jante hain, agar dekha ho aap ne papita to mamooli hawa ke jhonke se bhi papite ke phool jhadte rehte hain, mamooli hawa ke jhonke se.</w:t>
      </w:r>
      <w:r>
        <w:br/>
      </w:r>
      <w:r>
        <w:rPr>
          <w:sz w:val="20"/>
        </w:rPr>
        <w:t>1:04:55  To main wahan is tarah khada tha ke meri aankhon se aansu musalsal gir rahe the, aansu aur papite ke ped se phool jhad rahe the.</w:t>
      </w:r>
      <w:r>
        <w:br/>
      </w:r>
      <w:r>
        <w:rPr>
          <w:sz w:val="20"/>
        </w:rPr>
        <w:t>1:05:13  Yeh musalsal yeh ho raha tha aur meri aankh se, meri zubaan se nikal raha tha baar baar ke Khawand tu kab aayega?</w:t>
      </w:r>
      <w:r>
        <w:br/>
      </w:r>
      <w:r>
        <w:rPr>
          <w:sz w:val="20"/>
        </w:rPr>
        <w:t>1:05:26  Main kab tak tere aane ka intezar karoon? Yeh pehli meri realization thi. Khawand tu kab aayega?</w:t>
      </w:r>
      <w:r>
        <w:br/>
      </w:r>
      <w:r>
        <w:rPr>
          <w:sz w:val="20"/>
        </w:rPr>
        <w:t>1:05:36  Main kab tak tere aane ka intezar karoon? Iske baad main nikal pada. Is zamane mein hamare qareeb ka station tha Sagon.</w:t>
      </w:r>
      <w:r>
        <w:br/>
      </w:r>
      <w:r>
        <w:rPr>
          <w:sz w:val="20"/>
        </w:rPr>
        <w:t>1:05:50  To Sagon se ek gaadi aati thi seedhi Lahore. Yeh Sagon mein badh jaiye aur Lahore utar jaiye. Is is zamane mein ghair raf'a ka ticket tha wahan.</w:t>
      </w:r>
      <w:r>
        <w:br/>
      </w:r>
      <w:r>
        <w:rPr>
          <w:sz w:val="20"/>
        </w:rPr>
        <w:t>1:06:04  Is zamane mein to main isi isi be-taabi mein is gaadi par baith gaya, ghair raf'a ka ticket le kar Sagon mein.</w:t>
      </w:r>
      <w:r>
        <w:br/>
      </w:r>
      <w:r>
        <w:rPr>
          <w:sz w:val="20"/>
        </w:rPr>
        <w:t>1:06:23  To gaadi chali to chalte chalte woh Lahore station pahunch gayi. Ab main neeche utra to koi aadmi nahi tha mujhe receive karne ke liye kyunke mujhe wahan koi aadmi tha hi nahi.</w:t>
      </w:r>
      <w:r>
        <w:br/>
      </w:r>
      <w:r>
        <w:rPr>
          <w:sz w:val="20"/>
        </w:rPr>
        <w:t>1:06:42  To main platform par dewana war yani chal raha tha idhar se udhar, idhar se udhar. Mere paas se ek setting engine guzra,</w:t>
      </w:r>
      <w:r>
        <w:br/>
      </w:r>
      <w:r>
        <w:rPr>
          <w:sz w:val="20"/>
        </w:rPr>
        <w:t>1:06:57  setting.</w:t>
      </w:r>
      <w:r>
        <w:br/>
      </w:r>
      <w:r>
        <w:rPr>
          <w:sz w:val="20"/>
        </w:rPr>
        <w:t>1:07:01  To main ne</w:t>
      </w:r>
      <w:r>
        <w:br/>
      </w:r>
      <w:r>
        <w:rPr>
          <w:sz w:val="20"/>
        </w:rPr>
        <w:t>1:07:05  poora irada kar liya ke main kood padoon aur jaan de doon. Lekin us waqt laga ke kisi ne mujh ko peeche se bahut taqat se pakad liya,</w:t>
      </w:r>
      <w:r>
        <w:br/>
      </w:r>
      <w:r>
        <w:rPr>
          <w:sz w:val="20"/>
        </w:rPr>
        <w:t>1:07:19  pakad kheench liya apni taraf. Yeh pehla tajurba tha jab maine jaana ke farishte aate hain Allah ki ki taraf se insaan ki madad ke liye.</w:t>
      </w:r>
      <w:r>
        <w:br/>
      </w:r>
      <w:r>
        <w:rPr>
          <w:sz w:val="20"/>
        </w:rPr>
        <w:t>1:07:29  to jab yeh mein khudkushi kar raha tha to foran ke foran Allah ne ek farishta bhej diya ke jao is is bande ko roko, is bande ko roko.</w:t>
      </w:r>
      <w:r>
        <w:br/>
      </w:r>
      <w:r>
        <w:rPr>
          <w:sz w:val="20"/>
        </w:rPr>
        <w:t>1:07:44  kyunke yeh jaan de dega to process of search of gaadi khatam ho jayega.</w:t>
      </w:r>
      <w:r>
        <w:br/>
      </w:r>
      <w:r>
        <w:rPr>
          <w:sz w:val="20"/>
        </w:rPr>
        <w:t>1:07:55  Khuda ki talash ka jo process jari hua hai, woh to khatam ho jayega.</w:t>
      </w:r>
      <w:r>
        <w:br/>
      </w:r>
      <w:r>
        <w:rPr>
          <w:sz w:val="20"/>
        </w:rPr>
        <w:t>1:08:04  to mujhe laga ke station par platform par koi aadmi aaya aur peeche se us ne bohat taqat se pakad liya mujh ko aur mujh ko</w:t>
      </w:r>
      <w:r>
        <w:br/>
      </w:r>
      <w:r>
        <w:rPr>
          <w:sz w:val="20"/>
        </w:rPr>
        <w:t>1:08:21  koodne nahi diya.</w:t>
      </w:r>
      <w:r>
        <w:br/>
      </w:r>
      <w:r>
        <w:rPr>
          <w:sz w:val="20"/>
        </w:rPr>
        <w:t>1:08:25  is ke baad mein ne likha ke aur waqia hua to mein</w:t>
      </w:r>
      <w:r>
        <w:br/>
      </w:r>
      <w:r>
        <w:rPr>
          <w:sz w:val="20"/>
        </w:rPr>
        <w:t>1:08:33  ek road par chal raha tha. Ek road par woh road ka naam tha pehle Makkrot Road, ab pata nahi kya naam hai.</w:t>
      </w:r>
      <w:r>
        <w:br/>
      </w:r>
      <w:r>
        <w:rPr>
          <w:sz w:val="20"/>
        </w:rPr>
        <w:t>1:08:46  woh woh road Dr. Iqbal ke ghar se guzarti thi. Woh</w:t>
      </w:r>
      <w:r>
        <w:br/>
      </w:r>
      <w:r>
        <w:rPr>
          <w:sz w:val="20"/>
        </w:rPr>
        <w:t>1:08:54  to wahan par dobara ek waqia guzra.</w:t>
      </w:r>
      <w:r>
        <w:br/>
      </w:r>
      <w:r>
        <w:rPr>
          <w:sz w:val="20"/>
        </w:rPr>
        <w:t>1:09:00  woh is waqie ko ek aadmi mujhe khara ho ke dekh raha tha peeche se. Un ka naam tha Qureshi Sahab.</w:t>
      </w:r>
      <w:r>
        <w:br/>
      </w:r>
      <w:r>
        <w:rPr>
          <w:sz w:val="20"/>
        </w:rPr>
        <w:t>1:09:12  to woh mere paas aaye</w:t>
      </w:r>
      <w:r>
        <w:br/>
      </w:r>
      <w:r>
        <w:rPr>
          <w:sz w:val="20"/>
        </w:rPr>
        <w:t>1:09:16  ke aap kaun hain? Phir mein ne bataya ke mein Al Anwar se aaya hoon aur mera yahan koi jaane wala nahi hai. To Allah taala ne un ke dil mein meri humdardi daal di.</w:t>
      </w:r>
      <w:r>
        <w:br/>
      </w:r>
      <w:r>
        <w:rPr>
          <w:sz w:val="20"/>
        </w:rPr>
        <w:t>1:09:33  woh kaam karte the ek tailoring shop mein jis ka naam tha B. L. Ram Sons.</w:t>
      </w:r>
      <w:r>
        <w:br/>
      </w:r>
      <w:r>
        <w:rPr>
          <w:sz w:val="20"/>
        </w:rPr>
        <w:t>1:09:45  to khud to woh mamooli tater, tater, tater the lekin B. L. Ram Sons bohat bara shop thi un ki Lahore mein Mall Road par.</w:t>
      </w:r>
      <w:r>
        <w:br/>
      </w:r>
      <w:r>
        <w:rPr>
          <w:sz w:val="20"/>
        </w:rPr>
        <w:t>1:09:59  wahan le gaye woh. Wahan par unhon ne milaya mujh se. To un logon ne yeh mujh ko dekh kar samjha ke yeh kisi achhe ghar ka ladka hai aur bhaag ke aaya hai.</w:t>
      </w:r>
      <w:r>
        <w:br/>
      </w:r>
      <w:r>
        <w:rPr>
          <w:sz w:val="20"/>
        </w:rPr>
        <w:t>1:10:13  yeh kaha tha unhon ne ke hum samajhte hain ke yeh kisi achhe ghar ka ladka hai, bhaag ke aaya hai. To un ko wapas bhejo, wapas bhejo.</w:t>
      </w:r>
      <w:r>
        <w:br/>
      </w:r>
      <w:r>
        <w:rPr>
          <w:sz w:val="20"/>
        </w:rPr>
        <w:t>1:10:23  kyunke chunancha apni jeb se is B. L. Ram Sons jo the, apni jeb se unhon ne diya 15 rupiya ke le jao un ko aur un ko bitha do wapas wapsi ke train par.</w:t>
      </w:r>
      <w:r>
        <w:br/>
      </w:r>
      <w:r>
        <w:rPr>
          <w:sz w:val="20"/>
        </w:rPr>
        <w:t>1:10:42  is tarah se mein dobara train par baitha aur wapas ho kar mein Al Anwar aa gaya. Yeh sab kahani hai.</w:t>
      </w:r>
      <w:r>
        <w:br/>
      </w:r>
      <w:r>
        <w:rPr>
          <w:sz w:val="20"/>
        </w:rPr>
        <w:t>1:10:53  yeh sab mein likh chuka hoon</w:t>
      </w:r>
      <w:r>
        <w:br/>
      </w:r>
      <w:r>
        <w:rPr>
          <w:sz w:val="20"/>
        </w:rPr>
        <w:t>1:10:57  ke kisi ko manna hai to maane, nahi manna hai to na maane. Aap ko haq hai ke na manne ka. Lekin yaad rakhiye, yeh haqiqaten aakhirat mein khul jayengi.</w:t>
      </w:r>
      <w:r>
        <w:br/>
      </w:r>
      <w:r>
        <w:rPr>
          <w:sz w:val="20"/>
        </w:rPr>
        <w:t>1:11:13  na manne wale logon ko dikhai padega ke yeh to haqaiq the, be fact tha ke kaise hum ne is ka inkar kiya.</w:t>
      </w:r>
      <w:r>
        <w:br/>
      </w:r>
      <w:r>
        <w:rPr>
          <w:sz w:val="20"/>
        </w:rPr>
        <w:t>1:11:25  be fact tha woh kaise hum ne inkar kiya. Yeh sab kahani mein ne likhi hai, aap parh sakte hain is ko.</w:t>
      </w:r>
    </w:p>
    <w:p>
      <w:pPr>
        <w:pStyle w:val="Heading2"/>
      </w:pPr>
      <w:r>
        <w:t>God's forgiveness for suicide due to depression</w:t>
      </w:r>
    </w:p>
    <w:p>
      <w:r>
        <w:rPr>
          <w:color w:val="666666"/>
          <w:sz w:val="18"/>
        </w:rPr>
        <w:t>Faith &amp; God · The Existence of God January 27, 2019 Maulana Wahiduddin Khan · 7m 16s · at 47:09 · https://youtu.be/fh9tr5ZrUno?t=2829</w:t>
      </w:r>
    </w:p>
    <w:p>
      <w:r>
        <w:rPr>
          <w:i/>
        </w:rPr>
        <w:t>“Maulana, I am depressed because I have no social status and money. Will God forgive me if I commit suicide?”</w:t>
      </w:r>
    </w:p>
    <w:p>
      <w:r>
        <w:rPr>
          <w:sz w:val="20"/>
        </w:rPr>
        <w:t>47:09  Maulana, agla sawal ah Srinagar se bheja hai Murad Rehman Sahab ne. Unhon ne likha hai: "Maulana, I am depressed because I have no social status and money.</w:t>
      </w:r>
      <w:r>
        <w:br/>
      </w:r>
      <w:r>
        <w:rPr>
          <w:sz w:val="20"/>
        </w:rPr>
        <w:t>47:24  Will God forgive me if I commit suicide?"</w:t>
      </w:r>
      <w:r>
        <w:br/>
      </w:r>
      <w:r>
        <w:rPr>
          <w:sz w:val="20"/>
        </w:rPr>
        <w:t>47:31  Dekhiye,</w:t>
      </w:r>
      <w:r>
        <w:br/>
      </w:r>
      <w:r>
        <w:rPr>
          <w:sz w:val="20"/>
        </w:rPr>
        <w:t>47:36  Suicide karne ki aap ko zaroorat nahi hai, balke apne is haal se incentive lijiye aap aur aur aur behtar aur</w:t>
      </w:r>
      <w:r>
        <w:br/>
      </w:r>
      <w:r>
        <w:rPr>
          <w:sz w:val="20"/>
        </w:rPr>
        <w:t>47:50  Yaani apne ab zindagi ka ko aap face kijiye zyada badhe hue incentive se.</w:t>
      </w:r>
      <w:r>
        <w:br/>
      </w:r>
      <w:r>
        <w:rPr>
          <w:sz w:val="20"/>
        </w:rPr>
        <w:t>48:02  Maine apni aankh se ek insaan ko dekha hai,</w:t>
      </w:r>
      <w:r>
        <w:br/>
      </w:r>
      <w:r>
        <w:rPr>
          <w:sz w:val="20"/>
        </w:rPr>
        <w:t>48:08  Ab khud apni aankh se dekha hai main</w:t>
      </w:r>
      <w:r>
        <w:br/>
      </w:r>
      <w:r>
        <w:rPr>
          <w:sz w:val="20"/>
        </w:rPr>
        <w:t>48:13  Ke woh frustration ka shikar ho gaye the. Woh kisi wajah se frustration ka shikar ho gaye the to woh kisi se baat nahi karte the is mauzu par.</w:t>
      </w:r>
      <w:r>
        <w:br/>
      </w:r>
      <w:r>
        <w:rPr>
          <w:sz w:val="20"/>
        </w:rPr>
        <w:t>48:27  Andar andar bilkul frustration, yahan tak ke ek din unhon ne zeher kha liya, khudkushi kar ke irade se.</w:t>
      </w:r>
      <w:r>
        <w:br/>
      </w:r>
      <w:r>
        <w:rPr>
          <w:sz w:val="20"/>
        </w:rPr>
        <w:t>48:41  Unhon ne khud apni aankhon se dekha hai un ki, un ka body pada hua hai aur</w:t>
      </w:r>
      <w:r>
        <w:br/>
      </w:r>
      <w:r>
        <w:rPr>
          <w:sz w:val="20"/>
        </w:rPr>
        <w:t>48:53  Bataur lagta hai ke ab woh maut ke kinare pahunch chuke hain. Lekin phir jaldi ek doctor available ho gaya, logon ne jaldi se us ko bulaya,</w:t>
      </w:r>
      <w:r>
        <w:br/>
      </w:r>
      <w:r>
        <w:rPr>
          <w:sz w:val="20"/>
        </w:rPr>
        <w:t>49:06  Us ne kuch treatment kiya, kuch ulti karwai, kya kiya kya kiya, par woh bach gaye.</w:t>
      </w:r>
      <w:r>
        <w:br/>
      </w:r>
      <w:r>
        <w:rPr>
          <w:sz w:val="20"/>
        </w:rPr>
        <w:t>49:17  Aur maine phir unhi unhi ko apni aankhon se dekha hai ke woh business kiya, unhon ne bohat acha business kiya, bohat kamyab, bohat paisa kamaya.</w:t>
      </w:r>
      <w:r>
        <w:br/>
      </w:r>
      <w:r>
        <w:rPr>
          <w:sz w:val="20"/>
        </w:rPr>
        <w:t>49:34  Us ke baad main ek kitaab padhi, ek kitaab padhi maine. Is kitaab mein likha tha ke jo log suicide karein aur bach jayein kisi wajah se,</w:t>
      </w:r>
      <w:r>
        <w:br/>
      </w:r>
      <w:r>
        <w:rPr>
          <w:sz w:val="20"/>
        </w:rPr>
        <w:t>49:49  Suicide karein aur bach jayein to hero ban jate hain woh, kyunke suicide karne se pehle to woh ek dam maishat mein jeete the.</w:t>
      </w:r>
      <w:r>
        <w:br/>
      </w:r>
      <w:r>
        <w:rPr>
          <w:sz w:val="20"/>
        </w:rPr>
        <w:t>50:05  Zindagi maishat ke maani kya hain? Zindagi ki, zindagi ki value na janna. Yeh jo insaan hai aap, aap ke andar is ki value ko na janna.</w:t>
      </w:r>
      <w:r>
        <w:br/>
      </w:r>
      <w:r>
        <w:rPr>
          <w:sz w:val="20"/>
        </w:rPr>
        <w:t>50:19  to is ne likha tha ke jo aadmi suicide kare aur bach jaye, wo apni zindagi ki value ko bohat baray paimane par jaan leta hai aur phir hero ban jata hai.</w:t>
      </w:r>
      <w:r>
        <w:br/>
      </w:r>
      <w:r>
        <w:rPr>
          <w:sz w:val="20"/>
        </w:rPr>
        <w:t>50:29  wo</w:t>
      </w:r>
      <w:r>
        <w:br/>
      </w:r>
      <w:r>
        <w:rPr>
          <w:sz w:val="20"/>
        </w:rPr>
        <w:t>50:32  to aap apne potential ko daryaft kijiye aur koi bhi kaam jo mile aap ko, chahe wo ghaas kaatne ka kaam ho, shuru kar dijiye.</w:t>
      </w:r>
      <w:r>
        <w:br/>
      </w:r>
      <w:r>
        <w:rPr>
          <w:sz w:val="20"/>
        </w:rPr>
        <w:t>50:45  inshallah aap bohat kam kamyab honge, bohat kamyab honge.</w:t>
      </w:r>
      <w:r>
        <w:br/>
      </w:r>
      <w:r>
        <w:rPr>
          <w:sz w:val="20"/>
        </w:rPr>
        <w:t>50:58  maulana, kuch comment parhna chahenge. ye comment bheja hai syeda fozana hussain nees bangalore se. unhon ne likha hai: "God has created us for a purpose and we should live up to His expectations and not question His existence.</w:t>
      </w:r>
      <w:r>
        <w:br/>
      </w:r>
      <w:r>
        <w:rPr>
          <w:sz w:val="20"/>
        </w:rPr>
        <w:t>51:16  Most important is He is watching our actions and that is enough to feel His presence. He is guiding us, correcting, acknowledging us, letting us live in every type of circumstances which is itself a reward.</w:t>
      </w:r>
      <w:r>
        <w:br/>
      </w:r>
      <w:r>
        <w:rPr>
          <w:sz w:val="20"/>
        </w:rPr>
        <w:t>51:34  This is my understanding of today's talk." Miss mashallah, miss shabina ali ne kolkata se likha hai:</w:t>
      </w:r>
      <w:r>
        <w:br/>
      </w:r>
      <w:r>
        <w:rPr>
          <w:sz w:val="20"/>
        </w:rPr>
        <w:t>51:46  "Discover God in His creation is my takeaway of today's lecture</w:t>
      </w:r>
      <w:r>
        <w:br/>
      </w:r>
      <w:r>
        <w:rPr>
          <w:sz w:val="20"/>
        </w:rPr>
        <w:t>51:51  . One needs to be a seeker of truth and observer of nature and an inquiring mind to get to the bottom of realization of the Creator and the existence of God." Mr shad hussain ne likha hai kashmir se: "A great seeker revealed many secrets which were in the form of symbols in the Quran and tradition</w:t>
      </w:r>
      <w:r>
        <w:br/>
      </w:r>
      <w:r>
        <w:rPr>
          <w:sz w:val="20"/>
        </w:rPr>
        <w:t>52:16  . Really thrilling." Maulana, ab sawal lena chahenge. ye sawal hai aamir mori sahib ka kashmir se.</w:t>
      </w:r>
      <w:r>
        <w:br/>
      </w:r>
      <w:r>
        <w:rPr>
          <w:sz w:val="20"/>
        </w:rPr>
        <w:t>52:27  unhon ne likha hai: "Maulana sahib, we have heard many Muslim preachers saying that sometimes we need to kill aql in religion because religion is a matter of faith.</w:t>
      </w:r>
      <w:r>
        <w:br/>
      </w:r>
      <w:r>
        <w:rPr>
          <w:sz w:val="20"/>
        </w:rPr>
        <w:t>52:43  But science has helped us to understand the uncertain things with certainty. But still, there are few aspects in religion like meraj incident where we are not able to apply our aql.</w:t>
      </w:r>
      <w:r>
        <w:br/>
      </w:r>
      <w:r>
        <w:rPr>
          <w:sz w:val="20"/>
        </w:rPr>
        <w:t>53:00  Kindly guide how to understand such aspects and address this kind of thinking." Dekhiye, ye wo log hote hain jo jo jo farma rahe hain aap un ko ke parhte parhte kuch nahi,</w:t>
      </w:r>
      <w:r>
        <w:br/>
      </w:r>
      <w:r>
        <w:rPr>
          <w:sz w:val="20"/>
        </w:rPr>
        <w:t>53:15  bilkul yani kuch parhte nahi, bas khali hawa hawa mein apni aql dorate hain.</w:t>
      </w:r>
      <w:r>
        <w:br/>
      </w:r>
      <w:r>
        <w:rPr>
          <w:sz w:val="20"/>
        </w:rPr>
        <w:t>53:25  main aise logon ko kuch nahi keh sakta siwaye is ke ke wo</w:t>
      </w:r>
    </w:p>
    <w:p>
      <w:pPr>
        <w:pStyle w:val="Heading2"/>
      </w:pPr>
      <w:r>
        <w:t>Group claims to be promised messiah</w:t>
      </w:r>
    </w:p>
    <w:p>
      <w:r>
        <w:rPr>
          <w:color w:val="666666"/>
          <w:sz w:val="18"/>
        </w:rPr>
        <w:t>Faith &amp; God · Discovery of Modern Age I 10th Feb. 13 · 5m 20s · at 1:16:49 · https://youtu.be/Yp5T0KacY84?t=4609</w:t>
      </w:r>
    </w:p>
    <w:p>
      <w:r>
        <w:rPr>
          <w:i/>
        </w:rPr>
        <w:t>“In the Delhi Book Fair, a group has set up a stall. They consider their group to be the promised messiah.”</w:t>
      </w:r>
    </w:p>
    <w:p>
      <w:r>
        <w:rPr>
          <w:sz w:val="20"/>
        </w:rPr>
        <w:t>1:16:49  maulana, agla sawal bihar patna se hai daniyal sahab ka.</w:t>
      </w:r>
      <w:r>
        <w:br/>
      </w:r>
      <w:r>
        <w:rPr>
          <w:sz w:val="20"/>
        </w:rPr>
        <w:t>1:16:53  unhon ne likha hai: "dilli book fair mein ek group ka stall laga hua hai.</w:t>
      </w:r>
      <w:r>
        <w:br/>
      </w:r>
      <w:r>
        <w:rPr>
          <w:sz w:val="20"/>
        </w:rPr>
        <w:t>1:16:59  yeh log apne guru ko promised masihah samajhte hain.</w:t>
      </w:r>
      <w:r>
        <w:br/>
      </w:r>
      <w:r>
        <w:rPr>
          <w:sz w:val="20"/>
        </w:rPr>
        <w:t>1:17:03  hum ne dekha ke in logon ke andar missionary spirit aur discipline paya jata hai.</w:t>
      </w:r>
      <w:r>
        <w:br/>
      </w:r>
      <w:r>
        <w:rPr>
          <w:sz w:val="20"/>
        </w:rPr>
        <w:t>1:17:10  misal ke taur par, in ke stall mein bohat ziyada trend volunteer hain.</w:t>
      </w:r>
      <w:r>
        <w:br/>
      </w:r>
      <w:r>
        <w:rPr>
          <w:sz w:val="20"/>
        </w:rPr>
        <w:t>1:17:15  isi tarah, in ke stall mein ek special cabin hai, is mein in ke experts baithe hue hain.</w:t>
      </w:r>
      <w:r>
        <w:br/>
      </w:r>
      <w:r>
        <w:rPr>
          <w:sz w:val="20"/>
        </w:rPr>
        <w:t>1:17:23  stall par aane wala jo visitor in ke mission ko samajhna chahta hai, woh is ko cabin mein</w:t>
      </w:r>
      <w:r>
        <w:br/>
      </w:r>
      <w:r>
        <w:rPr>
          <w:sz w:val="20"/>
        </w:rPr>
        <w:t>1:17:31  le ja kar convince karte hain.</w:t>
      </w:r>
      <w:r>
        <w:br/>
      </w:r>
      <w:r>
        <w:rPr>
          <w:sz w:val="20"/>
        </w:rPr>
        <w:t>1:17:33  maulana sahib, mere do sawal hain is missionary spirit ke peechay.</w:t>
      </w:r>
      <w:r>
        <w:br/>
      </w:r>
      <w:r>
        <w:rPr>
          <w:sz w:val="20"/>
        </w:rPr>
        <w:t>1:17:38  pehla, motivational power kya hai? aur doosra, kya hum ko bhi isi missionary spirit aur isi discipline ke</w:t>
      </w:r>
      <w:r>
        <w:br/>
      </w:r>
      <w:r>
        <w:rPr>
          <w:sz w:val="20"/>
        </w:rPr>
        <w:t>1:17:45  saath kaam karne ki zaroorat hai?" aap ko namona wahan se le ke aana hoga.</w:t>
      </w:r>
      <w:r>
        <w:br/>
      </w:r>
      <w:r>
        <w:rPr>
          <w:sz w:val="20"/>
        </w:rPr>
        <w:t>1:17:52  aap rasool sahib se namona lijiye.</w:t>
      </w:r>
      <w:r>
        <w:br/>
      </w:r>
      <w:r>
        <w:rPr>
          <w:sz w:val="20"/>
        </w:rPr>
        <w:t>1:17:54  kaam to karna hi karna hai, lekin namona lena hai aap ko rasool sahib se.</w:t>
      </w:r>
      <w:r>
        <w:br/>
      </w:r>
      <w:r>
        <w:rPr>
          <w:sz w:val="20"/>
        </w:rPr>
        <w:t>1:18:01  baqi activity aadmi, yani false connection se bhi log active ho jate hain.</w:t>
      </w:r>
      <w:r>
        <w:br/>
      </w:r>
      <w:r>
        <w:rPr>
          <w:sz w:val="20"/>
        </w:rPr>
        <w:t>1:18:06  jaise ke main abhi misalein dein aap ko.</w:t>
      </w:r>
      <w:r>
        <w:br/>
      </w:r>
      <w:r>
        <w:rPr>
          <w:sz w:val="20"/>
        </w:rPr>
        <w:t>1:18:10  kisi ka active hona yeh koi is ka saboot nahi hai ke woh sachai ko paya hai.</w:t>
      </w:r>
      <w:r>
        <w:br/>
      </w:r>
      <w:r>
        <w:rPr>
          <w:sz w:val="20"/>
        </w:rPr>
        <w:t>1:18:17  us ne false food ke liye bhi log bohat zabardast active ho jate hain.</w:t>
      </w:r>
      <w:r>
        <w:br/>
      </w:r>
      <w:r>
        <w:rPr>
          <w:sz w:val="20"/>
        </w:rPr>
        <w:t>1:18:23  baqi jahan tak namune ki baat hai to aap rasool Allah ke university parhiye, sahaba ke university parhiye,</w:t>
      </w:r>
      <w:r>
        <w:br/>
      </w:r>
      <w:r>
        <w:rPr>
          <w:sz w:val="20"/>
        </w:rPr>
        <w:t>1:18:31  wahan aap ko daai ka mukammal namona milega.</w:t>
      </w:r>
      <w:r>
        <w:br/>
      </w:r>
      <w:r>
        <w:rPr>
          <w:sz w:val="20"/>
        </w:rPr>
        <w:t>1:18:35  kis tarah daawti kaam kiya jata hai? maulana, ek sawal abhi aaya hai farhan khan sahib ka.</w:t>
      </w:r>
      <w:r>
        <w:br/>
      </w:r>
      <w:r>
        <w:rPr>
          <w:sz w:val="20"/>
        </w:rPr>
        <w:t>1:18:42  unhon ne location nahi batayi hai.</w:t>
      </w:r>
      <w:r>
        <w:br/>
      </w:r>
      <w:r>
        <w:rPr>
          <w:sz w:val="20"/>
        </w:rPr>
        <w:t>1:18:45  unhon ne likha hai: "in quran surah an-noor verse number 55, it is mentioned: god has promised those</w:t>
      </w:r>
      <w:r>
        <w:br/>
      </w:r>
      <w:r>
        <w:rPr>
          <w:sz w:val="20"/>
        </w:rPr>
        <w:t>1:18:52  of you who have attended to faith and to do righteous deeds.</w:t>
      </w:r>
      <w:r>
        <w:br/>
      </w:r>
      <w:r>
        <w:rPr>
          <w:sz w:val="20"/>
        </w:rPr>
        <w:t>1:18:57  that of certainty he will cause them to succeed to power on earth, even as he caused some</w:t>
      </w:r>
      <w:r>
        <w:br/>
      </w:r>
      <w:r>
        <w:rPr>
          <w:sz w:val="20"/>
        </w:rPr>
        <w:t>1:19:05  of those who lived before them to succeed to it.</w:t>
      </w:r>
      <w:r>
        <w:br/>
      </w:r>
      <w:r>
        <w:rPr>
          <w:sz w:val="20"/>
        </w:rPr>
        <w:t>1:19:09  in light of this ayat, how can we reconcile to what Maulana has said today?" koi wada dawat</w:t>
      </w:r>
      <w:r>
        <w:br/>
      </w:r>
      <w:r>
        <w:rPr>
          <w:sz w:val="20"/>
        </w:rPr>
        <w:t>1:19:17  dene se hmm hain ji to reconcile karna hai.</w:t>
      </w:r>
      <w:r>
        <w:br/>
      </w:r>
      <w:r>
        <w:rPr>
          <w:sz w:val="20"/>
        </w:rPr>
        <w:t>1:19:21  is mein wada hai.</w:t>
      </w:r>
      <w:r>
        <w:br/>
      </w:r>
      <w:r>
        <w:rPr>
          <w:sz w:val="20"/>
        </w:rPr>
        <w:t>1:19:23  yeh to nahi ke aap gol banayein is ko.</w:t>
      </w:r>
      <w:r>
        <w:br/>
      </w:r>
      <w:r>
        <w:rPr>
          <w:sz w:val="20"/>
        </w:rPr>
        <w:t>1:19:27  woh amr mauood hai, amr maqsood nahi hai.</w:t>
      </w:r>
      <w:r>
        <w:br/>
      </w:r>
      <w:r>
        <w:rPr>
          <w:sz w:val="20"/>
        </w:rPr>
        <w:t>1:19:30  aap ne gol bana rakha hai ke bar bar kaha hum hukoomat qaim karna hai.</w:t>
      </w:r>
      <w:r>
        <w:br/>
      </w:r>
      <w:r>
        <w:rPr>
          <w:sz w:val="20"/>
        </w:rPr>
        <w:t>1:19:36  yeh kahan likha hua hai is ayat mein? is mein yeh hai ke aap is waqt yeh kaha</w:t>
      </w:r>
      <w:r>
        <w:br/>
      </w:r>
      <w:r>
        <w:rPr>
          <w:sz w:val="20"/>
        </w:rPr>
        <w:t>1:19:44  hoga: "Allah ke baad karen." Allah ke baad karen ge to is ka imkan hai ke Allah taala</w:t>
      </w:r>
      <w:r>
        <w:br/>
      </w:r>
      <w:r>
        <w:rPr>
          <w:sz w:val="20"/>
        </w:rPr>
        <w:t>1:19:52  aap ko yani tamkeen de de.</w:t>
      </w:r>
      <w:r>
        <w:br/>
      </w:r>
      <w:r>
        <w:rPr>
          <w:sz w:val="20"/>
        </w:rPr>
        <w:t>1:19:54  woh bhi zaroori nahi hai kyunke tamkeen mili bhi aur nahi mili.</w:t>
      </w:r>
      <w:r>
        <w:br/>
      </w:r>
      <w:r>
        <w:rPr>
          <w:sz w:val="20"/>
        </w:rPr>
        <w:t>1:20:00  bohat se baghworon ko tamkeen nahi mili.</w:t>
      </w:r>
      <w:r>
        <w:br/>
      </w:r>
      <w:r>
        <w:rPr>
          <w:sz w:val="20"/>
        </w:rPr>
        <w:t>1:20:03  yani woh Allah ka faisla hota hai.</w:t>
      </w:r>
      <w:r>
        <w:br/>
      </w:r>
      <w:r>
        <w:rPr>
          <w:sz w:val="20"/>
        </w:rPr>
        <w:t>1:20:06  Allah chahega to de ga, nahi to nahi de ga.</w:t>
      </w:r>
      <w:r>
        <w:br/>
      </w:r>
      <w:r>
        <w:rPr>
          <w:sz w:val="20"/>
        </w:rPr>
        <w:t>1:20:10  aap ko jo kaam karna hai to woh to yahi hai ke imaan, ibadat, dawat, is par apni</w:t>
      </w:r>
      <w:r>
        <w:br/>
      </w:r>
      <w:r>
        <w:rPr>
          <w:sz w:val="20"/>
        </w:rPr>
        <w:t>1:20:18  koshishon ko sirf karen.</w:t>
      </w:r>
      <w:r>
        <w:br/>
      </w:r>
      <w:r>
        <w:rPr>
          <w:sz w:val="20"/>
        </w:rPr>
        <w:t>1:20:20  is mein yeh kahan likha hua hai ke hukoomat gol bana kar ke larai chhoro? yeh kahan likha</w:t>
      </w:r>
      <w:r>
        <w:br/>
      </w:r>
      <w:r>
        <w:rPr>
          <w:sz w:val="20"/>
        </w:rPr>
        <w:t>1:20:27  hua hai? yeh to bohat bari is masjidon masjidon ki sarkashi hai in logon ki jo is ayat</w:t>
      </w:r>
      <w:r>
        <w:br/>
      </w:r>
      <w:r>
        <w:rPr>
          <w:sz w:val="20"/>
        </w:rPr>
        <w:t>1:20:35  se yeh nikalte hain ke hukoomat hamara gol hai.</w:t>
      </w:r>
      <w:r>
        <w:br/>
      </w:r>
      <w:r>
        <w:rPr>
          <w:sz w:val="20"/>
        </w:rPr>
        <w:t>1:20:39  to sarkashi hai.</w:t>
      </w:r>
      <w:r>
        <w:br/>
      </w:r>
      <w:r>
        <w:rPr>
          <w:sz w:val="20"/>
        </w:rPr>
        <w:t>1:20:41  to logon ki floging ho gayi aur farq mein logon ki.</w:t>
      </w:r>
      <w:r>
        <w:br/>
      </w:r>
      <w:r>
        <w:rPr>
          <w:sz w:val="20"/>
        </w:rPr>
        <w:t>1:20:45  yeh kahan likha hua tha? jo cheez amr mauood hai, us ko bator khud aap ne banaya liya.</w:t>
      </w:r>
      <w:r>
        <w:br/>
      </w:r>
      <w:r>
        <w:rPr>
          <w:sz w:val="20"/>
        </w:rPr>
        <w:t>1:20:53  aap ne maqsood kesi ajeeb baat hai? kesi ajeeb baat hai? yeh ayat jo hai, is mein tamkeen</w:t>
      </w:r>
      <w:r>
        <w:br/>
      </w:r>
      <w:r>
        <w:rPr>
          <w:sz w:val="20"/>
        </w:rPr>
        <w:t>1:21:01  ka lafz hai.</w:t>
      </w:r>
      <w:r>
        <w:br/>
      </w:r>
      <w:r>
        <w:rPr>
          <w:sz w:val="20"/>
        </w:rPr>
        <w:t>1:21:02  tamkeen ko amr mauood bataya gaya hai.</w:t>
      </w:r>
      <w:r>
        <w:br/>
      </w:r>
      <w:r>
        <w:rPr>
          <w:sz w:val="20"/>
        </w:rPr>
        <w:t>1:21:05  yeh Allah ki taraf se aata hai.</w:t>
      </w:r>
      <w:r>
        <w:br/>
      </w:r>
      <w:r>
        <w:rPr>
          <w:sz w:val="20"/>
        </w:rPr>
        <w:t>1:21:08  hamara gol nahi hai.</w:t>
      </w:r>
      <w:r>
        <w:br/>
      </w:r>
      <w:r>
        <w:rPr>
          <w:sz w:val="20"/>
        </w:rPr>
        <w:t>1:21:10  woh gol jab hoga? jab ke aap aise alfaaz dikhane Quran mein ke "aqim dawlat al islam".</w:t>
      </w:r>
      <w:r>
        <w:br/>
      </w:r>
      <w:r>
        <w:rPr>
          <w:sz w:val="20"/>
        </w:rPr>
        <w:t>1:21:17  ae Usman, tumhara farz hai ke hukoomat ilahiya qaim karo.</w:t>
      </w:r>
      <w:r>
        <w:br/>
      </w:r>
      <w:r>
        <w:rPr>
          <w:sz w:val="20"/>
        </w:rPr>
        <w:t>1:21:21  yeh kahan hai? yeh to kahin bhi nahi hai.</w:t>
      </w:r>
      <w:r>
        <w:br/>
      </w:r>
      <w:r>
        <w:rPr>
          <w:sz w:val="20"/>
        </w:rPr>
        <w:t>1:21:25  yeh to sarkashi hai.</w:t>
      </w:r>
      <w:r>
        <w:br/>
      </w:r>
      <w:r>
        <w:rPr>
          <w:sz w:val="20"/>
        </w:rPr>
        <w:t>1:21:27  mujhe is pe zara bhi shakk nahi hai ke aise logon ki akhirat mein flogging hogi ke tum</w:t>
      </w:r>
      <w:r>
        <w:br/>
      </w:r>
      <w:r>
        <w:rPr>
          <w:sz w:val="20"/>
        </w:rPr>
        <w:t>1:21:34  ne kahan se nikaal liya woh lafz jo quran mein utha liya? yeh aap ke baray mein haq</w:t>
      </w:r>
      <w:r>
        <w:br/>
      </w:r>
      <w:r>
        <w:rPr>
          <w:sz w:val="20"/>
        </w:rPr>
        <w:t>1:21:42  hai ke yeh amar maw'ood hai.</w:t>
      </w:r>
      <w:r>
        <w:br/>
      </w:r>
      <w:r>
        <w:rPr>
          <w:sz w:val="20"/>
        </w:rPr>
        <w:t>1:21:45  allah ta'ala chahega to tumkeen bhi de dega, chahega to nahi bhi dega.</w:t>
      </w:r>
      <w:r>
        <w:br/>
      </w:r>
      <w:r>
        <w:rPr>
          <w:sz w:val="20"/>
        </w:rPr>
        <w:t>1:21:52  jaise ke bohat se logon ko nahi mili, bohat se anbiya ko, bohat se anbiya ko nahi mili.</w:t>
      </w:r>
      <w:r>
        <w:br/>
      </w:r>
      <w:r>
        <w:rPr>
          <w:sz w:val="20"/>
        </w:rPr>
        <w:t>1:22:00  baqi is ko gol banana aur larai chhodna aur logon ko maar kaat karna, yeh to bilkul sarkashi</w:t>
      </w:r>
      <w:r>
        <w:br/>
      </w:r>
      <w:r>
        <w:rPr>
          <w:sz w:val="20"/>
        </w:rPr>
        <w:t>1:22:07  ki baat hai.</w:t>
      </w:r>
    </w:p>
    <w:p>
      <w:pPr>
        <w:pStyle w:val="Heading2"/>
      </w:pPr>
      <w:r>
        <w:t>Human Role in Destiny and Preserved Tablet</w:t>
      </w:r>
    </w:p>
    <w:p>
      <w:r>
        <w:rPr>
          <w:color w:val="666666"/>
          <w:sz w:val="18"/>
        </w:rPr>
        <w:t>Faith &amp; God · The Importance of Ijtihad August 1, 2010 · 17m 50s · at 1:09:09 · https://youtu.be/3q98aQ-j2ks?t=4149</w:t>
      </w:r>
    </w:p>
    <w:p>
      <w:r>
        <w:rPr>
          <w:i/>
        </w:rPr>
        <w:t>“Does a human being have any role in shaping his destiny? Is everything predetermined? Secondly, what is the Preserved Tablet?”</w:t>
      </w:r>
    </w:p>
    <w:p>
      <w:r>
        <w:rPr>
          <w:sz w:val="20"/>
        </w:rPr>
        <w:t>1:09:09  maulana, agla sawal kya hai? mr mahfooz nazki ne new delhi se, unhon ne likha hai ke Does a human being have any role in shaping his destiny?</w:t>
      </w:r>
      <w:r>
        <w:br/>
      </w:r>
      <w:r>
        <w:rPr>
          <w:sz w:val="20"/>
        </w:rPr>
        <w:t>1:09:21  Is everything predetermined? secondly, what is lauh mehfooz? lauh mehfooz ka masla alag hai, is ko chhod dijiye aap.</w:t>
      </w:r>
      <w:r>
        <w:br/>
      </w:r>
      <w:r>
        <w:rPr>
          <w:sz w:val="20"/>
        </w:rPr>
        <w:t>1:09:32  lekin is ko mein arz karna chahta hoon ke Everything is predetermined</w:t>
      </w:r>
      <w:r>
        <w:br/>
      </w:r>
      <w:r>
        <w:rPr>
          <w:sz w:val="20"/>
        </w:rPr>
        <w:t>1:09:36  yeh baat jo hai 50 percent sahi hai, 50 percent sahi nahi hai. yeh</w:t>
      </w:r>
      <w:r>
        <w:br/>
      </w:r>
      <w:r>
        <w:rPr>
          <w:sz w:val="20"/>
        </w:rPr>
        <w:t>1:09:43  is baat ko is se pehle mein ne yeh baat batai hai ke is ko detail mein likha bhi hai apne magazine mein hum ne ke insan ko is dunya mein total freedom diya gaya hai, total freedom ke mein chahun bolun, chahe chup rahun,</w:t>
      </w:r>
      <w:r>
        <w:br/>
      </w:r>
      <w:r>
        <w:rPr>
          <w:sz w:val="20"/>
        </w:rPr>
        <w:t>1:10:01  chahe chal kar ke apne ghar se aaon ya na aaon, aap ko chahe mein gali doon, chahe aap ko naan baat bolun, bilkul freedom hai, is mein koi rok nahi hai.</w:t>
      </w:r>
      <w:r>
        <w:br/>
      </w:r>
      <w:r>
        <w:rPr>
          <w:sz w:val="20"/>
        </w:rPr>
        <w:t>1:10:13  koi</w:t>
      </w:r>
      <w:r>
        <w:br/>
      </w:r>
      <w:r>
        <w:rPr>
          <w:sz w:val="20"/>
        </w:rPr>
        <w:t>1:10:16  to aik aspect yeh hai ke bilkul freedom mila hua hai aap ko. doosra aspect kya hai? jab freedom ko exercise karna chahte hain to aap ko aik infrastructure chahiye, matlab dekhne ke liye roshni chahiye.</w:t>
      </w:r>
      <w:r>
        <w:br/>
      </w:r>
      <w:r>
        <w:rPr>
          <w:sz w:val="20"/>
        </w:rPr>
        <w:t>1:10:31  roshni Allah ki taraf ki taraf se ati hai, suraj Allah nikalta hai. bolne ke liye hawa chahiye, wo hawa Allah taala chalata hai.</w:t>
      </w:r>
      <w:r>
        <w:br/>
      </w:r>
      <w:r>
        <w:rPr>
          <w:sz w:val="20"/>
        </w:rPr>
        <w:t>1:10:41  chalne ke liye aik zameen chahiye, zameen Allah taala ne paida ki hai.</w:t>
      </w:r>
      <w:r>
        <w:br/>
      </w:r>
      <w:r>
        <w:rPr>
          <w:sz w:val="20"/>
        </w:rPr>
        <w:t>1:10:48  to is ko wo kehte hain infrastructure. to aik hai meri azadi, aik hai azadi ko exercise karne ke liye infrastructure.</w:t>
      </w:r>
      <w:r>
        <w:br/>
      </w:r>
      <w:r>
        <w:rPr>
          <w:sz w:val="20"/>
        </w:rPr>
        <w:t>1:10:57  infrastructure poora ka poora Khuda ki taraf se hota hai, is mein hamara koi dakhal nahi hai. lekin azadi ka jahan ta'alluq hai, wahan ikhtiyar hai, aur jahan tak infrastructure ka ta'alluq hai, wahan jabr hai.</w:t>
      </w:r>
      <w:r>
        <w:br/>
      </w:r>
      <w:r>
        <w:rPr>
          <w:sz w:val="20"/>
        </w:rPr>
        <w:t>1:11:10  isi liye hamare ulma mein teen nazariye mane gaye hain: jabriyah, qadriya, aur wastiyah.</w:t>
      </w:r>
      <w:r>
        <w:br/>
      </w:r>
      <w:r>
        <w:rPr>
          <w:sz w:val="20"/>
        </w:rPr>
        <w:t>1:11:19  teen hain mutakallimin ke haan nazariye. jabriyah wo log hain jo mante hain ke yeh bilkul determinism hai, yahan koi hamara ikhtiyar kuch nahi hai.</w:t>
      </w:r>
      <w:r>
        <w:br/>
      </w:r>
      <w:r>
        <w:rPr>
          <w:sz w:val="20"/>
        </w:rPr>
        <w:t>1:11:30  aur doosra jo hai qadriya, wo yeh mante hain ke hum ko poora ikhtiyar hi ikhtiyar hai, sab kuch. to aik aik dam ikhtiyar hi ikhtiyar manta hai, aik dam jabri jabr manta hai.</w:t>
      </w:r>
      <w:r>
        <w:br/>
      </w:r>
      <w:r>
        <w:rPr>
          <w:sz w:val="20"/>
        </w:rPr>
        <w:t>1:11:42  aik hai wastiyah, beech ka, yani in between ya 50-5</w:t>
      </w:r>
      <w:r>
        <w:br/>
      </w:r>
      <w:r>
        <w:rPr>
          <w:sz w:val="20"/>
        </w:rPr>
        <w:t>1:11:48  0. isi ko mein sahi manta hoon, agarche wastiyah ko wo log clear nahi kar sake the, kyun ke science age hi mein hum in baaton ko jaan paye jis se is ki tashreeh kar saken.</w:t>
      </w:r>
      <w:r>
        <w:br/>
      </w:r>
      <w:r>
        <w:rPr>
          <w:sz w:val="20"/>
        </w:rPr>
        <w:t>1:12:00  yani wastiyah ke nazariye ko pehle samajhna bohat mushkil tha, ab asan ho gaya hai.</w:t>
      </w:r>
      <w:r>
        <w:br/>
      </w:r>
      <w:r>
        <w:rPr>
          <w:sz w:val="20"/>
        </w:rPr>
        <w:t>1:12:10  yeh lafz bhi pehle nahi tha, infrastructure ka lafz hi pehle maujood nahi tha. to aik hai freedom, aik hai infrastructure.</w:t>
      </w:r>
      <w:r>
        <w:br/>
      </w:r>
      <w:r>
        <w:rPr>
          <w:sz w:val="20"/>
        </w:rPr>
        <w:t>1:12:19  to freedom ke aitbar se mein poori tarah azad hoon, insan azad hai, lekin apni azadi ko hum kaise exercise kaise karen ge? is ke liye hamein aik infrastructure chahiye, wo Khuda ki taraf se hota hai.</w:t>
      </w:r>
      <w:r>
        <w:br/>
      </w:r>
      <w:r>
        <w:rPr>
          <w:sz w:val="20"/>
        </w:rPr>
        <w:t>1:12:34  aik aur cheez yahan par jo maujooda zamane mein qabil e fahm ho gayi hai, understandable ho gayi hai, wo kya hai? ke pehle log sochte the ke Allah taala ke ilm mein to sari baaten hain, is ke ikhtiyar mein sab kuch hai.</w:t>
      </w:r>
      <w:r>
        <w:br/>
      </w:r>
      <w:r>
        <w:rPr>
          <w:sz w:val="20"/>
        </w:rPr>
        <w:t>1:12:49  is ke ikhtiyar ki dunya mein koi aur shakhs kaise bakhtiyar ho sakta hai? Yani Allah ke total ikhtiyar ke darmiyan ek aur shakhs bakhtiyar kaise ho sakta hai?</w:t>
      </w:r>
      <w:r>
        <w:br/>
      </w:r>
      <w:r>
        <w:rPr>
          <w:sz w:val="20"/>
        </w:rPr>
        <w:t>1:12:59  yeh soch tha logon ka. Maujooda zamane mein jo yeh daryaft hui hai, yeh dark matter ki, woh is ka jawab hai.</w:t>
      </w:r>
      <w:r>
        <w:br/>
      </w:r>
      <w:r>
        <w:rPr>
          <w:sz w:val="20"/>
        </w:rPr>
        <w:t>1:13:10  dark matter jo hai, woh dark nahi hota, bohat bright hota hai, bohat bright hota hai.</w:t>
      </w:r>
      <w:r>
        <w:br/>
      </w:r>
      <w:r>
        <w:rPr>
          <w:sz w:val="20"/>
        </w:rPr>
        <w:t>1:13:16  to woh bohat baray baray star hain, woh woh itna zyada in mein power hoti hai, yani un ki jo kashish ki taqat itni zyada hoti hai ke apni roshni ko bhi nahi khench lete hain, woh nahi jane dete, bahar nikalne nahi detey.</w:t>
      </w:r>
      <w:r>
        <w:br/>
      </w:r>
      <w:r>
        <w:rPr>
          <w:sz w:val="20"/>
        </w:rPr>
        <w:t>1:13:33  yeh suraj ki roshni hai, woh suraj se nikal kar hum tak pohnch jati hai,</w:t>
      </w:r>
      <w:r>
        <w:br/>
      </w:r>
      <w:r>
        <w:rPr>
          <w:sz w:val="20"/>
        </w:rPr>
        <w:t>1:13:41  suraj se nikal kar hum tak pohnch jati hai.</w:t>
      </w:r>
      <w:r>
        <w:br/>
      </w:r>
      <w:r>
        <w:rPr>
          <w:sz w:val="20"/>
        </w:rPr>
        <w:t>1:13:44  in sitaron ki roshni nikal kar hum tak nahi pohnchti, kyunke apni roshni ko khench liye hain, woh khench rakha hai unhon ne. To yeh ek qism ka ek ek badi misaal hai ke Khuda agarche bakhtiyar hai, apne ikhtiyar ko rok liya us ne insaan ke mamle mein.</w:t>
      </w:r>
      <w:r>
        <w:br/>
      </w:r>
      <w:r>
        <w:rPr>
          <w:sz w:val="20"/>
        </w:rPr>
        <w:t>1:14:02  ikhtiyar ko insaan par mo'assar nahi hone deta, woh yeh cheez understandable ban gayi hai.</w:t>
      </w:r>
      <w:r>
        <w:br/>
      </w:r>
      <w:r>
        <w:rPr>
          <w:sz w:val="20"/>
        </w:rPr>
        <w:t>1:14:10  to khulasa yeh hai ke main wastiya ko durust manta hoon, aur wastiya ki tashreeh mein is tarah karta hoon jis mein maine aap ke samne arz ki.</w:t>
      </w:r>
      <w:r>
        <w:br/>
      </w:r>
      <w:r>
        <w:rPr>
          <w:sz w:val="20"/>
        </w:rPr>
        <w:t>1:14:20  yeh meri marzi ke nazdeek sahih maslak hai. Maulana, agla sawal kiya hai doctor Muslima Siddiqui ne New Delhi se. Unhon ne poocha hai ke How can we attain the level of Dawa consciousness of the Sahabas such that we start praying for the Madhu?</w:t>
      </w:r>
      <w:r>
        <w:br/>
      </w:r>
      <w:r>
        <w:rPr>
          <w:sz w:val="20"/>
        </w:rPr>
        <w:t>1:14:43  yeh sara mamla soch ka mamla hai,</w:t>
      </w:r>
      <w:r>
        <w:br/>
      </w:r>
      <w:r>
        <w:rPr>
          <w:sz w:val="20"/>
        </w:rPr>
        <w:t>1:14:47  soch ka mamla hai. Isi isi desh mein jab madrasay mein parhte thay to koi bhi molvi angrezi nahi janta tha.</w:t>
      </w:r>
      <w:r>
        <w:br/>
      </w:r>
      <w:r>
        <w:rPr>
          <w:sz w:val="20"/>
        </w:rPr>
        <w:t>1:14:59  arabi parhte thay, arabi jante thay. Woh soch bhi nahi paate thay ke main angrezi boloon, angrezi likhoon. Yeh unthinkable tha pehle zamane mein.</w:t>
      </w:r>
      <w:r>
        <w:br/>
      </w:r>
      <w:r>
        <w:rPr>
          <w:sz w:val="20"/>
        </w:rPr>
        <w:t>1:15:12  aaj jo hai, hazaron hazar molvi khoob angrezi parhte hain, angrezi parhte hain.</w:t>
      </w:r>
      <w:r>
        <w:br/>
      </w:r>
      <w:r>
        <w:rPr>
          <w:sz w:val="20"/>
        </w:rPr>
        <w:t>1:15:18  mere paas kai bar aate hain aise talaba jo arabi madrasay mein parhe hue hain, bolte hain angrezi. Maine kaha, bhai kahan seekha aap ne? Unhon ne kaha, bohat asan hai, jagah jagah khule hue hain idaray jahan jo sikhate hain angrezi.</w:t>
      </w:r>
      <w:r>
        <w:br/>
      </w:r>
      <w:r>
        <w:rPr>
          <w:sz w:val="20"/>
        </w:rPr>
        <w:t>1:15:30  to kyun incentive aa gaya? Pehle aisa tha ke arabi parhne ke baad angrezi parhne ka koi incentive nahi tha. Kis liye parhein? Kya karein ge angrezi parh kar ke?</w:t>
      </w:r>
      <w:r>
        <w:br/>
      </w:r>
      <w:r>
        <w:rPr>
          <w:sz w:val="20"/>
        </w:rPr>
        <w:t>1:15:42  ab yeh hai ke angrezi parho ge to tumhare ko bohat zyada market mein tumhari value barh jayegi. Aaj kal ke zamane mein aisa hai ke ek arabi jaane aur sath angrezi jaane jaane to khoob us ki value barh jati hai.</w:t>
      </w:r>
      <w:r>
        <w:br/>
      </w:r>
      <w:r>
        <w:rPr>
          <w:sz w:val="20"/>
        </w:rPr>
        <w:t>1:15:56  misal ke tor par tarjuma ka kaam bohat aata hai. Arabi se tarjuma angrezi mein kar sakein aap, aur arabi se angrezi, yani arabi se angrezi, aur angrezi se arabi.</w:t>
      </w:r>
      <w:r>
        <w:br/>
      </w:r>
      <w:r>
        <w:rPr>
          <w:sz w:val="20"/>
        </w:rPr>
        <w:t>1:16:05  to aap ko munh manga paisa milta hai.</w:t>
      </w:r>
      <w:r>
        <w:br/>
      </w:r>
      <w:r>
        <w:rPr>
          <w:sz w:val="20"/>
        </w:rPr>
        <w:t>1:16:08  to khoob jhoom se log angrezi, hamare madrasay ke parhe hue log arabi seekh rahe hain, ke sath angrezi seekh rahe hain. To dawa ke mein jo jo inaam Allah taala ke hain, woh agar logon ko maloom ho jaye to dhoom se seekhein, dhoom se apne ko is mein dalein.</w:t>
      </w:r>
      <w:r>
        <w:br/>
      </w:r>
      <w:r>
        <w:rPr>
          <w:sz w:val="20"/>
        </w:rPr>
        <w:t>1:16:26  un ki soch mein ek inqilab aa jaye.</w:t>
      </w:r>
      <w:r>
        <w:br/>
      </w:r>
      <w:r>
        <w:rPr>
          <w:sz w:val="20"/>
        </w:rPr>
        <w:t>1:16:31  kuch bhi mushkil nahi hai, sirf yeh hai ke woh shaoor nahi hai ke is mein kitna bara Allah taala ne is mein sawab aur kitna bara reward rakha hai.</w:t>
      </w:r>
      <w:r>
        <w:br/>
      </w:r>
      <w:r>
        <w:rPr>
          <w:sz w:val="20"/>
        </w:rPr>
        <w:t>1:16:41  yani daii ke liye ya shahid ke liye, yani nazeer o baseer ke liye, Allah taala ke haan kitna bara reward hai, kitna bara inaam hai, is ka logon ko ehsas nahi.</w:t>
      </w:r>
      <w:r>
        <w:br/>
      </w:r>
      <w:r>
        <w:rPr>
          <w:sz w:val="20"/>
        </w:rPr>
        <w:t>1:16:56  yani woh Quran majeed mein aise logon ko kaha gaya hai ke Allah ke madadgar, ansar Allah. Yeh agar jaan le aadmi ke yeh itni bari cheez hai ke hum hum Allah ke ansar ban jate hain, Allah ke madadgar ban jate hain,</w:t>
      </w:r>
      <w:r>
        <w:br/>
      </w:r>
      <w:r>
        <w:rPr>
          <w:sz w:val="20"/>
        </w:rPr>
        <w:t>1:17:13  to har aadmi hero ban jaye, hero.</w:t>
      </w:r>
      <w:r>
        <w:br/>
      </w:r>
      <w:r>
        <w:rPr>
          <w:sz w:val="20"/>
        </w:rPr>
        <w:t>1:17:18  yani jaise arab tha, arab ka alam kaha jata hai ke pehle sleeping nation ka kaha jata hai, is ko</w:t>
      </w:r>
      <w:r>
        <w:br/>
      </w:r>
      <w:r>
        <w:rPr>
          <w:sz w:val="20"/>
        </w:rPr>
        <w:t>1:17:26  soi hui qom. Arab log jo thay, woh sleeping nation thay. Woh jab Islam aaya to un ko aik mission diya, un ke samne is mission ne un ko hero bana diya.</w:t>
      </w:r>
      <w:r>
        <w:br/>
      </w:r>
      <w:r>
        <w:rPr>
          <w:sz w:val="20"/>
        </w:rPr>
        <w:t>1:17:38  poora poora arab aik nation of heroes ban gaya. Kyun? Aik mission samne aa gaya un ke. To aaj bhi logon ko pata hi nahi ke dawat bhi koi mission hai, dawat ke liye kaam karna hai, koi kaam karna hai.</w:t>
      </w:r>
      <w:r>
        <w:br/>
      </w:r>
      <w:r>
        <w:rPr>
          <w:sz w:val="20"/>
        </w:rPr>
        <w:t>1:17:52  Abhi bhi dekhiye, is mein khoob log qurbaniyan de rahe hain. Suicide bombing mein, main apne ko apni koi, aap log jaan de dete hain.</w:t>
      </w:r>
      <w:r>
        <w:br/>
      </w:r>
      <w:r>
        <w:rPr>
          <w:sz w:val="20"/>
        </w:rPr>
        <w:t>1:18:03  So called jihad mein log bohat bari qurbaniyan kar rahe hain sari dunya mein. To jahan un ki samajh mein aa raha hai, wahan abhi woh qurbani de rahe hain.</w:t>
      </w:r>
      <w:r>
        <w:br/>
      </w:r>
      <w:r>
        <w:rPr>
          <w:sz w:val="20"/>
        </w:rPr>
        <w:t>1:18:13  Lekin da'wati mission ki ahmiyat un ko pata nahi hai. To cheez yeh hai ke logon ko ahmiyat bata di jaye.</w:t>
      </w:r>
      <w:r>
        <w:br/>
      </w:r>
      <w:r>
        <w:rPr>
          <w:sz w:val="20"/>
        </w:rPr>
        <w:t>1:18:20  Jidhar woh jaan lenge is ki ahmiyat, to hero ban jayenge. Hero ban kar ke woh sab kuch seekhne lagenge.</w:t>
      </w:r>
      <w:r>
        <w:br/>
      </w:r>
      <w:r>
        <w:rPr>
          <w:sz w:val="20"/>
        </w:rPr>
        <w:t>1:18:30  Maulana, agla sawal kiya hai Maulana Abdul Basit Umri ne Doha, Qatar se. Unhon ne likha hai ke Maulana, hamare sath zindagi ke jo masail paida hote hain, un mein starting point kaise maloom kiya jaye, is ke bare mein bataein.</w:t>
      </w:r>
      <w:r>
        <w:br/>
      </w:r>
      <w:r>
        <w:rPr>
          <w:sz w:val="20"/>
        </w:rPr>
        <w:t>1:18:56  Dekhiye, masail ke hal ka starting point shayad janna chahte hain. Woh ke koi masla hai to hum hal karna chahte hain is masle ko.</w:t>
      </w:r>
      <w:r>
        <w:br/>
      </w:r>
      <w:r>
        <w:rPr>
          <w:sz w:val="20"/>
        </w:rPr>
        <w:t>1:19:06  To hal ke liye starting point kya hai?</w:t>
      </w:r>
      <w:r>
        <w:br/>
      </w:r>
      <w:r>
        <w:rPr>
          <w:sz w:val="20"/>
        </w:rPr>
        <w:t>1:19:10  To is ne sahi kaha hai ke We have to begin from the beginning. My way is to begin from the beginning. Is ko main kehta hoon ke mumkin se aghaz, mumkin se aghaz, possible se shuru karna.</w:t>
      </w:r>
      <w:r>
        <w:br/>
      </w:r>
      <w:r>
        <w:rPr>
          <w:sz w:val="20"/>
        </w:rPr>
        <w:t>1:19:28  Jaise farz kiye ke aik aik aik khandan hai, woh ghareeb hai, paisa us ke pas nahi hai. Ab us ko masail mein mubtala hai, woh ab us ko aik nai zindagi shuru karni hai.</w:t>
      </w:r>
      <w:r>
        <w:br/>
      </w:r>
      <w:r>
        <w:rPr>
          <w:sz w:val="20"/>
        </w:rPr>
        <w:t>1:19:39  Kahan se shuru karein? Bachon ko parhao, bachon ko achi taleem dilao. Yeh bachcha parh lega to phir sab kuch theek ho jayega.</w:t>
      </w:r>
      <w:r>
        <w:br/>
      </w:r>
      <w:r>
        <w:rPr>
          <w:sz w:val="20"/>
        </w:rPr>
        <w:t>1:19:50  To waqt ke taqaze ko samajhna aur possible se aghaz karna, yeh two part formula hai.</w:t>
      </w:r>
      <w:r>
        <w:br/>
      </w:r>
      <w:r>
        <w:rPr>
          <w:sz w:val="20"/>
        </w:rPr>
        <w:t>1:19:58  Waqt ke taqaze ko samjho aur possible se aghaz karo. Yeh aik hi Musalman nahi karte, woh chhalang chhalang laga dete hain.</w:t>
      </w:r>
      <w:r>
        <w:br/>
      </w:r>
      <w:r>
        <w:rPr>
          <w:sz w:val="20"/>
        </w:rPr>
        <w:t>1:20:09  Yani possible se aghaz nahi karte, chhalang chhalang laga ke aghaz karna chahte hain. Yeh jo jagah jo so called jihad jo ho raha hai, woh kaha chhalang hai.</w:t>
      </w:r>
      <w:r>
        <w:br/>
      </w:r>
      <w:r>
        <w:rPr>
          <w:sz w:val="20"/>
        </w:rPr>
        <w:t>1:20:18  Woh jahaz se kaha hai ke kuch bhi hone wala nahi, is tarah ke jahaz se.</w:t>
      </w:r>
      <w:r>
        <w:br/>
      </w:r>
      <w:r>
        <w:rPr>
          <w:sz w:val="20"/>
        </w:rPr>
        <w:t>1:20:25  To yani waqt ka taqaza kya hai? Is ko discover kijiye aur kahan se aap, yani apne jo aap asbab hain, jo aap ke taqat hai, us ke lehaz se aap kahan se shuru kar sakte hain,</w:t>
      </w:r>
      <w:r>
        <w:br/>
      </w:r>
      <w:r>
        <w:rPr>
          <w:sz w:val="20"/>
        </w:rPr>
        <w:t>1:20:40  woh wahan se shuru kar dijiye. Jaise maine arz kiya ke ghareeb family ke liye aghaz kiya hai aur bachon ko parhao. Yeh aghaz nahi ke daka daal ke kahin paisa loot lao, kahin se kisi ko fareb de ke us ki jeeb se paisa nikalo</w:t>
      </w:r>
      <w:r>
        <w:br/>
      </w:r>
      <w:r>
        <w:rPr>
          <w:sz w:val="20"/>
        </w:rPr>
        <w:t>1:20:54  . Yeh aghaz nahi hai, kyunke pakar jayenge aap aur jail mein pahunch jayenge aap.</w:t>
      </w:r>
      <w:r>
        <w:br/>
      </w:r>
      <w:r>
        <w:rPr>
          <w:sz w:val="20"/>
        </w:rPr>
        <w:t>1:21:01  To yeh do point, do cheezein hain mere nazdeek. Aik hai waqt ke taqaze ko samajhna aur possible se start lena.</w:t>
      </w:r>
      <w:r>
        <w:br/>
      </w:r>
      <w:r>
        <w:rPr>
          <w:sz w:val="20"/>
        </w:rPr>
        <w:t>1:21:12  Maulana, agla sawal kiya hai Maulana Zakwan Nadvi ne New Delhi se</w:t>
      </w:r>
      <w:r>
        <w:br/>
      </w:r>
      <w:r>
        <w:rPr>
          <w:sz w:val="20"/>
        </w:rPr>
        <w:t>1:21:17  . Unhon ne poocha hai ke What is the difference between Amr bil Ma'roof Nahi anil Munkar and Dawat Illallah?</w:t>
      </w:r>
      <w:r>
        <w:br/>
      </w:r>
      <w:r>
        <w:rPr>
          <w:sz w:val="20"/>
        </w:rPr>
        <w:t>1:21:32  Haan, dekhein, is ka maine kafi is ki study ki hai. Is mein logon ko bohat bara confusion hai. Dekhein, Dawat Illallah ka kaam jo hai, doosri qomon ki nisbat se hai.</w:t>
      </w:r>
      <w:r>
        <w:br/>
      </w:r>
      <w:r>
        <w:rPr>
          <w:sz w:val="20"/>
        </w:rPr>
        <w:t>1:21:47  Amr bil Ma'roof aur Nahi anil Munkar jo hai, khud Musalmanon ki nisbat se hai. Yeh yani yeh dakhli islah ka kaam hai. Amr bil Ma'roof aur Nahi anil Munkar jo qaeeda hai, woh dakhli islah ka kaam hai.</w:t>
      </w:r>
      <w:r>
        <w:br/>
      </w:r>
      <w:r>
        <w:rPr>
          <w:sz w:val="20"/>
        </w:rPr>
        <w:t>1:22:00  isi liye alfaaz aaye hain hadeeson mein is tarah ke ke ta'abur bil maroof tanaahi an al munkar. ta'abur ma'ani aapas mein koi amr karna, tanaahi ma'ani aapas mein rokna.</w:t>
      </w:r>
      <w:r>
        <w:br/>
      </w:r>
      <w:r>
        <w:rPr>
          <w:sz w:val="20"/>
        </w:rPr>
        <w:t>1:22:15  ya'ani amr bil maroof aur an al munkar ke dosra jo lafz aaya hai, woh hai ta'abur bil maroof tanaahi an al munkar. to main samajhta hoon ke yeh jo hai amr bil maroof aur an al munkar ka kaam jo hai, yeh daakhili islaah ka kaam hai.</w:t>
      </w:r>
      <w:r>
        <w:br/>
      </w:r>
      <w:r>
        <w:rPr>
          <w:sz w:val="20"/>
        </w:rPr>
        <w:t>1:22:28  musalmanon mein yeh spirit hona chahiye apne andar daakhili islaah ke liye ke jahan koi musalman dekhe kisi ko, wahan us ko toke. jaise hadees mein aata hai ke momin baraat momin to aapas mein ek doosre ko batate rehna, aap aapas mein ek doosre ko tokte rehna.</w:t>
      </w:r>
      <w:r>
        <w:br/>
      </w:r>
      <w:r>
        <w:rPr>
          <w:sz w:val="20"/>
        </w:rPr>
        <w:t>1:22:47  aur agar aap ko zyada qudrat qudrat hai to us ko rokne ki koshish karna, nahin to sirf batane ki had tak batana.</w:t>
      </w:r>
      <w:r>
        <w:br/>
      </w:r>
      <w:r>
        <w:rPr>
          <w:sz w:val="20"/>
        </w:rPr>
        <w:t>1:22:59  aur jo dawat al Allah hai, woh doosron ko Allah ka paigham pahunchana, doosron ko sachai pahunchana, sachai ka message dena. yeh buniyadi farq hai.</w:t>
      </w:r>
      <w:r>
        <w:br/>
      </w:r>
      <w:r>
        <w:rPr>
          <w:sz w:val="20"/>
        </w:rPr>
        <w:t>1:23:10  dawat ka naam hai kharji mission ka. dawat naam hai momin ke kharji mission ka, aur amr bil maroof an al munkar naam hai momin ke daakhili mission ka.</w:t>
      </w:r>
      <w:r>
        <w:br/>
      </w:r>
      <w:r>
        <w:rPr>
          <w:sz w:val="20"/>
        </w:rPr>
        <w:t>1:23:26  yeh farq hai dono mein.</w:t>
      </w:r>
      <w:r>
        <w:br/>
      </w:r>
      <w:r>
        <w:rPr>
          <w:sz w:val="20"/>
        </w:rPr>
        <w:t>1:23:31  maulana, agla sawal kiya hai doctor farida khanoom ne nai dilli se.</w:t>
      </w:r>
      <w:r>
        <w:br/>
      </w:r>
      <w:r>
        <w:rPr>
          <w:sz w:val="20"/>
        </w:rPr>
        <w:t>1:23:36  unhon ne likha hai ke It happens that one scholar exercises ijtihad but others do not accept it.</w:t>
      </w:r>
      <w:r>
        <w:br/>
      </w:r>
      <w:r>
        <w:rPr>
          <w:sz w:val="20"/>
        </w:rPr>
        <w:t>1:23:45  What is the solution to this problem? dekhiye, yeh to ek process chalta hai. is zamane mein bhi, jab ke jis zamane mein yeh jo fuqaha hamare the, bade bade, woh bohat ikhtilafat hote the.</w:t>
      </w:r>
      <w:r>
        <w:br/>
      </w:r>
      <w:r>
        <w:rPr>
          <w:sz w:val="20"/>
        </w:rPr>
        <w:t>1:24:02  aapas mein ikhtilaf hota tha, doosron se ikhtilaf hota tha. har saare ke itne ikhtilafat nahin hote the. to jis tarah hota tha, tabadla khayal hota tha.</w:t>
      </w:r>
      <w:r>
        <w:br/>
      </w:r>
      <w:r>
        <w:rPr>
          <w:sz w:val="20"/>
        </w:rPr>
        <w:t>1:24:14  kabhi ek qazi doosri rai maan leta tha, kabhi nahin manta tha. yeh sab hota tha. to woh to ek process chalta rahega. is process ko to koi rok nahin.</w:t>
      </w:r>
      <w:r>
        <w:br/>
      </w:r>
      <w:r>
        <w:rPr>
          <w:sz w:val="20"/>
        </w:rPr>
        <w:t>1:24:24  aisa nahin tha ke kabhi aisa ho ke is process, process zaroori hi na ho. sab log ek ek rai ke ho jayen.</w:t>
      </w:r>
      <w:r>
        <w:br/>
      </w:r>
      <w:r>
        <w:rPr>
          <w:sz w:val="20"/>
        </w:rPr>
        <w:t>1:24:31  hal karna namumkin baat hai.</w:t>
      </w:r>
      <w:r>
        <w:br/>
      </w:r>
      <w:r>
        <w:rPr>
          <w:sz w:val="20"/>
        </w:rPr>
        <w:t>1:24:36  jo is zamane mein imam shafi ne ek formula nikala tha ke jab ikhtilaf khatam na ho, is ke liye ek tareeqa ikhtilaf khatam ho jaye. ek shakal woh hai ke ikhtilaf khatam na ho.</w:t>
      </w:r>
      <w:r>
        <w:br/>
      </w:r>
      <w:r>
        <w:rPr>
          <w:sz w:val="20"/>
        </w:rPr>
        <w:t>1:24:45  to unhon ne formula nikala tha: yeh rai sawab yuh tab al khata rai ghayri khata yuh tab al sawab</w:t>
      </w:r>
      <w:r>
        <w:br/>
      </w:r>
      <w:r>
        <w:rPr>
          <w:sz w:val="20"/>
        </w:rPr>
        <w:t>1:24:56  to dekhiye, kabhi bhi mumkin nahin hai ke ikhtilafat na rahen.</w:t>
      </w:r>
      <w:r>
        <w:br/>
      </w:r>
      <w:r>
        <w:rPr>
          <w:sz w:val="20"/>
        </w:rPr>
        <w:t>1:25:01  hamesha ijtihad ek process ke roop mein jari hota hai. to kuch cheezon mein ittifaq ho jayega, kuch cheezon mein nahin bhi hoga. zindagi gaadi gaadi to chalti rahegi.</w:t>
      </w:r>
      <w:r>
        <w:br/>
      </w:r>
      <w:r>
        <w:rPr>
          <w:sz w:val="20"/>
        </w:rPr>
        <w:t>1:25:13  zindagi gaadi to rukne wali nahin hai. Maulana, agla sawal Mr Arshad Jamal ka hai nai dilli se. unhon ne likha hai ke What are your views on insurance policies?</w:t>
      </w:r>
      <w:r>
        <w:br/>
      </w:r>
      <w:r>
        <w:rPr>
          <w:sz w:val="20"/>
        </w:rPr>
        <w:t>1:25:26  Is there any scope of ijtihad in this matter?</w:t>
      </w:r>
      <w:r>
        <w:br/>
      </w:r>
      <w:r>
        <w:rPr>
          <w:sz w:val="20"/>
        </w:rPr>
        <w:t>1:25:29  dekhiye, in baaton ko yahan guftagu karen. is pe ulama fatwa de chuke hain. galat tareeqa hai yeh. yahan to un ke fatwe ke baad yeh chup rahen.</w:t>
      </w:r>
      <w:r>
        <w:br/>
      </w:r>
      <w:r>
        <w:rPr>
          <w:sz w:val="20"/>
        </w:rPr>
        <w:t>1:25:39  is par sab log jante hain ke ulama ke fatawe aa chuke hain aur chupa hua maujood hai. is ko dobara zer bahas lana yeh koi sahi, ya'ani ya'ani healthy alamat nahin hai.</w:t>
      </w:r>
      <w:r>
        <w:br/>
      </w:r>
      <w:r>
        <w:rPr>
          <w:sz w:val="20"/>
        </w:rPr>
        <w:t>1:25:50  yeh aksar log bar bar isi ko poochte rehte hain. jab ulama fatwa de chuke hain to ya to mano aur nahin mano to chup raho.</w:t>
      </w:r>
      <w:r>
        <w:br/>
      </w:r>
      <w:r>
        <w:rPr>
          <w:sz w:val="20"/>
        </w:rPr>
        <w:t>1:25:59  apne apne rasta, apne raste par chalo. yahan par main pasand nahin karta hoon ke yeh jin logon, jin baaton ko ulama fatwa de chuke hain, un ko main discuss karoon.</w:t>
      </w:r>
    </w:p>
    <w:p>
      <w:pPr>
        <w:pStyle w:val="Heading2"/>
      </w:pPr>
      <w:r>
        <w:t>Ideas vs material shaping the world</w:t>
      </w:r>
    </w:p>
    <w:p>
      <w:r>
        <w:rPr>
          <w:color w:val="666666"/>
          <w:sz w:val="18"/>
        </w:rPr>
        <w:t>Faith &amp; God · The Straight Path October 30, 2011 Maulana Wahiduddin Khan · 7m 55s · at 55:56 · https://youtu.be/PKFHe82Jz58?t=3356</w:t>
      </w:r>
    </w:p>
    <w:p>
      <w:r>
        <w:rPr>
          <w:i/>
        </w:rPr>
        <w:t>“Whether ideas shape the material structure of the world or material shapes the ideas, and what is the true essence of their relationship?”</w:t>
      </w:r>
    </w:p>
    <w:p>
      <w:r>
        <w:rPr>
          <w:sz w:val="20"/>
        </w:rPr>
        <w:t>55:56  maulana, yeh sawal aaya hai Mr. Tasawwur Hussain ka London se. unhon ne likha hai ke "I wish to ask one question from Maulana sahib as I am writing my thesis and taking guidance from his books and videos.</w:t>
      </w:r>
      <w:r>
        <w:br/>
      </w:r>
      <w:r>
        <w:rPr>
          <w:sz w:val="20"/>
        </w:rPr>
        <w:t>56:13  My question is whether ideas shape the material structure of the world or material shapes the ideas and what is the true essence of their relationship?" Kindly comment.</w:t>
      </w:r>
      <w:r>
        <w:br/>
      </w:r>
      <w:r>
        <w:rPr>
          <w:sz w:val="20"/>
        </w:rPr>
        <w:t>56:32  bohat dilchasp question hai yeh.</w:t>
      </w:r>
      <w:r>
        <w:br/>
      </w:r>
      <w:r>
        <w:rPr>
          <w:sz w:val="20"/>
        </w:rPr>
        <w:t>56:36  yeh Karl Marx ne yeh baat kahi thi ke material halaat jo hain wahi insaan ki soch banate hain, is ka ulta nahi hai.</w:t>
      </w:r>
      <w:r>
        <w:br/>
      </w:r>
      <w:r>
        <w:rPr>
          <w:sz w:val="20"/>
        </w:rPr>
        <w:t>56:48  yani insaan ki soch material halaat nahi banati, lekin yeh to ghalat sabit ho gaya, yeh to ghalat sabit ho gaya,</w:t>
      </w:r>
      <w:r>
        <w:br/>
      </w:r>
      <w:r>
        <w:rPr>
          <w:sz w:val="20"/>
        </w:rPr>
        <w:t>57:02  yeh to ek mafrūza tha, ek supposition tha jo Marx aur kuch aur log the is tarah ke jinhon ne is zamane mein yeh aise socha.</w:t>
      </w:r>
      <w:r>
        <w:br/>
      </w:r>
      <w:r>
        <w:rPr>
          <w:sz w:val="20"/>
        </w:rPr>
        <w:t>57:17  is ki lambi tafseel hai, ab is waqt to main tafseel nahi kar sakta, lekin meri kitab hai "Marxism Tareekh" jis ko radd kar chuki hai, us mein aap is ki tafseel dekh sakte hain.</w:t>
      </w:r>
      <w:r>
        <w:br/>
      </w:r>
      <w:r>
        <w:rPr>
          <w:sz w:val="20"/>
        </w:rPr>
        <w:t>57:31  yani is waqt jab ke Russian Empire poore urooj par tha, peak par tha, tab yeh kitab chhapi thi.</w:t>
      </w:r>
      <w:r>
        <w:br/>
      </w:r>
      <w:r>
        <w:rPr>
          <w:sz w:val="20"/>
        </w:rPr>
        <w:t>57:41  log hairaan the ke Marxism to urooj par hai aur aap kahein ke radd kar chuki hai, kaise?</w:t>
      </w:r>
      <w:r>
        <w:br/>
      </w:r>
      <w:r>
        <w:rPr>
          <w:sz w:val="20"/>
        </w:rPr>
        <w:t>57:50  lekin bohat jald logon ne jaan liya ke woh bilkul ek</w:t>
      </w:r>
      <w:r>
        <w:br/>
      </w:r>
      <w:r>
        <w:rPr>
          <w:sz w:val="20"/>
        </w:rPr>
        <w:t>57:57  ek shārikh-e-takhayyul tha, ek romantic takhayyul tha, woh jo haq ke haq se koi talluq nahi tha. lekin insani world jo hai, us mein shaq nahi ke woh mind us ko rule kar raha hai,</w:t>
      </w:r>
      <w:r>
        <w:br/>
      </w:r>
      <w:r>
        <w:rPr>
          <w:sz w:val="20"/>
        </w:rPr>
        <w:t>58:11  mind us ko control kar raha hai. material world jo hai, insani dimagh ke tabe hai.</w:t>
      </w:r>
      <w:r>
        <w:br/>
      </w:r>
      <w:r>
        <w:rPr>
          <w:sz w:val="20"/>
        </w:rPr>
        <w:t>58:19  yeh baat aakhri taur par ghalat sabit ho chuki hai,</w:t>
      </w:r>
      <w:r>
        <w:br/>
      </w:r>
      <w:r>
        <w:rPr>
          <w:sz w:val="20"/>
        </w:rPr>
        <w:t>58:27  magar yeh ek lamba mozu hai, main yahan detail nahi kar sakta is ki. jo sahib ko dilchaspi ho to meri kitab parh sakte hain, woh Marxism Tareekh jis ko radd kar chuki hai.</w:t>
      </w:r>
      <w:r>
        <w:br/>
      </w:r>
      <w:r>
        <w:rPr>
          <w:sz w:val="20"/>
        </w:rPr>
        <w:t>58:41  maulana, yeh sawal abhi aaya hai Mr. Riaz Bhat ka Kashmir se</w:t>
      </w:r>
      <w:r>
        <w:br/>
      </w:r>
      <w:r>
        <w:rPr>
          <w:sz w:val="20"/>
        </w:rPr>
        <w:t>58:45  , unhon ne likha hai "How Quran can be useful in this contemporary age with atheistic philosophies all around?" yeh abhi ek mafrūzi ki baat hai.</w:t>
      </w:r>
      <w:r>
        <w:br/>
      </w:r>
      <w:r>
        <w:rPr>
          <w:sz w:val="20"/>
        </w:rPr>
        <w:t>59:02  dekhiye, yeh atheism jo hai, yani ilhad, na kabhi ghalib fikr tha, na aaj ghalib fikr hai.</w:t>
      </w:r>
      <w:r>
        <w:br/>
      </w:r>
      <w:r>
        <w:rPr>
          <w:sz w:val="20"/>
        </w:rPr>
        <w:t>59:14  yeh to kuch log bolte rehte hain, bas</w:t>
      </w:r>
      <w:r>
        <w:br/>
      </w:r>
      <w:r>
        <w:rPr>
          <w:sz w:val="20"/>
        </w:rPr>
        <w:t>59:19  ghalib fikr jo hai, woh insaan ki fitrat hai, insaan ka nature hai, hamesha se aur aaj bhi. asal cheez hai Quran ko logon ne pesh hi nahi kiya.</w:t>
      </w:r>
      <w:r>
        <w:br/>
      </w:r>
      <w:r>
        <w:rPr>
          <w:sz w:val="20"/>
        </w:rPr>
        <w:t>59:37  pesh karne ka maani hai ke pesh karna ka matlab yeh nahi ke aap sirf us ko parh ke suna dein. nahi, aap pesh karne se pehle ek us ka ek ek prerequisite hai, woh kya hai ke jis ke samne pesh karein, us ke mind ko parhein.</w:t>
      </w:r>
      <w:r>
        <w:br/>
      </w:r>
      <w:r>
        <w:rPr>
          <w:sz w:val="20"/>
        </w:rPr>
        <w:t>59:56  aap</w:t>
      </w:r>
      <w:r>
        <w:br/>
      </w:r>
      <w:r>
        <w:rPr>
          <w:sz w:val="20"/>
        </w:rPr>
        <w:t>1:00:00  is ke mind ko parhein, tab aap is ke mind ko address kar payenge.</w:t>
      </w:r>
      <w:r>
        <w:br/>
      </w:r>
      <w:r>
        <w:rPr>
          <w:sz w:val="20"/>
        </w:rPr>
        <w:t>1:00:05  pehli baat, yaani jo pre quran jo condition hai, us ko poora nahi kiya. bohat se bohat kisi ne kaha ke quran parh ke suna diya ya tarjuma kar diya,</w:t>
      </w:r>
      <w:r>
        <w:br/>
      </w:r>
      <w:r>
        <w:rPr>
          <w:sz w:val="20"/>
        </w:rPr>
        <w:t>1:00:18  woh kafi nahi hai.</w:t>
      </w:r>
      <w:r>
        <w:br/>
      </w:r>
      <w:r>
        <w:rPr>
          <w:sz w:val="20"/>
        </w:rPr>
        <w:t>1:00:25  jaise mein ek misaal deta hoon, europe ke ek safar mein kisi ne kaha, jis ne quran ko parha tha, ke aap ke quran mein yeh likha hai ke gawahi mein, yaani adalat ki jo gawahi hoti hai,</w:t>
      </w:r>
      <w:r>
        <w:br/>
      </w:r>
      <w:r>
        <w:rPr>
          <w:sz w:val="20"/>
        </w:rPr>
        <w:t>1:00:43  to is mein ek mard ho to do auratein honi chahiye. to unhone kaha, yeh to gender equality ke khilaf hai.</w:t>
      </w:r>
      <w:r>
        <w:br/>
      </w:r>
      <w:r>
        <w:rPr>
          <w:sz w:val="20"/>
        </w:rPr>
        <w:t>1:00:54  to maine kaha ke dekhiye, yeh ain natural hai, kyunke modern research jo hui hai insani mind ke bare mein,</w:t>
      </w:r>
      <w:r>
        <w:br/>
      </w:r>
      <w:r>
        <w:rPr>
          <w:sz w:val="20"/>
        </w:rPr>
        <w:t>1:01:09  to research yeh bata rahi hai ke aurat aur mard ke dimagh mein farq hota hai.</w:t>
      </w:r>
      <w:r>
        <w:br/>
      </w:r>
      <w:r>
        <w:rPr>
          <w:sz w:val="20"/>
        </w:rPr>
        <w:t>1:01:16  mard ka dimagh single focused hota hai, aurat ka dimagh multi focused hota hai, multi focused.</w:t>
      </w:r>
      <w:r>
        <w:br/>
      </w:r>
      <w:r>
        <w:rPr>
          <w:sz w:val="20"/>
        </w:rPr>
        <w:t>1:01:24  abhi bhi ek chand din hue, phir dobara research, ek aur isi tarah ki research aayi hai ke aurat ka dimagh multi focused hota hai, mard ka dimagh single focused hota hai, uni uni focused.</w:t>
      </w:r>
      <w:r>
        <w:br/>
      </w:r>
      <w:r>
        <w:rPr>
          <w:sz w:val="20"/>
        </w:rPr>
        <w:t>1:01:40  to ek waqea hua, witness kya hai, gawahi kisi waqey ki hoti hai. ek waqea hua,</w:t>
      </w:r>
      <w:r>
        <w:br/>
      </w:r>
      <w:r>
        <w:rPr>
          <w:sz w:val="20"/>
        </w:rPr>
        <w:t>1:01:47  aaj mard dekh raha hai, to us ko poora focus us par laga kar dekhega, apni zehni banawat ki bana par. aurat jo hai, uska focus bikhra rahega, to kuch pakar paye, kuch baat na pakar payegi.</w:t>
      </w:r>
      <w:r>
        <w:br/>
      </w:r>
      <w:r>
        <w:rPr>
          <w:sz w:val="20"/>
        </w:rPr>
        <w:t>1:02:04  isi liye do gha rakh diya gaya taake koi ek pehlu agar kisi se miss ho jaye to doosra us ki us ki talafi kar de.</w:t>
      </w:r>
      <w:r>
        <w:br/>
      </w:r>
      <w:r>
        <w:rPr>
          <w:sz w:val="20"/>
        </w:rPr>
        <w:t>1:02:14  yeh quran bhi yeh waja hi batai gayi hai ke agar ek bhool jaye to doosri yaad dilaye. to yeh bilkul it is but natural ke jab insaan ke, yaani natural banawat jo hai,</w:t>
      </w:r>
      <w:r>
        <w:br/>
      </w:r>
      <w:r>
        <w:rPr>
          <w:sz w:val="20"/>
        </w:rPr>
        <w:t>1:02:28  do alag dhang ki hai, to yahi tareeqa bilkul natural hai. to maan gaya woh aadmi, bilkul maan gaya ke aap ka jo hai tareeqa sahi hai.</w:t>
      </w:r>
      <w:r>
        <w:br/>
      </w:r>
      <w:r>
        <w:rPr>
          <w:sz w:val="20"/>
        </w:rPr>
        <w:t>1:02:41  hum galat soch rahe the ke gender equality ke khilaf hai, nahi hai, fitrat ke mutabiq hai. to asal cheez yeh hai ke quran ko logon ne pesh hi nahi kiya.</w:t>
      </w:r>
      <w:r>
        <w:br/>
      </w:r>
      <w:r>
        <w:rPr>
          <w:sz w:val="20"/>
        </w:rPr>
        <w:t>1:02:52  jab pesh nahi kiya to kaise aap keh sakte hain ke use qabool nahi kiya? kaise keh sakte hain ke use radd kar diya? lekin quran ko pesh karne ka matlab yeh nahi ke aap masle misaal bayan karein, uska ja kar ke nahi</w:t>
      </w:r>
      <w:r>
        <w:br/>
      </w:r>
      <w:r>
        <w:rPr>
          <w:sz w:val="20"/>
        </w:rPr>
        <w:t>1:03:09  . aap insaan, aaj ke insaan ko mind ke parhiye, us ki soch kya hai, us ko janiye aur quran ko is tarah pesh kijiye ke woh us ke mind ko address kare.</w:t>
      </w:r>
      <w:r>
        <w:br/>
      </w:r>
      <w:r>
        <w:rPr>
          <w:sz w:val="20"/>
        </w:rPr>
        <w:t>1:03:21  ek sahabi ne kaha tha: "kalim naas ala qadr uqool", yaani is tarah baat kaho ke aadmi ka mind address ho.</w:t>
      </w:r>
      <w:r>
        <w:br/>
      </w:r>
      <w:r>
        <w:rPr>
          <w:sz w:val="20"/>
        </w:rPr>
        <w:t>1:03:31  quran mein bhi yahi baat hai: "kul fil qasam qaul baligha".</w:t>
      </w:r>
      <w:r>
        <w:br/>
      </w:r>
      <w:r>
        <w:rPr>
          <w:sz w:val="20"/>
        </w:rPr>
        <w:t>1:03:39  to quran ko aap is tarah pesh kar ke dekhiye to</w:t>
      </w:r>
      <w:r>
        <w:br/>
      </w:r>
      <w:r>
        <w:rPr>
          <w:sz w:val="20"/>
        </w:rPr>
        <w:t>1:03:45  aap dekhein ke quran aaj bhi ek moajza hai.</w:t>
      </w:r>
    </w:p>
    <w:p>
      <w:pPr>
        <w:pStyle w:val="Heading2"/>
      </w:pPr>
      <w:r>
        <w:t>Knowledge increases closeness to God</w:t>
      </w:r>
    </w:p>
    <w:p>
      <w:r>
        <w:rPr>
          <w:color w:val="666666"/>
          <w:sz w:val="18"/>
        </w:rPr>
        <w:t>Faith &amp; God · Divine Help February 09, 2014 Maulana Wahiduddin Khan · 5m 23s · at 1:20:12 · https://youtu.be/eJBjiYGZcKY?t=4812</w:t>
      </w:r>
    </w:p>
    <w:p>
      <w:r>
        <w:rPr>
          <w:i/>
        </w:rPr>
        <w:t>“You said in the previous class that the more knowledge increases, the closer one comes to God. Please explain this.”</w:t>
      </w:r>
    </w:p>
    <w:p>
      <w:r>
        <w:rPr>
          <w:sz w:val="20"/>
        </w:rPr>
        <w:t>1:20:12  maulana agla sawal dilli se hai.</w:t>
      </w:r>
      <w:r>
        <w:br/>
      </w:r>
      <w:r>
        <w:rPr>
          <w:sz w:val="20"/>
        </w:rPr>
        <w:t>1:20:17  jameel akhtar sahab ka.</w:t>
      </w:r>
      <w:r>
        <w:br/>
      </w:r>
      <w:r>
        <w:rPr>
          <w:sz w:val="20"/>
        </w:rPr>
        <w:t>1:20:22  unhon ne likha hai: aap ne pichli class mein kaha tha ke jitna ilm barhta hai khuda se</w:t>
      </w:r>
      <w:r>
        <w:br/>
      </w:r>
      <w:r>
        <w:rPr>
          <w:sz w:val="20"/>
        </w:rPr>
        <w:t>1:20:27  utna hi ta'alluq paida hota hai.</w:t>
      </w:r>
      <w:r>
        <w:br/>
      </w:r>
      <w:r>
        <w:rPr>
          <w:sz w:val="20"/>
        </w:rPr>
        <w:t>1:20:32  magar carl marx, darwin aur einstein waghera logon ne jitna parha utna hi behkey.</w:t>
      </w:r>
      <w:r>
        <w:br/>
      </w:r>
      <w:r>
        <w:rPr>
          <w:sz w:val="20"/>
        </w:rPr>
        <w:t>1:20:36  is ke baray mein kuch? dekhein yeh baat sahi nahi hai.</w:t>
      </w:r>
      <w:r>
        <w:br/>
      </w:r>
      <w:r>
        <w:rPr>
          <w:sz w:val="20"/>
        </w:rPr>
        <w:t>1:20:41  carl marx ne kya parha tha? maine likha apni kitaab mein.</w:t>
      </w:r>
      <w:r>
        <w:br/>
      </w:r>
      <w:r>
        <w:rPr>
          <w:sz w:val="20"/>
        </w:rPr>
        <w:t>1:20:46  carl marx ne sab se zyada parha tha akhbari reporton ko.</w:t>
      </w:r>
      <w:r>
        <w:br/>
      </w:r>
      <w:r>
        <w:rPr>
          <w:sz w:val="20"/>
        </w:rPr>
        <w:t>1:20:51  woh jo lauzan jata tha library mein akhbari reportein parhta tha.</w:t>
      </w:r>
      <w:r>
        <w:br/>
      </w:r>
      <w:r>
        <w:rPr>
          <w:sz w:val="20"/>
        </w:rPr>
        <w:t>1:20:56  is ki jo kitaab hai the house capital is mein akhbari reporton par sara nazariya bana rakha hai is ne.</w:t>
      </w:r>
      <w:r>
        <w:br/>
      </w:r>
      <w:r>
        <w:rPr>
          <w:sz w:val="20"/>
        </w:rPr>
        <w:t>1:21:01  jis ko ilm kaha jata hai ilm woh cheez nahi zyada nahi parhi thi marx ne.</w:t>
      </w:r>
      <w:r>
        <w:br/>
      </w:r>
      <w:r>
        <w:rPr>
          <w:sz w:val="20"/>
        </w:rPr>
        <w:t>1:21:06  doosri baat yeh hai ke sincerity bohat zaroori hai.</w:t>
      </w:r>
      <w:r>
        <w:br/>
      </w:r>
      <w:r>
        <w:rPr>
          <w:sz w:val="20"/>
        </w:rPr>
        <w:t>1:21:11  parhna kya koi bhi cheez mein sincerity shart hoti hai.</w:t>
      </w:r>
      <w:r>
        <w:br/>
      </w:r>
      <w:r>
        <w:rPr>
          <w:sz w:val="20"/>
        </w:rPr>
        <w:t>1:21:16  agar aap parhnay mein sincere honge to nateeja sahi nikley ga.</w:t>
      </w:r>
      <w:r>
        <w:br/>
      </w:r>
      <w:r>
        <w:rPr>
          <w:sz w:val="20"/>
        </w:rPr>
        <w:t>1:21:21  nahi to kuch bhi ulta nateeja nikaal lenge.</w:t>
      </w:r>
      <w:r>
        <w:br/>
      </w:r>
      <w:r>
        <w:rPr>
          <w:sz w:val="20"/>
        </w:rPr>
        <w:t>1:21:25  parhne ke sath sath lazmi baat hai sincerity.</w:t>
      </w:r>
      <w:r>
        <w:br/>
      </w:r>
      <w:r>
        <w:rPr>
          <w:sz w:val="20"/>
        </w:rPr>
        <w:t>1:21:30  lazmi baat hai sincerity.</w:t>
      </w:r>
      <w:r>
        <w:br/>
      </w:r>
      <w:r>
        <w:rPr>
          <w:sz w:val="20"/>
        </w:rPr>
        <w:t>1:21:35  mein nahin manta ke darwin ne bohat ziyada parha.</w:t>
      </w:r>
      <w:r>
        <w:br/>
      </w:r>
      <w:r>
        <w:rPr>
          <w:sz w:val="20"/>
        </w:rPr>
        <w:t>1:21:40  yeh bhi mein nahin manta ke marx ne ziyada parha.</w:t>
      </w:r>
      <w:r>
        <w:br/>
      </w:r>
      <w:r>
        <w:rPr>
          <w:sz w:val="20"/>
        </w:rPr>
        <w:t>1:21:45  darwin ne kiya kiya? woh aik kashti ke zariye us ne kai saal tak samandar ke kinare safar</w:t>
      </w:r>
      <w:r>
        <w:br/>
      </w:r>
      <w:r>
        <w:rPr>
          <w:sz w:val="20"/>
        </w:rPr>
        <w:t>1:21:50  kiya aur jo woh woh namoonay jama kiye us se nazariya banaya us ne.</w:t>
      </w:r>
      <w:r>
        <w:br/>
      </w:r>
      <w:r>
        <w:rPr>
          <w:sz w:val="20"/>
        </w:rPr>
        <w:t>1:21:55  mein nahin manta ke gehra mutala kiya tha darwin ne.</w:t>
      </w:r>
      <w:r>
        <w:br/>
      </w:r>
      <w:r>
        <w:rPr>
          <w:sz w:val="20"/>
        </w:rPr>
        <w:t>1:22:00  mein yeh bhi nahin manta ke gehra mutala kiya tha marx ne.</w:t>
      </w:r>
      <w:r>
        <w:br/>
      </w:r>
      <w:r>
        <w:rPr>
          <w:sz w:val="20"/>
        </w:rPr>
        <w:t>1:22:05  is ke bawajood mein kahoon ga ke agar koi shakhs gehra mutala kare tab bhi sincerity shart hogi.</w:t>
      </w:r>
      <w:r>
        <w:br/>
      </w:r>
      <w:r>
        <w:rPr>
          <w:sz w:val="20"/>
        </w:rPr>
        <w:t>1:22:10  sincerity ke baghair aadmi dekhen gehra mutala karne ke mein woh batata hoon.</w:t>
      </w:r>
      <w:r>
        <w:br/>
      </w:r>
      <w:r>
        <w:rPr>
          <w:sz w:val="20"/>
        </w:rPr>
        <w:t>1:22:15  jab bhi aap gehra mutala karein ge to bar bar aise baatein samne aayengi jo aap ke</w:t>
      </w:r>
      <w:r>
        <w:br/>
      </w:r>
      <w:r>
        <w:rPr>
          <w:sz w:val="20"/>
        </w:rPr>
        <w:t>1:22:19  nazariye ko radd kar rahi hongi.</w:t>
      </w:r>
      <w:r>
        <w:br/>
      </w:r>
      <w:r>
        <w:rPr>
          <w:sz w:val="20"/>
        </w:rPr>
        <w:t>1:22:24  wahan aap ko manna chahiye.</w:t>
      </w:r>
      <w:r>
        <w:br/>
      </w:r>
      <w:r>
        <w:rPr>
          <w:sz w:val="20"/>
        </w:rPr>
        <w:t>1:22:29  aur log mante nahin.</w:t>
      </w:r>
      <w:r>
        <w:br/>
      </w:r>
      <w:r>
        <w:rPr>
          <w:sz w:val="20"/>
        </w:rPr>
        <w:t>1:22:34  bar bar aisa hota hai ke aap ko aisi cheezein samne aati hain ke woh aap ke nazariye</w:t>
      </w:r>
      <w:r>
        <w:br/>
      </w:r>
      <w:r>
        <w:rPr>
          <w:sz w:val="20"/>
        </w:rPr>
        <w:t>1:22:39  ko radd kar rahi hoti hain.</w:t>
      </w:r>
      <w:r>
        <w:br/>
      </w:r>
      <w:r>
        <w:rPr>
          <w:sz w:val="20"/>
        </w:rPr>
        <w:t>1:22:44  lekin is ko aap nazar andaz kar ke aage barh jate hain.</w:t>
      </w:r>
      <w:r>
        <w:br/>
      </w:r>
      <w:r>
        <w:rPr>
          <w:sz w:val="20"/>
        </w:rPr>
        <w:t>1:22:49  khud darwin ne etiraf kiya hai ke us ko aisi misalein samne aati theen jis ko us ne ignore kiya.</w:t>
      </w:r>
      <w:r>
        <w:br/>
      </w:r>
      <w:r>
        <w:rPr>
          <w:sz w:val="20"/>
        </w:rPr>
        <w:t>1:22:54  aur aakhir mein us ke jo jo us ka aakhri zamanay hain aakhri ayyam jo us ki zindagi</w:t>
      </w:r>
      <w:r>
        <w:br/>
      </w:r>
      <w:r>
        <w:rPr>
          <w:sz w:val="20"/>
        </w:rPr>
        <w:t>1:22:59  hain us ko aap parhiye.</w:t>
      </w:r>
      <w:r>
        <w:br/>
      </w:r>
      <w:r>
        <w:rPr>
          <w:sz w:val="20"/>
        </w:rPr>
        <w:t>1:23:04  us ko bohat ziyada repentance tha ke mein ne sahi tor par pesh nahin kiya haqaiq fitrat ko.</w:t>
      </w:r>
      <w:r>
        <w:br/>
      </w:r>
      <w:r>
        <w:rPr>
          <w:sz w:val="20"/>
        </w:rPr>
        <w:t>1:23:08  woh mara bohat hi yani is mein frustration mein.</w:t>
      </w:r>
      <w:r>
        <w:br/>
      </w:r>
      <w:r>
        <w:rPr>
          <w:sz w:val="20"/>
        </w:rPr>
        <w:t>1:23:13  to do baatein mein arz kar raha hoon.</w:t>
      </w:r>
      <w:r>
        <w:br/>
      </w:r>
      <w:r>
        <w:rPr>
          <w:sz w:val="20"/>
        </w:rPr>
        <w:t>1:23:18  aik baat yeh hai ke sahi maano mein gehra mutala bohat hi kam karte hain log.</w:t>
      </w:r>
      <w:r>
        <w:br/>
      </w:r>
      <w:r>
        <w:rPr>
          <w:sz w:val="20"/>
        </w:rPr>
        <w:t>1:23:23  bohat hi kam karte hain.</w:t>
      </w:r>
      <w:r>
        <w:br/>
      </w:r>
      <w:r>
        <w:rPr>
          <w:sz w:val="20"/>
        </w:rPr>
        <w:t>1:23:28  dusri baat yeh hai ke agar koi gehra mutalea karta hai tab bhi us ke liye tayyar nahi</w:t>
      </w:r>
      <w:r>
        <w:br/>
      </w:r>
      <w:r>
        <w:rPr>
          <w:sz w:val="20"/>
        </w:rPr>
        <w:t>1:23:33  hota ke haqeeqatan us ke mind ko radd karen to woh maan le woh.</w:t>
      </w:r>
      <w:r>
        <w:br/>
      </w:r>
      <w:r>
        <w:rPr>
          <w:sz w:val="20"/>
        </w:rPr>
        <w:t>1:23:38  maanta hi nahi hai.</w:t>
      </w:r>
      <w:r>
        <w:br/>
      </w:r>
      <w:r>
        <w:rPr>
          <w:sz w:val="20"/>
        </w:rPr>
        <w:t>1:23:43  main ne us ki ek misaal di hai barn arsal ke baray mein ke us ne kafi mutalea kiya tha.</w:t>
      </w:r>
      <w:r>
        <w:br/>
      </w:r>
      <w:r>
        <w:rPr>
          <w:sz w:val="20"/>
        </w:rPr>
        <w:t>1:23:48  main maanta hoon ke us ne mutalea kafi kiya tha.</w:t>
      </w:r>
      <w:r>
        <w:br/>
      </w:r>
      <w:r>
        <w:rPr>
          <w:sz w:val="20"/>
        </w:rPr>
        <w:t>1:23:53  lekin us ke us ka ek misaal main ne di hai ke us ke samne yeh aya yeh</w:t>
      </w:r>
      <w:r>
        <w:br/>
      </w:r>
      <w:r>
        <w:rPr>
          <w:sz w:val="20"/>
        </w:rPr>
        <w:t>1:23:57  waqea ke kainat mein design hai.</w:t>
      </w:r>
      <w:r>
        <w:br/>
      </w:r>
      <w:r>
        <w:rPr>
          <w:sz w:val="20"/>
        </w:rPr>
        <w:t>1:24:02  yeh waqea samne aya us ke.</w:t>
      </w:r>
      <w:r>
        <w:br/>
      </w:r>
      <w:r>
        <w:rPr>
          <w:sz w:val="20"/>
        </w:rPr>
        <w:t>1:24:07  to Where there is design does designer is se argument of design jo hai sabit hota hai.</w:t>
      </w:r>
      <w:r>
        <w:br/>
      </w:r>
      <w:r>
        <w:rPr>
          <w:sz w:val="20"/>
        </w:rPr>
        <w:t>1:24:12  lekin us ne kiya keh diya ek jumla bol kar ke ke darwinism ne is ko destroy kar diya hai.</w:t>
      </w:r>
      <w:r>
        <w:br/>
      </w:r>
      <w:r>
        <w:rPr>
          <w:sz w:val="20"/>
        </w:rPr>
        <w:t>1:24:17  halankeh bilkul galat baat hai.</w:t>
      </w:r>
      <w:r>
        <w:br/>
      </w:r>
      <w:r>
        <w:rPr>
          <w:sz w:val="20"/>
        </w:rPr>
        <w:t>1:24:22  darwin kaise destroy karega? darwinism itself is a miracle theory.</w:t>
      </w:r>
      <w:r>
        <w:br/>
      </w:r>
      <w:r>
        <w:rPr>
          <w:sz w:val="20"/>
        </w:rPr>
        <w:t>1:24:27  It is not a proved theory.</w:t>
      </w:r>
      <w:r>
        <w:br/>
      </w:r>
      <w:r>
        <w:rPr>
          <w:sz w:val="20"/>
        </w:rPr>
        <w:t>1:24:32  to destroy kaise kar dega woh? ise aap samajh sakte hain ke ke agarcheh barn arsal ne</w:t>
      </w:r>
      <w:r>
        <w:br/>
      </w:r>
      <w:r>
        <w:rPr>
          <w:sz w:val="20"/>
        </w:rPr>
        <w:t>1:24:37  bohat parha lekin woh sincere nahi tha.</w:t>
      </w:r>
      <w:r>
        <w:br/>
      </w:r>
      <w:r>
        <w:rPr>
          <w:sz w:val="20"/>
        </w:rPr>
        <w:t>1:24:42  jahan us ke us ka nazariya kat raha tha kyunke woh khuda ko nahi manta tha woh.</w:t>
      </w:r>
      <w:r>
        <w:br/>
      </w:r>
      <w:r>
        <w:rPr>
          <w:sz w:val="20"/>
        </w:rPr>
        <w:t>1:24:46  to wahan ek farzi ek statement de kar us ko apne ko yani ignore kiya us ko us ne.</w:t>
      </w:r>
      <w:r>
        <w:br/>
      </w:r>
      <w:r>
        <w:rPr>
          <w:sz w:val="20"/>
        </w:rPr>
        <w:t>1:24:51  yeh main ne likha aap parh lijie is ko.</w:t>
      </w:r>
      <w:r>
        <w:br/>
      </w:r>
      <w:r>
        <w:rPr>
          <w:sz w:val="20"/>
        </w:rPr>
        <w:t>1:24:56  ke woh mutale se yahan tak pohancha woh ke kainat mein design hai.</w:t>
      </w:r>
      <w:r>
        <w:br/>
      </w:r>
      <w:r>
        <w:rPr>
          <w:sz w:val="20"/>
        </w:rPr>
        <w:t>1:25:01  aur bilkul it is but natural ke Where there is design there is designer.</w:t>
      </w:r>
      <w:r>
        <w:br/>
      </w:r>
      <w:r>
        <w:rPr>
          <w:sz w:val="20"/>
        </w:rPr>
        <w:t>1:25:06  to maanta hai ke argument from design jo hai in principle sahi hai.</w:t>
      </w:r>
      <w:r>
        <w:br/>
      </w:r>
      <w:r>
        <w:rPr>
          <w:sz w:val="20"/>
        </w:rPr>
        <w:t>1:25:11  us ke baad kehta hai ke magar darwinism ne is ko destroy kar diya.</w:t>
      </w:r>
      <w:r>
        <w:br/>
      </w:r>
      <w:r>
        <w:rPr>
          <w:sz w:val="20"/>
        </w:rPr>
        <w:t>1:25:16  ab us ko yeh maanna chahiye tha ke darwinism itself koi proved theory nahi hai.</w:t>
      </w:r>
      <w:r>
        <w:br/>
      </w:r>
      <w:r>
        <w:rPr>
          <w:sz w:val="20"/>
        </w:rPr>
        <w:t>1:25:21  woh to miracle theory hai.</w:t>
      </w:r>
      <w:r>
        <w:br/>
      </w:r>
      <w:r>
        <w:rPr>
          <w:sz w:val="20"/>
        </w:rPr>
        <w:t>1:25:26  kaise destroy kar di gayi woh? yeh mamlaat itne saada nahi hain.</w:t>
      </w:r>
      <w:r>
        <w:br/>
      </w:r>
      <w:r>
        <w:rPr>
          <w:sz w:val="20"/>
        </w:rPr>
        <w:t>1:25:31  yeh bohat hi bohat hi nazuk mamlaat hain yeh.</w:t>
      </w:r>
      <w:r>
        <w:br/>
      </w:r>
      <w:r>
        <w:rPr>
          <w:sz w:val="20"/>
        </w:rPr>
        <w:t>1:25:36  Maulana agla sawal lainay say pehlay aik comment parhna chahengay jo Doha Qatar say Maulana Abdul Basit Umri</w:t>
      </w:r>
    </w:p>
    <w:p>
      <w:pPr>
        <w:pStyle w:val="Heading2"/>
      </w:pPr>
      <w:r>
        <w:t>Limits of intellect in religion</w:t>
      </w:r>
    </w:p>
    <w:p>
      <w:r>
        <w:rPr>
          <w:color w:val="666666"/>
          <w:sz w:val="18"/>
        </w:rPr>
        <w:t>Faith &amp; God · Materialism and Intellectual Dwarfism 29th April 2012 · 5m 54s · at 1:22:39 · https://youtu.be/qHzARL_r3I4?t=4959</w:t>
      </w:r>
    </w:p>
    <w:p>
      <w:r>
        <w:rPr>
          <w:i/>
        </w:rPr>
        <w:t>“What are the limits of using intellect in religion?”</w:t>
      </w:r>
    </w:p>
    <w:p>
      <w:r>
        <w:rPr>
          <w:sz w:val="20"/>
        </w:rPr>
        <w:t>1:22:39  aadmi ka hal ye hai ke wo busy hai kahin kisi job mein kisi business mein hamari tarah se to koi nahi ke wo sab kuch chhod chhad kar ke sirf study karta ho to jo log bhi istemal karte hain internet ko mein samajhta hoon is mein sawa confusion ke aur kuch milta nahi un ko mein is apne tajurbe se yahi samajh paya hoon maulana agla sawal hai solapur se maulana yaqoob umri sahib ka</w:t>
      </w:r>
      <w:r>
        <w:br/>
      </w:r>
      <w:r>
        <w:rPr>
          <w:sz w:val="20"/>
        </w:rPr>
        <w:t>1:23:08  unhon ne likha hai deen mein aql ko istemal karne ka hudood kya hai</w:t>
      </w:r>
      <w:r>
        <w:br/>
      </w:r>
      <w:r>
        <w:rPr>
          <w:sz w:val="20"/>
        </w:rPr>
        <w:t>1:23:19  koi had nahi had kya hai had hai sincerity koi had nahi hai aap sincere hon bas aap sincere hon misal ke taur pe ke mein aik baat bataoon ke har aadmi parta hai alhamdulillah rabbil alamin</w:t>
      </w:r>
      <w:r>
        <w:br/>
      </w:r>
      <w:r>
        <w:rPr>
          <w:sz w:val="20"/>
        </w:rPr>
        <w:t>1:23:38  in rozana namaz mein aql ko istemal nahi karta mujhe aik aadmi nahi mila jo aql ko istemal karta ho yahan halanke is se bohat bara item hai is ke andar kisi bhi namai se aap poochen bas alhamdulillah rabbil alamin parh liya baghair aql ko istemal kiye hue mein ne apni aql ko istemal kiya to mein ne socha ke mein keh raha hoon ke khuda ya tera shukr hai to</w:t>
      </w:r>
      <w:r>
        <w:br/>
      </w:r>
      <w:r>
        <w:rPr>
          <w:sz w:val="20"/>
        </w:rPr>
        <w:t>1:24:06  kaise bara shukr nikle ga jo allah ke rabb jo rabbil alamin ki shan shan ho jabke mein tarah tarah ke tajurbaat har waqt mujh se guzarte hain matlab kisi ne mujhe sata diya kisi ne mera nuksan kar diya kisi ne mera mera maal hadap kar liya kisi ne kisi ne koi masla create kar diya is ne pareshan kar diya mujh ko</w:t>
      </w:r>
      <w:r>
        <w:br/>
      </w:r>
      <w:r>
        <w:rPr>
          <w:sz w:val="20"/>
        </w:rPr>
        <w:t>1:24:29  yani har har din har subah shaam log koi na koi aisi baatein</w:t>
      </w:r>
      <w:r>
        <w:br/>
      </w:r>
      <w:r>
        <w:rPr>
          <w:sz w:val="20"/>
        </w:rPr>
        <w:t>1:24:36  tajrube guzarte hain jis se shikayatein aati hain complaint aati hai to main kaise kahoon bada shukr kaise</w:t>
      </w:r>
      <w:r>
        <w:br/>
      </w:r>
      <w:r>
        <w:rPr>
          <w:sz w:val="20"/>
        </w:rPr>
        <w:t>1:24:42  mujhe se niklega main jee raha hoon nashukri mein to keh raha hoon khuda tera shukr hai</w:t>
      </w:r>
      <w:r>
        <w:br/>
      </w:r>
      <w:r>
        <w:rPr>
          <w:sz w:val="20"/>
        </w:rPr>
        <w:t>1:24:50  to main us ko daryaft kiya ke is ka matlab yeh hai ke alhamdulillah alhamdulillah rabbul alameen jo</w:t>
      </w:r>
      <w:r>
        <w:br/>
      </w:r>
      <w:r>
        <w:rPr>
          <w:sz w:val="20"/>
        </w:rPr>
        <w:t>1:24:56  hai ek ek poore culture ko dawat deta hai</w:t>
      </w:r>
      <w:r>
        <w:br/>
      </w:r>
      <w:r>
        <w:rPr>
          <w:sz w:val="20"/>
        </w:rPr>
        <w:t>1:25:00  is ka matlab ke aye bande bhulao in baaton ko taake tum bara shukr kar sako bhulao sab baaton ko shikayaton ko bhulao aur nuksan ko bhulao jo tum par pesh aa raha hai yani ye ye ayat ye bata rahi hai ke ab bande bhulao in baaton ko kyunke kaun duniya mein aisa hai jis ko ke yani negative experience na ho raha ho koi aisa nahi hai</w:t>
      </w:r>
      <w:r>
        <w:br/>
      </w:r>
      <w:r>
        <w:rPr>
          <w:sz w:val="20"/>
        </w:rPr>
        <w:t>1:25:28  aisa to koi aik bhi insan nahi mile ga aap ko jis ko negative experience na hua ho ye log shikayaton mein jeete hain har aadmi shikayat mein jeeta hai jis se bhi miliye aap abhi aap yahan se nikal ke jaiye road par kisi se baat kijiye wo shikayat bole bole ga kahin bhi aap dekhiye to har aadmi dil mein shikayat liye hue hai dil mein nafrat liye hue hai dil mein intiqam ka jazba liye hue hai dil mein tarah tarah ke negative thought liye hue hai</w:t>
      </w:r>
      <w:r>
        <w:br/>
      </w:r>
      <w:r>
        <w:rPr>
          <w:sz w:val="20"/>
        </w:rPr>
        <w:t>1:25:57  ab in is tarah ke kaifiyat mein wo jee raha hai phir kehta hai alhamdulillah rabbil alamin to rabbil alamin ke darje ka shaoor kaise nikle ga is ki zuban se</w:t>
      </w:r>
      <w:r>
        <w:br/>
      </w:r>
      <w:r>
        <w:rPr>
          <w:sz w:val="20"/>
        </w:rPr>
        <w:t>1:26:08  tab mujhe samajh mein aaya ke is ayat mein yeh yeh baat yeh message ek chupa hua hai</w:t>
      </w:r>
      <w:r>
        <w:br/>
      </w:r>
      <w:r>
        <w:rPr>
          <w:sz w:val="20"/>
        </w:rPr>
        <w:t>1:26:13  woh yeh ke aye bande</w:t>
      </w:r>
      <w:r>
        <w:br/>
      </w:r>
      <w:r>
        <w:rPr>
          <w:sz w:val="20"/>
        </w:rPr>
        <w:t>1:26:17  tu agar chahta hai ke woh badi ibadat kar sake jis ko alhamdulillah kaha jata hai to bhala</w:t>
      </w:r>
      <w:r>
        <w:br/>
      </w:r>
      <w:r>
        <w:rPr>
          <w:sz w:val="20"/>
        </w:rPr>
        <w:t>1:26:24  ishq shikayaton ko shikayaton ko bhala nafraton ko bhala nuqsanaat ko bhala jab tak bhulayega nahi tum</w:t>
      </w:r>
      <w:r>
        <w:br/>
      </w:r>
      <w:r>
        <w:rPr>
          <w:sz w:val="20"/>
        </w:rPr>
        <w:t>1:26:32  baaton ko tab tak shukr nahi kar payega</w:t>
      </w:r>
      <w:r>
        <w:br/>
      </w:r>
      <w:r>
        <w:rPr>
          <w:sz w:val="20"/>
        </w:rPr>
        <w:t>1:26:39  jise burnard shaw ne kaha tha ke the most uneducated person is one who has nothing to forget mein ye kahunga ke sab se zyada yani ah na wo aadmi yani shukr us ko mein is tarah kahunga ke shukr karne ke liye aap ko forget karna parta hai agar aap forget na karen to aap nashukri mein jiyen</w:t>
      </w:r>
      <w:r>
        <w:br/>
      </w:r>
      <w:r>
        <w:rPr>
          <w:sz w:val="20"/>
        </w:rPr>
        <w:t>1:27:05  ge zuban se kahenge alhamdulillah haqeeqat mein aap nashukri mein jeene wale honge to ye aql ko istemal karni hi parti hai baat samajh aayi</w:t>
      </w:r>
      <w:r>
        <w:br/>
      </w:r>
      <w:r>
        <w:rPr>
          <w:sz w:val="20"/>
        </w:rPr>
        <w:t>1:27:15  agar mein ne na istemal karta to kuch bhi samajh mein ata bas alhamdulillah bolta rehta mein to mein ne samjha hai ke alhamdulillah jo hai wo wo color hai tamam negativity ka</w:t>
      </w:r>
      <w:r>
        <w:br/>
      </w:r>
      <w:r>
        <w:rPr>
          <w:sz w:val="20"/>
        </w:rPr>
        <w:t>1:27:28  alhamdulillah rabbil alamin aik aik hi ayat nahi hai wo qatil hai har qism ki manfi jazbaat ki har qism ke bure khayalaat ki har qism ki shikayat ki har qism ki nafrat ki jitni bhi manfi item hain is sab ki qatil hai ye aur jab aadmi is tarah namaz padh ke nikle to kaisa aik naya insan hoga wo aap ghor kijiye</w:t>
      </w:r>
      <w:r>
        <w:br/>
      </w:r>
      <w:r>
        <w:rPr>
          <w:sz w:val="20"/>
        </w:rPr>
        <w:t>1:27:54  jis tarike se alhamdulillah wala culture ikhtiyar kare us tarike se wo namaz padh kar nikle to aik naya insan hoga wo</w:t>
      </w:r>
      <w:r>
        <w:br/>
      </w:r>
      <w:r>
        <w:rPr>
          <w:sz w:val="20"/>
        </w:rPr>
        <w:t>1:28:03  jo shikayaton se khali hoga inteqaam se khali hoga manfi jazbaat se khali hoga kyun woh samjhega</w:t>
      </w:r>
      <w:r>
        <w:br/>
      </w:r>
      <w:r>
        <w:rPr>
          <w:sz w:val="20"/>
        </w:rPr>
        <w:t>1:28:09  ke agar main apne aap ko khali nahi kiya to main alhamdulillah kehne ke qabil nahi rahunga</w:t>
      </w:r>
      <w:r>
        <w:br/>
      </w:r>
      <w:r>
        <w:rPr>
          <w:sz w:val="20"/>
        </w:rPr>
        <w:t>1:28:17  alhamdulillah rabbul alameen kehne ke qabil jab banunga main jab ke apne aap ko purify karoon</w:t>
      </w:r>
      <w:r>
        <w:br/>
      </w:r>
      <w:r>
        <w:rPr>
          <w:sz w:val="20"/>
        </w:rPr>
        <w:t>1:28:24  purify karoon apne aap ko tab main keh sakoon ke aye allah tera shukr hai</w:t>
      </w:r>
      <w:r>
        <w:br/>
      </w:r>
      <w:r>
        <w:rPr>
          <w:sz w:val="20"/>
        </w:rPr>
        <w:t>1:28:30  yeh aql ko istemal karne se yeh baat samajh mein aati hai</w:t>
      </w:r>
    </w:p>
    <w:p>
      <w:pPr>
        <w:pStyle w:val="Heading2"/>
      </w:pPr>
      <w:r>
        <w:t>Limits of using intellect in religion</w:t>
      </w:r>
    </w:p>
    <w:p>
      <w:r>
        <w:rPr>
          <w:color w:val="666666"/>
          <w:sz w:val="18"/>
        </w:rPr>
        <w:t>Faith &amp; God · Material Science Vs Spiritual Science 20th May 12 SLOW · 5m 43s · at 1:27:26 · https://youtu.be/qYwFExG7cyM?t=5246</w:t>
      </w:r>
    </w:p>
    <w:p>
      <w:r>
        <w:rPr>
          <w:i/>
        </w:rPr>
        <w:t>“What are the limits of using intellect in religion?”</w:t>
      </w:r>
    </w:p>
    <w:p>
      <w:r>
        <w:rPr>
          <w:sz w:val="20"/>
        </w:rPr>
        <w:t>1:27:26  maulana, agla sawal hai solah pur se maulana yaqoob umri sahib ka.</w:t>
      </w:r>
      <w:r>
        <w:br/>
      </w:r>
      <w:r>
        <w:rPr>
          <w:sz w:val="20"/>
        </w:rPr>
        <w:t>1:27:31  unhon ne likha hai: "deen mein aql ko istemal karne ka hudood kya hai?" koi had nahi, had</w:t>
      </w:r>
      <w:r>
        <w:br/>
      </w:r>
      <w:r>
        <w:rPr>
          <w:sz w:val="20"/>
        </w:rPr>
        <w:t>1:27:39  kya hai? had hai sincerity.</w:t>
      </w:r>
      <w:r>
        <w:br/>
      </w:r>
      <w:r>
        <w:rPr>
          <w:sz w:val="20"/>
        </w:rPr>
        <w:t>1:27:41  koi had nahi hai, aap sincere hon, bas aap sincere hon.</w:t>
      </w:r>
      <w:r>
        <w:br/>
      </w:r>
      <w:r>
        <w:rPr>
          <w:sz w:val="20"/>
        </w:rPr>
        <w:t>1:27:46  misal ke taur pe ke main ek baat bataoon ke har aadmi padhta hai "alhamdulillah rabbul alameen" rozana</w:t>
      </w:r>
      <w:r>
        <w:br/>
      </w:r>
      <w:r>
        <w:rPr>
          <w:sz w:val="20"/>
        </w:rPr>
        <w:t>1:27:54  namaz mein, aql ko istemal nahi karta.</w:t>
      </w:r>
      <w:r>
        <w:br/>
      </w:r>
      <w:r>
        <w:rPr>
          <w:sz w:val="20"/>
        </w:rPr>
        <w:t>1:27:57  mujhe ek aadmi nahi mila jo aql ko istemal karta ho yahan, halanke is se bohat bara item</w:t>
      </w:r>
      <w:r>
        <w:br/>
      </w:r>
      <w:r>
        <w:rPr>
          <w:sz w:val="20"/>
        </w:rPr>
        <w:t>1:28:04  hai is ke andar.</w:t>
      </w:r>
      <w:r>
        <w:br/>
      </w:r>
      <w:r>
        <w:rPr>
          <w:sz w:val="20"/>
        </w:rPr>
        <w:t>1:28:06  kisi bhi numaaish se aap poochein, bas "alhamdulillah rabbul alameen" padh liya baghair aql ko istemal kiye.</w:t>
      </w:r>
      <w:r>
        <w:br/>
      </w:r>
      <w:r>
        <w:rPr>
          <w:sz w:val="20"/>
        </w:rPr>
        <w:t>1:28:13  main ne apni aql ko istemal kiya, main ne socha ke main keh raha hoon ke khudaaya tera</w:t>
      </w:r>
      <w:r>
        <w:br/>
      </w:r>
      <w:r>
        <w:rPr>
          <w:sz w:val="20"/>
        </w:rPr>
        <w:t>1:28:21  shukr hai, to kaise bara shukr niklega jo Allah ke rabbul alameen ki shaan shaan ho? jabke</w:t>
      </w:r>
      <w:r>
        <w:br/>
      </w:r>
      <w:r>
        <w:rPr>
          <w:sz w:val="20"/>
        </w:rPr>
        <w:t>1:28:29  main tarah tarah ke tajrube har waqt mujh se guzarte hain.</w:t>
      </w:r>
      <w:r>
        <w:br/>
      </w:r>
      <w:r>
        <w:rPr>
          <w:sz w:val="20"/>
        </w:rPr>
        <w:t>1:28:33  matlab, kisi ne mujhe saza diya, kisi ne mera nuksan kar diya, kisi ne mera maal hadap kar</w:t>
      </w:r>
      <w:r>
        <w:br/>
      </w:r>
      <w:r>
        <w:rPr>
          <w:sz w:val="20"/>
        </w:rPr>
        <w:t>1:28:41  liya, kisi ne kisi ne koi nawishat create kar diya, use pareshan kar diya.</w:t>
      </w:r>
      <w:r>
        <w:br/>
      </w:r>
      <w:r>
        <w:rPr>
          <w:sz w:val="20"/>
        </w:rPr>
        <w:t>1:28:47  is ko yani har har din, har subah sham log koi na koi aisi baatein, tajrube guzarte hain</w:t>
      </w:r>
      <w:r>
        <w:br/>
      </w:r>
      <w:r>
        <w:rPr>
          <w:sz w:val="20"/>
        </w:rPr>
        <w:t>1:28:55  jis se shikayatein aati hain, complaint aati hain.</w:t>
      </w:r>
      <w:r>
        <w:br/>
      </w:r>
      <w:r>
        <w:rPr>
          <w:sz w:val="20"/>
        </w:rPr>
        <w:t>1:28:58  to main kaise kahoon bara shukr kaise mujh se niklega? main jee raha hoon nashukri mein, keh</w:t>
      </w:r>
      <w:r>
        <w:br/>
      </w:r>
      <w:r>
        <w:rPr>
          <w:sz w:val="20"/>
        </w:rPr>
        <w:t>1:29:06  raha hoon khuda tera shukr hai.</w:t>
      </w:r>
      <w:r>
        <w:br/>
      </w:r>
      <w:r>
        <w:rPr>
          <w:sz w:val="20"/>
        </w:rPr>
        <w:t>1:29:09  to main is ko daryaft kiya ke is ka matlab yeh hai ke "alhamdulillah rabbul alameen" jo hai,</w:t>
      </w:r>
      <w:r>
        <w:br/>
      </w:r>
      <w:r>
        <w:rPr>
          <w:sz w:val="20"/>
        </w:rPr>
        <w:t>1:29:16  ek ek poore culture ko dawat deta hai.</w:t>
      </w:r>
      <w:r>
        <w:br/>
      </w:r>
      <w:r>
        <w:rPr>
          <w:sz w:val="20"/>
        </w:rPr>
        <w:t>1:29:20  is ka matlab kaha hai bande bhulao in baaton ko taake tum bara shukr kar sako.</w:t>
      </w:r>
      <w:r>
        <w:br/>
      </w:r>
      <w:r>
        <w:rPr>
          <w:sz w:val="20"/>
        </w:rPr>
        <w:t>1:29:27  bhulao sab baaton ko, shikayaton ko bhulao aur nuqsan ko bhulao jo tum par pesh aa raha hai.</w:t>
      </w:r>
      <w:r>
        <w:br/>
      </w:r>
      <w:r>
        <w:rPr>
          <w:sz w:val="20"/>
        </w:rPr>
        <w:t>1:29:34  yani yeh ayat yeh bata rahi hai ke aap bande bhulao in baaton ko, kyunke kaun duniya mein</w:t>
      </w:r>
      <w:r>
        <w:br/>
      </w:r>
      <w:r>
        <w:rPr>
          <w:sz w:val="20"/>
        </w:rPr>
        <w:t>1:29:42  aisa hai jisko ke yani negative experience na ho raha ho? koi aisa nahi hai.</w:t>
      </w:r>
      <w:r>
        <w:br/>
      </w:r>
      <w:r>
        <w:rPr>
          <w:sz w:val="20"/>
        </w:rPr>
        <w:t>1:29:49  aisa to koi ek bhi insaan nahi milega aap ko jisko negative experience na hua ho.</w:t>
      </w:r>
      <w:r>
        <w:br/>
      </w:r>
      <w:r>
        <w:rPr>
          <w:sz w:val="20"/>
        </w:rPr>
        <w:t>1:29:57  yeh log shikayaton mein jeete hain.</w:t>
      </w:r>
      <w:r>
        <w:br/>
      </w:r>
      <w:r>
        <w:rPr>
          <w:sz w:val="20"/>
        </w:rPr>
        <w:t>1:29:59  har aadmi shikayat mein jeeta hai, jisse bhi miliye.</w:t>
      </w:r>
      <w:r>
        <w:br/>
      </w:r>
      <w:r>
        <w:rPr>
          <w:sz w:val="20"/>
        </w:rPr>
        <w:t>1:30:03  aap abhi aap yahan nikal ke jaiye road par kahin se baat kijiye, woh shikayat koi nahi bolay</w:t>
      </w:r>
      <w:r>
        <w:br/>
      </w:r>
      <w:r>
        <w:rPr>
          <w:sz w:val="20"/>
        </w:rPr>
        <w:t>1:30:11  ga.</w:t>
      </w:r>
      <w:r>
        <w:br/>
      </w:r>
      <w:r>
        <w:rPr>
          <w:sz w:val="20"/>
        </w:rPr>
        <w:t>1:30:13  kahin bhi aap dekhiye to har aadmi dil mein shikayat liye gaye, dil mein nafrat liye gaye, dil</w:t>
      </w:r>
      <w:r>
        <w:br/>
      </w:r>
      <w:r>
        <w:rPr>
          <w:sz w:val="20"/>
        </w:rPr>
        <w:t>1:30:20  mein inteqaam jazba liye gaye, dil mein tarah tarah ke negative thought liye gaye.</w:t>
      </w:r>
      <w:r>
        <w:br/>
      </w:r>
      <w:r>
        <w:rPr>
          <w:sz w:val="20"/>
        </w:rPr>
        <w:t>1:30:26  ab in is tarah ke kaifiyat mein woh jee raha hai, phir kehta hai "Alhamdulillah Rabb-ul-Alameen" to</w:t>
      </w:r>
      <w:r>
        <w:br/>
      </w:r>
      <w:r>
        <w:rPr>
          <w:sz w:val="20"/>
        </w:rPr>
        <w:t>1:30:34  Rabb-ul-Alameen ke darje ka shukr kaise niklega is ki zuban se? tab meri farmaya ke is</w:t>
      </w:r>
      <w:r>
        <w:br/>
      </w:r>
      <w:r>
        <w:rPr>
          <w:sz w:val="20"/>
        </w:rPr>
        <w:t>1:30:42  ayat mein yeh yeh baat, yeh message ek chupa hua hai, woh yeh ke ae bande, tu agar</w:t>
      </w:r>
      <w:r>
        <w:br/>
      </w:r>
      <w:r>
        <w:rPr>
          <w:sz w:val="20"/>
        </w:rPr>
        <w:t>1:30:49  chahta hai ke woh bari ibadat kar sake jisko "Alhamdulillah" kaha jata hai, to bhula ishq, shikayaton,</w:t>
      </w:r>
      <w:r>
        <w:br/>
      </w:r>
      <w:r>
        <w:rPr>
          <w:sz w:val="20"/>
        </w:rPr>
        <w:t>1:30:57  shikayaton ko bhula, nafraton ko bhula, nuqsanaat ko bhula.</w:t>
      </w:r>
      <w:r>
        <w:br/>
      </w:r>
      <w:r>
        <w:rPr>
          <w:sz w:val="20"/>
        </w:rPr>
        <w:t>1:31:01  jab tak bhulaye ga nahi, tab baaton ko tab tak shukr nahi kar payega.</w:t>
      </w:r>
      <w:r>
        <w:br/>
      </w:r>
      <w:r>
        <w:rPr>
          <w:sz w:val="20"/>
        </w:rPr>
        <w:t>1:31:07  جیسے برنارڈ شاہ نے کہا تھا کہ "The most uneducated person is one who has nothing to forget"۔</w:t>
      </w:r>
      <w:r>
        <w:br/>
      </w:r>
      <w:r>
        <w:rPr>
          <w:sz w:val="20"/>
        </w:rPr>
        <w:t>1:31:15  mein yeh kahunga ke sab se zyada yani na woh aadmi yani shukr, is ko mein is</w:t>
      </w:r>
      <w:r>
        <w:br/>
      </w:r>
      <w:r>
        <w:rPr>
          <w:sz w:val="20"/>
        </w:rPr>
        <w:t>1:31:23  طرح کہوں گا کہ شکر کرنے کے لیے آپ کو forget کرنا پڑتا ہے۔</w:t>
      </w:r>
      <w:r>
        <w:br/>
      </w:r>
      <w:r>
        <w:rPr>
          <w:sz w:val="20"/>
        </w:rPr>
        <w:t>1:31:29  اگر آپ forget نہ کریں تو آپ ناشکری میں جئیں گے۔</w:t>
      </w:r>
      <w:r>
        <w:br/>
      </w:r>
      <w:r>
        <w:rPr>
          <w:sz w:val="20"/>
        </w:rPr>
        <w:t>1:31:34  zuban se kahenge "Alhamdulillah", haqeeqat mein aap nashukri mein jeene wale honge.</w:t>
      </w:r>
      <w:r>
        <w:br/>
      </w:r>
      <w:r>
        <w:rPr>
          <w:sz w:val="20"/>
        </w:rPr>
        <w:t>1:31:40  to yeh aql ko istemal karni hi padti hai.</w:t>
      </w:r>
      <w:r>
        <w:br/>
      </w:r>
      <w:r>
        <w:rPr>
          <w:sz w:val="20"/>
        </w:rPr>
        <w:t>1:31:43  baat samajh aayi? agar aap ko mein ne na istemal karta to kuch bhi samajh aata, bas "Alhamdulillah"</w:t>
      </w:r>
      <w:r>
        <w:br/>
      </w:r>
      <w:r>
        <w:rPr>
          <w:sz w:val="20"/>
        </w:rPr>
        <w:t>1:31:51  bolta rehta mein.</w:t>
      </w:r>
      <w:r>
        <w:br/>
      </w:r>
      <w:r>
        <w:rPr>
          <w:sz w:val="20"/>
        </w:rPr>
        <w:t>1:31:53  to mein ne samjha hai ke "Alhamdulillah" jo hai, woh woh color hai tamam negativity ka.</w:t>
      </w:r>
      <w:r>
        <w:br/>
      </w:r>
      <w:r>
        <w:rPr>
          <w:sz w:val="20"/>
        </w:rPr>
        <w:t>1:32:00  "Alhamdulillah Rabb-ul-Alameen" ek ek hi ayat nahi hai, woh qatil hai har qism ki manfi jazbaat ki,</w:t>
      </w:r>
      <w:r>
        <w:br/>
      </w:r>
      <w:r>
        <w:rPr>
          <w:sz w:val="20"/>
        </w:rPr>
        <w:t>1:32:07  har qism ke bure khayalaat ki, har qism ki shikayat ki, har qism ki nafrat ki.</w:t>
      </w:r>
      <w:r>
        <w:br/>
      </w:r>
      <w:r>
        <w:rPr>
          <w:sz w:val="20"/>
        </w:rPr>
        <w:t>1:32:14  jitni bhi manfi item hain, woh sab ki qatil hai.</w:t>
      </w:r>
      <w:r>
        <w:br/>
      </w:r>
      <w:r>
        <w:rPr>
          <w:sz w:val="20"/>
        </w:rPr>
        <w:t>1:32:18  aur jab aadmi is tarah namaz parh ke nikle to kaisa ek naya insan hoga? woh aap ghhor</w:t>
      </w:r>
      <w:r>
        <w:br/>
      </w:r>
      <w:r>
        <w:rPr>
          <w:sz w:val="20"/>
        </w:rPr>
        <w:t>1:32:26  kijiye, jis tareeqe se "Alhamdulillah" wala culture ikhtiyar kare, us tareeqe se woh namaz parh ke nikle to</w:t>
      </w:r>
      <w:r>
        <w:br/>
      </w:r>
      <w:r>
        <w:rPr>
          <w:sz w:val="20"/>
        </w:rPr>
        <w:t>1:32:34  ek naya insan hoga.</w:t>
      </w:r>
      <w:r>
        <w:br/>
      </w:r>
      <w:r>
        <w:rPr>
          <w:sz w:val="20"/>
        </w:rPr>
        <w:t>1:32:36  woh jo shikayaton se khali hoga, inteqam se khali hoga, manfi jazbat se khali hoga.</w:t>
      </w:r>
      <w:r>
        <w:br/>
      </w:r>
      <w:r>
        <w:rPr>
          <w:sz w:val="20"/>
        </w:rPr>
        <w:t>1:32:42  kyun? woh samjhega ke agar main apne aap ko khali nahi kiya to main "Alhamdulillah" kehne ke</w:t>
      </w:r>
      <w:r>
        <w:br/>
      </w:r>
      <w:r>
        <w:rPr>
          <w:sz w:val="20"/>
        </w:rPr>
        <w:t>1:32:50  qabil nahi rahunga.</w:t>
      </w:r>
      <w:r>
        <w:br/>
      </w:r>
      <w:r>
        <w:rPr>
          <w:sz w:val="20"/>
        </w:rPr>
        <w:t>1:32:51  "Alhamdulillah Rabb al-Alameen" kehne ke qabil jab banunga main? jab ke apne aap ko purify karun, purify</w:t>
      </w:r>
      <w:r>
        <w:br/>
      </w:r>
      <w:r>
        <w:rPr>
          <w:sz w:val="20"/>
        </w:rPr>
        <w:t>1:32:59  karun apne aap ko, tab main keh sakun ke aye Allah, tera shukr hai.</w:t>
      </w:r>
      <w:r>
        <w:br/>
      </w:r>
      <w:r>
        <w:rPr>
          <w:sz w:val="20"/>
        </w:rPr>
        <w:t>1:33:05  yeh aql ko istemal karne se yeh baat samajh ati hai.</w:t>
      </w:r>
    </w:p>
    <w:p>
      <w:pPr>
        <w:pStyle w:val="Heading2"/>
      </w:pPr>
      <w:r>
        <w:t>Love for God despite fear of hell</w:t>
      </w:r>
    </w:p>
    <w:p>
      <w:r>
        <w:rPr>
          <w:color w:val="666666"/>
          <w:sz w:val="18"/>
        </w:rPr>
        <w:t>Faith &amp; God · Conversation with Maulana Wahiduddin Khan | October 01, 2017 · 5m 28s · at 0:47 · https://youtu.be/TmOYGd3rp2M?t=47</w:t>
      </w:r>
    </w:p>
    <w:p>
      <w:r>
        <w:rPr>
          <w:i/>
        </w:rPr>
        <w:t>“Moulana, you once said in a talk that we should develop in ourselves love for God. I have grown listening to the 'fear of God' concept, and it has often been used in the context of hell. Please explain.”</w:t>
      </w:r>
    </w:p>
    <w:p>
      <w:r>
        <w:rPr>
          <w:sz w:val="20"/>
        </w:rPr>
        <w:t>0:47  yeh, aah, pehla sawal hum lena chahenge jo Dubai se bheja gaya hai, Zubair sahib ne kiya hai sawal.</w:t>
      </w:r>
      <w:r>
        <w:br/>
      </w:r>
      <w:r>
        <w:rPr>
          <w:sz w:val="20"/>
        </w:rPr>
        <w:t>0:53  انہوں نے لکھا ہے: "مولانا، you once said in a talk that we should develop in ourselves love for God.</w:t>
      </w:r>
      <w:r>
        <w:br/>
      </w:r>
      <w:r>
        <w:rPr>
          <w:sz w:val="20"/>
        </w:rPr>
        <w:t>0:59  I have grown listening to 'fear of God' concept, and it has often been used in the context of hell.</w:t>
      </w:r>
      <w:r>
        <w:br/>
      </w:r>
      <w:r>
        <w:rPr>
          <w:sz w:val="20"/>
        </w:rPr>
        <w:t>1:05  After I heard your</w:t>
      </w:r>
      <w:r>
        <w:br/>
      </w:r>
      <w:r>
        <w:rPr>
          <w:sz w:val="20"/>
        </w:rPr>
        <w:t>1:11  talk that we should have love for God, I got curious.</w:t>
      </w:r>
      <w:r>
        <w:br/>
      </w:r>
      <w:r>
        <w:rPr>
          <w:sz w:val="20"/>
        </w:rPr>
        <w:t>1:18  I want to know how can we develop love for God, and is it bigger than fear for</w:t>
      </w:r>
      <w:r>
        <w:br/>
      </w:r>
      <w:r>
        <w:rPr>
          <w:sz w:val="20"/>
        </w:rPr>
        <w:t>1:26  God?" ji, quran mein dono baatein aayi hain.</w:t>
      </w:r>
      <w:r>
        <w:br/>
      </w:r>
      <w:r>
        <w:rPr>
          <w:sz w:val="20"/>
        </w:rPr>
        <w:t>1:34  ek taraf hai ke</w:t>
      </w:r>
      <w:r>
        <w:br/>
      </w:r>
      <w:r>
        <w:rPr>
          <w:sz w:val="20"/>
        </w:rPr>
        <w:t>1:42  "walam yakhsha illallaha".</w:t>
      </w:r>
      <w:r>
        <w:br/>
      </w:r>
      <w:r>
        <w:rPr>
          <w:sz w:val="20"/>
        </w:rPr>
        <w:t>1:47  "walam yakhsha illallaha".</w:t>
      </w:r>
      <w:r>
        <w:br/>
      </w:r>
      <w:r>
        <w:rPr>
          <w:sz w:val="20"/>
        </w:rPr>
        <w:t>1:52  nahin dara magar sirf Allah se.</w:t>
      </w:r>
      <w:r>
        <w:br/>
      </w:r>
      <w:r>
        <w:rPr>
          <w:sz w:val="20"/>
        </w:rPr>
        <w:t>1:57  to yeh ek pehlu hua.</w:t>
      </w:r>
      <w:r>
        <w:br/>
      </w:r>
      <w:r>
        <w:rPr>
          <w:sz w:val="20"/>
        </w:rPr>
        <w:t>2:02  dusra pehlu hai: "wallazeena aamanoo ashadd hubballillah".</w:t>
      </w:r>
      <w:r>
        <w:br/>
      </w:r>
      <w:r>
        <w:rPr>
          <w:sz w:val="20"/>
        </w:rPr>
        <w:t>2:07  imaan wale bahut zyada mohabbat karte hain Allah</w:t>
      </w:r>
      <w:r>
        <w:br/>
      </w:r>
      <w:r>
        <w:rPr>
          <w:sz w:val="20"/>
        </w:rPr>
        <w:t>2:12  se.</w:t>
      </w:r>
      <w:r>
        <w:br/>
      </w:r>
      <w:r>
        <w:rPr>
          <w:sz w:val="20"/>
        </w:rPr>
        <w:t>2:22  to main samajhta hoon ke yeh dono hi matloob hain.</w:t>
      </w:r>
      <w:r>
        <w:br/>
      </w:r>
      <w:r>
        <w:rPr>
          <w:sz w:val="20"/>
        </w:rPr>
        <w:t>2:32  dono mein buniyadi farq yeh hai ke "walam yakhsha illallaha" us waqt zyada</w:t>
      </w:r>
      <w:r>
        <w:br/>
      </w:r>
      <w:r>
        <w:rPr>
          <w:sz w:val="20"/>
        </w:rPr>
        <w:t>2:42  ghor karata hai saamne, jab aap aakhirat ko sochein. Aakhirat ke maamle mein khashiyat ka pehlu ghalib hota hai, jaisa ke Sahaba ko hum dekhte hain. Khashiyat, yani qayamat mein jo jawab dehi hogi, accountability, us ko le kar Sahaba aksar khi</w:t>
      </w:r>
      <w:r>
        <w:br/>
      </w:r>
      <w:r>
        <w:rPr>
          <w:sz w:val="20"/>
        </w:rPr>
        <w:t>3:12  shiyat mein mubtala rehte thay. Aur jahan tak dunya ka ta'alluq hai, dunya mein jo insaan ka tajruba hota hai, woh sab ka sab mohabbat ilahi ka hota hai. Yeh jab main bol raha hoon, tab bhi mohabbat ilahi hai, kyun ke main</w:t>
      </w:r>
      <w:r>
        <w:br/>
      </w:r>
      <w:r>
        <w:rPr>
          <w:sz w:val="20"/>
        </w:rPr>
        <w:t>3:42  sochta hoon ke kaise main bol raha hoon, yeh nutq ki soch mere andar kaise aayi.</w:t>
      </w:r>
      <w:r>
        <w:br/>
      </w:r>
      <w:r>
        <w:rPr>
          <w:sz w:val="20"/>
        </w:rPr>
        <w:t>3:50  main dekh raha hoon, tab bhi main soch raha hoon ke kaise main dekh pata hoon.</w:t>
      </w:r>
      <w:r>
        <w:br/>
      </w:r>
      <w:r>
        <w:rPr>
          <w:sz w:val="20"/>
        </w:rPr>
        <w:t>3:57  main khata peeta hoon, tab bhi main sochta hoon ke kaise mera digestive system digest karta hai aur</w:t>
      </w:r>
      <w:r>
        <w:br/>
      </w:r>
      <w:r>
        <w:rPr>
          <w:sz w:val="20"/>
        </w:rPr>
        <w:t>4:05  kaise sara naz</w:t>
      </w:r>
      <w:r>
        <w:br/>
      </w:r>
      <w:r>
        <w:rPr>
          <w:sz w:val="20"/>
        </w:rPr>
        <w:t>4:12  am kaam karta hai.</w:t>
      </w:r>
      <w:r>
        <w:br/>
      </w:r>
      <w:r>
        <w:rPr>
          <w:sz w:val="20"/>
        </w:rPr>
        <w:t>4:21  to jahan tak love ka muamla hai, to har waqt aadmi ko iska tajurba hota rehta hai.</w:t>
      </w:r>
      <w:r>
        <w:br/>
      </w:r>
      <w:r>
        <w:rPr>
          <w:sz w:val="20"/>
        </w:rPr>
        <w:t>4:29  yani takhleeq ko le kar sochein, jo hum ko duniya mein milta hai, us ko le kar sochein hum.</w:t>
      </w:r>
      <w:r>
        <w:br/>
      </w:r>
      <w:r>
        <w:rPr>
          <w:sz w:val="20"/>
        </w:rPr>
        <w:t>4:37  to sab love ka item hai.</w:t>
      </w:r>
      <w:r>
        <w:br/>
      </w:r>
      <w:r>
        <w:rPr>
          <w:sz w:val="20"/>
        </w:rPr>
        <w:t>4:45  lekin jab hum sochte hain aakhirat ke bare mein, to wahan bhi dono cheezein hain.</w:t>
      </w:r>
      <w:r>
        <w:br/>
      </w:r>
      <w:r>
        <w:rPr>
          <w:sz w:val="20"/>
        </w:rPr>
        <w:t>4:52  hadees mein aata hai ke "al-imaan bin raja wal khauf".</w:t>
      </w:r>
      <w:r>
        <w:br/>
      </w:r>
      <w:r>
        <w:rPr>
          <w:sz w:val="20"/>
        </w:rPr>
        <w:t>5:00  imaan khauf aur mohabbat ke darmiyan hai.</w:t>
      </w:r>
      <w:r>
        <w:br/>
      </w:r>
      <w:r>
        <w:rPr>
          <w:sz w:val="20"/>
        </w:rPr>
        <w:t>5:07  taqat woh amli bhi soch rehti hai is momin ki</w:t>
      </w:r>
      <w:r>
        <w:br/>
      </w:r>
      <w:r>
        <w:rPr>
          <w:sz w:val="20"/>
        </w:rPr>
        <w:t>5:15  ke Allah ka jo maamla hoga mere saath, woh rehmat ka hoga. Yeh soch kar mohabbat ka jazba ghalib aata hai. Aur yeh sochta hai ke aadmi ke Allah pakdega mujh ko meri ghaltiyon par, to dar ghalib aa jata hai. To yeh koi mathemat</w:t>
      </w:r>
      <w:r>
        <w:br/>
      </w:r>
      <w:r>
        <w:rPr>
          <w:sz w:val="20"/>
        </w:rPr>
        <w:t>5:45  ical baat nahin hai ke fifty percent woh, fifty percent woh.</w:t>
      </w:r>
      <w:r>
        <w:br/>
      </w:r>
      <w:r>
        <w:rPr>
          <w:sz w:val="20"/>
        </w:rPr>
        <w:t>5:53  balkeh aadmi par kab, kis waqt, kaun sa ghalba hota hai, kis cheez ka woh zyada ghalib aa</w:t>
      </w:r>
      <w:r>
        <w:br/>
      </w:r>
      <w:r>
        <w:rPr>
          <w:sz w:val="20"/>
        </w:rPr>
        <w:t>6:00  jata hai, is par depend karta hai.</w:t>
      </w:r>
      <w:r>
        <w:br/>
      </w:r>
      <w:r>
        <w:rPr>
          <w:sz w:val="20"/>
        </w:rPr>
        <w:t>6:08  to Quran mein dono hain aur dono apne apne lehaz se apply hote hain.</w:t>
      </w:r>
    </w:p>
    <w:p>
      <w:pPr>
        <w:pStyle w:val="Heading2"/>
      </w:pPr>
      <w:r>
        <w:t>Misunderstood question about belief</w:t>
      </w:r>
    </w:p>
    <w:p>
      <w:r>
        <w:rPr>
          <w:color w:val="666666"/>
          <w:sz w:val="18"/>
        </w:rPr>
        <w:t>Faith &amp; God · God Oriented Life (In Conversation with Maulana) 23 10 11 · 8m 17s · at 7:23 · https://youtu.be/E_LWwsWww2U?t=443</w:t>
      </w:r>
    </w:p>
    <w:p>
      <w:r>
        <w:rPr>
          <w:i/>
        </w:rPr>
        <w:t>“I had asked a question from Maulana in the last Sunday talk but perhaps it was misunderstood. I have a firm belief in God but the basic question in my mind relates to...”</w:t>
      </w:r>
    </w:p>
    <w:p>
      <w:r>
        <w:rPr>
          <w:sz w:val="20"/>
        </w:rPr>
        <w:t>7:23  maulana yeh sawal aaya hai Mr Ashish Diwari ka Kanpur se unhone likha hai I had asked</w:t>
      </w:r>
      <w:r>
        <w:br/>
      </w:r>
      <w:r>
        <w:rPr>
          <w:sz w:val="20"/>
        </w:rPr>
        <w:t>7:30  This question, I had asked a question from Maulana in the last Sunday talk, but perhaps it was</w:t>
      </w:r>
      <w:r>
        <w:br/>
      </w:r>
      <w:r>
        <w:rPr>
          <w:sz w:val="20"/>
        </w:rPr>
        <w:t>7:37  misunderstood. I have a firm belief in God, but the basic question in my mind relates to</w:t>
      </w:r>
      <w:r>
        <w:br/>
      </w:r>
      <w:r>
        <w:rPr>
          <w:sz w:val="20"/>
        </w:rPr>
        <w:t>7:45  Why we are here in this world you have said that the creation plan of God is to</w:t>
      </w:r>
      <w:r>
        <w:br/>
      </w:r>
      <w:r>
        <w:rPr>
          <w:sz w:val="20"/>
        </w:rPr>
        <w:t>7:50  test man in this world and find out whether he is worthy of living in paradise but God</w:t>
      </w:r>
      <w:r>
        <w:br/>
      </w:r>
      <w:r>
        <w:rPr>
          <w:sz w:val="20"/>
        </w:rPr>
        <w:t>7:58  as the most merciful to His creatures. So why would He subject them to trials and hardships?</w:t>
      </w:r>
      <w:r>
        <w:br/>
      </w:r>
      <w:r>
        <w:rPr>
          <w:sz w:val="20"/>
        </w:rPr>
        <w:t>8:04  for testing them if such a test is not</w:t>
      </w:r>
      <w:r>
        <w:br/>
      </w:r>
      <w:r>
        <w:rPr>
          <w:sz w:val="20"/>
        </w:rPr>
        <w:t>8:08  really necessary and the outcome of the test is known in advance if quran is truly the word of god it must answer this basic question is there any verse in quran that can shed any light on this matter in my own reading of quran i could not find the answer please provide your valuable guidance in this regard</w:t>
      </w:r>
      <w:r>
        <w:br/>
      </w:r>
      <w:r>
        <w:rPr>
          <w:sz w:val="20"/>
        </w:rPr>
        <w:t>8:32  dekhein yeh yahi ek question nahi billion question hain lekin aap ko karna kya hai science mein ek formula hai us ko kehte hain principle of elimination yani kuch question aise hote hain un ko aap ko yani chhodna padta hai ignore karna padta hai warna aap kahin nahi pahunche</w:t>
      </w:r>
      <w:r>
        <w:br/>
      </w:r>
      <w:r>
        <w:rPr>
          <w:sz w:val="20"/>
        </w:rPr>
        <w:t>8:57  farz kijiye ke aap delhi mein hai aap ko jana hai kanpur toh har waqt yeh andesha hai ke mein train se jaon toh kahin train jo hai patri se utar jaye kahin earthquake aa jaye kahin woh storm aa jaye toh kya aap safar nahi karenge</w:t>
      </w:r>
      <w:r>
        <w:br/>
      </w:r>
      <w:r>
        <w:rPr>
          <w:sz w:val="20"/>
        </w:rPr>
        <w:t>9:17  us ko eliminate karte hain aap is is sawalat ko eliminate karte hain har maamle mein isi ki baat nahi hai har maamle mein hazaron question hain side questions side us ko aap eliminate karte hain toh duniya mein zinda hain toh yeh ek side question hai asal baat jo sochne ki us mein focus hona chahiye woh kya hai</w:t>
      </w:r>
      <w:r>
        <w:br/>
      </w:r>
      <w:r>
        <w:rPr>
          <w:sz w:val="20"/>
        </w:rPr>
        <w:t>9:40  ke allah taala ne kitni bari mere sath yani rehmat ki hai ke mujhe paida kiya jab ke mein mera wajood nahi tha ek duniya mein rakha 60 70 saal 50 saal 80 saal ke liye aur mujhe sirf itna karna hai ke hai ke azadi ko misuse na karoon aur us ke baad mujhe eternal priority milegi</w:t>
      </w:r>
      <w:r>
        <w:br/>
      </w:r>
      <w:r>
        <w:rPr>
          <w:sz w:val="20"/>
        </w:rPr>
        <w:t>10:09  mein ek shakhs se mila ek baar jo padh raha tha university mein toh ek kamre mein raat din rehta tha woh farz us ko zaroor tha ke mujhe top karna hai top karna hai bade bade baal ho gaye the baal nahi banwata tha woh</w:t>
      </w:r>
      <w:r>
        <w:br/>
      </w:r>
      <w:r>
        <w:rPr>
          <w:sz w:val="20"/>
        </w:rPr>
        <w:t>10:27  yani bilkul neat bana hua tha us zamane mein woh toh mein ne us se poocha ke bhai aap ki halat hai aisi toh yeh aap ko kaisa lagta hai yeh</w:t>
      </w:r>
      <w:r>
        <w:br/>
      </w:r>
      <w:r>
        <w:rPr>
          <w:sz w:val="20"/>
        </w:rPr>
        <w:t>10:39  toh us ne kaha yeh baat kahi ke jab mein yeh sochta hoon jis din mein top karunga us din foran mere taraqqi ke darwaze khul jayenge toh sab bhool jata hai pareshani bhool jati hai</w:t>
      </w:r>
      <w:r>
        <w:br/>
      </w:r>
      <w:r>
        <w:rPr>
          <w:sz w:val="20"/>
        </w:rPr>
        <w:t>10:53  agar woh yeh sochta ke kahin main mar jaon beech mein ke accident ho jaye ke falan baat</w:t>
      </w:r>
      <w:r>
        <w:br/>
      </w:r>
      <w:r>
        <w:rPr>
          <w:sz w:val="20"/>
        </w:rPr>
        <w:t>10:58  ho jaye to use phansa rehta hai woh dekhen side question mein phansna yeh is ka naam hai</w:t>
      </w:r>
      <w:r>
        <w:br/>
      </w:r>
      <w:r>
        <w:rPr>
          <w:sz w:val="20"/>
        </w:rPr>
        <w:t>11:04  confusion yaad rakhiye</w:t>
      </w:r>
      <w:r>
        <w:br/>
      </w:r>
      <w:r>
        <w:rPr>
          <w:sz w:val="20"/>
        </w:rPr>
        <w:t>11:07  side question hamesha hi hotay hain kisi bhi cheez mein agar aap side question mein phanse to aap</w:t>
      </w:r>
      <w:r>
        <w:br/>
      </w:r>
      <w:r>
        <w:rPr>
          <w:sz w:val="20"/>
        </w:rPr>
        <w:t>11:13  zinda reh rahe hain aap shadi na karen aap bachon ko na padhayen aap business na karen aap</w:t>
      </w:r>
      <w:r>
        <w:br/>
      </w:r>
      <w:r>
        <w:rPr>
          <w:sz w:val="20"/>
        </w:rPr>
        <w:t>11:16  job na karen kyunke har jagah side question maujood hai</w:t>
      </w:r>
      <w:r>
        <w:br/>
      </w:r>
      <w:r>
        <w:rPr>
          <w:sz w:val="20"/>
        </w:rPr>
        <w:t>11:21  to yeh science mein yahi hota hai ke aaj scientist jab aap kisi cheez ki tehqeeq karta hai</w:t>
      </w:r>
      <w:r>
        <w:br/>
      </w:r>
      <w:r>
        <w:rPr>
          <w:sz w:val="20"/>
        </w:rPr>
        <w:t>11:27  to bohat si cheezen darmian mein aati hain ke cheezen jo ab amal ke amal ke bete roop</w:t>
      </w:r>
      <w:r>
        <w:br/>
      </w:r>
      <w:r>
        <w:rPr>
          <w:sz w:val="20"/>
        </w:rPr>
        <w:t>11:32  mein hain mili juli roop mein hain</w:t>
      </w:r>
      <w:r>
        <w:br/>
      </w:r>
      <w:r>
        <w:rPr>
          <w:sz w:val="20"/>
        </w:rPr>
        <w:t>11:35  scientist aik cheez ki tehqeeq kar raha hai to beech</w:t>
      </w:r>
      <w:r>
        <w:br/>
      </w:r>
      <w:r>
        <w:rPr>
          <w:sz w:val="20"/>
        </w:rPr>
        <w:t>11:38  mein doosri cheezen aati hain jiska taluq chemistry se hai iska taluq biology se hai is</w:t>
      </w:r>
      <w:r>
        <w:br/>
      </w:r>
      <w:r>
        <w:rPr>
          <w:sz w:val="20"/>
        </w:rPr>
        <w:t>11:42  ka taluq physics hai iska taluq is se hai is se woh chhodta jata hai is aik</w:t>
      </w:r>
      <w:r>
        <w:br/>
      </w:r>
      <w:r>
        <w:rPr>
          <w:sz w:val="20"/>
        </w:rPr>
        <w:t>11:47  cheez tak safar karta hai woh tab woh tehqeeq kar pata hai jisko kehte hain principle of</w:t>
      </w:r>
      <w:r>
        <w:br/>
      </w:r>
      <w:r>
        <w:rPr>
          <w:sz w:val="20"/>
        </w:rPr>
        <w:t>11:53  elimination to aap ko yeh karna hai yahan bhi karna hai</w:t>
      </w:r>
      <w:r>
        <w:br/>
      </w:r>
      <w:r>
        <w:rPr>
          <w:sz w:val="20"/>
        </w:rPr>
        <w:t>11:59  side questions ko aap ko ignore karna padega nahi to phanse rahenge phanse rahenge kuch</w:t>
      </w:r>
      <w:r>
        <w:br/>
      </w:r>
      <w:r>
        <w:rPr>
          <w:sz w:val="20"/>
        </w:rPr>
        <w:t>12:04  nahi hoga aur sawal yeh hai ke aap isi mein kyun itna zyada</w:t>
      </w:r>
      <w:r>
        <w:br/>
      </w:r>
      <w:r>
        <w:rPr>
          <w:sz w:val="20"/>
        </w:rPr>
        <w:t>12:10  mein kehta hoon aap ki zindagi kaun sa maamla aisa hai jahan yeh sab question na hon aur us ko eliminate na kiya ho aap ne</w:t>
      </w:r>
      <w:r>
        <w:br/>
      </w:r>
      <w:r>
        <w:rPr>
          <w:sz w:val="20"/>
        </w:rPr>
        <w:t>12:17  jab aap ne business ki hogi jab aap ne padha hoga jab aap ne job kiya hoga jab</w:t>
      </w:r>
      <w:r>
        <w:br/>
      </w:r>
      <w:r>
        <w:rPr>
          <w:sz w:val="20"/>
        </w:rPr>
        <w:t>12:21  aap ne shadi ki hogi jab aap ne bachay ko school mein dakhil kiya hoga jab aap ne</w:t>
      </w:r>
      <w:r>
        <w:br/>
      </w:r>
      <w:r>
        <w:rPr>
          <w:sz w:val="20"/>
        </w:rPr>
        <w:t>12:26  safar har jagah aise question thay aaj bhi aise question hain</w:t>
      </w:r>
      <w:r>
        <w:br/>
      </w:r>
      <w:r>
        <w:rPr>
          <w:sz w:val="20"/>
        </w:rPr>
        <w:t>12:32  to aap is ko eliminate karte hain apnay jo aap ka goal hai is badhte rehte hain badhte</w:t>
      </w:r>
      <w:r>
        <w:br/>
      </w:r>
      <w:r>
        <w:rPr>
          <w:sz w:val="20"/>
        </w:rPr>
        <w:t>12:37  rehte hain badhte rehte hain to yeh side question yani principle principle of elimination yeh universal principle hai</w:t>
      </w:r>
      <w:r>
        <w:br/>
      </w:r>
      <w:r>
        <w:rPr>
          <w:sz w:val="20"/>
        </w:rPr>
        <w:t>12:46  har aadmi is pe karta hi karta hai amal na kare to pagal ho jaye to main kahun</w:t>
      </w:r>
      <w:r>
        <w:br/>
      </w:r>
      <w:r>
        <w:rPr>
          <w:sz w:val="20"/>
        </w:rPr>
        <w:t>12:51  ga sirf yeh sochiye ke kaisa aaj yeh mauqa diya Allah taala ne mujh ko ke main aik</w:t>
      </w:r>
      <w:r>
        <w:br/>
      </w:r>
      <w:r>
        <w:rPr>
          <w:sz w:val="20"/>
        </w:rPr>
        <w:t>12:57  sirf aik cheez ko aik aik</w:t>
      </w:r>
      <w:r>
        <w:br/>
      </w:r>
      <w:r>
        <w:rPr>
          <w:sz w:val="20"/>
        </w:rPr>
        <w:t>13:02  cheez sabit kar doon apni zindagi mein ke main ne Khuda ki di hui freedom ko misuse</w:t>
      </w:r>
      <w:r>
        <w:br/>
      </w:r>
      <w:r>
        <w:rPr>
          <w:sz w:val="20"/>
        </w:rPr>
        <w:t>13:07  nahi kiya aur uske baad i eternal paradise hai</w:t>
      </w:r>
      <w:r>
        <w:br/>
      </w:r>
      <w:r>
        <w:rPr>
          <w:sz w:val="20"/>
        </w:rPr>
        <w:t>13:13  to yeh to bilkul thrilling aap ko thrill aayega soch kar ke</w:t>
      </w:r>
      <w:r>
        <w:br/>
      </w:r>
      <w:r>
        <w:rPr>
          <w:sz w:val="20"/>
        </w:rPr>
        <w:t>13:18  thrill aayega</w:t>
      </w:r>
      <w:r>
        <w:br/>
      </w:r>
      <w:r>
        <w:rPr>
          <w:sz w:val="20"/>
        </w:rPr>
        <w:t>13:20  yeh kyunke aap ne is ko discover nahi kiya yani woh thrilling discovery aap ko nahi hui goal</w:t>
      </w:r>
      <w:r>
        <w:br/>
      </w:r>
      <w:r>
        <w:rPr>
          <w:sz w:val="20"/>
        </w:rPr>
        <w:t>13:27  ke baray mein to aap side question mein phanse hue hain</w:t>
      </w:r>
      <w:r>
        <w:br/>
      </w:r>
      <w:r>
        <w:rPr>
          <w:sz w:val="20"/>
        </w:rPr>
        <w:t>13:31  mein sirf yahi kahunga ke aap doosri zindagi ke doosre mamle mein is ke aasani karte to</w:t>
      </w:r>
      <w:r>
        <w:br/>
      </w:r>
      <w:r>
        <w:rPr>
          <w:sz w:val="20"/>
        </w:rPr>
        <w:t>13:36  aap double standard aap double standard ban rahe hain</w:t>
      </w:r>
      <w:r>
        <w:br/>
      </w:r>
      <w:r>
        <w:rPr>
          <w:sz w:val="20"/>
        </w:rPr>
        <w:t>13:41  dekhein saada baat nahi hai aap double standard ban rahe hain har doosre mamle mein aap side</w:t>
      </w:r>
      <w:r>
        <w:br/>
      </w:r>
      <w:r>
        <w:rPr>
          <w:sz w:val="20"/>
        </w:rPr>
        <w:t>13:47  question ko ignore karte hain har doosre maamle mein koi maamla aisa nahi hai ke aap side question ko</w:t>
      </w:r>
      <w:r>
        <w:br/>
      </w:r>
      <w:r>
        <w:rPr>
          <w:sz w:val="20"/>
        </w:rPr>
        <w:t>13:56  ek baar to yahan par dekhiye yahan jo prime minister the jo kuch din ke liye pehle chand</w:t>
      </w:r>
      <w:r>
        <w:br/>
      </w:r>
      <w:r>
        <w:rPr>
          <w:sz w:val="20"/>
        </w:rPr>
        <w:t>14:03  sheikh chand sheikh ke haan boatsey mein unhon ne ek form banaya tha bohat acha form bohat beauty</w:t>
      </w:r>
      <w:r>
        <w:br/>
      </w:r>
      <w:r>
        <w:rPr>
          <w:sz w:val="20"/>
        </w:rPr>
        <w:t>14:09  full to unhon ne ek baar to wahan function kiya tha mujhe bulaya tha wahan ab zahir hai</w:t>
      </w:r>
      <w:r>
        <w:br/>
      </w:r>
      <w:r>
        <w:rPr>
          <w:sz w:val="20"/>
        </w:rPr>
        <w:t>14:16  ke prime minister ka form aur wahan par</w:t>
      </w:r>
      <w:r>
        <w:br/>
      </w:r>
      <w:r>
        <w:rPr>
          <w:sz w:val="20"/>
        </w:rPr>
        <w:t>14:20  bohat aala intezamat the acha mein ne jo khana khaya to mujhe food poisoning ho gayi</w:t>
      </w:r>
      <w:r>
        <w:br/>
      </w:r>
      <w:r>
        <w:rPr>
          <w:sz w:val="20"/>
        </w:rPr>
        <w:t>14:26  food poisoning hui aur itna zyada mein pareshan hua ke bayan se bahar ab isi ko le kar</w:t>
      </w:r>
      <w:r>
        <w:br/>
      </w:r>
      <w:r>
        <w:rPr>
          <w:sz w:val="20"/>
        </w:rPr>
        <w:t>14:32  mein kahoon har khane ko mein shakk karoon to bhooka nahi mar jaunga mein</w:t>
      </w:r>
      <w:r>
        <w:br/>
      </w:r>
      <w:r>
        <w:rPr>
          <w:sz w:val="20"/>
        </w:rPr>
        <w:t>14:37  ke wahan ka jo khana tha chand sheikh ke haan woh us mein pata nahi kya cheez ki thi food poisoning ho gayi ab har khane mein shakk karoon mein toh bhooka maroon ga mein aise hi mein kashmir mein gaya toh wahan par pahalgam mein pani pi liya mein ne wahan pani woh heavy water hota hai heavy water toh mere sir mein bohat dard hua bohat dard hua ke mein</w:t>
      </w:r>
      <w:r>
        <w:br/>
      </w:r>
      <w:r>
        <w:rPr>
          <w:sz w:val="20"/>
        </w:rPr>
        <w:t>15:04  yani bolna bhi mushkil se hota tha to ab mein koi pani na piyoon jo pani piyoon ga</w:t>
      </w:r>
      <w:r>
        <w:br/>
      </w:r>
      <w:r>
        <w:rPr>
          <w:sz w:val="20"/>
        </w:rPr>
        <w:t>15:11  samjhun ke bhai wahi phir dobara na ho jaye shakk kar loon to yeh dekhiye shakk mein jeena</w:t>
      </w:r>
      <w:r>
        <w:br/>
      </w:r>
      <w:r>
        <w:rPr>
          <w:sz w:val="20"/>
        </w:rPr>
        <w:t>15:17  koi jeena nahi hai</w:t>
      </w:r>
      <w:r>
        <w:br/>
      </w:r>
      <w:r>
        <w:rPr>
          <w:sz w:val="20"/>
        </w:rPr>
        <w:t>15:19  aaj aisa aadmi double standard banta hai kuch cheezon mein shakk karega kuch cheezon mein nahi kare</w:t>
      </w:r>
      <w:r>
        <w:br/>
      </w:r>
      <w:r>
        <w:rPr>
          <w:sz w:val="20"/>
        </w:rPr>
        <w:t>15:22  ga kuch cheezon mein side question par zor dega kuch cheezon ko ignore karega</w:t>
      </w:r>
      <w:r>
        <w:br/>
      </w:r>
      <w:r>
        <w:rPr>
          <w:sz w:val="20"/>
        </w:rPr>
        <w:t>15:30  to is se bachiye ke aap ka case double standard case ban jaye dual thinking ka case ban</w:t>
      </w:r>
      <w:r>
        <w:br/>
      </w:r>
      <w:r>
        <w:rPr>
          <w:sz w:val="20"/>
        </w:rPr>
        <w:t>15:36  jaye is se bachiye</w:t>
      </w:r>
    </w:p>
    <w:p>
      <w:pPr>
        <w:pStyle w:val="Heading2"/>
      </w:pPr>
      <w:r>
        <w:t>Need for paradise if life is perfect here?</w:t>
      </w:r>
    </w:p>
    <w:p>
      <w:r>
        <w:rPr>
          <w:color w:val="666666"/>
          <w:sz w:val="18"/>
        </w:rPr>
        <w:t>Faith &amp; God · The Road to Paradise December 11, 2016 · 7m 12s · at 1:04:13 · https://youtu.be/iW2QmcY1_yU?t=3853</w:t>
      </w:r>
    </w:p>
    <w:p>
      <w:r>
        <w:rPr>
          <w:i/>
        </w:rPr>
        <w:t>“If everyone gets perfect life in this world then who will desire for paradise?”</w:t>
      </w:r>
    </w:p>
    <w:p>
      <w:r>
        <w:rPr>
          <w:sz w:val="20"/>
        </w:rPr>
        <w:t>1:04:13  maulana, agla sawal bheja hai Pakistan se Miss Shabana Ansari ne aur unhon ne likha hai: if everyone</w:t>
      </w:r>
      <w:r>
        <w:br/>
      </w:r>
      <w:r>
        <w:rPr>
          <w:sz w:val="20"/>
        </w:rPr>
        <w:t>1:04:18  gets perfect life in this world then who will desire for paradise aur Maulana sahib, isi support mein</w:t>
      </w:r>
      <w:r>
        <w:br/>
      </w:r>
      <w:r>
        <w:rPr>
          <w:sz w:val="20"/>
        </w:rPr>
        <w:t>1:04:23  doctor Fareeda Khanam ne Delhi se ek comment likha hai: that a German lady once remarked: "I don't</w:t>
      </w:r>
      <w:r>
        <w:br/>
      </w:r>
      <w:r>
        <w:rPr>
          <w:sz w:val="20"/>
        </w:rPr>
        <w:t>1:04:28  need God as I can get everything from the market." to is ke bare mein Maulana, aap ka jawab chahiye.</w:t>
      </w:r>
      <w:r>
        <w:br/>
      </w:r>
      <w:r>
        <w:rPr>
          <w:sz w:val="20"/>
        </w:rPr>
        <w:t>1:04:33  dekhiye, yeh jo baatein hain, yeh bahut superfluous baatein hain.</w:t>
      </w:r>
      <w:r>
        <w:br/>
      </w:r>
      <w:r>
        <w:rPr>
          <w:sz w:val="20"/>
        </w:rPr>
        <w:t>1:04:38  superfluous thinking rehti hai. Superfluous thinking.</w:t>
      </w:r>
      <w:r>
        <w:br/>
      </w:r>
      <w:r>
        <w:rPr>
          <w:sz w:val="20"/>
        </w:rPr>
        <w:t>1:04:43  haqeeqat hai ke duniya mein aadmi ko milta hi nahi kuch.</w:t>
      </w:r>
      <w:r>
        <w:br/>
      </w:r>
      <w:r>
        <w:rPr>
          <w:sz w:val="20"/>
        </w:rPr>
        <w:t>1:04:48  sachi baat yeh hai.</w:t>
      </w:r>
      <w:r>
        <w:br/>
      </w:r>
      <w:r>
        <w:rPr>
          <w:sz w:val="20"/>
        </w:rPr>
        <w:t>1:04:53  woh kuch, yani kam samajh walay log hotay hain jo kehtay hain ke hum ko sab kuch mil gaya hai.</w:t>
      </w:r>
      <w:r>
        <w:br/>
      </w:r>
      <w:r>
        <w:rPr>
          <w:sz w:val="20"/>
        </w:rPr>
        <w:t>1:04:58  kyun? dekhiye, milnay ka matlab yeh hai ke woh according to my desire ho.</w:t>
      </w:r>
      <w:r>
        <w:br/>
      </w:r>
      <w:r>
        <w:rPr>
          <w:sz w:val="20"/>
        </w:rPr>
        <w:t>1:05:03  milna kya hai? woh according to my desire ho.</w:t>
      </w:r>
      <w:r>
        <w:br/>
      </w:r>
      <w:r>
        <w:rPr>
          <w:sz w:val="20"/>
        </w:rPr>
        <w:t>1:05:08  to jo desire hai, us ko create karnay wala kon hai? kis ne create kiya hai? woh God</w:t>
      </w:r>
      <w:r>
        <w:br/>
      </w:r>
      <w:r>
        <w:rPr>
          <w:sz w:val="20"/>
        </w:rPr>
        <w:t>1:05:14  Almighty ne create kiya hai.</w:t>
      </w:r>
      <w:r>
        <w:br/>
      </w:r>
      <w:r>
        <w:rPr>
          <w:sz w:val="20"/>
        </w:rPr>
        <w:t>1:05:19  aur jo jo deta hai, woh kon hota hai? woh insan hota hai.</w:t>
      </w:r>
      <w:r>
        <w:br/>
      </w:r>
      <w:r>
        <w:rPr>
          <w:sz w:val="20"/>
        </w:rPr>
        <w:t>1:05:24  insan kabhi bhi is level ka, yani cheez create nahi kar sakta jo God ne create kiya hai.</w:t>
      </w:r>
      <w:r>
        <w:br/>
      </w:r>
      <w:r>
        <w:rPr>
          <w:sz w:val="20"/>
        </w:rPr>
        <w:t>1:05:29  yeh bohat hi sochne ki baat hai.</w:t>
      </w:r>
      <w:r>
        <w:br/>
      </w:r>
      <w:r>
        <w:rPr>
          <w:sz w:val="20"/>
        </w:rPr>
        <w:t>1:05:34  hamari desire jo hai, woh creation of God hai.</w:t>
      </w:r>
      <w:r>
        <w:br/>
      </w:r>
      <w:r>
        <w:rPr>
          <w:sz w:val="20"/>
        </w:rPr>
        <w:t>1:05:39  aur jo kuch bhi milti hai hum ko, woh to creation of mind hota hai.</w:t>
      </w:r>
      <w:r>
        <w:br/>
      </w:r>
      <w:r>
        <w:rPr>
          <w:sz w:val="20"/>
        </w:rPr>
        <w:t>1:05:44  to hamesha woh hamari desire se kam hota hai.</w:t>
      </w:r>
      <w:r>
        <w:br/>
      </w:r>
      <w:r>
        <w:rPr>
          <w:sz w:val="20"/>
        </w:rPr>
        <w:t>1:05:49  less than our desire hamara high taste, hamari high thinking, hamara high sense of enjoyment, woh sab Khuda</w:t>
      </w:r>
      <w:r>
        <w:br/>
      </w:r>
      <w:r>
        <w:rPr>
          <w:sz w:val="20"/>
        </w:rPr>
        <w:t>1:05:54  ka paida kiya hua hai.</w:t>
      </w:r>
      <w:r>
        <w:br/>
      </w:r>
      <w:r>
        <w:rPr>
          <w:sz w:val="20"/>
        </w:rPr>
        <w:t>1:05:59  bohat hi ooncha hai.</w:t>
      </w:r>
      <w:r>
        <w:br/>
      </w:r>
      <w:r>
        <w:rPr>
          <w:sz w:val="20"/>
        </w:rPr>
        <w:t>1:06:04  yeh kehna ghalat hai ke bazaar mein milti hain woh cheezein.</w:t>
      </w:r>
      <w:r>
        <w:br/>
      </w:r>
      <w:r>
        <w:rPr>
          <w:sz w:val="20"/>
        </w:rPr>
        <w:t>1:06:09  bazaar mein less than our desire hoti hain.</w:t>
      </w:r>
      <w:r>
        <w:br/>
      </w:r>
      <w:r>
        <w:rPr>
          <w:sz w:val="20"/>
        </w:rPr>
        <w:t>1:06:14  misal ke tor par, mein apna aik qissa batata hoon.</w:t>
      </w:r>
      <w:r>
        <w:br/>
      </w:r>
      <w:r>
        <w:rPr>
          <w:sz w:val="20"/>
        </w:rPr>
        <w:t>1:06:20  mein Baba Dhud gaya.</w:t>
      </w:r>
      <w:r>
        <w:br/>
      </w:r>
      <w:r>
        <w:rPr>
          <w:sz w:val="20"/>
        </w:rPr>
        <w:t>1:06:25  Baba Dhud mein aik sahib thay jo bohat hi kamyab doctor thay.</w:t>
      </w:r>
      <w:r>
        <w:br/>
      </w:r>
      <w:r>
        <w:rPr>
          <w:sz w:val="20"/>
        </w:rPr>
        <w:t>1:06:30  bohat paisa tha un ke paas.</w:t>
      </w:r>
      <w:r>
        <w:br/>
      </w:r>
      <w:r>
        <w:rPr>
          <w:sz w:val="20"/>
        </w:rPr>
        <w:t>1:06:35  to unhon ne bohat hi mehngi gaari khareedi thi, kai crore rupay ki. Automatic car.</w:t>
      </w:r>
      <w:r>
        <w:br/>
      </w:r>
      <w:r>
        <w:rPr>
          <w:sz w:val="20"/>
        </w:rPr>
        <w:t>1:06:40  abhi aayi thi, woh abhi woh bethay nahi thay.</w:t>
      </w:r>
      <w:r>
        <w:br/>
      </w:r>
      <w:r>
        <w:rPr>
          <w:sz w:val="20"/>
        </w:rPr>
        <w:t>1:06:45  to barkat ke liye unhon ne kaha ke mujhe, mujhe bithanay ke liye.</w:t>
      </w:r>
      <w:r>
        <w:br/>
      </w:r>
      <w:r>
        <w:rPr>
          <w:sz w:val="20"/>
        </w:rPr>
        <w:t>1:06:50  woh bohat hi, bohat achi gaari thi, woh kai crore rupay ki.</w:t>
      </w:r>
      <w:r>
        <w:br/>
      </w:r>
      <w:r>
        <w:rPr>
          <w:sz w:val="20"/>
        </w:rPr>
        <w:t>1:06:55  to barkat ke liye unhon ne kaha ke apne driver se un ko bithao aur baba dhodh ghamao un ko.</w:t>
      </w:r>
      <w:r>
        <w:br/>
      </w:r>
      <w:r>
        <w:rPr>
          <w:sz w:val="20"/>
        </w:rPr>
        <w:t>1:07:00  aisa mein baitha gaari par un ki.</w:t>
      </w:r>
      <w:r>
        <w:br/>
      </w:r>
      <w:r>
        <w:rPr>
          <w:sz w:val="20"/>
        </w:rPr>
        <w:t>1:07:05  to kya hai ke mein car sick hoon, mujhe car mein chakkar aa jata hai.</w:t>
      </w:r>
      <w:r>
        <w:br/>
      </w:r>
      <w:r>
        <w:rPr>
          <w:sz w:val="20"/>
        </w:rPr>
        <w:t>1:07:10  to thori dair jab woh gaya, us ke baad mujhe sir mein chakkar aa gaya.</w:t>
      </w:r>
      <w:r>
        <w:br/>
      </w:r>
      <w:r>
        <w:rPr>
          <w:sz w:val="20"/>
        </w:rPr>
        <w:t>1:07:15  mein ne kaha bhai, wapas chalo mujh ko, mujhe baar baar nahi dekhna hai.</w:t>
      </w:r>
      <w:r>
        <w:br/>
      </w:r>
      <w:r>
        <w:rPr>
          <w:sz w:val="20"/>
        </w:rPr>
        <w:t>1:07:20  aise hi mein aik baar tha, aik bohat hi zabardast hotel mein thehra tha bahar.</w:t>
      </w:r>
      <w:r>
        <w:br/>
      </w:r>
      <w:r>
        <w:rPr>
          <w:sz w:val="20"/>
        </w:rPr>
        <w:t>1:07:26  to breakfast mein aap jante hain ke woh khol dete hain.</w:t>
      </w:r>
      <w:r>
        <w:br/>
      </w:r>
      <w:r>
        <w:rPr>
          <w:sz w:val="20"/>
        </w:rPr>
        <w:t>1:07:31  har aadmi ja kar khud breakfast ka saman leta hai, khata hai.</w:t>
      </w:r>
      <w:r>
        <w:br/>
      </w:r>
      <w:r>
        <w:rPr>
          <w:sz w:val="20"/>
        </w:rPr>
        <w:t>1:07:36  koi serve nahi karta wahan, aap khud ja kar lete hain.</w:t>
      </w:r>
      <w:r>
        <w:br/>
      </w:r>
      <w:r>
        <w:rPr>
          <w:sz w:val="20"/>
        </w:rPr>
        <w:t>1:07:41  to mein le ke ja kar laya, kuch butter, kuch kuch saman is tarah ka.</w:t>
      </w:r>
      <w:r>
        <w:br/>
      </w:r>
      <w:r>
        <w:rPr>
          <w:sz w:val="20"/>
        </w:rPr>
        <w:t>1:07:46  aur la ke baitha mein aik akele mez par.</w:t>
      </w:r>
      <w:r>
        <w:br/>
      </w:r>
      <w:r>
        <w:rPr>
          <w:sz w:val="20"/>
        </w:rPr>
        <w:t>1:07:51  aur bohat is ka jo, woh woh jo hotel tha, aik dam samandar ke kinare tha.</w:t>
      </w:r>
      <w:r>
        <w:br/>
      </w:r>
      <w:r>
        <w:rPr>
          <w:sz w:val="20"/>
        </w:rPr>
        <w:t>1:07:56  bohat hi beautiful scene tha wahan.</w:t>
      </w:r>
      <w:r>
        <w:br/>
      </w:r>
      <w:r>
        <w:rPr>
          <w:sz w:val="20"/>
        </w:rPr>
        <w:t>1:08:01  wahan baitha hoon aur best khana mere samne hai.</w:t>
      </w:r>
      <w:r>
        <w:br/>
      </w:r>
      <w:r>
        <w:rPr>
          <w:sz w:val="20"/>
        </w:rPr>
        <w:t>1:08:06  lekin jab mein ne is ko khana shuru kiya to yaqeen kijiye ke mere taste se kam tha.</w:t>
      </w:r>
      <w:r>
        <w:br/>
      </w:r>
      <w:r>
        <w:rPr>
          <w:sz w:val="20"/>
        </w:rPr>
        <w:t>1:08:11  woh mere jo taste buds hain, mere mere taste buds to Khuda ke banaye hue hain.</w:t>
      </w:r>
      <w:r>
        <w:br/>
      </w:r>
      <w:r>
        <w:rPr>
          <w:sz w:val="20"/>
        </w:rPr>
        <w:t>1:08:16  aur woh tha kisi insan ka banaya hua.</w:t>
      </w:r>
      <w:r>
        <w:br/>
      </w:r>
      <w:r>
        <w:rPr>
          <w:sz w:val="20"/>
        </w:rPr>
        <w:t>1:08:21  to mein itna rone laga, mein rone laga ke Khuda ya!</w:t>
      </w:r>
      <w:r>
        <w:br/>
      </w:r>
      <w:r>
        <w:rPr>
          <w:sz w:val="20"/>
        </w:rPr>
        <w:t>1:08:27  woh insan jis ko dunya ke sab se achhe hotel mein pleasure nahi mil raha, jo us ke</w:t>
      </w:r>
      <w:r>
        <w:br/>
      </w:r>
      <w:r>
        <w:rPr>
          <w:sz w:val="20"/>
        </w:rPr>
        <w:t>1:08:32  sab se achhe khane mein us ko us ka taste jo hai, us ke mutabiq nahi mil raha,</w:t>
      </w:r>
      <w:r>
        <w:br/>
      </w:r>
      <w:r>
        <w:rPr>
          <w:sz w:val="20"/>
        </w:rPr>
        <w:t>1:08:37  to kya anjam hoga mera? yeh jo log aisi baatein bolte hain, unhon ne apne taste buds ko</w:t>
      </w:r>
      <w:r>
        <w:br/>
      </w:r>
      <w:r>
        <w:rPr>
          <w:sz w:val="20"/>
        </w:rPr>
        <w:t>1:08:43  kharab kar rakha hai.</w:t>
      </w:r>
      <w:r>
        <w:br/>
      </w:r>
      <w:r>
        <w:rPr>
          <w:sz w:val="20"/>
        </w:rPr>
        <w:t>1:08:48  hamari family mein aik sahab the jo choona bohat khate the, pan mein.</w:t>
      </w:r>
      <w:r>
        <w:br/>
      </w:r>
      <w:r>
        <w:rPr>
          <w:sz w:val="20"/>
        </w:rPr>
        <w:t>1:08:54  pan mein choona bohat khate the.</w:t>
      </w:r>
      <w:r>
        <w:br/>
      </w:r>
      <w:r>
        <w:rPr>
          <w:sz w:val="20"/>
        </w:rPr>
        <w:t>1:08:59  to koi cheez unhein lagti thi ke achhi hai ya kharab.</w:t>
      </w:r>
      <w:r>
        <w:br/>
      </w:r>
      <w:r>
        <w:rPr>
          <w:sz w:val="20"/>
        </w:rPr>
        <w:t>1:09:04  un ki zaban aisi ho gayi thi ke un ke taste buds jo the, kund ho gaye thay.</w:t>
      </w:r>
      <w:r>
        <w:br/>
      </w:r>
      <w:r>
        <w:rPr>
          <w:sz w:val="20"/>
        </w:rPr>
        <w:t>1:09:10  to logon ne apne taste ko kund kar rakha hai, apni soch ko bigar rakha hai.</w:t>
      </w:r>
      <w:r>
        <w:br/>
      </w:r>
      <w:r>
        <w:rPr>
          <w:sz w:val="20"/>
        </w:rPr>
        <w:t>1:09:15  woh jo high level ki jo desire hai, khuda ne di thi, us ko yani cheap qism ke</w:t>
      </w:r>
      <w:r>
        <w:br/>
      </w:r>
      <w:r>
        <w:rPr>
          <w:sz w:val="20"/>
        </w:rPr>
        <w:t>1:09:21  ke entertainment mein us ko ghata rakha hai.</w:t>
      </w:r>
      <w:r>
        <w:br/>
      </w:r>
      <w:r>
        <w:rPr>
          <w:sz w:val="20"/>
        </w:rPr>
        <w:t>1:09:26  logon ko pata hi nahin.</w:t>
      </w:r>
      <w:r>
        <w:br/>
      </w:r>
      <w:r>
        <w:rPr>
          <w:sz w:val="20"/>
        </w:rPr>
        <w:t>1:09:31  sachi baat yeh hai ke jo log aisa kehte hain, woh jante hi nahin ke khuda ne kaisi</w:t>
      </w:r>
      <w:r>
        <w:br/>
      </w:r>
      <w:r>
        <w:rPr>
          <w:sz w:val="20"/>
        </w:rPr>
        <w:t>1:09:37  ajeeb ghareeb cheez di hai aap ko. Desire.</w:t>
      </w:r>
      <w:r>
        <w:br/>
      </w:r>
      <w:r>
        <w:rPr>
          <w:sz w:val="20"/>
        </w:rPr>
        <w:t>1:09:42  mein poore yaqeen ke sath kehta hoon ke jo log aisa kehte hain, un ko pata hi nahin</w:t>
      </w:r>
      <w:r>
        <w:br/>
      </w:r>
      <w:r>
        <w:rPr>
          <w:sz w:val="20"/>
        </w:rPr>
        <w:t>1:09:48  ke Allah taala ne yeh desire, sense of desire, kaisi ajeeb ghareeb cheez di hai aap ko.</w:t>
      </w:r>
      <w:r>
        <w:br/>
      </w:r>
      <w:r>
        <w:rPr>
          <w:sz w:val="20"/>
        </w:rPr>
        <w:t>1:09:53  itni oonchi hai, itni oonchi.</w:t>
      </w:r>
      <w:r>
        <w:br/>
      </w:r>
      <w:r>
        <w:rPr>
          <w:sz w:val="20"/>
        </w:rPr>
        <w:t>1:09:58  is level ka koi yahan fulfillment hai hi nahin duniya mein.</w:t>
      </w:r>
      <w:r>
        <w:br/>
      </w:r>
      <w:r>
        <w:rPr>
          <w:sz w:val="20"/>
        </w:rPr>
        <w:t>1:10:04  woh khuda ka bohat hi finest creation hai, woh desire aap ki.</w:t>
      </w:r>
      <w:r>
        <w:br/>
      </w:r>
      <w:r>
        <w:rPr>
          <w:sz w:val="20"/>
        </w:rPr>
        <w:t>1:10:09  aap ki desire jo hain, woh aap ka finest creation hai.</w:t>
      </w:r>
      <w:r>
        <w:br/>
      </w:r>
      <w:r>
        <w:rPr>
          <w:sz w:val="20"/>
        </w:rPr>
        <w:t>1:10:15  aap jo seen, aap ki aankh jo seen dekhna chahti hai, aap ke kaan jo awaz sunna chahte</w:t>
      </w:r>
      <w:r>
        <w:br/>
      </w:r>
      <w:r>
        <w:rPr>
          <w:sz w:val="20"/>
        </w:rPr>
        <w:t>1:10:20  hain, aap ke taste buds jo khana chahte hain, aap ka dil jis qism ke saathi chahta hai,</w:t>
      </w:r>
      <w:r>
        <w:br/>
      </w:r>
      <w:r>
        <w:rPr>
          <w:sz w:val="20"/>
        </w:rPr>
        <w:t>1:10:26  woh duniya mein hai hi nahin.</w:t>
      </w:r>
      <w:r>
        <w:br/>
      </w:r>
      <w:r>
        <w:rPr>
          <w:sz w:val="20"/>
        </w:rPr>
        <w:t>1:10:31  lekin aap cheap qism ki activities mein us ko kund kar lete hain.</w:t>
      </w:r>
      <w:r>
        <w:br/>
      </w:r>
      <w:r>
        <w:rPr>
          <w:sz w:val="20"/>
        </w:rPr>
        <w:t>1:10:36  us ko apne apne desire ko bigar lete hain.</w:t>
      </w:r>
      <w:r>
        <w:br/>
      </w:r>
      <w:r>
        <w:rPr>
          <w:sz w:val="20"/>
        </w:rPr>
        <w:t>1:10:42  jaise jo aadmi wine peeta ho, us ke taste buds kharab ho jate hain.</w:t>
      </w:r>
      <w:r>
        <w:br/>
      </w:r>
      <w:r>
        <w:rPr>
          <w:sz w:val="20"/>
        </w:rPr>
        <w:t>1:10:47  jo choona zyada khata ho, us ke taste buds kharab ho jate hain.</w:t>
      </w:r>
      <w:r>
        <w:br/>
      </w:r>
      <w:r>
        <w:rPr>
          <w:sz w:val="20"/>
        </w:rPr>
        <w:t>1:10:53  yahan tak ke jo log bohat zyada movie dekhte hain, un ke taste kharab ho jate hain.</w:t>
      </w:r>
      <w:r>
        <w:br/>
      </w:r>
      <w:r>
        <w:rPr>
          <w:sz w:val="20"/>
        </w:rPr>
        <w:t>1:10:58  third qism ke gaane, third qism ki baatein un ko achi lagti hain.</w:t>
      </w:r>
      <w:r>
        <w:br/>
      </w:r>
      <w:r>
        <w:rPr>
          <w:sz w:val="20"/>
        </w:rPr>
        <w:t>1:11:03  yeh sab log woh hain jinho ne apni high desire ko, yani us ko kund kar rakha hai,</w:t>
      </w:r>
      <w:r>
        <w:br/>
      </w:r>
      <w:r>
        <w:rPr>
          <w:sz w:val="20"/>
        </w:rPr>
        <w:t>1:11:09  us ko uska taste bigar rakha hai.</w:t>
      </w:r>
      <w:r>
        <w:br/>
      </w:r>
      <w:r>
        <w:rPr>
          <w:sz w:val="20"/>
        </w:rPr>
        <w:t>1:11:14  unhein pata hi nahin ke taste kya cheez hai.</w:t>
      </w:r>
      <w:r>
        <w:br/>
      </w:r>
      <w:r>
        <w:rPr>
          <w:sz w:val="20"/>
        </w:rPr>
        <w:t>1:11:20  haqeeqat hai ke insaan ke liye siwaye paradise ke kahin bhi sukoon nahin.</w:t>
      </w:r>
    </w:p>
    <w:p>
      <w:pPr>
        <w:pStyle w:val="Heading2"/>
      </w:pPr>
      <w:r>
        <w:t>Origin of existence according to Big Bang</w:t>
      </w:r>
    </w:p>
    <w:p>
      <w:r>
        <w:rPr>
          <w:color w:val="666666"/>
          <w:sz w:val="18"/>
        </w:rPr>
        <w:t>Faith &amp; God · God Particle July 8, 2012 · 44m 00s · at 14:49 · https://youtu.be/30Ulu10c2nA?t=889</w:t>
      </w:r>
    </w:p>
    <w:p>
      <w:r>
        <w:rPr>
          <w:i/>
        </w:rPr>
        <w:t>“How did it come into existence? Or how did its existence happen?”</w:t>
      </w:r>
    </w:p>
    <w:p>
      <w:r>
        <w:rPr>
          <w:sz w:val="20"/>
        </w:rPr>
        <w:t>14:49  To pehla sawal to ye tha ke how it came into existence? Ya is ka wajood kaise hua?</w:t>
      </w:r>
      <w:r>
        <w:br/>
      </w:r>
      <w:r>
        <w:rPr>
          <w:sz w:val="20"/>
        </w:rPr>
        <w:t>14:58  To wajood ko unhone Big Bang theory jo hai, us se explain kiya. Jo ke 20th century ke first quarter mein, ghaleban 1931 mein pesh ki gayi thi.</w:t>
      </w:r>
      <w:r>
        <w:br/>
      </w:r>
      <w:r>
        <w:rPr>
          <w:sz w:val="20"/>
        </w:rPr>
        <w:t>15:13  To</w:t>
      </w:r>
      <w:r>
        <w:br/>
      </w:r>
      <w:r>
        <w:rPr>
          <w:sz w:val="20"/>
        </w:rPr>
        <w:t>15:15  Wo par bohat kuch research hui. Kafi research ke baad ab Big Bang theory jo hai, scientific community ne is ko maan liya hai.</w:t>
      </w:r>
      <w:r>
        <w:br/>
      </w:r>
      <w:r>
        <w:rPr>
          <w:sz w:val="20"/>
        </w:rPr>
        <w:t>15:25  And now it is scientifically an established theory. Lekin phir jo doosra sawal aa gaya ke jab sare electron jo hain, jo release hue,</w:t>
      </w:r>
      <w:r>
        <w:br/>
      </w:r>
      <w:r>
        <w:rPr>
          <w:sz w:val="20"/>
        </w:rPr>
        <w:t>15:42  To phir wo kaise dobara wo combine hue? Kyun ke is ke liye mass darkar hai.</w:t>
      </w:r>
      <w:r>
        <w:br/>
      </w:r>
      <w:r>
        <w:rPr>
          <w:sz w:val="20"/>
        </w:rPr>
        <w:t>15:48  To is ke liye ab, ab jo unhone mana hai ke, ke Higgs Boson, to agar is ko maan liya jaye scientific mind ke mutabiq, to Higgs Boson is baat ko explain karta hai ke kis tarah dobara sare particle exist hue aur phir wo cheezein tamam bani.</w:t>
      </w:r>
      <w:r>
        <w:br/>
      </w:r>
      <w:r>
        <w:rPr>
          <w:sz w:val="20"/>
        </w:rPr>
        <w:t>16:13  Ye hai theory. Yani khulasa jo hai, saada zaban mein. Is ko ek dekhein, ek to technical zaban hoti hai.</w:t>
      </w:r>
      <w:r>
        <w:br/>
      </w:r>
      <w:r>
        <w:rPr>
          <w:sz w:val="20"/>
        </w:rPr>
        <w:t>16:23  Technical zaban jo hai, wo ek alag hi zaban hai. Main aap ko is ka jo saada taur par jo baat hai, wo arz kar raha hoon.</w:t>
      </w:r>
      <w:r>
        <w:br/>
      </w:r>
      <w:r>
        <w:rPr>
          <w:sz w:val="20"/>
        </w:rPr>
        <w:t>16:32  Is mein mujhe ek baat aur bhi acknowledge karna hai ke is maamle mein mujh ko bohat zyada help mili hai. Meri jo granddaughter hai, wo Maria.</w:t>
      </w:r>
      <w:r>
        <w:br/>
      </w:r>
      <w:r>
        <w:rPr>
          <w:sz w:val="20"/>
        </w:rPr>
        <w:t>16:44  Maria, yani Physics Honors mein unhone first first division se pass kiya hai imtehan Physics Honors mein.</w:t>
      </w:r>
      <w:r>
        <w:br/>
      </w:r>
      <w:r>
        <w:rPr>
          <w:sz w:val="20"/>
        </w:rPr>
        <w:t>16:58  aur bohat hi zyada parhne wali larki hai. Maria jo meri grand daughter hai, us ne bohat zyada help ki.</w:t>
      </w:r>
      <w:r>
        <w:br/>
      </w:r>
      <w:r>
        <w:rPr>
          <w:sz w:val="20"/>
        </w:rPr>
        <w:t>17:09  yani main aap jante hain ke main internet istemal nahi kar sakta.</w:t>
      </w:r>
      <w:r>
        <w:br/>
      </w:r>
      <w:r>
        <w:rPr>
          <w:sz w:val="20"/>
        </w:rPr>
        <w:t>17:13  to sara nikal nikal kar mujhe bataya, parh kar sunaya, discuss kiya. To bohat zyada main wo us ko acknowledge karta hoon.</w:t>
      </w:r>
      <w:r>
        <w:br/>
      </w:r>
      <w:r>
        <w:rPr>
          <w:sz w:val="20"/>
        </w:rPr>
        <w:t>17:24  Allah taala us ko, hum, hum is mein us ki, uska ajar de, us ke reward de.</w:t>
      </w:r>
      <w:r>
        <w:br/>
      </w:r>
      <w:r>
        <w:rPr>
          <w:sz w:val="20"/>
        </w:rPr>
        <w:t>17:34  to is tareeqe se main yeh baat jo keh raha hoon, yani us ko main, yani ek, ek bohat dil lage hain mujh ko us ko, us yahan tak pohnchne mein.</w:t>
      </w:r>
      <w:r>
        <w:br/>
      </w:r>
      <w:r>
        <w:rPr>
          <w:sz w:val="20"/>
        </w:rPr>
        <w:t>17:47  is mein, ah, meri daughter grand daughter Maria ki help kafi meri madadgar sabit hui. To yeh hai hooks bozan ka ek saada tasawwur.</w:t>
      </w:r>
      <w:r>
        <w:br/>
      </w:r>
      <w:r>
        <w:rPr>
          <w:sz w:val="20"/>
        </w:rPr>
        <w:t>18:04  lekin mujhe jo dilchaspi hai, jo main aap se arz karna chahta hoon, wo wo ek aur baat hai. Wo hai Quran se is ka talluq.</w:t>
      </w:r>
      <w:r>
        <w:br/>
      </w:r>
      <w:r>
        <w:rPr>
          <w:sz w:val="20"/>
        </w:rPr>
        <w:t>18:15  dekhen, Quran mein bohat hi ajeeb baat hai ke Quran mein ek ayat hai Surah Nisa, yani chapter four, verse number 82 mein:</w:t>
      </w:r>
      <w:r>
        <w:br/>
      </w:r>
      <w:r>
        <w:rPr>
          <w:sz w:val="20"/>
        </w:rPr>
        <w:t>18:34  "Afla tadabbar al Quran wa lau kana min inda ghair Allah la wajadu fihi ikhtilafan kathira".</w:t>
      </w:r>
      <w:r>
        <w:br/>
      </w:r>
      <w:r>
        <w:rPr>
          <w:sz w:val="20"/>
        </w:rPr>
        <w:t>18:42  sach poochhen to mujhe Quran wala jo aspect hai, usi se dilchaspi hai mujhe. Usi ke liye maine yeh tamheed bayan ki aap ko. To yeh jo ayat hai Surah Nisa mein, is ka matlab yeh hai ke kya yeh log Quran par ghaur nahi karte?</w:t>
      </w:r>
      <w:r>
        <w:br/>
      </w:r>
      <w:r>
        <w:rPr>
          <w:sz w:val="20"/>
        </w:rPr>
        <w:t>18:59  Quran par ghaur nahi karte, tadabbur nahi karte?</w:t>
      </w:r>
      <w:r>
        <w:br/>
      </w:r>
      <w:r>
        <w:rPr>
          <w:sz w:val="20"/>
        </w:rPr>
        <w:t>19:03  agar Quran Allah ke siwa kisi aur ki taraf se hota to wo is ke andar bohat zyada ikhtilaf paate.</w:t>
      </w:r>
      <w:r>
        <w:br/>
      </w:r>
      <w:r>
        <w:rPr>
          <w:sz w:val="20"/>
        </w:rPr>
        <w:t>19:13  yeh ikhtilaf ka lafz hai, bohat hi important hai. Mufassireen ikhtilaf ko samajhne mein zyada kamyab nahi hue hain. Lekin yeh maine is pe bohat ghaur kiya.</w:t>
      </w:r>
      <w:r>
        <w:br/>
      </w:r>
      <w:r>
        <w:rPr>
          <w:sz w:val="20"/>
        </w:rPr>
        <w:t>19:25  to yeh bhi meri ek discovery hai Allah ke fazl se.</w:t>
      </w:r>
      <w:r>
        <w:br/>
      </w:r>
      <w:r>
        <w:rPr>
          <w:sz w:val="20"/>
        </w:rPr>
        <w:t>19:29  ikhtilaf ke ma'ne yahan par jo aam taur par jo lafz bola jata hai, is tarah wo ma'ne nahi hain. Yahan par ma'ne hain inconsistency ya adam mutabiqat.</w:t>
      </w:r>
      <w:r>
        <w:br/>
      </w:r>
      <w:r>
        <w:rPr>
          <w:sz w:val="20"/>
        </w:rPr>
        <w:t>19:42  yeh matlab hai is ka. Yani ikhtilaf kis ke beech mein? Quran ki ayaton ke beech mein nahi.</w:t>
      </w:r>
      <w:r>
        <w:br/>
      </w:r>
      <w:r>
        <w:rPr>
          <w:sz w:val="20"/>
        </w:rPr>
        <w:t>19:51  Quran aur kharji haqiqaton ke beech mein ikhtilaf.</w:t>
      </w:r>
      <w:r>
        <w:br/>
      </w:r>
      <w:r>
        <w:rPr>
          <w:sz w:val="20"/>
        </w:rPr>
        <w:t>19:57  yani ek hai Quran ka statement aur ek hai world of facts jo Quran se bahar hai. To world of facts mein aur Quran ke statement mein koi ikhtilaf nahi hoga.</w:t>
      </w:r>
      <w:r>
        <w:br/>
      </w:r>
      <w:r>
        <w:rPr>
          <w:sz w:val="20"/>
        </w:rPr>
        <w:t>20:11  yani inconsistency nahi hogi. Adam mutabiqat nahi hogi. Yeh bohat ajeeb statement tha. Kyun ke aap jante hain ke Quran seven century ke first quarter mein utra.</w:t>
      </w:r>
      <w:r>
        <w:br/>
      </w:r>
      <w:r>
        <w:rPr>
          <w:sz w:val="20"/>
        </w:rPr>
        <w:t>20:26  us waqt kuch bhi nahi tha duniya mein. Na science thi, na telescope thi, na microscope thi, na us waqt tick computer tha, na us waqt aaj kal ke jo tareeqe hain research karne ke, wo sab kuch the.</w:t>
      </w:r>
      <w:r>
        <w:br/>
      </w:r>
      <w:r>
        <w:rPr>
          <w:sz w:val="20"/>
        </w:rPr>
        <w:t>20:40  wo traditional daur tha. Log suppressed mein jeete the. Kisi cheez ko jo insan janta nahi tha. Us waqt yeh ayat utri.</w:t>
      </w:r>
      <w:r>
        <w:br/>
      </w:r>
      <w:r>
        <w:rPr>
          <w:sz w:val="20"/>
        </w:rPr>
        <w:t>20:50  is ayat ko agar is se jodiye aap ke Quran ek abadi kitab hai. Yeh waqti kitab nahi hai.</w:t>
      </w:r>
      <w:r>
        <w:br/>
      </w:r>
      <w:r>
        <w:rPr>
          <w:sz w:val="20"/>
        </w:rPr>
        <w:t>20:58  to is ko jod kar sochiye to ek abadi challenge tha yeh. Eternal challenge. Yani Quran rahega qayamat tak ke liye.</w:t>
      </w:r>
      <w:r>
        <w:br/>
      </w:r>
      <w:r>
        <w:rPr>
          <w:sz w:val="20"/>
        </w:rPr>
        <w:t>21:09  to is ka matlab yeh hua ke qayamat tak jo baatein insan daryaft karega, universe of fact jo abhi hidden hai, us ko jab daryaft karega to jo statement Quran mein hai, us se us ki is mein mutabiqat rahegi</w:t>
      </w:r>
      <w:r>
        <w:br/>
      </w:r>
      <w:r>
        <w:rPr>
          <w:sz w:val="20"/>
        </w:rPr>
        <w:t>21:27  . Adam, adam mutabiqat nahi hogi. Inconsistency hogi. Yeh kitni ajeeb baat hai. Yeh seven century ke first quarter mein Quran yeh kehta hai ke baad ko jab saensy daur aayega, discovery ka daur aayega,</w:t>
      </w:r>
      <w:r>
        <w:br/>
      </w:r>
      <w:r>
        <w:rPr>
          <w:sz w:val="20"/>
        </w:rPr>
        <w:t>21:45  aur university of fact ko log daryaft karein ge, is waqt quran ke statement mein aur jo jo discovery hogi, us mein koi cons, koi inconsistency nahi hogi.</w:t>
      </w:r>
      <w:r>
        <w:br/>
      </w:r>
      <w:r>
        <w:rPr>
          <w:sz w:val="20"/>
        </w:rPr>
        <w:t>22:01  koi adam mutabi</w:t>
      </w:r>
      <w:r>
        <w:br/>
      </w:r>
      <w:r>
        <w:rPr>
          <w:sz w:val="20"/>
        </w:rPr>
        <w:t>22:03  qat nahi hogi. yeh koi ek challenge tha, challenge. to aap ghor kijiye ke bohat ajeeb o ghareeb tor par baatein sabit ho rahi hain.</w:t>
      </w:r>
      <w:r>
        <w:br/>
      </w:r>
      <w:r>
        <w:rPr>
          <w:sz w:val="20"/>
        </w:rPr>
        <w:t>22:13  misal ke taur par dekhiye, is se pehle ek baat ka aur hawala dena chahta hoon, phir is par aaunga ke quran mein Hazrat Musa ka jo jo contemporary king tha, jis ko firoun kaha jata hai,</w:t>
      </w:r>
      <w:r>
        <w:br/>
      </w:r>
      <w:r>
        <w:rPr>
          <w:sz w:val="20"/>
        </w:rPr>
        <w:t>22:29  to quran ke mutabiq aur bible ke mutabiq woh samandar mein gharaq ho gaya.</w:t>
      </w:r>
      <w:r>
        <w:br/>
      </w:r>
      <w:r>
        <w:rPr>
          <w:sz w:val="20"/>
        </w:rPr>
        <w:t>22:37  is waqt quran ke mutabiq Allah ne farmaya tha ke "alyawm nurjeeka bibadnika litakuna liman khalfak".</w:t>
      </w:r>
      <w:r>
        <w:br/>
      </w:r>
      <w:r>
        <w:rPr>
          <w:sz w:val="20"/>
        </w:rPr>
        <w:t>22:46  aaj hum tumhare body ko bacha kar rakhein ge. aaj hum tumhare body ko bacha kar rakhein ge taake baad walon ke liye nishani ho.</w:t>
      </w:r>
      <w:r>
        <w:br/>
      </w:r>
      <w:r>
        <w:rPr>
          <w:sz w:val="20"/>
        </w:rPr>
        <w:t>22:59  ab yeh ghor kijiye ke yeh waqea hai saare teen hazar saal pehle ka. saare teen hazar saal pehle to kuch hi pata nahi tha. jab</w:t>
      </w:r>
      <w:r>
        <w:br/>
      </w:r>
      <w:r>
        <w:rPr>
          <w:sz w:val="20"/>
        </w:rPr>
        <w:t>23:08  quran mein ayat utri to us waqt kuch bhi nahi pata tha insaan ko ke firoun ka body kahan hai. kaisi ajeeb baat hai.</w:t>
      </w:r>
      <w:r>
        <w:br/>
      </w:r>
      <w:r>
        <w:rPr>
          <w:sz w:val="20"/>
        </w:rPr>
        <w:t>23:18  "alyawm nurjeeka bibadnika litakuna liman khalfak".</w:t>
      </w:r>
      <w:r>
        <w:br/>
      </w:r>
      <w:r>
        <w:rPr>
          <w:sz w:val="20"/>
        </w:rPr>
        <w:t>23:24  is waqt Allah ne farmaya saare teen hazar saal pehle ke firoun ka jo body hai marne ke baad, woh rakha jaye ga, mehfooz rahe ga, mehfooz rahe ga.</w:t>
      </w:r>
      <w:r>
        <w:br/>
      </w:r>
      <w:r>
        <w:rPr>
          <w:sz w:val="20"/>
        </w:rPr>
        <w:t>23:39  ab baad wale is ko discover kar ke us se sabak lein ge. to jab quran utra to kuch bhi involve nahi tha is ke baray mein.</w:t>
      </w:r>
      <w:r>
        <w:br/>
      </w:r>
      <w:r>
        <w:rPr>
          <w:sz w:val="20"/>
        </w:rPr>
        <w:t>23:49  one percent bhi kuch involve nahi tha.</w:t>
      </w:r>
      <w:r>
        <w:br/>
      </w:r>
      <w:r>
        <w:rPr>
          <w:sz w:val="20"/>
        </w:rPr>
        <w:t>23:52  baad ko kya hua ke dunya mein ilm aaya, dunya mein taraqqiyan huin, dunya mein research ka daur aaya. to nineteen century ke yani aakhir mein kuch France ke aur Germany ke kuch scholar gaye Misr.</w:t>
      </w:r>
      <w:r>
        <w:br/>
      </w:r>
      <w:r>
        <w:rPr>
          <w:sz w:val="20"/>
        </w:rPr>
        <w:t>24:12  wahan jo jis ko kehte hain pyramid yani ahram, us mein unhon ne is ka gate khola jo band pada hua tha.</w:t>
      </w:r>
      <w:r>
        <w:br/>
      </w:r>
      <w:r>
        <w:rPr>
          <w:sz w:val="20"/>
        </w:rPr>
        <w:t>24:22  koi, koi kholta nahi tha is ko. kyunke mashhoor tha ke is ke andar laanat al-firaunah hai. firounon ki laanat.</w:t>
      </w:r>
      <w:r>
        <w:br/>
      </w:r>
      <w:r>
        <w:rPr>
          <w:sz w:val="20"/>
        </w:rPr>
        <w:t>24:33  to laanat al-firaunah ki wajah se is ko kholte nahi the woh.</w:t>
      </w:r>
      <w:r>
        <w:br/>
      </w:r>
      <w:r>
        <w:rPr>
          <w:sz w:val="20"/>
        </w:rPr>
        <w:t>24:37  unhon ne khola aur khol kar ke is ke andar se body nikala. is mein firoun ki body mumyai kar ke yani mummification jo kehte hain, kar ke rakhi hui thi.</w:t>
      </w:r>
      <w:r>
        <w:br/>
      </w:r>
      <w:r>
        <w:rPr>
          <w:sz w:val="20"/>
        </w:rPr>
        <w:t>24:50  aap jante hain ke mummification ke baad body hazaron saal tak waisi ki waisi reh sakti hai. koi khaas technique hai jo Misriyon mein bohat taraqqi yafta thi us zamane mein.</w:t>
      </w:r>
      <w:r>
        <w:br/>
      </w:r>
      <w:r>
        <w:rPr>
          <w:sz w:val="20"/>
        </w:rPr>
        <w:t>25:02  is ko nikala, nikal kar bahar laye. aur aap jante hain ke us zamane mein ek bohat ajeeb cheez daryaft hui hai jis ko kehte hain carbon fourteen dating.</w:t>
      </w:r>
      <w:r>
        <w:br/>
      </w:r>
      <w:r>
        <w:rPr>
          <w:sz w:val="20"/>
        </w:rPr>
        <w:t>25:15  yani pichli cheezein jo hain un ki tareekh ko maloom karna. to woh jo ek technique hai, us technique ko unhon ne apply kiya.</w:t>
      </w:r>
      <w:r>
        <w:br/>
      </w:r>
      <w:r>
        <w:rPr>
          <w:sz w:val="20"/>
        </w:rPr>
        <w:t>25:25  apply kiya to bohat ajeeb baat maloom hui ke yeh firoun Hazrat Musa ka contemporary firoun hai. yeh body jo hai Hazrat Musa ke contemporary firoun ki body hai.</w:t>
      </w:r>
      <w:r>
        <w:br/>
      </w:r>
      <w:r>
        <w:rPr>
          <w:sz w:val="20"/>
        </w:rPr>
        <w:t>25:40  to kaha jo baat quran mein kahi gayi thi seven century ke first quarter mein, woh unniswin sadi ke aakhir mein daryaft ho gayi.</w:t>
      </w:r>
      <w:r>
        <w:br/>
      </w:r>
      <w:r>
        <w:rPr>
          <w:sz w:val="20"/>
        </w:rPr>
        <w:t>25:49  is tarah se confirm hua ke quran ke statement mein aur bahar ki haqiqaton mein ikhtilaf nahi hai. yani inconsistency nahi hai.</w:t>
      </w:r>
      <w:r>
        <w:br/>
      </w:r>
      <w:r>
        <w:rPr>
          <w:sz w:val="20"/>
        </w:rPr>
        <w:t>26:00  kaisi ajeeb baat yeh hai. isi tarah ki ek misal yeh hai jis par hum is waqt baat kar rahe hain.</w:t>
      </w:r>
      <w:r>
        <w:br/>
      </w:r>
      <w:r>
        <w:rPr>
          <w:sz w:val="20"/>
        </w:rPr>
        <w:t>26:09  to quran mein dekhiye surah al anbiya jo chapter number 21 hai, is ki aik woh ayat hai jo yeh hai ke "inna al samawati wal arda kanata rataqan fataqnahuma wa ja'alna min al ma'i kulla shai'in hayyin".</w:t>
      </w:r>
      <w:r>
        <w:br/>
      </w:r>
      <w:r>
        <w:rPr>
          <w:sz w:val="20"/>
        </w:rPr>
        <w:t>26:33  yeh hai chapter 21 verse 30 yani al anbiya ki teesri ayat. to is ka is ka matlab kya hai?</w:t>
      </w:r>
      <w:r>
        <w:br/>
      </w:r>
      <w:r>
        <w:rPr>
          <w:sz w:val="20"/>
        </w:rPr>
        <w:t>26:46  is ka tarjuma yeh hai ke "the heavens and the earth were</w:t>
      </w:r>
      <w:r>
        <w:br/>
      </w:r>
      <w:r>
        <w:rPr>
          <w:sz w:val="20"/>
        </w:rPr>
        <w:t>26:56  joint together, then we split them asunder".</w:t>
      </w:r>
      <w:r>
        <w:br/>
      </w:r>
      <w:r>
        <w:rPr>
          <w:sz w:val="20"/>
        </w:rPr>
        <w:t>27:04  yani zameen aur aasman aapas mein jure hue thay, phir hum ne is ko alag kar diya. aur phir hum ne pani bana se har cheez banai, zinda cheez.</w:t>
      </w:r>
      <w:r>
        <w:br/>
      </w:r>
      <w:r>
        <w:rPr>
          <w:sz w:val="20"/>
        </w:rPr>
        <w:t>27:16  is mein dekhen do lafz istemal hua hai: rataq aur fataq. yani zameen o aasman is se pehle fataq rataq ki halat mein thay.</w:t>
      </w:r>
      <w:r>
        <w:br/>
      </w:r>
      <w:r>
        <w:rPr>
          <w:sz w:val="20"/>
        </w:rPr>
        <w:t>27:27  rataq kehte hain arabi mein kehte hain munzamir ajza, jaise yeh hai. yeh munzamir ajza aik doosre mein juda hua.</w:t>
      </w:r>
      <w:r>
        <w:br/>
      </w:r>
      <w:r>
        <w:rPr>
          <w:sz w:val="20"/>
        </w:rPr>
        <w:t>27:39  munzamir ajza yani joint together.</w:t>
      </w:r>
      <w:r>
        <w:br/>
      </w:r>
      <w:r>
        <w:rPr>
          <w:sz w:val="20"/>
        </w:rPr>
        <w:t>27:44  to kaisi ajeeb baat hai ke quran yeh keh raha hai ke ibtida mein poora zameen o aasman ka jo mass hai, jo madah hai, poora ka poora aik aik hi wahid cheez mein aise juda hua tha.</w:t>
      </w:r>
      <w:r>
        <w:br/>
      </w:r>
      <w:r>
        <w:rPr>
          <w:sz w:val="20"/>
        </w:rPr>
        <w:t>28:02  rataq ki halat mein tha, yani integrated form mein tha.</w:t>
      </w:r>
      <w:r>
        <w:br/>
      </w:r>
      <w:r>
        <w:rPr>
          <w:sz w:val="20"/>
        </w:rPr>
        <w:t>28:08  p</w:t>
      </w:r>
      <w:r>
        <w:br/>
      </w:r>
      <w:r>
        <w:rPr>
          <w:sz w:val="20"/>
        </w:rPr>
        <w:t>28:09  har kya hua? fataq hua. fataq ka matlab kehte hain kholna, disintegrate karna. yeh bohat hi ajeeb hui baat hai ke pehle rataq tha, phir fataq hua.</w:t>
      </w:r>
      <w:r>
        <w:br/>
      </w:r>
      <w:r>
        <w:rPr>
          <w:sz w:val="20"/>
        </w:rPr>
        <w:t>28:21  yani pehle sari universe integrated form mein thi, phir is mein disintegration hua. to yeh aeen wohi cheez hai jis ko baad ko scientist science ne daryaft kiya big bang ki shakal mein</w:t>
      </w:r>
      <w:r>
        <w:br/>
      </w:r>
      <w:r>
        <w:rPr>
          <w:sz w:val="20"/>
        </w:rPr>
        <w:t>28:36  . big bang ki theory yahi hai ke pehle poori kainat aik bohat bade cosmic ball ki surat mein thi.</w:t>
      </w:r>
      <w:r>
        <w:br/>
      </w:r>
      <w:r>
        <w:rPr>
          <w:sz w:val="20"/>
        </w:rPr>
        <w:t>28:46  bohat yani sare particle jo universe mein aaj hain, woh sab ke sab jure hue thay. is ko kaha jata hai cosmic ball.</w:t>
      </w:r>
      <w:r>
        <w:br/>
      </w:r>
      <w:r>
        <w:rPr>
          <w:sz w:val="20"/>
        </w:rPr>
        <w:t>28:57  to is mein aik fusion hua. is tarah hua, tab ja kar ke aisa hua ke sare particle bikhargaye.</w:t>
      </w:r>
      <w:r>
        <w:br/>
      </w:r>
      <w:r>
        <w:rPr>
          <w:sz w:val="20"/>
        </w:rPr>
        <w:t>29:04  yehi to hua. rataq tha, phir fataq hua. aeen wohi cheez hai. rataq tha, phir fataq hua.</w:t>
      </w:r>
      <w:r>
        <w:br/>
      </w:r>
      <w:r>
        <w:rPr>
          <w:sz w:val="20"/>
        </w:rPr>
        <w:t>29:12  is ke baad farmaya ke "wa ja'alna min al ma'i kulla shai'in hayyin" aur hum ne banaya pani se tamam zindagi zinda cheezen.</w:t>
      </w:r>
      <w:r>
        <w:br/>
      </w:r>
      <w:r>
        <w:rPr>
          <w:sz w:val="20"/>
        </w:rPr>
        <w:t>29:23  is mein dekhiye, pani ki aik alamat misal de kar cheezen kaise form hui, woh bataya gaya hai ke woh woh jo disintegration, disintegration hua tha, tamam particle ka, to phir is ko Allah taala ne phir jora.</w:t>
      </w:r>
      <w:r>
        <w:br/>
      </w:r>
      <w:r>
        <w:rPr>
          <w:sz w:val="20"/>
        </w:rPr>
        <w:t>29:43  isi mein se aik misal hai pani ki, jis mein aap jante hain ke do element hotay hain, yani oxygen aur hydrogen.</w:t>
      </w:r>
      <w:r>
        <w:br/>
      </w:r>
      <w:r>
        <w:rPr>
          <w:sz w:val="20"/>
        </w:rPr>
        <w:t>29:54  hydrogen aur oxygen ke jo do atom ke milne se wahan par aik molecule banta hai.</w:t>
      </w:r>
      <w:r>
        <w:br/>
      </w:r>
      <w:r>
        <w:rPr>
          <w:sz w:val="20"/>
        </w:rPr>
        <w:t>30:04  phir molecule se</w:t>
      </w:r>
      <w:r>
        <w:br/>
      </w:r>
      <w:r>
        <w:rPr>
          <w:sz w:val="20"/>
        </w:rPr>
        <w:t>30:09  wo hota hai, yani aik bohat bada, is ka bohat hi yani complex tareeqa hai. to bahar hal, hydrogen, hydrogen, oxygen ke jo jo particle thay, woh sab to fiza bikhre hue thay.</w:t>
      </w:r>
      <w:r>
        <w:br/>
      </w:r>
      <w:r>
        <w:rPr>
          <w:sz w:val="20"/>
        </w:rPr>
        <w:t>30:24  jab woh aapas mein jarengay, tab to atom atom banega. to bikhre hue particle jure aur phir molecule bana aur phir atom bana is ka,</w:t>
      </w:r>
      <w:r>
        <w:br/>
      </w:r>
      <w:r>
        <w:rPr>
          <w:sz w:val="20"/>
        </w:rPr>
        <w:t>30:37  yani oxygen ka aur hydrogen ka, phir molecule bana.</w:t>
      </w:r>
      <w:r>
        <w:br/>
      </w:r>
      <w:r>
        <w:rPr>
          <w:sz w:val="20"/>
        </w:rPr>
        <w:t>30:41  to ain wahi cheez yeh hai jis ko aaj is science ne ka yeh jo daawa hai ke daryaft kiya hum ne is is particle ko jis ne mass diya.</w:t>
      </w:r>
      <w:r>
        <w:br/>
      </w:r>
      <w:r>
        <w:rPr>
          <w:sz w:val="20"/>
        </w:rPr>
        <w:t>30:52  kyun ke mass agar na hota to aik doosre ke liye attraction nahi hota. kyun ke madi cheezein aik doosre ko kheenchti hain. is mein yaani attraction hota hai.</w:t>
      </w:r>
      <w:r>
        <w:br/>
      </w:r>
      <w:r>
        <w:rPr>
          <w:sz w:val="20"/>
        </w:rPr>
        <w:t>31:04  to kaisi ajeeb baat hai ke jo statement quran mein tha, ain usi ke mutabiq aaj discovery hui hai.</w:t>
      </w:r>
      <w:r>
        <w:br/>
      </w:r>
      <w:r>
        <w:rPr>
          <w:sz w:val="20"/>
        </w:rPr>
        <w:t>31:14  farq sirf kya hai? farq yeh hai ke jo theist bind hai, jo khuda ko banne baghair chahte hain, yaani kainat ko explain karna, woh samajhte hain ke isi yaani Higgs Boson se wajood mein aayi kainat.</w:t>
      </w:r>
      <w:r>
        <w:br/>
      </w:r>
      <w:r>
        <w:rPr>
          <w:sz w:val="20"/>
        </w:rPr>
        <w:t>31:33  lekin sawal yeh hai, Higgs Boson jo hai, us ko kis ne, kis ne us ko paida kiya?</w:t>
      </w:r>
      <w:r>
        <w:br/>
      </w:r>
      <w:r>
        <w:rPr>
          <w:sz w:val="20"/>
        </w:rPr>
        <w:t>31:40  yaani woh apne aap kaise paida ho gaya? woh to sawal phir bhi baqi hai, phir bhi baqi hai sawal.</w:t>
      </w:r>
      <w:r>
        <w:br/>
      </w:r>
      <w:r>
        <w:rPr>
          <w:sz w:val="20"/>
        </w:rPr>
        <w:t>31:51  is aik baat mein yaad dilaun jo mein ne apni kitaab mein likhi hai "God Arises" mein ke jab Newton ke zamanay mein jab woh daryaft hua ke duniya mein principle of causation hai, yaani cause and effect ka usool hai,</w:t>
      </w:r>
      <w:r>
        <w:br/>
      </w:r>
      <w:r>
        <w:rPr>
          <w:sz w:val="20"/>
        </w:rPr>
        <w:t>32:09  aik cause hota hai, phir us ka effect hota hai. tamam cheezein jo duniya mein hain, woh sab principle of causation se chal rahi hain, control ho rahi hain.</w:t>
      </w:r>
      <w:r>
        <w:br/>
      </w:r>
      <w:r>
        <w:rPr>
          <w:sz w:val="20"/>
        </w:rPr>
        <w:t>32:23  to us waqt yeh kaha gaya hai ke ab khuda ki zaroorat nahi hai, ab khuda ki zaroorat nahi. hum ne maloom kar liya ke cheezein kaise bani</w:t>
      </w:r>
      <w:r>
        <w:br/>
      </w:r>
      <w:r>
        <w:rPr>
          <w:sz w:val="20"/>
        </w:rPr>
        <w:t>32:32  ti hain. to us waqt kaha gaya tha ke jab apni daryaft kar liya, law of nature jo hai, woh cheezon ko shape deta hai, to ab khuda ki kya zaroorat hai?</w:t>
      </w:r>
      <w:r>
        <w:br/>
      </w:r>
      <w:r>
        <w:rPr>
          <w:sz w:val="20"/>
        </w:rPr>
        <w:t>32:41  khuda ki koi zaroorat nahi hai. yaani Newton ke baad jo daryaften huien, us se maloom hua ke jis ko hum nature kehte hain, fitrat, saari cheezein, yaani science ki zubaan mein jo kuch bhi hai, woh sab nature hai.</w:t>
      </w:r>
      <w:r>
        <w:br/>
      </w:r>
      <w:r>
        <w:rPr>
          <w:sz w:val="20"/>
        </w:rPr>
        <w:t>32:56  chahe insaan ho, chahe ghaas ho, chahe</w:t>
      </w:r>
      <w:r>
        <w:br/>
      </w:r>
      <w:r>
        <w:rPr>
          <w:sz w:val="20"/>
        </w:rPr>
        <w:t>33:02  sitare hon, sayare hon, sab nature hain. to agar yeh nature jo hai, cause and effect ke usool ke tehat bani hai,</w:t>
      </w:r>
      <w:r>
        <w:br/>
      </w:r>
      <w:r>
        <w:rPr>
          <w:sz w:val="20"/>
        </w:rPr>
        <w:t>33:13  to phir khuda ki kya zaroorat hai? koi cause and effect ko samjha ke hi khuda, yaani ab khuda ke manne ki zaroorat nahi hai.</w:t>
      </w:r>
      <w:r>
        <w:br/>
      </w:r>
      <w:r>
        <w:rPr>
          <w:sz w:val="20"/>
        </w:rPr>
        <w:t>33:27  halan ke yeh yeh galat fehmi thi. kyun ke sawal ab bhi baqi tha ke khud nature ko, khud nature ke course ko, khud law of causation ko kis ne wajood diya?</w:t>
      </w:r>
      <w:r>
        <w:br/>
      </w:r>
      <w:r>
        <w:rPr>
          <w:sz w:val="20"/>
        </w:rPr>
        <w:t>33:38  woh kaise wajood aaya?</w:t>
      </w:r>
      <w:r>
        <w:br/>
      </w:r>
      <w:r>
        <w:rPr>
          <w:sz w:val="20"/>
        </w:rPr>
        <w:t>33:42  yeh cheez sawal phir hi baqi tha. to unhon ne yeh kaha tha ke "if events are due to natural causes, they're not due to supernatural causes.</w:t>
      </w:r>
      <w:r>
        <w:br/>
      </w:r>
      <w:r>
        <w:rPr>
          <w:sz w:val="20"/>
        </w:rPr>
        <w:t>33:55  if events are due to natural causes, they're not due to supernatural causes." to mein ne likha tha apni kitaab mein ke "nature does not explain, she is she itself is in need of explanation." nature explain nahi karti, balkay dobara is sawal hai ke nature ko kis ne takhleeq kiya?</w:t>
      </w:r>
      <w:r>
        <w:br/>
      </w:r>
      <w:r>
        <w:rPr>
          <w:sz w:val="20"/>
        </w:rPr>
        <w:t>34:17  dobara yeh sawal hai. wahi haal wahan aik muamla yahan hai ke Higgs Boson explain nahi karta, yaani full stop nahi lag jata yahan par.</w:t>
      </w:r>
      <w:r>
        <w:br/>
      </w:r>
      <w:r>
        <w:rPr>
          <w:sz w:val="20"/>
        </w:rPr>
        <w:t>34:28  ab sawal yeh hai ke khud Higgs Boson ko kis ne takhleeq kiya? yaani aisa ajeeb o ghareeb particle jo agarchay unstable hai, aisa ajeeb o ghareeb particle ke woh tamam particle ko mass de deta hai.</w:t>
      </w:r>
      <w:r>
        <w:br/>
      </w:r>
      <w:r>
        <w:rPr>
          <w:sz w:val="20"/>
        </w:rPr>
        <w:t>34:44  yeh kaisi ajeeb baat hai?</w:t>
      </w:r>
      <w:r>
        <w:br/>
      </w:r>
      <w:r>
        <w:rPr>
          <w:sz w:val="20"/>
        </w:rPr>
        <w:t>34:47  jo particle mein mass nahi tha, yeh us ko mass deta hai aur phir saari kainat wajood mein aati hai. chahe pani ho, chahe mountain ho, chahe insaan ho, chahe darakht ho, sab wajood mein aate hain.</w:t>
      </w:r>
      <w:r>
        <w:br/>
      </w:r>
      <w:r>
        <w:rPr>
          <w:sz w:val="20"/>
        </w:rPr>
        <w:t>34:59  to woh, woh, woh jo miraculous particle, woh khud kaise wajood mein aa gaya? to sawal to phir hi baqi hai.</w:t>
      </w:r>
      <w:r>
        <w:br/>
      </w:r>
      <w:r>
        <w:rPr>
          <w:sz w:val="20"/>
        </w:rPr>
        <w:t>35:09  to jab tak aap yeh na manen ke aik khuda hai jis ne big bang mein explosion kiya, aik khuda hai jis ne cosmic ball ko banaya, aik khuda hai jis ne particles ko mass diya,</w:t>
      </w:r>
      <w:r>
        <w:br/>
      </w:r>
      <w:r>
        <w:rPr>
          <w:sz w:val="20"/>
        </w:rPr>
        <w:t>35:27  to phir bhi sawal baqi rahe ga. sawal wahin ka wahin baqi rahe ga. kyun ke aap jo jo cheez, jo cheez aap ne daryaft ki hai, woh wahan, wahan, wahan full stop nahi lag jata</w:t>
      </w:r>
      <w:r>
        <w:br/>
      </w:r>
      <w:r>
        <w:rPr>
          <w:sz w:val="20"/>
        </w:rPr>
        <w:t>35:38  ۔ is ke baad yeh sawal baqi rehta hai. to mein yeh kahunga ke yeh yaani hamein apne mutale ko abhi aage le chalna hai.</w:t>
      </w:r>
      <w:r>
        <w:br/>
      </w:r>
      <w:r>
        <w:rPr>
          <w:sz w:val="20"/>
        </w:rPr>
        <w:t>35:53  mushkil yeh hai ke is mamle mein jo jo kaam jo log kar rahe hain, woh woh hain jo Khuda ko hadaf kar ke kaam kar rahe hain.</w:t>
      </w:r>
      <w:r>
        <w:br/>
      </w:r>
      <w:r>
        <w:rPr>
          <w:sz w:val="20"/>
        </w:rPr>
        <w:t>36:02  research jo kar rahe hain, jo log aur jo Khuda ko manane wale log hain, un ka is mein koi hissa nahin.</w:t>
      </w:r>
      <w:r>
        <w:br/>
      </w:r>
      <w:r>
        <w:rPr>
          <w:sz w:val="20"/>
        </w:rPr>
        <w:t>36:09  woh to apne ibadat khano mein ya apne madarson mein masroof hain. unhein pata bhi nahin ke kya nature hai, kya nature ke qawaneen hain.</w:t>
      </w:r>
      <w:r>
        <w:br/>
      </w:r>
      <w:r>
        <w:rPr>
          <w:sz w:val="20"/>
        </w:rPr>
        <w:t>36:21  to yaani yahan mein yeh kehna chahunga ke Quran ki ek aur ayat yaad dilana chahta hoon mein ke Quran mein ek ayat hai ke "sanureehim ayatina filafaq fi anfusihim hatta atbain alhaqq" ke hum dikhayen ke logon ko apni nishaniyan</w:t>
      </w:r>
      <w:r>
        <w:br/>
      </w:r>
      <w:r>
        <w:rPr>
          <w:sz w:val="20"/>
        </w:rPr>
        <w:t>36:48  kainat mein aur insano ke andar, yahan tak ke wazeh ho jaye ke haqq hai.</w:t>
      </w:r>
      <w:r>
        <w:br/>
      </w:r>
      <w:r>
        <w:rPr>
          <w:sz w:val="20"/>
        </w:rPr>
        <w:t>36:55  yehi to nishaniyan hain, yehi to nishaniyan hain. to jo jo ehle iman the, jo Allah ko manane wale the, unhone in nishaniyon ko discover nahin kiya.</w:t>
      </w:r>
      <w:r>
        <w:br/>
      </w:r>
      <w:r>
        <w:rPr>
          <w:sz w:val="20"/>
        </w:rPr>
        <w:t>37:07  unhone is mamle mein koi kaam nahin kiya. woh doosre se kaam masroof ho gaye.</w:t>
      </w:r>
      <w:r>
        <w:br/>
      </w:r>
      <w:r>
        <w:rPr>
          <w:sz w:val="20"/>
        </w:rPr>
        <w:t>37:12  to Allah taala ne ek scientific community wajood mein layi. Allah taala scientific community, jo ke Bukhari mein ek riwayat hai ke "innallaha yuzirr al-fajir" ke Allah fajir insan ke zariye bhi madad karega.</w:t>
      </w:r>
      <w:r>
        <w:br/>
      </w:r>
      <w:r>
        <w:rPr>
          <w:sz w:val="20"/>
        </w:rPr>
        <w:t>37:29  is deen ki fajir se murad yahan par secular hai. fajir se murad ma'roof fajir nahin hai. to bas batao ke scientific community is se murad</w:t>
      </w:r>
      <w:r>
        <w:br/>
      </w:r>
      <w:r>
        <w:rPr>
          <w:sz w:val="20"/>
        </w:rPr>
        <w:t>37:38  hai. yeh scientific community woh cheezen daryaft karegi jis se tamam haqq haqiqaten hain, jo jo Quran mein bator nadri ke batai gayi hain, woh bator waqe ke logon ke samne aa jayengi.</w:t>
      </w:r>
      <w:r>
        <w:br/>
      </w:r>
      <w:r>
        <w:rPr>
          <w:sz w:val="20"/>
        </w:rPr>
        <w:t>37:52  to yeh mein samajhta hoon ke yaani agarche ehle iman khud is qism ki discovery nahin kar sake, lekin ab unhein chahiye karna hai ke is ko istemal karen, is ko bator data ke.</w:t>
      </w:r>
      <w:r>
        <w:br/>
      </w:r>
      <w:r>
        <w:rPr>
          <w:sz w:val="20"/>
        </w:rPr>
        <w:t>38:07  yeh unhone facts ko daryaft kar ke hamein de diya, unhone data daryaft kar ke hamein de diya. is tarah hamein ek scientific framework de diya hai, is ko hamein istemal karna chahiye aur istemal kar ke hamein yaani apne iman mein izafa karna chahiye aur is ko dawat ke liye istemal karna chahiye.</w:t>
      </w:r>
      <w:r>
        <w:br/>
      </w:r>
      <w:r>
        <w:rPr>
          <w:sz w:val="20"/>
        </w:rPr>
        <w:t>38:27  yeh hai. to mera jo is waqt jo kehna hai God Particle ke bare mein to mein is waqt koi koi scientific taqreer nahin kar raha hoon.</w:t>
      </w:r>
      <w:r>
        <w:br/>
      </w:r>
      <w:r>
        <w:rPr>
          <w:sz w:val="20"/>
        </w:rPr>
        <w:t>38:37  yeh keh raha hoon ke God Particle ki jo daryaft hai, woh daryaft bohat ajeeb o ghareeb tor par Quran ke is miyar par Quran ki sadaqat ko sabit kar rahi hai ke ke Quran ke nuzool ke baad jo daryaften hongi, jo discoveries hongi, woh Quran ke bayan ko confirm karti chali jayengi kyunke un mein aur un mein takrao nahin hoga,</w:t>
      </w:r>
      <w:r>
        <w:br/>
      </w:r>
      <w:r>
        <w:rPr>
          <w:sz w:val="20"/>
        </w:rPr>
        <w:t>39:04  adam mutabiqat nahin hogi, inconsistency nahin hogi. to yeh kaisi ajeeb baat hai? yeh bohat zyada ajeeb baat hai. yeh</w:t>
      </w:r>
      <w:r>
        <w:br/>
      </w:r>
      <w:r>
        <w:rPr>
          <w:sz w:val="20"/>
        </w:rPr>
        <w:t>39:14  to mujhe is waqt jo hai isi pehlu par yaani isi pehlu, isi pehlu ko highlight karna hai.</w:t>
      </w:r>
      <w:r>
        <w:br/>
      </w:r>
      <w:r>
        <w:rPr>
          <w:sz w:val="20"/>
        </w:rPr>
        <w:t>39:24  yeh yeh jo pehlu hai ke Quran ki sadaqat se is se sabit hoti hai. yeh yeh jo logon ka kuch log yeh nikalte hain is se ke science ne Khuda ko sabit kar diya, yeh galat baat hai.</w:t>
      </w:r>
      <w:r>
        <w:br/>
      </w:r>
      <w:r>
        <w:rPr>
          <w:sz w:val="20"/>
        </w:rPr>
        <w:t>39:41  science, science ka subject Khuda nahin hai. science ka subject Khuda nahin hai. science subject jo hai, woh cheezen jo hamare observation mein aati hain, jin ka hum explain kar sakte hain,</w:t>
      </w:r>
      <w:r>
        <w:br/>
      </w:r>
      <w:r>
        <w:rPr>
          <w:sz w:val="20"/>
        </w:rPr>
        <w:t>39:58  jo jo hamare microscope aur hawai telescope se jin ko hum pata kar sakte hain, woh is ka subject hai. Khuda is subject mein hai hi nahin.</w:t>
      </w:r>
      <w:r>
        <w:br/>
      </w:r>
      <w:r>
        <w:rPr>
          <w:sz w:val="20"/>
        </w:rPr>
        <w:t>40:09  lekin chunke yeh cheezen kya, yeh sab creation hai, Khuda ki takhleeq hai. to is ke bare mein jab daryaften hoti hain to woh khaliq ki tasdeeq ke hum ma'ni ban jati hain.</w:t>
      </w:r>
      <w:r>
        <w:br/>
      </w:r>
      <w:r>
        <w:rPr>
          <w:sz w:val="20"/>
        </w:rPr>
        <w:t>40:20  khaliq ki tasdeeq ke hum ma'ni. yahan mein ek baat yeh bhi arz karna chahunga ke kuch log yeh samajhte hain ke scientists mulhid hote hain, Islam woh haqq ke dushman hote hain waghera</w:t>
      </w:r>
      <w:r>
        <w:br/>
      </w:r>
      <w:r>
        <w:rPr>
          <w:sz w:val="20"/>
        </w:rPr>
        <w:t>40:33  hai. aisa nahin hai ke mislan ek sahab ne kaha ke jab yeh sab science, science yahan tak pahunch chuki hai to scientists Khuda ko manta kyun nahin?</w:t>
      </w:r>
      <w:r>
        <w:br/>
      </w:r>
      <w:r>
        <w:rPr>
          <w:sz w:val="20"/>
        </w:rPr>
        <w:t>40:45  yeh wahan tak pahunch gayi to scientists Khuda ko manta kyun nahin? yeh baat sahi nahin hai mere nazdeek. kyunke aap dekhiye, science ka jo mozu hai, woh speech, woh na spiritual hai na religious hai.</w:t>
      </w:r>
      <w:r>
        <w:br/>
      </w:r>
      <w:r>
        <w:rPr>
          <w:sz w:val="20"/>
        </w:rPr>
        <w:t>40:59  woh na yeh hai na woh hai. woh to, woh, woh to sirf hai jo yaani kainat ka jo contritive aspect hai, is ka mutala karna.</w:t>
      </w:r>
      <w:r>
        <w:br/>
      </w:r>
      <w:r>
        <w:rPr>
          <w:sz w:val="20"/>
        </w:rPr>
        <w:t>41:13  kamyabi aspect jo hai</w:t>
      </w:r>
      <w:r>
        <w:br/>
      </w:r>
      <w:r>
        <w:rPr>
          <w:sz w:val="20"/>
        </w:rPr>
        <w:t>41:18  kainat ka ya material, material world ka jo contritive, contritive aspect hai, is ka mutala karna, is ka mozu hai. woh is ke mozu se kharij hai.</w:t>
      </w:r>
      <w:r>
        <w:br/>
      </w:r>
      <w:r>
        <w:rPr>
          <w:sz w:val="20"/>
        </w:rPr>
        <w:t>41:28  jise hum aap farz kijiye quran ka mutala karein to hum us waqt hawae doosri kitabein hamare bojh se kharij rahein gi. to scientist ko main samajhta hoon ke is par yeh yani blame nahi dena chahiye ke woh yeh sari daryaften karne ke baad bhi khuda ko mante kyun nahi.</w:t>
      </w:r>
      <w:r>
        <w:br/>
      </w:r>
      <w:r>
        <w:rPr>
          <w:sz w:val="20"/>
        </w:rPr>
        <w:t>41:49  basic baat woh, woh un ki jo conditioning hai, un ka jo mind hai, woh nahi jo hamara hai.</w:t>
      </w:r>
      <w:r>
        <w:br/>
      </w:r>
      <w:r>
        <w:rPr>
          <w:sz w:val="20"/>
        </w:rPr>
        <w:t>41:56  hum aap mazhabi istalah mein sochte hain, hum aap yani khuda ko man kar chalte hain, wahan yeh masla nahi hai.</w:t>
      </w:r>
      <w:r>
        <w:br/>
      </w:r>
      <w:r>
        <w:rPr>
          <w:sz w:val="20"/>
        </w:rPr>
        <w:t>42:05  wahan to masla yeh hai ke kainat ka jo woh, woh, woh pehlu jo observation, observation mein aata hai, jis ko hum tajurba kar sakte hain, is ke mutala ko unhone apna mozu banaya</w:t>
      </w:r>
      <w:r>
        <w:br/>
      </w:r>
      <w:r>
        <w:rPr>
          <w:sz w:val="20"/>
        </w:rPr>
        <w:t>42:18  hai. bas hamein jo, jo hamein, hamara jo, hamare liye jo itminan bakhsh cheez hai, yeh hai ke khuda ko mozu banaye baghair unhone kainat ki tehqeeq ki aur bohat ajeeb tor par woh jitni bhi cheezein daryaft huien, woh sab quran ki tasdeeq ban gaein.</w:t>
      </w:r>
      <w:r>
        <w:br/>
      </w:r>
      <w:r>
        <w:rPr>
          <w:sz w:val="20"/>
        </w:rPr>
        <w:t>42:38  kisi ajeeb baat hai</w:t>
      </w:r>
      <w:r>
        <w:br/>
      </w:r>
      <w:r>
        <w:rPr>
          <w:sz w:val="20"/>
        </w:rPr>
        <w:t>42:39  ! un ka concern na khuda tha na quran tha. yeh un ka yeh concern hi nahi tha. woh adalat, adalat, adalatana tor par unhone tehqeeq ki.</w:t>
      </w:r>
      <w:r>
        <w:br/>
      </w:r>
      <w:r>
        <w:rPr>
          <w:sz w:val="20"/>
        </w:rPr>
        <w:t>42:49  adalatana tor par un ka, jaise maine jo misal di ke yani farooq ki jo mummy ki hui lash jo nikali unhone, un ka, un ka concern quran ya khuda nahi tha.</w:t>
      </w:r>
      <w:r>
        <w:br/>
      </w:r>
      <w:r>
        <w:rPr>
          <w:sz w:val="20"/>
        </w:rPr>
        <w:t>43:04  woh to aik historical zouq ke tehat, kyun ke yani woh scholar thay, secular scholar, woh apne zouq ke tehat woh har cheez ki tehqeeq kar rahe thay.</w:t>
      </w:r>
      <w:r>
        <w:br/>
      </w:r>
      <w:r>
        <w:rPr>
          <w:sz w:val="20"/>
        </w:rPr>
        <w:t>43:20  koi fir'auni ki tarah ke tehqeeq hi nahi hai, har cheez ki tehqeeq kar rahe thay. isi mein se woh bhi aik item ban gaya, wahan hi pahunch gaye. woh</w:t>
      </w:r>
      <w:r>
        <w:br/>
      </w:r>
      <w:r>
        <w:rPr>
          <w:sz w:val="20"/>
        </w:rPr>
        <w:t>43:28  to un ka yani un ka yeh subject nahi tha ke is se quran ki tasdeeq nikalen. nahi, un ka subject sirf yeh tha ke aaram mein kya hai, is ko nikalein, janein, is ko tehqeeq karein.</w:t>
      </w:r>
      <w:r>
        <w:br/>
      </w:r>
      <w:r>
        <w:rPr>
          <w:sz w:val="20"/>
        </w:rPr>
        <w:t>43:42  bas ab yeh is ka by product hai ke hum is ko le kar ke is ko quran ke haq mein istemal karein. yeh hamara kaam hai.</w:t>
      </w:r>
      <w:r>
        <w:br/>
      </w:r>
      <w:r>
        <w:rPr>
          <w:sz w:val="20"/>
        </w:rPr>
        <w:t>43:53  is tarah se god particle ka mamla bhi hai ke un ka yeh mozu god nahi hai. yeh to aik nickname hai ke is ko god kaha jane laga, warna is ka asal naam to jaise ke maine arz kiya yani hicks bozan hai.</w:t>
      </w:r>
      <w:r>
        <w:br/>
      </w:r>
      <w:r>
        <w:rPr>
          <w:sz w:val="20"/>
        </w:rPr>
        <w:t>44:08  to un ko is se matlab nahi ke khuda hai ya nahi hai. is se woh na yeh kehte hain ke khuda nahi hai, na yeh kehte hain ke khuda hai.</w:t>
      </w:r>
      <w:r>
        <w:br/>
      </w:r>
      <w:r>
        <w:rPr>
          <w:sz w:val="20"/>
        </w:rPr>
        <w:t>44:20  jaise einstein se poocha gaya tha ke kya aap atheist hain? einstein se aik shakhs ne poocha tha, yeh chupa hua hai is ki life mein ke us ne correspondence ki thi einstein se.</w:t>
      </w:r>
      <w:r>
        <w:br/>
      </w:r>
      <w:r>
        <w:rPr>
          <w:sz w:val="20"/>
        </w:rPr>
        <w:t>44:38  phir kaha aap khuda ke munkir hain? kya aap atheist hain? kya khuda ka inkar karte hain aap? to us ne likha tha is mein ke aap mujh ko atheist nahi kar sakt</w:t>
      </w:r>
      <w:r>
        <w:br/>
      </w:r>
      <w:r>
        <w:rPr>
          <w:sz w:val="20"/>
        </w:rPr>
        <w:t>44:48  e. main atheist nahi hoon. aap mujhe sirf agnostic samajh sakte hain. atheist nahi balkeh agnostic. yani agnostic ka matlab hota hai na, na yeh main kehta hoon ke khuda hai, na yeh kehta hoon ke khuda nahi hai.</w:t>
      </w:r>
      <w:r>
        <w:br/>
      </w:r>
      <w:r>
        <w:rPr>
          <w:sz w:val="20"/>
        </w:rPr>
        <w:t>45:05  mera koi statement is baray mein nahi hai, nafiya hai na isbata.</w:t>
      </w:r>
      <w:r>
        <w:br/>
      </w:r>
      <w:r>
        <w:rPr>
          <w:sz w:val="20"/>
        </w:rPr>
        <w:t>45:10  to yeh, yeh, yeh manna galat hai scientists ke baray mein.</w:t>
      </w:r>
      <w:r>
        <w:br/>
      </w:r>
      <w:r>
        <w:rPr>
          <w:sz w:val="20"/>
        </w:rPr>
        <w:t>45:19  yeh bohat sahi statement diya einstein ne mere nazdeek ke hamara case yani isi ka nahi balkeh har scientist ka case, atheist ka case nahi hai.</w:t>
      </w:r>
      <w:r>
        <w:br/>
      </w:r>
      <w:r>
        <w:rPr>
          <w:sz w:val="20"/>
        </w:rPr>
        <w:t>45:30  is ka case yahi hai ke woh is baray mein koi statement nahi dete. woh statement dete hain sirf is cheezon ke baray mein jo observation mein aati hai.</w:t>
      </w:r>
      <w:r>
        <w:br/>
      </w:r>
      <w:r>
        <w:rPr>
          <w:sz w:val="20"/>
        </w:rPr>
        <w:t>45:40  yeh to secular log hain jo atheist hain. unhone science ke nazriat ko hijack kar liya. hijack kar ke apni batein is se nikalte hain.</w:t>
      </w:r>
      <w:r>
        <w:br/>
      </w:r>
      <w:r>
        <w:rPr>
          <w:sz w:val="20"/>
        </w:rPr>
        <w:t>45:52  khud scientist ne aisa kuch nahi kiya. science, koi bhi science dan hain, jitne scientist hain mere ilm ke mutabiq, un mein se koi bhi munkir khuda nahi.</w:t>
      </w:r>
      <w:r>
        <w:br/>
      </w:r>
      <w:r>
        <w:rPr>
          <w:sz w:val="20"/>
        </w:rPr>
        <w:t>46:02  koi bhi yeh nahi kehta ke khuda nahi hai. koi bhi yeh nahi kehta ke main atheist hoon. yeh koi bhi nahi kehta.</w:t>
      </w:r>
      <w:r>
        <w:br/>
      </w:r>
      <w:r>
        <w:rPr>
          <w:sz w:val="20"/>
        </w:rPr>
        <w:t>46:10  sab ka case wahi hai jo Einstein ka case hai ke woh apne ko agnostic samajhte hain. na yeh daawa karte hain ke khuda hai, na yeh daawa karte hain ke khuda nahi hai.</w:t>
      </w:r>
      <w:r>
        <w:br/>
      </w:r>
      <w:r>
        <w:rPr>
          <w:sz w:val="20"/>
        </w:rPr>
        <w:t>46:22  toh hamara apna kaam hai ke unhon ne universe of fact ke baray mein jo baatein daryaft ki hain, hum us ka mutalia karein. mutalia kar ke is ko hum apne haq mein istemal karein.</w:t>
      </w:r>
      <w:r>
        <w:br/>
      </w:r>
      <w:r>
        <w:rPr>
          <w:sz w:val="20"/>
        </w:rPr>
        <w:t>46:36  aur yahan mein aik baat yaad karna chahunga ke kuch asbab se hamare ulma mein aik negative thinking aa gayi science ke baray mein.</w:t>
      </w:r>
      <w:r>
        <w:br/>
      </w:r>
      <w:r>
        <w:rPr>
          <w:sz w:val="20"/>
        </w:rPr>
        <w:t>46:45  woh samajhte hain ke science jo hai, koi anti-God ilm ka naam hai, mazhab ka hai ke khilaf.</w:t>
      </w:r>
      <w:r>
        <w:br/>
      </w:r>
      <w:r>
        <w:rPr>
          <w:sz w:val="20"/>
        </w:rPr>
        <w:t>46:53  toh yeh, yeh aik ajeeb baat is tarah hui ke jis zamane mein science ka zahoor hua, usi zamane mein istemar ka bhi zahoor hua.</w:t>
      </w:r>
      <w:r>
        <w:br/>
      </w:r>
      <w:r>
        <w:rPr>
          <w:sz w:val="20"/>
        </w:rPr>
        <w:t>47:02  yani colonialism, istemar aik saath dono ka zahoor hua. yani maghribi mein baray baray scientist hi paida hue, ab maghribi mein istemar hi paida hua.</w:t>
      </w:r>
      <w:r>
        <w:br/>
      </w:r>
      <w:r>
        <w:rPr>
          <w:sz w:val="20"/>
        </w:rPr>
        <w:t>47:14  aur istemar ne musalmanon ka jo political empire tha, us ko tod diya.</w:t>
      </w:r>
      <w:r>
        <w:br/>
      </w:r>
      <w:r>
        <w:rPr>
          <w:sz w:val="20"/>
        </w:rPr>
        <w:t>47:19  Mughal empire, Spanish empire, Ottoman empire sab tod diya. toh consciously ya unconsciously musalman ulma yeh samajh bethe ke yeh sab Islam dushman hain.</w:t>
      </w:r>
      <w:r>
        <w:br/>
      </w:r>
      <w:r>
        <w:rPr>
          <w:sz w:val="20"/>
        </w:rPr>
        <w:t>47:34  sab ko Islam dushman samajh liya unhon ne. yani sara West Islam dushman hai aur modern civilization Islam dushman hai, modern science Islam dushman hai.</w:t>
      </w:r>
      <w:r>
        <w:br/>
      </w:r>
      <w:r>
        <w:rPr>
          <w:sz w:val="20"/>
        </w:rPr>
        <w:t>47:44  yeh sab hua bilkul bekhabri mein.</w:t>
      </w:r>
      <w:r>
        <w:br/>
      </w:r>
      <w:r>
        <w:rPr>
          <w:sz w:val="20"/>
        </w:rPr>
        <w:t>47:47  aik arabi ka aik maqoola hai ke "al-nas adaa ma jahiloo". "al-nas adaa ma jahiloo" ka matlab hai ke log us baat ke dushman ban jate hain jis ko woh na jante hon.</w:t>
      </w:r>
      <w:r>
        <w:br/>
      </w:r>
      <w:r>
        <w:rPr>
          <w:sz w:val="20"/>
        </w:rPr>
        <w:t>48:02  toh na janne ki wajah se West se nafrat, maghribi tehzeeb se nafrat, hatta ke science se bhi nafrat na janne ki wajah se yeh</w:t>
      </w:r>
      <w:r>
        <w:br/>
      </w:r>
      <w:r>
        <w:rPr>
          <w:sz w:val="20"/>
        </w:rPr>
        <w:t>48:13  bohat ziyada nadani ki baatein hain. aur yeh sab bila baghair mutaliq. aise logon se jab mein baat karta hoon ke kya parha hai aap ne toh unhon ne kuch bhi nahi parha.</w:t>
      </w:r>
      <w:r>
        <w:br/>
      </w:r>
      <w:r>
        <w:rPr>
          <w:sz w:val="20"/>
        </w:rPr>
        <w:t>48:24  woh baghair parhe hue nafrat karte karte hain, baghair parhe hue. toh yaad rakhiye, har aik ko us ke maqam par rakh kar dekhiye.</w:t>
      </w:r>
      <w:r>
        <w:br/>
      </w:r>
      <w:r>
        <w:rPr>
          <w:sz w:val="20"/>
        </w:rPr>
        <w:t>48:35  aap scientist ko ya kisi ko jab jaanchen toh pehle yeh samjhein ke is ka, is ka apna moqaf kya hai, is ka apna stand kya hai.</w:t>
      </w:r>
      <w:r>
        <w:br/>
      </w:r>
      <w:r>
        <w:rPr>
          <w:sz w:val="20"/>
        </w:rPr>
        <w:t>48:46  toh woh yeh kehte hi nahi ke hum khuda ko dhoondh rahe hain. is ka yeh daawa nahi hai. toh is is par aap koi judge karein, us ko us par judge karne ki zaroorat hi nahi hai.</w:t>
      </w:r>
      <w:r>
        <w:br/>
      </w:r>
      <w:r>
        <w:rPr>
          <w:sz w:val="20"/>
        </w:rPr>
        <w:t>48:58  jo jo is ka daawa hai, us ke lehaz se us ko dekhiye.</w:t>
      </w:r>
      <w:r>
        <w:br/>
      </w:r>
      <w:r>
        <w:rPr>
          <w:sz w:val="20"/>
        </w:rPr>
        <w:t>49:04  toh mujhe Allah Akbar se kisi se nafrat nahi, na West se, na Western civilization se, na kisi kisi se bhi.</w:t>
      </w:r>
      <w:r>
        <w:br/>
      </w:r>
      <w:r>
        <w:rPr>
          <w:sz w:val="20"/>
        </w:rPr>
        <w:t>49:13  yeh Allah taala ne mera dil aisa banaya ke mere dil mein kisi ki nafrat aati nahi.</w:t>
      </w:r>
      <w:r>
        <w:br/>
      </w:r>
      <w:r>
        <w:rPr>
          <w:sz w:val="20"/>
        </w:rPr>
        <w:t>49:18  is liye mein bilkul objective tor par cheezon ko parhta hoon, objective tor par. toh mujhe bohat faida hota hai. aur haqeeqat yeh hai ke mein yeh kaha karta hoon ke science jo hai, poori ki poori jadeed ilm-e-kalam hai.</w:t>
      </w:r>
      <w:r>
        <w:br/>
      </w:r>
      <w:r>
        <w:rPr>
          <w:sz w:val="20"/>
        </w:rPr>
        <w:t>49:32  science jo hai, poori ki poori jadeed ilm-e-kalam hai. yani ilm-e-kalam ka matlab hota hai theology. yani theology ka matlab hota hai mazhab ko rational way mein pesh karna.</w:t>
      </w:r>
      <w:r>
        <w:br/>
      </w:r>
      <w:r>
        <w:rPr>
          <w:sz w:val="20"/>
        </w:rPr>
        <w:t>49:46  mazhab ko rational way mein pesh karne ka naam hota hai theology. toh poori ki poori science jo hai, theology hai. kyunke hum ko woh data deti hai, hum ko facts deti hai, hum ko maloomat deti hai jis ko le kar ke hum mazhab ko ziyada fortify kar sakein, ziyada us ko samajh sakein aur dawat mein us ko istemal kar sakein.</w:t>
      </w:r>
      <w:r>
        <w:br/>
      </w:r>
      <w:r>
        <w:rPr>
          <w:sz w:val="20"/>
        </w:rPr>
        <w:t>50:11  toh yeh yeh sab baatein bohat ziyada janne ki hain.</w:t>
      </w:r>
      <w:r>
        <w:br/>
      </w:r>
      <w:r>
        <w:rPr>
          <w:sz w:val="20"/>
        </w:rPr>
        <w:t>50:17  humein chahiye ke hum confusion mein na jayen. confusion mein us waqt jeeta hai aadmi jab ke cheezon ko sort out na kar sake.</w:t>
      </w:r>
      <w:r>
        <w:br/>
      </w:r>
      <w:r>
        <w:rPr>
          <w:sz w:val="20"/>
        </w:rPr>
        <w:t>50:27  jab aap cheezon ko sort out na kar sakein to aap confusion mein jeete hain. aur agar aap sort out kar lein to confusion khatam ho jata hai.</w:t>
      </w:r>
      <w:r>
        <w:br/>
      </w:r>
      <w:r>
        <w:rPr>
          <w:sz w:val="20"/>
        </w:rPr>
        <w:t>50:39  main ne aksar yahi dekha hai ke log cheezon ko sort out nahi kar paate. ek cheez ko doosri cheez se alag nahi kar paate.</w:t>
      </w:r>
      <w:r>
        <w:br/>
      </w:r>
      <w:r>
        <w:rPr>
          <w:sz w:val="20"/>
        </w:rPr>
        <w:t>50:47  to ajeeb ajeeb baatein karte hain, ajeeb ajeeb confusion mein padte hain. jaise main ne bataya ke aap ko aaj hi ke urdu akhbar mein chupa hai ke "zarre zarre mein Khuda hai".</w:t>
      </w:r>
      <w:r>
        <w:br/>
      </w:r>
      <w:r>
        <w:rPr>
          <w:sz w:val="20"/>
        </w:rPr>
        <w:t>50:58  yeh confusion ki baat hai, yeh bekhabri ki baat hai. jo cheez daryaft hui hai, us ka talluq is se harghiz nahi hai ke zarre zarre mein Khuda hai.</w:t>
      </w:r>
      <w:r>
        <w:br/>
      </w:r>
      <w:r>
        <w:rPr>
          <w:sz w:val="20"/>
        </w:rPr>
        <w:t>51:08  yeh hum ne khud se nikaal liya.</w:t>
      </w:r>
      <w:r>
        <w:br/>
      </w:r>
      <w:r>
        <w:rPr>
          <w:sz w:val="20"/>
        </w:rPr>
        <w:t>51:12  to bohat ziyada zaroori hai ke ghair badastana andaaz mein cheezon ko parha jaye, khaalis objective tor par cheezon ko parha jaye.</w:t>
      </w:r>
      <w:r>
        <w:br/>
      </w:r>
      <w:r>
        <w:rPr>
          <w:sz w:val="20"/>
        </w:rPr>
        <w:t>51:22  agar aap objectivity mein kami hogi to ab baat ko samajhne mein bhi kami ho jayegi. jitna ziyada aap objective honge, woh utna hi baaton ko samajh payenge.</w:t>
      </w:r>
      <w:r>
        <w:br/>
      </w:r>
      <w:r>
        <w:rPr>
          <w:sz w:val="20"/>
        </w:rPr>
        <w:t>51:37  utna ziyada yaani is zamane mein kaha jata hai ke "knowledge explosion" ka zamana hai. "knowledge explosion" yaani maloomati infijar.</w:t>
      </w:r>
      <w:r>
        <w:br/>
      </w:r>
      <w:r>
        <w:rPr>
          <w:sz w:val="20"/>
        </w:rPr>
        <w:t>51:50  to yeh saara jo maloomati infijar jo hai, woh sab yaani dawat-e-haq ke himayat karta hai, sab ka sab.</w:t>
      </w:r>
      <w:r>
        <w:br/>
      </w:r>
      <w:r>
        <w:rPr>
          <w:sz w:val="20"/>
        </w:rPr>
        <w:t>52:02  kyun ke maloomati infijar kya hai?</w:t>
      </w:r>
      <w:r>
        <w:br/>
      </w:r>
      <w:r>
        <w:rPr>
          <w:sz w:val="20"/>
        </w:rPr>
        <w:t>52:05  jo chupi hui haqiqatein theen fitrat mein, nature mein, unhi ko daryaft kiya hai logon ne. to woh kya hai? woh to Allah taala ka qanoon hai, Allah taala ki takhleeq hai.</w:t>
      </w:r>
      <w:r>
        <w:br/>
      </w:r>
      <w:r>
        <w:rPr>
          <w:sz w:val="20"/>
        </w:rPr>
        <w:t>52:16  lekin maloomati infijar jo hai, is se bekhabri ki bina par hum kal mujh se ek sahib ne bataya ke yahan ek bahar se koi Maulana sahib aaye thay Dilli mein, un ki taqreer hui</w:t>
      </w:r>
      <w:r>
        <w:br/>
      </w:r>
      <w:r>
        <w:rPr>
          <w:sz w:val="20"/>
        </w:rPr>
        <w:t>52:30  . bare dhoom se taqreer mein unhon ne kaha ke "dekhiye, is liye do Islam ke sirf do dushman hain. do dushman sirf hain Islam ke.</w:t>
      </w:r>
      <w:r>
        <w:br/>
      </w:r>
      <w:r>
        <w:rPr>
          <w:sz w:val="20"/>
        </w:rPr>
        <w:t>52:39  woh kaun hain? Yahoodi aur Isai." yeh bilkul baseless baat hai, koi dushman nahi.</w:t>
      </w:r>
      <w:r>
        <w:br/>
      </w:r>
      <w:r>
        <w:rPr>
          <w:sz w:val="20"/>
        </w:rPr>
        <w:t>52:50  isi zehan ki wajah se cheezon ko hum positive mein le nahi paate. kyun ke hum dushman samajhte hain. bohat bade bade kaam kiye hain Yahoodi ulma ne, bohat bade bade bade kaam kiye hain Isai ulma ne,</w:t>
      </w:r>
      <w:r>
        <w:br/>
      </w:r>
      <w:r>
        <w:rPr>
          <w:sz w:val="20"/>
        </w:rPr>
        <w:t>53:05  bohat bade bade kaam.</w:t>
      </w:r>
      <w:r>
        <w:br/>
      </w:r>
      <w:r>
        <w:rPr>
          <w:sz w:val="20"/>
        </w:rPr>
        <w:t>53:10  is ka ek pehlu dekhein yeh hai ke jo baatein Quran mein aayi hain, woh baatein bohat si aisi jo jo historical baatein hain, woh is mein bhi aayi hain, Bible mein aayi hain.</w:t>
      </w:r>
      <w:r>
        <w:br/>
      </w:r>
      <w:r>
        <w:rPr>
          <w:sz w:val="20"/>
        </w:rPr>
        <w:t>53:22  Bible jis ko ke Yahoodi mante hain aur Isai mante hain, to is ki wajah se woh is ki tehqeeq karte hain. Musalman to tehqeeq hi nahi kar sake.</w:t>
      </w:r>
      <w:r>
        <w:br/>
      </w:r>
      <w:r>
        <w:rPr>
          <w:sz w:val="20"/>
        </w:rPr>
        <w:t>53:31  misalan yeh jo Firon ki body wali baat hai, agarche ek Muslim mulk bhi thi woh, lekin Muslim tehqeeq hi nahi kar sakte thay.</w:t>
      </w:r>
      <w:r>
        <w:br/>
      </w:r>
      <w:r>
        <w:rPr>
          <w:sz w:val="20"/>
        </w:rPr>
        <w:t>53:41  Aram mein wahan gaya hoon, Cairo ke bahar desert hai, wahan par sab Aram hai. wahan par to ek Muslim mulk hai woh. to Firon ka body jis ka zikr hai Quran mein ke woh woh daryaft hoga,</w:t>
      </w:r>
      <w:r>
        <w:br/>
      </w:r>
      <w:r>
        <w:rPr>
          <w:sz w:val="20"/>
        </w:rPr>
        <w:t>53:57  woh woh body Muslim mulk mein hai, lekin Muslim mulk is ko kuch bhi nahi jante is bare mein. kyun? is ki yeh hai, is ki wajah yeh hai ke jo Aram hain, is mein bade bade gate lage hue hain.</w:t>
      </w:r>
      <w:r>
        <w:br/>
      </w:r>
      <w:r>
        <w:rPr>
          <w:sz w:val="20"/>
        </w:rPr>
        <w:t>54:11  to kabhi aisa hua ke is ke andar khol kar kisi ne kuch jhaanka hoga to us ko behosh ho gaya. woh to yeh wahan mashhoor ho gaya ke Aram mein laanat-ul-Firauna hai,</w:t>
      </w:r>
      <w:r>
        <w:br/>
      </w:r>
      <w:r>
        <w:rPr>
          <w:sz w:val="20"/>
        </w:rPr>
        <w:t>54:26  Firon ki laanat hai. to band hi parha raha woh, muddaton se band parha raha.</w:t>
      </w:r>
      <w:r>
        <w:br/>
      </w:r>
      <w:r>
        <w:rPr>
          <w:sz w:val="20"/>
        </w:rPr>
        <w:t>54:32  to yeh yeh Christian ulma jinhon ne Bible mein Firon ko parha tha, Musalman nahi, woh ja kar ke idhar udhar dhoond dhoond rahe hain.</w:t>
      </w:r>
      <w:r>
        <w:br/>
      </w:r>
      <w:r>
        <w:rPr>
          <w:sz w:val="20"/>
        </w:rPr>
        <w:t>54:41  woh wahan unhon ne khola to wahan bhi jab jab unhon ne khola to bohat zabardast qism ka andar se bhubka aaya aur jaldi se unhon ne gate band kar diya.</w:t>
      </w:r>
      <w:r>
        <w:br/>
      </w:r>
      <w:r>
        <w:rPr>
          <w:sz w:val="20"/>
        </w:rPr>
        <w:t>54:53  lekin is par research ki unhon ne to maloom yeh hua ke jo andar se jo bohat tez qism ki woh gas type ki cheez aayi thi, woh lanat al-frainah nahi thi.</w:t>
      </w:r>
      <w:r>
        <w:br/>
      </w:r>
      <w:r>
        <w:rPr>
          <w:sz w:val="20"/>
        </w:rPr>
        <w:t>55:05  woh</w:t>
      </w:r>
      <w:r>
        <w:br/>
      </w:r>
      <w:r>
        <w:rPr>
          <w:sz w:val="20"/>
        </w:rPr>
        <w:t>55:07  woh thi wahan us ke andar woh hain jisko hum kehte hain ababeel, woh chiriyaan bohat zyada hain, beshumar chiriyaan hain.</w:t>
      </w:r>
      <w:r>
        <w:br/>
      </w:r>
      <w:r>
        <w:rPr>
          <w:sz w:val="20"/>
        </w:rPr>
        <w:t>55:17  is mein woh bait karti rehti hain, un ki bait ki wajah se us ke andar gas bhar gayi hai. Yani yani aaram ke andar gas bhar gayi hai.</w:t>
      </w:r>
      <w:r>
        <w:br/>
      </w:r>
      <w:r>
        <w:rPr>
          <w:sz w:val="20"/>
        </w:rPr>
        <w:t>55:28  to jab insaan koi gate kholega to woh woh gas ko inhale inhale karega, inhale karte hi behosh ho jayega.</w:t>
      </w:r>
      <w:r>
        <w:br/>
      </w:r>
      <w:r>
        <w:rPr>
          <w:sz w:val="20"/>
        </w:rPr>
        <w:t>55:37  woh to unhon ne kya kiya? unhon ne is ko discover kiya ke is ke andar is ki bait ki gases hain aur is ko inhale karne ki wajah se aisa hota hai.</w:t>
      </w:r>
      <w:r>
        <w:br/>
      </w:r>
      <w:r>
        <w:rPr>
          <w:sz w:val="20"/>
        </w:rPr>
        <w:t>55:49  to unhon ne kya kiya ke machine ke zariye se woh nikala, gases nik</w:t>
      </w:r>
      <w:r>
        <w:br/>
      </w:r>
      <w:r>
        <w:rPr>
          <w:sz w:val="20"/>
        </w:rPr>
        <w:t>55:55  ali. aap jante hain aaj kal ke jaise exhaust fan hota hai andar ki hawa nikalne ke liye, aise bari bari machinein lagai gayeen, bari bari machinein.</w:t>
      </w:r>
      <w:r>
        <w:br/>
      </w:r>
      <w:r>
        <w:rPr>
          <w:sz w:val="20"/>
        </w:rPr>
        <w:t>56:04  aur aaram ke andar jo gases theen, woh sab nikala gaya. Nikalne ke baad andar jab woh bilkul purified ho gaya to yeh log andar gaye.</w:t>
      </w:r>
      <w:r>
        <w:br/>
      </w:r>
      <w:r>
        <w:rPr>
          <w:sz w:val="20"/>
        </w:rPr>
        <w:t>56:14  andar ja kar wahan dekha unhon ne ke is ko lashain padi hui hain, momyai ki hui.</w:t>
      </w:r>
      <w:r>
        <w:br/>
      </w:r>
      <w:r>
        <w:rPr>
          <w:sz w:val="20"/>
        </w:rPr>
        <w:t>56:21  is ko nikal kar le gaye aur tehqeeq kiya aur phir carbon 14 dating ko apply kar diya. Yeh sara kaam unhon ne kiya kyunke Bible mein parha tha unhon ne.</w:t>
      </w:r>
      <w:r>
        <w:br/>
      </w:r>
      <w:r>
        <w:rPr>
          <w:sz w:val="20"/>
        </w:rPr>
        <w:t>56:31  to agarche musalmanon ko janna chahiye tha yeh baat kyunke Quran mein zikr tha is ka ke musalmanon ne kuch bhi nahi kiya, khud muslim mulk mein hai, tab bhi nahi kiya.</w:t>
      </w:r>
      <w:r>
        <w:br/>
      </w:r>
      <w:r>
        <w:rPr>
          <w:sz w:val="20"/>
        </w:rPr>
        <w:t>56:43  to aap use nafrat kyun karte hain?</w:t>
      </w:r>
      <w:r>
        <w:br/>
      </w:r>
      <w:r>
        <w:rPr>
          <w:sz w:val="20"/>
        </w:rPr>
        <w:t>56:46  to yeh ek ek bare aalim ne aa kar taqreer kar rahi hai yahan par ke Islam ke sirf do dushman hain, isai aur yahoodi.</w:t>
      </w:r>
      <w:r>
        <w:br/>
      </w:r>
      <w:r>
        <w:rPr>
          <w:sz w:val="20"/>
        </w:rPr>
        <w:t>56:55  unhon ne to sare bare bare kaam kiye hain. Aaj kalji misaal ke taur par dekhiye, Hazrat Ibrahim alaihissalam ke bare mein morkheen yeh keh rahe the ke un ka wajood nahi koi.</w:t>
      </w:r>
      <w:r>
        <w:br/>
      </w:r>
      <w:r>
        <w:rPr>
          <w:sz w:val="20"/>
        </w:rPr>
        <w:t>57:08  yeh bohat ajeeb baat hai,</w:t>
      </w:r>
      <w:r>
        <w:br/>
      </w:r>
      <w:r>
        <w:rPr>
          <w:sz w:val="20"/>
        </w:rPr>
        <w:t>57:10  Hazrat Ibrahim alaihissalam ka wajood nahi historically. Lekin inhi logon ne kya kiya ke Baghdad ke paas ek shehar daryaft kiya, khodai kiya, us ki khodai kar ke zameen ke andar se nikala ek poora shehar jiska naam Ur rakha gaya hai, UR Ur.</w:t>
      </w:r>
      <w:r>
        <w:br/>
      </w:r>
      <w:r>
        <w:rPr>
          <w:sz w:val="20"/>
        </w:rPr>
        <w:t>57:32  to unhon ne kaha Hazrat Ibrahim ko tareekhi hasiyat de di jisko morkheen samajhte the woh afsanvi hasiyat diye hue the. Tareekhi hasiyat de di jis shehar mein Hazrat Ibrahim paida hue, jahan unhon ne kaam kiya, yani Ur, woh poora ka poora shehar unhon ne khodai kar ke nikal diya.</w:t>
      </w:r>
      <w:r>
        <w:br/>
      </w:r>
      <w:r>
        <w:rPr>
          <w:sz w:val="20"/>
        </w:rPr>
        <w:t>57:51  to kitne bare bare qabil log kar rahe hain, yahi yahoodi ulma, yahi isai ulma. To aap se nafrat kyun karte hain? Un ko dushman kyun kehte hain? Woh to hamare dost hain.</w:t>
      </w:r>
      <w:r>
        <w:br/>
      </w:r>
      <w:r>
        <w:rPr>
          <w:sz w:val="20"/>
        </w:rPr>
        <w:t>58:03  to behal main yeh arz karunga ke sab se zaroori cheez hai positive thinking. Negative thinking bohat hi zyada buri hai aur aur sari achaiyan jo hain woh positive thinking mein Allah taala ne rakh diya.</w:t>
      </w:r>
      <w:r>
        <w:br/>
      </w:r>
      <w:r>
        <w:rPr>
          <w:sz w:val="20"/>
        </w:rPr>
        <w:t>58:21  meri dua hai ke hum aap sahih zehn ke sath cheezon ko samjhein aur is se jo sabak hai woh lein.</w:t>
      </w:r>
      <w:r>
        <w:br/>
      </w:r>
      <w:r>
        <w:rPr>
          <w:sz w:val="20"/>
        </w:rPr>
        <w:t>58:30  aqool qawli hadha wastaghfirullaha li walakum ajmaeen</w:t>
      </w:r>
    </w:p>
    <w:p>
      <w:pPr>
        <w:pStyle w:val="Heading2"/>
      </w:pPr>
      <w:r>
        <w:t>Patience, Iman Levels, and Stopping Wrong</w:t>
      </w:r>
    </w:p>
    <w:p>
      <w:r>
        <w:rPr>
          <w:color w:val="666666"/>
          <w:sz w:val="18"/>
        </w:rPr>
        <w:t>Faith &amp; God · Q&amp;A 04 Mar 2012 Maulana Wahiduddin Khan · 5m 54s · at 3:24 · https://youtu.be/txRmutuvWQI?t=204</w:t>
      </w:r>
    </w:p>
    <w:p>
      <w:r>
        <w:rPr>
          <w:i/>
        </w:rPr>
        <w:t>“As you suggest, the best formula for universal peace is to have patience and sabr for anything wrong happening around; it means we should avoid reacting and retaliating against anything which is wrong. But this kind of act comes under the third lowest level of iman, as the third level of iman is to feel bad in your heart about anything wrong happening in front of your eyes. I understand that level one of iman will be applicable in the case of Islamic rule, that is, you stop the thing forcefully which is wrong, but can't we at least speak and tell the people in a peaceful way?”</w:t>
      </w:r>
    </w:p>
    <w:p>
      <w:r>
        <w:rPr>
          <w:sz w:val="20"/>
        </w:rPr>
        <w:t>3:24  Maulana, agla sawal aaya hai Delhi se Mr. Shahnawaz Zafar sahib ka. unhone likha hai: "Maulana sahib, as you suggest, the best formula for universal peace is to have patience and sabr for anything wrong happening around.</w:t>
      </w:r>
      <w:r>
        <w:br/>
      </w:r>
      <w:r>
        <w:rPr>
          <w:sz w:val="20"/>
        </w:rPr>
        <w:t>3:43  It means we should avoid to react or retaliate against anything which is wrong. But this kind of act comes under the third lowest level of iman, as the third level of iman is to feel bad in her heart about anything wrong happening in front of her eyes.</w:t>
      </w:r>
      <w:r>
        <w:br/>
      </w:r>
      <w:r>
        <w:rPr>
          <w:sz w:val="20"/>
        </w:rPr>
        <w:t>4:03  I understand that level one of iman will be applicable in the case of Islamic rule, that is you stop the thing forcefully which is wrong, but can't be at least speak and tell the people in a peaceful manner that what you are doing is wrong, and it comes under level two of iman.</w:t>
      </w:r>
      <w:r>
        <w:br/>
      </w:r>
      <w:r>
        <w:rPr>
          <w:sz w:val="20"/>
        </w:rPr>
        <w:t>4:24  Similarly, any peaceful protest for a valid reason of wrong activity comes under the level two of iman.</w:t>
      </w:r>
      <w:r>
        <w:br/>
      </w:r>
      <w:r>
        <w:rPr>
          <w:sz w:val="20"/>
        </w:rPr>
        <w:t>4:33  Can you please explain how to fit ourselves in iman categories in today's scenario? We should scale our iman, keeping in mind the result of what?</w:t>
      </w:r>
      <w:r>
        <w:br/>
      </w:r>
      <w:r>
        <w:rPr>
          <w:sz w:val="20"/>
        </w:rPr>
        <w:t>4:44  Kindly advice.</w:t>
      </w:r>
      <w:r>
        <w:br/>
      </w:r>
      <w:r>
        <w:rPr>
          <w:sz w:val="20"/>
        </w:rPr>
        <w:t>4:49  is hadith ka is se koi talluq nahi hai jis zamane mein liya hai aap ne is ko. yeh political protest aur political hungama is ka kya talluq is hadith se?</w:t>
      </w:r>
      <w:r>
        <w:br/>
      </w:r>
      <w:r>
        <w:rPr>
          <w:sz w:val="20"/>
        </w:rPr>
        <w:t>5:00  dekhiye, daily life jo hamari hai, is se talluq hai. daily life. is ka kuch bhi party se koi talluq nahi hai.</w:t>
      </w:r>
      <w:r>
        <w:br/>
      </w:r>
      <w:r>
        <w:rPr>
          <w:sz w:val="20"/>
        </w:rPr>
        <w:t>5:08  yeh jo hungame ho rahe hain mukhtalif mulkon mein, parties ko le kar ke, woh to bilkul haram kaam hai. haram. is mein koi shakk hi nahi.</w:t>
      </w:r>
      <w:r>
        <w:br/>
      </w:r>
      <w:r>
        <w:rPr>
          <w:sz w:val="20"/>
        </w:rPr>
        <w:t>5:17  yeh jo hai daily life mein,</w:t>
      </w:r>
      <w:r>
        <w:br/>
      </w:r>
      <w:r>
        <w:rPr>
          <w:sz w:val="20"/>
        </w:rPr>
        <w:t>5:23  kya agar is mein yeh yeh unhone galat likha hai yeh ke forcefully us ko khatam karte hain hum? matlab yeh baghze istataat hamein is mein koshish karna chahiye.</w:t>
      </w:r>
      <w:r>
        <w:br/>
      </w:r>
      <w:r>
        <w:rPr>
          <w:sz w:val="20"/>
        </w:rPr>
        <w:t>5:34  is mein istataat. to daily life mein aap jab kahin dekhein</w:t>
      </w:r>
      <w:r>
        <w:br/>
      </w:r>
      <w:r>
        <w:rPr>
          <w:sz w:val="20"/>
        </w:rPr>
        <w:t>5:42  koi cheez burai ki, daily life mein, chahe ghar mein ya ghar ke bahar, to wahan hamein yeh karna hai ke agar hum mana karne par qadir hon to mana karein.</w:t>
      </w:r>
      <w:r>
        <w:br/>
      </w:r>
      <w:r>
        <w:rPr>
          <w:sz w:val="20"/>
        </w:rPr>
        <w:t>6:00  lekin mana karne par jhagda badhta ho to hum is ke liye dua karein. dil mein is mein hai ke fabaqalbehi kamane ke is ke liye dua karna.</w:t>
      </w:r>
      <w:r>
        <w:br/>
      </w:r>
      <w:r>
        <w:rPr>
          <w:sz w:val="20"/>
        </w:rPr>
        <w:t>6:14  is ka hargiz yeh matlab nahi hai ke aap is ke burai khatam karne par</w:t>
      </w:r>
      <w:r>
        <w:br/>
      </w:r>
      <w:r>
        <w:rPr>
          <w:sz w:val="20"/>
        </w:rPr>
        <w:t>6:19  khare ho jayein, protest karne aur ek naya blood shed ho, naya khoon kharaba ho. jo kehte hain counter productive, woh to haram hai Islam mein.</w:t>
      </w:r>
      <w:r>
        <w:br/>
      </w:r>
      <w:r>
        <w:rPr>
          <w:sz w:val="20"/>
        </w:rPr>
        <w:t>6:28  haram. sab se pehle aap ko dekhna parega ke jo situation hai, kya woh situation mere qabu ki hai? wahan kuch positive role kar sakta hoon mein?</w:t>
      </w:r>
      <w:r>
        <w:br/>
      </w:r>
      <w:r>
        <w:rPr>
          <w:sz w:val="20"/>
        </w:rPr>
        <w:t>6:39  nahi to chup chap ja ke masjid ja ke dua kijiye.</w:t>
      </w:r>
      <w:r>
        <w:br/>
      </w:r>
      <w:r>
        <w:rPr>
          <w:sz w:val="20"/>
        </w:rPr>
        <w:t>6:42  yeh to bilkul haram hai ke aap karne ki position mein nahi hain, aap jhanda le ke khare ho jayein aur is ke baad goliyan chalein aur bomb barsein aur log marein katein. yeh yeh is ka is hadith se is ka koi talluq nahi.</w:t>
      </w:r>
      <w:r>
        <w:br/>
      </w:r>
      <w:r>
        <w:rPr>
          <w:sz w:val="20"/>
        </w:rPr>
        <w:t>6:54  woh to super haram hai, bilashuba. jo aaj kal ho raha hai hum is mamle mein jagah jagah, yeh sab haram hai. haram. is ka is ka hadith se koi talluq nahi.</w:t>
      </w:r>
      <w:r>
        <w:br/>
      </w:r>
      <w:r>
        <w:rPr>
          <w:sz w:val="20"/>
        </w:rPr>
        <w:t>7:03  hadith mein hai ke peaceful tareeqe se, result oriented tareeqe se, baqt istitaat, aap agar kisi burai ke bare mein kuch kar sakte hain to kijiye.</w:t>
      </w:r>
      <w:r>
        <w:br/>
      </w:r>
      <w:r>
        <w:rPr>
          <w:sz w:val="20"/>
        </w:rPr>
        <w:t>7:14  nahi to chup chap ja ke masjid mein dua kijiye. aur political protest ka to hargiz hargiz talluq nahi is se. is hadith se.</w:t>
      </w:r>
      <w:r>
        <w:br/>
      </w:r>
      <w:r>
        <w:rPr>
          <w:sz w:val="20"/>
        </w:rPr>
        <w:t>7:23  bilkul is ka talluq nahi. mein is ko political protest ko haram samajhta hoon. is is liye haram samajhta hoon ke sahaba ne kabhi aisa kiya nahi. Rasool Allah ne kabhi aisa kiya nahi.</w:t>
      </w:r>
      <w:r>
        <w:br/>
      </w:r>
      <w:r>
        <w:rPr>
          <w:sz w:val="20"/>
        </w:rPr>
        <w:t>7:33  Makkah mein woh sab masail maujood the jis ko le kar kaha ke political protest kiya jata hai. opposition kiya thi.</w:t>
      </w:r>
      <w:r>
        <w:br/>
      </w:r>
      <w:r>
        <w:rPr>
          <w:sz w:val="20"/>
        </w:rPr>
        <w:t>7:41  rasool Allah ne aisa nahi kiya. is wajah se mein is ko haram kehta hoon. yaani opposition ke jo tareeqe aaj kal chal rahe hain duniya mein, rights ko le kar ke aur political demand ko le kar, woh sab ke asbab maujood the Makkah mein.</w:t>
      </w:r>
      <w:r>
        <w:br/>
      </w:r>
      <w:r>
        <w:rPr>
          <w:sz w:val="20"/>
        </w:rPr>
        <w:t>7:54  rasool Allah ne nahi kaha is ko. to Usman karte hain to is ko feal haram karte hain.</w:t>
      </w:r>
      <w:r>
        <w:br/>
      </w:r>
      <w:r>
        <w:rPr>
          <w:sz w:val="20"/>
        </w:rPr>
        <w:t>8:00  mujhe zara bhi is mein shaq nahi ke haram hai yeh. jo hadith mein hai, woh sirf yeh hai ke rozmarra ki zindagi mein, ghar ke andar, ghar ke bahar, aap logon ko naseehat karein.</w:t>
      </w:r>
      <w:r>
        <w:br/>
      </w:r>
      <w:r>
        <w:rPr>
          <w:sz w:val="20"/>
        </w:rPr>
        <w:t>8:10  koi baat dekha hai to naseehat karein. bashart ke aap ko wahan par baat aur bigadne ka andesha na ho.</w:t>
      </w:r>
      <w:r>
        <w:br/>
      </w:r>
      <w:r>
        <w:rPr>
          <w:sz w:val="20"/>
        </w:rPr>
        <w:t>8:19  misal ke taur par dekhiye, masjidon mein ek ek ek imam phat ke masjid mein aa gaya. aap ka khayal hai ke imam jo hai galat imam hai.</w:t>
      </w:r>
      <w:r>
        <w:br/>
      </w:r>
      <w:r>
        <w:rPr>
          <w:sz w:val="20"/>
        </w:rPr>
        <w:t>8:30  to kya karte hain? muqtadi is ka hungama khara karte hain. is ke phir namaz najayaz hai. yeh bilkul galat kaam hai yeh.</w:t>
      </w:r>
      <w:r>
        <w:br/>
      </w:r>
      <w:r>
        <w:rPr>
          <w:sz w:val="20"/>
        </w:rPr>
        <w:t>8:37  aap ko sirf yeh haq hai ke muqtadiyon se kahein ke yeh imam sahi nahi hai to aur hum imam ko badal lein. narmi se kahein.</w:t>
      </w:r>
      <w:r>
        <w:br/>
      </w:r>
      <w:r>
        <w:rPr>
          <w:sz w:val="20"/>
        </w:rPr>
        <w:t>8:45  agar muqtadi tayar is ke nahi hain to chup chap se aap namaz padh ke chale jaiye. aur kuch aap ko haq nahi kuch karne ka.</w:t>
      </w:r>
      <w:r>
        <w:br/>
      </w:r>
      <w:r>
        <w:rPr>
          <w:sz w:val="20"/>
        </w:rPr>
        <w:t>8:54  to khamosh aur result oriented naseehat is se murad hai. bas is se zyada kuch nahi. result oriented naseehat.</w:t>
      </w:r>
      <w:r>
        <w:br/>
      </w:r>
      <w:r>
        <w:rPr>
          <w:sz w:val="20"/>
        </w:rPr>
        <w:t>9:04  is se zyada kuch nahi. yaani result oriented counseling. is hadith mein</w:t>
      </w:r>
      <w:r>
        <w:br/>
      </w:r>
      <w:r>
        <w:rPr>
          <w:sz w:val="20"/>
        </w:rPr>
        <w:t>9:11  result oriented counseling ki baat kahi gayi hai na ke protest ki. protest bilkul haram hai Islam mein.</w:t>
      </w:r>
    </w:p>
    <w:p>
      <w:pPr>
        <w:pStyle w:val="Heading2"/>
      </w:pPr>
      <w:r>
        <w:t>Persistent failure: Is God angry and what to do?</w:t>
      </w:r>
    </w:p>
    <w:p>
      <w:r>
        <w:rPr>
          <w:color w:val="666666"/>
          <w:sz w:val="18"/>
        </w:rPr>
        <w:t>Faith &amp; God · Divine Help July 21, 2019 Maulana Wahiduddin Khan · 5m 35s · at 35:17 · https://youtu.be/Phjyu1GUuS8?t=2117</w:t>
      </w:r>
    </w:p>
    <w:p>
      <w:r>
        <w:rPr>
          <w:i/>
        </w:rPr>
        <w:t>“Sometimes one faces a long period of failure and no planning works. Does it mean that God is angry with us, and that is why things are not working? What should one do in such a situation?”</w:t>
      </w:r>
    </w:p>
    <w:p>
      <w:r>
        <w:rPr>
          <w:sz w:val="20"/>
        </w:rPr>
        <w:t>35:17  patience reflects our hope and trust in our god and letting him do things in his own ways. jazak allah." maulana, agla sawal lena chahenge.</w:t>
      </w:r>
      <w:r>
        <w:br/>
      </w:r>
      <w:r>
        <w:rPr>
          <w:sz w:val="20"/>
        </w:rPr>
        <w:t>35:30  kanpur se bheja hai khurshid sahib ne. unhon ne likha hai: "maulana, sometimes one faces a long period of failure and no planning works.</w:t>
      </w:r>
      <w:r>
        <w:br/>
      </w:r>
      <w:r>
        <w:rPr>
          <w:sz w:val="20"/>
        </w:rPr>
        <w:t>35:42  does it mean that god is angry with us, and that is why things are not working? what should one do in such a situation?</w:t>
      </w:r>
      <w:r>
        <w:br/>
      </w:r>
      <w:r>
        <w:rPr>
          <w:sz w:val="20"/>
        </w:rPr>
        <w:t>35:53  how can we maintain positivity or a normal self? bhai, aap mujh se miliye, main aap ko misaalain bataunga ke maine pachas saal tak wait kiya.</w:t>
      </w:r>
      <w:r>
        <w:br/>
      </w:r>
      <w:r>
        <w:rPr>
          <w:sz w:val="20"/>
        </w:rPr>
        <w:t>36:09  pachas saal tak khud jahan yeh aap dekh rahe hain ke hamara yeh office hai, yahan lift lagi hui hai, hum program kar rahe hain. is jagah ko paane ke liye maine pachas saal se zyada wait kiya.</w:t>
      </w:r>
      <w:r>
        <w:br/>
      </w:r>
      <w:r>
        <w:rPr>
          <w:sz w:val="20"/>
        </w:rPr>
        <w:t>36:24  is jagah ko paane ke liye main aap ko dikha sakta hoon kyunke hua yeh ke main purane dilli mein tha.</w:t>
      </w:r>
      <w:r>
        <w:br/>
      </w:r>
      <w:r>
        <w:rPr>
          <w:sz w:val="20"/>
        </w:rPr>
        <w:t>36:34  purane dilli mein koi kaam theek se hota nahi tha. mujhe ek aur jagah chahiye thi. mere paas is ke asbab nahi thay.</w:t>
      </w:r>
      <w:r>
        <w:br/>
      </w:r>
      <w:r>
        <w:rPr>
          <w:sz w:val="20"/>
        </w:rPr>
        <w:t>36:46  to meri biwi ne khwab dekha. bohat naik theen, woh bohat naik theen, bohat naik theen, aur woh bilkul yahi.</w:t>
      </w:r>
      <w:r>
        <w:br/>
      </w:r>
      <w:r>
        <w:rPr>
          <w:sz w:val="20"/>
        </w:rPr>
        <w:t>36:55  yeh dono jagahain hamare paas jo hain na, is ko khwab mein dekha tha. unhon ne pesh ki aaj se pachas saal pehle to maine intezar kiya Allah ke fazl se, aur theek waqt par yeh dono jagahain hamein milain.</w:t>
      </w:r>
      <w:r>
        <w:br/>
      </w:r>
      <w:r>
        <w:rPr>
          <w:sz w:val="20"/>
        </w:rPr>
        <w:t>37:14  to genuine hona chahiye aap ka, aap ki dua genuine ho. aap janiye ke Allah kis ke aap think kya hai, Allah ka management ka tareeqa kya hai.</w:t>
      </w:r>
      <w:r>
        <w:br/>
      </w:r>
      <w:r>
        <w:rPr>
          <w:sz w:val="20"/>
        </w:rPr>
        <w:t>37:27  yeh sab janiye aap aur is par bharosa karein, aur woh spirit aap ke andar aap ko maloom ho ke main jo hoon.</w:t>
      </w:r>
      <w:r>
        <w:br/>
      </w:r>
      <w:r>
        <w:rPr>
          <w:sz w:val="20"/>
        </w:rPr>
        <w:t>37:41  yeh sab shart purani karte hain, bas khwah makhwah yaani umeedon mein jeete hain. woh tamanna alal Allah jo hadith mein aata hai, to is se kuch nahi hoga.</w:t>
      </w:r>
      <w:r>
        <w:br/>
      </w:r>
      <w:r>
        <w:rPr>
          <w:sz w:val="20"/>
        </w:rPr>
        <w:t>38:04  Maulana, kuch aur aaj bhi dekhiye, subah se main is mein tha ke apa se pooch lijiye, aap doctor sanson se pooch lijiye.</w:t>
      </w:r>
      <w:r>
        <w:br/>
      </w:r>
      <w:r>
        <w:rPr>
          <w:sz w:val="20"/>
        </w:rPr>
        <w:t>38:14  aaj hi maine unhon ne is ko kaha ke bhai, mere paas kuch nahi hai, ab tum log ja karo jo karna hai, ya resist aap karein jo karna hai.</w:t>
      </w:r>
      <w:r>
        <w:br/>
      </w:r>
      <w:r>
        <w:rPr>
          <w:sz w:val="20"/>
        </w:rPr>
        <w:t>38:31  lekin ain waqt par aap dekhiye, ab mujhe intezar karna karna tha. jab main is point pe pohancha jahan woh ladka aur woh ladki baithe thay, aur unhon ne kaha tha ke main jo hoon,</w:t>
      </w:r>
      <w:r>
        <w:br/>
      </w:r>
      <w:r>
        <w:rPr>
          <w:sz w:val="20"/>
        </w:rPr>
        <w:t>38:47  to main dekhiye, aaj subah se do jazbat mein jee raha tha. woh jo hadith mein aata hai ke "al-iman raja'a wal-khauf" yaani umeed aur khauf, umeed aur khauf ke beech mein.</w:t>
      </w:r>
      <w:r>
        <w:br/>
      </w:r>
      <w:r>
        <w:rPr>
          <w:sz w:val="20"/>
        </w:rPr>
        <w:t>39:05  to ain waqt par jab hamari gaadi gate pe pohanchi, park ke gate par, to wahan par farishte ne mere mere mann mein daal diya.</w:t>
      </w:r>
      <w:r>
        <w:br/>
      </w:r>
      <w:r>
        <w:rPr>
          <w:sz w:val="20"/>
        </w:rPr>
        <w:t>39:19  to aaj jo main bola hoon, kuch bhi mere aaj subah se kuch bhi mere mann mein nahi tha. to aap Allah par bharosa bharosa kijiye, aur yeh yeh janiye ke aap ki aap ki talab genuine talab ho, aur aap intezar karein, aap Khuda ki sharton ko poora karein.</w:t>
      </w:r>
      <w:r>
        <w:br/>
      </w:r>
      <w:r>
        <w:rPr>
          <w:sz w:val="20"/>
        </w:rPr>
        <w:t>39:46  tab to aap ke liye wahi ho jayega ke Khuda kahega ke main jo hoon.</w:t>
      </w:r>
      <w:r>
        <w:br/>
      </w:r>
      <w:r>
        <w:rPr>
          <w:sz w:val="20"/>
        </w:rPr>
        <w:t>40:00  Maulana, agla comment bheja hai Shafi Ahmed Dar sahib ne Srinagar se. unhon ne likha hai: "it was really thrilling word, main jo hoon, and patience for dua is key for divine help.</w:t>
      </w:r>
      <w:r>
        <w:br/>
      </w:r>
      <w:r>
        <w:rPr>
          <w:sz w:val="20"/>
        </w:rPr>
        <w:t>40:13  thank you Maulana for such a divine guidance."</w:t>
      </w:r>
      <w:r>
        <w:br/>
      </w:r>
      <w:r>
        <w:rPr>
          <w:sz w:val="20"/>
        </w:rPr>
        <w:t>40:22  Sartaj Siddiqui sahib ne likha hai Purbani se: "a mind unlocking lecture from Maulana about true nature of a dua.</w:t>
      </w:r>
      <w:r>
        <w:br/>
      </w:r>
      <w:r>
        <w:rPr>
          <w:sz w:val="20"/>
        </w:rPr>
        <w:t>40:31  hoping towards God is a form of dua. a dua must be genuine and not according to a wishful thinking.</w:t>
      </w:r>
      <w:r>
        <w:br/>
      </w:r>
      <w:r>
        <w:rPr>
          <w:sz w:val="20"/>
        </w:rPr>
        <w:t>40:40  jazak Allah Maulana sahib." Aamir Mori sahib ne likha hai: "today lecture was so special that anyone who listen to it will definitely develop the love for God.</w:t>
      </w:r>
    </w:p>
    <w:p>
      <w:pPr>
        <w:pStyle w:val="Heading2"/>
      </w:pPr>
      <w:r>
        <w:t>Place of Ancestors in Islam</w:t>
      </w:r>
    </w:p>
    <w:p>
      <w:r>
        <w:rPr>
          <w:color w:val="666666"/>
          <w:sz w:val="18"/>
        </w:rPr>
        <w:t>Faith &amp; God · The Right Path May 24, 2015 Maulana Wahiduddin Khan · 21m 14s · at 56:07 · https://youtu.be/BYPgvndFDA8?t=3367</w:t>
      </w:r>
    </w:p>
    <w:p>
      <w:r>
        <w:rPr>
          <w:i/>
        </w:rPr>
        <w:t>“What is the place of ancestors in Islam? What is the meaning of this question? Maulana wants to know about the status of forefathers in Islam.”</w:t>
      </w:r>
    </w:p>
    <w:p>
      <w:r>
        <w:rPr>
          <w:sz w:val="20"/>
        </w:rPr>
        <w:t>56:07  maulana, yeh agla sawal aya hai naseeruddin sahib ka hyderabad se.</w:t>
      </w:r>
      <w:r>
        <w:br/>
      </w:r>
      <w:r>
        <w:rPr>
          <w:sz w:val="20"/>
        </w:rPr>
        <w:t>56:13  مولانا، my question is: What is the place of ancestors in Islam?</w:t>
      </w:r>
      <w:r>
        <w:br/>
      </w:r>
      <w:r>
        <w:rPr>
          <w:sz w:val="20"/>
        </w:rPr>
        <w:t>56:20  kya is ke sawal ka matlab kya hai? Maulana janna chahte hain ke abao ajdad ki islam mein</w:t>
      </w:r>
      <w:r>
        <w:br/>
      </w:r>
      <w:r>
        <w:rPr>
          <w:sz w:val="20"/>
        </w:rPr>
        <w:t>56:26  kya jagah hai? abao ajdad ki islam mein kya jagah hai? jaisa aaj kal log bohat zyada apne</w:t>
      </w:r>
      <w:r>
        <w:br/>
      </w:r>
      <w:r>
        <w:rPr>
          <w:sz w:val="20"/>
        </w:rPr>
        <w:t>56:32  abao ajdad ko har jagah quote karte hain.</w:t>
      </w:r>
      <w:r>
        <w:br/>
      </w:r>
      <w:r>
        <w:rPr>
          <w:sz w:val="20"/>
        </w:rPr>
        <w:t>56:35  bhai, maine is sawal ka matlab maine samajh.</w:t>
      </w:r>
      <w:r>
        <w:br/>
      </w:r>
      <w:r>
        <w:rPr>
          <w:sz w:val="20"/>
        </w:rPr>
        <w:t>56:37  koi misaal dein, woh misaal dein to samajh aayega.</w:t>
      </w:r>
      <w:r>
        <w:br/>
      </w:r>
      <w:r>
        <w:rPr>
          <w:sz w:val="20"/>
        </w:rPr>
        <w:t>56:43  agle agle hafte koi misaal de kar ke batayein, woh</w:t>
      </w:r>
      <w:r>
        <w:br/>
      </w:r>
      <w:r>
        <w:rPr>
          <w:sz w:val="20"/>
        </w:rPr>
        <w:t>56:50  Maulana, yeh agla question aaya hai Maulana Iqbal Umri sahib ka Chennai se.</w:t>
      </w:r>
      <w:r>
        <w:br/>
      </w:r>
      <w:r>
        <w:rPr>
          <w:sz w:val="20"/>
        </w:rPr>
        <w:t>56:56  Maulana, kufr ko is zameen mein maghloob rehna hai aur Islam ko ghalib.</w:t>
      </w:r>
      <w:r>
        <w:br/>
      </w:r>
      <w:r>
        <w:rPr>
          <w:sz w:val="20"/>
        </w:rPr>
        <w:t>57:04  Maulana, is mein jo mughalta hai, usay wazeh karein.</w:t>
      </w:r>
      <w:r>
        <w:br/>
      </w:r>
      <w:r>
        <w:rPr>
          <w:sz w:val="20"/>
        </w:rPr>
        <w:t>57:09  yeh kahan, kaun si ayat hai? kaun si hadith hai ke kufr ko maghloob rehna hai, Islam ko</w:t>
      </w:r>
      <w:r>
        <w:br/>
      </w:r>
      <w:r>
        <w:rPr>
          <w:sz w:val="20"/>
        </w:rPr>
        <w:t>57:13  ghalib rehna hai? yeh kahan hai?</w:t>
      </w:r>
      <w:r>
        <w:br/>
      </w:r>
      <w:r>
        <w:rPr>
          <w:sz w:val="20"/>
        </w:rPr>
        <w:t>57:17  jo is silsile mein jo ayatein padhi jaati hain, us mein peghambar ke mission ki baat hai.</w:t>
      </w:r>
      <w:r>
        <w:br/>
      </w:r>
      <w:r>
        <w:rPr>
          <w:sz w:val="20"/>
        </w:rPr>
        <w:t>57:26  yani peghambar, peghambar ka mission zaroor ghalib hoga.</w:t>
      </w:r>
      <w:r>
        <w:br/>
      </w:r>
      <w:r>
        <w:rPr>
          <w:sz w:val="20"/>
        </w:rPr>
        <w:t>57:31  peghambar ka mission kabhi maghloob nahi ho sakta hai.</w:t>
      </w:r>
      <w:r>
        <w:br/>
      </w:r>
      <w:r>
        <w:rPr>
          <w:sz w:val="20"/>
        </w:rPr>
        <w:t>57:34  lekin yeh hum nahi keh sakte ke kufr</w:t>
      </w:r>
      <w:r>
        <w:br/>
      </w:r>
      <w:r>
        <w:rPr>
          <w:sz w:val="20"/>
        </w:rPr>
        <w:t>57:38  ko ghulba nahi milega aur musalman ko ghulba milega.</w:t>
      </w:r>
      <w:r>
        <w:br/>
      </w:r>
      <w:r>
        <w:rPr>
          <w:sz w:val="20"/>
        </w:rPr>
        <w:t>57:41  yeh toh kahin Quran majeed mein hai nahi.</w:t>
      </w:r>
      <w:r>
        <w:br/>
      </w:r>
      <w:r>
        <w:rPr>
          <w:sz w:val="20"/>
        </w:rPr>
        <w:t>57:43  sirf jo baat peghambar ke mission ke aitbar se hai, us ko musalmanon ne apni tehrikon ke liye</w:t>
      </w:r>
      <w:r>
        <w:br/>
      </w:r>
      <w:r>
        <w:rPr>
          <w:sz w:val="20"/>
        </w:rPr>
        <w:t>57:49  chaspah kar rakha hai.</w:t>
      </w:r>
      <w:r>
        <w:br/>
      </w:r>
      <w:r>
        <w:rPr>
          <w:sz w:val="20"/>
        </w:rPr>
        <w:t>57:51  Maulana, agla question aaya hai Mr Imran ka Bahrain se.</w:t>
      </w:r>
      <w:r>
        <w:br/>
      </w:r>
      <w:r>
        <w:rPr>
          <w:sz w:val="20"/>
        </w:rPr>
        <w:t>57:55  مولانا صاحب، there is a verse in Quran that after every hardship there is ease.</w:t>
      </w:r>
      <w:r>
        <w:br/>
      </w:r>
      <w:r>
        <w:rPr>
          <w:sz w:val="20"/>
        </w:rPr>
        <w:t>58:00  After after every hardship there is ease,</w:t>
      </w:r>
      <w:r>
        <w:br/>
      </w:r>
      <w:r>
        <w:rPr>
          <w:sz w:val="20"/>
        </w:rPr>
        <w:t>58:04  But why hardships of prophets never ended?</w:t>
      </w:r>
      <w:r>
        <w:br/>
      </w:r>
      <w:r>
        <w:rPr>
          <w:sz w:val="20"/>
        </w:rPr>
        <w:t>58:10  dekhiye, hardship kya cheez hai? woh challenge hai.</w:t>
      </w:r>
      <w:r>
        <w:br/>
      </w:r>
      <w:r>
        <w:rPr>
          <w:sz w:val="20"/>
        </w:rPr>
        <w:t>58:15  challenge is liye aata hai ke aap us ko response dein.</w:t>
      </w:r>
      <w:r>
        <w:br/>
      </w:r>
      <w:r>
        <w:rPr>
          <w:sz w:val="20"/>
        </w:rPr>
        <w:t>58:20  toh challenge response mechanism hi se taraqqi hoti hai.</w:t>
      </w:r>
      <w:r>
        <w:br/>
      </w:r>
      <w:r>
        <w:rPr>
          <w:sz w:val="20"/>
        </w:rPr>
        <w:t>58:26  woh hardship ne kahi hai, woh challenge kahi hai us ko.</w:t>
      </w:r>
      <w:r>
        <w:br/>
      </w:r>
      <w:r>
        <w:rPr>
          <w:sz w:val="20"/>
        </w:rPr>
        <w:t>58:29  aur challenge ka matlab ye hai ke is se aap ke aap ko aap ko mind activated activated</w:t>
      </w:r>
      <w:r>
        <w:br/>
      </w:r>
      <w:r>
        <w:rPr>
          <w:sz w:val="20"/>
        </w:rPr>
        <w:t>58:33  hota hai. aap ke</w:t>
      </w:r>
      <w:r>
        <w:br/>
      </w:r>
      <w:r>
        <w:rPr>
          <w:sz w:val="20"/>
        </w:rPr>
        <w:t>58:37  yeh salahiyaten jagti hain.</w:t>
      </w:r>
      <w:r>
        <w:br/>
      </w:r>
      <w:r>
        <w:rPr>
          <w:sz w:val="20"/>
        </w:rPr>
        <w:t>58:40  agar dunya mein challenges na hon to koi taraqqi na ho.</w:t>
      </w:r>
      <w:r>
        <w:br/>
      </w:r>
      <w:r>
        <w:rPr>
          <w:sz w:val="20"/>
        </w:rPr>
        <w:t>58:46  baghair challenge ke kabhi koi taraqqi nahi ho sakti.</w:t>
      </w:r>
      <w:r>
        <w:br/>
      </w:r>
      <w:r>
        <w:rPr>
          <w:sz w:val="20"/>
        </w:rPr>
        <w:t>58:49  to is ko</w:t>
      </w:r>
      <w:r>
        <w:br/>
      </w:r>
      <w:r>
        <w:rPr>
          <w:sz w:val="20"/>
        </w:rPr>
        <w:t>58:53  is ko negative sense mein mat lijiye, is ko positive sense mein lijiye.</w:t>
      </w:r>
      <w:r>
        <w:br/>
      </w:r>
      <w:r>
        <w:rPr>
          <w:sz w:val="20"/>
        </w:rPr>
        <w:t>58:59  maulana, yeh agla question hai miss ditti malhotra ka delhi se.</w:t>
      </w:r>
      <w:r>
        <w:br/>
      </w:r>
      <w:r>
        <w:rPr>
          <w:sz w:val="20"/>
        </w:rPr>
        <w:t>59:03  مولانا، you have many times mentioned on the importance of keeping patience,</w:t>
      </w:r>
      <w:r>
        <w:br/>
      </w:r>
      <w:r>
        <w:rPr>
          <w:sz w:val="20"/>
        </w:rPr>
        <w:t>59:11  But when we tell this to people, they say that patience till when</w:t>
      </w:r>
      <w:r>
        <w:br/>
      </w:r>
      <w:r>
        <w:rPr>
          <w:sz w:val="20"/>
        </w:rPr>
        <w:t>59:17  what is your advice on this?</w:t>
      </w:r>
      <w:r>
        <w:br/>
      </w:r>
      <w:r>
        <w:rPr>
          <w:sz w:val="20"/>
        </w:rPr>
        <w:t>59:22  yani sabr kab tak?</w:t>
      </w:r>
      <w:r>
        <w:br/>
      </w:r>
      <w:r>
        <w:rPr>
          <w:sz w:val="20"/>
        </w:rPr>
        <w:t>59:25  dekhiye, quran mein hai ke</w:t>
      </w:r>
      <w:r>
        <w:br/>
      </w:r>
      <w:r>
        <w:rPr>
          <w:sz w:val="20"/>
        </w:rPr>
        <w:t>59:32  quran mein hai ke</w:t>
      </w:r>
      <w:r>
        <w:br/>
      </w:r>
      <w:r>
        <w:rPr>
          <w:sz w:val="20"/>
        </w:rPr>
        <w:t>59:34  jannat sabr walon ke liye hai.</w:t>
      </w:r>
      <w:r>
        <w:br/>
      </w:r>
      <w:r>
        <w:rPr>
          <w:sz w:val="20"/>
        </w:rPr>
        <w:t>59:38  jo sabr karega, us ke liye jannat hai.</w:t>
      </w:r>
      <w:r>
        <w:br/>
      </w:r>
      <w:r>
        <w:rPr>
          <w:sz w:val="20"/>
        </w:rPr>
        <w:t>59:43  yeh quran ki ek ayat hai.</w:t>
      </w:r>
      <w:r>
        <w:br/>
      </w:r>
      <w:r>
        <w:rPr>
          <w:sz w:val="20"/>
        </w:rPr>
        <w:t>59:50  to jannat to eternal maqam hai, abadi jagah hai.</w:t>
      </w:r>
      <w:r>
        <w:br/>
      </w:r>
      <w:r>
        <w:rPr>
          <w:sz w:val="20"/>
        </w:rPr>
        <w:t>59:57  to kya aap</w:t>
      </w:r>
      <w:r>
        <w:br/>
      </w:r>
      <w:r>
        <w:rPr>
          <w:sz w:val="20"/>
        </w:rPr>
        <w:t>1:00:00  saari umar sabr karenge? tabhi to eternal jannat milegi.</w:t>
      </w:r>
      <w:r>
        <w:br/>
      </w:r>
      <w:r>
        <w:rPr>
          <w:sz w:val="20"/>
        </w:rPr>
        <w:t>1:00:04  waqti agar aap sabr karenge to jannat bhi thodi si milegi aap ko, ek din ke</w:t>
      </w:r>
      <w:r>
        <w:br/>
      </w:r>
      <w:r>
        <w:rPr>
          <w:sz w:val="20"/>
        </w:rPr>
        <w:t>1:00:11  liye ya ek mahine ke liye.</w:t>
      </w:r>
      <w:r>
        <w:br/>
      </w:r>
      <w:r>
        <w:rPr>
          <w:sz w:val="20"/>
        </w:rPr>
        <w:t>1:00:14  main samajhta hoon ke jannat ka eternal tasawwur jo hai, woh apne aap mein yeh batata hai ke</w:t>
      </w:r>
      <w:r>
        <w:br/>
      </w:r>
      <w:r>
        <w:rPr>
          <w:sz w:val="20"/>
        </w:rPr>
        <w:t>1:00:20  sabr zindagi bhar karte rehna hai, karte rehna hai, karte rehna hai.</w:t>
      </w:r>
      <w:r>
        <w:br/>
      </w:r>
      <w:r>
        <w:rPr>
          <w:sz w:val="20"/>
        </w:rPr>
        <w:t>1:00:26  quran mein. ma sabr</w:t>
      </w:r>
      <w:r>
        <w:br/>
      </w:r>
      <w:r>
        <w:rPr>
          <w:sz w:val="20"/>
        </w:rPr>
        <w:t>1:00:29  jannat hum ne di un ko is liye ke unhon ne zindagi bhar sabr kiya tha.</w:t>
      </w:r>
      <w:r>
        <w:br/>
      </w:r>
      <w:r>
        <w:rPr>
          <w:sz w:val="20"/>
        </w:rPr>
        <w:t>1:00:34  to saari umar sabr karne se aap ko yani eternal paradise milti hai.</w:t>
      </w:r>
      <w:r>
        <w:br/>
      </w:r>
      <w:r>
        <w:rPr>
          <w:sz w:val="20"/>
        </w:rPr>
        <w:t>1:00:41  agar aap yeh kahein ke bhai saari umar nahi karna hai, mujhe to ek mahina karna hai, ek</w:t>
      </w:r>
      <w:r>
        <w:br/>
      </w:r>
      <w:r>
        <w:rPr>
          <w:sz w:val="20"/>
        </w:rPr>
        <w:t>1:00:46  saal karna hai, to phir yeh bhi maan lijiye ke aap ko ek saal ke liye jannat mile.</w:t>
      </w:r>
      <w:r>
        <w:br/>
      </w:r>
      <w:r>
        <w:rPr>
          <w:sz w:val="20"/>
        </w:rPr>
        <w:t>1:00:49  is ke baad jannat se</w:t>
      </w:r>
      <w:r>
        <w:br/>
      </w:r>
      <w:r>
        <w:rPr>
          <w:sz w:val="20"/>
        </w:rPr>
        <w:t>1:00:52  jannat se nikal diya jayega.</w:t>
      </w:r>
      <w:r>
        <w:br/>
      </w:r>
      <w:r>
        <w:rPr>
          <w:sz w:val="20"/>
        </w:rPr>
        <w:t>1:00:55  میں سمجھتا ہوں جو لوگ یہ کہتے ہیں کہ صبر کب تک، وہ اس کے consequences سوچتے نہیں،</w:t>
      </w:r>
      <w:r>
        <w:br/>
      </w:r>
      <w:r>
        <w:rPr>
          <w:sz w:val="20"/>
        </w:rPr>
        <w:t>1:01:04  chunki jannat un ke liye hai jo sabr karen.</w:t>
      </w:r>
      <w:r>
        <w:br/>
      </w:r>
      <w:r>
        <w:rPr>
          <w:sz w:val="20"/>
        </w:rPr>
        <w:t>1:01:08  is liye jannat ka jis ne sabr karta hi rehna hai.</w:t>
      </w:r>
      <w:r>
        <w:br/>
      </w:r>
      <w:r>
        <w:rPr>
          <w:sz w:val="20"/>
        </w:rPr>
        <w:t>1:01:12  دیکھیں، صبر کا مطلب کیا ہے؟ صبر کا مطلب یہ ہے کہ positive behavior پر قائم رہنا، ری</w:t>
      </w:r>
      <w:r>
        <w:br/>
      </w:r>
      <w:r>
        <w:rPr>
          <w:sz w:val="20"/>
        </w:rPr>
        <w:t>1:01:22  act na karna.</w:t>
      </w:r>
      <w:r>
        <w:br/>
      </w:r>
      <w:r>
        <w:rPr>
          <w:sz w:val="20"/>
        </w:rPr>
        <w:t>1:01:25  to isi se to sari sifaten paida hoti hain.</w:t>
      </w:r>
      <w:r>
        <w:br/>
      </w:r>
      <w:r>
        <w:rPr>
          <w:sz w:val="20"/>
        </w:rPr>
        <w:t>1:01:29  اگر آپ react کریں تو آپ کے اندر اعلیٰ کوالٹی کا development نہیں ہوگا۔</w:t>
      </w:r>
      <w:r>
        <w:br/>
      </w:r>
      <w:r>
        <w:rPr>
          <w:sz w:val="20"/>
        </w:rPr>
        <w:t>1:01:36  lekin jab aap sabr karenge, tabhi woh process aapke andar jaari hoga jismein aala quality</w:t>
      </w:r>
      <w:r>
        <w:br/>
      </w:r>
      <w:r>
        <w:rPr>
          <w:sz w:val="20"/>
        </w:rPr>
        <w:t>1:01:43  paida hoti hai.</w:t>
      </w:r>
      <w:r>
        <w:br/>
      </w:r>
      <w:r>
        <w:rPr>
          <w:sz w:val="20"/>
        </w:rPr>
        <w:t>1:01:45  to sabr ko log samajhte hain ke koi negative baat hai.</w:t>
      </w:r>
      <w:r>
        <w:br/>
      </w:r>
      <w:r>
        <w:rPr>
          <w:sz w:val="20"/>
        </w:rPr>
        <w:t>1:01:47  sabr to negative baat nahin hai, sabr to ek positive baat hai.</w:t>
      </w:r>
      <w:r>
        <w:br/>
      </w:r>
      <w:r>
        <w:rPr>
          <w:sz w:val="20"/>
        </w:rPr>
        <w:t>1:01:52  sabr na ho to aadmi ke andar aala akhlaq paida na ho, oonchi soch paida na ho.</w:t>
      </w:r>
      <w:r>
        <w:br/>
      </w:r>
      <w:r>
        <w:rPr>
          <w:sz w:val="20"/>
        </w:rPr>
        <w:t>1:01:58  bilkul zindagi jo hai,</w:t>
      </w:r>
      <w:r>
        <w:br/>
      </w:r>
      <w:r>
        <w:rPr>
          <w:sz w:val="20"/>
        </w:rPr>
        <w:t>1:02:02  oonchi baaton se khali ho jaye.</w:t>
      </w:r>
      <w:r>
        <w:br/>
      </w:r>
      <w:r>
        <w:rPr>
          <w:sz w:val="20"/>
        </w:rPr>
        <w:t>1:02:07  maulana, yeh ek comment hai muhammad aamir siddiqui sahab ka noida se.</w:t>
      </w:r>
      <w:r>
        <w:br/>
      </w:r>
      <w:r>
        <w:rPr>
          <w:sz w:val="20"/>
        </w:rPr>
        <w:t>1:02:12  he is quoted an example from quran:</w:t>
      </w:r>
      <w:r>
        <w:br/>
      </w:r>
      <w:r>
        <w:rPr>
          <w:sz w:val="20"/>
        </w:rPr>
        <w:t>1:02:16  "It was not Moses who wanted to take away political power from Pharaoh.</w:t>
      </w:r>
      <w:r>
        <w:br/>
      </w:r>
      <w:r>
        <w:rPr>
          <w:sz w:val="20"/>
        </w:rPr>
        <w:t>1:02:23  It was Pharaoh who said to Musa that he wants to unseat him and his clan. Musa was only there for peaceful da'wah as approved by Allah.</w:t>
      </w:r>
      <w:r>
        <w:br/>
      </w:r>
      <w:r>
        <w:rPr>
          <w:sz w:val="20"/>
        </w:rPr>
        <w:t>1:02:40  theek baat hai, sahi kaha aap ne.</w:t>
      </w:r>
      <w:r>
        <w:br/>
      </w:r>
      <w:r>
        <w:rPr>
          <w:sz w:val="20"/>
        </w:rPr>
        <w:t>1:02:45  maulana sahab, yeh agla question aaya hai mehtab sahab ka dhampur se.</w:t>
      </w:r>
      <w:r>
        <w:br/>
      </w:r>
      <w:r>
        <w:rPr>
          <w:sz w:val="20"/>
        </w:rPr>
        <w:t>1:02:49  maulana sahab, khuda ke yahan namaz kaise qabool ho? meharbani kar ke batayen.</w:t>
      </w:r>
      <w:r>
        <w:br/>
      </w:r>
      <w:r>
        <w:rPr>
          <w:sz w:val="20"/>
        </w:rPr>
        <w:t>1:02:57  dekhen, qabool hone ka mamla woh Allah ka mamla hai.</w:t>
      </w:r>
      <w:r>
        <w:br/>
      </w:r>
      <w:r>
        <w:rPr>
          <w:sz w:val="20"/>
        </w:rPr>
        <w:t>1:03:02  peshgi taur par yeh nahin maloom hota ke meri namaz qabool ho gayi.</w:t>
      </w:r>
      <w:r>
        <w:br/>
      </w:r>
      <w:r>
        <w:rPr>
          <w:sz w:val="20"/>
        </w:rPr>
        <w:t>1:03:06  yeh soch galat hai.</w:t>
      </w:r>
      <w:r>
        <w:br/>
      </w:r>
      <w:r>
        <w:rPr>
          <w:sz w:val="20"/>
        </w:rPr>
        <w:t>1:03:09  kisi kisi sahabi ne yeh nahin kaha hai ke meri namaz to qabool ho jati hai.</w:t>
      </w:r>
      <w:r>
        <w:br/>
      </w:r>
      <w:r>
        <w:rPr>
          <w:sz w:val="20"/>
        </w:rPr>
        <w:t>1:03:15  yeh yeh yeh lafz kabhi sahabi ne nahin bola.</w:t>
      </w:r>
      <w:r>
        <w:br/>
      </w:r>
      <w:r>
        <w:rPr>
          <w:sz w:val="20"/>
        </w:rPr>
        <w:t>1:03:18  to kisi sahabi ko pata nahin tha ke meri namazen qabool ho rahi hain.</w:t>
      </w:r>
      <w:r>
        <w:br/>
      </w:r>
      <w:r>
        <w:rPr>
          <w:sz w:val="20"/>
        </w:rPr>
        <w:t>1:03:22  aap koshish karna hai,</w:t>
      </w:r>
      <w:r>
        <w:br/>
      </w:r>
      <w:r>
        <w:rPr>
          <w:sz w:val="20"/>
        </w:rPr>
        <w:t>1:03:26  al-saimen wala ehtimam min Allah ke mujhe koshish karna hai aur baqi kaam Allah ka hai.</w:t>
      </w:r>
      <w:r>
        <w:br/>
      </w:r>
      <w:r>
        <w:rPr>
          <w:sz w:val="20"/>
        </w:rPr>
        <w:t>1:03:33  to hamein koshish karna hai ke hamari namaz sahi namaz ho, is ke andar spirit ho, is ke</w:t>
      </w:r>
      <w:r>
        <w:br/>
      </w:r>
      <w:r>
        <w:rPr>
          <w:sz w:val="20"/>
        </w:rPr>
        <w:t>1:03:39  andar khushu ho aur taqwa ho.</w:t>
      </w:r>
      <w:r>
        <w:br/>
      </w:r>
      <w:r>
        <w:rPr>
          <w:sz w:val="20"/>
        </w:rPr>
        <w:t>1:03:42  is ki koshish karte rehna hai.</w:t>
      </w:r>
      <w:r>
        <w:br/>
      </w:r>
      <w:r>
        <w:rPr>
          <w:sz w:val="20"/>
        </w:rPr>
        <w:t>1:03:44  baqi yeh Allah ka domain hai ke woh ke woh is ko kya darja de ga.</w:t>
      </w:r>
      <w:r>
        <w:br/>
      </w:r>
      <w:r>
        <w:rPr>
          <w:sz w:val="20"/>
        </w:rPr>
        <w:t>1:03:50  to Allah ke domain mein kabhi bhi dakhil nahi hona chahiye.</w:t>
      </w:r>
      <w:r>
        <w:br/>
      </w:r>
      <w:r>
        <w:rPr>
          <w:sz w:val="20"/>
        </w:rPr>
        <w:t>1:03:56  molana, yeh agla question</w:t>
      </w:r>
      <w:r>
        <w:br/>
      </w:r>
      <w:r>
        <w:rPr>
          <w:sz w:val="20"/>
        </w:rPr>
        <w:t>1:03:58  molana farhad ahmad sahib ka hai dehli se.</w:t>
      </w:r>
      <w:r>
        <w:br/>
      </w:r>
      <w:r>
        <w:rPr>
          <w:sz w:val="20"/>
        </w:rPr>
        <w:t>1:04:02  مولانا، how should I keep myself away from extremism in the religion?</w:t>
      </w:r>
      <w:r>
        <w:br/>
      </w:r>
      <w:r>
        <w:rPr>
          <w:sz w:val="20"/>
        </w:rPr>
        <w:t>1:04:08  bas sochna chahiye ke rasool Allah ne farmaya ke "ayyakum walghulu fid deen".</w:t>
      </w:r>
      <w:r>
        <w:br/>
      </w:r>
      <w:r>
        <w:rPr>
          <w:sz w:val="20"/>
        </w:rPr>
        <w:t>1:04:17  hadith mein aata hai ke "man</w:t>
      </w:r>
      <w:r>
        <w:br/>
      </w:r>
      <w:r>
        <w:rPr>
          <w:sz w:val="20"/>
        </w:rPr>
        <w:t>1:04:21  kaan bilghulu fid deen".</w:t>
      </w:r>
      <w:r>
        <w:br/>
      </w:r>
      <w:r>
        <w:rPr>
          <w:sz w:val="20"/>
        </w:rPr>
        <w:t>1:04:24  yani hadith mein bataya gaya hai ke ghulu mani extremism</w:t>
      </w:r>
      <w:r>
        <w:br/>
      </w:r>
      <w:r>
        <w:rPr>
          <w:sz w:val="20"/>
        </w:rPr>
        <w:t>1:04:29  ke hadith mein bataya gaya hai ke jo pichli qaumein tabah huin, woh ghulu ki wajah se tabah</w:t>
      </w:r>
      <w:r>
        <w:br/>
      </w:r>
      <w:r>
        <w:rPr>
          <w:sz w:val="20"/>
        </w:rPr>
        <w:t>1:04:35  huin, halak ho gaein.</w:t>
      </w:r>
      <w:r>
        <w:br/>
      </w:r>
      <w:r>
        <w:rPr>
          <w:sz w:val="20"/>
        </w:rPr>
        <w:t>1:04:38  is tarah ki jo hadith hain aur Quran mein bhi yeh baat aayi hai, is ko jab taam</w:t>
      </w:r>
      <w:r>
        <w:br/>
      </w:r>
      <w:r>
        <w:rPr>
          <w:sz w:val="20"/>
        </w:rPr>
        <w:t>1:04:43  yaad karenge, hota hi hum is se bachenge.</w:t>
      </w:r>
      <w:r>
        <w:br/>
      </w:r>
      <w:r>
        <w:rPr>
          <w:sz w:val="20"/>
        </w:rPr>
        <w:t>1:04:47  aur doosri baat yeh ke hamein tajziya karna seekhna chahiye.</w:t>
      </w:r>
      <w:r>
        <w:br/>
      </w:r>
      <w:r>
        <w:rPr>
          <w:sz w:val="20"/>
        </w:rPr>
        <w:t>1:04:49  tajziya ek baat ho sakta hai ke ghulu ho aur hum is ko ghulu na samajhte hon.</w:t>
      </w:r>
      <w:r>
        <w:br/>
      </w:r>
      <w:r>
        <w:rPr>
          <w:sz w:val="20"/>
        </w:rPr>
        <w:t>1:04:57  to jab tajziya karenge aur introspection karenge, tab hamein maloom hoga ke yeh to yeh to</w:t>
      </w:r>
      <w:r>
        <w:br/>
      </w:r>
      <w:r>
        <w:rPr>
          <w:sz w:val="20"/>
        </w:rPr>
        <w:t>1:05:03  ghulu ka kaam hum kar rahe hain.</w:t>
      </w:r>
      <w:r>
        <w:br/>
      </w:r>
      <w:r>
        <w:rPr>
          <w:sz w:val="20"/>
        </w:rPr>
        <w:t>1:05:08  to ek taraf hadithon se sabak lena aur doosri taraf musalsal taur par sochte rehna, tajziya karte rehna,</w:t>
      </w:r>
      <w:r>
        <w:br/>
      </w:r>
      <w:r>
        <w:rPr>
          <w:sz w:val="20"/>
        </w:rPr>
        <w:t>1:05:16  yahi tareeqa hai jis se aap aadmi bach sakta hai ghulu se ya extremism se.</w:t>
      </w:r>
      <w:r>
        <w:br/>
      </w:r>
      <w:r>
        <w:rPr>
          <w:sz w:val="20"/>
        </w:rPr>
        <w:t>1:05:25  molana, yeh agla question hai aamir jaan sahib ka kashmir se.</w:t>
      </w:r>
      <w:r>
        <w:br/>
      </w:r>
      <w:r>
        <w:rPr>
          <w:sz w:val="20"/>
        </w:rPr>
        <w:t>1:05:30  مولانا صاحب، throughout my life, I always believed that being Muslim it is fard for me to</w:t>
      </w:r>
      <w:r>
        <w:br/>
      </w:r>
      <w:r>
        <w:rPr>
          <w:sz w:val="20"/>
        </w:rPr>
        <w:t>1:05:38  read Quran and get reward from Allah.</w:t>
      </w:r>
      <w:r>
        <w:br/>
      </w:r>
      <w:r>
        <w:rPr>
          <w:sz w:val="20"/>
        </w:rPr>
        <w:t>1:05:43  But after listening to your lectures and reading your literature, I came to know that Quran is not supposed to be read, rather it is to be studied to get to know the creation plan of God and the art of living in this world.</w:t>
      </w:r>
      <w:r>
        <w:br/>
      </w:r>
      <w:r>
        <w:rPr>
          <w:sz w:val="20"/>
        </w:rPr>
        <w:t>1:06:03  I tried to study the Quran from page one and have completed five chapters,</w:t>
      </w:r>
      <w:r>
        <w:br/>
      </w:r>
      <w:r>
        <w:rPr>
          <w:sz w:val="20"/>
        </w:rPr>
        <w:t>1:06:11  but I am not able to comprehend it properly.</w:t>
      </w:r>
      <w:r>
        <w:br/>
      </w:r>
      <w:r>
        <w:rPr>
          <w:sz w:val="20"/>
        </w:rPr>
        <w:t>1:06:16  iz same things have been repeated many times.</w:t>
      </w:r>
      <w:r>
        <w:br/>
      </w:r>
      <w:r>
        <w:rPr>
          <w:sz w:val="20"/>
        </w:rPr>
        <w:t>1:06:20  i want to know the best way by which we can study quran.</w:t>
      </w:r>
      <w:r>
        <w:br/>
      </w:r>
      <w:r>
        <w:rPr>
          <w:sz w:val="20"/>
        </w:rPr>
        <w:t>1:06:26  dekhiye, is mein koi misaal nahi hai, koi example nahi hai ke konsi baat aisi hai jo</w:t>
      </w:r>
      <w:r>
        <w:br/>
      </w:r>
      <w:r>
        <w:rPr>
          <w:sz w:val="20"/>
        </w:rPr>
        <w:t>1:06:33  clear nahi hui aap ko, halanke aap ne tadabbur ke sath parha.</w:t>
      </w:r>
      <w:r>
        <w:br/>
      </w:r>
      <w:r>
        <w:rPr>
          <w:sz w:val="20"/>
        </w:rPr>
        <w:t>1:06:37  tab bhi to mein samajhta hoon ke aap agle sunday koi misaal de kar bataein to mein is</w:t>
      </w:r>
      <w:r>
        <w:br/>
      </w:r>
      <w:r>
        <w:rPr>
          <w:sz w:val="20"/>
        </w:rPr>
        <w:t>1:06:43  ke bare mein kuch kar sakta hoon.</w:t>
      </w:r>
      <w:r>
        <w:br/>
      </w:r>
      <w:r>
        <w:rPr>
          <w:sz w:val="20"/>
        </w:rPr>
        <w:t>1:06:45  maulana, yeh agla question jo aaya hai, is mein naam aur location mention nahi hai.</w:t>
      </w:r>
      <w:r>
        <w:br/>
      </w:r>
      <w:r>
        <w:rPr>
          <w:sz w:val="20"/>
        </w:rPr>
        <w:t>1:06:51  muslim world has become jabal yafta.</w:t>
      </w:r>
      <w:r>
        <w:br/>
      </w:r>
      <w:r>
        <w:rPr>
          <w:sz w:val="20"/>
        </w:rPr>
        <w:t>1:06:57  My question is: How you US and Europe could save themselves from being jabbal yafta?</w:t>
      </w:r>
      <w:r>
        <w:br/>
      </w:r>
      <w:r>
        <w:rPr>
          <w:sz w:val="20"/>
        </w:rPr>
        <w:t>1:07:06  bhai, jab tak naam nahi hoga, mein bolunga agle sunday ko naam ke sath aur maqam ke</w:t>
      </w:r>
      <w:r>
        <w:br/>
      </w:r>
      <w:r>
        <w:rPr>
          <w:sz w:val="20"/>
        </w:rPr>
        <w:t>1:07:13  sath bhejein to bataunga.</w:t>
      </w:r>
      <w:r>
        <w:br/>
      </w:r>
      <w:r>
        <w:rPr>
          <w:sz w:val="20"/>
        </w:rPr>
        <w:t>1:07:17  maulana, yeh agla question mr ajay ka hai gurgaon se.</w:t>
      </w:r>
      <w:r>
        <w:br/>
      </w:r>
      <w:r>
        <w:rPr>
          <w:sz w:val="20"/>
        </w:rPr>
        <w:t>1:07:21  مولانا, as per one hadith, Prophet said we should stop wrongdoing by any means possible.</w:t>
      </w:r>
      <w:r>
        <w:br/>
      </w:r>
      <w:r>
        <w:rPr>
          <w:sz w:val="20"/>
        </w:rPr>
        <w:t>1:07:32  How can we understand it in current situation? Bhai, misaal ke baghair yeh hai, yeh question bhi bahut misaal ke baghair. Kis cheez ko samajh rahe hain woh? Maulana, woh yeh likh rahe hain ke Prophet ki ek hadees, unhon ne hadees quote nahi ki hai lekin us ka meaning quote kiya hai ke we should stop wrongdoing by any means possible.</w:t>
      </w:r>
      <w:r>
        <w:br/>
      </w:r>
      <w:r>
        <w:rPr>
          <w:sz w:val="20"/>
        </w:rPr>
        <w:t>1:07:54  Humein galat kaam ko har tareeqe se rokna chahiye. So he wants to know that how should we understand this thing in current situation?</w:t>
      </w:r>
      <w:r>
        <w:br/>
      </w:r>
      <w:r>
        <w:rPr>
          <w:sz w:val="20"/>
        </w:rPr>
        <w:t>1:08:06  nahi bhai, is hadith ko inhon ne sahi tareeqe se naqal nahi kiya hai.</w:t>
      </w:r>
      <w:r>
        <w:br/>
      </w:r>
      <w:r>
        <w:rPr>
          <w:sz w:val="20"/>
        </w:rPr>
        <w:t>1:08:10  woh hadith is tarah nahi hai ke bas hum kaise bhi is ko rokein.</w:t>
      </w:r>
      <w:r>
        <w:br/>
      </w:r>
      <w:r>
        <w:rPr>
          <w:sz w:val="20"/>
        </w:rPr>
        <w:t>1:08:14  Nahi, is mein yeh hai: according to our capacity, agar rokne ka</w:t>
      </w:r>
      <w:r>
        <w:br/>
      </w:r>
      <w:r>
        <w:rPr>
          <w:sz w:val="20"/>
        </w:rPr>
        <w:t>1:08:22  mumkin hai to rokein, bolna mumkin hai to bolein, nahi bol sakte to dil se maanein.</w:t>
      </w:r>
      <w:r>
        <w:br/>
      </w:r>
      <w:r>
        <w:rPr>
          <w:sz w:val="20"/>
        </w:rPr>
        <w:t>1:08:27  iska matlab yeh hai ke</w:t>
      </w:r>
      <w:r>
        <w:br/>
      </w:r>
      <w:r>
        <w:rPr>
          <w:sz w:val="20"/>
        </w:rPr>
        <w:t>1:08:30  aisa aisi koshish jo counter productive ho, yani aur bigaad mein izafa ho jaye, log lad jayein to</w:t>
      </w:r>
      <w:r>
        <w:br/>
      </w:r>
      <w:r>
        <w:rPr>
          <w:sz w:val="20"/>
        </w:rPr>
        <w:t>1:08:38  chup rehna chahiye, dua karna chahiye.</w:t>
      </w:r>
      <w:r>
        <w:br/>
      </w:r>
      <w:r>
        <w:rPr>
          <w:sz w:val="20"/>
        </w:rPr>
        <w:t>1:08:42  اس اس جو naqal kiya unho ne, is se lagta hai ke har haal mein hamein khud padhna chahiye.</w:t>
      </w:r>
      <w:r>
        <w:br/>
      </w:r>
      <w:r>
        <w:rPr>
          <w:sz w:val="20"/>
        </w:rPr>
        <w:t>1:08:48  to yeh hadith nahi hai.</w:t>
      </w:r>
      <w:r>
        <w:br/>
      </w:r>
      <w:r>
        <w:rPr>
          <w:sz w:val="20"/>
        </w:rPr>
        <w:t>1:08:50  hadith yeh hai ke agar tumhare bas mein hai ke tum koi</w:t>
      </w:r>
      <w:r>
        <w:br/>
      </w:r>
      <w:r>
        <w:rPr>
          <w:sz w:val="20"/>
        </w:rPr>
        <w:t>1:08:56  bigaad paida kiye baghair is ko durust kar do to durust karo, aur agar yeh bas mein tumhare</w:t>
      </w:r>
      <w:r>
        <w:br/>
      </w:r>
      <w:r>
        <w:rPr>
          <w:sz w:val="20"/>
        </w:rPr>
        <w:t>1:09:02  nahi hai to zuban se bolo, aur zuban bolne mein bhi khatra ho ke bigaad paida hoga to</w:t>
      </w:r>
      <w:r>
        <w:br/>
      </w:r>
      <w:r>
        <w:rPr>
          <w:sz w:val="20"/>
        </w:rPr>
        <w:t>1:09:09  phir dil dil se bura samjho aur dua karo.</w:t>
      </w:r>
      <w:r>
        <w:br/>
      </w:r>
      <w:r>
        <w:rPr>
          <w:sz w:val="20"/>
        </w:rPr>
        <w:t>1:09:13  تو دیکھیے، اسلام میں جتنے بھی احکام ہیں، سب according to your capacity ہیں۔</w:t>
      </w:r>
      <w:r>
        <w:br/>
      </w:r>
      <w:r>
        <w:rPr>
          <w:sz w:val="20"/>
        </w:rPr>
        <w:t>1:09:18  capacity ke baghair koodna</w:t>
      </w:r>
      <w:r>
        <w:br/>
      </w:r>
      <w:r>
        <w:rPr>
          <w:sz w:val="20"/>
        </w:rPr>
        <w:t>1:09:22  yeh islam mein nahi hai.</w:t>
      </w:r>
      <w:r>
        <w:br/>
      </w:r>
      <w:r>
        <w:rPr>
          <w:sz w:val="20"/>
        </w:rPr>
        <w:t>1:09:23  jaise muslim mulkon mein log har jagah kooday hue hain.</w:t>
      </w:r>
      <w:r>
        <w:br/>
      </w:r>
      <w:r>
        <w:rPr>
          <w:sz w:val="20"/>
        </w:rPr>
        <w:t>1:09:26  keh hum yahan justice qaim karein ge, hum yahan qanoon nafiz karein ge, aur practical tor par kya</w:t>
      </w:r>
      <w:r>
        <w:br/>
      </w:r>
      <w:r>
        <w:rPr>
          <w:sz w:val="20"/>
        </w:rPr>
        <w:t>1:09:33  hota hai keh khud hi larte marte hain, kuch hota nahi, sirf larai barhai hoti hai.</w:t>
      </w:r>
      <w:r>
        <w:br/>
      </w:r>
      <w:r>
        <w:rPr>
          <w:sz w:val="20"/>
        </w:rPr>
        <w:t>1:09:40  to yeh Islam ki taleem nahi hai.</w:t>
      </w:r>
      <w:r>
        <w:br/>
      </w:r>
      <w:r>
        <w:rPr>
          <w:sz w:val="20"/>
        </w:rPr>
        <w:t>1:09:43  aap ko apni capacity ke aitbar se karna hai, is se bahar nahi hai.</w:t>
      </w:r>
      <w:r>
        <w:br/>
      </w:r>
      <w:r>
        <w:rPr>
          <w:sz w:val="20"/>
        </w:rPr>
        <w:t>1:09:47  Maulana, woh jo question jis mein naam aur location mention nahi thi, unhon ne wapas reply kiya, woh</w:t>
      </w:r>
      <w:r>
        <w:br/>
      </w:r>
      <w:r>
        <w:rPr>
          <w:sz w:val="20"/>
        </w:rPr>
        <w:t>1:09:53  Mr Idrees ka hai Raipur se.</w:t>
      </w:r>
      <w:r>
        <w:br/>
      </w:r>
      <w:r>
        <w:rPr>
          <w:sz w:val="20"/>
        </w:rPr>
        <w:t>1:09:56  Muslim world has become jabal yafta.</w:t>
      </w:r>
      <w:r>
        <w:br/>
      </w:r>
      <w:r>
        <w:rPr>
          <w:sz w:val="20"/>
        </w:rPr>
        <w:t>1:09:59  My question is: how US and Europe could save themself</w:t>
      </w:r>
      <w:r>
        <w:br/>
      </w:r>
      <w:r>
        <w:rPr>
          <w:sz w:val="20"/>
        </w:rPr>
        <w:t>1:10:06  from being jabal yafta?</w:t>
      </w:r>
      <w:r>
        <w:br/>
      </w:r>
      <w:r>
        <w:rPr>
          <w:sz w:val="20"/>
        </w:rPr>
        <w:t>1:10:09  zawal, zawal, degeneration.</w:t>
      </w:r>
      <w:r>
        <w:br/>
      </w:r>
      <w:r>
        <w:rPr>
          <w:sz w:val="20"/>
        </w:rPr>
        <w:t>1:10:12  to degeneration to sab</w:t>
      </w:r>
      <w:r>
        <w:br/>
      </w:r>
      <w:r>
        <w:rPr>
          <w:sz w:val="20"/>
        </w:rPr>
        <w:t>1:10:16  jaise misaal ke tor par dekhiye,</w:t>
      </w:r>
      <w:r>
        <w:br/>
      </w:r>
      <w:r>
        <w:rPr>
          <w:sz w:val="20"/>
        </w:rPr>
        <w:t>1:10:19  ek zamana tha jab keh Europe mein freedom ek bohat achi cheez thi, ek positive phenomena ke tor</w:t>
      </w:r>
      <w:r>
        <w:br/>
      </w:r>
      <w:r>
        <w:rPr>
          <w:sz w:val="20"/>
        </w:rPr>
        <w:t>1:10:27  par. Abhi aaj ki khabar hai keh Europe ke country mein ek baqayda referendum hua to 62 percent</w:t>
      </w:r>
      <w:r>
        <w:br/>
      </w:r>
      <w:r>
        <w:rPr>
          <w:sz w:val="20"/>
        </w:rPr>
        <w:t>1:10:38  unhon ne is par rai di keh</w:t>
      </w:r>
      <w:r>
        <w:br/>
      </w:r>
      <w:r>
        <w:rPr>
          <w:sz w:val="20"/>
        </w:rPr>
        <w:t>1:10:41  same sex mein merger marriage hona chahiye.</w:t>
      </w:r>
      <w:r>
        <w:br/>
      </w:r>
      <w:r>
        <w:rPr>
          <w:sz w:val="20"/>
        </w:rPr>
        <w:t>1:10:45  yeh freedom ko misuse karna hai.</w:t>
      </w:r>
      <w:r>
        <w:br/>
      </w:r>
      <w:r>
        <w:rPr>
          <w:sz w:val="20"/>
        </w:rPr>
        <w:t>1:10:49  ek zamana tha keh Europe mein tasawwur nahi tha keh freedom ko misuse kiya jaye.</w:t>
      </w:r>
      <w:r>
        <w:br/>
      </w:r>
      <w:r>
        <w:rPr>
          <w:sz w:val="20"/>
        </w:rPr>
        <w:t>1:10:55  to Europe, America mein aaj zawal ho chuka hai, yani zawal shuru ho chuka hai.</w:t>
      </w:r>
      <w:r>
        <w:br/>
      </w:r>
      <w:r>
        <w:rPr>
          <w:sz w:val="20"/>
        </w:rPr>
        <w:t>1:11:03  zawal shuru ho chuka hai.</w:t>
      </w:r>
      <w:r>
        <w:br/>
      </w:r>
      <w:r>
        <w:rPr>
          <w:sz w:val="20"/>
        </w:rPr>
        <w:t>1:11:04  aisa nahi keh un ka zawal nahi hota.</w:t>
      </w:r>
      <w:r>
        <w:br/>
      </w:r>
      <w:r>
        <w:rPr>
          <w:sz w:val="20"/>
        </w:rPr>
        <w:t>1:11:07  ek zamana tha keh jab woh urooj par thay, woh log urooj par.</w:t>
      </w:r>
      <w:r>
        <w:br/>
      </w:r>
      <w:r>
        <w:rPr>
          <w:sz w:val="20"/>
        </w:rPr>
        <w:t>1:11:12  ab to har jagah zawal hai.</w:t>
      </w:r>
      <w:r>
        <w:br/>
      </w:r>
      <w:r>
        <w:rPr>
          <w:sz w:val="20"/>
        </w:rPr>
        <w:t>1:11:13  Europe mein bhi, America mein bhi.</w:t>
      </w:r>
      <w:r>
        <w:br/>
      </w:r>
      <w:r>
        <w:rPr>
          <w:sz w:val="20"/>
        </w:rPr>
        <w:t>1:11:15  Maulana, yeh agla question Dr Pradhan ka hai Delhi se.</w:t>
      </w:r>
      <w:r>
        <w:br/>
      </w:r>
      <w:r>
        <w:rPr>
          <w:sz w:val="20"/>
        </w:rPr>
        <w:t>1:11:20  If somebody is facing discrimination in worldly affairs,</w:t>
      </w:r>
      <w:r>
        <w:br/>
      </w:r>
      <w:r>
        <w:rPr>
          <w:sz w:val="20"/>
        </w:rPr>
        <w:t>1:11:25  How should he stay positive in such situation</w:t>
      </w:r>
      <w:r>
        <w:br/>
      </w:r>
      <w:r>
        <w:rPr>
          <w:sz w:val="20"/>
        </w:rPr>
        <w:t>1:11:28  ؟ دیکھیے، میرا ماننا یہ ہے کہ discrimination is nothing۔</w:t>
      </w:r>
      <w:r>
        <w:br/>
      </w:r>
      <w:r>
        <w:rPr>
          <w:sz w:val="20"/>
        </w:rPr>
        <w:t>1:11:35  ایک فطری، یعنی ایک نیچرل فینامینا ہے جس کو کہتے ہیں discrimination۔</w:t>
      </w:r>
      <w:r>
        <w:br/>
      </w:r>
      <w:r>
        <w:rPr>
          <w:sz w:val="20"/>
        </w:rPr>
        <w:t>1:11:41  kyunke jab zindagi ka nizaam bana hai compression par,</w:t>
      </w:r>
      <w:r>
        <w:br/>
      </w:r>
      <w:r>
        <w:rPr>
          <w:sz w:val="20"/>
        </w:rPr>
        <w:t>1:11:46  to koi aage badhega, koi peeche hatega, koi aage badhega, koi peeche ho jayega.</w:t>
      </w:r>
      <w:r>
        <w:br/>
      </w:r>
      <w:r>
        <w:rPr>
          <w:sz w:val="20"/>
        </w:rPr>
        <w:t>1:11:52  تو پیچھے والے کا کیا؟ پیچھے ڈسکریمینیشن ہو رہا ہے؟ نہیں، وہ that is due to comprehension،</w:t>
      </w:r>
      <w:r>
        <w:br/>
      </w:r>
      <w:r>
        <w:rPr>
          <w:sz w:val="20"/>
        </w:rPr>
        <w:t>1:11:58  due to challenge.</w:t>
      </w:r>
      <w:r>
        <w:br/>
      </w:r>
      <w:r>
        <w:rPr>
          <w:sz w:val="20"/>
        </w:rPr>
        <w:t>1:12:01  to apni ghalti ko jaanna chahiye.</w:t>
      </w:r>
      <w:r>
        <w:br/>
      </w:r>
      <w:r>
        <w:rPr>
          <w:sz w:val="20"/>
        </w:rPr>
        <w:t>1:12:05  jab bhi koi aisa waqea ho to apni ghalti ko daryaft kijiye.</w:t>
      </w:r>
      <w:r>
        <w:br/>
      </w:r>
      <w:r>
        <w:rPr>
          <w:sz w:val="20"/>
        </w:rPr>
        <w:t>1:12:08  وہ discrimination کا قصہ نہیں ہوتا ہے۔</w:t>
      </w:r>
      <w:r>
        <w:br/>
      </w:r>
      <w:r>
        <w:rPr>
          <w:sz w:val="20"/>
        </w:rPr>
        <w:t>1:12:11  میری زندگی میں بہت سے واقعات ایسے ہوئے ہیں، مگر میں ان کو discrimination نہیں سمجھا۔</w:t>
      </w:r>
      <w:r>
        <w:br/>
      </w:r>
      <w:r>
        <w:rPr>
          <w:sz w:val="20"/>
        </w:rPr>
        <w:t>1:12:15  maine apni kisi kotahi ko maine daryaft kiya.</w:t>
      </w:r>
      <w:r>
        <w:br/>
      </w:r>
      <w:r>
        <w:rPr>
          <w:sz w:val="20"/>
        </w:rPr>
        <w:t>1:12:21  maine to phir main phir dobara main kaamyaab ho gaya.</w:t>
      </w:r>
      <w:r>
        <w:br/>
      </w:r>
      <w:r>
        <w:rPr>
          <w:sz w:val="20"/>
        </w:rPr>
        <w:t>1:12:25  تو میری ڈکشنری میں، ڈکشنری میری ڈکشنری میں discrimination کا لفظ ہے ہی نہیں، اور سارے قرآن میں</w:t>
      </w:r>
      <w:r>
        <w:br/>
      </w:r>
      <w:r>
        <w:rPr>
          <w:sz w:val="20"/>
        </w:rPr>
        <w:t>1:12:30  kahin bhi yeh lafz nahi hai.</w:t>
      </w:r>
      <w:r>
        <w:br/>
      </w:r>
      <w:r>
        <w:rPr>
          <w:sz w:val="20"/>
        </w:rPr>
        <w:t>1:12:32  discrimination ke lafz quran majeed mein nahi hai.</w:t>
      </w:r>
      <w:r>
        <w:br/>
      </w:r>
      <w:r>
        <w:rPr>
          <w:sz w:val="20"/>
        </w:rPr>
        <w:t>1:12:35  yeh to us zamane mein logon ne garh rakha hai ghalat taur par,</w:t>
      </w:r>
      <w:r>
        <w:br/>
      </w:r>
      <w:r>
        <w:rPr>
          <w:sz w:val="20"/>
        </w:rPr>
        <w:t>1:12:41  aur kyuki wo sahi sahi analysis nahi kar pate waqiyat ka, to kehte hain ke discrimination ho raha</w:t>
      </w:r>
      <w:r>
        <w:br/>
      </w:r>
      <w:r>
        <w:rPr>
          <w:sz w:val="20"/>
        </w:rPr>
        <w:t>1:12:48  hai. main isko nahi manta.</w:t>
      </w:r>
      <w:r>
        <w:br/>
      </w:r>
      <w:r>
        <w:rPr>
          <w:sz w:val="20"/>
        </w:rPr>
        <w:t>1:12:51  آپ اگر specific مثال دیں تو میں اس کو تجزیہ کر کے بتاؤں گا کہ یہ discrimination نہیں</w:t>
      </w:r>
      <w:r>
        <w:br/>
      </w:r>
      <w:r>
        <w:rPr>
          <w:sz w:val="20"/>
        </w:rPr>
        <w:t>1:12:56  ہے۔ یہ کوئی بھی کسی بھی فیلڈ کی آپ اسپیسیفک مثال دیجیے کہ وہاں مسلمانوں کے ساتھ discrimination</w:t>
      </w:r>
      <w:r>
        <w:br/>
      </w:r>
      <w:r>
        <w:rPr>
          <w:sz w:val="20"/>
        </w:rPr>
        <w:t>1:13:04  hua, to main bataunga inshallah.</w:t>
      </w:r>
      <w:r>
        <w:br/>
      </w:r>
      <w:r>
        <w:rPr>
          <w:sz w:val="20"/>
        </w:rPr>
        <w:t>1:13:07  کیونکہ میں مانتا ہی نہیں کہ discrimination ہوتا ہے۔</w:t>
      </w:r>
      <w:r>
        <w:br/>
      </w:r>
      <w:r>
        <w:rPr>
          <w:sz w:val="20"/>
        </w:rPr>
        <w:t>1:13:11  aap mein apni</w:t>
      </w:r>
      <w:r>
        <w:br/>
      </w:r>
      <w:r>
        <w:rPr>
          <w:sz w:val="20"/>
        </w:rPr>
        <w:t>1:13:13  اپنی، یعنی ان competitor ہوتا ہے، اس کی پرائس بھگتنی پڑتی ہے، اور وہ کہتا ہے کہ discrimination</w:t>
      </w:r>
      <w:r>
        <w:br/>
      </w:r>
      <w:r>
        <w:rPr>
          <w:sz w:val="20"/>
        </w:rPr>
        <w:t>1:13:21  ho raha hai.</w:t>
      </w:r>
      <w:r>
        <w:br/>
      </w:r>
      <w:r>
        <w:rPr>
          <w:sz w:val="20"/>
        </w:rPr>
        <w:t>1:13:24  تو میں نہیں مانتا discrimination کی تھیوری کو۔</w:t>
      </w:r>
      <w:r>
        <w:br/>
      </w:r>
      <w:r>
        <w:rPr>
          <w:sz w:val="20"/>
        </w:rPr>
        <w:t>1:13:28  main manta hoon ke aadmi</w:t>
      </w:r>
      <w:r>
        <w:br/>
      </w:r>
      <w:r>
        <w:rPr>
          <w:sz w:val="20"/>
        </w:rPr>
        <w:t>1:13:31  apni hi kami ko bhugatta hai.</w:t>
      </w:r>
      <w:r>
        <w:br/>
      </w:r>
      <w:r>
        <w:rPr>
          <w:sz w:val="20"/>
        </w:rPr>
        <w:t>1:13:33  jaise quran majeed mein hai ke to</w:t>
      </w:r>
      <w:r>
        <w:br/>
      </w:r>
      <w:r>
        <w:rPr>
          <w:sz w:val="20"/>
        </w:rPr>
        <w:t>1:13:38  jab tak koi misaal na de, koi aadmi, main isko manne ko tayyar nahi hoon.</w:t>
      </w:r>
      <w:r>
        <w:br/>
      </w:r>
      <w:r>
        <w:rPr>
          <w:sz w:val="20"/>
        </w:rPr>
        <w:t>1:13:45  maulana, yeh comment aaya hai miss aaliya farooqi ka pakistan se.</w:t>
      </w:r>
      <w:r>
        <w:br/>
      </w:r>
      <w:r>
        <w:rPr>
          <w:sz w:val="20"/>
        </w:rPr>
        <w:t>1:13:52  Maulana Sahib, from your every lecture,</w:t>
      </w:r>
      <w:r>
        <w:br/>
      </w:r>
      <w:r>
        <w:rPr>
          <w:sz w:val="20"/>
        </w:rPr>
        <w:t>1:13:55  I take energy, positive thinking and sabr.</w:t>
      </w:r>
      <w:r>
        <w:br/>
      </w:r>
      <w:r>
        <w:rPr>
          <w:sz w:val="20"/>
        </w:rPr>
        <w:t>1:14:03  bas ji, mashallah, bohat acha.</w:t>
      </w:r>
      <w:r>
        <w:br/>
      </w:r>
      <w:r>
        <w:rPr>
          <w:sz w:val="20"/>
        </w:rPr>
        <w:t>1:14:08  phir se padhiye isko, phir se padhiye.</w:t>
      </w:r>
      <w:r>
        <w:br/>
      </w:r>
      <w:r>
        <w:rPr>
          <w:sz w:val="20"/>
        </w:rPr>
        <w:t>1:14:09  مولانا صاحب, from your every lecture, I take energy, positive thinking, and patience.</w:t>
      </w:r>
      <w:r>
        <w:br/>
      </w:r>
      <w:r>
        <w:rPr>
          <w:sz w:val="20"/>
        </w:rPr>
        <w:t>1:14:17  mashallah. maulana, yeh agla question aaya hai doctor farida khanam ka dehli se.</w:t>
      </w:r>
      <w:r>
        <w:br/>
      </w:r>
      <w:r>
        <w:rPr>
          <w:sz w:val="20"/>
        </w:rPr>
        <w:t>1:14:27  Why is it that everyone remains patient at home</w:t>
      </w:r>
      <w:r>
        <w:br/>
      </w:r>
      <w:r>
        <w:rPr>
          <w:sz w:val="20"/>
        </w:rPr>
        <w:t>1:14:34  And everyone remains patient at workplace?</w:t>
      </w:r>
      <w:r>
        <w:br/>
      </w:r>
      <w:r>
        <w:rPr>
          <w:sz w:val="20"/>
        </w:rPr>
        <w:t>1:14:39  But when it comes to be, when it comes to be patient to Madhu for the cause of</w:t>
      </w:r>
      <w:r>
        <w:br/>
      </w:r>
      <w:r>
        <w:rPr>
          <w:sz w:val="20"/>
        </w:rPr>
        <w:t>1:14:44  god, he is not willing to do so.</w:t>
      </w:r>
      <w:r>
        <w:br/>
      </w:r>
      <w:r>
        <w:rPr>
          <w:sz w:val="20"/>
        </w:rPr>
        <w:t>1:14:49  dekhiye, main samajhta hoon ke</w:t>
      </w:r>
      <w:r>
        <w:br/>
      </w:r>
      <w:r>
        <w:rPr>
          <w:sz w:val="20"/>
        </w:rPr>
        <w:t>1:14:52  jahan compression ho, wahan theek ho jata hai.</w:t>
      </w:r>
      <w:r>
        <w:br/>
      </w:r>
      <w:r>
        <w:rPr>
          <w:sz w:val="20"/>
        </w:rPr>
        <w:t>1:14:55  jahan compreshan na ho, wahan woh theek nahi rehta.</w:t>
      </w:r>
      <w:r>
        <w:br/>
      </w:r>
      <w:r>
        <w:rPr>
          <w:sz w:val="20"/>
        </w:rPr>
        <w:t>1:14:59  jaise office hai, to ek shakhs ghar mein to ladega, office mein theek rahega, kyunke office</w:t>
      </w:r>
      <w:r>
        <w:br/>
      </w:r>
      <w:r>
        <w:rPr>
          <w:sz w:val="20"/>
        </w:rPr>
        <w:t>1:15:07  mein compreshan hai.</w:t>
      </w:r>
      <w:r>
        <w:br/>
      </w:r>
      <w:r>
        <w:rPr>
          <w:sz w:val="20"/>
        </w:rPr>
        <w:t>1:15:08  office mein ladega to us ko farigh kar diya jayega.</w:t>
      </w:r>
      <w:r>
        <w:br/>
      </w:r>
      <w:r>
        <w:rPr>
          <w:sz w:val="20"/>
        </w:rPr>
        <w:t>1:15:12  to bahar nikalte nikla hai to apna apni achhi image banane ke liye woh bohat theek thaak rahe</w:t>
      </w:r>
      <w:r>
        <w:br/>
      </w:r>
      <w:r>
        <w:rPr>
          <w:sz w:val="20"/>
        </w:rPr>
        <w:t>1:15:19  ga. To main samajhta hoon ke yeh sari baatein is liye hoti hain ke jahan compreshan hai, wahan</w:t>
      </w:r>
      <w:r>
        <w:br/>
      </w:r>
      <w:r>
        <w:rPr>
          <w:sz w:val="20"/>
        </w:rPr>
        <w:t>1:15:26  to theek thaak rehte hain log.</w:t>
      </w:r>
      <w:r>
        <w:br/>
      </w:r>
      <w:r>
        <w:rPr>
          <w:sz w:val="20"/>
        </w:rPr>
        <w:t>1:15:27  jahan compreshan nahi hai, wahan woh yaani theek thaak nahi reh paate.</w:t>
      </w:r>
      <w:r>
        <w:br/>
      </w:r>
      <w:r>
        <w:rPr>
          <w:sz w:val="20"/>
        </w:rPr>
        <w:t>1:15:35  to sahi insan woh hai jo</w:t>
      </w:r>
      <w:r>
        <w:br/>
      </w:r>
      <w:r>
        <w:rPr>
          <w:sz w:val="20"/>
        </w:rPr>
        <w:t>1:15:39  jo apne yaani jis ko jo intellectually developed ho, uska shaoor tarqqi yafta ho ke har jagah</w:t>
      </w:r>
      <w:r>
        <w:br/>
      </w:r>
      <w:r>
        <w:rPr>
          <w:sz w:val="20"/>
        </w:rPr>
        <w:t>1:15:48  woh ek sa rahe.</w:t>
      </w:r>
      <w:r>
        <w:br/>
      </w:r>
      <w:r>
        <w:rPr>
          <w:sz w:val="20"/>
        </w:rPr>
        <w:t>1:15:50  compreshan ho ya na ho, har jagah woh theek thaak rahe.</w:t>
      </w:r>
      <w:r>
        <w:br/>
      </w:r>
      <w:r>
        <w:rPr>
          <w:sz w:val="20"/>
        </w:rPr>
        <w:t>1:15:55  isi ko main samajhta hoon ke aala insan.</w:t>
      </w:r>
      <w:r>
        <w:br/>
      </w:r>
      <w:r>
        <w:rPr>
          <w:sz w:val="20"/>
        </w:rPr>
        <w:t>1:15:58  maulana, yeh agla question bhi doctor farida khanoom ka hai dehli se.</w:t>
      </w:r>
      <w:r>
        <w:br/>
      </w:r>
      <w:r>
        <w:rPr>
          <w:sz w:val="20"/>
        </w:rPr>
        <w:t>1:16:03  From my interaction with Muslims, I have learned that Muslims are totally unaware of logical thinking.</w:t>
      </w:r>
      <w:r>
        <w:br/>
      </w:r>
      <w:r>
        <w:rPr>
          <w:sz w:val="20"/>
        </w:rPr>
        <w:t>1:16:14  They can't think in any point logically and rationally.</w:t>
      </w:r>
      <w:r>
        <w:br/>
      </w:r>
      <w:r>
        <w:rPr>
          <w:sz w:val="20"/>
        </w:rPr>
        <w:t>1:16:19  why is it so?</w:t>
      </w:r>
      <w:r>
        <w:br/>
      </w:r>
      <w:r>
        <w:rPr>
          <w:sz w:val="20"/>
        </w:rPr>
        <w:t>1:16:22  Dekhein, is ka mujhe bhi tajruba hai ke Musalman logical thinking ya scientific analysis jaante nahi. Is ki wajah yeh hai ke modern education mein dakhil nahi hue Musalman sahi tor par. Hatta ke unhon ne jo college university banayi, wahan bhi sahi ma'ni mein modern education nahi aayi. Kyun ke kyun ke bahut zyada favor tha, bahut zyada favor. Jahan favor rahega, wahan scientific education nahi ho sakti hai. Jo jo main jaanta hoon, Musalman idare, wahan competition nahi hai, wahan par favor, favor, favor. To modern education is ma'ni mein, is ma'ni mein ke western countries mein hui, us ma'ni mein Musalmanon mein kabhi aayi nahi, na aaj bhi nahi hai. To is wajah se scientific thinking un ko un ki qadar nahi hai. We will end this session now.</w:t>
      </w:r>
    </w:p>
    <w:p>
      <w:pPr>
        <w:pStyle w:val="Heading2"/>
      </w:pPr>
      <w:r>
        <w:t>Problem with finality of prophethood</w:t>
      </w:r>
    </w:p>
    <w:p>
      <w:r>
        <w:rPr>
          <w:color w:val="666666"/>
          <w:sz w:val="18"/>
        </w:rPr>
        <w:t>Faith &amp; God · Prophetic Example | April 06, 2014 | Maulana Wahiduddin Khan · 5m 37s · at 1:06:05 · https://youtu.be/zTVjTJbStUU?t=3965</w:t>
      </w:r>
    </w:p>
    <w:p>
      <w:r>
        <w:rPr>
          <w:i/>
        </w:rPr>
        <w:t>“Some people hold that the problem with Islam is that it considers Prophet Muhammad to be the last prophet and Quran the last book.”</w:t>
      </w:r>
    </w:p>
    <w:p>
      <w:r>
        <w:rPr>
          <w:sz w:val="20"/>
        </w:rPr>
        <w:t>1:06:05  maulana agla sawal miss sadia khan ne kiya hai dilli se.</w:t>
      </w:r>
      <w:r>
        <w:br/>
      </w:r>
      <w:r>
        <w:rPr>
          <w:sz w:val="20"/>
        </w:rPr>
        <w:t>1:06:10  unhon ne likha hai: "Some people hold that the problem with Islam is that it considers Prophet Muhammad</w:t>
      </w:r>
      <w:r>
        <w:br/>
      </w:r>
      <w:r>
        <w:rPr>
          <w:sz w:val="20"/>
        </w:rPr>
        <w:t>1:06:15  to be the last prophet and Quran the last book.</w:t>
      </w:r>
      <w:r>
        <w:br/>
      </w:r>
      <w:r>
        <w:rPr>
          <w:sz w:val="20"/>
        </w:rPr>
        <w:t>1:06:20  What is your comment on this?" dekhiye last ka matlab log samajhte hain afzal.</w:t>
      </w:r>
      <w:r>
        <w:br/>
      </w:r>
      <w:r>
        <w:rPr>
          <w:sz w:val="20"/>
        </w:rPr>
        <w:t>1:06:25  musalmanon ne yeh tasawwur diya hai.</w:t>
      </w:r>
      <w:r>
        <w:br/>
      </w:r>
      <w:r>
        <w:rPr>
          <w:sz w:val="20"/>
        </w:rPr>
        <w:t>1:06:30  hargiz woh afzal ke</w:t>
      </w:r>
      <w:r>
        <w:br/>
      </w:r>
      <w:r>
        <w:rPr>
          <w:sz w:val="20"/>
        </w:rPr>
        <w:t>1:06:35  ma'ne mein nahi hai.</w:t>
      </w:r>
      <w:r>
        <w:br/>
      </w:r>
      <w:r>
        <w:rPr>
          <w:sz w:val="20"/>
        </w:rPr>
        <w:t>1:06:40  woh sirf hai preserved book ke ma'ne mein.</w:t>
      </w:r>
      <w:r>
        <w:br/>
      </w:r>
      <w:r>
        <w:rPr>
          <w:sz w:val="20"/>
        </w:rPr>
        <w:t>1:06:45  rasool Allah sal Allah alaihi wasallam ki taleemat jo hain woh hamare paas mehfooz hain.</w:t>
      </w:r>
      <w:r>
        <w:br/>
      </w:r>
      <w:r>
        <w:rPr>
          <w:sz w:val="20"/>
        </w:rPr>
        <w:t>1:06:50  hum jaan sakte hain ke aap ne kis tarah dunya mein kaam kiya.</w:t>
      </w:r>
      <w:r>
        <w:br/>
      </w:r>
      <w:r>
        <w:rPr>
          <w:sz w:val="20"/>
        </w:rPr>
        <w:t>1:06:55  doosre nabiyon ka is tarah se un ka record mehfooz nahi hai bas is ma'ne mein.</w:t>
      </w:r>
      <w:r>
        <w:br/>
      </w:r>
      <w:r>
        <w:rPr>
          <w:sz w:val="20"/>
        </w:rPr>
        <w:t>1:07:00  doosri baat mein yeh kehna chahunga ke Allah taala ka yeh yeh plan nahi hai ke baar</w:t>
      </w:r>
      <w:r>
        <w:br/>
      </w:r>
      <w:r>
        <w:rPr>
          <w:sz w:val="20"/>
        </w:rPr>
        <w:t>1:07:05  baar nabi aata rahe.</w:t>
      </w:r>
      <w:r>
        <w:br/>
      </w:r>
      <w:r>
        <w:rPr>
          <w:sz w:val="20"/>
        </w:rPr>
        <w:t>1:07:09  yeh plan nahi hai.</w:t>
      </w:r>
      <w:r>
        <w:br/>
      </w:r>
      <w:r>
        <w:rPr>
          <w:sz w:val="20"/>
        </w:rPr>
        <w:t>1:07:14  Allah ka plan awwal din se yahi tha ke jab aik nabi ki taleemat uska model mehfooz</w:t>
      </w:r>
      <w:r>
        <w:br/>
      </w:r>
      <w:r>
        <w:rPr>
          <w:sz w:val="20"/>
        </w:rPr>
        <w:t>1:07:18  ho jaye yani record uska history mein ban jaye to bas kafi hai phir doosra nabi aanay</w:t>
      </w:r>
      <w:r>
        <w:br/>
      </w:r>
      <w:r>
        <w:rPr>
          <w:sz w:val="20"/>
        </w:rPr>
        <w:t>1:07:23  ki zaroorat nahi hai.</w:t>
      </w:r>
      <w:r>
        <w:br/>
      </w:r>
      <w:r>
        <w:rPr>
          <w:sz w:val="20"/>
        </w:rPr>
        <w:t>1:07:27  baad ki generation jo hain usi ko parh kar usi se yani guidance leti rahen.</w:t>
      </w:r>
      <w:r>
        <w:br/>
      </w:r>
      <w:r>
        <w:rPr>
          <w:sz w:val="20"/>
        </w:rPr>
        <w:t>1:07:32  to rasool Allah sal Allah alaihi wasallam</w:t>
      </w:r>
      <w:r>
        <w:br/>
      </w:r>
      <w:r>
        <w:rPr>
          <w:sz w:val="20"/>
        </w:rPr>
        <w:t>1:07:36  final prophetic sense mein hain ke aap wahid nabi hain jin ki zindagi record mein aa gayi. Aur doosre nabiyon ki zindagi record mein nahin aayi. Bas agar khuda na khwasta khuda na khwasta aap ki zindagi record mein na aati to phir Allah taala ek aur nabi bhijta. Lekin jab jab woh record mein aa gayi mehfooz ho gayi to wohi wohi ban gayi yaani badal ban gaya. Is ka substitute ban gaya. Is</w:t>
      </w:r>
      <w:r>
        <w:br/>
      </w:r>
      <w:r>
        <w:rPr>
          <w:sz w:val="20"/>
        </w:rPr>
        <w:t>1:08:06  y se aap deen lete rahey. yeh to musalmanon ne ghalat tor par yeh taasur logon ko diya hai ke hamara deen afzal hai. hamari kitab afzal hai. is wajah se log is mein shakk karte hain ke yeh kaun si baat hui hai? ke Allah ke haan aisa farq kiya jaye? ke Allah ke to sab nabi barabar hone chahiye. to ek zyada hai ek kam kyun? to yeh musalmanon ka apna banaya hua deen hai. Allah ne aisa kabhi nahi kaha hai ke koi ek ooncha hai koi ek necha hai. koi</w:t>
      </w:r>
      <w:r>
        <w:br/>
      </w:r>
      <w:r>
        <w:rPr>
          <w:sz w:val="20"/>
        </w:rPr>
        <w:t>1:08:36  aik afzal hai koi ghair afzal hai.</w:t>
      </w:r>
      <w:r>
        <w:br/>
      </w:r>
      <w:r>
        <w:rPr>
          <w:sz w:val="20"/>
        </w:rPr>
        <w:t>1:08:45  to quran ka ya rasool allah salallaho alaihe wasallam ka aakhri hone ka matlab sirf yeh hai</w:t>
      </w:r>
      <w:r>
        <w:br/>
      </w:r>
      <w:r>
        <w:rPr>
          <w:sz w:val="20"/>
        </w:rPr>
        <w:t>1:08:54  ke jo kuch bhi allah ne bheja tha woh mehfooz ho gaya aur woh authentic uska har</w:t>
      </w:r>
      <w:r>
        <w:br/>
      </w:r>
      <w:r>
        <w:rPr>
          <w:sz w:val="20"/>
        </w:rPr>
        <w:t>1:09:02  cheez ek authentic taur par hamare paas maujood hai aaj bhi to bas wohi kafi hai hamein guidance ke liye.</w:t>
      </w:r>
      <w:r>
        <w:br/>
      </w:r>
      <w:r>
        <w:rPr>
          <w:sz w:val="20"/>
        </w:rPr>
        <w:t>1:09:11  maulana yeh sawal chennai se aaya hai maulana iqbal umri ka.</w:t>
      </w:r>
      <w:r>
        <w:br/>
      </w:r>
      <w:r>
        <w:rPr>
          <w:sz w:val="20"/>
        </w:rPr>
        <w:t>1:09:16  unhone likha hai: "ek sahab ne kaha ke hum india mein ghulami mein hain.</w:t>
      </w:r>
      <w:r>
        <w:br/>
      </w:r>
      <w:r>
        <w:rPr>
          <w:sz w:val="20"/>
        </w:rPr>
        <w:t>1:09:21  jaisa ke moosa alaihe assalam ke zamane mein musalmanon ki halat thi.</w:t>
      </w:r>
      <w:r>
        <w:br/>
      </w:r>
      <w:r>
        <w:rPr>
          <w:sz w:val="20"/>
        </w:rPr>
        <w:t>1:09:26  to hum ko moosa alaihe assalam ke iswa lena hai yani ghulami se nijat dilana hai.</w:t>
      </w:r>
      <w:r>
        <w:br/>
      </w:r>
      <w:r>
        <w:rPr>
          <w:sz w:val="20"/>
        </w:rPr>
        <w:t>1:09:32  maulana yeh kahan tak sahi hai?" yeh double jhoot hai.</w:t>
      </w:r>
      <w:r>
        <w:br/>
      </w:r>
      <w:r>
        <w:rPr>
          <w:sz w:val="20"/>
        </w:rPr>
        <w:t>1:09:37  sahi nahi hai yeh.</w:t>
      </w:r>
      <w:r>
        <w:br/>
      </w:r>
      <w:r>
        <w:rPr>
          <w:sz w:val="20"/>
        </w:rPr>
        <w:t>1:09:42  jo log aisa kehte hain woh Allah se darte nahi. yaad rakhiye quran ko samajhne ke liye pehli shart hai khauf-e-khuda. pehli shart hai "اتقوا اللہ و یعلمکم اللہ". jo dil Allah ke khauf se khali ho woh na to quran ko samjhega aur na aap us ko samjha sakte hain. aap samjha bhi nahi sakte us ko. "اتقوا اللہ و یعلمکم اللہ". sab se</w:t>
      </w:r>
      <w:r>
        <w:br/>
      </w:r>
      <w:r>
        <w:rPr>
          <w:sz w:val="20"/>
        </w:rPr>
        <w:t>1:10:12  pehli cheez hai ke insaan ke andar allah ka darr ho.</w:t>
      </w:r>
      <w:r>
        <w:br/>
      </w:r>
      <w:r>
        <w:rPr>
          <w:sz w:val="20"/>
        </w:rPr>
        <w:t>1:10:15  warna kuch bhi kuch bhi kahega kuch bhi kahega.</w:t>
      </w:r>
      <w:r>
        <w:br/>
      </w:r>
      <w:r>
        <w:rPr>
          <w:sz w:val="20"/>
        </w:rPr>
        <w:t>1:10:18  yeh bilkul hi aisi baat hai baseless qism ki.</w:t>
      </w:r>
      <w:r>
        <w:br/>
      </w:r>
      <w:r>
        <w:rPr>
          <w:sz w:val="20"/>
        </w:rPr>
        <w:t>1:10:22  yani ghulami ke lafz bhi kahin nahi.</w:t>
      </w:r>
      <w:r>
        <w:br/>
      </w:r>
      <w:r>
        <w:rPr>
          <w:sz w:val="20"/>
        </w:rPr>
        <w:t>1:10:25  yeh tasawwur ghulami ka mere dekh bilkul unislamic tasawwur hai.</w:t>
      </w:r>
      <w:r>
        <w:br/>
      </w:r>
      <w:r>
        <w:rPr>
          <w:sz w:val="20"/>
        </w:rPr>
        <w:t>1:10:28  ghulami ka tasawwur unislamic tasawwur hai.</w:t>
      </w:r>
      <w:r>
        <w:br/>
      </w:r>
      <w:r>
        <w:rPr>
          <w:sz w:val="20"/>
        </w:rPr>
        <w:t>1:10:32  yani political ghulami.</w:t>
      </w:r>
      <w:r>
        <w:br/>
      </w:r>
      <w:r>
        <w:rPr>
          <w:sz w:val="20"/>
        </w:rPr>
        <w:t>1:10:35  bhai is par main likh chuka hoon.</w:t>
      </w:r>
      <w:r>
        <w:br/>
      </w:r>
      <w:r>
        <w:rPr>
          <w:sz w:val="20"/>
        </w:rPr>
        <w:t>1:10:38  aap meri kitabon mein parh sakte</w:t>
      </w:r>
      <w:r>
        <w:br/>
      </w:r>
      <w:r>
        <w:rPr>
          <w:sz w:val="20"/>
        </w:rPr>
        <w:t>1:10:42  hain is masle ko. parh kar ke likhein. mein ne bar bar kaha hai ke aap sawal parh kar kijiye. is masle par mein likh chuka hoon. pehle is ko parhiye phir sawal kijiye. bar bar mein ne kaha ke jis masle par hum ne likh chuke hain us ko pehle parhiye phir sawal kijiye. yeh yeh to yeh to question falsafe ka question ho jata hai. Thank you we will end the session now.</w:t>
      </w:r>
    </w:p>
    <w:p>
      <w:pPr>
        <w:pStyle w:val="Heading2"/>
      </w:pPr>
      <w:r>
        <w:t>Purpose of life in this world</w:t>
      </w:r>
    </w:p>
    <w:p>
      <w:r>
        <w:rPr>
          <w:color w:val="666666"/>
          <w:sz w:val="18"/>
        </w:rPr>
        <w:t>Faith &amp; God · Freedom of Thought in Islam 23 October, 2011 · 8m 07s · at 1:05:21 · https://youtu.be/aGbxRNNOKzo?t=3921</w:t>
      </w:r>
    </w:p>
    <w:p>
      <w:r>
        <w:rPr>
          <w:i/>
        </w:rPr>
        <w:t>“I had asked a question from Maulana in the last Sunday talk, but perhaps it was misunderstood. I have a firm belief in God, but the basic question in my mind relates to why we are here in this world. You have said that the creation plan of God is to test man in this world and find out whether he is worthy of living in paradise.”</w:t>
      </w:r>
    </w:p>
    <w:p>
      <w:r>
        <w:rPr>
          <w:sz w:val="20"/>
        </w:rPr>
        <w:t>1:05:21  مولانا، یہ سوال آیا ہے مسٹر عشیش دیواری کا کانپور سے۔ انہوں نے لکھا ہے: "I had asked this question, I had asked a question from Maulana in the last Sunday talk,</w:t>
      </w:r>
      <w:r>
        <w:br/>
      </w:r>
      <w:r>
        <w:rPr>
          <w:sz w:val="20"/>
        </w:rPr>
        <w:t>1:05:34  but perhaps it was misunderstood.</w:t>
      </w:r>
      <w:r>
        <w:br/>
      </w:r>
      <w:r>
        <w:rPr>
          <w:sz w:val="20"/>
        </w:rPr>
        <w:t>1:05:37  I have a firm belief in God, but the basic question in my mind relates to why we are here in this world. You have said that the creation plan of God is to test man in this world and find out whether he is worthy of living in paradise.</w:t>
      </w:r>
      <w:r>
        <w:br/>
      </w:r>
      <w:r>
        <w:rPr>
          <w:sz w:val="20"/>
        </w:rPr>
        <w:t>1:05:55  But God is the most merciful to His creatures, so why would He subject them to trials and hardships for testing them, if such a test is not really necessary and the outcome of the test is known in advance?</w:t>
      </w:r>
      <w:r>
        <w:br/>
      </w:r>
      <w:r>
        <w:rPr>
          <w:sz w:val="20"/>
        </w:rPr>
        <w:t>1:06:11  If Quran is truly the word of God, it must answer this basic question. Is there any verse in Quran that can shed any light on this matter?</w:t>
      </w:r>
      <w:r>
        <w:br/>
      </w:r>
      <w:r>
        <w:rPr>
          <w:sz w:val="20"/>
        </w:rPr>
        <w:t>1:06:22  In my own reading of Quran, I could not find the answer. Please provide your valuable guidance in this regard."dekhen, yahi ek sawal hai, billion sawal hai.</w:t>
      </w:r>
      <w:r>
        <w:br/>
      </w:r>
      <w:r>
        <w:rPr>
          <w:sz w:val="20"/>
        </w:rPr>
        <w:t>1:06:35  lekin aap ko karna kya hai? science mein ek formula hai, us ko kehte hain Principle of Elimination.</w:t>
      </w:r>
      <w:r>
        <w:br/>
      </w:r>
      <w:r>
        <w:rPr>
          <w:sz w:val="20"/>
        </w:rPr>
        <w:t>1:06:44  yani kuch sawal aise hote hain, un ko aap ko yani chhodna padta hai, ignore karna padta hai. warna aap kahin nahin pahunchen.</w:t>
      </w:r>
      <w:r>
        <w:br/>
      </w:r>
      <w:r>
        <w:rPr>
          <w:sz w:val="20"/>
        </w:rPr>
        <w:t>1:06:55  farz kijiye ke aap Dilli mein hain, aap ko jaana hai Kanpur. to har waqt yeh andesha hai ke main train se jaaun to kahin train jo hai, patri se utar jaaye.</w:t>
      </w:r>
      <w:r>
        <w:br/>
      </w:r>
      <w:r>
        <w:rPr>
          <w:sz w:val="20"/>
        </w:rPr>
        <w:t>1:07:07  kahin earth quake aa jaaye. kahin woh storm aa jaaye. to kya aap safar nahin karenge? is ko eliminate karte hain aap, is sawalat ko.</w:t>
      </w:r>
      <w:r>
        <w:br/>
      </w:r>
      <w:r>
        <w:rPr>
          <w:sz w:val="20"/>
        </w:rPr>
        <w:t>1:07:19  Eliminate karte hain.</w:t>
      </w:r>
      <w:r>
        <w:br/>
      </w:r>
      <w:r>
        <w:rPr>
          <w:sz w:val="20"/>
        </w:rPr>
        <w:t>1:07:21  har maamle mein, isi ki baat nahin hai, har maamle mein hazaron sawal hain. Side questions. is ko aap eliminate karte hain to duniya mein zinda hain.</w:t>
      </w:r>
      <w:r>
        <w:br/>
      </w:r>
      <w:r>
        <w:rPr>
          <w:sz w:val="20"/>
        </w:rPr>
        <w:t>1:07:31  to yeh ek side question hai. asal baat jo sochne ki, us par focus hona chahiye, woh kya hai? ke Allah taala ne kitni badi mere saath yani rehmat ki hai.</w:t>
      </w:r>
      <w:r>
        <w:br/>
      </w:r>
      <w:r>
        <w:rPr>
          <w:sz w:val="20"/>
        </w:rPr>
        <w:t>1:07:45  ke mujhe paida kiya jabke main mera wajood nahin tha.</w:t>
      </w:r>
      <w:r>
        <w:br/>
      </w:r>
      <w:r>
        <w:rPr>
          <w:sz w:val="20"/>
        </w:rPr>
        <w:t>1:07:49  ek duniya mein rakha, saath sau saal, pachas saal, assi saal ke liye. aur mujhe sirf itna karna hai ke azaadi ko miss use na karun.</w:t>
      </w:r>
      <w:r>
        <w:br/>
      </w:r>
      <w:r>
        <w:rPr>
          <w:sz w:val="20"/>
        </w:rPr>
        <w:t>1:08:01  aur is ke baad mujhe eternal paradise milegi.</w:t>
      </w:r>
      <w:r>
        <w:br/>
      </w:r>
      <w:r>
        <w:rPr>
          <w:sz w:val="20"/>
        </w:rPr>
        <w:t>1:08:07  main ek shakhs se mila ek baar, jo padh raha tha university mein. to ek kamre mein raat din rehta tha woh. us ko zaroor tha ke mujhe top karna hai.</w:t>
      </w:r>
      <w:r>
        <w:br/>
      </w:r>
      <w:r>
        <w:rPr>
          <w:sz w:val="20"/>
        </w:rPr>
        <w:t>1:08:18  top karna hai. bade bade baal ho gaye the, baal nahin banwata tha woh.</w:t>
      </w:r>
      <w:r>
        <w:br/>
      </w:r>
      <w:r>
        <w:rPr>
          <w:sz w:val="20"/>
        </w:rPr>
        <w:t>1:08:25  yani bilkul neat bana hua tha us zamane mein woh. to main ne us se poocha ke bhai, aap ki haalat hai aisi?</w:t>
      </w:r>
      <w:r>
        <w:br/>
      </w:r>
      <w:r>
        <w:rPr>
          <w:sz w:val="20"/>
        </w:rPr>
        <w:t>1:08:34  to yeh aap ko kaisa lagta hai yeh?</w:t>
      </w:r>
      <w:r>
        <w:br/>
      </w:r>
      <w:r>
        <w:rPr>
          <w:sz w:val="20"/>
        </w:rPr>
        <w:t>1:08:37  to us ne kaha, yeh baat kahi ke jab main yeh sochta hoon ke jis din main top karunga, us din foran mere taraqqi ke darwaze khul jayenge. to sab bhool jaata hai, pareshani bhool jaati hai.</w:t>
      </w:r>
      <w:r>
        <w:br/>
      </w:r>
      <w:r>
        <w:rPr>
          <w:sz w:val="20"/>
        </w:rPr>
        <w:t>1:08:51  agar woh yeh sochta ke kahin mar jaaun beech mein, ya hadsa ho jaaye, ke falan baat ho jaaye. to usi mein phansa rehta hai woh.</w:t>
      </w:r>
      <w:r>
        <w:br/>
      </w:r>
      <w:r>
        <w:rPr>
          <w:sz w:val="20"/>
        </w:rPr>
        <w:t>1:09:00  dekhen, side question mein phansna, yeh us ka naam hai confusion. yaad rakhiye.</w:t>
      </w:r>
      <w:r>
        <w:br/>
      </w:r>
      <w:r>
        <w:rPr>
          <w:sz w:val="20"/>
        </w:rPr>
        <w:t>1:09:05  Side question hamesha hi hote hain. kisi bhi cheez mein. agar aap side question mein phans jaayen to aap zinda reh rahe hain. aap shaadi na karen. aap bachchon ko na padhayen.</w:t>
      </w:r>
      <w:r>
        <w:br/>
      </w:r>
      <w:r>
        <w:rPr>
          <w:sz w:val="20"/>
        </w:rPr>
        <w:t>1:09:13  aap business na karen. aap job na karen. kyun ke har jagah side question maujood hai. to yeh science mein yahi hota hai ke aaj scientist jab aap kisi cheez ki tehqeeq karta hai to bahut si cheezen darmiyan mein aati hain.</w:t>
      </w:r>
      <w:r>
        <w:br/>
      </w:r>
      <w:r>
        <w:rPr>
          <w:sz w:val="20"/>
        </w:rPr>
        <w:t>1:09:27  ek cheezen jo hain, amal ke bete roop mein hain. mil juli roop mein hain.</w:t>
      </w:r>
      <w:r>
        <w:br/>
      </w:r>
      <w:r>
        <w:rPr>
          <w:sz w:val="20"/>
        </w:rPr>
        <w:t>1:09:33  science-daan ek cheez ki tehqeeq kar raha hai. to beech mein doosri cheezein aati hain. jiska talluq chemistry se hai, uska talluq biology se hai, uska talluq physics se hai, uska talluq is se hai, is se hai, is chhodta jaata hai.</w:t>
      </w:r>
      <w:r>
        <w:br/>
      </w:r>
      <w:r>
        <w:rPr>
          <w:sz w:val="20"/>
        </w:rPr>
        <w:t>1:09:45  is ek cheez tak safar karta hai woh. tab woh tehqeeq kar paata hai. jisko kehte hain Principle of Elimination. to aap ko yeh karna hai, yahan bhi karna hai.</w:t>
      </w:r>
      <w:r>
        <w:br/>
      </w:r>
      <w:r>
        <w:rPr>
          <w:sz w:val="20"/>
        </w:rPr>
        <w:t>1:09:57  Side questions ko aap ko ignore karna padega. nahin to phanse rahenge, phanse rahenge, kuch nahin hoga.</w:t>
      </w:r>
      <w:r>
        <w:br/>
      </w:r>
      <w:r>
        <w:rPr>
          <w:sz w:val="20"/>
        </w:rPr>
        <w:t>1:10:04  aur sawal yeh hai ke aap isi mein kyon itna zyada? main kehta hoon, aap ki zindagi mein kaun sa maamla aisa hai jahan yeh sab sawal na hon aur us ko eliminate na kiya ho aap ne?</w:t>
      </w:r>
      <w:r>
        <w:br/>
      </w:r>
      <w:r>
        <w:rPr>
          <w:sz w:val="20"/>
        </w:rPr>
        <w:t>1:10:15  jab aap ne business ki hogi, jab aap ne parha hoga, jab aap ne job kiya hoga, jab aap ne shadi ki hogi, jab aap ne bachche ko school mein dakhil kiya hoga, jab aap ne safar kiya hoga, har jagah aise sawal the.</w:t>
      </w:r>
      <w:r>
        <w:br/>
      </w:r>
      <w:r>
        <w:rPr>
          <w:sz w:val="20"/>
        </w:rPr>
        <w:t>1:10:27  aaj bhi aise sawal hain. to aap us ko eliminate karte hain. apne jo aap ka goal hai, us mein badhte rehte hain, badhte rehte hain, badhte rehte hain.</w:t>
      </w:r>
      <w:r>
        <w:br/>
      </w:r>
      <w:r>
        <w:rPr>
          <w:sz w:val="20"/>
        </w:rPr>
        <w:t>1:10:37  to yeh side question yaani Principle of Elimination, yeh universal principle hai. har aadmi is par karta hi karta hai, amal na kare to paagal ho jaye.</w:t>
      </w:r>
      <w:r>
        <w:br/>
      </w:r>
      <w:r>
        <w:rPr>
          <w:sz w:val="20"/>
        </w:rPr>
        <w:t>1:10:49  to main kahunga, sirf yeh sochiye ke kaisa ajeeb mauqa diya Allah taala ne mujh ko ke main ek sirf ek cheez ko, ek ek cheez saabit kar doon apni zindagi mein.</w:t>
      </w:r>
      <w:r>
        <w:br/>
      </w:r>
      <w:r>
        <w:rPr>
          <w:sz w:val="20"/>
        </w:rPr>
        <w:t>1:11:02  ke maine Khuda ki di hui azaadi ko miss use nahin kiya. aur us ke baad aaya eternal paradise hai. to yeh to bilkul thrilling, aap ko thrill aayega yeh soch kar ke.</w:t>
      </w:r>
      <w:r>
        <w:br/>
      </w:r>
      <w:r>
        <w:rPr>
          <w:sz w:val="20"/>
        </w:rPr>
        <w:t>1:11:16  Thrill aayega.</w:t>
      </w:r>
      <w:r>
        <w:br/>
      </w:r>
      <w:r>
        <w:rPr>
          <w:sz w:val="20"/>
        </w:rPr>
        <w:t>1:11:18  yeh kyon ke aap ne is ko discover nahin kiya. yaani woh thrilling discovery aap ko nahin hui goal ke baare mein. to aap side question mein phanse hue hain.</w:t>
      </w:r>
      <w:r>
        <w:br/>
      </w:r>
      <w:r>
        <w:rPr>
          <w:sz w:val="20"/>
        </w:rPr>
        <w:t>1:11:29  main sirf yahi kahunga ke aap doosri zindagi ke doosre maamle mein is ki aasani karte to aap double standard ban rahe hain. dekhen, saada baat nahin hai.</w:t>
      </w:r>
      <w:r>
        <w:br/>
      </w:r>
      <w:r>
        <w:rPr>
          <w:sz w:val="20"/>
        </w:rPr>
        <w:t>1:11:41  aap double standard ban rahe hain.</w:t>
      </w:r>
      <w:r>
        <w:br/>
      </w:r>
      <w:r>
        <w:rPr>
          <w:sz w:val="20"/>
        </w:rPr>
        <w:t>1:11:43  har doosre maamle mein aap side question ko ignore karte hain. har doosre maamle mein. koi maamla aisa nahin hai ke aap side question ko.</w:t>
      </w:r>
      <w:r>
        <w:br/>
      </w:r>
      <w:r>
        <w:rPr>
          <w:sz w:val="20"/>
        </w:rPr>
        <w:t>1:11:54  ek baar to aap yahan par dekhiye. yahan jo Prime Minister the, jo kuch din ke liye pehle, Chandrashekhar.</w:t>
      </w:r>
      <w:r>
        <w:br/>
      </w:r>
      <w:r>
        <w:rPr>
          <w:sz w:val="20"/>
        </w:rPr>
        <w:t>1:12:02  Chandrashekhar ke haan booth mein unhon ne ek form banaya tha. bahut achha form, bahut khoobsurat. to unhon ne ek baar to wahan function kiya tha, mujhe bulaya tha wahan.</w:t>
      </w:r>
      <w:r>
        <w:br/>
      </w:r>
      <w:r>
        <w:rPr>
          <w:sz w:val="20"/>
        </w:rPr>
        <w:t>1:12:13  ab zahir hai ke Prime Minister ka form aur wahan par bahut aala intezamat the. achha, main ne jo khana khaya to mujhe food poisoning ho gayi.</w:t>
      </w:r>
      <w:r>
        <w:br/>
      </w:r>
      <w:r>
        <w:rPr>
          <w:sz w:val="20"/>
        </w:rPr>
        <w:t>1:12:24  Food poisoning ho gayi. aur itna zyada main pareshan hua ke bayan se bahar. ab isi ko le kar main kahoon, har khane ko main shakk karoon? to bhooka nahin mar jaunga main?</w:t>
      </w:r>
      <w:r>
        <w:br/>
      </w:r>
      <w:r>
        <w:rPr>
          <w:sz w:val="20"/>
        </w:rPr>
        <w:t>1:12:35  ke wahan ka jo khana tha, Chandrashekhar ke haan, woh us mein pata nahin kya cheez ki thi, food poisoning ho gayi. ab har khane ko shakk karoon main?</w:t>
      </w:r>
      <w:r>
        <w:br/>
      </w:r>
      <w:r>
        <w:rPr>
          <w:sz w:val="20"/>
        </w:rPr>
        <w:t>1:12:45  to bhooka marunga main? aise hi main Kashmir mein gaya to wahan par Pahalgam mein pani pi liya maine.</w:t>
      </w:r>
      <w:r>
        <w:br/>
      </w:r>
      <w:r>
        <w:rPr>
          <w:sz w:val="20"/>
        </w:rPr>
        <w:t>1:12:54  wahan pani, woh heavy water hota hai, heavy water</w:t>
      </w:r>
      <w:r>
        <w:br/>
      </w:r>
      <w:r>
        <w:rPr>
          <w:sz w:val="20"/>
        </w:rPr>
        <w:t>1:12:58  . to mere sir mein bahut dard hua. bahut dard hua ke main yaani bolna bhi mushkil se hota tha. to ab main koi pani na piyoon, jo pani piyunga samjhunga ke bhai wohi phir dobara na ho jaye.</w:t>
      </w:r>
      <w:r>
        <w:br/>
      </w:r>
      <w:r>
        <w:rPr>
          <w:sz w:val="20"/>
        </w:rPr>
        <w:t>1:13:11  shakk kar loon. to dekhiye, shakk mein jeena koi jeena nahin hai. aaj aisa aadmi double standard banta hai. kuch cheezon mein shakk karega, kuch cheezon mein nahin karega.</w:t>
      </w:r>
      <w:r>
        <w:br/>
      </w:r>
      <w:r>
        <w:rPr>
          <w:sz w:val="20"/>
        </w:rPr>
        <w:t>1:13:22  kuch cheezon mein side question par zor dega, kuch cheezon par ignore karega.</w:t>
      </w:r>
    </w:p>
    <w:p>
      <w:pPr>
        <w:pStyle w:val="Heading2"/>
      </w:pPr>
      <w:r>
        <w:t>Role of religion in God realization</w:t>
      </w:r>
    </w:p>
    <w:p>
      <w:r>
        <w:rPr>
          <w:color w:val="666666"/>
          <w:sz w:val="18"/>
        </w:rPr>
        <w:t>Faith &amp; God · Discovering God June 30, 2019 Maulana Wahiduddin Khan · 5m 17s · at 1:11:36 · https://youtu.be/Yt1-eX7XzYU?t=4296</w:t>
      </w:r>
    </w:p>
    <w:p>
      <w:r>
        <w:rPr>
          <w:i/>
        </w:rPr>
        <w:t>“If discovery of God happens by using an intellect in the creation plan of God, then what is the role of religion for God realization? Kindly guide all of us.”</w:t>
      </w:r>
    </w:p>
    <w:p>
      <w:r>
        <w:rPr>
          <w:sz w:val="20"/>
        </w:rPr>
        <w:t>1:11:36  Maulana, agla comment aur sawal bheja hai Aamir Muri Sahab ne Srinagar se. Unhon ne likha hai: "Your life, your live experiences thrills, thrills in us a desire to follow you and discover the creator the way you have discovered.</w:t>
      </w:r>
      <w:r>
        <w:br/>
      </w:r>
      <w:r>
        <w:rPr>
          <w:sz w:val="20"/>
        </w:rPr>
        <w:t>1:11:55  Thank you Maulana Sahab for guiding us to know the path of God realization. My question is: if discovery of God happens by using an intellect in the creation plan of God, then what is the role of religion for God realization?</w:t>
      </w:r>
      <w:r>
        <w:br/>
      </w:r>
      <w:r>
        <w:rPr>
          <w:sz w:val="20"/>
        </w:rPr>
        <w:t>1:12:15  Kindly guide all of us."</w:t>
      </w:r>
      <w:r>
        <w:br/>
      </w:r>
      <w:r>
        <w:rPr>
          <w:sz w:val="20"/>
        </w:rPr>
        <w:t>1:12:23  mere religion ke mani agar islam hai to is ne to mujhe guide kiya. isi liye main ne kitaab likhi hai "islam re-discovered" kyunke jo jo religion main ne paya tha apne mahaul mein,</w:t>
      </w:r>
      <w:r>
        <w:br/>
      </w:r>
      <w:r>
        <w:rPr>
          <w:sz w:val="20"/>
        </w:rPr>
        <w:t>1:12:44  is ne to mujhe kuch mila nahin. to meri kitaab hai, is ka naam hai "islam re-discovered".</w:t>
      </w:r>
      <w:r>
        <w:br/>
      </w:r>
      <w:r>
        <w:rPr>
          <w:sz w:val="20"/>
        </w:rPr>
        <w:t>1:12:55  is kitaab ko zaroor aap parhein.</w:t>
      </w:r>
      <w:r>
        <w:br/>
      </w:r>
      <w:r>
        <w:rPr>
          <w:sz w:val="20"/>
        </w:rPr>
        <w:t>1:13:05  is kitaab mein ek waqia likha hai ke main yeh kitaab main ne likhi thi birmingham mein, birmingham england mein.</w:t>
      </w:r>
      <w:r>
        <w:br/>
      </w:r>
      <w:r>
        <w:rPr>
          <w:sz w:val="20"/>
        </w:rPr>
        <w:t>1:13:19  to birmingham mein hamare ek janne wale the,</w:t>
      </w:r>
      <w:r>
        <w:br/>
      </w:r>
      <w:r>
        <w:rPr>
          <w:sz w:val="20"/>
        </w:rPr>
        <w:t>1:13:24  arab naujawan. to main gaya tha wahan to arab naujawan ne mujhe apne ghar par thehraya tha. yeh bhi lambi kahani hai.</w:t>
      </w:r>
      <w:r>
        <w:br/>
      </w:r>
      <w:r>
        <w:rPr>
          <w:sz w:val="20"/>
        </w:rPr>
        <w:t>1:13:40  to main un ka ek kamra tha upar ke store par, us par main akela baitha hua tha, akela kamre ke andar.</w:t>
      </w:r>
      <w:r>
        <w:br/>
      </w:r>
      <w:r>
        <w:rPr>
          <w:sz w:val="20"/>
        </w:rPr>
        <w:t>1:13:53  to mujhe naak ki awaaz sunai di, khat khat karane ki awaaz ke bahar koi khat khat katkara raha hai, naak kar raha hai.</w:t>
      </w:r>
      <w:r>
        <w:br/>
      </w:r>
      <w:r>
        <w:rPr>
          <w:sz w:val="20"/>
        </w:rPr>
        <w:t>1:14:07  to main ne darwaza khola to ek choti si bachi khadi hui thi, arab arab bachi. to arab bachi ne apni zabaan mein kaha, yani jo kehte hain "darja", "darja" mein kaha.</w:t>
      </w:r>
      <w:r>
        <w:br/>
      </w:r>
      <w:r>
        <w:rPr>
          <w:sz w:val="20"/>
        </w:rPr>
        <w:t>1:14:27  us ke alfaaz the: "tari to haja, tari to haja". yeh faseeh arabi nahin hai, yeh faseeh arabi nahin hai.</w:t>
      </w:r>
      <w:r>
        <w:br/>
      </w:r>
      <w:r>
        <w:rPr>
          <w:sz w:val="20"/>
        </w:rPr>
        <w:t>1:14:41  to "tari to haja" ka matlab tha: "do you need, do you need anything?" ke aap ko kis cheez ki zaroorat hai?</w:t>
      </w:r>
      <w:r>
        <w:br/>
      </w:r>
      <w:r>
        <w:rPr>
          <w:sz w:val="20"/>
        </w:rPr>
        <w:t>1:14:54  us ki maa ne bhi bhejha tha mere paas. us ki maa neeche ki neeche rehti thi, apni bachi ko unhon ne bhejha tha upar ja ke poocho.</w:t>
      </w:r>
      <w:r>
        <w:br/>
      </w:r>
      <w:r>
        <w:rPr>
          <w:sz w:val="20"/>
        </w:rPr>
        <w:t>1:15:07  to us ne kaha: "do you tari to haja? do you do you need anything?" to aap jante hain kya hua?</w:t>
      </w:r>
      <w:r>
        <w:br/>
      </w:r>
      <w:r>
        <w:rPr>
          <w:sz w:val="20"/>
        </w:rPr>
        <w:t>1:15:21  main koi jawab nahin de saka us bachi ko.</w:t>
      </w:r>
      <w:r>
        <w:br/>
      </w:r>
      <w:r>
        <w:rPr>
          <w:sz w:val="20"/>
        </w:rPr>
        <w:t>1:15:27  main be-tahasha rone laga</w:t>
      </w:r>
      <w:r>
        <w:br/>
      </w:r>
      <w:r>
        <w:rPr>
          <w:sz w:val="20"/>
        </w:rPr>
        <w:t>1:15:31  kyunke woh mujhe laga ke yeh to khuda ne bhejha hai, farishta ke: "ae bande! tu yahan baitha hai, tu kya chahta hai?</w:t>
      </w:r>
      <w:r>
        <w:br/>
      </w:r>
      <w:r>
        <w:rPr>
          <w:sz w:val="20"/>
        </w:rPr>
        <w:t>1:15:47  tu kya chahta hai? do tari to haja?"</w:t>
      </w:r>
      <w:r>
        <w:br/>
      </w:r>
      <w:r>
        <w:rPr>
          <w:sz w:val="20"/>
        </w:rPr>
        <w:t>1:15:55  to us bachi ko main ne koi jawab nahin diya. main andar ja kar bas rone laga</w:t>
      </w:r>
      <w:r>
        <w:br/>
      </w:r>
      <w:r>
        <w:rPr>
          <w:sz w:val="20"/>
        </w:rPr>
        <w:t>1:16:04  aur shayad main ne yeh kaha ke: "khudaya! tu mujh se zyada janta hai ke main kya chahta hoon. main tujh se kya bataoon?</w:t>
      </w:r>
      <w:r>
        <w:br/>
      </w:r>
      <w:r>
        <w:rPr>
          <w:sz w:val="20"/>
        </w:rPr>
        <w:t>1:16:16  main apne khuda ko chahta hoon, apne rab ko chahta hoon." wahi jo main ne al anwar mein kaha tha: "khawand!</w:t>
      </w:r>
      <w:r>
        <w:br/>
      </w:r>
      <w:r>
        <w:rPr>
          <w:sz w:val="20"/>
        </w:rPr>
        <w:t>1:16:29  tu kab aaye ga? main kab tak tere aane ka intezar karoon?" yeh sab waqiat hain. aap manen to manen, na manen to na maniye.</w:t>
      </w:r>
      <w:r>
        <w:br/>
      </w:r>
      <w:r>
        <w:rPr>
          <w:sz w:val="20"/>
        </w:rPr>
        <w:t>1:16:40  aakhirat mein aap ko manna pare ga kyunke yeh to waqiat hain. farishton ne record kar rakha hai.</w:t>
      </w:r>
    </w:p>
    <w:p>
      <w:pPr>
        <w:pStyle w:val="Heading2"/>
      </w:pPr>
      <w:r>
        <w:t>The origin of existence and the world</w:t>
      </w:r>
    </w:p>
    <w:p>
      <w:r>
        <w:rPr>
          <w:color w:val="666666"/>
          <w:sz w:val="18"/>
        </w:rPr>
        <w:t>Faith &amp; God · God and Man February 19, 2012 · 65m 23s · at 1:34 · https://youtu.be/rL4g0LOU3wo?t=94</w:t>
      </w:r>
    </w:p>
    <w:p>
      <w:r>
        <w:rPr>
          <w:i/>
        </w:rPr>
        <w:t>“How did we come into existence? How did this world come into being?”</w:t>
      </w:r>
    </w:p>
    <w:p>
      <w:r>
        <w:rPr>
          <w:sz w:val="20"/>
        </w:rPr>
        <w:t>1:34  yeh pehla sawal hai. chahe aadmi consciously yeh sawal apne zehn mein qaim na kare, tab bhi yeh sawal har ek ka sab se zyada aham sawal hai.</w:t>
      </w:r>
      <w:r>
        <w:br/>
      </w:r>
      <w:r>
        <w:rPr>
          <w:sz w:val="20"/>
        </w:rPr>
        <w:t>1:52  main bhi is sawal se dochar raha hoon, aur Allah ke fazl se maine is sawal ka jawab paya apni zindagi mein, aur ab main isi par qaim hoon.</w:t>
      </w:r>
      <w:r>
        <w:br/>
      </w:r>
      <w:r>
        <w:rPr>
          <w:sz w:val="20"/>
        </w:rPr>
        <w:t>2:06  to pehla sawal yeh hai ke hum aap kaise ban gaye? yeh duniya kaise bani?</w:t>
      </w:r>
      <w:r>
        <w:br/>
      </w:r>
      <w:r>
        <w:rPr>
          <w:sz w:val="20"/>
        </w:rPr>
        <w:t>2:15  to is par mujhe</w:t>
      </w:r>
      <w:r>
        <w:br/>
      </w:r>
      <w:r>
        <w:rPr>
          <w:sz w:val="20"/>
        </w:rPr>
        <w:t>2:19  aik waqia ka zikr karna hai. dekhiye, aik British philosopher tha, uska naam hai John Stuart Mill.</w:t>
      </w:r>
      <w:r>
        <w:br/>
      </w:r>
      <w:r>
        <w:rPr>
          <w:sz w:val="20"/>
        </w:rPr>
        <w:t>2:32  woh 1873 mein faut ho gaye, uski us waqt uski umar sirf 67 saal thi.</w:t>
      </w:r>
      <w:r>
        <w:br/>
      </w:r>
      <w:r>
        <w:rPr>
          <w:sz w:val="20"/>
        </w:rPr>
        <w:t>2:46  zamnan aik baat mein yeh kahoon ke jab bhi mein kisi ki maut ko sunta hoon to mujhe aik waqia yaad aata hai.</w:t>
      </w:r>
      <w:r>
        <w:br/>
      </w:r>
      <w:r>
        <w:rPr>
          <w:sz w:val="20"/>
        </w:rPr>
        <w:t>2:58  aik baar mein aik majlis mein tha to wahan aik qawwal aa gaye, jo naat parhte thay, naat-e-Rasool.</w:t>
      </w:r>
      <w:r>
        <w:br/>
      </w:r>
      <w:r>
        <w:rPr>
          <w:sz w:val="20"/>
        </w:rPr>
        <w:t>3:09  to logon ne farmaish ki ke aap koi naat parhiye. to unhon ne aik naat parhi.</w:t>
      </w:r>
      <w:r>
        <w:br/>
      </w:r>
      <w:r>
        <w:rPr>
          <w:sz w:val="20"/>
        </w:rPr>
        <w:t>3:18  to uska aik shair yeh tha: "Log mehshar mein hairaan reh jayenge, Khuda kaun hai, Mustafa kaun hai?" yeh shair yaqeenan bilashubah bilkul batil hai,</w:t>
      </w:r>
      <w:r>
        <w:br/>
      </w:r>
      <w:r>
        <w:rPr>
          <w:sz w:val="20"/>
        </w:rPr>
        <w:t>3:37  be-sanad hai, uski koi haqeeqat nahi. lekin is shair ko jab maine suna to aik aur baat mere zehen mein aa gayi, thode se tabdeeli ke sath.</w:t>
      </w:r>
      <w:r>
        <w:br/>
      </w:r>
      <w:r>
        <w:rPr>
          <w:sz w:val="20"/>
        </w:rPr>
        <w:t>3:51  woh jab koi maut kisi ki hoti hai to phir yeh shair yaad aata hai mujhe. woh yeh tha ke "Log mehshar mein hairaan reh jayenge, ke thi baat kya, hum ne samjha tha kya?" yaani duniya mein hum kya soch kar jiye?</w:t>
      </w:r>
      <w:r>
        <w:br/>
      </w:r>
      <w:r>
        <w:rPr>
          <w:sz w:val="20"/>
        </w:rPr>
        <w:t>4:11  lekin marne ke baad achanak maloom hoga ke mamla to kuch aur tha.</w:t>
      </w:r>
      <w:r>
        <w:br/>
      </w:r>
      <w:r>
        <w:rPr>
          <w:sz w:val="20"/>
        </w:rPr>
        <w:t>4:18  ab wapsi bhi nahi ho sakti, to aadmi hamesha hasrat mein rahega. to khair, John Stuart Mill ne likha hai apni autobiography mein.</w:t>
      </w:r>
      <w:r>
        <w:br/>
      </w:r>
      <w:r>
        <w:rPr>
          <w:sz w:val="20"/>
        </w:rPr>
        <w:t>4:34  yeh autobiography 1873 mein pehli baar chhapi thi. usi saal uski fawafat bhi hui.</w:t>
      </w:r>
      <w:r>
        <w:br/>
      </w:r>
      <w:r>
        <w:rPr>
          <w:sz w:val="20"/>
        </w:rPr>
        <w:t>4:45  is mein woh likhta hai ke mere baap, uske baap ka naam tha James Mill. uske baap ne kaha ke, yeh kaha jata hai ke insaan ko Khuda ne banaya.</w:t>
      </w:r>
      <w:r>
        <w:br/>
      </w:r>
      <w:r>
        <w:rPr>
          <w:sz w:val="20"/>
        </w:rPr>
        <w:t>4:59  to usne kaha ke magar baatein yahin khatam nahi hotin. sawal yeh hai ke If God made man, who made God</w:t>
      </w:r>
      <w:r>
        <w:br/>
      </w:r>
      <w:r>
        <w:rPr>
          <w:sz w:val="20"/>
        </w:rPr>
        <w:t>5:12  ? agar Khuda ne banaya insaan ko to Khuda ko kis ne banaya? dekhiye, yeh sawal aik sirf aik lafzi, jis ko kehte hain takbandi,</w:t>
      </w:r>
      <w:r>
        <w:br/>
      </w:r>
      <w:r>
        <w:rPr>
          <w:sz w:val="20"/>
        </w:rPr>
        <w:t>5:29  uski koi logic nahi hai. is liye ke masla yeh hai ke hum aik kainat ko paate hain apne charon taraf.</w:t>
      </w:r>
      <w:r>
        <w:br/>
      </w:r>
      <w:r>
        <w:rPr>
          <w:sz w:val="20"/>
        </w:rPr>
        <w:t>5:43  isko hum dekhte hain, isko hum daryaft karte hain, is se hum jeete hain. to yeh sawal hai ke aakhir yeh kainat, yeh kainat kaise?</w:t>
      </w:r>
      <w:r>
        <w:br/>
      </w:r>
      <w:r>
        <w:rPr>
          <w:sz w:val="20"/>
        </w:rPr>
        <w:t>5:55  to main yeh kahoon ga ke is mamle mein hamare jo option hain woh</w:t>
      </w:r>
      <w:r>
        <w:br/>
      </w:r>
      <w:r>
        <w:rPr>
          <w:sz w:val="20"/>
        </w:rPr>
        <w:t>6:07  kainat with God aur kainat without God ka nahi hai.</w:t>
      </w:r>
      <w:r>
        <w:br/>
      </w:r>
      <w:r>
        <w:rPr>
          <w:sz w:val="20"/>
        </w:rPr>
        <w:t>6:16  option jin do tanasub ke beech mein hai woh yeh nahi hai ke kainat with God, kainat without God.</w:t>
      </w:r>
      <w:r>
        <w:br/>
      </w:r>
      <w:r>
        <w:rPr>
          <w:sz w:val="20"/>
        </w:rPr>
        <w:t>6:26  nahi. jin do ke beech mein option hai woh woh yeh hai ke kainat with God aur no kainat bilkul nahi.</w:t>
      </w:r>
      <w:r>
        <w:br/>
      </w:r>
      <w:r>
        <w:rPr>
          <w:sz w:val="20"/>
        </w:rPr>
        <w:t>6:43  yaani agar aap yeh kahein ke Khuda nahi hai to yeh sawal phir baqi rehta hai ke phir yeh kainat kaise bani? kaise chal rahi hai?</w:t>
      </w:r>
      <w:r>
        <w:br/>
      </w:r>
      <w:r>
        <w:rPr>
          <w:sz w:val="20"/>
        </w:rPr>
        <w:t>6:53  kaun iska khaliq hai? kaun iska sustainer hai? to option yeh nahi hai ke kainat with God, kainat without God.</w:t>
      </w:r>
      <w:r>
        <w:br/>
      </w:r>
      <w:r>
        <w:rPr>
          <w:sz w:val="20"/>
        </w:rPr>
        <w:t>7:03  yeh option hi nahi hai.</w:t>
      </w:r>
      <w:r>
        <w:br/>
      </w:r>
      <w:r>
        <w:rPr>
          <w:sz w:val="20"/>
        </w:rPr>
        <w:t>7:08  jo haqeeqi option hai jin do ke beech mein woh yeh hai ke kainat with God aur no kainat bilkul nahi.</w:t>
      </w:r>
      <w:r>
        <w:br/>
      </w:r>
      <w:r>
        <w:rPr>
          <w:sz w:val="20"/>
        </w:rPr>
        <w:t>7:21  to haqeeqat yeh hai ke kainat maujood hai, woh bohat hi maani khez hai.</w:t>
      </w:r>
      <w:r>
        <w:br/>
      </w:r>
      <w:r>
        <w:rPr>
          <w:sz w:val="20"/>
        </w:rPr>
        <w:t>7:33  hum is ko apnay mushahiday mein, tajribay mein, har aitbar se is ke wajood ko hum</w:t>
      </w:r>
      <w:r>
        <w:br/>
      </w:r>
      <w:r>
        <w:rPr>
          <w:sz w:val="20"/>
        </w:rPr>
        <w:t>7:43  daryaft karte hain. to aakhir yeh kaise hai? aur bohat hi ziyada maani khaiz, bohat hi well designed, well planned.</w:t>
      </w:r>
      <w:r>
        <w:br/>
      </w:r>
      <w:r>
        <w:rPr>
          <w:sz w:val="20"/>
        </w:rPr>
        <w:t>7:58  to kaise aisa hai?</w:t>
      </w:r>
      <w:r>
        <w:br/>
      </w:r>
      <w:r>
        <w:rPr>
          <w:sz w:val="20"/>
        </w:rPr>
        <w:t>8:01  jaise abhi, yaani beshumar cheezain science ne daryaft ki hain. jaise aik, aik abhi aik aayi hai, aik tehqeeq, bohat hi ajeeb.</w:t>
      </w:r>
      <w:r>
        <w:br/>
      </w:r>
      <w:r>
        <w:rPr>
          <w:sz w:val="20"/>
        </w:rPr>
        <w:t>8:15  woh yeh hai ke hamari jo kahkashan, hamara jo shamsi nizaam hai, jis mein hamari zameen hai, woh aik kahkashan mein hai, jis ko hum doodhiya kehte hain.</w:t>
      </w:r>
      <w:r>
        <w:br/>
      </w:r>
      <w:r>
        <w:rPr>
          <w:sz w:val="20"/>
        </w:rPr>
        <w:t>8:27  to yeh jo kahkashan hai, is mein billion sitaray hain, aur bohat hi baray baray, suraj se baray baray. to woh itna ziyada garam hai ke agar hamara shamsi nizaam is ke beech mein hota to hum log janam bhar kar khatam ho jatay.</w:t>
      </w:r>
      <w:r>
        <w:br/>
      </w:r>
      <w:r>
        <w:rPr>
          <w:sz w:val="20"/>
        </w:rPr>
        <w:t>8:45  to hamara shamsi nizaam, hamari jo kahkashan hai, doodhiya, is ke beech mein nahi hai, is ke kinare hai. jahan hararat bohat kam hai.</w:t>
      </w:r>
      <w:r>
        <w:br/>
      </w:r>
      <w:r>
        <w:rPr>
          <w:sz w:val="20"/>
        </w:rPr>
        <w:t>8:57  yeh kaise aisa hua? yeh kis ne is tarah design kiya kahkashan ko aur shamsi nizaam ko?</w:t>
      </w:r>
      <w:r>
        <w:br/>
      </w:r>
      <w:r>
        <w:rPr>
          <w:sz w:val="20"/>
        </w:rPr>
        <w:t>9:05  jis ko pata tha ke agar beech mein rahega shamsi nizaam to insaan janam bhar kar khatam ho jaye ga.</w:t>
      </w:r>
      <w:r>
        <w:br/>
      </w:r>
      <w:r>
        <w:rPr>
          <w:sz w:val="20"/>
        </w:rPr>
        <w:t>9:15  is tarah ki billion trillion cheezain hain. abhi haal hi mein aik cheez aayi hai ke hamari kahkashan, jo bohat hi bari hai, bohat hi bari hai, is mein aik dark sitara hai.</w:t>
      </w:r>
      <w:r>
        <w:br/>
      </w:r>
      <w:r>
        <w:rPr>
          <w:sz w:val="20"/>
        </w:rPr>
        <w:t>9:26  dark sitara is ko kehte hain jo bohat hi taqatwar hota hai. itna taqatwar ke apni roshni ko bhi nikalnay nahi deta.</w:t>
      </w:r>
      <w:r>
        <w:br/>
      </w:r>
      <w:r>
        <w:rPr>
          <w:sz w:val="20"/>
        </w:rPr>
        <w:t>9:36  to chounke hum jab tak hamaray aur object ke beech mein roshni na ho, hum dekh nahi saktay. to hamaray dekhnay ki nisbat se woh dark hai.</w:t>
      </w:r>
      <w:r>
        <w:br/>
      </w:r>
      <w:r>
        <w:rPr>
          <w:sz w:val="20"/>
        </w:rPr>
        <w:t>9:48  warna woh roshan sitara hai.</w:t>
      </w:r>
      <w:r>
        <w:br/>
      </w:r>
      <w:r>
        <w:rPr>
          <w:sz w:val="20"/>
        </w:rPr>
        <w:t>9:52  to hamari kahkashan, jo hai, jis mein hamara shamsi nizaam hai aur zameen hai, is mein haal mein aik dark sitara daryaft hua hai.</w:t>
      </w:r>
      <w:r>
        <w:br/>
      </w:r>
      <w:r>
        <w:rPr>
          <w:sz w:val="20"/>
        </w:rPr>
        <w:t>10:04  woh bohat hi taqatwar hai. to pehle se insaan janta tha ke oopar se, yaani hamaray shamsi nizaam ke bahir se, charon taraf se, har waqt, har second,</w:t>
      </w:r>
      <w:r>
        <w:br/>
      </w:r>
      <w:r>
        <w:rPr>
          <w:sz w:val="20"/>
        </w:rPr>
        <w:t>10:20  beshumar sitaray aa rahay</w:t>
      </w:r>
      <w:r>
        <w:br/>
      </w:r>
      <w:r>
        <w:rPr>
          <w:sz w:val="20"/>
        </w:rPr>
        <w:t>10:22  hain. sitaray kehte hain pathar ko. woh chotay, baray, har kisi ke pathar hotay hain. million, billion pathar har waqt aa rahay hain charon taraf se.</w:t>
      </w:r>
      <w:r>
        <w:br/>
      </w:r>
      <w:r>
        <w:rPr>
          <w:sz w:val="20"/>
        </w:rPr>
        <w:t>10:35  to yeh bohat ajeeb sawal tha ke pathar jo aa rahay hain to kaise zameen par hum hifazat se reh rahay hain? yahan to patharon ki barish hona chahiye.</w:t>
      </w:r>
      <w:r>
        <w:br/>
      </w:r>
      <w:r>
        <w:rPr>
          <w:sz w:val="20"/>
        </w:rPr>
        <w:t>10:48  to aik nazriya banaya gaya tha ke pathar jo atay hain, jab woh zameen ki fiza mein dakhil karte hain to jal kar woh reza reza ho jatay hain.</w:t>
      </w:r>
      <w:r>
        <w:br/>
      </w:r>
      <w:r>
        <w:rPr>
          <w:sz w:val="20"/>
        </w:rPr>
        <w:t>10:58  lekin yeh jo tausee thi, yeh poori tarah is ko kafi nahi tha is ko batany ke liye. ab jo hai, daryaft hua ke yeh jo dark sitara ya dark matter hai, woh saray is ko hal karta rehta hai.</w:t>
      </w:r>
      <w:r>
        <w:br/>
      </w:r>
      <w:r>
        <w:rPr>
          <w:sz w:val="20"/>
        </w:rPr>
        <w:t>11:15  is ki yeh tasweer hai.</w:t>
      </w:r>
      <w:r>
        <w:br/>
      </w:r>
      <w:r>
        <w:rPr>
          <w:sz w:val="20"/>
        </w:rPr>
        <w:t>11:19  kaisi ajeeb baat hai. hum zameen par itnay itminan se reh rahay hain, bohat hi sukoon ke sath, bohat hi sukoon ke sath, sari sargharmiyan karte hain,</w:t>
      </w:r>
      <w:r>
        <w:br/>
      </w:r>
      <w:r>
        <w:rPr>
          <w:sz w:val="20"/>
        </w:rPr>
        <w:t>11:33  sari mansooba bandi karte hain.</w:t>
      </w:r>
      <w:r>
        <w:br/>
      </w:r>
      <w:r>
        <w:rPr>
          <w:sz w:val="20"/>
        </w:rPr>
        <w:t>11:37  yeh kaise mumkin hota hai ke sayarchon ka jo toofan har waqt aa raha hai, woh sab hal karta kar leta hai?</w:t>
      </w:r>
      <w:r>
        <w:br/>
      </w:r>
      <w:r>
        <w:rPr>
          <w:sz w:val="20"/>
        </w:rPr>
        <w:t>11:45  woh</w:t>
      </w:r>
      <w:r>
        <w:br/>
      </w:r>
      <w:r>
        <w:rPr>
          <w:sz w:val="20"/>
        </w:rPr>
        <w:t>11:49  hamare upar, hum tak nahi pahanchta. warna pathron ki barish hoti hai aur hum mein se koi phir zinda na rehta.</w:t>
      </w:r>
      <w:r>
        <w:br/>
      </w:r>
      <w:r>
        <w:rPr>
          <w:sz w:val="20"/>
        </w:rPr>
        <w:t>12:00  kaisi ajib baat hai. kaisi ajib baat hai. yeh uski tasweer chhapi hai akhbar mein. yeh abhi ek haftay ki baat hai.</w:t>
      </w:r>
      <w:r>
        <w:br/>
      </w:r>
      <w:r>
        <w:rPr>
          <w:sz w:val="20"/>
        </w:rPr>
        <w:t>12:12  to aisi ek do nahi, aisi bohat si baatein hain jo maine, jin mein se kuch maine likha hai apni kitab "mazhab aur jadeed challenge" mein, jo chhapi hai angrezi mein "God Rises" ke naam se.</w:t>
      </w:r>
      <w:r>
        <w:br/>
      </w:r>
      <w:r>
        <w:rPr>
          <w:sz w:val="20"/>
        </w:rPr>
        <w:t>12:25  aur arabi mein, arabi mein "al-islam atadah" ke naam se. aisi bohat si cheezein maine is mein di hain. woh bhi misaal hain.</w:t>
      </w:r>
      <w:r>
        <w:br/>
      </w:r>
      <w:r>
        <w:rPr>
          <w:sz w:val="20"/>
        </w:rPr>
        <w:t>12:34  woh sari baatein to itni zyada hain ke woh abhi tak insan daryaft kar raha hai aur uska anjam nahi aaya.</w:t>
      </w:r>
      <w:r>
        <w:br/>
      </w:r>
      <w:r>
        <w:rPr>
          <w:sz w:val="20"/>
        </w:rPr>
        <w:t>12:44  to ab sawal yeh hai ke itni well designed, itni well planned, itni maani khez duniya kaise ban gayi?</w:t>
      </w:r>
      <w:r>
        <w:br/>
      </w:r>
      <w:r>
        <w:rPr>
          <w:sz w:val="20"/>
        </w:rPr>
        <w:t>12:56  agar iska koi banane wala nahi, koi sustainer nahin.</w:t>
      </w:r>
      <w:r>
        <w:br/>
      </w:r>
      <w:r>
        <w:rPr>
          <w:sz w:val="20"/>
        </w:rPr>
        <w:t>13:02  to scientist jo hai, is tarah ki baat philosophers kehte hain. yeh jo start mill tha ya james mill tha, yeh sab philosophers the.</w:t>
      </w:r>
      <w:r>
        <w:br/>
      </w:r>
      <w:r>
        <w:rPr>
          <w:sz w:val="20"/>
        </w:rPr>
        <w:t>13:13  scientist kabhi aisi baat nahi kehta. kyunke jo scientists ne dekhi, yeh maana ke koi taqat hai.</w:t>
      </w:r>
      <w:r>
        <w:br/>
      </w:r>
      <w:r>
        <w:rPr>
          <w:sz w:val="20"/>
        </w:rPr>
        <w:t>13:22  newton ne maana tha ke koi quwwat hai is duniya ke peeche. sir james jeel ne kaha ke koi riyazi bandhan hai uske peeche.</w:t>
      </w:r>
      <w:r>
        <w:br/>
      </w:r>
      <w:r>
        <w:rPr>
          <w:sz w:val="20"/>
        </w:rPr>
        <w:t>13:34  fred hoyle ne kaha ke koi, koi zehant hai uske peeche.</w:t>
      </w:r>
      <w:r>
        <w:br/>
      </w:r>
      <w:r>
        <w:rPr>
          <w:sz w:val="20"/>
        </w:rPr>
        <w:t>13:41  to sab is tareeqe se mante rahe hain, agarche woh Khuda ka naam nahi lete, woh. to behal yeh maanna padega ke ek Khuda hai jo maujood kar raha hai,</w:t>
      </w:r>
      <w:r>
        <w:br/>
      </w:r>
      <w:r>
        <w:rPr>
          <w:sz w:val="20"/>
        </w:rPr>
        <w:t>13:59  jo hum janne wala hai, khud maujood hai, jo sustainer hai.</w:t>
      </w:r>
      <w:r>
        <w:br/>
      </w:r>
      <w:r>
        <w:rPr>
          <w:sz w:val="20"/>
        </w:rPr>
        <w:t>14:08  agar sab kuch hai.</w:t>
      </w:r>
      <w:r>
        <w:br/>
      </w:r>
      <w:r>
        <w:rPr>
          <w:sz w:val="20"/>
        </w:rPr>
        <w:t>14:10  yani hum dekhiye, ek cheenti bhi nahi bana sakte hum. kehti hai sari kainat bani hui hai hamare liye.</w:t>
      </w:r>
      <w:r>
        <w:br/>
      </w:r>
      <w:r>
        <w:rPr>
          <w:sz w:val="20"/>
        </w:rPr>
        <w:t>14:20  to pehli baat yeh hai ke jo usne kaha tha, ek french philosopher ne</w:t>
      </w:r>
      <w:r>
        <w:br/>
      </w:r>
      <w:r>
        <w:rPr>
          <w:sz w:val="20"/>
        </w:rPr>
        <w:t>14:31  "I think therefore I am."</w:t>
      </w:r>
      <w:r>
        <w:br/>
      </w:r>
      <w:r>
        <w:rPr>
          <w:sz w:val="20"/>
        </w:rPr>
        <w:t>14:38  "I think therefore I am." to main kahunga ke "I am therefore God is." agar soch jo hai mere wajood ka saboot hai to mera wajood Khuda ka saboot hai.</w:t>
      </w:r>
      <w:r>
        <w:br/>
      </w:r>
      <w:r>
        <w:rPr>
          <w:sz w:val="20"/>
        </w:rPr>
        <w:t>15:01  to yeh behal, yani logic ka taqaza, aql ka taqaza, aur har qism ki maqooliyat ka taqaza yeh hai ke hum Khuda ko maanein.</w:t>
      </w:r>
      <w:r>
        <w:br/>
      </w:r>
      <w:r>
        <w:rPr>
          <w:sz w:val="20"/>
        </w:rPr>
        <w:t>15:17  to ek to Khuda ka saboot yeh hai jo mushahde par mabni hai, doosra jo hai badihi basirat par mabni hai. badihi basirat</w:t>
      </w:r>
      <w:r>
        <w:br/>
      </w:r>
      <w:r>
        <w:rPr>
          <w:sz w:val="20"/>
        </w:rPr>
        <w:t>15:26  , dekhiye, har aadmi jo paida hota hai, baghair kisi istisana ke, uske andar ek ek sense of awe hota hai, kisi ko maanne ka jazba, koi apne se bara.</w:t>
      </w:r>
      <w:r>
        <w:br/>
      </w:r>
      <w:r>
        <w:rPr>
          <w:sz w:val="20"/>
        </w:rPr>
        <w:t>15:40  usko aadmi wabasta kar leta hai kisi ke saath, kisi group ke saath, kisi shakhsiyat ke saath. pehle log suraj chand ke saath kar lete the.</w:t>
      </w:r>
      <w:r>
        <w:br/>
      </w:r>
      <w:r>
        <w:rPr>
          <w:sz w:val="20"/>
        </w:rPr>
        <w:t>15:52  to hamesha insan jo hai, kisi ko maanta raha hai apne se bara.</w:t>
      </w:r>
      <w:r>
        <w:br/>
      </w:r>
      <w:r>
        <w:rPr>
          <w:sz w:val="20"/>
        </w:rPr>
        <w:t>16:00  to ek hai tauheed, ek hai shirk. tauheed yeh hai ke Khuda ko Khuda maana jaye, Khuda ko Khuda maana jaye.</w:t>
      </w:r>
      <w:r>
        <w:br/>
      </w:r>
      <w:r>
        <w:rPr>
          <w:sz w:val="20"/>
        </w:rPr>
        <w:t>16:09  shirk yeh hai ke Khuda ke siwa kisi ko woh darja de diya jaye jo ke Khuda ka darja hai. poori tareekh mein yahi raha hai.</w:t>
      </w:r>
      <w:r>
        <w:br/>
      </w:r>
      <w:r>
        <w:rPr>
          <w:sz w:val="20"/>
        </w:rPr>
        <w:t>16:19  kabhi aisa nahi hua tareekh mein ke khuda ko na maanne wale duniya mein bhar gaye hon.</w:t>
      </w:r>
      <w:r>
        <w:br/>
      </w:r>
      <w:r>
        <w:rPr>
          <w:sz w:val="20"/>
        </w:rPr>
        <w:t>16:27  aisa kabhi hua nahi. to ek baat yahi hui. yaani khuda ke wajood ko maanna.</w:t>
      </w:r>
      <w:r>
        <w:br/>
      </w:r>
      <w:r>
        <w:rPr>
          <w:sz w:val="20"/>
        </w:rPr>
        <w:t>16:37  khuda ke wajood ko maanna.</w:t>
      </w:r>
      <w:r>
        <w:br/>
      </w:r>
      <w:r>
        <w:rPr>
          <w:sz w:val="20"/>
        </w:rPr>
        <w:t>16:42  falsafi ki zabaan mein hum kahenge ke "I am therefore God is</w:t>
      </w:r>
      <w:r>
        <w:br/>
      </w:r>
      <w:r>
        <w:rPr>
          <w:sz w:val="20"/>
        </w:rPr>
        <w:t>16:46  ". science ki zabaan mein kahenge ke ek ek kainat hai, bohat hi maani khez, bohat hi well designed.</w:t>
      </w:r>
      <w:r>
        <w:br/>
      </w:r>
      <w:r>
        <w:rPr>
          <w:sz w:val="20"/>
        </w:rPr>
        <w:t>16:54  to "Who is the designer?" "Who is the designer?"</w:t>
      </w:r>
      <w:r>
        <w:br/>
      </w:r>
      <w:r>
        <w:rPr>
          <w:sz w:val="20"/>
        </w:rPr>
        <w:t>17:03  to hamein maanna padega ke koi koi designer hai. doosri baat yeh hai ke jab aap khuda ko maane to khuda ko maanna koi saada maanna nahi hai.</w:t>
      </w:r>
      <w:r>
        <w:br/>
      </w:r>
      <w:r>
        <w:rPr>
          <w:sz w:val="20"/>
        </w:rPr>
        <w:t>17:18  saada maanna nahi hai. khuda ko maanne ke maani hain ke aap ke upar us ke kuch taqaze aa jaate hain. khuda ko maanne ke maani yeh nahi hain ke aap</w:t>
      </w:r>
      <w:r>
        <w:br/>
      </w:r>
      <w:r>
        <w:rPr>
          <w:sz w:val="20"/>
        </w:rPr>
        <w:t>17:32  antarctica mein koi ek pathar pada hua hai, aise maan liya aap ne. nahi, khuda ke maani yeh hain ke aisa khuda jis ne aap ko paida kiya.</w:t>
      </w:r>
      <w:r>
        <w:br/>
      </w:r>
      <w:r>
        <w:rPr>
          <w:sz w:val="20"/>
        </w:rPr>
        <w:t>17:43  jo aap ko suraj ke zariye roshni aur hararat bhej raha hai. jo zameen mein ghiza ugata hai.</w:t>
      </w:r>
      <w:r>
        <w:br/>
      </w:r>
      <w:r>
        <w:rPr>
          <w:sz w:val="20"/>
        </w:rPr>
        <w:t>17:52  jo pani ka zakhira jis ne ikatha kar diya hai. jo oxygen supply kar raha hai. jo billion nahi, billion cheezein kar raha hai, jaise aap jis ko hum kehte hain life support system.</w:t>
      </w:r>
      <w:r>
        <w:br/>
      </w:r>
      <w:r>
        <w:rPr>
          <w:sz w:val="20"/>
        </w:rPr>
        <w:t>18:04  to jab yeh sab koi kar raha hai to hamein koi response dena hai is ka. woh response kya hai? woh shukr hai.</w:t>
      </w:r>
      <w:r>
        <w:br/>
      </w:r>
      <w:r>
        <w:rPr>
          <w:sz w:val="20"/>
        </w:rPr>
        <w:t>18:15  yaani khuda giver hai, hum receiver hain. hum khuda se pa rahe hain. to hamein koi response dena hai.</w:t>
      </w:r>
      <w:r>
        <w:br/>
      </w:r>
      <w:r>
        <w:rPr>
          <w:sz w:val="20"/>
        </w:rPr>
        <w:t>18:25  yeh bilkul natural baat hai ke hamari taraf se koi response ho. isi response ka naam hai shukr, acknowledgement, hamd.</w:t>
      </w:r>
      <w:r>
        <w:br/>
      </w:r>
      <w:r>
        <w:rPr>
          <w:sz w:val="20"/>
        </w:rPr>
        <w:t>18:39  jab aap acknowledge karte hain khuda ko, itraaf karte hain khuda ka, itraaf. shukr aur itraaf mein koi farq nahi hai.</w:t>
      </w:r>
      <w:r>
        <w:br/>
      </w:r>
      <w:r>
        <w:rPr>
          <w:sz w:val="20"/>
        </w:rPr>
        <w:t>18:49  shukr wahi hai jo itraaf hai. itraaf wahi hai jo acknowledge karna hai. to isi ka naam hai shukr.</w:t>
      </w:r>
      <w:r>
        <w:br/>
      </w:r>
      <w:r>
        <w:rPr>
          <w:sz w:val="20"/>
        </w:rPr>
        <w:t>18:58  to hum, yaani yeh hamari fitrat ka taqaza hai ke hum khuda ke saari blessing ka, saare jo atiyaat khuda ke hain, is ka itraaf karein.</w:t>
      </w:r>
      <w:r>
        <w:br/>
      </w:r>
      <w:r>
        <w:rPr>
          <w:sz w:val="20"/>
        </w:rPr>
        <w:t>19:11  is ke baghair hum reh nahi sakte.</w:t>
      </w:r>
      <w:r>
        <w:br/>
      </w:r>
      <w:r>
        <w:rPr>
          <w:sz w:val="20"/>
        </w:rPr>
        <w:t>19:15  dekhiye, quran mein hai ke khalaqal qalba ma'a fi as-samawati wa ma'a fi al-ardi jamee'an yaani zameen o aasman hain, jo kuch hai, sab ka sab tumhare liye hum ne musakhkhar kar diya, tumhari khidmat mein laga diya hai.</w:t>
      </w:r>
      <w:r>
        <w:br/>
      </w:r>
      <w:r>
        <w:rPr>
          <w:sz w:val="20"/>
        </w:rPr>
        <w:t>19:35  yeh saari kainat hamari khidmat mein lagi hui hai.</w:t>
      </w:r>
      <w:r>
        <w:br/>
      </w:r>
      <w:r>
        <w:rPr>
          <w:sz w:val="20"/>
        </w:rPr>
        <w:t>19:42  sirf wohi kuch item nahi, jis ko hum kehte hain life support system. is ke saath pata nahi kya kya hain. misaal ke tor par, upar se cosmic rays aa rahi hain.</w:t>
      </w:r>
      <w:r>
        <w:br/>
      </w:r>
      <w:r>
        <w:rPr>
          <w:sz w:val="20"/>
        </w:rPr>
        <w:t>19:52  aap tak insaan daryaft nahi kar saka hai ke ek cosmic rays ka hamari zindagi se kya ta'alluq hai. kya maloom, cosmic rays ka bohat hi gehra ta'alluq ho hamari zindagi se, jis ki daryaft abhi baqi hai.</w:t>
      </w:r>
      <w:r>
        <w:br/>
      </w:r>
      <w:r>
        <w:rPr>
          <w:sz w:val="20"/>
        </w:rPr>
        <w:t>20:07  to aaj subah mein yeh soch raha tha ke insaan jo hai, khuda ne bataya, likha hai, quran majeed mein likha hai ke wa laqad karramnaaka wa nayaadaka yaani insaan ko hum ne bohat hi izzat aur sharaf diya.</w:t>
      </w:r>
      <w:r>
        <w:br/>
      </w:r>
      <w:r>
        <w:rPr>
          <w:sz w:val="20"/>
        </w:rPr>
        <w:t>20:25  to yeh kya hai? to mein soch raha tha ke insaan to khuda ki duniya mein goya mehman ke tor par hai. mehman us ko kehte hain jis ko free sab cheez supply ki jae</w:t>
      </w:r>
      <w:r>
        <w:br/>
      </w:r>
      <w:r>
        <w:rPr>
          <w:sz w:val="20"/>
        </w:rPr>
        <w:t>20:37  e. to sab free supply ho raha hai. hum karte hain, koi hum kuch bhi nahi karte. agar kisan khet mein beej daal deta hai to karna nahi kaha jayega.</w:t>
      </w:r>
      <w:r>
        <w:br/>
      </w:r>
      <w:r>
        <w:rPr>
          <w:sz w:val="20"/>
        </w:rPr>
        <w:t>20:48  yani beej se ukharo akhwan nikla, ukharo se danthal nikla, is se patiyan nikli, is se phool aur phal aaye, is se ghalla nikla. yeh kya kya cheezein hain?</w:t>
      </w:r>
      <w:r>
        <w:br/>
      </w:r>
      <w:r>
        <w:rPr>
          <w:sz w:val="20"/>
        </w:rPr>
        <w:t>20:57  yeh kisan karta hai? woh toh ek bas ek beej daal diya. toh kisan ka karna itna kam hai ke one percent mein maine ban kar sakte ho is ko aap.</w:t>
      </w:r>
      <w:r>
        <w:br/>
      </w:r>
      <w:r>
        <w:rPr>
          <w:sz w:val="20"/>
        </w:rPr>
        <w:t>21:08  aisi sari cheezein hain. jo oxygen supply ho raha hai, hum ne kya kiya is ke liye darakhton se? suraj se jo aa rahi hai light aur heat, hum ne kya kiya?</w:t>
      </w:r>
      <w:r>
        <w:br/>
      </w:r>
      <w:r>
        <w:rPr>
          <w:sz w:val="20"/>
        </w:rPr>
        <w:t>21:18  kuch nahi kiya hum ne. jo cosmic rays aa rahi hain, hum ne kya kiya? hum ne kuch bhi nahi kiya. toh yeh sab jis tarah se ek mehman hota hai, toh us ko sari cheez free di jaati hai.</w:t>
      </w:r>
      <w:r>
        <w:br/>
      </w:r>
      <w:r>
        <w:rPr>
          <w:sz w:val="20"/>
        </w:rPr>
        <w:t>21:30  toh insan goya ke is duniya mein Khuda ka mehman hai. kaisi ajeeb b</w:t>
      </w:r>
      <w:r>
        <w:br/>
      </w:r>
      <w:r>
        <w:rPr>
          <w:sz w:val="20"/>
        </w:rPr>
        <w:t>21:36  aat hai. phir maine socha ke dekhiye, ek hota hai mehman. yani aam mehman. ek mehman hota hai.</w:t>
      </w:r>
      <w:r>
        <w:br/>
      </w:r>
      <w:r>
        <w:rPr>
          <w:sz w:val="20"/>
        </w:rPr>
        <w:t>21:45  phir ek chief mehman hota hai. phir ek royal mehman hota hai. phir ek imperial mehman hota hai. yani aam mehman, khaas mehman, shahi mehman, shehanshahi mehman.</w:t>
      </w:r>
      <w:r>
        <w:br/>
      </w:r>
      <w:r>
        <w:rPr>
          <w:sz w:val="20"/>
        </w:rPr>
        <w:t>21:58  lekin insan jo hai, universal mehman hai. universal mehman hai. yani sari kainat is ki khidmat mein lagi hui hai.</w:t>
      </w:r>
      <w:r>
        <w:br/>
      </w:r>
      <w:r>
        <w:rPr>
          <w:sz w:val="20"/>
        </w:rPr>
        <w:t>22:12  main apne ghar ki chhat par khada hua subah ke waqt. toh suraj nikal raha tha. chaaron taraf darakht thay.</w:t>
      </w:r>
      <w:r>
        <w:br/>
      </w:r>
      <w:r>
        <w:rPr>
          <w:sz w:val="20"/>
        </w:rPr>
        <w:t>22:24  fiza mein chidiyan urr rahi theen. aur ek poora ek kainaati manzar tha, kainaati manzar. is mein main khada hua tha. toh mujhe woh ayat yaad aayi jo abhi main ne parhi.</w:t>
      </w:r>
      <w:r>
        <w:br/>
      </w:r>
      <w:r>
        <w:rPr>
          <w:sz w:val="20"/>
        </w:rPr>
        <w:t>22:37  ke sab kuch laga diya insan ki khidmat ke liye.</w:t>
      </w:r>
      <w:r>
        <w:br/>
      </w:r>
      <w:r>
        <w:rPr>
          <w:sz w:val="20"/>
        </w:rPr>
        <w:t>22:41  toh phir is ko maine personalize kiya. personalize kiya. yani sab kuch apne oopar dhala. toh ek ajeeb ehsaas hua.</w:t>
      </w:r>
      <w:r>
        <w:br/>
      </w:r>
      <w:r>
        <w:rPr>
          <w:sz w:val="20"/>
        </w:rPr>
        <w:t>22:51  ke sari kainat Khuda ne mere liye banai hai.</w:t>
      </w:r>
      <w:r>
        <w:br/>
      </w:r>
      <w:r>
        <w:rPr>
          <w:sz w:val="20"/>
        </w:rPr>
        <w:t>22:58  jo Allah ki blessings hain, jo universal atiyaat Khuda ke hain, is ko aap personalize kijiye, personalize. toh ek ajeeb ehsaas hoga.</w:t>
      </w:r>
      <w:r>
        <w:br/>
      </w:r>
      <w:r>
        <w:rPr>
          <w:sz w:val="20"/>
        </w:rPr>
        <w:t>23:10  ek sahib se baat ho rahi thi toh unhon ne kaha ke main park mein gaya walk karne ke liye toh wahan phool khile hue thay. is ko main ne kaha main dekhne aaon.</w:t>
      </w:r>
      <w:r>
        <w:br/>
      </w:r>
      <w:r>
        <w:rPr>
          <w:sz w:val="20"/>
        </w:rPr>
        <w:t>23:20  toh bohat hi beautiful thay. toh main ne socha ke kitna beautiful art hai yeh. toh main ne kaha theek hai yeh aap ne jo daryaft kiya hai, bohat bari daryaft hai lekin is se aage ek cheez daryaft karna hai aap ko.</w:t>
      </w:r>
      <w:r>
        <w:br/>
      </w:r>
      <w:r>
        <w:rPr>
          <w:sz w:val="20"/>
        </w:rPr>
        <w:t>23:36  agar</w:t>
      </w:r>
      <w:r>
        <w:br/>
      </w:r>
      <w:r>
        <w:rPr>
          <w:sz w:val="20"/>
        </w:rPr>
        <w:t>23:37  aap is duniya ko ek achhe art ke roop mein daryaft karen. toh aap ko sirf ek artist ka tasawwur aayega.</w:t>
      </w:r>
      <w:r>
        <w:br/>
      </w:r>
      <w:r>
        <w:rPr>
          <w:sz w:val="20"/>
        </w:rPr>
        <w:t>23:50  yani universe is a great art of a great artist</w:t>
      </w:r>
      <w:r>
        <w:br/>
      </w:r>
      <w:r>
        <w:rPr>
          <w:sz w:val="20"/>
        </w:rPr>
        <w:t>23:57  yeh aap soch paayenge. universe is a great art of a great artist toh artist ke liye aap ke andar kya hoga?</w:t>
      </w:r>
      <w:r>
        <w:br/>
      </w:r>
      <w:r>
        <w:rPr>
          <w:sz w:val="20"/>
        </w:rPr>
        <w:t>24:06  ek sense of awe aayega. aur ek bara artist hai, us ko maanne lagenge aap. lekin woh jo response dena hai aap ko shukr ka, woh nahi aayega.</w:t>
      </w:r>
      <w:r>
        <w:br/>
      </w:r>
      <w:r>
        <w:rPr>
          <w:sz w:val="20"/>
        </w:rPr>
        <w:t>24:19  shukr ka response dene ke liye ke aap us ko Khuda ko benefactor ke roop mein daryaft karen. munim ke roop mein daryaft karen. sirf artist ke taur par nahi.</w:t>
      </w:r>
      <w:r>
        <w:br/>
      </w:r>
      <w:r>
        <w:rPr>
          <w:sz w:val="20"/>
        </w:rPr>
        <w:t>24:32  yani agar aap yeh kahein ke universe is a great art and God is a great artist toh aap ne Khuda ko bas ek kharji, ek artist ke taur par daryaft kiya.</w:t>
      </w:r>
      <w:r>
        <w:br/>
      </w:r>
      <w:r>
        <w:rPr>
          <w:sz w:val="20"/>
        </w:rPr>
        <w:t>24:48  nahi. aap daryaft karein ke mujhe Khuda de raha hai sab kuch. tab shukr aayega.</w:t>
      </w:r>
      <w:r>
        <w:br/>
      </w:r>
      <w:r>
        <w:rPr>
          <w:sz w:val="20"/>
        </w:rPr>
        <w:t>24:58  tab sh</w:t>
      </w:r>
      <w:r>
        <w:br/>
      </w:r>
      <w:r>
        <w:rPr>
          <w:sz w:val="20"/>
        </w:rPr>
        <w:t>24:59  kar aaye ga. phir mein ne un se yahi baat kahi ke aap jo cheezen dunya mein insaan ko mil rahi hain, us ko personalize kijiye. apni zaat ko samjhiye ke mujhe sab mil raha hai.</w:t>
      </w:r>
      <w:r>
        <w:br/>
      </w:r>
      <w:r>
        <w:rPr>
          <w:sz w:val="20"/>
        </w:rPr>
        <w:t>25:10  tab bara shukr aaye ga. oshiayank shukr, samandari shukr.</w:t>
      </w:r>
      <w:r>
        <w:br/>
      </w:r>
      <w:r>
        <w:rPr>
          <w:sz w:val="20"/>
        </w:rPr>
        <w:t>25:18  to shukr jo hai, bohat hi. yaani alhamdu lillahi rabbil aalameen jo quran majeed mein hai.</w:t>
      </w:r>
      <w:r>
        <w:br/>
      </w:r>
      <w:r>
        <w:rPr>
          <w:sz w:val="20"/>
        </w:rPr>
        <w:t>25:28  to mufassireen ne likha hai ke alhamd jo hai, us ki haqeeqat shukr hai. yaani sab se bara kalma, pehla kalma jo quran mein bataya gaya, woh shukr ka kalma hai.</w:t>
      </w:r>
      <w:r>
        <w:br/>
      </w:r>
      <w:r>
        <w:rPr>
          <w:sz w:val="20"/>
        </w:rPr>
        <w:t>25:39  ke shukr ada karo.</w:t>
      </w:r>
      <w:r>
        <w:br/>
      </w:r>
      <w:r>
        <w:rPr>
          <w:sz w:val="20"/>
        </w:rPr>
        <w:t>25:43  shukr ada karo.</w:t>
      </w:r>
      <w:r>
        <w:br/>
      </w:r>
      <w:r>
        <w:rPr>
          <w:sz w:val="20"/>
        </w:rPr>
        <w:t>25:45  shukr jab kar paayen ge aap, jab aap khuda ki greatness ko, khuda ke yaani is baat ko ke woh blessing aap par barsa raha hai, inaam de raha hai, is sab ko daryaft karen.</w:t>
      </w:r>
      <w:r>
        <w:br/>
      </w:r>
      <w:r>
        <w:rPr>
          <w:sz w:val="20"/>
        </w:rPr>
        <w:t>26:01  jaise quran mein aik aayat hai wa ma qadarullah haqq qadrehi wal arzu jamee'an qabzatuhu was samawaatu matliyaatun bi yameenih</w:t>
      </w:r>
      <w:r>
        <w:br/>
      </w:r>
      <w:r>
        <w:rPr>
          <w:sz w:val="20"/>
        </w:rPr>
        <w:t>26:15  is ka matlab hai ke logon ne khuda ko underestimate kiya. haalankeh khuda woh hai ke qayamat ke din</w:t>
      </w:r>
      <w:r>
        <w:br/>
      </w:r>
      <w:r>
        <w:rPr>
          <w:sz w:val="20"/>
        </w:rPr>
        <w:t>26:27  poora aasman us ke us ke dayen haath mein lipta hua hoga. poori zameen us ke haath mein hogi.</w:t>
      </w:r>
      <w:r>
        <w:br/>
      </w:r>
      <w:r>
        <w:rPr>
          <w:sz w:val="20"/>
        </w:rPr>
        <w:t>26:35  is ka matlab yeh nahi hai ke dekhiye, maslan farz kijiye ke zameen hai ya aasman hai. to khuda bayen haath mein zameen le lega, dayen haath mein aasman le lega.</w:t>
      </w:r>
      <w:r>
        <w:br/>
      </w:r>
      <w:r>
        <w:rPr>
          <w:sz w:val="20"/>
        </w:rPr>
        <w:t>26:47  yeh matlab nahi hai. yeh matlab hai ke khuda ki qudrat ko bataya gaya hai. yaani khuda ka jo takht iqtidaar hai, woh poori kainat ko wasee' hai.</w:t>
      </w:r>
      <w:r>
        <w:br/>
      </w:r>
      <w:r>
        <w:rPr>
          <w:sz w:val="20"/>
        </w:rPr>
        <w:t>26:58  is ki jo hukumat hai, woh sab par haavi hai.</w:t>
      </w:r>
      <w:r>
        <w:br/>
      </w:r>
      <w:r>
        <w:rPr>
          <w:sz w:val="20"/>
        </w:rPr>
        <w:t>27:02  woh jo control kar raha hai, us se aik zara ya aik galaxy koi cheez bahar nahi hai. yeh sab kuch khuda ke ikhtiyar mein hai. lekin kya hai?</w:t>
      </w:r>
      <w:r>
        <w:br/>
      </w:r>
      <w:r>
        <w:rPr>
          <w:sz w:val="20"/>
        </w:rPr>
        <w:t>27:14  aaj hum us ko dekh nahi rahe. aik waqt aaye ga ke woh cheez bilkul saamne dikhai dene lage gi.</w:t>
      </w:r>
      <w:r>
        <w:br/>
      </w:r>
      <w:r>
        <w:rPr>
          <w:sz w:val="20"/>
        </w:rPr>
        <w:t>27:27  ab yeh sab sochen aap to khuda ke saath ajeeb ghareeb ehsaas aap ko paida hoga.</w:t>
      </w:r>
      <w:r>
        <w:br/>
      </w:r>
      <w:r>
        <w:rPr>
          <w:sz w:val="20"/>
        </w:rPr>
        <w:t>27:35  mein soch raha tha quran ki aik aayat ko le kar</w:t>
      </w:r>
      <w:r>
        <w:br/>
      </w:r>
      <w:r>
        <w:rPr>
          <w:sz w:val="20"/>
        </w:rPr>
        <w:t>27:39  . quran ki aik aayat hai ke</w:t>
      </w:r>
      <w:r>
        <w:br/>
      </w:r>
      <w:r>
        <w:rPr>
          <w:sz w:val="20"/>
        </w:rPr>
        <w:t>27:45  qayamat aur aakhirat ke baray mein innahu lahaqqun mithlu ma anlakum tattaqoona woh haq hai.</w:t>
      </w:r>
      <w:r>
        <w:br/>
      </w:r>
      <w:r>
        <w:rPr>
          <w:sz w:val="20"/>
        </w:rPr>
        <w:t>27:55  woh hone wali hai. jis tareeqay se tum bolte ho. to nutq jo hai, bolna, yaani speech ko le kar yeh kaha gaya ke woh haq hai.</w:t>
      </w:r>
      <w:r>
        <w:br/>
      </w:r>
      <w:r>
        <w:rPr>
          <w:sz w:val="20"/>
        </w:rPr>
        <w:t>28:06  is ka matlab kya hai?</w:t>
      </w:r>
      <w:r>
        <w:br/>
      </w:r>
      <w:r>
        <w:rPr>
          <w:sz w:val="20"/>
        </w:rPr>
        <w:t>28:08  to mein sochta raha, aaj sochta raha, aaj sochta raha. to mein ne socha ke Allah taala ki jitni bhi sifat hain, woh sab sifat is dunya mein hum dekh rahe hain.</w:t>
      </w:r>
      <w:r>
        <w:br/>
      </w:r>
      <w:r>
        <w:rPr>
          <w:sz w:val="20"/>
        </w:rPr>
        <w:t>28:20  matlab khuda ka khaliq hona. cheezen maujood hain to us ka khaliq hona hum dekh rahe hain. khuda ke raheem hona.</w:t>
      </w:r>
      <w:r>
        <w:br/>
      </w:r>
      <w:r>
        <w:rPr>
          <w:sz w:val="20"/>
        </w:rPr>
        <w:t>28:31  cheezen mein meaning hai aur blessing hai to hum khuda ki rehmat ko dekh rahe hain.</w:t>
      </w:r>
      <w:r>
        <w:br/>
      </w:r>
      <w:r>
        <w:rPr>
          <w:sz w:val="20"/>
        </w:rPr>
        <w:t>28:40  yaani khuda ki jitni sifat hain, woh sab manifest kar rahi hain is dunya mein.</w:t>
      </w:r>
      <w:r>
        <w:br/>
      </w:r>
      <w:r>
        <w:rPr>
          <w:sz w:val="20"/>
        </w:rPr>
        <w:t>28:47  jaise unhon ne kaha ke khuda ka art jo hai, ek phool ko dekh kar maine socha ke khuda ka kitna bara art hai yeh. to khuda ki is sari sifat ko aap kainat mein observe kar rahe hain.</w:t>
      </w:r>
      <w:r>
        <w:br/>
      </w:r>
      <w:r>
        <w:rPr>
          <w:sz w:val="20"/>
        </w:rPr>
        <w:t>28:59  lekin ek cheez abhi tak samne nahi aai. woh hai nutq, speech, bolna.</w:t>
      </w:r>
      <w:r>
        <w:br/>
      </w:r>
      <w:r>
        <w:rPr>
          <w:sz w:val="20"/>
        </w:rPr>
        <w:t>29:11  nojawani ki umar mein jab mujhe talash ka jazba aaya to main dewana war paharon mein, jangalon mein jata tha. yeh kehta tha, khuda wanda kab aayde mein kab tak tere aane ka intezar karoon?</w:t>
      </w:r>
      <w:r>
        <w:br/>
      </w:r>
      <w:r>
        <w:rPr>
          <w:sz w:val="20"/>
        </w:rPr>
        <w:t>29:27  to is ko sochte hue mujhe samajh aaya ke shayad main yeh keh raha tha ke khuda wanda to kab bolay ga?</w:t>
      </w:r>
      <w:r>
        <w:br/>
      </w:r>
      <w:r>
        <w:rPr>
          <w:sz w:val="20"/>
        </w:rPr>
        <w:t>29:36  tere bol ke sunne ka main kab tak intezar karoon?</w:t>
      </w:r>
      <w:r>
        <w:br/>
      </w:r>
      <w:r>
        <w:rPr>
          <w:sz w:val="20"/>
        </w:rPr>
        <w:t>29:40  kyun ke sari kainat mein khuda ke jalwe hain. lekin khuda ke bol nahi hain.</w:t>
      </w:r>
      <w:r>
        <w:br/>
      </w:r>
      <w:r>
        <w:rPr>
          <w:sz w:val="20"/>
        </w:rPr>
        <w:t>29:48  khuda ke jalwe hain. nannave sifat jo quran majeed mein khuda ki mani jati hain, woh sab khud dekhi ja rahi hain charon taraf.</w:t>
      </w:r>
      <w:r>
        <w:br/>
      </w:r>
      <w:r>
        <w:rPr>
          <w:sz w:val="20"/>
        </w:rPr>
        <w:t>29:58  yani khuda ka takhleeq karna, khuda ka parwarish karna, khuda ka rahim hona, khuda ka ek yani bohat hi beauty ko pasand karna, khuda ka aap ke liye rizq razzaq hona, yeh sab cheezein bilkul mubarrehan hain.</w:t>
      </w:r>
      <w:r>
        <w:br/>
      </w:r>
      <w:r>
        <w:rPr>
          <w:sz w:val="20"/>
        </w:rPr>
        <w:t>30:16  dikhai de rahi hain. lekin kahin bol nahi. jo kisi ne kaha ke Allah ne sunata, awaz nahi aati.</w:t>
      </w:r>
      <w:r>
        <w:br/>
      </w:r>
      <w:r>
        <w:rPr>
          <w:sz w:val="20"/>
        </w:rPr>
        <w:t>30:26  koi pahar bol nahi raha hai ke mujh ko paida karne wala khuda hai. koi samandar bol nahi raha hai. kisi galaxy se awaz nahi aati.</w:t>
      </w:r>
      <w:r>
        <w:br/>
      </w:r>
      <w:r>
        <w:rPr>
          <w:sz w:val="20"/>
        </w:rPr>
        <w:t>30:39  yani ek ek gameh takhleeq hai. lekin ek cheez is mein hazf hai. woh hai speech, woh hai bol. to main ek tajruba mujhe yaad aaya.</w:t>
      </w:r>
      <w:r>
        <w:br/>
      </w:r>
      <w:r>
        <w:rPr>
          <w:sz w:val="20"/>
        </w:rPr>
        <w:t>30:52  ek bar main ek conference mein gaya.</w:t>
      </w:r>
      <w:r>
        <w:br/>
      </w:r>
      <w:r>
        <w:rPr>
          <w:sz w:val="20"/>
        </w:rPr>
        <w:t>30:55  wahan conference mein kai log thay. is mein ek admi baitha hua tha mez ke kinare. bari zabardast shaksiyat wala admi. yani ek giant shaksiyat, giant.</w:t>
      </w:r>
      <w:r>
        <w:br/>
      </w:r>
      <w:r>
        <w:rPr>
          <w:sz w:val="20"/>
        </w:rPr>
        <w:t>31:07  sab se mukhtalif tha. lekin chup chap baitha hua tha.</w:t>
      </w:r>
      <w:r>
        <w:br/>
      </w:r>
      <w:r>
        <w:rPr>
          <w:sz w:val="20"/>
        </w:rPr>
        <w:t>31:14  yeh ek waqia hai. to main sochta tha yeh kya admi, kya cheez hai yeh?</w:t>
      </w:r>
      <w:r>
        <w:br/>
      </w:r>
      <w:r>
        <w:rPr>
          <w:sz w:val="20"/>
        </w:rPr>
        <w:t>31:22  yani matlab yeh woh but to nahi hai, koi statue to nahi hai. yeh to kya cheez hai yeh? chup chap baitha hua hai. ek waqt ek waqt aaya ke woh bola.</w:t>
      </w:r>
      <w:r>
        <w:br/>
      </w:r>
      <w:r>
        <w:rPr>
          <w:sz w:val="20"/>
        </w:rPr>
        <w:t>31:36  jab woh bola to sare log sunne lage is ke bol ko. ke kaun hai yeh? aisi kainat intezar mein hai ke khuda bolay.</w:t>
      </w:r>
      <w:r>
        <w:br/>
      </w:r>
      <w:r>
        <w:rPr>
          <w:sz w:val="20"/>
        </w:rPr>
        <w:t>31:48  jab khuda ki sari sifat zahir ho chuki hain,</w:t>
      </w:r>
      <w:r>
        <w:br/>
      </w:r>
      <w:r>
        <w:rPr>
          <w:sz w:val="20"/>
        </w:rPr>
        <w:t>31:51  ek hi sifat baqi hai. nutq, speech to zaroori hai ke woh bhi zahir ho. to yeh jo ayat hai wa innahu lahaqun mithla ma anlakum tattaqun ka matlab hai ke nannave sifat khuda ki to aap dekh chuke.</w:t>
      </w:r>
      <w:r>
        <w:br/>
      </w:r>
      <w:r>
        <w:rPr>
          <w:sz w:val="20"/>
        </w:rPr>
        <w:t>32:07  ek hi to baqi hai. jis din khuda bolay ga, wohi akhirat ka din hoga. kyun ke khuda jab bol de to test khatam.</w:t>
      </w:r>
      <w:r>
        <w:br/>
      </w:r>
      <w:r>
        <w:rPr>
          <w:sz w:val="20"/>
        </w:rPr>
        <w:t>32:17  aap ghor kijiye. khuda jab bol de to test kis baat ka?</w:t>
      </w:r>
      <w:r>
        <w:br/>
      </w:r>
      <w:r>
        <w:rPr>
          <w:sz w:val="20"/>
        </w:rPr>
        <w:t>32:22  test ko baqi rakhte hue, imtehan ki halat ko baqi rakhne ke liye khuda abhi bol nahi raha hai. jab khuda ke nazdeek count down ho raha hai, jab khuda ke nazdeek waqt aa jayega woh,</w:t>
      </w:r>
      <w:r>
        <w:br/>
      </w:r>
      <w:r>
        <w:rPr>
          <w:sz w:val="20"/>
        </w:rPr>
        <w:t>32:39  to bas achaanak awaz aayegi khuda ki.</w:t>
      </w:r>
      <w:r>
        <w:br/>
      </w:r>
      <w:r>
        <w:rPr>
          <w:sz w:val="20"/>
        </w:rPr>
        <w:t>32:44  la ta'tiqoo illa baqtan</w:t>
      </w:r>
      <w:r>
        <w:br/>
      </w:r>
      <w:r>
        <w:rPr>
          <w:sz w:val="20"/>
        </w:rPr>
        <w:t>32:52  to woh jo ayat maine parhi hai, is ayat ke silsile mein ek hadith aati hai.</w:t>
      </w:r>
      <w:r>
        <w:br/>
      </w:r>
      <w:r>
        <w:rPr>
          <w:sz w:val="20"/>
        </w:rPr>
        <w:t>32:59  yeh jo ayat hai ke wa ma qadarullah haqq qadrihi wal ardu jameean qabzatuhu was samawatu matliyatun biyameen ke sara khuda ke hath mein hoga.</w:t>
      </w:r>
      <w:r>
        <w:br/>
      </w:r>
      <w:r>
        <w:rPr>
          <w:sz w:val="20"/>
        </w:rPr>
        <w:t>33:12  to is mein ek hadith aati hai ke khuda akhirat mein zameen o asman ko apne hath mein lega.</w:t>
      </w:r>
      <w:r>
        <w:br/>
      </w:r>
      <w:r>
        <w:rPr>
          <w:sz w:val="20"/>
        </w:rPr>
        <w:t>33:21  aur kahega ya bolega ana al jabbarun ana al mutakabbirun ana muluk al ard</w:t>
      </w:r>
      <w:r>
        <w:br/>
      </w:r>
      <w:r>
        <w:rPr>
          <w:sz w:val="20"/>
        </w:rPr>
        <w:t>33:33  kahan hain jabbar, kahan hain mutakabbir? kahan hain woh log bara jo bara bante the? jo khud hi khuda ban kar baith gaye the.</w:t>
      </w:r>
      <w:r>
        <w:br/>
      </w:r>
      <w:r>
        <w:rPr>
          <w:sz w:val="20"/>
        </w:rPr>
        <w:t>33:43  mein hoon sab kuch. mein hoon qadir e mutlaq. mein mein hi sultan hoon.</w:t>
      </w:r>
      <w:r>
        <w:br/>
      </w:r>
      <w:r>
        <w:rPr>
          <w:sz w:val="20"/>
        </w:rPr>
        <w:t>33:50  mein hi badshah e kainat hoon. to riwayat mein aata hai ke jab rasool Allah sal Allah alaihi wasallam yeh yeh keh rahe the mimbar par khare ho kar madine mein, to aap ladkhada gaye.</w:t>
      </w:r>
      <w:r>
        <w:br/>
      </w:r>
      <w:r>
        <w:rPr>
          <w:sz w:val="20"/>
        </w:rPr>
        <w:t>34:06  sahaba kehte the, kehte hain ke aisa lagta tha ke aap gir padenge. jab aap ne kaha ke khuda qayamat mein apne hath mein le lega</w:t>
      </w:r>
      <w:r>
        <w:br/>
      </w:r>
      <w:r>
        <w:rPr>
          <w:sz w:val="20"/>
        </w:rPr>
        <w:t>34:18  zameen o asman ko, bolega ana al jabbarun ana al mutakabbirun ana muluk al ard to aap is tarah ladkhada gaye jaise ke aap gir padein.</w:t>
      </w:r>
      <w:r>
        <w:br/>
      </w:r>
      <w:r>
        <w:rPr>
          <w:sz w:val="20"/>
        </w:rPr>
        <w:t>34:29  yeh hai nutq. aap ghor kijiye is ko. ke is kainat mein khuda ki sari sifat ko aap tajruba kar rahe hain.</w:t>
      </w:r>
      <w:r>
        <w:br/>
      </w:r>
      <w:r>
        <w:rPr>
          <w:sz w:val="20"/>
        </w:rPr>
        <w:t>34:43  sari sifat ko tajruba kar rahe hain. misal ke taur par mujhe pyas lagti hai.</w:t>
      </w:r>
      <w:r>
        <w:br/>
      </w:r>
      <w:r>
        <w:rPr>
          <w:sz w:val="20"/>
        </w:rPr>
        <w:t>34:48  to khuda ki yeh sifat ke woh pani dene wala hai, pyas bharne wala hai. is ke liye samandar mein pani bhara hua hai, daryaon mein pani beh raha hai, chashmon mein pani rawan hai.</w:t>
      </w:r>
      <w:r>
        <w:br/>
      </w:r>
      <w:r>
        <w:rPr>
          <w:sz w:val="20"/>
        </w:rPr>
        <w:t>35:00  is ko le kar mein pi leta hoon. to khuda ka razzaq hona maine dekha.</w:t>
      </w:r>
      <w:r>
        <w:br/>
      </w:r>
      <w:r>
        <w:rPr>
          <w:sz w:val="20"/>
        </w:rPr>
        <w:t>35:12  kheton se ghalla ug rahe hain, bedon mein phal latak rahe hain. to khuda ke razzaq hone ko main dekh raha hoon.</w:t>
      </w:r>
      <w:r>
        <w:br/>
      </w:r>
      <w:r>
        <w:rPr>
          <w:sz w:val="20"/>
        </w:rPr>
        <w:t>35:19  bator tajruba. meri aankh hai. aap jante hain ke aankh ho, roshni na ho to aap dekh nahi sakte.</w:t>
      </w:r>
      <w:r>
        <w:br/>
      </w:r>
      <w:r>
        <w:rPr>
          <w:sz w:val="20"/>
        </w:rPr>
        <w:t>35:28  kuch bhi nahi dekhenge aap. roshni ko dekhne ke liye aankh ko dekhne ke liye roshni chahiye. ab mein aankh liye baitha hoon, muntazir raha hoon kaise dekhun.</w:t>
      </w:r>
      <w:r>
        <w:br/>
      </w:r>
      <w:r>
        <w:rPr>
          <w:sz w:val="20"/>
        </w:rPr>
        <w:t>35:40  to khuda suraj nikal deta hai.</w:t>
      </w:r>
      <w:r>
        <w:br/>
      </w:r>
      <w:r>
        <w:rPr>
          <w:sz w:val="20"/>
        </w:rPr>
        <w:t>35:44  khuda is bedr mein roshni de deta hai. jis ko hum bijli kehte hain. to main dekhne lagta hoon. to yahan maine daryaft kiya ke khuda jo hai roshni dene wala hai.</w:t>
      </w:r>
      <w:r>
        <w:br/>
      </w:r>
      <w:r>
        <w:rPr>
          <w:sz w:val="20"/>
        </w:rPr>
        <w:t>35:55  Allah nooru samawati wal ard</w:t>
      </w:r>
      <w:r>
        <w:br/>
      </w:r>
      <w:r>
        <w:rPr>
          <w:sz w:val="20"/>
        </w:rPr>
        <w:t>36:00  aise hi mere andar phephda hai, mujhe oxygen ki zaroorat hai. ab main kahan se oxygen laoon? to darakhton se oxygen ki supply shuru ho jati hai.</w:t>
      </w:r>
      <w:r>
        <w:br/>
      </w:r>
      <w:r>
        <w:rPr>
          <w:sz w:val="20"/>
        </w:rPr>
        <w:t>36:12  yahan main tajruba karta hoon ke koi hai jo meri zarooraton ko janta hai. meri oxygen supply kar raha hai. aise mein bolta hoon.</w:t>
      </w:r>
      <w:r>
        <w:br/>
      </w:r>
      <w:r>
        <w:rPr>
          <w:sz w:val="20"/>
        </w:rPr>
        <w:t>36:23  to agar beech mein hawa na ho to aap meri baat sunenge nahi. ab main sochta hoon ke main bolun to kaise sune doosra aadmi? to khuda hawaein bhej deta hai.</w:t>
      </w:r>
      <w:r>
        <w:br/>
      </w:r>
      <w:r>
        <w:rPr>
          <w:sz w:val="20"/>
        </w:rPr>
        <w:t>36:33  ab maine bola aur aap ne suna. is tarah hum ne tajruba kiya ke Allah jo hai janta hai ke mujhe bolne ke liye, meri bol ko sunne ke liye hawa chahiye.</w:t>
      </w:r>
      <w:r>
        <w:br/>
      </w:r>
      <w:r>
        <w:rPr>
          <w:sz w:val="20"/>
        </w:rPr>
        <w:t>36:44  yeh sari Allah ki jo sifat hain, is ka hum tajruba karte hain. yaqeen is se hamein yaqeen paida hota hai.</w:t>
      </w:r>
      <w:r>
        <w:br/>
      </w:r>
      <w:r>
        <w:rPr>
          <w:sz w:val="20"/>
        </w:rPr>
        <w:t>36:56  khuda rab hai, khuda razzaq hai, khuda raheem hai, khuda moti hai.</w:t>
      </w:r>
      <w:r>
        <w:br/>
      </w:r>
      <w:r>
        <w:rPr>
          <w:sz w:val="20"/>
        </w:rPr>
        <w:t>37:02  in sab ka tajruba hum karte hain. lekin ek cheez ka tajruba hum nahi kar paate. woh hai nutq, khuda ke bol.</w:t>
      </w:r>
      <w:r>
        <w:br/>
      </w:r>
      <w:r>
        <w:rPr>
          <w:sz w:val="20"/>
        </w:rPr>
        <w:t>37:13  wohi wahi cheez jo hai abhi baqi hai. aur woh akhirat mein hogi.</w:t>
      </w:r>
      <w:r>
        <w:br/>
      </w:r>
      <w:r>
        <w:rPr>
          <w:sz w:val="20"/>
        </w:rPr>
        <w:t>37:19  jab khuda ke hisab se din yani is dunya ke ka waqt aa jayega, aakhri.</w:t>
      </w:r>
      <w:r>
        <w:br/>
      </w:r>
      <w:r>
        <w:rPr>
          <w:sz w:val="20"/>
        </w:rPr>
        <w:t>37:31  is waqt khuda bolegah. aur khuda ke bolte hi imtehan ki halat khatam. is ke baad jannat jahannum shuru.</w:t>
      </w:r>
      <w:r>
        <w:br/>
      </w:r>
      <w:r>
        <w:rPr>
          <w:sz w:val="20"/>
        </w:rPr>
        <w:t>37:41  ek naya daur shuru ho jayega.</w:t>
      </w:r>
      <w:r>
        <w:br/>
      </w:r>
      <w:r>
        <w:rPr>
          <w:sz w:val="20"/>
        </w:rPr>
        <w:t>37:45  toh dekhiye ek hai khuda ki daryaft, khuda ke wajood ki daryaft. doosri cheez yeh hai ke aap daryaft karte hain toh aap ko response dena.</w:t>
      </w:r>
      <w:r>
        <w:br/>
      </w:r>
      <w:r>
        <w:rPr>
          <w:sz w:val="20"/>
        </w:rPr>
        <w:t>37:54  fitri baat hai ke aap response dein. isi response ka naam hai shukr. shukr. isi response ka naam hai shukr.</w:t>
      </w:r>
      <w:r>
        <w:br/>
      </w:r>
      <w:r>
        <w:rPr>
          <w:sz w:val="20"/>
        </w:rPr>
        <w:t>38:06  phir dekhiye. aap jab dunya mein jeete hain, tajruba karte hain toh lagta hai ke mein toh powerless hoon, mein toh helpless hoon.</w:t>
      </w:r>
      <w:r>
        <w:br/>
      </w:r>
      <w:r>
        <w:rPr>
          <w:sz w:val="20"/>
        </w:rPr>
        <w:t>38:19  mujhe koi chahiye jo jo meri madad kare. wahan par aap daryaft karte hain dua ki harkat ko.</w:t>
      </w:r>
      <w:r>
        <w:br/>
      </w:r>
      <w:r>
        <w:rPr>
          <w:sz w:val="20"/>
        </w:rPr>
        <w:t>38:30  dua ko bator haqeeqat ka daryaft karte hain. is waqt aap jab ke aap helpless hote hain. jaise quran mein hai ke jab tumhari kashti samandar mein phans jati hai.</w:t>
      </w:r>
      <w:r>
        <w:br/>
      </w:r>
      <w:r>
        <w:rPr>
          <w:sz w:val="20"/>
        </w:rPr>
        <w:t>38:44  is waqt tum khuda ko pukarte ho. amma yujeebul mustarri ila dawah wa yakshifus soo'a</w:t>
      </w:r>
      <w:r>
        <w:br/>
      </w:r>
      <w:r>
        <w:rPr>
          <w:sz w:val="20"/>
        </w:rPr>
        <w:t>38:54  toh yeh yani woh auqat jab ke aap apne aap ko helpless feel karte hain. is waqt pukarte hain khuda ko.</w:t>
      </w:r>
      <w:r>
        <w:br/>
      </w:r>
      <w:r>
        <w:rPr>
          <w:sz w:val="20"/>
        </w:rPr>
        <w:t>39:05  aur khuda aap ki madad karta hai.</w:t>
      </w:r>
      <w:r>
        <w:br/>
      </w:r>
      <w:r>
        <w:rPr>
          <w:sz w:val="20"/>
        </w:rPr>
        <w:t>39:12  khuda aap ki madad karta hai. quran majeed mein ek ayat hai. surah baqarah mein. surah al baqarah. wa idha saalaka ibadi anni fa inni qareebun ujeebu dawatad daa'i idha da'ani fal yastajeebu li wal yu'minu bi la allohum yashhadoon</w:t>
      </w:r>
      <w:r>
        <w:br/>
      </w:r>
      <w:r>
        <w:rPr>
          <w:sz w:val="20"/>
        </w:rPr>
        <w:t>39:33  jab mere bande tujh se sawal karein. is ka matlab nahi ke lafzon mein poochein. insaan sartaapa sawal hai.</w:t>
      </w:r>
      <w:r>
        <w:br/>
      </w:r>
      <w:r>
        <w:rPr>
          <w:sz w:val="20"/>
        </w:rPr>
        <w:t>39:43  hum har har qadam par apne aap ko helpless feel karte hain. woh jo hum woh jab jab hamein tajruba hota hai toh hum sartaapa sawal ban jate hain.</w:t>
      </w:r>
      <w:r>
        <w:br/>
      </w:r>
      <w:r>
        <w:rPr>
          <w:sz w:val="20"/>
        </w:rPr>
        <w:t>39:54  hum pukarne lagte hain. khuda mere helplessness ki talafi farma.</w:t>
      </w:r>
      <w:r>
        <w:br/>
      </w:r>
      <w:r>
        <w:rPr>
          <w:sz w:val="20"/>
        </w:rPr>
        <w:t>40:04  is ka toh is ka compensation ban ja. jab bhi aap ne apne ease ko apne apne helplessness ko daryaft karte hain toh foran aap chahte hain koi ho jo is ko compensate kare.</w:t>
      </w:r>
      <w:r>
        <w:br/>
      </w:r>
      <w:r>
        <w:rPr>
          <w:sz w:val="20"/>
        </w:rPr>
        <w:t>40:19  jo is ki talafi kare. isi ka naam hai dua.</w:t>
      </w:r>
      <w:r>
        <w:br/>
      </w:r>
      <w:r>
        <w:rPr>
          <w:sz w:val="20"/>
        </w:rPr>
        <w:t>40:25  toh daryaft jab aayegi toh lazman shukr aa</w:t>
      </w:r>
      <w:r>
        <w:br/>
      </w:r>
      <w:r>
        <w:rPr>
          <w:sz w:val="20"/>
        </w:rPr>
        <w:t>40:32  yega. jab shukr aayega toh lazman dua bhi aayegi. sab ek doosre se jude hue hain.</w:t>
      </w:r>
      <w:r>
        <w:br/>
      </w:r>
      <w:r>
        <w:rPr>
          <w:sz w:val="20"/>
        </w:rPr>
        <w:t>40:41  ek martaba dule mein ek sahib ka inteqal ho gaya. mere janne wale the woh. toh woh sirf un ki biwi ka pehle inteqal ho chuka tha.</w:t>
      </w:r>
      <w:r>
        <w:br/>
      </w:r>
      <w:r>
        <w:rPr>
          <w:sz w:val="20"/>
        </w:rPr>
        <w:t>40:53  ghar mein sirf un ka ek ladka aur ek ladki thi. dono abhi shadi nahi hui thi.</w:t>
      </w:r>
      <w:r>
        <w:br/>
      </w:r>
      <w:r>
        <w:rPr>
          <w:sz w:val="20"/>
        </w:rPr>
        <w:t>41:01  dono naujawani ki umar mein the. toh ghar mein biwi pehle ja chuki thi. baap the un ka inteqal ho gaya.</w:t>
      </w:r>
      <w:r>
        <w:br/>
      </w:r>
      <w:r>
        <w:rPr>
          <w:sz w:val="20"/>
        </w:rPr>
        <w:t>41:09  ab wohi do bachche ghar mein the. toh main wahan gaya. aur bhi kai log wahan aaye hue the. toh un ke ek sahib jo shayad dost honge aur rishtedar honge.</w:t>
      </w:r>
      <w:r>
        <w:br/>
      </w:r>
      <w:r>
        <w:rPr>
          <w:sz w:val="20"/>
        </w:rPr>
        <w:t>41:21  unhone bachchon ko tasalli dete hue kaha tha. ke ghabrao mat</w:t>
      </w:r>
      <w:r>
        <w:br/>
      </w:r>
      <w:r>
        <w:rPr>
          <w:sz w:val="20"/>
        </w:rPr>
        <w:t>41:28  mein dile mein hoon. aur mein mujhe apne baap ki jagah samjho. to woh lafz bolay thay.</w:t>
      </w:r>
      <w:r>
        <w:br/>
      </w:r>
      <w:r>
        <w:rPr>
          <w:sz w:val="20"/>
        </w:rPr>
        <w:t>41:40  keh</w:t>
      </w:r>
      <w:r>
        <w:br/>
      </w:r>
      <w:r>
        <w:rPr>
          <w:sz w:val="20"/>
        </w:rPr>
        <w:t>41:45  I am just a call away.</w:t>
      </w:r>
      <w:r>
        <w:br/>
      </w:r>
      <w:r>
        <w:rPr>
          <w:sz w:val="20"/>
        </w:rPr>
        <w:t>41:51  I am just a call away</w:t>
      </w:r>
      <w:r>
        <w:br/>
      </w:r>
      <w:r>
        <w:rPr>
          <w:sz w:val="20"/>
        </w:rPr>
        <w:t>41:54  . yeh angrezi mein aisa kaha jata hai. matlab aik telephone karo mein maujood hoon. I am just a call away.</w:t>
      </w:r>
      <w:r>
        <w:br/>
      </w:r>
      <w:r>
        <w:rPr>
          <w:sz w:val="20"/>
        </w:rPr>
        <w:t>42:05  to wohi to ayat mein hai. ad'ooni astajib lakum pukaro mujhe to apne paas pao gay.</w:t>
      </w:r>
      <w:r>
        <w:br/>
      </w:r>
      <w:r>
        <w:rPr>
          <w:sz w:val="20"/>
        </w:rPr>
        <w:t>42:16  WA IDHA SA ALAKA IBADI ANNI FA INNI QARIB UN UJEB DAWAT AD DA'I DHAA DA'N FAL YASTAJEEBOO LI WAL YUBNOO BI LA ALAMOO MIN SHUDOON</w:t>
      </w:r>
      <w:r>
        <w:br/>
      </w:r>
      <w:r>
        <w:rPr>
          <w:sz w:val="20"/>
        </w:rPr>
        <w:t>42:26  to wohi to yeh hai. Khuda keh raha hai keh I am just a call away.</w:t>
      </w:r>
      <w:r>
        <w:br/>
      </w:r>
      <w:r>
        <w:rPr>
          <w:sz w:val="20"/>
        </w:rPr>
        <w:t>42:36  mujhe pukaro aur tum mujhe apne paas pao gay.</w:t>
      </w:r>
      <w:r>
        <w:br/>
      </w:r>
      <w:r>
        <w:rPr>
          <w:sz w:val="20"/>
        </w:rPr>
        <w:t>42:44  to yeh kitna bara kal aik sahib se bari baat ho rahi thi. unhein kuch problem paish aa raha tha.</w:t>
      </w:r>
      <w:r>
        <w:br/>
      </w:r>
      <w:r>
        <w:rPr>
          <w:sz w:val="20"/>
        </w:rPr>
        <w:t>42:55  to mein ne kaha keh Khuda ki madad ko yaqeeni banane ke liye nuskhah kya hai? keh agar aap ne andar woh sifat paida kar lein to yaqeen kar lijiye keh Khuda ki madad lazman aye gi aap ko.</w:t>
      </w:r>
      <w:r>
        <w:br/>
      </w:r>
      <w:r>
        <w:rPr>
          <w:sz w:val="20"/>
        </w:rPr>
        <w:t>43:14  woh kya hai woh madad?</w:t>
      </w:r>
      <w:r>
        <w:br/>
      </w:r>
      <w:r>
        <w:rPr>
          <w:sz w:val="20"/>
        </w:rPr>
        <w:t>43:17  Qur'an mein hai keh WAL LAZEENA AMANOO ASHADDU HUBBAL LILLAH jo Allah par iman lanay walay hain woh Allah se shadeed mohabbat karte hain.</w:t>
      </w:r>
      <w:r>
        <w:br/>
      </w:r>
      <w:r>
        <w:rPr>
          <w:sz w:val="20"/>
        </w:rPr>
        <w:t>43:32  mohabbat ka kya cheez hai? hub kya cheez hai? hub hai strong affection. hub ke liye behtareen lafz hai strong affection.</w:t>
      </w:r>
      <w:r>
        <w:br/>
      </w:r>
      <w:r>
        <w:rPr>
          <w:sz w:val="20"/>
        </w:rPr>
        <w:t>43:44  to Khuda se aap ko strong affection ho jaye.</w:t>
      </w:r>
      <w:r>
        <w:br/>
      </w:r>
      <w:r>
        <w:rPr>
          <w:sz w:val="20"/>
        </w:rPr>
        <w:t>43:51  jab strong affection ke sath aap Khuda se kuch mangen to Khuda par lazim ho jata hai keh woh poora kare is ko.</w:t>
      </w:r>
      <w:r>
        <w:br/>
      </w:r>
      <w:r>
        <w:rPr>
          <w:sz w:val="20"/>
        </w:rPr>
        <w:t>44:02  mohabbat karne walay ko koi radd nahi kar sakta. aap apne family mein tajruba kar ke dekh lijiye. jo aadmi aap se mohabbat karta ho, jo bachah aap se mohabbat karta ho, us ke sawal ko aap radd nahi kar paate.</w:t>
      </w:r>
      <w:r>
        <w:br/>
      </w:r>
      <w:r>
        <w:rPr>
          <w:sz w:val="20"/>
        </w:rPr>
        <w:t>44:17  radd nahi kar paate aap. to</w:t>
      </w:r>
      <w:r>
        <w:br/>
      </w:r>
      <w:r>
        <w:rPr>
          <w:sz w:val="20"/>
        </w:rPr>
        <w:t>44:22  aap agar chahte hain keh aap yaqeeni banayein keh Khuda ki madad lazman aap ko aye gi to woh dua kijiye jo dua ke sath hub shamil ho.</w:t>
      </w:r>
      <w:r>
        <w:br/>
      </w:r>
      <w:r>
        <w:rPr>
          <w:sz w:val="20"/>
        </w:rPr>
        <w:t>44:36  jaise mein ne aik qissah bataya tha is se pehlay aap logon ko keh aik bachah tha us ke baap school master thay.</w:t>
      </w:r>
      <w:r>
        <w:br/>
      </w:r>
      <w:r>
        <w:rPr>
          <w:sz w:val="20"/>
        </w:rPr>
        <w:t>44:48  to bachay ko shauq tha bicycle ka. aur baap ki tankhwah kam thi. to bachay ne apne baap se kaha keh mujhe bicycle chahiye.</w:t>
      </w:r>
      <w:r>
        <w:br/>
      </w:r>
      <w:r>
        <w:rPr>
          <w:sz w:val="20"/>
        </w:rPr>
        <w:t>45:00  to baap ne us ko nazar andaaz kar diya. taal diya. to bete ne kai bar kaha.</w:t>
      </w:r>
      <w:r>
        <w:br/>
      </w:r>
      <w:r>
        <w:rPr>
          <w:sz w:val="20"/>
        </w:rPr>
        <w:t>45:12  to aik bar beta jo hai us ne kaha aur baap ne us ko jharak diya mujh se keh mujh se bicycle ke liye mat kehna.</w:t>
      </w:r>
      <w:r>
        <w:br/>
      </w:r>
      <w:r>
        <w:rPr>
          <w:sz w:val="20"/>
        </w:rPr>
        <w:t>45:22  mere paas itna paisa nahi keh mein tum ko bicycle doon. to bete ne jo mohabbat ke sath bolte hain yani woh mohabbat walay andaaz mein beta apne baap se kaha us ne.</w:t>
      </w:r>
      <w:r>
        <w:br/>
      </w:r>
      <w:r>
        <w:rPr>
          <w:sz w:val="20"/>
        </w:rPr>
        <w:t>45:35  aap ne yeh manzar dekha hoga keh aik beta jab mohabbat ke sath apni maan se apne baap se khitab karta hai to kaisa andaaz hota hai us ka. is mohabbat walay andaaz mein bete ne keh diya keh aap hi to hamare baap hain aap se na kahoon to kis se kahoon?</w:t>
      </w:r>
      <w:r>
        <w:br/>
      </w:r>
      <w:r>
        <w:rPr>
          <w:sz w:val="20"/>
        </w:rPr>
        <w:t>45:56  aap hi to hamare baap hain aap se na kahein to kis se kahein? ab beta bhi ro pada aur baap bhi ro pada.</w:t>
      </w:r>
      <w:r>
        <w:br/>
      </w:r>
      <w:r>
        <w:rPr>
          <w:sz w:val="20"/>
        </w:rPr>
        <w:t>46:05  donon rone lage. to baap ne kaha ke theek hai main tum ko kal tak bicycle ka intezaam kar doonga.</w:t>
      </w:r>
      <w:r>
        <w:br/>
      </w:r>
      <w:r>
        <w:rPr>
          <w:sz w:val="20"/>
        </w:rPr>
        <w:t>46:15  aur kal unhon ne bicycle ka intezaam kar diya. to dekhiye dua jo hai jazb-e-mohabbat ka izhaar hai.</w:t>
      </w:r>
      <w:r>
        <w:br/>
      </w:r>
      <w:r>
        <w:rPr>
          <w:sz w:val="20"/>
        </w:rPr>
        <w:t>46:25  yaad rakhiye.</w:t>
      </w:r>
      <w:r>
        <w:br/>
      </w:r>
      <w:r>
        <w:rPr>
          <w:sz w:val="20"/>
        </w:rPr>
        <w:t>46:29  dua kya hai? announcement nahin hai ke aap ne loud speaker par cheekh diya aey logon yeh yeh karo.</w:t>
      </w:r>
      <w:r>
        <w:br/>
      </w:r>
      <w:r>
        <w:rPr>
          <w:sz w:val="20"/>
        </w:rPr>
        <w:t>46:37  dua jazb-e-mohabbat ka izhaar hai. dua ka matlab yeh hai ke aap ko Khuda se strong affection hai. aap ko yaqeen hai ke Khuda hi meri baaton ko jaanta hai.</w:t>
      </w:r>
      <w:r>
        <w:br/>
      </w:r>
      <w:r>
        <w:rPr>
          <w:sz w:val="20"/>
        </w:rPr>
        <w:t>46:49  aap ko yaqeen hai ke mera meri khwahishon ko poora karne wala sirf Khuda hi hai. aap ko yaqeen hai ke yahi to mera sab kuch hai kisi aur se main kyun jaon kehne ke liye?</w:t>
      </w:r>
      <w:r>
        <w:br/>
      </w:r>
      <w:r>
        <w:rPr>
          <w:sz w:val="20"/>
        </w:rPr>
        <w:t>47:03  yaani Khuda hi to mera sab kuch hai to kisi aur se main kehne ke liye kyun jaon? yeh saari jo kaifiyat hain yeh sab jab milti hain aur dhalta hain kuch lafzon mein isi ka naam dua hota hai.</w:t>
      </w:r>
      <w:r>
        <w:br/>
      </w:r>
      <w:r>
        <w:rPr>
          <w:sz w:val="20"/>
        </w:rPr>
        <w:t>47:21  yaani pehle aap ne Khuda ko daryaft kiya. sho'oori marifat haasil ki Khuda ki.</w:t>
      </w:r>
      <w:r>
        <w:br/>
      </w:r>
      <w:r>
        <w:rPr>
          <w:sz w:val="20"/>
        </w:rPr>
        <w:t>47:27  phir Khuda ki jo boundaries hain is ko jaankar ke aap ko Khuda se bohat ziyada affection paida hua. isi mein jee rahe hain aap.</w:t>
      </w:r>
      <w:r>
        <w:br/>
      </w:r>
      <w:r>
        <w:rPr>
          <w:sz w:val="20"/>
        </w:rPr>
        <w:t>47:39  Khuda ki azmat, Khuda ki glory, Khuda ki rehmat, Khuda ki blessing yeh sab aap ke mind mein chhai hui hai. is tarah ki ek zindagi aap guzaar rahe hain.</w:t>
      </w:r>
      <w:r>
        <w:br/>
      </w:r>
      <w:r>
        <w:rPr>
          <w:sz w:val="20"/>
        </w:rPr>
        <w:t>47:50  phir aap ko ek masla pesh aata hai.</w:t>
      </w:r>
      <w:r>
        <w:br/>
      </w:r>
      <w:r>
        <w:rPr>
          <w:sz w:val="20"/>
        </w:rPr>
        <w:t>47:55  aur phir aap isi isi saare jazbaat aur mohabbat ke sath pukaar uthte hain.</w:t>
      </w:r>
      <w:r>
        <w:br/>
      </w:r>
      <w:r>
        <w:rPr>
          <w:sz w:val="20"/>
        </w:rPr>
        <w:t>48:03  to Khuda insani zabaan mein main kahunga ke Khuda is ka tahammul nahin kar sakta ke aap ki madad na kare.</w:t>
      </w:r>
      <w:r>
        <w:br/>
      </w:r>
      <w:r>
        <w:rPr>
          <w:sz w:val="20"/>
        </w:rPr>
        <w:t>48:15  jaise pichhle Sunday class mein main ne ek qissa bataya tha aap ko Jaipur ke ka tajruba ke hamare kuch saathi wahan gaye the bohat saare bundle le kar.</w:t>
      </w:r>
      <w:r>
        <w:br/>
      </w:r>
      <w:r>
        <w:rPr>
          <w:sz w:val="20"/>
        </w:rPr>
        <w:t>48:28  ab ek mauqa par woh woh kitabon ka bundle uth nahin raha tha. to hamare saathi ne ki zabaan se nikla Khudaaya hum tera bojh utha rahe hain to hamara bojh utha le.</w:t>
      </w:r>
      <w:r>
        <w:br/>
      </w:r>
      <w:r>
        <w:rPr>
          <w:sz w:val="20"/>
        </w:rPr>
        <w:t>48:46  Khudaaya hum tera bojh utha rahe hain to hamara bojh utha le.</w:t>
      </w:r>
      <w:r>
        <w:br/>
      </w:r>
      <w:r>
        <w:rPr>
          <w:sz w:val="20"/>
        </w:rPr>
        <w:t>48:50  yeh tha woh jazba jo bhara hua hai Khuda ke liye aap ke andar woh ubal pada kuch lafzon ki shakal mein.</w:t>
      </w:r>
      <w:r>
        <w:br/>
      </w:r>
      <w:r>
        <w:rPr>
          <w:sz w:val="20"/>
        </w:rPr>
        <w:t>49:00  dua dekhiye yaad rakhiye koi rate hue alfaaz koi repeat karne ka naam nahin hai. kuch kitaab hoti hain main Hajj ke liye gaya to wahan dekha hua hai jitne haji hain sab kitaabein liye hue hain is mein duaon ko rat rat rahe hain.</w:t>
      </w:r>
      <w:r>
        <w:br/>
      </w:r>
      <w:r>
        <w:rPr>
          <w:sz w:val="20"/>
        </w:rPr>
        <w:t>49:19  Jihad mein bhi rat rahe hain Makkah mein bhi rat rahe hain. woh samajhte the ke bhai yeh yeh dua likhi ji wahi hai isi ko rat lo munh se bol do to yeh dua hai. That's ridiculous yeh dua nahin hai.</w:t>
      </w:r>
      <w:r>
        <w:br/>
      </w:r>
      <w:r>
        <w:rPr>
          <w:sz w:val="20"/>
        </w:rPr>
        <w:t>49:33  dua to ek shakhsiyat ki pukaar hai. ek shakhsiyat jo pehle bana chuke hain aap. ek personality jo pehle aap bana chuke hain aap.</w:t>
      </w:r>
      <w:r>
        <w:br/>
      </w:r>
      <w:r>
        <w:rPr>
          <w:sz w:val="20"/>
        </w:rPr>
        <w:t>49:44  ke Khuda ko aap ne sho'oori taur par jaana.</w:t>
      </w:r>
      <w:r>
        <w:br/>
      </w:r>
      <w:r>
        <w:rPr>
          <w:sz w:val="20"/>
        </w:rPr>
        <w:t>49:49  aap ki dil gehraiyon mein Khuda utar aaya. aap ke dil o dimaagh mein Khuda tairne laga. us ki rehmaton us ki blessing mein aap sharabor ho kar jeene lage.</w:t>
      </w:r>
      <w:r>
        <w:br/>
      </w:r>
      <w:r>
        <w:rPr>
          <w:sz w:val="20"/>
        </w:rPr>
        <w:t>50:06  jab aap ne paani piya to us waqt aap ek samandar ka shukr aap ke andar aa gaya.</w:t>
      </w:r>
      <w:r>
        <w:br/>
      </w:r>
      <w:r>
        <w:rPr>
          <w:sz w:val="20"/>
        </w:rPr>
        <w:t>50:16  waghera waghera yeh sab ehsasat mein ek shakhsiyat bani. ab phir us ko ek sawal ek masla saamne aaya.</w:t>
      </w:r>
      <w:r>
        <w:br/>
      </w:r>
      <w:r>
        <w:rPr>
          <w:sz w:val="20"/>
        </w:rPr>
        <w:t>50:25  is waqt woh pukar utha</w:t>
      </w:r>
      <w:r>
        <w:br/>
      </w:r>
      <w:r>
        <w:rPr>
          <w:sz w:val="20"/>
        </w:rPr>
        <w:t>50:29  khudaaya tu hi to mera khuda hai mein tere siwa kis se kahoon apni baat ko. is waqt khuda ki rehmat josh mein aati hai.</w:t>
      </w:r>
      <w:r>
        <w:br/>
      </w:r>
      <w:r>
        <w:rPr>
          <w:sz w:val="20"/>
        </w:rPr>
        <w:t>50:40  tu is waqt insani zabaan mein mein kahoon ga ke khuda is ka tahammul nahi kar sakta ke apne bande ki madad na karay.</w:t>
      </w:r>
      <w:r>
        <w:br/>
      </w:r>
      <w:r>
        <w:rPr>
          <w:sz w:val="20"/>
        </w:rPr>
        <w:t>50:51  phir in saari cheezon ke milnay ke baad jo cheez banti hai aakhir mein woh hai dawat. daai ek aisi shakhsiyat ka naam hai jis mein yeh sab cheezain jama ho gayee hoon.</w:t>
      </w:r>
      <w:r>
        <w:br/>
      </w:r>
      <w:r>
        <w:rPr>
          <w:sz w:val="20"/>
        </w:rPr>
        <w:t>51:03  daai ko alag se koi announcement nahi hai jisay record baja diya aap ne to woh dawat ho gayi.</w:t>
      </w:r>
      <w:r>
        <w:br/>
      </w:r>
      <w:r>
        <w:rPr>
          <w:sz w:val="20"/>
        </w:rPr>
        <w:t>51:09  dawat koi announcement nahi hai. dawat is insaan ka aakhri zahoor hai jis ka aaghaz hua daryaft se phir jo pohancha shukr o hamd tak phir woh duaon mein dhalta raha.</w:t>
      </w:r>
      <w:r>
        <w:br/>
      </w:r>
      <w:r>
        <w:rPr>
          <w:sz w:val="20"/>
        </w:rPr>
        <w:t>51:26  phir woh is ne dekha ke insaan itnay saaray hain woh bhatkay hue hain un ki kharkhai ke tehat is ka andar ka jo samandar jazbaat ka samandar tha woh phat pada.</w:t>
      </w:r>
      <w:r>
        <w:br/>
      </w:r>
      <w:r>
        <w:rPr>
          <w:sz w:val="20"/>
        </w:rPr>
        <w:t>51:40  that is dawat koi insaan jo is tarah se bana ho woh afford nahi kar sakta ke woh daai na banay.</w:t>
      </w:r>
      <w:r>
        <w:br/>
      </w:r>
      <w:r>
        <w:rPr>
          <w:sz w:val="20"/>
        </w:rPr>
        <w:t>51:50  woh dawat ka kaam na karay.</w:t>
      </w:r>
      <w:r>
        <w:br/>
      </w:r>
      <w:r>
        <w:rPr>
          <w:sz w:val="20"/>
        </w:rPr>
        <w:t>51:57  yaani dawat jo hai woh woh woh to phat kar nikalti hai.</w:t>
      </w:r>
      <w:r>
        <w:br/>
      </w:r>
      <w:r>
        <w:rPr>
          <w:sz w:val="20"/>
        </w:rPr>
        <w:t>52:03  isi liye mein kaha karta hoon ke aap log khud program banana hai aap ko. aap ne har shakhs ko khud program banana hai. khud sochna hai.</w:t>
      </w:r>
      <w:r>
        <w:br/>
      </w:r>
      <w:r>
        <w:rPr>
          <w:sz w:val="20"/>
        </w:rPr>
        <w:t>52:12  khud planning karna hai. kyun? mein woh woh shakhsiyat matloob hai jis ko kuch batane ki zaroorat na ho. jab woh shakhsiyat aap ke andar ban jaye.</w:t>
      </w:r>
      <w:r>
        <w:br/>
      </w:r>
      <w:r>
        <w:rPr>
          <w:sz w:val="20"/>
        </w:rPr>
        <w:t>52:26  yaqeen wali shakhsiyat. shukr wali shakhsiyat. dua wali shakhsiyat.</w:t>
      </w:r>
      <w:r>
        <w:br/>
      </w:r>
      <w:r>
        <w:rPr>
          <w:sz w:val="20"/>
        </w:rPr>
        <w:t>52:34  allah ko ki is ki tamam glory ke sath jaan lenay ki shakhsiyat. yeh jab ban jaye to is ke baad to bilkul fitrat ka taqaza hai ke aap daai ban kar insaanon ke darmiyan dorne lagain.</w:t>
      </w:r>
      <w:r>
        <w:br/>
      </w:r>
      <w:r>
        <w:rPr>
          <w:sz w:val="20"/>
        </w:rPr>
        <w:t>52:55  to agar aap announcement karnay ko dawat jantay hon to aap ne dawat ko samjha nahi</w:t>
      </w:r>
      <w:r>
        <w:br/>
      </w:r>
      <w:r>
        <w:rPr>
          <w:sz w:val="20"/>
        </w:rPr>
        <w:t>53:01  . agar aap yeh samajhtay hon ke koi koi central ek body hai wahan se direction aa rahi hai is ko le kar ke aap idhar udhar dawat pohancha rahay hon woh bhi dawat nahi hai.</w:t>
      </w:r>
      <w:r>
        <w:br/>
      </w:r>
      <w:r>
        <w:rPr>
          <w:sz w:val="20"/>
        </w:rPr>
        <w:t>53:15  dawat yeh hai ke aap aap mein se har shakhs jo hai is ke andar ek ek moaj uthay. ek toofan bhar ke is ko woh afford na kar sakay ke woh daai ke liye daai ban kar na khara ho logon ke samnay.</w:t>
      </w:r>
      <w:r>
        <w:br/>
      </w:r>
      <w:r>
        <w:rPr>
          <w:sz w:val="20"/>
        </w:rPr>
        <w:t>53:35  to aisa aadmi ko be intazar nahi rahay ga ke koi is ko program day. koi is ko direction day.</w:t>
      </w:r>
      <w:r>
        <w:br/>
      </w:r>
      <w:r>
        <w:rPr>
          <w:sz w:val="20"/>
        </w:rPr>
        <w:t>53:44  woh sochay ga khud sochay ga. khud planning karay ga. khud woh logon mein pohanchay ga. aur saaray sathiyon ko khud ko maani hai nahi ke akeley akeley saaray sathiyon se kahay ga ke chalo chalo yahan hai hamara kaam.</w:t>
      </w:r>
      <w:r>
        <w:br/>
      </w:r>
      <w:r>
        <w:rPr>
          <w:sz w:val="20"/>
        </w:rPr>
        <w:t>54:04  yeh hai imaan yeh hai islam.</w:t>
      </w:r>
      <w:r>
        <w:br/>
      </w:r>
      <w:r>
        <w:rPr>
          <w:sz w:val="20"/>
        </w:rPr>
        <w:t>54:10  imaan aur islam koi koi rituals ka naam nahi hai.</w:t>
      </w:r>
      <w:r>
        <w:br/>
      </w:r>
      <w:r>
        <w:rPr>
          <w:sz w:val="20"/>
        </w:rPr>
        <w:t>54:20  ek kisi scholar ko mein ne parha tha ek baar ke us ne kaha ke religion begins from from an ideology then after some generation it is reduced to a culture to a community culture</w:t>
      </w:r>
      <w:r>
        <w:br/>
      </w:r>
      <w:r>
        <w:rPr>
          <w:sz w:val="20"/>
        </w:rPr>
        <w:t>54:41  to is ka naam islam nahi hai. woh to reduced form hai islam ka.</w:t>
      </w:r>
      <w:r>
        <w:br/>
      </w:r>
      <w:r>
        <w:rPr>
          <w:sz w:val="20"/>
        </w:rPr>
        <w:t>54:51  islam to ek zinda ek ek living force ka naam</w:t>
      </w:r>
      <w:r>
        <w:br/>
      </w:r>
      <w:r>
        <w:rPr>
          <w:sz w:val="20"/>
        </w:rPr>
        <w:t>54:54  hai. ek zinda shakhsiyat hota hai woh aadmi jis ke andar islam utar aaye.</w:t>
      </w:r>
      <w:r>
        <w:br/>
      </w:r>
      <w:r>
        <w:rPr>
          <w:sz w:val="20"/>
        </w:rPr>
        <w:t>55:02  aik discovery hoti hai aik daryaft hoti hai.</w:t>
      </w:r>
      <w:r>
        <w:br/>
      </w:r>
      <w:r>
        <w:rPr>
          <w:sz w:val="20"/>
        </w:rPr>
        <w:t>55:08  jis se aik shakhsiyat banti hai. phir woh shakhsiyat jab ban jaye to us se se shukr ublega dua ublegi.</w:t>
      </w:r>
      <w:r>
        <w:br/>
      </w:r>
      <w:r>
        <w:rPr>
          <w:sz w:val="20"/>
        </w:rPr>
        <w:t>55:18  dawat ublegi.</w:t>
      </w:r>
      <w:r>
        <w:br/>
      </w:r>
      <w:r>
        <w:rPr>
          <w:sz w:val="20"/>
        </w:rPr>
        <w:t>55:22  yeh dua jo hai dua kya hai is ke baray mein bukhari mein aik riwayat aati hai.</w:t>
      </w:r>
      <w:r>
        <w:br/>
      </w:r>
      <w:r>
        <w:rPr>
          <w:sz w:val="20"/>
        </w:rPr>
        <w:t>55:34  to</w:t>
      </w:r>
      <w:r>
        <w:br/>
      </w:r>
      <w:r>
        <w:rPr>
          <w:sz w:val="20"/>
        </w:rPr>
        <w:t>55:37  aam tor par kaha jata hai ke prayer is power logon ko dua is the only solution</w:t>
      </w:r>
      <w:r>
        <w:br/>
      </w:r>
      <w:r>
        <w:rPr>
          <w:sz w:val="20"/>
        </w:rPr>
        <w:t>55:44  to bukhari mein aik riwayat aati hai ke teen aadmi pehle zamanay ke jo ummaten theen yani pichlay zamanay ke muslim to teen aadmi safar kar rahay thay jab aaj kal ki tarah sarkain waghera nahi hoti tab ki baat hai yeh to aik jagah raat ke waqt unhon ne aik khop pehle zamanay mein aap jantay hain ke hotel waghera bhi nahi hua karte thay</w:t>
      </w:r>
      <w:r>
        <w:br/>
      </w:r>
      <w:r>
        <w:rPr>
          <w:sz w:val="20"/>
        </w:rPr>
        <w:t>56:12  to raat guzarne ke liye woh aik pahar ke khop mein thehray to raat ko kya hua ke landslide ho gaya aik pathar khisak aap jantay hain pathar khisakte rehte hain chatanen paharon par chatanen khisakti rehti hain to khisak ke jab neechay girti hain to usay kehte hain landslide</w:t>
      </w:r>
      <w:r>
        <w:br/>
      </w:r>
      <w:r>
        <w:rPr>
          <w:sz w:val="20"/>
        </w:rPr>
        <w:t>56:37  to aik pathar khisak kar aa kar theek us khop ke us ghar ke munh par aa kar aisi aa gaya ab ghar ka munh is tarah band ho gaya ke woh log nikal nahi sakte thay ab paṛta tha bhari tha ke usay hata bhi nahi sakte thay aik dam bilkul band ho gaye woh aaj kal ki tarah un ke paas mobile nahi tha un ki jeeb mein mobile karein kahin bhai dekho mein farzi jagah phans raha hoon phans gaya hoon daurdo</w:t>
      </w:r>
      <w:r>
        <w:br/>
      </w:r>
      <w:r>
        <w:rPr>
          <w:sz w:val="20"/>
        </w:rPr>
        <w:t>57:07  yeh bhi nahi tha is zamanay mein ab to yeh hai ke fefaur aap mobile uthate hain aur usay message dete hain to daur kar aadmi pahunchta hai wahan to behal woh phans gaye is mein to teeno ne socha ke kya karein ab to unhon ne kaha hamare paas ab koi cheez nahi hai siwaye dua ke</w:t>
      </w:r>
      <w:r>
        <w:br/>
      </w:r>
      <w:r>
        <w:rPr>
          <w:sz w:val="20"/>
        </w:rPr>
        <w:t>57:32  to unhon ne kaha ke hamein dua karna hai apne kisi amal ke wastay se apne kisi amal ko refer kar ke teeno ne kaha ke apna apna koi amal talash karo jo sirf Allah ke liye tum ne kiya ho usay kar ke dua karo to teeno ne apne apne amal ko dua kiya</w:t>
      </w:r>
      <w:r>
        <w:br/>
      </w:r>
      <w:r>
        <w:rPr>
          <w:sz w:val="20"/>
        </w:rPr>
        <w:t>57:59  misal ke tor par aik ne dua ki ke aik mere paas aik mazdoor aaya usay mein ne kaam kiya us ne din bhar mera to sham ka jo us ka wages tha woh liye baghair chala gaya woh us ka jo bhi do char rupay aaj jitna bhi raha ho to un ko us paisay se mein ne koi bheer bakri khareed li ab is mein itni barkat hui itni barkat hui ke mere ghar ke samnay jo maidan hai sab bheer bakri se bhar gaya</w:t>
      </w:r>
      <w:r>
        <w:br/>
      </w:r>
      <w:r>
        <w:rPr>
          <w:sz w:val="20"/>
        </w:rPr>
        <w:t>58:28  bohat dinon ke baad phir woh aadmi aaya ke mein tumhare haan kaam kiya tha aur paisa nahi liya tha to us aadmi ne kaha ke yeh sara bheer bakri tumhare wapas aaya hai us ne mazak samjha ke nahi bhai mein to aik din kaam kiya tha aik din ki mazdoori mujhe de do ke isi tumhare mazdoori se mein ne koi bheer bakri khareedi isi ki barkat se itni sari ho gayi</w:t>
      </w:r>
      <w:r>
        <w:br/>
      </w:r>
      <w:r>
        <w:rPr>
          <w:sz w:val="20"/>
        </w:rPr>
        <w:t>58:55  to yeh sara bheer bakri tumhari tumhare paisay se hai ja jaao sab utha le ga usay le kar jo dua kiya tha pathar khisak gaya hum aap ko Allah ko yaqeen ke sath janna hai Allah ka shukr karne wala banna hai dua karne wala banna hai aur dawat mein apne ko jhonk dena hai</w:t>
      </w:r>
      <w:r>
        <w:br/>
      </w:r>
      <w:r>
        <w:rPr>
          <w:sz w:val="20"/>
        </w:rPr>
        <w:t>59:23  aqool qawli hadha wa astaghfirullah li wa lakum ajmaeen.</w:t>
      </w:r>
      <w:r>
        <w:br/>
      </w:r>
      <w:r>
        <w:rPr>
          <w:sz w:val="20"/>
        </w:rPr>
        <w:t>59:40  aik kuch comment internet team se, daily internet team se, to hum woh parhna chahte hain.</w:t>
      </w:r>
      <w:r>
        <w:br/>
      </w:r>
      <w:r>
        <w:rPr>
          <w:sz w:val="20"/>
        </w:rPr>
        <w:t>59:49  Few days back, we received a mail from YouStream, which is the website that we used to live telecast Maulana's Sunday classes, and the same is saved and uploaded for others to watch later.</w:t>
      </w:r>
      <w:r>
        <w:br/>
      </w:r>
      <w:r>
        <w:rPr>
          <w:sz w:val="20"/>
        </w:rPr>
        <w:t>1:00:05  The mail which YouStream had written us said that we have exhausted the space allocated to us and that the videos would be deleted in the next two weeks.</w:t>
      </w:r>
      <w:r>
        <w:br/>
      </w:r>
      <w:r>
        <w:rPr>
          <w:sz w:val="20"/>
        </w:rPr>
        <w:t>1:00:19  We were also trying for a long time to put Maulana's videos on YouTube as it is watched globally and is more popular and convenient for people.</w:t>
      </w:r>
      <w:r>
        <w:br/>
      </w:r>
      <w:r>
        <w:rPr>
          <w:sz w:val="20"/>
        </w:rPr>
        <w:t>1:00:32  So after receiving the mail from YouStream, the internet team got worried and prayed desperately to God for help.</w:t>
      </w:r>
      <w:r>
        <w:br/>
      </w:r>
      <w:r>
        <w:rPr>
          <w:sz w:val="20"/>
        </w:rPr>
        <w:t>1:00:42  Instantly, we thought to call our internet expert, Mr. Atul Mohan, and he guided us how we can download the videos from YouStream and upload the same on YouTube, which has more universal appeal and would also solve our problems of space forever.</w:t>
      </w:r>
      <w:r>
        <w:br/>
      </w:r>
      <w:r>
        <w:rPr>
          <w:sz w:val="20"/>
        </w:rPr>
        <w:t>1:01:03  So now the process is on and the videos are being uploaded on YouTube, and God has really helped us in giving the solution.</w:t>
      </w:r>
      <w:r>
        <w:br/>
      </w:r>
      <w:r>
        <w:rPr>
          <w:sz w:val="20"/>
        </w:rPr>
        <w:t>1:01:13  Like Maulana says, one should have an intention, and the help of God is ever near.</w:t>
      </w:r>
      <w:r>
        <w:br/>
      </w:r>
      <w:r>
        <w:rPr>
          <w:sz w:val="20"/>
        </w:rPr>
        <w:t>1:01:20  This recent example clearly demonstrated to the CPS team that whenever we rise for the cause of God, He will send His angels to help and ease the task at hand.</w:t>
      </w:r>
      <w:r>
        <w:br/>
      </w:r>
      <w:r>
        <w:rPr>
          <w:sz w:val="20"/>
        </w:rPr>
        <w:t>1:01:35  InshaAllah, we will now spread the videos through YouTube more effectively far and wide. naam parhayen.</w:t>
      </w:r>
      <w:r>
        <w:br/>
      </w:r>
      <w:r>
        <w:rPr>
          <w:sz w:val="20"/>
        </w:rPr>
        <w:t>1:01:46  maulana, yeh daily internet team ne bheja hai.</w:t>
      </w:r>
      <w:r>
        <w:br/>
      </w:r>
      <w:r>
        <w:rPr>
          <w:sz w:val="20"/>
        </w:rPr>
        <w:t>1:01:50  isko naam nahi hai. satti ne bheja hai, maulana. dekhen, yeh abhi jo maine kaha ke dua jo hai woh hamare liye</w:t>
      </w:r>
      <w:r>
        <w:br/>
      </w:r>
      <w:r>
        <w:rPr>
          <w:sz w:val="20"/>
        </w:rPr>
        <w:t>1:02:04  yani problem solver hai. iski ek ek foran aap ke samne ek example aa gaya.</w:t>
      </w:r>
      <w:r>
        <w:br/>
      </w:r>
      <w:r>
        <w:rPr>
          <w:sz w:val="20"/>
        </w:rPr>
        <w:t>1:02:19  khuda is pure kainat ko banane wala hai, isko control kar raha hai, isko manage kar raha hai. insani history ko khuda manage kar raha hai.</w:t>
      </w:r>
      <w:r>
        <w:br/>
      </w:r>
      <w:r>
        <w:rPr>
          <w:sz w:val="20"/>
        </w:rPr>
        <w:t>1:02:29  har lamha.</w:t>
      </w:r>
      <w:r>
        <w:br/>
      </w:r>
      <w:r>
        <w:rPr>
          <w:sz w:val="20"/>
        </w:rPr>
        <w:t>1:02:33  to har lamha hum is position mein is se contact karen. ab bhi khuda ki taraf se wahi awaz aayegi ke I am just a call away</w:t>
      </w:r>
      <w:r>
        <w:br/>
      </w:r>
      <w:r>
        <w:rPr>
          <w:sz w:val="20"/>
        </w:rPr>
        <w:t>1:02:49  ke main ek ek. mere aur tumhare darmiyan phir ek dua ki dori hai bas. dua karo, hum us ko phone pao ge.</w:t>
      </w:r>
      <w:r>
        <w:br/>
      </w:r>
      <w:r>
        <w:rPr>
          <w:sz w:val="20"/>
        </w:rPr>
        <w:t>1:03:00  yeh iski ek misal hai.</w:t>
      </w:r>
      <w:r>
        <w:br/>
      </w:r>
      <w:r>
        <w:rPr>
          <w:sz w:val="20"/>
        </w:rPr>
        <w:t>1:03:04  to hamein dawat ka kaam jo hai is yaqeen ke sath karna hai ke koi bhi rukawat inshallah hamare liye fatal nahi banegi.</w:t>
      </w:r>
      <w:r>
        <w:br/>
      </w:r>
      <w:r>
        <w:rPr>
          <w:sz w:val="20"/>
        </w:rPr>
        <w:t>1:03:21  har rukawat jo hai foran Allah taala farishton ke zariye is ko door kar dega.</w:t>
      </w:r>
      <w:r>
        <w:br/>
      </w:r>
      <w:r>
        <w:rPr>
          <w:sz w:val="20"/>
        </w:rPr>
        <w:t>1:03:32  ghazwa e khandaq mein yeh hua tha ke barah hazar ka lashkar bohat hi tayyari ke sath aaya madine ke bahar aur wahan par woh kheme laga diye unhon ne.</w:t>
      </w:r>
      <w:r>
        <w:br/>
      </w:r>
      <w:r>
        <w:rPr>
          <w:sz w:val="20"/>
        </w:rPr>
        <w:t>1:03:48  aur sahaba ne khandaq ko di trench to trench ke idhar sahaba the madine ki wasti mein idhar barah hazar ka lashkar khemon mein pada hua.</w:t>
      </w:r>
      <w:r>
        <w:br/>
      </w:r>
      <w:r>
        <w:rPr>
          <w:sz w:val="20"/>
        </w:rPr>
        <w:t>1:03:59  do haftay tak ghaliban woh rahe woh log. ab is waqt jo sahaba ki position thi un se na to lad sakte the na un ko bhaga sakte the.</w:t>
      </w:r>
      <w:r>
        <w:br/>
      </w:r>
      <w:r>
        <w:rPr>
          <w:sz w:val="20"/>
        </w:rPr>
        <w:t>1:04:13  sirf dua karte the. sab log bas dua karte the. to dua ka miracle kya hua? ek bohat zabardast ka toofan aaya.</w:t>
      </w:r>
      <w:r>
        <w:br/>
      </w:r>
      <w:r>
        <w:rPr>
          <w:sz w:val="20"/>
        </w:rPr>
        <w:t>1:04:23  aadhi aadhi mein un ke kheme ukhar ukhar gaye.</w:t>
      </w:r>
      <w:r>
        <w:br/>
      </w:r>
      <w:r>
        <w:rPr>
          <w:sz w:val="20"/>
        </w:rPr>
        <w:t>1:04:31  un ke oont bakri idhar udhar bhage. ajib afra tafri paida ho gayi. nateeja kya ke woh chhod kar muhasra chhod kar wapas chale gaye.</w:t>
      </w:r>
      <w:r>
        <w:br/>
      </w:r>
      <w:r>
        <w:rPr>
          <w:sz w:val="20"/>
        </w:rPr>
        <w:t>1:04:41  yeh ek tareekhi waqea hai.</w:t>
      </w:r>
      <w:r>
        <w:br/>
      </w:r>
      <w:r>
        <w:rPr>
          <w:sz w:val="20"/>
        </w:rPr>
        <w:t>1:04:48  main khud ek martaba jab main gaon mein rehta tha to raat mein railway train se utra ek bar hariha station par jis se hamara ghar taqreeban teen mil ke fasle par tha.</w:t>
      </w:r>
      <w:r>
        <w:br/>
      </w:r>
      <w:r>
        <w:rPr>
          <w:sz w:val="20"/>
        </w:rPr>
        <w:t>1:05:06  mujhe paidal jana tha. raat ka waqt tha, andhera.</w:t>
      </w:r>
      <w:r>
        <w:br/>
      </w:r>
      <w:r>
        <w:rPr>
          <w:sz w:val="20"/>
        </w:rPr>
        <w:t>1:05:10  main rawana hua to ek jagah khet the, yeh bhutte ke khet. woh door tak wahi the, bare bare hote hain, aap ne dekha hoga.</w:t>
      </w:r>
      <w:r>
        <w:br/>
      </w:r>
      <w:r>
        <w:rPr>
          <w:sz w:val="20"/>
        </w:rPr>
        <w:t>1:05:20  isi mein gum ho gaya main. raat ka andhera, idhar jao to rasta nahi, idhar jao to rasta nahi. main socha kya karoon ab?</w:t>
      </w:r>
      <w:r>
        <w:br/>
      </w:r>
      <w:r>
        <w:rPr>
          <w:sz w:val="20"/>
        </w:rPr>
        <w:t>1:05:31  to maine dua kiya. achaanak ek aadmi torch le kar wahan samne aa gaya.</w:t>
      </w:r>
      <w:r>
        <w:br/>
      </w:r>
      <w:r>
        <w:rPr>
          <w:sz w:val="20"/>
        </w:rPr>
        <w:t>1:05:37  yani is raat ko koi ajib o ghareeb tor par ek aadmi aaya, lambi torch us ke hath mein thi. pehle zamanay mein torch hua karti thi, us pe cell lagte the.</w:t>
      </w:r>
      <w:r>
        <w:br/>
      </w:r>
      <w:r>
        <w:rPr>
          <w:sz w:val="20"/>
        </w:rPr>
        <w:t>1:05:49  to us se maine poocha ke maine kaha ke mujhe falan jagah jana hai. to us ka direction bhool gaya hoon main, kidhar jaoon? to us ne torch dikha dikha kar mujhe wahan tak pohanchaya jahan se rasta jo hai saaf ho jata tha.</w:t>
      </w:r>
      <w:r>
        <w:br/>
      </w:r>
      <w:r>
        <w:rPr>
          <w:sz w:val="20"/>
        </w:rPr>
        <w:t>1:06:05  abhi tak mujhe aankhon ke samne woh manzar bilkul hai. to behal dua hamari sab se bari taqat hai. dawat ka kaam hamein dua ke zariye karna hai.</w:t>
      </w:r>
      <w:r>
        <w:br/>
      </w:r>
      <w:r>
        <w:rPr>
          <w:sz w:val="20"/>
        </w:rPr>
        <w:t>1:06:19  koi mukhalifat kare to uska haq feal hai. kisi mukhalifat ke peeche hamein nahi padna hai. Mukhalifat karta hai woh, woh uska haq feal hai woh</w:t>
      </w:r>
      <w:r>
        <w:br/>
      </w:r>
      <w:r>
        <w:rPr>
          <w:sz w:val="20"/>
        </w:rPr>
        <w:t>1:06:29  . Hamein is ke liye bhi dua karna hai. Na to hamein kisi ke liye yani nafrat karna hai kisi se, na kisi se takrana hai.</w:t>
      </w:r>
      <w:r>
        <w:br/>
      </w:r>
      <w:r>
        <w:rPr>
          <w:sz w:val="20"/>
        </w:rPr>
        <w:t>1:06:40  Bas dua karte hue aage badhte rehna hai. To is ki ek misaal hai ke kis tarah se raaste khulte hain dua ke zariye. To Khuda insani tareekh ko manage kar raha hai.</w:t>
      </w:r>
      <w:r>
        <w:br/>
      </w:r>
      <w:r>
        <w:rPr>
          <w:sz w:val="20"/>
        </w:rPr>
        <w:t>1:06:51  To Allah taala ne manage kiya hua hai, aap dekh lijiye is ke.</w:t>
      </w:r>
    </w:p>
    <w:p>
      <w:pPr>
        <w:pStyle w:val="Heading2"/>
      </w:pPr>
      <w:r>
        <w:t>True Meaning of Kafir and Jihad</w:t>
      </w:r>
    </w:p>
    <w:p>
      <w:r>
        <w:rPr>
          <w:color w:val="666666"/>
          <w:sz w:val="18"/>
        </w:rPr>
        <w:t>Faith &amp; God · Age of Democracy May 25, 2014 · 5m 05s · at 47:01 · https://youtu.be/pyZy1-EhW1Q?t=2821</w:t>
      </w:r>
    </w:p>
    <w:p>
      <w:r>
        <w:rPr>
          <w:i/>
        </w:rPr>
        <w:t>“I have been meaning to ask this question for a long time. There are two words frequently used in Islam that are very distorted and almost abused: kafir and jihad. As I understand it, kafir means a non-believer and was used by the Prophet at a time when there were large numbers of non-believers when he was trying to spread his teachings in Arabia, so what is the true meaning of these words?”</w:t>
      </w:r>
    </w:p>
    <w:p>
      <w:r>
        <w:rPr>
          <w:sz w:val="20"/>
        </w:rPr>
        <w:t>47:01  maulana, yeh sawal pune se kiya hai Mr Waqas Mehra ne. unhon ne likha hai: "maulana, i have been meaning to ask this question for a long time.</w:t>
      </w:r>
      <w:r>
        <w:br/>
      </w:r>
      <w:r>
        <w:rPr>
          <w:sz w:val="20"/>
        </w:rPr>
        <w:t>47:18  there are two words frequently used in Islam that are very distorted and almost abusive, which is kafir and jihad.</w:t>
      </w:r>
      <w:r>
        <w:br/>
      </w:r>
      <w:r>
        <w:rPr>
          <w:sz w:val="20"/>
        </w:rPr>
        <w:t>47:28  as i understand it, kafir means a non believer and was used by the prophet at a time when there were large number of non believers when he was trying to spread his teachings in Arabia.</w:t>
      </w:r>
      <w:r>
        <w:br/>
      </w:r>
      <w:r>
        <w:rPr>
          <w:sz w:val="20"/>
        </w:rPr>
        <w:t>47:44  question is if it was a contextual term, why is it being so fiercely used today in our society, especially when it is likely to hurt sentiments of non muslim people, hindus in particular,</w:t>
      </w:r>
      <w:r>
        <w:br/>
      </w:r>
      <w:r>
        <w:rPr>
          <w:sz w:val="20"/>
        </w:rPr>
        <w:t>48:00  and its wrong use is also giving a wrong interpretation of Islam, which as a religion is all inclusive.</w:t>
      </w:r>
      <w:r>
        <w:br/>
      </w:r>
      <w:r>
        <w:rPr>
          <w:sz w:val="20"/>
        </w:rPr>
        <w:t>48:10  should the word not be kept out of daily usage, or on the other hand, does it actually really mean to show idol worshippers of today, mainly hindus, also in bad light?</w:t>
      </w:r>
      <w:r>
        <w:br/>
      </w:r>
      <w:r>
        <w:rPr>
          <w:sz w:val="20"/>
        </w:rPr>
        <w:t>48:25  i shall appreciate your views. dekhiye, is par mein ne bohat tafseel se likha hai, aap is ko parh sakte hain.</w:t>
      </w:r>
      <w:r>
        <w:br/>
      </w:r>
      <w:r>
        <w:rPr>
          <w:sz w:val="20"/>
        </w:rPr>
        <w:t>48:37  aam taur par musalman yeh samajhte hain ke dunya mein do qaumein hain, ek kafir qaum, ek muslim qaum. yeh bilkul hi be silsila hai, har giz har giz yeh sahi nahin hai.</w:t>
      </w:r>
      <w:r>
        <w:br/>
      </w:r>
      <w:r>
        <w:rPr>
          <w:sz w:val="20"/>
        </w:rPr>
        <w:t>48:55  koi Islam ka ta'alluq qaum se nahin hai,</w:t>
      </w:r>
      <w:r>
        <w:br/>
      </w:r>
      <w:r>
        <w:rPr>
          <w:sz w:val="20"/>
        </w:rPr>
        <w:t>49:04  is tarah kafir ka ta'alluq kisi qaum se nahin hai.</w:t>
      </w:r>
      <w:r>
        <w:br/>
      </w:r>
      <w:r>
        <w:rPr>
          <w:sz w:val="20"/>
        </w:rPr>
        <w:t>49:07  yeh aadmi ka apna ek behaviour hai jis se koi shakhs momin banta hai ya kafir banta hai. yeh individual word hai, individual.</w:t>
      </w:r>
      <w:r>
        <w:br/>
      </w:r>
      <w:r>
        <w:rPr>
          <w:sz w:val="20"/>
        </w:rPr>
        <w:t>49:18  to kafir ke lafzi ma'ane hain inkaar karne wala, Khuda ke baaton ka inkaar karne wala. koi bhi shakhs jo inkaar kare, woh kafir ho jaye ga Allah ki nazar mein.</w:t>
      </w:r>
      <w:r>
        <w:br/>
      </w:r>
      <w:r>
        <w:rPr>
          <w:sz w:val="20"/>
        </w:rPr>
        <w:t>49:29  hamare kisi ko yeh haq nahi ke fatwa de ke mister so and so kaafir hai.</w:t>
      </w:r>
      <w:r>
        <w:br/>
      </w:r>
      <w:r>
        <w:rPr>
          <w:sz w:val="20"/>
        </w:rPr>
        <w:t>49:35  agar koi fatwa de to woh bhi galat kaam hai. kisi ko yeh right nahi hai ke fatwa de ke mister so and so kaafir. yahan tak ke khud musalmanon ke bare mein yeh lafz istemal hua hai hadith mein.</w:t>
      </w:r>
      <w:r>
        <w:br/>
      </w:r>
      <w:r>
        <w:rPr>
          <w:sz w:val="20"/>
        </w:rPr>
        <w:t>49:48  hadith mein istemal hua hai: "la turjau ba'di kuffaraidru ba'dukum riqaba ba'd" ke mere baad tum kaafir na ho jana.</w:t>
      </w:r>
      <w:r>
        <w:br/>
      </w:r>
      <w:r>
        <w:rPr>
          <w:sz w:val="20"/>
        </w:rPr>
        <w:t>50:00  musalmanon ke bare mein Allah taala ne farmaya, woh musalmanon ko rasool Allah salallaho alaihi wasallam ne farmaya: "la turjau ba'di kuffaraidru ba'dukum riqaba ba'd" ke tum rasool Allah ne farmaya ke tum log mere baad kaafir na ho jana</w:t>
      </w:r>
      <w:r>
        <w:br/>
      </w:r>
      <w:r>
        <w:rPr>
          <w:sz w:val="20"/>
        </w:rPr>
        <w:t>50:17  ke aapas mein ek doosre ko qadar karne lago. kya tum musalmanon ko mein bataya ke musalman bhi kaafir ho sakte hain? to kaafir na koi qaum hai, na musalman koi qaum hai.</w:t>
      </w:r>
      <w:r>
        <w:br/>
      </w:r>
      <w:r>
        <w:rPr>
          <w:sz w:val="20"/>
        </w:rPr>
        <w:t>50:31  aadmi ka apna jo jo uski jo apni ideology hai, uska jo life style hai, uska jo behavior hai, uska jo jis bar code ko ikhtiyar karta hai, woh in sab se mil kar koi shakhs muslim banta hai ya kaafir banta hai, woh bhi Allah ki nazar mein, duniya mein nahi.</w:t>
      </w:r>
      <w:r>
        <w:br/>
      </w:r>
      <w:r>
        <w:rPr>
          <w:sz w:val="20"/>
        </w:rPr>
        <w:t>50:55  duniya mein to sab insaan hain,</w:t>
      </w:r>
      <w:r>
        <w:br/>
      </w:r>
      <w:r>
        <w:rPr>
          <w:sz w:val="20"/>
        </w:rPr>
        <w:t>50:58  lekin duniya ke hisab se har insaan insaan hai. bas isi liye yeh jo lafz banaya gaya hai, baat ko banaya gaya hai ke "dar ul har" "dar ul kuffar", usko mein galat samajhta hoon.</w:t>
      </w:r>
      <w:r>
        <w:br/>
      </w:r>
      <w:r>
        <w:rPr>
          <w:sz w:val="20"/>
        </w:rPr>
        <w:t>51:12  "dar ul islam" "dar ul kuffar" ka term ko mein bilkul galat samajhta hoon. yeh baat ko banaya gaya hai. sahi term yeh hai ke "dar ul insaan" poori duniya "dar ul insaan" hai, bas aur kuch nahi.</w:t>
      </w:r>
      <w:r>
        <w:br/>
      </w:r>
      <w:r>
        <w:rPr>
          <w:sz w:val="20"/>
        </w:rPr>
        <w:t>51:27  to</w:t>
      </w:r>
      <w:r>
        <w:br/>
      </w:r>
      <w:r>
        <w:rPr>
          <w:sz w:val="20"/>
        </w:rPr>
        <w:t>51:28  unke zehen mein jo sawal hai, woh musalmanon ko le kar, unhon ne jo khud se jo bana liya hai, usko le kar ke jahan tak Quran o hadith ka taluq hai, aisa hargiz nahi hai.</w:t>
      </w:r>
      <w:r>
        <w:br/>
      </w:r>
      <w:r>
        <w:rPr>
          <w:sz w:val="20"/>
        </w:rPr>
        <w:t>51:39  har insaan bas insaan hai,</w:t>
      </w:r>
      <w:r>
        <w:br/>
      </w:r>
      <w:r>
        <w:rPr>
          <w:sz w:val="20"/>
        </w:rPr>
        <w:t>51:42  aur yeh duniya na to "dar ul islam" hai, na "dar ul kuffar" hai. yeh duniya "dar ul insaan" hai. Quran mein dekhiye, aap bar bar "aya al insan" "aya al insan" "aya al insan" ke khitab ki ayat hai.</w:t>
      </w:r>
      <w:r>
        <w:br/>
      </w:r>
      <w:r>
        <w:rPr>
          <w:sz w:val="20"/>
        </w:rPr>
        <w:t>51:56  to poori duniya mere nazdeek "dar ul insaan" hai, bas iske siwa aur kuch nahi hai. baqi jo kuch hai, woh Allah taala se hai. kya faisla hone wala hai duniya mein?</w:t>
      </w:r>
      <w:r>
        <w:br/>
      </w:r>
      <w:r>
        <w:rPr>
          <w:sz w:val="20"/>
        </w:rPr>
        <w:t>52:04  nahi.</w:t>
      </w:r>
    </w:p>
    <w:p>
      <w:pPr>
        <w:pStyle w:val="Heading2"/>
      </w:pPr>
      <w:r>
        <w:t>Why doesn't man recognize God's love?</w:t>
      </w:r>
    </w:p>
    <w:p>
      <w:r>
        <w:rPr>
          <w:color w:val="666666"/>
          <w:sz w:val="18"/>
        </w:rPr>
        <w:t>Faith &amp; God · The Importance of Shukr 19 Dec, 2010 - Maulana Wahiduddin Khan · 6m 30s · at 1:05:52 · https://youtu.be/F4mVn0DwH34?t=3952</w:t>
      </w:r>
    </w:p>
    <w:p>
      <w:r>
        <w:rPr>
          <w:i/>
        </w:rPr>
        <w:t>“God placed a mother's love in the human chest; man recognized it. God placed His own love in the human heart; why did man not recognize it? Please explain.”</w:t>
      </w:r>
    </w:p>
    <w:p>
      <w:r>
        <w:rPr>
          <w:sz w:val="20"/>
        </w:rPr>
        <w:t>1:05:52  maulana agla sawal doctor muslma siddiqi ka hai dili se wo janna chahti hain ke khuda ne insan ke sine mein maan ki mohabbat rakhi insan use pehchan gaya khuda ne apni mohabbat insan ke dil mein rakhi is ko wo kyun nahin pehchan paya pliz explain</w:t>
      </w:r>
      <w:r>
        <w:br/>
      </w:r>
      <w:r>
        <w:rPr>
          <w:sz w:val="20"/>
        </w:rPr>
        <w:t>1:06:13  ye to anibal leval ki mohabbat hai maan ki mohabbat jo hoti hai wo anibal leval ki mohabbat hai anibal ko bhi apni maan se mohabbat hoti hai is ka na koi sawab hai na azab hai yani maan se koi mohabbat kare to jannat mein nahin chala jayega wo</w:t>
      </w:r>
      <w:r>
        <w:br/>
      </w:r>
      <w:r>
        <w:rPr>
          <w:sz w:val="20"/>
        </w:rPr>
        <w:t>1:06:31  to is par lekin khuda se mohabbat to jannat ka sirf sartefikat hai to wo test ban jati hai wo wo test ban jati hai jo test ban jaye ban gayi to phir to zahir hai ke admi ke liye choais agaya</w:t>
      </w:r>
      <w:r>
        <w:br/>
      </w:r>
      <w:r>
        <w:rPr>
          <w:sz w:val="20"/>
        </w:rPr>
        <w:t>1:06:48  to chunke khuda ki mohabbat ka mamla jannat se juda hua hai is waja se is mamla itna mushkil hai ke admi apni azadi galat istemal kar ke bhatak jata hai shaitan bhagata hai koi shaitan kisi bete ko nahin bhagata ke maan se mohabbat mat karo</w:t>
      </w:r>
      <w:r>
        <w:br/>
      </w:r>
      <w:r>
        <w:rPr>
          <w:sz w:val="20"/>
        </w:rPr>
        <w:t>1:07:05  duniya ke jitne bete hain sab apni maan se mohabbat karte hain mujhe to koi beta nahin mila abhi tak jo apne bete se jo apni maan se mohabbat na karta ho dako ka beta bhi maan se mohabbat karta hai kyun wahan shaitan bhagane ke liye nahin ata</w:t>
      </w:r>
      <w:r>
        <w:br/>
      </w:r>
      <w:r>
        <w:rPr>
          <w:sz w:val="20"/>
        </w:rPr>
        <w:t>1:07:25  shaitan aaj tak kisi bete ko bhagane ke liye nahi aya ek to apni maan se mohabbat mat karo</w:t>
      </w:r>
      <w:r>
        <w:br/>
      </w:r>
      <w:r>
        <w:rPr>
          <w:sz w:val="20"/>
        </w:rPr>
        <w:t>1:07:32  lekin jab khuda ka mamla aata hai to shaitan bhagata hai to wahan par aadmi ko chahiye ke shaitan ke behkawe ko parhe uske waswase ko samjhe shaitan ka behkaawa jo hai wo aata hai</w:t>
      </w:r>
      <w:r>
        <w:br/>
      </w:r>
      <w:r>
        <w:rPr>
          <w:sz w:val="20"/>
        </w:rPr>
        <w:t>1:07:48  is ki shakal mein tazeen ki shakal mein yaani ek galat kaam ko khoobsurat bana kar dikhana galat baat kaam ko khoobsurat bana kar dikhana</w:t>
      </w:r>
      <w:r>
        <w:br/>
      </w:r>
      <w:r>
        <w:rPr>
          <w:sz w:val="20"/>
        </w:rPr>
        <w:t>1:08:02  to wahan par parhna padta hai is ko</w:t>
      </w:r>
      <w:r>
        <w:br/>
      </w:r>
      <w:r>
        <w:rPr>
          <w:sz w:val="20"/>
        </w:rPr>
        <w:t>1:08:08  jaise ek kal mein ne ek article likha hai science ne jo is ki discovery ki to is mein yeh tha ke cheezein jo hain wo cause har har har har event ke peeche ek cause hota hai cause to us ko kehte hain principle of causation</w:t>
      </w:r>
      <w:r>
        <w:br/>
      </w:r>
      <w:r>
        <w:rPr>
          <w:sz w:val="20"/>
        </w:rPr>
        <w:t>1:08:29  us ko le kar mulhidin ne kya keh diya ke yeh to science ne khuda ka inkar kar diya hai kyunke if events are due to natural causes they are not due to super natural causes to wahan mein ne likha hai ke yeh ek yeh ek mughalta tha ek fallacy thi kyunke science jo daryaft kiya tha</w:t>
      </w:r>
      <w:r>
        <w:br/>
      </w:r>
      <w:r>
        <w:rPr>
          <w:sz w:val="20"/>
        </w:rPr>
        <w:t>1:08:51  wo is ka sahi aspect doosra tha ke waqiat jab ho rahe hain har har waqie ke peeche ek cause hota hai to is ka matlab yeh hai ke kainat predictable hai kainat nature predictable</w:t>
      </w:r>
      <w:r>
        <w:br/>
      </w:r>
      <w:r>
        <w:rPr>
          <w:sz w:val="20"/>
        </w:rPr>
        <w:t>1:09:09  hai qabil peshangoee hai tabhi to engineering hai warna engineering khatam ho jayegi predictable na ho agar yeh pata na ho ke pani jo hum heat denge to wo bhap niklegi nahi niklegi steam banegi nahi banegi</w:t>
      </w:r>
      <w:r>
        <w:br/>
      </w:r>
      <w:r>
        <w:rPr>
          <w:sz w:val="20"/>
        </w:rPr>
        <w:t>1:09:26  ya lohe ko hum dalenge bhatti mein to pighlega nahi pighlega to predictable hai poori poora is wajah se engineering hoti hai is se chemistry hoti hai to yeh hai shaitan ne bhukaya jo cheez</w:t>
      </w:r>
      <w:r>
        <w:br/>
      </w:r>
      <w:r>
        <w:rPr>
          <w:sz w:val="20"/>
        </w:rPr>
        <w:t>1:09:43  aadmi ko bata rahi thi ke dekho khuda ne banaya hai predictable taake tumhari engineering ho tumhari chemistry ho us ko baqayeda keh diya ke dekho ab to khuda ki zaroorat hi nahi sab kuch to cause se ho raha hai haalanke woh kaha tha ke koi super cause hona chahiye</w:t>
      </w:r>
      <w:r>
        <w:br/>
      </w:r>
      <w:r>
        <w:rPr>
          <w:sz w:val="20"/>
        </w:rPr>
        <w:t>1:10:00  cause of the cause hona chahiye kuch lekin bhaga diya ab hazaron lakhon karoron log is se bhag gaye</w:t>
      </w:r>
      <w:r>
        <w:br/>
      </w:r>
      <w:r>
        <w:rPr>
          <w:sz w:val="20"/>
        </w:rPr>
        <w:t>1:10:08  to shaitan bhaga kar ke khuda se hatata hai bete ko nahi bhagata bete ko nahi bhagata is liye beta maan se mohabbat karta hai maan khuda ke hamare bhagata hai is liye khuda se mohabbat nahi kar paate khuda sachi mohabbat karne wale to dhoondhiye to</w:t>
      </w:r>
      <w:r>
        <w:br/>
      </w:r>
      <w:r>
        <w:rPr>
          <w:sz w:val="20"/>
        </w:rPr>
        <w:t>1:10:27  shayad hi koi mile kyunke shaitan ne baqa rakha hai</w:t>
      </w:r>
      <w:r>
        <w:br/>
      </w:r>
      <w:r>
        <w:rPr>
          <w:sz w:val="20"/>
        </w:rPr>
        <w:t>1:10:36  the next question is by farida doctor farida khanam from delhi she says why is it that we fail to identify satan as men's enemy and we continue to be dragged by him without any break which we don't lend ears to</w:t>
      </w:r>
      <w:r>
        <w:br/>
      </w:r>
      <w:r>
        <w:rPr>
          <w:sz w:val="20"/>
        </w:rPr>
        <w:t>1:10:53  angelic in</w:t>
      </w:r>
      <w:r>
        <w:br/>
      </w:r>
      <w:r>
        <w:rPr>
          <w:sz w:val="20"/>
        </w:rPr>
        <w:t>1:10:54  aspirations please comment baat yeh hai ke shaitan jahan bhagata hai wahan koi interest hota hai wo interest aadmi ko bhula deta hai</w:t>
      </w:r>
      <w:r>
        <w:br/>
      </w:r>
      <w:r>
        <w:rPr>
          <w:sz w:val="20"/>
        </w:rPr>
        <w:t>1:11:05  misalan shopping karna hai to bahar ja ke naye naye kapde khareedein naya naya saman khareedein to wo jo shauk hota hai us ki wajah se aadmi soch nahi pata shaitan ke behkawe ko mein ne to aaj tak kabhi shopping hi nahi ki</w:t>
      </w:r>
      <w:r>
        <w:br/>
      </w:r>
      <w:r>
        <w:rPr>
          <w:sz w:val="20"/>
        </w:rPr>
        <w:t>1:11:23  to mujhe</w:t>
      </w:r>
    </w:p>
    <w:p>
      <w:pPr>
        <w:pStyle w:val="Heading2"/>
      </w:pPr>
      <w:r>
        <w:t>Why is God Hidden from Our Minds</w:t>
      </w:r>
    </w:p>
    <w:p>
      <w:r>
        <w:rPr>
          <w:color w:val="666666"/>
          <w:sz w:val="18"/>
        </w:rPr>
        <w:t>Faith &amp; God · Religion and Democracy December 25, 2011 · 7m 01s · at 1:01:03 · https://youtu.be/8Mf_yvDA8ik?t=3663</w:t>
      </w:r>
    </w:p>
    <w:p>
      <w:r>
        <w:rPr>
          <w:i/>
        </w:rPr>
        <w:t>“The greatest being in this universe is God, but strangely, that same being is most hidden from our minds and intellect. We know Him the least. Our connection with Him is only at the level of devotion, not discovery. What is the reason for this?”</w:t>
      </w:r>
    </w:p>
    <w:p>
      <w:r>
        <w:rPr>
          <w:sz w:val="20"/>
        </w:rPr>
        <w:t>1:01:03  Maulana, yeh sawal aaya hai Maulana Abdul Basit Omri ka, Doha, Qatar se. unhon ne likha hai ke Maulana, is kainat ki sab se bari hasti Khuda ki hai,</w:t>
      </w:r>
      <w:r>
        <w:br/>
      </w:r>
      <w:r>
        <w:rPr>
          <w:sz w:val="20"/>
        </w:rPr>
        <w:t>1:01:17  lekin ajeeb baat hai ke wahi hasti sab se zyada hamare zehn aur dimagh se ojhal hai. usi hasti ko hum sab se kam jante hain.</w:t>
      </w:r>
      <w:r>
        <w:br/>
      </w:r>
      <w:r>
        <w:rPr>
          <w:sz w:val="20"/>
        </w:rPr>
        <w:t>1:01:27  sirf aqeedat ki had tak hamara is se taluq hai. daryaft ki satah par hum Khuda ko nahi jante. is ki wajah kya hai?</w:t>
      </w:r>
      <w:r>
        <w:br/>
      </w:r>
      <w:r>
        <w:rPr>
          <w:sz w:val="20"/>
        </w:rPr>
        <w:t>1:01:42  dekhein, Quran mein hai ke "ya'lamoona zahiran min ad-dunya"</w:t>
      </w:r>
      <w:r>
        <w:br/>
      </w:r>
      <w:r>
        <w:rPr>
          <w:sz w:val="20"/>
        </w:rPr>
        <w:t>1:01:49  yani dikhai dene wali cheezon ko hi log dekh paate hain aur usi ko sab kuch samajh lete hain.</w:t>
      </w:r>
      <w:r>
        <w:br/>
      </w:r>
      <w:r>
        <w:rPr>
          <w:sz w:val="20"/>
        </w:rPr>
        <w:t>1:01:59  yeh insan ki kamzori hai ke jo cheez dekhne mein aaye, usi ko woh bari cheez samjhe.</w:t>
      </w:r>
      <w:r>
        <w:br/>
      </w:r>
      <w:r>
        <w:rPr>
          <w:sz w:val="20"/>
        </w:rPr>
        <w:t>1:02:09  pehlay zamanay mein log suraj ko, chand ko, sitaron ko poojhte thay isi liye ke woh dikhai de rahi thi. to Allah taala ghayab mein hai,</w:t>
      </w:r>
      <w:r>
        <w:br/>
      </w:r>
      <w:r>
        <w:rPr>
          <w:sz w:val="20"/>
        </w:rPr>
        <w:t>1:02:22  is wajah se log us ko daryaft nahi kar paate. lekin yahi to imtehan hai, yeh jannat ki qeemat hai. jannat ki qeemat yeh hai ke aap na dikhayi dene wale Khuda ko daryaft kar saken.</w:t>
      </w:r>
      <w:r>
        <w:br/>
      </w:r>
      <w:r>
        <w:rPr>
          <w:sz w:val="20"/>
        </w:rPr>
        <w:t>1:02:39  jo Khuda ghayab mein hai, us ko aap daryaft kar saken.</w:t>
      </w:r>
      <w:r>
        <w:br/>
      </w:r>
      <w:r>
        <w:rPr>
          <w:sz w:val="20"/>
        </w:rPr>
        <w:t>1:02:46  yahi jannat ki qeemat hai. to ab jin logon ko maut ke baad ki abdi zindagi mein jannat ka shauq hai, to un ko is ke liye koshish karni hi paregi.</w:t>
      </w:r>
      <w:r>
        <w:br/>
      </w:r>
      <w:r>
        <w:rPr>
          <w:sz w:val="20"/>
        </w:rPr>
        <w:t>1:03:06  apni soch ko, apne ghor o fikr ko, apne mutale'ay ko is tareeqay se karna hoga ke aap Allah ko daryaft kar saken.</w:t>
      </w:r>
      <w:r>
        <w:br/>
      </w:r>
      <w:r>
        <w:rPr>
          <w:sz w:val="20"/>
        </w:rPr>
        <w:t>1:03:20  yani khud Allah ko hum nahi dekh paate, lekin jo creation hai, creation mein to Khuda bilkul har taraf numayan hai.</w:t>
      </w:r>
      <w:r>
        <w:br/>
      </w:r>
      <w:r>
        <w:rPr>
          <w:sz w:val="20"/>
        </w:rPr>
        <w:t>1:03:33  chounkay soch insan sochta nahi, is liye woh bekhabar rehta hai. agar socha to har taraf us ko Khuda ki daryaft hone lagay. to mein sochta hoon ke yeh isi cheez ko hamein apne andar develop karna hai ke Khuda ki takhleeq mein ghor karen.</w:t>
      </w:r>
      <w:r>
        <w:br/>
      </w:r>
      <w:r>
        <w:rPr>
          <w:sz w:val="20"/>
        </w:rPr>
        <w:t>1:03:53  creation mein, creation mein ghor kar ke hum creator tak pounch sakte hain.</w:t>
      </w:r>
      <w:r>
        <w:br/>
      </w:r>
      <w:r>
        <w:rPr>
          <w:sz w:val="20"/>
        </w:rPr>
        <w:t>1:04:01  to yeh ek process hai jo har ek ko apne andar jari karna hai, aur jo bhi sincerely is ko is process ko apne andar jari karega, zaroor inshallah woh manzil tak pounchega.</w:t>
      </w:r>
      <w:r>
        <w:br/>
      </w:r>
      <w:r>
        <w:rPr>
          <w:sz w:val="20"/>
        </w:rPr>
        <w:t>1:04:17  Maulana, yeh sawal aaya hai Miss Naghma Siddiqui ka, Delhi se.</w:t>
      </w:r>
      <w:r>
        <w:br/>
      </w:r>
      <w:r>
        <w:rPr>
          <w:sz w:val="20"/>
        </w:rPr>
        <w:t>1:04:22  unho'n ne likha hai: "in one of ur lectures, u had mentioned the difference between a self actor and a non self actor.</w:t>
      </w:r>
      <w:r>
        <w:br/>
      </w:r>
      <w:r>
        <w:rPr>
          <w:sz w:val="20"/>
        </w:rPr>
        <w:t>1:04:32  can u please elaborate on this?"</w:t>
      </w:r>
      <w:r>
        <w:br/>
      </w:r>
      <w:r>
        <w:rPr>
          <w:sz w:val="20"/>
        </w:rPr>
        <w:t>1:04:45  dekhiye, yeh duniya mein zindagi ke do sooraten hain. ek yeh hai ke aap ne khud kuch daryaft kiya ho, khud apni soch aap ki bani ho,</w:t>
      </w:r>
      <w:r>
        <w:br/>
      </w:r>
      <w:r>
        <w:rPr>
          <w:sz w:val="20"/>
        </w:rPr>
        <w:t>1:05:00  khud aap ki ek shakhsiyat develop hui ho, us ke mutabiq duniya mein rahen aap.</w:t>
      </w:r>
      <w:r>
        <w:br/>
      </w:r>
      <w:r>
        <w:rPr>
          <w:sz w:val="20"/>
        </w:rPr>
        <w:t>1:05:06  aur ek yeh hai ke jo duniya mein jo system hai, qaim system, us se apne ko joR lein aur jo woh chahe, wahi karein aap.</w:t>
      </w:r>
      <w:r>
        <w:br/>
      </w:r>
      <w:r>
        <w:rPr>
          <w:sz w:val="20"/>
        </w:rPr>
        <w:t>1:05:19  is ki khuli hui misaal jo hai, yeh film industry hai. film industry kya hai? film industry mein jo viewers hain, un ke lihaaz se aadmi ko act karna paRta hai.</w:t>
      </w:r>
      <w:r>
        <w:br/>
      </w:r>
      <w:r>
        <w:rPr>
          <w:sz w:val="20"/>
        </w:rPr>
        <w:t>1:05:31  viewers ke lihaaz se, apne lihaaz se nahi, khud apni soch kya hai, apne nazdeek sahi kaha hai, ghalat kaha hai, yeh nahi, balke viewers kya chahte hain dekhna, woh kya chahte hain sunna, us ke mutabiq aadmi act karta hai.</w:t>
      </w:r>
      <w:r>
        <w:br/>
      </w:r>
      <w:r>
        <w:rPr>
          <w:sz w:val="20"/>
        </w:rPr>
        <w:t>1:05:47  aise baRe baRe uhde jo hain, wahan bhi kya hai? baRe baRe uhdon mein aadmi lagta hai shandar mahallon mein, lekin</w:t>
      </w:r>
      <w:r>
        <w:br/>
      </w:r>
      <w:r>
        <w:rPr>
          <w:sz w:val="20"/>
        </w:rPr>
        <w:t>1:05:58  woh bhi kisi yaani apne apne apni bunyaad par nahi jeeta hai, woh doosre ki bunyaad par jeeta hai. misaal ke taur par ek leader voter kya kehte hain?</w:t>
      </w:r>
      <w:r>
        <w:br/>
      </w:r>
      <w:r>
        <w:rPr>
          <w:sz w:val="20"/>
        </w:rPr>
        <w:t>1:06:08  voter kya chahte hain? us ke mutabiq woh chalta hai.</w:t>
      </w:r>
      <w:r>
        <w:br/>
      </w:r>
      <w:r>
        <w:rPr>
          <w:sz w:val="20"/>
        </w:rPr>
        <w:t>1:06:13  to ek bohat mushkil kaam hai, kyunke agar aap non self, isi ko mein kehta hoon non self actor, yaani apne siwa kisi aur ke liye jeena, to non self actor mein aap bazahir bohat achhi zindagi haasil kar lete hain.</w:t>
      </w:r>
      <w:r>
        <w:br/>
      </w:r>
      <w:r>
        <w:rPr>
          <w:sz w:val="20"/>
        </w:rPr>
        <w:t>1:06:32  kyunke jis jis ke liye aap kaam karte hain, woh aap ko baRi baRi cheezein deta hai. lekin jab khud apne upar jeena chahein aap, to aap ko sacrifice karni paRti hai.</w:t>
      </w:r>
      <w:r>
        <w:br/>
      </w:r>
      <w:r>
        <w:rPr>
          <w:sz w:val="20"/>
        </w:rPr>
        <w:t>1:06:44  phir aap ko saada zindagi, kam par qana'at karna, mushkil haalaat mein rehna, yeh sab bardaasht karna paRta hai.</w:t>
      </w:r>
      <w:r>
        <w:br/>
      </w:r>
      <w:r>
        <w:rPr>
          <w:sz w:val="20"/>
        </w:rPr>
        <w:t>1:06:54  lekin jo jo self self actor hain, haqeeqat mein wahi jee rahe hain duniya mein.</w:t>
      </w:r>
      <w:r>
        <w:br/>
      </w:r>
      <w:r>
        <w:rPr>
          <w:sz w:val="20"/>
        </w:rPr>
        <w:t>1:07:03  koi koi koi apne aap mein jeete hain. woh</w:t>
      </w:r>
      <w:r>
        <w:br/>
      </w:r>
      <w:r>
        <w:rPr>
          <w:sz w:val="20"/>
        </w:rPr>
        <w:t>1:07:05  jo non self actor hain, woh jee jo jee rahe hain, woh to woh to moortiyan hain, samjhiye, well dressed moortiyan. to mein bataoon ke aadmi ko chahiye ke woh self actor bane, yaani apne aap mein jeena jeene ki koshish kare,</w:t>
      </w:r>
      <w:r>
        <w:br/>
      </w:r>
      <w:r>
        <w:rPr>
          <w:sz w:val="20"/>
        </w:rPr>
        <w:t>1:07:28  chahe koi bhi price deni paRe us ki. aur non self actor na bane, kyunke woh to apni apne aap kho diya us ne. apne aap ko kho kar ke to kisi doosre ke liye jee raha hai woh.</w:t>
      </w:r>
      <w:r>
        <w:br/>
      </w:r>
      <w:r>
        <w:rPr>
          <w:sz w:val="20"/>
        </w:rPr>
        <w:t>1:07:41  to hum to yahi kahenge aap logon se ke aap log non self actor na banein, balke self actor banein.</w:t>
      </w:r>
      <w:r>
        <w:br/>
      </w:r>
      <w:r>
        <w:rPr>
          <w:sz w:val="20"/>
        </w:rPr>
        <w:t>1:07:54  apni daryaft par jeena seekhein, na ke doosron ke direction pe jeena seekhein.</w:t>
      </w:r>
    </w:p>
    <w:p>
      <w:pPr>
        <w:pStyle w:val="Heading2"/>
      </w:pPr>
      <w:r>
        <w:t>Why not everyone Muslim if Islam is natural</w:t>
      </w:r>
    </w:p>
    <w:p>
      <w:r>
        <w:rPr>
          <w:color w:val="666666"/>
          <w:sz w:val="18"/>
        </w:rPr>
        <w:t>Faith &amp; God · Journey to Civilization November 8, 2009 · 17m 13s · at 1:08:57 · https://youtu.be/vh_AEKFhtxk?t=4137</w:t>
      </w:r>
    </w:p>
    <w:p>
      <w:r>
        <w:rPr>
          <w:i/>
        </w:rPr>
        <w:t>“Islam is deen e fitrat. According to this, every human should be Muslim. But that is not the case. Please explain this in a concise way.”</w:t>
      </w:r>
    </w:p>
    <w:p>
      <w:r>
        <w:rPr>
          <w:sz w:val="20"/>
        </w:rPr>
        <w:t>1:08:57  yeh agla sawal jo hai nafees shairaz ka hai. yeh kehte hain ke islam deen-e-fitrat hai. is hisab se to har insaan ko musalman hona chahiye.</w:t>
      </w:r>
      <w:r>
        <w:br/>
      </w:r>
      <w:r>
        <w:rPr>
          <w:sz w:val="20"/>
        </w:rPr>
        <w:t>1:09:07  lekin aisa to nahi hai. islam deen-e-fitrat hai, kripya is ka sankshept roop mein varnan karen.</w:t>
      </w:r>
      <w:r>
        <w:br/>
      </w:r>
      <w:r>
        <w:rPr>
          <w:sz w:val="20"/>
        </w:rPr>
        <w:t>1:09:17  deen-e-fitrat ke mani mein nahi ke insaan ki azadi abalash kar di gayi hai. woh to deen-e-fitrat hai. lekin insaan ko chuki azadi hai,</w:t>
      </w:r>
      <w:r>
        <w:br/>
      </w:r>
      <w:r>
        <w:rPr>
          <w:sz w:val="20"/>
        </w:rPr>
        <w:t>1:09:30  to apne fitrat ke khilaaf chala jata hai woh. kuch dilchaspi ki bina par, kuch lalach ki bina par, kuch khwahish ki bina par. yeh is ke is se aata hai.</w:t>
      </w:r>
      <w:r>
        <w:br/>
      </w:r>
      <w:r>
        <w:rPr>
          <w:sz w:val="20"/>
        </w:rPr>
        <w:t>1:09:40  jo isi liye jahad-e-nafs ko sab se bara jahad kaha gaya hai. jahad bil nafs ko sab se bara jahad kaha gaya. jahad-e-akbar kaha gaya hai is ko.</w:t>
      </w:r>
      <w:r>
        <w:br/>
      </w:r>
      <w:r>
        <w:rPr>
          <w:sz w:val="20"/>
        </w:rPr>
        <w:t>1:09:50  to yahi to jahad-e-akbar hai. ke jab shaitan ya aur doosre qism ke jo woh hain muharrikat, woh aap ko kheenche kisi aur taraf, to aap is se ladein.</w:t>
      </w:r>
      <w:r>
        <w:br/>
      </w:r>
      <w:r>
        <w:rPr>
          <w:sz w:val="20"/>
        </w:rPr>
        <w:t>1:10:07  apne apne hawas se ladein, apne nafs se ladein, apne dilchaspi se ladein. aur phir khuda ke raste par jame rahein. to fitrat hone ka matlab majboori nahi hai.</w:t>
      </w:r>
      <w:r>
        <w:br/>
      </w:r>
      <w:r>
        <w:rPr>
          <w:sz w:val="20"/>
        </w:rPr>
        <w:t>1:10:19  islam bilashuba fitrat hai. lekin is ka matlab nahi ke sab ko majboori se woh chahta hai ke sab isi par aa jayein. phir to dilchaspi hi nahi rahegi.</w:t>
      </w:r>
      <w:r>
        <w:br/>
      </w:r>
      <w:r>
        <w:rPr>
          <w:sz w:val="20"/>
        </w:rPr>
        <w:t>1:10:29  dilchaspi to khatam ho jayegi phir. to islam bilashuba fitrat ke mani yeh hain ke woh is ki taleemat mabni karti hain qanoon-e-fitrat par.</w:t>
      </w:r>
      <w:r>
        <w:br/>
      </w:r>
      <w:r>
        <w:rPr>
          <w:sz w:val="20"/>
        </w:rPr>
        <w:t>1:10:42  is ke par. is par mabni karti hain. lekin choice to phir bhi aadmi ka apna rahega. choice to aadmi ka apna hi rahega.</w:t>
      </w:r>
      <w:r>
        <w:br/>
      </w:r>
      <w:r>
        <w:rPr>
          <w:sz w:val="20"/>
        </w:rPr>
        <w:t>1:10:53  choice ke mamle mein kabhi bhi koi zor zabardasti nahi ki jayegi. quran majeed mein hai ke la ikraha fid deen ke deen ke mamle mein koi zabardasti nahi hai.</w:t>
      </w:r>
      <w:r>
        <w:br/>
      </w:r>
      <w:r>
        <w:rPr>
          <w:sz w:val="20"/>
        </w:rPr>
        <w:t>1:11:07  yeh hai is ka matlab. in ka agla point yeh hai ke koi bhi tehzeeb apne aap mein buri nahi hoti, lekin phir bhi log maghribi tehzeeb ko bura kyun mante hain?</w:t>
      </w:r>
      <w:r>
        <w:br/>
      </w:r>
      <w:r>
        <w:rPr>
          <w:sz w:val="20"/>
        </w:rPr>
        <w:t>1:11:22  asal mein log jo hain, hum musalman khaas taur par farq karna nahi jante. yani art of differentiation ki khabar musalmanon ko nahi hai.</w:t>
      </w:r>
      <w:r>
        <w:br/>
      </w:r>
      <w:r>
        <w:rPr>
          <w:sz w:val="20"/>
        </w:rPr>
        <w:t>1:11:33  mera tajruba yeh hai ke ek hai civilization, ek hai civilization ka galat istemal. to quran ka bhi galat istemal kiya jata hai. aaj kal jo log khudkushi bombing kar rahe hain, woh bhi quran se nikalte hain.</w:t>
      </w:r>
      <w:r>
        <w:br/>
      </w:r>
      <w:r>
        <w:rPr>
          <w:sz w:val="20"/>
        </w:rPr>
        <w:t>1:11:46  to quran to bura nahi ho jayega. abhi aaj ke paper mein hai ke america mein ek muslim tha army mein, us ne terah aadmiyon ko maar dala.</w:t>
      </w:r>
      <w:r>
        <w:br/>
      </w:r>
      <w:r>
        <w:rPr>
          <w:sz w:val="20"/>
        </w:rPr>
        <w:t>1:11:57  aur allahu akbar, allahu akbar kehte hue maar dala. yeh allahu akbar to nahi hai. is liye ke agar aap america ki army mein hain, to agar aap ko koi farq hain, to aap army mein rehte hue nahi kar sakte aisa.</w:t>
      </w:r>
      <w:r>
        <w:br/>
      </w:r>
      <w:r>
        <w:rPr>
          <w:sz w:val="20"/>
        </w:rPr>
        <w:t>1:12:11  aap ko istifa dena padega. fambidh alayhi wa la sawa yeh bilkul haram hai islam mein ke army ke andar aap hain, aur is ke bawajood aap logon ko lagen maar rahe hain army ke jawano ko.</w:t>
      </w:r>
      <w:r>
        <w:br/>
      </w:r>
      <w:r>
        <w:rPr>
          <w:sz w:val="20"/>
        </w:rPr>
        <w:t>1:12:25  yeh to jaiz hi nahi hai. to agar aap ne army mein bharti kiya hai, army ke jo is ka woh hota hai, woh liya hai aap ne wafadari ka, to wa'ufu billahi dha a'hadu ka case ban gaya hai aap ka.</w:t>
      </w:r>
      <w:r>
        <w:br/>
      </w:r>
      <w:r>
        <w:rPr>
          <w:sz w:val="20"/>
        </w:rPr>
        <w:t>1:12:42  aap ko is ahadname ko poora karna padega. ab agar aap ko farq hain, agar aap samajhte hain ke america jo hai woh galat kaam kar raha hai, to istifa de dijiye, apne watan chale jaiye.</w:t>
      </w:r>
      <w:r>
        <w:br/>
      </w:r>
      <w:r>
        <w:rPr>
          <w:sz w:val="20"/>
        </w:rPr>
        <w:t>1:12:54  apne watan ja kar ke wahan se phir jo karna hai kijiye. america ke andar rehte hue, america ki army mein rehte hue aap aisa nahi kar sakte. to yeh to har jagah aisa hota hai ke log bahas karte hain.</w:t>
      </w:r>
      <w:r>
        <w:br/>
      </w:r>
      <w:r>
        <w:rPr>
          <w:sz w:val="20"/>
        </w:rPr>
        <w:t>1:13:07  qanoon se bahas karte hain, quran se bahas karte hain, apne maqam se bahas karte hain. to yeh phir har jagah paya jata hai.</w:t>
      </w:r>
      <w:r>
        <w:br/>
      </w:r>
      <w:r>
        <w:rPr>
          <w:sz w:val="20"/>
        </w:rPr>
        <w:t>1:13:18  This question is from Mr. Deenul Huda. He is pointing out towards the theory of evolution</w:t>
      </w:r>
      <w:r>
        <w:br/>
      </w:r>
      <w:r>
        <w:rPr>
          <w:sz w:val="20"/>
        </w:rPr>
        <w:t>1:13:26  . He says that a believer is of the opinion that God created Adam directly in the human form, whereas according to the theory of evolution, from early age till now, there have been various evolutions.</w:t>
      </w:r>
      <w:r>
        <w:br/>
      </w:r>
      <w:r>
        <w:rPr>
          <w:sz w:val="20"/>
        </w:rPr>
        <w:t>1:13:43  So, are there any similarities between both of them, or what exactly is the correct perspective?</w:t>
      </w:r>
      <w:r>
        <w:br/>
      </w:r>
      <w:r>
        <w:rPr>
          <w:sz w:val="20"/>
        </w:rPr>
        <w:t>1:13:50  dekhie, main evolution theory ko bilkul galat samajhta hoon. ek hai creation, ek hai evolution. main creation ko manta hoon, evolution ko nahin manta.</w:t>
      </w:r>
      <w:r>
        <w:br/>
      </w:r>
      <w:r>
        <w:rPr>
          <w:sz w:val="20"/>
        </w:rPr>
        <w:t>1:13:59  is par bar bar yahan bol chuka hoon main, aur is par maine likha bhi hai. agar aap kisi ko mazeed janna hai to mere pas aain, office mein bataunga is ko.</w:t>
      </w:r>
      <w:r>
        <w:br/>
      </w:r>
      <w:r>
        <w:rPr>
          <w:sz w:val="20"/>
        </w:rPr>
        <w:t>1:14:10  itna hi keh sakta hoon is waqt ke main evolution theory ko bilkul galat manta hoon. be buniyad manta hoon. main creation ko manta hoon, theory of creation.</w:t>
      </w:r>
      <w:r>
        <w:br/>
      </w:r>
      <w:r>
        <w:rPr>
          <w:sz w:val="20"/>
        </w:rPr>
        <w:t>1:14:21  yani Khuda ne paida kiya sab kuch. ek ek cheez. evolution se kuch bhi nahin hua. baqi aap ko tafseel se janna hai to mera article parh sakte hain, aur agar aap mazeed janna ho to aap mere office mein aain, main bataunga aap ko.</w:t>
      </w:r>
      <w:r>
        <w:br/>
      </w:r>
      <w:r>
        <w:rPr>
          <w:sz w:val="20"/>
        </w:rPr>
        <w:t>1:14:36  This question is from Mr. S. Ahmad. When we talk about the change in lifestyle, then I think to some extent it is possible, but is it possible to leave the planes and trains and go back to the Stone Age</w:t>
      </w:r>
      <w:r>
        <w:br/>
      </w:r>
      <w:r>
        <w:rPr>
          <w:sz w:val="20"/>
        </w:rPr>
        <w:t>1:14:54  ? Isn't it better to bring out some technologies which we can counter the global problems?</w:t>
      </w:r>
      <w:r>
        <w:br/>
      </w:r>
      <w:r>
        <w:rPr>
          <w:sz w:val="20"/>
        </w:rPr>
        <w:t>1:15:04  kehne ke liye to bari achhi baat yeh hai, magar aisi koi technology maujood nahin karti. agar ho to aap mujh ko bataiye ke falan technology hai.</w:t>
      </w:r>
      <w:r>
        <w:br/>
      </w:r>
      <w:r>
        <w:rPr>
          <w:sz w:val="20"/>
        </w:rPr>
        <w:t>1:15:14  maine dekha hai ke aisi koi technology abhi tak insan bana nahin saka hai. to sara mamla lifestyle ka hai yeh. to ya to lifestyle chhodie, ya to conference mat kijiye.</w:t>
      </w:r>
      <w:r>
        <w:br/>
      </w:r>
      <w:r>
        <w:rPr>
          <w:sz w:val="20"/>
        </w:rPr>
        <w:t>1:15:23  yeh to yeh to woh hai, yani double standard hai ke lifestyle chhodne ko aap taiyar bhi nahin hain, aur conference kar rahe hain aap.</w:t>
      </w:r>
      <w:r>
        <w:br/>
      </w:r>
      <w:r>
        <w:rPr>
          <w:sz w:val="20"/>
        </w:rPr>
        <w:t>1:15:33  ek is par climate change par. baqi jahan tak technology ki baat hai to abhi tak insan, abhi tak koi doosri technology daryaft nahin kar saka hai.</w:t>
      </w:r>
      <w:r>
        <w:br/>
      </w:r>
      <w:r>
        <w:rPr>
          <w:sz w:val="20"/>
        </w:rPr>
        <w:t>1:15:46  Maulana this question is from Mr. Furqan. He is asking that for paradise will this world be beautified, or our perception will be chang</w:t>
      </w:r>
      <w:r>
        <w:br/>
      </w:r>
      <w:r>
        <w:rPr>
          <w:sz w:val="20"/>
        </w:rPr>
        <w:t>1:15:57  ed? Like we generally, we will be free from fear, doubt, ego, or any kind of negative aspect?</w:t>
      </w:r>
      <w:r>
        <w:br/>
      </w:r>
      <w:r>
        <w:rPr>
          <w:sz w:val="20"/>
        </w:rPr>
        <w:t>1:16:05  sab se bara jo jo bari cheez jo jannat mein milegi, woh Quran mein hai ke jannat wale kahenge أَذْهَبَ أَنْدَى الْحَزَنَ Khuda ne huzn ko nikaal diya.</w:t>
      </w:r>
      <w:r>
        <w:br/>
      </w:r>
      <w:r>
        <w:rPr>
          <w:sz w:val="20"/>
        </w:rPr>
        <w:t>1:16:22  yeh duniya mein sab kuch hai, sab kuch hai, sab kuch hai. lekin is ke sath huzn bhi hai. huzn ka matlab dard, dard.</w:t>
      </w:r>
      <w:r>
        <w:br/>
      </w:r>
      <w:r>
        <w:rPr>
          <w:sz w:val="20"/>
        </w:rPr>
        <w:t>1:16:32  yeh duniya mein har jagah takleef hi takleef hai. mahal mein bhi takleef hai. main abhi gaya tha Qatar, jo jahan mujhe thehraya tha, woh ek mahal tha bilkul.</w:t>
      </w:r>
      <w:r>
        <w:br/>
      </w:r>
      <w:r>
        <w:rPr>
          <w:sz w:val="20"/>
        </w:rPr>
        <w:t>1:16:42  wahan bhi mujhe takleef thi. kyunke bohat sare awamil chahiye sacha sukh paane ke liye, sacha lazzat, sacha yani khushi paane ke liye.</w:t>
      </w:r>
      <w:r>
        <w:br/>
      </w:r>
      <w:r>
        <w:rPr>
          <w:sz w:val="20"/>
        </w:rPr>
        <w:t>1:16:54  woh mumkin nahin hota is duniya mein. har jagah huzn ghusa hua rehta hai.</w:t>
      </w:r>
      <w:r>
        <w:br/>
      </w:r>
      <w:r>
        <w:rPr>
          <w:sz w:val="20"/>
        </w:rPr>
        <w:t>1:17:02  to jannat wale kahenge ke Allah taala ne hamein jannat mein huzn ko nikaal diya.</w:t>
      </w:r>
      <w:r>
        <w:br/>
      </w:r>
      <w:r>
        <w:rPr>
          <w:sz w:val="20"/>
        </w:rPr>
        <w:t>1:17:10  yani jismani dard nahin, zehni dard nahin, is se azaad kar diya. yahi to jannat ki sab se bari khoobsurti to ho gayi. khane peene ki to yahan bhi hai.</w:t>
      </w:r>
      <w:r>
        <w:br/>
      </w:r>
      <w:r>
        <w:rPr>
          <w:sz w:val="20"/>
        </w:rPr>
        <w:t>1:17:20  lekin har cheez ke sath ek</w:t>
      </w:r>
      <w:r>
        <w:br/>
      </w:r>
      <w:r>
        <w:rPr>
          <w:sz w:val="20"/>
        </w:rPr>
        <w:t>1:17:24  woh laga hua hai, minus point laga hua hai. yahan har cheez ke sath plus point hai, to minus point bhi laga hua hai. aap achha achha khana khayen to aap ko sehat kharab ho jati hai.</w:t>
      </w:r>
      <w:r>
        <w:br/>
      </w:r>
      <w:r>
        <w:rPr>
          <w:sz w:val="20"/>
        </w:rPr>
        <w:t>1:17:37  achha achha khana, aap ke pas paisa hai khane ke liye, to aap kha nahin paate. achha achha khana khayenge to sehat kharab ho jayegi. har cheez mein minus ke plus, har cheez mein plus point ke sath minus point mila hua hai.</w:t>
      </w:r>
      <w:r>
        <w:br/>
      </w:r>
      <w:r>
        <w:rPr>
          <w:sz w:val="20"/>
        </w:rPr>
        <w:t>1:17:52  jannat mein sirf plus hi plus hoga. yeh to isi liye to jannat hogi woh. This question is from Naghma Siddiqui.</w:t>
      </w:r>
      <w:r>
        <w:br/>
      </w:r>
      <w:r>
        <w:rPr>
          <w:sz w:val="20"/>
        </w:rPr>
        <w:t>1:18:01  Maulana, having understood the correct perspective of Islam and that the doomsday may approach any time, do you think what is left now is the entry of God's word into every home?</w:t>
      </w:r>
      <w:r>
        <w:br/>
      </w:r>
      <w:r>
        <w:rPr>
          <w:sz w:val="20"/>
        </w:rPr>
        <w:t>1:18:17  haan. sab se bara kaam yaad rakhiye, is waqt jo hai, woh hai idkhaal e kalma. hadith ke lafz mein is ko lafz aaya hai.</w:t>
      </w:r>
      <w:r>
        <w:br/>
      </w:r>
      <w:r>
        <w:rPr>
          <w:sz w:val="20"/>
        </w:rPr>
        <w:t>1:18:26  adkhal kalma yani word of god ko har insan tak pohnchana. sab se bara kaam. yani hadith mein hai yeh ke aakhri zamanay mein jo sab se bara kaam karein ge, kya jo karna hoga, woh hai adkhal kalma.</w:t>
      </w:r>
      <w:r>
        <w:br/>
      </w:r>
      <w:r>
        <w:rPr>
          <w:sz w:val="20"/>
        </w:rPr>
        <w:t>1:18:43  yani allah ta'ala ke word ko ghar ghar pohnchana. to word of god kya hai? yeh quran hai. aur is zamanay ki jo international zaban ban gayi hai, woh angrezi hai.</w:t>
      </w:r>
      <w:r>
        <w:br/>
      </w:r>
      <w:r>
        <w:rPr>
          <w:sz w:val="20"/>
        </w:rPr>
        <w:t>1:18:58  to hum ne khuda ke fazl se yahi kiya hai ke english mein, samajhne wali zaban mein, aasani se samajh aa sake, jo wazahat is ke andar ho.</w:t>
      </w:r>
      <w:r>
        <w:br/>
      </w:r>
      <w:r>
        <w:rPr>
          <w:sz w:val="20"/>
        </w:rPr>
        <w:t>1:19:08  aur bohat achi printing ke sath quran ka tarjuma tayar kar ke chhaap diya hai. main samajhta hoon ke hum sab ka, hum sab ka, aur jo log sun rahe hain, un sab ka sab se pehli zimmedari yeh hai ke is ko sari duniya mein phailayein.</w:t>
      </w:r>
      <w:r>
        <w:br/>
      </w:r>
      <w:r>
        <w:rPr>
          <w:sz w:val="20"/>
        </w:rPr>
        <w:t>1:19:25  sab se bara kaam yeh hai. har doosra kaam sanvi hai. is ke muqable mein har doosra kaam sanvi hai.</w:t>
      </w:r>
      <w:r>
        <w:br/>
      </w:r>
      <w:r>
        <w:rPr>
          <w:sz w:val="20"/>
        </w:rPr>
        <w:t>1:19:36  ek sahib mere paas aaye, hajj o umrah, unhein pata hai ke. to kai hajj kar chuke hain, kai umrah kar chuke hain. main ne kaha bilkul hajj o umrah mat kijiye, yeh sara paisa aap is par lagaiye, quran ko phailane mein.</w:t>
      </w:r>
      <w:r>
        <w:br/>
      </w:r>
      <w:r>
        <w:rPr>
          <w:sz w:val="20"/>
        </w:rPr>
        <w:t>1:19:48  bhai hajj kar chuke hain, umrah kar chuke hain, to bar bar kya zaroorat hai hajj o umrah karne ki? is paise ko yahan lagaiye. shadiyon ka kharch yahan lagaiye. jo paisa kharch karte hain log bar bar umrah, hajj karne mein, is ko yahan lagayein.</w:t>
      </w:r>
      <w:r>
        <w:br/>
      </w:r>
      <w:r>
        <w:rPr>
          <w:sz w:val="20"/>
        </w:rPr>
        <w:t>1:20:00  shadiyon mein kharch karte hain, yahan lagayein. taqreebat mein jo kharch karte hain, woh yahan lagayein. shopping mein jo kharch karte hain, yahan lagayein. outing mein jo kharch karte hain, woh sab yahan lagayein.</w:t>
      </w:r>
      <w:r>
        <w:br/>
      </w:r>
      <w:r>
        <w:rPr>
          <w:sz w:val="20"/>
        </w:rPr>
        <w:t>1:20:10  yani zaroorat ke siwa yaad rakhiye. zaroorat, yani zaroori, zaroorat se zyada jo bhi aap ke paas paisa hai, woh sab isi mein laga dijiye ke quran ko aap sari duniya mein phailayein.</w:t>
      </w:r>
      <w:r>
        <w:br/>
      </w:r>
      <w:r>
        <w:rPr>
          <w:sz w:val="20"/>
        </w:rPr>
        <w:t>1:20:26  main samajhta hoon ke qayamat ke qareeb aane ka sab se pehla, sab se aham taqaza yahi hai ke aap yeh is kaam ko anjam dein.</w:t>
      </w:r>
      <w:r>
        <w:br/>
      </w:r>
      <w:r>
        <w:rPr>
          <w:sz w:val="20"/>
        </w:rPr>
        <w:t>1:20:37  This question is from Shadab Kamal. yeh kehte hain ke iblis ki dushmani allah se samajh mein aati hai, lekin dajjal se kya dushmani hai?</w:t>
      </w:r>
      <w:r>
        <w:br/>
      </w:r>
      <w:r>
        <w:rPr>
          <w:sz w:val="20"/>
        </w:rPr>
        <w:t>1:20:52  How did Dajjal become enemy of Allah? nahi</w:t>
      </w:r>
      <w:r>
        <w:br/>
      </w:r>
      <w:r>
        <w:rPr>
          <w:sz w:val="20"/>
        </w:rPr>
        <w:t>1:20:57  sir, enemy of Allah mere khayal mein kya is sawal ka matlab hai? is sense mein hai ke woh dajjal ke rastay par chalenge, woh khuda se door ho jayenge.</w:t>
      </w:r>
      <w:r>
        <w:br/>
      </w:r>
      <w:r>
        <w:rPr>
          <w:sz w:val="20"/>
        </w:rPr>
        <w:t>1:21:10  jo log dajjal ke rastay par chalenge, woh khuda se door ho jayenge, yeh matlab hai. yeh kahin to koi likha hua hai nahi ke dajjal khuda ka dushman hoga, yeh to koi hai nahi.</w:t>
      </w:r>
      <w:r>
        <w:br/>
      </w:r>
      <w:r>
        <w:rPr>
          <w:sz w:val="20"/>
        </w:rPr>
        <w:t>1:21:19  yeh unhone jo likha hai, hmm, to aisa to koi likha nahi quran o hadith mein, to koi hai to nahi ke dajjal khuda ka dushman hoga. maulana, shaitan ya iblis ko dajjal aur dono ko ek hi category mein daal ke yeh keh rahe hain?</w:t>
      </w:r>
      <w:r>
        <w:br/>
      </w:r>
      <w:r>
        <w:rPr>
          <w:sz w:val="20"/>
        </w:rPr>
        <w:t>1:21:30  nahi to yeh galat hai. ke yeh kyun khuda ke dushman hain? shaitan alag cheez hai, dajjal alag cheez hai.</w:t>
      </w:r>
      <w:r>
        <w:br/>
      </w:r>
      <w:r>
        <w:rPr>
          <w:sz w:val="20"/>
        </w:rPr>
        <w:t>1:21:39  dushman isi sense mein hai ke khuda ke jis rastay par chalana chahte hain logon ko, yeh us ko bhatkate hain. basic baat yeh hai ke hasad, yani shaitan ko yeh hasad aa gayi ke mujhe jo darja mila tha, woh in allah ko adam ko de diya.</w:t>
      </w:r>
      <w:r>
        <w:br/>
      </w:r>
      <w:r>
        <w:rPr>
          <w:sz w:val="20"/>
        </w:rPr>
        <w:t>1:21:57  to out of hasad yeh kar raha hai shaitan ke woh insan ko dekh nahi chahta. ya aap bhi dekh lijiye, kahin bhi dekh lijiye. hasad jab aa jati hai to aadmi chahta hai ke us ko kaise girave, kaise us ko zaleel kare, kaise us ko nakam kare.</w:t>
      </w:r>
      <w:r>
        <w:br/>
      </w:r>
      <w:r>
        <w:rPr>
          <w:sz w:val="20"/>
        </w:rPr>
        <w:t>1:22:11  to is duniya mein jinat ko mila hua tha charge duniya ka. jinat jo hain, master the is ke. to khuda ne jinat ko hataya, ab insan ko khuda le aaya.</w:t>
      </w:r>
      <w:r>
        <w:br/>
      </w:r>
      <w:r>
        <w:rPr>
          <w:sz w:val="20"/>
        </w:rPr>
        <w:t>1:22:22  to yeh to hota hi hai, aap har taraf dekh sakte hain, charon taraf ke logon ko hasad ka jazba aa jata hai. to out of hasad yeh jinat karta hai, woh shaitan karta hai.</w:t>
      </w:r>
      <w:r>
        <w:br/>
      </w:r>
      <w:r>
        <w:rPr>
          <w:sz w:val="20"/>
        </w:rPr>
        <w:t>1:22:34  aur shaitan ki poori jo qaum hai, woh insan ki isi sense mein dushman hai ke woh samajhti hai ke meri jagah le liya is ne, meri seat is ne le liya, meri barhai is ne chheen li.</w:t>
      </w:r>
      <w:r>
        <w:br/>
      </w:r>
      <w:r>
        <w:rPr>
          <w:sz w:val="20"/>
        </w:rPr>
        <w:t>1:22:46  is liye woh chahta hai ke yeh unhein gumrah kare, un ko bhakave, aur un ko jannat mein na jaane de. This question is from Abdul Rahman.</w:t>
      </w:r>
      <w:r>
        <w:br/>
      </w:r>
      <w:r>
        <w:rPr>
          <w:sz w:val="20"/>
        </w:rPr>
        <w:t>1:22:59  insan ko allah ki ibadat ke liye paida kiya gaya hai, is ka matlab bayan farmayein.</w:t>
      </w:r>
      <w:r>
        <w:br/>
      </w:r>
      <w:r>
        <w:rPr>
          <w:sz w:val="20"/>
        </w:rPr>
        <w:t>1:23:14  wama khalaqtul jinna wal insa illa li ya'budun yeh quran majeed mein aaya hai. ibadat ka matlab hai marifat. marifat, yani marifat ka matlab hota hai daryaft.</w:t>
      </w:r>
      <w:r>
        <w:br/>
      </w:r>
      <w:r>
        <w:rPr>
          <w:sz w:val="20"/>
        </w:rPr>
        <w:t>1:23:26  insan ko paida kiya allah ta'ala ne ke khuda ko daryaft kare, khuda ko jaane, yani haqeeqat ko jaane, aur us par apne rastay ko apne irade se us par qaim kare.</w:t>
      </w:r>
      <w:r>
        <w:br/>
      </w:r>
      <w:r>
        <w:rPr>
          <w:sz w:val="20"/>
        </w:rPr>
        <w:t>1:23:40  yani jo jo marifat hai Allah taala ki, woh woh chila kar nahi bol rahi, balkay awaz buland kar ke nahi koi laga hua hai yahan, hum ko daryaft karna hai.</w:t>
      </w:r>
      <w:r>
        <w:br/>
      </w:r>
      <w:r>
        <w:rPr>
          <w:sz w:val="20"/>
        </w:rPr>
        <w:t>1:23:51  to ibadat ka matlab bataya gaya hai marifat. Aap tafseeron mein dekh sakte hain. To insan ko paida kiya Allah taala ne marifat ke liye, yani is liye ke woh apne khaliq ko pehchane,</w:t>
      </w:r>
      <w:r>
        <w:br/>
      </w:r>
      <w:r>
        <w:rPr>
          <w:sz w:val="20"/>
        </w:rPr>
        <w:t>1:24:05  pehchan kar ke is ko tasleem kare, is ke is ke rehnumai ko pata kare, aur is ke bataye hue rehnumai par chale taake woh Khuda ki barkat is ko mile, yeh matlab hai is ka.</w:t>
      </w:r>
      <w:r>
        <w:br/>
      </w:r>
      <w:r>
        <w:rPr>
          <w:sz w:val="20"/>
        </w:rPr>
        <w:t>1:24:22  This question is from Sadia. Many orientalists denying prophethood to Muhammad attribute his success to human genius.</w:t>
      </w:r>
      <w:r>
        <w:br/>
      </w:r>
      <w:r>
        <w:rPr>
          <w:sz w:val="20"/>
        </w:rPr>
        <w:t>1:24:33  What is the drawback of such an explanation of Muhammad's achievements?</w:t>
      </w:r>
      <w:r>
        <w:br/>
      </w:r>
      <w:r>
        <w:rPr>
          <w:sz w:val="20"/>
        </w:rPr>
        <w:t>1:24:41  genius to bilashuba thay woh, lekin agar woh Khuda ki wahi na aati to sirf genius hona kaam kam nahi aa sakta tha. Khuda ki rehnumai aayi aap ko.</w:t>
      </w:r>
      <w:r>
        <w:br/>
      </w:r>
      <w:r>
        <w:rPr>
          <w:sz w:val="20"/>
        </w:rPr>
        <w:t>1:24:54  yeh to sahi hai, hadith mein, Quran majeed mein hai ke</w:t>
      </w:r>
      <w:r>
        <w:br/>
      </w:r>
      <w:r>
        <w:rPr>
          <w:sz w:val="20"/>
        </w:rPr>
        <w:t>1:24:59  aidi al-absar, yani peghambaron ke bare mein kaha gaya ke woh awwalidi wa awwal al-absar thay yeh. Yani jismani taqat bhi thi aur zehni taqat bhi thi un ke andar.</w:t>
      </w:r>
      <w:r>
        <w:br/>
      </w:r>
      <w:r>
        <w:rPr>
          <w:sz w:val="20"/>
        </w:rPr>
        <w:t>1:25:10  yani dono ati</w:t>
      </w:r>
    </w:p>
    <w:p>
      <w:pPr>
        <w:pStyle w:val="Heading2"/>
      </w:pPr>
      <w:r>
        <w:t>Why protest against others is against God's plan</w:t>
      </w:r>
    </w:p>
    <w:p>
      <w:r>
        <w:rPr>
          <w:color w:val="666666"/>
          <w:sz w:val="18"/>
        </w:rPr>
        <w:t>Faith &amp; God · Q&amp;A 13 Nov 2011 · 5m 26s · at 7:33 · https://youtu.be/oOZ9h37_pL8?t=453</w:t>
      </w:r>
    </w:p>
    <w:p>
      <w:r>
        <w:rPr>
          <w:i/>
        </w:rPr>
        <w:t>“When humans have freedom of action according to God's creative plan, then Muslims around the world protesting about other people's problems is equivalent to protesting against God himself. Why don't people understand this reality?”</w:t>
      </w:r>
    </w:p>
    <w:p>
      <w:r>
        <w:rPr>
          <w:sz w:val="20"/>
        </w:rPr>
        <w:t>7:33  maulana yeh sawal aaya hai Mr Abdul Latif sahib ka Karachi Pakistan se. unhon ne likha hai jab insaan ko Khuda ke takhleeqi naqshay ke mutabiq amal ki azaadi hasil hai to phir dunya bhar ke musalmanon ka doosre logon ke masail par ihtijaj waghera karna khud Allah ke khilaf ihtijaj karne ke barabar hai.</w:t>
      </w:r>
      <w:r>
        <w:br/>
      </w:r>
      <w:r>
        <w:rPr>
          <w:sz w:val="20"/>
        </w:rPr>
        <w:t>7:57  aakhir log is haqeeqat ko kyun nahi samajhte?</w:t>
      </w:r>
      <w:r>
        <w:br/>
      </w:r>
      <w:r>
        <w:rPr>
          <w:sz w:val="20"/>
        </w:rPr>
        <w:t>8:08  asal mein log jo hain woh is mein ziyada usool jo hai hamare leaderon ka hai. subah shaam woh sirf shikayati baatein karte hain.</w:t>
      </w:r>
      <w:r>
        <w:br/>
      </w:r>
      <w:r>
        <w:rPr>
          <w:sz w:val="20"/>
        </w:rPr>
        <w:t>8:22  zulm ki dastaanen sunate hain. to aam log bechare kya</w:t>
      </w:r>
      <w:r>
        <w:br/>
      </w:r>
      <w:r>
        <w:rPr>
          <w:sz w:val="20"/>
        </w:rPr>
        <w:t>8:26  karen? akhbaron mein parhte hain, radio mein sunte hain, TV mein dekhte hain, jalson mein sunte hain to wahi un ka zehn ban jata hai. to sara qusoor awam ka nahin balkeh leaderon ka hai jin ke pas manfi baaton ke siwa kuch aur hai nahin.</w:t>
      </w:r>
      <w:r>
        <w:br/>
      </w:r>
      <w:r>
        <w:rPr>
          <w:sz w:val="20"/>
        </w:rPr>
        <w:t>8:42  jo bhi musalmanon ka akhbar parhiye, magazine parhiye, kitab parhiye, jalse mein jaiye, kisi majlis mein baithiye,</w:t>
      </w:r>
      <w:r>
        <w:br/>
      </w:r>
      <w:r>
        <w:rPr>
          <w:sz w:val="20"/>
        </w:rPr>
        <w:t>8:48  wahan bas manfi baaton ka charcha hoga. conspiracy hai, zulm hai, bas isi tarah ki baaten.</w:t>
      </w:r>
      <w:r>
        <w:br/>
      </w:r>
      <w:r>
        <w:rPr>
          <w:sz w:val="20"/>
        </w:rPr>
        <w:t>8:58  hum ko cage mein dal diya gaya hai, aisi baaten. is ka hal sirf yeh hai ke aap</w:t>
      </w:r>
      <w:r>
        <w:br/>
      </w:r>
      <w:r>
        <w:rPr>
          <w:sz w:val="20"/>
        </w:rPr>
        <w:t>9:06  ko Allah taala ne positive soch di hai to aap positive soch ko phailaiye. is par shukr kijiye ke is jangall mein, yani is manfi soch ke jangall mein aap ko positive soch mili.</w:t>
      </w:r>
      <w:r>
        <w:br/>
      </w:r>
      <w:r>
        <w:rPr>
          <w:sz w:val="20"/>
        </w:rPr>
        <w:t>9:18  to aap apni positive soch ko phailaiye, phailaiye, phailaiye.</w:t>
      </w:r>
      <w:r>
        <w:br/>
      </w:r>
      <w:r>
        <w:rPr>
          <w:sz w:val="20"/>
        </w:rPr>
        <w:t>9:23  yahi sahi tareeqa hai.</w:t>
      </w:r>
      <w:r>
        <w:br/>
      </w:r>
      <w:r>
        <w:rPr>
          <w:sz w:val="20"/>
        </w:rPr>
        <w:t>9:28  Maulana Inayatullah Umri ne Bangalore se likha hai Maulana Islam mein woh taqat hai jis se is duniya mein ideal nizam qaim kar sakte hain.</w:t>
      </w:r>
      <w:r>
        <w:br/>
      </w:r>
      <w:r>
        <w:rPr>
          <w:sz w:val="20"/>
        </w:rPr>
        <w:t>9:40  hum Islam ki khusoosiyat mein is se kam par kaise raazi ho sakte hain? wazahat farmayen. dekhiye yeh nizam wali baat na Quran mein hai na Hadees mein.</w:t>
      </w:r>
      <w:r>
        <w:br/>
      </w:r>
      <w:r>
        <w:rPr>
          <w:sz w:val="20"/>
        </w:rPr>
        <w:t>9:52  yeh to kuch logon ne nikal rakha hai so called Islamist ne. yeh kahan Quran mein</w:t>
      </w:r>
      <w:r>
        <w:br/>
      </w:r>
      <w:r>
        <w:rPr>
          <w:sz w:val="20"/>
        </w:rPr>
        <w:t>9:57  hai? haan Hadees mein hai. sari duniya mein adl ka nizam, sari duniya mein qist ka nizam. yeh to hai hi nahin. yeh to hai hi nahin.</w:t>
      </w:r>
      <w:r>
        <w:br/>
      </w:r>
      <w:r>
        <w:rPr>
          <w:sz w:val="20"/>
        </w:rPr>
        <w:t>10:07  jo baat Quran mein hai woh sirf yeh hai ke logon ko logon ke andar marifat paida karo, logon ke andar</w:t>
      </w:r>
      <w:r>
        <w:br/>
      </w:r>
      <w:r>
        <w:rPr>
          <w:sz w:val="20"/>
        </w:rPr>
        <w:t>10:15  yani Khuda wali soch paida karo. yani afraad ko nishana banaya gaya hai, bataya gaya hai Quran Hadees mein.</w:t>
      </w:r>
      <w:r>
        <w:br/>
      </w:r>
      <w:r>
        <w:rPr>
          <w:sz w:val="20"/>
        </w:rPr>
        <w:t>10:25  sare aalami samaj ko nahin. afraad jitne banenge usi lehaz se samaj banega.</w:t>
      </w:r>
      <w:r>
        <w:br/>
      </w:r>
      <w:r>
        <w:rPr>
          <w:sz w:val="20"/>
        </w:rPr>
        <w:t>10:34  to yeh yeh nizam wali baat jo hai yeh Quran Hadees se nahin li gayi hai. yeh jab communist ka communist philosophy jab phaili to yeh communist ne nikala nizam.</w:t>
      </w:r>
      <w:r>
        <w:br/>
      </w:r>
      <w:r>
        <w:rPr>
          <w:sz w:val="20"/>
        </w:rPr>
        <w:t>10:48  nizam ke baad darasal communist ideology se nikli.</w:t>
      </w:r>
      <w:r>
        <w:br/>
      </w:r>
      <w:r>
        <w:rPr>
          <w:sz w:val="20"/>
        </w:rPr>
        <w:t>10:52  ek zamane mein meri naujawani ke zamane mein har aadmi communist hua karta tha.</w:t>
      </w:r>
      <w:r>
        <w:br/>
      </w:r>
      <w:r>
        <w:rPr>
          <w:sz w:val="20"/>
        </w:rPr>
        <w:t>11:02  har aadmi communist ki baaten karta tha. is zamane mein mere do saathi the Ali Hammad Abbasi aur Khalil ur Rehman Azmi.</w:t>
      </w:r>
      <w:r>
        <w:br/>
      </w:r>
      <w:r>
        <w:rPr>
          <w:sz w:val="20"/>
        </w:rPr>
        <w:t>11:12  to meri soch to mazhabi thi lekin woh mujh se milta tha. woh bhi wahi baaten karte the. woh taraqqi pasand adab ke afraad the woh.</w:t>
      </w:r>
      <w:r>
        <w:br/>
      </w:r>
      <w:r>
        <w:rPr>
          <w:sz w:val="20"/>
        </w:rPr>
        <w:t>11:22  yani progressive group. progressive group kya</w:t>
      </w:r>
      <w:r>
        <w:br/>
      </w:r>
      <w:r>
        <w:rPr>
          <w:sz w:val="20"/>
        </w:rPr>
        <w:t>11:25  tha? woh ijtamai group hota tha. to ek zamane mein yeh ek fashion ban gaya tha ke aisa nizam, waisa nizam.</w:t>
      </w:r>
      <w:r>
        <w:br/>
      </w:r>
      <w:r>
        <w:rPr>
          <w:sz w:val="20"/>
        </w:rPr>
        <w:t>11:35  is fashion ko main samajhta hoon ke yeh yeh yeh masahhat musalmanon ne ki, kuch masahhat yeh</w:t>
      </w:r>
      <w:r>
        <w:br/>
      </w:r>
      <w:r>
        <w:rPr>
          <w:sz w:val="20"/>
        </w:rPr>
        <w:t>11:44  jinhon ne Islam ko nizam ke roop mein pesh kiya unhon ne masahhat kiya. pehle zamane mein masahhat hoti thi to doosre din ki. is zamane mein yeh nizami masahhat hai.</w:t>
      </w:r>
      <w:r>
        <w:br/>
      </w:r>
      <w:r>
        <w:rPr>
          <w:sz w:val="20"/>
        </w:rPr>
        <w:t>11:54  nizam ka tasawwur jo hai sab se pehle communist ideology ne diya, socialist ideology ne diya.</w:t>
      </w:r>
      <w:r>
        <w:br/>
      </w:r>
      <w:r>
        <w:rPr>
          <w:sz w:val="20"/>
        </w:rPr>
        <w:t>12:02  ya democracy mein aaya hai. to democratic nizam, jamhuri nizam, ejtemai nizam, socialist nizam yeh yeh democratic philosophers aur socialist philosophers ne yeh cheezein paida keen.</w:t>
      </w:r>
      <w:r>
        <w:br/>
      </w:r>
      <w:r>
        <w:rPr>
          <w:sz w:val="20"/>
        </w:rPr>
        <w:t>12:19  pehlay aisa nahi tha.</w:t>
      </w:r>
      <w:r>
        <w:br/>
      </w:r>
      <w:r>
        <w:rPr>
          <w:sz w:val="20"/>
        </w:rPr>
        <w:t>12:21  to isi ke mazaharat ke taur par musalmanon mein kuch log paida ho gaye ke islami nizam, islami nizam, islami nizam. baghair is ke ke quran mein ghhor karte hue quran ka naqsha batata hai.</w:t>
      </w:r>
      <w:r>
        <w:br/>
      </w:r>
      <w:r>
        <w:rPr>
          <w:sz w:val="20"/>
        </w:rPr>
        <w:t>12:34  mazaharat ke taur par yeh lak khadi ho gayi hai. to mein samajhta hoon ke yeh sahi nahi hai. is ki correction ki zaroorat hai.</w:t>
      </w:r>
      <w:r>
        <w:br/>
      </w:r>
      <w:r>
        <w:rPr>
          <w:sz w:val="20"/>
        </w:rPr>
        <w:t>12:42  aur mabni par fard hai islam ka nishana na ke mabni par nizam. islam ki jo tehreek hai, islam ki jo dawat hai woh uska nishana aslan fard hota hai na ke nizam.</w:t>
      </w:r>
    </w:p>
    <w:p>
      <w:pPr>
        <w:pStyle w:val="Heading2"/>
      </w:pPr>
      <w:r>
        <w:t>Why were there no women prophets?</w:t>
      </w:r>
    </w:p>
    <w:p>
      <w:r>
        <w:rPr>
          <w:color w:val="666666"/>
          <w:sz w:val="18"/>
        </w:rPr>
        <w:t>Faith &amp; God · The Role of a Woman March 8, 2020 Maulana Wahiduddin Khan · 8m 11s · at 29:39 · https://youtu.be/aBPy_KTsk1A?t=1779</w:t>
      </w:r>
    </w:p>
    <w:p>
      <w:r>
        <w:rPr>
          <w:i/>
        </w:rPr>
        <w:t>“Why were there no women prophets?”</w:t>
      </w:r>
    </w:p>
    <w:p>
      <w:r>
        <w:rPr>
          <w:sz w:val="20"/>
        </w:rPr>
        <w:t>29:39  Mashallah. Maulana, yeh sawal Delhi se Muhammad Bilal sahib ne bheja hai. Unhon ne aapse poocha hai "Why there were no women prophets?</w:t>
      </w:r>
      <w:r>
        <w:br/>
      </w:r>
      <w:r>
        <w:rPr>
          <w:sz w:val="20"/>
        </w:rPr>
        <w:t>29:49  "</w:t>
      </w:r>
      <w:r>
        <w:br/>
      </w:r>
      <w:r>
        <w:rPr>
          <w:sz w:val="20"/>
        </w:rPr>
        <w:t>30:00  Is se ziyada bari baat shayad yeh hai ke hum yeh janen ke Rasool Allah ko jab prophethood mili to pehla role jo tha woh ek aurat ko tha,</w:t>
      </w:r>
      <w:r>
        <w:br/>
      </w:r>
      <w:r>
        <w:rPr>
          <w:sz w:val="20"/>
        </w:rPr>
        <w:t>30:18  woh Khadijah ka. Dekhen, Khadijah ek khatoon theen jo Rasool Allah ki biwi theen. To jab Ghar-e-Hira se jahan aap ko pehli wahi utri thi, use aap aaye</w:t>
      </w:r>
      <w:r>
        <w:br/>
      </w:r>
      <w:r>
        <w:rPr>
          <w:sz w:val="20"/>
        </w:rPr>
        <w:t>30:36  to tareekh batati hai ke aap ko kuch ghabraye hue se thay aur aap aaye Khadijah ke ghar mein.</w:t>
      </w:r>
      <w:r>
        <w:br/>
      </w:r>
      <w:r>
        <w:rPr>
          <w:sz w:val="20"/>
        </w:rPr>
        <w:t>30:48  Khadijah ke ghar mein rehte thay aap. Zambilooni Zambilooni</w:t>
      </w:r>
      <w:r>
        <w:br/>
      </w:r>
      <w:r>
        <w:rPr>
          <w:sz w:val="20"/>
        </w:rPr>
        <w:t>30:54  mujhe chadar orhao, chadar orhao. To dekhen, Hazrat Rasool Allah ko to ek ghabrahat taari ho gayi aur aap ne kaha ke orh kar let jaon.</w:t>
      </w:r>
      <w:r>
        <w:br/>
      </w:r>
      <w:r>
        <w:rPr>
          <w:sz w:val="20"/>
        </w:rPr>
        <w:t>31:10  Us waqt Khadijah ne kya kiya?</w:t>
      </w:r>
      <w:r>
        <w:br/>
      </w:r>
      <w:r>
        <w:rPr>
          <w:sz w:val="20"/>
        </w:rPr>
        <w:t>31:16  Khadijah ne yeh kiya ke Rasool Allah se kaha ke</w:t>
      </w:r>
      <w:r>
        <w:br/>
      </w:r>
      <w:r>
        <w:rPr>
          <w:sz w:val="20"/>
        </w:rPr>
        <w:t>31:22  chaliye chalte hain Warqa ke paas. Bajaye litane ke, unhon ne un ko kaha ke hum chalte hain Warqa bin Naufal ke paas.</w:t>
      </w:r>
      <w:r>
        <w:br/>
      </w:r>
      <w:r>
        <w:rPr>
          <w:sz w:val="20"/>
        </w:rPr>
        <w:t>31:35  Woh Christian ho gaye thay us daur mein, woh Christian thay aur kafi senior thay Arab society mein.</w:t>
      </w:r>
      <w:r>
        <w:br/>
      </w:r>
      <w:r>
        <w:rPr>
          <w:sz w:val="20"/>
        </w:rPr>
        <w:t>31:49  To chunancha woh le gayeen,</w:t>
      </w:r>
      <w:r>
        <w:br/>
      </w:r>
      <w:r>
        <w:rPr>
          <w:sz w:val="20"/>
        </w:rPr>
        <w:t>31:53  Khadijah le gayeen Rasool Allah ko Warqa bin Naufal ke ghar.</w:t>
      </w:r>
      <w:r>
        <w:br/>
      </w:r>
      <w:r>
        <w:rPr>
          <w:sz w:val="20"/>
        </w:rPr>
        <w:t>32:01  Bajaye litane ke, orhaye orha kar ke unhon ne yeh kiya. To Islam mein mein bas bataon ke pehla role jo hai Khadijah ka hai.</w:t>
      </w:r>
      <w:r>
        <w:br/>
      </w:r>
      <w:r>
        <w:rPr>
          <w:sz w:val="20"/>
        </w:rPr>
        <w:t>32:16  Jab wahan gayeen woh</w:t>
      </w:r>
      <w:r>
        <w:br/>
      </w:r>
      <w:r>
        <w:rPr>
          <w:sz w:val="20"/>
        </w:rPr>
        <w:t>32:18  to unhon ne poocha Rasool Allah ke baray mein ke yeh</w:t>
      </w:r>
      <w:r>
        <w:br/>
      </w:r>
      <w:r>
        <w:rPr>
          <w:sz w:val="20"/>
        </w:rPr>
        <w:t>32:28  aap ke paas aayen hain, in ko le kar mein aayi hoon aap ke paas. In par ek ek tajurba guzra hai Ghar-e-Hira mein.</w:t>
      </w:r>
      <w:r>
        <w:br/>
      </w:r>
      <w:r>
        <w:rPr>
          <w:sz w:val="20"/>
        </w:rPr>
        <w:t>32:39  Yeh Ghar-e-Hira mein thay, wahan par in par ek experience guzra.</w:t>
      </w:r>
      <w:r>
        <w:br/>
      </w:r>
      <w:r>
        <w:rPr>
          <w:sz w:val="20"/>
        </w:rPr>
        <w:t>32:46  Aur phir woh bataya unhon ne ke Jibrael aaye, un ka ek khayal. Phir jo aap sab logon ko maloom hai ke jo hua to Warqa ne Rasool Allah se poocha</w:t>
      </w:r>
      <w:r>
        <w:br/>
      </w:r>
      <w:r>
        <w:rPr>
          <w:sz w:val="20"/>
        </w:rPr>
        <w:t>33:03  is ki detail to aap ne detail batayi. To Warqa ne jo bohat senior aadmi thay Arab society ke, unhon ne kaha ke</w:t>
      </w:r>
      <w:r>
        <w:br/>
      </w:r>
      <w:r>
        <w:rPr>
          <w:sz w:val="20"/>
        </w:rPr>
        <w:t>33:20  Ae Muhammad, yeh jo tune dekha woh mere nazdeek wahi naam, wahi Namoos tha, wahi Namoos-e-Akbar ka tha.</w:t>
      </w:r>
      <w:r>
        <w:br/>
      </w:r>
      <w:r>
        <w:rPr>
          <w:sz w:val="20"/>
        </w:rPr>
        <w:t>33:32  Ji, Namoos-e-Akbar, wahi Namoos-e-Akbar tha jo aaya tha Musa</w:t>
      </w:r>
      <w:r>
        <w:br/>
      </w:r>
      <w:r>
        <w:rPr>
          <w:sz w:val="20"/>
        </w:rPr>
        <w:t>33:37  aur Isa par, yani Jibrael. To is lihaaz se dekha jaye to Muhammad Sallallahu Alaihi Wasallam ki pehli momina,</w:t>
      </w:r>
      <w:r>
        <w:br/>
      </w:r>
      <w:r>
        <w:rPr>
          <w:sz w:val="20"/>
        </w:rPr>
        <w:t>33:51  pehlay momin warqa hain, pehlay momin. to is ki baat tasweer aap seerat ki kitabon mein parh sakte hain.</w:t>
      </w:r>
      <w:r>
        <w:br/>
      </w:r>
      <w:r>
        <w:rPr>
          <w:sz w:val="20"/>
        </w:rPr>
        <w:t>34:04  to yeh kitna bara role hai khatoon ka rasool Allah ki</w:t>
      </w:r>
      <w:r>
        <w:br/>
      </w:r>
      <w:r>
        <w:rPr>
          <w:sz w:val="20"/>
        </w:rPr>
        <w:t>34:08  zindagi mein. phir dekhen, Aisha jo aap ki alia theen, woh tamam ulama ke ittefaq se number one khatoon mani jati hain Islam mein.</w:t>
      </w:r>
      <w:r>
        <w:br/>
      </w:r>
      <w:r>
        <w:rPr>
          <w:sz w:val="20"/>
        </w:rPr>
        <w:t>34:27  yani jo masail un ke, is ke zariye ummat ko mile hain, woh bohat qeemti hain, bohat qeemti hain.</w:t>
      </w:r>
      <w:r>
        <w:br/>
      </w:r>
      <w:r>
        <w:rPr>
          <w:sz w:val="20"/>
        </w:rPr>
        <w:t>34:38  isi liye aik mustaqil kitaab mein likhi gayi hain Aisha ke oopar,</w:t>
      </w:r>
      <w:r>
        <w:br/>
      </w:r>
      <w:r>
        <w:rPr>
          <w:sz w:val="20"/>
        </w:rPr>
        <w:t>34:46  aap is ko parh sakte hain.</w:t>
      </w:r>
      <w:r>
        <w:br/>
      </w:r>
      <w:r>
        <w:rPr>
          <w:sz w:val="20"/>
        </w:rPr>
        <w:t>34:51  Maulana, kuch comments parhna chahenge. yeh comment bheja hai Miss Kausar Izhar ne New Jersey se.</w:t>
      </w:r>
      <w:r>
        <w:br/>
      </w:r>
      <w:r>
        <w:rPr>
          <w:sz w:val="20"/>
        </w:rPr>
        <w:t>34:59  unhon ne likha hai: "Maulana, Maulana sahib, what a wonderful gift for Women's Day!</w:t>
      </w:r>
      <w:r>
        <w:br/>
      </w:r>
      <w:r>
        <w:rPr>
          <w:sz w:val="20"/>
        </w:rPr>
        <w:t>35:07  Thank you! You gave an example of Hazrat Hajirah as the greatest woman in history. She was a pioneer and led the humanity from shirk to God worship.</w:t>
      </w:r>
      <w:r>
        <w:br/>
      </w:r>
      <w:r>
        <w:rPr>
          <w:sz w:val="20"/>
        </w:rPr>
        <w:t>35:20  The present-day women can learn from her. She can lead the present-day humanity from material worship and spiritually starved mindset to spiritually contented personality and true worship of God.</w:t>
      </w:r>
      <w:r>
        <w:br/>
      </w:r>
      <w:r>
        <w:rPr>
          <w:sz w:val="20"/>
        </w:rPr>
        <w:t>35:35  I will be in company of intellectual women in New Jersey today and will convey my message to all of them. Thank you</w:t>
      </w:r>
      <w:r>
        <w:br/>
      </w:r>
      <w:r>
        <w:rPr>
          <w:sz w:val="20"/>
        </w:rPr>
        <w:t>35:43  ! Azhar Mubarak sahib ne Bhagalpur se likha hai: "Maulana, your book 'Aurat Memar Insaniyat' is a paradigm shift for my conception regarding understanding of the women.</w:t>
      </w:r>
      <w:r>
        <w:br/>
      </w:r>
      <w:r>
        <w:rPr>
          <w:sz w:val="20"/>
        </w:rPr>
        <w:t>35:56  It completely changed my vision."</w:t>
      </w:r>
      <w:r>
        <w:br/>
      </w:r>
      <w:r>
        <w:rPr>
          <w:sz w:val="20"/>
        </w:rPr>
        <w:t>36:00  Sajid Anwar sahib ne Mumbai se likha hai: "Maulana, in my knowledge, CPS is the only mission who has... in my knowledge, CPS is the only mission which has rediscovered the true role of women.</w:t>
      </w:r>
      <w:r>
        <w:br/>
      </w:r>
      <w:r>
        <w:rPr>
          <w:sz w:val="20"/>
        </w:rPr>
        <w:t>36:14  Due to this, now women are at the forefront of the mission everywhere and converting their potential into actual. This is nothing less than a historical step in the existing Muslim society.</w:t>
      </w:r>
      <w:r>
        <w:br/>
      </w:r>
      <w:r>
        <w:rPr>
          <w:sz w:val="20"/>
        </w:rPr>
        <w:t>36:28  May Allah reward you immensely." Maulana Abdus Salam Umri ne Hyderabad se likha hai: "Aurat ka asal role dawati role hai.</w:t>
      </w:r>
      <w:r>
        <w:br/>
      </w:r>
      <w:r>
        <w:rPr>
          <w:sz w:val="20"/>
        </w:rPr>
        <w:t>36:38  is ko aap hi pehle woh shakhs hain jinhon ne aurat ke dawati role ko wazeh kiya hai.</w:t>
      </w:r>
      <w:r>
        <w:br/>
      </w:r>
      <w:r>
        <w:rPr>
          <w:sz w:val="20"/>
        </w:rPr>
        <w:t>36:44  Jazak Allah Maulana."</w:t>
      </w:r>
      <w:r>
        <w:br/>
      </w:r>
      <w:r>
        <w:rPr>
          <w:sz w:val="20"/>
        </w:rPr>
        <w:t>36:49  Okay, we will end this session</w:t>
      </w:r>
      <w:r>
        <w:br/>
      </w:r>
      <w:r>
        <w:rPr>
          <w:sz w:val="20"/>
        </w:rPr>
        <w:t>36:51  now. Thank you.</w:t>
      </w:r>
    </w:p>
    <w:p>
      <w:pPr>
        <w:pStyle w:val="Heading2"/>
      </w:pPr>
      <w:r>
        <w:t>Will All Muslims Enter Paradise?</w:t>
      </w:r>
    </w:p>
    <w:p>
      <w:r>
        <w:rPr>
          <w:color w:val="666666"/>
          <w:sz w:val="18"/>
        </w:rPr>
        <w:t>Faith &amp; God · Living in Falsehood December 15, 2013 · 5m 18s · at 44:41 · https://youtu.be/UvboK59uF6s?t=2681</w:t>
      </w:r>
    </w:p>
    <w:p>
      <w:r>
        <w:rPr>
          <w:i/>
        </w:rPr>
        <w:t>“I have heard that all Muslims will enter Paradise irrespective of their deeds, and if bad, they will be punished then eventually enter Paradise. Is this correct?”</w:t>
      </w:r>
    </w:p>
    <w:p>
      <w:r>
        <w:rPr>
          <w:sz w:val="20"/>
        </w:rPr>
        <w:t>44:41  maulana, agla sawal calcutta se hai doctor roshan kumar jha ka</w:t>
      </w:r>
      <w:r>
        <w:br/>
      </w:r>
      <w:r>
        <w:rPr>
          <w:sz w:val="20"/>
        </w:rPr>
        <w:t>44:47  . unhon ne likha hai: "maulana sahib, I have heard from so many Muslims saying that all the Muslims will enter into paradise irrespective of their deeds in this world.</w:t>
      </w:r>
      <w:r>
        <w:br/>
      </w:r>
      <w:r>
        <w:rPr>
          <w:sz w:val="20"/>
        </w:rPr>
        <w:t>45:02  If any Muslim is bad, he will first be put into Hell and after punishment, in the end, all the Muslims will be given Paradise.</w:t>
      </w:r>
      <w:r>
        <w:br/>
      </w:r>
      <w:r>
        <w:rPr>
          <w:sz w:val="20"/>
        </w:rPr>
        <w:t>45:15  They say that at the time of death of Prophet Muhammad, Allah said keh aap ki ummat ke sath acha sulook karunga.</w:t>
      </w:r>
      <w:r>
        <w:br/>
      </w:r>
      <w:r>
        <w:rPr>
          <w:sz w:val="20"/>
        </w:rPr>
        <w:t>45:24  They also say that non-Muslims will never enter into Paradise. Maulana sahib, what is your comment on this? Dekhein, isi ko maine kaha hai ke living in falsehood yeh sab false food mein jeena hai,</w:t>
      </w:r>
      <w:r>
        <w:br/>
      </w:r>
      <w:r>
        <w:rPr>
          <w:sz w:val="20"/>
        </w:rPr>
        <w:t>45:40  bilkul hi is ki koi sarpar nahi hai in baaton ka.</w:t>
      </w:r>
      <w:r>
        <w:br/>
      </w:r>
      <w:r>
        <w:rPr>
          <w:sz w:val="20"/>
        </w:rPr>
        <w:t>45:44  Quran mein dekhein, yeh hai ke lays bi amani kum wa la amani ahl al-kitab man ya'mal so yujza bi yani amani ka matlab hota hai wishful thinking,</w:t>
      </w:r>
      <w:r>
        <w:br/>
      </w:r>
      <w:r>
        <w:rPr>
          <w:sz w:val="20"/>
        </w:rPr>
        <w:t>46:02  yani tumhari wishful thinking par kuch nahi hoga, na doosre jo ummaten hain, un ki wishful thinking se kuch hoga. Jo jaisa karega, waisa payega.</w:t>
      </w:r>
      <w:r>
        <w:br/>
      </w:r>
      <w:r>
        <w:rPr>
          <w:sz w:val="20"/>
        </w:rPr>
        <w:t>46:14  Lays lil insani illa ma sa to Musalmanon ka isi ko to main kehta hoon ke Musalman false food mein jeete hain, khud hi bana rakha hai sab ek poora false food ka ek ek ek jhaad jhankad.</w:t>
      </w:r>
      <w:r>
        <w:br/>
      </w:r>
      <w:r>
        <w:rPr>
          <w:sz w:val="20"/>
        </w:rPr>
        <w:t>46:28  Aur jab tak Musalmanon ko is false food se bahar na laya jaye, tab tak un ka kuch bhi, yani kuch bhi nahi hone wala hai, kuch bhi nahi hone wala.</w:t>
      </w:r>
      <w:r>
        <w:br/>
      </w:r>
      <w:r>
        <w:rPr>
          <w:sz w:val="20"/>
        </w:rPr>
        <w:t>46:39  Aisi negativity mein jiyenge, negativity mein marenge.</w:t>
      </w:r>
      <w:r>
        <w:br/>
      </w:r>
      <w:r>
        <w:rPr>
          <w:sz w:val="20"/>
        </w:rPr>
        <w:t>46:46  Maulana next question is from Sweden by Mr. Mathias. He has written: "What role does rational thinking have for using methods of non-violence?" It's a very important question.</w:t>
      </w:r>
      <w:r>
        <w:br/>
      </w:r>
      <w:r>
        <w:rPr>
          <w:sz w:val="20"/>
        </w:rPr>
        <w:t>47:05  I think that non-violence or peace is basic to all kinds of thinking.</w:t>
      </w:r>
      <w:r>
        <w:br/>
      </w:r>
      <w:r>
        <w:rPr>
          <w:sz w:val="20"/>
        </w:rPr>
        <w:t>47:16  Without a peaceful mind, without non-violent thinking, you cannot understand anything. Because peaceful thinking makes you sincere, well-wisher to all, makes you objective.</w:t>
      </w:r>
      <w:r>
        <w:br/>
      </w:r>
      <w:r>
        <w:rPr>
          <w:sz w:val="20"/>
        </w:rPr>
        <w:t>47:37  And when you are objective and scientific mind, then you can understand things in theright way.</w:t>
      </w:r>
      <w:r>
        <w:br/>
      </w:r>
      <w:r>
        <w:rPr>
          <w:sz w:val="20"/>
        </w:rPr>
        <w:t>47:47  So I am a great advocate of peaceful thinking or non-violent thinking.</w:t>
      </w:r>
      <w:r>
        <w:br/>
      </w:r>
      <w:r>
        <w:rPr>
          <w:sz w:val="20"/>
        </w:rPr>
        <w:t>47:58  According to my analysis and according to my experience, peace is the samambodha in Islam. Without peace, there is no development at all</w:t>
      </w:r>
      <w:r>
        <w:br/>
      </w:r>
      <w:r>
        <w:rPr>
          <w:sz w:val="20"/>
        </w:rPr>
        <w:t>48:13  . All those things that Islam wants to promote, for example,</w:t>
      </w:r>
      <w:r>
        <w:br/>
      </w:r>
      <w:r>
        <w:rPr>
          <w:sz w:val="20"/>
        </w:rPr>
        <w:t>48:25  da'wah work, ibadat, constructive work, ilm, all those things that are required in Islam cannot be carried out properly without peace.</w:t>
      </w:r>
      <w:r>
        <w:br/>
      </w:r>
      <w:r>
        <w:rPr>
          <w:sz w:val="20"/>
        </w:rPr>
        <w:t>48:46  So peace is very, very important. And you know, the method of greeting in Islam is Assalamu Alaikum It means peace be upon you.</w:t>
      </w:r>
      <w:r>
        <w:br/>
      </w:r>
      <w:r>
        <w:rPr>
          <w:sz w:val="20"/>
        </w:rPr>
        <w:t>49:00  It means that Islam wants to promote peace culture.</w:t>
      </w:r>
      <w:r>
        <w:br/>
      </w:r>
      <w:r>
        <w:rPr>
          <w:sz w:val="20"/>
        </w:rPr>
        <w:t>49:11  Our way of greeting is Assalamu Alaikum It is not only for Muslims, for every human being. We have to say Assalamu Alaikum for every human being, irrespective of Muslim or non-Muslim.</w:t>
      </w:r>
      <w:r>
        <w:br/>
      </w:r>
      <w:r>
        <w:rPr>
          <w:sz w:val="20"/>
        </w:rPr>
        <w:t>49:27  So it means that Islam tries to promote peace culture. Because peace is the samambodha in Islam.</w:t>
      </w:r>
      <w:r>
        <w:br/>
      </w:r>
      <w:r>
        <w:rPr>
          <w:sz w:val="20"/>
        </w:rPr>
        <w:t>49:36  Without peace, there is no development, no progress.</w:t>
      </w:r>
      <w:r>
        <w:br/>
      </w:r>
      <w:r>
        <w:rPr>
          <w:sz w:val="20"/>
        </w:rPr>
        <w:t>49:43  Da'wah work, it is a necessary part for da'wah work. Peace normalizes the situation. Without normalcy, we cannot do anything.</w:t>
      </w:r>
    </w:p>
    <w:p>
      <w:pPr>
        <w:pStyle w:val="Heading2"/>
      </w:pPr>
      <w:r>
        <w:t>Acceptance of Hadith as Applied Quran</w:t>
      </w:r>
    </w:p>
    <w:p>
      <w:r>
        <w:rPr>
          <w:color w:val="666666"/>
          <w:sz w:val="18"/>
        </w:rPr>
        <w:t>Hadith · Wisdom of Hadith Maulana Wahiduddin Khan February 23, 2014 · 9m 55s · at 1:20:20 · https://youtu.be/5E_MIQpToK4?t=4820</w:t>
      </w:r>
    </w:p>
    <w:p>
      <w:r>
        <w:rPr>
          <w:i/>
        </w:rPr>
        <w:t>“Hadith is applied Quran, so can every hadith be accepted as it is? How and with what reference can this distinction and refinement be correct?”</w:t>
      </w:r>
    </w:p>
    <w:p>
      <w:r>
        <w:rPr>
          <w:sz w:val="20"/>
        </w:rPr>
        <w:t>1:20:20  maulana, agla sawal poonch area se irfan arif sahib ne kiya hai.</w:t>
      </w:r>
      <w:r>
        <w:br/>
      </w:r>
      <w:r>
        <w:rPr>
          <w:sz w:val="20"/>
        </w:rPr>
        <w:t>1:20:25  unhon ne likha hai: "hadees applied quran hai to kya har hadees ko as it is qabool kiya</w:t>
      </w:r>
      <w:r>
        <w:br/>
      </w:r>
      <w:r>
        <w:rPr>
          <w:sz w:val="20"/>
        </w:rPr>
        <w:t>1:20:33  ja sakta hai? yeh tameez o tehzeeb kaise aur kis hawale se sahi ho sakti hai? is ke</w:t>
      </w:r>
      <w:r>
        <w:br/>
      </w:r>
      <w:r>
        <w:rPr>
          <w:sz w:val="20"/>
        </w:rPr>
        <w:t>1:20:41  bare mein bataen." bhai koi nahin, har koi nahin manega jo hadees hai to hadees hai.</w:t>
      </w:r>
      <w:r>
        <w:br/>
      </w:r>
      <w:r>
        <w:rPr>
          <w:sz w:val="20"/>
        </w:rPr>
        <w:t>1:20:48  hadeeson ke bare mein aap yaad rakhiye ke baad ke zamane mein kuch logon ne ek baat mein</w:t>
      </w:r>
      <w:r>
        <w:br/>
      </w:r>
      <w:r>
        <w:rPr>
          <w:sz w:val="20"/>
        </w:rPr>
        <w:t>1:20:56  arz kar doon ke logon ko yeh maloom nahin hai shayad ke yeh phenomenon hai ek ek age</w:t>
      </w:r>
      <w:r>
        <w:br/>
      </w:r>
      <w:r>
        <w:rPr>
          <w:sz w:val="20"/>
        </w:rPr>
        <w:t>1:21:03  ka.</w:t>
      </w:r>
      <w:r>
        <w:br/>
      </w:r>
      <w:r>
        <w:rPr>
          <w:sz w:val="20"/>
        </w:rPr>
        <w:t>1:21:05  پینٹنگ پریس سے پہلے دنیا بھر میں ایک چیز ہوا کرتی تھی جس کو کہتے تھے storytellers</w:t>
      </w:r>
      <w:r>
        <w:br/>
      </w:r>
      <w:r>
        <w:rPr>
          <w:sz w:val="20"/>
        </w:rPr>
        <w:t>1:21:13  aur farsi mein us ko kehte hain qissa go.</w:t>
      </w:r>
      <w:r>
        <w:br/>
      </w:r>
      <w:r>
        <w:rPr>
          <w:sz w:val="20"/>
        </w:rPr>
        <w:t>1:21:16  ہندی میں کہتے ہیں کہا کہا کہا کہا کہا کہا کہا کہا کہا تو لوگ یعنی painting</w:t>
      </w:r>
      <w:r>
        <w:br/>
      </w:r>
      <w:r>
        <w:rPr>
          <w:sz w:val="20"/>
        </w:rPr>
        <w:t>1:21:24  press se pehle logon par kitaben nahin hoti theen to kuch log hote the kis se kahaniyan batate</w:t>
      </w:r>
      <w:r>
        <w:br/>
      </w:r>
      <w:r>
        <w:rPr>
          <w:sz w:val="20"/>
        </w:rPr>
        <w:t>1:21:32  the aur log baith kar sunte the.</w:t>
      </w:r>
      <w:r>
        <w:br/>
      </w:r>
      <w:r>
        <w:rPr>
          <w:sz w:val="20"/>
        </w:rPr>
        <w:t>1:21:35  main khud bachpan mein hamare ek sahib the, un ka naam guru tha, woh story teller the.</w:t>
      </w:r>
      <w:r>
        <w:br/>
      </w:r>
      <w:r>
        <w:rPr>
          <w:sz w:val="20"/>
        </w:rPr>
        <w:t>1:21:42  main jab chhota tha to hum log baithte the aur woh itne dilchasp andaaz mein kahaniyan sunate the,</w:t>
      </w:r>
      <w:r>
        <w:br/>
      </w:r>
      <w:r>
        <w:rPr>
          <w:sz w:val="20"/>
        </w:rPr>
        <w:t>1:21:50  woh kab sunte rehte the, sunte rehte the.</w:t>
      </w:r>
      <w:r>
        <w:br/>
      </w:r>
      <w:r>
        <w:rPr>
          <w:sz w:val="20"/>
        </w:rPr>
        <w:t>1:21:53  to pre painting press ka yeh phenomenon hai.</w:t>
      </w:r>
      <w:r>
        <w:br/>
      </w:r>
      <w:r>
        <w:rPr>
          <w:sz w:val="20"/>
        </w:rPr>
        <w:t>1:21:57  jab press nahi hota tha, kitabein chapti nahi thi to log qissa kahaniyan batate the, log sun sun</w:t>
      </w:r>
      <w:r>
        <w:br/>
      </w:r>
      <w:r>
        <w:rPr>
          <w:sz w:val="20"/>
        </w:rPr>
        <w:t>1:22:04  ke khush hote the.</w:t>
      </w:r>
      <w:r>
        <w:br/>
      </w:r>
      <w:r>
        <w:rPr>
          <w:sz w:val="20"/>
        </w:rPr>
        <w:t>1:22:06  to isi qism kuch log the story tellers, wahan woh arabi zaban mein kehte the to to woh</w:t>
      </w:r>
      <w:r>
        <w:br/>
      </w:r>
      <w:r>
        <w:rPr>
          <w:sz w:val="20"/>
        </w:rPr>
        <w:t>1:22:14  woh log farzi kehte the, naam lete the jaisa jaisa ke sach much yeh filane ka, halanke woh</w:t>
      </w:r>
      <w:r>
        <w:br/>
      </w:r>
      <w:r>
        <w:rPr>
          <w:sz w:val="20"/>
        </w:rPr>
        <w:t>1:22:22  farzi hota tha.</w:t>
      </w:r>
      <w:r>
        <w:br/>
      </w:r>
      <w:r>
        <w:rPr>
          <w:sz w:val="20"/>
        </w:rPr>
        <w:t>1:22:23  maine khud suna hai in logon ko ke naam le ke kahein ke falan ho, falan ho,</w:t>
      </w:r>
      <w:r>
        <w:br/>
      </w:r>
      <w:r>
        <w:rPr>
          <w:sz w:val="20"/>
        </w:rPr>
        <w:t>1:22:31  falan ho, falan, halanke koi wajood is ka nahi, woh to farzi kahani hai dilchasp banane ke liye,</w:t>
      </w:r>
      <w:r>
        <w:br/>
      </w:r>
      <w:r>
        <w:rPr>
          <w:sz w:val="20"/>
        </w:rPr>
        <w:t>1:22:38  isko factual banane ke liye.</w:t>
      </w:r>
      <w:r>
        <w:br/>
      </w:r>
      <w:r>
        <w:rPr>
          <w:sz w:val="20"/>
        </w:rPr>
        <w:t>1:22:41  to yahi tha wahan Arab world mein baad ke zamaney mein.</w:t>
      </w:r>
      <w:r>
        <w:br/>
      </w:r>
      <w:r>
        <w:rPr>
          <w:sz w:val="20"/>
        </w:rPr>
        <w:t>1:22:46  to log arabi mein bolte the, woh to logon ne likh liya to log samjhe ke hadith hai</w:t>
      </w:r>
      <w:r>
        <w:br/>
      </w:r>
      <w:r>
        <w:rPr>
          <w:sz w:val="20"/>
        </w:rPr>
        <w:t>1:22:53  yeh.</w:t>
      </w:r>
      <w:r>
        <w:br/>
      </w:r>
      <w:r>
        <w:rPr>
          <w:sz w:val="20"/>
        </w:rPr>
        <w:t>1:22:55  yeh sab story tellers ke tawashe hain, story tellers ke qissa kahaniyan hain.</w:t>
      </w:r>
      <w:r>
        <w:br/>
      </w:r>
      <w:r>
        <w:rPr>
          <w:sz w:val="20"/>
        </w:rPr>
        <w:t>1:23:01  lekin aap ko main batana chahta hoon ke ilm-e-hadith itna taqatwar hai, itna taqatwar hai ke aap</w:t>
      </w:r>
      <w:r>
        <w:br/>
      </w:r>
      <w:r>
        <w:rPr>
          <w:sz w:val="20"/>
        </w:rPr>
        <w:t>1:23:08  chhaant sakte hain.</w:t>
      </w:r>
      <w:r>
        <w:br/>
      </w:r>
      <w:r>
        <w:rPr>
          <w:sz w:val="20"/>
        </w:rPr>
        <w:t>1:23:10  bahut hi asan hai chhaantna story tellers ke content ko aur real hadith ko, aur aap khud bhi</w:t>
      </w:r>
      <w:r>
        <w:br/>
      </w:r>
      <w:r>
        <w:rPr>
          <w:sz w:val="20"/>
        </w:rPr>
        <w:t>1:23:17  chhaant sakte hain.</w:t>
      </w:r>
      <w:r>
        <w:br/>
      </w:r>
      <w:r>
        <w:rPr>
          <w:sz w:val="20"/>
        </w:rPr>
        <w:t>1:23:19  agar aap chahein to aap waqt ho padhiye, yaani ilm-ur-rijal ko padhiye aur mukhtalif jo kitabein funoon</w:t>
      </w:r>
      <w:r>
        <w:br/>
      </w:r>
      <w:r>
        <w:rPr>
          <w:sz w:val="20"/>
        </w:rPr>
        <w:t>1:23:27  ki hain, agar aap paas waqt nahi hai to main aap se arz karna chahta hoon ke kuch</w:t>
      </w:r>
      <w:r>
        <w:br/>
      </w:r>
      <w:r>
        <w:rPr>
          <w:sz w:val="20"/>
        </w:rPr>
        <w:t>1:23:34  logon ne apni umrein sirf karke ek kaam kar diya hai.</w:t>
      </w:r>
      <w:r>
        <w:br/>
      </w:r>
      <w:r>
        <w:rPr>
          <w:sz w:val="20"/>
        </w:rPr>
        <w:t>1:23:40  is se pehle bhi kiya hai, aaj bhi kiya hai, isi wajah se ek hai Allama Nasiruddin</w:t>
      </w:r>
      <w:r>
        <w:br/>
      </w:r>
      <w:r>
        <w:rPr>
          <w:sz w:val="20"/>
        </w:rPr>
        <w:t>1:23:47  Al-Albani, chhaant kar sari kitabein zindagi mein mutala karte karte chhaant kar alag kiya, isko alag kar</w:t>
      </w:r>
      <w:r>
        <w:br/>
      </w:r>
      <w:r>
        <w:rPr>
          <w:sz w:val="20"/>
        </w:rPr>
        <w:t>1:23:55  diya.</w:t>
      </w:r>
      <w:r>
        <w:br/>
      </w:r>
      <w:r>
        <w:rPr>
          <w:sz w:val="20"/>
        </w:rPr>
        <w:t>1:23:56  kai kitabein aisi likhi gayi hain, internet pe bhi aisa hai.</w:t>
      </w:r>
      <w:r>
        <w:br/>
      </w:r>
      <w:r>
        <w:rPr>
          <w:sz w:val="20"/>
        </w:rPr>
        <w:t>1:24:01  to yeh log hawa ko banate hain, is ko yeh hawa nahi hai, yeh hawa ki baat nahi</w:t>
      </w:r>
      <w:r>
        <w:br/>
      </w:r>
      <w:r>
        <w:rPr>
          <w:sz w:val="20"/>
        </w:rPr>
        <w:t>1:24:09  hai.</w:t>
      </w:r>
      <w:r>
        <w:br/>
      </w:r>
      <w:r>
        <w:rPr>
          <w:sz w:val="20"/>
        </w:rPr>
        <w:t>1:24:10  abhi second world war ke zamane mein jab ke mein zinda tha aur second world war ke zamane mein hoon,</w:t>
      </w:r>
      <w:r>
        <w:br/>
      </w:r>
      <w:r>
        <w:rPr>
          <w:sz w:val="20"/>
        </w:rPr>
        <w:t>1:24:18  yani meri naujawani ki umar thi, woh jawani ki umar mein mein tha.</w:t>
      </w:r>
      <w:r>
        <w:br/>
      </w:r>
      <w:r>
        <w:rPr>
          <w:sz w:val="20"/>
        </w:rPr>
        <w:t>1:24:24  mein janta hoon us ko ab tak tarah tarah ki kahaniyan udti thin, second world war kahaniyan, lekin woh</w:t>
      </w:r>
      <w:r>
        <w:br/>
      </w:r>
      <w:r>
        <w:rPr>
          <w:sz w:val="20"/>
        </w:rPr>
        <w:t>1:24:31  log samajhte the qisse kahaniyan hain.</w:t>
      </w:r>
      <w:r>
        <w:br/>
      </w:r>
      <w:r>
        <w:rPr>
          <w:sz w:val="20"/>
        </w:rPr>
        <w:t>1:24:34  asal jo likhi gayi hai history second world war ki, us ko logon ne acha us ko tehqeeq kar</w:t>
      </w:r>
      <w:r>
        <w:br/>
      </w:r>
      <w:r>
        <w:rPr>
          <w:sz w:val="20"/>
        </w:rPr>
        <w:t>1:24:42  ke likha hai.</w:t>
      </w:r>
      <w:r>
        <w:br/>
      </w:r>
      <w:r>
        <w:rPr>
          <w:sz w:val="20"/>
        </w:rPr>
        <w:t>1:24:43  second world war ki story ko, ki history ko ek hai second world war ki ka historical document, ek hai</w:t>
      </w:r>
      <w:r>
        <w:br/>
      </w:r>
      <w:r>
        <w:rPr>
          <w:sz w:val="20"/>
        </w:rPr>
        <w:t>1:24:51  second world war ke zamane mein rumour udte the.</w:t>
      </w:r>
      <w:r>
        <w:br/>
      </w:r>
      <w:r>
        <w:rPr>
          <w:sz w:val="20"/>
        </w:rPr>
        <w:t>1:24:54  rumour woh alag hai, woh alag hai.</w:t>
      </w:r>
      <w:r>
        <w:br/>
      </w:r>
      <w:r>
        <w:rPr>
          <w:sz w:val="20"/>
        </w:rPr>
        <w:t>1:24:57  to hadithon ke bare mein bhi aisa, us ko alag alag khud aap khud bhi kar sakte hain,</w:t>
      </w:r>
      <w:r>
        <w:br/>
      </w:r>
      <w:r>
        <w:rPr>
          <w:sz w:val="20"/>
        </w:rPr>
        <w:t>1:25:05  alag aap aap ke paas time nahi hai jinhon ne alag kiya, un ko le liya.</w:t>
      </w:r>
      <w:r>
        <w:br/>
      </w:r>
      <w:r>
        <w:rPr>
          <w:sz w:val="20"/>
        </w:rPr>
        <w:t>1:25:12  un ko is mein yeh hawa kyun banate hain? Kyunki hawa nahi hai, yeh kuch koi hawa ki</w:t>
      </w:r>
      <w:r>
        <w:br/>
      </w:r>
      <w:r>
        <w:rPr>
          <w:sz w:val="20"/>
        </w:rPr>
        <w:t>1:25:20  baat nahi hai.</w:t>
      </w:r>
      <w:r>
        <w:br/>
      </w:r>
      <w:r>
        <w:rPr>
          <w:sz w:val="20"/>
        </w:rPr>
        <w:t>1:25:21  hamesha har maamle mein aisa hota hai.</w:t>
      </w:r>
      <w:r>
        <w:br/>
      </w:r>
      <w:r>
        <w:rPr>
          <w:sz w:val="20"/>
        </w:rPr>
        <w:t>1:25:24  mein to zindagi mein dekhta raha hoon ke log rumour udate hain.</w:t>
      </w:r>
      <w:r>
        <w:br/>
      </w:r>
      <w:r>
        <w:rPr>
          <w:sz w:val="20"/>
        </w:rPr>
        <w:t>1:25:29  acha, mere gaon mein, mere old world mein, Delhi mein, Raipur mein, jahan jahan mein raha hoon, tarah</w:t>
      </w:r>
      <w:r>
        <w:br/>
      </w:r>
      <w:r>
        <w:rPr>
          <w:sz w:val="20"/>
        </w:rPr>
        <w:t>1:25:37  tarah ke rumour.</w:t>
      </w:r>
      <w:r>
        <w:br/>
      </w:r>
      <w:r>
        <w:rPr>
          <w:sz w:val="20"/>
        </w:rPr>
        <w:t>1:25:38  koi waqea hoga to us mein ek real story hogi, ek rumour hoga, us ko chhante hain.</w:t>
      </w:r>
      <w:r>
        <w:br/>
      </w:r>
      <w:r>
        <w:rPr>
          <w:sz w:val="20"/>
        </w:rPr>
        <w:t>1:25:46  aap chhant kar alag us ko content karte hain, alag kar is content ko, rumour content ko alag</w:t>
      </w:r>
      <w:r>
        <w:br/>
      </w:r>
      <w:r>
        <w:rPr>
          <w:sz w:val="20"/>
        </w:rPr>
        <w:t>1:25:53  karte hain aur real us ko alag karte hain.</w:t>
      </w:r>
      <w:r>
        <w:br/>
      </w:r>
      <w:r>
        <w:rPr>
          <w:sz w:val="20"/>
        </w:rPr>
        <w:t>1:25:57  abhi Afghanistan ki jo ladai thi, jab Russia ki faujen ghus gayi thin wahan par, bohat qisse kahaniyan,</w:t>
      </w:r>
      <w:r>
        <w:br/>
      </w:r>
      <w:r>
        <w:rPr>
          <w:sz w:val="20"/>
        </w:rPr>
        <w:t>1:26:05  lekin asal jo story thi, woh alag thi, woh qissa kahani alag thi.</w:t>
      </w:r>
      <w:r>
        <w:br/>
      </w:r>
      <w:r>
        <w:rPr>
          <w:sz w:val="20"/>
        </w:rPr>
        <w:t>1:26:11  Bangladesh ke zamane mein jo hua tha 1971 mein, ajeeb ajeeb rumour udi thi is bare mein.</w:t>
      </w:r>
      <w:r>
        <w:br/>
      </w:r>
      <w:r>
        <w:rPr>
          <w:sz w:val="20"/>
        </w:rPr>
        <w:t>1:26:18  to is ka matlab nahi ke hadithon ka maamla nahi hai, yeh insaan ki, insaan ka mizaj hai.</w:t>
      </w:r>
      <w:r>
        <w:br/>
      </w:r>
      <w:r>
        <w:rPr>
          <w:sz w:val="20"/>
        </w:rPr>
        <w:t>1:26:26  har bab mein rebar arrti hain, woh reubar content hai, woh jis ko le kar log hadith ka</w:t>
      </w:r>
      <w:r>
        <w:br/>
      </w:r>
      <w:r>
        <w:rPr>
          <w:sz w:val="20"/>
        </w:rPr>
        <w:t>1:26:34  tamasha banai hain.</w:t>
      </w:r>
      <w:r>
        <w:br/>
      </w:r>
      <w:r>
        <w:rPr>
          <w:sz w:val="20"/>
        </w:rPr>
        <w:t>1:26:35  woh hamesha hota hai, hamesha hota hai.</w:t>
      </w:r>
      <w:r>
        <w:br/>
      </w:r>
      <w:r>
        <w:rPr>
          <w:sz w:val="20"/>
        </w:rPr>
        <w:t>1:26:38  to woh uloom, woh funoon jo is mein hain, jin ko waqt ho, un ko parh kar ke</w:t>
      </w:r>
      <w:r>
        <w:br/>
      </w:r>
      <w:r>
        <w:rPr>
          <w:sz w:val="20"/>
        </w:rPr>
        <w:t>1:26:46  bilkul chhanat sakta hai.</w:t>
      </w:r>
      <w:r>
        <w:br/>
      </w:r>
      <w:r>
        <w:rPr>
          <w:sz w:val="20"/>
        </w:rPr>
        <w:t>1:26:48  reumor ko alag kar sakta hai, real yani hadith ko alag kar sakta hai.</w:t>
      </w:r>
      <w:r>
        <w:br/>
      </w:r>
      <w:r>
        <w:rPr>
          <w:sz w:val="20"/>
        </w:rPr>
        <w:t>1:26:54  is ka waqt na ho to kitabein parh lijiyey, jo jo in logon ki jo unhon ne chhanat</w:t>
      </w:r>
      <w:r>
        <w:br/>
      </w:r>
      <w:r>
        <w:rPr>
          <w:sz w:val="20"/>
        </w:rPr>
        <w:t>1:27:01  chhanat ke alag kar diya hai, yeh koi masla hi nahi hai, yeh koi masla hi nahi hai.</w:t>
      </w:r>
      <w:r>
        <w:br/>
      </w:r>
      <w:r>
        <w:rPr>
          <w:sz w:val="20"/>
        </w:rPr>
        <w:t>1:27:09  jo insens hain, log jinhein kuch yani jo Allah se darte nahi aur ilmi zouq nahi, jis ke</w:t>
      </w:r>
      <w:r>
        <w:br/>
      </w:r>
      <w:r>
        <w:rPr>
          <w:sz w:val="20"/>
        </w:rPr>
        <w:t>1:27:17  andar nahi, jinhein to ilmi zouq nahi, woh is is tarah ki baatein karte hain.</w:t>
      </w:r>
      <w:r>
        <w:br/>
      </w:r>
      <w:r>
        <w:rPr>
          <w:sz w:val="20"/>
        </w:rPr>
        <w:t>1:27:23  jin ka ilmi zouq nahi hai, woh is tarah ki baatein karte hain.</w:t>
      </w:r>
      <w:r>
        <w:br/>
      </w:r>
      <w:r>
        <w:rPr>
          <w:sz w:val="20"/>
        </w:rPr>
        <w:t>1:27:29  mein to is ko sochta hoon ke bilkul hi yani main meniles aur baseless baatein hain, yeh sab</w:t>
      </w:r>
      <w:r>
        <w:br/>
      </w:r>
      <w:r>
        <w:rPr>
          <w:sz w:val="20"/>
        </w:rPr>
        <w:t>1:27:37  kyunke haqeeqat is ki nahi hai.</w:t>
      </w:r>
      <w:r>
        <w:br/>
      </w:r>
      <w:r>
        <w:rPr>
          <w:sz w:val="20"/>
        </w:rPr>
        <w:t>1:27:39  hadith ke bare mein jo huqooq shafa'at batate hain, hadith isi tarah authentic hai jis tarah quran authentic</w:t>
      </w:r>
      <w:r>
        <w:br/>
      </w:r>
      <w:r>
        <w:rPr>
          <w:sz w:val="20"/>
        </w:rPr>
        <w:t>1:27:47  hai.</w:t>
      </w:r>
      <w:r>
        <w:br/>
      </w:r>
      <w:r>
        <w:rPr>
          <w:sz w:val="20"/>
        </w:rPr>
        <w:t>1:27:48  yaad rakhiye, hadith isi tarah authentic hai jis tarah quran authentic hai.</w:t>
      </w:r>
      <w:r>
        <w:br/>
      </w:r>
      <w:r>
        <w:rPr>
          <w:sz w:val="20"/>
        </w:rPr>
        <w:t>1:27:53  baqi jo reumor content hai, woh har cheez mein hota hai, is ko hal kar dijiyey, aap is</w:t>
      </w:r>
      <w:r>
        <w:br/>
      </w:r>
      <w:r>
        <w:rPr>
          <w:sz w:val="20"/>
        </w:rPr>
        <w:t>1:28:01  ki pareshani kya hai? aap ko hai? ab jaise ek misaal deta hoon, Maulana Hussain Ahmed Madni thay,</w:t>
      </w:r>
      <w:r>
        <w:br/>
      </w:r>
      <w:r>
        <w:rPr>
          <w:sz w:val="20"/>
        </w:rPr>
        <w:t>1:28:09  woh paan khate thay.</w:t>
      </w:r>
      <w:r>
        <w:br/>
      </w:r>
      <w:r>
        <w:rPr>
          <w:sz w:val="20"/>
        </w:rPr>
        <w:t>1:28:11  Maulana Hussain Ahmed Madni paan khate thay to aise kuch log baithe baithe hue thay ke pehle se</w:t>
      </w:r>
      <w:r>
        <w:br/>
      </w:r>
      <w:r>
        <w:rPr>
          <w:sz w:val="20"/>
        </w:rPr>
        <w:t>1:28:18  tafrihi tour par unhon ne kaha, tafrihi tour par ke jannat mein log paan khaya karein ge, jannat</w:t>
      </w:r>
      <w:r>
        <w:br/>
      </w:r>
      <w:r>
        <w:rPr>
          <w:sz w:val="20"/>
        </w:rPr>
        <w:t>1:28:26  mein log paan khaya karein ge.</w:t>
      </w:r>
      <w:r>
        <w:br/>
      </w:r>
      <w:r>
        <w:rPr>
          <w:sz w:val="20"/>
        </w:rPr>
        <w:t>1:28:29  to kisi ne kaha ke yeh kahan se maloom hai? aap ko is ka rawi kaun hai? to</w:t>
      </w:r>
      <w:r>
        <w:br/>
      </w:r>
      <w:r>
        <w:rPr>
          <w:sz w:val="20"/>
        </w:rPr>
        <w:t>1:28:36  kaha Rawa Muslim.</w:t>
      </w:r>
      <w:r>
        <w:br/>
      </w:r>
      <w:r>
        <w:rPr>
          <w:sz w:val="20"/>
        </w:rPr>
        <w:t>1:28:38  ab Rawa Muslim jo in ka to hamare haan kaha jata hai ke Rawa Muslim to matlab hota</w:t>
      </w:r>
      <w:r>
        <w:br/>
      </w:r>
      <w:r>
        <w:rPr>
          <w:sz w:val="20"/>
        </w:rPr>
        <w:t>1:28:46  hai ke sahih muslim ki riwayat yeh hai, lekin wahan par is mani mein tha ke ek muslim</w:t>
      </w:r>
      <w:r>
        <w:br/>
      </w:r>
      <w:r>
        <w:rPr>
          <w:sz w:val="20"/>
        </w:rPr>
        <w:t>1:28:53  ne musalman aisa keh raha hai.</w:t>
      </w:r>
      <w:r>
        <w:br/>
      </w:r>
      <w:r>
        <w:rPr>
          <w:sz w:val="20"/>
        </w:rPr>
        <w:t>1:28:56  riwa muslim ka ek matlab yeh hoga ke ek musalman ne aisa kaha, lekin jab hadith mein aata</w:t>
      </w:r>
      <w:r>
        <w:br/>
      </w:r>
      <w:r>
        <w:rPr>
          <w:sz w:val="20"/>
        </w:rPr>
        <w:t>1:29:04  hai riwa muslim to matlab hota hai ke sahih muslim mein jo jo is ke rawi jis ka</w:t>
      </w:r>
      <w:r>
        <w:br/>
      </w:r>
      <w:r>
        <w:rPr>
          <w:sz w:val="20"/>
        </w:rPr>
        <w:t>1:29:11  naam muslim tha, un ki baat yeh hai.</w:t>
      </w:r>
      <w:r>
        <w:br/>
      </w:r>
      <w:r>
        <w:rPr>
          <w:sz w:val="20"/>
        </w:rPr>
        <w:t>1:29:15  aise hi log bolte the pehle bhi, ab bhi bolte hain.</w:t>
      </w:r>
      <w:r>
        <w:br/>
      </w:r>
      <w:r>
        <w:rPr>
          <w:sz w:val="20"/>
        </w:rPr>
        <w:t>1:29:19  isko aap ne, aap ne is ko aap ne apna hua bana liya.</w:t>
      </w:r>
      <w:r>
        <w:br/>
      </w:r>
      <w:r>
        <w:rPr>
          <w:sz w:val="20"/>
        </w:rPr>
        <w:t>1:29:25  sirf woh log jo non serious hain, jin ke andar koi is ilmi zouq nahi hai, wahi yeh</w:t>
      </w:r>
      <w:r>
        <w:br/>
      </w:r>
      <w:r>
        <w:rPr>
          <w:sz w:val="20"/>
        </w:rPr>
        <w:t>1:29:33  sab baton mein uljhe rehte hain.</w:t>
      </w:r>
      <w:r>
        <w:br/>
      </w:r>
      <w:r>
        <w:rPr>
          <w:sz w:val="20"/>
        </w:rPr>
        <w:t>1:29:36  unhon ne koi masla hi nahi hai.</w:t>
      </w:r>
      <w:r>
        <w:br/>
      </w:r>
      <w:r>
        <w:rPr>
          <w:sz w:val="20"/>
        </w:rPr>
        <w:t>1:29:39  mehnat di jis tarah quran hai, usi tarah hadith hai ilmi aitbar se.</w:t>
      </w:r>
      <w:r>
        <w:br/>
      </w:r>
      <w:r>
        <w:rPr>
          <w:sz w:val="20"/>
        </w:rPr>
        <w:t>1:29:44  lekin jin logon ko ilmi zouq nahi hai to kya zaroorat hai un ko is baat bohat parhne</w:t>
      </w:r>
      <w:r>
        <w:br/>
      </w:r>
      <w:r>
        <w:rPr>
          <w:sz w:val="20"/>
        </w:rPr>
        <w:t>1:29:52  ki? jin ke andar ilmi zouq nahi hai, jin ka mutala nahi hai, jin ko pata nahi hai</w:t>
      </w:r>
      <w:r>
        <w:br/>
      </w:r>
      <w:r>
        <w:rPr>
          <w:sz w:val="20"/>
        </w:rPr>
        <w:t>1:30:00  ke kya ilm hudood kya hote hain, to un ko is mein parhne ki zaroorat kya hai? aap</w:t>
      </w:r>
      <w:r>
        <w:br/>
      </w:r>
      <w:r>
        <w:rPr>
          <w:sz w:val="20"/>
        </w:rPr>
        <w:t>1:30:07  to jo jo ulma hain, unhi mein se kisi aalim ko pakad lijiye aur us ko follow kijiye.</w:t>
      </w:r>
    </w:p>
    <w:p>
      <w:pPr>
        <w:pStyle w:val="Heading2"/>
      </w:pPr>
      <w:r>
        <w:t>Explain hadith of two beloved phrases</w:t>
      </w:r>
    </w:p>
    <w:p>
      <w:r>
        <w:rPr>
          <w:color w:val="666666"/>
          <w:sz w:val="18"/>
        </w:rPr>
        <w:t>Hadith · The Importance of Ijtihad August 1, 2010 · 6m 44s · at 59:47 · https://youtu.be/3q98aQ-j2ks?t=3587</w:t>
      </w:r>
    </w:p>
    <w:p>
      <w:r>
        <w:rPr>
          <w:i/>
        </w:rPr>
        <w:t>“The hadith mentions that two phrases are very beloved to Allah, light on the tongue and heavy in weight. Please explain this in detail.”</w:t>
      </w:r>
    </w:p>
    <w:p>
      <w:r>
        <w:rPr>
          <w:sz w:val="20"/>
        </w:rPr>
        <w:t>59:47  molana, yeh sawal kiya hai miss nuzhat bano ne, mau, madhya pradesh se. likha hai ke hadith mein zikr hai ke do kalme Allah ko bohat mehboob hain, woh zaban par halke hain aur wazan mein bhari.</w:t>
      </w:r>
      <w:r>
        <w:br/>
      </w:r>
      <w:r>
        <w:rPr>
          <w:sz w:val="20"/>
        </w:rPr>
        <w:t>1:00:03  molana, woh chahti hain ke is ke bare mein aap detail se explain karein.</w:t>
      </w:r>
      <w:r>
        <w:br/>
      </w:r>
      <w:r>
        <w:rPr>
          <w:sz w:val="20"/>
        </w:rPr>
        <w:t>1:00:09  haan, bukhari ki riwayat hai yeh ke kalmatan khafeefatan hain.</w:t>
      </w:r>
      <w:r>
        <w:br/>
      </w:r>
      <w:r>
        <w:rPr>
          <w:sz w:val="20"/>
        </w:rPr>
        <w:t>1:00:17  nahi, kalmatan hain, woh habibatan. kalmatan habibatan hain. kya hai?</w:t>
      </w:r>
      <w:r>
        <w:br/>
      </w:r>
      <w:r>
        <w:rPr>
          <w:sz w:val="20"/>
        </w:rPr>
        <w:t>1:00:26  kalmatan habibatan lir rehman kalmatan habibatan ur rehman. khafeefatan alal lisan alal lisan.</w:t>
      </w:r>
      <w:r>
        <w:br/>
      </w:r>
      <w:r>
        <w:rPr>
          <w:sz w:val="20"/>
        </w:rPr>
        <w:t>1:00:37  thaqilatan fil mizan thaqilatan fil mizan subhan Allah wa bihamdihi, subhan Allah al azeem.</w:t>
      </w:r>
      <w:r>
        <w:br/>
      </w:r>
      <w:r>
        <w:rPr>
          <w:sz w:val="20"/>
        </w:rPr>
        <w:t>1:00:49  to yeh</w:t>
      </w:r>
      <w:r>
        <w:br/>
      </w:r>
      <w:r>
        <w:rPr>
          <w:sz w:val="20"/>
        </w:rPr>
        <w:t>1:00:54  yeh kalma ki baat nahi hai, kalma jo baat hai, woh asal cheez hai. subhan Allah wa bihamdihi, subhan Allah al azeem yani is mein Allah ki azmat hai, Allah ki glory hai,</w:t>
      </w:r>
      <w:r>
        <w:br/>
      </w:r>
      <w:r>
        <w:rPr>
          <w:sz w:val="20"/>
        </w:rPr>
        <w:t>1:01:08  woh bayan ki gayi hai.</w:t>
      </w:r>
      <w:r>
        <w:br/>
      </w:r>
      <w:r>
        <w:rPr>
          <w:sz w:val="20"/>
        </w:rPr>
        <w:t>1:01:13  to matlab halka is sirmay ke is mein ne talwar chalani hai, na gun chalani hai, na suicide bombing karni hai, na jaan deni hai, na apne ko qurban karna hai, yeh sab kuch bhi nahi hai.</w:t>
      </w:r>
      <w:r>
        <w:br/>
      </w:r>
      <w:r>
        <w:rPr>
          <w:sz w:val="20"/>
        </w:rPr>
        <w:t>1:01:28  lekin is ka matlab yeh nahi ke yeh bas zaban se bol do aur woh mizan par thaqeel mizan mein bhari ho jaye.</w:t>
      </w:r>
      <w:r>
        <w:br/>
      </w:r>
      <w:r>
        <w:rPr>
          <w:sz w:val="20"/>
        </w:rPr>
        <w:t>1:01:41  aap bohat bara darja mil jaye</w:t>
      </w:r>
      <w:r>
        <w:br/>
      </w:r>
      <w:r>
        <w:rPr>
          <w:sz w:val="20"/>
        </w:rPr>
        <w:t>1:01:43  , aisa nahi hai. matlab is ka hai, is ke peeche ek bohat bari ek aur qurbani darkar hai, woh intellectual qurbani.</w:t>
      </w:r>
      <w:r>
        <w:br/>
      </w:r>
      <w:r>
        <w:rPr>
          <w:sz w:val="20"/>
        </w:rPr>
        <w:t>1:01:55  yani yeh yeh ek qurbani kam nahi hai. ek hai physical qurbani, ek hai intellectual qurbani. yani Khuda ki daryaft, Khuda ki azmaton ki daryaft, Khuda ki glory ki daryaft.</w:t>
      </w:r>
      <w:r>
        <w:br/>
      </w:r>
      <w:r>
        <w:rPr>
          <w:sz w:val="20"/>
        </w:rPr>
        <w:t>1:02:12  to jab aap is mein kya karna parta hai, tamam cheezon ko door karna parta hai, har distraction se bachana parta hai, apne aap ko har doosre concern ko dimagh se nikalna parta hai, apne aap ko dedicate karna parta hai Allah ke mission mein.</w:t>
      </w:r>
      <w:r>
        <w:br/>
      </w:r>
      <w:r>
        <w:rPr>
          <w:sz w:val="20"/>
        </w:rPr>
        <w:t>1:02:32  yeh ek bohat bara, yani mein ek bohat bari qurbani, is se bhi bari qurbani deni parti hai.</w:t>
      </w:r>
      <w:r>
        <w:br/>
      </w:r>
      <w:r>
        <w:rPr>
          <w:sz w:val="20"/>
        </w:rPr>
        <w:t>1:02:42  yani aap maidan e jang mein talwar chali aur aap gardan kat gayi, ek minute mein khatma ho gaya. yahan to barson barson apne aap ko isi mein dena parta hai.</w:t>
      </w:r>
      <w:r>
        <w:br/>
      </w:r>
      <w:r>
        <w:rPr>
          <w:sz w:val="20"/>
        </w:rPr>
        <w:t>1:02:56  chunanche dekhiye, phir zibah azeem ka lafz aya hai Hazrat Ismail ke liye. zibah azeem, agar aap is mani mein lein to zibah azeem kahan thi?</w:t>
      </w:r>
      <w:r>
        <w:br/>
      </w:r>
      <w:r>
        <w:rPr>
          <w:sz w:val="20"/>
        </w:rPr>
        <w:t>1:03:05  woh</w:t>
      </w:r>
      <w:r>
        <w:br/>
      </w:r>
      <w:r>
        <w:rPr>
          <w:sz w:val="20"/>
        </w:rPr>
        <w:t>1:03:07  gardan to katti nahi hai un ki, lekin woh sehra mein rehna, woh woh gardan katne se bhi zyada sakht is mein mamla tha.</w:t>
      </w:r>
      <w:r>
        <w:br/>
      </w:r>
      <w:r>
        <w:rPr>
          <w:sz w:val="20"/>
        </w:rPr>
        <w:t>1:03:15  woh is se zyada, yani qurbani is mein deni deni thi.</w:t>
      </w:r>
      <w:r>
        <w:br/>
      </w:r>
      <w:r>
        <w:rPr>
          <w:sz w:val="20"/>
        </w:rPr>
        <w:t>1:03:23  to ek insan jo Allah ki azmaton par ghaur kare, us ke liye apne aap ko dedicate kare, ek sui hasil kare,</w:t>
      </w:r>
      <w:r>
        <w:br/>
      </w:r>
      <w:r>
        <w:rPr>
          <w:sz w:val="20"/>
        </w:rPr>
        <w:t>1:03:38  apni zarooraton mein kami kare. zarooraton mein kami karni parti hai, khane mein, peene mein, tafreeh mein kami karni parti hai. apne ko distraction se bachaye, soche, soche, soche,</w:t>
      </w:r>
      <w:r>
        <w:br/>
      </w:r>
      <w:r>
        <w:rPr>
          <w:sz w:val="20"/>
        </w:rPr>
        <w:t>1:03:53  Allah ko yaad kare, Allah ki duaen kare, tab ja kar hi woh daryaft hota hai. yaani Allah ki azmaten ko woh daryaft ke darje mein pata hai, tab woh nikal padta hai is zaban se yeh alfaaz:</w:t>
      </w:r>
      <w:r>
        <w:br/>
      </w:r>
      <w:r>
        <w:rPr>
          <w:sz w:val="20"/>
        </w:rPr>
        <w:t>1:04:07  Subhan Allah wa bihamdihi, Subhan Allah al-Azeem. yeh kalma ki baat nahi, yeh ek daryaft ki baat hai. ek daryaft ki baat hai,</w:t>
      </w:r>
      <w:r>
        <w:br/>
      </w:r>
      <w:r>
        <w:rPr>
          <w:sz w:val="20"/>
        </w:rPr>
        <w:t>1:04:18  jaise Yunan ka jo falsafi tha, Archimedes, jo use kaha tha: Eureka, Eureka. to kehne ke liye woh do lafz tha sirf, lekin us ke peeche us ki poori zindagi thi.</w:t>
      </w:r>
      <w:r>
        <w:br/>
      </w:r>
      <w:r>
        <w:rPr>
          <w:sz w:val="20"/>
        </w:rPr>
        <w:t>1:04:32  poori zindagi us ki thi. to yeh jo kalma hai, yeh ek ek azeem daryaft ke baad nikla hua qaul hai,</w:t>
      </w:r>
      <w:r>
        <w:br/>
      </w:r>
      <w:r>
        <w:rPr>
          <w:sz w:val="20"/>
        </w:rPr>
        <w:t>1:04:46  bahut bada qaul.</w:t>
      </w:r>
      <w:r>
        <w:br/>
      </w:r>
      <w:r>
        <w:rPr>
          <w:sz w:val="20"/>
        </w:rPr>
        <w:t>1:04:52  jaise ek lady aai Europe se pehli baar Taj Mahal ko dekhne ke liye, jab wahan pahunchi woh to us ki zaban se ek hi lafz nikla: Wonder, Wonder.</w:t>
      </w:r>
      <w:r>
        <w:br/>
      </w:r>
      <w:r>
        <w:rPr>
          <w:sz w:val="20"/>
        </w:rPr>
        <w:t>1:05:07  to wonder jo tha, bajaye to ek lafz tha, woh nahi. us ke us ke andar us ka ek bhonchal chupa hua tha. Taj Mahal ko dekh kar us ke andar ek bhonchal aaya,</w:t>
      </w:r>
      <w:r>
        <w:br/>
      </w:r>
      <w:r>
        <w:rPr>
          <w:sz w:val="20"/>
        </w:rPr>
        <w:t>1:05:20  ek bhonchal. woh bhonchal ek lafz mein dhal gaya.</w:t>
      </w:r>
      <w:r>
        <w:br/>
      </w:r>
      <w:r>
        <w:rPr>
          <w:sz w:val="20"/>
        </w:rPr>
        <w:t>1:05:26  to is tareeqe se jo aadmi tafakkur kare, tazakkur kare, tasawwum kare, tadabbur kare, to hote hote hote woh woh is waqt is baat ko daryaft karta hai jo us jo us lafz mein kahi gayi hai.</w:t>
      </w:r>
      <w:r>
        <w:br/>
      </w:r>
      <w:r>
        <w:rPr>
          <w:sz w:val="20"/>
        </w:rPr>
        <w:t>1:05:45  woh ek haqeeqat hai jo is lafz mein</w:t>
      </w:r>
      <w:r>
        <w:br/>
      </w:r>
      <w:r>
        <w:rPr>
          <w:sz w:val="20"/>
        </w:rPr>
        <w:t>1:05:47  kahi gayi hai: Subhan Allah wa bihamdihi, Subhan Allah al-Azeem. yeh ek ek haqeeqat ka bayan hai. to jab is haqeeqat ko daryaft karta hai to in alfaaz mein us ko ada karta hai, kyunke alfaaz ke siwa hamare paas us ko ada karne ke liye koi aur shakal nahi hai.</w:t>
      </w:r>
      <w:r>
        <w:br/>
      </w:r>
      <w:r>
        <w:rPr>
          <w:sz w:val="20"/>
        </w:rPr>
        <w:t>1:06:05  to bilashuba woh bahut badi cheez hai, Allah taala ka uska bahut darja hai. is is ka to khulasa yeh hai ke yeh</w:t>
      </w:r>
      <w:r>
        <w:br/>
      </w:r>
      <w:r>
        <w:rPr>
          <w:sz w:val="20"/>
        </w:rPr>
        <w:t>1:06:15  do kalma ki baat nahi hai.</w:t>
      </w:r>
      <w:r>
        <w:br/>
      </w:r>
      <w:r>
        <w:rPr>
          <w:sz w:val="20"/>
        </w:rPr>
        <w:t>1:06:17  yeh azeez daryaft ke baad jo bhonchal aata hai, is bhonchal ke tehat zaban se jo ada hota hai, woh woh cheez hai.</w:t>
      </w:r>
      <w:r>
        <w:br/>
      </w:r>
      <w:r>
        <w:rPr>
          <w:sz w:val="20"/>
        </w:rPr>
        <w:t>1:06:28  yeh</w:t>
      </w:r>
    </w:p>
    <w:p>
      <w:pPr>
        <w:pStyle w:val="Heading2"/>
      </w:pPr>
      <w:r>
        <w:t>Interpretation of big house burning prophecy</w:t>
      </w:r>
    </w:p>
    <w:p>
      <w:r>
        <w:rPr>
          <w:color w:val="666666"/>
          <w:sz w:val="18"/>
        </w:rPr>
        <w:t>Hadith · Major Signs of Doomsday November 26, 2023 · 19m 41s · at 8:02 · https://youtu.be/pMRzFjrkWf4?t=482</w:t>
      </w:r>
    </w:p>
    <w:p>
      <w:r>
        <w:rPr>
          <w:i/>
        </w:rPr>
        <w:t>“What is the meaning of the Prophet's prediction about a big house being burned in the future, as mentioned in Sahih Muslim?”</w:t>
      </w:r>
    </w:p>
    <w:p>
      <w:r>
        <w:rPr>
          <w:sz w:val="20"/>
        </w:rPr>
        <w:t>8:02  apa, agla sawal mein ek prediction ko le ke poochna chahunga ke there is a prediction that in there is a future occurrence prophet mentioned when a big house will be burned.</w:t>
      </w:r>
      <w:r>
        <w:br/>
      </w:r>
      <w:r>
        <w:rPr>
          <w:sz w:val="20"/>
        </w:rPr>
        <w:t>8:15  to is se kya murad hai apa? is ke bare mein aap hum sab ko bataen.</w:t>
      </w:r>
      <w:r>
        <w:br/>
      </w:r>
      <w:r>
        <w:rPr>
          <w:sz w:val="20"/>
        </w:rPr>
        <w:t>8:19  wo sahi Muslim ki jo chapter hai kitaab al-fitan, is mein hai ke tum thore dinon ke baad ek bada hadsa dekhoge jo ek bade ghar ko jala dega aur woh zaroor hoga.</w:t>
      </w:r>
      <w:r>
        <w:br/>
      </w:r>
      <w:r>
        <w:rPr>
          <w:sz w:val="20"/>
        </w:rPr>
        <w:t>8:32  ab sochiye ke kitna bada is ke consequences kitne zyada the jo hadith mein is ko prediction ke taur par mention kiya gaya.</w:t>
      </w:r>
      <w:r>
        <w:br/>
      </w:r>
      <w:r>
        <w:rPr>
          <w:sz w:val="20"/>
        </w:rPr>
        <w:t>8:42  aur isi ke saath yeh hai ke dajjal meri ummat mein niklega. jah</w:t>
      </w:r>
      <w:r>
        <w:br/>
      </w:r>
      <w:r>
        <w:rPr>
          <w:sz w:val="20"/>
        </w:rPr>
        <w:t>8:46  an bade ghar ki baat hai na, isi ke saath hai ke dajjal meri ummat mein niklega. aur dajjal jab niklega to isi wajah se ke woh ghussa hoga logon par.</w:t>
      </w:r>
      <w:r>
        <w:br/>
      </w:r>
      <w:r>
        <w:rPr>
          <w:sz w:val="20"/>
        </w:rPr>
        <w:t>8:55  to wohi jo aap ne farmaya ke sab har ek rival hai, har ek hamara dushman hai, to ghusse mein bhare hue hain. aur is ghusse ki wajah se un ko samajh mein nahin aata ke Khuda ka deen rehmat un ko pahunchana hai, na ke un se jang karni hai.</w:t>
      </w:r>
      <w:r>
        <w:br/>
      </w:r>
      <w:r>
        <w:rPr>
          <w:sz w:val="20"/>
        </w:rPr>
        <w:t>9:09  to ji koi dawah work karte hi nahin, jabke prophet din raat dawah work karte the.</w:t>
      </w:r>
      <w:r>
        <w:br/>
      </w:r>
      <w:r>
        <w:rPr>
          <w:sz w:val="20"/>
        </w:rPr>
        <w:t>9:16  aur kabhi kabhi aisa hota tha ke muqabla karna pad jata tha, woh bhi aap sirf defense mein muqable kiye hain aap ne. aur limit kiya hai aadhe din ki jang.</w:t>
      </w:r>
      <w:r>
        <w:br/>
      </w:r>
      <w:r>
        <w:rPr>
          <w:sz w:val="20"/>
        </w:rPr>
        <w:t>9:27  char jangain huin, sirf aadhe aadhe din ki. aur yahan la-nahai yeh jang saalon saalon chalti rehti hai. to yahi hai ke un ko Rasool Allah salallahu alaihi wasallam ke uswa se koi matlab nahin hai, aap ki teaching se koi matlab nahin hai.</w:t>
      </w:r>
      <w:r>
        <w:br/>
      </w:r>
      <w:r>
        <w:rPr>
          <w:sz w:val="20"/>
        </w:rPr>
        <w:t>9:40  wo</w:t>
      </w:r>
      <w:r>
        <w:br/>
      </w:r>
      <w:r>
        <w:rPr>
          <w:sz w:val="20"/>
        </w:rPr>
        <w:t>9:41  apne musalmanon ne kya kiya? apne jazbat ko Islamize kar liya hai. isi ko woh Islam samajhte hain. to woh jo nayi technology aayi thi, naye mawaqe aaye the, naye hathiyar aaye the, to yeh saare unhone itne destructive tareeqe se istemal kiya ke bohat badi, sab se badi building thi woh.</w:t>
      </w:r>
      <w:r>
        <w:br/>
      </w:r>
      <w:r>
        <w:rPr>
          <w:sz w:val="20"/>
        </w:rPr>
        <w:t>10:02  ab hum logon ne woh building dekhi thi, hum log kis building mein gaye the wahan par? to woh bohat badi building thi, doosri building mein gaye the.</w:t>
      </w:r>
      <w:r>
        <w:br/>
      </w:r>
      <w:r>
        <w:rPr>
          <w:sz w:val="20"/>
        </w:rPr>
        <w:t>10:10  wo Chicago mein gaye the shayad. ji. to woh bhi bohat badi building thi. to isi tareeqe se woh bhi thi. to unhone is building mein jahaz takra diya.</w:t>
      </w:r>
      <w:r>
        <w:br/>
      </w:r>
      <w:r>
        <w:rPr>
          <w:sz w:val="20"/>
        </w:rPr>
        <w:t>10:19  aur phir baad mein kehte rahe ke kisi aur ne kiya, kisi aur ne kiya. America ne khud hi kar liya. koi apne ghar mein aag lagayega? to jo jhoot bhi alag alag bolte hain.</w:t>
      </w:r>
      <w:r>
        <w:br/>
      </w:r>
      <w:r>
        <w:rPr>
          <w:sz w:val="20"/>
        </w:rPr>
        <w:t>10:29  to yeh is tareeqay say unhon nay woh kiya. aur is kay baad kya hua? is say pehlay bohat achhay taluqaat thay.</w:t>
      </w:r>
      <w:r>
        <w:br/>
      </w:r>
      <w:r>
        <w:rPr>
          <w:sz w:val="20"/>
        </w:rPr>
        <w:t>10:35  to log jo hain bilkul wahan freedom kay saath Europe America mein rehtay thay, pooray mawaaqay thay, bohat baray baray Islamic centers thay.</w:t>
      </w:r>
      <w:r>
        <w:br/>
      </w:r>
      <w:r>
        <w:rPr>
          <w:sz w:val="20"/>
        </w:rPr>
        <w:t>10:44  lekan is kay baad jo hai halaat bohat ziyada kharab ho gaye. log samajhnay lagay kay Musalman jo hain woh hamaray say in ko achhay taluqaat nahi ban saktay hain.</w:t>
      </w:r>
      <w:r>
        <w:br/>
      </w:r>
      <w:r>
        <w:rPr>
          <w:sz w:val="20"/>
        </w:rPr>
        <w:t>10:57  to zindagi mein daikhain, bohat saray negative waqiaat hotay hain, individual kay liye bhi, nations kay liye. lekin in negative waqiaat ko humain positive mein turn karna hai.</w:t>
      </w:r>
      <w:r>
        <w:br/>
      </w:r>
      <w:r>
        <w:rPr>
          <w:sz w:val="20"/>
        </w:rPr>
        <w:t>11:09  isko is ka solution dhoondna hai Quran o Hadees say. na yeh kay ja kay jang karna shuru kar daina hai. lekin ab naya zamanay yeh aa gaya, media ka zamanay hai.</w:t>
      </w:r>
      <w:r>
        <w:br/>
      </w:r>
      <w:r>
        <w:rPr>
          <w:sz w:val="20"/>
        </w:rPr>
        <w:t>11:19  ab media mein kya hai kay koi cheez aisa phaila di jati hai,</w:t>
      </w:r>
      <w:r>
        <w:br/>
      </w:r>
      <w:r>
        <w:rPr>
          <w:sz w:val="20"/>
        </w:rPr>
        <w:t>11:24  chahay woh jhooti ho, aisa phaila di jati hai kay tamam log mutasir ho jatay hain. to yeh masla hua. pehlay to battlefield mein hi limited hoti thi jang.</w:t>
      </w:r>
      <w:r>
        <w:br/>
      </w:r>
      <w:r>
        <w:rPr>
          <w:sz w:val="20"/>
        </w:rPr>
        <w:t>11:34  to itna bara masla nahi hota tha. lekin aaj jo hai woh baat jo hai phail jati hai, aik aik aadmi, bachha bachha jaan jata hai kay kahan kya waqia ho raha hai.</w:t>
      </w:r>
      <w:r>
        <w:br/>
      </w:r>
      <w:r>
        <w:rPr>
          <w:sz w:val="20"/>
        </w:rPr>
        <w:t>11:46  is waqia ko humain diffuse karna hai. na yeh kay is ko aggravate karna hai.</w:t>
      </w:r>
      <w:r>
        <w:br/>
      </w:r>
      <w:r>
        <w:rPr>
          <w:sz w:val="20"/>
        </w:rPr>
        <w:t>11:51  to ab aap samajh lijiye kay agar hum agar sachai par hon, sahi rastay par hon, hum mazloom hon to zaroor Khuda ki madad aaye gi. ji. Khuda ki madad nahi aa rahi hai.</w:t>
      </w:r>
      <w:r>
        <w:br/>
      </w:r>
      <w:r>
        <w:rPr>
          <w:sz w:val="20"/>
        </w:rPr>
        <w:t>12:00  aur log qunoot-e-nazila parh rahay hain, is kay bawajood bhi. dushman ko to koi nuqsan nahi pohanch raha hai. hum dushman in inverted commas mein, hum is dushman nahi samajhtay, hum to madhu samajhtay hain.</w:t>
      </w:r>
      <w:r>
        <w:br/>
      </w:r>
      <w:r>
        <w:rPr>
          <w:sz w:val="20"/>
        </w:rPr>
        <w:t>12:11  to is ko to koi nuqsan nahi ho raha hai, lekin nuqsan sirf Musalmanon ka ho raha hai. pooray pooray mulk tabah o barbaad ho rahay hain.</w:t>
      </w:r>
      <w:r>
        <w:br/>
      </w:r>
      <w:r>
        <w:rPr>
          <w:sz w:val="20"/>
        </w:rPr>
        <w:t>12:20  to madad daikhiye, yeh samajhna chahiye Musalmanon ko, madad jab aaye gi jab hum Quran o Hadees par chalain gay, Rasool Allah Salallaho Alaihi Wasallam ki taleemat par chalain gay.</w:t>
      </w:r>
      <w:r>
        <w:br/>
      </w:r>
      <w:r>
        <w:rPr>
          <w:sz w:val="20"/>
        </w:rPr>
        <w:t>12:29  aur sab say bari taleem aap ki hai da'wah work. da'wah work hamara khud Baitul Maqdis mein hamara da'wah work ho raha tha. aur bohat ziyada khushi say log atay thay wahan par, Quran lay kay jatay thay.</w:t>
      </w:r>
      <w:r>
        <w:br/>
      </w:r>
      <w:r>
        <w:rPr>
          <w:sz w:val="20"/>
        </w:rPr>
        <w:t>12:41  ab pata nahi wahan kya haal hai. to aaj jo hai na religious freedom hai.</w:t>
      </w:r>
      <w:r>
        <w:br/>
      </w:r>
      <w:r>
        <w:rPr>
          <w:sz w:val="20"/>
        </w:rPr>
        <w:t>12:47  Maulana nay bar bar likha hai kay humain nay zamanay ko samajhna hoga. Musalman kya hai? aap nay jo kahaylo aainak, to Musalman woh puranay zamanay ki aainak jo hai, woh laga kay nay zamanay ko daikh rahay hain.</w:t>
      </w:r>
      <w:r>
        <w:br/>
      </w:r>
      <w:r>
        <w:rPr>
          <w:sz w:val="20"/>
        </w:rPr>
        <w:t>13:00  to is liye woh un ko naya zamanay samajh mein hi nahi aata. nay zamanay mein itnay opportunities hain. aur sab say bari cheez kay religious freedom hai.</w:t>
      </w:r>
      <w:r>
        <w:br/>
      </w:r>
      <w:r>
        <w:rPr>
          <w:sz w:val="20"/>
        </w:rPr>
        <w:t>13:09  to hum freely, hum woh Khuda kay deen ko sari duniya mein pohancha saktay hain.</w:t>
      </w:r>
      <w:r>
        <w:br/>
      </w:r>
      <w:r>
        <w:rPr>
          <w:sz w:val="20"/>
        </w:rPr>
        <w:t>13:15  lekan hum is ko baaton ko samajh nahi rahay, koi kuch kehta hai to us kay upar hi ghussa ho jatay hain kay tum galat keh rahay ho, yeh log dushman hain.</w:t>
      </w:r>
      <w:r>
        <w:br/>
      </w:r>
      <w:r>
        <w:rPr>
          <w:sz w:val="20"/>
        </w:rPr>
        <w:t>13:24  to Rasool Allah Salallaho Alaihi Wasallam nay to kabhi kisi ko dushman kaha hi nahi. ji. jab Rasool Allah ko nikal diya gaya Makka say aur aap Madinay gay to aap nay aik sentence bhi nahi bola kay yeh log kitnay buray hain, humain apnay watan say nikal diya.</w:t>
      </w:r>
      <w:r>
        <w:br/>
      </w:r>
      <w:r>
        <w:rPr>
          <w:sz w:val="20"/>
        </w:rPr>
        <w:t>13:38  aik sentence bhi nahi bola. balkay sirf yeh kaha kay tum log apnay aap ko aag say bachao. to sab say bara jo hamara masla hai woh yeh hai kay qayamat aanay wali hai, humain apnay aap ko us say bachana hai.</w:t>
      </w:r>
      <w:r>
        <w:br/>
      </w:r>
      <w:r>
        <w:rPr>
          <w:sz w:val="20"/>
        </w:rPr>
        <w:t>13:51  ji. kyunkay woh to Rasool Allah Salallaho Alaihi Wasallam nay kaha kay chahay tumhain</w:t>
      </w:r>
      <w:r>
        <w:br/>
      </w:r>
      <w:r>
        <w:rPr>
          <w:sz w:val="20"/>
        </w:rPr>
        <w:t>13:55  aik khajoor bhi day kar apnay aap ko bacha sako to us say bachao. yeh koi masla nahi hai dushmani. dushmani to ghar mein bhi hoti hai, to kya hum aapas mein larne lagtay hain?</w:t>
      </w:r>
      <w:r>
        <w:br/>
      </w:r>
      <w:r>
        <w:rPr>
          <w:sz w:val="20"/>
        </w:rPr>
        <w:t>14:05  bohat kuch hota hai. har aadmi ki thinking different hai. har aadmi ka tareeqa karnay ka kaam different hai. humain is hum agree nahi kartay, lekin kal hum laitay hain.</w:t>
      </w:r>
      <w:r>
        <w:br/>
      </w:r>
      <w:r>
        <w:rPr>
          <w:sz w:val="20"/>
        </w:rPr>
        <w:t>14:16  isi tareeqay say humain bahar ki duniya mein bhi rehna hai. ji. bilkul apa, bohat aap nay sahi kaha. in fact, apa Rasool Allah</w:t>
      </w:r>
      <w:r>
        <w:br/>
      </w:r>
      <w:r>
        <w:rPr>
          <w:sz w:val="20"/>
        </w:rPr>
        <w:t>14:25  ko hi dekhen, quran mein aaya hai ke he was sent as a mercy to mankind. so how can we be called as followers of prophet if we don't have mercy in our hearts?</w:t>
      </w:r>
      <w:r>
        <w:br/>
      </w:r>
      <w:r>
        <w:rPr>
          <w:sz w:val="20"/>
        </w:rPr>
        <w:t>14:34  aur jaise aap ne bhi bataya ke prophet ka jo tareeqa tha maaf karne ka, jab makkah fatah hua to taqreeban unhon ne sabhi logon ko maaf kiya, aur wahi log baad mein ja ke pillars bane islam ke.</w:t>
      </w:r>
      <w:r>
        <w:br/>
      </w:r>
      <w:r>
        <w:rPr>
          <w:sz w:val="20"/>
        </w:rPr>
        <w:t>14:47  they became strength of islam. they started following prophet muhammad</w:t>
      </w:r>
      <w:r>
        <w:br/>
      </w:r>
      <w:r>
        <w:rPr>
          <w:sz w:val="20"/>
        </w:rPr>
        <w:t>14:51  . so this is a very important thing that we have to bring in our thinking, that we have to become merciful towards others.</w:t>
      </w:r>
      <w:r>
        <w:br/>
      </w:r>
      <w:r>
        <w:rPr>
          <w:sz w:val="20"/>
        </w:rPr>
        <w:t>15:00  agar hum chahte hain ke allah hamari taraf merciful ho to hamein doosron ki taraf merciful banna parega. achha apa, ek mashhoor nishani aap ne bhi abhi zikr kiya dajjal ka.</w:t>
      </w:r>
      <w:r>
        <w:br/>
      </w:r>
      <w:r>
        <w:rPr>
          <w:sz w:val="20"/>
        </w:rPr>
        <w:t>15:11  aur dajjal jo hai apa, aisa nahi hai ke woh koi sword le ke aayega. kyunke it is very difficult to mislead people with sword.</w:t>
      </w:r>
      <w:r>
        <w:br/>
      </w:r>
      <w:r>
        <w:rPr>
          <w:sz w:val="20"/>
        </w:rPr>
        <w:t>15:21  but he will mislead people with false reasoning. to apa, main chahunga ke is ke bare mein thoda batayen, aur kaise hum is fitne se apne aap ko bacha sakte hain?</w:t>
      </w:r>
      <w:r>
        <w:br/>
      </w:r>
      <w:r>
        <w:rPr>
          <w:sz w:val="20"/>
        </w:rPr>
        <w:t>15:31  is ke bare mein batayen. dajjal ke bare mein hadith mein aaya hai ke itna bada fitna kabhi bhi duniya mein nahi aaya, itna bada fitna hai dajjal ka.</w:t>
      </w:r>
      <w:r>
        <w:br/>
      </w:r>
      <w:r>
        <w:rPr>
          <w:sz w:val="20"/>
        </w:rPr>
        <w:t>15:43  ji. kyunke woh khoobsurti se behkata hai.</w:t>
      </w:r>
      <w:r>
        <w:br/>
      </w:r>
      <w:r>
        <w:rPr>
          <w:sz w:val="20"/>
        </w:rPr>
        <w:t>15:47  dujal, dujal kehte hain deceive. to dajjal kehte hain deceiver ko, aur dajjal maani great deceiver. to itna zabardast, itna beautiful ideology develop karega ke har aadmi jo hai woh is mein behak jayega.</w:t>
      </w:r>
      <w:r>
        <w:br/>
      </w:r>
      <w:r>
        <w:rPr>
          <w:sz w:val="20"/>
        </w:rPr>
        <w:t>16:03  to yeh hai. to dujal jo hai to dekhiye, thoda hamesha hi se hota tha. hamesha hi log galat tareeqe se cheezon ko interpret karte the.</w:t>
      </w:r>
      <w:r>
        <w:br/>
      </w:r>
      <w:r>
        <w:rPr>
          <w:sz w:val="20"/>
        </w:rPr>
        <w:t>16:13  lekin ab wahi jo hai na, media ka zamana hai.</w:t>
      </w:r>
      <w:r>
        <w:br/>
      </w:r>
      <w:r>
        <w:rPr>
          <w:sz w:val="20"/>
        </w:rPr>
        <w:t>16:16  to is ki wajah se woh dujal jo hai woh sari duniya mein phail jata hai. to jo isi liye hai ke jo sab se bada dhoka jo hai woh daleel ke zariye diya jata hai, na ke talwar ke zariye.</w:t>
      </w:r>
      <w:r>
        <w:br/>
      </w:r>
      <w:r>
        <w:rPr>
          <w:sz w:val="20"/>
        </w:rPr>
        <w:t>16:29  to limited hoga. to woh jo zehni gumrahi hai, zehni deviation hai, intellectual deviation hai, wahi sab se bada deviation hai.</w:t>
      </w:r>
      <w:r>
        <w:br/>
      </w:r>
      <w:r>
        <w:rPr>
          <w:sz w:val="20"/>
        </w:rPr>
        <w:t>16:38  to woh tazeen ke zariye se, woh shaitan ne kaha hi tha ke main tazeen karunga aur tamam tere bandon ko behka dunga. to</w:t>
      </w:r>
      <w:r>
        <w:br/>
      </w:r>
      <w:r>
        <w:rPr>
          <w:sz w:val="20"/>
        </w:rPr>
        <w:t>16:46  woh tazeen ke zariye se dajjal ne sari duniya ke logon ko behka diya. aur tazeen ka jo ek jo sab se bada jo uska hathiyar hai, woh yeh ke us ne political interpretation di.</w:t>
      </w:r>
      <w:r>
        <w:br/>
      </w:r>
      <w:r>
        <w:rPr>
          <w:sz w:val="20"/>
        </w:rPr>
        <w:t>17:00  is is political interpretation yeh tha ke islam jo hai woh laws ka ek majmooa hai. aur in laws ko jab tak ke hum implement nahi karenge, to implement karne ke liye hukoomat chahiye.</w:t>
      </w:r>
      <w:r>
        <w:br/>
      </w:r>
      <w:r>
        <w:rPr>
          <w:sz w:val="20"/>
        </w:rPr>
        <w:t>17:15  to jab tak implement nahi karenge, hamara islam hi namukammal hai. to is wajah se sari duniya mein musalman etwar ho gaye. bahar non muslim se woh etwar hain, aur apne apne mulkon mein secular ruler se etwar hain.</w:t>
      </w:r>
      <w:r>
        <w:br/>
      </w:r>
      <w:r>
        <w:rPr>
          <w:sz w:val="20"/>
        </w:rPr>
        <w:t>17:30  to kisi bhi mulk mein dekhiye, kahin bhi peaceful tareeqe se hukoomat nahi chal rahi. isi wajah se arab mulkon mein dictatorship hai. kyunke yeh log chalne hi nahi det</w:t>
      </w:r>
      <w:r>
        <w:br/>
      </w:r>
      <w:r>
        <w:rPr>
          <w:sz w:val="20"/>
        </w:rPr>
        <w:t>17:40  e. jahan koi bhi ruler aaya, to ruler to har jo group hota hai, bahut se log mulk mein hote hain, har mazhab ke log hote hain.</w:t>
      </w:r>
      <w:r>
        <w:br/>
      </w:r>
      <w:r>
        <w:rPr>
          <w:sz w:val="20"/>
        </w:rPr>
        <w:t>17:49  to un ka khayal rakhna padta hai. ab woh chahte hain ke sare ke sare islam ke qanoon naafiz kar diye jayen. jabke woh log khud apne upar bhi nahi naafiz karenge.</w:t>
      </w:r>
      <w:r>
        <w:br/>
      </w:r>
      <w:r>
        <w:rPr>
          <w:sz w:val="20"/>
        </w:rPr>
        <w:t>17:59  kaun chori karne par apna hath katwayega? lekin woh ek, woh logon ko bewakoof banane ke liye, logon ko apni taraf lane ke liye, woh matlab bolne mein bahut khoobsurat lagta hai</w:t>
      </w:r>
      <w:r>
        <w:br/>
      </w:r>
      <w:r>
        <w:rPr>
          <w:sz w:val="20"/>
        </w:rPr>
        <w:t>18:11  ke poora qanoon jo hai woh naafiz ho jayega, aur phir islam jo hai sari duniya mein is ki hukoomat qaim hogi. to yeh bahut achha lagta hai.</w:t>
      </w:r>
      <w:r>
        <w:br/>
      </w:r>
      <w:r>
        <w:rPr>
          <w:sz w:val="20"/>
        </w:rPr>
        <w:t>18:20  to is wajah se tamam log jo hain is mein behak kar aa jate hain.</w:t>
      </w:r>
      <w:r>
        <w:br/>
      </w:r>
      <w:r>
        <w:rPr>
          <w:sz w:val="20"/>
        </w:rPr>
        <w:t>18:26  aur to sari duniya mein jo hai islam ki hukoomat hogi, to yeh itni badi baat hai ke har aadmi jo hai us se is is se is se behak jata hai.</w:t>
      </w:r>
      <w:r>
        <w:br/>
      </w:r>
      <w:r>
        <w:rPr>
          <w:sz w:val="20"/>
        </w:rPr>
        <w:t>18:38  aur phir in dajjal ke sath, is mein hadith mein hai ke tamam log dajjal ke sath aa jayenge. to dajjal ke sath bohat ziyada resources honge.</w:t>
      </w:r>
      <w:r>
        <w:br/>
      </w:r>
      <w:r>
        <w:rPr>
          <w:sz w:val="20"/>
        </w:rPr>
        <w:t>18:48  kyunke is kaam ke liye log bohat ziyada support karte hain.</w:t>
      </w:r>
      <w:r>
        <w:br/>
      </w:r>
      <w:r>
        <w:rPr>
          <w:sz w:val="20"/>
        </w:rPr>
        <w:t>18:52  to abhi hum kahein ke hamein quran sari duniya mein distribute karna hai, to bohat kam hamein madad milegi. lekin agar kahein ke hamein jang karni hai, aur sari duniya ke logon ko maar kar islam ki hukumat qaim karni hai, to khoob support milega.</w:t>
      </w:r>
      <w:r>
        <w:br/>
      </w:r>
      <w:r>
        <w:rPr>
          <w:sz w:val="20"/>
        </w:rPr>
        <w:t>19:07  to is ideology ko hamein kill karna hai, na ke person ko kill karna hai. to jang ke zariye se aap jante hain ke kabhi bhi jang ke zariye se kabhi bhi koi positive kaam nahi hua, kabhi bhi peace qaim nahi</w:t>
      </w:r>
      <w:r>
        <w:br/>
      </w:r>
      <w:r>
        <w:rPr>
          <w:sz w:val="20"/>
        </w:rPr>
        <w:t>19:21  hua. khud rasool Allah salallahu alaihi wasallam ne sulah qaim ki, tab ja ke wahan par islam ka paigham sari duniya mein pohncha, aur woh jo hai sari makkah jo hai aap ke surrender kar diya.</w:t>
      </w:r>
      <w:r>
        <w:br/>
      </w:r>
      <w:r>
        <w:rPr>
          <w:sz w:val="20"/>
        </w:rPr>
        <w:t>19:35  makkah ne, makkah walon ne kiya, pure arab ne. to asal mein kya hai ke hadithain jo hain woh is mein symbolic language mein</w:t>
      </w:r>
      <w:r>
        <w:br/>
      </w:r>
      <w:r>
        <w:rPr>
          <w:sz w:val="20"/>
        </w:rPr>
        <w:t>19:44  hain. misaal ke taur par yeh aata hai ke dajjal aisi awaz se pukarega jo mashriq aur maghrib ke dono siron ke darmiyan sunai degi.</w:t>
      </w:r>
      <w:r>
        <w:br/>
      </w:r>
      <w:r>
        <w:rPr>
          <w:sz w:val="20"/>
        </w:rPr>
        <w:t>19:55  to ab log sach much samajhte the ke dajjal ki awaz itni zor hogi ke puri duniya mein woh sunai degi. ab aap sochiye ge to agar puri duniya mein kisi ki awaz sunai de to kaan hi phat jayenge, sun sunenge kaise hum</w:t>
      </w:r>
      <w:r>
        <w:br/>
      </w:r>
      <w:r>
        <w:rPr>
          <w:sz w:val="20"/>
        </w:rPr>
        <w:t>20:10  ? to woh naya zamana tha ke media ka zamana tha, telecommunication ka zamana ke aaj koi bhi hum baat jo hai sari duniya mein pohncha sakte hain.</w:t>
      </w:r>
      <w:r>
        <w:br/>
      </w:r>
      <w:r>
        <w:rPr>
          <w:sz w:val="20"/>
        </w:rPr>
        <w:t>20:22  communication jo itna ziyada develop ho gaya hai. to yeh tamam jo peshin goiyan hain, woh symbolic language mein hain.</w:t>
      </w:r>
      <w:r>
        <w:br/>
      </w:r>
      <w:r>
        <w:rPr>
          <w:sz w:val="20"/>
        </w:rPr>
        <w:t>20:31  to woh is ko samajhna parega.</w:t>
      </w:r>
      <w:r>
        <w:br/>
      </w:r>
      <w:r>
        <w:rPr>
          <w:sz w:val="20"/>
        </w:rPr>
        <w:t>20:34  isi tarike se mehdi ka jo concept hai, log samajhte hain ke koi bohat bara leader hoga, aur talwar le kar aayega, aur farishton ke sath, aur woh phir tamam dushmanon ko zair karega.</w:t>
      </w:r>
      <w:r>
        <w:br/>
      </w:r>
      <w:r>
        <w:rPr>
          <w:sz w:val="20"/>
        </w:rPr>
        <w:t>20:48  to yeh hai. halanke woh ek aam aadmi hoga. mehdi ke mani religious, mehdi ke mani hain guided person.</w:t>
      </w:r>
      <w:r>
        <w:br/>
      </w:r>
      <w:r>
        <w:rPr>
          <w:sz w:val="20"/>
        </w:rPr>
        <w:t>20:58  ji. woh guide nahi hoga. guide hota hai Hadi</w:t>
      </w:r>
      <w:r>
        <w:br/>
      </w:r>
      <w:r>
        <w:rPr>
          <w:sz w:val="20"/>
        </w:rPr>
        <w:t>21:02  . woh sirf khud guided hoga, aur woh marifat ka rasta khud dikhayega, aur baqayda hai ke woh peace qaim karega.</w:t>
      </w:r>
      <w:r>
        <w:br/>
      </w:r>
      <w:r>
        <w:rPr>
          <w:sz w:val="20"/>
        </w:rPr>
        <w:t>21:11  to aap samjhein, aap ek aadmi talwar le kar sari duniya mein peace qaim hi nahi kar sakta, yeh to bilkul aql ke khilaf hai yeh baat. to lekin ek peaceful ideology aap develop karein, us ko logon ko batayein, samjhayein, to bohat sare log aap ko us ko manne wale milenge.</w:t>
      </w:r>
      <w:r>
        <w:br/>
      </w:r>
      <w:r>
        <w:rPr>
          <w:sz w:val="20"/>
        </w:rPr>
        <w:t>21:29  lekin in logon ne chunke har cheez ko politicize kar rakha hai, isi tarike se unhone mehdi ka concept bhi politicize kar liya hai.</w:t>
      </w:r>
      <w:r>
        <w:br/>
      </w:r>
      <w:r>
        <w:rPr>
          <w:sz w:val="20"/>
        </w:rPr>
        <w:t>21:39  jabke bilkul clear hai ke mehdi jo hai peace qaim karega, aur jo dajjal ka jo fitna hai, us ko daleel ke zariye se counter karega.</w:t>
      </w:r>
      <w:r>
        <w:br/>
      </w:r>
      <w:r>
        <w:rPr>
          <w:sz w:val="20"/>
        </w:rPr>
        <w:t>21:48  daleel ke zariye se khatam karega. isi liye hajjaj ka lafz aaya hai sahih Muslim mein ke woh daleel ke zariye se is fitne ko khatam karega, na ke talwar ke zariye se</w:t>
      </w:r>
      <w:r>
        <w:br/>
      </w:r>
      <w:r>
        <w:rPr>
          <w:sz w:val="20"/>
        </w:rPr>
        <w:t>21:59  . yeh to bilkul hi jo hai us ko literal lena hai. literal agar aap lenge in predictions ko to aap kuch samajh nahi sakte.</w:t>
      </w:r>
      <w:r>
        <w:br/>
      </w:r>
      <w:r>
        <w:rPr>
          <w:sz w:val="20"/>
        </w:rPr>
        <w:t>22:09  ji ji ji. apa aap ne mehdi ka zikr kiya, isi tarike se Isa bin Maryam ka bhi zikr aaya hai ke end of times se pehle hi will also appear.</w:t>
      </w:r>
      <w:r>
        <w:br/>
      </w:r>
      <w:r>
        <w:rPr>
          <w:sz w:val="20"/>
        </w:rPr>
        <w:t>22:19  to main chahunga woh bhi aap is point ko bhi aap wazeh karein. asal mein is mein bohat rai hai. kuch log kehte hain ke mehdi o masih ek hi character hain.</w:t>
      </w:r>
      <w:r>
        <w:br/>
      </w:r>
      <w:r>
        <w:rPr>
          <w:sz w:val="20"/>
        </w:rPr>
        <w:t>22:29  ji. matlab aakhri zamane mein jab fitne bohat badh jayenge, hidayat ka rasta gum ho jayega, to us waqt Allah taala ek shakhs ko hidayat dega, aur woh is hidayat ko logon tak pohnchayega.</w:t>
      </w:r>
      <w:r>
        <w:br/>
      </w:r>
      <w:r>
        <w:rPr>
          <w:sz w:val="20"/>
        </w:rPr>
        <w:t>22:41  naye zamane mein, naye zamane ke jo resources hain, jo media hai, aur jo telecommunication ka zariya hai, sara woh us ke zariye se woh is paigham ko doosron tak pohnchayega.</w:t>
      </w:r>
      <w:r>
        <w:br/>
      </w:r>
      <w:r>
        <w:rPr>
          <w:sz w:val="20"/>
        </w:rPr>
        <w:t>22:55  to aur aisa kuch nahi hai ke woh kuch woh miracle hoga, aur farishton ke zariye se aayega. is mein hai ke hadith mein ke woh badalon mein udegaga.</w:t>
      </w:r>
      <w:r>
        <w:br/>
      </w:r>
      <w:r>
        <w:rPr>
          <w:sz w:val="20"/>
        </w:rPr>
        <w:t>23:07  maseeh jo hain badalon mein urenge. to badalon mein urenge, is ka matlab yeh nahi ke woh khud badalon mein urenge. kyunke woh hai, woh jahaz ke zamane mein aayega.</w:t>
      </w:r>
      <w:r>
        <w:br/>
      </w:r>
      <w:r>
        <w:rPr>
          <w:sz w:val="20"/>
        </w:rPr>
        <w:t>23:17  jahaz to badalon mein urta hai.</w:t>
      </w:r>
      <w:r>
        <w:br/>
      </w:r>
      <w:r>
        <w:rPr>
          <w:sz w:val="20"/>
        </w:rPr>
        <w:t>23:20  to is tareeqe se agar aap samjhen to sab baat samajh mein aa jayegi ke woh Khuda ka dekhiye, ek hai qanoon-e-iltibaas.</w:t>
      </w:r>
      <w:r>
        <w:br/>
      </w:r>
      <w:r>
        <w:rPr>
          <w:sz w:val="20"/>
        </w:rPr>
        <w:t>23:30  veil of doubt har cheez par hai. veil of doubt itna zyada hai, itna zyada hai ke Allah taala ne har cheez ko makhfi rakha hai, posheeda rakha hai.</w:t>
      </w:r>
      <w:r>
        <w:br/>
      </w:r>
      <w:r>
        <w:rPr>
          <w:sz w:val="20"/>
        </w:rPr>
        <w:t>23:40  to Abdullah ibn Masood, jo itne senior sahabi the, woh farmate hain ke Allah taala ne farmaya ke maine qayamat ko tamam makhlooq se makhfi rakha hai.</w:t>
      </w:r>
      <w:r>
        <w:br/>
      </w:r>
      <w:r>
        <w:rPr>
          <w:sz w:val="20"/>
        </w:rPr>
        <w:t>23:50  hata ke agar agar apne aap se Khuda keh raha hai, agar apne aap se is ko makhfi rakhna mumkin hota to main khud apne aap se bhi is ko makhfi rakhta.</w:t>
      </w:r>
      <w:r>
        <w:br/>
      </w:r>
      <w:r>
        <w:rPr>
          <w:sz w:val="20"/>
        </w:rPr>
        <w:t>24:01  to</w:t>
      </w:r>
      <w:r>
        <w:br/>
      </w:r>
      <w:r>
        <w:rPr>
          <w:sz w:val="20"/>
        </w:rPr>
        <w:t>24:02  ab aap samjhiye ke jo qanoon-e-iltibaas itna zyada important hai, kyunke hum haalat-e-test mein hain. agar hum dekhenge ke Isa jo hain aasman se badalon mein farishton ke sath utar rahe hain, to woh to hamara woh iltibaas ka parda khatm ho jayega.</w:t>
      </w:r>
      <w:r>
        <w:br/>
      </w:r>
      <w:r>
        <w:rPr>
          <w:sz w:val="20"/>
        </w:rPr>
        <w:t>24:20  aur woh to zaroori hai jab tak ke qayamat nahi aa jayegi. iltibaas ka parda nahi khatm ho sakta.</w:t>
      </w:r>
      <w:r>
        <w:br/>
      </w:r>
      <w:r>
        <w:rPr>
          <w:sz w:val="20"/>
        </w:rPr>
        <w:t>24:27  to is wajah se woh ek aam aadmi hoga. aur hadees mein hai ke tum jab woh aayega to tum is ko pehchan lena aur is ka saath dena. agar woh aasman se utar raha hota to kaun nahi is ko pehchanega?</w:t>
      </w:r>
      <w:r>
        <w:br/>
      </w:r>
      <w:r>
        <w:rPr>
          <w:sz w:val="20"/>
        </w:rPr>
        <w:t>24:39  to isi tareeqe se tamam hadeesen hain. to woh sab jo hain symbolic language mein hain, aur woh is ko samajhne ke liye is ko alag tareeqe se dekhna hoga.</w:t>
      </w:r>
      <w:r>
        <w:br/>
      </w:r>
      <w:r>
        <w:rPr>
          <w:sz w:val="20"/>
        </w:rPr>
        <w:t>24:51  literal agar aap dekhenge to aap nahi samajh sakenge.</w:t>
      </w:r>
      <w:r>
        <w:br/>
      </w:r>
      <w:r>
        <w:rPr>
          <w:sz w:val="20"/>
        </w:rPr>
        <w:t>24:55  jaise hai ke Dajjal ke bare mein hai ke is ki peshani par ke kaf fa ra yani kafir kufr likha hua hoga.</w:t>
      </w:r>
      <w:r>
        <w:br/>
      </w:r>
      <w:r>
        <w:rPr>
          <w:sz w:val="20"/>
        </w:rPr>
        <w:t>25:04  to kaun aisa aadmi aayega agar is ki peshani par kufr likha hoga? to kaun jo hai is ko follow karega? kyunke yeh to hum haalat-e-test mein hain na ke ek Dajjal aaye aur hum is hum is ki is ki tazeen ko samajh saken aur is se apne aap ko door rakhen.</w:t>
      </w:r>
      <w:r>
        <w:br/>
      </w:r>
      <w:r>
        <w:rPr>
          <w:sz w:val="20"/>
        </w:rPr>
        <w:t>25:24  to yahi to hamara test hai. agar is ki peshani par kufr likha hua hai to is ke paas kaun jayega?</w:t>
      </w:r>
      <w:r>
        <w:br/>
      </w:r>
      <w:r>
        <w:rPr>
          <w:sz w:val="20"/>
        </w:rPr>
        <w:t>25:32  to is tareeqe se yeh jo hai hamesha hamein alfaaz ka jo hai gehrai se samajhna hoga.</w:t>
      </w:r>
      <w:r>
        <w:br/>
      </w:r>
      <w:r>
        <w:rPr>
          <w:sz w:val="20"/>
        </w:rPr>
        <w:t>25:42  aur naye zamane ke jo halaat hain, woh Allah taala ne jo aise alfaaz Rasool Allah Salallahu Alaihi Wasallam ne jo aise alfaaz use kiye hain, woh is liye ke hamara jo iltibaas ka parda qaim rahe aur is ke bawajood hum sachai tak</w:t>
      </w:r>
      <w:r>
        <w:br/>
      </w:r>
      <w:r>
        <w:rPr>
          <w:sz w:val="20"/>
        </w:rPr>
        <w:t>26:02  sachai ko pa saken. to</w:t>
      </w:r>
      <w:r>
        <w:br/>
      </w:r>
      <w:r>
        <w:rPr>
          <w:sz w:val="20"/>
        </w:rPr>
        <w:t>26:04  is tareeqe se woh Maulana ne yahi likha hai ke yeh ideological qatl hoga. jo qatl hai ke maseeh aayenge aur Dajjal ko qatl karenge, to woh qatl waisa nahi hoga.</w:t>
      </w:r>
      <w:r>
        <w:br/>
      </w:r>
      <w:r>
        <w:rPr>
          <w:sz w:val="20"/>
        </w:rPr>
        <w:t>26:17  aise koi qatl kar hi bhi nahi sakta kisi ko. woh woh nahi marega. Dajjal bhi to bohat strong hai, to woh nahi marega.</w:t>
      </w:r>
      <w:r>
        <w:br/>
      </w:r>
      <w:r>
        <w:rPr>
          <w:sz w:val="20"/>
        </w:rPr>
        <w:t>26:25  to woh qatl woh jo ideological qatl hoga, yani in is ki jo false ideology hogi, us ko woh daleel ke zariye se kaatenge.</w:t>
      </w:r>
      <w:r>
        <w:br/>
      </w:r>
      <w:r>
        <w:rPr>
          <w:sz w:val="20"/>
        </w:rPr>
        <w:t>26:36  Mehdi maseeh jo bhi hain, to muqabla arguments se hoga, na ke talwar se hoga. to isi liye hujjat kaha gaya hai.</w:t>
      </w:r>
      <w:r>
        <w:br/>
      </w:r>
      <w:r>
        <w:rPr>
          <w:sz w:val="20"/>
        </w:rPr>
        <w:t>26:46  ji. ab aap sochiye ke Hazrat maseeh jab pehli bar aaye to un ko crucify kiya gaya, phansi ki saza di gayi, aur sab se buri saza hoti thi us zamane mein.</w:t>
      </w:r>
      <w:r>
        <w:br/>
      </w:r>
      <w:r>
        <w:rPr>
          <w:sz w:val="20"/>
        </w:rPr>
        <w:t>26:56  ab doosri bar aayenge to un ko world leader man lenge. aql mein yeh baat aati hai. ji. apa kuch comments aur ek sawal aaya hai, main woh lena chahunga.</w:t>
      </w:r>
      <w:r>
        <w:br/>
      </w:r>
      <w:r>
        <w:rPr>
          <w:sz w:val="20"/>
        </w:rPr>
        <w:t>27:07  yeh comment bheja hai Miss Fareeda Kamran ne Pakistan se. unhone likha hai: "jazak Allah, very effective and mind blowing session"</w:t>
      </w:r>
      <w:r>
        <w:br/>
      </w:r>
      <w:r>
        <w:rPr>
          <w:sz w:val="20"/>
        </w:rPr>
        <w:t>27:15  aur focus should be in akhra. Muhammad Asghar sahib ne Dilli se likha hai: "very true, very well explained." Abdul Basit Umri sahib ne Gulbarga se likha hai: "Apa, aap ne zabardast baat batai ke Quran distribution ke liye kahengay to bohat kam log aayengay.</w:t>
      </w:r>
      <w:r>
        <w:br/>
      </w:r>
      <w:r>
        <w:rPr>
          <w:sz w:val="20"/>
        </w:rPr>
        <w:t>27:33  aur agar yeh kahengay ke poori dunya mein Islami hukumat ko qaim karne ke liye jang karni hai to sab log aa jayengay. Jazak Allah, Apa."</w:t>
      </w:r>
    </w:p>
    <w:p>
      <w:pPr>
        <w:pStyle w:val="Heading2"/>
      </w:pPr>
      <w:r>
        <w:t>Islam becoming a stranger hadith explanation</w:t>
      </w:r>
    </w:p>
    <w:p>
      <w:r>
        <w:rPr>
          <w:color w:val="666666"/>
          <w:sz w:val="18"/>
        </w:rPr>
        <w:t>Hadith · Religion and Democracy December 25, 2011 · 8m 26s · at 1:22:34 · https://youtu.be/8Mf_yvDA8ik?t=4954</w:t>
      </w:r>
    </w:p>
    <w:p>
      <w:r>
        <w:rPr>
          <w:i/>
        </w:rPr>
        <w:t>“A hadith says that Islam will become a stranger as it was in the beginning. Please explain this.”</w:t>
      </w:r>
    </w:p>
    <w:p>
      <w:r>
        <w:rPr>
          <w:sz w:val="20"/>
        </w:rPr>
        <w:t>1:22:34  maulana, agla sawal bhi tamil nadu se hai. maulana iqbal umri ka, unhone poocha hai: "hadith mein aaya hai ke islam ajnabi ho jayega, jaisa ke woh pehle ajnabi tha.</w:t>
      </w:r>
      <w:r>
        <w:br/>
      </w:r>
      <w:r>
        <w:rPr>
          <w:sz w:val="20"/>
        </w:rPr>
        <w:t>1:22:46  iski wazahat farmayein."</w:t>
      </w:r>
      <w:r>
        <w:br/>
      </w:r>
      <w:r>
        <w:rPr>
          <w:sz w:val="20"/>
        </w:rPr>
        <w:t>1:22:55  main samajhta hoon ke yeh ek ek allah rasool allah ne ek warning di thi, warning ek intibah tha ke jo</w:t>
      </w:r>
      <w:r>
        <w:br/>
      </w:r>
      <w:r>
        <w:rPr>
          <w:sz w:val="20"/>
        </w:rPr>
        <w:t>1:23:11  aam taur par insaan jin cheezon ka shikar hota hai, us se musalman shikar na hon. lekin wahi ho gaya amalan, kyunke dekhiye, islam shuru hua to woh dawat tha, dawat, dawat, dawat.</w:t>
      </w:r>
      <w:r>
        <w:br/>
      </w:r>
      <w:r>
        <w:rPr>
          <w:sz w:val="20"/>
        </w:rPr>
        <w:t>1:23:26  is ke baad kya hua ke islam ki hukoomatein hukoomatein ban gayeen. to ab political activism shuru ho gaya.</w:t>
      </w:r>
      <w:r>
        <w:br/>
      </w:r>
      <w:r>
        <w:rPr>
          <w:sz w:val="20"/>
        </w:rPr>
        <w:t>1:23:33  islam shuru hua to daawa activism se shuru hua, daawa activism. phir aage political activism, yaani political expansion, hukum, yaani hukum mulkon ko qabza karo aur futuhat ko barhao.</w:t>
      </w:r>
      <w:r>
        <w:br/>
      </w:r>
      <w:r>
        <w:rPr>
          <w:sz w:val="20"/>
        </w:rPr>
        <w:t>1:23:46  yeh aa gaya to islam abdan tha, daawa activism. is ke baad ban gaya political activism. jab political activism hua to daawa khatm ho gayi.</w:t>
      </w:r>
      <w:r>
        <w:br/>
      </w:r>
      <w:r>
        <w:rPr>
          <w:sz w:val="20"/>
        </w:rPr>
        <w:t>1:23:57  ab saara nishana badal gaya, nishana</w:t>
      </w:r>
      <w:r>
        <w:br/>
      </w:r>
      <w:r>
        <w:rPr>
          <w:sz w:val="20"/>
        </w:rPr>
        <w:t>1:24:00  ek hukum hukoomatein ahkaam karna aur mulkon ko fateh karna, yeh nishana ho gaya. yahi ajnabi hone ka matlab yeh hai ke dawat chali, khatm ho gayi. islam kabhi ajnabi is silsile mein nahi hua ke quran na rahe, islam ka charchaa na rahe, log apne ko musalman na kahein.</w:t>
      </w:r>
      <w:r>
        <w:br/>
      </w:r>
      <w:r>
        <w:rPr>
          <w:sz w:val="20"/>
        </w:rPr>
        <w:t>1:24:16  is sense mein kabhi khatm nahi hua. jo cheez khatm hui, woh dawat. to main samajhta hoon ke jo ajnabi jo cheez hui thi, woh dawat ajnabi hui thi.</w:t>
      </w:r>
      <w:r>
        <w:br/>
      </w:r>
      <w:r>
        <w:rPr>
          <w:sz w:val="20"/>
        </w:rPr>
        <w:t>1:24:27  kabhi bhi aisa nahi hua ke musalman namaz ajnabi ho jaye, hajj ajnabi ho jaye, roza ajnabi ho jaye, quran ajnabi ho jaye.</w:t>
      </w:r>
      <w:r>
        <w:br/>
      </w:r>
      <w:r>
        <w:rPr>
          <w:sz w:val="20"/>
        </w:rPr>
        <w:t>1:24:35  aisa to kabhi hua nahi. jo ajnabi hui, woh dawat. kyun? dawat ke liye to ise khair khwahi karna chahiye, aur political activism, sargharmiyan jab aati hain to khair khwahi khatm ho jati hai.</w:t>
      </w:r>
      <w:r>
        <w:br/>
      </w:r>
      <w:r>
        <w:rPr>
          <w:sz w:val="20"/>
        </w:rPr>
        <w:t>1:24:50  kis ke liye hum dawat dein? is ko to hum maar kar ke is ka is ko qabza karna hai, is ke upar.</w:t>
      </w:r>
      <w:r>
        <w:br/>
      </w:r>
      <w:r>
        <w:rPr>
          <w:sz w:val="20"/>
        </w:rPr>
        <w:t>1:24:56  to dawat ki jo nafsiyat hoti hain, woh sab hoti hain mabni par khair khwahi. aur jab politics aa jati hai to khair khwahi khatm ho jati hai.</w:t>
      </w:r>
      <w:r>
        <w:br/>
      </w:r>
      <w:r>
        <w:rPr>
          <w:sz w:val="20"/>
        </w:rPr>
        <w:t>1:25:07  to khair khwahi jab khatm ho gayi to dawat ajnabi ban jayegi. to main samajhta hoon ke is mein rasool Allah salallahu alaihi wasallam ne warning di thi, peshangoi ke andaaz mein ke baad ko islam musalmanon ko hukoomatein mil jayengi to dawat ka zehan un ka khatm ho jayega.</w:t>
      </w:r>
      <w:r>
        <w:br/>
      </w:r>
      <w:r>
        <w:rPr>
          <w:sz w:val="20"/>
        </w:rPr>
        <w:t>1:25:25  dawti islam un ke liye ajnabi ban jayega. ab musalmanon mein kya hua ke pehle to yaani political activism, political sargharmiyan aayin, is se dawat ajnabi ho gayi.</w:t>
      </w:r>
      <w:r>
        <w:br/>
      </w:r>
      <w:r>
        <w:rPr>
          <w:sz w:val="20"/>
        </w:rPr>
        <w:t>1:25:38  ab jab in ka empire toota, yaani western nations ke urooj ke baad, to ab kya hua ke negative activism aa gayi, yaani ladna un se apni hukoomaton ko chheen ne ke liye.</w:t>
      </w:r>
      <w:r>
        <w:br/>
      </w:r>
      <w:r>
        <w:rPr>
          <w:sz w:val="20"/>
        </w:rPr>
        <w:t>1:25:54  ladai, ladai, ladai chal rahi hai. to islam pehla tha daawa activism, phir hua political activism, ab aa gaya negative activism.</w:t>
      </w:r>
      <w:r>
        <w:br/>
      </w:r>
      <w:r>
        <w:rPr>
          <w:sz w:val="20"/>
        </w:rPr>
        <w:t>1:26:06  negative activism to ab ab jo revolve karna hai, revolve yeh karna hai ke daawa activism phir se laya jaye, phir se is daawa activism ka daur laya jaye.</w:t>
      </w:r>
      <w:r>
        <w:br/>
      </w:r>
      <w:r>
        <w:rPr>
          <w:sz w:val="20"/>
        </w:rPr>
        <w:t>1:26:18  to main samajhta hoon ke muslim tareekh inhi chaar dauron mein bati hui hai:</w:t>
      </w:r>
      <w:r>
        <w:br/>
      </w:r>
      <w:r>
        <w:rPr>
          <w:sz w:val="20"/>
        </w:rPr>
        <w:t>1:26:22  daawa activism, political activism, negative activism. ab jo ek hisse mein hum hain, ab hamein lotna hai is ki taraf, dawat ki taraf.</w:t>
      </w:r>
      <w:r>
        <w:br/>
      </w:r>
      <w:r>
        <w:rPr>
          <w:sz w:val="20"/>
        </w:rPr>
        <w:t>1:26:32  dobara hum ko daawa activism par lagana hai. yahi hai fateh alal ghuraba, jahan tak main samajhta hoon. kyunke aap ghor kijiye ke musalmanon mein ajnabi hui kya cheez?</w:t>
      </w:r>
      <w:r>
        <w:br/>
      </w:r>
      <w:r>
        <w:rPr>
          <w:sz w:val="20"/>
        </w:rPr>
        <w:t>1:26:44  ek hi cheez ajnabi hui, is se dawat. aur to kuch bhi ajnabi nahi hua, sab bilkul well known hai. to</w:t>
      </w:r>
      <w:r>
        <w:br/>
      </w:r>
      <w:r>
        <w:rPr>
          <w:sz w:val="20"/>
        </w:rPr>
        <w:t>1:26:53  baad ko jo halaat paida hue, in halaat mein musalmanon ne woh nafsiyat kho di, jis nafsiyat ke tehat dawti kaam hua karta hai. to is nafsiyat ko phir zinda karna aur phir se ummat ko dawat par khada karna,</w:t>
      </w:r>
      <w:r>
        <w:br/>
      </w:r>
      <w:r>
        <w:rPr>
          <w:sz w:val="20"/>
        </w:rPr>
        <w:t>1:27:09  jo log karenge, unhi ke liye hai fateh alal ghuraba.</w:t>
      </w:r>
      <w:r>
        <w:br/>
      </w:r>
      <w:r>
        <w:rPr>
          <w:sz w:val="20"/>
        </w:rPr>
        <w:t>1:27:15  to islam shuru hua to dawat par tha, woh baad ko woh politics par aa gaya, phir negative activities par aa gaya. ab hamein karna hai ke phir do baar hum ko, yaani is dawat wale islam ko zinda karna hai.</w:t>
      </w:r>
      <w:r>
        <w:br/>
      </w:r>
      <w:r>
        <w:rPr>
          <w:sz w:val="20"/>
        </w:rPr>
        <w:t>1:27:30  yeh main samjhau. Maulana, yeh sawal aaya hai patna se Mr Anwar Imam Ghaz</w:t>
      </w:r>
      <w:r>
        <w:br/>
      </w:r>
      <w:r>
        <w:rPr>
          <w:sz w:val="20"/>
        </w:rPr>
        <w:t>1:27:38  ali ka. unhon ne likha hai: "I would like to know how one can make it easy for oneself to defer the gratification of desires till the post death period, especially today when one sees possibility of instant gratification all around." bhai, mera jo tajurba hai ya mera jo state hai,</w:t>
      </w:r>
      <w:r>
        <w:br/>
      </w:r>
      <w:r>
        <w:rPr>
          <w:sz w:val="20"/>
        </w:rPr>
        <w:t>1:28:01  main to samajhta hoon kuch cheez milti nahi</w:t>
      </w:r>
      <w:r>
        <w:br/>
      </w:r>
      <w:r>
        <w:rPr>
          <w:sz w:val="20"/>
        </w:rPr>
        <w:t>1:28:03  ye sirf aik aik milne se pehle to lagta hai ke hum ye pa jayen to hum ko bohat hi achi cheez mil jaye gi hum ko.</w:t>
      </w:r>
      <w:r>
        <w:br/>
      </w:r>
      <w:r>
        <w:rPr>
          <w:sz w:val="20"/>
        </w:rPr>
        <w:t>1:28:13  lekin jab pa leta hai aadmi, to maloom hota hai kuch nahi. jaisay aik saath meri mulaqat hui, unhon ne love marriage ki hai. main ne un se poocha ke love marriage ka kya tajurba aap ko hai?</w:t>
      </w:r>
      <w:r>
        <w:br/>
      </w:r>
      <w:r>
        <w:rPr>
          <w:sz w:val="20"/>
        </w:rPr>
        <w:t>1:28:27  aik top ke aadmi se poocha main</w:t>
      </w:r>
      <w:r>
        <w:br/>
      </w:r>
      <w:r>
        <w:rPr>
          <w:sz w:val="20"/>
        </w:rPr>
        <w:t>1:28:29  ne. unhon ne kaha ke jab tak marriage nahi hui thi, tab to lagta tha ke love marriage koi bohat bari cheez hai. main aasman mein urr raha tha, jab mujhe ho gayi to zameen aa gaya.</w:t>
      </w:r>
      <w:r>
        <w:br/>
      </w:r>
      <w:r>
        <w:rPr>
          <w:sz w:val="20"/>
        </w:rPr>
        <w:t>1:28:38  ab kuch nahi, wahi same love marriage jo hai, mujhe ab kuch nahi dikhai parti, ab normal lagti hai. wo aisi jis ko bhi main main ne parha, jis ko bhi abhi main ne internet par likhwaya, nikala,</w:t>
      </w:r>
      <w:r>
        <w:br/>
      </w:r>
      <w:r>
        <w:rPr>
          <w:sz w:val="20"/>
        </w:rPr>
        <w:t>1:28:51  nikalwaya, wo ke jo super achievers hain, un ki zindagi khatam kaise</w:t>
      </w:r>
      <w:r>
        <w:br/>
      </w:r>
      <w:r>
        <w:rPr>
          <w:sz w:val="20"/>
        </w:rPr>
        <w:t>1:28:57  hui? to sab despair mein maray, sab ke sab. to milti kahan wo cheez? ye to aik fareb hai ke hum is cheez ko pa letay hain. to sab se bara question to yahi hai ke kya wajah hai ke hum hum ko fulfillment nahi milta is dunya mein?</w:t>
      </w:r>
      <w:r>
        <w:br/>
      </w:r>
      <w:r>
        <w:rPr>
          <w:sz w:val="20"/>
        </w:rPr>
        <w:t>1:29:12  jo hum chahtay hain, wo hum paatay nahi is dunya mein. ye thori hai ke pa letay hain hum, ye to aik fareb ki baat hai.</w:t>
      </w:r>
      <w:r>
        <w:br/>
      </w:r>
      <w:r>
        <w:rPr>
          <w:sz w:val="20"/>
        </w:rPr>
        <w:t>1:29:19  main samajhta hoon ke sab se bara question jo insan ke liye hai, wo yahi hai ke kya wajah hai ke hum jo kuch chahna chahtay hain, jo kuch hum chahtay hain paana, wahi paanay paatay nahi hum?</w:t>
      </w:r>
      <w:r>
        <w:br/>
      </w:r>
      <w:r>
        <w:rPr>
          <w:sz w:val="20"/>
        </w:rPr>
        <w:t>1:29:30  isi se hum mehroom rehtay hain, hum mar jatay hain. paanay se pehle lagta hai ke ye aik cheez mil mil jaye gi, to humain bari khushi hogi, hum bohat enjoy karein gay.</w:t>
      </w:r>
      <w:r>
        <w:br/>
      </w:r>
      <w:r>
        <w:rPr>
          <w:sz w:val="20"/>
        </w:rPr>
        <w:t>1:29:39  lekin paanay ke baad kahan hota hai? paanay ke baad kuch nahi hota. Bill Gates ko bhi kuch nahi hai.</w:t>
      </w:r>
      <w:r>
        <w:br/>
      </w:r>
      <w:r>
        <w:rPr>
          <w:sz w:val="20"/>
        </w:rPr>
        <w:t>1:29:45  ab jab jab wo shuru mein us ko khushiyan nahi hongi, ab to zindagi us ke liye kuch bhi nahi hai, siwaye liability ke.</w:t>
      </w:r>
      <w:r>
        <w:br/>
      </w:r>
      <w:r>
        <w:rPr>
          <w:sz w:val="20"/>
        </w:rPr>
        <w:t>1:29:55  to ye main samajhta hoon ke ye soch sahi nahi hai ke is dunya mein hum kuch pa letay hain. paanay se pehle hum zaroor samajhtay hain ke hum paanay ke baad hum ko khushi mil jaye gi.</w:t>
      </w:r>
      <w:r>
        <w:br/>
      </w:r>
      <w:r>
        <w:rPr>
          <w:sz w:val="20"/>
        </w:rPr>
        <w:t>1:30:09  aik kitaab likhi hai is ne, Bertrand Russell ne, us ka naam hi hai "Happiness"</w:t>
      </w:r>
      <w:r>
        <w:br/>
      </w:r>
      <w:r>
        <w:rPr>
          <w:sz w:val="20"/>
        </w:rPr>
        <w:t>1:30:14  . us mein likhta hai ke happiness achievable nahi is dunya mein. aur waqia hai, aap kisi kisi bhi shakhs ko dekhiye jo baray martabay pohancha ho, jis ne baray paise kamaye hon, uska end kya hota hai?</w:t>
      </w:r>
      <w:r>
        <w:br/>
      </w:r>
      <w:r>
        <w:rPr>
          <w:sz w:val="20"/>
        </w:rPr>
        <w:t>1:30:27  end uska khatma to aap dekhen ke frustration mein, despair mein khatam khatam hota hai wo. kyunke wo paanay ke baad, us jo us ne apnay mind mein samjha tha ke is se mujhe ye mile ga, wo mile ga, wo kuch mila nahi us ko.</w:t>
      </w:r>
      <w:r>
        <w:br/>
      </w:r>
      <w:r>
        <w:rPr>
          <w:sz w:val="20"/>
        </w:rPr>
        <w:t>1:30:42  to asal sawal to yahi hai ke kya wajah hai ke hum is dunya mein hum paanay ke bawajood mehroom rehtay hain? isi sawal ko jab hum jaal len, tab paradise hamari goal ban jaye gi ke wahan par humain fulfillment mile ga.</w:t>
      </w:r>
    </w:p>
    <w:p>
      <w:pPr>
        <w:pStyle w:val="Heading2"/>
      </w:pPr>
      <w:r>
        <w:t>Meaning of making Hereafter one's sorrow</w:t>
      </w:r>
    </w:p>
    <w:p>
      <w:r>
        <w:rPr>
          <w:color w:val="666666"/>
          <w:sz w:val="18"/>
        </w:rPr>
        <w:t>Hadith · Revival of Faith September 25, 2011 Maulana Wahiduddin Khan · 5m 42s · at 1:00:04 · https://youtu.be/sG_btZMffxg?t=3604</w:t>
      </w:r>
    </w:p>
    <w:p>
      <w:r>
        <w:rPr>
          <w:i/>
        </w:rPr>
        <w:t>“It is mentioned in a hadith that the person who turns all his sorrows into one sorrow, i.e., the sorrow of the Hereafter, Allah will suffice for all his worldly sorrows. What does it mean to make the Hereafter one's sorrow? Please clarify.”</w:t>
      </w:r>
    </w:p>
    <w:p>
      <w:r>
        <w:rPr>
          <w:sz w:val="20"/>
        </w:rPr>
        <w:t>1:00:04  yeh sawal Maulana Zakwan Nadvi ne Dilli se kiya hai. unhon ne likha hai: "hadees mein aaya hai ke jo insan apne tamam ghamon ko ek gham bana le, yani akhirat ka gham,</w:t>
      </w:r>
      <w:r>
        <w:br/>
      </w:r>
      <w:r>
        <w:rPr>
          <w:sz w:val="20"/>
        </w:rPr>
        <w:t>1:00:19  Allah us ke tamam duniyavi ghamon ke liye kafi ho jaye ga." is hadees mein akhirat ko apna gham banane ka matlab kya hai?</w:t>
      </w:r>
      <w:r>
        <w:br/>
      </w:r>
      <w:r>
        <w:rPr>
          <w:sz w:val="20"/>
        </w:rPr>
        <w:t>1:00:28  is ko wazeh farmayein.</w:t>
      </w:r>
      <w:r>
        <w:br/>
      </w:r>
      <w:r>
        <w:rPr>
          <w:sz w:val="20"/>
        </w:rPr>
        <w:t>1:00:36  dekhiye, lambi baat hai. mein sirf ek baat arz karunga ke gham ka matlab hai concern banana, jis liye jo aadmi apne akhirat ko apna solid concern bana le.</w:t>
      </w:r>
      <w:r>
        <w:br/>
      </w:r>
      <w:r>
        <w:rPr>
          <w:sz w:val="20"/>
        </w:rPr>
        <w:t>1:00:51  solid concern.</w:t>
      </w:r>
      <w:r>
        <w:br/>
      </w:r>
      <w:r>
        <w:rPr>
          <w:sz w:val="20"/>
        </w:rPr>
        <w:t>1:00:54  to dekhiye, akhirat ko solid concern banana agar sadha matlab mein liya jaye to is ka matlab hota hai aadmi harbat ban jaye, rehan ban jaye, dunya chhod de.</w:t>
      </w:r>
      <w:r>
        <w:br/>
      </w:r>
      <w:r>
        <w:rPr>
          <w:sz w:val="20"/>
        </w:rPr>
        <w:t>1:01:10  to mein samajhta hoon ke yeh sadha matlab mein nahi hai. yahan akhirat se murad hai inzar akhirat, yani akhirat ka mission.</w:t>
      </w:r>
      <w:r>
        <w:br/>
      </w:r>
      <w:r>
        <w:rPr>
          <w:sz w:val="20"/>
        </w:rPr>
        <w:t>1:01:18  yani jo akhirat ko itna zyada akhirat ka aqeedah itna strong is ke andar ho jaye, strong ke woh is ka mission ban jaye.</w:t>
      </w:r>
      <w:r>
        <w:br/>
      </w:r>
      <w:r>
        <w:rPr>
          <w:sz w:val="20"/>
        </w:rPr>
        <w:t>1:01:28  dekhein, mission koi alag cheez nahi hai. aqeedah jab bohat zyada strong ho to mission ban jata hai. woh</w:t>
      </w:r>
      <w:r>
        <w:br/>
      </w:r>
      <w:r>
        <w:rPr>
          <w:sz w:val="20"/>
        </w:rPr>
        <w:t>1:01:37  to is ka matlab yeh hai ke jo aadmi akhirat ko is tarah maane ke bohat zyada us ko yaqeen ho jaye, bohat zyada us ko is ki haqiqatein khul jayein, us ke upar bohat zyada importance is ke zehan mein aa jaye.</w:t>
      </w:r>
      <w:r>
        <w:br/>
      </w:r>
      <w:r>
        <w:rPr>
          <w:sz w:val="20"/>
        </w:rPr>
        <w:t>1:01:54  jab yeh sab kuch hoga to woh mission ban jayega. jab mission ban jayega to aadmi kya karega? apne ko jhonk dega isi mein ke itna bara mission hai, is waqt mein jhonk dena chahiye apne aap ko.</w:t>
      </w:r>
      <w:r>
        <w:br/>
      </w:r>
      <w:r>
        <w:rPr>
          <w:sz w:val="20"/>
        </w:rPr>
        <w:t>1:02:08  to jab jhonkega to sawal yeh hai ke is ki dunya ki zaroorat kaise poori hogi? yeh sawal ayega is ke zehan mein. to yeh hadees is ki yani is mein assurance hai ke agar tum ne sach much akhirat ko mission bana kar apne aap ko is mein jhonk diya to dunya ki zarooraton jo hain, woh Allah ki zimmedari ban jati hain.</w:t>
      </w:r>
      <w:r>
        <w:br/>
      </w:r>
      <w:r>
        <w:rPr>
          <w:sz w:val="20"/>
        </w:rPr>
        <w:t>1:02:29  Allah us ko poora kar deta hai. yeh matlab hai.</w:t>
      </w:r>
      <w:r>
        <w:br/>
      </w:r>
      <w:r>
        <w:rPr>
          <w:sz w:val="20"/>
        </w:rPr>
        <w:t>1:02:35  lekin yaad rakhiye, yeh is ki tarteeb yun nahi ho sakti ke aap kahein: "Khudaaya! mein akhirat ko apna mission banana chahta hoon, to meri dunya ki zarooraton ka intezam kar de." aisa nahi ho sakta.</w:t>
      </w:r>
      <w:r>
        <w:br/>
      </w:r>
      <w:r>
        <w:rPr>
          <w:sz w:val="20"/>
        </w:rPr>
        <w:t>1:02:46  aisa nahi ho sakta. yani ek imtehan dena padta hai. imtehan yeh hai ke aap sach much hi jhonk dein. pehle jhonkenge, phir Allah ki madad ayegi.</w:t>
      </w:r>
      <w:r>
        <w:br/>
      </w:r>
      <w:r>
        <w:rPr>
          <w:sz w:val="20"/>
        </w:rPr>
        <w:t>1:02:59  ya nahi ho sakta ke aap Khuda ki madad mangein, aur phir sab kuch aap ko hasil de de Allah taala, phir aap akhirat ke mission ke liye niklein. yeh nahi ho sakta. woh padhenge to card pe ho, dehaar so jayega.</w:t>
      </w:r>
      <w:r>
        <w:br/>
      </w:r>
      <w:r>
        <w:rPr>
          <w:sz w:val="20"/>
        </w:rPr>
        <w:t>1:03:12  to do baatein huin. ek to yeh ke akhirat ka matlab hai akhirat ka mission, aur doosri baat yeh hai ke pehle aap ko apne ko jhonkna padta hai, tab Allah aap ki madad ke liye aa jata hai.</w:t>
      </w:r>
      <w:r>
        <w:br/>
      </w:r>
      <w:r>
        <w:rPr>
          <w:sz w:val="20"/>
        </w:rPr>
        <w:t>1:03:31  Miss Naghma Siddiqui ne Dilli se likha hai: "I realize the importance of thanksgiving in revival of iman today, but we often are so involved in day to day things that we forget to thank.</w:t>
      </w:r>
      <w:r>
        <w:br/>
      </w:r>
      <w:r>
        <w:rPr>
          <w:sz w:val="20"/>
        </w:rPr>
        <w:t>1:03:47  Please guide us how to continue to revive iman in such a busy life."</w:t>
      </w:r>
      <w:r>
        <w:br/>
      </w:r>
      <w:r>
        <w:rPr>
          <w:sz w:val="20"/>
        </w:rPr>
        <w:t>1:03:54  busy life rok nahi hai.</w:t>
      </w:r>
      <w:r>
        <w:br/>
      </w:r>
      <w:r>
        <w:rPr>
          <w:sz w:val="20"/>
        </w:rPr>
        <w:t>1:03:58  khud isi busy life mein har waqt aise item hote hain jo aap ke liye revival ka revive karne ka zariya ban jaye.</w:t>
      </w:r>
      <w:r>
        <w:br/>
      </w:r>
      <w:r>
        <w:rPr>
          <w:sz w:val="20"/>
        </w:rPr>
        <w:t>1:04:07  isi bzy life mein dekhiye, yeh koi jangl mein ja kar nahi hota. yeh sab kaam active life hi mein hota hai.</w:t>
      </w:r>
      <w:r>
        <w:br/>
      </w:r>
      <w:r>
        <w:rPr>
          <w:sz w:val="20"/>
        </w:rPr>
        <w:t>1:04:19  active life hi mein hota hai. har waqia jo guzarta hai aap ki zindagi mein, chahe woh bazahir btil kyun na ho,</w:t>
      </w:r>
      <w:r>
        <w:br/>
      </w:r>
      <w:r>
        <w:rPr>
          <w:sz w:val="20"/>
        </w:rPr>
        <w:t>1:04:29  jaise mein ne aap ko misaal di ke ganga ko purify karne ke liye 70 arab rupay ka budget. yeh btil waqia hai, yeh koi spiritual waqia to hai nahi.</w:t>
      </w:r>
      <w:r>
        <w:br/>
      </w:r>
      <w:r>
        <w:rPr>
          <w:sz w:val="20"/>
        </w:rPr>
        <w:t>1:04:40  mein isi mein mujhe ghiza mil gayi is baat ki ke mein revive karoon apne iman ko. mein ne socha ke mere body mein bhi ek ganga beh rahi hai, khoon jo beh raha hai, khoon har waqt dorta rehta hai.</w:t>
      </w:r>
      <w:r>
        <w:br/>
      </w:r>
      <w:r>
        <w:rPr>
          <w:sz w:val="20"/>
        </w:rPr>
        <w:t>1:04:54  is ko ek purify karne ka masla hai.</w:t>
      </w:r>
      <w:r>
        <w:br/>
      </w:r>
      <w:r>
        <w:rPr>
          <w:sz w:val="20"/>
        </w:rPr>
        <w:t>1:04:57  to body mein ek system hai jo is ko purify karta rehta hai. kidney isi kaam ko karta hai. to is ka koi bill, nahi,</w:t>
      </w:r>
      <w:r>
        <w:br/>
      </w:r>
      <w:r>
        <w:rPr>
          <w:sz w:val="20"/>
        </w:rPr>
        <w:t>1:05:11  70 arab to woh door ke paas 70 paisa bhi nahi. is tarah mein ne revive kiya apne faith ko, Allah ki glory ko yaad kiya mein ne.</w:t>
      </w:r>
      <w:r>
        <w:br/>
      </w:r>
      <w:r>
        <w:rPr>
          <w:sz w:val="20"/>
        </w:rPr>
        <w:t>1:05:22  to yaad rakhiye, yeh revive karne ka jo kaam hai, woh active life hi ke andar hota rehta hai.</w:t>
      </w:r>
      <w:r>
        <w:br/>
      </w:r>
      <w:r>
        <w:rPr>
          <w:sz w:val="20"/>
        </w:rPr>
        <w:t>1:05:31  bachte hain ke aap bachte hain. bachte hain ke you are intellectual and awaken person. it requires intellectual awakening, nothing else.</w:t>
      </w:r>
    </w:p>
    <w:p>
      <w:pPr>
        <w:pStyle w:val="Heading2"/>
      </w:pPr>
      <w:r>
        <w:t>Prophet as pride and innovation</w:t>
      </w:r>
    </w:p>
    <w:p>
      <w:r>
        <w:rPr>
          <w:color w:val="666666"/>
          <w:sz w:val="18"/>
        </w:rPr>
        <w:t>Hadith · Freedom of Expression in Islam 30 Sept 2012 - Maulana Wahiduddin Khan · 41m 55s · at 16:27 · https://youtu.be/WLlXSyxX8Q4?t=987</w:t>
      </w:r>
    </w:p>
    <w:p>
      <w:r>
        <w:rPr>
          <w:i/>
        </w:rPr>
        <w:t>“Is the Prophet our pride and honour? Where is it written in the Quran and hadith? The hadith says: "Whoever introduces something new into this matter of ours that is not from it will have it rejected."”</w:t>
      </w:r>
    </w:p>
    <w:p>
      <w:r>
        <w:rPr>
          <w:sz w:val="20"/>
        </w:rPr>
        <w:t>16:27  ab sawal yeh hai ke kya paygambar hamara pride hai, hamara honour hai? to sawal yeh hai ke Quran mein kahan likha hai?</w:t>
      </w:r>
      <w:r>
        <w:br/>
      </w:r>
      <w:r>
        <w:rPr>
          <w:sz w:val="20"/>
        </w:rPr>
        <w:t>16:36  hadees mein kahan bataya gaya hai? hadees mein hai ke "man assa fi amrina</w:t>
      </w:r>
      <w:r>
        <w:br/>
      </w:r>
      <w:r>
        <w:rPr>
          <w:sz w:val="20"/>
        </w:rPr>
        <w:t>16:47  jo cheez islam mein na ho aur koi innovation ke tor par shamil kare to woh rejected hai, rejected."</w:t>
      </w:r>
      <w:r>
        <w:br/>
      </w:r>
      <w:r>
        <w:rPr>
          <w:sz w:val="20"/>
        </w:rPr>
        <w:t>16:57  to yeh concept rejected mana jaye ga, radd radd radd kar diya jaye ga. kyun? Quran mein is ke bar aks yeh hai: "laqad kana lakum fi rasoolillahi uswatun hasana,</w:t>
      </w:r>
      <w:r>
        <w:br/>
      </w:r>
      <w:r>
        <w:rPr>
          <w:sz w:val="20"/>
        </w:rPr>
        <w:t>17:11  laqad qaalakum fi rasool Allah hasan al-hasan. rasool Allah ke liye tumhare behtareen model uswa hai. uswa ka matlab model hai.</w:t>
      </w:r>
      <w:r>
        <w:br/>
      </w:r>
      <w:r>
        <w:rPr>
          <w:sz w:val="20"/>
        </w:rPr>
        <w:t>17:20  to rasool Allah hamare liye model hain, hamare liye pride nahi hain.</w:t>
      </w:r>
      <w:r>
        <w:br/>
      </w:r>
      <w:r>
        <w:rPr>
          <w:sz w:val="20"/>
        </w:rPr>
        <w:t>17:25  pride ka concept bilkul jahili concept hai, baseless hai. Islam mein koi aisi haqeeqat nahi ki, innovation hai. innovation: laqad qaalakum fi rasool Allah hasan al-hasan. to agar aap rasool Allah ko model manen to is se kya hoga?</w:t>
      </w:r>
      <w:r>
        <w:br/>
      </w:r>
      <w:r>
        <w:rPr>
          <w:sz w:val="20"/>
        </w:rPr>
        <w:t>17:45  follow karne ka maza aa jayega, follow karne ka. ab pride manen to ladne ladne ka maza aa jata hai. yeh sara</w:t>
      </w:r>
      <w:r>
        <w:br/>
      </w:r>
      <w:r>
        <w:rPr>
          <w:sz w:val="20"/>
        </w:rPr>
        <w:t>17:53  raaz to yeh bohat zyada sochne ki baat hai, yeh koi saada baat nahi hai,</w:t>
      </w:r>
      <w:r>
        <w:br/>
      </w:r>
      <w:r>
        <w:rPr>
          <w:sz w:val="20"/>
        </w:rPr>
        <w:t>18:02  yeh bohat zyada sochne ki baat hai. is par maine ek maqala likha hai, is mein maine yeh dikhaya hai ke yeh tasawwur jo hai, sat rasool ka jo tasawwur hai, yeh musalmanon mein do sau saal ke baad aaya hai, is se pehle nahi tha.</w:t>
      </w:r>
      <w:r>
        <w:br/>
      </w:r>
      <w:r>
        <w:rPr>
          <w:sz w:val="20"/>
        </w:rPr>
        <w:t>18:22  yani kab aaya hai? jab Muslim empire qaim hua, musalmanon ki bari bari saltanatain qaim huin. to is dauran mein jo tha culture, woh tha al-nas ala deen malokain.</w:t>
      </w:r>
      <w:r>
        <w:br/>
      </w:r>
      <w:r>
        <w:rPr>
          <w:sz w:val="20"/>
        </w:rPr>
        <w:t>18:37  log badshah ke mazhab par hote hain. jaise aap jante hain ke European badshah tha Constantine, woh jab Christian ho gaya to sara Europe Christian ho gaya.</w:t>
      </w:r>
      <w:r>
        <w:br/>
      </w:r>
      <w:r>
        <w:rPr>
          <w:sz w:val="20"/>
        </w:rPr>
        <w:t>18:52  Constantine first jab Christian ho gaya to sara Europe Christian ho gaya. is zamane mein yahi hota tha: raja, badshah, sardar, jis mazhab ko ikhtiyar kare, sab log isi mazhab ko lete hain.</w:t>
      </w:r>
      <w:r>
        <w:br/>
      </w:r>
      <w:r>
        <w:rPr>
          <w:sz w:val="20"/>
        </w:rPr>
        <w:t>19:07  to jab Muslim empire qaim hua to mass conversion hua, mass conversion.</w:t>
      </w:r>
      <w:r>
        <w:br/>
      </w:r>
      <w:r>
        <w:rPr>
          <w:sz w:val="20"/>
        </w:rPr>
        <w:t>19:15  ab yeh mass conversion hua jo hua tha ke beshumar log Islam mein dakhil ho gaye, to un ki tarbiyat nahi ho saki, education nahi ho saki.</w:t>
      </w:r>
      <w:r>
        <w:br/>
      </w:r>
      <w:r>
        <w:rPr>
          <w:sz w:val="20"/>
        </w:rPr>
        <w:t>19:25  to pichle khayalat ko le kar ke unhon ne Islam mein dakhil kar diya.</w:t>
      </w:r>
      <w:r>
        <w:br/>
      </w:r>
      <w:r>
        <w:rPr>
          <w:sz w:val="20"/>
        </w:rPr>
        <w:t>19:33  is tarah ki cheezen jo hain, yeh kya hain? Islam, Aisha, Afghan</w:t>
      </w:r>
      <w:r>
        <w:br/>
      </w:r>
      <w:r>
        <w:rPr>
          <w:sz w:val="20"/>
        </w:rPr>
        <w:t>19:38  Islam hain. yeh yani jahili zindagi jo un ki thi, pehle ki zindagi, is mein jo baton ko mante the, woh to taleem, taleem hui nahi, tarbiyat hui nahi, bas kalma padh liya,</w:t>
      </w:r>
      <w:r>
        <w:br/>
      </w:r>
      <w:r>
        <w:rPr>
          <w:sz w:val="20"/>
        </w:rPr>
        <w:t>19:53  kalma padh ke Islam mein dakhil ho gaye. mass conversion ka matlab yeh hota hai to pichli baton ko unhon ne Islam mein interpret kar diya, sirf naam badal kar.</w:t>
      </w:r>
      <w:r>
        <w:br/>
      </w:r>
      <w:r>
        <w:rPr>
          <w:sz w:val="20"/>
        </w:rPr>
        <w:t>20:06  to blasphemy ka concept Christian concept hai. is Christian concept ko ek Arabi lafz bol kar ke, sat ka lafz bol kar ke Islam mein dakhil kar diya.</w:t>
      </w:r>
      <w:r>
        <w:br/>
      </w:r>
      <w:r>
        <w:rPr>
          <w:sz w:val="20"/>
        </w:rPr>
        <w:t>20:18  jaise India mein aap dekhte hain ke yahan bhi mass conversion hua. to bohat si cheezen jo yeh log pehle jo un ki aadaten thin, jo rivaj the, is ko Islam mein dakhil kar diya.</w:t>
      </w:r>
      <w:r>
        <w:br/>
      </w:r>
      <w:r>
        <w:rPr>
          <w:sz w:val="20"/>
        </w:rPr>
        <w:t>20:29  unhon ne isi ko to bidat kehte hain.</w:t>
      </w:r>
      <w:r>
        <w:br/>
      </w:r>
      <w:r>
        <w:rPr>
          <w:sz w:val="20"/>
        </w:rPr>
        <w:t>20:33  bidat kya hai? is liye rasmon ka Islamization hai.</w:t>
      </w:r>
      <w:r>
        <w:br/>
      </w:r>
      <w:r>
        <w:rPr>
          <w:sz w:val="20"/>
        </w:rPr>
        <w:t>20:41  to yeh kuch bhi is ki harkat nahi hai. Islam mein ek kitab likh ke, ek woh God belief, unhon ne dikhaya ke Islam thought crime ko manta hai.</w:t>
      </w:r>
      <w:r>
        <w:br/>
      </w:r>
      <w:r>
        <w:rPr>
          <w:sz w:val="20"/>
        </w:rPr>
        <w:t>20:58  yeh bilkul baseless baat hai. harghiz Islam mein thought crime nahi hai.</w:t>
      </w:r>
      <w:r>
        <w:br/>
      </w:r>
      <w:r>
        <w:rPr>
          <w:sz w:val="20"/>
        </w:rPr>
        <w:t>21:02  yani mujarrad sochna yeh jurm hai, harghiz aisa nahi hai. aap azaad hain, jo chahen sochein, azaad hain, jo chahen bolein, azaad hain, jo chahen kitab likhein.</w:t>
      </w:r>
      <w:r>
        <w:br/>
      </w:r>
      <w:r>
        <w:rPr>
          <w:sz w:val="20"/>
        </w:rPr>
        <w:t>21:17  haan, agar aap kisi ko physical harm pahanchayen ge, kisi ka baal chheen en ge, kisi ke hath paon toden ge, to woh hai capital punishment ban jayega.</w:t>
      </w:r>
      <w:r>
        <w:br/>
      </w:r>
      <w:r>
        <w:rPr>
          <w:sz w:val="20"/>
        </w:rPr>
        <w:t>21:28  woh, woh, woh, woh, woh punishable, punishable crime ban jayega. yeh hai Islam.</w:t>
      </w:r>
      <w:r>
        <w:br/>
      </w:r>
      <w:r>
        <w:rPr>
          <w:sz w:val="20"/>
        </w:rPr>
        <w:t>21:39  ab ek aur pehlu se sochein, dekhein, Islam mein jo Quran mein ek ayat hai, is mein bataya gaya hai ke sirf do bunyadain hain: ek revelation, ek reason.</w:t>
      </w:r>
      <w:r>
        <w:br/>
      </w:r>
      <w:r>
        <w:rPr>
          <w:sz w:val="20"/>
        </w:rPr>
        <w:t>21:55  do hi base hain jo insaan yeh ukhra sakta hai: ya revision ya reason. to is zamane mein aap dekhiye ke revision ka ka stand hai aur reason ka ka stand hai.</w:t>
      </w:r>
      <w:r>
        <w:br/>
      </w:r>
      <w:r>
        <w:rPr>
          <w:sz w:val="20"/>
        </w:rPr>
        <w:t>22:14  jaisa ke maine bataya, quran mein islam mein jo stand hai is maamle mein, woh yeh hai ke chunke insaan ko is dunya mein test ke liye rakha gaya hai, yeh dunya darul-imtehaan hai,</w:t>
      </w:r>
      <w:r>
        <w:br/>
      </w:r>
      <w:r>
        <w:rPr>
          <w:sz w:val="20"/>
        </w:rPr>
        <w:t>22:30  is liye laazman is ko azaadi haasil rahegi.</w:t>
      </w:r>
      <w:r>
        <w:br/>
      </w:r>
      <w:r>
        <w:rPr>
          <w:sz w:val="20"/>
        </w:rPr>
        <w:t>22:33  is waqt tak jab tak kisi ka maal na chhene, kisi ko physical, physical mein injury na kare, kisi ki kisi ko nuqsaan na pahunchaye, tab tak is ko azaadi rahegi.</w:t>
      </w:r>
      <w:r>
        <w:br/>
      </w:r>
      <w:r>
        <w:rPr>
          <w:sz w:val="20"/>
        </w:rPr>
        <w:t>22:46  aap naseehat kar sakte hain, aap daleel de sakte hain, aap tableegh o dawat kar sakte hain is ke upar. bas is se aage kuch nahin.</w:t>
      </w:r>
      <w:r>
        <w:br/>
      </w:r>
      <w:r>
        <w:rPr>
          <w:sz w:val="20"/>
        </w:rPr>
        <w:t>22:55  to nahin manta to na manta.</w:t>
      </w:r>
      <w:r>
        <w:br/>
      </w:r>
      <w:r>
        <w:rPr>
          <w:sz w:val="20"/>
        </w:rPr>
        <w:t>23:02  yeh stand hai islam ka, yaani reveal religion ka stand hai. achha, ab secular jo civilization hai, is ka kya stand hai?</w:t>
      </w:r>
      <w:r>
        <w:br/>
      </w:r>
      <w:r>
        <w:rPr>
          <w:sz w:val="20"/>
        </w:rPr>
        <w:t>23:12  is ka bhi stand yahi hai, is ka stand bhi yahi hai ke freedom of expression jo hai, woh human rights mein shaamil kiya gaya hai.</w:t>
      </w:r>
      <w:r>
        <w:br/>
      </w:r>
      <w:r>
        <w:rPr>
          <w:sz w:val="20"/>
        </w:rPr>
        <w:t>23:23  united nations ka jo charter hai, jo 1948 mein is ko saari qaumon ne is pe sign kiya tha, yeh kehte hain "universal declaration of human rights".</w:t>
      </w:r>
      <w:r>
        <w:br/>
      </w:r>
      <w:r>
        <w:rPr>
          <w:sz w:val="20"/>
        </w:rPr>
        <w:t>23:39  to sab ne is pe sign kiya tha. is mein freedom of expression ko absolute right ke taur par maana gaya hai.</w:t>
      </w:r>
      <w:r>
        <w:br/>
      </w:r>
      <w:r>
        <w:rPr>
          <w:sz w:val="20"/>
        </w:rPr>
        <w:t>23:50  to reason ke aitbaar se bhi woh absolute right hai aur mazhab ke aitbaar se bhi absolute right hai. aap is ko abalish nahin kar sakte, aap koi right nahin hai is ko abalish karne ka.</w:t>
      </w:r>
      <w:r>
        <w:br/>
      </w:r>
      <w:r>
        <w:rPr>
          <w:sz w:val="20"/>
        </w:rPr>
        <w:t>24:03  aap ka agar ikhtilaaf hai to aap kitaab likhiye, article likhiye, statement dijiye ya ja ke samjhaiye, is ko maar nahin sakte aap.</w:t>
      </w:r>
      <w:r>
        <w:br/>
      </w:r>
      <w:r>
        <w:rPr>
          <w:sz w:val="20"/>
        </w:rPr>
        <w:t>24:18  achha, doosri baat is mein bohat important baat yeh hai ke musalman yeh kehte hain ke "to help with your freedom of expression".</w:t>
      </w:r>
      <w:r>
        <w:br/>
      </w:r>
      <w:r>
        <w:rPr>
          <w:sz w:val="20"/>
        </w:rPr>
        <w:t>24:31  lekin yeh saada baat hai, yeh aap ko munaafiqat</w:t>
      </w:r>
      <w:r>
        <w:br/>
      </w:r>
      <w:r>
        <w:rPr>
          <w:sz w:val="20"/>
        </w:rPr>
        <w:t>24:36  tak le aati hai. munaafiqat tak, munaafiqat. is ka jo end result munaafiqat hai, woh kaise hai? jo log yeh kehte hain ke freedom of expression absolute right hai insaan ka, woh kaun log hain?</w:t>
      </w:r>
      <w:r>
        <w:br/>
      </w:r>
      <w:r>
        <w:rPr>
          <w:sz w:val="20"/>
        </w:rPr>
        <w:t>24:52  western nations hain. in ki daleel kya hai? is ko samjhiye. in ki daleel yeh hai ke dunya mein jab azaadi nahin thi to koi taraqqi nahin thi.</w:t>
      </w:r>
      <w:r>
        <w:br/>
      </w:r>
      <w:r>
        <w:rPr>
          <w:sz w:val="20"/>
        </w:rPr>
        <w:t>25:04  jab azaadi, azaadi nahin thi to koi taraqqi nahin thi. misaal ke taur par dekhiye, roman empire dunya mein do hazar saal tak tha, 2000 years.</w:t>
      </w:r>
      <w:r>
        <w:br/>
      </w:r>
      <w:r>
        <w:rPr>
          <w:sz w:val="20"/>
        </w:rPr>
        <w:t>25:17  lekin tareekh batati hai ke in do hazar saalon mein koi scientific development nahin hua kyunke woh har nayi cheez ke mukhalif the.</w:t>
      </w:r>
      <w:r>
        <w:br/>
      </w:r>
      <w:r>
        <w:rPr>
          <w:sz w:val="20"/>
        </w:rPr>
        <w:t>25:29  dekhiye, yeh jo emperor jo hota hai, yeh king hota hai, is ka hamesha ek hi cheez ka, ek hi cheez ka saza concern hoti hai ke is ke khilaaf koi riot na ho, bas koi is ke empire ko koi khatra na bane.</w:t>
      </w:r>
      <w:r>
        <w:br/>
      </w:r>
      <w:r>
        <w:rPr>
          <w:sz w:val="20"/>
        </w:rPr>
        <w:t>25:48  to har nayi cheez ke khilaaf hote hain. woh woh samajhte hain ke bhai jo hai wahi rahe.</w:t>
      </w:r>
      <w:r>
        <w:br/>
      </w:r>
      <w:r>
        <w:rPr>
          <w:sz w:val="20"/>
        </w:rPr>
        <w:t>25:55  chunaanche yeh bataya jata hai ke roman faujen jab greece mein dakhil hui thin, younan mein, to wahan par ek koi plaster tha jo zameen par baitha hua mathematic ka ek problem solve kar raha tha.</w:t>
      </w:r>
      <w:r>
        <w:br/>
      </w:r>
      <w:r>
        <w:rPr>
          <w:sz w:val="20"/>
        </w:rPr>
        <w:t>26:14  aap jante hain, is zamane mein kaghaz waghera bohat zyada nahin hua karta tha.</w:t>
      </w:r>
      <w:r>
        <w:br/>
      </w:r>
      <w:r>
        <w:rPr>
          <w:sz w:val="20"/>
        </w:rPr>
        <w:t>26:18  to woh zameen par saaf bara hamwar zameen par baitha hua ek mathematics ka problem solve kar raha tha, likh likh raha tha.</w:t>
      </w:r>
      <w:r>
        <w:br/>
      </w:r>
      <w:r>
        <w:rPr>
          <w:sz w:val="20"/>
        </w:rPr>
        <w:t>26:32  to jab alia dakhil hui to jante hain kya hua? us ko talwar maar ke upar gardan se is ka sir juda kar diya gaya kyunke woh ek naya kaam, ek naya kaam kar raha tha.</w:t>
      </w:r>
      <w:r>
        <w:br/>
      </w:r>
      <w:r>
        <w:rPr>
          <w:sz w:val="20"/>
        </w:rPr>
        <w:t>26:46  badshahi daur mein, jo ke french revolution se pehle saari dunya mein tha, badshahi daur mein nayi cheez ke sakht mukhalif hua karte the.</w:t>
      </w:r>
      <w:r>
        <w:br/>
      </w:r>
      <w:r>
        <w:rPr>
          <w:sz w:val="20"/>
        </w:rPr>
        <w:t>26:56  woh khud islam ke zamane mein bhi yeh halat qaim thi.</w:t>
      </w:r>
      <w:r>
        <w:br/>
      </w:r>
      <w:r>
        <w:rPr>
          <w:sz w:val="20"/>
        </w:rPr>
        <w:t>27:01  misaalan dekhiye, makki daur mein jo waqiyat hue, is mein se ek waqia yeh hai ke qabail arab jo thay, woh kaba ki ziyarat ke liye mukhtalif ilaqon se aya karte thay har saal.</w:t>
      </w:r>
      <w:r>
        <w:br/>
      </w:r>
      <w:r>
        <w:rPr>
          <w:sz w:val="20"/>
        </w:rPr>
        <w:t>27:22  ek saal aisa hua ke jab qabail aaye, phir us ke baad gaye wahan par tablegh ke liye, quran logon ko batane ke liye.</w:t>
      </w:r>
      <w:r>
        <w:br/>
      </w:r>
      <w:r>
        <w:rPr>
          <w:sz w:val="20"/>
        </w:rPr>
        <w:t>27:31  toh is mein ek qabila tha, uska naam tha banu shaiyban. us ke paas aap gaye toh aap ne quran sunaya, un ko is tauheed ki baat batai.</w:t>
      </w:r>
      <w:r>
        <w:br/>
      </w:r>
      <w:r>
        <w:rPr>
          <w:sz w:val="20"/>
        </w:rPr>
        <w:t>27:43  jo sardar jo tha, woh mutasir hua, woh us ko aap ki baatein achi lagin lekin us ko mana nahi kyun?</w:t>
      </w:r>
      <w:r>
        <w:br/>
      </w:r>
      <w:r>
        <w:rPr>
          <w:sz w:val="20"/>
        </w:rPr>
        <w:t>27:55  us ne daleel yeh di thi.</w:t>
      </w:r>
      <w:r>
        <w:br/>
      </w:r>
      <w:r>
        <w:rPr>
          <w:sz w:val="20"/>
        </w:rPr>
        <w:t>27:57  aap woh kitab hamare paas hai, mujhe jahan bhi dekh sakte hain, aap ke hum hum jahan rehte hain, woh arab ki woh sarhad hai jo iran se milti hai.</w:t>
      </w:r>
      <w:r>
        <w:br/>
      </w:r>
      <w:r>
        <w:rPr>
          <w:sz w:val="20"/>
        </w:rPr>
        <w:t>28:09  hum irani badshah ki sarhad par rehte hain aur irani badshahon se hamare muahde hain.</w:t>
      </w:r>
      <w:r>
        <w:br/>
      </w:r>
      <w:r>
        <w:rPr>
          <w:sz w:val="20"/>
        </w:rPr>
        <w:t>28:19  us ne is mein kaha tha ke badshah log is ko pasand nahi karte ke koi nai cheez introduce ki, koi nai cheez ikhtiyar ki jaye,</w:t>
      </w:r>
      <w:r>
        <w:br/>
      </w:r>
      <w:r>
        <w:rPr>
          <w:sz w:val="20"/>
        </w:rPr>
        <w:t>28:30  koi nai cheez ikhtiyar ki jaye. toh aap ki cheez jo hai, ek nai cheez hai. yani duniya jo hai, woh yani yani jo duniya ka jo is waqt culture hai, woh sikh culture hai.</w:t>
      </w:r>
      <w:r>
        <w:br/>
      </w:r>
      <w:r>
        <w:rPr>
          <w:sz w:val="20"/>
        </w:rPr>
        <w:t>28:43  aap tauheed culture un ko pesh kar rahe hain, jo ek nai cheez hai.</w:t>
      </w:r>
      <w:r>
        <w:br/>
      </w:r>
      <w:r>
        <w:rPr>
          <w:sz w:val="20"/>
        </w:rPr>
        <w:t>28:47  toh us ne kaha ke shahan kisra jo hain, is ko pasand nahi karenge.</w:t>
      </w:r>
      <w:r>
        <w:br/>
      </w:r>
      <w:r>
        <w:rPr>
          <w:sz w:val="20"/>
        </w:rPr>
        <w:t>28:56  yeh us yeh us mein kaha tha: "mamma qatal al muluk". yeh woh cheez hai, yeh yeh ek nai cheez hai, is liye badshah log is ko pasand nahi karenge.</w:t>
      </w:r>
      <w:r>
        <w:br/>
      </w:r>
      <w:r>
        <w:rPr>
          <w:sz w:val="20"/>
        </w:rPr>
        <w:t>29:05  is liye mein is ko ikhtiyar nahi kar sakta.</w:t>
      </w:r>
      <w:r>
        <w:br/>
      </w:r>
      <w:r>
        <w:rPr>
          <w:sz w:val="20"/>
        </w:rPr>
        <w:t>29:08  toh woh zamana jo tha ke ikhtilaf e rai, distant, alag koi rai rakhna, yeh bilkul shajar mamnooa tha, forbidden tha.</w:t>
      </w:r>
      <w:r>
        <w:br/>
      </w:r>
      <w:r>
        <w:rPr>
          <w:sz w:val="20"/>
        </w:rPr>
        <w:t>29:19  is liye science ko koi taraqqi nahi hui. europe mein is ke khilaf tehreekein uthi hain, bade bade log paida hue aur takra hua.</w:t>
      </w:r>
      <w:r>
        <w:br/>
      </w:r>
      <w:r>
        <w:rPr>
          <w:sz w:val="20"/>
        </w:rPr>
        <w:t>29:30  ek taraf badshahon se takra hua, doosra church se hua kyun ke church bhi bohat zyada is ka yani taqatwar bana hua tha.</w:t>
      </w:r>
      <w:r>
        <w:br/>
      </w:r>
      <w:r>
        <w:rPr>
          <w:sz w:val="20"/>
        </w:rPr>
        <w:t>29:39  ek zamane mein church pure europe ko dominate karta tha. agarche badshahatein thin, agarche mulkon mein badshah hua karte thay, lekin church ka zabardast domination tha un ke upar.</w:t>
      </w:r>
      <w:r>
        <w:br/>
      </w:r>
      <w:r>
        <w:rPr>
          <w:sz w:val="20"/>
        </w:rPr>
        <w:t>29:51  toh church church bhi sakht khilaf tha kisi nai cheez ke. toh zabardast takra hua europe mein.</w:t>
      </w:r>
      <w:r>
        <w:br/>
      </w:r>
      <w:r>
        <w:rPr>
          <w:sz w:val="20"/>
        </w:rPr>
        <w:t>30:02  aap denisan ki history padh lijiye, denisan ki history. mein aap ko sirf do kitab ka hawala deta hoon: ek badshahon se takrao ka aur doosra church se takrao ka.</w:t>
      </w:r>
      <w:r>
        <w:br/>
      </w:r>
      <w:r>
        <w:rPr>
          <w:sz w:val="20"/>
        </w:rPr>
        <w:t>30:16  badshahon se takrao ki kahani aap janna hai toh aap padhiye: russo ki kitab "social contract".</w:t>
      </w:r>
      <w:r>
        <w:br/>
      </w:r>
      <w:r>
        <w:rPr>
          <w:sz w:val="20"/>
        </w:rPr>
        <w:t>30:23  social contract, jis ka pehla sentence hai ke "man was bald free but I am see by I see him in chains".</w:t>
      </w:r>
      <w:r>
        <w:br/>
      </w:r>
      <w:r>
        <w:rPr>
          <w:sz w:val="20"/>
        </w:rPr>
        <w:t>30:33  toh badshahon se zabardast takra hua, yahan tak ke badshahat khatam hui. pehle france mein, us ke baad pure europe mein. tab wahan par azadi aayi, tab science ki taraqqi shuru hui.</w:t>
      </w:r>
      <w:r>
        <w:br/>
      </w:r>
      <w:r>
        <w:rPr>
          <w:sz w:val="20"/>
        </w:rPr>
        <w:t>30:46  yeh mamla church ke sath pesh aaya. church se zabardast takra hua. church ne galileo ko aur bohat se logon ko bilkul zabani kar di hui thi.</w:t>
      </w:r>
      <w:r>
        <w:br/>
      </w:r>
      <w:r>
        <w:rPr>
          <w:sz w:val="20"/>
        </w:rPr>
        <w:t>30:56  toh aakhir kar yeh yani woh log jeete aur church ko unhone ek chote se raqbe mein rehne par majboor kar diya.</w:t>
      </w:r>
      <w:r>
        <w:br/>
      </w:r>
      <w:r>
        <w:rPr>
          <w:sz w:val="20"/>
        </w:rPr>
        <w:t>31:09  agar aap itli jayen to wahan par aik bohat hi chotay sa raqba hai, bohat chota, jis ko kehte hain "vaitikan".</w:t>
      </w:r>
      <w:r>
        <w:br/>
      </w:r>
      <w:r>
        <w:rPr>
          <w:sz w:val="20"/>
        </w:rPr>
        <w:t>31:17  vaitikan hamare dili ke college se bhi chota hai. bas isi mein church ki baat, church ka sara mamla hai. baqi sari sara europe is se yani bahir hai, is se azaad hai.</w:t>
      </w:r>
      <w:r>
        <w:br/>
      </w:r>
      <w:r>
        <w:rPr>
          <w:sz w:val="20"/>
        </w:rPr>
        <w:t>31:32  is ki kahani aap janna chahen to is ki aap parh lijye: "draper" ki kitab "confident between science and religion". to aik taraf badshahon se takrao hua aur badshahon ko un set kiya gaya aur democracy duniya mein aayi.</w:t>
      </w:r>
      <w:r>
        <w:br/>
      </w:r>
      <w:r>
        <w:rPr>
          <w:sz w:val="20"/>
        </w:rPr>
        <w:t>31:47  democracy doosri taraf church ko un set kiya gaya, is ko vaitikan mein yani un ka mahsoor kar diya gaya aur phir logon ko azaadi</w:t>
      </w:r>
      <w:r>
        <w:br/>
      </w:r>
      <w:r>
        <w:rPr>
          <w:sz w:val="20"/>
        </w:rPr>
        <w:t>31:58  mili. is ki kahani aap dekh lijye: "confident between science and religion". "draper" ki kitab. to yeh europe ki sab baton ko aik aik is tareekh europe ne banayi hai aur is ke baad taraqqi hui.</w:t>
      </w:r>
      <w:r>
        <w:br/>
      </w:r>
      <w:r>
        <w:rPr>
          <w:sz w:val="20"/>
        </w:rPr>
        <w:t>32:14  jadeed taraqqi ka jo scientific development, is ko hum kehte hain, isi ke baad hui. is sari taraf ka western civilization, modern progress, jo kuch bhi hai,</w:t>
      </w:r>
      <w:r>
        <w:br/>
      </w:r>
      <w:r>
        <w:rPr>
          <w:sz w:val="20"/>
        </w:rPr>
        <w:t>32:28  wo hua. yani europe ke in qaumon ne bohat hi yani aik naya daur paida kiya hai.</w:t>
      </w:r>
      <w:r>
        <w:br/>
      </w:r>
      <w:r>
        <w:rPr>
          <w:sz w:val="20"/>
        </w:rPr>
        <w:t>32:36  misal ke tor par dekhiye, aik misal lijye aap ke qadeem zamanay mein duniya chaar cheezon ko manti thi: yani meter, plant, animal.</w:t>
      </w:r>
      <w:r>
        <w:br/>
      </w:r>
      <w:r>
        <w:rPr>
          <w:sz w:val="20"/>
        </w:rPr>
        <w:t>32:51  bas yani aik three dimensional world mein thi duniya hazaron saal se. maghrib ne kya kiya ke meter ko harkat de di, harkat yani moving me</w:t>
      </w:r>
      <w:r>
        <w:br/>
      </w:r>
      <w:r>
        <w:rPr>
          <w:sz w:val="20"/>
        </w:rPr>
        <w:t>33:05  ter wajood mein aaya. moving meter, yeh jo hawai jahaz hai, yeh jo boatr hai, yeh jo masheenain hain, yeh jo mobile hai, yeh telephone, yeh sab kya hai?</w:t>
      </w:r>
      <w:r>
        <w:br/>
      </w:r>
      <w:r>
        <w:rPr>
          <w:sz w:val="20"/>
        </w:rPr>
        <w:t>33:14  moving meter hai. yeh communication, jo age of communication kya hai? yeh moving meter hai. to three dimensional world ko unhon ne four dimensional world mein pohncha diya.</w:t>
      </w:r>
      <w:r>
        <w:br/>
      </w:r>
      <w:r>
        <w:rPr>
          <w:sz w:val="20"/>
        </w:rPr>
        <w:t>33:28  kesi ajeeb baat hai!</w:t>
      </w:r>
      <w:r>
        <w:br/>
      </w:r>
      <w:r>
        <w:rPr>
          <w:sz w:val="20"/>
        </w:rPr>
        <w:t>33:30  ab duniya jo hai, meter, plant, animal aur aik moving meter, aik aur daur, is se itni sari taraqqi hui.</w:t>
      </w:r>
      <w:r>
        <w:br/>
      </w:r>
      <w:r>
        <w:rPr>
          <w:sz w:val="20"/>
        </w:rPr>
        <w:t>33:42  ab ab jo musalman yeh hain jo shorol kar rahe hain, to ab dekhiye in ka mamla ke shorol karne ke bawajood wo sari amenities ko istemal karte hain jo inhi qaumon ne banayi hain.</w:t>
      </w:r>
      <w:r>
        <w:br/>
      </w:r>
      <w:r>
        <w:rPr>
          <w:sz w:val="20"/>
        </w:rPr>
        <w:t>34:00  jitni taraqqiyat hain, jitne jo modern amenities hain, jitni bhi shandar ghar, shandar carain, shandar hawai jahaz ka safar, shandar furniture, shandar education, yeh yeh yeh isi ka nateeja hai.</w:t>
      </w:r>
      <w:r>
        <w:br/>
      </w:r>
      <w:r>
        <w:rPr>
          <w:sz w:val="20"/>
        </w:rPr>
        <w:t>34:19  to aik taraf to aap kehte hain ke "to help with your freedom of expression" aur isi se isi se paida hui hain.</w:t>
      </w:r>
      <w:r>
        <w:br/>
      </w:r>
      <w:r>
        <w:rPr>
          <w:sz w:val="20"/>
        </w:rPr>
        <w:t>34:28  isi ke nateeje mein to sari civilization duniya mein aayi, modern amenities aayin. to kya aap is ko chhod sakte hain? kya aap is ko chhod sakte hain?</w:t>
      </w:r>
      <w:r>
        <w:br/>
      </w:r>
      <w:r>
        <w:rPr>
          <w:sz w:val="20"/>
        </w:rPr>
        <w:t>34:40  is mani hai ke aap aik taraf mukhalifat karte hain, phir bhi inhi culture ko liye hue hain. wohi modern amenities, wohi modern culture, wohi modern taraqqiyat jo jo ke un ki wajah se wajood mein aayi hain duniya mein,</w:t>
      </w:r>
      <w:r>
        <w:br/>
      </w:r>
      <w:r>
        <w:rPr>
          <w:sz w:val="20"/>
        </w:rPr>
        <w:t>34:55  wo isi mein aap phir bhi jee rahe hain.</w:t>
      </w:r>
      <w:r>
        <w:br/>
      </w:r>
      <w:r>
        <w:rPr>
          <w:sz w:val="20"/>
        </w:rPr>
        <w:t>34:58  yani ghari aur mobile se le kar hawai jahaz tak sab ne unhon ne banaye hain aur is ko dhoom se istemal karte hain, fakhar karte hain is par.</w:t>
      </w:r>
      <w:r>
        <w:br/>
      </w:r>
      <w:r>
        <w:rPr>
          <w:sz w:val="20"/>
        </w:rPr>
        <w:t>35:09  agar aap aisa karen ke freedom of expression ke zariye jo duniya mein jo tehzeeb bani hai, jo culture duniya mein aaya hai, is ko aap chhod den to aap jante hain kya hoga?</w:t>
      </w:r>
      <w:r>
        <w:br/>
      </w:r>
      <w:r>
        <w:rPr>
          <w:sz w:val="20"/>
        </w:rPr>
        <w:t>35:21  aap onthon ke daur mein chale jayenge, khachchar ke daur mein chale jayenge, kuch bhi nahi rahega aap ke paas,</w:t>
      </w:r>
      <w:r>
        <w:br/>
      </w:r>
      <w:r>
        <w:rPr>
          <w:sz w:val="20"/>
        </w:rPr>
        <w:t>35:28  sab kuch inhi logon ne wajood kiya hai. aur aur aur isi waqt wajood mein aaya hai jab ke duniya mein freedom aayi. freedom, freedom, democracy, azaadi khayal, azaadi rai, distant, yeh sab aaya hai.</w:t>
      </w:r>
      <w:r>
        <w:br/>
      </w:r>
      <w:r>
        <w:rPr>
          <w:sz w:val="20"/>
        </w:rPr>
        <w:t>35:42  mein aik martaba america gaya, wahan poocha mein ne aik professor se ke western world ki taraqqi ka raaz kya hai?</w:t>
      </w:r>
      <w:r>
        <w:br/>
      </w:r>
      <w:r>
        <w:rPr>
          <w:sz w:val="20"/>
        </w:rPr>
        <w:t>35:52  us ne aik hi raaz bola, us ka distant, aik hi raaz. di</w:t>
      </w:r>
      <w:r>
        <w:br/>
      </w:r>
      <w:r>
        <w:rPr>
          <w:sz w:val="20"/>
        </w:rPr>
        <w:t>35:57  stunt, us ne kaha hum distent ko aik aadmi ka muqaddas haq samajhte hain,</w:t>
      </w:r>
      <w:r>
        <w:br/>
      </w:r>
      <w:r>
        <w:rPr>
          <w:sz w:val="20"/>
        </w:rPr>
        <w:t>36:05  distent ko hum insaan ka muqaddas haq samajhte hain. to aap aik taraf is ke khilaaf jhanda utha rahe hain, to phir aap chhod diye is se jo natije, is ke natije mein jo taraqqi hai, us ko bhi chhod dijiye.</w:t>
      </w:r>
      <w:r>
        <w:br/>
      </w:r>
      <w:r>
        <w:rPr>
          <w:sz w:val="20"/>
        </w:rPr>
        <w:t>36:21  isi se taraqqi hui sab. jab tak dunya mein azaadi-e-raaye nahi thi, tab tak koi taraqqi bhi nahi thi.</w:t>
      </w:r>
      <w:r>
        <w:br/>
      </w:r>
      <w:r>
        <w:rPr>
          <w:sz w:val="20"/>
        </w:rPr>
        <w:t>36:29  jab tak dunya mein azaadi-e-raaye nahi thi, tab tak taraqqi bhi nahi thi. azaadi-e-raaye ko maans kiye to saari taraqqiyaat maans ho jayengi.</w:t>
      </w:r>
      <w:r>
        <w:br/>
      </w:r>
      <w:r>
        <w:rPr>
          <w:sz w:val="20"/>
        </w:rPr>
        <w:t>36:40  agar aap azaadi-e-raaye ko maans karein, us ko hadaf karein to saari taraqqiyaat bhi hadaf hain. to aap kya karenge? oonton par sawari karenge, khachchar par baithenge, kya karenge?</w:t>
      </w:r>
      <w:r>
        <w:br/>
      </w:r>
      <w:r>
        <w:rPr>
          <w:sz w:val="20"/>
        </w:rPr>
        <w:t>36:51  saheeh hai!</w:t>
      </w:r>
      <w:r>
        <w:br/>
      </w:r>
      <w:r>
        <w:rPr>
          <w:sz w:val="20"/>
        </w:rPr>
        <w:t>36:54  to yeh munafiqat, yeh yeh munafiqat hai ke aik taraf azaadi-e-raaye ka jhanda uthate hain, doosri taraf saari modern amenities ko istemaal karte hain, inhi mulkon mein ja ke service karte hain,</w:t>
      </w:r>
      <w:r>
        <w:br/>
      </w:r>
      <w:r>
        <w:rPr>
          <w:sz w:val="20"/>
        </w:rPr>
        <w:t>37:08  isi America, Europe mein ja kar ke apne bete ko, apni beti ko basate hain. yeh munafiqat hai!</w:t>
      </w:r>
      <w:r>
        <w:br/>
      </w:r>
      <w:r>
        <w:rPr>
          <w:sz w:val="20"/>
        </w:rPr>
        <w:t>37:18  kya koi aik aisa musalman aisa karega ke apne aap ko America se wapas bula le ke wahan is tarah ki Islam ke khilaaf gustakhi ki baatein hoti hain?</w:t>
      </w:r>
      <w:r>
        <w:br/>
      </w:r>
      <w:r>
        <w:rPr>
          <w:sz w:val="20"/>
        </w:rPr>
        <w:t>37:31  aik bhi nahi aisa karega! aik sahab, main America gaya tha to aik sahab se main ne kaha ke jab aap ko shikayat hai America se to aap rehte kahan hain?</w:t>
      </w:r>
      <w:r>
        <w:br/>
      </w:r>
      <w:r>
        <w:rPr>
          <w:sz w:val="20"/>
        </w:rPr>
        <w:t>37:39  yahan rehne ki kya zaroorat hai? aap jaiye, wapas jaiye apne apne watan.</w:t>
      </w:r>
      <w:r>
        <w:br/>
      </w:r>
      <w:r>
        <w:rPr>
          <w:sz w:val="20"/>
        </w:rPr>
        <w:t>37:44  to kya kaha unhon ne? unhon ne kaha ke aadmi ka rizq jahan rahega, woh to wahan wahan jayega. to main ne kaha kaisi ajeeb baat hai ke shaitani mulk mein aap ka rizq hai aur aap ka jo Islami mulk hai, woh rizq nahi hai.</w:t>
      </w:r>
      <w:r>
        <w:br/>
      </w:r>
      <w:r>
        <w:rPr>
          <w:sz w:val="20"/>
        </w:rPr>
        <w:t>37:57  aap ka jis mulk ko aap Islami mulk kehte hain, us mein rizq nahi tha. aap ka yahan chhod kar aa gaye, aap us ko aap shaitani mulk kehte hain.</w:t>
      </w:r>
      <w:r>
        <w:br/>
      </w:r>
      <w:r>
        <w:rPr>
          <w:sz w:val="20"/>
        </w:rPr>
        <w:t>38:08  yeh ab munafiqat hai!</w:t>
      </w:r>
      <w:r>
        <w:br/>
      </w:r>
      <w:r>
        <w:rPr>
          <w:sz w:val="20"/>
        </w:rPr>
        <w:t>38:11  to yeh saada baat nahi hai, yeh saada baat nahi hai. yeh</w:t>
      </w:r>
      <w:r>
        <w:br/>
      </w:r>
      <w:r>
        <w:rPr>
          <w:sz w:val="20"/>
        </w:rPr>
        <w:t>38:19  dekhiye, doosri baat yeh hai ke Rasool Allah Sal Allahu Alaihi Wasallam, aap Quran ko padhiye, Quran ko padhiye aap.</w:t>
      </w:r>
      <w:r>
        <w:br/>
      </w:r>
      <w:r>
        <w:rPr>
          <w:sz w:val="20"/>
        </w:rPr>
        <w:t>38:28  to jitne bhi paighambar aaye, sab ke paighambaron ke saath gustakhi ki gayi.</w:t>
      </w:r>
      <w:r>
        <w:br/>
      </w:r>
      <w:r>
        <w:rPr>
          <w:sz w:val="20"/>
        </w:rPr>
        <w:t>38:36  do sau se zyada aisi aayatein hain Quran majeed mein jo batati hain ke jo jo paighambar aaya, us ko kaha gaya ke tum to majnoon ho, tum to yeh ho, tum to woh.</w:t>
      </w:r>
      <w:r>
        <w:br/>
      </w:r>
      <w:r>
        <w:rPr>
          <w:sz w:val="20"/>
        </w:rPr>
        <w:t>38:46  yaani wahi cheezein hain jis ko hum aaj gustakhi kehte hain, woh sab har paighambar ko kaha gaya.</w:t>
      </w:r>
      <w:r>
        <w:br/>
      </w:r>
      <w:r>
        <w:rPr>
          <w:sz w:val="20"/>
        </w:rPr>
        <w:t>38:53  misalan aik aayat yeh hai: "ya hasrat al-labad ma yati rasool illa kano yastad'oon".</w:t>
      </w:r>
      <w:r>
        <w:br/>
      </w:r>
      <w:r>
        <w:rPr>
          <w:sz w:val="20"/>
        </w:rPr>
        <w:t>39:04  bandon par hasrat hai ke jo bhi paighambar aaya, har paighambar ka unhon ne mazaaq uraya. mazaaq urana gustakhi hai ke kya hai?</w:t>
      </w:r>
      <w:r>
        <w:br/>
      </w:r>
      <w:r>
        <w:rPr>
          <w:sz w:val="20"/>
        </w:rPr>
        <w:t>39:13  ke un ko izzat dena hai. khud Rasool Allah Sal Allahu Alaihi Wasallam ko munh dar munh kaha ke: "Ae paighambar! ya ya ya!</w:t>
      </w:r>
      <w:r>
        <w:br/>
      </w:r>
      <w:r>
        <w:rPr>
          <w:sz w:val="20"/>
        </w:rPr>
        <w:t>39:22  ae condemn person</w:t>
      </w:r>
      <w:r>
        <w:br/>
      </w:r>
      <w:r>
        <w:rPr>
          <w:sz w:val="20"/>
        </w:rPr>
        <w:t>39:23  !" haan, kaha mazammah. munh dar munh kaha ke: "haan, kaha mazammah! ya ae condemn person!" to kaha Rasool Allah Sal Allahu Alaihi Wasallam sahaba se kaha ke: "baroo in ko!" to main aap se aik baat arz karunga ke aap Quran ko padhiye to aap ko kuch aisi cheezein milengi jo Quran ke nazdeek jurm hain.</w:t>
      </w:r>
      <w:r>
        <w:br/>
      </w:r>
      <w:r>
        <w:rPr>
          <w:sz w:val="20"/>
        </w:rPr>
        <w:t>39:46  misalan haath kaatna, chori par. chori aik jurm hai, us par haath kaata kaat diya jayega.</w:t>
      </w:r>
      <w:r>
        <w:br/>
      </w:r>
      <w:r>
        <w:rPr>
          <w:sz w:val="20"/>
        </w:rPr>
        <w:t>39:53  to quran mein hai: "ek asariq o asariqa faqat ayd" . jo chori kare, uska hath kaat do. yaani jurm ka zikr hai to pareshan ka bhi zikr hai.</w:t>
      </w:r>
      <w:r>
        <w:br/>
      </w:r>
      <w:r>
        <w:rPr>
          <w:sz w:val="20"/>
        </w:rPr>
        <w:t>40:05  is par ghaur kijiye aap. quran ke nazdeek chori jurm hai.</w:t>
      </w:r>
      <w:r>
        <w:br/>
      </w:r>
      <w:r>
        <w:rPr>
          <w:sz w:val="20"/>
        </w:rPr>
        <w:t>40:10  to jo chori ke jurm hone ka jab ailaan kiya gaya, to yeh bhi kaha gaya ke is ka saza kya hai? saza kya hai? "asariq o asariqa faqat ayd" .</w:t>
      </w:r>
      <w:r>
        <w:br/>
      </w:r>
      <w:r>
        <w:rPr>
          <w:sz w:val="20"/>
        </w:rPr>
        <w:t>40:22  to jurm bhi bataya gaya, punishment batai gai. ab bataein ke jo paighambar hain, jo aaye, jin ko mad quran mein bataya gaya ke gustakhi ke jurm har ek ke khilaaf kiya gaya, to wahan to unhein zikr hai saza ka.</w:t>
      </w:r>
      <w:r>
        <w:br/>
      </w:r>
      <w:r>
        <w:rPr>
          <w:sz w:val="20"/>
        </w:rPr>
        <w:t>40:39  saare quran mein mujhe bataiye, kahan yeh bataya gaya hai ke jo gustakhi kare, woh maar dalo? jabke jurm ka zikr hai, yaani jurm mein gustakhi ka zikr hai aur is par saza ka zikr nahin.</w:t>
      </w:r>
      <w:r>
        <w:br/>
      </w:r>
      <w:r>
        <w:rPr>
          <w:sz w:val="20"/>
        </w:rPr>
        <w:t>40:52  kaisi ajeeb baat yeh hai! ek taraf to woh quran yeh karta hai ke jurm bhi batata hai, saza bhi batata hai, doosri taraf sirf jurm ka zikr hai, saza ka zikr nahin.</w:t>
      </w:r>
      <w:r>
        <w:br/>
      </w:r>
      <w:r>
        <w:rPr>
          <w:sz w:val="20"/>
        </w:rPr>
        <w:t>41:08  is se kya maloom hua? "the difference between the two". is se difference maloom hua, woh yeh ke ek woh cheez hoti hai jis jo ke liable to punishment hoti hai, ek woh cheez hoti hai jo jahan aap ko dawat karna hai, tabligh karna hai, samjhana hai.</w:t>
      </w:r>
      <w:r>
        <w:br/>
      </w:r>
      <w:r>
        <w:rPr>
          <w:sz w:val="20"/>
        </w:rPr>
        <w:t>41:28  to is mani kya ho gaya ke jis cheez ko aap gustakhi karte hain ya bila fahmi karte hain, is par discussion kiya jayega. discussion samjha bujha jayega, daleel pesh ki jayegi.</w:t>
      </w:r>
      <w:r>
        <w:br/>
      </w:r>
      <w:r>
        <w:rPr>
          <w:sz w:val="20"/>
        </w:rPr>
        <w:t>41:41  mara peeta nahin jayega. agar maarne peetne ki baat hoti hai to jab quran mein jurm ka zikr hua to saza bhi zikr hona chahiye tha.</w:t>
      </w:r>
      <w:r>
        <w:br/>
      </w:r>
      <w:r>
        <w:rPr>
          <w:sz w:val="20"/>
        </w:rPr>
        <w:t>41:52  yaani jurm mein gustakhi ka zikr hai aur sazae gustakhi ka zikr hai.</w:t>
      </w:r>
      <w:r>
        <w:br/>
      </w:r>
      <w:r>
        <w:rPr>
          <w:sz w:val="20"/>
        </w:rPr>
        <w:t>42:02  ek to dekhein, yeh saada baat nahin hai. islam ek islam ek deen rehmat hai. deen rehmat deen koda nahin ho sakta hai, deen faraghi nahin ho sakta hai.</w:t>
      </w:r>
      <w:r>
        <w:br/>
      </w:r>
      <w:r>
        <w:rPr>
          <w:sz w:val="20"/>
        </w:rPr>
        <w:t>42:15  deen rehmat ka matlab yeh hai ke islam ek aisa deen hai jo insaan ki aqal ko appeal karta hai, insaan ki fitrat ko appeal karta hai.</w:t>
      </w:r>
      <w:r>
        <w:br/>
      </w:r>
      <w:r>
        <w:rPr>
          <w:sz w:val="20"/>
        </w:rPr>
        <w:t>42:27  to is ko aap gali se pesh karenge.</w:t>
      </w:r>
      <w:r>
        <w:br/>
      </w:r>
      <w:r>
        <w:rPr>
          <w:sz w:val="20"/>
        </w:rPr>
        <w:t>42:31  jab aqal ko appeal karta hai to aqal se pesh karenge. is ko fitrat ko appeal karta hai to fitrat bhaari boli bolenge.</w:t>
      </w:r>
      <w:r>
        <w:br/>
      </w:r>
      <w:r>
        <w:rPr>
          <w:sz w:val="20"/>
        </w:rPr>
        <w:t>42:39  aap is mein talwar ka, bandook ka koi koi is mein kaam hi nahin hai.</w:t>
      </w:r>
      <w:r>
        <w:br/>
      </w:r>
      <w:r>
        <w:rPr>
          <w:sz w:val="20"/>
        </w:rPr>
        <w:t>42:47  allah taala ne islam ko bheja hai is liye ke logon ko rehmat ka rasta mile, logon ko jannat ka rasta mile, logon ko sachai mile.</w:t>
      </w:r>
      <w:r>
        <w:br/>
      </w:r>
      <w:r>
        <w:rPr>
          <w:sz w:val="20"/>
        </w:rPr>
        <w:t>43:00  to sachai talwar thodi thodi milegi, samjhane bajane se milegi. to yeh nazariya bilkul hi baseless nazariya hai.</w:t>
      </w:r>
      <w:r>
        <w:br/>
      </w:r>
      <w:r>
        <w:rPr>
          <w:sz w:val="20"/>
        </w:rPr>
        <w:t>43:10  yeh islam ko bilkul islam ke liye ajnabi nazariya hai, alien hai bilkul islam mein.</w:t>
      </w:r>
      <w:r>
        <w:br/>
      </w:r>
      <w:r>
        <w:rPr>
          <w:sz w:val="20"/>
        </w:rPr>
        <w:t>43:21  ab rasool allah sallallahu alaihi wasallam ko is waqt aap dekhiye, jab wahan par rasool allah ke khilaaf logon ne is tarah ki baatein keen, yeh aap ko badnaam karne ki baatein hain, aap ke khilaaf gustakhi wali baatein hain, aap ko pareshan karne wali baatein hain.</w:t>
      </w:r>
      <w:r>
        <w:br/>
      </w:r>
      <w:r>
        <w:rPr>
          <w:sz w:val="20"/>
        </w:rPr>
        <w:t>43:40  to wahan par rasool allah ne kya kiya? logon se kaha ke logon ko ja ke quran padh ke sunao. log muqarrar kahe jaane lage, muqarrar kyunke ja ja ke quran padh ke suna dete the.</w:t>
      </w:r>
      <w:r>
        <w:br/>
      </w:r>
      <w:r>
        <w:rPr>
          <w:sz w:val="20"/>
        </w:rPr>
        <w:t>43:52  sahaba jo muqarrar kahe jaane lage, muqarrar ka matlab hota hai padh ke sunana, padh ke padh ke sunao, padh ke sunao.</w:t>
      </w:r>
      <w:r>
        <w:br/>
      </w:r>
      <w:r>
        <w:rPr>
          <w:sz w:val="20"/>
        </w:rPr>
        <w:t>44:02  to unhone jo kuch kiya, jo jis ko aap kehte hain blasphemy ya shatm ya gustakhi, uska jawab kya diya gaya?</w:t>
      </w:r>
      <w:r>
        <w:br/>
      </w:r>
      <w:r>
        <w:rPr>
          <w:sz w:val="20"/>
        </w:rPr>
        <w:t>44:12  quran padh padh ke sunao. to aaj hamein kya chahiye karna? aap quran distribute kijiye, yeh printing press ka zamana hai, to chhapiye, chhaap ke logon ko pahunchaiye.</w:t>
      </w:r>
      <w:r>
        <w:br/>
      </w:r>
      <w:r>
        <w:rPr>
          <w:sz w:val="20"/>
        </w:rPr>
        <w:t>44:24  tab to press hua nahin karta tha, paper hua nahin karta tha, book form mein quran available nahin tha. ab hum printing press ke zamane mein hain, to agar duniya mein gustakhi ki baatein ho rahi hain to bahut achha hai, is se log jaanana chahenge ke quran hai kya?</w:t>
      </w:r>
      <w:r>
        <w:br/>
      </w:r>
      <w:r>
        <w:rPr>
          <w:sz w:val="20"/>
        </w:rPr>
        <w:t>44:43  woh news create kar rahe hain, woh logon ko curious bana rahe hain, logon ko. to aap quran distribute kijiye, quran</w:t>
      </w:r>
      <w:r>
        <w:br/>
      </w:r>
      <w:r>
        <w:rPr>
          <w:sz w:val="20"/>
        </w:rPr>
        <w:t>44:52  distribute kijiye. yeh kya ke aap demonstration, hungama aur maro aur kato, is ka islam se kuch bhi taluq nahin.</w:t>
      </w:r>
      <w:r>
        <w:br/>
      </w:r>
      <w:r>
        <w:rPr>
          <w:sz w:val="20"/>
        </w:rPr>
        <w:t>45:03  one percent bhi is ka islam se koi taluq nahin.</w:t>
      </w:r>
      <w:r>
        <w:br/>
      </w:r>
      <w:r>
        <w:rPr>
          <w:sz w:val="20"/>
        </w:rPr>
        <w:t>45:12  to jo rasool Allah sal Allah alih wasalam ko agar aap model manen, yeh model rasool Allah sal Allah alih</w:t>
      </w:r>
      <w:r>
        <w:br/>
      </w:r>
      <w:r>
        <w:rPr>
          <w:sz w:val="20"/>
        </w:rPr>
        <w:t>45:18  wasalam ka hai. lekin jab aap rasool Allah sal Allah alih wasalam ko apne fakhr manen, fakhr, to phir aap ko kuch karna nahin rehta siwaye is ke ke yani jo jis se aap lage ke jo aap ki nazar mein kuch samajh nahin hai, bas us ko manne ke liye khare ho jayenge.</w:t>
      </w:r>
      <w:r>
        <w:br/>
      </w:r>
      <w:r>
        <w:rPr>
          <w:sz w:val="20"/>
        </w:rPr>
        <w:t>45:34  aap yeh mizaj banega.</w:t>
      </w:r>
      <w:r>
        <w:br/>
      </w:r>
      <w:r>
        <w:rPr>
          <w:sz w:val="20"/>
        </w:rPr>
        <w:t>45:42  to main kahunga ke aap log khud is ko samjhen aur doosron ko ja kar ja kar batayen ke yeh shor o ghal ya hungama, is ka islam se koi taluq nahin hai.</w:t>
      </w:r>
      <w:r>
        <w:br/>
      </w:r>
      <w:r>
        <w:rPr>
          <w:sz w:val="20"/>
        </w:rPr>
        <w:t>45:56  islam ek da'oti mazhab hai, islam ek ek ek message islam ke paas hai, is ko ise pahunchana hai aur har surat mein pahunchana</w:t>
      </w:r>
      <w:r>
        <w:br/>
      </w:r>
      <w:r>
        <w:rPr>
          <w:sz w:val="20"/>
        </w:rPr>
        <w:t>46:08  hai. is ko jahan tak punishment ki baat hai, woh Allah ka muamla hai. that is that is god to domain.</w:t>
      </w:r>
      <w:r>
        <w:br/>
      </w:r>
      <w:r>
        <w:rPr>
          <w:sz w:val="20"/>
        </w:rPr>
        <w:t>46:19  quran mein saaf saaf yeh hai ke last be maseet, maseet ka mani hai ke darogha, ke tum un ke upar darogha nahin ho.</w:t>
      </w:r>
      <w:r>
        <w:br/>
      </w:r>
      <w:r>
        <w:rPr>
          <w:sz w:val="20"/>
        </w:rPr>
        <w:t>46:30  tumhara kaam faraghi karna nahin hai, tumhara kaam pahunchana hai.</w:t>
      </w:r>
      <w:r>
        <w:br/>
      </w:r>
      <w:r>
        <w:rPr>
          <w:sz w:val="20"/>
        </w:rPr>
        <w:t>46:39  to yeh woh kaam kar rahe hain jo quran mein mana kiya gaya hai. last be maseet, tumhara kaam faraghi karna nahin hai, tumhara kaam logon ko marna peetna nahin hai, tumhara kaam hai baat ko pahunchana.</w:t>
      </w:r>
      <w:r>
        <w:br/>
      </w:r>
      <w:r>
        <w:rPr>
          <w:sz w:val="20"/>
        </w:rPr>
        <w:t>46:53  is waqt yeh jo taqreeban 25 saal se yeh jari hai, is ki wajah se islam ki image bohat hi kharab ho gayi hai.</w:t>
      </w:r>
      <w:r>
        <w:br/>
      </w:r>
      <w:r>
        <w:rPr>
          <w:sz w:val="20"/>
        </w:rPr>
        <w:t>47:05  log yeh samajhne lage hain ke islam is a legins violence, islam mein azadi ray nahin hai, islam mein peace nahin hai.</w:t>
      </w:r>
      <w:r>
        <w:br/>
      </w:r>
      <w:r>
        <w:rPr>
          <w:sz w:val="20"/>
        </w:rPr>
        <w:t>47:19  yeh sab se bara kaam is waqt yeh hai ke is is image ko badla jaye. jis ko kehte hain image building, yeh image building ka time aa gaya hai.</w:t>
      </w:r>
      <w:r>
        <w:br/>
      </w:r>
      <w:r>
        <w:rPr>
          <w:sz w:val="20"/>
        </w:rPr>
        <w:t>47:30  yeh ulti image ban gayi hai islam ki. to hamara farz yeh hai ke hum ek tarah bhi koi aisa kaam na karen jis se logon ko yaqeen ho ke waqai islam aisa hi hai, ek mazhab hai jis mein jis mein violence hai, jis mein azadi ray nahin hai.</w:t>
      </w:r>
      <w:r>
        <w:br/>
      </w:r>
      <w:r>
        <w:rPr>
          <w:sz w:val="20"/>
        </w:rPr>
        <w:t>47:50  yeh farz ke darje mein zaroori hai ke hum aisi koi harkat na karen jis se logon ke is shak ko taqviyat pahunche, un ka shak yaqeen mein badal jaye.</w:t>
      </w:r>
      <w:r>
        <w:br/>
      </w:r>
      <w:r>
        <w:rPr>
          <w:sz w:val="20"/>
        </w:rPr>
        <w:t>48:03  yeh farz hai, farz hai hamare upar ke hum aisa koi kaam na karen jis se islam ki image bigadti ho.</w:t>
      </w:r>
      <w:r>
        <w:br/>
      </w:r>
      <w:r>
        <w:rPr>
          <w:sz w:val="20"/>
        </w:rPr>
        <w:t>48:12  yeh farz ka darja mazroob hai.</w:t>
      </w:r>
      <w:r>
        <w:br/>
      </w:r>
      <w:r>
        <w:rPr>
          <w:sz w:val="20"/>
        </w:rPr>
        <w:t>48:17  to koi bhi shakhs jo is mamle ko janna chahta hai, woh is ko</w:t>
      </w:r>
      <w:r>
        <w:br/>
      </w:r>
      <w:r>
        <w:rPr>
          <w:sz w:val="20"/>
        </w:rPr>
        <w:t>48:26  yani is ki tehqeeq kar sakta hai. main aap ko teen kitabon ke hawale deta hoon, jo teen teen mozu' pe likhi gayi hain.</w:t>
      </w:r>
      <w:r>
        <w:br/>
      </w:r>
      <w:r>
        <w:rPr>
          <w:sz w:val="20"/>
        </w:rPr>
        <w:t>48:37  yani shatm ke mozu' par,</w:t>
      </w:r>
      <w:r>
        <w:br/>
      </w:r>
      <w:r>
        <w:rPr>
          <w:sz w:val="20"/>
        </w:rPr>
        <w:t>48:41  shatm ke mozu' par pehli baqayda kitab, baqayda ek moti kitab jo hoti hai, likhi gayi hai ghaliban ibn taymiyah ki.</w:t>
      </w:r>
      <w:r>
        <w:br/>
      </w:r>
      <w:r>
        <w:rPr>
          <w:sz w:val="20"/>
        </w:rPr>
        <w:t>48:53  ghaliban ibn taymiyah ki kitab likhi gayi hai, woh islam ke daur awwal ke 600 saala band ki gayi hai. is ka naam hai "Al-Sarim Al-Maslul Ala Khatam Al-Rasul".</w:t>
      </w:r>
      <w:r>
        <w:br/>
      </w:r>
      <w:r>
        <w:rPr>
          <w:sz w:val="20"/>
        </w:rPr>
        <w:t>49:05  yani aghaz islam ke 600 saal baad,</w:t>
      </w:r>
      <w:r>
        <w:br/>
      </w:r>
      <w:r>
        <w:rPr>
          <w:sz w:val="20"/>
        </w:rPr>
        <w:t>49:09  is se pehle koi baqayda kitab mere ilm ki kitab nahin likhi gayi. is ke baad doosri kitab jo likhi gayi, woh 700 saal ke baad, woh subh ki ki kitab hai is mozu' par.</w:t>
      </w:r>
      <w:r>
        <w:br/>
      </w:r>
      <w:r>
        <w:rPr>
          <w:sz w:val="20"/>
        </w:rPr>
        <w:t>49:24  phir teesri kitaab jo bari likhi gayi, is mauzu par, woh ibn abidin, ibn abidin sani ki kitaab hai. woh aur bhi baatein hain, woh das, woh aik aik hazar saal ke band ki gayi.</w:t>
      </w:r>
      <w:r>
        <w:br/>
      </w:r>
      <w:r>
        <w:rPr>
          <w:sz w:val="20"/>
        </w:rPr>
        <w:t>49:37  to</w:t>
      </w:r>
      <w:r>
        <w:br/>
      </w:r>
      <w:r>
        <w:rPr>
          <w:sz w:val="20"/>
        </w:rPr>
        <w:t>49:38  shuru zamane mein is par koi kitaab hi nahi likhi gayi thi. doosri kitaab bohat likhi gayi tafsir par, hadith par, bohat seerat par, tareekh par.</w:t>
      </w:r>
      <w:r>
        <w:br/>
      </w:r>
      <w:r>
        <w:rPr>
          <w:sz w:val="20"/>
        </w:rPr>
        <w:t>49:47  lekin shatme rasool ke sawal par jo pehli baqayda kitaab likhi gayi, woh 600 saal baad, 700 saal baad, 10 saal baad, is aap samajh sakte hain ke yeh yeh baat ka masla hai.</w:t>
      </w:r>
      <w:r>
        <w:br/>
      </w:r>
      <w:r>
        <w:rPr>
          <w:sz w:val="20"/>
        </w:rPr>
        <w:t>50:03  islam jab apne urooj par tha, jab apni asihyat mein tha, jab islam ke jab musalmanon ko bigadne aaya tha, jo adab jis ko hum kehte hain, is zamane mein is ka wajood hi nahi tha.</w:t>
      </w:r>
      <w:r>
        <w:br/>
      </w:r>
      <w:r>
        <w:rPr>
          <w:sz w:val="20"/>
        </w:rPr>
        <w:t>50:17  yeh baat koi sab cheezein hain, jo abhi mein ne arz kiya ke jab mask ka ramzan hua aur doosri qaumon ke log islam mein dakhil hue, to is ke nateejay mein aisa baatein phaila ke woh log jo apne khayalat aur kehte hain le le kar aaye, is ko aisa awaz karna shuru kar diya.</w:t>
      </w:r>
      <w:r>
        <w:br/>
      </w:r>
      <w:r>
        <w:rPr>
          <w:sz w:val="20"/>
        </w:rPr>
        <w:t>50:36  unhon ne islami term hai, is ko bain karna shuru kar diya.</w:t>
      </w:r>
      <w:r>
        <w:br/>
      </w:r>
      <w:r>
        <w:rPr>
          <w:sz w:val="20"/>
        </w:rPr>
        <w:t>50:43  to yeh koi saada baat nahi hai, yeh bohat ziyada sochne ki baat hai. aap log khud bhi sochein aur doosron ko bataein ke koi bhi action hamara just kiya jayega quran hadith se, amal ya motion se nahi,</w:t>
      </w:r>
      <w:r>
        <w:br/>
      </w:r>
      <w:r>
        <w:rPr>
          <w:sz w:val="20"/>
        </w:rPr>
        <w:t>51:05  amal ya motion se nahi. aap ke jazbat ko theek lagte hain ke lage, yeh insaan doosre insaanon ko concern nahi hai. agar aap yeh kahein ke hamare jazbat ko theek lagte hain, to yeh aap ke sath yeh masla hai,</w:t>
      </w:r>
      <w:r>
        <w:br/>
      </w:r>
      <w:r>
        <w:rPr>
          <w:sz w:val="20"/>
        </w:rPr>
        <w:t>51:20  yeh doosre insaanon ka masla nahi hai. aap is ko manage kijiye, aap khud is ko sochiye ke aap ko kya karna hai.</w:t>
      </w:r>
      <w:r>
        <w:br/>
      </w:r>
      <w:r>
        <w:rPr>
          <w:sz w:val="20"/>
        </w:rPr>
        <w:t>51:29  mujhe aik qissa yaad yaad aata hai ke aik shakhs ne aik shakhs ki dawat di, to jo mehman jo tha,</w:t>
      </w:r>
      <w:r>
        <w:br/>
      </w:r>
      <w:r>
        <w:rPr>
          <w:sz w:val="20"/>
        </w:rPr>
        <w:t>51:44  us ke samne khana rakha gaya, to us mein shehad bhi thi. achhe hote hain, shehad ziyada, kafi shehad thi. woh to woh mehman jo tha, woh shehad ko ziyada khane laga,</w:t>
      </w:r>
      <w:r>
        <w:br/>
      </w:r>
      <w:r>
        <w:rPr>
          <w:sz w:val="20"/>
        </w:rPr>
        <w:t>51:57  isi ko ziyada khaya chala ja raha tha.</w:t>
      </w:r>
      <w:r>
        <w:br/>
      </w:r>
      <w:r>
        <w:rPr>
          <w:sz w:val="20"/>
        </w:rPr>
        <w:t>52:00  to jo mezban tha, us ne kaha ke "alaslu yuriqu al qalb".</w:t>
      </w:r>
      <w:r>
        <w:br/>
      </w:r>
      <w:r>
        <w:rPr>
          <w:sz w:val="20"/>
        </w:rPr>
        <w:t>52:11  matlab woh chahta tha ke doosri cheezein khaye, shadi ko khatam kar raha hai, kha kar ke. to us ne kaha ke "alaslu yuriqu al qalb" ke shehad jo hai, dil ko jalata hai.</w:t>
      </w:r>
      <w:r>
        <w:br/>
      </w:r>
      <w:r>
        <w:rPr>
          <w:sz w:val="20"/>
        </w:rPr>
        <w:t>52:26  "alaslu yuriqu al qalb" shehad dil ko jalata hai.</w:t>
      </w:r>
      <w:r>
        <w:br/>
      </w:r>
      <w:r>
        <w:rPr>
          <w:sz w:val="20"/>
        </w:rPr>
        <w:t>52:31  to jo mehman tha, us ne kaha "yuriqu al qalb" jalata hai, magar dobara dil jalata hai.</w:t>
      </w:r>
      <w:r>
        <w:br/>
      </w:r>
      <w:r>
        <w:rPr>
          <w:sz w:val="20"/>
        </w:rPr>
        <w:t>52:41  to dobara dil jalata hai, aap jalaein, mera mera mera bara problem nahi hai, mein to khaunga shehad. koi hal nahi, bhai, kisi ke dil kisi ko dil ko thes deti hai, to woh khud is ko manage kare,</w:t>
      </w:r>
      <w:r>
        <w:br/>
      </w:r>
      <w:r>
        <w:rPr>
          <w:sz w:val="20"/>
        </w:rPr>
        <w:t>52:55  khud manage kare, to doosre ko masla nahi hai.</w:t>
      </w:r>
      <w:r>
        <w:br/>
      </w:r>
      <w:r>
        <w:rPr>
          <w:sz w:val="20"/>
        </w:rPr>
        <w:t>53:01  aur bohat hi khatarnak, bohat hi, bohat hi ziyada, aik is mein bohat hi ziyada, yani sharai baat, bohat hi ghalat baat yeh hai.</w:t>
      </w:r>
      <w:r>
        <w:br/>
      </w:r>
      <w:r>
        <w:rPr>
          <w:sz w:val="20"/>
        </w:rPr>
        <w:t>53:15  dekhiye ke jo mein ne arz kiya aap ko qissa malaika ka aur shaitan ka, iblis ka, is ko le kar sochiye aap ke sirf iblis jo tha, woh is par ghussa ho gaya ke Allah ne Adam ko khalifa bana diya aur aur kaha ke log keh dein chup jayein is ke aage, Adam ke aage, aur iblis ke aage chupne ke liye nahi kaha, is ko khalifa nahi banaya.</w:t>
      </w:r>
      <w:r>
        <w:br/>
      </w:r>
      <w:r>
        <w:rPr>
          <w:sz w:val="20"/>
        </w:rPr>
        <w:t>53:44  to yeh ghussa ho gaya.</w:t>
      </w:r>
      <w:r>
        <w:br/>
      </w:r>
      <w:r>
        <w:rPr>
          <w:sz w:val="20"/>
        </w:rPr>
        <w:t>53:48  to to to to wahan par aap jante hain ke teen the, yani iblis tha, Adam tha, aur farishte the. to farishte jo the, unhon ne Allah ke is faislay ko maan liya, unhon ne unhon ne is ko koi is par koi jhanda nahi khada kiya.</w:t>
      </w:r>
      <w:r>
        <w:br/>
      </w:r>
      <w:r>
        <w:rPr>
          <w:sz w:val="20"/>
        </w:rPr>
        <w:t>54:05  to is is par ghor kijiye aap. to farishte ka aik case kya tha? iblis ka case kya tha? iblis ka case yeh tha ke iblis jo tha, woh yani is ka self centered approach tha, is ka yani apne lehaz se sochta tha.</w:t>
      </w:r>
      <w:r>
        <w:br/>
      </w:r>
      <w:r>
        <w:rPr>
          <w:sz w:val="20"/>
        </w:rPr>
        <w:t>54:23  woh apne lehaz se mujhe izzat mile to phir aik doosre ko izzat milti hai to mein nahi manunga is ko.</w:t>
      </w:r>
      <w:r>
        <w:br/>
      </w:r>
      <w:r>
        <w:rPr>
          <w:sz w:val="20"/>
        </w:rPr>
        <w:t>54:32  to yeh tha self centered approach. is ke paas malaika ka approach tha, universal approach tha. to Allah taala ne universal approach pasand kiya aur self centered approach pasand nahi kiya.</w:t>
      </w:r>
      <w:r>
        <w:br/>
      </w:r>
      <w:r>
        <w:rPr>
          <w:sz w:val="20"/>
        </w:rPr>
        <w:t>54:45  is mamle mein dekhiye, musalmanon ka jo rukhdaar hai, woh self centered approach hai ke mere dil ko thes lag rahi hai. is</w:t>
      </w:r>
      <w:r>
        <w:br/>
      </w:r>
      <w:r>
        <w:rPr>
          <w:sz w:val="20"/>
        </w:rPr>
        <w:t>54:54  saare duniya ka faida jo ho raha hai, is ko sochiye aap. is azaadi ki wajah se duniya mein tarqqiyan huin ke aap jab tak azaadi nahi thi, tab taraqqi bhi nahi thi.</w:t>
      </w:r>
      <w:r>
        <w:br/>
      </w:r>
      <w:r>
        <w:rPr>
          <w:sz w:val="20"/>
        </w:rPr>
        <w:t>55:05  aur phir ek pehlu dekhein, yeh bhi hai ke isi azaadi se hum ko dawat ki opportunities khuli ho paayengi. dekhein, jab tak azaadi nahi thi, tab tak dawat ke mawaqe bhi nahi the.</w:t>
      </w:r>
      <w:r>
        <w:br/>
      </w:r>
      <w:r>
        <w:rPr>
          <w:sz w:val="20"/>
        </w:rPr>
        <w:t>55:20  pehlay zamanay mein azaadi bilkul nahi thi.</w:t>
      </w:r>
      <w:r>
        <w:br/>
      </w:r>
      <w:r>
        <w:rPr>
          <w:sz w:val="20"/>
        </w:rPr>
        <w:t>55:24  khud Quran mein dekhein, kai is aisi aayatein hain, maslan teen hazar saal pehle jab Hazrat Musa aaye Misr mein, Firon ke saamne dawat pesh ki unhon ne.</w:t>
      </w:r>
      <w:r>
        <w:br/>
      </w:r>
      <w:r>
        <w:rPr>
          <w:sz w:val="20"/>
        </w:rPr>
        <w:t>55:37  to Firon ne kaha ke main tum ko qatl kar doonga, yaani tum mere deen ke siwa ek aur deen pesh kar rahe ho, to main tum ko qatl kar doonga.</w:t>
      </w:r>
      <w:r>
        <w:br/>
      </w:r>
      <w:r>
        <w:rPr>
          <w:sz w:val="20"/>
        </w:rPr>
        <w:t>55:48  to is mein ek insaan maujood tha, is ke darbar mein jis ko rajal momin kaha jaata hai. is ne kaha ke "aqtuloon rabb Allah" ek aadmi ko tum is liye qatl kar do ke woh kehta hai ke Allah mera Rabb hai.</w:t>
      </w:r>
      <w:r>
        <w:br/>
      </w:r>
      <w:r>
        <w:rPr>
          <w:sz w:val="20"/>
        </w:rPr>
        <w:t>56:04  to kaha qaul par qatl hota tha, Khuda ne qaul par qatl. yeh woh daur tha.</w:t>
      </w:r>
      <w:r>
        <w:br/>
      </w:r>
      <w:r>
        <w:rPr>
          <w:sz w:val="20"/>
        </w:rPr>
        <w:t>56:13  woh doosri jo Quran mein Surah Buruj mein hai ke "wa ma naqamu minhum illa billahil azizil hameed" yaani Allah ko ek maanne hi par woh mujhe utha de di gayi, us ke saath saza di gayi.</w:t>
      </w:r>
      <w:r>
        <w:br/>
      </w:r>
      <w:r>
        <w:rPr>
          <w:sz w:val="20"/>
        </w:rPr>
        <w:t>56:27  to mujarrad imaan, mujarrad qaul, mujarrad ek alag rai, yeh yeh is zamanay mein jurm hua karti thi.</w:t>
      </w:r>
      <w:r>
        <w:br/>
      </w:r>
      <w:r>
        <w:rPr>
          <w:sz w:val="20"/>
        </w:rPr>
        <w:t>56:36  to tablegh ke mawaqe band thay, dawat ke m</w:t>
      </w:r>
      <w:r>
        <w:br/>
      </w:r>
      <w:r>
        <w:rPr>
          <w:sz w:val="20"/>
        </w:rPr>
        <w:t>56:40  waqe band thay. ab jo hai, dawat ke mawaqe khule ho gaye hain. jab duniya mein azaadi aayi, rai ki azaadi aayi to hamare liye bhi to azaadi aayi.</w:t>
      </w:r>
      <w:r>
        <w:br/>
      </w:r>
      <w:r>
        <w:rPr>
          <w:sz w:val="20"/>
        </w:rPr>
        <w:t>56:49  woh istemaal karte hain to woh chahte hain, un ko istemaal karne dijiye, un ko aap is ko dawat ke liye istemaal kijiye.</w:t>
      </w:r>
      <w:r>
        <w:br/>
      </w:r>
      <w:r>
        <w:rPr>
          <w:sz w:val="20"/>
        </w:rPr>
        <w:t>56:59  woh apne lihaaz se istemaal kar rahe hain, karne dijiye un ko, aap apne lihaaz se kijiye. in in in in azaadi rai ke mawaqe ko bharpoor taur par dawat ke liye istemaal kijiye.</w:t>
      </w:r>
      <w:r>
        <w:br/>
      </w:r>
      <w:r>
        <w:rPr>
          <w:sz w:val="20"/>
        </w:rPr>
        <w:t>57:13  to duniya ka qanoon Allah taala ne banaya hai ke "inna ma la as yaha" yeh sirf bhi aayega to is mein bhi aayega. yaani problem bhi aayenge to opportunities bhi hongi.</w:t>
      </w:r>
      <w:r>
        <w:br/>
      </w:r>
      <w:r>
        <w:rPr>
          <w:sz w:val="20"/>
        </w:rPr>
        <w:t>57:27  to woh ek pehlu ko liye hue hain, to aap un ko lene dijiye, un ko aap doosre pehlu ko lijiye, aur is is ko yaani azaadi rai ko ba taur opportunity ke le kar aap daawti kaam ko aage badhaiye.</w:t>
      </w:r>
      <w:r>
        <w:br/>
      </w:r>
      <w:r>
        <w:rPr>
          <w:sz w:val="20"/>
        </w:rPr>
        <w:t>57:45  khoob Quran ko distribute kijiye, khoob khoob Islam ki baatein logon ko phailaiye. yeh yeh hai positive, positive approach.</w:t>
      </w:r>
      <w:r>
        <w:br/>
      </w:r>
      <w:r>
        <w:rPr>
          <w:sz w:val="20"/>
        </w:rPr>
        <w:t>57:56  to main dua karta hoon ke Allah taala hamare andar positive approach ka paida kare aur negative approach ka hamare andar khatma ho jaye.</w:t>
      </w:r>
      <w:r>
        <w:br/>
      </w:r>
      <w:r>
        <w:rPr>
          <w:sz w:val="20"/>
        </w:rPr>
        <w:t>58:07  wastaghfirullah.</w:t>
      </w:r>
    </w:p>
    <w:p>
      <w:pPr>
        <w:pStyle w:val="Heading2"/>
      </w:pPr>
      <w:r>
        <w:t>Remembering Death and Life's Purpose</w:t>
      </w:r>
    </w:p>
    <w:p>
      <w:r>
        <w:rPr>
          <w:color w:val="666666"/>
          <w:sz w:val="18"/>
        </w:rPr>
        <w:t>Hadith · Q&amp;A 13 Nov 2011 · 5m 10s · at 54:19 · https://youtu.be/oOZ9h37_pL8?t=3259</w:t>
      </w:r>
    </w:p>
    <w:p>
      <w:r>
        <w:rPr>
          <w:i/>
        </w:rPr>
        <w:t>“A hadith says to remember death often. But when we do this, we no longer feel inclined to do any work, and life's purpose remains unfulfilled. Please elaborate your thoughts.”</w:t>
      </w:r>
    </w:p>
    <w:p>
      <w:r>
        <w:rPr>
          <w:sz w:val="20"/>
        </w:rPr>
        <w:t>54:19  maulana agla sawal hai mister shah imran hasan ka delhi se. unhon ne likha hai ke hadith mein aaya hai ke maut ko yaad kiya karo.</w:t>
      </w:r>
      <w:r>
        <w:br/>
      </w:r>
      <w:r>
        <w:rPr>
          <w:sz w:val="20"/>
        </w:rPr>
        <w:t>54:29  parantu jab hum aisa karte hain to kisi kaam ko karne ki achha nahi rehti. aur jeewan ka uddesh baqi nahi rehta.</w:t>
      </w:r>
      <w:r>
        <w:br/>
      </w:r>
      <w:r>
        <w:rPr>
          <w:sz w:val="20"/>
        </w:rPr>
        <w:t>54:38  kripya kar ke aap apne vichar vyakt karen.</w:t>
      </w:r>
      <w:r>
        <w:br/>
      </w:r>
      <w:r>
        <w:rPr>
          <w:sz w:val="20"/>
        </w:rPr>
        <w:t>54:42  mein to har subah shab maut yaad karta hoon. mere saath Dilli mein koi active koi hai. aap aa ke mujhe dekhen ke mein kya karta hoon. aap yaqeen kijiye taqreeban rozah nahi ungliyon pe ginta hoon mein.</w:t>
      </w:r>
      <w:r>
        <w:br/>
      </w:r>
      <w:r>
        <w:rPr>
          <w:sz w:val="20"/>
        </w:rPr>
        <w:t>54:56  ke meri family mein falan murga. mere janne walon mein falan murga.</w:t>
      </w:r>
      <w:r>
        <w:br/>
      </w:r>
      <w:r>
        <w:rPr>
          <w:sz w:val="20"/>
        </w:rPr>
        <w:t>55:01  mein Dilli mein tha yahan falan murga. Adam Pur mein tha falan murga. Rampur mein tha Lucknow mein tha baqayda ginta hoon ungliyon pe. ab meri bari hai.</w:t>
      </w:r>
      <w:r>
        <w:br/>
      </w:r>
      <w:r>
        <w:rPr>
          <w:sz w:val="20"/>
        </w:rPr>
        <w:t>55:10  lekin mein yeh nahi samajhta ke Dilli mein koi murshid active hai. to yeh to kahani ki baat hai.</w:t>
      </w:r>
      <w:r>
        <w:br/>
      </w:r>
      <w:r>
        <w:rPr>
          <w:sz w:val="20"/>
        </w:rPr>
        <w:t>55:18  dekhiye mein aap se woh formula bataunga mein aap ko. jo ek bahut bada ek muhqqiq ek British muhqqiq ne kaha tha. ke I am large enough to contain all these contradictions.</w:t>
      </w:r>
      <w:r>
        <w:br/>
      </w:r>
      <w:r>
        <w:rPr>
          <w:sz w:val="20"/>
        </w:rPr>
        <w:t>55:32  ke maut ko yaad karna is ke bawajood active rehna. yeh dono mumkin hain is dimagh ke liye. is dimagh ki capacity bahut zyada hai.</w:t>
      </w:r>
      <w:r>
        <w:br/>
      </w:r>
      <w:r>
        <w:rPr>
          <w:sz w:val="20"/>
        </w:rPr>
        <w:t>55:42  is ne is par kaha tha ke agar mein apne watan se mohabbat karunga to is ka matlab yeh nahi ke mein apne baap se mohabbat nahi karunga. apne religion se mohabbat nahi hogi mujh ko.</w:t>
      </w:r>
      <w:r>
        <w:br/>
      </w:r>
      <w:r>
        <w:rPr>
          <w:sz w:val="20"/>
        </w:rPr>
        <w:t>55:53  to is ne kaha tha ke I am large enough to contain all these contradictions. to yeh bahut hi supreme baaten hain.</w:t>
      </w:r>
      <w:r>
        <w:br/>
      </w:r>
      <w:r>
        <w:rPr>
          <w:sz w:val="20"/>
        </w:rPr>
        <w:t>56:01  insan ke dimagh ko underestimate karna hai yeh. aap insan ke dimagh ko underestimate kar rahe hain.</w:t>
      </w:r>
      <w:r>
        <w:br/>
      </w:r>
      <w:r>
        <w:rPr>
          <w:sz w:val="20"/>
        </w:rPr>
        <w:t>56:10  Maulana Zakwan Nadvi ne Maulana ek apna experience diya hai is mein. unhon ne likha hai ke Himachal Pradesh mein mere ek Nadvi saathi hain.</w:t>
      </w:r>
      <w:r>
        <w:br/>
      </w:r>
      <w:r>
        <w:rPr>
          <w:sz w:val="20"/>
        </w:rPr>
        <w:t>56:21  woh wahan ek Jamia Masjid ke Imam hain. aur wahan ek English medium school chalate hain. do saal pehle un se Al-Risala ki buniyad par contact hua.</w:t>
      </w:r>
      <w:r>
        <w:br/>
      </w:r>
      <w:r>
        <w:rPr>
          <w:sz w:val="20"/>
        </w:rPr>
        <w:t>56:33  ab woh Al-Risala ke regular reader hain. aur Himachal Pradesh mein da'wa work kar rahe hain. unhon ne phone par mujh ko bataya ke mere paas dedh so mukhtalif Urdu magazines the.</w:t>
      </w:r>
      <w:r>
        <w:br/>
      </w:r>
      <w:r>
        <w:rPr>
          <w:sz w:val="20"/>
        </w:rPr>
        <w:t>56:46  Al-Risala parhne ke baad mein ne un sab magazines ko jala kar khatam kar diya. taake koi aur cheez mujh ko distract na kar sake.</w:t>
      </w:r>
      <w:r>
        <w:br/>
      </w:r>
      <w:r>
        <w:rPr>
          <w:sz w:val="20"/>
        </w:rPr>
        <w:t>56:56  nahi to mein kahoon ke yeh aadmi hai. yaani intelligent aadmi hai is ne Al-Risala ko discover kiya. jo aadmi Al-Risala ko discover karega us ka hi right hoga.</w:t>
      </w:r>
      <w:r>
        <w:br/>
      </w:r>
      <w:r>
        <w:rPr>
          <w:sz w:val="20"/>
        </w:rPr>
        <w:t>57:06  jo discover na kare wohi phansa rahega. woh sab yaani is ko is ko farq nahi kar payega. lekin jo discover kar le ga Al-Risala ko us ka rawaiyya aise hi hoga.</w:t>
      </w:r>
      <w:r>
        <w:br/>
      </w:r>
      <w:r>
        <w:rPr>
          <w:sz w:val="20"/>
        </w:rPr>
        <w:t>57:21  Mr. Sajid Anwar ne Dilli se likha hai. Maulana during a talk with one of the top executives of a company the failure of a leading Indian airlines came into discussion.</w:t>
      </w:r>
      <w:r>
        <w:br/>
      </w:r>
      <w:r>
        <w:rPr>
          <w:sz w:val="20"/>
        </w:rPr>
        <w:t>57:36  he commented that now it is clear that only moral base is the right base. for a successful business. Maulana does this indicate that now people are once again rediscovering the truth of the divine teachings.</w:t>
      </w:r>
      <w:r>
        <w:br/>
      </w:r>
      <w:r>
        <w:rPr>
          <w:sz w:val="20"/>
        </w:rPr>
        <w:t>57:53  how does it help a da'i for his da'wa mission?</w:t>
      </w:r>
      <w:r>
        <w:br/>
      </w:r>
      <w:r>
        <w:rPr>
          <w:sz w:val="20"/>
        </w:rPr>
        <w:t>58:00  woh airline ka qissa yeh hai. aur yeh aksar logon ka qissa hai jo bankrupt ho jate hain. bade bade loan le lete hain. aur us loan ke against mein jo unhein income hone wali hai.</w:t>
      </w:r>
      <w:r>
        <w:br/>
      </w:r>
      <w:r>
        <w:rPr>
          <w:sz w:val="20"/>
        </w:rPr>
        <w:t>58:11  to kam hoti hai woh qist de nahi paate. to bankrupt ho jate hain.</w:t>
      </w:r>
      <w:r>
        <w:br/>
      </w:r>
      <w:r>
        <w:rPr>
          <w:sz w:val="20"/>
        </w:rPr>
        <w:t>58:17  to yeh to un logon ko is ki khabar nahi ke is duniya mein yaani hiras ki buniyad par kaam nahi ho sakta. yeh saare log is raaz ko nahi jante.</w:t>
      </w:r>
      <w:r>
        <w:br/>
      </w:r>
      <w:r>
        <w:rPr>
          <w:sz w:val="20"/>
        </w:rPr>
        <w:t>58:28  contentment aur lust ke farq ko nahi samajhte woh log. to yeh ek aitbar se aap sahi keh rahe hain ke</w:t>
      </w:r>
      <w:r>
        <w:br/>
      </w:r>
      <w:r>
        <w:rPr>
          <w:sz w:val="20"/>
        </w:rPr>
        <w:t>58:36  is ki ek moral value yeh hai. to moral value ke lafz aap istemal kar sakte hain yahan par. ke agar woh log janen is raaz ko ke duniya mein hum yaani greed ke baghair pa hi nahi sakte.</w:t>
      </w:r>
      <w:r>
        <w:br/>
      </w:r>
      <w:r>
        <w:rPr>
          <w:sz w:val="20"/>
        </w:rPr>
        <w:t>58:51  payenge net hi ke baghair. woh itna</w:t>
      </w:r>
      <w:r>
        <w:br/>
      </w:r>
      <w:r>
        <w:rPr>
          <w:sz w:val="20"/>
        </w:rPr>
        <w:t>58:55  itna hai hi nahi dunya mein. toh kya karenge?</w:t>
      </w:r>
      <w:r>
        <w:br/>
      </w:r>
      <w:r>
        <w:rPr>
          <w:sz w:val="20"/>
        </w:rPr>
        <w:t>58:58  agar agar agar woh apne apne yaani grade tak na jayein. aur net ke andar net ko bohat bohat maani mein lijiyey.</w:t>
      </w:r>
      <w:r>
        <w:br/>
      </w:r>
      <w:r>
        <w:rPr>
          <w:sz w:val="20"/>
        </w:rPr>
        <w:t>59:07  net ko wasee maani mein lijiyey. ke jo mere bas mein hai. jo mere bas mein hai. grade woh hai jo mere bas mein hi nahi hai.</w:t>
      </w:r>
      <w:r>
        <w:br/>
      </w:r>
      <w:r>
        <w:rPr>
          <w:sz w:val="20"/>
        </w:rPr>
        <w:t>59:17  toh jo aap ke bas mein nahi hai wahan aap jump karte hain toh fail honge. lekin jo aap ke bas mein hai uske andar aap kaam karein toh aap manage kar payenge. phir fail hone ka koi sawal nahi hai.</w:t>
      </w:r>
    </w:p>
    <w:p>
      <w:pPr>
        <w:pStyle w:val="Heading2"/>
      </w:pPr>
      <w:r>
        <w:t>What is a weak hadith?</w:t>
      </w:r>
    </w:p>
    <w:p>
      <w:r>
        <w:rPr>
          <w:color w:val="666666"/>
          <w:sz w:val="18"/>
        </w:rPr>
        <w:t>Hadith · Understanding Islam (In Conversation with Maulana) June 20, 2010 Maulana Wahidudidn Khan · 6m 01s · at 16:06 · https://youtu.be/7UylaPL-iO8?t=966</w:t>
      </w:r>
    </w:p>
    <w:p>
      <w:r>
        <w:rPr>
          <w:i/>
        </w:rPr>
        <w:t>“What is a weak hadith?”</w:t>
      </w:r>
    </w:p>
    <w:p>
      <w:r>
        <w:rPr>
          <w:sz w:val="20"/>
        </w:rPr>
        <w:t>16:06  maulana, agla sawal raipur se mr idrees ka hai. woh yeh janna chahte hain ke zaeef hadith kis ko kehte hain? likh ke bheja hai ke ise dua nahi bheja hai.</w:t>
      </w:r>
      <w:r>
        <w:br/>
      </w:r>
      <w:r>
        <w:rPr>
          <w:sz w:val="20"/>
        </w:rPr>
        <w:t>16:17  nahi, woh poochna chah rahe hain what is zaeef hadith? hmm.</w:t>
      </w:r>
      <w:r>
        <w:br/>
      </w:r>
      <w:r>
        <w:rPr>
          <w:sz w:val="20"/>
        </w:rPr>
        <w:t>16:23  dekhiye, hadithien jo hain ek sahi hadith kahi jati hain, ek zaeef kahi jati hain, ek mauzu kahi jati hain. mote taur par aur bhi qismein hain, mote taur par teen qismein.</w:t>
      </w:r>
      <w:r>
        <w:br/>
      </w:r>
      <w:r>
        <w:rPr>
          <w:sz w:val="20"/>
        </w:rPr>
        <w:t>16:36  aur bhi darje hain is mein. to mote taur par teen qismein hain: sahi hadith, zaeef hadith aur mauzu hadith. to jo muhaddiseen hain unhon ne jo hadithien aap jante hain ke ek chain hota hai rawiyon ka.</w:t>
      </w:r>
      <w:r>
        <w:br/>
      </w:r>
      <w:r>
        <w:rPr>
          <w:sz w:val="20"/>
        </w:rPr>
        <w:t>16:56  ek shakhs kahega ke maine mr a se suna, woh kahega mr b se suna, mr b se suna, mr c kahega maine rasool Allah se suna. to koi rasool Allah sunta hai, woh kisi aur se kehta hai, phir kisi aur se kehta hai, kisi aur se kehta hai, yahan tak ke woh muhaddis tak baat pohnchti hai.</w:t>
      </w:r>
      <w:r>
        <w:br/>
      </w:r>
      <w:r>
        <w:rPr>
          <w:sz w:val="20"/>
        </w:rPr>
        <w:t>17:11  kyun ke jab abbasi period mein jab hadithien jama ki gayin to beech mein kai generation aa chuki, ghayab ho chuka tha. rasool Allah ke zamane mein hadithien nahi jama ki gayin thi is tarah se jaise ke ab hain.</w:t>
      </w:r>
      <w:r>
        <w:br/>
      </w:r>
      <w:r>
        <w:rPr>
          <w:sz w:val="20"/>
        </w:rPr>
        <w:t>17:25  to woh rawiyon ka exchange hota hai. is ko kehte hain rijal. to un ke bohat zabardast tehqeeq kar ke logon ne kai lakh rawiyon ke halaat ikhatta kiye hain.</w:t>
      </w:r>
      <w:r>
        <w:br/>
      </w:r>
      <w:r>
        <w:rPr>
          <w:sz w:val="20"/>
        </w:rPr>
        <w:t>17:39  woh kitni bari bari kitabein hain is ki moti moti. ek ek shakhs ki ke abdul rehman, abdul hakim, abdul rahim waghera is tarah se ke woh sachche the ke ke jhoot bolte the, woh imandar the ke be imani ki unhon ne koi baat pakdi gayi un ki be imani wali.</w:t>
      </w:r>
      <w:r>
        <w:br/>
      </w:r>
      <w:r>
        <w:rPr>
          <w:sz w:val="20"/>
        </w:rPr>
        <w:t>17:59  misal ke taur par ek ek muhaddis ek shakhs ki tehqeeq karne ke liye gaye. un se un ko ek hadith mili thi. ek hadith mili thi un se.</w:t>
      </w:r>
      <w:r>
        <w:br/>
      </w:r>
      <w:r>
        <w:rPr>
          <w:sz w:val="20"/>
        </w:rPr>
        <w:t>18:09  to gaye tehqeeq karne ke woh aadmi kaisa hai. to jab wahan pohanche to woh ek bartan liye hue tha aisa aur ghore ko bula raha tha woh.</w:t>
      </w:r>
      <w:r>
        <w:br/>
      </w:r>
      <w:r>
        <w:rPr>
          <w:sz w:val="20"/>
        </w:rPr>
        <w:t>18:19  ghora uska idhar tha bula raha tha ke ishara kar ke aao matlab is mein kuch khane ki saman us ke liye. ja kar qareeb dekha to us mein kuch bhi nahi tha.</w:t>
      </w:r>
      <w:r>
        <w:br/>
      </w:r>
      <w:r>
        <w:rPr>
          <w:sz w:val="20"/>
        </w:rPr>
        <w:t>18:30  to unhon ne kaha ke jab tum ghore ko dhoka de sakte ho to insan ko bhi dhoka de sakte ho. is ke ilawa to nahi liya unhon ne. is tarah se bohat hi jaanch partal kar ke hadithien akthe ki gayin.</w:t>
      </w:r>
      <w:r>
        <w:br/>
      </w:r>
      <w:r>
        <w:rPr>
          <w:sz w:val="20"/>
        </w:rPr>
        <w:t>18:44  to jo hadithien hain woh hain jis mein ke tamam rawi siqa hain yani qabil aitebar hain. to un ko sahi hadith kaha jata hai.</w:t>
      </w:r>
      <w:r>
        <w:br/>
      </w:r>
      <w:r>
        <w:rPr>
          <w:sz w:val="20"/>
        </w:rPr>
        <w:t>18:53  woh hadith hai jis mein ke ek adha rawi jo hai matlab farz kijiye ke char rawi hain, teen rawi theek hain, ek ek ke bare mein shakk hai, woh zaeef kahi jayegi.</w:t>
      </w:r>
      <w:r>
        <w:br/>
      </w:r>
      <w:r>
        <w:rPr>
          <w:sz w:val="20"/>
        </w:rPr>
        <w:t>19:04  yani puree cheen mein aik chain jo hai is mein kamzor hai. woh ab woh zaeef kahi jayegi.</w:t>
      </w:r>
      <w:r>
        <w:br/>
      </w:r>
      <w:r>
        <w:rPr>
          <w:sz w:val="20"/>
        </w:rPr>
        <w:t>19:13  matlab kuch log is ko manenge, kuch log nahi manenge. is ka usool yeh hai ke agar woh quran hadith se doosri riwayaton se mutabiqat karta ho to le liya jayega. aur mauzu to woh hai ke jo sarr se bana liya ho logon ne,</w:t>
      </w:r>
      <w:r>
        <w:br/>
      </w:r>
      <w:r>
        <w:rPr>
          <w:sz w:val="20"/>
        </w:rPr>
        <w:t>19:28  story tellers ne bana liya ho. yani rasool Allah se sabit na hota ho is ka. aisi bohat si hadithien hain jo bilkul hi be asal hain aur rasool Allah se mansoob hain.</w:t>
      </w:r>
      <w:r>
        <w:br/>
      </w:r>
      <w:r>
        <w:rPr>
          <w:sz w:val="20"/>
        </w:rPr>
        <w:t>19:38  bilkul be asal hain. to un ko kaha jata hai yeh mauzu. mauzu.</w:t>
      </w:r>
      <w:r>
        <w:br/>
      </w:r>
      <w:r>
        <w:rPr>
          <w:sz w:val="20"/>
        </w:rPr>
        <w:t>19:46  to sahih hadith woh hai jis ke tamam rawiyon ko jaancha gaya ho, jaanch kar ke maloom kiya gaya ho to pata chala ke sab siqa hain. siqa matlab qabil e aitmad.</w:t>
      </w:r>
      <w:r>
        <w:br/>
      </w:r>
      <w:r>
        <w:rPr>
          <w:sz w:val="20"/>
        </w:rPr>
        <w:t>19:57  zaeef woh hai jis mein ke kai ravi sahih hon, aik adha ravi aisa ho shubah wala ho. woh zaeef qarar diya jayega. mauzu yeh hai jis mein ke sare ravi ghalat hon.</w:t>
      </w:r>
      <w:r>
        <w:br/>
      </w:r>
      <w:r>
        <w:rPr>
          <w:sz w:val="20"/>
        </w:rPr>
        <w:t>20:08  jaise ke misaal ke taur par lola kalma khalaqtal aflak. aik hadith batai jati hai ke Allah taala ne farmaya ke agar rasool Allah ke bare mein kaha ke agar tum ko na paida karna hota to mein kainat hi nahi paida karta.</w:t>
      </w:r>
      <w:r>
        <w:br/>
      </w:r>
      <w:r>
        <w:rPr>
          <w:sz w:val="20"/>
        </w:rPr>
        <w:t>20:23  yeh bilkul mauzu hadith hai, is ka koi asal nahi hai. aisi bohat sari hain. to yeh hai farq teeno qism ki hadithon mein.</w:t>
      </w:r>
      <w:r>
        <w:br/>
      </w:r>
      <w:r>
        <w:rPr>
          <w:sz w:val="20"/>
        </w:rPr>
        <w:t>20:35  das question is from miss prabha chandra from jamia millia islamia new delhi. sir kya woh musalman jo panch waqt ki namaz nahi padhta hai aur woh sare ghalat kaam karta hai jis ki islam ijazat nahi deta hai to kya phir bhi woh shakhs musalman kahlaane ke laiq hai ya nahi?</w:t>
      </w:r>
      <w:r>
        <w:br/>
      </w:r>
      <w:r>
        <w:rPr>
          <w:sz w:val="20"/>
        </w:rPr>
        <w:t>21:00  dekhiye yeh jo mamla hai yeh aik baat samajh lijiye ke musalman hona ya musalman na hona yeh Allah ka deti hai prerogative of god almighty.</w:t>
      </w:r>
      <w:r>
        <w:br/>
      </w:r>
      <w:r>
        <w:rPr>
          <w:sz w:val="20"/>
        </w:rPr>
        <w:t>21:15  Allah ko faisla karna hai ke woh kis ko kya darja de. hum darja nahi de sakte. jaise takfeer jo ki jati hai na woh bhi ghalat hai bilkul.</w:t>
      </w:r>
      <w:r>
        <w:br/>
      </w:r>
      <w:r>
        <w:rPr>
          <w:sz w:val="20"/>
        </w:rPr>
        <w:t>21:24  humein haq nahi hai kisi ko hum kafir banayein. hum sirf naseehat kar sakte hain, samjha sakte hain, dawat kar sakte hain. to agar koi shakhs apne ko kehta hai ke mein musalman batata hai apne ko to legally woh islam mein shamil samjha jayega us ko.</w:t>
      </w:r>
      <w:r>
        <w:br/>
      </w:r>
      <w:r>
        <w:rPr>
          <w:sz w:val="20"/>
        </w:rPr>
        <w:t>21:42  legally. matlab jo mardum shumari, census jo hoga, census is mein us ko musalman mana jayega. agar woh apne ko kehta hai ke mein musalman hoon. baqi yeh hai ke woh amal se kaisa hai to us ko hum samjhayenge bujhayege aur Allah ke aage hawalay kar denge.</w:t>
      </w:r>
      <w:r>
        <w:br/>
      </w:r>
      <w:r>
        <w:rPr>
          <w:sz w:val="20"/>
        </w:rPr>
        <w:t>22:01  yeh maslak hai yani ulama e rasikhin ka.</w:t>
      </w:r>
    </w:p>
    <w:p>
      <w:pPr>
        <w:pStyle w:val="Heading2"/>
      </w:pPr>
      <w:r>
        <w:t>حدیث: لا تعلمون کا مطلب اور آخرت کی سنگینی</w:t>
      </w:r>
    </w:p>
    <w:p>
      <w:r>
        <w:rPr>
          <w:color w:val="666666"/>
          <w:sz w:val="18"/>
        </w:rPr>
        <w:t>Hadith · Understanding Islam (In Conversation with Maulana) June 20, 2010 Maulana Wahidudidn Khan · 8m 02s · at 32:49 · https://youtu.be/7UylaPL-iO8?t=1969</w:t>
      </w:r>
    </w:p>
    <w:p>
      <w:r>
        <w:rPr>
          <w:i/>
        </w:rPr>
        <w:t>“حدیث میں ہے لا تعلمون ما عالم لذائقت قلیل ولا بقائتم کثیرا۔ مولانا اس کا مطلب کیا ہے؟ کیا اخرت کا مسئلہ اتنا زیادہ سنگین ہے؟ اس قسم کا احساس کن باتوں کو جاننے سے آتا ہے؟”</w:t>
      </w:r>
    </w:p>
    <w:p>
      <w:r>
        <w:rPr>
          <w:sz w:val="20"/>
        </w:rPr>
        <w:t>32:49  maulana agla sawal abdul basit ka hai, doha qatar se. unhone poocha hai maulana hadith mein hai la ta'lamoon ma 'alam lazahiktum qaleel wala baqaytum katheera.</w:t>
      </w:r>
      <w:r>
        <w:br/>
      </w:r>
      <w:r>
        <w:rPr>
          <w:sz w:val="20"/>
        </w:rPr>
        <w:t>33:07  maulana is ka matlab kya hai? kya akhirat ka masla itna zyada sangin hai? is qism ka ehsas kin baaton ko janne se aata hai?</w:t>
      </w:r>
      <w:r>
        <w:br/>
      </w:r>
      <w:r>
        <w:rPr>
          <w:sz w:val="20"/>
        </w:rPr>
        <w:t>33:18  woh lo ta'lamoon hai, lo la nahi hai, lo ta'lamoon. haan, agar tum jante ho woh jo main janta hoon aur woh sunte ho jo main sunta hoon.</w:t>
      </w:r>
      <w:r>
        <w:br/>
      </w:r>
      <w:r>
        <w:rPr>
          <w:sz w:val="20"/>
        </w:rPr>
        <w:t>33:32  lazahiktum qaleel wala baqaytum katheera.</w:t>
      </w:r>
      <w:r>
        <w:br/>
      </w:r>
      <w:r>
        <w:rPr>
          <w:sz w:val="20"/>
        </w:rPr>
        <w:t>33:38  toh aik lambi hadith yeh hai, is ka aik hissa yeh hai.</w:t>
      </w:r>
      <w:r>
        <w:br/>
      </w:r>
      <w:r>
        <w:rPr>
          <w:sz w:val="20"/>
        </w:rPr>
        <w:t>33:45  matlab bohat wazeh hai ke hum ap to isi zahiri duniya ko dekhte hain. rasool Allah ko Allah taala ne is ke baad jo hai woh bhi dikha diya tha kis tarah farishte active hain, kis tarah hamari recording ho rahi hai,</w:t>
      </w:r>
      <w:r>
        <w:br/>
      </w:r>
      <w:r>
        <w:rPr>
          <w:sz w:val="20"/>
        </w:rPr>
        <w:t>34:00  kis tarah jannat aur jahannum intezar kar rahi hai un logon ka jo mar kar wahan pohnchne wale hain, kis tarah hashar khara hone wala hai, kis tarah rasool Allah ke sath Allah taala ke sath hum sab log hisab dene ke liye pohnchenge.</w:t>
      </w:r>
      <w:r>
        <w:br/>
      </w:r>
      <w:r>
        <w:rPr>
          <w:sz w:val="20"/>
        </w:rPr>
        <w:t>34:13  yeh sari baatein ap par wazeh thin. yani hamare liye to ghaib hai, ap ke liye yeh mushahida tha. to isi ko ap ne farmaya ke agar tum woh jante ho jo main janta hoon to lahaztukum qaleelan wa la baqaytum katheera.</w:t>
      </w:r>
      <w:r>
        <w:br/>
      </w:r>
      <w:r>
        <w:rPr>
          <w:sz w:val="20"/>
        </w:rPr>
        <w:t>34:29  tum hanste kam, rote zyada. to mamla bohat hi sangin hai, bohat hi serious hai. yeh matlab hai is ka.</w:t>
      </w:r>
      <w:r>
        <w:br/>
      </w:r>
      <w:r>
        <w:rPr>
          <w:sz w:val="20"/>
        </w:rPr>
        <w:t>34:42  das question is from Mr Khalid Ansari from New Delhi. According to the widespread belief amongst Muslims, the Prophet of Islam had a direct conversation with God besides seeing the glimpses of the eternal world.</w:t>
      </w:r>
      <w:r>
        <w:br/>
      </w:r>
      <w:r>
        <w:rPr>
          <w:sz w:val="20"/>
        </w:rPr>
        <w:t>35:00  Maulana can you provide the correct perspective and what all happened during Meraj as per Quran and Prophet's tradition?</w:t>
      </w:r>
      <w:r>
        <w:br/>
      </w:r>
      <w:r>
        <w:rPr>
          <w:sz w:val="20"/>
        </w:rPr>
        <w:t>35:10  dekhiye, yeh bilkul hi yani baseless aqeeda hai ke rasool Allah ne Allah taala ko dekha aur Hazrat Aisha saaf saaf kehti hain ke jis ne yeh kaha woh jhoot bola.</w:t>
      </w:r>
      <w:r>
        <w:br/>
      </w:r>
      <w:r>
        <w:rPr>
          <w:sz w:val="20"/>
        </w:rPr>
        <w:t>35:26  Hazrat Aisha ke sath hadith maujood hai ke jo yeh kahe ke rasool Allah ne Allah taala ko dekha, us ne jhoot kaha, faqat khasa. aur waqea yeh hai ke Allah ki tazgeer hai.</w:t>
      </w:r>
      <w:r>
        <w:br/>
      </w:r>
      <w:r>
        <w:rPr>
          <w:sz w:val="20"/>
        </w:rPr>
        <w:t>35:37  yeh ab kya samajhte hain Allah taala ko?</w:t>
      </w:r>
      <w:r>
        <w:br/>
      </w:r>
      <w:r>
        <w:rPr>
          <w:sz w:val="20"/>
        </w:rPr>
        <w:t>35:43  apne paighambar ko badhane ke liye log Khuda ko ghata dete hain, naoozubillah. apne paighambar ko badhane ke liye logon ne Khuda ko ghata rakha hai. koi insan in aankhon se Khuda ko nahi dekh sakta.</w:t>
      </w:r>
      <w:r>
        <w:br/>
      </w:r>
      <w:r>
        <w:rPr>
          <w:sz w:val="20"/>
        </w:rPr>
        <w:t>35:58  maut ke baad jo duniya banegi, wahan Allah taala ek naya, ek nayi hamein taqat denge, nayi aankh denge. is se hum dekh sakenge. yeh duniya wali aankhon se koi dekh nahi sakta.</w:t>
      </w:r>
      <w:r>
        <w:br/>
      </w:r>
      <w:r>
        <w:rPr>
          <w:sz w:val="20"/>
        </w:rPr>
        <w:t>36:10  yeh bilkul namumkin baat hai. rasool Allah ko na Hazrat Musa ne dekha, rasool Allah ko na Hazrat Musa ne dekha, Allah ko na rasool Allah ne dekha, Allah ko.</w:t>
      </w:r>
      <w:r>
        <w:br/>
      </w:r>
      <w:r>
        <w:rPr>
          <w:sz w:val="20"/>
        </w:rPr>
        <w:t>36:21  haan,</w:t>
      </w:r>
      <w:r>
        <w:br/>
      </w:r>
      <w:r>
        <w:rPr>
          <w:sz w:val="20"/>
        </w:rPr>
        <w:t>36:25  jaise Hazrat Musa ne kaha tha ke Khuda ya main tujhe dekhna chahta hoon to Allah ne kaha ke nahi, tum dekh nahi sakte in aankhon se mujh ko. to rasool Allah ke Meraj mein aisa har giz nahi hua ke ap ka direct baat cheet Allah se hui ya ap ne Allah taala ko bana dekha.</w:t>
      </w:r>
      <w:r>
        <w:br/>
      </w:r>
      <w:r>
        <w:rPr>
          <w:sz w:val="20"/>
        </w:rPr>
        <w:t>36:42  yeh sab bilkul farzi baat hai. yeh musalmanon ne bana rakha hai, naat khwanon ne bana rakha hai. yeh Hazrat Hazrat Aisha se barh ke kaun ho sakta hai</w:t>
      </w:r>
      <w:r>
        <w:br/>
      </w:r>
      <w:r>
        <w:rPr>
          <w:sz w:val="20"/>
        </w:rPr>
        <w:t>36:52  ? is mein woh kehte hain ke jis ne aisa kaha ke rasool Allah ne Meraj mein dekha, Allah taala ko woh jhoot kehta hai, jhoot. faqat khasa.</w:t>
      </w:r>
      <w:r>
        <w:br/>
      </w:r>
      <w:r>
        <w:rPr>
          <w:sz w:val="20"/>
        </w:rPr>
        <w:t>37:02  to woh ek tajruba tha. bas woh tajruba ek hum nahi keh sakte ke haqeeqatan kya tha. woh tajruba, woh ek tajruba tha, ek spiritual experience tha.</w:t>
      </w:r>
      <w:r>
        <w:br/>
      </w:r>
      <w:r>
        <w:rPr>
          <w:sz w:val="20"/>
        </w:rPr>
        <w:t>37:14  aur is mein ikhtilaf hai ke woh roohani tha ke jismani tha. to Hazrat Aisha kehti hain ke roohani tha, tajruba tha, jismani nahi tha. yani yeh body rasool Allah ka nahi gaya tha.</w:t>
      </w:r>
      <w:r>
        <w:br/>
      </w:r>
      <w:r>
        <w:rPr>
          <w:sz w:val="20"/>
        </w:rPr>
        <w:t>37:26  main isi ko manta hoon ke jo Hazrat Aisha kehti hain ke woh ek roohani tajruba tha, yani spiritual experience tha. rasool Allah ki baat direct Allah taala se nahi hui, na rasool Allah ne Allah taala ko direct dekha.</w:t>
      </w:r>
      <w:r>
        <w:br/>
      </w:r>
      <w:r>
        <w:rPr>
          <w:sz w:val="20"/>
        </w:rPr>
        <w:t>37:39  Allah ki azmat ki kitni underestimate karna hai?</w:t>
      </w:r>
      <w:r>
        <w:br/>
      </w:r>
      <w:r>
        <w:rPr>
          <w:sz w:val="20"/>
        </w:rPr>
        <w:t>37:46  yeh Allah ki azmat ko underestimate karna hai. ap sirf ek bar kisi chale jayen, kisi planetarium mein aur dekhen kainat ko, ya kisi telescope se dekhen aasman ko to ap bilkul kanpne lagenge.</w:t>
      </w:r>
      <w:r>
        <w:br/>
      </w:r>
      <w:r>
        <w:rPr>
          <w:sz w:val="20"/>
        </w:rPr>
        <w:t>38:03  kitni bari kainat hai!</w:t>
      </w:r>
      <w:r>
        <w:br/>
      </w:r>
      <w:r>
        <w:rPr>
          <w:sz w:val="20"/>
        </w:rPr>
        <w:t>38:07  main ne Washington ka planetarium dekha jo bohat hi bara hai. Delhi mein bhi planetarium hai, is mein dikhate hain universe ko. ap durbin se dekh sakte hain, telescope se.</w:t>
      </w:r>
      <w:r>
        <w:br/>
      </w:r>
      <w:r>
        <w:rPr>
          <w:sz w:val="20"/>
        </w:rPr>
        <w:t>38:19  itni bari azmat samne aati hai ke aadmi thara uthta hai. to yeh bilkul namumkin hai ke is insan, yeh jo insan duniya mein hai, yeh Allah taala ko dekh sake.</w:t>
      </w:r>
      <w:r>
        <w:br/>
      </w:r>
      <w:r>
        <w:rPr>
          <w:sz w:val="20"/>
        </w:rPr>
        <w:t>38:34  haan, akhirat mein hamara ek naya body hoga, nayi personality hogi, nayi aankh hogi, wahan hum inshallah dekh sakenge.</w:t>
      </w:r>
      <w:r>
        <w:br/>
      </w:r>
      <w:r>
        <w:rPr>
          <w:sz w:val="20"/>
        </w:rPr>
        <w:t>38:46  okay, there is a comment and a question from doctor Muhammad Qutbuddin from New Delhi. I will first read his comment. Sir, I have read your travel to Qatar in Al-Risalah in one setting.</w:t>
      </w:r>
      <w:r>
        <w:br/>
      </w:r>
      <w:r>
        <w:rPr>
          <w:sz w:val="20"/>
        </w:rPr>
        <w:t>39:01  it is full of lessons. Everyone should read it. Your literature should reach everyone in the Arab world.</w:t>
      </w:r>
      <w:r>
        <w:br/>
      </w:r>
      <w:r>
        <w:rPr>
          <w:sz w:val="20"/>
        </w:rPr>
        <w:t>39:12  I will ask his question now. Sir, in Surah Al-Ma'idah, Moses asked his followers to enter the holy land.</w:t>
      </w:r>
      <w:r>
        <w:br/>
      </w:r>
      <w:r>
        <w:rPr>
          <w:sz w:val="20"/>
        </w:rPr>
        <w:t>39:23  my question is, which holy land is being talked about here?</w:t>
      </w:r>
      <w:r>
        <w:br/>
      </w:r>
      <w:r>
        <w:rPr>
          <w:sz w:val="20"/>
        </w:rPr>
        <w:t>39:31  haan, dekhen, yeh bohat zyada musalmanon ko sochna chahiye is baat par</w:t>
      </w:r>
      <w:r>
        <w:br/>
      </w:r>
      <w:r>
        <w:rPr>
          <w:sz w:val="20"/>
        </w:rPr>
        <w:t>39:40  ke Hazrat Musa ne kaha tha ke adkhalu al-ard al-muqaddasah allati katab Allahu lakum. Dakhal ho jao is ard-e-muqaddas mein jo Allah ne likh diya hai tum ko.</w:t>
      </w:r>
      <w:r>
        <w:br/>
      </w:r>
      <w:r>
        <w:rPr>
          <w:sz w:val="20"/>
        </w:rPr>
        <w:t>39:51  katab Allahu lakum. Yeh theek wohi lafz hai jo Bible mein hai. Dekhen, Bible mein promise ka lafz hai, pro</w:t>
      </w:r>
    </w:p>
    <w:p>
      <w:pPr>
        <w:pStyle w:val="Heading2"/>
      </w:pPr>
      <w:r>
        <w:t>Advice for Madrasa Students and Book Fair</w:t>
      </w:r>
    </w:p>
    <w:p>
      <w:r>
        <w:rPr>
          <w:color w:val="666666"/>
          <w:sz w:val="18"/>
        </w:rPr>
        <w:t>Life &amp; Wisdom · In Conversation on Maulana Wahiduddin Khan with Omries October 9, 2022 · 20m 57s · at 56:29 · https://youtu.be/zMfnWSEr95I?t=3389</w:t>
      </w:r>
    </w:p>
    <w:p>
      <w:r>
        <w:rPr>
          <w:i/>
        </w:rPr>
        <w:t>“What should madrasa students do? Also, you recently participated in the International Book Fair in Lucknow where CPS and Goodword Books had a stall. What was your experience?”</w:t>
      </w:r>
    </w:p>
    <w:p>
      <w:r>
        <w:rPr>
          <w:sz w:val="20"/>
        </w:rPr>
        <w:t>56:29  lekin ek sawal mujhe important laga. ah yeh Tariq Bader sahib ne Lahore Pakistan se bheja hai, wahan pe un ka poora group yeh program ko dekh raha hai.</w:t>
      </w:r>
      <w:r>
        <w:br/>
      </w:r>
      <w:r>
        <w:rPr>
          <w:sz w:val="20"/>
        </w:rPr>
        <w:t>56:39  to unhon ne kaha ke madrasa ke students ko kya karna chahiye? ah is ke saath hi main yeh bhi jodna chahunga ke aap ne zikr bhi kiya Maulana Israr sahib, haal hi mein aap ne ah Lucknow mein International Book Fair mein participate kiya jis mein CPS aur Good Word Books ka</w:t>
      </w:r>
      <w:r>
        <w:br/>
      </w:r>
      <w:r>
        <w:rPr>
          <w:sz w:val="20"/>
        </w:rPr>
        <w:t>56:57  stall tha. ah to aap ka kya experience raha? to in dono ah sawalon ko aap ek jawab mein main chahunga ke yeh hum sab ko batayein.</w:t>
      </w:r>
      <w:r>
        <w:br/>
      </w:r>
      <w:r>
        <w:rPr>
          <w:sz w:val="20"/>
        </w:rPr>
        <w:t>57:06  is ke baad phir main aapse aakhri sawal poochna chahunga aaj ke session ke liye. ji ah madrasay ke talaba ke liye umooman jab madrasay ke talaba ke silsile mein baat hoti hai to log kehte hain ke is ke syllabus ko change kiya jaye, yeh kiya jaye.</w:t>
      </w:r>
      <w:r>
        <w:br/>
      </w:r>
      <w:r>
        <w:rPr>
          <w:sz w:val="20"/>
        </w:rPr>
        <w:t>57:22  to Maulana se ek sahib ne yeh baat ki to Maulana ne un ko khoob daanta, hammering ki.</w:t>
      </w:r>
      <w:r>
        <w:br/>
      </w:r>
      <w:r>
        <w:rPr>
          <w:sz w:val="20"/>
        </w:rPr>
        <w:t>57:27  dekhein, jo cheez hum badla nahin sakte us ke bare mein hum soch nahin sakte hain, lekin ek kaam zaroor kar sakte hain, woh hai ke hum Maulana ka literature un ko pahuncha sakte hain aur padha sakte hain.</w:t>
      </w:r>
      <w:r>
        <w:br/>
      </w:r>
      <w:r>
        <w:rPr>
          <w:sz w:val="20"/>
        </w:rPr>
        <w:t>57:36  yeh jo Maulana ka literature hai, yeh madrasay ke talaba ke liye ek bridging role ada kar sakta hai. Ji bilkul, in ko madrasay ki jo, kyunke madrasay mein jo Quran o Hadees padhaye jatay hain aur traditional knowledge bhi ek Islamic scholar ke liye zaroori hai.</w:t>
      </w:r>
      <w:r>
        <w:br/>
      </w:r>
      <w:r>
        <w:rPr>
          <w:sz w:val="20"/>
        </w:rPr>
        <w:t>57:51  Ji is ke liye sath is ko Hadees mein aata hai: "in yakun baseeran bi</w:t>
      </w:r>
      <w:r>
        <w:br/>
      </w:r>
      <w:r>
        <w:rPr>
          <w:sz w:val="20"/>
        </w:rPr>
        <w:t>57:55  zamani" . Yeh hai ke aadmi apne zamane se bhi aware ho. Hmm to Maulana ka literature is ko zamane se aware karega. Ab mein samajhta hoon ke ab madaris mein is ka shaoor, is ka ek awaken aaya hai ke hum ah door jadeed ko jaane baghair kuch kar nahi sakte hain.</w:t>
      </w:r>
      <w:r>
        <w:br/>
      </w:r>
      <w:r>
        <w:rPr>
          <w:sz w:val="20"/>
        </w:rPr>
        <w:t>58:11  Ji to is ke hisab se in ke paas koi literature nahi hai, ek khala, ek yeh paida hua hai. To hum is ko bhar sak, pur kar sak</w:t>
      </w:r>
      <w:r>
        <w:br/>
      </w:r>
      <w:r>
        <w:rPr>
          <w:sz w:val="20"/>
        </w:rPr>
        <w:t>58:19  te hain. Maulana ke jo literatures hain, is ko agar hum pahunchayen, خصوصاً teen kitaben ek beginners madrasay ke students ke liye bohat zaroori hain.</w:t>
      </w:r>
      <w:r>
        <w:br/>
      </w:r>
      <w:r>
        <w:rPr>
          <w:sz w:val="20"/>
        </w:rPr>
        <w:t>58:28  Woh mere hisab se ek Maulana ki mutala, mutala Quran, mutala Hadees, mutala Seerat. Ji chuna ke teen basic reference hain. Ji Ji Quran, Hadees aur Seerah.</w:t>
      </w:r>
      <w:r>
        <w:br/>
      </w:r>
      <w:r>
        <w:rPr>
          <w:sz w:val="20"/>
        </w:rPr>
        <w:t>58:38  To in par Maulana ne bohat achhi teen kitaben likhi hain. Ji is ko padhenge to is ko woh samajh mein aa jayegi ke Quran, Hadees aur Seerat ka hum kaise applied way mein layen. Ji is ko kaise aap apne zamane ke mutabiq le sakte hain.</w:t>
      </w:r>
      <w:r>
        <w:br/>
      </w:r>
      <w:r>
        <w:rPr>
          <w:sz w:val="20"/>
        </w:rPr>
        <w:t>58:50  To yeh teen kitaben har madrasay ke students ko aur aalim ko padhna chahiye. Pehli baat yeh, yeh bohat impor</w:t>
      </w:r>
      <w:r>
        <w:br/>
      </w:r>
      <w:r>
        <w:rPr>
          <w:sz w:val="20"/>
        </w:rPr>
        <w:t>58:56  tant hai. Yahan pe mein yeh bhi kehna chahunga ke CPS International bhi reach out kar raha hai. Ah tamam madaris mein jo students hain aur jo un ke principals hain, yeh ek hamari koshish hai.</w:t>
      </w:r>
      <w:r>
        <w:br/>
      </w:r>
      <w:r>
        <w:rPr>
          <w:sz w:val="20"/>
        </w:rPr>
        <w:t>59:08  Ah agar aap madrasa ke student hain aur aap ko yeh kitaben chahiye jo abhi Maulana Israr sahib ne kaha to aap zaroor humein likhen: info@cpsglobal.org pe apni thori si detail aur poora address, pincode aur phone number ke sath to hum aap ko yeh kitaben zaroor pahuncha denge.</w:t>
      </w:r>
      <w:r>
        <w:br/>
      </w:r>
      <w:r>
        <w:rPr>
          <w:sz w:val="20"/>
        </w:rPr>
        <w:t>59:26  Ah Ji Maulana Israr sahib, aap kuch aur bhi add karna chah rahe the. Is book fair ke silsilay mein bhi aap ka sawal tha. To book fairs mein jab hum shamil hotay the to pehle mujhe khayal hota tha ke book fairs mein ah shamil ho ke kiya karen.</w:t>
      </w:r>
      <w:r>
        <w:br/>
      </w:r>
      <w:r>
        <w:rPr>
          <w:sz w:val="20"/>
        </w:rPr>
        <w:t>59:39  Kyun? Lekin ek yeh hai ke book fairs ek bohat hi</w:t>
      </w:r>
      <w:r>
        <w:br/>
      </w:r>
      <w:r>
        <w:rPr>
          <w:sz w:val="20"/>
        </w:rPr>
        <w:t>59:42  achhi field hai jahan par ek dam serious aur parhe likhe log atay hain. Ji to wahan hum bohat hi achhe jin ko intellectuals log kehte hain, serious people tak hum Khuda ke message ko pahuncha sakte hain.</w:t>
      </w:r>
      <w:r>
        <w:br/>
      </w:r>
      <w:r>
        <w:rPr>
          <w:sz w:val="20"/>
        </w:rPr>
        <w:t>59:53  Aur yeh baat yeh bhi hai ke yeh Rasool Allah ki Sunnat ka hi ek extension hai. Kyun ke Rasool Allah jab Makay mein thay, Seerat ki kitabon mein aata tha ke us waqt do teen tarah ke is tarah ke festivals hotay thay jis ko Souq Ukaz kehte hain.</w:t>
      </w:r>
      <w:r>
        <w:br/>
      </w:r>
      <w:r>
        <w:rPr>
          <w:sz w:val="20"/>
        </w:rPr>
        <w:t>1:00:06  Ah Ukaz ka jo market tha, woh Hajj ke mausam ke lihaz se lagta tha. Aur ek market hai, abhi mein naam bhool raha hoon, woh</w:t>
      </w:r>
      <w:r>
        <w:br/>
      </w:r>
      <w:r>
        <w:rPr>
          <w:sz w:val="20"/>
        </w:rPr>
        <w:t>1:00:13  woh Eid yani Arafah ke din se pehle teen din ke liye lagta tha. Is mein jo Arab ke poets rehte thay, woh log aa ke apna jo shairi kalam pesh karte thay.</w:t>
      </w:r>
      <w:r>
        <w:br/>
      </w:r>
      <w:r>
        <w:rPr>
          <w:sz w:val="20"/>
        </w:rPr>
        <w:t>1:00:23  Ji to goya ek literature festival tha. To Hadeeson mein aata hai ke in dono mein Rasool Allah jatay thay, in ko Quran padh ke sunate thay. Ji to wahi hum samajhte hain ke ab jo book fairs hain, Ji ya jo jaisa literature festivals hotay hain, Jaipur hai, Ji Chennai hai, Bangalore ke festivals hotay hain, to hum ja ke jab un ko Quran dete hain to goya Rasool Allah ki isi Sunnat ki tasdeeq hai, yeh isi par hum amal kar rahe hain.</w:t>
      </w:r>
      <w:r>
        <w:br/>
      </w:r>
      <w:r>
        <w:rPr>
          <w:sz w:val="20"/>
        </w:rPr>
        <w:t>1:00:45  Hmm to woh woh samajh mein jab Lucknow book fair mein bhi tha to mujhe yahi ehsas hua ke Maulana kaha karte thay ke jab tum Quran ki koi ayat padhte ho to ehsas karo goya Rasool Allah ne bhi aisa hi padha hai.</w:t>
      </w:r>
      <w:r>
        <w:br/>
      </w:r>
      <w:r>
        <w:rPr>
          <w:sz w:val="20"/>
        </w:rPr>
        <w:t>1:00:57  Ji kyun ke is mein koi changes nahi hue hain. Ji to isi tarah jo hamara da'wah work hai, jo festivals mein karte hain, book fairs mein karte hain, to goya hum Rasool Allah ki isi Sunnat ko baghair change karein ada kar rahe hain.</w:t>
      </w:r>
      <w:r>
        <w:br/>
      </w:r>
      <w:r>
        <w:rPr>
          <w:sz w:val="20"/>
        </w:rPr>
        <w:t>1:01:07  Masha</w:t>
      </w:r>
      <w:r>
        <w:br/>
      </w:r>
      <w:r>
        <w:rPr>
          <w:sz w:val="20"/>
        </w:rPr>
        <w:t>1:01:08  Allah to yeh ek is book fair ke silsilay mein meri ek. Ji mujhe yaad hai ke Maulana Iqbal sahib, hamari networking meeting chal rahi thi CPS International ki aur saade saat aath baje ka waqt tha.</w:t>
      </w:r>
      <w:r>
        <w:br/>
      </w:r>
      <w:r>
        <w:rPr>
          <w:sz w:val="20"/>
        </w:rPr>
        <w:t>1:01:20  Ah to</w:t>
      </w:r>
      <w:r>
        <w:br/>
      </w:r>
      <w:r>
        <w:rPr>
          <w:sz w:val="20"/>
        </w:rPr>
        <w:t>1:01:21  us waqt aap stall pe hi thay Lucknow mein. Ji aur mein sahi mein yeh dil se kehna chah raha hoon ke aap dono bohat hi inspiration hain CPS Ulama team ke liye bhi aur tamam CPS members ke liye ke ah agar ah time allow nahi bhi kar raha to kaise aap time ah time se time nikal lete hain.</w:t>
      </w:r>
      <w:r>
        <w:br/>
      </w:r>
      <w:r>
        <w:rPr>
          <w:sz w:val="20"/>
        </w:rPr>
        <w:t>1:01:41  Ah yeh mein ne us din bhi dekha ke aap stall mein thay lekin aap ne networking meeting mein ah participate kiya. Mein ne Maulana Iqbal sahib se kaha ke ek nazara dikh</w:t>
      </w:r>
      <w:r>
        <w:br/>
      </w:r>
      <w:r>
        <w:rPr>
          <w:sz w:val="20"/>
        </w:rPr>
        <w:t>1:01:49  aiye to unhon ne foran ah jo phone tha us ko stall ki taraf kar diya. To jitne bhi log juray hue thay different countries se, India se, to unhon ne dekha ke kis tarah se interaction ho raha hai aur jo book stall hai woh kitabon se bhara hua tha.</w:t>
      </w:r>
      <w:r>
        <w:br/>
      </w:r>
      <w:r>
        <w:rPr>
          <w:sz w:val="20"/>
        </w:rPr>
        <w:t>1:02:05  boht hi sundar nazara tha. to Maulana Iqbal sahib, koi agar ek interaction agar aap ko yaad ho, agar aap share karna chahein ya kuch aur aap add karna chahein jo Maulana Israr sahib ne kaha.</w:t>
      </w:r>
      <w:r>
        <w:br/>
      </w:r>
      <w:r>
        <w:rPr>
          <w:sz w:val="20"/>
        </w:rPr>
        <w:t>1:02:17  ah</w:t>
      </w:r>
      <w:r>
        <w:br/>
      </w:r>
      <w:r>
        <w:rPr>
          <w:sz w:val="20"/>
        </w:rPr>
        <w:t>1:02:18  dekhiye, yaqeenan jaisa ke Maulana Israr sahib ne kaha ke book fair ek boht bari dawah opportunity hai.</w:t>
      </w:r>
      <w:r>
        <w:br/>
      </w:r>
      <w:r>
        <w:rPr>
          <w:sz w:val="20"/>
        </w:rPr>
        <w:t>1:02:27  aur isi tarah mein jo ek ah is bar Lucknow book fair mein achaanak ek naujawan aaye, naujawan aa ke Maulana ki kitabein dhoondh rahe the idhar udhar se, idhar udhar se.</w:t>
      </w:r>
      <w:r>
        <w:br/>
      </w:r>
      <w:r>
        <w:rPr>
          <w:sz w:val="20"/>
        </w:rPr>
        <w:t>1:02:41  woh thay, un ka naam Prasad, is koi naam tha. to maine kaha kya chahiye? to maine Maulana ki fawafat ke bare mein boht news dekhi.</w:t>
      </w:r>
      <w:r>
        <w:br/>
      </w:r>
      <w:r>
        <w:rPr>
          <w:sz w:val="20"/>
        </w:rPr>
        <w:t>1:02:52  is ke baad se yeh kaun shakhsiyat thay, yeh janne ki koshish kiya. to yeh Maulana hain. to mein is ke baad se video follow kar raha hoon, sun raha hoon. to mein ab aaj kal woh Kerala mein journalism kar rahe hain.</w:t>
      </w:r>
      <w:r>
        <w:br/>
      </w:r>
      <w:r>
        <w:rPr>
          <w:sz w:val="20"/>
        </w:rPr>
        <w:t>1:03:06  to woh yahan isi liye aaye hue hain ke Maulana ki kitabein</w:t>
      </w:r>
      <w:r>
        <w:br/>
      </w:r>
      <w:r>
        <w:rPr>
          <w:sz w:val="20"/>
        </w:rPr>
        <w:t>1:03:09  lein ke book fair laga hua hai, Lucknow ke hain woh. to unhone kaha ke mein Maulana ki falan kitab, falan kitab, falan kitab parhna chahta hoon. to is se mujhe ehsaas hua ke waqai mein book fair mein aise boht se waqiat hue ke mein isi liye aaya hoon ke mujhe Quran mile.</w:t>
      </w:r>
      <w:r>
        <w:br/>
      </w:r>
      <w:r>
        <w:rPr>
          <w:sz w:val="20"/>
        </w:rPr>
        <w:t>1:03:25  ji mein isi liye aaya hoon ke Maulana ki kitabein mile. to is qism se jo ah jo waqai mein readers rehte hain, woh apni intellectual zaroorat ko poori karne ke liye sirf net par hi nahi jaate balkeh aise book fair mein bhi jaate hain.</w:t>
      </w:r>
      <w:r>
        <w:br/>
      </w:r>
      <w:r>
        <w:rPr>
          <w:sz w:val="20"/>
        </w:rPr>
        <w:t>1:03:38  to aise boht se seekers rehte hain jo book fair mein aate hain. to yeh ek acha yeh tha ke Maulana ke inteqal ke baad log Maulana ke bare mein zyada sun rahe hain ab aur logon ko jo hai na baatein samajh mein aa rahi hain.</w:t>
      </w:r>
      <w:r>
        <w:br/>
      </w:r>
      <w:r>
        <w:rPr>
          <w:sz w:val="20"/>
        </w:rPr>
        <w:t>1:03:51  boht se log contact kar rahe hain, boht se log jo hai na ah samajh rahe hain. ji jazak Allah. ah Maulana Israr sahib, aaj ka aakhri sawal session ka.</w:t>
      </w:r>
      <w:r>
        <w:br/>
      </w:r>
      <w:r>
        <w:rPr>
          <w:sz w:val="20"/>
        </w:rPr>
        <w:t>1:04:01  ah aaj Maulana Wahiduddin Khan sahib hamare beech mein nahi hain. ah</w:t>
      </w:r>
      <w:r>
        <w:br/>
      </w:r>
      <w:r>
        <w:rPr>
          <w:sz w:val="20"/>
        </w:rPr>
        <w:t>1:04:07  to CPS risala mission ke hawale se, ah jo dunya bhar mein jo log dawah kaam kar rahe hain, un ke liye koi message aap dena chahenge?</w:t>
      </w:r>
      <w:r>
        <w:br/>
      </w:r>
      <w:r>
        <w:rPr>
          <w:sz w:val="20"/>
        </w:rPr>
        <w:t>1:04:16  aap dono. ji ah waise to mein is laiq nahi hoon ke koi message doon lekin Maulana ki ek baat mein yahan pe woh baat ko message ke taur par dena chahunga.</w:t>
      </w:r>
      <w:r>
        <w:br/>
      </w:r>
      <w:r>
        <w:rPr>
          <w:sz w:val="20"/>
        </w:rPr>
        <w:t>1:04:27  ji ah Maulana se mein 2001 mein mila tha lekin is se ek saal pehle mere kuch senior saathi Maulana se milne ke liye aaye thay. ji</w:t>
      </w:r>
      <w:r>
        <w:br/>
      </w:r>
      <w:r>
        <w:rPr>
          <w:sz w:val="20"/>
        </w:rPr>
        <w:t>1:04:35  to woh bhi dawah team thi. to unhone Maulana se poocha ke aap kuch naseehat karein. ji aur woh log record kar ke la ke mujhe sunayein. ji kyunke mein Maulana ko parhne wala tha to mein Maulana ki awaaz ko boht ghaur se sun raha tha.</w:t>
      </w:r>
      <w:r>
        <w:br/>
      </w:r>
      <w:r>
        <w:rPr>
          <w:sz w:val="20"/>
        </w:rPr>
        <w:t>1:04:47  mujhe achi tarah yaad hai ke mein us waqt dopehar ka waqt tha, dhoop thi. to hamare madrasay mein hi jo classroom ko jaate hue woh garden mein Ashoka trees hote hain to us ke neeche shadow rehta hai.</w:t>
      </w:r>
      <w:r>
        <w:br/>
      </w:r>
      <w:r>
        <w:rPr>
          <w:sz w:val="20"/>
        </w:rPr>
        <w:t>1:04:59  to us par chalte hue hum aage jaate hain. ji to isi saaye mein thehra hua tha to record suna mein. to Maulana ne un logon se kaha dekhein dawah kaam duaon ke saaye mein chalta hai.</w:t>
      </w:r>
      <w:r>
        <w:br/>
      </w:r>
      <w:r>
        <w:rPr>
          <w:sz w:val="20"/>
        </w:rPr>
        <w:t>1:05:09  ji yaqeenan to yeh hamara jo bhi dawah kaam hai woh bas duaon ke saaye mein chalta hai. ji to dua, dua, dua hi message hai hamare liye.</w:t>
      </w:r>
      <w:r>
        <w:br/>
      </w:r>
      <w:r>
        <w:rPr>
          <w:sz w:val="20"/>
        </w:rPr>
        <w:t>1:05:18  jazak Allah. jazak Allah. ji Maulana Iqbal sahib. ah mashaa Allah Maulana ne boht kuch jo bhi likha hai woh sab CPS team ke liye ek dam har baat Maulana ki ah sunhari baat hai.</w:t>
      </w:r>
      <w:r>
        <w:br/>
      </w:r>
      <w:r>
        <w:rPr>
          <w:sz w:val="20"/>
        </w:rPr>
        <w:t>1:05:33  to mein ek zehni taur se kyunke intellectuals ka tabqa zyada samajhna aur parhna chahta hai to ek cheez mein yeh kehna chahta hoon jaisa ke Maulana ne khud likha hai ke ke hum logon ko ah mission culture aur academic culture dono mein is mein farq kar ke chalna chahiye ke mission kya chahta hai, academic kya chahti hai.</w:t>
      </w:r>
      <w:r>
        <w:br/>
      </w:r>
      <w:r>
        <w:rPr>
          <w:sz w:val="20"/>
        </w:rPr>
        <w:t>1:05:55  to hum ek maqsad par lage hue hain, yeh mission ka maqsad hai yaani tauheed ka paigham pohanchana, dawah ke liye khara yeh mission hai ek.</w:t>
      </w:r>
      <w:r>
        <w:br/>
      </w:r>
      <w:r>
        <w:rPr>
          <w:sz w:val="20"/>
        </w:rPr>
        <w:t>1:06:03  ji to hamara har amal mission ke oriented hoga, hamari har baat mission ki nisbat se ki jayegi. hum ko koi jo hai na academic yeh woh aisi waisi baaton se hum ko pareshan nahi hona chahiye.</w:t>
      </w:r>
      <w:r>
        <w:br/>
      </w:r>
      <w:r>
        <w:rPr>
          <w:sz w:val="20"/>
        </w:rPr>
        <w:t>1:06:15  dusra Maulana ka sara literature insan focus hai yaani fard focus hai. to apne liye marifat, doosron ke liye ablagh Quran yaani mass mein hum jo kaam karenge woh Quran pohanchayenge.</w:t>
      </w:r>
      <w:r>
        <w:br/>
      </w:r>
      <w:r>
        <w:rPr>
          <w:sz w:val="20"/>
        </w:rPr>
        <w:t>1:06:26  ji aur apne liye Maulana ki kitabein jitna ho sake parhenge taake in kitabon ko parhne ki wajah se aap ki shakhsiyat banegi. is mein kya aap ko apne aap ko jo hai na izafa iman ka kaam karna hai, yeh sari cheezein is mein maujood hain.</w:t>
      </w:r>
      <w:r>
        <w:br/>
      </w:r>
      <w:r>
        <w:rPr>
          <w:sz w:val="20"/>
        </w:rPr>
        <w:t>1:06:39  to allah taala se dua hai ke allah taala hum ko</w:t>
      </w:r>
      <w:r>
        <w:br/>
      </w:r>
      <w:r>
        <w:rPr>
          <w:sz w:val="20"/>
        </w:rPr>
        <w:t>1:06:42  amal karne ki tofeeq ata farmaye. bahut bahut shukriya molana syed iqbal umri, molana khateeb asrar umri. aaj aap ne bahut achhe se ah cps alrisala mission aur molana wahiduddin khan sahab ke thoughts ko wazeh kiya.</w:t>
      </w:r>
      <w:r>
        <w:br/>
      </w:r>
      <w:r>
        <w:rPr>
          <w:sz w:val="20"/>
        </w:rPr>
        <w:t>1:06:58  jazak allah. a</w:t>
      </w:r>
      <w:r>
        <w:br/>
      </w:r>
      <w:r>
        <w:rPr>
          <w:sz w:val="20"/>
        </w:rPr>
        <w:t>1:07:00  h agar aap dayen hain aur ulma hain aur aap cps alrisala ulma team ko join karna chahte hain to aap apni puri details contact ke sath zarur likhen at info@cpsglobal.org.</w:t>
      </w:r>
      <w:r>
        <w:br/>
      </w:r>
      <w:r>
        <w:rPr>
          <w:sz w:val="20"/>
        </w:rPr>
        <w:t>1:07:16  i will repeat info at cpsglobal.org. hamari team aap ko zarur contact karegi.</w:t>
      </w:r>
      <w:r>
        <w:br/>
      </w:r>
      <w:r>
        <w:rPr>
          <w:sz w:val="20"/>
        </w:rPr>
        <w:t>1:07:26  ah to aaj ka session khatm karne se pehle ek aur bahut ah ah important announcement hai. ah jise ah announce karte hue mujhe behad khushi ho rahi hai.</w:t>
      </w:r>
      <w:r>
        <w:br/>
      </w:r>
      <w:r>
        <w:rPr>
          <w:sz w:val="20"/>
        </w:rPr>
        <w:t>1:07:36  jaisa ke molana asrar sahab aur molana iqbal sahab ne bhi bataya ke kis tarah molana ke literature ko tamil mein laya ja raha hai,</w:t>
      </w:r>
      <w:r>
        <w:br/>
      </w:r>
      <w:r>
        <w:rPr>
          <w:sz w:val="20"/>
        </w:rPr>
        <w:t>1:07:45  isi tarah cps team members ah different ah parts of india and world mein wahi kaam kar rahe hain ke wo molana ke literature ko doosri zubanon mein le ke aa rahe hain.</w:t>
      </w:r>
      <w:r>
        <w:br/>
      </w:r>
      <w:r>
        <w:rPr>
          <w:sz w:val="20"/>
        </w:rPr>
        <w:t>1:07:57  haal hi mein telugu zuban mein molana ka kafi literature translate ho chuka hai aur aaj hum usi ko launch karne ja rahe hain.</w:t>
      </w:r>
      <w:r>
        <w:br/>
      </w:r>
      <w:r>
        <w:rPr>
          <w:sz w:val="20"/>
        </w:rPr>
        <w:t>1:08:05  yeh molana ki taqreeban ah 22 kitaben aur 11 leaflets telugu zuban mein translate ho chuki hain jis ko hum cps ah website pe upload kar chuke hain.</w:t>
      </w:r>
      <w:r>
        <w:br/>
      </w:r>
      <w:r>
        <w:rPr>
          <w:sz w:val="20"/>
        </w:rPr>
        <w:t>1:08:18  ah yeh kaam ah andhra aur telangana cps team ne kiya hai under the supervision of molana fayyaz uddin umri sahab.</w:t>
      </w:r>
      <w:r>
        <w:br/>
      </w:r>
      <w:r>
        <w:rPr>
          <w:sz w:val="20"/>
        </w:rPr>
        <w:t>1:08:28  ah to main chahunga ke doctor saniya hasnain khan sahab ah is ko launch karen.</w:t>
      </w:r>
      <w:r>
        <w:br/>
      </w:r>
      <w:r>
        <w:rPr>
          <w:sz w:val="20"/>
        </w:rPr>
        <w:t>1:08:51  bismillah rahman rahim. ah mujhe bahut hi khushi ho rahi hai yeh leaflets aur pamphlets ah launch karte hue.</w:t>
      </w:r>
      <w:r>
        <w:br/>
      </w:r>
      <w:r>
        <w:rPr>
          <w:sz w:val="20"/>
        </w:rPr>
        <w:t>1:09:02  jaisa ke doctor rajat bhallotara ne abhi bataya ke south india mein ah jo languages hain us pe kaam ho raha hai.</w:t>
      </w:r>
      <w:r>
        <w:br/>
      </w:r>
      <w:r>
        <w:rPr>
          <w:sz w:val="20"/>
        </w:rPr>
        <w:t>1:09:11  molana ki kitaben, kitabeh, leaflets is mein translate ho rahi hain.</w:t>
      </w:r>
      <w:r>
        <w:br/>
      </w:r>
      <w:r>
        <w:rPr>
          <w:sz w:val="20"/>
        </w:rPr>
        <w:t>1:09:17  bahut hi zarurat thi is ki chunke south india mein log zahir hai apni language hi padhte hain. tamil mein abhi kaam hua hai jaisa bataya asrar sahab ne aur molana iqbal umri sahab ne.</w:t>
      </w:r>
      <w:r>
        <w:br/>
      </w:r>
      <w:r>
        <w:rPr>
          <w:sz w:val="20"/>
        </w:rPr>
        <w:t>1:09:31  to yeh jo leaflets hain yeh kafi hain. ah taqreeban ah 22 leaflets hain aur 11 leaflets, 22, 11 leaflets hain aur 22 booklets hain.</w:t>
      </w:r>
      <w:r>
        <w:br/>
      </w:r>
      <w:r>
        <w:rPr>
          <w:sz w:val="20"/>
        </w:rPr>
        <w:t>1:09:45  ji jo ke molana ke kafi had tak jo thoughts hain us pe cover ho jate hain aur is ko ah siraj ur rahman umri sahab ne ah is mein bahut bada hissa liya hai aur jo log is ke translators hain un ke naam hain ah muhammad aziz ur rahman sahab, ghous morya sahab, muhammad aqeel ali sahab, muhammad qasim sahab aur mushtaq ahmed sahab.</w:t>
      </w:r>
      <w:r>
        <w:br/>
      </w:r>
      <w:r>
        <w:rPr>
          <w:sz w:val="20"/>
        </w:rPr>
        <w:t>1:10:13  to main dua karta hoon allah taala in sab logon ko ajr e azeem ata farmaye aur is ki bahut zarurat hai ke wahan par molana ke thoughts ah pahunchaye jayen aur alhamdulillah yeh ek kaam bahut achha shuru hua hai.</w:t>
      </w:r>
      <w:r>
        <w:br/>
      </w:r>
      <w:r>
        <w:rPr>
          <w:sz w:val="20"/>
        </w:rPr>
        <w:t>1:10:28  inshallah is se bahut hi ah faida pahunchega. achha</w:t>
      </w:r>
      <w:r>
        <w:br/>
      </w:r>
      <w:r>
        <w:rPr>
          <w:sz w:val="20"/>
        </w:rPr>
        <w:t>1:10:33  ah jazak allah doctor sahab. ah is ah booklets aur leaflets ka jo link hai woh aaj ke talk ke comment section mein bhi post kar diya gaya hai.</w:t>
      </w:r>
      <w:r>
        <w:br/>
      </w:r>
      <w:r>
        <w:rPr>
          <w:sz w:val="20"/>
        </w:rPr>
        <w:t>1:10:43  to aaj ka session hum yahin khatm karte hain. hum phir lotenge. ah achha sir, i am sorry, ah ek aur launch hai aaj. ah urdu alrisala by monthly ko bhi main doctor sahab se kahunga ke woh is ko bhi launch karen.</w:t>
      </w:r>
      <w:r>
        <w:br/>
      </w:r>
      <w:r>
        <w:rPr>
          <w:sz w:val="20"/>
        </w:rPr>
        <w:t>1:11:03  yeh ah alrisala ka special issue hai, khusoosi shumarah "shukr ek azeem ibadat". to is mein bahut hi achhe mazameen hain.</w:t>
      </w:r>
      <w:r>
        <w:br/>
      </w:r>
      <w:r>
        <w:rPr>
          <w:sz w:val="20"/>
        </w:rPr>
        <w:t>1:11:13  main aise hi abhi sarsari taur par dekh raha tha chunke molana ka yeh bahut hi mehboob topic hai "shukr" aur is mein ek mazmoon jo main aap ko padh ke suna sunata hoon, us se pata chalega ke is is mein mazameen kis tarah ke hain.</w:t>
      </w:r>
      <w:r>
        <w:br/>
      </w:r>
      <w:r>
        <w:rPr>
          <w:sz w:val="20"/>
        </w:rPr>
        <w:t>1:11:31  is ka jo is ki jo heading hai woh hai "shukr na ke shikayat". is mein do waqeat hain balke teen hain, main do leta hoon. ah is ko main padh raha hoon.</w:t>
      </w:r>
      <w:r>
        <w:br/>
      </w:r>
      <w:r>
        <w:rPr>
          <w:sz w:val="20"/>
        </w:rPr>
        <w:t>1:11:43  paanch sitambar 2003 ko juma ka din tha. maine nizamuddin ki kala masjid mein namaz a</w:t>
      </w:r>
      <w:r>
        <w:br/>
      </w:r>
      <w:r>
        <w:rPr>
          <w:sz w:val="20"/>
        </w:rPr>
        <w:t>1:11:52  da ki. imam sahib ne khutbe se pehle apni taqreer mein bataya ke 1947 mein yeh masjid kuch hinduo ke kabze mein chali gayi thi.</w:t>
      </w:r>
      <w:r>
        <w:br/>
      </w:r>
      <w:r>
        <w:rPr>
          <w:sz w:val="20"/>
        </w:rPr>
        <w:t>1:12:02  hum ne dobara chuki yahan se sab log chale gaye the to woh jis ko bhi ah woh abad thi nahi masjid to log aa ke rehne lage aur gaaye bhains paalne lage.</w:t>
      </w:r>
      <w:r>
        <w:br/>
      </w:r>
      <w:r>
        <w:rPr>
          <w:sz w:val="20"/>
        </w:rPr>
        <w:t>1:12:14  to yeh qareeb hi hai hamare yahan se center se bilkul paas mein yeh masjid hai. maine bhi is ko dekha hai bilkul shuru se.</w:t>
      </w:r>
      <w:r>
        <w:br/>
      </w:r>
      <w:r>
        <w:rPr>
          <w:sz w:val="20"/>
        </w:rPr>
        <w:t>1:12:21  to maulana likhte hain ke imam sahib ne bataya ke hum ne dobara kabza kar ke is ko abad karna chaha to police case ban gaya aur adalti karrawai ki nobat aa gayi.</w:t>
      </w:r>
      <w:r>
        <w:br/>
      </w:r>
      <w:r>
        <w:rPr>
          <w:sz w:val="20"/>
        </w:rPr>
        <w:t>1:12:34  adalaat ke samne yeh sawal tha ke kya 15 august 1947 se pehle yeh imarat ek masjid thi aur woh masjid ke taur par istemal hoti thi?</w:t>
      </w:r>
      <w:r>
        <w:br/>
      </w:r>
      <w:r>
        <w:rPr>
          <w:sz w:val="20"/>
        </w:rPr>
        <w:t>1:12:46  to hindu judge ne teen aadmiyo ki gawahi par masjid ke haq mein apna faisla kar diya. yeh teeno deli ke teen hindu the.</w:t>
      </w:r>
      <w:r>
        <w:br/>
      </w:r>
      <w:r>
        <w:rPr>
          <w:sz w:val="20"/>
        </w:rPr>
        <w:t>1:12:55  in mein se ek brahman tha, doosra baniya tha aur teesra harijan tha. kala masjid taqreeban aath so saal pehle tughlaq daur mein banai gayi thi.</w:t>
      </w:r>
      <w:r>
        <w:br/>
      </w:r>
      <w:r>
        <w:rPr>
          <w:sz w:val="20"/>
        </w:rPr>
        <w:t>1:13:06  mein 1983 se is masjid mein namaz padhta raha hoon.</w:t>
      </w:r>
      <w:r>
        <w:br/>
      </w:r>
      <w:r>
        <w:rPr>
          <w:sz w:val="20"/>
        </w:rPr>
        <w:t>1:13:11  pehle yeh masjid taqreeban khaddar ki halat mein thi. ab yahan masjid ki shandar imarat khadi hui hai. yeh ek alamat hai jo batati hai ke is mulk mein millat musalma ka mustaqbil din bad din behtar halat ki taraf ja raha hai.</w:t>
      </w:r>
      <w:r>
        <w:br/>
      </w:r>
      <w:r>
        <w:rPr>
          <w:sz w:val="20"/>
        </w:rPr>
        <w:t>1:13:28  to is tarah ke bohat hi positive baatein is mein maulana ne likhi hain. ah aur ek aur waqea is mein likha hai jo ke hamare gaon se hai.</w:t>
      </w:r>
      <w:r>
        <w:br/>
      </w:r>
      <w:r>
        <w:rPr>
          <w:sz w:val="20"/>
        </w:rPr>
        <w:t>1:13:38  ah azam garh se</w:t>
      </w:r>
      <w:r>
        <w:br/>
      </w:r>
      <w:r>
        <w:rPr>
          <w:sz w:val="20"/>
        </w:rPr>
        <w:t>1:13:40  mujhe yaad aata hai ke chalis saal pehle chuki yeh likha hoga bohat pehle, ab to pachaas saath saal pehle ki baat hai. yeh to maulana likhte hain ke mujhe yaad aata hai ke chalis saal pehle main up mein apne aabai gaon badhdia zila azam garh mein rehta tha.</w:t>
      </w:r>
      <w:r>
        <w:br/>
      </w:r>
      <w:r>
        <w:rPr>
          <w:sz w:val="20"/>
        </w:rPr>
        <w:t>1:13:58  mere ghar ke qareeb ek masjid thi. yeh jo masjid thi yeh hamare ghar ka hi hissa tha lekin sadak paar kar ke thi. woh hamari jagah thi. abhi bhi woh masjid hai, bohat choti si.</w:t>
      </w:r>
      <w:r>
        <w:br/>
      </w:r>
      <w:r>
        <w:rPr>
          <w:sz w:val="20"/>
        </w:rPr>
        <w:t>1:14:09  to mere ghar ke qareeb ek masjid thi. is mein aksar aisa hota tha ke main muazzin hota tha aur main imam aur muqtadi yani koi wahan aata nahi tha.</w:t>
      </w:r>
      <w:r>
        <w:br/>
      </w:r>
      <w:r>
        <w:rPr>
          <w:sz w:val="20"/>
        </w:rPr>
        <w:t>1:14:18  sirf maulana ja ke azan dete the aur khud hi takbeer padhte the aur khud hi namaz padhate the yani akele hi namaz padhte the.</w:t>
      </w:r>
      <w:r>
        <w:br/>
      </w:r>
      <w:r>
        <w:rPr>
          <w:sz w:val="20"/>
        </w:rPr>
        <w:t>1:14:28  khas taur pe isha ki namaz mujhe is tarah padhna hota tha ke main lalten le kar masjid jata jo gaon ke bahar kheton ke kinare waqe tha.</w:t>
      </w:r>
      <w:r>
        <w:br/>
      </w:r>
      <w:r>
        <w:rPr>
          <w:sz w:val="20"/>
        </w:rPr>
        <w:t>1:14:39  raat ke sunsaan mahaul mein isha ki namaz padhna bada ajeeb tajurba tha. mujhe bhi maulana le jaya karte the. mujhe yaad hai main bohat chota tha, shayad teen char saal ka.</w:t>
      </w:r>
      <w:r>
        <w:br/>
      </w:r>
      <w:r>
        <w:rPr>
          <w:sz w:val="20"/>
        </w:rPr>
        <w:t>1:14:51  to baitha dete the aur namaz padhte the. baad mein jab namaz khatam ho jati thi to meri gardan pakad ke ek do sajda kara dete the. aise to is tarah se shuruaat hui meri namaz ki.</w:t>
      </w:r>
      <w:r>
        <w:br/>
      </w:r>
      <w:r>
        <w:rPr>
          <w:sz w:val="20"/>
        </w:rPr>
        <w:t>1:15:02  to us waqt wahan mere sath koi aur namazi nahi hota tha. main khud hi azan deta, khud hi takbeer keh kar jamaat ke taur par namaz ada karta aur phir lalten le kar wapas ghar aa jata.</w:t>
      </w:r>
      <w:r>
        <w:br/>
      </w:r>
      <w:r>
        <w:rPr>
          <w:sz w:val="20"/>
        </w:rPr>
        <w:t>1:15:16  magar ab chalis saal ke baad masjid samet yeh poori jagah nihayat baronaq ho gayi hai. ab wahan masjid se mutasir sadak guzar rahi hai, bijli aur telephone aa chuka hai.</w:t>
      </w:r>
      <w:r>
        <w:br/>
      </w:r>
      <w:r>
        <w:rPr>
          <w:sz w:val="20"/>
        </w:rPr>
        <w:t>1:15:27  masjid ke bilkul samne ek mayari school qaim ho gaya hai.</w:t>
      </w:r>
      <w:r>
        <w:br/>
      </w:r>
      <w:r>
        <w:rPr>
          <w:sz w:val="20"/>
        </w:rPr>
        <w:t>1:15:31  ab yahan raat din chahal pehal rehti hai. is qism ke waqeyat har jagah pesh aa rahe hain. in waqeyat mein nihayat ummeed afza paigham chupa hua hai.</w:t>
      </w:r>
      <w:r>
        <w:br/>
      </w:r>
      <w:r>
        <w:rPr>
          <w:sz w:val="20"/>
        </w:rPr>
        <w:t>1:15:41  magar ajeeb baat yeh hai ke maujooda zamane mein tamam musalman mazhabi aur ghair mazhabi dono shikayat ki boli bolte hain.</w:t>
      </w:r>
      <w:r>
        <w:br/>
      </w:r>
      <w:r>
        <w:rPr>
          <w:sz w:val="20"/>
        </w:rPr>
        <w:t>1:15:49  mujhe apne tajurbe mein poori muslim dunya mein koi shakhs nahi mila jo shikayat se khali ho aur haqeeqi taur par shukr ke jazbe se sarshar ho kar hamd culture ya misbat soch, positive soch mein jeeta ho.</w:t>
      </w:r>
      <w:r>
        <w:br/>
      </w:r>
      <w:r>
        <w:rPr>
          <w:sz w:val="20"/>
        </w:rPr>
        <w:t>1:16:04  to yeh bohat hi aham ah shumarah hai.</w:t>
      </w:r>
      <w:r>
        <w:br/>
      </w:r>
      <w:r>
        <w:rPr>
          <w:sz w:val="20"/>
        </w:rPr>
        <w:t>1:16:08  shukr aik azeem ibadat aur is mein Maulana ne is tarah ke bohat sare achhe mazameen jo likhe the woh ikattha ah kiye hain hum logon ne.</w:t>
      </w:r>
      <w:r>
        <w:br/>
      </w:r>
      <w:r>
        <w:rPr>
          <w:sz w:val="20"/>
        </w:rPr>
        <w:t>1:16:17  aur to mein chahunga ke aap sab is ko is ka mutala karen. bohat hi umda ah yeh ah khusoosi shumarah hai Al-Risalah ka.</w:t>
      </w:r>
      <w:r>
        <w:br/>
      </w:r>
      <w:r>
        <w:rPr>
          <w:sz w:val="20"/>
        </w:rPr>
        <w:t>1:16:27  jazak Allah. ji, thank you doctor sahib. so aaj ka session hum khatam karte hain. hum phir lotenge agle Sunday saade das baje.</w:t>
      </w:r>
    </w:p>
    <w:p>
      <w:pPr>
        <w:pStyle w:val="Heading2"/>
      </w:pPr>
      <w:r>
        <w:t>Advice for young children</w:t>
      </w:r>
    </w:p>
    <w:p>
      <w:r>
        <w:rPr>
          <w:color w:val="666666"/>
          <w:sz w:val="18"/>
        </w:rPr>
        <w:t>Life &amp; Wisdom · The Art of Thinking January 28, 2024 · 9m 14s · at 38:39 · https://youtu.be/lpUsTrs0ulo?t=2319</w:t>
      </w:r>
    </w:p>
    <w:p>
      <w:r>
        <w:rPr>
          <w:i/>
        </w:rPr>
        <w:t>“Respected Apa and all CPS members, what should young children like us do? Please give us some advice from Maulana Sahib.”</w:t>
      </w:r>
    </w:p>
    <w:p>
      <w:r>
        <w:rPr>
          <w:sz w:val="20"/>
        </w:rPr>
        <w:t>38:39  ". Rohit Kumar ji ne Amritsar se likha hai: "Respected Apa ji and all CPS members, hum jaise—" achha, inka sawal hai apa yeh ke hum jaise naujawan bachchon ko kya karna chahiye?</w:t>
      </w:r>
      <w:r>
        <w:br/>
      </w:r>
      <w:r>
        <w:rPr>
          <w:sz w:val="20"/>
        </w:rPr>
        <w:t>38:53  please humein Maulana sahab ki kuch naseehat kardi jiye.</w:t>
      </w:r>
      <w:r>
        <w:br/>
      </w:r>
      <w:r>
        <w:rPr>
          <w:sz w:val="20"/>
        </w:rPr>
        <w:t>39:00  aap hi kar dijiye.</w:t>
      </w:r>
      <w:r>
        <w:br/>
      </w:r>
      <w:r>
        <w:rPr>
          <w:sz w:val="20"/>
        </w:rPr>
        <w:t>39:02  apa woh basically youth ke point of view se keh rahe hain. to Maulana to hamesha is baat pe hi emphasize karte the ke always remain positive and aap apni study badhaiye.</w:t>
      </w:r>
      <w:r>
        <w:br/>
      </w:r>
      <w:r>
        <w:rPr>
          <w:sz w:val="20"/>
        </w:rPr>
        <w:t>39:15  study pe bahut emphasize karte the kyunke isi se ek zehan khulta hai. a person is able to look at different aspects to a same such</w:t>
      </w:r>
      <w:r>
        <w:br/>
      </w:r>
      <w:r>
        <w:rPr>
          <w:sz w:val="20"/>
        </w:rPr>
        <w:t>39:27  situation. to intellectual development jo hai, Maulana kehte the ke isko apni prime jo hai target apna banaiye.</w:t>
      </w:r>
      <w:r>
        <w:br/>
      </w:r>
      <w:r>
        <w:rPr>
          <w:sz w:val="20"/>
        </w:rPr>
        <w:t>39:35  to isi cheez ko apa emphasize bahut karte the. agar aap is pe kuch add karna chahein. apna time bilkul waste na karen. ji, zyada tar log apna time waste karte hain.</w:t>
      </w:r>
      <w:r>
        <w:br/>
      </w:r>
      <w:r>
        <w:rPr>
          <w:sz w:val="20"/>
        </w:rPr>
        <w:t>39:49  kuch ghar mein waste karte hain, idhar udhar ki baatein karne, irrelevant baatein karna, phir doston mein waste karte hain. Maulana bahut zyada khilaf the doston ke.</w:t>
      </w:r>
      <w:r>
        <w:br/>
      </w:r>
      <w:r>
        <w:rPr>
          <w:sz w:val="20"/>
        </w:rPr>
        <w:t>39:58  to jo bhi time bache, jo bhi koi business hai, kar raha hai, koi job kar raha hai, koi student hai, to jo bhi time bache, usko sahi sahi istemal karen.</w:t>
      </w:r>
      <w:r>
        <w:br/>
      </w:r>
      <w:r>
        <w:rPr>
          <w:sz w:val="20"/>
        </w:rPr>
        <w:t>40:08  acchi kitabein padhen aur apne aise logon se milen jin jo log inko kuch sahi rehnumai dein.</w:t>
      </w:r>
      <w:r>
        <w:br/>
      </w:r>
      <w:r>
        <w:rPr>
          <w:sz w:val="20"/>
        </w:rPr>
        <w:t>40:17  guide achha inke paas hona chahiye. to yahi apne aap ko tayyar karen. tayyar karenge to mauqe to bahut zyada hain. aur aur isko koi koi bhi achha kaam karen aaj kal jis se inko dilchaspi hai, inko social work se dilchaspi hai, social work karen.</w:t>
      </w:r>
      <w:r>
        <w:br/>
      </w:r>
      <w:r>
        <w:rPr>
          <w:sz w:val="20"/>
        </w:rPr>
        <w:t>40:34  kuch bhi achha kaam karen, apne time ko ka sahi istemal karen. bal</w:t>
      </w:r>
      <w:r>
        <w:br/>
      </w:r>
      <w:r>
        <w:rPr>
          <w:sz w:val="20"/>
        </w:rPr>
        <w:t>40:39  kal. I think apa yeh bahut important guidance di aapne. kyunke time is very precious aur insan jis tarike se apna samay bitayega, woh waisa hi ban jayega.</w:t>
      </w:r>
      <w:r>
        <w:br/>
      </w:r>
      <w:r>
        <w:rPr>
          <w:sz w:val="20"/>
        </w:rPr>
        <w:t>40:50  to Maulana se jab log poochte the ke kya picture dekh sakte hain, kya entertainment kar sakte hain, to woh yeh kehte the ke ise aap haram halal ka masla mat banayen.</w:t>
      </w:r>
      <w:r>
        <w:br/>
      </w:r>
      <w:r>
        <w:rPr>
          <w:sz w:val="20"/>
        </w:rPr>
        <w:t>41:00  aap ise yeh dekhen ke aap is time mein kya apna intellectual development kar sakte hain ya phir aap sirf entertainment karna chahenge.</w:t>
      </w:r>
      <w:r>
        <w:br/>
      </w:r>
      <w:r>
        <w:rPr>
          <w:sz w:val="20"/>
        </w:rPr>
        <w:t>41:07  to aaj kal to jaise mobile phone mein sab log gum ho jate hain, to woh bhi wastage of time hai. It's the biggest time stealer. to yeh bahut achha aap ne kaha.</w:t>
      </w:r>
      <w:r>
        <w:br/>
      </w:r>
      <w:r>
        <w:rPr>
          <w:sz w:val="20"/>
        </w:rPr>
        <w:t>41:17  time jo hai, us ko constructive cheez pe, khaas kar apnay zehn ko bananay mein agar hum lagayein, to woh zyada long term mein humain benefit de ga.</w:t>
      </w:r>
      <w:r>
        <w:br/>
      </w:r>
      <w:r>
        <w:rPr>
          <w:sz w:val="20"/>
        </w:rPr>
        <w:t>41:31  Riaz Bhatt sahib ka bhi Srinagar se comment hai, unhon ne likha hai: "Thought and actions have a common origin, that is feeling. So one should start with feeling good, because feeling positive in every state is a godly feeling." Ins Ahmed sahib, unhon ne apnay location nahi likha hai, unhon ne likha hai: "Respect to all human beings, love to each other."</w:t>
      </w:r>
      <w:r>
        <w:br/>
      </w:r>
      <w:r>
        <w:rPr>
          <w:sz w:val="20"/>
        </w:rPr>
        <w:t>41:54  Miss Carothlin ne Srinagar se likha hai: "The process of positive, unbiased, critical thinking and learning from the experience of others is the essence of intellectual development.</w:t>
      </w:r>
      <w:r>
        <w:br/>
      </w:r>
      <w:r>
        <w:rPr>
          <w:sz w:val="20"/>
        </w:rPr>
        <w:t>42:06  This art of thinking led Newton to discover the law of gravity and brought a revolution." Professor Najma Siddiqui ne Dubai se likha hai: "Jazakallah, it is such an important topic being discussed very nicely."</w:t>
      </w:r>
      <w:r>
        <w:br/>
      </w:r>
      <w:r>
        <w:rPr>
          <w:sz w:val="20"/>
        </w:rPr>
        <w:t>42:22  Faiz Qadri sahib ne Coimbatore se likha hai: "Merciless self-hammering Maulana hi ne humein sikhai jo ain Quran aur Sunnat ke mutabiq hai." Dr. Aslam Khan sahib ne Saharanpur se likha hai: "Agar hum kisi maslay mein haq par hain lekin haq par amal karne se result oriented yani fasad paida ho raha hai, to aisay haq par amal na karein.</w:t>
      </w:r>
      <w:r>
        <w:br/>
      </w:r>
      <w:r>
        <w:rPr>
          <w:sz w:val="20"/>
        </w:rPr>
        <w:t>42:47  Yehi Quran ki pasandeeda ideology hai. Lekin aaj ke Muslims in fact ko nahi jantay jabkay Rasool Allah ne isi tareeqay ko apnaya." Apa aik martaba mein ne Maulana se hi suna tha, unhon ne kaha ke bara acha saying tha ke "A foolish man also does what a wise man does, but after a lot of damage."</w:t>
      </w:r>
      <w:r>
        <w:br/>
      </w:r>
      <w:r>
        <w:rPr>
          <w:sz w:val="20"/>
        </w:rPr>
        <w:t>43:14  To aik foolish, aik foolish insan jo hai, woh hamesha apnay action ko dekhta hai. "But a wise man not only looks at his action, but also looks at its consequences, its result." To Maulana hamesha yeh William Ralph ka jo quote hai, us ko batatay thay ke "A wise man is one who sees the relative value of things." To apa yeh bohat important hai, yeh jo quote</w:t>
      </w:r>
      <w:r>
        <w:br/>
      </w:r>
      <w:r>
        <w:rPr>
          <w:sz w:val="20"/>
        </w:rPr>
        <w:t>43:42  hai. Mein chahoon ga is ke baray mein bhi aap hum sab ko wazeh karein. Haan, ye bohat zyada ye cheez important hai, relative value. Kyunke jo real value hai ya absolute value hai, to woh to bohat hi kam aisa hota hai ke humain real value jo hai har cheez ki mil</w:t>
      </w:r>
      <w:r>
        <w:br/>
      </w:r>
      <w:r>
        <w:rPr>
          <w:sz w:val="20"/>
        </w:rPr>
        <w:t>44:03  jaye. Kyunke aam taur par kya hota hai, jis ko Maulana indirect benefit bhi kehtay thay, ke direct benefit kam hota hai, indirect benefit bohat zyada hota hai, lekin log us ko samajh nahi patay. To is ka mein is se us waqt sirf Sulah Hudaibiyah ki misaal doon gi</w:t>
      </w:r>
      <w:r>
        <w:br/>
      </w:r>
      <w:r>
        <w:rPr>
          <w:sz w:val="20"/>
        </w:rPr>
        <w:t>44:22  ke Sulah Hudaibiyah ki jo misaal, woh jo Rasool Allah Salallahu Alaihi Wasallam ne sulah ki, dab kar ke tamam un ke enemy ki sharaait ko accept kar ke, to ab Sahaba ke bhi kisi kisi bhi Sahabi ko samajh mein nahi aa raha tha.</w:t>
      </w:r>
      <w:r>
        <w:br/>
      </w:r>
      <w:r>
        <w:rPr>
          <w:sz w:val="20"/>
        </w:rPr>
        <w:t>44:40  Sab Sahabi bohat zyada ghamgeen thay ke itna zillat amaiz muahida hua hai. Matlab hai ke Hazrat Umar, Hazrat Abu Bakr jaisay Sahabi bhi sab pareshan thay.</w:t>
      </w:r>
      <w:r>
        <w:br/>
      </w:r>
      <w:r>
        <w:rPr>
          <w:sz w:val="20"/>
        </w:rPr>
        <w:t>44:53  Lekin woh jo us ka woh tha, jo hidden aspect tha, jis ko hum kahain ge relative value jo tha, woh Rasool Allah Salallahu Alaihi Wasallam ko angels ne bataya ya aap ko khud aap ne samjha.</w:t>
      </w:r>
      <w:r>
        <w:br/>
      </w:r>
      <w:r>
        <w:rPr>
          <w:sz w:val="20"/>
        </w:rPr>
        <w:t>45:07  Beharhaal to woh jo hidden aspect tha, woh zabardast tha kyunke jab muahida ho jaye ga aur aman qaim ho jaye ga, saray jo hain bahami takrao khatam ho jaye ga, jang-i halaat khatam ho jayein ge</w:t>
      </w:r>
      <w:r>
        <w:br/>
      </w:r>
      <w:r>
        <w:rPr>
          <w:sz w:val="20"/>
        </w:rPr>
        <w:t>45:24  , log aik doosray se milnay lagen ge to zabardast jo hai is ka faida hoga. Jo paigham Rasool Allah Salallahu Alaihi Wasallam, jo paigham phailanay mein jo itni rukawatein aa rahi theen, to woh sari rukawatein khatam ho jayein gi.</w:t>
      </w:r>
      <w:r>
        <w:br/>
      </w:r>
      <w:r>
        <w:rPr>
          <w:sz w:val="20"/>
        </w:rPr>
        <w:t>45:40  To isi wajah se Quran mein aaya ke Allah ne woh baat jani jo tum ne nahi jani, Surah Al-Fatah mein ke us ke baad achaanak saray pooray Arab mein achaanak jo hai woh Rasool Allah Salallahu Alaihi Wasallam ka paigham phunch gaya, sari dushmaniayn khatam ho gaein.</w:t>
      </w:r>
      <w:r>
        <w:br/>
      </w:r>
      <w:r>
        <w:rPr>
          <w:sz w:val="20"/>
        </w:rPr>
        <w:t>46:02  To</w:t>
      </w:r>
      <w:r>
        <w:br/>
      </w:r>
      <w:r>
        <w:rPr>
          <w:sz w:val="20"/>
        </w:rPr>
        <w:t>46:03  isi par woh hai ke Hazrat Umar ne kaha hai ke aqalmand woh nahi hai jo shar ke muqablay mein khair ko janay.</w:t>
      </w:r>
      <w:r>
        <w:br/>
      </w:r>
      <w:r>
        <w:rPr>
          <w:sz w:val="20"/>
        </w:rPr>
        <w:t>46:12  To hamesha hi shar aur khair dono hota hai. Haan, aqalmand woh hai jo lesser evil ko janay, do shar mein se kon shar kam hai, woh janay.</w:t>
      </w:r>
      <w:r>
        <w:br/>
      </w:r>
      <w:r>
        <w:rPr>
          <w:sz w:val="20"/>
        </w:rPr>
        <w:t>46:23  Matlab aik tha ke un ki sari dushmani ki sari conditions ko accept karna aur doosra tha ke tamam jo hai halaat normalize, normalize ho jayein aur paigham phochanay mein sari jo hain rastay khul jayein.</w:t>
      </w:r>
      <w:r>
        <w:br/>
      </w:r>
      <w:r>
        <w:rPr>
          <w:sz w:val="20"/>
        </w:rPr>
        <w:t>46:40  To woh zyada behtar tha ya yeh zyada behtar hai. To</w:t>
      </w:r>
      <w:r>
        <w:br/>
      </w:r>
      <w:r>
        <w:rPr>
          <w:sz w:val="20"/>
        </w:rPr>
        <w:t>46:44  yeh jo hai agar hum sirf aik baat ko yeh rakhein ke hamara har action jo hai woh result oriented hona chahiye aur sochien, agar hum gehrai se to humain samajh mein aa jata hai ke hum aisa karein ge to is ka result yeh hoga, aisa karein ge to is ka result yeh hoga.</w:t>
      </w:r>
      <w:r>
        <w:br/>
      </w:r>
      <w:r>
        <w:rPr>
          <w:sz w:val="20"/>
        </w:rPr>
        <w:t>47:04  Sirf sochne ka dair hai,</w:t>
      </w:r>
      <w:r>
        <w:br/>
      </w:r>
      <w:r>
        <w:rPr>
          <w:sz w:val="20"/>
        </w:rPr>
        <w:t>47:06  chunki hum sochtay nahi hain, is wajah se humain samajh mein nahi aata. Kyunke Allah Tala ne har aik ko itni aqal di hai ke agar woh sochay to us ki samajh mein aa jati hai baat.</w:t>
      </w:r>
      <w:r>
        <w:br/>
      </w:r>
      <w:r>
        <w:rPr>
          <w:sz w:val="20"/>
        </w:rPr>
        <w:t>47:17  To humain chahiye ke har qadam uthanay se pehlay hum sochien aur soch samajh kar faisla karein.</w:t>
      </w:r>
      <w:r>
        <w:br/>
      </w:r>
      <w:r>
        <w:rPr>
          <w:sz w:val="20"/>
        </w:rPr>
        <w:t>47:28  To</w:t>
      </w:r>
      <w:r>
        <w:br/>
      </w:r>
      <w:r>
        <w:rPr>
          <w:sz w:val="20"/>
        </w:rPr>
        <w:t>47:29  yeh jo hai bohat aasani se hamein woh samajh mein aa jaye ga ke kya step sahi hai, kya step galat hai. Ji, apa yeh comment bheja hai Miss Zahida Abroo ne Sindh Hyderabad se.</w:t>
      </w:r>
      <w:r>
        <w:br/>
      </w:r>
      <w:r>
        <w:rPr>
          <w:sz w:val="20"/>
        </w:rPr>
        <w:t>47:45  Unhon ne likha hai: "This is the first time I'm listening to your talk. It is an intellectual and a wonderful talk."</w:t>
      </w:r>
    </w:p>
    <w:p>
      <w:pPr>
        <w:pStyle w:val="Heading2"/>
      </w:pPr>
      <w:r>
        <w:t>Age at which man makes history</w:t>
      </w:r>
    </w:p>
    <w:p>
      <w:r>
        <w:rPr>
          <w:color w:val="666666"/>
          <w:sz w:val="18"/>
        </w:rPr>
        <w:t>Life &amp; Wisdom · Hadith Word of Wisdom August 31, 2014 · 5m 52s · at 47:57 · https://youtu.be/fv4eRJRe8dk?t=2877</w:t>
      </w:r>
    </w:p>
    <w:p>
      <w:r>
        <w:rPr>
          <w:i/>
        </w:rPr>
        <w:t>“According to biopsychology, what is the age during which man makes his history?”</w:t>
      </w:r>
    </w:p>
    <w:p>
      <w:r>
        <w:rPr>
          <w:sz w:val="20"/>
        </w:rPr>
        <w:t>47:57  maulana, agla sawal dilli se hai miss naghma siddiqi ka, aur unhon ne aap se poocha hai ke</w:t>
      </w:r>
      <w:r>
        <w:br/>
      </w:r>
      <w:r>
        <w:rPr>
          <w:sz w:val="20"/>
        </w:rPr>
        <w:t>48:03  according to biopsychology, what is the age during which man makes his history? دیکھئے, research جو ہوئی ہے,</w:t>
      </w:r>
      <w:r>
        <w:br/>
      </w:r>
      <w:r>
        <w:rPr>
          <w:sz w:val="20"/>
        </w:rPr>
        <w:t>48:09  aaj kal har cheez ki research hoti hai, choti ki bhi research hoti hai, har cheez ki research.</w:t>
      </w:r>
      <w:r>
        <w:br/>
      </w:r>
      <w:r>
        <w:rPr>
          <w:sz w:val="20"/>
        </w:rPr>
        <w:t>48:15  to insaan ke baray mein jo research hui hai, us se pata chalta hai ke ek to hota</w:t>
      </w:r>
      <w:r>
        <w:br/>
      </w:r>
      <w:r>
        <w:rPr>
          <w:sz w:val="20"/>
        </w:rPr>
        <w:t>48:21  hai bachpan ka zamana, wo biological maturity hasil karne ka zamana hota hai, wo.</w:t>
      </w:r>
      <w:r>
        <w:br/>
      </w:r>
      <w:r>
        <w:rPr>
          <w:sz w:val="20"/>
        </w:rPr>
        <w:t>48:27  aur jo mature hone ke baad jo kaam, muddat kar jo insaan ki hai, wo kal bees saal</w:t>
      </w:r>
      <w:r>
        <w:br/>
      </w:r>
      <w:r>
        <w:rPr>
          <w:sz w:val="20"/>
        </w:rPr>
        <w:t>48:33  is mein aadmi, yani apni full strength par hota hai, poori taqat ke sath kaam karne ki position</w:t>
      </w:r>
      <w:r>
        <w:br/>
      </w:r>
      <w:r>
        <w:rPr>
          <w:sz w:val="20"/>
        </w:rPr>
        <w:t>48:39  mein hota hai, wo bees saal hota hai kal.</w:t>
      </w:r>
      <w:r>
        <w:br/>
      </w:r>
      <w:r>
        <w:rPr>
          <w:sz w:val="20"/>
        </w:rPr>
        <w:t>48:45  wo hai, wo hai pachees saal se pentalis saal tak, bas.</w:t>
      </w:r>
      <w:r>
        <w:br/>
      </w:r>
      <w:r>
        <w:rPr>
          <w:sz w:val="20"/>
        </w:rPr>
        <w:t>48:51  yani poori strength ke sath kaam karne ki position mein aadmi sirf bees saal hota hai, wo hai</w:t>
      </w:r>
      <w:r>
        <w:br/>
      </w:r>
      <w:r>
        <w:rPr>
          <w:sz w:val="20"/>
        </w:rPr>
        <w:t>48:57  pachees se, pachees saal se pentalis saal tak.</w:t>
      </w:r>
      <w:r>
        <w:br/>
      </w:r>
      <w:r>
        <w:rPr>
          <w:sz w:val="20"/>
        </w:rPr>
        <w:t>49:04  is ke baad decline, pentalis saal ke baad decline shuru ho jata hai.</w:t>
      </w:r>
      <w:r>
        <w:br/>
      </w:r>
      <w:r>
        <w:rPr>
          <w:sz w:val="20"/>
        </w:rPr>
        <w:t>49:10  ye law of nature hai, jaise decay hota hai na, decay machineon mein aur cheezon mein, to is</w:t>
      </w:r>
      <w:r>
        <w:br/>
      </w:r>
      <w:r>
        <w:rPr>
          <w:sz w:val="20"/>
        </w:rPr>
        <w:t>49:16  mein decay hone lagta hai.</w:t>
      </w:r>
      <w:r>
        <w:br/>
      </w:r>
      <w:r>
        <w:rPr>
          <w:sz w:val="20"/>
        </w:rPr>
        <w:t>49:22  to is ka matlab ye hai ke aadmi jo hai, aadmi ko chahiye ke is bees saal ko</w:t>
      </w:r>
      <w:r>
        <w:br/>
      </w:r>
      <w:r>
        <w:rPr>
          <w:sz w:val="20"/>
        </w:rPr>
        <w:t>49:28  bohat bharpoor tor par istemal kare.</w:t>
      </w:r>
      <w:r>
        <w:br/>
      </w:r>
      <w:r>
        <w:rPr>
          <w:sz w:val="20"/>
        </w:rPr>
        <w:t>49:34  agar nahi istemal karta, to kya us ne to baat ko to moqa hi nahi mile ga.</w:t>
      </w:r>
      <w:r>
        <w:br/>
      </w:r>
      <w:r>
        <w:rPr>
          <w:sz w:val="20"/>
        </w:rPr>
        <w:t>49:40  aur ek baat mein is mein ye izafa karta hoon ke isi bees saal mein aadmi apni history banata hai.</w:t>
      </w:r>
      <w:r>
        <w:br/>
      </w:r>
      <w:r>
        <w:rPr>
          <w:sz w:val="20"/>
        </w:rPr>
        <w:t>49:46  baad ka jo zamana hai, wo is history ko wo catch karta hai ke aap jo hai, aap</w:t>
      </w:r>
      <w:r>
        <w:br/>
      </w:r>
      <w:r>
        <w:rPr>
          <w:sz w:val="20"/>
        </w:rPr>
        <w:t>49:52  baadab, pakay aadmi hain, aap honest aadmi hain, aap hard worker hain, aap samajh boojh aap ke andar</w:t>
      </w:r>
      <w:r>
        <w:br/>
      </w:r>
      <w:r>
        <w:rPr>
          <w:sz w:val="20"/>
        </w:rPr>
        <w:t>49:58  hai, aap planning ke sath kaam karte hain, ya aap doston mein gup shup karte rehte hain.</w:t>
      </w:r>
      <w:r>
        <w:br/>
      </w:r>
      <w:r>
        <w:rPr>
          <w:sz w:val="20"/>
        </w:rPr>
        <w:t>50:04  ye sari baton ka naam history hai.</w:t>
      </w:r>
      <w:r>
        <w:br/>
      </w:r>
      <w:r>
        <w:rPr>
          <w:sz w:val="20"/>
        </w:rPr>
        <w:t>50:10  ek image aap ki banti hai, ek image banti hai ke ye aadmi aisa hai, ye aadmi aisa hai.</w:t>
      </w:r>
      <w:r>
        <w:br/>
      </w:r>
      <w:r>
        <w:rPr>
          <w:sz w:val="20"/>
        </w:rPr>
        <w:t>50:16  to wo isi bees saal ke darmiyan hota hai.</w:t>
      </w:r>
      <w:r>
        <w:br/>
      </w:r>
      <w:r>
        <w:rPr>
          <w:sz w:val="20"/>
        </w:rPr>
        <w:t>50:22  to is mein aap ne jo apni image banai, jo apni history banai, usi ke mutabiq dunya aap</w:t>
      </w:r>
      <w:r>
        <w:br/>
      </w:r>
      <w:r>
        <w:rPr>
          <w:sz w:val="20"/>
        </w:rPr>
        <w:t>50:29  ko moqa deti hai, na is se kam, na is se ziyada.</w:t>
      </w:r>
      <w:r>
        <w:br/>
      </w:r>
      <w:r>
        <w:rPr>
          <w:sz w:val="20"/>
        </w:rPr>
        <w:t>50:35  اس کا مطلب کیا ہے کہ اگر آپ کی عمر فرض کیجئے کہ پینتیس سال ہے، thirty-five</w:t>
      </w:r>
      <w:r>
        <w:br/>
      </w:r>
      <w:r>
        <w:rPr>
          <w:sz w:val="20"/>
        </w:rPr>
        <w:t>50:41  years, aap ki umar agar is waqt thirty five years hai ek aadmi ki, jiske baad kya</w:t>
      </w:r>
      <w:r>
        <w:br/>
      </w:r>
      <w:r>
        <w:rPr>
          <w:sz w:val="20"/>
        </w:rPr>
        <w:t>50:47  hoyi hai, aur usne kuch kaam kar nahi paaya, to goya ke aap ne bees saal ke</w:t>
      </w:r>
      <w:r>
        <w:br/>
      </w:r>
      <w:r>
        <w:rPr>
          <w:sz w:val="20"/>
        </w:rPr>
        <w:t>50:53  qeemti jo uska woh tha, period, is mein aadha usne zaya kar diya, aadha waste kar diya.</w:t>
      </w:r>
      <w:r>
        <w:br/>
      </w:r>
      <w:r>
        <w:rPr>
          <w:sz w:val="20"/>
        </w:rPr>
        <w:t>50:59  usne bees saal ke qeemti period jo mila tha us ko nature ki taraf se, is mein</w:t>
      </w:r>
      <w:r>
        <w:br/>
      </w:r>
      <w:r>
        <w:rPr>
          <w:sz w:val="20"/>
        </w:rPr>
        <w:t>51:05  se aadha woh zaya kar chuka hai, ab aadha hi baqi hai.</w:t>
      </w:r>
      <w:r>
        <w:br/>
      </w:r>
      <w:r>
        <w:rPr>
          <w:sz w:val="20"/>
        </w:rPr>
        <w:t>51:11  to yaad rakhiye, koi aadmi bhi law of nature ke khilaaf nahi ja sakta.</w:t>
      </w:r>
      <w:r>
        <w:br/>
      </w:r>
      <w:r>
        <w:rPr>
          <w:sz w:val="20"/>
        </w:rPr>
        <w:t>51:17  yeh impossible hai, yaani bachpan ki umar mein koi jawani ka kaam nahi kar sakta.</w:t>
      </w:r>
      <w:r>
        <w:br/>
      </w:r>
      <w:r>
        <w:rPr>
          <w:sz w:val="20"/>
        </w:rPr>
        <w:t>51:23  jawani ki umar mein us ko toh woh maturity nahi aa sakti, jo baad ko aati hai.</w:t>
      </w:r>
      <w:r>
        <w:br/>
      </w:r>
      <w:r>
        <w:rPr>
          <w:sz w:val="20"/>
        </w:rPr>
        <w:t>51:29  badhapa agar shuru hogaya toh us ko aap lota nahi sakte, aap yeh sab nature hai.</w:t>
      </w:r>
      <w:r>
        <w:br/>
      </w:r>
      <w:r>
        <w:rPr>
          <w:sz w:val="20"/>
        </w:rPr>
        <w:t>51:35  toh us ko samjhiye ke nature ne aap ko jo jis qanoon ke tehat paida kiya hai, us</w:t>
      </w:r>
      <w:r>
        <w:br/>
      </w:r>
      <w:r>
        <w:rPr>
          <w:sz w:val="20"/>
        </w:rPr>
        <w:t>51:41  mein aap ko us ne jo qeemti saal diye hain, woh sirf bees saal hain, pachees se le</w:t>
      </w:r>
      <w:r>
        <w:br/>
      </w:r>
      <w:r>
        <w:rPr>
          <w:sz w:val="20"/>
        </w:rPr>
        <w:t>51:48  kar pentalis tak.</w:t>
      </w:r>
      <w:r>
        <w:br/>
      </w:r>
      <w:r>
        <w:rPr>
          <w:sz w:val="20"/>
        </w:rPr>
        <w:t>51:54  us ko kabhi aisa mat kijiye ke us ko aap kho dein.</w:t>
      </w:r>
      <w:r>
        <w:br/>
      </w:r>
      <w:r>
        <w:rPr>
          <w:sz w:val="20"/>
        </w:rPr>
        <w:t>52:00  us ko khona jo hai, sone ke pahaad ko khone se bhi zyada sakht hai.</w:t>
      </w:r>
      <w:r>
        <w:br/>
      </w:r>
      <w:r>
        <w:rPr>
          <w:sz w:val="20"/>
        </w:rPr>
        <w:t>52:06  sone ke pahaad ko kho dein toh kuch nahi khoya aap ne, lekin yeh jo bees saal hain,</w:t>
      </w:r>
      <w:r>
        <w:br/>
      </w:r>
      <w:r>
        <w:rPr>
          <w:sz w:val="20"/>
        </w:rPr>
        <w:t>52:12  is mein se ek din bhi kho diya toh bohat bari cheez kho diya aap ne.</w:t>
      </w:r>
      <w:r>
        <w:br/>
      </w:r>
      <w:r>
        <w:rPr>
          <w:sz w:val="20"/>
        </w:rPr>
        <w:t>52:18  yeh bohat ajeeb cheez hai, aur maine apni zindagi mein dekha hai jin logon ko, toh beshtar</w:t>
      </w:r>
      <w:r>
        <w:br/>
      </w:r>
      <w:r>
        <w:rPr>
          <w:sz w:val="20"/>
        </w:rPr>
        <w:t>52:24  log is se bekhabar rehte hain, beshtar log bekhabar rehte hain.</w:t>
      </w:r>
      <w:r>
        <w:br/>
      </w:r>
      <w:r>
        <w:rPr>
          <w:sz w:val="20"/>
        </w:rPr>
        <w:t>52:30  beh-haal, main aap logon ko jo meri baatein sun rahe hain, un ko, aur jin ko aap log</w:t>
      </w:r>
      <w:r>
        <w:br/>
      </w:r>
      <w:r>
        <w:rPr>
          <w:sz w:val="20"/>
        </w:rPr>
        <w:t>52:36  meri baaton ko pohnchainge, un sab ko yeh darkhwast karunga ke Khuda ka jo qanoon-e-takhleeq</w:t>
      </w:r>
      <w:r>
        <w:br/>
      </w:r>
      <w:r>
        <w:rPr>
          <w:sz w:val="20"/>
        </w:rPr>
        <w:t>52:42  hai, us ko jaaniye.</w:t>
      </w:r>
      <w:r>
        <w:br/>
      </w:r>
      <w:r>
        <w:rPr>
          <w:sz w:val="20"/>
        </w:rPr>
        <w:t>52:48  qanoon-e-takhleeq ke mutabiq aap ke paas sirf bees saal hain, us ke baad toh decay hai, bees</w:t>
      </w:r>
      <w:r>
        <w:br/>
      </w:r>
      <w:r>
        <w:rPr>
          <w:sz w:val="20"/>
        </w:rPr>
        <w:t>52:54  saal se pehle immaturity hai, yaad rakhiye, yaani pachees saal ki umar se pehle jo hai, immaturity hai,</w:t>
      </w:r>
      <w:r>
        <w:br/>
      </w:r>
      <w:r>
        <w:rPr>
          <w:sz w:val="20"/>
        </w:rPr>
        <w:t>53:00  aur pentalis saal ke baad decay hai.</w:t>
      </w:r>
      <w:r>
        <w:br/>
      </w:r>
      <w:r>
        <w:rPr>
          <w:sz w:val="20"/>
        </w:rPr>
        <w:t>53:06  yaani aap ki umar ka jo pachees saal jab ho jaate hain aap, toh toh us se pehle</w:t>
      </w:r>
      <w:r>
        <w:br/>
      </w:r>
      <w:r>
        <w:rPr>
          <w:sz w:val="20"/>
        </w:rPr>
        <w:t>53:13  ka jo zamana hai, immaturity ka zamana hota hai.</w:t>
      </w:r>
      <w:r>
        <w:br/>
      </w:r>
      <w:r>
        <w:rPr>
          <w:sz w:val="20"/>
        </w:rPr>
        <w:t>53:19  Immaturity se maturity ke age mein aap dakhil hote hain, aur paintalis saal ke baad ka jo zamana</w:t>
      </w:r>
      <w:r>
        <w:br/>
      </w:r>
      <w:r>
        <w:rPr>
          <w:sz w:val="20"/>
        </w:rPr>
        <w:t>53:25  hai, woh decay ka zamana hai.</w:t>
      </w:r>
      <w:r>
        <w:br/>
      </w:r>
      <w:r>
        <w:rPr>
          <w:sz w:val="20"/>
        </w:rPr>
        <w:t>53:31  toh yahi bees saal aap ke sab se zyada qeemti saal hain, is ko kabhi aisi baat kijiye</w:t>
      </w:r>
      <w:r>
        <w:br/>
      </w:r>
      <w:r>
        <w:rPr>
          <w:sz w:val="20"/>
        </w:rPr>
        <w:t>53:37  jis ko aap utilize na karein, kyunke phir is ke baad aap ko waqt nahi milega, mauqa</w:t>
      </w:r>
      <w:r>
        <w:br/>
      </w:r>
      <w:r>
        <w:rPr>
          <w:sz w:val="20"/>
        </w:rPr>
        <w:t>53:43  nahi milega apne aap ko istemal karne ka.</w:t>
      </w:r>
    </w:p>
    <w:p>
      <w:pPr>
        <w:pStyle w:val="Heading2"/>
      </w:pPr>
      <w:r>
        <w:t>Avoiding complaints without conflict</w:t>
      </w:r>
    </w:p>
    <w:p>
      <w:r>
        <w:rPr>
          <w:color w:val="666666"/>
          <w:sz w:val="18"/>
        </w:rPr>
        <w:t>Life &amp; Wisdom · Peace of Mind June 29, 2014 · 9m 28s · at 1:08:23 · https://youtu.be/oVwRc_FcAGk?t=4103</w:t>
      </w:r>
    </w:p>
    <w:p>
      <w:r>
        <w:rPr>
          <w:i/>
        </w:rPr>
        <w:t>“Complaints will always come. But can complaints be avoided in such a way that in situations and challenges a person faces, he does not take the objective in a way that creates conflict? Meaning avoid taking two objectives in a situation where conflict can arise.”</w:t>
      </w:r>
    </w:p>
    <w:p>
      <w:r>
        <w:rPr>
          <w:sz w:val="20"/>
        </w:rPr>
        <w:t>1:08:23  Molana, agla sawal Tariq Badar sahab ne kiya hai Pakistan se, aur unhone aap se pucha hai ke Molana, jo aaj ka aap ka lecture tha shikayat ko le ke, to woh yeh janna chahte hain, woh woh keh rahe hain ke complaints jo hain woh hamesha aati rahengi.</w:t>
      </w:r>
      <w:r>
        <w:br/>
      </w:r>
      <w:r>
        <w:rPr>
          <w:sz w:val="20"/>
        </w:rPr>
        <w:t>1:08:43  lekin kya is tarike se complaints ko avoid kiya ja sakta hai ke woh aisi situations aur challenges jo insan face karta hai, woh is mein jo objective hai, woh is tarike ka na len jo conflict create kare?</w:t>
      </w:r>
      <w:r>
        <w:br/>
      </w:r>
      <w:r>
        <w:rPr>
          <w:sz w:val="20"/>
        </w:rPr>
        <w:t>1:09:00  matlab avoid taking two objectives in a situation where conflict can arise. koi if and but nahin chalenge, aap yad rakhiye, shikayat ke mamle mein main bahut sakht hoon.</w:t>
      </w:r>
      <w:r>
        <w:br/>
      </w:r>
      <w:r>
        <w:rPr>
          <w:sz w:val="20"/>
        </w:rPr>
        <w:t>1:09:12  koi kandishan nahin, koi af and bat nahin. shikayat ke mamle hi ka aap self calling. karasi ke ji, aisi shikayat aur waisi shikayat, yeh sab mere dekh bilkul yani in realistic approach hai, chalne wala nahin,</w:t>
      </w:r>
      <w:r>
        <w:br/>
      </w:r>
      <w:r>
        <w:rPr>
          <w:sz w:val="20"/>
        </w:rPr>
        <w:t>1:09:28  chalne wala nahin.</w:t>
      </w:r>
      <w:r>
        <w:br/>
      </w:r>
      <w:r>
        <w:rPr>
          <w:sz w:val="20"/>
        </w:rPr>
        <w:t>1:09:33  main aap ko ek misal deta hoon ke rasul allah ne</w:t>
      </w:r>
      <w:r>
        <w:br/>
      </w:r>
      <w:r>
        <w:rPr>
          <w:sz w:val="20"/>
        </w:rPr>
        <w:t>1:09:40  wahan par yani hijrat ke baad ek ladai hui thi, us ko kehte hain ghazva hunain. ghazva hunain mein us zamane mein woh tarika nahin tha, fauj ko siran nahin milti thi.</w:t>
      </w:r>
      <w:r>
        <w:br/>
      </w:r>
      <w:r>
        <w:rPr>
          <w:sz w:val="20"/>
        </w:rPr>
        <w:t>1:09:55  ji,</w:t>
      </w:r>
      <w:r>
        <w:br/>
      </w:r>
      <w:r>
        <w:rPr>
          <w:sz w:val="20"/>
        </w:rPr>
        <w:t>1:09:56  jang ke baad jo baligh ummat milta tha, wahi bant ke aata tha. to aap batayein ke woh ghazwa hunain hua, is mein muhajir aur ansar ke do guru the, wahan par dono shareek hue, dono ne larr kar ke jang jeeti.</w:t>
      </w:r>
      <w:r>
        <w:br/>
      </w:r>
      <w:r>
        <w:rPr>
          <w:sz w:val="20"/>
        </w:rPr>
        <w:t>1:10:12  lekin rasool Allah ne jo taqseem ki to muhajir ko diya aur ansar ko nahi diya. yani woh musalman jo makka se aaye the, un ko muhajir kaha jata hai,</w:t>
      </w:r>
      <w:r>
        <w:br/>
      </w:r>
      <w:r>
        <w:rPr>
          <w:sz w:val="20"/>
        </w:rPr>
        <w:t>1:10:24  jo madine ke local the, un ko ansar kaha jata hai. to is par cheh magoyan huien, wahan par ansar ke darmiyan cheh magoyan huien ke bhai yeh kya mamla hai ke muzahir ko is ko de diya, yani mujhe mujhe muhajireen ko aur is ko nahi diya.</w:t>
      </w:r>
      <w:r>
        <w:br/>
      </w:r>
      <w:r>
        <w:rPr>
          <w:sz w:val="20"/>
        </w:rPr>
        <w:t>1:10:47  aur ek bohat zabardast taqreer hazrat hazrat rasool Allah ne ki thi wahan par, woh aap padhiye. lekin koi is mein is taqreer mein aap jo rasool Allah ke masterpiece taqreer samani aati hai, woh jo rasool Allah bolay the wahan.</w:t>
      </w:r>
      <w:r>
        <w:br/>
      </w:r>
      <w:r>
        <w:rPr>
          <w:sz w:val="20"/>
        </w:rPr>
        <w:t>1:11:06  lekin aap sab se aham baat yeh hai is mein ke koi tajziya nahi, koi is ka yani is ka koi tawjeeh nahi ke kyun aisa kiya,</w:t>
      </w:r>
      <w:r>
        <w:br/>
      </w:r>
      <w:r>
        <w:rPr>
          <w:sz w:val="20"/>
        </w:rPr>
        <w:t>1:11:16  aisa nahi hai is mein kuch. is ko yani bypass kar ke is mein rasool Allah sallallahu alaihi wasallam ne bolay the jo jo taqreer hai.</w:t>
      </w:r>
      <w:r>
        <w:br/>
      </w:r>
      <w:r>
        <w:rPr>
          <w:sz w:val="20"/>
        </w:rPr>
        <w:t>1:11:29  to yeh tareeqa hi nahi islam ka shikayaton par jo. baz auqat aisa kare, mere nazdeek woh animal level hai, is ka animal level hai. kyunke insani zindagi mein shikayatein kabhi khatam nahi ho sakti, khatam hi nahi ho sakti kabhi bhi.</w:t>
      </w:r>
      <w:r>
        <w:br/>
      </w:r>
      <w:r>
        <w:rPr>
          <w:sz w:val="20"/>
        </w:rPr>
        <w:t>1:11:44  impaas bolay ke shikayatein khatam hon to aap chahein ke koi wazahat kare to khatam ho jayegi. to aap zindagi ko jante nahi hain. kabhi tareekh mein aisa nahi hua ke wazahatton se zid shikayatein khatam hui hon.</w:t>
      </w:r>
      <w:r>
        <w:br/>
      </w:r>
      <w:r>
        <w:rPr>
          <w:sz w:val="20"/>
        </w:rPr>
        <w:t>1:11:57  shikayat hi aadmi khud khatam karega, nahi khatam karega. rasool Allah ki ek taqreer ko masterpiece taqreer mana jata hai aur bari ajeeb taqreer hai, woh hunain ke baad ki thi.</w:t>
      </w:r>
      <w:r>
        <w:br/>
      </w:r>
      <w:r>
        <w:rPr>
          <w:sz w:val="20"/>
        </w:rPr>
        <w:t>1:12:07  lekin sab se aham baat is mein yeh hai ke aap nahi bata sakte ke rasool Allah ne is mein in shikayaton ka tajziya kiya,</w:t>
      </w:r>
      <w:r>
        <w:br/>
      </w:r>
      <w:r>
        <w:rPr>
          <w:sz w:val="20"/>
        </w:rPr>
        <w:t>1:12:14  shikayaton ka yeh wazahat ki, kuch bhi nahi hai. shikayaton ko bypass kar ke aap ne ek taqreer ki hai. islam ka ek tareeqa yeh nahi ke shikayaton ko le kar baatein ki jayen aur wazahat ki jaye.</w:t>
      </w:r>
      <w:r>
        <w:br/>
      </w:r>
      <w:r>
        <w:rPr>
          <w:sz w:val="20"/>
        </w:rPr>
        <w:t>1:12:28  arey bhai yeh nahi hai, woh nahi hai, woh yeh nahi hai, woh yeh nahi hai, woh yeh tareeqa nahi. yak tarfa hota hai, yani unilateral tor par aap ko shikayat ko kill karna padega, nahi to islam se yani islam ke siwa ek aur deen aap ikhtiyar kar li jiye.</w:t>
      </w:r>
      <w:r>
        <w:br/>
      </w:r>
      <w:r>
        <w:rPr>
          <w:sz w:val="20"/>
        </w:rPr>
        <w:t>1:12:43  islam mein to yahi hai.</w:t>
      </w:r>
      <w:r>
        <w:br/>
      </w:r>
      <w:r>
        <w:rPr>
          <w:sz w:val="20"/>
        </w:rPr>
        <w:t>1:12:48  jis ko shakk ho, woh dobara ja kar ke padhe is taqreer ko. har kitab mein seerat ki har kitab maujood hoti hai. jab ansar ke darmiyan jab cheh magoyan huien ke yeh kya mamla hai ke muhajir ko de diya aur ansar ko diya nahi, bari cheh magoyan is mein huien thi.</w:t>
      </w:r>
      <w:r>
        <w:br/>
      </w:r>
      <w:r>
        <w:rPr>
          <w:sz w:val="20"/>
        </w:rPr>
        <w:t>1:13:05  wahan par is par rasool Allah sallallahu alaihi wasallam ne bohat zabardast taqreer ki thi.</w:t>
      </w:r>
      <w:r>
        <w:br/>
      </w:r>
      <w:r>
        <w:rPr>
          <w:sz w:val="20"/>
        </w:rPr>
        <w:t>1:13:11  is taqreer mein mujhe koi bataye ke in shikayaton ka koi rasool Allah sallallahu alaihi wasallam ne koi woh tajziya kiya hai shikayaton ko door karne ke liye, koi is mein koi explain kiya hai, is ko kuch bhi nahi.</w:t>
      </w:r>
      <w:r>
        <w:br/>
      </w:r>
      <w:r>
        <w:rPr>
          <w:sz w:val="20"/>
        </w:rPr>
        <w:t>1:13:24  is ke is ko bypass kar ke aap ne taqreer ki thi. woh jin ko shakk ho, woh ja ke padhe aur agle sunday mein mujhe bataye.</w:t>
      </w:r>
      <w:r>
        <w:br/>
      </w:r>
      <w:r>
        <w:rPr>
          <w:sz w:val="20"/>
        </w:rPr>
        <w:t>1:13:33  jin ko shakk ho is baat par, woh is taqreer ko ja kar padhe aur agle sunday mein mujhe bataye ke rasool Allah ne aap kaise kehte hain, rasool Allah ne shikayaton ki wazahat ki, shikayaton ka tajziya kiya, analysis kiya, is ko aisa kuch bhi nahi.</w:t>
      </w:r>
      <w:r>
        <w:br/>
      </w:r>
      <w:r>
        <w:rPr>
          <w:sz w:val="20"/>
        </w:rPr>
        <w:t>1:13:45  shikayaton ko bypass kiya rasool Allah ne aur ek usooli baat kahi is mein. jis ko shakk ho, mujhe agle sunday mein is ka bataye, mujhe is ka reference</w:t>
      </w:r>
      <w:r>
        <w:br/>
      </w:r>
      <w:r>
        <w:rPr>
          <w:sz w:val="20"/>
        </w:rPr>
        <w:t>1:13:57  . to behal main aql ki roshni mein, apne tajrube ki roshni mein aur quran o hadees ki roshni mein yeh samjha hoon ke shikayat ko khud hi khud kill kijiye.</w:t>
      </w:r>
      <w:r>
        <w:br/>
      </w:r>
      <w:r>
        <w:rPr>
          <w:sz w:val="20"/>
        </w:rPr>
        <w:t>1:14:07  shikayat ki pooch bas pooch gach mat kijiye, wazahat mat mangiye. wazahat kyunke wazahat se kabhi shikayat khatam nahi hoti. apne iman ki hifazat ke liye, apne iman ki hifazat ke liye aap shikayat ko khud khatam kijiye,</w:t>
      </w:r>
      <w:r>
        <w:br/>
      </w:r>
      <w:r>
        <w:rPr>
          <w:sz w:val="20"/>
        </w:rPr>
        <w:t>1:14:22  nahi to aap ka iman hi mujtaba ho jayega Allah ke nazdeek. agar kisi ko shakk ho to mujhe bataye ke ke is ke siwa tareeqa tha rasool Allah ka, yani shikayaton ko le kar wazahat karna, use behas karna.</w:t>
      </w:r>
      <w:r>
        <w:br/>
      </w:r>
      <w:r>
        <w:rPr>
          <w:sz w:val="20"/>
        </w:rPr>
        <w:t>1:14:34  arey yeh nahi, woh yeh nahi, woh yeh nahi, woh mujhe koi waqea bataya jaye,</w:t>
      </w:r>
      <w:r>
        <w:br/>
      </w:r>
      <w:r>
        <w:rPr>
          <w:sz w:val="20"/>
        </w:rPr>
        <w:t>1:14:40  kuch nahi. shikayat ka wahi wal qazi balghiz, andar andar andar idhar kill karna.</w:t>
      </w:r>
      <w:r>
        <w:br/>
      </w:r>
      <w:r>
        <w:rPr>
          <w:sz w:val="20"/>
        </w:rPr>
        <w:t>1:14:52  wa alqazi bilghaiẓ, wlafīn alnās, do lafzon mein sari baat hai, yaani insān ki nisbat se isko, yaani isko koi masla hi na banānā.</w:t>
      </w:r>
      <w:r>
        <w:br/>
      </w:r>
      <w:r>
        <w:rPr>
          <w:sz w:val="20"/>
        </w:rPr>
        <w:t>1:15:05  aafīn alnās ke ma'ni, isko isko koi ishu na banānā,</w:t>
      </w:r>
      <w:r>
        <w:br/>
      </w:r>
      <w:r>
        <w:rPr>
          <w:sz w:val="20"/>
        </w:rPr>
        <w:t>1:15:09  insān ki nisbat se isko ishu na banānā aur apnī nisbat se khud hi khud isko, yaani andar andar isko manage kar len.</w:t>
      </w:r>
      <w:r>
        <w:br/>
      </w:r>
      <w:r>
        <w:rPr>
          <w:sz w:val="20"/>
        </w:rPr>
        <w:t>1:15:21  yeh yeh do tukṛe jo hain is āyat ke hain, bahut aham hain. Waqazi bilghaiẓ, wlafīn alnās, kyunkē lafẓī tarjumā yeh hai ke ghusse ko pī jānē wālē aur logon ko maaf kar dēnē wālē.</w:t>
      </w:r>
      <w:r>
        <w:br/>
      </w:r>
      <w:r>
        <w:rPr>
          <w:sz w:val="20"/>
        </w:rPr>
        <w:t>1:15:37  is ka matlab kya hua?</w:t>
      </w:r>
      <w:r>
        <w:br/>
      </w:r>
      <w:r>
        <w:rPr>
          <w:sz w:val="20"/>
        </w:rPr>
        <w:t>1:15:39  matlab yeh hua ke ke in ka rawaiyya apnē bārē mein yeh hotā hai ke ghusse ko andar hi andar manage kartē hain. Woh ghusse ko discussion ka mauzū' nahin banātē, andar andar manage kar ke diffuse kar dētē hain, diffuse kar dētē hain.</w:t>
      </w:r>
      <w:r>
        <w:br/>
      </w:r>
      <w:r>
        <w:rPr>
          <w:sz w:val="20"/>
        </w:rPr>
        <w:t>1:15:55  aur dūsrā tukṛe ka matlab yeh hai ke in ki taraf repress nahin kartē,</w:t>
      </w:r>
      <w:r>
        <w:br/>
      </w:r>
      <w:r>
        <w:rPr>
          <w:sz w:val="20"/>
        </w:rPr>
        <w:t>1:16:02  dūsrē par ḍāltē nahin, balkē balkē is ko woh kartē hain, yaani ignore kartē hain.</w:t>
      </w:r>
      <w:r>
        <w:br/>
      </w:r>
      <w:r>
        <w:rPr>
          <w:sz w:val="20"/>
        </w:rPr>
        <w:t>1:16:13  dūsrōn ki nisbat se repress na karnā, apnī nisbat se self management, yeh yeh main ne pāyā hai Qur'ān o ḥadīth mein.</w:t>
      </w:r>
      <w:r>
        <w:br/>
      </w:r>
      <w:r>
        <w:rPr>
          <w:sz w:val="20"/>
        </w:rPr>
        <w:t>1:16:22  aur jo shikāyaton ke bārē mein chāhtā hai ke shikāyaton ke ke bas kyā jāē, is ko explain kyā jāē, is ka analysis kyā jāē,</w:t>
      </w:r>
      <w:r>
        <w:br/>
      </w:r>
      <w:r>
        <w:rPr>
          <w:sz w:val="20"/>
        </w:rPr>
        <w:t>1:16:29  main samajhtā hoon ke woh na zindagī ko jāntā hai, na Qur'ān ko, na kisi chīz ko jāntā hai. Woh na zindagī ko jāntā, na Qur'ān ko jāntā, na hān, na Rasūl Allāh ko, aṣḥāb ko se wāqif hai.</w:t>
      </w:r>
      <w:r>
        <w:br/>
      </w:r>
      <w:r>
        <w:rPr>
          <w:sz w:val="20"/>
        </w:rPr>
        <w:t>1:16:42  woh bilkul bekhabar hai. Merā apnā apnē muta'alliq roshnī mein yahī ehsās hai.</w:t>
      </w:r>
      <w:r>
        <w:br/>
      </w:r>
      <w:r>
        <w:rPr>
          <w:sz w:val="20"/>
        </w:rPr>
        <w:t>1:16:52  Maulānā, ek comment paṛhnā chāhēṅ</w:t>
      </w:r>
      <w:r>
        <w:br/>
      </w:r>
      <w:r>
        <w:rPr>
          <w:sz w:val="20"/>
        </w:rPr>
        <w:t>1:16:54  gē jo Maulānā Abdul Bāsiṭ 'Umarī ne bhejā hai, Dūḥa, Qaṭar se, aur unhon ne likhā hai: "Maulānā, main kal kal yahī bāt soch rahā thā ke AlRisāla mission samajhnē ke bād rūḥānī taur par bahut ajīb ajīb tajrubaat mujhe milē aur mil rahē hain,</w:t>
      </w:r>
      <w:r>
        <w:br/>
      </w:r>
      <w:r>
        <w:rPr>
          <w:sz w:val="20"/>
        </w:rPr>
        <w:t>1:17:17  jaisē inspiration ka masla. Yeh bāt main ne pahlī bār AlRisāla mission ko jānnē ke bād jānnā.</w:t>
      </w:r>
      <w:r>
        <w:br/>
      </w:r>
      <w:r>
        <w:rPr>
          <w:sz w:val="20"/>
        </w:rPr>
        <w:t>1:17:25  mislan naī naī bātēñ darayāft honā, Qur'ān aur ḥadīth ki koi bāt samajh mein ānā, is ko lē kar jab hum sōchtē hain to humēñ naī naī bātēñ samajh mein ātī hain, hamārā zehn khultā hai waghaireh.</w:t>
      </w:r>
      <w:r>
        <w:br/>
      </w:r>
      <w:r>
        <w:rPr>
          <w:sz w:val="20"/>
        </w:rPr>
        <w:t>1:17:40  Allāh ka sab se baṛā ehsān hai ke is ne mujhe AlRisāla mission ki daryāft karā dī."</w:t>
      </w:r>
    </w:p>
    <w:p>
      <w:pPr>
        <w:pStyle w:val="Heading2"/>
      </w:pPr>
      <w:r>
        <w:t>Deviated young boy seeking guidance</w:t>
      </w:r>
    </w:p>
    <w:p>
      <w:r>
        <w:rPr>
          <w:color w:val="666666"/>
          <w:sz w:val="18"/>
        </w:rPr>
        <w:t>Life &amp; Wisdom · Divine Guidance November 20, 2016 · 5m 03s · at 55:16 · https://youtu.be/tbcloc-fvSE?t=3316</w:t>
      </w:r>
    </w:p>
    <w:p>
      <w:r>
        <w:rPr>
          <w:i/>
        </w:rPr>
        <w:t>“I am a deviated young boy from Pakistan.”</w:t>
      </w:r>
    </w:p>
    <w:p>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p>
    <w:p>
      <w:pPr>
        <w:pStyle w:val="Heading2"/>
      </w:pPr>
      <w:r>
        <w:t>Difference between theoretical and practical wisdom</w:t>
      </w:r>
    </w:p>
    <w:p>
      <w:r>
        <w:rPr>
          <w:color w:val="666666"/>
          <w:sz w:val="18"/>
        </w:rPr>
        <w:t>Life &amp; Wisdom · How to Develop Pratical Wisdom May 5, 2024 · 9m 22s · at 31:10 · https://youtu.be/QIKxtH-MyMM?t=1870</w:t>
      </w:r>
    </w:p>
    <w:p>
      <w:r>
        <w:rPr>
          <w:i/>
        </w:rPr>
        <w:t>“What is the difference between theoretical wisdom and practical wisdom? Please explain this to all of us.”</w:t>
      </w:r>
    </w:p>
    <w:p>
      <w:r>
        <w:rPr>
          <w:sz w:val="20"/>
        </w:rPr>
        <w:t>31:10  lekin yeh kitne aasani se ek practical wisdom ka unhone example diya. to apa yahan pe mera agla sawal bhi yahi aata hai ke aap ne starting mein zikr bhi kiya tha theoretical wisdom ka.</w:t>
      </w:r>
      <w:r>
        <w:br/>
      </w:r>
      <w:r>
        <w:rPr>
          <w:sz w:val="20"/>
        </w:rPr>
        <w:t>31:22  to theoretical wisdom aur practical wisdom mein kya farq hai? kya difference hai? iske bare mein aap hum sab ko bataein.</w:t>
      </w:r>
      <w:r>
        <w:br/>
      </w:r>
      <w:r>
        <w:rPr>
          <w:sz w:val="20"/>
        </w:rPr>
        <w:t>31:34  to yeh greek philosophers ne hi yeh jis ko differentiate kiya tha to sufis jo unke haan jo lafz bola jata tha us se yahi murad thi ke universal sachaiyan aur universal usool aur uska practical application.</w:t>
      </w:r>
      <w:r>
        <w:br/>
      </w:r>
      <w:r>
        <w:rPr>
          <w:sz w:val="20"/>
        </w:rPr>
        <w:t>31:51  to ek to dekhein universal sachaiyan hoti hain jo ultimate truth hota hai lekin usko kaise apply karein real life situation par.</w:t>
      </w:r>
      <w:r>
        <w:br/>
      </w:r>
      <w:r>
        <w:rPr>
          <w:sz w:val="20"/>
        </w:rPr>
        <w:t>32:01  to jo naye naye situation pesh amadah surat haal jo hoti hai us mein jo situation aati hai us mein in cheezon ko, in usoolon ko kaise woh apply karein to usko effectively kaise usko istemal kiya jaye.</w:t>
      </w:r>
      <w:r>
        <w:br/>
      </w:r>
      <w:r>
        <w:rPr>
          <w:sz w:val="20"/>
        </w:rPr>
        <w:t>32:18  to theoretical jo wisdom hai woh hamari aqal mein to izafa karti hai lekin yeh usko practical wisdom mein convert karne ke liye to hum ko usko usko develop karna padta hai.</w:t>
      </w:r>
      <w:r>
        <w:br/>
      </w:r>
      <w:r>
        <w:rPr>
          <w:sz w:val="20"/>
        </w:rPr>
        <w:t>32:36  iske liye bohat saari nayi cheezon ki, bohat saari cheezon ki zaroorat hoti hai. maslan sabr hai,</w:t>
      </w:r>
      <w:r>
        <w:br/>
      </w:r>
      <w:r>
        <w:rPr>
          <w:sz w:val="20"/>
        </w:rPr>
        <w:t>32:43  matlab koi situation aayi aur us mein thoda humein wait karna padega, foran result nahi nikal raha hai. to agar hum besabri karenge to hum us mein hum nuksan uthayenge.</w:t>
      </w:r>
      <w:r>
        <w:br/>
      </w:r>
      <w:r>
        <w:rPr>
          <w:sz w:val="20"/>
        </w:rPr>
        <w:t>32:56  to yeh is tareeqe se hikmat, wisdom aur sabr jo hai woh inter related ho jate hain. aur sabr par isi liye islam mein bhi, quran mein, rasool Allah sal Allah alaihi wasallam ki zindagi mein, sunnat mein hum dekhte hain ke bohat zyada zor diya gaya</w:t>
      </w:r>
      <w:r>
        <w:br/>
      </w:r>
      <w:r>
        <w:rPr>
          <w:sz w:val="20"/>
        </w:rPr>
        <w:t>33:12  hai ke sabr ka matlab hai ke hum reaction, reactionary approach hamari na ho balkeh soch samajh kar, objectively hum planning karein.</w:t>
      </w:r>
      <w:r>
        <w:br/>
      </w:r>
      <w:r>
        <w:rPr>
          <w:sz w:val="20"/>
        </w:rPr>
        <w:t>33:23  to bohat zyada yeh cheez hamein rasool Allah sal Allah alaihi wasallam ki zindagi mein milti hai. kabhi bhi aap ne react nahi kiya balkeh soch samajh kar, plan kar ke phir aap koi qadam uthate the.</w:t>
      </w:r>
      <w:r>
        <w:br/>
      </w:r>
      <w:r>
        <w:rPr>
          <w:sz w:val="20"/>
        </w:rPr>
        <w:t>33:35  to asal mein situation itna different hoti hai.</w:t>
      </w:r>
      <w:r>
        <w:br/>
      </w:r>
      <w:r>
        <w:rPr>
          <w:sz w:val="20"/>
        </w:rPr>
        <w:t>33:38  kabhi bolna zaroori ho jata hai, kabhi chup rehna zaroori ho jata hai, kabhi iqdam karna zaroori hota hai, kabhi peechay hatna zaroori hota hai.</w:t>
      </w:r>
      <w:r>
        <w:br/>
      </w:r>
      <w:r>
        <w:rPr>
          <w:sz w:val="20"/>
        </w:rPr>
        <w:t>33:47  to isi farq ko janne ka naam jo hai wo hikmat hai. misaal ke taur par jo ke har aadmi ko iska tajurba hota hai ke koi sarak par hum wo gaari daura rahe hain to achanak koi doosri gaari aa jati hai ya green light ho gayi lekin doosri gaari chal chuki hai.</w:t>
      </w:r>
      <w:r>
        <w:br/>
      </w:r>
      <w:r>
        <w:rPr>
          <w:sz w:val="20"/>
        </w:rPr>
        <w:t>34:07  to is waqt to hum jo hain is waqt apni gaari nahi daurayenge balkay sabr ke sath thora sa rukenge ke jab tak hamare liye rasta na khali ho jaye tab tak hum gaari nahi daurayenge.</w:t>
      </w:r>
      <w:r>
        <w:br/>
      </w:r>
      <w:r>
        <w:rPr>
          <w:sz w:val="20"/>
        </w:rPr>
        <w:t>34:20  to yeh jo hai halankay hum hum jab green light ho gayi to hum apni gaari daura sakte hain lekin wahan par rasta khali nahi hai to hum wait karenge, sabr kari</w:t>
      </w:r>
      <w:r>
        <w:br/>
      </w:r>
      <w:r>
        <w:rPr>
          <w:sz w:val="20"/>
        </w:rPr>
        <w:t>34:34  nge. to isi tarah se yeh to ek aisi misaal hai jo har aadmi ko face karta hai, har aadmi. to isi tarah se rasool ALLAH صلی اللہ علیہ وسلم ne kiya ke makkah mein dekhiye, makkah mein itna zyada aap ke upar zulm kiya gaya lekin aap ne react nahi kiya, aap ne koi muqabla nahi kiya.</w:t>
      </w:r>
      <w:r>
        <w:br/>
      </w:r>
      <w:r>
        <w:rPr>
          <w:sz w:val="20"/>
        </w:rPr>
        <w:t>34:51  lekin jab madinah gaye to kai baar muqabla karna pada aap ko.</w:t>
      </w:r>
      <w:r>
        <w:br/>
      </w:r>
      <w:r>
        <w:rPr>
          <w:sz w:val="20"/>
        </w:rPr>
        <w:t>34:57  to is tarah se yeh halaat ko samajhna aur halaat ko samajhne ke liye experience bhi bohat zaroori hai.</w:t>
      </w:r>
      <w:r>
        <w:br/>
      </w:r>
      <w:r>
        <w:rPr>
          <w:sz w:val="20"/>
        </w:rPr>
        <w:t>35:06  jo aap ne kaha tha na ke zyada umar wale logon ko wise log samajhte hain to asal mein kai baar aisa hota hai ke unke paas experience zyada hota hai na.</w:t>
      </w:r>
      <w:r>
        <w:br/>
      </w:r>
      <w:r>
        <w:rPr>
          <w:sz w:val="20"/>
        </w:rPr>
        <w:t>35:16  ab naujawan aadmi ke paas to degree wala ilm hota hai aur boorhay aadmi ke paas experience</w:t>
      </w:r>
      <w:r>
        <w:br/>
      </w:r>
      <w:r>
        <w:rPr>
          <w:sz w:val="20"/>
        </w:rPr>
        <w:t>35:22  hota hai. to apne experience se jo batata hai to is mein kai baar wo sahi is ki rai hoti hai. to is liye hamein samajhna hota hai ke ideal jo hai wo har jagah is is is ko applicable nahi hota, har jagah achievable nahi hota.</w:t>
      </w:r>
      <w:r>
        <w:br/>
      </w:r>
      <w:r>
        <w:rPr>
          <w:sz w:val="20"/>
        </w:rPr>
        <w:t>35:41  to ideal ko achieve karne ke liye hum jo hai thora wait karna parta hai, samajh lijiyay. to is wo wait karna jo hai wahi sabr o barda</w:t>
      </w:r>
      <w:r>
        <w:br/>
      </w:r>
      <w:r>
        <w:rPr>
          <w:sz w:val="20"/>
        </w:rPr>
        <w:t>35:52  sht hai. ji to is ke liye bohat zyada emphasis se wo is ka zikr aya hai quran o hadith mein sabr par.</w:t>
      </w:r>
      <w:r>
        <w:br/>
      </w:r>
      <w:r>
        <w:rPr>
          <w:sz w:val="20"/>
        </w:rPr>
        <w:t>36:02  ji jazak ALLAH aap ka. kuch chapak comments aur questions bhi aaye hain, mein lena chahunga. yeh oman se likha hai fatin ashraf siddiqui sahab ne, unhone likha hai bohat hi fikr angrez baatein hain.</w:t>
      </w:r>
      <w:r>
        <w:br/>
      </w:r>
      <w:r>
        <w:rPr>
          <w:sz w:val="20"/>
        </w:rPr>
        <w:t>36:17  muhammad asif khan sahab ne lucknow se likha hai quran ki rehnumai mein ghor o fikar se hi hum wisdom ko hasil kar sakte hain aur is ki misaal hamein nabi ki poori zindagi se milti hai.</w:t>
      </w:r>
      <w:r>
        <w:br/>
      </w:r>
      <w:r>
        <w:rPr>
          <w:sz w:val="20"/>
        </w:rPr>
        <w:t>36:30  aap practice wisdom ke ki sab se bari misaal thay. miss farida kamran ne pakistan se likha hai jazak ALLAH very effective and meaningful lecture with beautiful examples.</w:t>
      </w:r>
      <w:r>
        <w:br/>
      </w:r>
      <w:r>
        <w:rPr>
          <w:sz w:val="20"/>
        </w:rPr>
        <w:t>36:43  may ALLAH bless you all and accept your efforts. amin.</w:t>
      </w:r>
      <w:r>
        <w:br/>
      </w:r>
      <w:r>
        <w:rPr>
          <w:sz w:val="20"/>
        </w:rPr>
        <w:t>36:47  yeh ek koi community group hai enlighten your mind, unhone naam nahi likha hai apna jinhone bhi is ko bheja hai. unhone likha hai practical wisdom is the ability to make sound judgments and decisions in practical matters based on deep understanding and experience.</w:t>
      </w:r>
      <w:r>
        <w:br/>
      </w:r>
      <w:r>
        <w:rPr>
          <w:sz w:val="20"/>
        </w:rPr>
        <w:t>37:03  it involves having a good sense of what is morally right or virtuous and knowing how to apply general principles to specific situations.</w:t>
      </w:r>
      <w:r>
        <w:br/>
      </w:r>
      <w:r>
        <w:rPr>
          <w:sz w:val="20"/>
        </w:rPr>
        <w:t>37:14  the real teaching of the quran is only to apply practical wisdom. doctor farida really described it nicely. bahrain se saifuddin sahab ne likha hai ke mein swat pakistan se hoon.</w:t>
      </w:r>
      <w:r>
        <w:br/>
      </w:r>
      <w:r>
        <w:rPr>
          <w:sz w:val="20"/>
        </w:rPr>
        <w:t>37:27  ALLAH pak aap sab ko salamat rakhe. amin. faiz qadri sahab ne coimbatore se likha hai maulana man of wisdom thay, un ke har sentence mein wisdom hua karti</w:t>
      </w:r>
      <w:r>
        <w:br/>
      </w:r>
      <w:r>
        <w:rPr>
          <w:sz w:val="20"/>
        </w:rPr>
        <w:t>37:42  thi. practical wisdom ke baray mein maulana ke paas jo clarity thi wo door hazir mein kisi ke paas nahi thi. musalman jab tak maulana ki is wisdom se faida nahi uthayenge masail se bahar nahi aa sakte.</w:t>
      </w:r>
      <w:r>
        <w:br/>
      </w:r>
      <w:r>
        <w:rPr>
          <w:sz w:val="20"/>
        </w:rPr>
        <w:t>37:57  CPS mission ka ek aham kaam logon ko practical wisdom ko batana bhi hai. apa yeh kuch teen sawal hain jo online</w:t>
      </w:r>
      <w:r>
        <w:br/>
      </w:r>
      <w:r>
        <w:rPr>
          <w:sz w:val="20"/>
        </w:rPr>
        <w:t>38:07  aaye hain. arman khan sahab ne likha hai yeh shayad dubai se hain, unhone likha hai apa grasshopper mind se sanjeedgi kaise layein is ke baray mein batayen.</w:t>
      </w:r>
      <w:r>
        <w:br/>
      </w:r>
      <w:r>
        <w:rPr>
          <w:sz w:val="20"/>
        </w:rPr>
        <w:t>38:24  yeh to wahi ho gaya na ladri nasb al ilm. jab aap ko maloom hai ke aap grasshopper mind hain to phir to aap ka aadha rasta to aadha safar to tay</w:t>
      </w:r>
      <w:r>
        <w:br/>
      </w:r>
      <w:r>
        <w:rPr>
          <w:sz w:val="20"/>
        </w:rPr>
        <w:t>38:34  ho gaya. ab aap koshish kariye, thora study kariye, thora ghor o fikar kariye. to study karna zaroori hai aur sab se zyada zaroori jo hai maulana ki kitabon ki study kariye.</w:t>
      </w:r>
      <w:r>
        <w:br/>
      </w:r>
      <w:r>
        <w:rPr>
          <w:sz w:val="20"/>
        </w:rPr>
        <w:t>38:45  aap is mein bohat hi simplify kar ke saare usoolon ko bata diya gaya hai. ab aap sochiye ke kitni kam muddat hamein is dunya mein mili hui hai to hamare paas time hi nahi hai zaya karne ka</w:t>
      </w:r>
      <w:r>
        <w:br/>
      </w:r>
      <w:r>
        <w:rPr>
          <w:sz w:val="20"/>
        </w:rPr>
        <w:t>38:59  . to hum ko kya kehte hain? der is no better time den this very minute. aap foran serious ho jaiye aur apne aap ko tayyar kariye kyunke hamari ek eternal life hai.</w:t>
      </w:r>
      <w:r>
        <w:br/>
      </w:r>
      <w:r>
        <w:rPr>
          <w:sz w:val="20"/>
        </w:rPr>
        <w:t>39:15  bas aap itna sochiye to aap ko bohat hi kitna aap serious ho jayenge. eternal life hai aur is ke liye hamein isi dunya mein apne aap ko prepare karna hai.</w:t>
      </w:r>
      <w:r>
        <w:br/>
      </w:r>
      <w:r>
        <w:rPr>
          <w:sz w:val="20"/>
        </w:rPr>
        <w:t>39:25  jitna hum prepare karenge isi ke mutabiq hamein akhirat mein is ka badla milega. ji to ab hamein kya pata hamari kitni umar hai, kisi ko bhi pata nahi.</w:t>
      </w:r>
      <w:r>
        <w:br/>
      </w:r>
      <w:r>
        <w:rPr>
          <w:sz w:val="20"/>
        </w:rPr>
        <w:t>39:35  to hum ko bas is zara bhi apna time waste nahi karna hai.</w:t>
      </w:r>
      <w:r>
        <w:br/>
      </w:r>
      <w:r>
        <w:rPr>
          <w:sz w:val="20"/>
        </w:rPr>
        <w:t>39:41  aur apa yeh bhi hai ke jaise Maulana hum sab ko bohat kaha karte the ke aap ko ek sincere person ban ke rehna hai kyunke agar aap ke andar sincerity nahi to phir Allah taala, Allah taala ki taraf se bhi madad nahi aayegi.</w:t>
      </w:r>
      <w:r>
        <w:br/>
      </w:r>
      <w:r>
        <w:rPr>
          <w:sz w:val="20"/>
        </w:rPr>
        <w:t>39:56  aur aap sincerity ke ilawa aap afford nahi kar sakte kyunke in sincere person is like moving on the direction of psychological suicide kyunke woh apne conscious ke khilaaf ja raha hai.</w:t>
      </w:r>
      <w:r>
        <w:br/>
      </w:r>
      <w:r>
        <w:rPr>
          <w:sz w:val="20"/>
        </w:rPr>
        <w:t>40:07  woh is dunya se bhi jayega aur akhirat se bhi.</w:t>
      </w:r>
      <w:r>
        <w:br/>
      </w:r>
      <w:r>
        <w:rPr>
          <w:sz w:val="20"/>
        </w:rPr>
        <w:t>40:10  to sab se jo mushkil cheez hai aur jo rare cheez hai, Maulana kehte the jo pai jati hai woh hai sincerity.</w:t>
      </w:r>
      <w:r>
        <w:br/>
      </w:r>
      <w:r>
        <w:rPr>
          <w:sz w:val="20"/>
        </w:rPr>
        <w:t>40:18  so the process, the beginning process is sincerity and following the principles in a disciplined manner. tab aap ko ek khaas madad bhi aane lagti hai.</w:t>
      </w:r>
      <w:r>
        <w:br/>
      </w:r>
      <w:r>
        <w:rPr>
          <w:sz w:val="20"/>
        </w:rPr>
        <w:t>40:29  to yeh bohat aham cheez hai. apa</w:t>
      </w:r>
    </w:p>
    <w:p>
      <w:pPr>
        <w:pStyle w:val="Heading2"/>
      </w:pPr>
      <w:r>
        <w:t>Different aspects of practical wisdom</w:t>
      </w:r>
    </w:p>
    <w:p>
      <w:r>
        <w:rPr>
          <w:color w:val="666666"/>
          <w:sz w:val="18"/>
        </w:rPr>
        <w:t>Life &amp; Wisdom · How to Develop Pratical Wisdom May 5, 2024 · 5m 39s · at 25:31 · https://youtu.be/QIKxtH-MyMM?t=1531</w:t>
      </w:r>
    </w:p>
    <w:p>
      <w:r>
        <w:rPr>
          <w:i/>
        </w:rPr>
        <w:t>“What are the different aspects of wisdom? Please explain practical wisdom, because every situation is different—how do we apply the principles of wisdom in a new situation?”</w:t>
      </w:r>
    </w:p>
    <w:p>
      <w:r>
        <w:rPr>
          <w:sz w:val="20"/>
        </w:rPr>
        <w:t>25:31  acha, apa mera agla sawal yahi hai ke what are the different aspects of wisdom? is ke bare mein bhi aap batayein. different aspect of wisdom matlab practical wisdom, kyunke har situation alag hoti hai.</w:t>
      </w:r>
      <w:r>
        <w:br/>
      </w:r>
      <w:r>
        <w:rPr>
          <w:sz w:val="20"/>
        </w:rPr>
        <w:t>25:48  to is nai situation par kis tarike se wisdom ke jo usool hain, woh apply karte hain? woh jo aap ne bataya tha ke wisdom, yeh Maulana ne is ko define kiya hai:</w:t>
      </w:r>
      <w:r>
        <w:br/>
      </w:r>
      <w:r>
        <w:rPr>
          <w:sz w:val="20"/>
        </w:rPr>
        <w:t>26:01  "wisdom is the ability to discover the relevant by sorting out the irrelevant". to bohat sare aise aspect hotay hain jis ko humein ignore karna parta hai, jis ko humein zyada importance nahi deni parti hai.</w:t>
      </w:r>
      <w:r>
        <w:br/>
      </w:r>
      <w:r>
        <w:rPr>
          <w:sz w:val="20"/>
        </w:rPr>
        <w:t>26:17  lekin jo log is baat ko nahi samajhte, woh jaise kisi ne koi zulm kiya hai hamare upar, to hum wahin bharr jayenge. woh yeh nahi sochenge is ko bharrne ka nateeja kya hoga.</w:t>
      </w:r>
      <w:r>
        <w:br/>
      </w:r>
      <w:r>
        <w:rPr>
          <w:sz w:val="20"/>
        </w:rPr>
        <w:t>26:28  to Maulana ne result oriented action par bohat hi zyada zor diya hai. to humein har situation mein humein is ke ghair mutaliq pehlu ko, irrelevant pehluon ko alag kar ke humein relevant pehlu ko dekhna hai.</w:t>
      </w:r>
      <w:r>
        <w:br/>
      </w:r>
      <w:r>
        <w:rPr>
          <w:sz w:val="20"/>
        </w:rPr>
        <w:t>26:44  aur is ki misalein itni zyada Rasool Allah salallaho alaihi wasallam ki zindagi mein milti hain ke Rasool Allah salallaho alaihi wasallam ne jab Makah mein kaam shuru kiya to society mein tarah tarah ki buraiyan theen.</w:t>
      </w:r>
      <w:r>
        <w:br/>
      </w:r>
      <w:r>
        <w:rPr>
          <w:sz w:val="20"/>
        </w:rPr>
        <w:t>26:57  wahan tarah tarah ke jurm hotay thay, wahan tarah tarah ke jo hain aik doosre par log zulm karte thay. das das bees bees saal tak jangain ladte rehte thay.</w:t>
      </w:r>
      <w:r>
        <w:br/>
      </w:r>
      <w:r>
        <w:rPr>
          <w:sz w:val="20"/>
        </w:rPr>
        <w:t>27:08  tribal society mein yahi hota tha. Rome o Iran ki siyasi intervention barabar rehta tha. to tarah tarah se Ka'bah mein but rakhe hue thay.</w:t>
      </w:r>
      <w:r>
        <w:br/>
      </w:r>
      <w:r>
        <w:rPr>
          <w:sz w:val="20"/>
        </w:rPr>
        <w:t>27:18  lekin Rasool Allah salallaho alaihi wasallam in tamam cheezon se nahi disturb</w:t>
      </w:r>
      <w:r>
        <w:br/>
      </w:r>
      <w:r>
        <w:rPr>
          <w:sz w:val="20"/>
        </w:rPr>
        <w:t>27:25  huye. unhon ne dekha ke sirf aik root cause dekha. root cause kya hai? ke un ko tauheed ka message nahi mila hua hai.</w:t>
      </w:r>
      <w:r>
        <w:br/>
      </w:r>
      <w:r>
        <w:rPr>
          <w:sz w:val="20"/>
        </w:rPr>
        <w:t>27:34  un ko Khuda se taluq, Khuda se mohabbat, Khuda ka khauf, yeh sab cheezein un ke andar paida karna hai. aakhirat ka shauq, to yeh sab paida ho jayega.</w:t>
      </w:r>
      <w:r>
        <w:br/>
      </w:r>
      <w:r>
        <w:rPr>
          <w:sz w:val="20"/>
        </w:rPr>
        <w:t>27:45  to yeh sari cheezein jo hain khud ba khud khatam ho jayen gi.</w:t>
      </w:r>
      <w:r>
        <w:br/>
      </w:r>
      <w:r>
        <w:rPr>
          <w:sz w:val="20"/>
        </w:rPr>
        <w:t>27:48  to wahi hua. Rasool Allah salallaho alaihi wasallam ne aik taraf to tauheed par bohat zyada zor diya, aur phir ilm par bohat zyada zor diya.</w:t>
      </w:r>
      <w:r>
        <w:br/>
      </w:r>
      <w:r>
        <w:rPr>
          <w:sz w:val="20"/>
        </w:rPr>
        <w:t>27:58  yahan tak ke auraton ki taleem ka bhi bohat achhe tareeqe se intezam kiya taake kyunke auratein jo hain kisi bhi society ka taqreeban aadha hissa hoti hain, to agar woh educated nahi hain to phir bohat mushkil ho jayegi society mein education phail nahi payegi.</w:t>
      </w:r>
      <w:r>
        <w:br/>
      </w:r>
      <w:r>
        <w:rPr>
          <w:sz w:val="20"/>
        </w:rPr>
        <w:t>28:18  to phir rasool Allah sal Allah alaihi wasallam ne status ko dekha ke status ko agar hai koi prevail kar raha hai to usko khatam nahi karein, kyunke khatam karne se bohat zyada disturbance hoti hai.</w:t>
      </w:r>
      <w:r>
        <w:br/>
      </w:r>
      <w:r>
        <w:rPr>
          <w:sz w:val="20"/>
        </w:rPr>
        <w:t>28:31  to rasool Allah sal Allah alaihi wasallam ka jo sab se zyada yeh tha ke peace aur normal situation prevail kare taake jo woh kaam kar rahe hain, us kaam mein disturbance na ho.</w:t>
      </w:r>
      <w:r>
        <w:br/>
      </w:r>
      <w:r>
        <w:rPr>
          <w:sz w:val="20"/>
        </w:rPr>
        <w:t>28:43  to is liye aap status ko nahi todte the.</w:t>
      </w:r>
      <w:r>
        <w:br/>
      </w:r>
      <w:r>
        <w:rPr>
          <w:sz w:val="20"/>
        </w:rPr>
        <w:t>28:46  iski ek misaal wahi hai jo kaba jab kai baar jab flood mein kaba gir gaya tha, to dobara jab banaya gaya to itna unke paas quraish ke paas itna material nahi tha, kyunke kaba lamba tha aur ab chokor hai.</w:t>
      </w:r>
      <w:r>
        <w:br/>
      </w:r>
      <w:r>
        <w:rPr>
          <w:sz w:val="20"/>
        </w:rPr>
        <w:t>29:02  to material unka khatam ho gaya, to unhone chokor building bana di. to</w:t>
      </w:r>
      <w:r>
        <w:br/>
      </w:r>
      <w:r>
        <w:rPr>
          <w:sz w:val="20"/>
        </w:rPr>
        <w:t>29:07  jab aap ne makka conquer kar liya to aap ne chaha ke hum jo original kaba tha hazrat ibrahim alaihi wasallam ka banaya hua, uske upar usko dobara se bana dein.</w:t>
      </w:r>
      <w:r>
        <w:br/>
      </w:r>
      <w:r>
        <w:rPr>
          <w:sz w:val="20"/>
        </w:rPr>
        <w:t>29:20  to phir hazrat aisha ne kaha: "bhai to aap chahte hain to kyun nahi bana dete?" to aap ne kaha ke yeh qaum jo hai nayi nayi islam layi hai, woh kahegi ke yeh kaisa mazhab hai ke aate hi yeh log kaba ko todne lag</w:t>
      </w:r>
      <w:r>
        <w:br/>
      </w:r>
      <w:r>
        <w:rPr>
          <w:sz w:val="20"/>
        </w:rPr>
        <w:t>29:33  e. to yeh bohat zyada jo hai na ulta iska nateeja niklega. to is tareeqe se bohat saare waqiyat hain jo ke rasool Allah sal Allah alaihi wasallam ne status ko barqarar rakha aur root cause ko dekha ke root cause par kaam karne se khud ba khud doosre tamam masail hal ho jate hain.</w:t>
      </w:r>
      <w:r>
        <w:br/>
      </w:r>
      <w:r>
        <w:rPr>
          <w:sz w:val="20"/>
        </w:rPr>
        <w:t>29:55  ji apa aur molana se ek yeh bhi cheez seekhi ke woh kehte the: "wise person is one who lives in remembrance of God and in wise person is one who lives in material world because he is not aware of the creation plan of God." apa agar sahaba ki zindagi se bhi dekhein to bohat examples milte hain.</w:t>
      </w:r>
      <w:r>
        <w:br/>
      </w:r>
      <w:r>
        <w:rPr>
          <w:sz w:val="20"/>
        </w:rPr>
        <w:t>30:17  jaise um daradah ne ek martaba hazrat abu dardah ke bare mein bataya</w:t>
      </w:r>
      <w:r>
        <w:br/>
      </w:r>
      <w:r>
        <w:rPr>
          <w:sz w:val="20"/>
        </w:rPr>
        <w:t>30:22  Jab un ke baray mein poocha gaya ke un ki favorite</w:t>
      </w:r>
      <w:r>
        <w:br/>
      </w:r>
      <w:r>
        <w:rPr>
          <w:sz w:val="20"/>
        </w:rPr>
        <w:t>30:25  favorite deed kya thi to wo kehte the ke "He would contemplate and seek wisdom."</w:t>
      </w:r>
      <w:r>
        <w:br/>
      </w:r>
      <w:r>
        <w:rPr>
          <w:sz w:val="20"/>
        </w:rPr>
        <w:t>30:32  Aur aap wo is cheez se bhi aik example se pata chalta hai ke kitni practical wisdom thi</w:t>
      </w:r>
      <w:r>
        <w:br/>
      </w:r>
      <w:r>
        <w:rPr>
          <w:sz w:val="20"/>
        </w:rPr>
        <w:t>30:38  Sahaba mein ke unhon ne aik martaba aik Sahabi ko kaha ke "Remember</w:t>
      </w:r>
      <w:r>
        <w:br/>
      </w:r>
      <w:r>
        <w:rPr>
          <w:sz w:val="20"/>
        </w:rPr>
        <w:t>30:44  God while you are enjoying happiness because then God will remember you while you are in trouble."</w:t>
      </w:r>
      <w:r>
        <w:br/>
      </w:r>
      <w:r>
        <w:rPr>
          <w:sz w:val="20"/>
        </w:rPr>
        <w:t>30:50  And whenever you see a worldly thing, remember its transitory nature, its temporary nature, and tell your</w:t>
      </w:r>
      <w:r>
        <w:br/>
      </w:r>
      <w:r>
        <w:rPr>
          <w:sz w:val="20"/>
        </w:rPr>
        <w:t>30:58  self that this world will soon get over.</w:t>
      </w:r>
      <w:r>
        <w:br/>
      </w:r>
      <w:r>
        <w:rPr>
          <w:sz w:val="20"/>
        </w:rPr>
        <w:t>31:01  to yeh bohat hi practical tip hai kyunke apa jab hum chaka chaundh dekhte hain, worldly cheezon ko dekhte hain to bilkul uski taraf drawn ho jate hain, usi mein jeene lagte hain.</w:t>
      </w:r>
    </w:p>
    <w:p>
      <w:pPr>
        <w:pStyle w:val="Heading2"/>
      </w:pPr>
      <w:r>
        <w:t>Doubt about modern consumerism</w:t>
      </w:r>
    </w:p>
    <w:p>
      <w:r>
        <w:rPr>
          <w:color w:val="666666"/>
          <w:sz w:val="18"/>
        </w:rPr>
        <w:t>Life &amp; Wisdom · Age Of Consumerism I January 6, 2013 Maulana Wahiduddin Khan · 5m 34s · at 1:12:51 · https://youtu.be/CuRYFl7JuEM?t=4371</w:t>
      </w:r>
    </w:p>
    <w:p>
      <w:r>
        <w:rPr>
          <w:i/>
        </w:rPr>
        <w:t>“Thanks a lot for explaining modern consumerism and making us rethink the whole idea of shopping. However, I have a little doubt. My question is...”</w:t>
      </w:r>
    </w:p>
    <w:p>
      <w:r>
        <w:rPr>
          <w:sz w:val="20"/>
        </w:rPr>
        <w:t>1:12:51  maqsad achha hai. ji, kaisa hai? ji, bilkul theek hai. achha, maulana, agla sawal delhi se hai, ah, miss s ahmad ka.</w:t>
      </w:r>
      <w:r>
        <w:br/>
      </w:r>
      <w:r>
        <w:rPr>
          <w:sz w:val="20"/>
        </w:rPr>
        <w:t>1:13:03  "maulana, thanks a lot for explaining the modern consumerism and making us rethink the whole idea of shopping.</w:t>
      </w:r>
      <w:r>
        <w:br/>
      </w:r>
      <w:r>
        <w:rPr>
          <w:sz w:val="20"/>
        </w:rPr>
        <w:t>1:13:15  however, i have a little doubt. my question is</w:t>
      </w:r>
      <w:r>
        <w:br/>
      </w:r>
      <w:r>
        <w:rPr>
          <w:sz w:val="20"/>
        </w:rPr>
        <w:t>1:13:19  the fine line between need based consumerism and comfort based consumerism. it is disappearing so quickly that it is often, it often becomes difficult to define what is need and what is comfort, especially if parents provide the need full to children.</w:t>
      </w:r>
      <w:r>
        <w:br/>
      </w:r>
      <w:r>
        <w:rPr>
          <w:sz w:val="20"/>
        </w:rPr>
        <w:t>1:13:40  the children often demands or sometimes complain for extra comfort. so what should one do? how should a person</w:t>
      </w:r>
      <w:r>
        <w:br/>
      </w:r>
      <w:r>
        <w:rPr>
          <w:sz w:val="20"/>
        </w:rPr>
        <w:t>1:13:50  plan a strategy for it?" bhai, dekhiye, na bachche criterion hain, na parent criterion hain. jo log is se phanse rahein ge, toh woh toh isi se phanse rahein ge.</w:t>
      </w:r>
      <w:r>
        <w:br/>
      </w:r>
      <w:r>
        <w:rPr>
          <w:sz w:val="20"/>
        </w:rPr>
        <w:t>1:14:01  woh toh kabhi unko chhutti nahi mile gi marne se pehle. main toh logon se kehta hoon ke dekhiye, quran mein aaya hai</w:t>
      </w:r>
      <w:r>
        <w:br/>
      </w:r>
      <w:r>
        <w:rPr>
          <w:sz w:val="20"/>
        </w:rPr>
        <w:t>1:14:10  ke</w:t>
      </w:r>
      <w:r>
        <w:br/>
      </w:r>
      <w:r>
        <w:rPr>
          <w:sz w:val="20"/>
        </w:rPr>
        <w:t>1:14:13  do aayatein hain quran majeed ki. aaj kal saare log family mein phanse rehte hain. do aayatein hain, woh padhein. woh ek aayat yeh hai ke jahannami log jo hain, unke bare mein woh aayat hai:</w:t>
      </w:r>
      <w:r>
        <w:br/>
      </w:r>
      <w:r>
        <w:rPr>
          <w:sz w:val="20"/>
        </w:rPr>
        <w:t>1:14:28  "kana fi ahli masroorah"</w:t>
      </w:r>
      <w:r>
        <w:br/>
      </w:r>
      <w:r>
        <w:rPr>
          <w:sz w:val="20"/>
        </w:rPr>
        <w:t>1:14:32  ke apne family mein khoob khush rehte the. woh yaani family ki demand poori karna aur family ki ko khush rakhna, unki pampani karna, unke liye har item dala ke dena unko.</w:t>
      </w:r>
      <w:r>
        <w:br/>
      </w:r>
      <w:r>
        <w:rPr>
          <w:sz w:val="20"/>
        </w:rPr>
        <w:t>1:14:45  toh "kana fi ahli masroorah" woh aadmi family mein jeeta tha, family ke mein khush</w:t>
      </w:r>
      <w:r>
        <w:br/>
      </w:r>
      <w:r>
        <w:rPr>
          <w:sz w:val="20"/>
        </w:rPr>
        <w:t>1:14:51  khurram rehta tha. woh jahannam mein jaye ga, yeh jahannam ke liye hai. aur jannat ke liye kya hai? "ana kunna fi ahelna mushrikeen" mushrik maani khauf zada,</w:t>
      </w:r>
      <w:r>
        <w:br/>
      </w:r>
      <w:r>
        <w:rPr>
          <w:sz w:val="20"/>
        </w:rPr>
        <w:t>1:15:07  dara hua ke</w:t>
      </w:r>
      <w:r>
        <w:br/>
      </w:r>
      <w:r>
        <w:rPr>
          <w:sz w:val="20"/>
        </w:rPr>
        <w:t>1:15:09  jannat walay kahain ge ke hum apnay family mein, apnay ghar mein khauf zada ban ke rehtay thay, andesha naak ban ke rehtay thay, Allah ki pakar se dar, jahannam se dar, qayamat ki accountability se dar.</w:t>
      </w:r>
      <w:r>
        <w:br/>
      </w:r>
      <w:r>
        <w:rPr>
          <w:sz w:val="20"/>
        </w:rPr>
        <w:t>1:15:22  is mein jeetay thay hum. yeh do tasveerein hain, aap daikh lijiye. yeh zamanay ke musalmanon mein shayad hi koi ghar ho jo aap ko milay, woh is ka namona.</w:t>
      </w:r>
      <w:r>
        <w:br/>
      </w:r>
      <w:r>
        <w:rPr>
          <w:sz w:val="20"/>
        </w:rPr>
        <w:t>1:15:32  is sab wohi ab family mein khush hain, family ke liye saman la rahay hain, kama kama kar un ko de rahay hain ta ke woh bachay khush rahain, ghar walay khush rahain, family walay khush rahain.</w:t>
      </w:r>
      <w:r>
        <w:br/>
      </w:r>
      <w:r>
        <w:rPr>
          <w:sz w:val="20"/>
        </w:rPr>
        <w:t>1:15:46  to yeh to aap yeh raha, yani yeh yeh mat sochiye ke bachay kya kya chahtay hain, parent kya chahtay hain.</w:t>
      </w:r>
      <w:r>
        <w:br/>
      </w:r>
      <w:r>
        <w:rPr>
          <w:sz w:val="20"/>
        </w:rPr>
        <w:t>1:15:53  aap daikhiye ke jannat walon ki tasveer Quran mein kya hai aur jahannam walon ki tasveer Quran majeed mein kya hai. is se faisla kijiye. Maulana, un ka aik hissa question ka yeh bhi tha ke woh difference janna chah rahi thi ke between need based consumerism and comfort based consumerism.</w:t>
      </w:r>
      <w:r>
        <w:br/>
      </w:r>
      <w:r>
        <w:rPr>
          <w:sz w:val="20"/>
        </w:rPr>
        <w:t>1:16:14  daikhiye, haan, is ka bohat asaan hai.</w:t>
      </w:r>
      <w:r>
        <w:br/>
      </w:r>
      <w:r>
        <w:rPr>
          <w:sz w:val="20"/>
        </w:rPr>
        <w:t>1:16:18  woh jo hadith sunai mein ne aap ko, usi hadith samajh lijiye ke dunya mein zinda rehne ke liye jo zaroori ho, wohi need based hai.</w:t>
      </w:r>
      <w:r>
        <w:br/>
      </w:r>
      <w:r>
        <w:rPr>
          <w:sz w:val="20"/>
        </w:rPr>
        <w:t>1:16:29  aur jo jab aap aap jhootay hain, lazzat dhoondh rahay hain, aaram dhoondh rahay hain aur ronak dhoondh rahay hain aur</w:t>
      </w:r>
      <w:r>
        <w:br/>
      </w:r>
      <w:r>
        <w:rPr>
          <w:sz w:val="20"/>
        </w:rPr>
        <w:t>1:16:39  shandar dhoondh rahay hain, to wahan par woh consumerism aa gaya, consumerism aa gaya. bohat asaan hai, bohat asaan hai.</w:t>
      </w:r>
      <w:r>
        <w:br/>
      </w:r>
      <w:r>
        <w:rPr>
          <w:sz w:val="20"/>
        </w:rPr>
        <w:t>1:16:50  mein to daikhiye, yahan rehta hoon jahan 1983 se us waqt jo mera jo</w:t>
      </w:r>
      <w:r>
        <w:br/>
      </w:r>
      <w:r>
        <w:rPr>
          <w:sz w:val="20"/>
        </w:rPr>
        <w:t>1:16:57  kursi thi ya jo furniture tha, wohi aaj bhi hai. is beech mein aap colony mein ghoomiye, doosron ke haan kitni baar badal chukay hon ge. woh to badal zaroorat hi nahi badla.</w:t>
      </w:r>
      <w:r>
        <w:br/>
      </w:r>
      <w:r>
        <w:rPr>
          <w:sz w:val="20"/>
        </w:rPr>
        <w:t>1:17:07  unhon ne market mein gaye, daikha ke naye qism ka sofa chataiya hai, naye qism ki kursiyan aayi hain, to woh khareed liya, pichla wala hata diya.</w:t>
      </w:r>
      <w:r>
        <w:br/>
      </w:r>
      <w:r>
        <w:rPr>
          <w:sz w:val="20"/>
        </w:rPr>
        <w:t>1:17:17  to aadmi bohat aasani se samajh sakta hai ke dunya mein jeenay ke liye waqai zaroorat meri kya hai, bas isi par raazi ho jaoon.</w:t>
      </w:r>
      <w:r>
        <w:br/>
      </w:r>
      <w:r>
        <w:rPr>
          <w:sz w:val="20"/>
        </w:rPr>
        <w:t>1:17:27  aur doosri ke shauq ke liye aur khwahish ke liye, lazzat ke liye, ronak ke liye, logon ko khush karne ke liye</w:t>
      </w:r>
      <w:r>
        <w:br/>
      </w:r>
      <w:r>
        <w:rPr>
          <w:sz w:val="20"/>
        </w:rPr>
        <w:t>1:17:39  ziyadah tar is liye hota hai. yeh yeh social status ka maamla hota hai ke log kya kahain ge. social status ke aap aap choti gari mein bethay hain, doosra wala parosi bari gari mein beth ta hai, to aap ko lagta hai ke mera darja ghat gaya.</w:t>
      </w:r>
      <w:r>
        <w:br/>
      </w:r>
      <w:r>
        <w:rPr>
          <w:sz w:val="20"/>
        </w:rPr>
        <w:t>1:17:55  aap flat mein rehtay hain, doosra kothi mein rehta hai, to aap samajhtay hain mera darja ghat gaya.</w:t>
      </w:r>
      <w:r>
        <w:br/>
      </w:r>
      <w:r>
        <w:rPr>
          <w:sz w:val="20"/>
        </w:rPr>
        <w:t>1:18:01  aap ke kamray mein sirf maamooli kursiyan hain, is ke sofa set hai, to aap samajhtay hain mera darja ghat gaya. to social status jo hai, woh logon ke zehan mein basa hua rehta hai, bachon ke zehan mein aur parent ke zehan mein.</w:t>
      </w:r>
      <w:r>
        <w:br/>
      </w:r>
      <w:r>
        <w:rPr>
          <w:sz w:val="20"/>
        </w:rPr>
        <w:t>1:18:14  yeh sab jahili soch hai, jahili. bas zindagi guzarne ke liye jo zaroori cheez hai, woh har aadmi samajh sakta hai bohat aasani se. bas isi par raazi ho jaiye.</w:t>
      </w:r>
    </w:p>
    <w:p>
      <w:pPr>
        <w:pStyle w:val="Heading2"/>
      </w:pPr>
      <w:r>
        <w:t>Factors inhibiting creative thinking development</w:t>
      </w:r>
    </w:p>
    <w:p>
      <w:r>
        <w:rPr>
          <w:color w:val="666666"/>
          <w:sz w:val="18"/>
        </w:rPr>
        <w:t>Life &amp; Wisdom · Creative Solution or Ijtihadi Hal September 16, 2012 · 12m 35s · at 1:07:31 · https://youtu.be/yBKbiu0d_1A?t=4051</w:t>
      </w:r>
    </w:p>
    <w:p>
      <w:r>
        <w:rPr>
          <w:i/>
        </w:rPr>
        <w:t>“What are the factors that inhibit the development of creative thinking in us? Please guide.”</w:t>
      </w:r>
    </w:p>
    <w:p>
      <w:r>
        <w:rPr>
          <w:sz w:val="20"/>
        </w:rPr>
        <w:t>1:07:31  maulana, agla sawal roorkee se hai sajid anwar sahib ka. unhon ne likha hai: "maulana, what are the factors which inhibit the development of creative thinking in us؟</w:t>
      </w:r>
      <w:r>
        <w:br/>
      </w:r>
      <w:r>
        <w:rPr>
          <w:sz w:val="20"/>
        </w:rPr>
        <w:t>1:07:44  please guide us</w:t>
      </w:r>
      <w:r>
        <w:br/>
      </w:r>
      <w:r>
        <w:rPr>
          <w:sz w:val="20"/>
        </w:rPr>
        <w:t>1:07:45  ." mein dekhiye, mera jo experience hai, woh to yeh hai ke creative thinking naam hai natural thinking ka.</w:t>
      </w:r>
      <w:r>
        <w:br/>
      </w:r>
      <w:r>
        <w:rPr>
          <w:sz w:val="20"/>
        </w:rPr>
        <w:t>1:07:59  yani aap agar apne ko distraction se bachayen to apne aap nature unfold hoti hai. apne aap jab nature unfold hoti hai to woh aap ke andar creative thinking aati hai.</w:t>
      </w:r>
      <w:r>
        <w:br/>
      </w:r>
      <w:r>
        <w:rPr>
          <w:sz w:val="20"/>
        </w:rPr>
        <w:t>1:08:12  is ke baad</w:t>
      </w:r>
      <w:r>
        <w:br/>
      </w:r>
      <w:r>
        <w:rPr>
          <w:sz w:val="20"/>
        </w:rPr>
        <w:t>1:08:14  creative thinking koi alag se import karne ki cheez nahi hai. creative thinking ko aap koi import nahi karta, woh already aap ke andar maujood hai nature ke andar.</w:t>
      </w:r>
      <w:r>
        <w:br/>
      </w:r>
      <w:r>
        <w:rPr>
          <w:sz w:val="20"/>
        </w:rPr>
        <w:t>1:08:27  lekin log kya karte hain? conditioning mein pad jate hain, un ke andar bias aa jata hai, nafrat aa jati hai. ab normal tareeqe se sochne lagte hain: ghussa, nafrat, inteqam, tashaddud mein phans jate hain.</w:t>
      </w:r>
      <w:r>
        <w:br/>
      </w:r>
      <w:r>
        <w:rPr>
          <w:sz w:val="20"/>
        </w:rPr>
        <w:t>1:08:42  is ki wajah se nature unfold nahi ho pati. to sirf aik hi shart hai ke aap apne aap ko aisi cheezon se bachayen jo nature ko unfold hone se rokti hain.</w:t>
      </w:r>
      <w:r>
        <w:br/>
      </w:r>
      <w:r>
        <w:rPr>
          <w:sz w:val="20"/>
        </w:rPr>
        <w:t>1:08:56  bas is ke baad creative thinking apne aap develop kare gi. maulana, yeh sawal dilli se aya hai mr hamad ahmad sahib ka.</w:t>
      </w:r>
      <w:r>
        <w:br/>
      </w:r>
      <w:r>
        <w:rPr>
          <w:sz w:val="20"/>
        </w:rPr>
        <w:t>1:09:06  unhon ne aap se poocha hai ke "what is the creative solution of indian riots?" indian riots, acha, "how it can be prevented and what should be the role of indian muslims during the riots?" dekhiye, is ka jawab bohat hi acha diya hai aik sahabi ne.</w:t>
      </w:r>
      <w:r>
        <w:br/>
      </w:r>
      <w:r>
        <w:rPr>
          <w:sz w:val="20"/>
        </w:rPr>
        <w:t>1:09:31  indian riots jo hain, woh woh right nahi hote. muslims are paying the price of their own stupid policies.</w:t>
      </w:r>
      <w:r>
        <w:br/>
      </w:r>
      <w:r>
        <w:rPr>
          <w:sz w:val="20"/>
        </w:rPr>
        <w:t>1:09:41  is ko right kehna hi galat hai. woh stupid policy ki qeemat hoti hai, us ko hum kehte hain right. is ko mein explain karta hoon.</w:t>
      </w:r>
      <w:r>
        <w:br/>
      </w:r>
      <w:r>
        <w:rPr>
          <w:sz w:val="20"/>
        </w:rPr>
        <w:t>1:09:51  dekhiye, aik sahabi kehte hain ke "malayardha bil qaleel mimma yati bihi safi hayardha bil kaseer".</w:t>
      </w:r>
      <w:r>
        <w:br/>
      </w:r>
      <w:r>
        <w:rPr>
          <w:sz w:val="20"/>
        </w:rPr>
        <w:t>1:10:05  yeh sahabi ka qaul hai.</w:t>
      </w:r>
      <w:r>
        <w:br/>
      </w:r>
      <w:r>
        <w:rPr>
          <w:sz w:val="20"/>
        </w:rPr>
        <w:t>1:10:08  is ka translation yeh hai ke jo aadmi</w:t>
      </w:r>
      <w:r>
        <w:br/>
      </w:r>
      <w:r>
        <w:rPr>
          <w:sz w:val="20"/>
        </w:rPr>
        <w:t>1:10:16  nadan ke chote shar ko bardasht nahi kare ga, to us ko nadan ke bare shar ko bardasht karna pare ga.</w:t>
      </w:r>
      <w:r>
        <w:br/>
      </w:r>
      <w:r>
        <w:rPr>
          <w:sz w:val="20"/>
        </w:rPr>
        <w:t>1:10:27  is ka matlab kya hai? zindagi mein chote shar to ate hi ate hain. aap chahen ke chote shar bhi na hon, yeh impossible hai. matlab koi nara laga laga de ga, koi jaloos nikale ga, koi</w:t>
      </w:r>
      <w:r>
        <w:br/>
      </w:r>
      <w:r>
        <w:rPr>
          <w:sz w:val="20"/>
        </w:rPr>
        <w:t>1:10:39  koi holi ka pani phenk de ga aap ki masjid par. yeh chota shar hai, is ko bardasht kijiye. ladte kyun hain is ke liye? aap hazrat umar ne yeh baat is tareeqe se kahi ke "laysal aaqil alladhi ya'riful khair wal sharr, walakinahu alladhi ya'rifu khaira sharrin" ke aqalmand woh nahi hai jo jo</w:t>
      </w:r>
      <w:r>
        <w:br/>
      </w:r>
      <w:r>
        <w:rPr>
          <w:sz w:val="20"/>
        </w:rPr>
        <w:t>1:11:07  khair aur shar ko jaane.</w:t>
      </w:r>
      <w:r>
        <w:br/>
      </w:r>
      <w:r>
        <w:rPr>
          <w:sz w:val="20"/>
        </w:rPr>
        <w:t>1:11:09  aqalmand woh hai jo yeh jaane ke do shar mein se kamtar shar konsa hai. matlab kya hai?</w:t>
      </w:r>
      <w:r>
        <w:br/>
      </w:r>
      <w:r>
        <w:rPr>
          <w:sz w:val="20"/>
        </w:rPr>
        <w:t>1:11:20  zindagi mein choice jo hai, woh good and bad ka nahi hai, lesser evil aur greater evil ka hai.</w:t>
      </w:r>
      <w:r>
        <w:br/>
      </w:r>
      <w:r>
        <w:rPr>
          <w:sz w:val="20"/>
        </w:rPr>
        <w:t>1:11:29  ab aap dekhiye, kamra right ko kya hota hai?</w:t>
      </w:r>
      <w:r>
        <w:br/>
      </w:r>
      <w:r>
        <w:rPr>
          <w:sz w:val="20"/>
        </w:rPr>
        <w:t>1:11:32  99 feesad cases mein kya hota hai ke musalman mutalba karte hain ke route badlo, route badlo.</w:t>
      </w:r>
      <w:r>
        <w:br/>
      </w:r>
      <w:r>
        <w:rPr>
          <w:sz w:val="20"/>
        </w:rPr>
        <w:t>1:11:42  achha, woh route nahi badalne pe tayyar hote ya kehte hain ke sahib, lord square par bhajan band karo. woh band karne pe tayyar nahi hote.</w:t>
      </w:r>
      <w:r>
        <w:br/>
      </w:r>
      <w:r>
        <w:rPr>
          <w:sz w:val="20"/>
        </w:rPr>
        <w:t>1:11:54  to kya karte hain? is ke baad ja ke rokte aur tokte hain. wahan par</w:t>
      </w:r>
      <w:r>
        <w:br/>
      </w:r>
      <w:r>
        <w:rPr>
          <w:sz w:val="20"/>
        </w:rPr>
        <w:t>1:12:00  aap jaise hi aap roka toke ga, jaise hi aap un ko, yani violence karein, koi kisi qism ka ke aap ko pathar maar dein ya aap un ka un ka lord square tod dein, to foran kya hota hai?</w:t>
      </w:r>
      <w:r>
        <w:br/>
      </w:r>
      <w:r>
        <w:rPr>
          <w:sz w:val="20"/>
        </w:rPr>
        <w:t>1:12:17  woh police case ban jata hai. jab juloos nikalta hai, zyada tar juloos hi mein jhagde hote hain.</w:t>
      </w:r>
      <w:r>
        <w:br/>
      </w:r>
      <w:r>
        <w:rPr>
          <w:sz w:val="20"/>
        </w:rPr>
        <w:t>1:12:24  jab juloos nikalta hai to us waqt kya case hota hai? ke masla hota hai, yani juloos versus police.</w:t>
      </w:r>
      <w:r>
        <w:br/>
      </w:r>
      <w:r>
        <w:rPr>
          <w:sz w:val="20"/>
        </w:rPr>
        <w:t>1:12:33  wahan police hoti hai juloos ko control karne ke liye. musalman kya karte hain? ke route badlo. idhar hamari masjid hai, idhar hamara mohalla hai.</w:t>
      </w:r>
      <w:r>
        <w:br/>
      </w:r>
      <w:r>
        <w:rPr>
          <w:sz w:val="20"/>
        </w:rPr>
        <w:t>1:12:44  to woh raazi nahi hote. to police se kehte hain ke in ko badalwao, idhar le jaao in ko. police kehti hai ke hum nahi badal sakte, hamare bas mein nahi</w:t>
      </w:r>
      <w:r>
        <w:br/>
      </w:r>
      <w:r>
        <w:rPr>
          <w:sz w:val="20"/>
        </w:rPr>
        <w:t>1:12:52  hai. to police ko pathar maarte hain. pathar maarte hi kya hota hai? ke jo case pehle tha, juloos versus police, ab ho jata hai Muslim versus police.</w:t>
      </w:r>
      <w:r>
        <w:br/>
      </w:r>
      <w:r>
        <w:rPr>
          <w:sz w:val="20"/>
        </w:rPr>
        <w:t>1:13:06  ab khwamkhwah apne ko aap wale mujhe bar ki situation ban jati hai. wahan par abhi recently jo fasad hua tha UK mein, woh kya hua tha?</w:t>
      </w:r>
      <w:r>
        <w:br/>
      </w:r>
      <w:r>
        <w:rPr>
          <w:sz w:val="20"/>
        </w:rPr>
        <w:t>1:13:19  roze ke zamane mein log ab masjid mein jama hue the iftar karne ke liye. qareeb ke mandir se awaz aane lagi bhajan ki.</w:t>
      </w:r>
      <w:r>
        <w:br/>
      </w:r>
      <w:r>
        <w:rPr>
          <w:sz w:val="20"/>
        </w:rPr>
        <w:t>1:13:30  ab wahan kuch log gaye ja ke sahib, apne loudspeaker ko awaz kam karo, us ko band karo. to unhone yeh band kiya. to kya unhone kiya ke us ko tod phod kar karne lage?</w:t>
      </w:r>
      <w:r>
        <w:br/>
      </w:r>
      <w:r>
        <w:rPr>
          <w:sz w:val="20"/>
        </w:rPr>
        <w:t>1:13:41  to bas fasad ho gaya. aur wahan curfew laga, bohat se log maare gaye.</w:t>
      </w:r>
      <w:r>
        <w:br/>
      </w:r>
      <w:r>
        <w:rPr>
          <w:sz w:val="20"/>
        </w:rPr>
        <w:t>1:13:46  jitne woh commercial right hote hain, woh commercial right nahi hain. woh haqeeqatan musalmanon ki stepped policy ke result hain. woh aap aap kyun juloos ko rokte hain?</w:t>
      </w:r>
      <w:r>
        <w:br/>
      </w:r>
      <w:r>
        <w:rPr>
          <w:sz w:val="20"/>
        </w:rPr>
        <w:t>1:13:56  kyun ke un ke loudspeaker ko band karna chahte hain. un ke slogan, slogan ko nahi band kar sakte aap. woh slogan lagayein ge kyun ke India mein azadi aap ke liye, un ke liye bhi dono ki azadi hai.</w:t>
      </w:r>
      <w:r>
        <w:br/>
      </w:r>
      <w:r>
        <w:rPr>
          <w:sz w:val="20"/>
        </w:rPr>
        <w:t>1:14:10  to sirf ek hi shakal hai ke musalman principle of avoidance ko pakrein, araz karna. araz juloos nikalta hai to kar le dein, naara lagata hai to laga le dein.</w:t>
      </w:r>
      <w:r>
        <w:br/>
      </w:r>
      <w:r>
        <w:rPr>
          <w:sz w:val="20"/>
        </w:rPr>
        <w:t>1:14:25  main aap ko ek dilchasp qissa sunata hoon. ek martaba bohat bara fasad hua tha Bhagalpur mein, Bihar mein.</w:t>
      </w:r>
      <w:r>
        <w:br/>
      </w:r>
      <w:r>
        <w:rPr>
          <w:sz w:val="20"/>
        </w:rPr>
        <w:t>1:14:38  to bohat fasad hua aur musalmanon ko bohat nuksan hua tha is mein. to ek sahib ne ek kitab likhi thi, moti si, isi mauzu par "Bhagalpur ka fasad".</w:t>
      </w:r>
      <w:r>
        <w:br/>
      </w:r>
      <w:r>
        <w:rPr>
          <w:sz w:val="20"/>
        </w:rPr>
        <w:t>1:14:48  yeh kitab mere paas abhi maujood hai, koi shakhs dekh sakta hai is ko. woh khud musannif mere paas woh kitab le aaye.</w:t>
      </w:r>
      <w:r>
        <w:br/>
      </w:r>
      <w:r>
        <w:rPr>
          <w:sz w:val="20"/>
        </w:rPr>
        <w:t>1:14:56  to maine us ko thoda sa parha to phir likha hua tha ke juloos nikla musalmanon ke mohalle mein.</w:t>
      </w:r>
      <w:r>
        <w:br/>
      </w:r>
      <w:r>
        <w:rPr>
          <w:sz w:val="20"/>
        </w:rPr>
        <w:t>1:15:10  to pehle to aman tha, woh phir musalmanon ne ek step liya. yahi lafz tha is mein. step liya, is ke baad fasad shuru ho gaya.</w:t>
      </w:r>
      <w:r>
        <w:br/>
      </w:r>
      <w:r>
        <w:rPr>
          <w:sz w:val="20"/>
        </w:rPr>
        <w:t>1:15:20  to mein ne poocha un se ke bhai step kiya tha? woh to bata nahi rahe the ke step kiya tha.</w:t>
      </w:r>
      <w:r>
        <w:br/>
      </w:r>
      <w:r>
        <w:rPr>
          <w:sz w:val="20"/>
        </w:rPr>
        <w:t>1:15:28  to baat ko bhagal pur ke case ki jo vakalat kar rahe the, woh pairvi kar rahe the, vakeel sahib, un se meri mulaqat hui.</w:t>
      </w:r>
      <w:r>
        <w:br/>
      </w:r>
      <w:r>
        <w:rPr>
          <w:sz w:val="20"/>
        </w:rPr>
        <w:t>1:15:38  to un se poocha ke woh step kiya tha? to unhon ne unhon ne bataya, khud vakeel sahib ne bataya, jo jo case ki pairvi kar rahe the, ke hua yeh ke jaloos nikla aur musalmanon ne kaha ke sahib, root badlo, root badlo, root badlo.</w:t>
      </w:r>
      <w:r>
        <w:br/>
      </w:r>
      <w:r>
        <w:rPr>
          <w:sz w:val="20"/>
        </w:rPr>
        <w:t>1:15:54  root badalne par raazi nahi hue.</w:t>
      </w:r>
      <w:r>
        <w:br/>
      </w:r>
      <w:r>
        <w:rPr>
          <w:sz w:val="20"/>
        </w:rPr>
        <w:t>1:15:56  to musalmanon ne hand grade, hand hand gradenate phenka, dasti bomb. aur khud vakeel sahib ke alfaaz hain ke saare, yaani woh dhuwan phail gaya saare road par.</w:t>
      </w:r>
      <w:r>
        <w:br/>
      </w:r>
      <w:r>
        <w:rPr>
          <w:sz w:val="20"/>
        </w:rPr>
        <w:t>1:16:10  to is ke baad un logon ne retaliate kiya aur phir bara fasaad hua, bara hangama hua, bohat jalaye phoonke gaye log.</w:t>
      </w:r>
      <w:r>
        <w:br/>
      </w:r>
      <w:r>
        <w:rPr>
          <w:sz w:val="20"/>
        </w:rPr>
        <w:t>1:16:18  to bhai, step step liya keh kar ke chhupaye hue hain is baat ko ke musalmanon ne ek nadani ki ke wahan bomb maar diya. jab bomb maarne ka hai to wohi marenge, koi nahi marenge.</w:t>
      </w:r>
      <w:r>
        <w:br/>
      </w:r>
      <w:r>
        <w:rPr>
          <w:sz w:val="20"/>
        </w:rPr>
        <w:t>1:16:31  bhai, to musannif se mein ne poocha, musannif se meri mulaqat hui ke mein ne kaha ke kyun aap itna ghussa ho gaye?</w:t>
      </w:r>
      <w:r>
        <w:br/>
      </w:r>
      <w:r>
        <w:rPr>
          <w:sz w:val="20"/>
        </w:rPr>
        <w:t>1:16:41  aap log to unhon ne kaha kaise ghussa hote hain? hum</w:t>
      </w:r>
      <w:r>
        <w:br/>
      </w:r>
      <w:r>
        <w:rPr>
          <w:sz w:val="20"/>
        </w:rPr>
        <w:t>1:16:46  to unhon ne bataya ke woh is is bohat is ka muhalle ka naam tha tatar pur. unhon ne kaha ke woh log naara laga rahe the ke "jai maa kali tatar pur karo khali".</w:t>
      </w:r>
      <w:r>
        <w:br/>
      </w:r>
      <w:r>
        <w:rPr>
          <w:sz w:val="20"/>
        </w:rPr>
        <w:t>1:17:02  yeh musannif ne bataya "jai maa kali tatar pur kharo khali". to unhon ne kaha kaise hum is ko bardasht kar sakte the?</w:t>
      </w:r>
      <w:r>
        <w:br/>
      </w:r>
      <w:r>
        <w:rPr>
          <w:sz w:val="20"/>
        </w:rPr>
        <w:t>1:17:12  to mein ne kaha acha yeh bataiye ke aap ne bardasht nahi kiya, roka, fasaad hua, karfu laga, log maare gaye, dukanein jalai phoonki gaein.</w:t>
      </w:r>
      <w:r>
        <w:br/>
      </w:r>
      <w:r>
        <w:rPr>
          <w:sz w:val="20"/>
        </w:rPr>
        <w:t>1:17:24  to ab wahan par musalman hain ke nahi hain? kaha alhamdulillah, ab musalman wahan par abhi bhi hain.</w:t>
      </w:r>
      <w:r>
        <w:br/>
      </w:r>
      <w:r>
        <w:rPr>
          <w:sz w:val="20"/>
        </w:rPr>
        <w:t>1:17:31  to mein ne phir un se kaha jab jaloos nikal kar ke fasaad kar ke bhi woh tatar pur ko khali nahi kar sake musalmanon se, to aap ko react karne ki zaroorat kya thi?</w:t>
      </w:r>
      <w:r>
        <w:br/>
      </w:r>
      <w:r>
        <w:rPr>
          <w:sz w:val="20"/>
        </w:rPr>
        <w:t>1:17:44  aap kehte hain ke yeh bewakoofi ke idare hain, is tarah kahin tatar pur khali ho jata hai. aap mein ne kaha ke aap ghor kijiye ke unhon ne jaloos nikala aur wahan par fasaad hua, goliyan chali, dukanein jalai gayin, phir bhi musalman maujood hain wahan par.</w:t>
      </w:r>
      <w:r>
        <w:br/>
      </w:r>
      <w:r>
        <w:rPr>
          <w:sz w:val="20"/>
        </w:rPr>
        <w:t>1:18:01  to jab fasaad jaloos nikalwa kar fasaad karwa kar ke bhi woh tatar pur ko khali nahi kara sake, to aap ab bhadak bhadke kyun?</w:t>
      </w:r>
      <w:r>
        <w:br/>
      </w:r>
      <w:r>
        <w:rPr>
          <w:sz w:val="20"/>
        </w:rPr>
        <w:t>1:18:10  aap ne react kyun kiya? aap ko kehna chahiye tha ke bhai yeh bewakoofi ke idare hain, aise ke tatar pur khali hota hai. yahi nadani hai jis ki wajah se communal right ho rahe hain India mein.</w:t>
      </w:r>
      <w:r>
        <w:br/>
      </w:r>
      <w:r>
        <w:rPr>
          <w:sz w:val="20"/>
        </w:rPr>
        <w:t>1:18:22  aap ko mein arz karunga, meri ek kitab padh li jiye. aap ek kitab hai "hal yahan hai". sirf ek kitab aap padh li jiye "hal yahan", aap ko yeh baat wazeh ho jayegi.</w:t>
      </w:r>
      <w:r>
        <w:br/>
      </w:r>
      <w:r>
        <w:rPr>
          <w:sz w:val="20"/>
        </w:rPr>
        <w:t>1:18:32  "hal yahan hai" yahan mil sakti hai aap ko. hum neeche jab aap jayen to us ko aap dekh sakte hain.</w:t>
      </w:r>
      <w:r>
        <w:br/>
      </w:r>
      <w:r>
        <w:rPr>
          <w:sz w:val="20"/>
        </w:rPr>
        <w:t>1:18:40  "hal yahan hai" Maulana yeh sawal Dilli se aaya hai Dr. Saleha Siddiqui</w:t>
      </w:r>
      <w:r>
        <w:br/>
      </w:r>
      <w:r>
        <w:rPr>
          <w:sz w:val="20"/>
        </w:rPr>
        <w:t>1:18:46  ka. unhon ne likha hai jab sailab e nooh aaya to Hazrat Nooh ka beta Kanan, jo mushrikon ka saathi tha, Allah ne is sailab mein us ko dubo diya.</w:t>
      </w:r>
      <w:r>
        <w:br/>
      </w:r>
      <w:r>
        <w:rPr>
          <w:sz w:val="20"/>
        </w:rPr>
        <w:t>1:18:59  tab Nooh ne Allah ko pukara aur kaha "my lord, my son was a part of my family, your promise was surely true, you are the most just of all judges.</w:t>
      </w:r>
      <w:r>
        <w:br/>
      </w:r>
      <w:r>
        <w:rPr>
          <w:sz w:val="20"/>
        </w:rPr>
        <w:t>1:19:14  God said Noah he was not one of your family, for indeed he was in rights in his conduct." Maulana, kya is ayat ka explanation yeh liya jaye ke Islam mein blood relation asal nahi hai?</w:t>
      </w:r>
      <w:r>
        <w:br/>
      </w:r>
      <w:r>
        <w:rPr>
          <w:sz w:val="20"/>
        </w:rPr>
        <w:t>1:19:29  kyunki Khuda ne criteria rights hona bataya hai, na ke rishtedari. koi insan is liye nahi bachaya jayega ke woh paighambar ka rishtedar hai.</w:t>
      </w:r>
      <w:r>
        <w:br/>
      </w:r>
      <w:r>
        <w:rPr>
          <w:sz w:val="20"/>
        </w:rPr>
        <w:t>1:19:42  abhi yeh to yahi matlab hi hai is ka. woh to khud jo alfaaz hain, woh bol rahe hain. koi doosra explanation is ka ho nahi sakta.</w:t>
      </w:r>
      <w:r>
        <w:br/>
      </w:r>
      <w:r>
        <w:rPr>
          <w:sz w:val="20"/>
        </w:rPr>
        <w:t>1:19:53  clear hai, yeh to is mein koi shakk nahin. ya mein phir mun akhi wa ummi wa abi wa saahibati wa bani quran mein aaya hai to sahi baat hai yeh.</w:t>
      </w:r>
    </w:p>
    <w:p>
      <w:pPr>
        <w:pStyle w:val="Heading2"/>
      </w:pPr>
      <w:r>
        <w:t>Factors inhibiting creative thinking in us</w:t>
      </w:r>
    </w:p>
    <w:p>
      <w:r>
        <w:rPr>
          <w:color w:val="666666"/>
          <w:sz w:val="18"/>
        </w:rPr>
        <w:t>Life &amp; Wisdom · Creative Solution or Ijtihadi Hul 16th Sep '12 SLOW · 12m 59s · at 1:09:47 · https://youtu.be/Ri7r6K65b2Y?t=4187</w:t>
      </w:r>
    </w:p>
    <w:p>
      <w:r>
        <w:rPr>
          <w:i/>
        </w:rPr>
        <w:t>“What are the factors which inhibit the development of creative thinking in us? Please guide us.”</w:t>
      </w:r>
    </w:p>
    <w:p>
      <w:r>
        <w:rPr>
          <w:sz w:val="20"/>
        </w:rPr>
        <w:t>1:09:47  maulana, agla sawal roorki se hai sajid anwar sahib ka.</w:t>
      </w:r>
      <w:r>
        <w:br/>
      </w:r>
      <w:r>
        <w:rPr>
          <w:sz w:val="20"/>
        </w:rPr>
        <w:t>1:09:51  انہوں نے لکھا ہے: "مولانا، what are the factors which inhibits the development of creative thinking in us؟</w:t>
      </w:r>
      <w:r>
        <w:br/>
      </w:r>
      <w:r>
        <w:rPr>
          <w:sz w:val="20"/>
        </w:rPr>
        <w:t>1:09:59  پلیز گائیڈ اس۔" کیا پھر پڑھیے؟ مولانا، What are the factors which inhibits the development of creative thinking</w:t>
      </w:r>
      <w:r>
        <w:br/>
      </w:r>
      <w:r>
        <w:rPr>
          <w:sz w:val="20"/>
        </w:rPr>
        <w:t>1:10:06  ان اس؟ بھائی، دیکھیں، میرا جو ایکسپیرینس ہے، وہ تو یہ ہے کہ creative thinking نام ہے natural</w:t>
      </w:r>
      <w:r>
        <w:br/>
      </w:r>
      <w:r>
        <w:rPr>
          <w:sz w:val="20"/>
        </w:rPr>
        <w:t>1:10:14  thinking ka.</w:t>
      </w:r>
      <w:r>
        <w:br/>
      </w:r>
      <w:r>
        <w:rPr>
          <w:sz w:val="20"/>
        </w:rPr>
        <w:t>1:10:16  یعنی آپ اگر اپنے کو distraction سے بچائیں تو اپنے آپ nature unfold ہوتی ہے۔</w:t>
      </w:r>
      <w:r>
        <w:br/>
      </w:r>
      <w:r>
        <w:rPr>
          <w:sz w:val="20"/>
        </w:rPr>
        <w:t>1:10:22  اپنے آپ جب nature unfolds ہوتی ہے تو وہ آپ کے اندر creative thinking آتی ہے۔</w:t>
      </w:r>
      <w:r>
        <w:br/>
      </w:r>
      <w:r>
        <w:rPr>
          <w:sz w:val="20"/>
        </w:rPr>
        <w:t>1:10:29  اس پر creative thinking کوئی الگ سے import کرنے کی چیز نہیں ہے۔</w:t>
      </w:r>
      <w:r>
        <w:br/>
      </w:r>
      <w:r>
        <w:rPr>
          <w:sz w:val="20"/>
        </w:rPr>
        <w:t>1:10:35  creative thinking ko aap ko import nahi karta, woh already aap ke andar maujood hai nature ke andar.</w:t>
      </w:r>
      <w:r>
        <w:br/>
      </w:r>
      <w:r>
        <w:rPr>
          <w:sz w:val="20"/>
        </w:rPr>
        <w:t>1:10:42  lekin log kya karte hain? conditioning mein pad jaate hain, un ke andar bias aa jata hai, nafrat</w:t>
      </w:r>
      <w:r>
        <w:br/>
      </w:r>
      <w:r>
        <w:rPr>
          <w:sz w:val="20"/>
        </w:rPr>
        <w:t>1:10:50  aa jati hai.</w:t>
      </w:r>
      <w:r>
        <w:br/>
      </w:r>
      <w:r>
        <w:rPr>
          <w:sz w:val="20"/>
        </w:rPr>
        <w:t>1:10:51  ab normal tareeqe se sochne lagte hain, ghussa, nafrat, inteqaam, dahashat pe phans jaate hain.</w:t>
      </w:r>
      <w:r>
        <w:br/>
      </w:r>
      <w:r>
        <w:rPr>
          <w:sz w:val="20"/>
        </w:rPr>
        <w:t>1:10:58  is ki wajah se nature unfold nahi ho paati.</w:t>
      </w:r>
      <w:r>
        <w:br/>
      </w:r>
      <w:r>
        <w:rPr>
          <w:sz w:val="20"/>
        </w:rPr>
        <w:t>1:11:02  to sirf ek hi shart hai ke aap apne aap ko aisi cheezon se bachayein jo nature ko</w:t>
      </w:r>
      <w:r>
        <w:br/>
      </w:r>
      <w:r>
        <w:rPr>
          <w:sz w:val="20"/>
        </w:rPr>
        <w:t>1:11:09  unfold hone se rokti hain.</w:t>
      </w:r>
      <w:r>
        <w:br/>
      </w:r>
      <w:r>
        <w:rPr>
          <w:sz w:val="20"/>
        </w:rPr>
        <w:t>1:11:12  bas is ke baad creative thinking apne aap develop kare gi.</w:t>
      </w:r>
      <w:r>
        <w:br/>
      </w:r>
      <w:r>
        <w:rPr>
          <w:sz w:val="20"/>
        </w:rPr>
        <w:t>1:11:16  theek hai? arey, koi questions? aise hi kuch questions hain? koi hai? mere mere saath? maulana, yeh sawal</w:t>
      </w:r>
      <w:r>
        <w:br/>
      </w:r>
      <w:r>
        <w:rPr>
          <w:sz w:val="20"/>
        </w:rPr>
        <w:t>1:11:24  dilli se aaya hai mr hamd ahmed sahib ka.</w:t>
      </w:r>
      <w:r>
        <w:br/>
      </w:r>
      <w:r>
        <w:rPr>
          <w:sz w:val="20"/>
        </w:rPr>
        <w:t>1:11:28  انہوں نے آپ سے پوچھا ہے کہ "What is the creative solution of Indian rights?" Indian rights? اچھا،</w:t>
      </w:r>
      <w:r>
        <w:br/>
      </w:r>
      <w:r>
        <w:rPr>
          <w:sz w:val="20"/>
        </w:rPr>
        <w:t>1:11:36  "How it can be prevented and what should be the role of Indian Muslims during the riots?" دیکھیے،</w:t>
      </w:r>
      <w:r>
        <w:br/>
      </w:r>
      <w:r>
        <w:rPr>
          <w:sz w:val="20"/>
        </w:rPr>
        <w:t>1:11:43  is ka jawab bohat hi acha diya hai ek sahabi ne.</w:t>
      </w:r>
      <w:r>
        <w:br/>
      </w:r>
      <w:r>
        <w:rPr>
          <w:sz w:val="20"/>
        </w:rPr>
        <w:t>1:11:48  indian rights jo hain, woh woh right nahi hote.</w:t>
      </w:r>
      <w:r>
        <w:br/>
      </w:r>
      <w:r>
        <w:rPr>
          <w:sz w:val="20"/>
        </w:rPr>
        <w:t>1:11:52  Muslims are paying the price of their own stupid policies.</w:t>
      </w:r>
      <w:r>
        <w:br/>
      </w:r>
      <w:r>
        <w:rPr>
          <w:sz w:val="20"/>
        </w:rPr>
        <w:t>1:11:56  is ko right kehna hi galat hai.</w:t>
      </w:r>
      <w:r>
        <w:br/>
      </w:r>
      <w:r>
        <w:rPr>
          <w:sz w:val="20"/>
        </w:rPr>
        <w:t>1:11:59  stepped policies qeemat hoti hai, is ko hum kehte hain right.</w:t>
      </w:r>
      <w:r>
        <w:br/>
      </w:r>
      <w:r>
        <w:rPr>
          <w:sz w:val="20"/>
        </w:rPr>
        <w:t>1:12:04  is ko mein explain karta hoon.</w:t>
      </w:r>
      <w:r>
        <w:br/>
      </w:r>
      <w:r>
        <w:rPr>
          <w:sz w:val="20"/>
        </w:rPr>
        <w:t>1:12:06  dekhiye, ek sahabi kehte hain ke "mula yarada bil qaleel mimma yati bihi safihi yarada bil katheer".</w:t>
      </w:r>
      <w:r>
        <w:br/>
      </w:r>
      <w:r>
        <w:rPr>
          <w:sz w:val="20"/>
        </w:rPr>
        <w:t>1:12:13  kehte hain yeh sahabi qaul hai, tabai qaul hai.</w:t>
      </w:r>
      <w:r>
        <w:br/>
      </w:r>
      <w:r>
        <w:rPr>
          <w:sz w:val="20"/>
        </w:rPr>
        <w:t>1:12:17  sahabi hain, sahabi ka hai.</w:t>
      </w:r>
      <w:r>
        <w:br/>
      </w:r>
      <w:r>
        <w:rPr>
          <w:sz w:val="20"/>
        </w:rPr>
        <w:t>1:12:19  yeh sahabi ka qaul hai.</w:t>
      </w:r>
      <w:r>
        <w:br/>
      </w:r>
      <w:r>
        <w:rPr>
          <w:sz w:val="20"/>
        </w:rPr>
        <w:t>1:12:21  is ka translation yeh hai ke jo aadmi nadan ke chote shar ko bardasht nahi kare ga, to</w:t>
      </w:r>
      <w:r>
        <w:br/>
      </w:r>
      <w:r>
        <w:rPr>
          <w:sz w:val="20"/>
        </w:rPr>
        <w:t>1:12:29  us ko nadan ke bare shar ko bardasht karna pare ga.</w:t>
      </w:r>
      <w:r>
        <w:br/>
      </w:r>
      <w:r>
        <w:rPr>
          <w:sz w:val="20"/>
        </w:rPr>
        <w:t>1:12:34  is ka matlab kya? zindagi mein chote shar to aate hi aate hain.</w:t>
      </w:r>
      <w:r>
        <w:br/>
      </w:r>
      <w:r>
        <w:rPr>
          <w:sz w:val="20"/>
        </w:rPr>
        <w:t>1:12:39  aap chahein ke chote shar bhi na hon, yeh impossible hai.</w:t>
      </w:r>
      <w:r>
        <w:br/>
      </w:r>
      <w:r>
        <w:rPr>
          <w:sz w:val="20"/>
        </w:rPr>
        <w:t>1:12:44  matlab koi nara laga laga de ga, koi jaloos nikaal nikaale ga, koi koi holi ka pani phenk</w:t>
      </w:r>
      <w:r>
        <w:br/>
      </w:r>
      <w:r>
        <w:rPr>
          <w:sz w:val="20"/>
        </w:rPr>
        <w:t>1:12:52  de ga masjid par.</w:t>
      </w:r>
      <w:r>
        <w:br/>
      </w:r>
      <w:r>
        <w:rPr>
          <w:sz w:val="20"/>
        </w:rPr>
        <w:t>1:12:54  yeh chote shar hain, to bardasht ki jiye.</w:t>
      </w:r>
      <w:r>
        <w:br/>
      </w:r>
      <w:r>
        <w:rPr>
          <w:sz w:val="20"/>
        </w:rPr>
        <w:t>1:12:57  ladte kyun is ke liye? Hazrat Umar ne yeh baat is tareeqe se kahi ke "لیس العاقل الذی</w:t>
      </w:r>
      <w:r>
        <w:br/>
      </w:r>
      <w:r>
        <w:rPr>
          <w:sz w:val="20"/>
        </w:rPr>
        <w:t>1:13:04  یعرف الخیر apne sar, walakin alazi yعرف الخیر sar" ke aqalmand woh nahi hai jo jo khair aur</w:t>
      </w:r>
      <w:r>
        <w:br/>
      </w:r>
      <w:r>
        <w:rPr>
          <w:sz w:val="20"/>
        </w:rPr>
        <w:t>1:13:12  shar ko jaane.</w:t>
      </w:r>
      <w:r>
        <w:br/>
      </w:r>
      <w:r>
        <w:rPr>
          <w:sz w:val="20"/>
        </w:rPr>
        <w:t>1:13:14  aqalmand woh hai jo yeh jaane ke do shar mein se kamtar shar konsa hai.</w:t>
      </w:r>
      <w:r>
        <w:br/>
      </w:r>
      <w:r>
        <w:rPr>
          <w:sz w:val="20"/>
        </w:rPr>
        <w:t>1:13:20  matlab kya hai? zindagi mein choice jo hai, woh good and bad ka nahi hai, lesser evil aur</w:t>
      </w:r>
      <w:r>
        <w:br/>
      </w:r>
      <w:r>
        <w:rPr>
          <w:sz w:val="20"/>
        </w:rPr>
        <w:t>1:13:28  greater evil ka hai.</w:t>
      </w:r>
      <w:r>
        <w:br/>
      </w:r>
      <w:r>
        <w:rPr>
          <w:sz w:val="20"/>
        </w:rPr>
        <w:t>1:13:29  ab aap dekhiye, kamra direct kya hota hai? 99 feesad cases kya hota hai ke musalman mutalba karte</w:t>
      </w:r>
      <w:r>
        <w:br/>
      </w:r>
      <w:r>
        <w:rPr>
          <w:sz w:val="20"/>
        </w:rPr>
        <w:t>1:13:37  hain ke route badlo, route badlo.</w:t>
      </w:r>
      <w:r>
        <w:br/>
      </w:r>
      <w:r>
        <w:rPr>
          <w:sz w:val="20"/>
        </w:rPr>
        <w:t>1:13:40  acha, woh route nahi badalte, tayyar hote ya kehte hain ke sahib, lord square par bhajan band karo.</w:t>
      </w:r>
      <w:r>
        <w:br/>
      </w:r>
      <w:r>
        <w:rPr>
          <w:sz w:val="20"/>
        </w:rPr>
        <w:t>1:13:47  woh band karne par tayyar nahi hote.</w:t>
      </w:r>
      <w:r>
        <w:br/>
      </w:r>
      <w:r>
        <w:rPr>
          <w:sz w:val="20"/>
        </w:rPr>
        <w:t>1:13:50  to kya karte hain? is ke baad ya aap rokte ho, tokte hain.</w:t>
      </w:r>
      <w:r>
        <w:br/>
      </w:r>
      <w:r>
        <w:rPr>
          <w:sz w:val="20"/>
        </w:rPr>
        <w:t>1:13:56  wahan pe aap jaise hi aap roke kar toke ga, jaise hi aap un ko, yani violence karein,</w:t>
      </w:r>
      <w:r>
        <w:br/>
      </w:r>
      <w:r>
        <w:rPr>
          <w:sz w:val="20"/>
        </w:rPr>
        <w:t>1:14:04  koi kisi qism par ke aap ko pathar marte hain ya aap un ka un ka lord square</w:t>
      </w:r>
      <w:r>
        <w:br/>
      </w:r>
      <w:r>
        <w:rPr>
          <w:sz w:val="20"/>
        </w:rPr>
        <w:t>1:14:11  tod dein, to foran kya hota hai? woh police case ban jata hai.</w:t>
      </w:r>
      <w:r>
        <w:br/>
      </w:r>
      <w:r>
        <w:rPr>
          <w:sz w:val="20"/>
        </w:rPr>
        <w:t>1:14:17  jab jaloos niklta hai, zyada tar jaloos mein jhagde hote hain.</w:t>
      </w:r>
      <w:r>
        <w:br/>
      </w:r>
      <w:r>
        <w:rPr>
          <w:sz w:val="20"/>
        </w:rPr>
        <w:t>1:14:22  jab jaloos niklta hai to us waqt kya case hota hai? ke masla hota hai, yani jaloos versus</w:t>
      </w:r>
      <w:r>
        <w:br/>
      </w:r>
      <w:r>
        <w:rPr>
          <w:sz w:val="20"/>
        </w:rPr>
        <w:t>1:14:29  police.</w:t>
      </w:r>
      <w:r>
        <w:br/>
      </w:r>
      <w:r>
        <w:rPr>
          <w:sz w:val="20"/>
        </w:rPr>
        <w:t>1:14:31  wahan police hoti hai jaloos ko control karne ke liye.</w:t>
      </w:r>
      <w:r>
        <w:br/>
      </w:r>
      <w:r>
        <w:rPr>
          <w:sz w:val="20"/>
        </w:rPr>
        <w:t>1:14:35  musalman kya karte hain? ke route badlo.</w:t>
      </w:r>
      <w:r>
        <w:br/>
      </w:r>
      <w:r>
        <w:rPr>
          <w:sz w:val="20"/>
        </w:rPr>
        <w:t>1:14:38  idhar hamari masjid hai, idhar hamara mohalla hai.</w:t>
      </w:r>
      <w:r>
        <w:br/>
      </w:r>
      <w:r>
        <w:rPr>
          <w:sz w:val="20"/>
        </w:rPr>
        <w:t>1:14:42  to woh raazi nahi hote.</w:t>
      </w:r>
      <w:r>
        <w:br/>
      </w:r>
      <w:r>
        <w:rPr>
          <w:sz w:val="20"/>
        </w:rPr>
        <w:t>1:14:44  to police se kehte hain ke in ko badalwao, idhar le jao in ko.</w:t>
      </w:r>
      <w:r>
        <w:br/>
      </w:r>
      <w:r>
        <w:rPr>
          <w:sz w:val="20"/>
        </w:rPr>
        <w:t>1:14:50  police kehti hai ke hum nahi badal sakte, hamare bas mein nahi hai.</w:t>
      </w:r>
      <w:r>
        <w:br/>
      </w:r>
      <w:r>
        <w:rPr>
          <w:sz w:val="20"/>
        </w:rPr>
        <w:t>1:14:55  to police ko pathar marte hain.</w:t>
      </w:r>
      <w:r>
        <w:br/>
      </w:r>
      <w:r>
        <w:rPr>
          <w:sz w:val="20"/>
        </w:rPr>
        <w:t>1:14:58  pathar marte hi kya hota hai? ke jo case pehle tha, jaloos versus police, ab ho jata hai</w:t>
      </w:r>
      <w:r>
        <w:br/>
      </w:r>
      <w:r>
        <w:rPr>
          <w:sz w:val="20"/>
        </w:rPr>
        <w:t>1:15:06  muslim versus police.</w:t>
      </w:r>
      <w:r>
        <w:br/>
      </w:r>
      <w:r>
        <w:rPr>
          <w:sz w:val="20"/>
        </w:rPr>
        <w:t>1:15:07  ab khawamkhwa aap dekho, ab majbe ki situation ban jati hai.</w:t>
      </w:r>
      <w:r>
        <w:br/>
      </w:r>
      <w:r>
        <w:rPr>
          <w:sz w:val="20"/>
        </w:rPr>
        <w:t>1:15:12  wahan pe abhi recently jo fasad hua tha UK mein, wo kya hua tha? roze ke zamane</w:t>
      </w:r>
      <w:r>
        <w:br/>
      </w:r>
      <w:r>
        <w:rPr>
          <w:sz w:val="20"/>
        </w:rPr>
        <w:t>1:15:20  mein log ab masjid mein jama hue the iftar karne ke liye.</w:t>
      </w:r>
      <w:r>
        <w:br/>
      </w:r>
      <w:r>
        <w:rPr>
          <w:sz w:val="20"/>
        </w:rPr>
        <w:t>1:15:25  qareeb ke mandir se awaz aane lagi bhajan ki.</w:t>
      </w:r>
      <w:r>
        <w:br/>
      </w:r>
      <w:r>
        <w:rPr>
          <w:sz w:val="20"/>
        </w:rPr>
        <w:t>1:15:29  ab wahan kuch log gaye ja ke sahib, apne loudspeaker ko awaz kam karo, us ko band</w:t>
      </w:r>
      <w:r>
        <w:br/>
      </w:r>
      <w:r>
        <w:rPr>
          <w:sz w:val="20"/>
        </w:rPr>
        <w:t>1:15:36  karo.</w:t>
      </w:r>
      <w:r>
        <w:br/>
      </w:r>
      <w:r>
        <w:rPr>
          <w:sz w:val="20"/>
        </w:rPr>
        <w:t>1:15:38  to unho ne band kiya.</w:t>
      </w:r>
      <w:r>
        <w:br/>
      </w:r>
      <w:r>
        <w:rPr>
          <w:sz w:val="20"/>
        </w:rPr>
        <w:t>1:15:40  to kya unho ne kiya? ke us ko tod phod kar karne lage.</w:t>
      </w:r>
      <w:r>
        <w:br/>
      </w:r>
      <w:r>
        <w:rPr>
          <w:sz w:val="20"/>
        </w:rPr>
        <w:t>1:15:45  to bohat fasad ho gaya.</w:t>
      </w:r>
      <w:r>
        <w:br/>
      </w:r>
      <w:r>
        <w:rPr>
          <w:sz w:val="20"/>
        </w:rPr>
        <w:t>1:15:48  aur wahan crypto laga, bohat se log mare gaye.</w:t>
      </w:r>
      <w:r>
        <w:br/>
      </w:r>
      <w:r>
        <w:rPr>
          <w:sz w:val="20"/>
        </w:rPr>
        <w:t>1:15:51  jitne wo kamre direct hote hain, wo kamre direct nahi hain.</w:t>
      </w:r>
      <w:r>
        <w:br/>
      </w:r>
      <w:r>
        <w:rPr>
          <w:sz w:val="20"/>
        </w:rPr>
        <w:t>1:15:56  wo hote hain musalmanon ki stepped policy ke result hain.</w:t>
      </w:r>
      <w:r>
        <w:br/>
      </w:r>
      <w:r>
        <w:rPr>
          <w:sz w:val="20"/>
        </w:rPr>
        <w:t>1:16:00  wo aap aap kyun jaloos ko rokte hain? kyun ke un ke lord square ko band karna chahte</w:t>
      </w:r>
      <w:r>
        <w:br/>
      </w:r>
      <w:r>
        <w:rPr>
          <w:sz w:val="20"/>
        </w:rPr>
        <w:t>1:16:08  hain.</w:t>
      </w:r>
      <w:r>
        <w:br/>
      </w:r>
      <w:r>
        <w:rPr>
          <w:sz w:val="20"/>
        </w:rPr>
        <w:t>1:16:10  un ke slogan, slogan ko nahi band kar sakte aap.</w:t>
      </w:r>
      <w:r>
        <w:br/>
      </w:r>
      <w:r>
        <w:rPr>
          <w:sz w:val="20"/>
        </w:rPr>
        <w:t>1:16:14  wo slogan lagayenge kyun ke India mein azadi aap ke liye, un ke liye bhi dono ki azadi</w:t>
      </w:r>
      <w:r>
        <w:br/>
      </w:r>
      <w:r>
        <w:rPr>
          <w:sz w:val="20"/>
        </w:rPr>
        <w:t>1:16:22  hai.</w:t>
      </w:r>
      <w:r>
        <w:br/>
      </w:r>
      <w:r>
        <w:rPr>
          <w:sz w:val="20"/>
        </w:rPr>
        <w:t>1:16:23  to sirf ek hi shakal hai ke musalman principle of avoidance ko pakrein, araz karna.</w:t>
      </w:r>
      <w:r>
        <w:br/>
      </w:r>
      <w:r>
        <w:rPr>
          <w:sz w:val="20"/>
        </w:rPr>
        <w:t>1:16:30  araaz jaloos karta hai to kar lete hain, narah lagata hai to laga lete hain.</w:t>
      </w:r>
      <w:r>
        <w:br/>
      </w:r>
      <w:r>
        <w:rPr>
          <w:sz w:val="20"/>
        </w:rPr>
        <w:t>1:16:36  main aap ko ek dilchasp qissa sunata hoon.</w:t>
      </w:r>
      <w:r>
        <w:br/>
      </w:r>
      <w:r>
        <w:rPr>
          <w:sz w:val="20"/>
        </w:rPr>
        <w:t>1:16:39  ek martaba bohat bara fasad hua tha bhagalpur mein, bihar mein.</w:t>
      </w:r>
      <w:r>
        <w:br/>
      </w:r>
      <w:r>
        <w:rPr>
          <w:sz w:val="20"/>
        </w:rPr>
        <w:t>1:16:45  to bohat fasaad hua aur musalmanon ko bohat nuqsaan hua tha.</w:t>
      </w:r>
      <w:r>
        <w:br/>
      </w:r>
      <w:r>
        <w:rPr>
          <w:sz w:val="20"/>
        </w:rPr>
        <w:t>1:16:49  is mein to ek sahab ne ek kitaab likhi thi, moti si.</w:t>
      </w:r>
      <w:r>
        <w:br/>
      </w:r>
      <w:r>
        <w:rPr>
          <w:sz w:val="20"/>
        </w:rPr>
        <w:t>1:16:54  isi maujood bhagalpur ka fasaad, yeh kitaab mere paas abhi maujood hai.</w:t>
      </w:r>
      <w:r>
        <w:br/>
      </w:r>
      <w:r>
        <w:rPr>
          <w:sz w:val="20"/>
        </w:rPr>
        <w:t>1:17:00  koi shakhs dekh sakta hai is ko.</w:t>
      </w:r>
      <w:r>
        <w:br/>
      </w:r>
      <w:r>
        <w:rPr>
          <w:sz w:val="20"/>
        </w:rPr>
        <w:t>1:17:03  woh khud musannif mere paas woh kitaab le aaya.</w:t>
      </w:r>
      <w:r>
        <w:br/>
      </w:r>
      <w:r>
        <w:rPr>
          <w:sz w:val="20"/>
        </w:rPr>
        <w:t>1:17:07  to maine is ko thoda sa padha to woh likha hua tha ke juloos nikla musalmanon ke</w:t>
      </w:r>
      <w:r>
        <w:br/>
      </w:r>
      <w:r>
        <w:rPr>
          <w:sz w:val="20"/>
        </w:rPr>
        <w:t>1:17:15  muhalle mein.</w:t>
      </w:r>
      <w:r>
        <w:br/>
      </w:r>
      <w:r>
        <w:rPr>
          <w:sz w:val="20"/>
        </w:rPr>
        <w:t>1:17:16  to pehle to puraman tha, woh phir musalmanon ne ek step liya.</w:t>
      </w:r>
      <w:r>
        <w:br/>
      </w:r>
      <w:r>
        <w:rPr>
          <w:sz w:val="20"/>
        </w:rPr>
        <w:t>1:17:21  yahi lafz tha is mein.</w:t>
      </w:r>
      <w:r>
        <w:br/>
      </w:r>
      <w:r>
        <w:rPr>
          <w:sz w:val="20"/>
        </w:rPr>
        <w:t>1:17:23  step liya, is ke baad fasaad shuru ho gaya.</w:t>
      </w:r>
      <w:r>
        <w:br/>
      </w:r>
      <w:r>
        <w:rPr>
          <w:sz w:val="20"/>
        </w:rPr>
        <w:t>1:17:27  to maine poocha un se ke bhai step kya tha? woh to bata nahi rahe the ke</w:t>
      </w:r>
      <w:r>
        <w:br/>
      </w:r>
      <w:r>
        <w:rPr>
          <w:sz w:val="20"/>
        </w:rPr>
        <w:t>1:17:35  step kya tha.</w:t>
      </w:r>
      <w:r>
        <w:br/>
      </w:r>
      <w:r>
        <w:rPr>
          <w:sz w:val="20"/>
        </w:rPr>
        <w:t>1:17:36  to baad ko bhagalpur ke case ki jo vakalat kar rahe the, woh pairvi kar rahe the.</w:t>
      </w:r>
      <w:r>
        <w:br/>
      </w:r>
      <w:r>
        <w:rPr>
          <w:sz w:val="20"/>
        </w:rPr>
        <w:t>1:17:44  wakeel sahab un se meri mulaqaat hui to un se poocha ke woh step kya tha? to unhon</w:t>
      </w:r>
      <w:r>
        <w:br/>
      </w:r>
      <w:r>
        <w:rPr>
          <w:sz w:val="20"/>
        </w:rPr>
        <w:t>1:17:52  ne unhon ne bataya, khud wakeel sahab ne bataya jo jo case ki pairvi kar rahe the ke</w:t>
      </w:r>
      <w:r>
        <w:br/>
      </w:r>
      <w:r>
        <w:rPr>
          <w:sz w:val="20"/>
        </w:rPr>
        <w:t>1:18:00  hua yeh ke juloos nikla aur musalmanon ne kaha ke sahab, route badlo, route badlo, route badlo.</w:t>
      </w:r>
      <w:r>
        <w:br/>
      </w:r>
      <w:r>
        <w:rPr>
          <w:sz w:val="20"/>
        </w:rPr>
        <w:t>1:18:07  route badalne par raazi nahi the.</w:t>
      </w:r>
      <w:r>
        <w:br/>
      </w:r>
      <w:r>
        <w:rPr>
          <w:sz w:val="20"/>
        </w:rPr>
        <w:t>1:18:09  to musalmanon ne hand grade, hand hand gradenet phenka, dasty bom.</w:t>
      </w:r>
      <w:r>
        <w:br/>
      </w:r>
      <w:r>
        <w:rPr>
          <w:sz w:val="20"/>
        </w:rPr>
        <w:t>1:18:14  aur khud wakeel sahab ke alfaaz hain ke saare, yaani woh dhuwaan phail gaya saare road par.</w:t>
      </w:r>
      <w:r>
        <w:br/>
      </w:r>
      <w:r>
        <w:rPr>
          <w:sz w:val="20"/>
        </w:rPr>
        <w:t>1:18:21  to is ke baad un logon ne detailiate kiya aur phir bada fasaad hua, bada hangama hua, bohat</w:t>
      </w:r>
      <w:r>
        <w:br/>
      </w:r>
      <w:r>
        <w:rPr>
          <w:sz w:val="20"/>
        </w:rPr>
        <w:t>1:18:29  jalaye phooke gaye log.</w:t>
      </w:r>
      <w:r>
        <w:br/>
      </w:r>
      <w:r>
        <w:rPr>
          <w:sz w:val="20"/>
        </w:rPr>
        <w:t>1:18:31  to bhai, step step liya keh kar ke chhupaye hue hain is baat ko ke musalmanon ne ek</w:t>
      </w:r>
      <w:r>
        <w:br/>
      </w:r>
      <w:r>
        <w:rPr>
          <w:sz w:val="20"/>
        </w:rPr>
        <w:t>1:18:39  nadani ki ke wahan bom maar diya.</w:t>
      </w:r>
      <w:r>
        <w:br/>
      </w:r>
      <w:r>
        <w:rPr>
          <w:sz w:val="20"/>
        </w:rPr>
        <w:t>1:18:42  jab bom maarne ka hai to wohi marenge, poore woh koi nahi marenge.</w:t>
      </w:r>
      <w:r>
        <w:br/>
      </w:r>
      <w:r>
        <w:rPr>
          <w:sz w:val="20"/>
        </w:rPr>
        <w:t>1:18:48  bhai, to musannif se maine poocha, musannif se meri mulaqaat hui ke maine kaha ke kyun</w:t>
      </w:r>
      <w:r>
        <w:br/>
      </w:r>
      <w:r>
        <w:rPr>
          <w:sz w:val="20"/>
        </w:rPr>
        <w:t>1:18:56  aap itna ghussa ho gaye? aap log to unhon ne kaha kaise ghussa hota hai? to unhon ne</w:t>
      </w:r>
      <w:r>
        <w:br/>
      </w:r>
      <w:r>
        <w:rPr>
          <w:sz w:val="20"/>
        </w:rPr>
        <w:t>1:19:03  bataya ke woh is is is is ka mehle ka naam tha tatar pur.</w:t>
      </w:r>
      <w:r>
        <w:br/>
      </w:r>
      <w:r>
        <w:rPr>
          <w:sz w:val="20"/>
        </w:rPr>
        <w:t>1:19:09  unhon ne kaha ke woh log naarah laga rahe the ke "je maan kaali tatar pur karo khaali".</w:t>
      </w:r>
      <w:r>
        <w:br/>
      </w:r>
      <w:r>
        <w:rPr>
          <w:sz w:val="20"/>
        </w:rPr>
        <w:t>1:19:17  yeh musannif ne bataya "je maan kaali tatar pur kharo khaali".</w:t>
      </w:r>
      <w:r>
        <w:br/>
      </w:r>
      <w:r>
        <w:rPr>
          <w:sz w:val="20"/>
        </w:rPr>
        <w:t>1:19:22  to unhon ne kaha kaise hum is ko bardasht karte the? to main ne kaha acha yeh bataiye</w:t>
      </w:r>
      <w:r>
        <w:br/>
      </w:r>
      <w:r>
        <w:rPr>
          <w:sz w:val="20"/>
        </w:rPr>
        <w:t>1:19:30  ke aap ne bardasht nahi kiya, roka, fasaad hua, crypto laga, log maare gaye, dobara jalai phoonk gayi.</w:t>
      </w:r>
      <w:r>
        <w:br/>
      </w:r>
      <w:r>
        <w:rPr>
          <w:sz w:val="20"/>
        </w:rPr>
        <w:t>1:19:37  to ab wahan par musalman hain ke nahi hain? kaha alhamdulillah, ab musalman wahan par abhi bhi hain.</w:t>
      </w:r>
      <w:r>
        <w:br/>
      </w:r>
      <w:r>
        <w:rPr>
          <w:sz w:val="20"/>
        </w:rPr>
        <w:t>1:19:45  to main ne phir un se kaha jab juloos nikaal kar ke fasaad kar ke bhi woh tatar</w:t>
      </w:r>
      <w:r>
        <w:br/>
      </w:r>
      <w:r>
        <w:rPr>
          <w:sz w:val="20"/>
        </w:rPr>
        <w:t>1:19:53  pur ko khaali nahi kar saka musalmanon se, to aap ko react karne ki zaroorat kya thi?</w:t>
      </w:r>
      <w:r>
        <w:br/>
      </w:r>
      <w:r>
        <w:rPr>
          <w:sz w:val="20"/>
        </w:rPr>
        <w:t>1:20:00  aap kehte hain ke yeh bewakoofi ke idare hain, is tarah kahin tatar pur khaali ho jata</w:t>
      </w:r>
      <w:r>
        <w:br/>
      </w:r>
      <w:r>
        <w:rPr>
          <w:sz w:val="20"/>
        </w:rPr>
        <w:t>1:20:08  hai.</w:t>
      </w:r>
      <w:r>
        <w:br/>
      </w:r>
      <w:r>
        <w:rPr>
          <w:sz w:val="20"/>
        </w:rPr>
        <w:t>1:20:10  ab main ne kaha ke aap ghor kijiye ke unhon ne juloos nikala aur wahan par fasaad hua,</w:t>
      </w:r>
      <w:r>
        <w:br/>
      </w:r>
      <w:r>
        <w:rPr>
          <w:sz w:val="20"/>
        </w:rPr>
        <w:t>1:20:17  goliyan chali, dobara jalai gayi, phir bhi musalman maujood hain wahan par.</w:t>
      </w:r>
      <w:r>
        <w:br/>
      </w:r>
      <w:r>
        <w:rPr>
          <w:sz w:val="20"/>
        </w:rPr>
        <w:t>1:20:23  to jab fasaad juloos nikalwa kar fasaad karwa kar ke bhi woh tatar pur ko khaali nahi kara</w:t>
      </w:r>
      <w:r>
        <w:br/>
      </w:r>
      <w:r>
        <w:rPr>
          <w:sz w:val="20"/>
        </w:rPr>
        <w:t>1:20:30  sake, to aap ab bhark bharke kyun? aap ne react kyun kiya? aap ko kehna chahiye tha</w:t>
      </w:r>
      <w:r>
        <w:br/>
      </w:r>
      <w:r>
        <w:rPr>
          <w:sz w:val="20"/>
        </w:rPr>
        <w:t>1:20:38  ke bhai yeh bewakoofi ke idare hain, aise koi tatar pur khaali hota hai? yahi nadani hai</w:t>
      </w:r>
      <w:r>
        <w:br/>
      </w:r>
      <w:r>
        <w:rPr>
          <w:sz w:val="20"/>
        </w:rPr>
        <w:t>1:20:46  jis ki wajah se kamre direct ho rahe hain.</w:t>
      </w:r>
      <w:r>
        <w:br/>
      </w:r>
      <w:r>
        <w:rPr>
          <w:sz w:val="20"/>
        </w:rPr>
        <w:t>1:20:50  to aap ko main arz karunga meri kitab padh lijie.</w:t>
      </w:r>
      <w:r>
        <w:br/>
      </w:r>
      <w:r>
        <w:rPr>
          <w:sz w:val="20"/>
        </w:rPr>
        <w:t>1:20:54  aap is kitab ka naam kya hai? sahib, hal yahan hai.</w:t>
      </w:r>
      <w:r>
        <w:br/>
      </w:r>
      <w:r>
        <w:rPr>
          <w:sz w:val="20"/>
        </w:rPr>
        <w:t>1:20:59  ji, hal yahan hai.</w:t>
      </w:r>
      <w:r>
        <w:br/>
      </w:r>
      <w:r>
        <w:rPr>
          <w:sz w:val="20"/>
        </w:rPr>
        <w:t>1:21:01  ek kitab hai, hal yahan hai.</w:t>
      </w:r>
      <w:r>
        <w:br/>
      </w:r>
      <w:r>
        <w:rPr>
          <w:sz w:val="20"/>
        </w:rPr>
        <w:t>1:21:03  sirf ek kitab aap padh lijie, hal yahan.</w:t>
      </w:r>
      <w:r>
        <w:br/>
      </w:r>
      <w:r>
        <w:rPr>
          <w:sz w:val="20"/>
        </w:rPr>
        <w:t>1:21:07  aap ko yeh baat wazeh ho jayegi, hal yahan hai.</w:t>
      </w:r>
      <w:r>
        <w:br/>
      </w:r>
      <w:r>
        <w:rPr>
          <w:sz w:val="20"/>
        </w:rPr>
        <w:t>1:21:11  yahan mil sakti hai aap ko.</w:t>
      </w:r>
      <w:r>
        <w:br/>
      </w:r>
      <w:r>
        <w:rPr>
          <w:sz w:val="20"/>
        </w:rPr>
        <w:t>1:21:14  hum neeche jab aap jayen to is ko aap dekh sakte hain, hal yahan hai.</w:t>
      </w:r>
      <w:r>
        <w:br/>
      </w:r>
      <w:r>
        <w:rPr>
          <w:sz w:val="20"/>
        </w:rPr>
        <w:t>1:21:20  fasadat ka matlab yeh hai, woh woh shamil hai.</w:t>
      </w:r>
      <w:r>
        <w:br/>
      </w:r>
      <w:r>
        <w:rPr>
          <w:sz w:val="20"/>
        </w:rPr>
        <w:t>1:21:24  is mein Maulana yeh sawal Dilli se aaya hai Dr. Saleema Siddiqui ka.</w:t>
      </w:r>
      <w:r>
        <w:br/>
      </w:r>
      <w:r>
        <w:rPr>
          <w:sz w:val="20"/>
        </w:rPr>
        <w:t>1:21:30  unhon ne likha hai ke jab sailab-e-Nuh aaya to Hazrat Nuh ka beta Kanan, jo mushrikon ka</w:t>
      </w:r>
      <w:r>
        <w:br/>
      </w:r>
      <w:r>
        <w:rPr>
          <w:sz w:val="20"/>
        </w:rPr>
        <w:t>1:21:38  saathi tha, Allah ne is sailab mein us ko dubo diya.</w:t>
      </w:r>
      <w:r>
        <w:br/>
      </w:r>
      <w:r>
        <w:rPr>
          <w:sz w:val="20"/>
        </w:rPr>
        <w:t>1:21:42  تب نوح نے اللہ کو پکارا اور کہا: "My Lord, my son was a part of my family."</w:t>
      </w:r>
      <w:r>
        <w:br/>
      </w:r>
      <w:r>
        <w:rPr>
          <w:sz w:val="20"/>
        </w:rPr>
        <w:t>1:21:50  your promise was surely true.</w:t>
      </w:r>
      <w:r>
        <w:br/>
      </w:r>
      <w:r>
        <w:rPr>
          <w:sz w:val="20"/>
        </w:rPr>
        <w:t>1:21:52  you are the most just of all judges.</w:t>
      </w:r>
      <w:r>
        <w:br/>
      </w:r>
      <w:r>
        <w:rPr>
          <w:sz w:val="20"/>
        </w:rPr>
        <w:t>1:21:56  God said Noah, he was not one of your family, for indeed he was unrighteous in his</w:t>
      </w:r>
      <w:r>
        <w:br/>
      </w:r>
      <w:r>
        <w:rPr>
          <w:sz w:val="20"/>
        </w:rPr>
        <w:t>1:22:03  conduct. Maulana, kya is ayat ka explanation yeh liya jaye ke Islam mein blood relation asal nahi hai?</w:t>
      </w:r>
      <w:r>
        <w:br/>
      </w:r>
      <w:r>
        <w:rPr>
          <w:sz w:val="20"/>
        </w:rPr>
        <w:t>1:22:11  kyun ke Khuda ne criteria righteous hona bataya hai, na ke rishtedari.</w:t>
      </w:r>
      <w:r>
        <w:br/>
      </w:r>
      <w:r>
        <w:rPr>
          <w:sz w:val="20"/>
        </w:rPr>
        <w:t>1:22:16  koi insan is liye nahi bachaya jaye ga ke woh paighambar ka rishtedar hai.</w:t>
      </w:r>
      <w:r>
        <w:br/>
      </w:r>
      <w:r>
        <w:rPr>
          <w:sz w:val="20"/>
        </w:rPr>
        <w:t>1:22:23  ab yeh to yahi matlab hai is ka.</w:t>
      </w:r>
      <w:r>
        <w:br/>
      </w:r>
      <w:r>
        <w:rPr>
          <w:sz w:val="20"/>
        </w:rPr>
        <w:t>1:22:26  woh to khud jo alfaaz hain, woh bol rahe hain aur koi doosra explanation is ka ho nahi</w:t>
      </w:r>
      <w:r>
        <w:br/>
      </w:r>
      <w:r>
        <w:rPr>
          <w:sz w:val="20"/>
        </w:rPr>
        <w:t>1:22:34  sakta.</w:t>
      </w:r>
      <w:r>
        <w:br/>
      </w:r>
      <w:r>
        <w:rPr>
          <w:sz w:val="20"/>
        </w:rPr>
        <w:t>1:22:36  clear hai, yeh is ko pooch sakte hain: "Ya main phir min akhi wa ummi wa abi wa saahibi wa ghani".</w:t>
      </w:r>
      <w:r>
        <w:br/>
      </w:r>
      <w:r>
        <w:rPr>
          <w:sz w:val="20"/>
        </w:rPr>
        <w:t>1:22:43  Quran mein aaya hai, to sahi baat hai.</w:t>
      </w:r>
    </w:p>
    <w:p>
      <w:pPr>
        <w:pStyle w:val="Heading2"/>
      </w:pPr>
      <w:r>
        <w:t>Feeling dejected despite working</w:t>
      </w:r>
    </w:p>
    <w:p>
      <w:r>
        <w:rPr>
          <w:color w:val="666666"/>
          <w:sz w:val="18"/>
        </w:rPr>
        <w:t>Life &amp; Wisdom · Spirituality in Simple Living, High Thinking October 27, 2019 Maulana Wahiduddin Khan · 6m 26s · at 38:31 · https://youtu.be/Kr28g15eFr8?t=2311</w:t>
      </w:r>
    </w:p>
    <w:p>
      <w:r>
        <w:rPr>
          <w:i/>
        </w:rPr>
        <w:t>“Although I claim to work, I always feel dejected as if I have done nothing. Please explain this.”</w:t>
      </w:r>
    </w:p>
    <w:p>
      <w:r>
        <w:rPr>
          <w:sz w:val="20"/>
        </w:rPr>
        <w:t>38:31  maulana, agla sawal bijnor, up se kya hai mehtab ali nandro sahib ne. unhon ne likha hai: "halankeh mein daawa work karta hoon magar hamesha dejected feeling mein rehta hoon jaise maine kuch nahi kiya." yeh kya hai maulana?</w:t>
      </w:r>
      <w:r>
        <w:br/>
      </w:r>
      <w:r>
        <w:rPr>
          <w:sz w:val="20"/>
        </w:rPr>
        <w:t>38:49  is ko wazeh karen. dekhen, yeh koi negative baat nahi hai,</w:t>
      </w:r>
      <w:r>
        <w:br/>
      </w:r>
      <w:r>
        <w:rPr>
          <w:sz w:val="20"/>
        </w:rPr>
        <w:t>38:56  yeh to bohat achi baat hai. aur dobara mein aap ko readers digest ka ek ek effort deta hoon.</w:t>
      </w:r>
      <w:r>
        <w:br/>
      </w:r>
      <w:r>
        <w:rPr>
          <w:sz w:val="20"/>
        </w:rPr>
        <w:t>39:07  is zamane ki baat hai jab mein parhta tha to is mein ek article chha tha, ek shakhs ne likha tha ke nobel prize jo jin ko milta hai un ki quality kya hoti hai.</w:t>
      </w:r>
      <w:r>
        <w:br/>
      </w:r>
      <w:r>
        <w:rPr>
          <w:sz w:val="20"/>
        </w:rPr>
        <w:t>39:22  yeh ek shakhs ne research kiya, ek kitaab se bhi thi ke is ne kuch selected log jo jin ko nobel prize mila tha un ka study ki ke un ke andar common sifat kya thi.</w:t>
      </w:r>
      <w:r>
        <w:br/>
      </w:r>
      <w:r>
        <w:rPr>
          <w:sz w:val="20"/>
        </w:rPr>
        <w:t>39:42  common</w:t>
      </w:r>
      <w:r>
        <w:br/>
      </w:r>
      <w:r>
        <w:rPr>
          <w:sz w:val="20"/>
        </w:rPr>
        <w:t>39:44  to is ne likha tha ke ke in logon mein common sifat yeh thi ke har ek ne do, har ek mein do sifat pai jati thi, woh thi curiosity and discontent.</w:t>
      </w:r>
      <w:r>
        <w:br/>
      </w:r>
      <w:r>
        <w:rPr>
          <w:sz w:val="20"/>
        </w:rPr>
        <w:t>40:01  yeh to bari achi baat hai,</w:t>
      </w:r>
      <w:r>
        <w:br/>
      </w:r>
      <w:r>
        <w:rPr>
          <w:sz w:val="20"/>
        </w:rPr>
        <w:t>40:06  ehsas kami jo hai to bari achi baat hai.</w:t>
      </w:r>
      <w:r>
        <w:br/>
      </w:r>
      <w:r>
        <w:rPr>
          <w:sz w:val="20"/>
        </w:rPr>
        <w:t>40:11  hum hamesha aur se better se better, better se better banane ki fikr karte rahenge. curiosity and discontent mein yeh aisi koi negative baat hi nahi hai,</w:t>
      </w:r>
      <w:r>
        <w:br/>
      </w:r>
      <w:r>
        <w:rPr>
          <w:sz w:val="20"/>
        </w:rPr>
        <w:t>40:29  yeh to positive baat hai.</w:t>
      </w:r>
      <w:r>
        <w:br/>
      </w:r>
      <w:r>
        <w:rPr>
          <w:sz w:val="20"/>
        </w:rPr>
        <w:t>40:37  riaz bhat sahib ne bangalore se comment bheja hai. unhon</w:t>
      </w:r>
      <w:r>
        <w:br/>
      </w:r>
      <w:r>
        <w:rPr>
          <w:sz w:val="20"/>
        </w:rPr>
        <w:t>40:40  ne likha hai: "maulana sahib, thanks for giving us a wing of spiritual living. nice explanation of simple living by self management, relieving the mind of unnecessary burden of competitive thinking, leading its way towards spiritual thought process.</w:t>
      </w:r>
      <w:r>
        <w:br/>
      </w:r>
      <w:r>
        <w:rPr>
          <w:sz w:val="20"/>
        </w:rPr>
        <w:t>41:01  praying for all of us to adhere to this advice."</w:t>
      </w:r>
      <w:r>
        <w:br/>
      </w:r>
      <w:r>
        <w:rPr>
          <w:sz w:val="20"/>
        </w:rPr>
        <w:t>41:07  zaheer uddin khwaja sahib ne rai chor se likha hai: "simple living and high thinking is prophetic formula of life.</w:t>
      </w:r>
      <w:r>
        <w:br/>
      </w:r>
      <w:r>
        <w:rPr>
          <w:sz w:val="20"/>
        </w:rPr>
        <w:t>41:17  rasool Allah total life is example of this formula and one can say the greatest sunnah of rasool Allah."</w:t>
      </w:r>
      <w:r>
        <w:br/>
      </w:r>
      <w:r>
        <w:rPr>
          <w:sz w:val="20"/>
        </w:rPr>
        <w:t>41:27  doctor safina tabassum ne saharanpur se likha hai: "maulana sahib, aap ne wazeh kar diya materialism mein rehna apne ko distraction mein daal kar rehna hai.</w:t>
      </w:r>
      <w:r>
        <w:br/>
      </w:r>
      <w:r>
        <w:rPr>
          <w:sz w:val="20"/>
        </w:rPr>
        <w:t>41:39  is mein ulajh kar aap higher goals ko nahi pahunch sakte. jazak Allah."</w:t>
      </w:r>
      <w:r>
        <w:br/>
      </w:r>
      <w:r>
        <w:rPr>
          <w:sz w:val="20"/>
        </w:rPr>
        <w:t>41:47  javed iqbal sahib ne west bengal se likha hai: "muslims ko lip service chhodna padega, tabhi high thinking in ke andar aayegi." sahi hai, mein is se agree karta hoon ke lip service bohat zyada clear habit hai,</w:t>
      </w:r>
      <w:r>
        <w:br/>
      </w:r>
      <w:r>
        <w:rPr>
          <w:sz w:val="20"/>
        </w:rPr>
        <w:t>42:10  clear habit hai. maulana miss shabana ansari ne pakistan se likha hai.</w:t>
      </w:r>
      <w:r>
        <w:br/>
      </w:r>
      <w:r>
        <w:rPr>
          <w:sz w:val="20"/>
        </w:rPr>
        <w:t>42:17  unhon ne aap se poocha hai: "maulana, kya simple living se murad need based zindagi guzarna hai aur materialistic lifestyle se bachna chahiye?</w:t>
      </w:r>
      <w:r>
        <w:br/>
      </w:r>
      <w:r>
        <w:rPr>
          <w:sz w:val="20"/>
        </w:rPr>
        <w:t>42:30  kya yeh sahi hai?"</w:t>
      </w:r>
      <w:r>
        <w:br/>
      </w:r>
      <w:r>
        <w:rPr>
          <w:sz w:val="20"/>
        </w:rPr>
        <w:t>42:33  dekhen, main samajhta hoon ke is ka koi yani</w:t>
      </w:r>
      <w:r>
        <w:br/>
      </w:r>
      <w:r>
        <w:rPr>
          <w:sz w:val="20"/>
        </w:rPr>
        <w:t>42:41  external koi koi</w:t>
      </w:r>
      <w:r>
        <w:br/>
      </w:r>
      <w:r>
        <w:rPr>
          <w:sz w:val="20"/>
        </w:rPr>
        <w:t>42:47  formula nahin hai. Aap khud faisla karte hain ke</w:t>
      </w:r>
      <w:r>
        <w:br/>
      </w:r>
      <w:r>
        <w:rPr>
          <w:sz w:val="20"/>
        </w:rPr>
        <w:t>42:58  mere liye</w:t>
      </w:r>
      <w:r>
        <w:br/>
      </w:r>
      <w:r>
        <w:rPr>
          <w:sz w:val="20"/>
        </w:rPr>
        <w:t>43:02  kya tareeqa sahih hai. Doosra aadmi jo bataye ga woh adhoori knowledge ke base pe bataye ga, poori knowledge sirf aap ko hoti hai.</w:t>
      </w:r>
      <w:r>
        <w:br/>
      </w:r>
      <w:r>
        <w:rPr>
          <w:sz w:val="20"/>
        </w:rPr>
        <w:t>43:18  Mislan dekhen, main apne bare mein kehta hoon ke main bachpan se mera dard tha ke kapre ka shauq nahin, khane ka shauq nahin, kuch nahin.</w:t>
      </w:r>
      <w:r>
        <w:br/>
      </w:r>
      <w:r>
        <w:rPr>
          <w:sz w:val="20"/>
        </w:rPr>
        <w:t>43:30  Mislan meri maa batati thi</w:t>
      </w:r>
      <w:r>
        <w:br/>
      </w:r>
      <w:r>
        <w:rPr>
          <w:sz w:val="20"/>
        </w:rPr>
        <w:t>43:35  ke chhote jab main chhota tha aur eid ke din kapra naya bachchon ke ghar ke bachchon ke liye banaya jata tha to sab log naye kapre pehan kar khush shauq se shauq se pehante the.</w:t>
      </w:r>
      <w:r>
        <w:br/>
      </w:r>
      <w:r>
        <w:rPr>
          <w:sz w:val="20"/>
        </w:rPr>
        <w:t>43:55  main pehanta hi nahin tha,</w:t>
      </w:r>
      <w:r>
        <w:br/>
      </w:r>
      <w:r>
        <w:rPr>
          <w:sz w:val="20"/>
        </w:rPr>
        <w:t>43:59  main pehanta hi nahin tha. Meri maa kehti thi: "Kapra pehan lo, eid ka din hai, eid ka din hai." To main jante hain kya karta tha?</w:t>
      </w:r>
      <w:r>
        <w:br/>
      </w:r>
      <w:r>
        <w:rPr>
          <w:sz w:val="20"/>
        </w:rPr>
        <w:t>44:11  Jaldi kya hai? Jaldi kya hai? Halanke eid ka din hota tha, woh jaldi thi. Aise mein main use padhta tha to har hafte ek baar main ghar aata tha.</w:t>
      </w:r>
      <w:r>
        <w:br/>
      </w:r>
      <w:r>
        <w:rPr>
          <w:sz w:val="20"/>
        </w:rPr>
        <w:t>44:28  To jab bhi aata tha wahan to hamari poochhti thi maa ke aaj khane ke liye kya pakaya hai?</w:t>
      </w:r>
      <w:r>
        <w:br/>
      </w:r>
      <w:r>
        <w:rPr>
          <w:sz w:val="20"/>
        </w:rPr>
        <w:t>44:38  Aise maa poochhti hai aam taur par. To mujhe yaad hai ke ek baar bhi maine nahin kaha ke falan cheez pakaiye, jo jo rahe ga wohi kha len ge.</w:t>
      </w:r>
      <w:r>
        <w:br/>
      </w:r>
      <w:r>
        <w:rPr>
          <w:sz w:val="20"/>
        </w:rPr>
        <w:t>44:53  Yeh mizaj ki baat hai,</w:t>
      </w:r>
    </w:p>
    <w:p>
      <w:pPr>
        <w:pStyle w:val="Heading2"/>
      </w:pPr>
      <w:r>
        <w:t>Guidance on handling anger and frustration</w:t>
      </w:r>
    </w:p>
    <w:p>
      <w:r>
        <w:rPr>
          <w:color w:val="666666"/>
          <w:sz w:val="18"/>
        </w:rPr>
        <w:t>Life &amp; Wisdom · Man and The Paradise August 11, 2013 Maulana Wahiduddin Khan · 5m 28s · at 55:35 · https://youtu.be/m8XdpnaS95U?t=3335</w:t>
      </w:r>
    </w:p>
    <w:p>
      <w:r>
        <w:rPr>
          <w:i/>
        </w:rPr>
        <w:t>“Your words are very thought-provoking and very true. There are often challenging situations which arise from time to time, and often these result into anger and frustration. Sometimes these frustrations come out in words, causing hurt to everyone, and followed by regret later. Dear Maulana, please guide me that if a situation like this comes again.”</w:t>
      </w:r>
    </w:p>
    <w:p>
      <w:r>
        <w:rPr>
          <w:sz w:val="20"/>
        </w:rPr>
        <w:t>55:35  maulana, agla sawal singapore se hai, mr sailesh malhotra ka. unhon ne likha hai: "maulana, your words are very thought provoking and very true.</w:t>
      </w:r>
      <w:r>
        <w:br/>
      </w:r>
      <w:r>
        <w:rPr>
          <w:sz w:val="20"/>
        </w:rPr>
        <w:t>55:47  there are often challenging situations which arise from time to time, and often these result into anger and frustration.</w:t>
      </w:r>
      <w:r>
        <w:br/>
      </w:r>
      <w:r>
        <w:rPr>
          <w:sz w:val="20"/>
        </w:rPr>
        <w:t>55:57  sometimes these frustrations come out in words, causing hurt to everyone, and followed by regret later. dear Maulana, please guide me that if a situation like this comes again,</w:t>
      </w:r>
      <w:r>
        <w:br/>
      </w:r>
      <w:r>
        <w:rPr>
          <w:sz w:val="20"/>
        </w:rPr>
        <w:t>56:11  what should I do to subside negative thoughts and angry words?</w:t>
      </w:r>
      <w:r>
        <w:br/>
      </w:r>
      <w:r>
        <w:rPr>
          <w:sz w:val="20"/>
        </w:rPr>
        <w:t>56:17  I want to go to paradise with the rest of the CPS team, and don't want to lose this because of my stupid mistakes."</w:t>
      </w:r>
      <w:r>
        <w:br/>
      </w:r>
      <w:r>
        <w:rPr>
          <w:sz w:val="20"/>
        </w:rPr>
        <w:t>56:36  dekhiye, paradise ki qeemat hai acceptance of reality.</w:t>
      </w:r>
      <w:r>
        <w:br/>
      </w:r>
      <w:r>
        <w:rPr>
          <w:sz w:val="20"/>
        </w:rPr>
        <w:t>56:46  paradise ki qeemat hai acceptance of reality.</w:t>
      </w:r>
      <w:r>
        <w:br/>
      </w:r>
      <w:r>
        <w:rPr>
          <w:sz w:val="20"/>
        </w:rPr>
        <w:t>56:53  yani duniya mein jo creator hai, creator us ne apne plan ke mutabiq duniya ka ek system banaya hai.</w:t>
      </w:r>
      <w:r>
        <w:br/>
      </w:r>
      <w:r>
        <w:rPr>
          <w:sz w:val="20"/>
        </w:rPr>
        <w:t>57:07  is system mein har ek ko azaadi hai, har ek ko total freedom hai.</w:t>
      </w:r>
      <w:r>
        <w:br/>
      </w:r>
      <w:r>
        <w:rPr>
          <w:sz w:val="20"/>
        </w:rPr>
        <w:t>57:15  to apni freedom ko woh chahe misuse kare, chahe proper use kare. yahi woh cheez hai jo hamare andar paida karti hai anger, complain, protest, yeh sab cheezen.</w:t>
      </w:r>
      <w:r>
        <w:br/>
      </w:r>
      <w:r>
        <w:rPr>
          <w:sz w:val="20"/>
        </w:rPr>
        <w:t>57:30  to pehli condition yeh hai ke aap accept karen Allah ki is ki maaf things ko.</w:t>
      </w:r>
      <w:r>
        <w:br/>
      </w:r>
      <w:r>
        <w:rPr>
          <w:sz w:val="20"/>
        </w:rPr>
        <w:t>57:39  yani jis cheez ko le kar aadmi ghussa hota hai, shikayat karta hai, protest karta hai, to kis ke khilaaf karta hai? woh bazahir kisi insaan ke khilaaf hoti hai, woh lekin hoti hai woh Khuda ke khilaaf.</w:t>
      </w:r>
      <w:r>
        <w:br/>
      </w:r>
      <w:r>
        <w:rPr>
          <w:sz w:val="20"/>
        </w:rPr>
        <w:t>57:54  jab aap bolte hain America ke khilaaf to aap bolte hain Khuda ke khilaaf. America jo kuch bhi kar raha hai, woh Allah ki di hui freedom par kar raha hai.</w:t>
      </w:r>
      <w:r>
        <w:br/>
      </w:r>
      <w:r>
        <w:rPr>
          <w:sz w:val="20"/>
        </w:rPr>
        <w:t>58:03  Yahudi jo kuch kar raha hai, woh Allah ki di hui freedom par kar raha hai. Hindu jo kuch bhi kar raha hai, woh Allah ki di hui freedom par kar raha hai. to jab aap shikayat karte hain, protest karte hain, kis ke khilaaf jati hai?</w:t>
      </w:r>
      <w:r>
        <w:br/>
      </w:r>
      <w:r>
        <w:rPr>
          <w:sz w:val="20"/>
        </w:rPr>
        <w:t>58:14  woh Allah ke khilaaf jati hai. woh</w:t>
      </w:r>
      <w:r>
        <w:br/>
      </w:r>
      <w:r>
        <w:rPr>
          <w:sz w:val="20"/>
        </w:rPr>
        <w:t>58:18  to isi ko maine kaha ke ke acceptance of reality jo hai, wahi price hai jannat ki.</w:t>
      </w:r>
      <w:r>
        <w:br/>
      </w:r>
      <w:r>
        <w:rPr>
          <w:sz w:val="20"/>
        </w:rPr>
        <w:t>58:29  isi ko Quran mein dekhiye: "raziyallahu anhum wa razuwan". yani jo log raazi ho gaye Allah ki is ki maaf things par, to Allah un se raazi ho jayega.</w:t>
      </w:r>
      <w:r>
        <w:br/>
      </w:r>
      <w:r>
        <w:rPr>
          <w:sz w:val="20"/>
        </w:rPr>
        <w:t>58:41  yeh jo ayat hai Quran majeed ki, is ko bhi log samajhte nahin.</w:t>
      </w:r>
      <w:r>
        <w:br/>
      </w:r>
      <w:r>
        <w:rPr>
          <w:sz w:val="20"/>
        </w:rPr>
        <w:t>58:46  mysterious bana rakha hai is ayat ko. mysterious. "raziyallahu anhum wa razuwan" ka matlab yeh hai ke jo log raazi ho gaye Allah ki is ki maaf things par,</w:t>
      </w:r>
      <w:r>
        <w:br/>
      </w:r>
      <w:r>
        <w:rPr>
          <w:sz w:val="20"/>
        </w:rPr>
        <w:t>59:01  apne aap ko aap ko is se adjust kiya, to Allah un se raazi ho jayega.</w:t>
      </w:r>
      <w:r>
        <w:br/>
      </w:r>
      <w:r>
        <w:rPr>
          <w:sz w:val="20"/>
        </w:rPr>
        <w:t>59:09  Allah ka jo plan hai, Allah ka jo plan hai, jo creation plan hai, us ke mutabiq jo is ki maaf things hain, to woh hamare hamein pasand aaye ya na pasand aayen,</w:t>
      </w:r>
      <w:r>
        <w:br/>
      </w:r>
      <w:r>
        <w:rPr>
          <w:sz w:val="20"/>
        </w:rPr>
        <w:t>59:26  har haal mein hum is se raazi ho jayen. hamare muwafiq ho, hamare khilaf ho, hamein chot lage ya chot na lage,</w:t>
      </w:r>
      <w:r>
        <w:br/>
      </w:r>
      <w:r>
        <w:rPr>
          <w:sz w:val="20"/>
        </w:rPr>
        <w:t>59:38  hamein shock pounchay ya shock na pounchay, har haal mein hum is par raazi ho jayen. yahi matlab hai "razi allahu anhum wa ridwan" ka ke jo log Allah ki is ki maaf things par raazi ho gaye, to Allah un par raazi ho jayega.</w:t>
      </w:r>
      <w:r>
        <w:br/>
      </w:r>
      <w:r>
        <w:rPr>
          <w:sz w:val="20"/>
        </w:rPr>
        <w:t>59:57  to ek baat yeh hai. doosri baat maine arz ki, jaisa ke abhi ke jo log is par raazi na hon, to kya hota hota hota hai? woh hypocrite bante hain. hypocrite.</w:t>
      </w:r>
      <w:r>
        <w:br/>
      </w:r>
      <w:r>
        <w:rPr>
          <w:sz w:val="20"/>
        </w:rPr>
        <w:t>1:00:10  yani hypocrisy is direct result of non acceptance of reality. kyunke aap kya karenge? badal sakte sakte nahi hain Allah ke naqshe ko.</w:t>
      </w:r>
      <w:r>
        <w:br/>
      </w:r>
      <w:r>
        <w:rPr>
          <w:sz w:val="20"/>
        </w:rPr>
        <w:t>1:00:21  to aap kya karenge? jahan interest kal hoga, wahan aap adjust karenge. jahan interest dekhenge, mein interest kal nahi ho raha hoga, wahan aap bolenge, wahan aap josh dikhayenge, wahan aap violence karenge.</w:t>
      </w:r>
      <w:r>
        <w:br/>
      </w:r>
      <w:r>
        <w:rPr>
          <w:sz w:val="20"/>
        </w:rPr>
        <w:t>1:00:35  to dekhiye, yeh yeh bilkul hi ek simple formula hai ke agar aap chahte hain ke jannat mein mujhe dakhla mile, then you have to accept the reality.</w:t>
      </w:r>
      <w:r>
        <w:br/>
      </w:r>
      <w:r>
        <w:rPr>
          <w:sz w:val="20"/>
        </w:rPr>
        <w:t>1:00:50  aur koi doosra rasta nahi. doosra rasta hai woh kya hai? woh apne aap ko aap kal karna hai, apne aap ko destroy karna hai, apne aap ko tabah karna hai.</w:t>
      </w:r>
    </w:p>
    <w:p>
      <w:pPr>
        <w:pStyle w:val="Heading2"/>
      </w:pPr>
      <w:r>
        <w:t>Harm of sleeping in morning</w:t>
      </w:r>
    </w:p>
    <w:p>
      <w:r>
        <w:rPr>
          <w:color w:val="666666"/>
          <w:sz w:val="18"/>
        </w:rPr>
        <w:t>Life &amp; Wisdom · An Intellectual Journey May 1, 2011 · 10m 30s · at 1:31:27 · https://youtu.be/AqjjyimoIqw?t=5487</w:t>
      </w:r>
    </w:p>
    <w:p>
      <w:r>
        <w:rPr>
          <w:i/>
        </w:rPr>
        <w:t>“Nowadays people generally sleep in the morning, thus depriving themselves of the pleasant morning environment. What is the harm of sleeping in the morning, and what is the importance of morning walk?”</w:t>
      </w:r>
    </w:p>
    <w:p>
      <w:r>
        <w:rPr>
          <w:sz w:val="20"/>
        </w:rPr>
        <w:t>1:31:27  maulana, un ka aik aur sawal hai, unhon ne likha hai ke aaj kal log aam taur par subah ko sote hain, is tarah woh apne aap ko subah ke suhane mahol se mahroom rakhte hain.</w:t>
      </w:r>
      <w:r>
        <w:br/>
      </w:r>
      <w:r>
        <w:rPr>
          <w:sz w:val="20"/>
        </w:rPr>
        <w:t>1:31:41  maulana sahib, subah ko sone ka nuqsan kya hai, aur subah ki walking ki ahmiyat kya hai? dekhein, hadith mein aata hai ke isha ke baad so jao.</w:t>
      </w:r>
      <w:r>
        <w:br/>
      </w:r>
      <w:r>
        <w:rPr>
          <w:sz w:val="20"/>
        </w:rPr>
        <w:t>1:31:55  rasool Allah is ko pasand nahi karte the ke isha ke baad baith kar log baatein karte rahein, is ko pasand nahi karte the. is wajah se kyun? ke agar aap sawere so jayein ge, tabhi to subah ko sawere uthein ge,</w:t>
      </w:r>
      <w:r>
        <w:br/>
      </w:r>
      <w:r>
        <w:rPr>
          <w:sz w:val="20"/>
        </w:rPr>
        <w:t>1:32:09  raat ko der mein soyein ge to subah ko neend nahi khule gi. to yeh to bohat bari mahroomi hai, is mein log mubtala hain,</w:t>
      </w:r>
      <w:r>
        <w:br/>
      </w:r>
      <w:r>
        <w:rPr>
          <w:sz w:val="20"/>
        </w:rPr>
        <w:t>1:32:19  bohat bari mahroomi hai. kyunke subah ka jo waqt hota hai, woh woh is waqt aadmi so kar uthta hai jab to uska mind fresh hota hai.</w:t>
      </w:r>
      <w:r>
        <w:br/>
      </w:r>
      <w:r>
        <w:rPr>
          <w:sz w:val="20"/>
        </w:rPr>
        <w:t>1:32:32  sooraj ki roshni nikalti hai to us waqt bohat thandi thandi hoti hai, aur hawa bohat hi fresh hawa air milti hai. is waqt chidiyaan fazaon mein chehchati hain,</w:t>
      </w:r>
      <w:r>
        <w:br/>
      </w:r>
      <w:r>
        <w:rPr>
          <w:sz w:val="20"/>
        </w:rPr>
        <w:t>1:32:44  halki halki hawaayein chalti hain, jaise darakht ke patte koi raqs karne lagte hain. to jab mahol mein jab aap niklte hain bahar, yani nature mein aate hain, jab khuli faza mein to aik ajeeb qism ka inspiration milta hai.</w:t>
      </w:r>
      <w:r>
        <w:br/>
      </w:r>
      <w:r>
        <w:rPr>
          <w:sz w:val="20"/>
        </w:rPr>
        <w:t>1:33:04  saari kainat aap ko lagti hai ke aap ko inspire kar rahi hai, aap ko Allah ki blessing yaad dila rahi hai.</w:t>
      </w:r>
      <w:r>
        <w:br/>
      </w:r>
      <w:r>
        <w:rPr>
          <w:sz w:val="20"/>
        </w:rPr>
        <w:t>1:33:14  to isi liye mein is ko kehta hoon, subah ke walk ko walking tahajjud kehta hoon. mein walking tahajjud, walking zikr, walking tadabbur.</w:t>
      </w:r>
      <w:r>
        <w:br/>
      </w:r>
      <w:r>
        <w:rPr>
          <w:sz w:val="20"/>
        </w:rPr>
        <w:t>1:33:24  to mein to samajhta hoon ke jo aadmi bohat bari mahroomi mein mubtala hai, jo subah ko na uthe, bohat bari mahroomi hai. 24 ghante mein sab se acha waqt hota hai subah ka, isi ko agar aadmi avail na kare to zahir hai ke is se bari mahroomi aur kya ho sakti hai?</w:t>
      </w:r>
      <w:r>
        <w:br/>
      </w:r>
      <w:r>
        <w:rPr>
          <w:sz w:val="20"/>
        </w:rPr>
        <w:t>1:33:42  to aap yahi keh sakte hain logon ko, hum kehte rehte hain ke bhai isha ke baad foran so jao, bas aik hi nuskhah hai, isha ke baad foran so jana.</w:t>
      </w:r>
      <w:r>
        <w:br/>
      </w:r>
      <w:r>
        <w:rPr>
          <w:sz w:val="20"/>
        </w:rPr>
        <w:t>1:33:55  phir zahir hai ke neend khule gi subah ko, aur phir yeh sab karein ge aap. to hum itna hi keh sakte hain, is se ziyada hamare ikhtiyar mein kya hai?</w:t>
      </w:r>
      <w:r>
        <w:br/>
      </w:r>
      <w:r>
        <w:rPr>
          <w:sz w:val="20"/>
        </w:rPr>
        <w:t>1:34:07  miss naghma siddiqui ne dilli se sawal kiya hai: "</w:t>
      </w:r>
      <w:r>
        <w:br/>
      </w:r>
      <w:r>
        <w:rPr>
          <w:sz w:val="20"/>
        </w:rPr>
        <w:t>1:34:13  you emphasize on maintaining positivity. if we have a negative experience, how can we convert it into positivity? kindly explain.</w:t>
      </w:r>
      <w:r>
        <w:br/>
      </w:r>
      <w:r>
        <w:rPr>
          <w:sz w:val="20"/>
        </w:rPr>
        <w:t>1:34:27  dekhein, negative experience to zaroor hoga, lekin aap yeh bhi yaad rakhein ke negative experience jo hai, woh aik hota hai, 99 nahi hota hai.</w:t>
      </w:r>
      <w:r>
        <w:br/>
      </w:r>
      <w:r>
        <w:rPr>
          <w:sz w:val="20"/>
        </w:rPr>
        <w:t>1:34:39  woh hamesha</w:t>
      </w:r>
      <w:r>
        <w:br/>
      </w:r>
      <w:r>
        <w:rPr>
          <w:sz w:val="20"/>
        </w:rPr>
        <w:t>1:34:42  , yeh kabhi bhi aisa nahi ho sakta ke negative experience jo hai, wahi sab kuch ho, wahi hundred percent ho. yeh Khuda ki dunya wasta mumkin nahi hai.</w:t>
      </w:r>
      <w:r>
        <w:br/>
      </w:r>
      <w:r>
        <w:rPr>
          <w:sz w:val="20"/>
        </w:rPr>
        <w:t>1:34:54  jaise abhi jo arab countries mein jo afsar hai, aur log baghavat karne ke liye uthe hue hain, to main tv mein kabhi koi dekha hai, main sab mote mote hote hain, to unko sab kuch mila hua hai.</w:t>
      </w:r>
      <w:r>
        <w:br/>
      </w:r>
      <w:r>
        <w:rPr>
          <w:sz w:val="20"/>
        </w:rPr>
        <w:t>1:35:08  yeh sab kuch, hatta ke ek aadmi khud apne munh se bhi keh diya ke mere paas car hai, mere paas ghar hai, mere paas woh bank balance hai, phir bhi kyun shor kar rahe ho?</w:t>
      </w:r>
      <w:r>
        <w:br/>
      </w:r>
      <w:r>
        <w:rPr>
          <w:sz w:val="20"/>
        </w:rPr>
        <w:t>1:35:19  shor kar rahe ho is liye ke main ek ek nikal liya, unhon ne ek ek ek koi pata nahi kya keh rahe the woh. to koi ek item hamesha miss karta hai, har ek ko usi par aadmi focus kar deta hai.</w:t>
      </w:r>
      <w:r>
        <w:br/>
      </w:r>
      <w:r>
        <w:rPr>
          <w:sz w:val="20"/>
        </w:rPr>
        <w:t>1:35:33  to shukr guzar banne ke liye ya positive banne ke liye aadmi is yeh jaane ke har haal mein aap ke paas 99</w:t>
      </w:r>
      <w:r>
        <w:br/>
      </w:r>
      <w:r>
        <w:rPr>
          <w:sz w:val="20"/>
        </w:rPr>
        <w:t>1:35:45  yaani achha item baharhal maujood rahenge.</w:t>
      </w:r>
      <w:r>
        <w:br/>
      </w:r>
      <w:r>
        <w:rPr>
          <w:sz w:val="20"/>
        </w:rPr>
        <w:t>1:35:49  one one so mein ek nahi rahega to na rahe, is se kya farq padta hai?</w:t>
      </w:r>
      <w:r>
        <w:br/>
      </w:r>
      <w:r>
        <w:rPr>
          <w:sz w:val="20"/>
        </w:rPr>
        <w:t>1:35:57  aur yeh Allah taala ne demonstration ke roop mein bata diya Hazrat Adam ke qisse ko bata kar ke ke jannat mein unhein more than 99 mila hua tha, less than one ek tha, woh yaani fabricry usi par focus kar diya unhon ne.</w:t>
      </w:r>
      <w:r>
        <w:br/>
      </w:r>
      <w:r>
        <w:rPr>
          <w:sz w:val="20"/>
        </w:rPr>
        <w:t>1:36:12  to Allah taala ne bagaye ek ek is ko sari tareekh ke liye ek misaal bana diya ke dekho, aisa mat karna</w:t>
      </w:r>
      <w:r>
        <w:br/>
      </w:r>
      <w:r>
        <w:rPr>
          <w:sz w:val="20"/>
        </w:rPr>
        <w:t>1:36:19  warna nashukre banoge, warna positive personality nahi tumhari taraf ban payegi, tum negative ban jaoge. aur is ka nateeja kya hai? jannat se explanation. main bas bataun ke Adam ke is qisse mein saare mankind ke liye ek zabardast naseehat hai.</w:t>
      </w:r>
      <w:r>
        <w:br/>
      </w:r>
      <w:r>
        <w:rPr>
          <w:sz w:val="20"/>
        </w:rPr>
        <w:t>1:36:40  Maulana Zikwan Nadvi ne nai dilli se likha hai: "Hadees mein aaya hai ke baat ke logon mein kuch muhaddath honge,</w:t>
      </w:r>
      <w:r>
        <w:br/>
      </w:r>
      <w:r>
        <w:rPr>
          <w:sz w:val="20"/>
        </w:rPr>
        <w:t>1:36:49  is hadees ko wazeh farmayein."</w:t>
      </w:r>
      <w:r>
        <w:br/>
      </w:r>
      <w:r>
        <w:rPr>
          <w:sz w:val="20"/>
        </w:rPr>
        <w:t>1:36:55  muhaddath ka matlab hota hai jis se baat ki jaye, jis se baat ki jaye. to jahan tak main samajhta hoon, is ka matlab yeh hai ke ulama ne is ko bohat zyada wazeh nahi kiya hai, is ko karamat e auliya samajhte hain.</w:t>
      </w:r>
      <w:r>
        <w:br/>
      </w:r>
      <w:r>
        <w:rPr>
          <w:sz w:val="20"/>
        </w:rPr>
        <w:t>1:37:14  woh jo muhaddath jo hoga, woh karamat e auliya</w:t>
      </w:r>
      <w:r>
        <w:br/>
      </w:r>
      <w:r>
        <w:rPr>
          <w:sz w:val="20"/>
        </w:rPr>
        <w:t>1:37:17  ek nabi hota hai, ek muhaddath nabi. woh is par wahi utre, aur aur muhaddath woh hai jis se baat ki jaye, yaani farishton ke zariye is ko Allah ki baatein milein.</w:t>
      </w:r>
      <w:r>
        <w:br/>
      </w:r>
      <w:r>
        <w:rPr>
          <w:sz w:val="20"/>
        </w:rPr>
        <w:t>1:37:33  to is ko lagta hai karamat e auliya. main is ko galat samajhta hoon, karamat e auliya ki baat nahi hai. yeh</w:t>
      </w:r>
      <w:r>
        <w:br/>
      </w:r>
      <w:r>
        <w:rPr>
          <w:sz w:val="20"/>
        </w:rPr>
        <w:t>1:37:39  yeh daur e fatra jo hai, yaani nabi na ho, jab us waqt Allah ki rehnumai ka intezam hai.</w:t>
      </w:r>
      <w:r>
        <w:br/>
      </w:r>
      <w:r>
        <w:rPr>
          <w:sz w:val="20"/>
        </w:rPr>
        <w:t>1:37:47  yeh jab nabi hai to nabi aap ko rehnumai deta hai, ya nabi na ho to rehnumai kahan se mile?</w:t>
      </w:r>
      <w:r>
        <w:br/>
      </w:r>
      <w:r>
        <w:rPr>
          <w:sz w:val="20"/>
        </w:rPr>
        <w:t>1:37:57  aadmi ka aql kafi nahi hai. ma hoti to minal ilm illa qaleela.</w:t>
      </w:r>
      <w:r>
        <w:br/>
      </w:r>
      <w:r>
        <w:rPr>
          <w:sz w:val="20"/>
        </w:rPr>
        <w:t>1:38:05  science kehti hai ke science goes partial knowledge of reality. to is tarah se poori hidayat Allah ki jo mile aap ko, to Allah taala kisi ko chunta hai, kisi ko chunta hai.</w:t>
      </w:r>
      <w:r>
        <w:br/>
      </w:r>
      <w:r>
        <w:rPr>
          <w:sz w:val="20"/>
        </w:rPr>
        <w:t>1:38:18  woh isi ko muhaddath kaha gaya, yaani Allah farishton ke zariye is ke dimagh mein dalta hai baatein.</w:t>
      </w:r>
      <w:r>
        <w:br/>
      </w:r>
      <w:r>
        <w:rPr>
          <w:sz w:val="20"/>
        </w:rPr>
        <w:t>1:38:27  to jahan tak main samajhta hoon, main yeh zaati taur par woh yeh hai ke ulama kehte hain ek hai wahi matlooa, ek hai wahi ghair matlooa.</w:t>
      </w:r>
      <w:r>
        <w:br/>
      </w:r>
      <w:r>
        <w:rPr>
          <w:sz w:val="20"/>
        </w:rPr>
        <w:t>1:38:40  to paygambar ko Rasool Allah sallallahu alaihi wasallam ko ek wahi matlooa aati thi, aur jo hai Quran, ek wahi ghair matlooa aati thi, woh hai Hadees.</w:t>
      </w:r>
      <w:r>
        <w:br/>
      </w:r>
      <w:r>
        <w:rPr>
          <w:sz w:val="20"/>
        </w:rPr>
        <w:t>1:38:49  to main zahiri taur par aisa samajhta hoon ke wahi matlooa sirf paygambar ki cheez hai,</w:t>
      </w:r>
      <w:r>
        <w:br/>
      </w:r>
      <w:r>
        <w:rPr>
          <w:sz w:val="20"/>
        </w:rPr>
        <w:t>1:38:56  lekin wahi ghair matlooa jo hai, woh muhaddath ko milti hai Allah ki tofeeq se. agar wahi ghair matlooa na mile to sahi sahi rehnumai nahi kar sakta.</w:t>
      </w:r>
      <w:r>
        <w:br/>
      </w:r>
      <w:r>
        <w:rPr>
          <w:sz w:val="20"/>
        </w:rPr>
        <w:t>1:39:07  ke kehte hain itna jangla hai duniya, afkar ka jangla, itna zyada yaani jis ko kaha fitna doheema. kaise aadmi sort out kare cheezon ko?</w:t>
      </w:r>
      <w:r>
        <w:br/>
      </w:r>
      <w:r>
        <w:rPr>
          <w:sz w:val="20"/>
        </w:rPr>
        <w:t>1:39:18  be shumar cheezain hain, yani hazaron nahi, lakhon nahi, billion item hain,</w:t>
      </w:r>
      <w:r>
        <w:br/>
      </w:r>
      <w:r>
        <w:rPr>
          <w:sz w:val="20"/>
        </w:rPr>
        <w:t>1:39:24  mukhtalif qism ke khayalat, mukhtalif qism ke afkar, mukhtalif qism ke nazariyat. kaise judge kare aadmi ke yeh sahi hai ya galat hai? aadmi sort out nahi kar pata, aadmi ek cheez doosri cheez differentiate nahi kar pata apni aqal se.</w:t>
      </w:r>
      <w:r>
        <w:br/>
      </w:r>
      <w:r>
        <w:rPr>
          <w:sz w:val="20"/>
        </w:rPr>
        <w:t>1:39:41  natija dekhein, ab beshtar log confusion mein jeete hain. jitne bhi mein logon ko parhta hoon, sab confusion, confusion, confusion kyunke sort out na karne ki wajah se.</w:t>
      </w:r>
      <w:r>
        <w:br/>
      </w:r>
      <w:r>
        <w:rPr>
          <w:sz w:val="20"/>
        </w:rPr>
        <w:t>1:39:53  abhi subah time tha, media mein ek article tha spirituality par, us ko parhwa ke suna mein ne. woh hai confusion, kuch samajhte hain kya keh raha hai aadmi. to asal cheez hai sort out karna, ek cheez doosri cheez mein differentiate karna,</w:t>
      </w:r>
      <w:r>
        <w:br/>
      </w:r>
      <w:r>
        <w:rPr>
          <w:sz w:val="20"/>
        </w:rPr>
        <w:t>1:40:10  yani sach truth ko aur false food ko alag kar ke dekhna. yeh bohat mushkil cheezain hain.</w:t>
      </w:r>
      <w:r>
        <w:br/>
      </w:r>
      <w:r>
        <w:rPr>
          <w:sz w:val="20"/>
        </w:rPr>
        <w:t>1:40:18  do yani do pathar hon, ek kala, ek safed, to us ko alag alag kar sakte hain aap kyunke woh aur us ko dekh rahe hain aap objectively.</w:t>
      </w:r>
      <w:r>
        <w:br/>
      </w:r>
      <w:r>
        <w:rPr>
          <w:sz w:val="20"/>
        </w:rPr>
        <w:t>1:40:29  lekin jo maanwi item hain, maanwi item jo dikhai nahi dete, us mein jo safed aur kale mile hue hain, us ko aap apni aqal se alag nahi kar sakte.</w:t>
      </w:r>
      <w:r>
        <w:br/>
      </w:r>
      <w:r>
        <w:rPr>
          <w:sz w:val="20"/>
        </w:rPr>
        <w:t>1:40:40  woh Allah ki madad darkar hoti hai wahan.</w:t>
      </w:r>
      <w:r>
        <w:br/>
      </w:r>
      <w:r>
        <w:rPr>
          <w:sz w:val="20"/>
        </w:rPr>
        <w:t>1:40:44  to jo nabi hai, woh to wahi ke zariye se us ko pehchan pata hai, woh rehnumai deta hai. aur jo muhaddis hai, us ko mein samajhta hoon jahan tak mera khayal hai, wahi ghair matlooh ke zariye us ko pehchanne ki tofeeq milti hai.</w:t>
      </w:r>
      <w:r>
        <w:br/>
      </w:r>
      <w:r>
        <w:rPr>
          <w:sz w:val="20"/>
        </w:rPr>
        <w:t>1:40:58  us ko wahi ghair matloohi ka naam hai inspiration, usi ka naam hai ilham, usi ka naam hai ilqa. aisa mein ne samjhaya hai.</w:t>
      </w:r>
    </w:p>
    <w:p>
      <w:pPr>
        <w:pStyle w:val="Heading2"/>
      </w:pPr>
      <w:r>
        <w:t>Helping others led to bankruptcy</w:t>
      </w:r>
    </w:p>
    <w:p>
      <w:r>
        <w:rPr>
          <w:color w:val="666666"/>
          <w:sz w:val="18"/>
        </w:rPr>
        <w:t>Life &amp; Wisdom · The Concept of Help Feb 9, 2020—Maulana Wahiduddin Khan · 27m 54s · at 1:39 · https://youtu.be/WScXmduh1AQ?t=99</w:t>
      </w:r>
    </w:p>
    <w:p>
      <w:r>
        <w:rPr>
          <w:i/>
        </w:rPr>
        <w:t>“I was always told to help others, and until date I help everyone without any hesitation. To the extent that I have reached the state of bankruptcy. My reason for writing to you is that I want to know what my mistake is, and I want you to guide me.”</w:t>
      </w:r>
    </w:p>
    <w:p>
      <w:r>
        <w:rPr>
          <w:sz w:val="20"/>
        </w:rPr>
        <w:t>1:39  guide me. Haan, aap is ko Urdu mein kahiye, Hindi mein, Hindi mein kahiye. To sawal, ah, is tarah hai ke unhon ne likha hai ke "Mere ko hamesha yeh kaha gaya tha ke mein doosron ki madad karoon, aur till date mein sab ki madad karta hoon bana kisi hesitation ke.</w:t>
      </w:r>
      <w:r>
        <w:br/>
      </w:r>
      <w:r>
        <w:rPr>
          <w:sz w:val="20"/>
        </w:rPr>
        <w:t>1:58  Yahan tak ke, ah, meri</w:t>
      </w:r>
      <w:r>
        <w:br/>
      </w:r>
      <w:r>
        <w:rPr>
          <w:sz w:val="20"/>
        </w:rPr>
        <w:t>2:12  aur main chahta hoon ke aap mujhe guide karen.</w:t>
      </w:r>
      <w:r>
        <w:br/>
      </w:r>
      <w:r>
        <w:rPr>
          <w:sz w:val="20"/>
        </w:rPr>
        <w:t>2:18  dekhiye, yeh meri discovery hai, aur main aap se arz karta hoon ke poori history mein ek obsession, saare log ek ek obsession mein mubtala rahe,</w:t>
      </w:r>
      <w:r>
        <w:br/>
      </w:r>
      <w:r>
        <w:rPr>
          <w:sz w:val="20"/>
        </w:rPr>
        <w:t>2:33  woh ke "help other, help other".</w:t>
      </w:r>
      <w:r>
        <w:br/>
      </w:r>
      <w:r>
        <w:rPr>
          <w:sz w:val="20"/>
        </w:rPr>
        <w:t>2:40  sab se bari, sab se bari, yaani achhai science samajhte hain ke logon ko madad ki jaye, madad ki jaye, madad ki jaye.</w:t>
      </w:r>
      <w:r>
        <w:br/>
      </w:r>
      <w:r>
        <w:rPr>
          <w:sz w:val="20"/>
        </w:rPr>
        <w:t>2:56  main samajhta hoon ke yeh madad jis ko kehte hain log, yeh dushman hai, dushman hai, dushman hai.</w:t>
      </w:r>
      <w:r>
        <w:br/>
      </w:r>
      <w:r>
        <w:rPr>
          <w:sz w:val="20"/>
        </w:rPr>
        <w:t>3:04  iski misaal yeh dekh li jiye aap. dekhiye, insaan paida hota hai do cheezon ko le kar: ek aql,</w:t>
      </w:r>
      <w:r>
        <w:br/>
      </w:r>
      <w:r>
        <w:rPr>
          <w:sz w:val="20"/>
        </w:rPr>
        <w:t>3:18  ya ek hi samajh lijiye, aql ke sath paida hota hai. aql, aql itni bari cheez hai, itni bari cheez hai ke woh sirf, woh sirf, woh is ke barabar koi cheez agar ho sakti hai to Khuda ki aql hai.</w:t>
      </w:r>
      <w:r>
        <w:br/>
      </w:r>
      <w:r>
        <w:rPr>
          <w:sz w:val="20"/>
        </w:rPr>
        <w:t>3:39  to tareekh mein sab se bari khair, sab se bari khoobi log samajhte rahe ke doosron ki madad karo.</w:t>
      </w:r>
      <w:r>
        <w:br/>
      </w:r>
      <w:r>
        <w:rPr>
          <w:sz w:val="20"/>
        </w:rPr>
        <w:t>3:51  lekin yeh mere nazdeek, main bohat lambe tajrube ke baad yeh arz kar raha hoon ke doosron ki madad karna, doosron ke sath dushmani karna hai, is ki wajah yeh hai ke aadmi ke andar Allah Rab ul Alameen ne potential rakhe hain, potential bohat hi zyada,</w:t>
      </w:r>
      <w:r>
        <w:br/>
      </w:r>
      <w:r>
        <w:rPr>
          <w:sz w:val="20"/>
        </w:rPr>
        <w:t>4:15  unlimited, unlimited potential.</w:t>
      </w:r>
      <w:r>
        <w:br/>
      </w:r>
      <w:r>
        <w:rPr>
          <w:sz w:val="20"/>
        </w:rPr>
        <w:t>4:22  to agar aap kisi ki khoob baat karen, koi bachcha aap ka hai, khoob us ko sab cheez den, to kya hoga jante hain?</w:t>
      </w:r>
      <w:r>
        <w:br/>
      </w:r>
      <w:r>
        <w:rPr>
          <w:sz w:val="20"/>
        </w:rPr>
        <w:t>4:34  uski nazar, nigah hat jayegi apne potential se.</w:t>
      </w:r>
      <w:r>
        <w:br/>
      </w:r>
      <w:r>
        <w:rPr>
          <w:sz w:val="20"/>
        </w:rPr>
        <w:t>4:41  woh, yaani jo</w:t>
      </w:r>
      <w:r>
        <w:br/>
      </w:r>
      <w:r>
        <w:rPr>
          <w:sz w:val="20"/>
        </w:rPr>
        <w:t>4:47  apne potential ko avail karo, apne potential ko active, active banao, is se hat jayegi, aur us ki nazar chali jayegi helper.</w:t>
      </w:r>
      <w:r>
        <w:br/>
      </w:r>
      <w:r>
        <w:rPr>
          <w:sz w:val="20"/>
        </w:rPr>
        <w:t>5:04  usi help ko istemal karega woh. isi liye jitne bachche, jin bachchon ko khoob paisa diya jata hai, un ke maa baap sab se zyada nikamme nikamme bante hain.</w:t>
      </w:r>
      <w:r>
        <w:br/>
      </w:r>
      <w:r>
        <w:rPr>
          <w:sz w:val="20"/>
        </w:rPr>
        <w:t>5:14  woh bachche jo baap, baap, baap apne bachchon ko khoob zyada paisa dete hain, nikamme bante hain. jin ladkiyon ko khoob jahalat diya jata hai, chhip jahalat diya jata hai, woh ladkiyan bilkul bekar sabit hoti hain.</w:t>
      </w:r>
      <w:r>
        <w:br/>
      </w:r>
      <w:r>
        <w:rPr>
          <w:sz w:val="20"/>
        </w:rPr>
        <w:t>5:31  yeh main apne tajrube se keh raha hoon. sab se bari help hai, is ko main kahunga ke compression.</w:t>
      </w:r>
      <w:r>
        <w:br/>
      </w:r>
      <w:r>
        <w:rPr>
          <w:sz w:val="20"/>
        </w:rPr>
        <w:t>5:42  Allah taala jab kisi se koi bara kaam lena chahte hain to compression create karte hain, compression create karte hain.</w:t>
      </w:r>
      <w:r>
        <w:br/>
      </w:r>
      <w:r>
        <w:rPr>
          <w:sz w:val="20"/>
        </w:rPr>
        <w:t>5:51  Allah ki sab se bari blessing jo hai, yaad rakhiye, compression hai.</w:t>
      </w:r>
      <w:r>
        <w:br/>
      </w:r>
      <w:r>
        <w:rPr>
          <w:sz w:val="20"/>
        </w:rPr>
        <w:t>5:59  lekin log maa baap pastay wale hote hain, woh bachche ko kisi museebat mein dekhne nahi chahte, to khoob paisa dete hain.</w:t>
      </w:r>
      <w:r>
        <w:br/>
      </w:r>
      <w:r>
        <w:rPr>
          <w:sz w:val="20"/>
        </w:rPr>
        <w:t>6:08  bachcha museebat sahaye, yahi is ki madad hai. aye maa baapon, apne bachchon ko dushman mat bano, dushman mat bano, un ko sahne do, mushkilat ko sahne do, dabao ki halat padne do taake un ke potential jaagen,</w:t>
      </w:r>
      <w:r>
        <w:br/>
      </w:r>
      <w:r>
        <w:rPr>
          <w:sz w:val="20"/>
        </w:rPr>
        <w:t>6:32  un ke potential jaagen. jitne maa baap paise wale hote hain, woh sab laad pyar mein yeh karte hain ke bachchon ke potential ko jaagne nahi dete, bas woh un ka har kaam free banta rahe, yeh koshish karte hain.</w:t>
      </w:r>
      <w:r>
        <w:br/>
      </w:r>
      <w:r>
        <w:rPr>
          <w:sz w:val="20"/>
        </w:rPr>
        <w:t>6:54  main aap ko poori history mein bohat misalein de sakta hoon ke Allah taala ka tareeqa yeh hai ke compression create karna hai, aaram dena nahi hai.</w:t>
      </w:r>
      <w:r>
        <w:br/>
      </w:r>
      <w:r>
        <w:rPr>
          <w:sz w:val="20"/>
        </w:rPr>
        <w:t>7:07  misalan dekhiye, Allah taala ne jab insaan ko paida kiya</w:t>
      </w:r>
      <w:r>
        <w:br/>
      </w:r>
      <w:r>
        <w:rPr>
          <w:sz w:val="20"/>
        </w:rPr>
        <w:t>7:15  to sab se pehle Bible mein hai ke Allah ne Eden mein ek bagh lagaya. yeh Bible mein hai, aur woh sahi mere nazdeek hai.</w:t>
      </w:r>
      <w:r>
        <w:br/>
      </w:r>
      <w:r>
        <w:rPr>
          <w:sz w:val="20"/>
        </w:rPr>
        <w:t>7:28  adan best area tha is zameen ka, best area tha. wahan par bagh, yani wahan par is ki bohat hi fertile zameen, zar khez,</w:t>
      </w:r>
      <w:r>
        <w:br/>
      </w:r>
      <w:r>
        <w:rPr>
          <w:sz w:val="20"/>
        </w:rPr>
        <w:t>7:45  har cheez bohat achi, bohat achi. to wahan pe basaya.</w:t>
      </w:r>
      <w:r>
        <w:br/>
      </w:r>
      <w:r>
        <w:rPr>
          <w:sz w:val="20"/>
        </w:rPr>
        <w:t>7:57  to wahan ke log kya hue? yahan ke log larne bari mein lag gaye. tribal sister, sister bhai avalu hua</w:t>
      </w:r>
      <w:r>
        <w:br/>
      </w:r>
      <w:r>
        <w:rPr>
          <w:sz w:val="20"/>
        </w:rPr>
        <w:t>8:14  to sab se zyada larne birban ilaaqa ban gaya, jis ko kehte hain aaj, aaj kal ke zamane mein, is ko kehte hain woh</w:t>
      </w:r>
      <w:r>
        <w:br/>
      </w:r>
      <w:r>
        <w:rPr>
          <w:sz w:val="20"/>
        </w:rPr>
        <w:t>8:29  yeh jo area hai, djalat afraad ke darmiyan, meso potta bhi hai, sab se zyada nikamba ilaaqa ban gaya mosam pathan mein ka.</w:t>
      </w:r>
      <w:r>
        <w:br/>
      </w:r>
      <w:r>
        <w:rPr>
          <w:sz w:val="20"/>
        </w:rPr>
        <w:t>8:43  to aap jante hain kya hua? Allah taala ne wahan par kya kiya? wahan par pani ka toofan aaya, aur wahan par Hazrat Nuh alaihissalam ne ek kashti banai, bohat bari kashti Allah ki rehnumai mein.</w:t>
      </w:r>
      <w:r>
        <w:br/>
      </w:r>
      <w:r>
        <w:rPr>
          <w:sz w:val="20"/>
        </w:rPr>
        <w:t>9:05  is kashti mein to un logon ko batha diya, bohat bari kashti thi woh, aur Allah ne is kashti ko kaha ke chala dal do samandar mojon mein dal do.</w:t>
      </w:r>
      <w:r>
        <w:br/>
      </w:r>
      <w:r>
        <w:rPr>
          <w:sz w:val="20"/>
        </w:rPr>
        <w:t>9:20  to meso pathanviya ka ilaaqa jo tha, wahan par toofan aaya, aur kashti ko is mein dal diya gaya. ab kashti mojon ki tarah chalne lagi.</w:t>
      </w:r>
      <w:r>
        <w:br/>
      </w:r>
      <w:r>
        <w:rPr>
          <w:sz w:val="20"/>
        </w:rPr>
        <w:t>9:32  wo kashti chalte chalte kahan ruki? moajza turki jo hai, turki ki sarhad par, jahan jo quran mein joodi kaha gaya hai, joodi.</w:t>
      </w:r>
      <w:r>
        <w:br/>
      </w:r>
      <w:r>
        <w:rPr>
          <w:sz w:val="20"/>
        </w:rPr>
        <w:t>9:44  aur jante hain yeh, yeh jo hai jagah thi, thanda ilaaqa tha, woh, woh, woh tha gurbara ka, jahan se woh bheje gaye the.</w:t>
      </w:r>
      <w:r>
        <w:br/>
      </w:r>
      <w:r>
        <w:rPr>
          <w:sz w:val="20"/>
        </w:rPr>
        <w:t>9:57  to gurb maraqbe se nikal kar thande ilaaqe mein dala gaya in ko, kyunke gurb maraqbe ki wajah se in ko dry bharai bohat barh gayi thi.</w:t>
      </w:r>
      <w:r>
        <w:br/>
      </w:r>
      <w:r>
        <w:rPr>
          <w:sz w:val="20"/>
        </w:rPr>
        <w:t>10:10  in ki woh, woh dust bani wahan, woh dust jo hai, woh larne wale, bhejane wale duston par gayi.</w:t>
      </w:r>
      <w:r>
        <w:br/>
      </w:r>
      <w:r>
        <w:rPr>
          <w:sz w:val="20"/>
        </w:rPr>
        <w:t>10:25  is ki wajah se jo wisdom hai, wisdom woh wahan develop nahi hui. mosam pathanviya ke ilaaqe mein wisdom develop nahi hui.</w:t>
      </w:r>
      <w:r>
        <w:br/>
      </w:r>
      <w:r>
        <w:rPr>
          <w:sz w:val="20"/>
        </w:rPr>
        <w:t>10:36  Allah taala ko wisdom ko develop karna tha,</w:t>
      </w:r>
      <w:r>
        <w:br/>
      </w:r>
      <w:r>
        <w:rPr>
          <w:sz w:val="20"/>
        </w:rPr>
        <w:t>10:42  to in logon ko bhej diya yahan thande ilaaqe mein, yani turki ka ilaaqa, yeh part hai europe ka, is ilaaqe mein dal diye gaye thande ilaaqe mein.</w:t>
      </w:r>
      <w:r>
        <w:br/>
      </w:r>
      <w:r>
        <w:rPr>
          <w:sz w:val="20"/>
        </w:rPr>
        <w:t>11:00  to aap jante hain ke yahi woh ilaaqa hai jahan logon ne technology ko discover kiya, kyunke woh nahi hota tha yahan wisdom ki development nahi hota tha.</w:t>
      </w:r>
      <w:r>
        <w:br/>
      </w:r>
      <w:r>
        <w:rPr>
          <w:sz w:val="20"/>
        </w:rPr>
        <w:t>11:16  is ki ek misaal mein deta hoon ke wisdom ka development ke liye zaroori hai ke aapas mein khoob discussion ho, discussion aql ko khola jaye.</w:t>
      </w:r>
      <w:r>
        <w:br/>
      </w:r>
      <w:r>
        <w:rPr>
          <w:sz w:val="20"/>
        </w:rPr>
        <w:t>11:31  to is ilaaqe mein logon ne ek kiya, difference ko negative maani mein le liya. jo muslim area ka tha, aap jante hain ke wahan is qadar ikhtilafat, ikhtilafat</w:t>
      </w:r>
      <w:r>
        <w:br/>
      </w:r>
      <w:r>
        <w:rPr>
          <w:sz w:val="20"/>
        </w:rPr>
        <w:t>11:51  aaj bhi wahan ikhtilafat bhare hue hain. to muslim area mein ikhtilaf bohat bare hue, zehni ikhtilaf aur phir sensory ikhtilaf isi mein phanse rahe log.</w:t>
      </w:r>
      <w:r>
        <w:br/>
      </w:r>
      <w:r>
        <w:rPr>
          <w:sz w:val="20"/>
        </w:rPr>
        <w:t>12:07  to in ko utha ke thande ilaaqe mein dal diya gaya. to thande ilaaqe mein in ki woh garam mizaj jo tha, woh khatam hua.</w:t>
      </w:r>
      <w:r>
        <w:br/>
      </w:r>
      <w:r>
        <w:rPr>
          <w:sz w:val="20"/>
        </w:rPr>
        <w:t>12:20  garam mizaj, yani western mulkon mein. tab aap jante hain ke yeh jo ilaaqa tha west ka, isi ne technology ko daryaft kiya.</w:t>
      </w:r>
      <w:r>
        <w:br/>
      </w:r>
      <w:r>
        <w:rPr>
          <w:sz w:val="20"/>
        </w:rPr>
        <w:t>12:39  jo musalman base the iran mein aur arab mein, woh daryaft hi nahi kar sake. woh Allah taala ko manzoor tha ke pehle Khuda ne ghoda diya, manzoor tha ke insan ki hawaajat daryaft kare.</w:t>
      </w:r>
      <w:r>
        <w:br/>
      </w:r>
      <w:r>
        <w:rPr>
          <w:sz w:val="20"/>
        </w:rPr>
        <w:t>12:55  jab insan paida hua to us ko jangalon mein ghode mil gaye, un ko trade kar ke woh ghode par sawar kar liya.</w:t>
      </w:r>
      <w:r>
        <w:br/>
      </w:r>
      <w:r>
        <w:rPr>
          <w:sz w:val="20"/>
        </w:rPr>
        <w:t>13:04  to ghoda free free mein mil gaya. ab Allah taala ko manzoor tha ke log apni aql ko istemal kar ke jo hidden technology hai, us ko daryaft karein, hawaajat banayein.</w:t>
      </w:r>
      <w:r>
        <w:br/>
      </w:r>
      <w:r>
        <w:rPr>
          <w:sz w:val="20"/>
        </w:rPr>
        <w:t>13:16  lekin itne ikhtilafat, ikhtilafat hue ke insan apni aql ka jo wisdom ka jo potential tha, us ko istemal nahi kar saka.</w:t>
      </w:r>
      <w:r>
        <w:br/>
      </w:r>
      <w:r>
        <w:rPr>
          <w:sz w:val="20"/>
        </w:rPr>
        <w:t>13:27  larai bharai, larai bharai bohat hi zyada. to yeh jo thande mulk ke log thay, thande mulkon ke log thay jin ko hum west kehte hain, unhon ne ek anokha is tarah daryaft kiya.</w:t>
      </w:r>
      <w:r>
        <w:br/>
      </w:r>
      <w:r>
        <w:rPr>
          <w:sz w:val="20"/>
        </w:rPr>
        <w:t>13:42  bohat si cheezen hain, ek hi arz karta hoon, ek anokha usool, yani different difference ko unhon ne decent bana diya.</w:t>
      </w:r>
      <w:r>
        <w:br/>
      </w:r>
      <w:r>
        <w:rPr>
          <w:sz w:val="20"/>
        </w:rPr>
        <w:t>13:55  decent, d.i.d.o.u.b.l.e.s.e.n.t, decent, yani difference ko decent bana diya. aap jante hain ke difference jo hai, woh difference mein dichotomy hoti hai.</w:t>
      </w:r>
      <w:r>
        <w:br/>
      </w:r>
      <w:r>
        <w:rPr>
          <w:sz w:val="20"/>
        </w:rPr>
        <w:t>14:11  dichotomy ko usool chalta hai, yani ek mera, ek aap ka hai, aur dono lar rahe hain aapas mein.</w:t>
      </w:r>
      <w:r>
        <w:br/>
      </w:r>
      <w:r>
        <w:rPr>
          <w:sz w:val="20"/>
        </w:rPr>
        <w:t>14:20  woh kehte hain yeh sahi hai, woh kehte hain woh sahi hai, yeh dichotomy hai. unhon ne decent nikala, d.i.d.o.u.b.l.e.s.e.n.t.</w:t>
      </w:r>
      <w:r>
        <w:br/>
      </w:r>
      <w:r>
        <w:rPr>
          <w:sz w:val="20"/>
        </w:rPr>
        <w:t>14:29  decent jo hai, ek neutral word hai, yani ek aadmi agar ikhtilaf bol raha hai to us aadmi maaf kar dein, ikhtilaf mein to dono neutral hotey hain,</w:t>
      </w:r>
      <w:r>
        <w:br/>
      </w:r>
      <w:r>
        <w:rPr>
          <w:sz w:val="20"/>
        </w:rPr>
        <w:t>14:44  dono neutral hotey hain. yani neutral rai ka tasawwur tha nahi pehle, bas dichotomy dunya mein thi.</w:t>
      </w:r>
      <w:r>
        <w:br/>
      </w:r>
      <w:r>
        <w:rPr>
          <w:sz w:val="20"/>
        </w:rPr>
        <w:t>14:56  yeh sahi ya woh sahi, yeh sahi ya woh sahi. phir thande zehnon ne yeh ijad kiya, woh garam zehan ke log jo wahan thay, pehle woh is ko daryaft nahi kar sake.</w:t>
      </w:r>
      <w:r>
        <w:br/>
      </w:r>
      <w:r>
        <w:rPr>
          <w:sz w:val="20"/>
        </w:rPr>
        <w:t>15:11  woh dichotomy mein jeete rahe, ya to sahi ya galat, ya sahi ya galat. unhon ne daryaft kiya ke yeh bhi sahi, woh bhi sahi, yeh bhi sahi, woh bhi sahi,</w:t>
      </w:r>
      <w:r>
        <w:br/>
      </w:r>
      <w:r>
        <w:rPr>
          <w:sz w:val="20"/>
        </w:rPr>
        <w:t>15:27  yani is ko kehte hain decent, d.i.d.o.u.b.l.e.s.e.n.t. tab tarqqiyan huien. to Allah taala shock, woh shock treatment karte hain,</w:t>
      </w:r>
      <w:r>
        <w:br/>
      </w:r>
      <w:r>
        <w:rPr>
          <w:sz w:val="20"/>
        </w:rPr>
        <w:t>15:44  jaise Newton ke upar, Hitler ke upar, woh gira saib. to is ko main kehta hoon saib, saib ko kahin kahin bhi keh sakta tha, is ke sar pe koi gira.</w:t>
      </w:r>
      <w:r>
        <w:br/>
      </w:r>
      <w:r>
        <w:rPr>
          <w:sz w:val="20"/>
        </w:rPr>
        <w:t>16:01  aap jante hain, upar se koi cheez gire to chot lagti hai. to yeh Allah ki taraf se sabab tha, mere khayal se ke Newton ke sar pe gira.</w:t>
      </w:r>
      <w:r>
        <w:br/>
      </w:r>
      <w:r>
        <w:rPr>
          <w:sz w:val="20"/>
        </w:rPr>
        <w:t>16:12  woh that was,</w:t>
      </w:r>
      <w:r>
        <w:br/>
      </w:r>
      <w:r>
        <w:rPr>
          <w:sz w:val="20"/>
        </w:rPr>
        <w:t>16:20  to is is ke sochne laga woh ke yeh saib jo hai, neeche kyun gaya, upar kyun chala gaya.</w:t>
      </w:r>
      <w:r>
        <w:br/>
      </w:r>
      <w:r>
        <w:rPr>
          <w:sz w:val="20"/>
        </w:rPr>
        <w:t>16:29  do afsar tha jo woh charhaya tha. to sochte sochte us ne gravitation ka process daryaft kiya.</w:t>
      </w:r>
      <w:r>
        <w:br/>
      </w:r>
      <w:r>
        <w:rPr>
          <w:sz w:val="20"/>
        </w:rPr>
        <w:t>16:39  to is ko main kehta hoon name, is ko main kehta hoon</w:t>
      </w:r>
      <w:r>
        <w:br/>
      </w:r>
      <w:r>
        <w:rPr>
          <w:sz w:val="20"/>
        </w:rPr>
        <w:t>16:49  khudai tareeqa, khudai tareeqa ke kal ka person create kar ke aaj aadmi ko sochne ki taraf le jana.</w:t>
      </w:r>
      <w:r>
        <w:br/>
      </w:r>
      <w:r>
        <w:rPr>
          <w:sz w:val="20"/>
        </w:rPr>
        <w:t>17:02  apple shock, is ko main kehta hoon apple shock. to Allah taala ka tareeqa apple shock raha. poori tareekh mein jitni bhi barqiyen huien, sab apple shock ke zariye huien hain.</w:t>
      </w:r>
      <w:r>
        <w:br/>
      </w:r>
      <w:r>
        <w:rPr>
          <w:sz w:val="20"/>
        </w:rPr>
        <w:t>17:15  ab aap apne aap ke paas jo jo bachcha paida hue, aap is ko chahte hain ke phool mein rakhein, to phool mein rakhein to yeh Allah ka tareeqa hi nahi.</w:t>
      </w:r>
      <w:r>
        <w:br/>
      </w:r>
      <w:r>
        <w:rPr>
          <w:sz w:val="20"/>
        </w:rPr>
        <w:t>17:26  un ko shock do, tab woh un ki aqal khule gi. to tamam baap jin ke paas paisa hota hai, woh apne bachon ko chahte hain phool mein rakhna.</w:t>
      </w:r>
      <w:r>
        <w:br/>
      </w:r>
      <w:r>
        <w:rPr>
          <w:sz w:val="20"/>
        </w:rPr>
        <w:t>17:40  woh apple shock ki woh nahi jante, hikmat, hikmat nahi jante, hikmat nahi jante. to main samajhta hoon ke jis beta beti ko aisa baap mil jaye jo apple shock ke bhi dunk jaane,</w:t>
      </w:r>
      <w:r>
        <w:br/>
      </w:r>
      <w:r>
        <w:rPr>
          <w:sz w:val="20"/>
        </w:rPr>
        <w:t>17:58  apple shock ki wohi aqalmand baap hai, aur usi ke bachche tarqqi karte hain. isi liye ghareeb ke bachche zyada tarqqi karte hain,</w:t>
      </w:r>
      <w:r>
        <w:br/>
      </w:r>
      <w:r>
        <w:rPr>
          <w:sz w:val="20"/>
        </w:rPr>
        <w:t>18:12  ghareeb logon ke bachche, kyun ke jo jin jin baapon ke paas paisa hota hai, woh kabhi jante hi nahi is hikmat ko, apple shock ki hikmat ko.</w:t>
      </w:r>
      <w:r>
        <w:br/>
      </w:r>
      <w:r>
        <w:rPr>
          <w:sz w:val="20"/>
        </w:rPr>
        <w:t>18:25  to Allah taala ne ghareebi paida ki. chunke insaan apple shock ko ikhtiyar nahi kar saka, to Allah taala ne ghareebi paida ki, ghareebi, museebat.</w:t>
      </w:r>
      <w:r>
        <w:br/>
      </w:r>
      <w:r>
        <w:rPr>
          <w:sz w:val="20"/>
        </w:rPr>
        <w:t>18:48  woh is sahib, woh is ke sabireen alazeen azabuh museebat, museebat shock, apple shock ka matlab hai museebat shock.</w:t>
      </w:r>
      <w:r>
        <w:br/>
      </w:r>
      <w:r>
        <w:rPr>
          <w:sz w:val="20"/>
        </w:rPr>
        <w:t>19:00  to allah ta'ala ki rehmat hai, yeh musibat. ek hadith hai, ek hadith hai ke allah ta'ala ne farmaya jibril se ke ek bachcha, ek baba, ek banda dua kar raha tha ke khuda meri musibat door kar de, meri musibat door kar de.</w:t>
      </w:r>
      <w:r>
        <w:br/>
      </w:r>
      <w:r>
        <w:rPr>
          <w:sz w:val="20"/>
        </w:rPr>
        <w:t>19:21  to allah ta'ala ne jibril se kaha ke aye jibril, la ta'ajjil khudaya, meri is bande ki musibat door karne mein jaldi mat kar, ladne do us ko musibat mein.</w:t>
      </w:r>
      <w:r>
        <w:br/>
      </w:r>
      <w:r>
        <w:rPr>
          <w:sz w:val="20"/>
        </w:rPr>
        <w:t>19:34  yeh hai na? ji, yeh hai. ji, yahi hai. fiyani yuhibbu an asmaa'a sawtahu hain.</w:t>
      </w:r>
      <w:r>
        <w:br/>
      </w:r>
      <w:r>
        <w:rPr>
          <w:sz w:val="20"/>
        </w:rPr>
        <w:t>19:43  fiyani yuhibbu an asmaa'a sawtahu. kyunke main us ki, us ki awaz ko pasand karta hoon. awaz ka matlab yeh hai ke us ke andar soch aayegi musibat se aur shakk se,</w:t>
      </w:r>
      <w:r>
        <w:br/>
      </w:r>
      <w:r>
        <w:rPr>
          <w:sz w:val="20"/>
        </w:rPr>
        <w:t>20:00  woh use mahbub. isi tarah kya hongi? isi tarah kya hongi? liqada'i hajat abdi hain.</w:t>
      </w:r>
      <w:r>
        <w:br/>
      </w:r>
      <w:r>
        <w:rPr>
          <w:sz w:val="20"/>
        </w:rPr>
        <w:t>20:10  ji, maulana. ya ya jibril, la ta'ajjil liqada'i hajat rabbi. ya jibril, la ta'ajjil liqada'i hajat rabbi.</w:t>
      </w:r>
      <w:r>
        <w:br/>
      </w:r>
      <w:r>
        <w:rPr>
          <w:sz w:val="20"/>
        </w:rPr>
        <w:t>20:23  aye jibril, mere bande ki hajat ko poori karne mein jaldi mat kar, musibat rehne de us ko, us ko thokar khane rehne do, us ke sar par pathar padne do,</w:t>
      </w:r>
      <w:r>
        <w:br/>
      </w:r>
      <w:r>
        <w:rPr>
          <w:sz w:val="20"/>
        </w:rPr>
        <w:t>20:36  kyunke us ke upar se jal gaye hain, us ke upar se jayenge, us ke andar, us ke andar jo bar rakhi hai hum ne, allah ne woh sab waqea banenge.</w:t>
      </w:r>
      <w:r>
        <w:br/>
      </w:r>
      <w:r>
        <w:rPr>
          <w:sz w:val="20"/>
        </w:rPr>
        <w:t>20:54  to main samajhta hoon ke dunya mein yeh jo chala usool, help kar, help, help nahi karo, balke us ko thokar khane do, un ko musibat uthane do taake un ke andar jo potential hai, woh jaage.</w:t>
      </w:r>
      <w:r>
        <w:br/>
      </w:r>
      <w:r>
        <w:rPr>
          <w:sz w:val="20"/>
        </w:rPr>
        <w:t>21:15  log potential ko jaagne nahi dete, potential ko jaagne nahi dete.</w:t>
      </w:r>
      <w:r>
        <w:br/>
      </w:r>
      <w:r>
        <w:rPr>
          <w:sz w:val="20"/>
        </w:rPr>
        <w:t>21:23  yeh itni badi hikmat hai. quran mein ayat likhi hai: "inna ma'al usri yusra".</w:t>
      </w:r>
      <w:r>
        <w:br/>
      </w:r>
      <w:r>
        <w:rPr>
          <w:sz w:val="20"/>
        </w:rPr>
        <w:t>21:33  "inna ma'al usri yusra". kya tarjuma is ka hai? beshak, aasani mushkil ke sath aasani hai.</w:t>
      </w:r>
      <w:r>
        <w:br/>
      </w:r>
      <w:r>
        <w:rPr>
          <w:sz w:val="20"/>
        </w:rPr>
        <w:t>21:44  haan, mushkil ke sath aasani hai. jo mushkil hai, usi ke sath aayegi aasani, yani kamyabi.</w:t>
      </w:r>
      <w:r>
        <w:br/>
      </w:r>
      <w:r>
        <w:rPr>
          <w:sz w:val="20"/>
        </w:rPr>
        <w:t>21:55  shakk chale gaye ke shakk, shakk se insaan ke raste khulenge, us ki aqal zyada kaam karegi. yeh allah ta'ala ki hikmat hai.</w:t>
      </w:r>
      <w:r>
        <w:br/>
      </w:r>
      <w:r>
        <w:rPr>
          <w:sz w:val="20"/>
        </w:rPr>
        <w:t>22:09  to is ke mani yeh hue ke allah chahta hai ke insaan apni khudadad jo aqal hai, us ko istemal kare.</w:t>
      </w:r>
      <w:r>
        <w:br/>
      </w:r>
      <w:r>
        <w:rPr>
          <w:sz w:val="20"/>
        </w:rPr>
        <w:t>22:21  aur aap jab help faraham karte hain logon ko, help to aap un ki khazana aqal ko sla dete hain, aur idhar udhar ki aqal chalata hai.</w:t>
      </w:r>
      <w:r>
        <w:br/>
      </w:r>
      <w:r>
        <w:rPr>
          <w:sz w:val="20"/>
        </w:rPr>
        <w:t>22:34  woh, woh, woh aqal jo khudadad aqal hai, woh thodi us ko sla deta hai. woh aadmi ab hum ne bohat us ki study ki hai.</w:t>
      </w:r>
      <w:r>
        <w:br/>
      </w:r>
      <w:r>
        <w:rPr>
          <w:sz w:val="20"/>
        </w:rPr>
        <w:t>22:45  jin logon ko musibat nahi padi hai, musibat padi hai, unhone taraqqiyan ki hain. khud apne gharon mein ne dekha, hamara family, hamari family bohat badi thi.</w:t>
      </w:r>
      <w:r>
        <w:br/>
      </w:r>
      <w:r>
        <w:rPr>
          <w:sz w:val="20"/>
        </w:rPr>
        <w:t>22:57  is mein mere jo barhe bhai the, abdul aziz khan, woh bohat hi khasta halat mein the, aur ghar mein un ko, un ko achhe nahi samajh aata tha.</w:t>
      </w:r>
      <w:r>
        <w:br/>
      </w:r>
      <w:r>
        <w:rPr>
          <w:sz w:val="20"/>
        </w:rPr>
        <w:t>23:14  yahan tak ke kuch, kuch logon ne un ko manhous karna shuru kar diya tha. is shakhs ke andar jo, jo, jo, jo un ko jo mashaqqatain padi hain, un ko jo musibatein padi hain, un ko jo sakht halaat ka samna karna pada, to hero hero ban gaye.</w:t>
      </w:r>
      <w:r>
        <w:br/>
      </w:r>
      <w:r>
        <w:rPr>
          <w:sz w:val="20"/>
        </w:rPr>
        <w:t>23:33  mere barhe bhai the, woh hero ban gaye. poore khandan mein sab se zyada taraqqi unhone ki, poore khandan mein sab se zyada taraqqi unhone ki.</w:t>
      </w:r>
      <w:r>
        <w:br/>
      </w:r>
      <w:r>
        <w:rPr>
          <w:sz w:val="20"/>
        </w:rPr>
        <w:t>23:43  aur jin logon ko khud aaram dega, lath pair dega, unhone kuch taraqqi nahi kar saki, kuch taraqqi nahi kar saki. to aaj main isi cheez ko chahta hoon ke aap log sochein ke yeh jo help ka tasawwur hai, woh natural nahi hai.</w:t>
      </w:r>
      <w:r>
        <w:br/>
      </w:r>
      <w:r>
        <w:rPr>
          <w:sz w:val="20"/>
        </w:rPr>
        <w:t>24:04  help ka matlab hai main help karta hoon logon ko ke main ne bohat si kitabein chhapi hain, wisdom par, raaz hayat waghera.</w:t>
      </w:r>
      <w:r>
        <w:br/>
      </w:r>
      <w:r>
        <w:rPr>
          <w:sz w:val="20"/>
        </w:rPr>
        <w:t>24:14  abhi english mein, urdu mein, hindi mein, us ko aap padhiye. to mere help ka tasawwur doosra hai.</w:t>
      </w:r>
      <w:r>
        <w:br/>
      </w:r>
      <w:r>
        <w:rPr>
          <w:sz w:val="20"/>
        </w:rPr>
        <w:t>24:25  logon ke help ka tasawwur yeh hai ke paisa banto, kapda banto, kambal banto, yani free mein logon ko cheezein do.</w:t>
      </w:r>
      <w:r>
        <w:br/>
      </w:r>
      <w:r>
        <w:rPr>
          <w:sz w:val="20"/>
        </w:rPr>
        <w:t>24:34  jo mother teresa ka jo model hai, log mother teresa ka model ko jantay hain ke free mein logon ko do, free mein do.</w:t>
      </w:r>
      <w:r>
        <w:br/>
      </w:r>
      <w:r>
        <w:rPr>
          <w:sz w:val="20"/>
        </w:rPr>
        <w:t>24:48  lekin aap jantay hain ke mother teresa ka ka mission bilkul fail hua. mother teresa ke upar us ki saheli thi, qareebi tareen us ki dost,</w:t>
      </w:r>
      <w:r>
        <w:br/>
      </w:r>
      <w:r>
        <w:rPr>
          <w:sz w:val="20"/>
        </w:rPr>
        <w:t>25:02  us ne kitab likhi hai. is kitab ka, is kitab mein us ne bataya hai ke she died in a agony.</w:t>
      </w:r>
      <w:r>
        <w:br/>
      </w:r>
      <w:r>
        <w:rPr>
          <w:sz w:val="20"/>
        </w:rPr>
        <w:t>25:13  she died in agony. mother teresa gham mein mari kyunke woh kuch mila nahi.</w:t>
      </w:r>
      <w:r>
        <w:br/>
      </w:r>
      <w:r>
        <w:rPr>
          <w:sz w:val="20"/>
        </w:rPr>
        <w:t>25:22  us ko us ke baad bulk sahib dekhiye, tata ko ke tata ne india ko aik tohfa diya,</w:t>
      </w:r>
      <w:r>
        <w:br/>
      </w:r>
      <w:r>
        <w:rPr>
          <w:sz w:val="20"/>
        </w:rPr>
        <w:t>25:34  steel ki industry, hawa jahaz, jo bari bari kitni cheezen hain jo is tata ne is mulk ko di hain.</w:t>
      </w:r>
      <w:r>
        <w:br/>
      </w:r>
      <w:r>
        <w:rPr>
          <w:sz w:val="20"/>
        </w:rPr>
        <w:t>25:48  to mein samajhta hoon ke aqalmand baap woh hai jo apne apne bete ko sakhtiyon mein chalne de,</w:t>
      </w:r>
      <w:r>
        <w:br/>
      </w:r>
      <w:r>
        <w:rPr>
          <w:sz w:val="20"/>
        </w:rPr>
        <w:t>26:03  us ko phir paisa kama kar free mein na de, apne bachon ko himayat karne de.</w:t>
      </w:r>
      <w:r>
        <w:br/>
      </w:r>
      <w:r>
        <w:rPr>
          <w:sz w:val="20"/>
        </w:rPr>
        <w:t>26:20  aap tajurba kar ke dijiye, do family ka aap compare kijiye. jis family ka baap jo hai museebaton mein raha hoga, us ko paisa itna nahi hoga ke bohat ziyada woh nawazay apne bete beti ko.</w:t>
      </w:r>
      <w:r>
        <w:br/>
      </w:r>
      <w:r>
        <w:rPr>
          <w:sz w:val="20"/>
        </w:rPr>
        <w:t>26:37  un ke bachay ziyada tarraqi karenge, aur jinho ne khoob bachon ko diya, un ko makhmal par, makhmal ke bistar par sulaya,</w:t>
      </w:r>
      <w:r>
        <w:br/>
      </w:r>
      <w:r>
        <w:rPr>
          <w:sz w:val="20"/>
        </w:rPr>
        <w:t>26:51  un ke bachay koi tarraqi nahi karte.</w:t>
      </w:r>
      <w:r>
        <w:br/>
      </w:r>
      <w:r>
        <w:rPr>
          <w:sz w:val="20"/>
        </w:rPr>
        <w:t>26:57  yeh hai law of nature.</w:t>
      </w:r>
      <w:r>
        <w:br/>
      </w:r>
      <w:r>
        <w:rPr>
          <w:sz w:val="20"/>
        </w:rPr>
        <w:t>27:01  law of nature poori tareekh mein Allah taala ne pressure ke zareeye, dabaao ke zareeye,</w:t>
      </w:r>
      <w:r>
        <w:br/>
      </w:r>
      <w:r>
        <w:rPr>
          <w:sz w:val="20"/>
        </w:rPr>
        <w:t>27:10  maseebat ke zareeye</w:t>
      </w:r>
      <w:r>
        <w:br/>
      </w:r>
      <w:r>
        <w:rPr>
          <w:sz w:val="20"/>
        </w:rPr>
        <w:t>27:13  tarraqi ke darwaze khole hain.</w:t>
      </w:r>
      <w:r>
        <w:br/>
      </w:r>
      <w:r>
        <w:rPr>
          <w:sz w:val="20"/>
        </w:rPr>
        <w:t>27:33  mein ne is pe bohat socha ke yahan tafseer ka lafz kyun hai, basharat ka lafz kyun hai, yani khushkhabri ka lafz kyun hai.</w:t>
      </w:r>
      <w:r>
        <w:br/>
      </w:r>
      <w:r>
        <w:rPr>
          <w:sz w:val="20"/>
        </w:rPr>
        <w:t>27:46  kyunke museebat hi mein tarraqian aati hain.</w:t>
      </w:r>
      <w:r>
        <w:br/>
      </w:r>
      <w:r>
        <w:rPr>
          <w:sz w:val="20"/>
        </w:rPr>
        <w:t>27:52  sabireen, sabr mein tarraqian hain. tarraqian sari ki sari sabr mein hain, aaram mein nahi hain, aaram mein nahi hain.</w:t>
      </w:r>
      <w:r>
        <w:br/>
      </w:r>
      <w:r>
        <w:rPr>
          <w:sz w:val="20"/>
        </w:rPr>
        <w:t>28:10  aap dekhiye, aaj jis ko hum kehte hain tehzeeb aur tarraqi yafta dunya, yeh kahan se nikli hai?</w:t>
      </w:r>
      <w:r>
        <w:br/>
      </w:r>
      <w:r>
        <w:rPr>
          <w:sz w:val="20"/>
        </w:rPr>
        <w:t>28:22  muslim musalmanon ne tarraqi ke zamanay mein kafi to un ka takrao hua</w:t>
      </w:r>
      <w:r>
        <w:br/>
      </w:r>
      <w:r>
        <w:rPr>
          <w:sz w:val="20"/>
        </w:rPr>
        <w:t>28:30  christian se, christian badshahaton jo qaim ho gayi theen us zamanay mein, jis ko kehte hain quraish.</w:t>
      </w:r>
      <w:r>
        <w:br/>
      </w:r>
      <w:r>
        <w:rPr>
          <w:sz w:val="20"/>
        </w:rPr>
        <w:t>28:40  quraishites, quraishites, do so saal tak quraishites ki jang jari rahi, yahan tak ke christian ko bohat zabardast nakami hui.</w:t>
      </w:r>
      <w:r>
        <w:br/>
      </w:r>
      <w:r>
        <w:rPr>
          <w:sz w:val="20"/>
        </w:rPr>
        <w:t>28:54  aik dam humanity debate hui un ko. yehi quraishites, baharon walay log jo the, wahi to modern technology unho ne develop ki,</w:t>
      </w:r>
      <w:r>
        <w:br/>
      </w:r>
      <w:r>
        <w:rPr>
          <w:sz w:val="20"/>
        </w:rPr>
        <w:t>29:07  yani zameen mein jo jo hidden khazanay the, hawa jahaz, railway, aur tamam dunya bhar ki technology, computer tak, woh kis ne discover ki?</w:t>
      </w:r>
      <w:r>
        <w:br/>
      </w:r>
      <w:r>
        <w:rPr>
          <w:sz w:val="20"/>
        </w:rPr>
        <w:t>29:23  unho ne, unho ne quraishites ki war mein bohat zabardast debate khai thi, bohat humanitarian debate.</w:t>
      </w:r>
    </w:p>
    <w:p>
      <w:pPr>
        <w:pStyle w:val="Heading2"/>
      </w:pPr>
      <w:r>
        <w:t>Helping people accept unattainable ideals</w:t>
      </w:r>
    </w:p>
    <w:p>
      <w:r>
        <w:rPr>
          <w:color w:val="666666"/>
          <w:sz w:val="18"/>
        </w:rPr>
        <w:t>Life &amp; Wisdom · The Search of Man July 7, 2013 · 5m 08s · at 48:35 · https://youtu.be/44_ud_OInuU?t=2915</w:t>
      </w:r>
    </w:p>
    <w:p>
      <w:r>
        <w:rPr>
          <w:i/>
        </w:rPr>
        <w:t>“Everybody accepts the fact that all are free but are not able to accept the next step that this ideal cannot be achieved and run towards ideal. How to make people understand this simple thing?”</w:t>
      </w:r>
    </w:p>
    <w:p>
      <w:r>
        <w:rPr>
          <w:sz w:val="20"/>
        </w:rPr>
        <w:t>48:35  maulana, agla sawal hai miss naghma siddiqui ka new delhi se.</w:t>
      </w:r>
      <w:r>
        <w:br/>
      </w:r>
      <w:r>
        <w:rPr>
          <w:sz w:val="20"/>
        </w:rPr>
        <w:t>48:40  unhon ne likha hai: "Everybody accept the fact that all are free but are not able to accept the next step that this ideal cannot be achieved and run towards ideal.</w:t>
      </w:r>
      <w:r>
        <w:br/>
      </w:r>
      <w:r>
        <w:rPr>
          <w:sz w:val="20"/>
        </w:rPr>
        <w:t>48:55  how to make people understand this simple thing?" main jo maine kiya woh yeh tha ke poori tareekh maine dekha ke ideal koi achieve nahin kar saka,</w:t>
      </w:r>
      <w:r>
        <w:br/>
      </w:r>
      <w:r>
        <w:rPr>
          <w:sz w:val="20"/>
        </w:rPr>
        <w:t>49:09  chahe woh king ho, chahe baldiya ho, chahe kuch bhi ho. to pehle chahe ke aakhir apna ideal ko achieve koi nahin kar pata.</w:t>
      </w:r>
      <w:r>
        <w:br/>
      </w:r>
      <w:r>
        <w:rPr>
          <w:sz w:val="20"/>
        </w:rPr>
        <w:t>49:21  tab maine daryaft kiya ke ke woh Allah ka jo creation plan hai, us ke khilaaf hai. yeh yeh karna chahiye aadmi ko.</w:t>
      </w:r>
      <w:r>
        <w:br/>
      </w:r>
      <w:r>
        <w:rPr>
          <w:sz w:val="20"/>
        </w:rPr>
        <w:t>49:35  maulana, agla question aaya</w:t>
      </w:r>
      <w:r>
        <w:br/>
      </w:r>
      <w:r>
        <w:rPr>
          <w:sz w:val="20"/>
        </w:rPr>
        <w:t>49:36  hai: "jo cheez Allah ke creation plan ke khilaaf ho, woh aap kaise achieve karein?" misaal ke taur par aam mein aam ka phal nikalta hai account laakhon se.</w:t>
      </w:r>
      <w:r>
        <w:br/>
      </w:r>
      <w:r>
        <w:rPr>
          <w:sz w:val="20"/>
        </w:rPr>
        <w:t>49:49  ab aam ke phal mein aap save bhi karna chahein to niklega nahin.</w:t>
      </w:r>
      <w:r>
        <w:br/>
      </w:r>
      <w:r>
        <w:rPr>
          <w:sz w:val="20"/>
        </w:rPr>
        <w:t>49:55  saaf saaf, yaani bilkul simple sa is ka raaz hai. maulana, next question hai zaheeruddin sahib ka raichur se.</w:t>
      </w:r>
      <w:r>
        <w:br/>
      </w:r>
      <w:r>
        <w:rPr>
          <w:sz w:val="20"/>
        </w:rPr>
        <w:t>50:03  unhon ne likha hai: "maulana, to understand what is achievable or what is not requires lot of wisdom and insight.</w:t>
      </w:r>
      <w:r>
        <w:br/>
      </w:r>
      <w:r>
        <w:rPr>
          <w:sz w:val="20"/>
        </w:rPr>
        <w:t>50:12  how can one acquire them?" nahin, har aadmi sochta hai.</w:t>
      </w:r>
      <w:r>
        <w:br/>
      </w:r>
      <w:r>
        <w:rPr>
          <w:sz w:val="20"/>
        </w:rPr>
        <w:t>50:20  log kehte hain ke aag jalati hai, kaha aag apne haath daalta hai to aag mein test karne ke liye</w:t>
      </w:r>
      <w:r>
        <w:br/>
      </w:r>
      <w:r>
        <w:rPr>
          <w:sz w:val="20"/>
        </w:rPr>
        <w:t>50:28  aadmi sincere ho to har cheez ke baare mein woh aise karega ke us ko jaanche ga, examine karega aur pata karega ke yeh achievable hai ya nahin.</w:t>
      </w:r>
      <w:r>
        <w:br/>
      </w:r>
      <w:r>
        <w:rPr>
          <w:sz w:val="20"/>
        </w:rPr>
        <w:t>50:40  jis tarah se aadmi aag pe haath nahin daalta, is tarah se woh doosre kaam bhi bache ga in achievable goals se.</w:t>
      </w:r>
      <w:r>
        <w:br/>
      </w:r>
      <w:r>
        <w:rPr>
          <w:sz w:val="20"/>
        </w:rPr>
        <w:t>50:51  maulana, agla question hai mubeen sahib ka jamia nagar se</w:t>
      </w:r>
      <w:r>
        <w:br/>
      </w:r>
      <w:r>
        <w:rPr>
          <w:sz w:val="20"/>
        </w:rPr>
        <w:t>50:54  . unhon ne likha hai: "musalmanon mein alag alag firqe ka zimmedaar kaun hai? aur Khuda ke haan agarche in logon ne deen ki ghair mamooli, ghair mamooli kaam anjaam diya hai, to in logon ka anjaam Khuda ke haan kya hoga?" Khuda kya?</w:t>
      </w:r>
      <w:r>
        <w:br/>
      </w:r>
      <w:r>
        <w:rPr>
          <w:sz w:val="20"/>
        </w:rPr>
        <w:t>51:10  aap aap ka yeh kaam nahin hai. apne baare mein bhi kya pata hai aap ko? aap ko Khuda ka kya hoga? yeh to ghair dori sawal hai.</w:t>
      </w:r>
      <w:r>
        <w:br/>
      </w:r>
      <w:r>
        <w:rPr>
          <w:sz w:val="20"/>
        </w:rPr>
        <w:t>51:19  baqi jo masla hai, us ke baare mein jaanna chahein, aap hamari kitaab padh lijiyye: "tajdeed</w:t>
      </w:r>
      <w:r>
        <w:br/>
      </w:r>
      <w:r>
        <w:rPr>
          <w:sz w:val="20"/>
        </w:rPr>
        <w:t>51:23  deen". is mein is masle par aaya hai. yeh bohat hi galat tareeqa hai ke Khuda ke haan anjaam kya hoga, yeh aap ek soch lein.</w:t>
      </w:r>
      <w:r>
        <w:br/>
      </w:r>
      <w:r>
        <w:rPr>
          <w:sz w:val="20"/>
        </w:rPr>
        <w:t>51:33  aap ka apna anjaam kya hoga, yeh pata nahin hai. to doosre ke baare mein kaise aap sochte hain? yeh bilkul galat hai. baqi jo wajah hai fiqah bandi ki, us ko aap jaanna chahein to hamari kitaab padh lijiyye: "tajdeed deen".</w:t>
      </w:r>
      <w:r>
        <w:br/>
      </w:r>
      <w:r>
        <w:rPr>
          <w:sz w:val="20"/>
        </w:rPr>
        <w:t>51:52  maulana, agla question hai khwaja kaleemuddin sahib ka pennsylvania usa se. unhon ne likha hai: "one of the brotherhood members recently in egypt declared that now they will resort back to violence to achieve their goals." my question to you maulana sahib: "why doesn't man refuse?</w:t>
      </w:r>
      <w:r>
        <w:br/>
      </w:r>
      <w:r>
        <w:rPr>
          <w:sz w:val="20"/>
        </w:rPr>
        <w:t>52:12  man refuse to learn lesson from his or her his or their own experiences?"</w:t>
      </w:r>
      <w:r>
        <w:br/>
      </w:r>
      <w:r>
        <w:rPr>
          <w:sz w:val="20"/>
        </w:rPr>
        <w:t>52:21  dekhein, in logon ne jo galat ek galat masla bana rakha hai, woh yeh hai ke kaamyaab hue to wazeh hai: mar gaya to shaheed, yeh koi Islam nahin hai.</w:t>
      </w:r>
      <w:r>
        <w:br/>
      </w:r>
      <w:r>
        <w:rPr>
          <w:sz w:val="20"/>
        </w:rPr>
        <w:t>52:35  woh sochte hain ke agar hum kaamyaab nahin hue political system mein to lad kar kuch log maare gaye to shaheed to ho jayenge. yeh bilkul galat hai.</w:t>
      </w:r>
      <w:r>
        <w:br/>
      </w:r>
      <w:r>
        <w:rPr>
          <w:sz w:val="20"/>
        </w:rPr>
        <w:t>52:44  islam mein aisi koi taleem nahi hai.</w:t>
      </w:r>
    </w:p>
    <w:p>
      <w:pPr>
        <w:pStyle w:val="Heading2"/>
      </w:pPr>
      <w:r>
        <w:t>Higher education versus vocational education</w:t>
      </w:r>
    </w:p>
    <w:p>
      <w:r>
        <w:rPr>
          <w:color w:val="666666"/>
          <w:sz w:val="18"/>
        </w:rPr>
        <w:t>Life &amp; Wisdom · Divine Law of Success 14th October 2012 Slow · 9m 31s · at 1:16:55 · https://youtu.be/2zXfZhIf1jA?t=4615</w:t>
      </w:r>
    </w:p>
    <w:p>
      <w:r>
        <w:rPr>
          <w:i/>
        </w:rPr>
        <w:t>“I have read in your books that we should pursue higher education, not vocational education.”</w:t>
      </w:r>
    </w:p>
    <w:p>
      <w:r>
        <w:rPr>
          <w:sz w:val="20"/>
        </w:rPr>
        <w:t>1:16:55  maulana, agla sawal dilli se hai, mister muhammad anas sahab ka.</w:t>
      </w:r>
      <w:r>
        <w:br/>
      </w:r>
      <w:r>
        <w:rPr>
          <w:sz w:val="20"/>
        </w:rPr>
        <w:t>1:17:01  unhon ne likha hai: maulana, main ne aap ki kitabon mein padha tha ke humein higher education hasil</w:t>
      </w:r>
      <w:r>
        <w:br/>
      </w:r>
      <w:r>
        <w:rPr>
          <w:sz w:val="20"/>
        </w:rPr>
        <w:t>1:17:07  karni chahiye, vocational education nahin.</w:t>
      </w:r>
      <w:r>
        <w:br/>
      </w:r>
      <w:r>
        <w:rPr>
          <w:sz w:val="20"/>
        </w:rPr>
        <w:t>1:17:13  to hum aur hamare bachche higher education kaise hasil karen? madaris se ya phir school aur colleges se?</w:t>
      </w:r>
      <w:r>
        <w:br/>
      </w:r>
      <w:r>
        <w:rPr>
          <w:sz w:val="20"/>
        </w:rPr>
        <w:t>1:17:19  is is ke bare mein bataen.</w:t>
      </w:r>
      <w:r>
        <w:br/>
      </w:r>
      <w:r>
        <w:rPr>
          <w:sz w:val="20"/>
        </w:rPr>
        <w:t>1:17:25  higher education se meri murad hoti hai secular education.</w:t>
      </w:r>
      <w:r>
        <w:br/>
      </w:r>
      <w:r>
        <w:rPr>
          <w:sz w:val="20"/>
        </w:rPr>
        <w:t>1:17:32  secular to deeni taleem bhi zaroori hai woh apni jagah par, lekin aaj ki duniya mein koi bhi</w:t>
      </w:r>
      <w:r>
        <w:br/>
      </w:r>
      <w:r>
        <w:rPr>
          <w:sz w:val="20"/>
        </w:rPr>
        <w:t>1:17:38  kaam karne ke liye, chahe da'wati kaam kyun na ho, zaroori hai ek modern education.</w:t>
      </w:r>
      <w:r>
        <w:br/>
      </w:r>
      <w:r>
        <w:rPr>
          <w:sz w:val="20"/>
        </w:rPr>
        <w:t>1:17:44  agar hum sirf madrase ki taleem pe isi ko kafi samajh lein to aaj ke lehaz se da'wat</w:t>
      </w:r>
      <w:r>
        <w:br/>
      </w:r>
      <w:r>
        <w:rPr>
          <w:sz w:val="20"/>
        </w:rPr>
        <w:t>1:17:50  hi kaam nahi ho sake ga.</w:t>
      </w:r>
      <w:r>
        <w:br/>
      </w:r>
      <w:r>
        <w:rPr>
          <w:sz w:val="20"/>
        </w:rPr>
        <w:t>1:17:56  phir downtrodden logon mein aap ja ke da'watein dein ge aur jo educated class hai, us mein</w:t>
      </w:r>
      <w:r>
        <w:br/>
      </w:r>
      <w:r>
        <w:rPr>
          <w:sz w:val="20"/>
        </w:rPr>
        <w:t>1:18:02  yani is ke mind ko adjust nahi kar payein ge.</w:t>
      </w:r>
      <w:r>
        <w:br/>
      </w:r>
      <w:r>
        <w:rPr>
          <w:sz w:val="20"/>
        </w:rPr>
        <w:t>1:18:08  to Islam sirf lower class ke liye nahi hai, Islam sab ke liye hai.</w:t>
      </w:r>
      <w:r>
        <w:br/>
      </w:r>
      <w:r>
        <w:rPr>
          <w:sz w:val="20"/>
        </w:rPr>
        <w:t>1:18:14  to mera manna yeh hai ke ek tabqa agar lower class mein kaam kar raha hai to theek</w:t>
      </w:r>
      <w:r>
        <w:br/>
      </w:r>
      <w:r>
        <w:rPr>
          <w:sz w:val="20"/>
        </w:rPr>
        <w:t>1:18:20  hai, woh kare, lekin ek aur tabqa banna chahiye jo educated class ke mind ko parhe, khud apne</w:t>
      </w:r>
      <w:r>
        <w:br/>
      </w:r>
      <w:r>
        <w:rPr>
          <w:sz w:val="20"/>
        </w:rPr>
        <w:t>1:18:26  aap ko taleem yafta bana kar ke aur us ke mind ko aur Islam ko is tarah pesh</w:t>
      </w:r>
      <w:r>
        <w:br/>
      </w:r>
      <w:r>
        <w:rPr>
          <w:sz w:val="20"/>
        </w:rPr>
        <w:t>1:18:32  kare ke un ka is ka mind address ho.</w:t>
      </w:r>
      <w:r>
        <w:br/>
      </w:r>
      <w:r>
        <w:rPr>
          <w:sz w:val="20"/>
        </w:rPr>
        <w:t>1:18:38  yeh Islam ki ek zaroorat hai.</w:t>
      </w:r>
      <w:r>
        <w:br/>
      </w:r>
      <w:r>
        <w:rPr>
          <w:sz w:val="20"/>
        </w:rPr>
        <w:t>1:18:44  Maulana, Delhi se Dr. Najma Siddiqui ka sawal hai.</w:t>
      </w:r>
      <w:r>
        <w:br/>
      </w:r>
      <w:r>
        <w:rPr>
          <w:sz w:val="20"/>
        </w:rPr>
        <w:t>1:18:50  unhon ne likha hai: "Most of the people who attend your classes are very much influenced by your talks.</w:t>
      </w:r>
      <w:r>
        <w:br/>
      </w:r>
      <w:r>
        <w:rPr>
          <w:sz w:val="20"/>
        </w:rPr>
        <w:t>1:18:56  They understand the situation and consider negative actions of protest etc.</w:t>
      </w:r>
      <w:r>
        <w:br/>
      </w:r>
      <w:r>
        <w:rPr>
          <w:sz w:val="20"/>
        </w:rPr>
        <w:t>1:19:02  as wrong practices.</w:t>
      </w:r>
      <w:r>
        <w:br/>
      </w:r>
      <w:r>
        <w:rPr>
          <w:sz w:val="20"/>
        </w:rPr>
        <w:t>1:19:08  How can we influence those, especially Muslims, who are involved in such negative actions?</w:t>
      </w:r>
      <w:r>
        <w:br/>
      </w:r>
      <w:r>
        <w:rPr>
          <w:sz w:val="20"/>
        </w:rPr>
        <w:t>1:19:15  Kindly advise us." dekhiye, majmoo'e ko le kar nahi sochna chahiye, individual ko le kar sochna chahiye.</w:t>
      </w:r>
      <w:r>
        <w:br/>
      </w:r>
      <w:r>
        <w:rPr>
          <w:sz w:val="20"/>
        </w:rPr>
        <w:t>1:19:20  agar hum kahein ke ek billion Musalman jo dunya hain, sab ko hum badal dalen, yeh koi nishana</w:t>
      </w:r>
      <w:r>
        <w:br/>
      </w:r>
      <w:r>
        <w:rPr>
          <w:sz w:val="20"/>
        </w:rPr>
        <w:t>1:19:25  sahi nishana nahi hai.</w:t>
      </w:r>
      <w:r>
        <w:br/>
      </w:r>
      <w:r>
        <w:rPr>
          <w:sz w:val="20"/>
        </w:rPr>
        <w:t>1:19:30  nishana fard ko hona chahiye.</w:t>
      </w:r>
      <w:r>
        <w:br/>
      </w:r>
      <w:r>
        <w:rPr>
          <w:sz w:val="20"/>
        </w:rPr>
        <w:t>1:19:35  Rasool Allah Sal Allah o Alaihe Wasallam ne jab kaam shuru kiya to poore Arab ka jo majmoo'a tha</w:t>
      </w:r>
      <w:r>
        <w:br/>
      </w:r>
      <w:r>
        <w:rPr>
          <w:sz w:val="20"/>
        </w:rPr>
        <w:t>1:19:40  insani, us ko address karne ki yani planning nahi ki aap ne, balke fard fard ki planning ki.</w:t>
      </w:r>
      <w:r>
        <w:br/>
      </w:r>
      <w:r>
        <w:rPr>
          <w:sz w:val="20"/>
        </w:rPr>
        <w:t>1:19:45  aap logon ke se akele akele milte ja kar ke samjha dete.</w:t>
      </w:r>
      <w:r>
        <w:br/>
      </w:r>
      <w:r>
        <w:rPr>
          <w:sz w:val="20"/>
        </w:rPr>
        <w:t>1:19:50  to tajruba ye hai ke aise afraad mil rahe hain, mashaa'allah tadad badh rahi hai.</w:t>
      </w:r>
      <w:r>
        <w:br/>
      </w:r>
      <w:r>
        <w:rPr>
          <w:sz w:val="20"/>
        </w:rPr>
        <w:t>1:19:55  abhi jo maine kaha ke jarmani mein woh laga hua hai, wahan bhi aise afraad mil rahe</w:t>
      </w:r>
      <w:r>
        <w:br/>
      </w:r>
      <w:r>
        <w:rPr>
          <w:sz w:val="20"/>
        </w:rPr>
        <w:t>1:20:00  hain jo kehte hain ke bhai yeh to bada achha kaam aap kar rahe hain, hamein bhi is</w:t>
      </w:r>
      <w:r>
        <w:br/>
      </w:r>
      <w:r>
        <w:rPr>
          <w:sz w:val="20"/>
        </w:rPr>
        <w:t>1:20:05  mein hissa lena hai.</w:t>
      </w:r>
      <w:r>
        <w:br/>
      </w:r>
      <w:r>
        <w:rPr>
          <w:sz w:val="20"/>
        </w:rPr>
        <w:t>1:20:10  to asal cheez yeh hai ke log be khabar hain, logon ko pata nahi hai ke doosra pehlu</w:t>
      </w:r>
      <w:r>
        <w:br/>
      </w:r>
      <w:r>
        <w:rPr>
          <w:sz w:val="20"/>
        </w:rPr>
        <w:t>1:20:15  kya hai zindagi ka.</w:t>
      </w:r>
      <w:r>
        <w:br/>
      </w:r>
      <w:r>
        <w:rPr>
          <w:sz w:val="20"/>
        </w:rPr>
        <w:t>1:20:21  hamaari jo kitabein hain, jo hamaare akhbaar hain, jo hamaare stage ki taqreerein hain, woh kuch aur boli bolti hain.</w:t>
      </w:r>
      <w:r>
        <w:br/>
      </w:r>
      <w:r>
        <w:rPr>
          <w:sz w:val="20"/>
        </w:rPr>
        <w:t>1:20:26  to bahut se insaan jin ko aap is tareeqe se jab bataayenge to un ki fitrat address</w:t>
      </w:r>
      <w:r>
        <w:br/>
      </w:r>
      <w:r>
        <w:rPr>
          <w:sz w:val="20"/>
        </w:rPr>
        <w:t>1:20:31  ho jaayegi, woh aap ko saath dega.</w:t>
      </w:r>
      <w:r>
        <w:br/>
      </w:r>
      <w:r>
        <w:rPr>
          <w:sz w:val="20"/>
        </w:rPr>
        <w:t>1:20:36  yeh hamaara tajruba hai, aap aap sab logon ka tajruba hai ke kitne saare log hain ke jab</w:t>
      </w:r>
      <w:r>
        <w:br/>
      </w:r>
      <w:r>
        <w:rPr>
          <w:sz w:val="20"/>
        </w:rPr>
        <w:t>1:20:41  un se baat ki gayi to un ka un ki fitrat address ho gayi aur unhone woh</w:t>
      </w:r>
      <w:r>
        <w:br/>
      </w:r>
      <w:r>
        <w:rPr>
          <w:sz w:val="20"/>
        </w:rPr>
        <w:t>1:20:46  aap ke saath lag gaye.</w:t>
      </w:r>
      <w:r>
        <w:br/>
      </w:r>
      <w:r>
        <w:rPr>
          <w:sz w:val="20"/>
        </w:rPr>
        <w:t>1:20:51  yeh yeh ek process chal raha hai, lekin yeh process individual based hai.</w:t>
      </w:r>
      <w:r>
        <w:br/>
      </w:r>
      <w:r>
        <w:rPr>
          <w:sz w:val="20"/>
        </w:rPr>
        <w:t>1:20:56  yeh ek process jo hai, majmooa based nahi hai.</w:t>
      </w:r>
      <w:r>
        <w:br/>
      </w:r>
      <w:r>
        <w:rPr>
          <w:sz w:val="20"/>
        </w:rPr>
        <w:t>1:21:01  majmooa based kabhi bhi koi koi process nahi chalta hai.</w:t>
      </w:r>
      <w:r>
        <w:br/>
      </w:r>
      <w:r>
        <w:rPr>
          <w:sz w:val="20"/>
        </w:rPr>
        <w:t>1:21:06  abhi main yeh radio sun raha tha, is mein ek lafz aaya: collective thinking.</w:t>
      </w:r>
      <w:r>
        <w:br/>
      </w:r>
      <w:r>
        <w:rPr>
          <w:sz w:val="20"/>
        </w:rPr>
        <w:t>1:21:11  ek ajeeb o ghareeb lafz, collective thinking.</w:t>
      </w:r>
      <w:r>
        <w:br/>
      </w:r>
      <w:r>
        <w:rPr>
          <w:sz w:val="20"/>
        </w:rPr>
        <w:t>1:21:16  majmooa koi nahi sochta, ek fard sochta hai.</w:t>
      </w:r>
      <w:r>
        <w:br/>
      </w:r>
      <w:r>
        <w:rPr>
          <w:sz w:val="20"/>
        </w:rPr>
        <w:t>1:21:22  collective thinking ek bahut khoobsurat lafz hai, lekin is ka ma'ni kuch bhi nahi hai, kyunke ek ek</w:t>
      </w:r>
      <w:r>
        <w:br/>
      </w:r>
      <w:r>
        <w:rPr>
          <w:sz w:val="20"/>
        </w:rPr>
        <w:t>1:21:27  ek aadmi ka mind sochta hai, na ke poora majmooa jo hai, woh soche.</w:t>
      </w:r>
      <w:r>
        <w:br/>
      </w:r>
      <w:r>
        <w:rPr>
          <w:sz w:val="20"/>
        </w:rPr>
        <w:t>1:21:32  to fard ko nishana banaaiye aur fard ke mind ko address kijiye.</w:t>
      </w:r>
      <w:r>
        <w:br/>
      </w:r>
      <w:r>
        <w:rPr>
          <w:sz w:val="20"/>
        </w:rPr>
        <w:t>1:21:37  inshaa'allah afraad milenge, jaisa ke milte hain, mil rahe hain, mashaa'allah.</w:t>
      </w:r>
      <w:r>
        <w:br/>
      </w:r>
      <w:r>
        <w:rPr>
          <w:sz w:val="20"/>
        </w:rPr>
        <w:t>1:21:42  maulana, bangalor se sawaal aaya hai mr niyar-ul-islam nadvi sahib ka.</w:t>
      </w:r>
      <w:r>
        <w:br/>
      </w:r>
      <w:r>
        <w:rPr>
          <w:sz w:val="20"/>
        </w:rPr>
        <w:t>1:21:47  unhone likha hai: "kya falasteen ke khilaaf jahad hum band kar dein kyunke woh qibla awwal hai?</w:t>
      </w:r>
      <w:r>
        <w:br/>
      </w:r>
      <w:r>
        <w:rPr>
          <w:sz w:val="20"/>
        </w:rPr>
        <w:t>1:21:52  yahood to ise dhane ki koshish kar rahe hain."</w:t>
      </w:r>
      <w:r>
        <w:br/>
      </w:r>
      <w:r>
        <w:rPr>
          <w:sz w:val="20"/>
        </w:rPr>
        <w:t>1:21:57  is silsile mein hamara tareeqa kar kya hona chahiye?" is ke baray mein dekhen, qibla awwal ka tasawwur</w:t>
      </w:r>
      <w:r>
        <w:br/>
      </w:r>
      <w:r>
        <w:rPr>
          <w:sz w:val="20"/>
        </w:rPr>
        <w:t>1:22:02  hi bilkul be asal hai.</w:t>
      </w:r>
      <w:r>
        <w:br/>
      </w:r>
      <w:r>
        <w:rPr>
          <w:sz w:val="20"/>
        </w:rPr>
        <w:t>1:22:07  qibla awwal ka matlab thori ke aap is par qabza kar len.</w:t>
      </w:r>
      <w:r>
        <w:br/>
      </w:r>
      <w:r>
        <w:rPr>
          <w:sz w:val="20"/>
        </w:rPr>
        <w:t>1:22:12  yeh aap ka mamla tha ke aap ne is ko qibla awwal banaya, lekin yeh kahan se nikla</w:t>
      </w:r>
      <w:r>
        <w:br/>
      </w:r>
      <w:r>
        <w:rPr>
          <w:sz w:val="20"/>
        </w:rPr>
        <w:t>1:22:17  hai ke qabza karen is ke oopar? yeh kaun sa quran hai, kaun si hadees yeh kehta hai</w:t>
      </w:r>
      <w:r>
        <w:br/>
      </w:r>
      <w:r>
        <w:rPr>
          <w:sz w:val="20"/>
        </w:rPr>
        <w:t>1:22:23  ke qibla awwal bana ke is ko qabza kar lo is ke oopar? yeh to rasool Allah sallay</w:t>
      </w:r>
      <w:r>
        <w:br/>
      </w:r>
      <w:r>
        <w:rPr>
          <w:sz w:val="20"/>
        </w:rPr>
        <w:t>1:22:28  Allah alaihi wasallam ki aik talif qalb ke liye jab aap madina gaye to kitabon mein aata hai</w:t>
      </w:r>
      <w:r>
        <w:br/>
      </w:r>
      <w:r>
        <w:rPr>
          <w:sz w:val="20"/>
        </w:rPr>
        <w:t>1:22:33  ke talifaan lil yahood, un ki talif ke liye aap ne to idhar qibla banaya.</w:t>
      </w:r>
      <w:r>
        <w:br/>
      </w:r>
      <w:r>
        <w:rPr>
          <w:sz w:val="20"/>
        </w:rPr>
        <w:t>1:22:38  is liye ke yeh is se kahan nikla hai ke aap qabza karen is ke oopar? yeh to</w:t>
      </w:r>
      <w:r>
        <w:br/>
      </w:r>
      <w:r>
        <w:rPr>
          <w:sz w:val="20"/>
        </w:rPr>
        <w:t>1:22:43  bilkul hi yani dhattayi ki baat hai, sarkashi ki baat hai.</w:t>
      </w:r>
      <w:r>
        <w:br/>
      </w:r>
      <w:r>
        <w:rPr>
          <w:sz w:val="20"/>
        </w:rPr>
        <w:t>1:22:48  kya hamara qibla awwal tha? usay aap qabza karen ge is ke oopar? awwal to qibla awwal tha</w:t>
      </w:r>
      <w:r>
        <w:br/>
      </w:r>
      <w:r>
        <w:rPr>
          <w:sz w:val="20"/>
        </w:rPr>
        <w:t>1:22:53  bhi nahi ke qibla awwal kaba tha, darmian mein koi masjid aqsa nahi hai, balkay qabbat al-sakhrah qibla bana tha.</w:t>
      </w:r>
      <w:r>
        <w:br/>
      </w:r>
      <w:r>
        <w:rPr>
          <w:sz w:val="20"/>
        </w:rPr>
        <w:t>1:22:58  phir is ke baad dobara kaba ban gaya, is liye woh qibla darmayani hai.</w:t>
      </w:r>
      <w:r>
        <w:br/>
      </w:r>
      <w:r>
        <w:rPr>
          <w:sz w:val="20"/>
        </w:rPr>
        <w:t>1:23:03  yeh bhi ghalat hai ke masjid aqsa qibla hai, masjid aqsa harghiz qibla nahi tha.</w:t>
      </w:r>
      <w:r>
        <w:br/>
      </w:r>
      <w:r>
        <w:rPr>
          <w:sz w:val="20"/>
        </w:rPr>
        <w:t>1:23:08  woh alag cheez hai, woh alag cheez hai.</w:t>
      </w:r>
      <w:r>
        <w:br/>
      </w:r>
      <w:r>
        <w:rPr>
          <w:sz w:val="20"/>
        </w:rPr>
        <w:t>1:23:13  is ko bhi nahi jante log jo jo tareeqa chala rahe hain, unhein khabar hi nahi ke jo</w:t>
      </w:r>
      <w:r>
        <w:br/>
      </w:r>
      <w:r>
        <w:rPr>
          <w:sz w:val="20"/>
        </w:rPr>
        <w:t>1:23:18  rasool Allah ne qibla banaya tha, woh woh masjid aqsa nahi thi.</w:t>
      </w:r>
      <w:r>
        <w:br/>
      </w:r>
      <w:r>
        <w:rPr>
          <w:sz w:val="20"/>
        </w:rPr>
        <w:t>1:23:24  woh aik alag building hai, is ka naam hai qabbat al-sakhrah, dome of rock, jo yahood muqaddas samajhte thay.</w:t>
      </w:r>
      <w:r>
        <w:br/>
      </w:r>
      <w:r>
        <w:rPr>
          <w:sz w:val="20"/>
        </w:rPr>
        <w:t>1:23:29  jis jis ko woh samajhte thay ke hazrat ishaq ki qurbaniyan hazrat ibrahim ne ki theen, woh aik</w:t>
      </w:r>
      <w:r>
        <w:br/>
      </w:r>
      <w:r>
        <w:rPr>
          <w:sz w:val="20"/>
        </w:rPr>
        <w:t>1:23:34  alag hi building hai.</w:t>
      </w:r>
      <w:r>
        <w:br/>
      </w:r>
      <w:r>
        <w:rPr>
          <w:sz w:val="20"/>
        </w:rPr>
        <w:t>1:23:39  to rasool Allah ne jo qibla banaya tha, woh masjid aqsa ko nahi, qabbat al-sakhrah ko.</w:t>
      </w:r>
      <w:r>
        <w:br/>
      </w:r>
      <w:r>
        <w:rPr>
          <w:sz w:val="20"/>
        </w:rPr>
        <w:t>1:23:44  to kaba qibla awwal hai, qabbat al-sakhrah qibla sani hai, aur teesri bar phir aap ne kaba qibla banaya hai.</w:t>
      </w:r>
      <w:r>
        <w:br/>
      </w:r>
      <w:r>
        <w:rPr>
          <w:sz w:val="20"/>
        </w:rPr>
        <w:t>1:23:49  yeh bilkul yani yani khud sakhta baatein hain ke qibla awwal hamara hai, is ko qabza karen ge.</w:t>
      </w:r>
      <w:r>
        <w:br/>
      </w:r>
      <w:r>
        <w:rPr>
          <w:sz w:val="20"/>
        </w:rPr>
        <w:t>1:23:54  yeh to dhAndali ki baatein hain, na kahin quran mein hai, na hadees mein hai.</w:t>
      </w:r>
      <w:r>
        <w:br/>
      </w:r>
      <w:r>
        <w:rPr>
          <w:sz w:val="20"/>
        </w:rPr>
        <w:t>1:23:59  aisay thori dunya mein sari chalti hai.</w:t>
      </w:r>
      <w:r>
        <w:br/>
      </w:r>
      <w:r>
        <w:rPr>
          <w:sz w:val="20"/>
        </w:rPr>
        <w:t>1:24:04  agar aap agar dekhen, agar musalmanon ka stand sahi hota to Allah ke bandon ko hoti hai.</w:t>
      </w:r>
      <w:r>
        <w:br/>
      </w:r>
      <w:r>
        <w:rPr>
          <w:sz w:val="20"/>
        </w:rPr>
        <w:t>1:24:09  yani falasteen ke ke qibla ya ya masjid aqsa ke muhaaz par beshumar janen halak hui hain.</w:t>
      </w:r>
      <w:r>
        <w:br/>
      </w:r>
      <w:r>
        <w:rPr>
          <w:sz w:val="20"/>
        </w:rPr>
        <w:t>1:24:14  آئیے، میں نے انٹرنیٹ پہ نکلوایا تو معلوم ہوا کہ more than ten trillion dollar نقصان ہوا ہے،</w:t>
      </w:r>
      <w:r>
        <w:br/>
      </w:r>
      <w:r>
        <w:rPr>
          <w:sz w:val="20"/>
        </w:rPr>
        <w:t>1:24:19  aur jo zameen thi un ke qabze mein, wo bhi nikal gaya.</w:t>
      </w:r>
      <w:r>
        <w:br/>
      </w:r>
      <w:r>
        <w:rPr>
          <w:sz w:val="20"/>
        </w:rPr>
        <w:t>1:24:24  sab to Allah ki taeed kyun nahin hai? aap ko Allah ki taeed kyun nahin hai? aap ko</w:t>
      </w:r>
      <w:r>
        <w:br/>
      </w:r>
      <w:r>
        <w:rPr>
          <w:sz w:val="20"/>
        </w:rPr>
        <w:t>1:24:30  yeh sab bilkul dhandhli ki baaten hain, is ki Islam se koi ta'alluq is ka nahin.</w:t>
      </w:r>
      <w:r>
        <w:br/>
      </w:r>
      <w:r>
        <w:rPr>
          <w:sz w:val="20"/>
        </w:rPr>
        <w:t>1:24:35  mein is ko qoumi sarkashi kehta hoon, qoumi sarkashi yani Islam ke naam par qoumi sarkashi.</w:t>
      </w:r>
      <w:r>
        <w:br/>
      </w:r>
      <w:r>
        <w:rPr>
          <w:sz w:val="20"/>
        </w:rPr>
        <w:t>1:24:40  maulana, un ka doosra sawal yeh hai ke kya freedom ka matlab yeh hai ke log hamare nabi</w:t>
      </w:r>
      <w:r>
        <w:br/>
      </w:r>
      <w:r>
        <w:rPr>
          <w:sz w:val="20"/>
        </w:rPr>
        <w:t>1:24:45  ka cartoon chhappen? phir hadith "man ria minkum makra" ka matlab kya hoga? is ka aise kya ta'alluq?</w:t>
      </w:r>
      <w:r>
        <w:br/>
      </w:r>
      <w:r>
        <w:rPr>
          <w:sz w:val="20"/>
        </w:rPr>
        <w:t>1:24:50  is ka aise kya ta'alluq? cartoon chhappen to chhappen, chhappen ge.</w:t>
      </w:r>
      <w:r>
        <w:br/>
      </w:r>
      <w:r>
        <w:rPr>
          <w:sz w:val="20"/>
        </w:rPr>
        <w:t>1:24:55  wo kyun? aap keh rahe hain sirf number chhappen ge? wo aap bhi kitab chhapte hain.</w:t>
      </w:r>
      <w:r>
        <w:br/>
      </w:r>
      <w:r>
        <w:rPr>
          <w:sz w:val="20"/>
        </w:rPr>
        <w:t>1:25:00  yeh musalman jab se predict press aaya hai dunya mein, khoob kitaben chhap rahe hain doosron ke khilaf,</w:t>
      </w:r>
      <w:r>
        <w:br/>
      </w:r>
      <w:r>
        <w:rPr>
          <w:sz w:val="20"/>
        </w:rPr>
        <w:t>1:25:05  isaiyon ke khilaf, hinduo ke khilaf.</w:t>
      </w:r>
      <w:r>
        <w:br/>
      </w:r>
      <w:r>
        <w:rPr>
          <w:sz w:val="20"/>
        </w:rPr>
        <w:t>1:25:10  to wo jaiz hai aap ke liye, wo jaiz hai aap ke liye.</w:t>
      </w:r>
      <w:r>
        <w:br/>
      </w:r>
      <w:r>
        <w:rPr>
          <w:sz w:val="20"/>
        </w:rPr>
        <w:t>1:25:15  misalan India mein kitab chhapi thi is zamane mein, hamare bachpan ke zamane mein "kufr tod" yani hinduo</w:t>
      </w:r>
      <w:r>
        <w:br/>
      </w:r>
      <w:r>
        <w:rPr>
          <w:sz w:val="20"/>
        </w:rPr>
        <w:t>1:25:20  ka jo deen hai, us ke khilaf thi.</w:t>
      </w:r>
      <w:r>
        <w:br/>
      </w:r>
      <w:r>
        <w:rPr>
          <w:sz w:val="20"/>
        </w:rPr>
        <w:t>1:25:25  wo kitab "kufr tod" to un ke liye to yeh gustakhi thi, un ke mazhab ki gustakhi thi.</w:t>
      </w:r>
      <w:r>
        <w:br/>
      </w:r>
      <w:r>
        <w:rPr>
          <w:sz w:val="20"/>
        </w:rPr>
        <w:t>1:25:31  to aap ko haq hai ke aap "kufr tod" kitaben chhapen, un ko haq nahin chahiye? aap bhi</w:t>
      </w:r>
      <w:r>
        <w:br/>
      </w:r>
      <w:r>
        <w:rPr>
          <w:sz w:val="20"/>
        </w:rPr>
        <w:t>1:25:36  baat kijiye, khoob kitaben chhapte hain, taqreeren karte hain.</w:t>
      </w:r>
      <w:r>
        <w:br/>
      </w:r>
      <w:r>
        <w:rPr>
          <w:sz w:val="20"/>
        </w:rPr>
        <w:t>1:25:41  hamare darmiyan aise log bohat maqbool ho rahe hain jo khullam khulla stage par un ki mazak urate</w:t>
      </w:r>
      <w:r>
        <w:br/>
      </w:r>
      <w:r>
        <w:rPr>
          <w:sz w:val="20"/>
        </w:rPr>
        <w:t>1:25:46  hain, un ka isaiyon ka aur yahudiyon ka, khoob maqbool ho rahe hain.</w:t>
      </w:r>
      <w:r>
        <w:br/>
      </w:r>
      <w:r>
        <w:rPr>
          <w:sz w:val="20"/>
        </w:rPr>
        <w:t>1:25:51  un ko talian bajti hain.</w:t>
      </w:r>
      <w:r>
        <w:br/>
      </w:r>
      <w:r>
        <w:rPr>
          <w:sz w:val="20"/>
        </w:rPr>
        <w:t>1:25:56  to aap khud tazheek karen to is ko aap sar charhate hain, aise muqarririn ko.</w:t>
      </w:r>
      <w:r>
        <w:br/>
      </w:r>
      <w:r>
        <w:rPr>
          <w:sz w:val="20"/>
        </w:rPr>
        <w:t>1:26:01  aur doosra agar kahe to is ko haq nahin karne ka.</w:t>
      </w:r>
      <w:r>
        <w:br/>
      </w:r>
      <w:r>
        <w:rPr>
          <w:sz w:val="20"/>
        </w:rPr>
        <w:t>1:26:06  to dunya musalmanon ke liye nahin banai gayi hai, dunya sab ke liye banai gayi hai.</w:t>
      </w:r>
      <w:r>
        <w:br/>
      </w:r>
      <w:r>
        <w:rPr>
          <w:sz w:val="20"/>
        </w:rPr>
        <w:t>1:26:11  yaad rakhiye, yeh dunya musalmanon ke liye nahin banai gayi ke musalmanon ko munafli degi.</w:t>
      </w:r>
      <w:r>
        <w:br/>
      </w:r>
      <w:r>
        <w:rPr>
          <w:sz w:val="20"/>
        </w:rPr>
        <w:t>1:26:16  jo chahe karo, tum doosron ko kuch karne ka haq nahi hai.</w:t>
      </w:r>
      <w:r>
        <w:br/>
      </w:r>
      <w:r>
        <w:rPr>
          <w:sz w:val="20"/>
        </w:rPr>
        <w:t>1:26:21  yeh bilashuba qaumi sarkashi hai, is ka islam se koi talluq nahi.</w:t>
      </w:r>
    </w:p>
    <w:p>
      <w:pPr>
        <w:pStyle w:val="Heading2"/>
      </w:pPr>
      <w:r>
        <w:t>How Can We Develop Right Thinking?</w:t>
      </w:r>
    </w:p>
    <w:p>
      <w:r>
        <w:rPr>
          <w:color w:val="666666"/>
          <w:sz w:val="18"/>
        </w:rPr>
        <w:t>Life &amp; Wisdom · Personality Building January 05, 2014 · 7m 12s · at 1:02:59 · https://youtu.be/3Zppdm2K4ug?t=3779</w:t>
      </w:r>
    </w:p>
    <w:p>
      <w:r>
        <w:rPr>
          <w:i/>
        </w:rPr>
        <w:t>“Moulana, we go through many experiences in daily life but often fail to draw the right lessons, losing the spiritual food in them. How can we develop the right thinking? Please guide us.”</w:t>
      </w:r>
    </w:p>
    <w:p>
      <w:r>
        <w:rPr>
          <w:sz w:val="20"/>
        </w:rPr>
        <w:t>1:02:59  maulana, agla sawal roorkee se hai sajid anwar sahab ka. unhon ne likha hai: "maulana, we also go through many experiences in our daily life, but many times unable to draw right lessons from them.</w:t>
      </w:r>
      <w:r>
        <w:br/>
      </w:r>
      <w:r>
        <w:rPr>
          <w:sz w:val="20"/>
        </w:rPr>
        <w:t>1:03:16  this losing the opportunity to get the spiritual food contained in them. my question is: how can we develop the right thinking?" maulana, please guide us.</w:t>
      </w:r>
      <w:r>
        <w:br/>
      </w:r>
      <w:r>
        <w:rPr>
          <w:sz w:val="20"/>
        </w:rPr>
        <w:t>1:03:29  dekhen, bohat asan hai. aaj main aaj ka apna experience bataon. aaj ka, aaj subah mujhe nahana tha, to main ne kya kiya?</w:t>
      </w:r>
      <w:r>
        <w:br/>
      </w:r>
      <w:r>
        <w:rPr>
          <w:sz w:val="20"/>
        </w:rPr>
        <w:t>1:03:42  mere bathroom mein geyser hai, us ko chala diya. adha ghante tak chal gaya, pani is ka garam ho gaya. kamre mein bahar aaya to to aap ne do heater laga diya tha, wahan kamra bhi garam tha.</w:t>
      </w:r>
      <w:r>
        <w:br/>
      </w:r>
      <w:r>
        <w:rPr>
          <w:sz w:val="20"/>
        </w:rPr>
        <w:t>1:03:57  to nahakar jab nikla to garam kapde to nahakar nikla to garam kamre mein baith kar woh kapda badal liya.</w:t>
      </w:r>
      <w:r>
        <w:br/>
      </w:r>
      <w:r>
        <w:rPr>
          <w:sz w:val="20"/>
        </w:rPr>
        <w:t>1:04:08  sab kuch bilkul smooth tor par hua. to main ne kya kiya? main ne socha ke jab is se pehle main gaon mein tha to hamare gaon mein bijli nahi thi,</w:t>
      </w:r>
      <w:r>
        <w:br/>
      </w:r>
      <w:r>
        <w:rPr>
          <w:sz w:val="20"/>
        </w:rPr>
        <w:t>1:04:18  electricity nahi thi. wahan par kerosene se lamp jalte the, lalten jalti thi. lalten to main ne compare kiya ke is waqt mere liye possible hi nahi tha ke main geyser chalaon aur heater chalaon, kyunke wahan tha hi nahi.</w:t>
      </w:r>
      <w:r>
        <w:br/>
      </w:r>
      <w:r>
        <w:rPr>
          <w:sz w:val="20"/>
        </w:rPr>
        <w:t>1:04:34  yeh electricity hamare gaon mein aayi nahi thi. to in comparison, that we understand. aap compare kijiye,</w:t>
      </w:r>
      <w:r>
        <w:br/>
      </w:r>
      <w:r>
        <w:rPr>
          <w:sz w:val="20"/>
        </w:rPr>
        <w:t>1:04:44  har aadmi ke paas ek past hota hai, us se compare kar ke woh apne present mein khuda ki blessing ko daryaft kar sakta hai. har aadmi ko, chahe obama ho, tab bhi obama ke bhi ek past hai.</w:t>
      </w:r>
      <w:r>
        <w:br/>
      </w:r>
      <w:r>
        <w:rPr>
          <w:sz w:val="20"/>
        </w:rPr>
        <w:t>1:04:57  is past ko agar aap yaad karenge to us ke andar shukr aayega, tab us ko discovery hogi. to sab se asan tareeqa yeh hai ke aap apne present mein jo aap kuch pa rahe hain, past ko le kar sochiye aur compare kijiye,</w:t>
      </w:r>
      <w:r>
        <w:br/>
      </w:r>
      <w:r>
        <w:rPr>
          <w:sz w:val="20"/>
        </w:rPr>
        <w:t>1:05:14  jaise ke main karta rehta hoon. main rozana hi karta rehta hoon. jaise kitchen mein main gaya, wahan par gas jal rahi thi.</w:t>
      </w:r>
      <w:r>
        <w:br/>
      </w:r>
      <w:r>
        <w:rPr>
          <w:sz w:val="20"/>
        </w:rPr>
        <w:t>1:05:22  main ne socha ke jab main gaon mein tha to wahan koi concept hi nahi tha ke aap ek switch ghumayen aur gas nikalne lage. wahan to lakri aur is tarah ki cheez jala kar ke aag milti thi.</w:t>
      </w:r>
      <w:r>
        <w:br/>
      </w:r>
      <w:r>
        <w:rPr>
          <w:sz w:val="20"/>
        </w:rPr>
        <w:t>1:05:35  to is comparison se main ne socha ke Allah ke karti bari blessing ke aaj hamein gas mili hui hai.</w:t>
      </w:r>
      <w:r>
        <w:br/>
      </w:r>
      <w:r>
        <w:rPr>
          <w:sz w:val="20"/>
        </w:rPr>
        <w:t>1:05:41  sab se asan tareeqa apne andar shukr ko develop karne ka yeh hai, ya shukr ka matlab kya hai? positive thinking. sari negativity khatam ho jayegi aap ki, aur positive thinking ke siwa kuch aap ke mind mein rahega nahi.</w:t>
      </w:r>
      <w:r>
        <w:br/>
      </w:r>
      <w:r>
        <w:rPr>
          <w:sz w:val="20"/>
        </w:rPr>
        <w:t>1:05:56  bas itna aap karen ke apne present ko past se compare karte rahen. har aadmi ke paas jo past hota hai, woh kuch hota hai, present jo hai, woh kuch hota hai.</w:t>
      </w:r>
      <w:r>
        <w:br/>
      </w:r>
      <w:r>
        <w:rPr>
          <w:sz w:val="20"/>
        </w:rPr>
        <w:t>1:06:09  jaise main hyderabad mein gaya to wahan mujhe diya gaya tha topic bolne ke liye ke hyderabad ke musalman kya karen.</w:t>
      </w:r>
      <w:r>
        <w:br/>
      </w:r>
      <w:r>
        <w:rPr>
          <w:sz w:val="20"/>
        </w:rPr>
        <w:t>1:06:21  yeh topic diya gaya tha. to main ne kaha ke yeh karen ke woh shukr karen.</w:t>
      </w:r>
      <w:r>
        <w:br/>
      </w:r>
      <w:r>
        <w:rPr>
          <w:sz w:val="20"/>
        </w:rPr>
        <w:t>1:06:27  phir main ne poocha ke dekhen, jab independence se pehle ka jo hyderabad tha, to main yahan aaya tha. is waqt independence se pehle gaya tha main wahan.</w:t>
      </w:r>
      <w:r>
        <w:br/>
      </w:r>
      <w:r>
        <w:rPr>
          <w:sz w:val="20"/>
        </w:rPr>
        <w:t>1:06:38  to main ne dekha, main ne kaha ke wahan siwaye rickshaw ke aur kuch dikhai nahi deta. sirf rickshaw, rickshaw, rickshaw. aur ab main aaya hoon to wahan par airport par utra hoon. main to car hi car musalmanon ke mehle mein jaon ya jahan bhi jaon, car hi car.</w:t>
      </w:r>
      <w:r>
        <w:br/>
      </w:r>
      <w:r>
        <w:rPr>
          <w:sz w:val="20"/>
        </w:rPr>
        <w:t>1:06:51  acchi sadken sab. to</w:t>
      </w:r>
      <w:r>
        <w:br/>
      </w:r>
      <w:r>
        <w:rPr>
          <w:sz w:val="20"/>
        </w:rPr>
        <w:t>1:06:53  aap compare kijiye ke aaj aap caron par dor rahe hain, is se pehle aap riksha khichte the. to shukr hi shukr aayega. to main samajhta hoon ke positive thinking ko develop karne ka sab se aasan tareeqa yeh hai ke aap apne present ko past se compare karen.</w:t>
      </w:r>
      <w:r>
        <w:br/>
      </w:r>
      <w:r>
        <w:rPr>
          <w:sz w:val="20"/>
        </w:rPr>
        <w:t>1:07:10  b</w:t>
      </w:r>
      <w:r>
        <w:br/>
      </w:r>
      <w:r>
        <w:rPr>
          <w:sz w:val="20"/>
        </w:rPr>
        <w:t>1:07:11  s aap apne doosre ke nahin. yeh nahin ke uss waqt falan raja kaise rehta tha, falan badshah kaise rehta tha, yeh matlab nahin. apne present ko apne past se ke main aaj jahan hoon, kya mere dada bhi aise hi the?</w:t>
      </w:r>
      <w:r>
        <w:br/>
      </w:r>
      <w:r>
        <w:rPr>
          <w:sz w:val="20"/>
        </w:rPr>
        <w:t>1:07:25  wahan dada ki haalat kya thi? to maloom hoga ke dada se main hazaar guna behtar hoon. to saari negative thinking apne aap khatam ho jayegi.</w:t>
      </w:r>
      <w:r>
        <w:br/>
      </w:r>
      <w:r>
        <w:rPr>
          <w:sz w:val="20"/>
        </w:rPr>
        <w:t>1:07:35  negative thinking jo aati hai, woh sirf iss liye aati hai ke aadmi past ko bhula kar ke sochta hai. past ko bhula kar ke sochta hai.</w:t>
      </w:r>
      <w:r>
        <w:br/>
      </w:r>
      <w:r>
        <w:rPr>
          <w:sz w:val="20"/>
        </w:rPr>
        <w:t>1:07:46  bahut hi aasan tareeqa. main to daily yahi karta hoon, rozana yahi karta hoon. aaj bhi maine yahi kiya ke main yeh socha ke aap bol raha hoon. main is se pehle bhi bolta tha.</w:t>
      </w:r>
      <w:r>
        <w:br/>
      </w:r>
      <w:r>
        <w:rPr>
          <w:sz w:val="20"/>
        </w:rPr>
        <w:t>1:07:56  jab main apne gaon mein tha, main aadha bada tha to wahan par yeh sab kuch bhi nahin tha. yeh system hi nahin tha, yeh technology nahin</w:t>
      </w:r>
      <w:r>
        <w:br/>
      </w:r>
      <w:r>
        <w:rPr>
          <w:sz w:val="20"/>
        </w:rPr>
        <w:t>1:08:04  thi. aaj main bol raha hoon to meri baat record ho rahi hai. woh yaani video recording ho rahi hai. duniya mein jagah jo log sun rahe hain, to maine compare kiya aaj ko past se.</w:t>
      </w:r>
      <w:r>
        <w:br/>
      </w:r>
      <w:r>
        <w:rPr>
          <w:sz w:val="20"/>
        </w:rPr>
        <w:t>1:08:18  to likha ke kitna Allah ka shukr hai. to shukr ka matlab kya hai? apni negativity, negative thinking ko khatam karna aur positive thinking ko develop karna.</w:t>
      </w:r>
      <w:r>
        <w:br/>
      </w:r>
      <w:r>
        <w:rPr>
          <w:sz w:val="20"/>
        </w:rPr>
        <w:t>1:08:28  sab se bada jo formula hai personality development ka, woh yeh hai ke aap apne andar se negative thinking ko khatam karen aur positive thinking ko develop karen.</w:t>
      </w:r>
      <w:r>
        <w:br/>
      </w:r>
      <w:r>
        <w:rPr>
          <w:sz w:val="20"/>
        </w:rPr>
        <w:t>1:08:39  aur is ka sab se aasan raaz yahi hai har aadmi ke liye. jaise abhi kal ki baat hai, ek sahab mere paas aaye, suit woot pehne hue the.</w:t>
      </w:r>
      <w:r>
        <w:br/>
      </w:r>
      <w:r>
        <w:rPr>
          <w:sz w:val="20"/>
        </w:rPr>
        <w:t>1:08:49  woh bahut hi shandaar suit tha un ka. to woh bhi lage yeh kehne ke musalmanon par zulm ho raha hai, yeh ho raha hai, woh ho raha hai.</w:t>
      </w:r>
      <w:r>
        <w:br/>
      </w:r>
      <w:r>
        <w:rPr>
          <w:sz w:val="20"/>
        </w:rPr>
        <w:t>1:08:56  main un ko jaanta tha iss waqt se jab ke woh naujawan the, to bilkul mamooli haalat mein the. woh bilkul ek par family paida hue the.</w:t>
      </w:r>
      <w:r>
        <w:br/>
      </w:r>
      <w:r>
        <w:rPr>
          <w:sz w:val="20"/>
        </w:rPr>
        <w:t>1:09:05  main ne kaha apne aap ko compare kijiye ke aaj aap iss haalat mein, aap ke bachche jo hain Europe mein settle ho gaye hain, to aap shukr shukr kyun nahin karte?</w:t>
      </w:r>
      <w:r>
        <w:br/>
      </w:r>
      <w:r>
        <w:rPr>
          <w:sz w:val="20"/>
        </w:rPr>
        <w:t>1:09:15  shikayatein kyun karte hain?</w:t>
      </w:r>
      <w:r>
        <w:br/>
      </w:r>
      <w:r>
        <w:rPr>
          <w:sz w:val="20"/>
        </w:rPr>
        <w:t>1:09:18  to main jo hai apne tajrube se maine paya hai ke log apne itni hi sab se waghera karen ke apne present ko apne past se compare karen.</w:t>
      </w:r>
      <w:r>
        <w:br/>
      </w:r>
      <w:r>
        <w:rPr>
          <w:sz w:val="20"/>
        </w:rPr>
        <w:t>1:09:28  to saari negativity, negative thinking khatam ho jaye.</w:t>
      </w:r>
      <w:r>
        <w:br/>
      </w:r>
      <w:r>
        <w:rPr>
          <w:sz w:val="20"/>
        </w:rPr>
        <w:t>1:09:36  Maulana, agla sawal lene se pehle ek comment padhna chahenge jo New York se Dr. Waqar Alam ne abhi abhi bheja hai.</w:t>
      </w:r>
      <w:r>
        <w:br/>
      </w:r>
      <w:r>
        <w:rPr>
          <w:sz w:val="20"/>
        </w:rPr>
        <w:t>1:09:44  unhone likha hai: "I work with brothers and sisters of Ibrahim faith and greet them in their new year.</w:t>
      </w:r>
      <w:r>
        <w:br/>
      </w:r>
      <w:r>
        <w:rPr>
          <w:sz w:val="20"/>
        </w:rPr>
        <w:t>1:09:55  in return, they ask me about the Islamic new year and that opens a discussion about Islamic faith and helps me to introduce them about Islam.</w:t>
      </w:r>
      <w:r>
        <w:br/>
      </w:r>
      <w:r>
        <w:rPr>
          <w:sz w:val="20"/>
        </w:rPr>
        <w:t>1:10:07  this is the positive side of new year greetings."</w:t>
      </w:r>
    </w:p>
    <w:p>
      <w:pPr>
        <w:pStyle w:val="Heading2"/>
      </w:pPr>
      <w:r>
        <w:t>How to become a stronger personality</w:t>
      </w:r>
    </w:p>
    <w:p>
      <w:r>
        <w:rPr>
          <w:color w:val="666666"/>
          <w:sz w:val="18"/>
        </w:rPr>
        <w:t>Life &amp; Wisdom · Dars-e-Quran, Chapter 39, Vs 67 (Glory of God) July 29, 2018 Maulana Wahiduddin Khan · 6m 27s · at 53:07 · https://youtu.be/xKvuhx08hQ4?t=3187</w:t>
      </w:r>
    </w:p>
    <w:p>
      <w:r>
        <w:rPr>
          <w:i/>
        </w:rPr>
        <w:t>“How can we become a stronger personality as God prefers stronger personality over weaker one? How can I come into stronger personality category? Please advise in this regard.”</w:t>
      </w:r>
    </w:p>
    <w:p>
      <w:r>
        <w:rPr>
          <w:sz w:val="20"/>
        </w:rPr>
        <w:t>53:07  aur is mein koi point hai? nahi, maulana, hum doosra sawal lete hain. doosra sawal bheja hai Ahmedabad se khursheed siddiqui sahib ne.</w:t>
      </w:r>
      <w:r>
        <w:br/>
      </w:r>
      <w:r>
        <w:rPr>
          <w:sz w:val="20"/>
        </w:rPr>
        <w:t>53:18  unhon ne likha hai: "maulana, how can we become a stronger personality as god prefers stronger personality over weaker one?</w:t>
      </w:r>
      <w:r>
        <w:br/>
      </w:r>
      <w:r>
        <w:rPr>
          <w:sz w:val="20"/>
        </w:rPr>
        <w:t>53:29  how can i come into stronger personality category? please advice in this regard."</w:t>
      </w:r>
      <w:r>
        <w:br/>
      </w:r>
      <w:r>
        <w:rPr>
          <w:sz w:val="20"/>
        </w:rPr>
        <w:t>53:38  yeh ghaleban aap ne is hadees ki roshni mein farmaya hai ke: "al momin al qawi</w:t>
      </w:r>
      <w:r>
        <w:br/>
      </w:r>
      <w:r>
        <w:rPr>
          <w:sz w:val="20"/>
        </w:rPr>
        <w:t>53:49  wa qaarib wa ahabb Allah abdullah wal kul khair." saath saath yeh bhi ke: "wal kul khair."</w:t>
      </w:r>
      <w:r>
        <w:br/>
      </w:r>
      <w:r>
        <w:rPr>
          <w:sz w:val="20"/>
        </w:rPr>
        <w:t>54:00  to iska matlab kya hai? khair dono ke liye hai. khair dono ke liye. to insaan apne ko,</w:t>
      </w:r>
      <w:r>
        <w:br/>
      </w:r>
      <w:r>
        <w:rPr>
          <w:sz w:val="20"/>
        </w:rPr>
        <w:t>54:15  yaani is is khairain mein jis khair ka faisla kiya Allah taala ne, uske liye. yaani yahan do khairain ka zikr hua: khair zaeef, khair qawi.</w:t>
      </w:r>
      <w:r>
        <w:br/>
      </w:r>
      <w:r>
        <w:rPr>
          <w:sz w:val="20"/>
        </w:rPr>
        <w:t>54:32  dono ke saath khair juda hua hai. to aap gaur o fikr ke zariye khair, agar aap zaeef samajhte hain apne aap ko, to khair zaeef ka discover kijiye.</w:t>
      </w:r>
      <w:r>
        <w:br/>
      </w:r>
      <w:r>
        <w:rPr>
          <w:sz w:val="20"/>
        </w:rPr>
        <w:t>54:48  agar aap momin qavi samajhte hain to khair qavi ka discover kijiye. is par maine likha hai risale mein.</w:t>
      </w:r>
      <w:r>
        <w:br/>
      </w:r>
      <w:r>
        <w:rPr>
          <w:sz w:val="20"/>
        </w:rPr>
        <w:t>54:59  to ek hai khair qavi, ek hai khair zaeef. dono mein se ek baharhal aap ke liye hai. agar agar agar aap samajhte hain ke main zaeef hoon to khair zaeef aap ke liye hai.</w:t>
      </w:r>
      <w:r>
        <w:br/>
      </w:r>
      <w:r>
        <w:rPr>
          <w:sz w:val="20"/>
        </w:rPr>
        <w:t>55:15  yani Allah ki taraf se. aur agar aap samajhte hain ke aap qavi hain to khair qavi aap ke liye hai Allah ki taraf se.</w:t>
      </w:r>
      <w:r>
        <w:br/>
      </w:r>
      <w:r>
        <w:rPr>
          <w:sz w:val="20"/>
        </w:rPr>
        <w:t>55:23  yani Allah dono mein se ek khair zaroor dega, dega, bashart ke aap jo fitrat ka tareeqa hai, us ke mutabiq us ko, us ko talash karen.</w:t>
      </w:r>
      <w:r>
        <w:br/>
      </w:r>
      <w:r>
        <w:rPr>
          <w:sz w:val="20"/>
        </w:rPr>
        <w:t>55:40  jahan tak main samajhta hoon ke khair zaeef, yani kam az kam mere liye, main samajhta hoon ke zyada badi baat hai.</w:t>
      </w:r>
      <w:r>
        <w:br/>
      </w:r>
      <w:r>
        <w:rPr>
          <w:sz w:val="20"/>
        </w:rPr>
        <w:t>55:58  khair zaeef zyada badi baat hai mere mere samajh se. kyun? is liye ke agar aap ka agar khair zaeef hai to aap us rukh par apni apni fikr chalayenge,</w:t>
      </w:r>
      <w:r>
        <w:br/>
      </w:r>
      <w:r>
        <w:rPr>
          <w:sz w:val="20"/>
        </w:rPr>
        <w:t>56:15  is rukh par daryaft karne ki koshish karenge. aur khair zaeef ke liye jo muqaddar hai, wo hai, wo muqaddar hai yani</w:t>
      </w:r>
      <w:r>
        <w:br/>
      </w:r>
      <w:r>
        <w:rPr>
          <w:sz w:val="20"/>
        </w:rPr>
        <w:t>56:32  modesty. tawazu. jo aadmi apne ko qavi nahi samajhta, nahi pata, jo apne ko zaeef pata hai,</w:t>
      </w:r>
      <w:r>
        <w:br/>
      </w:r>
      <w:r>
        <w:rPr>
          <w:sz w:val="20"/>
        </w:rPr>
        <w:t>56:47  to us ke liye ek bohat bada khair muqaddar hai. ab wo hai tawazu ya modesty.</w:t>
      </w:r>
      <w:r>
        <w:br/>
      </w:r>
      <w:r>
        <w:rPr>
          <w:sz w:val="20"/>
        </w:rPr>
        <w:t>56:57  achha dekhiye, maine is pe likha tha risale mein ke ke zaeef aadmi ko zyada apne is haqeeqat ka daryaft hoti hai ke wo zaeef hai.</w:t>
      </w:r>
      <w:r>
        <w:br/>
      </w:r>
      <w:r>
        <w:rPr>
          <w:sz w:val="20"/>
        </w:rPr>
        <w:t>57:20  to zouq le aati hai kahan? modesty ki taraf. aur modesty bohat hi qeemti cheez hai.</w:t>
      </w:r>
      <w:r>
        <w:br/>
      </w:r>
      <w:r>
        <w:rPr>
          <w:sz w:val="20"/>
        </w:rPr>
        <w:t>57:32  maine likha tha is ke bare mein ke modesty ek bohat hi anokha tohfa hai insaan ke liye.</w:t>
      </w:r>
      <w:r>
        <w:br/>
      </w:r>
      <w:r>
        <w:rPr>
          <w:sz w:val="20"/>
        </w:rPr>
        <w:t>57:44  kyun ke modest modest aadmi ko yeh mauqa milta hai ke wo is kainat mein doosra extend banaye.</w:t>
      </w:r>
      <w:r>
        <w:br/>
      </w:r>
      <w:r>
        <w:rPr>
          <w:sz w:val="20"/>
        </w:rPr>
        <w:t>57:56  doosra extend yani</w:t>
      </w:r>
      <w:r>
        <w:br/>
      </w:r>
      <w:r>
        <w:rPr>
          <w:sz w:val="20"/>
        </w:rPr>
        <w:t>58:01  Allah ya khaliq al powerful hai. al powerful to al powerful ke muqable mein al powerless ka jo extend hai, wo muqaddar hai zaeef ke liye.</w:t>
      </w:r>
      <w:r>
        <w:br/>
      </w:r>
      <w:r>
        <w:rPr>
          <w:sz w:val="20"/>
        </w:rPr>
        <w:t>58:18  yeh bohat hi important baat hai ke al power ke wo insaan jo zaeef paida hua hai, aap ke khayal se wo to bohat hi badi yani advantage us ko hasil hai.</w:t>
      </w:r>
      <w:r>
        <w:br/>
      </w:r>
      <w:r>
        <w:rPr>
          <w:sz w:val="20"/>
        </w:rPr>
        <w:t>58:35  kyun ke aisa insaan al powerful God ke muqable mein al powerless insaan ka extend banata hai.</w:t>
      </w:r>
      <w:r>
        <w:br/>
      </w:r>
      <w:r>
        <w:rPr>
          <w:sz w:val="20"/>
        </w:rPr>
        <w:t>58:48  aur jo jo qavi insaan hai, wo wo is ke liye bhi ek ek ek karname muqaddar hai ke jahan pehlwani pehlwani ka mauqa ho, wo pehlwani dikhaye.</w:t>
      </w:r>
      <w:r>
        <w:br/>
      </w:r>
      <w:r>
        <w:rPr>
          <w:sz w:val="20"/>
        </w:rPr>
        <w:t>59:04  jahan taqat ke istemaal ka mauqa ho, woh taqat istemaal kare.</w:t>
      </w:r>
      <w:r>
        <w:br/>
      </w:r>
      <w:r>
        <w:rPr>
          <w:sz w:val="20"/>
        </w:rPr>
        <w:t>59:10  lekin mera apna jo soch hai, to mein samajhta hoon ke insaan ke liye yeh ziyada bara</w:t>
      </w:r>
      <w:r>
        <w:br/>
      </w:r>
      <w:r>
        <w:rPr>
          <w:sz w:val="20"/>
        </w:rPr>
        <w:t>59:19  bari baat hai ke woh all powerful god ke muqable mein all powerless ka doosra extend</w:t>
      </w:r>
      <w:r>
        <w:br/>
      </w:r>
      <w:r>
        <w:rPr>
          <w:sz w:val="20"/>
        </w:rPr>
        <w:t>59:28  banaye.</w:t>
      </w:r>
    </w:p>
    <w:p>
      <w:pPr>
        <w:pStyle w:val="Heading2"/>
      </w:pPr>
      <w:r>
        <w:t>How to know if thinking is correct</w:t>
      </w:r>
    </w:p>
    <w:p>
      <w:r>
        <w:rPr>
          <w:color w:val="666666"/>
          <w:sz w:val="18"/>
        </w:rPr>
        <w:t>Life &amp; Wisdom · From The Spiritual Tree August 8, 2010 · 12m 19s · at 1:12:39 · https://youtu.be/H6e9NOrqgHI?t=4359</w:t>
      </w:r>
    </w:p>
    <w:p>
      <w:r>
        <w:rPr>
          <w:i/>
        </w:rPr>
        <w:t>“Even when thinking, there will be correct thinking; how can one know if one's thinking is correct?”</w:t>
      </w:r>
    </w:p>
    <w:p>
      <w:r>
        <w:rPr>
          <w:sz w:val="20"/>
        </w:rPr>
        <w:t>1:12:39  "som ramzan". yeh mil gayi aap koi good word mein. maulana, agla sawal kya hai mr ameenuddin qazi ne delhi se.</w:t>
      </w:r>
      <w:r>
        <w:br/>
      </w:r>
      <w:r>
        <w:rPr>
          <w:sz w:val="20"/>
        </w:rPr>
        <w:t>1:12:49  unhone poocha hai ke "sochne par bhi sahi soch hogi, use kaise maloom kiya jaye?" kyunke sochne ka power iq ki wajah se alag alag hota hai.</w:t>
      </w:r>
      <w:r>
        <w:br/>
      </w:r>
      <w:r>
        <w:rPr>
          <w:sz w:val="20"/>
        </w:rPr>
        <w:t>1:13:05  pehla sawal power alag hota hai. yeh to mein samajhta hoon, yaani kya matlab alag power ka hona kya matlab hai? maulana, kyunke har ek ka, kyunke iq alag alag hai, to agar har insan soch raha hai, hona kya matlab?</w:t>
      </w:r>
      <w:r>
        <w:br/>
      </w:r>
      <w:r>
        <w:rPr>
          <w:sz w:val="20"/>
        </w:rPr>
        <w:t>1:13:15  kahan kis science se pata hai ke alag alag hai? humm, yeh to mein ne kaun si science sabit karti hai ke alag alag hai? jaise aap ne har har cheez mein, kya woh allah ne jo banayi cheezein hain, us mein aap ne mushahida jo aap jo karte hain, hamare jaise normal aadmi aisa sochne par bhi nahi kar paate hain.</w:t>
      </w:r>
      <w:r>
        <w:br/>
      </w:r>
      <w:r>
        <w:rPr>
          <w:sz w:val="20"/>
        </w:rPr>
        <w:t>1:13:35  to yeh iq alag alag mushahida dekhein, alag ki baat nahi hai, level ki baat hai. yeh nahi ke yeh alag alag humm iq ke level different hota hai, alag alag nahi hota hai.</w:t>
      </w:r>
      <w:r>
        <w:br/>
      </w:r>
      <w:r>
        <w:rPr>
          <w:sz w:val="20"/>
        </w:rPr>
        <w:t>1:13:48  humm, alag alag ka word sahi nahi hota. level maulana shayad sahi level hai ke matlab is tarah se matlab ah itminan nahi hota ya yaqeen nahi hota ke hum jo soch rahe hain woh sahi hai.</w:t>
      </w:r>
      <w:r>
        <w:br/>
      </w:r>
      <w:r>
        <w:rPr>
          <w:sz w:val="20"/>
        </w:rPr>
        <w:t>1:13:59  humm, kya</w:t>
      </w:r>
      <w:r>
        <w:br/>
      </w:r>
      <w:r>
        <w:rPr>
          <w:sz w:val="20"/>
        </w:rPr>
        <w:t>1:14:02  dekhein,</w:t>
      </w:r>
      <w:r>
        <w:br/>
      </w:r>
      <w:r>
        <w:rPr>
          <w:sz w:val="20"/>
        </w:rPr>
        <w:t>1:14:07  mein arz karunga is se pehle bhi keh chuka hoon mein ke</w:t>
      </w:r>
      <w:r>
        <w:br/>
      </w:r>
      <w:r>
        <w:rPr>
          <w:sz w:val="20"/>
        </w:rPr>
        <w:t>1:14:14  do, yaani do options hain. log aksar third option lete hain, is liye galtiyan phanse rehte hain confusion mein.</w:t>
      </w:r>
      <w:r>
        <w:br/>
      </w:r>
      <w:r>
        <w:rPr>
          <w:sz w:val="20"/>
        </w:rPr>
        <w:t>1:14:26  third option kabhi nahi lena chahiye. do option kya hain?</w:t>
      </w:r>
      <w:r>
        <w:br/>
      </w:r>
      <w:r>
        <w:rPr>
          <w:sz w:val="20"/>
        </w:rPr>
        <w:t>1:14:30  ek hai taqleed ka option, ek hai ijtihad ka option, yaani mujtahidana ilm aur muqallidana ilm. yahi do option hain.</w:t>
      </w:r>
      <w:r>
        <w:br/>
      </w:r>
      <w:r>
        <w:rPr>
          <w:sz w:val="20"/>
        </w:rPr>
        <w:t>1:14:39  dekhiye, third option nahi hai. taqleed kya hai? taqleed bohat hi positive word hai, koi negative word nahi hai.</w:t>
      </w:r>
      <w:r>
        <w:br/>
      </w:r>
      <w:r>
        <w:rPr>
          <w:sz w:val="20"/>
        </w:rPr>
        <w:t>1:14:48  woh ek aam aadmi jo job karta hai, business kar raha hai, bachchon mein rehta hai, woh to time bohat kam rehta hai us ke paas.</w:t>
      </w:r>
      <w:r>
        <w:br/>
      </w:r>
      <w:r>
        <w:rPr>
          <w:sz w:val="20"/>
        </w:rPr>
        <w:t>1:14:59  to use kya</w:t>
      </w:r>
      <w:r>
        <w:br/>
      </w:r>
      <w:r>
        <w:rPr>
          <w:sz w:val="20"/>
        </w:rPr>
        <w:t>1:15:00  karna chahiye? kisi aalim ka muqallid ban jaye. woh jis aalim par us ko bharosa ho, jo aalim bataye, us ke mutabiq kare, ya jo quran ka hadith ka tarjuma us ke apni zuban mein maujood hota hai, us ko parhe.</w:t>
      </w:r>
      <w:r>
        <w:br/>
      </w:r>
      <w:r>
        <w:rPr>
          <w:sz w:val="20"/>
        </w:rPr>
        <w:t>1:15:16  saada taur par jo maloom ho, us ko kare. yeh ek</w:t>
      </w:r>
      <w:r>
        <w:br/>
      </w:r>
      <w:r>
        <w:rPr>
          <w:sz w:val="20"/>
        </w:rPr>
        <w:t>1:15:21  tareeqa hai ke jis ke paas time kam hai, jis ke paas jo zyada mein is mein study mein nahi apne aap ko daal sakta hai, to woh aisa kare, muqallid ban jaye.</w:t>
      </w:r>
      <w:r>
        <w:br/>
      </w:r>
      <w:r>
        <w:rPr>
          <w:sz w:val="20"/>
        </w:rPr>
        <w:t>1:15:31  woh doosri cheez kya hai? aadmi chahta hai ke mujtahidana ilm us ko ho, to us ko phir time dena padega.</w:t>
      </w:r>
      <w:r>
        <w:br/>
      </w:r>
      <w:r>
        <w:rPr>
          <w:sz w:val="20"/>
        </w:rPr>
        <w:t>1:15:45  time deny ka mani hai ke aap ko 20 saal, 30 saal, 50 saal mutala karna paray ga,</w:t>
      </w:r>
      <w:r>
        <w:br/>
      </w:r>
      <w:r>
        <w:rPr>
          <w:sz w:val="20"/>
        </w:rPr>
        <w:t>1:15:51  tab ja kar ke woh batain khulain gi. log kya kartay hain? log yani time detay nahin hain aur chahtay hain ke mujtahidana ilm unhain hasil ho jaye.</w:t>
      </w:r>
      <w:r>
        <w:br/>
      </w:r>
      <w:r>
        <w:rPr>
          <w:sz w:val="20"/>
        </w:rPr>
        <w:t>1:16:01  that is third option.</w:t>
      </w:r>
      <w:r>
        <w:br/>
      </w:r>
      <w:r>
        <w:rPr>
          <w:sz w:val="20"/>
        </w:rPr>
        <w:t>1:16:05  woh woh kabhi woh feasible nahin hai. woh sahi, mein sab se kehta hoon ke dekho, aap ke liye third option mumkin nahin hai. ya to aap muqallid ban jai</w:t>
      </w:r>
      <w:r>
        <w:br/>
      </w:r>
      <w:r>
        <w:rPr>
          <w:sz w:val="20"/>
        </w:rPr>
        <w:t>1:16:16  ye, chup chap se koi jo aadmi kar raha hai, us ko us ko us par amal ki jiye bas, aur koi idhar udhar ke sawal mat kijiye. agar aap ko muqallid nahin banna hai to phir study kijiye, aap arabi zaban parhiye,</w:t>
      </w:r>
      <w:r>
        <w:br/>
      </w:r>
      <w:r>
        <w:rPr>
          <w:sz w:val="20"/>
        </w:rPr>
        <w:t>1:16:29  aap quran o hadith ko, sari tafseeron ko, hadithon ko, sari kitabon ko parhiye, aur 40 saal tak parhtay rahiye, parhtay rahiye, parhtay rahiye.</w:t>
      </w:r>
      <w:r>
        <w:br/>
      </w:r>
      <w:r>
        <w:rPr>
          <w:sz w:val="20"/>
        </w:rPr>
        <w:t>1:16:41  aik aik qissa mujhe yaad aya, angrezon ke zamanay mein aik nawab sahib wahan gaye, oxford gaye.</w:t>
      </w:r>
      <w:r>
        <w:br/>
      </w:r>
      <w:r>
        <w:rPr>
          <w:sz w:val="20"/>
        </w:rPr>
        <w:t>1:16:51  to oxford jo hai, university hai, wahan bohat bari purani. to is ke lawn kaha jata hai ke bohat achay lawn hain, is ke oxford ke lawn bohat achay hain.</w:t>
      </w:r>
      <w:r>
        <w:br/>
      </w:r>
      <w:r>
        <w:rPr>
          <w:sz w:val="20"/>
        </w:rPr>
        <w:t>1:17:02  to nawab sahib wahan gaye to unhon ne lawn dekha, bara acha laga un ko, bohat umda lawn.</w:t>
      </w:r>
      <w:r>
        <w:br/>
      </w:r>
      <w:r>
        <w:rPr>
          <w:sz w:val="20"/>
        </w:rPr>
        <w:t>1:17:10  to unhon ne kaha ke is ke mali ko bulaya, woh jo head tha mali ka wahan, aur kaha ke hum apni kothi mein aisi lawn chahtay hain india mein.</w:t>
      </w:r>
      <w:r>
        <w:br/>
      </w:r>
      <w:r>
        <w:rPr>
          <w:sz w:val="20"/>
        </w:rPr>
        <w:t>1:17:22  to mali ne kaha, "sir, bara bohat asan hai." to unhon ne kaha, "kese?" kaha ke "aap ke pas zameen to hogi, zameen ko level kijiye,</w:t>
      </w:r>
      <w:r>
        <w:br/>
      </w:r>
      <w:r>
        <w:rPr>
          <w:sz w:val="20"/>
        </w:rPr>
        <w:t>1:17:33  level kar ke is mein khad daliye, khad dal ke is mein pani daliye, pani dal ke is mein ghas lagaiye, phir us ko barabar kaatate rahiye, kaatate rahiye, kaatate rahiye, aur phir bar bar barabar ghas aur pani aur yeh sab detay rahiye, aur 500 saal tak aisay karte rahiye.</w:t>
      </w:r>
      <w:r>
        <w:br/>
      </w:r>
      <w:r>
        <w:rPr>
          <w:sz w:val="20"/>
        </w:rPr>
        <w:t>1:17:48  aap phir aisi lawn aap ki kothi mein ho jaye ga. matlab yeh jo oxford university hai, 500 saal mein bani hai, yeh is ka is ka jo lawn hai, woh aisa nahin ke 2 din mein tayyar ho gaya.</w:t>
      </w:r>
      <w:r>
        <w:br/>
      </w:r>
      <w:r>
        <w:rPr>
          <w:sz w:val="20"/>
        </w:rPr>
        <w:t>1:18:02  woh</w:t>
      </w:r>
      <w:r>
        <w:br/>
      </w:r>
      <w:r>
        <w:rPr>
          <w:sz w:val="20"/>
        </w:rPr>
        <w:t>1:18:04  500 saal tak is ki dekh rahe, koi usay kaata gaya, tarasha gaya, to itnay shandar lawn hain wahan par. to yeh mamla yahan bhi hai, ya to aadmi gehra mutala kare, usay time de.</w:t>
      </w:r>
      <w:r>
        <w:br/>
      </w:r>
      <w:r>
        <w:rPr>
          <w:sz w:val="20"/>
        </w:rPr>
        <w:t>1:18:18  mein ne gehra mutala kiya to mein, yani, yani bachon ko bhi chhod chhodna para. mujhe log kehtay hain ke yeh to pagal hain, bachon ka kya hoga?</w:t>
      </w:r>
      <w:r>
        <w:br/>
      </w:r>
      <w:r>
        <w:rPr>
          <w:sz w:val="20"/>
        </w:rPr>
        <w:t>1:18:27  baqayda mere rishtaydar yeh kehtay thay ke in ke bachon ka kya hoga?</w:t>
      </w:r>
      <w:r>
        <w:br/>
      </w:r>
      <w:r>
        <w:rPr>
          <w:sz w:val="20"/>
        </w:rPr>
        <w:t>1:18:35  aik martaba mein adam, mujhe ab tak yaad hai woh manzar ke mein kahin gaya hua tha, to jab wapas aya to hamari biwi theen, bachay hamare ho chukay thay us waqt.</w:t>
      </w:r>
      <w:r>
        <w:br/>
      </w:r>
      <w:r>
        <w:rPr>
          <w:sz w:val="20"/>
        </w:rPr>
        <w:t>1:18:44  to unhon ne kaha, "hum in ki aik saheli hua karti theen, ab saheli ka bhi intiqal ho gaya." to unhon ne kaha ke woh keh rahi theen ke "bhai, tumhare jo aadmi hain, matlab mein jo shohar tumhare hain, un ka kharcha un ke bhai uthatay hain,</w:t>
      </w:r>
      <w:r>
        <w:br/>
      </w:r>
      <w:r>
        <w:rPr>
          <w:sz w:val="20"/>
        </w:rPr>
        <w:t>1:19:00  tumhara kya hoga un ke baad? tumhare bachay kon paale</w:t>
      </w:r>
      <w:r>
        <w:br/>
      </w:r>
      <w:r>
        <w:rPr>
          <w:sz w:val="20"/>
        </w:rPr>
        <w:t>1:19:03  ga? kya kese chalay ga kaam tumhara?" to mein, mujhe yaad hai ab tak, mein khara tha aur un ko suna.</w:t>
      </w:r>
      <w:r>
        <w:br/>
      </w:r>
      <w:r>
        <w:rPr>
          <w:sz w:val="20"/>
        </w:rPr>
        <w:t>1:19:12  un ke baad kharay kharay mein ne jawab diya ke "un se keh do ke yeh kashti apne tamam sawaron samait bas Allah ke hawale hai." to mein ne, mein ne woh option liya, ijtihad wala option.</w:t>
      </w:r>
      <w:r>
        <w:br/>
      </w:r>
      <w:r>
        <w:rPr>
          <w:sz w:val="20"/>
        </w:rPr>
        <w:t>1:19:26  mein keh sakta hoon ke mera, mera yeh poora mission ijtihad pe chal raha hai, taqleed par nahin chal raha hai. yeh</w:t>
      </w:r>
      <w:r>
        <w:br/>
      </w:r>
      <w:r>
        <w:rPr>
          <w:sz w:val="20"/>
        </w:rPr>
        <w:t>1:19:32  to mein ne is ki price di hai ke mein yeh kehta hoon ke mera mission ijtihad par chal raha hai. to mein ne us ko price di hai,</w:t>
      </w:r>
      <w:r>
        <w:br/>
      </w:r>
      <w:r>
        <w:rPr>
          <w:sz w:val="20"/>
        </w:rPr>
        <w:t>1:19:40  sari zindagi parha hai, parha hai, parha hai, parha hai, parha hai. ab log price dilana chahtay hain aur chahtay hain ke mujtahid ban jayen, tere din pass huay.</w:t>
      </w:r>
      <w:r>
        <w:br/>
      </w:r>
      <w:r>
        <w:rPr>
          <w:sz w:val="20"/>
        </w:rPr>
        <w:t>1:19:50  to mein arz karunga ke logon ko chahiye ke aap to muqallid banen, aur muqallid banne par raazi nahi hain to phir phir ijtihad ki prize dein is ki. prize mein ne is tarah padhaya hai ke ek zamane mein mein dar-ul-uloom padhta tha to marks ne is tarah padha tha.</w:t>
      </w:r>
      <w:r>
        <w:br/>
      </w:r>
      <w:r>
        <w:rPr>
          <w:sz w:val="20"/>
        </w:rPr>
        <w:t>1:20:06  marks ne mujhe ek hi aadmi maloom hai, mere tareeqe se.</w:t>
      </w:r>
      <w:r>
        <w:br/>
      </w:r>
      <w:r>
        <w:rPr>
          <w:sz w:val="20"/>
        </w:rPr>
        <w:t>1:20:10  marks jo hai, berlin ki university mein subah ko jata tha, jab darwaze khulte the is ke, matlab library ke. is ke baad jab band hota tha, tab wo nikalta tha.</w:t>
      </w:r>
      <w:r>
        <w:br/>
      </w:r>
      <w:r>
        <w:rPr>
          <w:sz w:val="20"/>
        </w:rPr>
        <w:t>1:20:20  wahan</w:t>
      </w:r>
      <w:r>
        <w:br/>
      </w:r>
      <w:r>
        <w:rPr>
          <w:sz w:val="20"/>
        </w:rPr>
        <w:t>1:20:23  aise hi mani kya hai ke dar-ul-uloom rafeen ka jab darwaza khulta tha library ka to wo pehla shakhs hota tha, hamara dakhil hone wala. jab band ho raha tha, hota tha to mein aakhri shakhs hota tha, nikalne wala.</w:t>
      </w:r>
      <w:r>
        <w:br/>
      </w:r>
      <w:r>
        <w:rPr>
          <w:sz w:val="20"/>
        </w:rPr>
        <w:t>1:20:35  to mein yeh keh sakta hoon ke mera mission ijtihad par khada hua hai, lekin jo aadmi yeh sab nahi kare to muqallid banna padega.</w:t>
      </w:r>
      <w:r>
        <w:br/>
      </w:r>
      <w:r>
        <w:rPr>
          <w:sz w:val="20"/>
        </w:rPr>
        <w:t>1:20:43  isko wo ijtihad mein nahi ja sakte, ho sakta hai wo third option nahi le sakte. aap is duniya mein third option possible hai. doosra sawal lete hain.</w:t>
      </w:r>
      <w:r>
        <w:br/>
      </w:r>
      <w:r>
        <w:rPr>
          <w:sz w:val="20"/>
        </w:rPr>
        <w:t>1:20:52  maulana, yeh poocha hai maulana zikwan nadvi ne dilli se, unhon ne likha hai ke "what is the importance of reading seerah of the prophet of islam and his companions life for a da'i?</w:t>
      </w:r>
      <w:r>
        <w:br/>
      </w:r>
      <w:r>
        <w:rPr>
          <w:sz w:val="20"/>
        </w:rPr>
        <w:t>1:21:08  which books you will recommend in this regard?"</w:t>
      </w:r>
      <w:r>
        <w:br/>
      </w:r>
      <w:r>
        <w:rPr>
          <w:sz w:val="20"/>
        </w:rPr>
        <w:t>1:21:13  dekhen, islam mein aisa hai ke ek hai, yani ek hai is ki theory, ek hai is ki practice.</w:t>
      </w:r>
      <w:r>
        <w:br/>
      </w:r>
      <w:r>
        <w:rPr>
          <w:sz w:val="20"/>
        </w:rPr>
        <w:t>1:21:26  to agar aap ko yeh janna ho ke islam ki ideology kya hai, islam ke nazariyat kya hain, islam ke basic principles kya hain, to aap quran ko padhen.</w:t>
      </w:r>
      <w:r>
        <w:br/>
      </w:r>
      <w:r>
        <w:rPr>
          <w:sz w:val="20"/>
        </w:rPr>
        <w:t>1:21:38  jitne bhi basic principles hain, wo poore ke poore islam quran mein mil jayenge aap ko. lekin jab sawal aata hai ke kaise practice kiya jaye, to rasool allah ne farmaya tha ke "sallu kama ra'aytani salli".</w:t>
      </w:r>
      <w:r>
        <w:br/>
      </w:r>
      <w:r>
        <w:rPr>
          <w:sz w:val="20"/>
        </w:rPr>
        <w:t>1:21:59  namaz padho is tarah jis tarah se mein namaz padhta hoon, mujh ko dekh kar ke. to yeh mani ke islam mein rasool allah model hain,</w:t>
      </w:r>
      <w:r>
        <w:br/>
      </w:r>
      <w:r>
        <w:rPr>
          <w:sz w:val="20"/>
        </w:rPr>
        <w:t>1:22:07  yani quran jo hai, wo islam ki ideology batata hai, rasool allah model hain. rasool allah ko dekh kar ke hum jante hain, jaan paate hain ke islam par kaise chala jaye.</w:t>
      </w:r>
      <w:r>
        <w:br/>
      </w:r>
      <w:r>
        <w:rPr>
          <w:sz w:val="20"/>
        </w:rPr>
        <w:t>1:22:21  aur isi tareeqe se sahaba model hain, kyunke sahaba ne direct taur par rasool allah seekha, direct taur par.</w:t>
      </w:r>
      <w:r>
        <w:br/>
      </w:r>
      <w:r>
        <w:rPr>
          <w:sz w:val="20"/>
        </w:rPr>
        <w:t>1:22:30  to asal model to rasool allah hue, asal model hai, lekin tawan, tawan matlab te se tawan, sahaba model hain.</w:t>
      </w:r>
      <w:r>
        <w:br/>
      </w:r>
      <w:r>
        <w:rPr>
          <w:sz w:val="20"/>
        </w:rPr>
        <w:t>1:22:41  is ke baad koi model nahi, is ke baad koi model nahi hai. asal model rasool allah hue, aur aur un ke, yani un ke direct taur par un se tarbiyat lene ki bina par sahaba model hue.</w:t>
      </w:r>
      <w:r>
        <w:br/>
      </w:r>
      <w:r>
        <w:rPr>
          <w:sz w:val="20"/>
        </w:rPr>
        <w:t>1:23:00  yeh to usooli baat hui. ab mein yeh kahunga ke jis ko in baaton ko janna hai, to pehle to wo quran ko padhe, arabi nahi janta to tarjuma padhe.</w:t>
      </w:r>
      <w:r>
        <w:br/>
      </w:r>
      <w:r>
        <w:rPr>
          <w:sz w:val="20"/>
        </w:rPr>
        <w:t>1:23:13  to seerah par jo kitaben hain, seerah par hazaron kitaben likhi gayi hain, hazaron kitaben likhi gayi hain. lekin agar kisi ek kitab ko mein recommend karun to mein kahunga ke wo seerah ibn kathir.</w:t>
      </w:r>
      <w:r>
        <w:br/>
      </w:r>
      <w:r>
        <w:rPr>
          <w:sz w:val="20"/>
        </w:rPr>
        <w:t>1:23:25  seerah ibn kathir jo hai, urdu mein bhi hai aur is ke tarjume bhi chhap chuke hain mukhtalif zubanon mein. to ek kitab agar mauqa hai aadmi ko padhne ka sirf to seerah ibn kathir padhen.</w:t>
      </w:r>
      <w:r>
        <w:br/>
      </w:r>
      <w:r>
        <w:rPr>
          <w:sz w:val="20"/>
        </w:rPr>
        <w:t>1:23:37  wo jo mere paas wo arabi mein hai, ghaliban char juldon mein hai. wo to aslan wo al-bidaya wa al-nihaya jo un ki bahut badi kitab hai, us ka hissa hai.</w:t>
      </w:r>
      <w:r>
        <w:br/>
      </w:r>
      <w:r>
        <w:rPr>
          <w:sz w:val="20"/>
        </w:rPr>
        <w:t>1:23:49  wo yani ibn kathir bahut bade aalim the, unhon ne islam ki tareekh likhi hai. is tareekh ka ek hissa wo hai jo rasool allah se mutalliq hai, us ko alag kar ke chhap diya gaya hai, isi ka naam hai seerah ibn kathir.</w:t>
      </w:r>
      <w:r>
        <w:br/>
      </w:r>
      <w:r>
        <w:rPr>
          <w:sz w:val="20"/>
        </w:rPr>
        <w:t>1:24:05  sahaba ke bare mein jahan tak hai, bahut sari kitaben likhi gayi hain, bahut sari kitaben, lekin mere khayal se best kitab jo hai, wo maulana yusuf sahib ki hai, jis ka naam hai hayat al-sahaba.</w:t>
      </w:r>
      <w:r>
        <w:br/>
      </w:r>
      <w:r>
        <w:rPr>
          <w:sz w:val="20"/>
        </w:rPr>
        <w:t>1:24:17  yeh kitab bhi dekhen, arabi mein bhi hai, is ke tarjume bhi chhap chuke hain. to mein yeh kahunga ke jis ko ke mauqa ho to poori library padh sakta hai wo, lekin jis ko mauqa na ho to itna padhe wo</w:t>
      </w:r>
      <w:r>
        <w:br/>
      </w:r>
      <w:r>
        <w:rPr>
          <w:sz w:val="20"/>
        </w:rPr>
        <w:t>1:24:32  , yani quran ko padhe aur seerah ibn kathir ko padhe. hadithon ke liye wo mishkat ko padhe, mishkat al-masabih ko padhe, wo bhi tarjume maujood hain is ke.</w:t>
      </w:r>
      <w:r>
        <w:br/>
      </w:r>
      <w:r>
        <w:rPr>
          <w:sz w:val="20"/>
        </w:rPr>
        <w:t>1:24:43  aur phir sahaba ke liye woh hayat us sahaba ko parhe, phir us ko islam ki poori tasweer samne aa jaye gi, poori tasweer is ke samne aa jaye gi, nazri bhi, amli bhi.</w:t>
      </w:r>
    </w:p>
    <w:p>
      <w:pPr>
        <w:pStyle w:val="Heading2"/>
      </w:pPr>
      <w:r>
        <w:t>How to stay positive amidst constant distractions?</w:t>
      </w:r>
    </w:p>
    <w:p>
      <w:r>
        <w:rPr>
          <w:color w:val="666666"/>
          <w:sz w:val="18"/>
        </w:rPr>
        <w:t>Life &amp; Wisdom · The Power of Remembering God Often September 26, 2010 · 7m 37s · at 59:53 · https://youtu.be/GMmwEr7Wt80?t=3593</w:t>
      </w:r>
    </w:p>
    <w:p>
      <w:r>
        <w:rPr>
          <w:i/>
        </w:rPr>
        <w:t>“How can I protect myself from distractions? I live in a place where there is constant musical noise, useless talk, and someone always eavesdropping at my door. How can I maintain a positive personality in this environment?”</w:t>
      </w:r>
    </w:p>
    <w:p>
      <w:r>
        <w:rPr>
          <w:sz w:val="20"/>
        </w:rPr>
        <w:t>59:53  maulana, yeh sawaal miss nozd bano ne kiya hai, mo madhya pradesh se. unhone likha hai keh khud ko distraction se kaise bachaya jaaye?</w:t>
      </w:r>
      <w:r>
        <w:br/>
      </w:r>
      <w:r>
        <w:rPr>
          <w:sz w:val="20"/>
        </w:rPr>
        <w:t>1:00:06  jis jagah aap reh rahe hon, ek dwa deewar bhar ka faasla ho, wahaan har waqt musical shor ho, fazool guftagu ho, aur har waqt koi aap ke darwaaze se kaan lagaaye rehta ho keh aap kya baatein kar rahe hain?</w:t>
      </w:r>
      <w:r>
        <w:br/>
      </w:r>
      <w:r>
        <w:rPr>
          <w:sz w:val="20"/>
        </w:rPr>
        <w:t>1:00:24  rehnnumai karein, main is in baaton ko bahut bura samajhti hoon. mujhe kya karna chahiye? main is mein, main is mahaul mein positive personality mein kaise rahoon?</w:t>
      </w:r>
      <w:r>
        <w:br/>
      </w:r>
      <w:r>
        <w:rPr>
          <w:sz w:val="20"/>
        </w:rPr>
        <w:t>1:00:38  dekhein, yeh kisi ek aadmi ki baat nahi, hum sab ki baat hai, hum sab ki baat hai.</w:t>
      </w:r>
      <w:r>
        <w:br/>
      </w:r>
      <w:r>
        <w:rPr>
          <w:sz w:val="20"/>
        </w:rPr>
        <w:t>1:00:47  jaise keh main dekhiye, yahaan par mera jo residence hai, us ke saamne lambi balcony hai, wahaan baithta hoon.</w:t>
      </w:r>
      <w:r>
        <w:br/>
      </w:r>
      <w:r>
        <w:rPr>
          <w:sz w:val="20"/>
        </w:rPr>
        <w:t>1:00:57  mujhe bahut achha lagta hai, wahaan mera spiritual tree hai, wahaan suraj chamakta hai, aasmaan aur hawaayein aur chidiyaan, yeh sab manaazir hon.</w:t>
      </w:r>
      <w:r>
        <w:br/>
      </w:r>
      <w:r>
        <w:rPr>
          <w:sz w:val="20"/>
        </w:rPr>
        <w:t>1:01:08  main bada achha lagta hai jaise keh khuda ke pados mein main hoon. itne mein ek gaadi aayegi aur tez horn bajaati hai, guzar jaayegi.</w:t>
      </w:r>
      <w:r>
        <w:br/>
      </w:r>
      <w:r>
        <w:rPr>
          <w:sz w:val="20"/>
        </w:rPr>
        <w:t>1:01:20  itne mein ek aadmi aayega aur zor zor se mobile par baat karta hoga.</w:t>
      </w:r>
      <w:r>
        <w:br/>
      </w:r>
      <w:r>
        <w:rPr>
          <w:sz w:val="20"/>
        </w:rPr>
        <w:t>1:01:28  is tarah ke waaqeaat har waqt pesh aate hain.</w:t>
      </w:r>
      <w:r>
        <w:br/>
      </w:r>
      <w:r>
        <w:rPr>
          <w:sz w:val="20"/>
        </w:rPr>
        <w:t>1:01:35  to main is se pehle disturb hota tha, ab Allah ke fazl se main disturb nahi hota.</w:t>
      </w:r>
      <w:r>
        <w:br/>
      </w:r>
      <w:r>
        <w:rPr>
          <w:sz w:val="20"/>
        </w:rPr>
        <w:t>1:01:46  is liye kyun? is ko main opportunity ke taur par lene laga.</w:t>
      </w:r>
      <w:r>
        <w:br/>
      </w:r>
      <w:r>
        <w:rPr>
          <w:sz w:val="20"/>
        </w:rPr>
        <w:t>1:01:50  pehley main leta tha is ko problem ke taur par, samsya ke taur par. ab main lene laga is ko opportunity ke taur par. woh kya?</w:t>
      </w:r>
      <w:r>
        <w:br/>
      </w:r>
      <w:r>
        <w:rPr>
          <w:sz w:val="20"/>
        </w:rPr>
        <w:t>1:02:02  main ne kaha keh yahi to woh mahaul hai jis mein mujhe stand karna hai, tabhi to jannat milegi? khuda pukaarega keh woh insaan kahan hai</w:t>
      </w:r>
      <w:r>
        <w:br/>
      </w:r>
      <w:r>
        <w:rPr>
          <w:sz w:val="20"/>
        </w:rPr>
        <w:t>1:02:16  jo shor sun kar bhi disturb nahi hue,</w:t>
      </w:r>
      <w:r>
        <w:br/>
      </w:r>
      <w:r>
        <w:rPr>
          <w:sz w:val="20"/>
        </w:rPr>
        <w:t>1:02:21  jo gaaliyan sun kar ke bhi jin ke dil mein mail nahi aaya, jo negative tajurbaat ke baad beech mein woh positive bane rahe?</w:t>
      </w:r>
      <w:r>
        <w:br/>
      </w:r>
      <w:r>
        <w:rPr>
          <w:sz w:val="20"/>
        </w:rPr>
        <w:t>1:02:30  kahan hai woh insaan</w:t>
      </w:r>
      <w:r>
        <w:br/>
      </w:r>
      <w:r>
        <w:rPr>
          <w:sz w:val="20"/>
        </w:rPr>
        <w:t>1:02:34  jin ko maine dala tha kaaton mein? woh phool ban kar rahe. kahan hai woh insaan? lao mere paas, bithao un ko.</w:t>
      </w:r>
      <w:r>
        <w:br/>
      </w:r>
      <w:r>
        <w:rPr>
          <w:sz w:val="20"/>
        </w:rPr>
        <w:t>1:02:45  tab se mujhe sukoon aa gaya</w:t>
      </w:r>
      <w:r>
        <w:br/>
      </w:r>
      <w:r>
        <w:rPr>
          <w:sz w:val="20"/>
        </w:rPr>
        <w:t>1:02:49  ke yahi to woh, yahi to haalaat hain jo mere liye, mujhe woh mauqa dete hain, woh opportunity dete hain ke main apne ko prove kar sakoon ke khudaaya mujhe bhi select kar le is majlis ke liye.</w:t>
      </w:r>
      <w:r>
        <w:br/>
      </w:r>
      <w:r>
        <w:rPr>
          <w:sz w:val="20"/>
        </w:rPr>
        <w:t>1:03:07  yeh to opportunity hai, opportunity hai, opportunity hai. yaad rakhiye,</w:t>
      </w:r>
      <w:r>
        <w:br/>
      </w:r>
      <w:r>
        <w:rPr>
          <w:sz w:val="20"/>
        </w:rPr>
        <w:t>1:03:12  agar yeh na ho to is mani hai ke aap jannat ka, yaani kaise saabit karein ke aap jannat ke deserve karte hain?</w:t>
      </w:r>
      <w:r>
        <w:br/>
      </w:r>
      <w:r>
        <w:rPr>
          <w:sz w:val="20"/>
        </w:rPr>
        <w:t>1:03:24  kaise aap saabit karenge ke aap jannat ke deserve karte hain? kaise farishte gawahi denge? kaise aap ke liye farishte gawahi denge?</w:t>
      </w:r>
      <w:r>
        <w:br/>
      </w:r>
      <w:r>
        <w:rPr>
          <w:sz w:val="20"/>
        </w:rPr>
        <w:t>1:03:33  Allah taala kis tarah hai? to khuda yeh woh banda hai jo deserve karta hai jannat ke liye.</w:t>
      </w:r>
      <w:r>
        <w:br/>
      </w:r>
      <w:r>
        <w:rPr>
          <w:sz w:val="20"/>
        </w:rPr>
        <w:t>1:03:42  yahi to, yahi to baat hai. har waqt hamare aas paas farishte hain, watch kar rahe hain hum ko, aur woh khuda ke haan gawahi dene wale hain.</w:t>
      </w:r>
      <w:r>
        <w:br/>
      </w:r>
      <w:r>
        <w:rPr>
          <w:sz w:val="20"/>
        </w:rPr>
        <w:t>1:03:52  woh kahein, khuda yeh woh banda hai, unique banda, unique banda</w:t>
      </w:r>
      <w:r>
        <w:br/>
      </w:r>
      <w:r>
        <w:rPr>
          <w:sz w:val="20"/>
        </w:rPr>
        <w:t>1:04:00  jisko teri yaad ne shaitan ki yaad bhula di.</w:t>
      </w:r>
      <w:r>
        <w:br/>
      </w:r>
      <w:r>
        <w:rPr>
          <w:sz w:val="20"/>
        </w:rPr>
        <w:t>1:04:04  jannat ke hirs mein jo kaaton ko bhool bhool gaya,</w:t>
      </w:r>
      <w:r>
        <w:br/>
      </w:r>
      <w:r>
        <w:rPr>
          <w:sz w:val="20"/>
        </w:rPr>
        <w:t>1:04:12  jis ne negativity ko positivity mein convert kiya, kya jannat free mil jayegi? aap samajhte hain jannat ki koi price deni padegi?</w:t>
      </w:r>
      <w:r>
        <w:br/>
      </w:r>
      <w:r>
        <w:rPr>
          <w:sz w:val="20"/>
        </w:rPr>
        <w:t>1:04:25  quran mein hai, zaalika jaza mun-tazaka. jannat milegi purified soul ke liye.</w:t>
      </w:r>
      <w:r>
        <w:br/>
      </w:r>
      <w:r>
        <w:rPr>
          <w:sz w:val="20"/>
        </w:rPr>
        <w:t>1:04:32  to soul ko purify karna kab hota hai? jab pollution ho, jab gandagi ho, tabhi to purify karna hai.</w:t>
      </w:r>
      <w:r>
        <w:br/>
      </w:r>
      <w:r>
        <w:rPr>
          <w:sz w:val="20"/>
        </w:rPr>
        <w:t>1:04:43  kya phool ko bhi aap purify kar sakte hain? phool ko kya purify karenge aap?</w:t>
      </w:r>
      <w:r>
        <w:br/>
      </w:r>
      <w:r>
        <w:rPr>
          <w:sz w:val="20"/>
        </w:rPr>
        <w:t>1:04:52  to yaad rakhiye, jin jin log shikayat karte hain, un ko bator opportunity ko discover kijiye. aap</w:t>
      </w:r>
      <w:r>
        <w:br/>
      </w:r>
      <w:r>
        <w:rPr>
          <w:sz w:val="20"/>
        </w:rPr>
        <w:t>1:05:01  woh shikayaton mein jiyenge, shikayaton mein marenge, aur jannat ki khushboo hi nahi milegi aap ko. khushboo, khushboo bhi nahi milne wali hai. yaad rakhiye, jin cheezon ko aap shikayat ke khaane mein daale hue hain,</w:t>
      </w:r>
      <w:r>
        <w:br/>
      </w:r>
      <w:r>
        <w:rPr>
          <w:sz w:val="20"/>
        </w:rPr>
        <w:t>1:05:14  us ko opportunity ke khaane mein daaliye.</w:t>
      </w:r>
      <w:r>
        <w:br/>
      </w:r>
      <w:r>
        <w:rPr>
          <w:sz w:val="20"/>
        </w:rPr>
        <w:t>1:05:20  opportunity ke khaane mein daaliye.</w:t>
      </w:r>
      <w:r>
        <w:br/>
      </w:r>
      <w:r>
        <w:rPr>
          <w:sz w:val="20"/>
        </w:rPr>
        <w:t>1:05:28  ek aadmi ek America gaye, wahan parhai wadhai ki. unhone wahan chhe degree li, unhone phir woh India aa gaye. to mujh se mile, woh</w:t>
      </w:r>
      <w:r>
        <w:br/>
      </w:r>
      <w:r>
        <w:rPr>
          <w:sz w:val="20"/>
        </w:rPr>
        <w:t>1:05:41  ek naujawan the. to kaha ke yahan main aaya hoon wapas. to har aadmi kehta hai ke tum yahan kyun aaye? India mein yahan kaun sa scope hai tumhare liye?</w:t>
      </w:r>
      <w:r>
        <w:br/>
      </w:r>
      <w:r>
        <w:rPr>
          <w:sz w:val="20"/>
        </w:rPr>
        <w:t>1:05:52  America chhod kar tum India mein aa gaye, yahan kahan scope hai?</w:t>
      </w:r>
      <w:r>
        <w:br/>
      </w:r>
      <w:r>
        <w:rPr>
          <w:sz w:val="20"/>
        </w:rPr>
        <w:t>1:05:57  to mein ne kaha ke iskoop nahi hai, tabhi to iskoop hai. aap iskoop na hona bhi aik iskoop hai.</w:t>
      </w:r>
      <w:r>
        <w:br/>
      </w:r>
      <w:r>
        <w:rPr>
          <w:sz w:val="20"/>
        </w:rPr>
        <w:t>1:06:07  woh kaise? bohat aasani se wahan aap dollar kama lete, aur aap animal ke animal rehte. aap amreeka mein aap earning animal bane rehte, earning animal.</w:t>
      </w:r>
      <w:r>
        <w:br/>
      </w:r>
      <w:r>
        <w:rPr>
          <w:sz w:val="20"/>
        </w:rPr>
        <w:t>1:06:18  koi experience nahi, koi seekh nahi, koi learning nahi.</w:t>
      </w:r>
      <w:r>
        <w:br/>
      </w:r>
      <w:r>
        <w:rPr>
          <w:sz w:val="20"/>
        </w:rPr>
        <w:t>1:06:23  yahan to qadam qadam par learning hai, qadam ko to seekh hai, qadam par to experience hai. mein 13 baar gaya amreeka mein, kaha sab ke sab wahan earning animal bane hue hain.</w:t>
      </w:r>
      <w:r>
        <w:br/>
      </w:r>
      <w:r>
        <w:rPr>
          <w:sz w:val="20"/>
        </w:rPr>
        <w:t>1:06:34  animal, animal, animal. koi wisdom nahi, koi high thinking nahi. kyun? aaram se kaam aate hain, aaram se dollar mil jata hai in ko.</w:t>
      </w:r>
      <w:r>
        <w:br/>
      </w:r>
      <w:r>
        <w:rPr>
          <w:sz w:val="20"/>
        </w:rPr>
        <w:t>1:06:44  lekin jab halaat ke mein aap ko dala jaye, sangharsh karna pare aap ko, to aap ko aik bohat bari cheez milti hai jo dollar se bhi bari hai.</w:t>
      </w:r>
      <w:r>
        <w:br/>
      </w:r>
      <w:r>
        <w:rPr>
          <w:sz w:val="20"/>
        </w:rPr>
        <w:t>1:06:55  dollar se bhi bari hai woh, woh experience, woh anubhav. to kaise log hain jo shikayatein karte hain?</w:t>
      </w:r>
      <w:r>
        <w:br/>
      </w:r>
      <w:r>
        <w:rPr>
          <w:sz w:val="20"/>
        </w:rPr>
        <w:t>1:07:04  wohi shikayatein hi to opportunity hain, wohi shikayatein hi to jannat ke ticket hain.</w:t>
      </w:r>
      <w:r>
        <w:br/>
      </w:r>
      <w:r>
        <w:rPr>
          <w:sz w:val="20"/>
        </w:rPr>
        <w:t>1:07:12  beh-haal, mein kahunga ke aap sab logon ko rethink karna chahiye, revise karna chahiye, muhasba karna chahiye, aur phir se discover karna chahiye sachai ko.</w:t>
      </w:r>
      <w:r>
        <w:br/>
      </w:r>
      <w:r>
        <w:rPr>
          <w:sz w:val="20"/>
        </w:rPr>
        <w:t>1:07:25  shikayaton se kuch nahi hone wala hai.</w:t>
      </w:r>
    </w:p>
    <w:p>
      <w:pPr>
        <w:pStyle w:val="Heading2"/>
      </w:pPr>
      <w:r>
        <w:t>How to think positive in negative institutions?</w:t>
      </w:r>
    </w:p>
    <w:p>
      <w:r>
        <w:rPr>
          <w:color w:val="666666"/>
          <w:sz w:val="18"/>
        </w:rPr>
        <w:t>Life &amp; Wisdom · The Art of Thinking January 28, 2024 · 12m 16s · at 26:22 · https://youtu.be/lpUsTrs0ulo?t=1582</w:t>
      </w:r>
    </w:p>
    <w:p>
      <w:r>
        <w:rPr>
          <w:i/>
        </w:rPr>
        <w:t>“How can we think positive for such a negative situation which is very obvious in our institutions?”</w:t>
      </w:r>
    </w:p>
    <w:p>
      <w:r>
        <w:rPr>
          <w:sz w:val="20"/>
        </w:rPr>
        <w:t>26:22  Miss Bushra Patauli Hyderabad Pakistan se apa. Un ka comment bhi hai aur ek sawal bhi hai. Un ka comment ye hai: "Unhon ne likha hai some phenomena we watch throughout our life, for example our politicians and elites who are exploiting the weak and the poor." Un ka phir sawal hai apa ke how can we think positive for such a negative situation which is very obvious in our institutions</w:t>
      </w:r>
      <w:r>
        <w:br/>
      </w:r>
      <w:r>
        <w:rPr>
          <w:sz w:val="20"/>
        </w:rPr>
        <w:t>26:51  institutions is ke bare mein batayein. Maulana yahi kehte the ke result dekhna chahiye. Ji, hamara har action result oriented hona chahiye.</w:t>
      </w:r>
      <w:r>
        <w:br/>
      </w:r>
      <w:r>
        <w:rPr>
          <w:sz w:val="20"/>
        </w:rPr>
        <w:t>27:02  to ye to sare tajrube mujhe bhi ho chuke hain. Ji, ke ye sab hota hai institutions mein. log ek doosre ke khilaf hote hain aur tarah tarah se pareshan karte hain.</w:t>
      </w:r>
      <w:r>
        <w:br/>
      </w:r>
      <w:r>
        <w:rPr>
          <w:sz w:val="20"/>
        </w:rPr>
        <w:t>27:14  to wahan par humein</w:t>
      </w:r>
      <w:r>
        <w:br/>
      </w:r>
      <w:r>
        <w:rPr>
          <w:sz w:val="20"/>
        </w:rPr>
        <w:t>27:19  positive planning karna chahiye.</w:t>
      </w:r>
      <w:r>
        <w:br/>
      </w:r>
      <w:r>
        <w:rPr>
          <w:sz w:val="20"/>
        </w:rPr>
        <w:t>27:23  to hum agar isi waqt, agar hum foran baghair soche samjhe jawab dene lag jayen ge na, to wo baat aur badhti hai. Ji, balkeh soch samajh ke agar hum kaam karein to humein koi achha is ka solution samajh mein aa jata hai.</w:t>
      </w:r>
      <w:r>
        <w:br/>
      </w:r>
      <w:r>
        <w:rPr>
          <w:sz w:val="20"/>
        </w:rPr>
        <w:t>27:38  hum kisi khaas mauqe par is ki madad kar dein to wo, wo, wo bhi bohat kaam aata hai. aur, aur ye mere sath to bohat bar bar hua hai.</w:t>
      </w:r>
      <w:r>
        <w:br/>
      </w:r>
      <w:r>
        <w:rPr>
          <w:sz w:val="20"/>
        </w:rPr>
        <w:t>27:49  bahut sakht sakht logon ne kuch keh diya lekin foran maine jawab nahi diya. baad mein woh log ko khud hi agar hum jawab na dein na, to baad mein khud hi unko realize hota hai.</w:t>
      </w:r>
      <w:r>
        <w:br/>
      </w:r>
      <w:r>
        <w:rPr>
          <w:sz w:val="20"/>
        </w:rPr>
        <w:t>28:01  kyunke har insan ke andar to consciousness hai aur woh consciousness jo hai, woh jab awaken hota hai to usko khud ehsaas ho jata hai ke ghalti uski thi.</w:t>
      </w:r>
      <w:r>
        <w:br/>
      </w:r>
      <w:r>
        <w:rPr>
          <w:sz w:val="20"/>
        </w:rPr>
        <w:t>28:13  ji, hamari ghalti nahi thi.</w:t>
      </w:r>
      <w:r>
        <w:br/>
      </w:r>
      <w:r>
        <w:rPr>
          <w:sz w:val="20"/>
        </w:rPr>
        <w:t>28:15  to woh asal mein kya hai ke jaisa mauqa ho, usi waise hi samajhna padega kya mauqa hai. ji, wahan usko kis tareeqe se hal kiya jaye.</w:t>
      </w:r>
      <w:r>
        <w:br/>
      </w:r>
      <w:r>
        <w:rPr>
          <w:sz w:val="20"/>
        </w:rPr>
        <w:t>28:25  ji, to to is tareeqe se hum, hum, main kai baar hum koi khaas madad kar diya. kisi ko koi kitaab chahiye, kisi ko aur koi cheez chahiye to hum acche taalluqaat bhi bana ke rakhna chahiye</w:t>
      </w:r>
      <w:r>
        <w:br/>
      </w:r>
      <w:r>
        <w:rPr>
          <w:sz w:val="20"/>
        </w:rPr>
        <w:t>28:38  ek doosre se. jaise hum, jaise hum apne ghar walon ki madad karte hain, waise hi jahan hum kaam karte hain, wahan par hamara saara time wahan guzarta hai.</w:t>
      </w:r>
      <w:r>
        <w:br/>
      </w:r>
      <w:r>
        <w:rPr>
          <w:sz w:val="20"/>
        </w:rPr>
        <w:t>28:47  to wahan bhi hamein ek doosre ki madad karna chahiye. students hain, unko humne kitaabein dete hain, hum unko har tarah se hum madad karte hain unki.</w:t>
      </w:r>
      <w:r>
        <w:br/>
      </w:r>
      <w:r>
        <w:rPr>
          <w:sz w:val="20"/>
        </w:rPr>
        <w:t>28:56  to woh sab hamare, hum, hamein bahut zyada hamara khayal rakhte hain. woh bhi to yeh do tarafah hog</w:t>
      </w:r>
      <w:r>
        <w:br/>
      </w:r>
      <w:r>
        <w:rPr>
          <w:sz w:val="20"/>
        </w:rPr>
        <w:t>29:05  a. agar hum chahein ke sirf hamari log, hum, hum se log acche tareeqe se rahein aur hum unke liye kuch na karein to yeh, yeh possible nahi hai, practical nahi hai.</w:t>
      </w:r>
      <w:r>
        <w:br/>
      </w:r>
      <w:r>
        <w:rPr>
          <w:sz w:val="20"/>
        </w:rPr>
        <w:t>29:15  ji, aur apa ek cheez aur bhi hai ke Maulana sahib aisi situations ko le ke yeh bhi kaha karte the ke aap apne ko negativity se b</w:t>
      </w:r>
      <w:r>
        <w:br/>
      </w:r>
      <w:r>
        <w:rPr>
          <w:sz w:val="20"/>
        </w:rPr>
        <w:t>29:25  achaiye. matlab jaise agar saamne wala corrupt hai, evil hai to we have to understand that this is because of the creation plan of God ke Khuda ne sab ko ek freedom di hai.</w:t>
      </w:r>
      <w:r>
        <w:br/>
      </w:r>
      <w:r>
        <w:rPr>
          <w:sz w:val="20"/>
        </w:rPr>
        <w:t>29:36  Now some people will definitely misuse their freedom and there will be some people who will use their freedom rightly. to jab aap aisi situation dekhte hain to aap frustration mein ya hopeless ness mein ya negativity mein na parein.</w:t>
      </w:r>
      <w:r>
        <w:br/>
      </w:r>
      <w:r>
        <w:rPr>
          <w:sz w:val="20"/>
        </w:rPr>
        <w:t>29:51  aap apne aap ko b</w:t>
      </w:r>
      <w:r>
        <w:br/>
      </w:r>
      <w:r>
        <w:rPr>
          <w:sz w:val="20"/>
        </w:rPr>
        <w:t>29:52  achaiye. to woh bahut insist karte the ke save yourself and we can at least lead our lives with the highest ethical conduct, good behavior, good speech, good words.</w:t>
      </w:r>
      <w:r>
        <w:br/>
      </w:r>
      <w:r>
        <w:rPr>
          <w:sz w:val="20"/>
        </w:rPr>
        <w:t>30:04  hazrat Aisha bhi apa kehti thi ke prophet hamesha emphasize karte the good words ko ke woh kaha karte the ke if you speak good words then it is sealed till the day of judgment.</w:t>
      </w:r>
      <w:r>
        <w:br/>
      </w:r>
      <w:r>
        <w:rPr>
          <w:sz w:val="20"/>
        </w:rPr>
        <w:t>30:16  to yeh situations to aayengi</w:t>
      </w:r>
      <w:r>
        <w:br/>
      </w:r>
      <w:r>
        <w:rPr>
          <w:sz w:val="20"/>
        </w:rPr>
        <w:t>30:19  aayengi. hamein bas yeh dekhna hai ke hum apne aap ko kaise bachayein aisi negativity se aur aisi situation se. ye maine bahut dekha hai. ji, ke jo log jo hain, jo is is ko solution unke paas, jis ke paas nahi hai, yeh baat creation plan wali baat nahi samajhte hain.</w:t>
      </w:r>
      <w:r>
        <w:br/>
      </w:r>
      <w:r>
        <w:rPr>
          <w:sz w:val="20"/>
        </w:rPr>
        <w:t>30:38  ji, to woh bhid jaate hain. haan,</w:t>
      </w:r>
      <w:r>
        <w:br/>
      </w:r>
      <w:r>
        <w:rPr>
          <w:sz w:val="20"/>
        </w:rPr>
        <w:t>30:40  to ek sahiba to itna zyada tension mein rehti thi, itna zyada tension mein rehti thi ke baqayda bimar ho gayi aur bahut jald unka inteqal ho gaya.</w:t>
      </w:r>
      <w:r>
        <w:br/>
      </w:r>
      <w:r>
        <w:rPr>
          <w:sz w:val="20"/>
        </w:rPr>
        <w:t>30:51  wo tension mein itna zyada unko rehta tha. to main to tension mein rehti hi nahi thi. main sochti thi ke yeh to creation plan jo Maulana ne bata diya hai na, us se saare masle hal ho jaate hain.</w:t>
      </w:r>
      <w:r>
        <w:br/>
      </w:r>
      <w:r>
        <w:rPr>
          <w:sz w:val="20"/>
        </w:rPr>
        <w:t>31:03  ji, ke unki azaadi Allah taala ne di hai aur woh azaadi ka misuse kar rahe</w:t>
      </w:r>
      <w:r>
        <w:br/>
      </w:r>
      <w:r>
        <w:rPr>
          <w:sz w:val="20"/>
        </w:rPr>
        <w:t>31:08  hain. to hum jo hai un un ko kyun blame dein? accha, apa is mein ek hikmat yeh bhi hai. Maulana sahib kehte the ke is liye bhi negativity mein nahi padna chahiye.</w:t>
      </w:r>
      <w:r>
        <w:br/>
      </w:r>
      <w:r>
        <w:rPr>
          <w:sz w:val="20"/>
        </w:rPr>
        <w:t>31:20  wo kehte the ke main ek iota of negativity bardasht nahi kar sakta. kyunke jaise hi aap ke andar negativity aayi, aap ke andar se creativity exit kar gayi.</w:t>
      </w:r>
      <w:r>
        <w:br/>
      </w:r>
      <w:r>
        <w:rPr>
          <w:sz w:val="20"/>
        </w:rPr>
        <w:t>31:32  And a creative mind can only work to its full potential when it is always positive.</w:t>
      </w:r>
      <w:r>
        <w:br/>
      </w:r>
      <w:r>
        <w:rPr>
          <w:sz w:val="20"/>
        </w:rPr>
        <w:t>31:38  So he used to say that do not allow negativity or doubt enter your mind and spoil your thought process.</w:t>
      </w:r>
      <w:r>
        <w:br/>
      </w:r>
      <w:r>
        <w:rPr>
          <w:sz w:val="20"/>
        </w:rPr>
        <w:t>31:47  to yeh bhi aik bohat important aspect hai aap ka. aur yeh bhi kehte thay ke agar hum negative hue to jitni dair hum negative rahengay, utni dair hum Khuda ka shukr ada nahi kar rahay hain. to woh kehte thay ke mein shukr ka erosion aik lamhay ke liye bhi bardasht nahi kar sakta.</w:t>
      </w:r>
      <w:r>
        <w:br/>
      </w:r>
      <w:r>
        <w:rPr>
          <w:sz w:val="20"/>
        </w:rPr>
        <w:t>32:06  ab negative honge to shukr kaise ada karengay? to hum to ghassay mein rahengay. ji, to yeh bhi hai. ji, jazak Allah aap ka. apa jaise aap ne generalization ke baray mein bataya, dichotomous thinking ke baray mein bataya, hum dekhte hain ke zindagi mein har mor pe there is a decision that needs to be taken.</w:t>
      </w:r>
      <w:r>
        <w:br/>
      </w:r>
      <w:r>
        <w:rPr>
          <w:sz w:val="20"/>
        </w:rPr>
        <w:t>32:24  there are problems, there are challenges, difficulties. at the same time, a person is required to view things analytically and crit</w:t>
      </w:r>
      <w:r>
        <w:br/>
      </w:r>
      <w:r>
        <w:rPr>
          <w:sz w:val="20"/>
        </w:rPr>
        <w:t>32:34  ically. lekin yeh tabhi ho sakta hai jab sound thinking us ke andar ho. sound thinking is very, very important. to apa, mein chahunga ke aap is ke baray mein bhi hamein batayein kaise develop kar sakte hain sound thinking aur why is it important to have sound thinking?</w:t>
      </w:r>
      <w:r>
        <w:br/>
      </w:r>
      <w:r>
        <w:rPr>
          <w:sz w:val="20"/>
        </w:rPr>
        <w:t>32:55  hum logon ko to Maulana ne itni zyada hammering ki ke jaise hum koi baat karte to hota hai na ke aadmi jo poori baat nahi batata hai ke daant par jaye gi, to is pe bhi bohat bohat naraz hotay thay.</w:t>
      </w:r>
      <w:r>
        <w:br/>
      </w:r>
      <w:r>
        <w:rPr>
          <w:sz w:val="20"/>
        </w:rPr>
        <w:t>33:13  kehte thay yeh indirect jhoot hai. baat poori hai as it is batao. to as it is thinking.</w:t>
      </w:r>
      <w:r>
        <w:br/>
      </w:r>
      <w:r>
        <w:rPr>
          <w:sz w:val="20"/>
        </w:rPr>
        <w:t>33:20  to is wajah se nahi to hum bhi nahi samajhte thay ke yeh as it is thinking kya hai, sound thinking kya hai. to lekin itna hum log darte thay ke as it is baat kahein warna woh itna zyada is mein question kar kar ke baat ko finally woh pakar hi letay thay.</w:t>
      </w:r>
      <w:r>
        <w:br/>
      </w:r>
      <w:r>
        <w:rPr>
          <w:sz w:val="20"/>
        </w:rPr>
        <w:t>33:37  agar hamare chupane se baat chupti nahi thi. ji, ji, scrutiny karte thay. haan, ji.</w:t>
      </w:r>
      <w:r>
        <w:br/>
      </w:r>
      <w:r>
        <w:rPr>
          <w:sz w:val="20"/>
        </w:rPr>
        <w:t>33:42  to phir woh jo hai is ki wajah se hum logon ko samajh mein aya ke kya cheez sochna kya cheez hota hai, kaise sochein, relevant aur irrelevant kya cheez hai.</w:t>
      </w:r>
      <w:r>
        <w:br/>
      </w:r>
      <w:r>
        <w:rPr>
          <w:sz w:val="20"/>
        </w:rPr>
        <w:t>33:54  ab hum kuch sawal kuch kiya hai, jawab kuch aur de rahay hain. kyunke hum relevant aur irrelevant ka farq nahi samajhte hain.</w:t>
      </w:r>
      <w:r>
        <w:br/>
      </w:r>
      <w:r>
        <w:rPr>
          <w:sz w:val="20"/>
        </w:rPr>
        <w:t>34:02  to misal ke tor par jaise kuch log kehte hain ke ab Quran utra hai, pandrah sau saal ho gaya, to ab naya zamana aa gaya, ab halaat badal gaye, to ab aik naya mazhab hona chahiye.</w:t>
      </w:r>
      <w:r>
        <w:br/>
      </w:r>
      <w:r>
        <w:rPr>
          <w:sz w:val="20"/>
        </w:rPr>
        <w:t>34:18  to is mein yeh is mein woh masla hai ke relevant aur irrelevant ka farq log nahi samajhte. kyunke Quran to book of principles hain, book of values hain.</w:t>
      </w:r>
      <w:r>
        <w:br/>
      </w:r>
      <w:r>
        <w:rPr>
          <w:sz w:val="20"/>
        </w:rPr>
        <w:t>34:31  ab misal ke tor par Khuda aik hai, to woh jo hazaron saal bhi ho jayengay to Khuda to aik hi rahega. to is mein koi naye mazhab ki zaroorat nahi hai.</w:t>
      </w:r>
      <w:r>
        <w:br/>
      </w:r>
      <w:r>
        <w:rPr>
          <w:sz w:val="20"/>
        </w:rPr>
        <w:t>34:40  aur jo waqti tor par jo kuch cheezein jo badalti hain zamanay ke lehaz se, us ke liye Islam mein ijtihad hai.</w:t>
      </w:r>
      <w:r>
        <w:br/>
      </w:r>
      <w:r>
        <w:rPr>
          <w:sz w:val="20"/>
        </w:rPr>
        <w:t>34:49  ijtihad ke zariye se hum in in usoolon ko le kar ke ab naye halaat ke mutabiq is ko hum apply kar sakte hain.</w:t>
      </w:r>
      <w:r>
        <w:br/>
      </w:r>
      <w:r>
        <w:rPr>
          <w:sz w:val="20"/>
        </w:rPr>
        <w:t>34:59  to misal ke tor par ab Quran mein aya hai ke oont haj karne ke liye log oont par ayein, oont par safar karein.</w:t>
      </w:r>
      <w:r>
        <w:br/>
      </w:r>
      <w:r>
        <w:rPr>
          <w:sz w:val="20"/>
        </w:rPr>
        <w:t>35:07  to ab zamana badal gaya, ab log kahengay oont pe kaise safar karein? itnay door door se log jo hain oont pe kaise jayengay?</w:t>
      </w:r>
      <w:r>
        <w:br/>
      </w:r>
      <w:r>
        <w:rPr>
          <w:sz w:val="20"/>
        </w:rPr>
        <w:t>35:16  to is ke liye hai. to is bhai isi tarah ke har mamlaat mein ijtihad hai ke ab jo zamana badal gaya hai, pehle pani ke jahaz se safar kiya jata tha, ab hawai jahaz se safar kiya jata hai.</w:t>
      </w:r>
      <w:r>
        <w:br/>
      </w:r>
      <w:r>
        <w:rPr>
          <w:sz w:val="20"/>
        </w:rPr>
        <w:t>35:30  to isi tarike se jaise jaraab hai, pehle zamanay mein chamray ke jaraab hotay thay, us pe masah kiya jata tha.</w:t>
      </w:r>
      <w:r>
        <w:br/>
      </w:r>
      <w:r>
        <w:rPr>
          <w:sz w:val="20"/>
        </w:rPr>
        <w:t>35:39  to woh wuzu ke tarike se kaam hota tha ke baar baar paon na dhona paray. to ab woh naye shauks</w:t>
      </w:r>
      <w:r>
        <w:br/>
      </w:r>
      <w:r>
        <w:rPr>
          <w:sz w:val="20"/>
        </w:rPr>
        <w:t>35:45  aaye, to ab is par is ijtihad ke zariye se unhon ne kaha yeh bhi theek hai, is pe bhi masah kiya ja sakta hai. to is tarike se choti choti batein, jaise qaid hai, qaid hai, ab pehle to qaid tha nahi, to ab larkiyan jo hain sath mein larkiyon bachon ke parh sakti hain ke nahi, yeh jo hai yeh sari choti choti cheezein hain, is par ijtihad hota hai.</w:t>
      </w:r>
      <w:r>
        <w:br/>
      </w:r>
      <w:r>
        <w:rPr>
          <w:sz w:val="20"/>
        </w:rPr>
        <w:t>36:09  aur har zamanay mein ulma aur fuqaha hotay hain, woh ijtihad karte</w:t>
      </w:r>
      <w:r>
        <w:br/>
      </w:r>
      <w:r>
        <w:rPr>
          <w:sz w:val="20"/>
        </w:rPr>
        <w:t>36:13  hain zamanay tabdeeli ke lehaz se. lekin jo moti moti batein hain, woh sari akhirat hai, Khuda ka khauf hai, Khuda se mohabbat hai, yeh sari cheezein to hamesha wahi rahengay, kitna bhi zamana badal jaye.</w:t>
      </w:r>
      <w:r>
        <w:br/>
      </w:r>
      <w:r>
        <w:rPr>
          <w:sz w:val="20"/>
        </w:rPr>
        <w:t>36:29  to yeh hai asal cheez. ab woh relevant aur irrelevant ka farq na samajhne se bohat baray baray nuqsanat uthate hain log</w:t>
      </w:r>
      <w:r>
        <w:br/>
      </w:r>
      <w:r>
        <w:rPr>
          <w:sz w:val="20"/>
        </w:rPr>
        <w:t>36:39  ۔ misal ke tor par yeh jo partition hua, to yahan par kuch masail thay, masail hamesha har jagah hotay hain. to unhon ne samjha ke land ko divide kar liya jaye ga, to sare masail khatam ho jayengay.</w:t>
      </w:r>
      <w:r>
        <w:br/>
      </w:r>
      <w:r>
        <w:rPr>
          <w:sz w:val="20"/>
        </w:rPr>
        <w:t>36:53  is hindu ek taraf ho jayenge, musalman ek taraf ho jayenge. to lekin woh masail aur zyada badh gaye. kyunke is tarike se masail thodi land se thodi masla hal hot</w:t>
      </w:r>
      <w:r>
        <w:br/>
      </w:r>
      <w:r>
        <w:rPr>
          <w:sz w:val="20"/>
        </w:rPr>
        <w:t>37:03  a hai. masla to jab hum individuals ko tayyar karen, unki islaah karen, unke andar yeh mizaj paida karen ke adjustment ka mizaj paida karen, tab masla hal hota hai.</w:t>
      </w:r>
      <w:r>
        <w:br/>
      </w:r>
      <w:r>
        <w:rPr>
          <w:sz w:val="20"/>
        </w:rPr>
        <w:t>37:19  to isi wajah se ke koi masla hal nahi hua aur masle badhte hi chale gaye.</w:t>
      </w:r>
      <w:r>
        <w:br/>
      </w:r>
      <w:r>
        <w:rPr>
          <w:sz w:val="20"/>
        </w:rPr>
        <w:t>37:26  to yeh jo hai bahut zyada zaroori hai ke hum apni soch ko sahi soch, sound soch, as it is soch, yeh hum develop karen aur is par zyada se zyada is par kaam karen.</w:t>
      </w:r>
      <w:r>
        <w:br/>
      </w:r>
      <w:r>
        <w:rPr>
          <w:sz w:val="20"/>
        </w:rPr>
        <w:t>37:41  kyunke yeh khud se nahi hota, is par kaam karna padega, is par mehnat karni padegi. is par jo hamare paas jo mazameen hain, usko</w:t>
      </w:r>
      <w:r>
        <w:br/>
      </w:r>
      <w:r>
        <w:rPr>
          <w:sz w:val="20"/>
        </w:rPr>
        <w:t>37:53  padhna padega. bahut sari kitabein hain English mein clear thinking par, usko padhna padega, tabhi hum baaton ko gehrai se samajh sakte hain.</w:t>
      </w:r>
      <w:r>
        <w:br/>
      </w:r>
      <w:r>
        <w:rPr>
          <w:sz w:val="20"/>
        </w:rPr>
        <w:t>38:03  ji, apa kuch comments padhna chahunga. yeh comment bheja hai Muhammad Asif Khan sahab ne Kanpur se, unhone likha hai: "Allah ke zikr se dilon ko sukoon milta hai.</w:t>
      </w:r>
      <w:r>
        <w:br/>
      </w:r>
      <w:r>
        <w:rPr>
          <w:sz w:val="20"/>
        </w:rPr>
        <w:t>38:15  jab hum Allah ki takhleeq mein ghore o fikr karte hain to dilon ko sukoon milta hai."</w:t>
      </w:r>
      <w:r>
        <w:br/>
      </w:r>
      <w:r>
        <w:rPr>
          <w:sz w:val="20"/>
        </w:rPr>
        <w:t>38:22  mujhe thinking ki importance ka andaza is baat se bahut hua. very effective topic, jazak Allah. Shah Hussain sahab ne Kashmir se likha hai: "Great conversation, Maulana sahab wud always lead us to act of right thinking</w:t>
      </w:r>
    </w:p>
    <w:p>
      <w:pPr>
        <w:pStyle w:val="Heading2"/>
      </w:pPr>
      <w:r>
        <w:t>Human Nature and Common Sense Equivalence</w:t>
      </w:r>
    </w:p>
    <w:p>
      <w:r>
        <w:rPr>
          <w:color w:val="666666"/>
          <w:sz w:val="18"/>
        </w:rPr>
        <w:t>Life &amp; Wisdom · Contemplation on The Quran December 16, 2018 Maulana Wahiduddin Khan · 6m 29s · at 49:14 · https://youtu.be/bSOe1_KKEYk?t=2954</w:t>
      </w:r>
    </w:p>
    <w:p>
      <w:r>
        <w:rPr>
          <w:i/>
        </w:rPr>
        <w:t>“What a thrilling point: feeling the presence of God itself is experiencing Paradise here. Moulana, my question is: can we say that human nature and common sense are the same thing? Please clarify this.”</w:t>
      </w:r>
    </w:p>
    <w:p>
      <w:r>
        <w:rPr>
          <w:sz w:val="20"/>
        </w:rPr>
        <w:t>49:14  molana, isi se milta julta agla sawal bheja hai miss shabana ansari ne pakistan se. unhon ne likha hai ke "what a thrilling point" feeling presence of god itself is experiencing the paradise here.</w:t>
      </w:r>
      <w:r>
        <w:br/>
      </w:r>
      <w:r>
        <w:rPr>
          <w:sz w:val="20"/>
        </w:rPr>
        <w:t>49:31  molana, my question is ke "can we say that insaan ki fitrat aur common sense aik hi cheez hai?" is ko wazeh karein.</w:t>
      </w:r>
      <w:r>
        <w:br/>
      </w:r>
      <w:r>
        <w:rPr>
          <w:sz w:val="20"/>
        </w:rPr>
        <w:t>49:40  koi shaq nahin, is mein koi shaq nahin. jo true nature hai, wahi to fitrat hai, kyun ke nature allah ki creation hai.</w:t>
      </w:r>
      <w:r>
        <w:br/>
      </w:r>
      <w:r>
        <w:rPr>
          <w:sz w:val="20"/>
        </w:rPr>
        <w:t>49:53  nature allah ki creation hai, to wahi to sab kuch hai. agar aap apne nature ko, apni fitrat ko yaani be ahmiyat rakhein,</w:t>
      </w:r>
      <w:r>
        <w:br/>
      </w:r>
      <w:r>
        <w:rPr>
          <w:sz w:val="20"/>
        </w:rPr>
        <w:t>50:09  us ko</w:t>
      </w:r>
      <w:r>
        <w:br/>
      </w:r>
      <w:r>
        <w:rPr>
          <w:sz w:val="20"/>
        </w:rPr>
        <w:t>50:14  amri se bachayein, to yahi to islam hai, wahi to sab kuch hai. ji, molana, agla comment bheja hai umar abad se umm ashad sahib ne.</w:t>
      </w:r>
      <w:r>
        <w:br/>
      </w:r>
      <w:r>
        <w:rPr>
          <w:sz w:val="20"/>
        </w:rPr>
        <w:t>50:27  unhon ne likha hai ke "ehsas ke sath jeenay ka saleeqa siwaye molana ke aur kisi aalim ne nahin diya aur na hi de sakta hai." jazak allah molana sahib.</w:t>
      </w:r>
      <w:r>
        <w:br/>
      </w:r>
      <w:r>
        <w:rPr>
          <w:sz w:val="20"/>
        </w:rPr>
        <w:t>50:41  nahin de sakta zaroor, yeh to yaani ke nahin de sakta, kyun ke main bhi insaan hoon, woh bhi insaan hai. molana, doctor naghma siddiqui ne dilli se likha hai: "thank you molana for showing us the real role of women in Islam.</w:t>
      </w:r>
      <w:r>
        <w:br/>
      </w:r>
      <w:r>
        <w:rPr>
          <w:sz w:val="20"/>
        </w:rPr>
        <w:t>50:58  only you have given muslim women a role in Islamic work." dekhiye, main waqea yeh hai ke main khawateen ka role islam mein, islam se murad jo muhammad salallaho alaihi wasallam hota hai nahin, balkeh jo bohat pehle se hota hai,</w:t>
      </w:r>
      <w:r>
        <w:br/>
      </w:r>
      <w:r>
        <w:rPr>
          <w:sz w:val="20"/>
        </w:rPr>
        <w:t>51:18  is mein un ka role number one samajhta hoon. dekhiye, main aik baat arz karta hoon, aap usay sochiye ke allah taala ne bohat paighambar bheje, jise quran mein kehte hain "tara".</w:t>
      </w:r>
      <w:r>
        <w:br/>
      </w:r>
      <w:r>
        <w:rPr>
          <w:sz w:val="20"/>
        </w:rPr>
        <w:t>51:34  tara lagataar bheje, lagataar bheje, lekin jo allah chahte the, jo inqilab mabni bar tauheed inqilab, yeh tha allah ka nishana,</w:t>
      </w:r>
      <w:r>
        <w:br/>
      </w:r>
      <w:r>
        <w:rPr>
          <w:sz w:val="20"/>
        </w:rPr>
        <w:t>51:51  woh nahin hota tha.</w:t>
      </w:r>
      <w:r>
        <w:br/>
      </w:r>
      <w:r>
        <w:rPr>
          <w:sz w:val="20"/>
        </w:rPr>
        <w:t>51:55  phir allah ne kya kiya? aik khatoon ko istemal kiya, hajra ko.</w:t>
      </w:r>
      <w:r>
        <w:br/>
      </w:r>
      <w:r>
        <w:rPr>
          <w:sz w:val="20"/>
        </w:rPr>
        <w:t>52:04  hajra ko un ke chote bete ismail, chote se thay, us ko le kar kaha ke tum desert mein bas jao aur aik aik aik aik sahrai qaum banao</w:t>
      </w:r>
      <w:r>
        <w:br/>
      </w:r>
      <w:r>
        <w:rPr>
          <w:sz w:val="20"/>
        </w:rPr>
        <w:t>52:21  jo condition se pak ho.</w:t>
      </w:r>
      <w:r>
        <w:br/>
      </w:r>
      <w:r>
        <w:rPr>
          <w:sz w:val="20"/>
        </w:rPr>
        <w:t>52:26  is khatoon ko le aaye, ko chhor diya hazrat ibrahim ne sehra mein aur chalay gaye. is khatoon ne poocha, yaani hazrat hajra ne ke hum ko is haale ke chhok jatay hain, pani bhi nahin, yahan kuch bhi nahin,</w:t>
      </w:r>
      <w:r>
        <w:br/>
      </w:r>
      <w:r>
        <w:rPr>
          <w:sz w:val="20"/>
        </w:rPr>
        <w:t>52:45  to kya allah ne aap ko is ka hukum diya hai?</w:t>
      </w:r>
      <w:r>
        <w:br/>
      </w:r>
      <w:r>
        <w:rPr>
          <w:sz w:val="20"/>
        </w:rPr>
        <w:t>52:55  to ibrahim kehte hain haan. to phir woh khatoon kya kehti hai? "idhn la azawna" phir Allah hum ko</w:t>
      </w:r>
      <w:r>
        <w:br/>
      </w:r>
      <w:r>
        <w:rPr>
          <w:sz w:val="20"/>
        </w:rPr>
        <w:t>53:11  zaya nahi karega. yeh laغو sahra hai, wahan pani bhi nahi hai, koi sabza bhi nahi hai, khane peene ki cheez bhi nahi hai, koi sar, koi sar par koi saya bhi nahi hai.</w:t>
      </w:r>
      <w:r>
        <w:br/>
      </w:r>
      <w:r>
        <w:rPr>
          <w:sz w:val="20"/>
        </w:rPr>
        <w:t>53:24  woh khatoon ne aise kaha, kahan se kaha? main apne bare mein apna kar ke sochta hoon ke agar main hota to meri zuban se aisa jumla na nikalta ke Khuda phir humein zaya nahi karega.</w:t>
      </w:r>
      <w:r>
        <w:br/>
      </w:r>
      <w:r>
        <w:rPr>
          <w:sz w:val="20"/>
        </w:rPr>
        <w:t>53:39  aur isi khatoon ki qurbani ki wajah se phir Rasool Allah paida hue, Sahaba paida hue, woh struggle wajood mein aayi jo Arab mein ki gayi,</w:t>
      </w:r>
      <w:r>
        <w:br/>
      </w:r>
      <w:r>
        <w:rPr>
          <w:sz w:val="20"/>
        </w:rPr>
        <w:t>53:54  jis se sans sajjitain khatam huin, tribal age khatam hua, shirk ka daur khatam hua. is ki is ki jar mein yeh khatoon hai, is ko ghor kijiye aap.</w:t>
      </w:r>
      <w:r>
        <w:br/>
      </w:r>
      <w:r>
        <w:rPr>
          <w:sz w:val="20"/>
        </w:rPr>
        <w:t>54:13  yeh jo hua ke tamam anbiya mard thay, mard jitne bhi nabi aaye, sab mard thay.</w:t>
      </w:r>
      <w:r>
        <w:br/>
      </w:r>
      <w:r>
        <w:rPr>
          <w:sz w:val="20"/>
        </w:rPr>
        <w:t>54:24  un mardon ne hazaron saal tak goosh karte rahe ke shirk khatam ho, na dohrae, lekin nahi hua.</w:t>
      </w:r>
      <w:r>
        <w:br/>
      </w:r>
      <w:r>
        <w:rPr>
          <w:sz w:val="20"/>
        </w:rPr>
        <w:t>54:36  Quran mein hai ke "ya hasrat alal badiya" mayati rasool Allah kano bhi yastadun ke nabiyon ka mazak uraya.</w:t>
      </w:r>
      <w:r>
        <w:br/>
      </w:r>
      <w:r>
        <w:rPr>
          <w:sz w:val="20"/>
        </w:rPr>
        <w:t>54:50  yeh sab mard mard hi to thay. phir woh daur aaya, naya daur, jab shirk khatam hua, tauheed qaim hui, shah sirajiyatein khatam huin.</w:t>
      </w:r>
      <w:r>
        <w:br/>
      </w:r>
      <w:r>
        <w:rPr>
          <w:sz w:val="20"/>
        </w:rPr>
        <w:t>55:03  to kis ke zariye se hua? is ki jar mein yaad rakhiye, Hajra, Hajra hai, Hajra.</w:t>
      </w:r>
      <w:r>
        <w:br/>
      </w:r>
      <w:r>
        <w:rPr>
          <w:sz w:val="20"/>
        </w:rPr>
        <w:t>55:14  to main to yahan tak sochta hoon ke Hajra na hotay to yeh deen na hota, hum aap na hotay.</w:t>
      </w:r>
      <w:r>
        <w:br/>
      </w:r>
      <w:r>
        <w:rPr>
          <w:sz w:val="20"/>
        </w:rPr>
        <w:t>55:25  woh log jo</w:t>
      </w:r>
      <w:r>
        <w:br/>
      </w:r>
      <w:r>
        <w:rPr>
          <w:sz w:val="20"/>
        </w:rPr>
        <w:t>55:29  is ko nahi mante, unhon ne na tareekh ko parha hai, na Islam ko parha hai, na apne aap ko parha hai.</w:t>
      </w:r>
    </w:p>
    <w:p>
      <w:pPr>
        <w:pStyle w:val="Heading2"/>
      </w:pPr>
      <w:r>
        <w:t>Importance of patience and gratitude</w:t>
      </w:r>
    </w:p>
    <w:p>
      <w:r>
        <w:rPr>
          <w:color w:val="666666"/>
          <w:sz w:val="18"/>
        </w:rPr>
        <w:t>Life &amp; Wisdom · Importance of Shukr (Thankfulness) July 24, 2022 · 20m 13s · at 35:24 · https://youtu.be/MgWNIv0k1sk?t=2124</w:t>
      </w:r>
    </w:p>
    <w:p>
      <w:r>
        <w:rPr>
          <w:i/>
        </w:rPr>
        <w:t>“Maulana used to say that if a person has the two qualities of sabr and shukr, then success can definitely be achieved. Can you explain the significance of sabr and shukr for success?”</w:t>
      </w:r>
    </w:p>
    <w:p>
      <w:r>
        <w:rPr>
          <w:sz w:val="20"/>
        </w:rPr>
        <w:t>35:24  maulana aksar woh big bird of the storm ka example bhi diya karte thay. apa, agla sawal lene se pehle comment parhna chahoon ga jo shafiq rehman sahib ne bheja hai pakistan se.</w:t>
      </w:r>
      <w:r>
        <w:br/>
      </w:r>
      <w:r>
        <w:rPr>
          <w:sz w:val="20"/>
        </w:rPr>
        <w:t>35:38  unhon ne likha hai "I am from Pakistan and really appreciate your efforts. May Allah bless us." alhamdulillah. apa, agla sawal basically mein sabr o shukr ke hawalay se poochna chahta hoon.</w:t>
      </w:r>
      <w:r>
        <w:br/>
      </w:r>
      <w:r>
        <w:rPr>
          <w:sz w:val="20"/>
        </w:rPr>
        <w:t>35:51  maulana yeh kehte thay ke sabr o shukr agar yeh do sifat insaan ke andar hon to kaamyaabi yaqeenan us ko haasil ho sakti hai.</w:t>
      </w:r>
      <w:r>
        <w:br/>
      </w:r>
      <w:r>
        <w:rPr>
          <w:sz w:val="20"/>
        </w:rPr>
        <w:t>36:00  matlab woh apni nakaami ko kaamyaabi mein tabdeel kar sakta hai.</w:t>
      </w:r>
      <w:r>
        <w:br/>
      </w:r>
      <w:r>
        <w:rPr>
          <w:sz w:val="20"/>
        </w:rPr>
        <w:t>36:04  to in do ke beech mein kya relation hai? is ko thora aur achay se aap wazeh kar dein.</w:t>
      </w:r>
      <w:r>
        <w:br/>
      </w:r>
      <w:r>
        <w:rPr>
          <w:sz w:val="20"/>
        </w:rPr>
        <w:t>36:11  jab bhi hum kisi mushkil haalaat mein par jayen to quran ki taleem ke mutabiq hamein sabr karna hai. kyunke sabr ki wajah se kya hota hai ke hamare andar negativity nahin paida hogi.</w:t>
      </w:r>
      <w:r>
        <w:br/>
      </w:r>
      <w:r>
        <w:rPr>
          <w:sz w:val="20"/>
        </w:rPr>
        <w:t>36:25  balkay hum sirf yeh sochen ge ke is maslay ka hal kya hai. aur hal aik nahin, das hal hotay hain. to is maslay ka ha</w:t>
      </w:r>
      <w:r>
        <w:br/>
      </w:r>
      <w:r>
        <w:rPr>
          <w:sz w:val="20"/>
        </w:rPr>
        <w:t>36:32  l kya hai, woh hum positive andaaz mein soch payein ge. aur agar hum ne is ko shikayat ke andaaz mein liya to hum bohat ziyada negative ho jayen ge.</w:t>
      </w:r>
      <w:r>
        <w:br/>
      </w:r>
      <w:r>
        <w:rPr>
          <w:sz w:val="20"/>
        </w:rPr>
        <w:t>36:43  to phir hamara dimagh jo hai, sahi right direction mein kaam hi nahin kare ga. to hum badla lena chahein ge.</w:t>
      </w:r>
      <w:r>
        <w:br/>
      </w:r>
      <w:r>
        <w:rPr>
          <w:sz w:val="20"/>
        </w:rPr>
        <w:t>36:53  badla lene mein hum aur apna nuqsan karein ge. to is wajah se hum bilkul positive ho kar hi kaam kar sakte hain.</w:t>
      </w:r>
      <w:r>
        <w:br/>
      </w:r>
      <w:r>
        <w:rPr>
          <w:sz w:val="20"/>
        </w:rPr>
        <w:t>37:01  maulana hamesha kehte thay ke agar hum koi waisi baat un ko batate, kisi ki shikayat ki baat batate ji to woh suntay hi nahin thay.</w:t>
      </w:r>
      <w:r>
        <w:br/>
      </w:r>
      <w:r>
        <w:rPr>
          <w:sz w:val="20"/>
        </w:rPr>
        <w:t>37:10  kehte thay ke main aik moment ke liye bhi apne andar aik state mein shukr ki state of feeling mein jeeta hoon.</w:t>
      </w:r>
      <w:r>
        <w:br/>
      </w:r>
      <w:r>
        <w:rPr>
          <w:sz w:val="20"/>
        </w:rPr>
        <w:t>37:19  aur aik moment ke liye bhi main shukr ka erosion nahin chahta. kyunke jahan shikayat aayi to wahan shukr ka erosion ho jaye ga.</w:t>
      </w:r>
      <w:r>
        <w:br/>
      </w:r>
      <w:r>
        <w:rPr>
          <w:sz w:val="20"/>
        </w:rPr>
        <w:t>37:29  to shukr jo hai, matlab agar hum aik shakir zindagi hamari hai, tabhi hamare paas farishtay atay hain.</w:t>
      </w:r>
      <w:r>
        <w:br/>
      </w:r>
      <w:r>
        <w:rPr>
          <w:sz w:val="20"/>
        </w:rPr>
        <w:t>37:39  tabhi hamein khuda ki madad milti hai. aur is ka bohat achi misaal hai hazrat abubakar wali ji ke kis tareeqay se jab unhon ne shikayat, unhon ne jawab dena shuru kiya to rasool Allah sal Allah alayh wasallam ne bataya ke farishta chala gaya.</w:t>
      </w:r>
      <w:r>
        <w:br/>
      </w:r>
      <w:r>
        <w:rPr>
          <w:sz w:val="20"/>
        </w:rPr>
        <w:t>37:53  to is se hamare liye bhi is mein sabaq hai ke hum aik positive life jayen ge to hamare paas farishtay ayen ge. farishtoon ki madad se hum apna har kaam kar sakte hain.</w:t>
      </w:r>
      <w:r>
        <w:br/>
      </w:r>
      <w:r>
        <w:rPr>
          <w:sz w:val="20"/>
        </w:rPr>
        <w:t>38:04  to shukr aur shikayat jama nahin ho sakte. agar hamare andar shikayat hai to hamare andar shukr nahin hoga. aur shukr hai to hamare andar shikayat nahin hogi.</w:t>
      </w:r>
      <w:r>
        <w:br/>
      </w:r>
      <w:r>
        <w:rPr>
          <w:sz w:val="20"/>
        </w:rPr>
        <w:t>38:15  to is tareeqay se jaise hamare andar shikayat aaye, usi waqt hum ko is ko de din khatam kar dena hai. kyunke agar hum ne shikayat ko apne dimagh mein rakha to jab hum soyen ge to phir woh hamare dimagh ka hissa ban jaye ga.</w:t>
      </w:r>
      <w:r>
        <w:br/>
      </w:r>
      <w:r>
        <w:rPr>
          <w:sz w:val="20"/>
        </w:rPr>
        <w:t>38:29  phir hum usi ke is mein sochte rahen ge, usi ke asar mein rahen ge. to hum usi waqt khatam kar lein. kisi bhi tareeqay se is ko explain kar lein ke is mein kabhi kabhi aisa bhi ho sakta hai ke hamari bhi kuch ghalti rahi ho.</w:t>
      </w:r>
      <w:r>
        <w:br/>
      </w:r>
      <w:r>
        <w:rPr>
          <w:sz w:val="20"/>
        </w:rPr>
        <w:t>38:43  to is ko explain kar ke woh dimagh se nikaal dein. aur khuda ki doosri jo blessings hain, us ko yaad karein.</w:t>
      </w:r>
      <w:r>
        <w:br/>
      </w:r>
      <w:r>
        <w:rPr>
          <w:sz w:val="20"/>
        </w:rPr>
        <w:t>38:51  to is tareeqay se shikayat ko kabhi bhi hamein apne dimagh mein rakhna nahin hai.</w:t>
      </w:r>
      <w:r>
        <w:br/>
      </w:r>
      <w:r>
        <w:rPr>
          <w:sz w:val="20"/>
        </w:rPr>
        <w:t>38:58  dimagh mein rakhen ge to hamare andar aik negative personality banay gi. negative personality banay gi to hamare andar shukr nahin paida hoga.</w:t>
      </w:r>
      <w:r>
        <w:br/>
      </w:r>
      <w:r>
        <w:rPr>
          <w:sz w:val="20"/>
        </w:rPr>
        <w:t>39:07  sacha shukr ko main keh rahi hoon. woh alhamdulillah wala to shukr, woh to sabhi log kar rahay hain. jo sacha shukr hai, jis se poori hamari personality influence hoti hai, woh shukr nahin paida hoga.</w:t>
      </w:r>
      <w:r>
        <w:br/>
      </w:r>
      <w:r>
        <w:rPr>
          <w:sz w:val="20"/>
        </w:rPr>
        <w:t>39:18  is liye hamein shikayat ko foran khatm kar dena hai.</w:t>
      </w:r>
      <w:r>
        <w:br/>
      </w:r>
      <w:r>
        <w:rPr>
          <w:sz w:val="20"/>
        </w:rPr>
        <w:t>39:23  ji, kafi logon ne bohat se comments bheje hain. apa, miss asma khanam ne saharanpur se likha hai: "beshak bilkul sahi kaha." apa, jazak allah.</w:t>
      </w:r>
      <w:r>
        <w:br/>
      </w:r>
      <w:r>
        <w:rPr>
          <w:sz w:val="20"/>
        </w:rPr>
        <w:t>39:36  noreen zahid sahibah ne bheja hai, unhon ne location hi likhi hai: "subhan allah, bohat sabak amoaz baatein batai hain." jazak allah.</w:t>
      </w:r>
      <w:r>
        <w:br/>
      </w:r>
      <w:r>
        <w:rPr>
          <w:sz w:val="20"/>
        </w:rPr>
        <w:t>39:47  miss karot lane ne srinagar se likha hai: "This world is a custom-based world.</w:t>
      </w:r>
      <w:r>
        <w:br/>
      </w:r>
      <w:r>
        <w:rPr>
          <w:sz w:val="20"/>
        </w:rPr>
        <w:t>39:53  maulana would always say it implies that god has created a world that caters to all needs of human beings. that we have become used to this world and take everything for granted is the irony.</w:t>
      </w:r>
      <w:r>
        <w:br/>
      </w:r>
      <w:r>
        <w:rPr>
          <w:sz w:val="20"/>
        </w:rPr>
        <w:t>40:07  if helplessness is the surest way to find god, gratefulness is the key to realize god</w:t>
      </w:r>
      <w:r>
        <w:br/>
      </w:r>
      <w:r>
        <w:rPr>
          <w:sz w:val="20"/>
        </w:rPr>
        <w:t>40:14  . pondering on the creations of creator, all the blessings and opportunities available, and acknowledging his greatness and benevolence is what god expects from us." achha, apa,</w:t>
      </w:r>
      <w:r>
        <w:br/>
      </w:r>
      <w:r>
        <w:rPr>
          <w:sz w:val="20"/>
        </w:rPr>
        <w:t>40:29  quran mein aaya hai ke agar koi nashukra hai to us ko saza di jaye gi aur agar jo shukr karne wala hai, us ko reward diya jaye ga.</w:t>
      </w:r>
      <w:r>
        <w:br/>
      </w:r>
      <w:r>
        <w:rPr>
          <w:sz w:val="20"/>
        </w:rPr>
        <w:t>40:38  to is ko bhi thora aur aap achhe se wazeh kar dein.</w:t>
      </w:r>
      <w:r>
        <w:br/>
      </w:r>
      <w:r>
        <w:rPr>
          <w:sz w:val="20"/>
        </w:rPr>
        <w:t>40:43  quran mein chapter 14 mein aaya hai ke agar tum nashukri karoge to mera azab bara sakht hai.</w:t>
      </w:r>
      <w:r>
        <w:br/>
      </w:r>
      <w:r>
        <w:rPr>
          <w:sz w:val="20"/>
        </w:rPr>
        <w:t>40:50  is se hamein maloom hota hai ke nashukri jo hai, kitni bari evil hai, jis se hamein apne aap ko har halat mein bachana hai.</w:t>
      </w:r>
      <w:r>
        <w:br/>
      </w:r>
      <w:r>
        <w:rPr>
          <w:sz w:val="20"/>
        </w:rPr>
        <w:t>41:00  aur aaj har aadmi jo hai, jo hai sahi maene mein koi bhi shukr khuda ka ada nahi kar raha hai.</w:t>
      </w:r>
      <w:r>
        <w:br/>
      </w:r>
      <w:r>
        <w:rPr>
          <w:sz w:val="20"/>
        </w:rPr>
        <w:t>41:09  kyun ke bohat sari aisi cheezein hain jo hamein nahi mili hui hain. bas isi mein ghoom phir kar hamara dimagh isi mein rehta hai. to is tareeqe se hamein quran ki is ayat se hamein yeh learning karni hai ke hamein har halat mein khuda ka shukr ada karna hai.</w:t>
      </w:r>
      <w:r>
        <w:br/>
      </w:r>
      <w:r>
        <w:rPr>
          <w:sz w:val="20"/>
        </w:rPr>
        <w:t>41:25  kyun ke agar hum ne khuda ka shukr nahi ada kiya to hamein hamein jannat se mahroom kar diya jaye ga.</w:t>
      </w:r>
      <w:r>
        <w:br/>
      </w:r>
      <w:r>
        <w:rPr>
          <w:sz w:val="20"/>
        </w:rPr>
        <w:t>41:33  abdalabad tak hum, hum aik jis ko maulana kehte thay, jahannum jo hai, aik universal dust bin hai, wahan pare rahen ge aur hamein jannat se mahroom kar diya jaye ga.</w:t>
      </w:r>
      <w:r>
        <w:br/>
      </w:r>
      <w:r>
        <w:rPr>
          <w:sz w:val="20"/>
        </w:rPr>
        <w:t>41:46  quran ke mutabiq yeh baat hai. aur agar hum shukr ada karte hain to allah taala jo hai la in shakartum la zi dannakum ka matlab hai ke dunya mein bhi allah aur de ga aur akhirat mein is ka reward jo hai, woh jannat hai.</w:t>
      </w:r>
      <w:r>
        <w:br/>
      </w:r>
      <w:r>
        <w:rPr>
          <w:sz w:val="20"/>
        </w:rPr>
        <w:t>42:01  to yeh bohat hi bari quran ki bohat hi important aayatein hain aur is ko hamein hamesha yaad rakhna chahiye ke nashukri hum ko jahannum tak le ja sakti hai aur shukr hum ko jannat tak le jaye ga.</w:t>
      </w:r>
      <w:r>
        <w:br/>
      </w:r>
      <w:r>
        <w:rPr>
          <w:sz w:val="20"/>
        </w:rPr>
        <w:t>42:16  to is ke baray mein hamein bohat ziyada serious hona hai. ji, miss sarah aman ne apa comment bheja hai ke "Gratitude is the best form of communication with Almighty Allah."</w:t>
      </w:r>
      <w:r>
        <w:br/>
      </w:r>
      <w:r>
        <w:rPr>
          <w:sz w:val="20"/>
        </w:rPr>
        <w:t>42:31  tariq badar sahib ne lahore se likha hai: "In Pakistan, most of the people are engaged in politics, which made them very negative.</w:t>
      </w:r>
      <w:r>
        <w:br/>
      </w:r>
      <w:r>
        <w:rPr>
          <w:sz w:val="20"/>
        </w:rPr>
        <w:t>42:41  what is your advice in this regard?" to apa, is ke baray mein aap kya kehna chahen gi?</w:t>
      </w:r>
      <w:r>
        <w:br/>
      </w:r>
      <w:r>
        <w:rPr>
          <w:sz w:val="20"/>
        </w:rPr>
        <w:t>42:50  dekhiye, islam ke mutabiq, quran ke mutabiq, politics jo hai, power hai, political power hai, woh khuda ke dene se milta hai.</w:t>
      </w:r>
      <w:r>
        <w:br/>
      </w:r>
      <w:r>
        <w:rPr>
          <w:sz w:val="20"/>
        </w:rPr>
        <w:t>43:04  hum log kya kar rahe hain? ke is ke liye tehreekein chalate hain.</w:t>
      </w:r>
      <w:r>
        <w:br/>
      </w:r>
      <w:r>
        <w:rPr>
          <w:sz w:val="20"/>
        </w:rPr>
        <w:t>43:09  jo doosre log power par hain, un ko un seat karne ki tehreekein chalate hain. aur is ki wajah se itni ziyada negativity hoti hai ke poori ki poori population negative ho jati hai.</w:t>
      </w:r>
      <w:r>
        <w:br/>
      </w:r>
      <w:r>
        <w:rPr>
          <w:sz w:val="20"/>
        </w:rPr>
        <w:t>43:22  tamam log is ke khilaf ho jatay hain. dunya jo hai, do dharon mein bat jati hai. aik rival group hota hai, tamam log is ke khilaf ho jatay hain.</w:t>
      </w:r>
      <w:r>
        <w:br/>
      </w:r>
      <w:r>
        <w:rPr>
          <w:sz w:val="20"/>
        </w:rPr>
        <w:t>43:31  to yeh bilkul galat hai, total sense mein galat hai.</w:t>
      </w:r>
      <w:r>
        <w:br/>
      </w:r>
      <w:r>
        <w:rPr>
          <w:sz w:val="20"/>
        </w:rPr>
        <w:t>43:36  kyunke jo hamein kaam karna hai, woh tazkiya-e-nafs ka karna hai. apne andar hamein positive personality develop karni hai. kyunke jab Allah taala dekhenge ke hamare andar salahiyat paida ho gayi hai hukumat sambhalne ki, tabhi hum ko Allah power dega.</w:t>
      </w:r>
      <w:r>
        <w:br/>
      </w:r>
      <w:r>
        <w:rPr>
          <w:sz w:val="20"/>
        </w:rPr>
        <w:t>43:55  to yeh power Allah ke dene se milta hai.</w:t>
      </w:r>
      <w:r>
        <w:br/>
      </w:r>
      <w:r>
        <w:rPr>
          <w:sz w:val="20"/>
        </w:rPr>
        <w:t>43:58  to aap log Allah ki jurisdiction mein dakhil hone ki koshish na karein. kyunke is se milega kuch nahi, siwaye apne aap ko, apni apni barbadi ke siwa aur kuch nahi milne wala hai.</w:t>
      </w:r>
      <w:r>
        <w:br/>
      </w:r>
      <w:r>
        <w:rPr>
          <w:sz w:val="20"/>
        </w:rPr>
        <w:t>44:14  to hamein jo kya karna hai? ke sirf apni positive personality banani hai.</w:t>
      </w:r>
      <w:r>
        <w:br/>
      </w:r>
      <w:r>
        <w:rPr>
          <w:sz w:val="20"/>
        </w:rPr>
        <w:t>44:20  har tarah se jo Allah taala ke hukum ke mutabiq ek duniya mein ek zindagi guzarni hai. aur politics jo hai, woh yeh hai ke jaise zakat hai, jo yeh jo hukum hai,</w:t>
      </w:r>
      <w:r>
        <w:br/>
      </w:r>
      <w:r>
        <w:rPr>
          <w:sz w:val="20"/>
        </w:rPr>
        <w:t>44:33  quran mein chand chand aayatein hain to politics ke bare mein to bilkul zakat ki tarah hai. agar hamare paas paisa hai to hamare upar zakat farz hai.</w:t>
      </w:r>
      <w:r>
        <w:br/>
      </w:r>
      <w:r>
        <w:rPr>
          <w:sz w:val="20"/>
        </w:rPr>
        <w:t>44:45  paisa nahi hai to hamare upar zakat farz nahi hai.</w:t>
      </w:r>
      <w:r>
        <w:br/>
      </w:r>
      <w:r>
        <w:rPr>
          <w:sz w:val="20"/>
        </w:rPr>
        <w:t>44:49  to bilkul wahi hai ke agar hum hum ko power mila hua hai aur jo Allah ke dene se milta hai, agar mila hua hai to hum ko Allah ki marzi ke mutabiq, yaani khaas taur par justice ke mutabiq, is duniya mein rule karna hai, hukumat chalani hai.</w:t>
      </w:r>
      <w:r>
        <w:br/>
      </w:r>
      <w:r>
        <w:rPr>
          <w:sz w:val="20"/>
        </w:rPr>
        <w:t>45:08  to yeh hai. aur jo hai baqi jo hamara kaam hai, woh hai ek ek mustaqil, ek shukr wali zindagi guzarna hai.</w:t>
      </w:r>
      <w:r>
        <w:br/>
      </w:r>
      <w:r>
        <w:rPr>
          <w:sz w:val="20"/>
        </w:rPr>
        <w:t>45:19  aur jahan hum ne politics mein qadam rakha, foran hum nashukre ho jate hain. kyunke power kisi aur ke paas hai aur woh kyun hamein de dega power?</w:t>
      </w:r>
      <w:r>
        <w:br/>
      </w:r>
      <w:r>
        <w:rPr>
          <w:sz w:val="20"/>
        </w:rPr>
        <w:t>45:29  phir hamein is se ladna padega. aur musalsal ek tehreek chalani padegi. negativity is mein paida</w:t>
      </w:r>
      <w:r>
        <w:br/>
      </w:r>
      <w:r>
        <w:rPr>
          <w:sz w:val="20"/>
        </w:rPr>
        <w:t>45:36  hoti hai, bahut zyada negativity paida hoti hai. hamesha ke liye log do group mein bat jate hain. to is tarah se hamari poori personality negative ho jati hai.</w:t>
      </w:r>
      <w:r>
        <w:br/>
      </w:r>
      <w:r>
        <w:rPr>
          <w:sz w:val="20"/>
        </w:rPr>
        <w:t>45:47  to hamein yeh chahiye ke jo kuch hamein mila hua hai, us ke mutabiq hum Allah ki marzi ke mutabiq zindagi guzarein.</w:t>
      </w:r>
      <w:r>
        <w:br/>
      </w:r>
      <w:r>
        <w:rPr>
          <w:sz w:val="20"/>
        </w:rPr>
        <w:t>45:55  jo kuch mila hua hai. to jo nahi mila hua hai, woh jab hamein agar zaroorat Allah taala samjhenge to Allah taala hamein de denge.</w:t>
      </w:r>
      <w:r>
        <w:br/>
      </w:r>
      <w:r>
        <w:rPr>
          <w:sz w:val="20"/>
        </w:rPr>
        <w:t>46:04  jab de denge, us waqt hamara farz banega ke hum justice ke mutabiq hukumat karein. to yeh hai. kyunke asal mein masla yeh hai ke logon ko yahi nahi pata ke creation plan Khuda ka kya hai.</w:t>
      </w:r>
      <w:r>
        <w:br/>
      </w:r>
      <w:r>
        <w:rPr>
          <w:sz w:val="20"/>
        </w:rPr>
        <w:t>46:18  Khuda ka jo creation plan hai ke is duniya mein hum test ke liye aaye hain aur test ka paper khud Khuda set kiya hua hai. isi liye hum dekhte hain ke har ek ko alag alag test paper diye gaye hain.</w:t>
      </w:r>
      <w:r>
        <w:br/>
      </w:r>
      <w:r>
        <w:rPr>
          <w:sz w:val="20"/>
        </w:rPr>
        <w:t>46:30  ab hum chahein ke doosre ka test paper chheen kar us ko hum apna test paper banayein to yeh yeh mumkin nahi hai. jo test paper hamein mila hua hai, usi ko hamein achhe tarike se is is is par kaam karna hai, is par amal karna hai taake hum Khuda ki marzi ke mutabiq ek zindagi is duniya mein guzarein.</w:t>
      </w:r>
      <w:r>
        <w:br/>
      </w:r>
      <w:r>
        <w:rPr>
          <w:sz w:val="20"/>
        </w:rPr>
        <w:t>46:51  warna hamari sari zindagi guzar jaye</w:t>
      </w:r>
      <w:r>
        <w:br/>
      </w:r>
      <w:r>
        <w:rPr>
          <w:sz w:val="20"/>
        </w:rPr>
        <w:t>46:53  gi doosron ke khilaf ukheer pachar karne mein. aur hamein jo karna hai, apna tazkiya-e-nafs, asal kaam tazkiya-e-nafs hai. jo hamein karna hai, wahi nahi hum kar payenge.</w:t>
      </w:r>
      <w:r>
        <w:br/>
      </w:r>
      <w:r>
        <w:rPr>
          <w:sz w:val="20"/>
        </w:rPr>
        <w:t>47:03  to yeh bilkul galat baat hai aur hum yeh Khuda ke creation plan ke khilaf hain. apa, bahut se achhe comment aa rahe hain.</w:t>
      </w:r>
      <w:r>
        <w:br/>
      </w:r>
      <w:r>
        <w:rPr>
          <w:sz w:val="20"/>
        </w:rPr>
        <w:t>47:16  Shah Khalid sahib ne likha hai: "Listening from Islamabad. Mashallah, very nice</w:t>
      </w:r>
      <w:r>
        <w:br/>
      </w:r>
      <w:r>
        <w:rPr>
          <w:sz w:val="20"/>
        </w:rPr>
        <w:t>47:21  talk. Allah taala Farida apa ki umar mein barkat ata farmaye. Noor ul and Zia ne likha hai: "Mashallah, very motivating talk.</w:t>
      </w:r>
      <w:r>
        <w:br/>
      </w:r>
      <w:r>
        <w:rPr>
          <w:sz w:val="20"/>
        </w:rPr>
        <w:t>47:31  I have started listening to Maulana Wahiduddin Khan since January, and my whole thinking and learning has changed. Alhamdulillah, I have discovered CPS team, and I mean it, because I am being practical after listening to all of Maulana lectures.</w:t>
      </w:r>
      <w:r>
        <w:br/>
      </w:r>
      <w:r>
        <w:rPr>
          <w:sz w:val="20"/>
        </w:rPr>
        <w:t>47:49  Shah Zaman Hassan sahib ne likha hai: "मैं भी एक नेगेटिव इंसान था, पर जब से مولانا जी से متاثر हुआ हूं, तब से पॉजिटिव रास्ते पर हूं। दुआ दुआ करें कि मैं लगा रहूं।"</w:t>
      </w:r>
      <w:r>
        <w:br/>
      </w:r>
      <w:r>
        <w:rPr>
          <w:sz w:val="20"/>
        </w:rPr>
        <w:t>48:07  Shahid Hussain sahib ne likha hai: "Problems are challenges. These are potential doors for opportunities. These can work as incentives.</w:t>
      </w:r>
      <w:r>
        <w:br/>
      </w:r>
      <w:r>
        <w:rPr>
          <w:sz w:val="20"/>
        </w:rPr>
        <w:t>48:16  Great wisdom."</w:t>
      </w:r>
      <w:r>
        <w:br/>
      </w:r>
      <w:r>
        <w:rPr>
          <w:sz w:val="20"/>
        </w:rPr>
        <w:t>48:19  Aapa, hona to yahi chahiye ke ek insaan ke seene mein shukr ka darya jo hai, woh beh pade. Kyunke Quran aur Hadees ke mutabiq, sab se bari ibadat jo hai, woh shukriya hai.</w:t>
      </w:r>
      <w:r>
        <w:br/>
      </w:r>
      <w:r>
        <w:rPr>
          <w:sz w:val="20"/>
        </w:rPr>
        <w:t>48:33  To "It is said that it is the biggest worship." To "I would like you to comment on it." Asal mein shukr hamare andar, woh jo shukr hai, jo jis jis ko Maulana ne kaha hai ke shukr ka darya, shukr ka samandar</w:t>
      </w:r>
      <w:r>
        <w:br/>
      </w:r>
      <w:r>
        <w:rPr>
          <w:sz w:val="20"/>
        </w:rPr>
        <w:t>48:47  beh pade, to wahi hoga jab hum apne andar bilkul hi koi aisi cheez ki jagah na dein jo hamare shukr ka erosion kare.</w:t>
      </w:r>
      <w:r>
        <w:br/>
      </w:r>
      <w:r>
        <w:rPr>
          <w:sz w:val="20"/>
        </w:rPr>
        <w:t>48:56  To jaise Maulana karte the ke koi aisi cheez dimaagh mein daalte hi nahi the jo unka shukr, shukr ka erosion kare. Unke khilaaf to logon ne itna likha, itna kitabein likhi gayi, articles likhe gaye.</w:t>
      </w:r>
      <w:r>
        <w:br/>
      </w:r>
      <w:r>
        <w:rPr>
          <w:sz w:val="20"/>
        </w:rPr>
        <w:t>49:09  Is ko bohat itminaan se woh le kar ke apni almari mein woh kitaab laga dete the. Hum logon ko taajjub hota tha ke is se kuch bhi woh negative asar nahi lete the.</w:t>
      </w:r>
      <w:r>
        <w:br/>
      </w:r>
      <w:r>
        <w:rPr>
          <w:sz w:val="20"/>
        </w:rPr>
        <w:t>49:20  Woh aaj bhi unki kitabon, almari mein woh kitabein lagi hui hain jo unke khilaaf bohat bure bhale tareeqe se likhi gayi hain. To is se unka kuch asar nahi hota tha.</w:t>
      </w:r>
      <w:r>
        <w:br/>
      </w:r>
      <w:r>
        <w:rPr>
          <w:sz w:val="20"/>
        </w:rPr>
        <w:t>49:29  Kyunke woh to itna zyada Khuda ke shukr mein jeete the ke saari duniya bhi bura bhala kahe to is se unko asar nahi hota tha.</w:t>
      </w:r>
      <w:r>
        <w:br/>
      </w:r>
      <w:r>
        <w:rPr>
          <w:sz w:val="20"/>
        </w:rPr>
        <w:t>49:38  To aise hi hamein bhi karna hai ke hum dekhiye, jab hum khud ek shakir bande ki tarah rahenge na, tabhi farishte hamare paas aayenge.</w:t>
      </w:r>
      <w:r>
        <w:br/>
      </w:r>
      <w:r>
        <w:rPr>
          <w:sz w:val="20"/>
        </w:rPr>
        <w:t>49:47  Ji ke is duniya mein dekhiye, do asraat hamare par padte hain: ek farishton ka asar aur doosre shaitan ka asar. To agar hum shukr karne wale hain to farishte hamare upar asar daalenge.</w:t>
      </w:r>
      <w:r>
        <w:br/>
      </w:r>
      <w:r>
        <w:rPr>
          <w:sz w:val="20"/>
        </w:rPr>
        <w:t>50:01  Aur farishton ke asar se hamare andar woh positive person</w:t>
      </w:r>
      <w:r>
        <w:br/>
      </w:r>
      <w:r>
        <w:rPr>
          <w:sz w:val="20"/>
        </w:rPr>
        <w:t>50:05  ality banegi, hamare andar Khuda se ta'alluq qaim hoga. Kyunke Khuda se ta'alluq direct nahi qaim hota, balkeh hamein farishton ke zariye se qaim hota hai.</w:t>
      </w:r>
      <w:r>
        <w:br/>
      </w:r>
      <w:r>
        <w:rPr>
          <w:sz w:val="20"/>
        </w:rPr>
        <w:t>50:15  Farishte woh asar hamare andar paida karte hain, hamare andar woh asar daalte hain. Kaha ek Hadees ke mutabiq: "Yahan par chaar angool bhi jagah aisi nahi jahan ek farishta Khuda ke aage sajda na kar raha ho." To inhi farishton se hamein qurbat hasil</w:t>
      </w:r>
      <w:r>
        <w:br/>
      </w:r>
      <w:r>
        <w:rPr>
          <w:sz w:val="20"/>
        </w:rPr>
        <w:t>50:31  karni hai. Wahi hamare andar woh shukr wali personality ko develop karenge. To hum jo shukr ki personality develop nahi kar sakte, woh jo main reason hai, woh hamare andar hai: ego.</w:t>
      </w:r>
      <w:r>
        <w:br/>
      </w:r>
      <w:r>
        <w:rPr>
          <w:sz w:val="20"/>
        </w:rPr>
        <w:t>50:46  Ego hamare andar itna zyada hota hai ke jahan kisi ne koi baat kahi, bas hum bhadak uthte hain. To agar hum apne ego ko khatm kar dein to hum kyun bhadkenge?</w:t>
      </w:r>
      <w:r>
        <w:br/>
      </w:r>
      <w:r>
        <w:rPr>
          <w:sz w:val="20"/>
        </w:rPr>
        <w:t>50:56  Jaise Maulana kehte the ke "Main apne aap ko chunti ke barabar bhi nahi samajh</w:t>
      </w:r>
      <w:r>
        <w:br/>
      </w:r>
      <w:r>
        <w:rPr>
          <w:sz w:val="20"/>
        </w:rPr>
        <w:t>51:00  ta." Agar hum apne aap ko chunti ke barabar bhi nahi samjhein to koi hamein kitna bhi bura bhala kehta rahe, hum kyun kyun bhadkenge? Hum woh apna ego khatm karna hai.</w:t>
      </w:r>
      <w:r>
        <w:br/>
      </w:r>
      <w:r>
        <w:rPr>
          <w:sz w:val="20"/>
        </w:rPr>
        <w:t>51:12  Kyunke do ego is kainat mein nahi chal sakte. Ego to asal Khuda ka ego hai na? To ek Hadees mein aaya hai ke "Jo mere kibr ki chadar ko lena chahega, main us ko zaleel kar doonga." To Khuda ka ego hai.</w:t>
      </w:r>
      <w:r>
        <w:br/>
      </w:r>
      <w:r>
        <w:rPr>
          <w:sz w:val="20"/>
        </w:rPr>
        <w:t>51:26  Hamein jo kuch hai, woh Khuda ke dene se mila hua hai.</w:t>
      </w:r>
      <w:r>
        <w:br/>
      </w:r>
      <w:r>
        <w:rPr>
          <w:sz w:val="20"/>
        </w:rPr>
        <w:t>51:30  To hamein to hamara apna kuch hai hi nahi. To kis baat ka ego? Jo ek cheez jo hamein Khuda ne di hai, to mili hui hai.</w:t>
      </w:r>
      <w:r>
        <w:br/>
      </w:r>
      <w:r>
        <w:rPr>
          <w:sz w:val="20"/>
        </w:rPr>
        <w:t>51:38  Aur jab chahe, woh Khuda hum se chheen sakta hai. To hamein is maqsad ke liye, apne jazba-e-shukr ki hifazat ke liye, apne ego ko khatm karna hai.</w:t>
      </w:r>
      <w:r>
        <w:br/>
      </w:r>
      <w:r>
        <w:rPr>
          <w:sz w:val="20"/>
        </w:rPr>
        <w:t>51:47  Ego ko surrender karna hai. Islam ke maani hi yahi hain: "Submitting to God. Surrender to God</w:t>
      </w:r>
      <w:r>
        <w:br/>
      </w:r>
      <w:r>
        <w:rPr>
          <w:sz w:val="20"/>
        </w:rPr>
        <w:t>51:55  ." To surrender ka matlab yahi hai: ego ko surrender karna. Aur sirf aur sirf Khuda ki baṛai mein jeena. Ji to Aapa samajh aa raha hai ke jannat ki qeemat shukr hai.</w:t>
      </w:r>
      <w:r>
        <w:br/>
      </w:r>
      <w:r>
        <w:rPr>
          <w:sz w:val="20"/>
        </w:rPr>
        <w:t>52:08  Aur jannat usi ko milegi jo is qeemat ko ada karega. Aur Quran mein bhi Aapa jannat ko le kar yeh zikr aaya hai ke "Tum jahan bhi dekhoge, azeem nem'at aur badshahi dek</w:t>
      </w:r>
      <w:r>
        <w:br/>
      </w:r>
      <w:r>
        <w:rPr>
          <w:sz w:val="20"/>
        </w:rPr>
        <w:t>52:21  hoge." To yeh bohat zaroori ho jata hai Aapa ke hum apne andar yeh shukr ka ehsaas, shukr ke feeling ko safeguard kar ke hamesha chalein.</w:t>
      </w:r>
      <w:r>
        <w:br/>
      </w:r>
      <w:r>
        <w:rPr>
          <w:sz w:val="20"/>
        </w:rPr>
        <w:t>52:31  to wo kaise kar sakte hain? is ke bare mein bhi bataein. to shukr ke safeguard karne ke liye wahi hai jo ke hum har halat mein Khuda ki barhai mein jaein.</w:t>
      </w:r>
      <w:r>
        <w:br/>
      </w:r>
      <w:r>
        <w:rPr>
          <w:sz w:val="20"/>
        </w:rPr>
        <w:t>52:43  ji apni barhai ko khatam kar dein aur Khuda ki barhai mein jaein. phir shukriya shukr hai.</w:t>
      </w:r>
      <w:r>
        <w:br/>
      </w:r>
      <w:r>
        <w:rPr>
          <w:sz w:val="20"/>
        </w:rPr>
        <w:t>52:50  kyunke hamari hazaron lakhon cheezein hain jo hamare paas hain, wo Khuda se mili hui hain. phir hum kyun nahi shukr karein ge? jaise ek baar, ek baar maine ek car mein dekha, peeche likha hua tha:</w:t>
      </w:r>
      <w:r>
        <w:br/>
      </w:r>
      <w:r>
        <w:rPr>
          <w:sz w:val="20"/>
        </w:rPr>
        <w:t>53:05  "Dad's gift." to ek cheez baap ne di, ab bete ko itna zyada is ka acknowledgement hua, us ne acknowledge itna zyada kiya ke us ne car pe hi likh diya: "Dad's gift." to</w:t>
      </w:r>
      <w:r>
        <w:br/>
      </w:r>
      <w:r>
        <w:rPr>
          <w:sz w:val="20"/>
        </w:rPr>
        <w:t>53:20  yahan to har cheez Khuda se hamein mili hui hai. to hum Khuda ka shukr ada nahi karein to kis ka ada karein ge? aur baar baar Khuda dikha raha hai ke jab chahein hum cheen sakte hain.</w:t>
      </w:r>
      <w:r>
        <w:br/>
      </w:r>
      <w:r>
        <w:rPr>
          <w:sz w:val="20"/>
        </w:rPr>
        <w:t>53:33  koi beemar ho jata hai, kisi ko maut aa jati hai, kisi ko accident ho jata hai, kisi ke paas ek cheez hoti hai, wo wo khatam ho jati hai, kisi ka job chala jata</w:t>
      </w:r>
      <w:r>
        <w:br/>
      </w:r>
      <w:r>
        <w:rPr>
          <w:sz w:val="20"/>
        </w:rPr>
        <w:t>53:45  hai. to Khuda ke dene se milta hai, Khuda ke lene se wo chala jata hai. to har halat mein hamein jo kuch hai, wo Khuda se mila hua hai.</w:t>
      </w:r>
      <w:r>
        <w:br/>
      </w:r>
      <w:r>
        <w:rPr>
          <w:sz w:val="20"/>
        </w:rPr>
        <w:t>53:55  aur kabhi kabhi aisa hota hai ke Khuda kisi maslehat ki wajah se hum se koi cheez leta hai, to tab bhi hamein wo negative nahi hona hai.</w:t>
      </w:r>
      <w:r>
        <w:br/>
      </w:r>
      <w:r>
        <w:rPr>
          <w:sz w:val="20"/>
        </w:rPr>
        <w:t>54:05  ho sakta hai ke Allah taala is se behtar dene ke liye hamein wo cheez Allah ne liya ho.</w:t>
      </w:r>
      <w:r>
        <w:br/>
      </w:r>
      <w:r>
        <w:rPr>
          <w:sz w:val="20"/>
        </w:rPr>
        <w:t>54:12  to ek baar hamare ek rishtedar the, wo un ko fact, un ki apni company thi, us mein kuch problem hua, kuch jhagda ho gaya, to wo chhod kar company ko chale aae.</w:t>
      </w:r>
      <w:r>
        <w:br/>
      </w:r>
      <w:r>
        <w:rPr>
          <w:sz w:val="20"/>
        </w:rPr>
        <w:t>54:24  to bohat zyada wo negative ho rahe the ke "main ne company banai thi, sari mehnat maine ki thi, ab logon ne mujhe pareshan kiya, mujhe chhodna pada company ko.</w:t>
      </w:r>
      <w:r>
        <w:br/>
      </w:r>
      <w:r>
        <w:rPr>
          <w:sz w:val="20"/>
        </w:rPr>
        <w:t>54:34  " to Maulana ne apni diary mein likha ke kabhi aisa hota hai ke mali jo hai, wo paudhe ko ek jagah se ukhadta hai, us ko kisi doosri behtar jagah lagane ke liye, nasb karne ke liye.</w:t>
      </w:r>
      <w:r>
        <w:br/>
      </w:r>
      <w:r>
        <w:rPr>
          <w:sz w:val="20"/>
        </w:rPr>
        <w:t>54:47  to wahi hua, wo phir wo bahar chale gaye, aur bahar unhon ne is se bohat zyada bada business kiya. to waqti taur par aisa ho sakta hai ke hamein kuch problem ho jaye, kuch takleef ho jaye,</w:t>
      </w:r>
      <w:r>
        <w:br/>
      </w:r>
      <w:r>
        <w:rPr>
          <w:sz w:val="20"/>
        </w:rPr>
        <w:t>54:59  to is se bhi hamein negative nahi hona hai. kyunke ho sakta hai ke Allah taala ke liye hamare, hum Allah taala ke haan, hamare liye koi zyada bada plan ho.</w:t>
      </w:r>
      <w:r>
        <w:br/>
      </w:r>
      <w:r>
        <w:rPr>
          <w:sz w:val="20"/>
        </w:rPr>
        <w:t>55:08  abhi jo hum program kar ho raha tha Hazrat Yusuf par ke Hazrat Yusuf ko jab kunwein mein daal diya gaya tha, to wo us waqt unhon ne thodi socha hoga ke kal wo wahan badshah ke, badshah ke takht ke baad un ki doosri jagah milegi un ko.</w:t>
      </w:r>
      <w:r>
        <w:br/>
      </w:r>
      <w:r>
        <w:rPr>
          <w:sz w:val="20"/>
        </w:rPr>
        <w:t>55:24  to Allah taala ke paas kisi cheez ki</w:t>
      </w:r>
      <w:r>
        <w:br/>
      </w:r>
      <w:r>
        <w:rPr>
          <w:sz w:val="20"/>
        </w:rPr>
        <w:t>55:28  kami nahi hai, bas hamein shukr karna hai aur Khuda se dua karni hai, to wo sab kuch hamein aur mazeed mil jayega.</w:t>
      </w:r>
    </w:p>
    <w:p>
      <w:pPr>
        <w:pStyle w:val="Heading2"/>
      </w:pPr>
      <w:r>
        <w:t>Judging one's capacity before accepting work</w:t>
      </w:r>
    </w:p>
    <w:p>
      <w:r>
        <w:rPr>
          <w:color w:val="666666"/>
          <w:sz w:val="18"/>
        </w:rPr>
        <w:t>Life &amp; Wisdom · The Concept of Help Feb 9, 2020—Maulana Wahiduddin Khan · 9m 54s · at 42:07 · https://youtu.be/WScXmduh1AQ?t=2527</w:t>
      </w:r>
    </w:p>
    <w:p>
      <w:r>
        <w:rPr>
          <w:i/>
        </w:rPr>
        <w:t>“Today I could understand the link between adversity, patience and Allah's reward. Most people make the mistake of overestimating themselves and as a result they fall into frustration. My question is: How to find out and judge before accepting any work whether the work is within one's capacity or beyond one's capacity?”</w:t>
      </w:r>
    </w:p>
    <w:p>
      <w:r>
        <w:rPr>
          <w:sz w:val="20"/>
        </w:rPr>
        <w:t>42:07  Today I could understand the link between adversity, patience and Allah reward. May Allah guide us to right path for attaining comfort in hereafter." Maulana, agla sawal bheja hai Lucknow se Amanatullah sahib ne.</w:t>
      </w:r>
      <w:r>
        <w:br/>
      </w:r>
      <w:r>
        <w:rPr>
          <w:sz w:val="20"/>
        </w:rPr>
        <w:t>42:27  Unhon ne likha hai: "Maulana sahib, most people make the mistake of over estimating one self and as a result they fall in frustration.</w:t>
      </w:r>
      <w:r>
        <w:br/>
      </w:r>
      <w:r>
        <w:rPr>
          <w:sz w:val="20"/>
        </w:rPr>
        <w:t>42:41  My question is how to find out or judge before accepting any work that whether the work is within one's capacity or beyond one's capacity.</w:t>
      </w:r>
      <w:r>
        <w:br/>
      </w:r>
      <w:r>
        <w:rPr>
          <w:sz w:val="20"/>
        </w:rPr>
        <w:t>42:54  Please guide us in that."</w:t>
      </w:r>
      <w:r>
        <w:br/>
      </w:r>
      <w:r>
        <w:rPr>
          <w:sz w:val="20"/>
        </w:rPr>
        <w:t>43:00  main samajhta hoon ke hamare yaani is area mein jo log basta hain, jo musalman, un ki sab se bari, sab se bara disadvantage yeh tha ke un ko Iqbal mil gaya,</w:t>
      </w:r>
      <w:r>
        <w:br/>
      </w:r>
      <w:r>
        <w:rPr>
          <w:sz w:val="20"/>
        </w:rPr>
        <w:t>43:13  jise khudhi ka falsafa bataya. Yeh nashe ka falsafa tha, khudhi ka. To Iqbal ne apna le liya. Khudhi, khudhi, khudhi, khudhi to ek tawakkun nazariya hai.</w:t>
      </w:r>
      <w:r>
        <w:br/>
      </w:r>
      <w:r>
        <w:rPr>
          <w:sz w:val="20"/>
        </w:rPr>
        <w:t>43:28  Khudhi nahi, anti, anti khudhi. Self, anti self se taraqqiyan hoti hain. Isi liye Iqbal ki qaum kuch taraqqi nahi kar saki.</w:t>
      </w:r>
      <w:r>
        <w:br/>
      </w:r>
      <w:r>
        <w:rPr>
          <w:sz w:val="20"/>
        </w:rPr>
        <w:t>43:43  Meri baat mein bohat so'n ko dhakka lage ga, bura bura maloom hoga. Lekin main isi liye kehta hoon ke mujhe koi lady, lady, lady nahi karna hai.</w:t>
      </w:r>
      <w:r>
        <w:br/>
      </w:r>
      <w:r>
        <w:rPr>
          <w:sz w:val="20"/>
        </w:rPr>
        <w:t>43:54  Mujhe koi ledaery ka shauq nahi hai. Main sachai ko bayan karne ke liye zinda hoon. Sachai musalmanon ko chahiye ke woh Iqbal ko chhoden.</w:t>
      </w:r>
      <w:r>
        <w:br/>
      </w:r>
      <w:r>
        <w:rPr>
          <w:sz w:val="20"/>
        </w:rPr>
        <w:t>44:05  Jab tak Iqbal ko shehar mein rahen ge na, shehar mein tab tak taraqqi nahi kar sakte woh. Jab tak Iqbal ko jis masjid dekhiye, jis madrasay pe dekhiye, Iqbal ka ashaar parhe ja rahe hain.</w:t>
      </w:r>
      <w:r>
        <w:br/>
      </w:r>
      <w:r>
        <w:rPr>
          <w:sz w:val="20"/>
        </w:rPr>
        <w:t>44:19  Bataiye, koi kaam hai? Iqbal ne to qaum ko yaani meethi, meethay zehar ki meethi goliyan di hain.</w:t>
      </w:r>
      <w:r>
        <w:br/>
      </w:r>
      <w:r>
        <w:rPr>
          <w:sz w:val="20"/>
        </w:rPr>
        <w:t>44:29  Zehar ki meethi goliyan. To main jaanta hoon ke bohat se log ghussa, ghussa ho jayen ge. Lekin main chahta hoon ke yeh baat un ko bata doon marne se pehle, kyun ke hum sab ka saamna hone wala hai hajj, hajj ke maidan mein.</w:t>
      </w:r>
      <w:r>
        <w:br/>
      </w:r>
      <w:r>
        <w:rPr>
          <w:sz w:val="20"/>
        </w:rPr>
        <w:t>44:49  Aur India mein is se doori misguide karne wala koi nahi tha. Misguide karna isi ki ek cheez hai ke qoumiyat ke maamle mein saare musalman baqi bhi hain.</w:t>
      </w:r>
      <w:r>
        <w:br/>
      </w:r>
      <w:r>
        <w:rPr>
          <w:sz w:val="20"/>
        </w:rPr>
        <w:t>45:05  Qoumiyat ka nazariya jo tha, us ke liye unhon ne negative baaten kahi hain. Isi liye zamanay ko pehchan nahi sake.</w:t>
      </w:r>
      <w:r>
        <w:br/>
      </w:r>
      <w:r>
        <w:rPr>
          <w:sz w:val="20"/>
        </w:rPr>
        <w:t>45:18  Zamanay ko pehchan nahi sake. Aaj duniya mein ek hi qaum aisi hai jo zamanay ko pehchan nahi saki. Choti choti qaumon ne pehchan liya zamanay ko aur taraqqiyan keen.</w:t>
      </w:r>
      <w:r>
        <w:br/>
      </w:r>
      <w:r>
        <w:rPr>
          <w:sz w:val="20"/>
        </w:rPr>
        <w:t>45:32  Lekin yeh musalmanon ki ajeeb haalat hai ke aisa shayar unhon ne paida kiya jis shayar ne un ko yaani sirf mis lead kiya.</w:t>
      </w:r>
      <w:r>
        <w:br/>
      </w:r>
      <w:r>
        <w:rPr>
          <w:sz w:val="20"/>
        </w:rPr>
        <w:t>45:46  Main jaanta hoon ke hazaron log mujh se ghussa ho jayen ge, lekin koi ghussa hota rahe. Mujhe to sachi baat karna hai.</w:t>
      </w:r>
      <w:r>
        <w:br/>
      </w:r>
      <w:r>
        <w:rPr>
          <w:sz w:val="20"/>
        </w:rPr>
        <w:t>45:57  Sachi baat karni hai mujhe. Main, main, main manta hoon ke self thinking tawakkun hai. Sahi thinking hai, anti self thinking.</w:t>
      </w:r>
      <w:r>
        <w:br/>
      </w:r>
      <w:r>
        <w:rPr>
          <w:sz w:val="20"/>
        </w:rPr>
        <w:t>46:09  Aap ke andar anti self thinking develop ho, us se aap taraqqi karen ge. Self thinking se aap kabhi taraqqi nahi kar sakte. Maulana, agla comment parhna chahen ge.</w:t>
      </w:r>
      <w:r>
        <w:br/>
      </w:r>
      <w:r>
        <w:rPr>
          <w:sz w:val="20"/>
        </w:rPr>
        <w:t>46:20  Yeh bheja hai Maulana Yaqoob Umri ne Delhi se. Unhon ne likha hai: "Maulana, I agree with you hundred percent on the concept of helping other that you explained very well today.</w:t>
      </w:r>
      <w:r>
        <w:br/>
      </w:r>
      <w:r>
        <w:rPr>
          <w:sz w:val="20"/>
        </w:rPr>
        <w:t>46:34  Teaching wisdom is real help and giving money is killing their potential. Jazak Allah." Maulana, Maulana, agla comment aur sawal aaya hai Miss Samina ka Delhi se.</w:t>
      </w:r>
      <w:r>
        <w:br/>
      </w:r>
      <w:r>
        <w:rPr>
          <w:sz w:val="20"/>
        </w:rPr>
        <w:t>46:48  Unhon ne likha hai: "Maulana, you are a blessing for my family. You are a blessing for my family and me, and I think my brother Khurram for that Allah use her khushi se un ko nawazay." Aise, I also want to thank Farida Apa and Naghma Apa for their support and encouragement to do translation work.</w:t>
      </w:r>
      <w:r>
        <w:br/>
      </w:r>
      <w:r>
        <w:rPr>
          <w:sz w:val="20"/>
        </w:rPr>
        <w:t>47:17  i have a question: "last week i saw you giving your blessings to a girl who was apparently going through depression.</w:t>
      </w:r>
      <w:r>
        <w:br/>
      </w:r>
      <w:r>
        <w:rPr>
          <w:sz w:val="20"/>
        </w:rPr>
        <w:t>47:27  these days so many people are going through stress and depression and are committing suicides. the reason vary from financial, personal and many more.</w:t>
      </w:r>
      <w:r>
        <w:br/>
      </w:r>
      <w:r>
        <w:rPr>
          <w:sz w:val="20"/>
        </w:rPr>
        <w:t>47:38  my daughter marvi's class mate, uh who was in second year, was going through depression and was taking therapy from psychologist.</w:t>
      </w:r>
      <w:r>
        <w:br/>
      </w:r>
      <w:r>
        <w:rPr>
          <w:sz w:val="20"/>
        </w:rPr>
        <w:t>47:50  still he ended his life. all the batch mates are in extreme trauma as they were the ones to break open the door and take out his body, not hanging from the fan but from the cupboard.</w:t>
      </w:r>
      <w:r>
        <w:br/>
      </w:r>
      <w:r>
        <w:rPr>
          <w:sz w:val="20"/>
        </w:rPr>
        <w:t>48:04  he was extremely good in studies and he had no financial issues, but the parents were in jharkhand and he was staying alone in a pg.</w:t>
      </w:r>
      <w:r>
        <w:br/>
      </w:r>
      <w:r>
        <w:rPr>
          <w:sz w:val="20"/>
        </w:rPr>
        <w:t>48:16  my question is as parents and teachers, how can we help these students or people in our contact? because most of the time what they need is simply talking to someone to share their worries, anxieties and fears.</w:t>
      </w:r>
      <w:r>
        <w:br/>
      </w:r>
      <w:r>
        <w:rPr>
          <w:sz w:val="20"/>
        </w:rPr>
        <w:t>48:33  maulana sahib, please advise." dekhiye, main apna experience aap ko batata hoon. main gaya tha pakistan, kai saal pehle ki baat hai.</w:t>
      </w:r>
      <w:r>
        <w:br/>
      </w:r>
      <w:r>
        <w:rPr>
          <w:sz w:val="20"/>
        </w:rPr>
        <w:t>48:47  to lahore ke airport par ek naujawan mujhe receive karne ke liye aaya aur kai log thay.</w:t>
      </w:r>
      <w:r>
        <w:br/>
      </w:r>
      <w:r>
        <w:rPr>
          <w:sz w:val="20"/>
        </w:rPr>
        <w:t>48:57  to woh naujawan main pehchane pehchanta nahi tha. us ko main us ko arabi nazar se dekha to us ne kaha ke aap us ko pehchanta nahi honge lekin main aap ko janta hoon.</w:t>
      </w:r>
      <w:r>
        <w:br/>
      </w:r>
      <w:r>
        <w:rPr>
          <w:sz w:val="20"/>
        </w:rPr>
        <w:t>49:11  to phir us ne apni story batai. us ne kaha ke main bohat zabardast depression ka shikar ho chuka tha. depression to yahan par koi hospital hai jo depression ka ilaj karta hai.</w:t>
      </w:r>
      <w:r>
        <w:br/>
      </w:r>
      <w:r>
        <w:rPr>
          <w:sz w:val="20"/>
        </w:rPr>
        <w:t>49:28  wahan woh daakhil kar diye gaye. to wahan par under treatment thay woh aur kuch faida nahi ho raha tha. to phir ek aadmi wahan mile un se, un ko meri kitab "raaz-e-hayat" de di.</w:t>
      </w:r>
      <w:r>
        <w:br/>
      </w:r>
      <w:r>
        <w:rPr>
          <w:sz w:val="20"/>
        </w:rPr>
        <w:t>49:44  "raaz-e-hayat"</w:t>
      </w:r>
      <w:r>
        <w:br/>
      </w:r>
      <w:r>
        <w:rPr>
          <w:sz w:val="20"/>
        </w:rPr>
        <w:t>49:49  to us ko unhon ne hospital mein parha. us ke baad doctor sahib ne kaha ke aap mujhe chutti de dijiye.</w:t>
      </w:r>
      <w:r>
        <w:br/>
      </w:r>
      <w:r>
        <w:rPr>
          <w:sz w:val="20"/>
        </w:rPr>
        <w:t>49:58  unhon ne kaha kyun? unhon ne kaha bhai to acha ho gaya. kaha ke nahi, abhi to aap under treatment hain. kaha ke nahi, main acha ho gaya. is kitab ko parh kar woh bilkul theek ho gaye.</w:t>
      </w:r>
      <w:r>
        <w:br/>
      </w:r>
      <w:r>
        <w:rPr>
          <w:sz w:val="20"/>
        </w:rPr>
        <w:t>50:11  depression khatam ho gaya aur phir zindagi mein kaabil ho gaya. to logon ko paisa mat dijiye, madad mat kijiye.</w:t>
      </w:r>
      <w:r>
        <w:br/>
      </w:r>
      <w:r>
        <w:rPr>
          <w:sz w:val="20"/>
        </w:rPr>
        <w:t>50:24  un ko wisdom dijiye. paisa dena un ke apni potential ko kill karna hai aur wisdom dena un ke potential ko jagana hai.</w:t>
      </w:r>
      <w:r>
        <w:br/>
      </w:r>
      <w:r>
        <w:rPr>
          <w:sz w:val="20"/>
        </w:rPr>
        <w:t>50:40  main phir kahunga ke paisa dena logon ki potential ko kill karna hai</w:t>
      </w:r>
      <w:r>
        <w:br/>
      </w:r>
      <w:r>
        <w:rPr>
          <w:sz w:val="20"/>
        </w:rPr>
        <w:t>50:51  aur wisdom dena logon ke wisdom ko potential ko jagana hai. yeh mera tajurba hai aur main bas kehta hoon ke hamare haan jo leader paida hui hai, woh zyada tar aisay log thay jinhon ne is raat ko jaana hi nahi.</w:t>
      </w:r>
      <w:r>
        <w:br/>
      </w:r>
      <w:r>
        <w:rPr>
          <w:sz w:val="20"/>
        </w:rPr>
        <w:t>51:13  is raat ko jaana hi nahi. unhon ne potential ko jagana yeh asal raaz hai. yeh jaana nahi hai. potential ko kill ko woh hai misguide karte rahay.</w:t>
      </w:r>
      <w:r>
        <w:br/>
      </w:r>
      <w:r>
        <w:rPr>
          <w:sz w:val="20"/>
        </w:rPr>
        <w:t>51:33  to jin logon ko is maslay mein jaanna ho, meri kitab parhein. urdu mein "raaz-e-hayat" hai, english mein woh hai kya naam hai uska?</w:t>
      </w:r>
      <w:r>
        <w:br/>
      </w:r>
      <w:r>
        <w:rPr>
          <w:sz w:val="20"/>
        </w:rPr>
        <w:t>51:46  "the secret of success". "the secret of success" english mein naam hai "the secret of success" aur urdu mein is ka naam hai "raaz-e-hayat".</w:t>
      </w:r>
    </w:p>
    <w:p>
      <w:pPr>
        <w:pStyle w:val="Heading2"/>
      </w:pPr>
      <w:r>
        <w:t>Managing Stress and Maintaining Positive Thinking</w:t>
      </w:r>
    </w:p>
    <w:p>
      <w:r>
        <w:rPr>
          <w:color w:val="666666"/>
          <w:sz w:val="18"/>
        </w:rPr>
        <w:t>Life &amp; Wisdom · Religion and Democracy December 25, 2011 · 6m 23s · at 1:10:49 · https://youtu.be/8Mf_yvDA8ik?t=4249</w:t>
      </w:r>
    </w:p>
    <w:p>
      <w:r>
        <w:rPr>
          <w:i/>
        </w:rPr>
        <w:t>“In today's stressful times, please share your views on how we can all manage our stress levels, maintain a good work-life balance, and always maintain positive thinking.”</w:t>
      </w:r>
    </w:p>
    <w:p>
      <w:r>
        <w:rPr>
          <w:sz w:val="20"/>
        </w:rPr>
        <w:t>1:10:49  maulana, agla sawal aya hai mr. slish malhotra ka, singapore se. unhon ne likha hai: "in today's stressful times, please share your views on how we all can manage our stress levels and are able to maintain a good work life balance and always maintain positive thinking."</w:t>
      </w:r>
      <w:r>
        <w:br/>
      </w:r>
      <w:r>
        <w:rPr>
          <w:sz w:val="20"/>
        </w:rPr>
        <w:t>1:11:15  dekhein, jahan tak maine samjha hai, stress, stress kya hai? us ko us ki analysis kijiye.</w:t>
      </w:r>
      <w:r>
        <w:br/>
      </w:r>
      <w:r>
        <w:rPr>
          <w:sz w:val="20"/>
        </w:rPr>
        <w:t>1:11:25  stress mein jahan tak maine samjha hai, stress naam hai is baat ka ke aadmi</w:t>
      </w:r>
      <w:r>
        <w:br/>
      </w:r>
      <w:r>
        <w:rPr>
          <w:sz w:val="20"/>
        </w:rPr>
        <w:t>1:11:34  is se zyada paana chahe jo woh apni capacity ke aitbar se pa sakta hai.</w:t>
      </w:r>
      <w:r>
        <w:br/>
      </w:r>
      <w:r>
        <w:rPr>
          <w:sz w:val="20"/>
        </w:rPr>
        <w:t>1:11:42  agar aap apni capacity ko jaanein aur usi par aap aap ka determinant ho jaye to na koi tension hai, na koi stress hai.</w:t>
      </w:r>
      <w:r>
        <w:br/>
      </w:r>
      <w:r>
        <w:rPr>
          <w:sz w:val="20"/>
        </w:rPr>
        <w:t>1:11:50  phir har aadmi more and more par target banaye rehta hai. yeh more and more ka jo jo target hai, yahi wajah hai stress ke aur tension ki.</w:t>
      </w:r>
      <w:r>
        <w:br/>
      </w:r>
      <w:r>
        <w:rPr>
          <w:sz w:val="20"/>
        </w:rPr>
        <w:t>1:12:06  isi liye islam mein jo hal bataya gaya hai, woh hai qanaat. qanaat ka matlab hai contentment.</w:t>
      </w:r>
      <w:r>
        <w:br/>
      </w:r>
      <w:r>
        <w:rPr>
          <w:sz w:val="20"/>
        </w:rPr>
        <w:t>1:12:16  qad aflaha man roza ka kafafa wa kana Allah ma ata. to contentment jo hai, is ka matlab kya hai?</w:t>
      </w:r>
      <w:r>
        <w:br/>
      </w:r>
      <w:r>
        <w:rPr>
          <w:sz w:val="20"/>
        </w:rPr>
        <w:t>1:12:26  yaani qanaat ya contentment ka matlab kya hai? woh yeh matlab nahi kam par raazi hona, possible par raazi hona.</w:t>
      </w:r>
      <w:r>
        <w:br/>
      </w:r>
      <w:r>
        <w:rPr>
          <w:sz w:val="20"/>
        </w:rPr>
        <w:t>1:12:36  yeh matlab hai qanaat ka.</w:t>
      </w:r>
      <w:r>
        <w:br/>
      </w:r>
      <w:r>
        <w:rPr>
          <w:sz w:val="20"/>
        </w:rPr>
        <w:t>1:12:40  aadmi possible aur impossible mein farq kare, achievable aur non-achievable mein farq kare to har aadmi ko stress-free life mil jayegi, koi mushkil nahi.</w:t>
      </w:r>
      <w:r>
        <w:br/>
      </w:r>
      <w:r>
        <w:rPr>
          <w:sz w:val="20"/>
        </w:rPr>
        <w:t>1:12:55  dekhein, is dunya mein koi superpower bhi afford nahi kar sakta us ko ke woh apne apne taqat se aage chhalang lagaye to woh afford nahi kar sakta.</w:t>
      </w:r>
      <w:r>
        <w:br/>
      </w:r>
      <w:r>
        <w:rPr>
          <w:sz w:val="20"/>
        </w:rPr>
        <w:t>1:13:05  misal ke taur par, communist Russia ko dekhiye, woh daakhil ho gaya Afghanistan mein, fauj ne daakhil kar diya apni to us ke liye phir affordable nahi tha.</w:t>
      </w:r>
      <w:r>
        <w:br/>
      </w:r>
      <w:r>
        <w:rPr>
          <w:sz w:val="20"/>
        </w:rPr>
        <w:t>1:13:15  shikast kha kar wapas jana pada un ko. aise hi America jo hai, Iraq mein daakhil ho gaya, woh bhi bas affordable nahi tha, woh</w:t>
      </w:r>
      <w:r>
        <w:br/>
      </w:r>
      <w:r>
        <w:rPr>
          <w:sz w:val="20"/>
        </w:rPr>
        <w:t>1:13:24  aur wapas jana pada us ko das saal ke baad Vietnam se das saal wapas aana pada. to chahe ke individual ho, chahe koi superpower ho, woh us ko is baat ko jaanna chahiye, is had ko ke us kya cheez us ke liye yaani achievable hai ya achievable nahi.</w:t>
      </w:r>
      <w:r>
        <w:br/>
      </w:r>
      <w:r>
        <w:rPr>
          <w:sz w:val="20"/>
        </w:rPr>
        <w:t>1:13:48  jo</w:t>
      </w:r>
      <w:r>
        <w:br/>
      </w:r>
      <w:r>
        <w:rPr>
          <w:sz w:val="20"/>
        </w:rPr>
        <w:t>1:13:49  achievable na ho, us ko kabhi target na kare, woh kabhi na kare. jo achievable hai, us ko usi ko target kare. magar mushkil yeh hai ke na fard us ko yaani is par dhyan deta, na na bari bari hukumatain jo bhi dhyan de pati hain.</w:t>
      </w:r>
      <w:r>
        <w:br/>
      </w:r>
      <w:r>
        <w:rPr>
          <w:sz w:val="20"/>
        </w:rPr>
        <w:t>1:14:11  natija yeh hai ke sab pareshan hain. jis ko dekho, sab pareshan hain.</w:t>
      </w:r>
      <w:r>
        <w:br/>
      </w:r>
      <w:r>
        <w:rPr>
          <w:sz w:val="20"/>
        </w:rPr>
        <w:t>1:14:14  jo baray baray jo president aur prime minister hain, woh sleeping pill kha ke sote hain. isi liye ke woh har ek chhalang lagai hui hai, har ek jump ki hui hai more and more ki taraf.</w:t>
      </w:r>
      <w:r>
        <w:br/>
      </w:r>
      <w:r>
        <w:rPr>
          <w:sz w:val="20"/>
        </w:rPr>
        <w:t>1:14:32  to main sochta hoon ke is ke liye ek prize deni paray gi. woh yeh hai ke more and more ka jo concept hai, is ko khatam karna, is ko aur contentment par apne aap ko le aana.</w:t>
      </w:r>
      <w:r>
        <w:br/>
      </w:r>
      <w:r>
        <w:rPr>
          <w:sz w:val="20"/>
        </w:rPr>
        <w:t>1:14:42  koi doosra option nahi is ke liye, is ke siwa.</w:t>
      </w:r>
      <w:r>
        <w:br/>
      </w:r>
      <w:r>
        <w:rPr>
          <w:sz w:val="20"/>
        </w:rPr>
        <w:t>1:14:46  united states jo hai, super power banaya jata hai. dekhiye, first world war aur second world war ke darmiyan jo hai, bohat hi zyada peace tha america mein.</w:t>
      </w:r>
      <w:r>
        <w:br/>
      </w:r>
      <w:r>
        <w:rPr>
          <w:sz w:val="20"/>
        </w:rPr>
        <w:t>1:14:55  bohat khush thay log, kyunke is waqt kya nazariya tha un ka ke "da business of america is business" yeh tha un ka nazariya.</w:t>
      </w:r>
      <w:r>
        <w:br/>
      </w:r>
      <w:r>
        <w:rPr>
          <w:sz w:val="20"/>
        </w:rPr>
        <w:t>1:15:05  yani first world war aur second world war ke darmiyan jo tha, motto usa ka bas itna hi tha ke "da business of america is bus</w:t>
      </w:r>
      <w:r>
        <w:br/>
      </w:r>
      <w:r>
        <w:rPr>
          <w:sz w:val="20"/>
        </w:rPr>
        <w:t>1:15:14  ness". second world war ke baad badal gaya. woh unhon ne kaha ke hum leadership, world leadership un ka target bana liya. unhon ne tab se sare problem mein ghira hua hai america.</w:t>
      </w:r>
      <w:r>
        <w:br/>
      </w:r>
      <w:r>
        <w:rPr>
          <w:sz w:val="20"/>
        </w:rPr>
        <w:t>1:15:27  to woh is ke bas mein tha ke product tayyar karo aur dunya mein becho. to possible tha is ke liye, lekin sare dunya ko ke ooper woh leadership qaim karo, yeh to possible nahi tha.</w:t>
      </w:r>
      <w:r>
        <w:br/>
      </w:r>
      <w:r>
        <w:rPr>
          <w:sz w:val="20"/>
        </w:rPr>
        <w:t>1:15:41  to bas hoga is ka, is ki economy tabah ho gayi. har har har aitbar se nuqsan hua is ko. yeh individual ka muamla hai.</w:t>
      </w:r>
      <w:r>
        <w:br/>
      </w:r>
      <w:r>
        <w:rPr>
          <w:sz w:val="20"/>
        </w:rPr>
        <w:t>1:15:54  main Allah ke fazal se bilkul meri zindagi peaceful zindagi meri hai, kyunke meri koi zaroorat hi nahi. main to need se bhi kam par jeeta hoon, jo jo real need hai, us se bhi kam par jeene ki koshish karta hoon.</w:t>
      </w:r>
      <w:r>
        <w:br/>
      </w:r>
      <w:r>
        <w:rPr>
          <w:sz w:val="20"/>
        </w:rPr>
        <w:t>1:16:08  to mujhe sleep, yani sound sleep aati hai, masha Allah, aur koi mujhe pareshani nahi hai. to dekhiye, stress free life ke liye ek prize dena hai.</w:t>
      </w:r>
      <w:r>
        <w:br/>
      </w:r>
      <w:r>
        <w:rPr>
          <w:sz w:val="20"/>
        </w:rPr>
        <w:t>1:16:22  woh prize kya hai? more and more se apne ko bachana, contentment par apne ko razi karna. bas</w:t>
      </w:r>
      <w:r>
        <w:br/>
      </w:r>
      <w:r>
        <w:rPr>
          <w:sz w:val="20"/>
        </w:rPr>
        <w:t>1:16:34  aur koi hal kaha nahi.</w:t>
      </w:r>
      <w:r>
        <w:br/>
      </w:r>
      <w:r>
        <w:rPr>
          <w:sz w:val="20"/>
        </w:rPr>
        <w:t>1:16:37  married life ho, chahe company ki zindagi ho ya kahin bhi ho, har aadmi is cheez ko chahne lagta hai jo is ke liye pass achievable nahi hai. woh chahne lagta hai.</w:t>
      </w:r>
      <w:r>
        <w:br/>
      </w:r>
      <w:r>
        <w:rPr>
          <w:sz w:val="20"/>
        </w:rPr>
        <w:t>1:16:50  to aap is ko soch kar daryaft kijiye ke woh kon si cheez hai jo aap ke liye achievable hai aur kon si cheez hai jo aap ke liye achievable nahi hai, aur is par razi ho jaiye.</w:t>
      </w:r>
      <w:r>
        <w:br/>
      </w:r>
      <w:r>
        <w:rPr>
          <w:sz w:val="20"/>
        </w:rPr>
        <w:t>1:17:01  to bas is ke baad peace hi peace hai. mera tajurba to yahi hai.</w:t>
      </w:r>
      <w:r>
        <w:br/>
      </w:r>
      <w:r>
        <w:rPr>
          <w:sz w:val="20"/>
        </w:rPr>
        <w:t>1:17:07  mera mera jo experience hai, woh yahi hai.</w:t>
      </w:r>
    </w:p>
    <w:p>
      <w:pPr>
        <w:pStyle w:val="Heading2"/>
      </w:pPr>
      <w:r>
        <w:t>Managing stress and work-life balance</w:t>
      </w:r>
    </w:p>
    <w:p>
      <w:r>
        <w:rPr>
          <w:color w:val="666666"/>
          <w:sz w:val="18"/>
        </w:rPr>
        <w:t>Life &amp; Wisdom · Discovery of God (In Conversation with Maulana) December 25, 2011 · 6m 25s · at 9:47 · https://youtu.be/-1c1d7cFj0s?t=587</w:t>
      </w:r>
    </w:p>
    <w:p>
      <w:r>
        <w:rPr>
          <w:i/>
        </w:rPr>
        <w:t>“In today's stressful times, please share your views on how we all can manage our stress levels and be able to maintain a good work-life balance and always maintain positive thinking.”</w:t>
      </w:r>
    </w:p>
    <w:p>
      <w:r>
        <w:rPr>
          <w:sz w:val="20"/>
        </w:rPr>
        <w:t>9:47  maulana, agla sawal aaya hai mr suleash malhotra ka, singapore se. unhon ne likha hai: "in today stressfull times, please share your views on how we all can manage our stress levels and are able to maintain a good work life balance and always maintain positive thinking."</w:t>
      </w:r>
      <w:r>
        <w:br/>
      </w:r>
      <w:r>
        <w:rPr>
          <w:sz w:val="20"/>
        </w:rPr>
        <w:t>10:12  dekhein, jahan tak maine samjha hai, stress stress kya hai? us ko us ki analysis kijiye.</w:t>
      </w:r>
      <w:r>
        <w:br/>
      </w:r>
      <w:r>
        <w:rPr>
          <w:sz w:val="20"/>
        </w:rPr>
        <w:t>10:23  stress mein jahan tak maine samjha hai, stress naam hai is baat ka ke aadmi</w:t>
      </w:r>
      <w:r>
        <w:br/>
      </w:r>
      <w:r>
        <w:rPr>
          <w:sz w:val="20"/>
        </w:rPr>
        <w:t>10:31  is se zyada paana chahe jo woh apni capacity ke aitbaar se pa sakta hai. agar aap apni capacity ko jaanein aur usi par aap aap contentment ho jayein, to na koi tension hai, na koi stress hai.</w:t>
      </w:r>
      <w:r>
        <w:br/>
      </w:r>
      <w:r>
        <w:rPr>
          <w:sz w:val="20"/>
        </w:rPr>
        <w:t>10:48  lekin har aadmi more and more ka target banaya rehta hai. yeh more and more ka jo jo target hai, yahi wajah hai stress ki aur tension ki.</w:t>
      </w:r>
      <w:r>
        <w:br/>
      </w:r>
      <w:r>
        <w:rPr>
          <w:sz w:val="20"/>
        </w:rPr>
        <w:t>11:04  isi liye islam mein jo hal bataya gaya hai, woh hai qanaat. qanaat ka matlab hai contentment.</w:t>
      </w:r>
      <w:r>
        <w:br/>
      </w:r>
      <w:r>
        <w:rPr>
          <w:sz w:val="20"/>
        </w:rPr>
        <w:t>11:14  qadfun min rozay ka kafaaf wa kana Allah ma ata. to contentment jo hai, us ka matlab kya hai?</w:t>
      </w:r>
      <w:r>
        <w:br/>
      </w:r>
      <w:r>
        <w:rPr>
          <w:sz w:val="20"/>
        </w:rPr>
        <w:t>11:23  yaani qanaat ya contentment ka matlab kya hai? woh yeh matlab nahi kam par raazi hona, possible par raazi hona.</w:t>
      </w:r>
      <w:r>
        <w:br/>
      </w:r>
      <w:r>
        <w:rPr>
          <w:sz w:val="20"/>
        </w:rPr>
        <w:t>11:34  yeh matlab hai qanaat ka. aadmi possible aur impossible mein farq kare, achievable aur non achievable mein farq kare.</w:t>
      </w:r>
      <w:r>
        <w:br/>
      </w:r>
      <w:r>
        <w:rPr>
          <w:sz w:val="20"/>
        </w:rPr>
        <w:t>11:45  to har aadmi ko stress free life mil jayegi, koi mushkil nahi. dekhein, is duniya mein koi super power bhi afford nahi kar sakta is ko ke woh apne apne taqat se aage chhalang lagaye.</w:t>
      </w:r>
      <w:r>
        <w:br/>
      </w:r>
      <w:r>
        <w:rPr>
          <w:sz w:val="20"/>
        </w:rPr>
        <w:t>12:01  to woh afford nahi kar sakta. misaal ke taur par communist roos ko dekhiye, woh daakhil ho gaya afghanistan mein, fauj ne daakhil kar diya apni. to is ke liye phir affordable nahi tha, shikast kha kar wapas jaana pada un ko.</w:t>
      </w:r>
      <w:r>
        <w:br/>
      </w:r>
      <w:r>
        <w:rPr>
          <w:sz w:val="20"/>
        </w:rPr>
        <w:t>12:16  aise hi america jo hai, iraq mein daakhil ho gaya, woh bhi mein bataoon ke affordable nahi tha woh, aur wapas jaana pada is ko das saal ke baad vietnam se das saal wapas aana pada.</w:t>
      </w:r>
      <w:r>
        <w:br/>
      </w:r>
      <w:r>
        <w:rPr>
          <w:sz w:val="20"/>
        </w:rPr>
        <w:t>12:28  to chahe koi individual ho, chahe koi super power ho, woh is ko is baat ko jaanna chahiye, is had ko ke is kya cheez is ke liye yaani achievable hai, kya achievable nahi.</w:t>
      </w:r>
      <w:r>
        <w:br/>
      </w:r>
      <w:r>
        <w:rPr>
          <w:sz w:val="20"/>
        </w:rPr>
        <w:t>12:46  jo achievable na ho, us ko kabhi target na kare, woh kabhi na kare. jo achievable hai, us ko usi ko target kare. magar mushkil yeh hai ke na fard is ko yaani is par dhyan deta, na na bari bari hukoomatein jo bhi dhyan de paati hain.</w:t>
      </w:r>
      <w:r>
        <w:br/>
      </w:r>
      <w:r>
        <w:rPr>
          <w:sz w:val="20"/>
        </w:rPr>
        <w:t>13:09  natija yeh hai ke sab pareshan hain. jis ko dekho, sab pareshan hain. jo bare bare jo president aur prime minister hain, woh sleeping pe sleeping pe kha kar sote hain.</w:t>
      </w:r>
      <w:r>
        <w:br/>
      </w:r>
      <w:r>
        <w:rPr>
          <w:sz w:val="20"/>
        </w:rPr>
        <w:t>13:21  isi liye ke woh har ek chhalang lagai hui hai, har ek jump ki hui hai more and more ki taraf. to main sochta hoon ke is ke liye ek prize deni pare gi.</w:t>
      </w:r>
      <w:r>
        <w:br/>
      </w:r>
      <w:r>
        <w:rPr>
          <w:sz w:val="20"/>
        </w:rPr>
        <w:t>13:33  woh yeh hai ke more and more ka jo concept hai, is ko khatam karna, is ko aur contentment par apne aap ko le ana. koi doosra option nahi is ke liye, is ke siwa.</w:t>
      </w:r>
      <w:r>
        <w:br/>
      </w:r>
      <w:r>
        <w:rPr>
          <w:sz w:val="20"/>
        </w:rPr>
        <w:t>13:44  united states jo hai, super power banaya jata hai. dekhiye, first world war aur second world war ke darmiyan jo hai, bohat hi zyada peace tha america mein.</w:t>
      </w:r>
      <w:r>
        <w:br/>
      </w:r>
      <w:r>
        <w:rPr>
          <w:sz w:val="20"/>
        </w:rPr>
        <w:t>13:53  bohat khush thay log, kyunke us waqt kya nazariya tha un ka ke "da business of america is business". yeh tha un ka nazariya.</w:t>
      </w:r>
      <w:r>
        <w:br/>
      </w:r>
      <w:r>
        <w:rPr>
          <w:sz w:val="20"/>
        </w:rPr>
        <w:t>14:03  yani first world war aur second world war ke darmiyan jo tha, motto usa ka bas itna hi tha ke "da business of america is business".</w:t>
      </w:r>
      <w:r>
        <w:br/>
      </w:r>
      <w:r>
        <w:rPr>
          <w:sz w:val="20"/>
        </w:rPr>
        <w:t>14:12  second world war ke baad badal gaya. woh unhon ne kaha ke hum leadership, world leadership un ka target bana liya. unhon ne tab se sare problem mein ghira hua hai america.</w:t>
      </w:r>
      <w:r>
        <w:br/>
      </w:r>
      <w:r>
        <w:rPr>
          <w:sz w:val="20"/>
        </w:rPr>
        <w:t>14:25  to woh is ke bas mein tha ke product tayyar karo aur duniya mein becho. to possible tha is ke liye, lekin sari duniya ko ke upar woh leadership qaim karo, yeh to possible nahi tha.</w:t>
      </w:r>
      <w:r>
        <w:br/>
      </w:r>
      <w:r>
        <w:rPr>
          <w:sz w:val="20"/>
        </w:rPr>
        <w:t>14:39  to bas hoga, is ka is ki economy tabah ho gayi. har har har aitbar se nuqsan hua is ko. yeh individual ka muamla hai.</w:t>
      </w:r>
      <w:r>
        <w:br/>
      </w:r>
      <w:r>
        <w:rPr>
          <w:sz w:val="20"/>
        </w:rPr>
        <w:t>14:52  main Allah ke fazl se bilkul meri zindagi peaceful zindagi meri hai, kyunke meri koi zaroorat hi nahi. main to need se bhi kam par jeeta hoon, jo jo real need hai, us se bhi kam par jeene ki koshish karta hoon.</w:t>
      </w:r>
      <w:r>
        <w:br/>
      </w:r>
      <w:r>
        <w:rPr>
          <w:sz w:val="20"/>
        </w:rPr>
        <w:t>15:06  to mujhe sleep, yani sound sleep aati hai, mashallah, aur koi mujhe pareshani nahi hai. to dekhiye, stress free life ke liye ek prize dena hai.</w:t>
      </w:r>
      <w:r>
        <w:br/>
      </w:r>
      <w:r>
        <w:rPr>
          <w:sz w:val="20"/>
        </w:rPr>
        <w:t>15:22  woh prize kya hai? more and more se apne ko bachana, contentment par apne ko razi karna. bas,</w:t>
      </w:r>
      <w:r>
        <w:br/>
      </w:r>
      <w:r>
        <w:rPr>
          <w:sz w:val="20"/>
        </w:rPr>
        <w:t>15:34  aur koi hal hai ke nahi? married life ho, chahe company ki zindagi ho ya kahin bhi ho, har aadmi is cheez ko chahne lagta hai jo is ke liye achievable nahi hai.</w:t>
      </w:r>
      <w:r>
        <w:br/>
      </w:r>
      <w:r>
        <w:rPr>
          <w:sz w:val="20"/>
        </w:rPr>
        <w:t>15:47  woh chahne lagta hai. to aap is ko soch kar daryaft kijiye ke woh kaun si cheez hai jo aap ke liye achievable hai aur kaun si cheez hai jo aap ke liye achievable nahi hai, aur us par razi ho jaiye.</w:t>
      </w:r>
      <w:r>
        <w:br/>
      </w:r>
      <w:r>
        <w:rPr>
          <w:sz w:val="20"/>
        </w:rPr>
        <w:t>16:01  to bas, is ke baad peace hi peace hai. mera tajurba to yahi hai. mera mera jo experience hai, woh yahi hai.</w:t>
      </w:r>
    </w:p>
    <w:p>
      <w:pPr>
        <w:pStyle w:val="Heading2"/>
      </w:pPr>
      <w:r>
        <w:t>Maulana's emphasis on positive thinking</w:t>
      </w:r>
    </w:p>
    <w:p>
      <w:r>
        <w:rPr>
          <w:color w:val="666666"/>
          <w:sz w:val="18"/>
        </w:rPr>
        <w:t>Life &amp; Wisdom · The Divine Purpose Behind Human Creation October 6, 2024 · 17m 25s · at 58:21 · https://youtu.be/VepgdrN7M2A?t=3501</w:t>
      </w:r>
    </w:p>
    <w:p>
      <w:r>
        <w:rPr>
          <w:i/>
        </w:rPr>
        <w:t>“Maulana always used to talk about positive thinking.”</w:t>
      </w:r>
    </w:p>
    <w:p>
      <w:r>
        <w:rPr>
          <w:sz w:val="20"/>
        </w:rPr>
        <w:t>58:21  and this is what Quran also says in chapter 50. apa, main kuch do comments lena chahunga agla sawal lenay se pehlay. yeh comment bheja hai miss farida kamran ne Pakistan se, unhon ne likha hai: "jazak Allah, beautifully narrated and useful session." ah</w:t>
      </w:r>
      <w:r>
        <w:br/>
      </w:r>
      <w:r>
        <w:rPr>
          <w:sz w:val="20"/>
        </w:rPr>
        <w:t>58:40  , Maulana Iqbal Umri ne Chennai se likha hai: "masha Allah, aaj ka topic ne phir se Maulana ke mission ko achhay tareeqay se yaad dilaya." apa ne bohat achhi tafseel se aaj baat batai.</w:t>
      </w:r>
      <w:r>
        <w:br/>
      </w:r>
      <w:r>
        <w:rPr>
          <w:sz w:val="20"/>
        </w:rPr>
        <w:t>58:54  jazak Allah khaira, apa. apa, Rohit Kumar ji ne Amritsar se aik sawal kiya hai, unhon ne likha hai ke Maulana hamesha positive thinking ko le kar baat kartay thay.</w:t>
      </w:r>
      <w:r>
        <w:br/>
      </w:r>
      <w:r>
        <w:rPr>
          <w:sz w:val="20"/>
        </w:rPr>
        <w:t>59:05  ah, lekin kya aisa hai ke kuch negative thinking ah sahi bhi hoti hai? jaisay unhon ne example diya ke agar aap koi aik naya kaam shuru karnay ke liye aap sochen to aik taraf ah aap positive hotay hain kyunkay aap aik naya kaam shuru karnay ja rahay hain, lekin doosri taraf aap ke mind mein yeh bhi khayal aata hai ke shayad aap nakamiyab ho jayen.</w:t>
      </w:r>
      <w:r>
        <w:br/>
      </w:r>
      <w:r>
        <w:rPr>
          <w:sz w:val="20"/>
        </w:rPr>
        <w:t>59:29  to yeh ek negative thaat hai.</w:t>
      </w:r>
      <w:r>
        <w:br/>
      </w:r>
      <w:r>
        <w:rPr>
          <w:sz w:val="20"/>
        </w:rPr>
        <w:t>59:31  to isi liye woh pooch rahe hain ke kya yeh thought ah is the is are these thoughts okay? ah, that in one hand you are positive about starting a new work, but in the other hand you are worried ke shayad aap nakamyab rahen.</w:t>
      </w:r>
      <w:r>
        <w:br/>
      </w:r>
      <w:r>
        <w:rPr>
          <w:sz w:val="20"/>
        </w:rPr>
        <w:t>59:46  to is ke baray mein ah woh aap ki aap ka advice chah rah</w:t>
      </w:r>
      <w:r>
        <w:br/>
      </w:r>
      <w:r>
        <w:rPr>
          <w:sz w:val="20"/>
        </w:rPr>
        <w:t>59:50  e hain. maine is ko negative nahi kahunga. yeh negativity to woh hai jab hum kisi ke khilaf, kisi ke khilaf koi galat baat sochen, woh negativity hoti hai.</w:t>
      </w:r>
      <w:r>
        <w:br/>
      </w:r>
      <w:r>
        <w:rPr>
          <w:sz w:val="20"/>
        </w:rPr>
        <w:t>1:00:02  ab aap koi bhi bara kaam karne ja rahe hain to yeh to sochen ge ke is ka nateeja kya nikle ga. yeh to bilkul natural hai, nateeja kya nikle ga?</w:t>
      </w:r>
      <w:r>
        <w:br/>
      </w:r>
      <w:r>
        <w:rPr>
          <w:sz w:val="20"/>
        </w:rPr>
        <w:t>1:00:11  ab bas ek baat yeh bhi hai ke jo log risk lete hain, kai baar un ko nuqsan hota hai, lekin agar risk nahi len to koi bara kaam kar bhi nahi sakte.</w:t>
      </w:r>
      <w:r>
        <w:br/>
      </w:r>
      <w:r>
        <w:rPr>
          <w:sz w:val="20"/>
        </w:rPr>
        <w:t>1:00:21  bilkul ji ji kehte hain, woh ek misal hai na ke jahaz jo hain, woh kya hai, woh harbor harbor mein rehne ke liye nahi banaye gaye hain.</w:t>
      </w:r>
      <w:r>
        <w:br/>
      </w:r>
      <w:r>
        <w:rPr>
          <w:sz w:val="20"/>
        </w:rPr>
        <w:t>1:00:32  ji yaad hai aap ko? haan, kuch achi si misal hai. ji bilkul baat samajh aa rahi hai jo aap bata rahe hain. to agar jahaz jaye ga jab samandar mein to kabhi toofan bhi aaye</w:t>
      </w:r>
      <w:r>
        <w:br/>
      </w:r>
      <w:r>
        <w:rPr>
          <w:sz w:val="20"/>
        </w:rPr>
        <w:t>1:00:41  ga. ji ji is ka matlab yeh nahi ke harbor mein woh khara rahe. ji to thora to yeh sab tajurba, in cheezon ko tajurbaat, tajurba samjha karien.</w:t>
      </w:r>
      <w:r>
        <w:br/>
      </w:r>
      <w:r>
        <w:rPr>
          <w:sz w:val="20"/>
        </w:rPr>
        <w:t>1:00:50  bilkul ek koi bohat bari company thi, naam yaad nahi aa raha hai, to us mein ek aadmi manager rakha gaya. to us ne koi risk liya aur bohat us mein bhari nuqsan ho gaya.</w:t>
      </w:r>
      <w:r>
        <w:br/>
      </w:r>
      <w:r>
        <w:rPr>
          <w:sz w:val="20"/>
        </w:rPr>
        <w:t>1:01:01  hmm ab woh bohat dar raha tha ke is ka malik jo hai, woh bohat ghusa hoga. to malik kuch bhi nahi ghusa hua, malik aur khush hua ke tum ne itna bara risk liya.</w:t>
      </w:r>
      <w:r>
        <w:br/>
      </w:r>
      <w:r>
        <w:rPr>
          <w:sz w:val="20"/>
        </w:rPr>
        <w:t>1:01:11  kyun ke har bara kaam ke liye risk lena hi parta hai, lekin bohat achay se</w:t>
      </w:r>
      <w:r>
        <w:br/>
      </w:r>
      <w:r>
        <w:rPr>
          <w:sz w:val="20"/>
        </w:rPr>
        <w:t>1:01:16  soch ke kaam karna chahiye. mashware, mashwara bhi zaroor karna chahiye. aur apa, loss ke bhi na do pehlu hote hain. ek to loss at itself aur doosri cheez yahi jo aap ne kaha ke learning from that loss.</w:t>
      </w:r>
      <w:r>
        <w:br/>
      </w:r>
      <w:r>
        <w:rPr>
          <w:sz w:val="20"/>
        </w:rPr>
        <w:t>1:01:29  matlab aap ko kya experience milta hai is loss se?</w:t>
      </w:r>
      <w:r>
        <w:br/>
      </w:r>
      <w:r>
        <w:rPr>
          <w:sz w:val="20"/>
        </w:rPr>
        <w:t>1:01:33  and aksar yeh bhi hai ke when you lose something or you suffer something negative, then you turn towards God for its compensation.</w:t>
      </w:r>
      <w:r>
        <w:br/>
      </w:r>
      <w:r>
        <w:rPr>
          <w:sz w:val="20"/>
        </w:rPr>
        <w:t>1:01:42  and who can be a better compensator then God himself, because woh minus ko plus kar sakte hain. to har loss mein mayoos nahi hona hai, har loss se ek experience lena hai, jaise aap ne kaha, ek learning leni hai.</w:t>
      </w:r>
      <w:r>
        <w:br/>
      </w:r>
      <w:r>
        <w:rPr>
          <w:sz w:val="20"/>
        </w:rPr>
        <w:t>1:01:54  and then turning towards God for the right direction, for the right adv</w:t>
      </w:r>
      <w:r>
        <w:br/>
      </w:r>
      <w:r>
        <w:rPr>
          <w:sz w:val="20"/>
        </w:rPr>
        <w:t>1:01:58  voice. Acha woh shayad aisa hai ke ships are safe in the harbour, but they are not made</w:t>
      </w:r>
      <w:r>
        <w:br/>
      </w:r>
      <w:r>
        <w:rPr>
          <w:sz w:val="20"/>
        </w:rPr>
        <w:t>1:02:04  for that purpose.</w:t>
      </w:r>
      <w:r>
        <w:br/>
      </w:r>
      <w:r>
        <w:rPr>
          <w:sz w:val="20"/>
        </w:rPr>
        <w:t>1:02:39  cheez to Quran o Hadees ke mutabiq wohi hai. Surah Al-Rad mein aaya hai, chapter 13, verse 28: "Suno, Allah ki yaad hi se dilo ko itminan hasil hota hai." ji peace to dekhiye,</w:t>
      </w:r>
      <w:r>
        <w:br/>
      </w:r>
      <w:r>
        <w:rPr>
          <w:sz w:val="20"/>
        </w:rPr>
        <w:t>1:02:57  Allah se jurrne mein hi peace hai,</w:t>
      </w:r>
      <w:r>
        <w:br/>
      </w:r>
      <w:r>
        <w:rPr>
          <w:sz w:val="20"/>
        </w:rPr>
        <w:t>1:03:00  warna peace to hai nahi. kyun ke insaan itna zyada is ki khwahishat hain, itni zyada khwahishat hain ke woh khwahishat kabhi poori hoti nahi hain.</w:t>
      </w:r>
      <w:r>
        <w:br/>
      </w:r>
      <w:r>
        <w:rPr>
          <w:sz w:val="20"/>
        </w:rPr>
        <w:t>1:03:10  ji to peace kahan se mile ga? hmm jab tak hum yeh na samajh lein ke yeh khwahishat is dunya mein poori hone ke liye nahi hain, balke yeh khwahishat is liye hain ke hum janen.</w:t>
      </w:r>
      <w:r>
        <w:br/>
      </w:r>
      <w:r>
        <w:rPr>
          <w:sz w:val="20"/>
        </w:rPr>
        <w:t>1:03:22  agar khwahishat soch lijiye, aap ko hamare andar khwahish na hoti to hamare andar jannat ki bhi khwahish na hoti.</w:t>
      </w:r>
      <w:r>
        <w:br/>
      </w:r>
      <w:r>
        <w:rPr>
          <w:sz w:val="20"/>
        </w:rPr>
        <w:t>1:03:28  to hum jannat ke liye koshish karen aur yeh janen ke yeh khwahishat jannat mein poori hongi. to is liye yeh khwahishat hain. ji to hum is ka, is is ka jo hai, sahi rukh se woh dekhna shuru kar dein.</w:t>
      </w:r>
      <w:r>
        <w:br/>
      </w:r>
      <w:r>
        <w:rPr>
          <w:sz w:val="20"/>
        </w:rPr>
        <w:t>1:03:44  life ki, life ko sahi rukh se dekhen. ji yeh galat rukh se dekhne</w:t>
      </w:r>
      <w:r>
        <w:br/>
      </w:r>
      <w:r>
        <w:rPr>
          <w:sz w:val="20"/>
        </w:rPr>
        <w:t>1:03:49  ke liye yeh hai. woh samajhte hain ke isi dunya mein ideal milega aur wohi kiya, poori history, human history mein logon ne yahi samjha ke isi dunya mein ideal milna chahiye.</w:t>
      </w:r>
      <w:r>
        <w:br/>
      </w:r>
      <w:r>
        <w:rPr>
          <w:sz w:val="20"/>
        </w:rPr>
        <w:t>1:04:01  toh ideal ki talash mein bohat kaam hue, tamam philosophers kaam karte rahe ideal ki talash mein. aik aik aik philosopher hai abdul karim al jili.</w:t>
      </w:r>
      <w:r>
        <w:br/>
      </w:r>
      <w:r>
        <w:rPr>
          <w:sz w:val="20"/>
        </w:rPr>
        <w:t>1:04:11  hmm toh is ki aik poora poori theory is ne develop kiya, insan-e-kamil ki. hmm</w:t>
      </w:r>
      <w:r>
        <w:br/>
      </w:r>
      <w:r>
        <w:rPr>
          <w:sz w:val="20"/>
        </w:rPr>
        <w:t>1:04:18  ke woh ideal man, ideal state, ideal society, ideal family, yeh aaj se thori ke woh chala aa raha hai, chala aa raha hai.</w:t>
      </w:r>
      <w:r>
        <w:br/>
      </w:r>
      <w:r>
        <w:rPr>
          <w:sz w:val="20"/>
        </w:rPr>
        <w:t>1:04:28  kyunke woh jo hamare andar ideal basa hua hai, woh jannat ka ideal hai. lekin ab log itna jante nahi, itna samajhte nahi hain. ab sikandar azam ki misaal lijiye, us ne socha tha sari dunya fateh kar ke aik ideal political social system banayenge.</w:t>
      </w:r>
      <w:r>
        <w:br/>
      </w:r>
      <w:r>
        <w:rPr>
          <w:sz w:val="20"/>
        </w:rPr>
        <w:t>1:04:46  ji kahan kar</w:t>
      </w:r>
      <w:r>
        <w:br/>
      </w:r>
      <w:r>
        <w:rPr>
          <w:sz w:val="20"/>
        </w:rPr>
        <w:t>1:04:47  saka? hmm toh woh toh bohat bahadur insan tha, bohat bashalahiyat insan tha, woh nahi kar saka. toh aik bohat dilchasp aik qissa hai charlie chaplin ka.</w:t>
      </w:r>
      <w:r>
        <w:br/>
      </w:r>
      <w:r>
        <w:rPr>
          <w:sz w:val="20"/>
        </w:rPr>
        <w:t>1:04:57  ji toh charlie chaplin toh bohat hi mashhoor comedian tha, log us ko dekh dekh ke bohat khush hote the us ke shows ko. toh aik din woh aik psychiatrist ke paas gaya, us se kaha ke "I live in constant tension." toh</w:t>
      </w:r>
      <w:r>
        <w:br/>
      </w:r>
      <w:r>
        <w:rPr>
          <w:sz w:val="20"/>
        </w:rPr>
        <w:t>1:05:14  psychiatrist ne kaha "You should watch the shows of Charlie Chaplin." toh us ne kaha "But I am Charlie Chaplin." ji toh woh aadmi jo kaam comedy kar raha hai, logon ko hasa raha hai, woh bhi khush nahi hai.</w:t>
      </w:r>
      <w:r>
        <w:br/>
      </w:r>
      <w:r>
        <w:rPr>
          <w:sz w:val="20"/>
        </w:rPr>
        <w:t>1:05:29  kyunke insan jannat ke ilawa aur Khuda se mulaqat ke ilawa kisi cheez se khush reh nahi sakta.</w:t>
      </w:r>
      <w:r>
        <w:br/>
      </w:r>
      <w:r>
        <w:rPr>
          <w:sz w:val="20"/>
        </w:rPr>
        <w:t>1:05:39  dunya ki cheezon se woh khush nahi reh</w:t>
      </w:r>
      <w:r>
        <w:br/>
      </w:r>
      <w:r>
        <w:rPr>
          <w:sz w:val="20"/>
        </w:rPr>
        <w:t>1:05:41  sakta. woh sirf aarzii koi cheez aap ke paas aayi hai, koi cheez aap ke paas nahi aayi jis ko aap bohat chahte the.</w:t>
      </w:r>
      <w:r>
        <w:br/>
      </w:r>
      <w:r>
        <w:rPr>
          <w:sz w:val="20"/>
        </w:rPr>
        <w:t>1:05:50  woh thore lamhon mein bhi aap ko lagne lagta hai ke ab is se dilchaspi aap ko nahi rahi. ji isi liye jo bare bare log hain, hero heroine, paise wale, woh ghar badalte rehte hain, gariyan badalte rehte hain ke woh bohat jald un ko bore ho jate hain.</w:t>
      </w:r>
      <w:r>
        <w:br/>
      </w:r>
      <w:r>
        <w:rPr>
          <w:sz w:val="20"/>
        </w:rPr>
        <w:t>1:06:05  ji toh is dunya mein boredom hai, aap ko kuch bhi mil jaye, aap bore ho jayenge.</w:t>
      </w:r>
      <w:r>
        <w:br/>
      </w:r>
      <w:r>
        <w:rPr>
          <w:sz w:val="20"/>
        </w:rPr>
        <w:t>1:06:11  toh is ka aik aur woh hai ke "I Charlie Chaplin ka I love walking in the rain because no one can see me cry." toh aik baar Maulana ne bohat sare bare bare logon ko encyclopedia mein nikala tha, 402 top ke logon ko.</w:t>
      </w:r>
      <w:r>
        <w:br/>
      </w:r>
      <w:r>
        <w:rPr>
          <w:sz w:val="20"/>
        </w:rPr>
        <w:t>1:06:30  ji toh is mein Alexander, Napoleon, Hitler, Button, Roosevelt waghera, Mother Teresa sab disappear mein mar</w:t>
      </w:r>
      <w:r>
        <w:br/>
      </w:r>
      <w:r>
        <w:rPr>
          <w:sz w:val="20"/>
        </w:rPr>
        <w:t>1:06:38  e. halanke jo hum achieve karna chahte hain, hum toh woh nahi achieve kar sake. in logon ne toh bohat kuch achieve kiya. ji lekin woh is dunya mein asal mein hai hi nahi.</w:t>
      </w:r>
      <w:r>
        <w:br/>
      </w:r>
      <w:r>
        <w:rPr>
          <w:sz w:val="20"/>
        </w:rPr>
        <w:t>1:06:51  woh fulfillment is dunya mein hai hi nahi, toh milega kahan se? is dunya mein toh bas hamari duties hain, duties hain. Maulana kehte the ke aap ko rights jo hain na, woh sab akhirat mein milenge.</w:t>
      </w:r>
      <w:r>
        <w:br/>
      </w:r>
      <w:r>
        <w:rPr>
          <w:sz w:val="20"/>
        </w:rPr>
        <w:t>1:07:03  is dunya mein sirf duties hain. ji</w:t>
      </w:r>
      <w:r>
        <w:br/>
      </w:r>
      <w:r>
        <w:rPr>
          <w:sz w:val="20"/>
        </w:rPr>
        <w:t>1:07:07  ab Albert Einstein ko le lijiye, most famous scientist in the world. ab Israel jab bana toh logon ne chaha ke isi ko Israel ka pehla president banaye, lekin Nobel Prize bhi us ko mila tha.</w:t>
      </w:r>
      <w:r>
        <w:br/>
      </w:r>
      <w:r>
        <w:rPr>
          <w:sz w:val="20"/>
        </w:rPr>
        <w:t>1:07:21  lekin us ne bilkul inkar kar diya. aur aakhri zamane mein us ne kaha ke "He died at the age of 76." us ne kaha ke "I am alone, I feel like a stranger in the world.</w:t>
      </w:r>
      <w:r>
        <w:br/>
      </w:r>
      <w:r>
        <w:rPr>
          <w:sz w:val="20"/>
        </w:rPr>
        <w:t>1:07:35  " itna qabil aadmi. hmm toh woh bhi aik stranger ki nafsiyat ke sath mara. ji toh asal mein hamein ideology of life ko discover karna hai,</w:t>
      </w:r>
      <w:r>
        <w:br/>
      </w:r>
      <w:r>
        <w:rPr>
          <w:sz w:val="20"/>
        </w:rPr>
        <w:t>1:07:48  na ke ideology of atom se hamein sukoon nahi milega. yeh toh sab dunya mein chunke Khuda ne potential rakha hai, us ko discover kar ke aik aik tehzeeb banani hai.</w:t>
      </w:r>
      <w:r>
        <w:br/>
      </w:r>
      <w:r>
        <w:rPr>
          <w:sz w:val="20"/>
        </w:rPr>
        <w:t>1:07:59  wohi jo technology bani hai sari, woh sab kitne kaam aa rahi hain Khuda ka paigham sari dunya mein phailane ke liye. toh bas hamein yahi samajhna hai ke yeh dunya jo hai testing ground hai.</w:t>
      </w:r>
      <w:r>
        <w:br/>
      </w:r>
      <w:r>
        <w:rPr>
          <w:sz w:val="20"/>
        </w:rPr>
        <w:t>1:08:11  is ki misaal aap imtehan hall se le sakte hain. imtehan hall mein aap ko jo zaroori saman hai, wohi milta hai. ab aap ko wahan bistar toh bana hua milega nahi, aap ko wahan ah servants nahi milenge.</w:t>
      </w:r>
      <w:r>
        <w:br/>
      </w:r>
      <w:r>
        <w:rPr>
          <w:sz w:val="20"/>
        </w:rPr>
        <w:t>1:08:23  wohan aap ko ji sari cheezen jo aap ko ghar mein milti hain, woh wahan nahin milen gi.</w:t>
      </w:r>
      <w:r>
        <w:br/>
      </w:r>
      <w:r>
        <w:rPr>
          <w:sz w:val="20"/>
        </w:rPr>
        <w:t>1:08:28  lekin aap ko frustration nahin hota kyunke aap jante hain ke yeh to examination hall hai, yahan to yahi mile ga. ji to isi tareeqe se jab aap platform pe hote hain, wahan aap ko bas zara sa baithne ki jagah mil jaye, aap usi mein khush rehte hain ke jagah mil gayi.</w:t>
      </w:r>
      <w:r>
        <w:br/>
      </w:r>
      <w:r>
        <w:rPr>
          <w:sz w:val="20"/>
        </w:rPr>
        <w:t>1:08:42  ab aap thori chahte hain ke wahan ab aap ko poora ghar milay. ji to yahi is dunya mein agar aap sochen ge ke hamein is dunya mein kaam karne ke awaaq hai,</w:t>
      </w:r>
      <w:r>
        <w:br/>
      </w:r>
      <w:r>
        <w:rPr>
          <w:sz w:val="20"/>
        </w:rPr>
        <w:t>1:08:52  khuda ki marzi ke mutabiq is dunya mein hamein rehne ki ah mauqa hasil hai, naik kaam karne ka mauqa hasil hai, ibadat karne ka mauqa hasil hai, to bas bas aap ka tension khatam.</w:t>
      </w:r>
      <w:r>
        <w:br/>
      </w:r>
      <w:r>
        <w:rPr>
          <w:sz w:val="20"/>
        </w:rPr>
        <w:t>1:09:05  aap ka yahi zindagi ka maqsad hai aur woh poora ho raha hai. to har maamle mein aap creation plan ko samjhiye aur khuda ki marifat ke liye poori poori koshish kari</w:t>
      </w:r>
      <w:r>
        <w:br/>
      </w:r>
      <w:r>
        <w:rPr>
          <w:sz w:val="20"/>
        </w:rPr>
        <w:t>1:09:18  e. khuda ki yaad mein zindagi guzariye, isi mein sukoon hai. ji bible mein bhi yahi hai: "man cant live by bread alone." hmm quran mein bhi yahi hai.</w:t>
      </w:r>
      <w:r>
        <w:br/>
      </w:r>
      <w:r>
        <w:rPr>
          <w:sz w:val="20"/>
        </w:rPr>
        <w:t>1:09:28  ji aap that brings us to the last question of today session. aap ne bhi jaise ah abhi kaha aur aap ne starting mein bhi kaha tha ke khuda ki marifat mein aap</w:t>
      </w:r>
      <w:r>
        <w:br/>
      </w:r>
      <w:r>
        <w:rPr>
          <w:sz w:val="20"/>
        </w:rPr>
        <w:t>1:09:39  jiyein. to aap we can say that the purpose of human life is is marifat and the life before death is beginning of marifat and life after death is the culmination of marifat.</w:t>
      </w:r>
      <w:r>
        <w:br/>
      </w:r>
      <w:r>
        <w:rPr>
          <w:sz w:val="20"/>
        </w:rPr>
        <w:t>1:09:53  ah but aap yahi aakhri sawal bhi hai isi ko le kar ke kya marifat jo hai, woh ah marne ke baad bhi jaari rahe gi?</w:t>
      </w:r>
      <w:r>
        <w:br/>
      </w:r>
      <w:r>
        <w:rPr>
          <w:sz w:val="20"/>
        </w:rPr>
        <w:t>1:10:01  ah is ke bare mein aap bataein.</w:t>
      </w:r>
      <w:r>
        <w:br/>
      </w:r>
      <w:r>
        <w:rPr>
          <w:sz w:val="20"/>
        </w:rPr>
        <w:t>1:10:04  is ke bare mein Maulana ne apni kitaab "kitaab marifat" par bohat achhe tareeqe se is ka shayad aakhri chapter hai. ji bohat achhe tareeqe se is par ah likha hai.</w:t>
      </w:r>
      <w:r>
        <w:br/>
      </w:r>
      <w:r>
        <w:rPr>
          <w:sz w:val="20"/>
        </w:rPr>
        <w:t>1:10:18  to insaan ka dekhiye, lamahdood dimaagh hai aur bare se bara scientist bhi do chaar paanch percent hi use kar pata hai.</w:t>
      </w:r>
      <w:r>
        <w:br/>
      </w:r>
      <w:r>
        <w:rPr>
          <w:sz w:val="20"/>
        </w:rPr>
        <w:t>1:10:27  to ab Allah taala ne koi bhi cheez bilawaja to nahin banai.</w:t>
      </w:r>
      <w:r>
        <w:br/>
      </w:r>
      <w:r>
        <w:rPr>
          <w:sz w:val="20"/>
        </w:rPr>
        <w:t>1:10:32  har cheez ab janwaron ko dekhiye, un ke instinct mein itna hi rehta hai jitni un ko zaroorat hai. to insaan ko itni zyada kyun diya gaya?</w:t>
      </w:r>
      <w:r>
        <w:br/>
      </w:r>
      <w:r>
        <w:rPr>
          <w:sz w:val="20"/>
        </w:rPr>
        <w:t>1:10:42  ah dimaagh is ka matlab hai ke woh dimaagh ah jo hai, woh kahin na kahin is ka istemal hoga. to woh jo lamahdood dimaagh Allah ne diya hai, to woh yahan istemal ho nahin raha hai kyunke yahan ki limitations hain.</w:t>
      </w:r>
      <w:r>
        <w:br/>
      </w:r>
      <w:r>
        <w:rPr>
          <w:sz w:val="20"/>
        </w:rPr>
        <w:t>1:10:57  to is limitations har tarah ki hain: maut hai, barhapa hai, accident hai, bimari hai.</w:t>
      </w:r>
      <w:r>
        <w:br/>
      </w:r>
      <w:r>
        <w:rPr>
          <w:sz w:val="20"/>
        </w:rPr>
        <w:t>1:11:02  yeh sari limitations hain. to is tareeqe se hamari jo creation plan hai, jo Allah taala ne hamein bataya hai, peghambaron ne bataya hai, is ke do phase hain: ek to yeh present world hai aur ek jo hai akhirat ki dunya hai.</w:t>
      </w:r>
      <w:r>
        <w:br/>
      </w:r>
      <w:r>
        <w:rPr>
          <w:sz w:val="20"/>
        </w:rPr>
        <w:t>1:11:18  to present world mein aaghaz hoga marifat ka aur akhirat ki dunya mein is ki takmeel hogi.</w:t>
      </w:r>
      <w:r>
        <w:br/>
      </w:r>
      <w:r>
        <w:rPr>
          <w:sz w:val="20"/>
        </w:rPr>
        <w:t>1:11:26  to is dunya mein jo hai asal jo kaam hai is dunya mein woh hai jaise companies ke liye recruitment kiya jata hai, waise hi yahan par deserving candidate ka recruitment ho raha hai, selection ho raha hai.</w:t>
      </w:r>
      <w:r>
        <w:br/>
      </w:r>
      <w:r>
        <w:rPr>
          <w:sz w:val="20"/>
        </w:rPr>
        <w:t>1:11:39  aur jitne competent log hain, woh sab alag kar diye jayen ge, chhaant ke, aur aur phir unhi ko akhirat mein mauqa mile ga kaam karne ka.</w:t>
      </w:r>
      <w:r>
        <w:br/>
      </w:r>
      <w:r>
        <w:rPr>
          <w:sz w:val="20"/>
        </w:rPr>
        <w:t>1:11:53  to doosri dunya mein jo ek to insaan ko keh keh ki sari limitations khatam ho hi jayen gi, aur doosri dunya mein farishtay khul kar hamara saath den ge.</w:t>
      </w:r>
      <w:r>
        <w:br/>
      </w:r>
      <w:r>
        <w:rPr>
          <w:sz w:val="20"/>
        </w:rPr>
        <w:t>1:12:03  ji wahan farishtay invisible nahin honge, visible honge. yahan to invisible hain hamara. jab hum kabhi bohat maslay mein par jate hain, museebat mein par jate hain to farishtay saath dete hain,</w:t>
      </w:r>
      <w:r>
        <w:br/>
      </w:r>
      <w:r>
        <w:rPr>
          <w:sz w:val="20"/>
        </w:rPr>
        <w:t>1:12:16  lekin wahan par hamare saath honge farishtay aur hamara poori madad karen ge. aur wahan koi thakan nahin hogi, kuch nahin.</w:t>
      </w:r>
      <w:r>
        <w:br/>
      </w:r>
      <w:r>
        <w:rPr>
          <w:sz w:val="20"/>
        </w:rPr>
        <w:t>1:12:25  wahan bohat hi joyful activities hongi. yeh joyful activities quran mein aaya hai ke wahan par log bohat sar garam honge, safar karen ge, har kaam karen ge, Allah ki raza ke mutabiq har kaam karen ge, lekin koi thakan nahin hogi, koi kuch nahin hoga.</w:t>
      </w:r>
      <w:r>
        <w:br/>
      </w:r>
      <w:r>
        <w:rPr>
          <w:sz w:val="20"/>
        </w:rPr>
        <w:t>1:12:44  is mein ek aaya hai ke wahan par jab mard log jayen ge shopping karne to wahan se ayen ge to woh aur khoobsurat lag rahe honge.</w:t>
      </w:r>
      <w:r>
        <w:br/>
      </w:r>
      <w:r>
        <w:rPr>
          <w:sz w:val="20"/>
        </w:rPr>
        <w:t>1:12:53  un ki biwiyan kahen gi: "ab to aur zyada achhe lag rahe hain." to ab yahan dekhiye, shopping karne aap jate hain, kitna thak thaka ke ate hain. ji aur halat kharab ho jati hai.</w:t>
      </w:r>
      <w:r>
        <w:br/>
      </w:r>
      <w:r>
        <w:rPr>
          <w:sz w:val="20"/>
        </w:rPr>
        <w:t>1:13:03  to wahan par jo bhi activities hongi, wahan aap bahut hi joyful activities hongi. wo</w:t>
      </w:r>
      <w:r>
        <w:br/>
      </w:r>
      <w:r>
        <w:rPr>
          <w:sz w:val="20"/>
        </w:rPr>
        <w:t>1:13:10  ji to is tarike se insan jo hai, wahan par farishton ki madad se aala rohani jo hai tajrubaat is ko honge.</w:t>
      </w:r>
      <w:r>
        <w:br/>
      </w:r>
      <w:r>
        <w:rPr>
          <w:sz w:val="20"/>
        </w:rPr>
        <w:t>1:13:21  musalsal marifat ka safar hoga, wahan neend bhi nahi aayegi. jab itni zyada wahan khushiyan hongi to khushi mein neend kahan ati hai</w:t>
      </w:r>
      <w:r>
        <w:br/>
      </w:r>
      <w:r>
        <w:rPr>
          <w:sz w:val="20"/>
        </w:rPr>
        <w:t>1:13:29  ? to wahan par insan musalsal sargaram rahega Khuda ki marifat hasil karne ke liye. aur jab Khuda kabhi kabhi apni jhalakiyan dikhayega to phir insan ab wo sari jo jannat ki khushiyan hain, wo bhi bhool jayega Khuda ki jhalakiyan dekh kar ke.</w:t>
      </w:r>
      <w:r>
        <w:br/>
      </w:r>
      <w:r>
        <w:rPr>
          <w:sz w:val="20"/>
        </w:rPr>
        <w:t>1:13:45  ji to wahan par jo Maulana kehte the "spiritual empire" to us ki beginning yahan hai aur spiritual empire banegi aa</w:t>
      </w:r>
      <w:r>
        <w:br/>
      </w:r>
      <w:r>
        <w:rPr>
          <w:sz w:val="20"/>
        </w:rPr>
        <w:t>1:13:55  khirat mein. to hamein yahi chahiye, yahi ek hi shart hai ke insan Khuda ke plan ko samjhe aur us ke mutabiq apna safar jari rakhe.</w:t>
      </w:r>
      <w:r>
        <w:br/>
      </w:r>
      <w:r>
        <w:rPr>
          <w:sz w:val="20"/>
        </w:rPr>
        <w:t>1:14:07  aur yeh safar jannat mein eternally, eternally jari rahega. wo logon ne sahi kaha hai ke agar hum khali sofa pe baith ke khate peete rahein to bore to ho hi jayenge.</w:t>
      </w:r>
      <w:r>
        <w:br/>
      </w:r>
      <w:r>
        <w:rPr>
          <w:sz w:val="20"/>
        </w:rPr>
        <w:t>1:14:17  to wo bore nahi hone ka hai. wahan</w:t>
      </w:r>
      <w:r>
        <w:br/>
      </w:r>
      <w:r>
        <w:rPr>
          <w:sz w:val="20"/>
        </w:rPr>
        <w:t>1:14:19  par ab Maulana ne bataya ke wahan musalsal joyful activities hongi aur marifat ki, Khuda ki marifat wali activities hongi.</w:t>
      </w:r>
      <w:r>
        <w:br/>
      </w:r>
      <w:r>
        <w:rPr>
          <w:sz w:val="20"/>
        </w:rPr>
        <w:t>1:14:29  to is tarike se jannat mein hum apna musalsal spiritual development karte rahenge. ji jaisa ke Allah aap ko "for doing a very detailed session in today topic".</w:t>
      </w:r>
      <w:r>
        <w:br/>
      </w:r>
      <w:r>
        <w:rPr>
          <w:sz w:val="20"/>
        </w:rPr>
        <w:t>1:14:42  so we with this we will end today class. thank you for watching aur</w:t>
      </w:r>
      <w:r>
        <w:br/>
      </w:r>
      <w:r>
        <w:rPr>
          <w:sz w:val="20"/>
        </w:rPr>
        <w:t>1:14:47  program. be back next sunday same time. thank you.</w:t>
      </w:r>
    </w:p>
    <w:p>
      <w:pPr>
        <w:pStyle w:val="Heading2"/>
      </w:pPr>
      <w:r>
        <w:t>Meaning and components of personality building</w:t>
      </w:r>
    </w:p>
    <w:p>
      <w:r>
        <w:rPr>
          <w:color w:val="666666"/>
          <w:sz w:val="18"/>
        </w:rPr>
        <w:t>Life &amp; Wisdom · Q&amp;A 04 DEC 2011 Maulana Wahiduddin Khan · 5m 57s · at 0:10 · https://youtu.be/KIMNmuUZoGo?t=10</w:t>
      </w:r>
    </w:p>
    <w:p>
      <w:r>
        <w:rPr>
          <w:i/>
        </w:rPr>
        <w:t>“What is the meaning of personality building, and what are its basic components?”</w:t>
      </w:r>
    </w:p>
    <w:p>
      <w:r>
        <w:rPr>
          <w:sz w:val="20"/>
        </w:rPr>
        <w:t>0:10  maulana, yeh sawal aaya hai maulana zakwan nadvi ka, dilli se. unhon ne likha hai: "personality building ka matlab kya hai, aur personality building ki bunyadi ajza kya hain?"</w:t>
      </w:r>
      <w:r>
        <w:br/>
      </w:r>
      <w:r>
        <w:rPr>
          <w:sz w:val="20"/>
        </w:rPr>
        <w:t>0:28  dekhiye, yeh koi nayi cheez nahi hai. traditional lafz jo is ke liye hai woh hai "tazkiya e nafs".</w:t>
      </w:r>
      <w:r>
        <w:br/>
      </w:r>
      <w:r>
        <w:rPr>
          <w:sz w:val="20"/>
        </w:rPr>
        <w:t>0:39  rawayati zaban mein is ko log kehte rehte hain, kehte rahe hain: "tazkiya e nafs".</w:t>
      </w:r>
      <w:r>
        <w:br/>
      </w:r>
      <w:r>
        <w:rPr>
          <w:sz w:val="20"/>
        </w:rPr>
        <w:t>0:48  isi tazkiya e nafs ko main aaj kal ki zaban mein kehta hoon "personality building". personality development.</w:t>
      </w:r>
      <w:r>
        <w:br/>
      </w:r>
      <w:r>
        <w:rPr>
          <w:sz w:val="20"/>
        </w:rPr>
        <w:t>0:59  personality ka aap ka jo wajood hai, mere zamaney mein samjha jata tha ke qalb alag hai, dimagh alag hai,</w:t>
      </w:r>
      <w:r>
        <w:br/>
      </w:r>
      <w:r>
        <w:rPr>
          <w:sz w:val="20"/>
        </w:rPr>
        <w:t>1:07  aur soul alag hai. yeh teen cheezein mante thay, jism ke ilawa. balkey char cheezein: ek hamara jism hai, ek soul hai, ek qalb hai, ek dimagh hai.</w:t>
      </w:r>
      <w:r>
        <w:br/>
      </w:r>
      <w:r>
        <w:rPr>
          <w:sz w:val="20"/>
        </w:rPr>
        <w:t>1:19  yeh science ke zamane mein is ko nahi mana jata. science ke zamane mein aap ka sirf do hi pehlu hain: ek mind hai, ek body hai, bas.</w:t>
      </w:r>
      <w:r>
        <w:br/>
      </w:r>
      <w:r>
        <w:rPr>
          <w:sz w:val="20"/>
        </w:rPr>
        <w:t>1:28  to body vehicle hai aap ki personality ka, aur personality jo hai wahi. jo mind hai wahi personality hai. to personality building ka matlab yahi hai ke Khuda ne insan ko banaya hai</w:t>
      </w:r>
      <w:r>
        <w:br/>
      </w:r>
      <w:r>
        <w:rPr>
          <w:sz w:val="20"/>
        </w:rPr>
        <w:t>1:45  nature par, sahi nature par. insan sahi nature pe hi paida hota hai, lekin mahaul mein us ki conditioning hoti rehti hai.</w:t>
      </w:r>
      <w:r>
        <w:br/>
      </w:r>
      <w:r>
        <w:rPr>
          <w:sz w:val="20"/>
        </w:rPr>
        <w:t>1:56  conditioning se kya hota hai? kisi cheez se nafrat karne lagta hai woh, kisi se mohabbat karne lagta hai woh.</w:t>
      </w:r>
      <w:r>
        <w:br/>
      </w:r>
      <w:r>
        <w:rPr>
          <w:sz w:val="20"/>
        </w:rPr>
        <w:t>2:04  kisi ko dekh kar us ko ghussa aata hai, kisi ko dekh kar us ko pyar aata hai.</w:t>
      </w:r>
      <w:r>
        <w:br/>
      </w:r>
      <w:r>
        <w:rPr>
          <w:sz w:val="20"/>
        </w:rPr>
        <w:t>2:09  kisi cheez par woh proke khata hai, kisi cheez par bardasht karta hai. yeh sab cheezein kya hain? conditioning ki wajah se hoti hain. to yeh aadmi paida hota hai to yeh process apna aap hi chal padta hai.</w:t>
      </w:r>
      <w:r>
        <w:br/>
      </w:r>
      <w:r>
        <w:rPr>
          <w:sz w:val="20"/>
        </w:rPr>
        <w:t>2:28  yani process of conditioning. to sach poochhein to tazkiya-e-nafs ya personality development ka matlab yeh hai ke apne ko apni deconditioning karna.</w:t>
      </w:r>
      <w:r>
        <w:br/>
      </w:r>
      <w:r>
        <w:rPr>
          <w:sz w:val="20"/>
        </w:rPr>
        <w:t>2:41  yani daryaft karna ke main kahan kahan meri conditioning ho gayi hai.</w:t>
      </w:r>
      <w:r>
        <w:br/>
      </w:r>
      <w:r>
        <w:rPr>
          <w:sz w:val="20"/>
        </w:rPr>
        <w:t>2:46  kahan kahan main mahaul se, asar se kuch aadatein lag gayi hain, kuch galat soch lag gayi hai, kuch galat maani mein sachre mein ho gaya hoon.</w:t>
      </w:r>
      <w:r>
        <w:br/>
      </w:r>
      <w:r>
        <w:rPr>
          <w:sz w:val="20"/>
        </w:rPr>
        <w:t>2:56  yeh hai. to jaise aaj kal musalmanon ka haal yeh hai ke zara si baat hui hogi to us par bhadak uthte hain.</w:t>
      </w:r>
      <w:r>
        <w:br/>
      </w:r>
      <w:r>
        <w:rPr>
          <w:sz w:val="20"/>
        </w:rPr>
        <w:t>3:06  ke masjid ke samne koi juloos nikle,</w:t>
      </w:r>
      <w:r>
        <w:br/>
      </w:r>
      <w:r>
        <w:rPr>
          <w:sz w:val="20"/>
        </w:rPr>
        <w:t>3:09  masjid koi koi nara laga de, koi kahin gosht ka tukra dikhai de jaye, kuch bhi ho, koi cartoon chhap de to foran bhadak uthenge.</w:t>
      </w:r>
      <w:r>
        <w:br/>
      </w:r>
      <w:r>
        <w:rPr>
          <w:sz w:val="20"/>
        </w:rPr>
        <w:t>3:22  yeh bhadak uthna jo hai nature nahi hai yeh, yeh conditioning hai.</w:t>
      </w:r>
      <w:r>
        <w:br/>
      </w:r>
      <w:r>
        <w:rPr>
          <w:sz w:val="20"/>
        </w:rPr>
        <w:t>3:26  yani hamare yani so called rehmaon ne aisa kiya hai ke un ko in cheezon par bhadka diya hai in cheezon ko.</w:t>
      </w:r>
      <w:r>
        <w:br/>
      </w:r>
      <w:r>
        <w:rPr>
          <w:sz w:val="20"/>
        </w:rPr>
        <w:t>3:38  to main aaj subah soch raha tha ke hamari tareekh jo hai</w:t>
      </w:r>
      <w:r>
        <w:br/>
      </w:r>
      <w:r>
        <w:rPr>
          <w:sz w:val="20"/>
        </w:rPr>
        <w:t>3:45  yani tareekh ke do daur hain: pre media aur post media. pre media daur mein insan jo tha uska case tha "misuse of freedom" ka case.</w:t>
      </w:r>
      <w:r>
        <w:br/>
      </w:r>
      <w:r>
        <w:rPr>
          <w:sz w:val="20"/>
        </w:rPr>
        <w:t>3:58  ab kya hai? "misuse of media" ka case.</w:t>
      </w:r>
      <w:r>
        <w:br/>
      </w:r>
      <w:r>
        <w:rPr>
          <w:sz w:val="20"/>
        </w:rPr>
        <w:t>4:01  aisi baatein chhapte hain log, aise jo log jise bhadkate hain. yani negative cheezein. har society mein dekhiye negative aur positive dono item hote hain.</w:t>
      </w:r>
      <w:r>
        <w:br/>
      </w:r>
      <w:r>
        <w:rPr>
          <w:sz w:val="20"/>
        </w:rPr>
        <w:t>4:12  lekin media kya karta hai? chhanat chhanat kar ke negative cheezein chhapta hai. is India mein, America mein, hatta ke Israel mein har jagah yahi qissa hai</w:t>
      </w:r>
      <w:r>
        <w:br/>
      </w:r>
      <w:r>
        <w:rPr>
          <w:sz w:val="20"/>
        </w:rPr>
        <w:t>4:23  ke har jagah aisa nahi hai ke woh sab jaise log samajhte hain ke Israel mein bohat hi bura hai. aisa bilkul galat baat hai. wahan positive point, plus point bhi hai, negative point bhi hai.</w:t>
      </w:r>
      <w:r>
        <w:br/>
      </w:r>
      <w:r>
        <w:rPr>
          <w:sz w:val="20"/>
        </w:rPr>
        <w:t>4:35  lekin hamara jo Muslim media jo hai negative point ko chhapta hai.</w:t>
      </w:r>
      <w:r>
        <w:br/>
      </w:r>
      <w:r>
        <w:rPr>
          <w:sz w:val="20"/>
        </w:rPr>
        <w:t>4:40  plus point ko chhod deta hai. isi se logon ko conditioning hoti hai. ab barah-e-rast jab aap padhte hain, sunte hain ke Israel jo hai to kharab hai to aap samajh jate hain ke Israel koi alag cheez hai.</w:t>
      </w:r>
      <w:r>
        <w:br/>
      </w:r>
      <w:r>
        <w:rPr>
          <w:sz w:val="20"/>
        </w:rPr>
        <w:t>4:53  Israel koi alag cheez nahi hai, woh bhi insan hain, woh log bhi.</w:t>
      </w:r>
      <w:r>
        <w:br/>
      </w:r>
      <w:r>
        <w:rPr>
          <w:sz w:val="20"/>
        </w:rPr>
        <w:t>4:57  Israel ka case ho, America ka case ho, ya India mein jo extremist parties hain un ka case ho, koi bhi 100 fisad bura nahi hai.</w:t>
      </w:r>
      <w:r>
        <w:br/>
      </w:r>
      <w:r>
        <w:rPr>
          <w:sz w:val="20"/>
        </w:rPr>
        <w:t>5:08  har jagah kuch aisi cheezein hoti hain jo aap ko pasand na hon to hamare log isi ko lekar phansalte hain, isi ko bayan karte hain.</w:t>
      </w:r>
      <w:r>
        <w:br/>
      </w:r>
      <w:r>
        <w:rPr>
          <w:sz w:val="20"/>
        </w:rPr>
        <w:t>5:17  is se kya hota hai? sunte sunte, parhte parhte condition ho jati hai. to sab log yani conditioning ka case ban gaye hain.</w:t>
      </w:r>
      <w:r>
        <w:br/>
      </w:r>
      <w:r>
        <w:rPr>
          <w:sz w:val="20"/>
        </w:rPr>
        <w:t>5:27  to main samajhta hoon ke personality development ka matlab yeh hai apni deconditioning.</w:t>
      </w:r>
      <w:r>
        <w:br/>
      </w:r>
      <w:r>
        <w:rPr>
          <w:sz w:val="20"/>
        </w:rPr>
        <w:t>5:36  wo hoti hai muhasba ke zariye se. jo aadmi aisa na kare to conditioning mein jiye ga, conditioning mein mare ga.</w:t>
      </w:r>
      <w:r>
        <w:br/>
      </w:r>
      <w:r>
        <w:rPr>
          <w:sz w:val="20"/>
        </w:rPr>
        <w:t>5:46  to bohat zaroori hai ke hum apni deconditioning karein. wohi deconditioning ka doosra naam tazkiya-e-nafs hai, isi ka naam personality building hai.</w:t>
      </w:r>
      <w:r>
        <w:br/>
      </w:r>
      <w:r>
        <w:rPr>
          <w:sz w:val="20"/>
        </w:rPr>
        <w:t>5:56  sab kuch wohi tazkiya-e-nafs hai. rawaiyeti zaban mein woh tazkiya-e-nafs hai, aaj kal ki zaban mein hum kahein ke woh deconditioning hai ya personality development hai.</w:t>
      </w:r>
    </w:p>
    <w:p>
      <w:pPr>
        <w:pStyle w:val="Heading2"/>
      </w:pPr>
      <w:r>
        <w:t>Misinterpretation of definition from lecture</w:t>
      </w:r>
    </w:p>
    <w:p>
      <w:r>
        <w:rPr>
          <w:color w:val="666666"/>
          <w:sz w:val="18"/>
        </w:rPr>
        <w:t>Life &amp; Wisdom · Dars-e-Quran, Chapter 2, Verses 44-46, January 28, 2018 · 8m 11s · at 1:02:11 · https://youtu.be/3Kd5InuBtFA?t=3731</w:t>
      </w:r>
    </w:p>
    <w:p>
      <w:r>
        <w:rPr>
          <w:i/>
        </w:rPr>
        <w:t>“The understanding that we have received from today's lecture is that we ourselves have misinterpreted definition.”</w:t>
      </w:r>
    </w:p>
    <w:p>
      <w:r>
        <w:rPr>
          <w:sz w:val="20"/>
        </w:rPr>
        <w:t>1:02:11  ho jayega. maulana, agla sawal kashmir se bheja hai riyaz bhat sahib ne.</w:t>
      </w:r>
      <w:r>
        <w:br/>
      </w:r>
      <w:r>
        <w:rPr>
          <w:sz w:val="20"/>
        </w:rPr>
        <w:t>1:02:17  unhon ne likha hai: maulana sahib!</w:t>
      </w:r>
      <w:r>
        <w:br/>
      </w:r>
      <w:r>
        <w:rPr>
          <w:sz w:val="20"/>
        </w:rPr>
        <w:t>1:02:23  The understanding that we have received from today's lecture is that we ourselves have misinterpreted the definition</w:t>
      </w:r>
      <w:r>
        <w:br/>
      </w:r>
      <w:r>
        <w:rPr>
          <w:sz w:val="20"/>
        </w:rPr>
        <w:t>1:02:29  of Quranic classification of communities.</w:t>
      </w:r>
      <w:r>
        <w:br/>
      </w:r>
      <w:r>
        <w:rPr>
          <w:sz w:val="20"/>
        </w:rPr>
        <w:t>1:02:35  Should we not then encourage opening of communication</w:t>
      </w:r>
      <w:r>
        <w:br/>
      </w:r>
      <w:r>
        <w:rPr>
          <w:sz w:val="20"/>
        </w:rPr>
        <w:t>1:02:41  channels with other communities to exploit full potential of the modern age?" bilkul ka question to clear nahi hua. ye to repeat kiya hai meri baat ko. ji, question kya banta hai? aap bataiye. maulana, actually ah ah jawab to isi mein hai. wo basically yahi janna chah rahe hain ke ah hum hum logon ne hi quran ki jo ayaton ko misinter</w:t>
      </w:r>
      <w:r>
        <w:br/>
      </w:r>
      <w:r>
        <w:rPr>
          <w:sz w:val="20"/>
        </w:rPr>
        <w:t>1:03:11  pret kiya hai, to kya hum hi logon ko ah ek communication channel, matlab dialogue, ah shuru kar dena chahiye doosri communities ke sath? kyunke aaj jo hai modern age hai, to kya humein is bhai is mein koi shaq ki baat nahi? ye to ji shuru karna kya? ye to karna hi karna hai. ji, sari zindagi humein ye karna hai. musalmanon mein gateway mentality isi liye aa gayi hai ke kam az kam channel khatm ho gaya. alag reh rahe hain, wo alag reh rahe hain. chan</w:t>
      </w:r>
      <w:r>
        <w:br/>
      </w:r>
      <w:r>
        <w:rPr>
          <w:sz w:val="20"/>
        </w:rPr>
        <w:t>1:03:41  l khatm ho gaya, yeh islam nahi hai.</w:t>
      </w:r>
      <w:r>
        <w:br/>
      </w:r>
      <w:r>
        <w:rPr>
          <w:sz w:val="20"/>
        </w:rPr>
        <w:t>1:03:47  yeh yeh hai jo woh hai, yaani pata nahi kya hoga, lekin islam to hai nahi.</w:t>
      </w:r>
      <w:r>
        <w:br/>
      </w:r>
      <w:r>
        <w:rPr>
          <w:sz w:val="20"/>
        </w:rPr>
        <w:t>1:03:53  yeh secular university, secular country hona chahiye, tabhi aap taraqqi karenge.</w:t>
      </w:r>
      <w:r>
        <w:br/>
      </w:r>
      <w:r>
        <w:rPr>
          <w:sz w:val="20"/>
        </w:rPr>
        <w:t>1:03:59  nahi, taraqqi nahi kar sakte.</w:t>
      </w:r>
      <w:r>
        <w:br/>
      </w:r>
      <w:r>
        <w:rPr>
          <w:sz w:val="20"/>
        </w:rPr>
        <w:t>1:04:05  ji, is zamane mein yaad rakhiye, chahe edu</w:t>
      </w:r>
      <w:r>
        <w:br/>
      </w:r>
      <w:r>
        <w:rPr>
          <w:sz w:val="20"/>
        </w:rPr>
        <w:t>1:04:11  cation ho, chahe state ho, sab ka sab secularism ka issue hai, mazhab ka issue nahi hai.</w:t>
      </w:r>
      <w:r>
        <w:br/>
      </w:r>
      <w:r>
        <w:rPr>
          <w:sz w:val="20"/>
        </w:rPr>
        <w:t>1:04:26  wo Maulana, agla Rasool Allah jab Makka mein gaye, Makka se Madina to Madine mein jo log the, ya ad</w:t>
      </w:r>
      <w:r>
        <w:br/>
      </w:r>
      <w:r>
        <w:rPr>
          <w:sz w:val="20"/>
        </w:rPr>
        <w:t>1:04:41  hi abadi wahan yahood ki thi, jo ghalib the, wahan ghalib to wahan qibla ke ma'ne the Quds,</w:t>
      </w:r>
      <w:r>
        <w:br/>
      </w:r>
      <w:r>
        <w:rPr>
          <w:sz w:val="20"/>
        </w:rPr>
        <w:t>1:04:47  qibla ke ma'ne Kaba nahi the.</w:t>
      </w:r>
      <w:r>
        <w:br/>
      </w:r>
      <w:r>
        <w:rPr>
          <w:sz w:val="20"/>
        </w:rPr>
        <w:t>1:04:53  aap ne mujh se aap apna liya to aaj education ke ma'ne secular education, state ke ma'ne secular</w:t>
      </w:r>
      <w:r>
        <w:br/>
      </w:r>
      <w:r>
        <w:rPr>
          <w:sz w:val="20"/>
        </w:rPr>
        <w:t>1:04:59  state, aap kyun nahi mante? is ko yeh bhi sunnat-e-Rasool hai.</w:t>
      </w:r>
      <w:r>
        <w:br/>
      </w:r>
      <w:r>
        <w:rPr>
          <w:sz w:val="20"/>
        </w:rPr>
        <w:t>1:05:05  qibla ka jo matlab tha Madine mein us waqt,</w:t>
      </w:r>
      <w:r>
        <w:br/>
      </w:r>
      <w:r>
        <w:rPr>
          <w:sz w:val="20"/>
        </w:rPr>
        <w:t>1:05:11  is ko Rasool Allah ne apna liya.</w:t>
      </w:r>
      <w:r>
        <w:br/>
      </w:r>
      <w:r>
        <w:rPr>
          <w:sz w:val="20"/>
        </w:rPr>
        <w:t>1:05:17  aise hi is zamane mein education ka aur state ka jo matlab hai, is ko aap apna lijie.</w:t>
      </w:r>
      <w:r>
        <w:br/>
      </w:r>
      <w:r>
        <w:rPr>
          <w:sz w:val="20"/>
        </w:rPr>
        <w:t>1:05:23  us waqt tak apnaaye rahen jab tak zamana badal na jaye.</w:t>
      </w:r>
      <w:r>
        <w:br/>
      </w:r>
      <w:r>
        <w:rPr>
          <w:sz w:val="20"/>
        </w:rPr>
        <w:t>1:05:29  jab zamana badal jaye, tab aap aap bhi mazhab badlie.</w:t>
      </w:r>
      <w:r>
        <w:br/>
      </w:r>
      <w:r>
        <w:rPr>
          <w:sz w:val="20"/>
        </w:rPr>
        <w:t>1:05:34  abhi to abhi to badlenge to aap is ki price denge.</w:t>
      </w:r>
      <w:r>
        <w:br/>
      </w:r>
      <w:r>
        <w:rPr>
          <w:sz w:val="20"/>
        </w:rPr>
        <w:t>1:05:40  backward shumar honge, aap aap ki taraqqi ruki rahegi.</w:t>
      </w:r>
      <w:r>
        <w:br/>
      </w:r>
      <w:r>
        <w:rPr>
          <w:sz w:val="20"/>
        </w:rPr>
        <w:t>1:05:46  Maulana, agla ek comment aur sawal aaya hai Tariq Badar sahib ka Lahore se, Pakistan se.</w:t>
      </w:r>
      <w:r>
        <w:br/>
      </w:r>
      <w:r>
        <w:rPr>
          <w:sz w:val="20"/>
        </w:rPr>
        <w:t>1:05:52  unhon ne likha hai: "Maulana sahib!</w:t>
      </w:r>
      <w:r>
        <w:br/>
      </w:r>
      <w:r>
        <w:rPr>
          <w:sz w:val="20"/>
        </w:rPr>
        <w:t>1:05:58  We have learned today the difference between pre-Diaspora and post-Diaspora Jewish.</w:t>
      </w:r>
      <w:r>
        <w:br/>
      </w:r>
      <w:r>
        <w:rPr>
          <w:sz w:val="20"/>
        </w:rPr>
        <w:t>1:06:04  Jews, I understand learning process is combined with unlearning.</w:t>
      </w:r>
      <w:r>
        <w:br/>
      </w:r>
      <w:r>
        <w:rPr>
          <w:sz w:val="20"/>
        </w:rPr>
        <w:t>1:06:10  Also, in general, we don't unlearn, rather develop a learning in what we know.</w:t>
      </w:r>
      <w:r>
        <w:br/>
      </w:r>
      <w:r>
        <w:rPr>
          <w:sz w:val="20"/>
        </w:rPr>
        <w:t>1:06:16  already, and this is one of the reason we don't understand the true meaning.</w:t>
      </w:r>
      <w:r>
        <w:br/>
      </w:r>
      <w:r>
        <w:rPr>
          <w:sz w:val="20"/>
        </w:rPr>
        <w:t>1:06:21  I learned that unlearning is more difficult than learning.</w:t>
      </w:r>
      <w:r>
        <w:br/>
      </w:r>
      <w:r>
        <w:rPr>
          <w:sz w:val="20"/>
        </w:rPr>
        <w:t>1:06:26  مولانا صاحب، "What is your opinion?" بہت صحیح کہا آپ نے، بہت ہی صحیح کہا آپ نے۔</w:t>
      </w:r>
      <w:r>
        <w:br/>
      </w:r>
      <w:r>
        <w:rPr>
          <w:sz w:val="20"/>
        </w:rPr>
        <w:t>1:06:31  main is se ittefaq karta hoon.</w:t>
      </w:r>
      <w:r>
        <w:br/>
      </w:r>
      <w:r>
        <w:rPr>
          <w:sz w:val="20"/>
        </w:rPr>
        <w:t>1:06:36  yeh unlearning ki zaroorat hai.</w:t>
      </w:r>
      <w:r>
        <w:br/>
      </w:r>
      <w:r>
        <w:rPr>
          <w:sz w:val="20"/>
        </w:rPr>
        <w:t>1:06:41  is zamane mein unlearning ki</w:t>
      </w:r>
      <w:r>
        <w:br/>
      </w:r>
      <w:r>
        <w:rPr>
          <w:sz w:val="20"/>
        </w:rPr>
        <w:t>1:06:46  zaroorat hai, tabhi to beginning ho gayi.</w:t>
      </w:r>
      <w:r>
        <w:br/>
      </w:r>
      <w:r>
        <w:rPr>
          <w:sz w:val="20"/>
        </w:rPr>
        <w:t>1:06:52  abhi to beginning ka time nahi aaya.</w:t>
      </w:r>
      <w:r>
        <w:br/>
      </w:r>
      <w:r>
        <w:rPr>
          <w:sz w:val="20"/>
        </w:rPr>
        <w:t>1:06:58  Maulana, agla ek comment padhna chahenge jo Muhammad Yaqoob Umri sahib ne bheja hai Delhi se.</w:t>
      </w:r>
      <w:r>
        <w:br/>
      </w:r>
      <w:r>
        <w:rPr>
          <w:sz w:val="20"/>
        </w:rPr>
        <w:t>1:07:04  unhon ne likha hai: "Maulana!</w:t>
      </w:r>
      <w:r>
        <w:br/>
      </w:r>
      <w:r>
        <w:rPr>
          <w:sz w:val="20"/>
        </w:rPr>
        <w:t>1:07:11  It is very important question that you raised</w:t>
      </w:r>
      <w:r>
        <w:br/>
      </w:r>
      <w:r>
        <w:rPr>
          <w:sz w:val="20"/>
        </w:rPr>
        <w:t>1:07:17  How Allah can love those who fight human beings.</w:t>
      </w:r>
      <w:r>
        <w:br/>
      </w:r>
      <w:r>
        <w:rPr>
          <w:sz w:val="20"/>
        </w:rPr>
        <w:t>1:07:24  Really, this question helps to understand the real meaning of the words of Chapter As-Saff.</w:t>
      </w:r>
      <w:r>
        <w:br/>
      </w:r>
      <w:r>
        <w:rPr>
          <w:sz w:val="20"/>
        </w:rPr>
        <w:t>1:07:32  "Qital is a situational word which is actually meant as 'da'wah struggle'." Dekhiye, yeh jo Quran mein hai</w:t>
      </w:r>
      <w:r>
        <w:br/>
      </w:r>
      <w:r>
        <w:rPr>
          <w:sz w:val="20"/>
        </w:rPr>
        <w:t>1:07:40  keh Allah in se muhabbat karta hai jo Allah ke raste mein larte hain,</w:t>
      </w:r>
      <w:r>
        <w:br/>
      </w:r>
      <w:r>
        <w:rPr>
          <w:sz w:val="20"/>
        </w:rPr>
        <w:t>1:07:48  to main sochta tha ke jo log Allah ke raste mein Rasool Allah ke sath de rahe the,</w:t>
      </w:r>
      <w:r>
        <w:br/>
      </w:r>
      <w:r>
        <w:rPr>
          <w:sz w:val="20"/>
        </w:rPr>
        <w:t>1:07:56  jo log unhon ne kitna lare, wo to yaqeen kijiye ke 13 saal ki muddat mein nahi, 23 saal.</w:t>
      </w:r>
      <w:r>
        <w:br/>
      </w:r>
      <w:r>
        <w:rPr>
          <w:sz w:val="20"/>
        </w:rPr>
        <w:t>1:08:04  23 saal ki muddat mein sirf dedh, dedh din, dedh din, bas adha din Badr mein, adha din</w:t>
      </w:r>
      <w:r>
        <w:br/>
      </w:r>
      <w:r>
        <w:rPr>
          <w:sz w:val="20"/>
        </w:rPr>
        <w:t>1:08:13  Hunain mein, aur adha din ek kaun si jang thi.</w:t>
      </w:r>
      <w:r>
        <w:br/>
      </w:r>
      <w:r>
        <w:rPr>
          <w:sz w:val="20"/>
        </w:rPr>
        <w:t>1:08:21  kal dedh din, aur dictionary batati hai ke ladai wo hai jo chhe din chale.</w:t>
      </w:r>
      <w:r>
        <w:br/>
      </w:r>
      <w:r>
        <w:rPr>
          <w:sz w:val="20"/>
        </w:rPr>
        <w:t>1:08:28  yani chhe din ki jo ladai ho, to wo ladai hai, wo wo ladai hai hi nahi, wo</w:t>
      </w:r>
      <w:r>
        <w:br/>
      </w:r>
      <w:r>
        <w:rPr>
          <w:sz w:val="20"/>
        </w:rPr>
        <w:t>1:08:36  is ka musalsal hai.</w:t>
      </w:r>
      <w:r>
        <w:br/>
      </w:r>
      <w:r>
        <w:rPr>
          <w:sz w:val="20"/>
        </w:rPr>
        <w:t>1:08:44  yeh dictionary ki meaning hai: jo ladai chhe din na chale, wo is is ka musalsal hai. to</w:t>
      </w:r>
      <w:r>
        <w:br/>
      </w:r>
      <w:r>
        <w:rPr>
          <w:sz w:val="20"/>
        </w:rPr>
        <w:t>1:08:51  sach poochhen to Rasool Allah ke Sahaba jo the, wo ladai hi nahi.</w:t>
      </w:r>
      <w:r>
        <w:br/>
      </w:r>
      <w:r>
        <w:rPr>
          <w:sz w:val="20"/>
        </w:rPr>
        <w:t>1:08:57  to is mein Allah ne un se muhabbat hi nahi ki.</w:t>
      </w:r>
      <w:r>
        <w:br/>
      </w:r>
      <w:r>
        <w:rPr>
          <w:sz w:val="20"/>
        </w:rPr>
        <w:t>1:09:03  jab ladai hi nahi, to muhabbat kahan? yaad rakhiye, wo jo ayat hai ke "ya qatiloon fi sabil</w:t>
      </w:r>
      <w:r>
        <w:br/>
      </w:r>
      <w:r>
        <w:rPr>
          <w:sz w:val="20"/>
        </w:rPr>
        <w:t>1:09:09  sufan", yeh samajh rahe hain? ji, "ya qatiloon fi sabil" sirf Badr mein adha din hua tha, aur</w:t>
      </w:r>
      <w:r>
        <w:br/>
      </w:r>
      <w:r>
        <w:rPr>
          <w:sz w:val="20"/>
        </w:rPr>
        <w:t>1:09:15  kabhi aisi ladai hui nahi.</w:t>
      </w:r>
      <w:r>
        <w:br/>
      </w:r>
      <w:r>
        <w:rPr>
          <w:sz w:val="20"/>
        </w:rPr>
        <w:t>1:09:21  "یا قاتلون فی سبیل صفن" jo jo farmaya hai, sirf Badr mein adha din hua tha.</w:t>
      </w:r>
      <w:r>
        <w:br/>
      </w:r>
      <w:r>
        <w:rPr>
          <w:sz w:val="20"/>
        </w:rPr>
        <w:t>1:09:29  bas to kya adha din jis ne yeh kiya, us ko Allah muhabbat karta hai? aur baqi log</w:t>
      </w:r>
      <w:r>
        <w:br/>
      </w:r>
      <w:r>
        <w:rPr>
          <w:sz w:val="20"/>
        </w:rPr>
        <w:t>1:09:36  Allah ke muhabbat se kharij hain? aur mujhe bataiye ke kaun nabi nabi tha jo lada hai? itne</w:t>
      </w:r>
      <w:r>
        <w:br/>
      </w:r>
      <w:r>
        <w:rPr>
          <w:sz w:val="20"/>
        </w:rPr>
        <w:t>1:09:44  saare nabi aaye, koi ladai nahi, is muhabbat se kharij hain? Masha Allah! to haan,</w:t>
      </w:r>
      <w:r>
        <w:br/>
      </w:r>
      <w:r>
        <w:rPr>
          <w:sz w:val="20"/>
        </w:rPr>
        <w:t>1:09:51  to aap ko jo waqea hua nabi'on ki zindagi mein, Sahaba ki zindagi mein jo waqea hua, wo</w:t>
      </w:r>
      <w:r>
        <w:br/>
      </w:r>
      <w:r>
        <w:rPr>
          <w:sz w:val="20"/>
        </w:rPr>
        <w:t>1:09:59  hai wo log jin se Allah muhabbat karta hai.</w:t>
      </w:r>
      <w:r>
        <w:br/>
      </w:r>
      <w:r>
        <w:rPr>
          <w:sz w:val="20"/>
        </w:rPr>
        <w:t>1:10:07  to Sahaba to Rasool Allah ke Saathi, wo to dedh din lare.</w:t>
      </w:r>
      <w:r>
        <w:br/>
      </w:r>
      <w:r>
        <w:rPr>
          <w:sz w:val="20"/>
        </w:rPr>
        <w:t>1:10:14  bas to bahut saare log jinhon ne dawat Allah ke liye struggle kiya, dawat</w:t>
      </w:r>
    </w:p>
    <w:p>
      <w:pPr>
        <w:pStyle w:val="Heading2"/>
      </w:pPr>
      <w:r>
        <w:t>Need vs comfort consumerism</w:t>
      </w:r>
    </w:p>
    <w:p>
      <w:r>
        <w:rPr>
          <w:color w:val="666666"/>
          <w:sz w:val="18"/>
        </w:rPr>
        <w:t>Life &amp; Wisdom · Question &amp; Answer Jan 6th 2013 - Maulana Wahiduddin Kahn · 5m 28s · at 13:24 · https://youtu.be/1FAK1QuHEpw?t=804</w:t>
      </w:r>
    </w:p>
    <w:p>
      <w:r>
        <w:rPr>
          <w:i/>
        </w:rPr>
        <w:t>“The fine line between need based consumerism and comfort based consumerism is disappearing so quickly that it often becomes difficult to define what is need and what is comfort.”</w:t>
      </w:r>
    </w:p>
    <w:p>
      <w:r>
        <w:rPr>
          <w:sz w:val="20"/>
        </w:rPr>
        <w:t>13:24  maulana, agla sawal delhi se hai, ah miss ahmad ka. unhone likha hai: "Maulana, thanks a lot for explaining the modern consumerism and making us rethink the whole idea of shopping.</w:t>
      </w:r>
      <w:r>
        <w:br/>
      </w:r>
      <w:r>
        <w:rPr>
          <w:sz w:val="20"/>
        </w:rPr>
        <w:t>13:41  However, I have a little doubt. My question is: the fine line between need based consumerism and comfort based consumerism.</w:t>
      </w:r>
      <w:r>
        <w:br/>
      </w:r>
      <w:r>
        <w:rPr>
          <w:sz w:val="20"/>
        </w:rPr>
        <w:t>13:53  It is disappearing so quickly that it often becomes difficult to define what is need and what is comfort.</w:t>
      </w:r>
      <w:r>
        <w:br/>
      </w:r>
      <w:r>
        <w:rPr>
          <w:sz w:val="20"/>
        </w:rPr>
        <w:t>14:02  Especially if parents provide the needful to children, the children often demand or sometimes complain for extra comfort.</w:t>
      </w:r>
      <w:r>
        <w:br/>
      </w:r>
      <w:r>
        <w:rPr>
          <w:sz w:val="20"/>
        </w:rPr>
        <w:t>14:12  So what should one do? How should a person plan a strategy for it</w:t>
      </w:r>
      <w:r>
        <w:br/>
      </w:r>
      <w:r>
        <w:rPr>
          <w:sz w:val="20"/>
        </w:rPr>
        <w:t>14:18  ?" bhai dekhiye, na bachche criterion hain na parent criterion hain. jo log is mein phanse rahenge to woh to isi mein phanse rahenge.</w:t>
      </w:r>
      <w:r>
        <w:br/>
      </w:r>
      <w:r>
        <w:rPr>
          <w:sz w:val="20"/>
        </w:rPr>
        <w:t>14:28  woh to kabhi un ko chutti nahi milegi marne se pehle. mein to logon se kehta hoon ke dekhiye, quran mein aaya hai ke</w:t>
      </w:r>
      <w:r>
        <w:br/>
      </w:r>
      <w:r>
        <w:rPr>
          <w:sz w:val="20"/>
        </w:rPr>
        <w:t>14:40  do aayatein hain quran majeed ki. aaj kal sare log family mein phanse rehte hain. do aayatein hain, woh padhein woh. ek aayat yeh hai ke jahannami log jo hain un ke bare mein woh aayat hai:</w:t>
      </w:r>
      <w:r>
        <w:br/>
      </w:r>
      <w:r>
        <w:rPr>
          <w:sz w:val="20"/>
        </w:rPr>
        <w:t>14:55  "کان فی اہلی مسرورا" . ke apne family mein khoob khush rehte the woh. yani family ki demand poori karna aur family ki ko khush rakhna, un ki company karna, un ke liye har item dala ke dena un ko.</w:t>
      </w:r>
      <w:r>
        <w:br/>
      </w:r>
      <w:r>
        <w:rPr>
          <w:sz w:val="20"/>
        </w:rPr>
        <w:t>15:11  to "کان فی اہلی مسرورا" . woh aadmi family mein jeeta tha, family ke mein khush kharam rehta tha. woh jahannum mein jayega.</w:t>
      </w:r>
      <w:r>
        <w:br/>
      </w:r>
      <w:r>
        <w:rPr>
          <w:sz w:val="20"/>
        </w:rPr>
        <w:t>15:21  yeh jahannum ke liye hai. aur jannat ke liye kya hai? "انا کنا فی اہلنا مشرقین" . mushriq maani khauf, dara hua.</w:t>
      </w:r>
      <w:r>
        <w:br/>
      </w:r>
      <w:r>
        <w:rPr>
          <w:sz w:val="20"/>
        </w:rPr>
        <w:t>15:35  ke jannat wale kahenge ke hum apne family mein, apne ghar mein khauf ban kar rehte the, andesha naak ban kar rehte the. allah ki pakad se dar, jahannum se dar, qayamat ki accountability se dar.</w:t>
      </w:r>
      <w:r>
        <w:br/>
      </w:r>
      <w:r>
        <w:rPr>
          <w:sz w:val="20"/>
        </w:rPr>
        <w:t>15:49  is mein jeete the hum. yeh do tasveerein hain, aap dekh lijie. yeh zamane ke musalmanon mein shayad hi koi ghar ho jo aap ko mile woh is ka namuna.</w:t>
      </w:r>
      <w:r>
        <w:br/>
      </w:r>
      <w:r>
        <w:rPr>
          <w:sz w:val="20"/>
        </w:rPr>
        <w:t>15:58  is sab wohi ab family mein khush hain, family ke liye saman la rahe hain, kama kama kar un ko de rahe hain taake woh bachche khush rahen, ghar wale khush rahen, family wale khush rahen.</w:t>
      </w:r>
      <w:r>
        <w:br/>
      </w:r>
      <w:r>
        <w:rPr>
          <w:sz w:val="20"/>
        </w:rPr>
        <w:t>16:13  to yeh to aap yeh rai, yani yeh yeh mat sochiye ke bachche kya kya chahte hain, parent kya chahte hain. aap dekhiye ke jannat walon ki tasveer quran mein kya hai aur jahannum walon ki tasveer quran majeed mein kya hai.</w:t>
      </w:r>
      <w:r>
        <w:br/>
      </w:r>
      <w:r>
        <w:rPr>
          <w:sz w:val="20"/>
        </w:rPr>
        <w:t>16:26  is se faisla kijie.</w:t>
      </w:r>
      <w:r>
        <w:br/>
      </w:r>
      <w:r>
        <w:rPr>
          <w:sz w:val="20"/>
        </w:rPr>
        <w:t>16:29  maulana, un ka aik hissa question ka yeh bhi tha ke woh difference janna chah rahi thi ke between fine line between need based consumerism and comfort based consum</w:t>
      </w:r>
      <w:r>
        <w:br/>
      </w:r>
      <w:r>
        <w:rPr>
          <w:sz w:val="20"/>
        </w:rPr>
        <w:t>16:40  erism. dekhiye, haan is ka bohat aasan hai. woh jo hadith sunai mein ne aap ko, usi hadith samajh lijiye. ke dunya mein zinda rehne ke liye jo zaroori ho wahi need based hai.</w:t>
      </w:r>
      <w:r>
        <w:br/>
      </w:r>
      <w:r>
        <w:rPr>
          <w:sz w:val="20"/>
        </w:rPr>
        <w:t>16:55  aur jo jab aap aap dhoondh rahe hain, lazzat dhoondh rahe hain, aaram dhoondh rahe hain aur ronak dhoondh rahe hain aur shan daari dhoondh rahe hain to wahan par woh consumerism aa gaya.</w:t>
      </w:r>
      <w:r>
        <w:br/>
      </w:r>
      <w:r>
        <w:rPr>
          <w:sz w:val="20"/>
        </w:rPr>
        <w:t>17:10  consumerism aa gaya. bohat aasan hai, bohat aasan hai. mein to dekhiye yahan rehta hoon jahan nineteen eighty three se us waqt jo mera jo kursi thi ya jo furniture tha wahi aaj bhi hai.</w:t>
      </w:r>
      <w:r>
        <w:br/>
      </w:r>
      <w:r>
        <w:rPr>
          <w:sz w:val="20"/>
        </w:rPr>
        <w:t>17:27  is beech mein. aap colony mein ghoomiye, doosron ke haan kitni baar badal chuke honge woh. ke zaroorat hi nahi badla unhon ne. market mein gaye, dekha ke naye qism ka sofa chataiya hai, naye qism ki kursiyan aayi hain to woh khareed liya, pichla wala hata diya.</w:t>
      </w:r>
      <w:r>
        <w:br/>
      </w:r>
      <w:r>
        <w:rPr>
          <w:sz w:val="20"/>
        </w:rPr>
        <w:t>17:44  to aadmi bohat aasani se samajh sakta hai ke dunya mein jeene ke liye waqai zaroorat meri kya hai. bas isi par raazi ho jaon.</w:t>
      </w:r>
      <w:r>
        <w:br/>
      </w:r>
      <w:r>
        <w:rPr>
          <w:sz w:val="20"/>
        </w:rPr>
        <w:t>17:53  aur doosri ke shauq ke liye aur khwahish ke liye, lazzat ke liye, ronak ke liye, logon ko khush karne ke liye.</w:t>
      </w:r>
      <w:r>
        <w:br/>
      </w:r>
      <w:r>
        <w:rPr>
          <w:sz w:val="20"/>
        </w:rPr>
        <w:t>18:05  zyadatar is liye hota hai yeh yeh social status ka maamla hota hai ke log kya kahenge. social status ke aap aap choti gaadi mein baithte hain, doosra wala parosi badi gaadi mein baithta hai to aap ko lagta hai ke mera darja ghat gaya.</w:t>
      </w:r>
      <w:r>
        <w:br/>
      </w:r>
      <w:r>
        <w:rPr>
          <w:sz w:val="20"/>
        </w:rPr>
        <w:t>18:22  aap flat mein rehte hain, doosra kothi mein rehta hai to aap samajhte hain mera darja ghat gaya. aap ke kamre mein sirf mamooli kursiyan hain, us ke sofa set hai to aap samajhte hain mera darja ghat gaya.</w:t>
      </w:r>
      <w:r>
        <w:br/>
      </w:r>
      <w:r>
        <w:rPr>
          <w:sz w:val="20"/>
        </w:rPr>
        <w:t>18:34  to social status jo hai woh logon ke zehan mein basa hua rehta hai. bachon ke zehan mein aur parent ke zehan mein. yeh sab jahili soch hai, jahili.</w:t>
      </w:r>
      <w:r>
        <w:br/>
      </w:r>
      <w:r>
        <w:rPr>
          <w:sz w:val="20"/>
        </w:rPr>
        <w:t>18:43  bas zindagi guzarne ke liye jo zaroori cheez hai woh har aadmi samajh sakta hai bohat aasani se. bas isi par raazi ho jaiye.</w:t>
      </w:r>
    </w:p>
    <w:p>
      <w:pPr>
        <w:pStyle w:val="Heading2"/>
      </w:pPr>
      <w:r>
        <w:t>Positive thinking definition and adoption methods</w:t>
      </w:r>
    </w:p>
    <w:p>
      <w:r>
        <w:rPr>
          <w:color w:val="666666"/>
          <w:sz w:val="18"/>
        </w:rPr>
        <w:t>Life &amp; Wisdom · Doomsday is Coming November 24, 2013 · 26m 03s · at 47:43 · https://youtu.be/rixrzrrK-cE?t=2863</w:t>
      </w:r>
    </w:p>
    <w:p>
      <w:r>
        <w:rPr>
          <w:i/>
        </w:rPr>
        <w:t>“What is positive thinking and how can it be adopted? Also, can you recommend a book on this?”</w:t>
      </w:r>
    </w:p>
    <w:p>
      <w:r>
        <w:rPr>
          <w:sz w:val="20"/>
        </w:rPr>
        <w:t>47:43  maulana, agla sawal islamabad, pakistan se aaya hai, jo muhammad faisal sahab ne kiya hai. Unhone likha hai: "Maulana, positive thinking kya hai aur usko kis tarike se adopt kiya jaye?</w:t>
      </w:r>
      <w:r>
        <w:br/>
      </w:r>
      <w:r>
        <w:rPr>
          <w:sz w:val="20"/>
        </w:rPr>
        <w:t>47:58  aur iske liye agar koi aap kitaab mujhe recommend kar sakte hain to please mujhe bataiye." hamari to saari kitaabein isi par hain.</w:t>
      </w:r>
      <w:r>
        <w:br/>
      </w:r>
      <w:r>
        <w:rPr>
          <w:sz w:val="20"/>
        </w:rPr>
        <w:t>48:09  positive thinking yeh to hamara mission hai.</w:t>
      </w:r>
      <w:r>
        <w:br/>
      </w:r>
      <w:r>
        <w:rPr>
          <w:sz w:val="20"/>
        </w:rPr>
        <w:t>48:12  aap hamara magazine jo Arsal nikalta hai, woh yaani chupa hua milta hai, usko aap internet par padh sakte hain, usko us mein bhi har mahine aata rehta hai.</w:t>
      </w:r>
      <w:r>
        <w:br/>
      </w:r>
      <w:r>
        <w:rPr>
          <w:sz w:val="20"/>
        </w:rPr>
        <w:t>48:25  hamari tafseer jo hai, woh bhi isi mauzu par hai. Hamari saari kitaabein hi yeh hain ke how to develop positive thinking.</w:t>
      </w:r>
      <w:r>
        <w:br/>
      </w:r>
      <w:r>
        <w:rPr>
          <w:sz w:val="20"/>
        </w:rPr>
        <w:t>48:39  baqi yeh hai ke kaise aisa hota hai?</w:t>
      </w:r>
      <w:r>
        <w:br/>
      </w:r>
      <w:r>
        <w:rPr>
          <w:sz w:val="20"/>
        </w:rPr>
        <w:t>48:41  to yahi to imtehaan hai. Duniya ko dekhiye, quran mein hai ke laqad khalaqnal insaana fi qab. Duniya ko paida kiya Allah taala ne is tarah ke yahan par problem hote hain.</w:t>
      </w:r>
      <w:r>
        <w:br/>
      </w:r>
      <w:r>
        <w:rPr>
          <w:sz w:val="20"/>
        </w:rPr>
        <w:t>48:52  darul qabz ke maani hain problem, problem, problem. World of problem. To aaj kal musalmanon ka kya haal hai?</w:t>
      </w:r>
      <w:r>
        <w:br/>
      </w:r>
      <w:r>
        <w:rPr>
          <w:sz w:val="20"/>
        </w:rPr>
        <w:t>49:01  problem ke khilaf chekhna chalana, yahi unhon ne islam bana rakha hai is ko.</w:t>
      </w:r>
      <w:r>
        <w:br/>
      </w:r>
      <w:r>
        <w:rPr>
          <w:sz w:val="20"/>
        </w:rPr>
        <w:t>49:07  yani protest karna ka matlab yeh hai ke aap chahte hain ke problem na ho. aap ghor kijiye ke aap Khuda ki takhleeq ko badalna chahte hain. jab Quran mein saaf saaf likha hua hai ke laqad khalaqna al-insana fi qabbin.</w:t>
      </w:r>
      <w:r>
        <w:br/>
      </w:r>
      <w:r>
        <w:rPr>
          <w:sz w:val="20"/>
        </w:rPr>
        <w:t>49:23  Allah ko paida kiya insan ne aur yahan rakha hai ek world of problem mein. yahan to problem hoga,</w:t>
      </w:r>
      <w:r>
        <w:br/>
      </w:r>
      <w:r>
        <w:rPr>
          <w:sz w:val="20"/>
        </w:rPr>
        <w:t>49:31  lekin kaisi ajeeb baat hai ke Musalman sab pe doosron ko be-hurmati ka ilzaam batate hain, khud be-hurmati kar rahe hain. Musalman doosron ko ilzaam lagate hain ke Quran ki be-hurmati kiya is ne?</w:t>
      </w:r>
      <w:r>
        <w:br/>
      </w:r>
      <w:r>
        <w:rPr>
          <w:sz w:val="20"/>
        </w:rPr>
        <w:t>49:45  aur hungama karte hain is ke upar. jalsa jaloos ke hungame hote hain. khud Musalman sab bari be-hurmati yeh kar rahe hain ke Allah ne ailan kiya hai ke hum ne dunya ko banaya hai is tarah ke yahan par problem rahen ge.</w:t>
      </w:r>
      <w:r>
        <w:br/>
      </w:r>
      <w:r>
        <w:rPr>
          <w:sz w:val="20"/>
        </w:rPr>
        <w:t>49:59  aap shor macha rahe hain ke problem na ho.</w:t>
      </w:r>
      <w:r>
        <w:br/>
      </w:r>
      <w:r>
        <w:rPr>
          <w:sz w:val="20"/>
        </w:rPr>
        <w:t>50:03  aap jahan se dekhen, Kashmir se le kar Egypt tak, Arkan se le kar Palestine tak, yahi to ho raha hai. woh chahte hain ke problem na ho hamare liye.</w:t>
      </w:r>
      <w:r>
        <w:br/>
      </w:r>
      <w:r>
        <w:rPr>
          <w:sz w:val="20"/>
        </w:rPr>
        <w:t>50:14  ek no problem world hamein chahiye. to yeh to sab se be-hurmati hai Quran Majeed ki. to dekhiye, yeh yeh muamla Allah ke ke creation plan se juda hua hai.</w:t>
      </w:r>
      <w:r>
        <w:br/>
      </w:r>
      <w:r>
        <w:rPr>
          <w:sz w:val="20"/>
        </w:rPr>
        <w:t>50:29  yeh Allah ke creation plan hai ke aap ko rehna pare ga world world of problem mein. aap ne ko bachana pare ga phir bhi negativity se, provocation se.</w:t>
      </w:r>
      <w:r>
        <w:br/>
      </w:r>
      <w:r>
        <w:rPr>
          <w:sz w:val="20"/>
        </w:rPr>
        <w:t>50:42  yahi to yahi to imtehan hai.</w:t>
      </w:r>
      <w:r>
        <w:br/>
      </w:r>
      <w:r>
        <w:rPr>
          <w:sz w:val="20"/>
        </w:rPr>
        <w:t>50:47  kaisi ajeeb o ghareeb baat hai ke jo cheezen Allah Ta'ala ne bator imtehan rakhi hain, usi ko chahte hain Musalman ke is ko khatam kar diya</w:t>
      </w:r>
      <w:r>
        <w:br/>
      </w:r>
      <w:r>
        <w:rPr>
          <w:sz w:val="20"/>
        </w:rPr>
        <w:t>50:54  jaye. ek aisi dunya ho jahan koi problem nahi, jahan koi negative tajruba nahi, jahan koi koi provocation karne wala nahi. to yeh to ho nahi sakta.</w:t>
      </w:r>
      <w:r>
        <w:br/>
      </w:r>
      <w:r>
        <w:rPr>
          <w:sz w:val="20"/>
        </w:rPr>
        <w:t>51:04  that's against the creation plan of God. to Musalman lad rahe hain Allah ke creation plan se lad rahe hain. sari dunya mein, chahe Kashmir ho, chahe Palestine ho, chahe Egypt ho, chahe Pakistan ho, chahe Iran ho, Iraq ho, har jagah Musalman jo bomb maar rahe hain, woh Allah ke creation plan of God jo hai, us ke us ke khilaf bomb maar rahe hain.</w:t>
      </w:r>
      <w:r>
        <w:br/>
      </w:r>
      <w:r>
        <w:rPr>
          <w:sz w:val="20"/>
        </w:rPr>
        <w:t>51:25  kaisi bhayanak baat hai yeh? kaisi bhayanak</w:t>
      </w:r>
      <w:r>
        <w:br/>
      </w:r>
      <w:r>
        <w:rPr>
          <w:sz w:val="20"/>
        </w:rPr>
        <w:t>51:27  baat hai? aur sawal karte hain ke kaise positive banein? bhai, positive banne mein to jannat mile gi. yahi to jannat ka ticket hai.</w:t>
      </w:r>
      <w:r>
        <w:br/>
      </w:r>
      <w:r>
        <w:rPr>
          <w:sz w:val="20"/>
        </w:rPr>
        <w:t>51:38  yaad rakhiye, jannat sirf is ke liye hai jo Allah ki dunya mein, jis ko Allah ne banaya hai dar-ul-qabz ke taur par, wahan par woh apne ko bachaye negativity se aur banaye apne aap ko positive.</w:t>
      </w:r>
      <w:r>
        <w:br/>
      </w:r>
      <w:r>
        <w:rPr>
          <w:sz w:val="20"/>
        </w:rPr>
        <w:t>51:52  jo provocation se, hate se, tashaddud se sab bachaye apne aap ko.</w:t>
      </w:r>
      <w:r>
        <w:br/>
      </w:r>
      <w:r>
        <w:rPr>
          <w:sz w:val="20"/>
        </w:rPr>
        <w:t>51:58  yahi to imtehan hai. isi par jannat hai. aur sari Muslim dunya jo hai, isi mein mubtala hai.</w:t>
      </w:r>
      <w:r>
        <w:br/>
      </w:r>
      <w:r>
        <w:rPr>
          <w:sz w:val="20"/>
        </w:rPr>
        <w:t>52:08  main phir kahoon ga ke dekhiye, Allah ka jo creation plan hai, jo takhleeq ka mansooba hai, woh yeh hai ke aap ko paida kar ke rakha gaya hai ek is dunya mein jahan masael hain, masael hain jahan provocation hai, jahan negative tajruba hain.</w:t>
      </w:r>
      <w:r>
        <w:br/>
      </w:r>
      <w:r>
        <w:rPr>
          <w:sz w:val="20"/>
        </w:rPr>
        <w:t>52:25  lekin in sab ke bawajood aap ko positive response dena hai. in sab ke bawajood aap ko positive thinking develop karna hai apne andar. in sab ke bawajood aap ko dunya ka khair khwah banna hai, dunya se mohabbat karna hai.</w:t>
      </w:r>
      <w:r>
        <w:br/>
      </w:r>
      <w:r>
        <w:rPr>
          <w:sz w:val="20"/>
        </w:rPr>
        <w:t>52:37  in sab ke bawajood aap ko dunya ko dushman nahi samajhna hai, balkeh un ka khair khwah ban kar dunya mein rehna hai.</w:t>
      </w:r>
      <w:r>
        <w:br/>
      </w:r>
      <w:r>
        <w:rPr>
          <w:sz w:val="20"/>
        </w:rPr>
        <w:t>52:45  yahi yahi jannat ka jannat ke sath ticket hai. yahi jannat ka ticket hai. koi aur cheez nahi hai jo aadmi ko jannat mein le jane wali ho. yeh bilkul tashaddud baat hai ke Musalmanon ne jo bana rakha hai ke falan cheez se jannat mil jaye gi, falan jannat mil jaye gi, woh sab bilkul khud sakhta hain.</w:t>
      </w:r>
      <w:r>
        <w:br/>
      </w:r>
      <w:r>
        <w:rPr>
          <w:sz w:val="20"/>
        </w:rPr>
        <w:t>53:03  jannat mile gi sirf is par ke aap negative world mein positive ban kar rahen.</w:t>
      </w:r>
      <w:r>
        <w:br/>
      </w:r>
      <w:r>
        <w:rPr>
          <w:sz w:val="20"/>
        </w:rPr>
        <w:t>53:10  yahi jannat ka ticket hai. yahi jannat ke sath ticket hai. aur koi cheez aadmi ko jannat mein le jane wali nahi hai.</w:t>
      </w:r>
      <w:r>
        <w:br/>
      </w:r>
      <w:r>
        <w:rPr>
          <w:sz w:val="20"/>
        </w:rPr>
        <w:t>53:20  yani negative item rahen ge, negative tajruba rahen ge, aap ko is ke bawajood apne andar positive thinking develop karna hai.</w:t>
      </w:r>
      <w:r>
        <w:br/>
      </w:r>
      <w:r>
        <w:rPr>
          <w:sz w:val="20"/>
        </w:rPr>
        <w:t>53:30  to agar kisi ko jannat chahiye to yahi yahi hai rasta jannat ka. aur koi doosra rasta nahin.</w:t>
      </w:r>
      <w:r>
        <w:br/>
      </w:r>
      <w:r>
        <w:rPr>
          <w:sz w:val="20"/>
        </w:rPr>
        <w:t>53:40  maulana, agla sawal dilli se kiya hai jameel akhtar sahab ne. unhon ne likha hai: "quran mein kya san o tareekh ke sath qayamat ka zikr hai ya hadith mein is silsile ki baat hai?</w:t>
      </w:r>
      <w:r>
        <w:br/>
      </w:r>
      <w:r>
        <w:rPr>
          <w:sz w:val="20"/>
        </w:rPr>
        <w:t>53:54  agar nahin to sainsi san o tareekh par kaise aitbaar kiya jaye?" dekhen, aitbaar ki baat nahin hai yeh.</w:t>
      </w:r>
      <w:r>
        <w:br/>
      </w:r>
      <w:r>
        <w:rPr>
          <w:sz w:val="20"/>
        </w:rPr>
        <w:t>54:03  yeh probability ki baat hai.</w:t>
      </w:r>
      <w:r>
        <w:br/>
      </w:r>
      <w:r>
        <w:rPr>
          <w:sz w:val="20"/>
        </w:rPr>
        <w:t>54:06  quran mein aur hadith mein aaya hai ke baad ke zamane mein bohat si cheezen khulengi. to woh khul rahi hain to un ko aap sochiye is ke bare mein.</w:t>
      </w:r>
      <w:r>
        <w:br/>
      </w:r>
      <w:r>
        <w:rPr>
          <w:sz w:val="20"/>
        </w:rPr>
        <w:t>54:16  aap koi bhi aisa nahin keh sakta ke falan tareekh ko qayamat aayi hai, yeh koi keh sakta. lekin yeh sab reminder hain.</w:t>
      </w:r>
      <w:r>
        <w:br/>
      </w:r>
      <w:r>
        <w:rPr>
          <w:sz w:val="20"/>
        </w:rPr>
        <w:t>54:25  quran mein dekhen, ayat is ayat ko padhiye aap ja kar ke ghar ja kar ke. ke yeh ayat hai ke "sanurihim ayatina fil afaqi wa fi anfusihim hatta yatabayyana lahum annahul haqq" .</w:t>
      </w:r>
      <w:r>
        <w:br/>
      </w:r>
      <w:r>
        <w:rPr>
          <w:sz w:val="20"/>
        </w:rPr>
        <w:t>54:44  is ka tarjuma yeh hai ke mustaqbil mein hum dikhayenge un ko nishaniyan, afaq mein bhi aur anfus mein bhi. yani space mein bhi, insan ki zaat mein bhi</w:t>
      </w:r>
      <w:r>
        <w:br/>
      </w:r>
      <w:r>
        <w:rPr>
          <w:sz w:val="20"/>
        </w:rPr>
        <w:t>54:54  . yahan tak ke woh khul jaye ke yahi haq hai. is ko ja kar aap quran ki is ayat ko padhiye, ja kar ghor kijiye is ke upar.</w:t>
      </w:r>
      <w:r>
        <w:br/>
      </w:r>
      <w:r>
        <w:rPr>
          <w:sz w:val="20"/>
        </w:rPr>
        <w:t>55:04  to koi yeh haq nahin rakhta ke woh kahe ke falan tareekh qayamat aayegi. lekin yeh bilashuba haq rakhta hai ke kahe ke dekho, is warning aa rahi hai, ghor karo, qayamat qayamat aa gayi ho, qareeb.</w:t>
      </w:r>
      <w:r>
        <w:br/>
      </w:r>
      <w:r>
        <w:rPr>
          <w:sz w:val="20"/>
        </w:rPr>
        <w:t>55:18  yeh sab probability ki baat hai, yaqeen ki baat nahin hai.</w:t>
      </w:r>
      <w:r>
        <w:br/>
      </w:r>
      <w:r>
        <w:rPr>
          <w:sz w:val="20"/>
        </w:rPr>
        <w:t>55:25  maulana, agla sawal doctor farida khanam ne kiya hai dilli se. unhon ne likha hai: "muslims are not afraid of qayamat.</w:t>
      </w:r>
      <w:r>
        <w:br/>
      </w:r>
      <w:r>
        <w:rPr>
          <w:sz w:val="20"/>
        </w:rPr>
        <w:t>55:34  they think that they say their prayers, do fasting and perform hajj. therefore prophet muhammad himself will intervene and not let anyone go to hell.</w:t>
      </w:r>
      <w:r>
        <w:br/>
      </w:r>
      <w:r>
        <w:rPr>
          <w:sz w:val="20"/>
        </w:rPr>
        <w:t>55:48  this belief makes them fearless of doomsday. what is your comment</w:t>
      </w:r>
      <w:r>
        <w:br/>
      </w:r>
      <w:r>
        <w:rPr>
          <w:sz w:val="20"/>
        </w:rPr>
        <w:t>55:54  on this?" dekhen, yeh baat bilkul sahi hai. aur yahi baat hai jo yahood ke andar paida hui thi pehle. aur hadith mein dekhen, saaf saaf yeh hai: "latatba'ununa sunan man kana qablakum shibran bishibrin wa dhira'an bidhira'in hatta law dakhaloo dabba jahril ladakhaltoohum." ke tum yahood ki qadam ba qadam pairvi karoge.</w:t>
      </w:r>
      <w:r>
        <w:br/>
      </w:r>
      <w:r>
        <w:rPr>
          <w:sz w:val="20"/>
        </w:rPr>
        <w:t>56:19  har cheez mein khuda ke yahood ke peer ban jaoge. to yahood ne samajh rakha tha ke "nahnu abna'ullah wa ahbba'uh." hum to Allah ke khaas log hain.</w:t>
      </w:r>
      <w:r>
        <w:br/>
      </w:r>
      <w:r>
        <w:rPr>
          <w:sz w:val="20"/>
        </w:rPr>
        <w:t>56:29  "lan tamassana illa ayyaman ma'dudatan." jannat hamare liye hai, jahannum doosron ke liye. theek yahi aqeedah musalmanon ne bana rakha hai aaj.</w:t>
      </w:r>
      <w:r>
        <w:br/>
      </w:r>
      <w:r>
        <w:rPr>
          <w:sz w:val="20"/>
        </w:rPr>
        <w:t>56:38  aur tarah tarah ke justification is ke talash kar rakhe hain. yaqeen kijiye, woh sab false false ground par yeh sab aqeeday banaye gaye hain.</w:t>
      </w:r>
      <w:r>
        <w:br/>
      </w:r>
      <w:r>
        <w:rPr>
          <w:sz w:val="20"/>
        </w:rPr>
        <w:t>56:47  koi haqiqat in ki nahin hai. jo asal haqiqat hai, woh sirf yeh hai ke "laysa lil insani illa ma sa'a" . "laysa lil insani illa ma sa'a ." insan ko wohi milega jis ki us ne koshish ki.</w:t>
      </w:r>
      <w:r>
        <w:br/>
      </w:r>
      <w:r>
        <w:rPr>
          <w:sz w:val="20"/>
        </w:rPr>
        <w:t>57:00  bas. insan ko wohi milega jis ke liye us ne koshish ki.</w:t>
      </w:r>
      <w:r>
        <w:br/>
      </w:r>
      <w:r>
        <w:rPr>
          <w:sz w:val="20"/>
        </w:rPr>
        <w:t>57:06  yeh sare false ground par banaye hue aqeeday hain, woh bilashuba un ki koi buniyad nahin hai.</w:t>
      </w:r>
      <w:r>
        <w:br/>
      </w:r>
      <w:r>
        <w:rPr>
          <w:sz w:val="20"/>
        </w:rPr>
        <w:t>57:14  maulana, agla sawal srinagar se riyaz ahmed bhatt sahab ne kiya hai. unhon ne likha hai: "the duty of today's day is to aware the mankind about doomsday with more vigor and forceful way to counter the designs of evil."</w:t>
      </w:r>
      <w:r>
        <w:br/>
      </w:r>
      <w:r>
        <w:rPr>
          <w:sz w:val="20"/>
        </w:rPr>
        <w:t>57:34  maulana, "what kind of methods can be useful beyond distribution of dawa literature? please advise us."</w:t>
      </w:r>
      <w:r>
        <w:br/>
      </w:r>
      <w:r>
        <w:rPr>
          <w:sz w:val="20"/>
        </w:rPr>
        <w:t>57:44  dekhen, ek hadith hai ke ek hadith mein yeh alfaaz hain ke zameen par koi aisa ghar nahin bachega,</w:t>
      </w:r>
      <w:r>
        <w:br/>
      </w:r>
      <w:r>
        <w:rPr>
          <w:sz w:val="20"/>
        </w:rPr>
        <w:t>58:01  chhota ya bada, jis ke andar Allah ka kalma na dakhil ho jaye. "illa yadkhulullahu kalimal islam" . to Allah ka kalma kya hai?</w:t>
      </w:r>
      <w:r>
        <w:br/>
      </w:r>
      <w:r>
        <w:rPr>
          <w:sz w:val="20"/>
        </w:rPr>
        <w:t>58:10  quran hai.</w:t>
      </w:r>
      <w:r>
        <w:br/>
      </w:r>
      <w:r>
        <w:rPr>
          <w:sz w:val="20"/>
        </w:rPr>
        <w:t>58:12  to mein samajhta hoon ke main target jo hai, woh quran ko ghar ghar pohnchana hai. main target. woh is ko kitna peroo karein ge, kitna follow karein ge, yeh un ka kaam hai.</w:t>
      </w:r>
      <w:r>
        <w:br/>
      </w:r>
      <w:r>
        <w:rPr>
          <w:sz w:val="20"/>
        </w:rPr>
        <w:t>58:24  It is their problem. hamara nahi hai. ghar ghar kalma, yahan pe dekhein, yaani ke ghar dil mein dakhil karna, ghar mein dakhil karna.</w:t>
      </w:r>
      <w:r>
        <w:br/>
      </w:r>
      <w:r>
        <w:rPr>
          <w:sz w:val="20"/>
        </w:rPr>
        <w:t>58:36  "la tabqa ala wajh al-ard bait badr wala wabar illa adkhala Allah kalimata al-islam" . yaani zameen par koi chota bara ghar nahi bache ga.</w:t>
      </w:r>
      <w:r>
        <w:br/>
      </w:r>
      <w:r>
        <w:rPr>
          <w:sz w:val="20"/>
        </w:rPr>
        <w:t>58:47  to kaha, hamari zimmedari hai ke Allah ke word ko, word of god ko, ghar ghar mein pohncha dein. dilon mein utar dein, yeh nahi hai. yaani ke dil mein utar dein aur woh kalma parh lein.</w:t>
      </w:r>
      <w:r>
        <w:br/>
      </w:r>
      <w:r>
        <w:rPr>
          <w:sz w:val="20"/>
        </w:rPr>
        <w:t>58:57  yeh hamara nishana nahi hai. yeh hamara nishana nahi hai ke in ke dilon ko badal dein, in se kalma parhwa dein.</w:t>
      </w:r>
      <w:r>
        <w:br/>
      </w:r>
      <w:r>
        <w:rPr>
          <w:sz w:val="20"/>
        </w:rPr>
        <w:t>59:05  nahi, gharon mein pohncha dein, gharon mein. gharon mein pohnchanay ke mani ke jahan insaan rehte hain, wahan woh pohnch jaye. aaj to insaan, aap dekhein, har jagah yaani milte hain aap ko insaan.</w:t>
      </w:r>
      <w:r>
        <w:br/>
      </w:r>
      <w:r>
        <w:rPr>
          <w:sz w:val="20"/>
        </w:rPr>
        <w:t>59:21  saari duniya mein aik mobility hai, yahan se wahan insaan aa ja rahe hain, ja rahe hain, har jagah. to aap ko safar kar ke janay ki zaroorat nahi hai falan jagah.</w:t>
      </w:r>
      <w:r>
        <w:br/>
      </w:r>
      <w:r>
        <w:rPr>
          <w:sz w:val="20"/>
        </w:rPr>
        <w:t>59:31  khud duniya ke log har jagah aa rahe hain.</w:t>
      </w:r>
      <w:r>
        <w:br/>
      </w:r>
      <w:r>
        <w:rPr>
          <w:sz w:val="20"/>
        </w:rPr>
        <w:t>59:34  kahin siyah ke roop mein, kahin taajir ke roop mein, kahin talib ilm ke roop mein, kahin kisi roop mein. to hum ko pohnchaiye. to yeh hadith jo hai, yeh batati hai ke dilon mein utarna yeh aap ka nishana nahi hai.</w:t>
      </w:r>
      <w:r>
        <w:br/>
      </w:r>
      <w:r>
        <w:rPr>
          <w:sz w:val="20"/>
        </w:rPr>
        <w:t>59:46  balkeh Allah ke word, word ko logon ko un ke haath mein pohnch jaye, yeh aap ka nishana hai. h</w:t>
      </w:r>
      <w:r>
        <w:br/>
      </w:r>
      <w:r>
        <w:rPr>
          <w:sz w:val="20"/>
        </w:rPr>
        <w:t>59:54  r zaban mein is ke tarjume, tarjume, har zaban mein umda tarjume kar ke un ko pohnchaiye. aur aur jo doosre literature hain, un ko mein kehta hoon supporting literature.</w:t>
      </w:r>
      <w:r>
        <w:br/>
      </w:r>
      <w:r>
        <w:rPr>
          <w:sz w:val="20"/>
        </w:rPr>
        <w:t>1:00:06  supporting literature. is ke sath sath hamein zaroorat hai ke hum un ko aaj supporting literature bhi dein taake woh is ko, un ko samajhna un ke liye asan ho jaye.</w:t>
      </w:r>
      <w:r>
        <w:br/>
      </w:r>
      <w:r>
        <w:rPr>
          <w:sz w:val="20"/>
        </w:rPr>
        <w:t>1:00:17  yeh to quran o hadith se yeh nishana sabit hai.</w:t>
      </w:r>
      <w:r>
        <w:br/>
      </w:r>
      <w:r>
        <w:rPr>
          <w:sz w:val="20"/>
        </w:rPr>
        <w:t>1:00:20  is mein kisi kisi ko batane ki zaroorat nahi hai. quran o hadith se yeh nishana sabit hai ke jo word of god hai, us ko ghar ghar pohncha do.</w:t>
      </w:r>
      <w:r>
        <w:br/>
      </w:r>
      <w:r>
        <w:rPr>
          <w:sz w:val="20"/>
        </w:rPr>
        <w:t>1:00:29  logon tak pohncha do.</w:t>
      </w:r>
      <w:r>
        <w:br/>
      </w:r>
      <w:r>
        <w:rPr>
          <w:sz w:val="20"/>
        </w:rPr>
        <w:t>1:00:35  aaj mujhe aik message mila. mr. reet balotra ke bhai hain, singapore mein rehte hain. to woh aik high post par hain, kisi company mein.</w:t>
      </w:r>
      <w:r>
        <w:br/>
      </w:r>
      <w:r>
        <w:rPr>
          <w:sz w:val="20"/>
        </w:rPr>
        <w:t>1:00:47  to aik safar mein unhein aik mulaqat hui aik shakhs se. woh muslim hai aur woh kisi bari company mein hai.</w:t>
      </w:r>
      <w:r>
        <w:br/>
      </w:r>
      <w:r>
        <w:rPr>
          <w:sz w:val="20"/>
        </w:rPr>
        <w:t>1:00:58  to us ko unhon ne quran ka tarjuma diya.</w:t>
      </w:r>
      <w:r>
        <w:br/>
      </w:r>
      <w:r>
        <w:rPr>
          <w:sz w:val="20"/>
        </w:rPr>
        <w:t>1:01:03  to usay bohat hi, bohat ziyada khush hua. us ne kaha ke mein mudaton se is mein tha ke lekin mujhe quran ka tarjuma nahi mil raha tha.</w:t>
      </w:r>
      <w:r>
        <w:br/>
      </w:r>
      <w:r>
        <w:rPr>
          <w:sz w:val="20"/>
        </w:rPr>
        <w:t>1:01:12  kyunke woh arabi, woh arabi zaban nahi janta tha woh. to is tarah ke beshumar roohein hain jo talash mein hain ke ke kya hai khuda-e-kitab.</w:t>
      </w:r>
      <w:r>
        <w:br/>
      </w:r>
      <w:r>
        <w:rPr>
          <w:sz w:val="20"/>
        </w:rPr>
        <w:t>1:01:23  is mein kya likha hai, woh hum janiye. to aap pohnchaiye logon ko. is logon ko pohnchaiye.</w:t>
      </w:r>
      <w:r>
        <w:br/>
      </w:r>
      <w:r>
        <w:rPr>
          <w:sz w:val="20"/>
        </w:rPr>
        <w:t>1:01:30  to distribution of quran jo hai, woh main hai. aur baqi kitabein hain, un ki hesiyat supporting literature ki hai. is ke ilawa aap mil kar batayein.</w:t>
      </w:r>
      <w:r>
        <w:br/>
      </w:r>
      <w:r>
        <w:rPr>
          <w:sz w:val="20"/>
        </w:rPr>
        <w:t>1:01:40  aap stage se batayein, woh woh aap kar sakte hain to kijiye. yeh to woh target hai jo har aadmi kar sakta hai. yaani gunga aur behra bhi kar sakta hai.</w:t>
      </w:r>
      <w:r>
        <w:br/>
      </w:r>
      <w:r>
        <w:rPr>
          <w:sz w:val="20"/>
        </w:rPr>
        <w:t>1:01:51  baqi aap ko agar Allah ne salahiyat di hai to aap stage ko istemal kijiye, media ko istemal kijiye.</w:t>
      </w:r>
      <w:r>
        <w:br/>
      </w:r>
      <w:r>
        <w:rPr>
          <w:sz w:val="20"/>
        </w:rPr>
        <w:t>1:01:58  jo jitnay aur zyada kar saktay hain, kartay rahey. yeh to minimum, minimum. yeh distribution of quran jo hai, yeh minimum hai. is kay aagay to aap bohat kuch kar saktay hain.</w:t>
      </w:r>
      <w:r>
        <w:br/>
      </w:r>
      <w:r>
        <w:rPr>
          <w:sz w:val="20"/>
        </w:rPr>
        <w:t>1:02:08  aur kartay rahey, is mein koi aap ko rokne wala nahi hai.</w:t>
      </w:r>
      <w:r>
        <w:br/>
      </w:r>
      <w:r>
        <w:rPr>
          <w:sz w:val="20"/>
        </w:rPr>
        <w:t>1:02:15  maulana, agla sawal delhi se hai, miss nagma siddiqi ka</w:t>
      </w:r>
      <w:r>
        <w:br/>
      </w:r>
      <w:r>
        <w:rPr>
          <w:sz w:val="20"/>
        </w:rPr>
        <w:t>1:02:19  unhon ne likha hai: "Moulana, when we think of the magnitude of our responsibility, we find ourselves unfit for it.</w:t>
      </w:r>
      <w:r>
        <w:br/>
      </w:r>
      <w:r>
        <w:rPr>
          <w:sz w:val="20"/>
        </w:rPr>
        <w:t>1:02:30  What should we do?" dekhen, yeh to soch sahi nahi hai. kyunkay quran mein hai kay "atqaw allah ma astata'tum, la yukallif allah illa asaa'tum" .</w:t>
      </w:r>
      <w:r>
        <w:br/>
      </w:r>
      <w:r>
        <w:rPr>
          <w:sz w:val="20"/>
        </w:rPr>
        <w:t>1:02:45  to aadmi ko, jo us ki capacity hai, us kay qadr karna hai.</w:t>
      </w:r>
      <w:r>
        <w:br/>
      </w:r>
      <w:r>
        <w:rPr>
          <w:sz w:val="20"/>
        </w:rPr>
        <w:t>1:02:53  magnitude ko mat dekhiye aap. apni capacity ko dekhiye. yeh galat soch hai kay aap magnitude ko dekhen. apni capacity ko dekhiye.</w:t>
      </w:r>
      <w:r>
        <w:br/>
      </w:r>
      <w:r>
        <w:rPr>
          <w:sz w:val="20"/>
        </w:rPr>
        <w:t>1:03:03  capacity mein agar aadmi kami nahi ki hai to allah ta'ala us ka muqabil qaul ban jayega. kis ki kya capacity hai?</w:t>
      </w:r>
      <w:r>
        <w:br/>
      </w:r>
      <w:r>
        <w:rPr>
          <w:sz w:val="20"/>
        </w:rPr>
        <w:t>1:03:12  us ko arabi mein "us" kaha jata hai. "us". "us" yani capacity. bas mein kya hai? to apnay apnay bas mein jo hai, us ko dekhiye.</w:t>
      </w:r>
      <w:r>
        <w:br/>
      </w:r>
      <w:r>
        <w:rPr>
          <w:sz w:val="20"/>
        </w:rPr>
        <w:t>1:03:23  baqi kaam to zameen aasman tak phaila hua ho sakta hai. woh aap ki zimmedari nahi hai.</w:t>
      </w:r>
      <w:r>
        <w:br/>
      </w:r>
      <w:r>
        <w:rPr>
          <w:sz w:val="20"/>
        </w:rPr>
        <w:t>1:03:32  maulana, agla sawal roorkee se kiya hai, sajid anwar</w:t>
      </w:r>
      <w:r>
        <w:br/>
      </w:r>
      <w:r>
        <w:rPr>
          <w:sz w:val="20"/>
        </w:rPr>
        <w:t>1:03:35  sahab ne. unhon ne likha hai: "In the quran it has been mentioned regarding a group of people who understood that they were doing right things in this life,</w:t>
      </w:r>
      <w:r>
        <w:br/>
      </w:r>
      <w:r>
        <w:rPr>
          <w:sz w:val="20"/>
        </w:rPr>
        <w:t>1:03:48  but in fact they were following the wrong path, and as a result their acts would come to nothing on the day of judgment.</w:t>
      </w:r>
      <w:r>
        <w:br/>
      </w:r>
      <w:r>
        <w:rPr>
          <w:sz w:val="20"/>
        </w:rPr>
        <w:t>1:04:00  Maulana, my question is: how can we save ourselves from being part of such a group and recognize that we are always on the right path?</w:t>
      </w:r>
      <w:r>
        <w:br/>
      </w:r>
      <w:r>
        <w:rPr>
          <w:sz w:val="20"/>
        </w:rPr>
        <w:t>1:04:12  Please advise." dekhen, yeh jo ayat hai quran ki, to us ko maujooda zamanay mein aap jo concept hai conditioning ka, usay samajh saktay hain.</w:t>
      </w:r>
      <w:r>
        <w:br/>
      </w:r>
      <w:r>
        <w:rPr>
          <w:sz w:val="20"/>
        </w:rPr>
        <w:t>1:04:30  yeh baat yani ab sabit ho chuki hai, jo researches hui hain insaan kay baray mein, kay paida hotay hi aadmi ki conditioning shuru ho jati hai.</w:t>
      </w:r>
      <w:r>
        <w:br/>
      </w:r>
      <w:r>
        <w:rPr>
          <w:sz w:val="20"/>
        </w:rPr>
        <w:t>1:04:45  paida hotay hi. yahan tak kay yeh kaha jata hai kay maa kay pait mein hai, tab bhi us ki shuru ho jati hai conditioning.</w:t>
      </w:r>
      <w:r>
        <w:br/>
      </w:r>
      <w:r>
        <w:rPr>
          <w:sz w:val="20"/>
        </w:rPr>
        <w:t>1:04:55  is ka matlab kya hua? kay "Every man is a case of conditioning. Every woman is a case of conditioning, without any exception.</w:t>
      </w:r>
      <w:r>
        <w:br/>
      </w:r>
      <w:r>
        <w:rPr>
          <w:sz w:val="20"/>
        </w:rPr>
        <w:t>1:05:05  " . to ab insaan ki pehli zimmedari kya hui? apnay ko decondition karna. apni conditioning ki deconditioning. yeh aap ki zimmedari hui.</w:t>
      </w:r>
      <w:r>
        <w:br/>
      </w:r>
      <w:r>
        <w:rPr>
          <w:sz w:val="20"/>
        </w:rPr>
        <w:t>1:05:14  yeh pre iman yeh taqaza hai. pre marifat yeh taqaza hai. yeh to karni paray gi. yeh to test ka aik hissa hai.</w:t>
      </w:r>
      <w:r>
        <w:br/>
      </w:r>
      <w:r>
        <w:rPr>
          <w:sz w:val="20"/>
        </w:rPr>
        <w:t>1:05:26  albatta agar aadmi ne apni conditioning ki sari koshishain kar dalin, sach much, phir bhi koi hissa, koi item reh gaya, conditioning ka reh gaya baqi, to allah maaf karega us ko.</w:t>
      </w:r>
      <w:r>
        <w:br/>
      </w:r>
      <w:r>
        <w:rPr>
          <w:sz w:val="20"/>
        </w:rPr>
        <w:t>1:05:38  lekin aap ko koshish to karna hai. har aadmi ko yeh kaam karna hai kay woh apni conditioning ko toray. apni deconditioning karay.</w:t>
      </w:r>
      <w:r>
        <w:br/>
      </w:r>
      <w:r>
        <w:rPr>
          <w:sz w:val="20"/>
        </w:rPr>
        <w:t>1:05:48  yeh zimmedari hai insaan ki. lazmi zimmedari hai. us se koi bach nahi sakta.</w:t>
      </w:r>
      <w:r>
        <w:br/>
      </w:r>
      <w:r>
        <w:rPr>
          <w:sz w:val="20"/>
        </w:rPr>
        <w:t>1:05:54  bachnay ka aik tareeqa sirf yeh hai kay koshish karnay kay bawajood agar kuch hissa baqi reh jaye conditioning ka, woh na tor pay, to wahan woh maaf kar diya jayega.</w:t>
      </w:r>
      <w:r>
        <w:br/>
      </w:r>
      <w:r>
        <w:rPr>
          <w:sz w:val="20"/>
        </w:rPr>
        <w:t>1:06:06  lekin koshish na karay, yeh qabil e maafi nahi hai. koi bhi lame excuse us kay liye allah kay haan accept nahi hoga.</w:t>
      </w:r>
      <w:r>
        <w:br/>
      </w:r>
      <w:r>
        <w:rPr>
          <w:sz w:val="20"/>
        </w:rPr>
        <w:t>1:06:18  aur woh sab us ki, us jo jo samajhta hai, bator khud us ne ke hum yeh kar rahe hain, hum woh kar rahe hain, ke hum jahad kar rahe hain, hum islami nizam nafiz kar rahe hain, hum qanoon nafiz kar rahe hain, yeh sab habt ho jayega.</w:t>
      </w:r>
      <w:r>
        <w:br/>
      </w:r>
      <w:r>
        <w:rPr>
          <w:sz w:val="20"/>
        </w:rPr>
        <w:t>1:06:29  habt. kyunke conditioning todi nahi, aur isi conditioning ke tehat khud hi khud tarah tarah ke khud sakhta karname dikhate rahe, woh Allah ke haan qabool nahi hoga.</w:t>
      </w:r>
      <w:r>
        <w:br/>
      </w:r>
      <w:r>
        <w:rPr>
          <w:sz w:val="20"/>
        </w:rPr>
        <w:t>1:06:45  to khulasa yeh hai ke aadmi ki, har insan ki pehli yani zimmedari hai ke woh apni conditioning ko tode.</w:t>
      </w:r>
      <w:r>
        <w:br/>
      </w:r>
      <w:r>
        <w:rPr>
          <w:sz w:val="20"/>
        </w:rPr>
        <w:t>1:06:54  yeh pehli zimmedari hai. is se, is se koi, koi bhi insan is se bach nahi sakta.</w:t>
      </w:r>
      <w:r>
        <w:br/>
      </w:r>
      <w:r>
        <w:rPr>
          <w:sz w:val="20"/>
        </w:rPr>
        <w:t>1:07:01  maulana, agla sawal kiya hai muhammad yaqoob sahib ne haiderabad</w:t>
      </w:r>
      <w:r>
        <w:br/>
      </w:r>
      <w:r>
        <w:rPr>
          <w:sz w:val="20"/>
        </w:rPr>
        <w:t>1:07:06  se. unhone likha hai: "maulana, ek sahib ne kaha: jisko hum qayamat kehte hain aur is se darate hain, in tamam mushkilat ko door karne ke liye projects banaye ja rahe hain, jis se bacha jayega.</w:t>
      </w:r>
      <w:r>
        <w:br/>
      </w:r>
      <w:r>
        <w:rPr>
          <w:sz w:val="20"/>
        </w:rPr>
        <w:t>1:07:23  aisi surat mein hum kaise inzar karein?" nahi, nahi, aisa bilkul alag baat hai. kahan bachaya ja raha hai, banaya ja raha hai, kahan project hai?</w:t>
      </w:r>
      <w:r>
        <w:br/>
      </w:r>
      <w:r>
        <w:rPr>
          <w:sz w:val="20"/>
        </w:rPr>
        <w:t>1:07:34  koi bhi bataye, is ka naam bataye.</w:t>
      </w:r>
      <w:r>
        <w:br/>
      </w:r>
      <w:r>
        <w:rPr>
          <w:sz w:val="20"/>
        </w:rPr>
        <w:t>1:07:37  misal ke taur par ek cheez mein deta hoon aap ko misal. stephen hawking ne ek tajweez pesh ki hai ke ab yeh zameen rehne qabil nahi hogi, to hamein space colonies banana chahiye.</w:t>
      </w:r>
      <w:r>
        <w:br/>
      </w:r>
      <w:r>
        <w:rPr>
          <w:sz w:val="20"/>
        </w:rPr>
        <w:t>1:07:54  yeh to ek joke hai. yeh khud washa bhi janta hai, stephen hawking bhi janta hai ke aasman mein hum banayenge to wahan kahan se pani layen, kahan se khana layen, kahan se oxygen layen.</w:t>
      </w:r>
      <w:r>
        <w:br/>
      </w:r>
      <w:r>
        <w:rPr>
          <w:sz w:val="20"/>
        </w:rPr>
        <w:t>1:08:04  rocket to aap bhej sakte hain, lekin living insan ko wahan par rehne ka intezam karna yeh impossible hai. yeh to joke hai. yeh jo log intezam baatein kar rahe hain, woh to woh, woh joke ko aap waqai samajh liya aap ne?</w:t>
      </w:r>
      <w:r>
        <w:br/>
      </w:r>
      <w:r>
        <w:rPr>
          <w:sz w:val="20"/>
        </w:rPr>
        <w:t>1:08:16  aur ek sawal qaim kar diya aap ne. koi mujhe bataye, agle sunday ko mujhe bataye ke woh kaun sa intezam hai jo waqatan feasible hai, woh mujhe bataya jaye agle sunday ko.</w:t>
      </w:r>
      <w:r>
        <w:br/>
      </w:r>
      <w:r>
        <w:rPr>
          <w:sz w:val="20"/>
        </w:rPr>
        <w:t>1:08:28  yeh bilkul joke ki baatein hain. stephen hawking ne jo kaha hai, woh joke hai. joke. woh scientific joke hai. woh</w:t>
      </w:r>
      <w:r>
        <w:br/>
      </w:r>
      <w:r>
        <w:rPr>
          <w:sz w:val="20"/>
        </w:rPr>
        <w:t>1:08:33  , woh koi haqeeqat nahi hai. woh space colonies banayi jayen. bilkul. koi, koi surprise nahi hai is ka. har scientist janta hai ke space colony banana bilkul impossible hai.</w:t>
      </w:r>
      <w:r>
        <w:br/>
      </w:r>
      <w:r>
        <w:rPr>
          <w:sz w:val="20"/>
        </w:rPr>
        <w:t>1:08:45  impossible hai.</w:t>
      </w:r>
      <w:r>
        <w:br/>
      </w:r>
      <w:r>
        <w:rPr>
          <w:sz w:val="20"/>
        </w:rPr>
        <w:t>1:08:49  maulana, agla sawal delhi se kiya hai miss tuti malhotra ne. unhone likha hai: "It is said that man gets glimpses of paradise when he does Dawa work</w:t>
      </w:r>
      <w:r>
        <w:br/>
      </w:r>
      <w:r>
        <w:rPr>
          <w:sz w:val="20"/>
        </w:rPr>
        <w:t>1:09:02  , but is it that man gets glimpses of hell when he does evil? Please comment." glimpse ki jo baat hai, to is dhang par to mein nahi keh sakta ke aadmi jab koi burai kar raha hai to woh glimpse us ke dekhega.</w:t>
      </w:r>
      <w:r>
        <w:br/>
      </w:r>
      <w:r>
        <w:rPr>
          <w:sz w:val="20"/>
        </w:rPr>
        <w:t>1:09:19  lekin ek aur tareeqe se hadith mein aaya hai, yeh ke "إن شدة الحر من فح جہنم" ।</w:t>
      </w:r>
      <w:r>
        <w:br/>
      </w:r>
      <w:r>
        <w:rPr>
          <w:sz w:val="20"/>
        </w:rPr>
        <w:t>1:09:30  yeh jo garmi hoti hai, is mein sakht garmi hoti hai. aadmi pareshan ho jata hai. to is ko le kar yeh hadith hai ke "إن شدة الحر من فح جہنم" ।</w:t>
      </w:r>
      <w:r>
        <w:br/>
      </w:r>
      <w:r>
        <w:rPr>
          <w:sz w:val="20"/>
        </w:rPr>
        <w:t>1:09:40  yani mausam, garmi ke mausam mein jo shadeed garmi hoti hai, woh, woh jahannum ki phoonk se hoti hai.</w:t>
      </w:r>
      <w:r>
        <w:br/>
      </w:r>
      <w:r>
        <w:rPr>
          <w:sz w:val="20"/>
        </w:rPr>
        <w:t>1:09:50  to is ka yeh matlab nahi ke jahannum phoonk, koi, yani koi, yani koi janwar hai, ajdaha hai, phoonkta hai to garmi aa jati hai.</w:t>
      </w:r>
      <w:r>
        <w:br/>
      </w:r>
      <w:r>
        <w:rPr>
          <w:sz w:val="20"/>
        </w:rPr>
        <w:t>1:10:00  yeh matlab nahi hai. yani is ka matlab yeh hai ke tum garmi ki shiddat ko dekh kar jahannum ki shiddat ka tasawwur kar sakte ho.</w:t>
      </w:r>
      <w:r>
        <w:br/>
      </w:r>
      <w:r>
        <w:rPr>
          <w:sz w:val="20"/>
        </w:rPr>
        <w:t>1:10:11  yani is ka matlab yeh hai ke garmi ki shiddat jahannum ko understandable banati hai. yeh matlab is hadith ka hai.</w:t>
      </w:r>
      <w:r>
        <w:br/>
      </w:r>
      <w:r>
        <w:rPr>
          <w:sz w:val="20"/>
        </w:rPr>
        <w:t>1:10:22  garmi ki shiddat ka jo tajurba hota hai insan ko, us se jahannum ka mamla aadmi ke liye understandable ho jata hai. yeh, yeh aaya hai hadith mein.</w:t>
      </w:r>
      <w:r>
        <w:br/>
      </w:r>
      <w:r>
        <w:rPr>
          <w:sz w:val="20"/>
        </w:rPr>
        <w:t>1:10:32  ab is se aap ka sawal ka jawab hota hai ya nahi hota hai, aap samajh sakte hain. maulana, agla sawal kiya hai tamil nadu se</w:t>
      </w:r>
      <w:r>
        <w:br/>
      </w:r>
      <w:r>
        <w:rPr>
          <w:sz w:val="20"/>
        </w:rPr>
        <w:t>1:10:42  maulana iqbal umri ne. unhon ne likha hai: "maulana, ek sahab ne kaha ke sare problem ka solution islam ne diya hai. agar islami hukoomat aa jaye to problem free dunya banana mumkin hai. maulana, aisa kehna kahan tak sahi hai?" sahi ka be buniyad hai.</w:t>
      </w:r>
      <w:r>
        <w:br/>
      </w:r>
      <w:r>
        <w:rPr>
          <w:sz w:val="20"/>
        </w:rPr>
        <w:t>1:11:04  sab se pehle is ayat ko batayein woh. quran ki is ayat ko batayein.</w:t>
      </w:r>
      <w:r>
        <w:br/>
      </w:r>
      <w:r>
        <w:rPr>
          <w:sz w:val="20"/>
        </w:rPr>
        <w:t>1:11:10  yeh to bilkul ek be sarpar ki baatein hain yeh sab. ek ayat batayein jis mein likha ho ke tamam dunya ke masail ka hal quran mein hai aur quran ki hukoomat qaim karo to bas sare masail hal ho jayenge.</w:t>
      </w:r>
      <w:r>
        <w:br/>
      </w:r>
      <w:r>
        <w:rPr>
          <w:sz w:val="20"/>
        </w:rPr>
        <w:t>1:11:23  kahan likha hua hai quran mein? yeh to khud sakhta baatein hain. is mauzu par jitni bhi kitabein aur mazameen jo maine padhe hain, woh sirf bayania andaaz mein hote hain.</w:t>
      </w:r>
      <w:r>
        <w:br/>
      </w:r>
      <w:r>
        <w:rPr>
          <w:sz w:val="20"/>
        </w:rPr>
        <w:t>1:11:31  bayania. is mein na koi fact hote hain, na koi analysis hota hai, na koi is ka, yani jis ko maine kaha tha,</w:t>
      </w:r>
      <w:r>
        <w:br/>
      </w:r>
      <w:r>
        <w:rPr>
          <w:sz w:val="20"/>
        </w:rPr>
        <w:t>1:11:40  yani well structured model koi hota. jaise pichle is mein maine bataya tha aap ko ke ek arab aaye the hamare paas to maine un se kaha ke bahut mashhoor kitab hai syed qutb ki "al-adalat al-ijtima'iyah fi al-islam" .</w:t>
      </w:r>
      <w:r>
        <w:br/>
      </w:r>
      <w:r>
        <w:rPr>
          <w:sz w:val="20"/>
        </w:rPr>
        <w:t>1:11:58  yani "social justice in islam" . to is mein social justice ka koi well, well structured model nahi hai.</w:t>
      </w:r>
      <w:r>
        <w:br/>
      </w:r>
      <w:r>
        <w:rPr>
          <w:sz w:val="20"/>
        </w:rPr>
        <w:t>1:12:08  well structured model ko hona chahiye na is mein? woh hai nahi</w:t>
      </w:r>
      <w:r>
        <w:br/>
      </w:r>
      <w:r>
        <w:rPr>
          <w:sz w:val="20"/>
        </w:rPr>
        <w:t>1:12:13  . to kahan se? kahan, kahan? yeh sab baniya daway hain. is ne mana hai woh sare hum ne? kya sahi keh rahe hain? bayania andaaz ki kitab hai woh.</w:t>
      </w:r>
      <w:r>
        <w:br/>
      </w:r>
      <w:r>
        <w:rPr>
          <w:sz w:val="20"/>
        </w:rPr>
        <w:t>1:12:23  yeh sab baatein log kehte hain. main hairaan hoon ke, yani sochte kyun nahi ke jo baat keh rahe hain, us ke, us ka, yani us ko kaha jata hai logic mein ke yeh dar, dar check hai.</w:t>
      </w:r>
      <w:r>
        <w:br/>
      </w:r>
      <w:r>
        <w:rPr>
          <w:sz w:val="20"/>
        </w:rPr>
        <w:t>1:12:34  yeh logic mein ek dar bada aata hai. dar check</w:t>
      </w:r>
      <w:r>
        <w:br/>
      </w:r>
      <w:r>
        <w:rPr>
          <w:sz w:val="20"/>
        </w:rPr>
        <w:t>1:12:38  . dar check kehte hain aise check ko ke aap ka account bank mein hai, farz kijiye ke pachas hazar.</w:t>
      </w:r>
      <w:r>
        <w:br/>
      </w:r>
      <w:r>
        <w:rPr>
          <w:sz w:val="20"/>
        </w:rPr>
        <w:t>1:12:47  aap ne likh diya pachas lakh ka check. to jab woh jayega wahan to woh cash nahi hoga. kyunke woh amount hi nahi maujood hai wahan par.</w:t>
      </w:r>
      <w:r>
        <w:br/>
      </w:r>
      <w:r>
        <w:rPr>
          <w:sz w:val="20"/>
        </w:rPr>
        <w:t>1:12:57  to aise alfaaz behlana jis ke liye amount, us ke liye koi wahi na maujood ho. us ka cash karne ke liye saman maujood na ho.</w:t>
      </w:r>
      <w:r>
        <w:br/>
      </w:r>
      <w:r>
        <w:rPr>
          <w:sz w:val="20"/>
        </w:rPr>
        <w:t>1:13:07  to sare log dar check issue kar rahe hain. yeh sari is tarah ki baatein jo log karte hain, jo log dar check issue kar rahe hain. koi bataye ke kahan jo mein yeh, maine arz kiya ke well structured model chahiye is system ka, woh kahan hai?</w:t>
      </w:r>
      <w:r>
        <w:br/>
      </w:r>
      <w:r>
        <w:rPr>
          <w:sz w:val="20"/>
        </w:rPr>
        <w:t>1:13:27  woh, woh hai hi nahi kehein.</w:t>
      </w:r>
      <w:r>
        <w:br/>
      </w:r>
      <w:r>
        <w:rPr>
          <w:sz w:val="20"/>
        </w:rPr>
        <w:t>1:13:32  to yeh sab dar check issue kar rahe hain yeh log aur jante nahi ke woh aisa, woh kya kar rahe hain woh. "innama hi kalimaton wa qailuha kamisdaqaha" .</w:t>
      </w:r>
    </w:p>
    <w:p>
      <w:pPr>
        <w:pStyle w:val="Heading2"/>
      </w:pPr>
      <w:r>
        <w:t>Priority when end is near</w:t>
      </w:r>
    </w:p>
    <w:p>
      <w:r>
        <w:rPr>
          <w:color w:val="666666"/>
          <w:sz w:val="18"/>
        </w:rPr>
        <w:t>Life &amp; Wisdom · Signs of Doomsday November 7, 2021 Prof. Farida Khanam · 7m 57s · at 33:01 · https://youtu.be/RQZchtP6uRg?t=1981</w:t>
      </w:r>
    </w:p>
    <w:p>
      <w:r>
        <w:rPr>
          <w:i/>
        </w:rPr>
        <w:t>“The signs are showing that the end of human history is very near. What should be our priority now?”</w:t>
      </w:r>
    </w:p>
    <w:p>
      <w:r>
        <w:rPr>
          <w:sz w:val="20"/>
        </w:rPr>
        <w:t>33:01  In such a situation Allah empower all the CPS members to fulfill their responsibilities in a good manner." Aap ka mein sawal lena chahoon ga jo Lucknow se bhijaya hai.</w:t>
      </w:r>
      <w:r>
        <w:br/>
      </w:r>
      <w:r>
        <w:rPr>
          <w:sz w:val="20"/>
        </w:rPr>
        <w:t>33:16  Miss Zeeba Ahmed ne unhon ne likha hai: "All signs are showing that end of human history is very near. What should be our priority now?" Priority yahi hai ke apna jo entertainment culture aaj kal chala hua hai us ko khatam karein aur zyada se zyada rujoo karein Allah ki taraf.</w:t>
      </w:r>
      <w:r>
        <w:br/>
      </w:r>
      <w:r>
        <w:rPr>
          <w:sz w:val="20"/>
        </w:rPr>
        <w:t>33:38  Tauba karein, istighfar karein aur zyada se zyada deen ko samajhnay mein waqt lagayein aur logon tak Khuda ki baatein pohnchanay mein waqt lagayein.</w:t>
      </w:r>
      <w:r>
        <w:br/>
      </w:r>
      <w:r>
        <w:rPr>
          <w:sz w:val="20"/>
        </w:rPr>
        <w:t>33:49  to yahi aakhri waqt tak achay kaam kartay rahayn. Aik aik aik hadees hai ke agar tum dekho ke qayamat aa rahi hai, apni aankh se dekh rahay ho ke qayamat aa rahi hai aur tumharay hath mein aik poda hai to us poday ko tum laga do.</w:t>
      </w:r>
      <w:r>
        <w:br/>
      </w:r>
      <w:r>
        <w:rPr>
          <w:sz w:val="20"/>
        </w:rPr>
        <w:t>34:05  to aakhri saans tak hum ab achhe kaam karte rahen. jo bhi kaam hamein Allah ne bataye hain to logon ki madad karna yeh bhi is mein hai.</w:t>
      </w:r>
      <w:r>
        <w:br/>
      </w:r>
      <w:r>
        <w:rPr>
          <w:sz w:val="20"/>
        </w:rPr>
        <w:t>34:14  poda lagana yeh bhi is mein hai. aur is waqt jo hai sab se bada kaam logon ki madad yeh hai ke Khuda ka paigham logon tak pahunchaya jaye.</w:t>
      </w:r>
      <w:r>
        <w:br/>
      </w:r>
      <w:r>
        <w:rPr>
          <w:sz w:val="20"/>
        </w:rPr>
        <w:t>34:23  to isi mein hum hamein apne aap ko lagana hai aur marifat hasil karna hai aur is kaam mein lagna hai. ji, aap ka mein bhi kuch add karna chahunga because this is a very important question that sister Zeeba has asked.</w:t>
      </w:r>
      <w:r>
        <w:br/>
      </w:r>
      <w:r>
        <w:rPr>
          <w:sz w:val="20"/>
        </w:rPr>
        <w:t>34:40  and I remember that there is one hadith that Prophet had said that the distance between me and doomsday is a distance between my two fingers.</w:t>
      </w:r>
      <w:r>
        <w:br/>
      </w:r>
      <w:r>
        <w:rPr>
          <w:sz w:val="20"/>
        </w:rPr>
        <w:t>34:50  so Maulana Wahiduddin Khan sahib when he was explaining this hadith, he mentioned that the phenomena of global warming that we are seeing today shows that this distance has been covered.</w:t>
      </w:r>
      <w:r>
        <w:br/>
      </w:r>
      <w:r>
        <w:rPr>
          <w:sz w:val="20"/>
        </w:rPr>
        <w:t>35:05  in fact, all the scientists globally are predicting that these climatic changes are irreversible. so, adopting the right right priority becomes increasingly important.</w:t>
      </w:r>
      <w:r>
        <w:br/>
      </w:r>
      <w:r>
        <w:rPr>
          <w:sz w:val="20"/>
        </w:rPr>
        <w:t>35:19  so, if you all recall the last sermon of Prophet, so when he urged all his followers that convey the message of Quran, even if it is a single verse.</w:t>
      </w:r>
      <w:r>
        <w:br/>
      </w:r>
      <w:r>
        <w:rPr>
          <w:sz w:val="20"/>
        </w:rPr>
        <w:t>35:33  so, it becomes increasingly important that we acquaint humanity about the message of the Quran, like what Fareeda apa just mentioned.</w:t>
      </w:r>
      <w:r>
        <w:br/>
      </w:r>
      <w:r>
        <w:rPr>
          <w:sz w:val="20"/>
        </w:rPr>
        <w:t>35:44  and I just want to remind all of you what Maulana used to tell all of us. he gave us two point agenda.</w:t>
      </w:r>
      <w:r>
        <w:br/>
      </w:r>
      <w:r>
        <w:rPr>
          <w:sz w:val="20"/>
        </w:rPr>
        <w:t>35:53  he said that the first most important thing is that we publish and distribute the Quran worldwide in easy and understandable language.</w:t>
      </w:r>
      <w:r>
        <w:br/>
      </w:r>
      <w:r>
        <w:rPr>
          <w:sz w:val="20"/>
        </w:rPr>
        <w:t>36:04  and by the grace of God, this is happening in a very big way with the joint efforts of Good Word Books and CPS International.</w:t>
      </w:r>
      <w:r>
        <w:br/>
      </w:r>
      <w:r>
        <w:rPr>
          <w:sz w:val="20"/>
        </w:rPr>
        <w:t>36:14  but the second thing that he said or the second agenda that he gave all the CPS members was equally important. and he said help in creating Islam friendly environment.</w:t>
      </w:r>
      <w:r>
        <w:br/>
      </w:r>
      <w:r>
        <w:rPr>
          <w:sz w:val="20"/>
        </w:rPr>
        <w:t>36:27  and this is very important because you know when we give out Quran, so it also becomes important that we create curiosity, we create interest, we inspire people that they also want to know or they read Quran and absorb it in their daily life.</w:t>
      </w:r>
      <w:r>
        <w:br/>
      </w:r>
      <w:r>
        <w:rPr>
          <w:sz w:val="20"/>
        </w:rPr>
        <w:t>36:47  and that's why Maulana used to emphasize a lot on you know a good behavior, good conduct. and I remember one hadith Hazrat Ibn Abbas narrated that Prophet was asked by one of his companions that which one of us is best.</w:t>
      </w:r>
      <w:r>
        <w:br/>
      </w:r>
      <w:r>
        <w:rPr>
          <w:sz w:val="20"/>
        </w:rPr>
        <w:t>37:06  so, Prophet replied that one whose sight reminds you of Allah and whose conversation aids to your knowledge and whose action helps you in remembering the hereafter.</w:t>
      </w:r>
      <w:r>
        <w:br/>
      </w:r>
      <w:r>
        <w:rPr>
          <w:sz w:val="20"/>
        </w:rPr>
        <w:t>37:22  so, picking the right priority at this stage, the end of human history is very important. and these two advice which Maulana Wahiduddin Khan sahib gave to everyone is what we should make mission of our life.</w:t>
      </w:r>
      <w:r>
        <w:br/>
      </w:r>
      <w:r>
        <w:rPr>
          <w:sz w:val="20"/>
        </w:rPr>
        <w:t>37:40  aap ne jo batai thi ek hadith hai ke tum mein se kisi par qayamat qaim ho rahi ho ke</w:t>
      </w:r>
      <w:r>
        <w:br/>
      </w:r>
      <w:r>
        <w:rPr>
          <w:sz w:val="20"/>
        </w:rPr>
        <w:t>37:53  tum mein se kisi par qayamat qaim ho aur us ke haath mein ek poda ho to us ko zaroor laga de. to is par hum aur dawat ke aitbar se keh sakte hain ke aakhri waqt ho, aap ke haath mein ek kitab ho, Quran ho, zaroor dijiye us ko.</w:t>
      </w:r>
      <w:r>
        <w:br/>
      </w:r>
      <w:r>
        <w:rPr>
          <w:sz w:val="20"/>
        </w:rPr>
        <w:t>38:09  yeh nahi sochna ke qayamat aa gayi to ab dene ki kya baat hai. us waqt bhi zaroor dena hai hum ko. agar kitab nahi hai to kam se kam ek achhi baat keh sakte hain jis se woh Khuda se qareeb ho sakta hai.</w:t>
      </w:r>
      <w:r>
        <w:br/>
      </w:r>
      <w:r>
        <w:rPr>
          <w:sz w:val="20"/>
        </w:rPr>
        <w:t>38:20  ek achhe tareeqe se muskurakar dekh sakte hain jo hadith mein aaya hai ke aap ke paas agar koi cheez dene ke liye nahi hai to aap us ke liye dua kijiye. to yeh kuch na kuch zaroor karna hai hum ko kyunke ab time nahi hai hamare paas.</w:t>
      </w:r>
      <w:r>
        <w:br/>
      </w:r>
      <w:r>
        <w:rPr>
          <w:sz w:val="20"/>
        </w:rPr>
        <w:t>38:33  to har cheez honi chahiye dil se. kam se kam agar kuch nahi kar sakte to dil se dushmani hum nikalein insaniyat ke khilaf. jo hamare dil mein dushmani hai, us ko hum nikalein.</w:t>
      </w:r>
      <w:r>
        <w:br/>
      </w:r>
      <w:r>
        <w:rPr>
          <w:sz w:val="20"/>
        </w:rPr>
        <w:t>38:42  is se badhkar kuch nahi ho sakta. aur global warming ke upar jo itni sari hadithain sunai hain, to Rasool Allah salallaho alaihi wasallam jab koi nishani dekhte, misaal ke taur par suraj gahan hua, suraj gahan ka mauqa aata hai to Rasool Allah salallaho alaihi wasallam ne yeh kaha tha ke Allah ki nishaniyon mein se yeh nishaniyan hain.</w:t>
      </w:r>
      <w:r>
        <w:br/>
      </w:r>
      <w:r>
        <w:rPr>
          <w:sz w:val="20"/>
        </w:rPr>
        <w:t>39:02  Allah taala is ke zariye se tum ko aagah kar raha hai. suraj gahan hamesha hota hai, Rasool Allah salallaho alaihi wasallam ke zamane mein bhi hota tha. sirf suraj gahan ka mamla nahi hai.</w:t>
      </w:r>
      <w:r>
        <w:br/>
      </w:r>
      <w:r>
        <w:rPr>
          <w:sz w:val="20"/>
        </w:rPr>
        <w:t>39:12  aaj itni sari cheezein hum dekh rahe hain, yeh sab cheezein Allah taala warning ke taur par de raha hai ke hum ko ab tayyari karni hai.</w:t>
      </w:r>
      <w:r>
        <w:br/>
      </w:r>
      <w:r>
        <w:rPr>
          <w:sz w:val="20"/>
        </w:rPr>
        <w:t>39:20  time nahi hai. insaan ab apne aap ko sambhalo, islaah karo apne aap ki. aur yeh khaas taur se un logon ke liye zyada warning hai jo apne aap ko kehte hain ke hum Quran ko manne wale hain, Rasool Allah salallaho alaihi wasallam ko manne wale.</w:t>
      </w:r>
      <w:r>
        <w:br/>
      </w:r>
      <w:r>
        <w:rPr>
          <w:sz w:val="20"/>
        </w:rPr>
        <w:t>39:34  is ki ziyada zimmedari hoti hai is mein ke in logon ko agah kare jis ke paas yeh baat nahi pohnchi hai. ek hadith aur bhi hai ke global warming ke talluq se yeh hadith hai ke ek aag nikle gi, adan, yehiman ka ilaaqa hai, adan ke door se nikle gi aur logon ko haank kar le jaye gi mahshar ki taraf, yaani hashar ke maidan ki taraf.</w:t>
      </w:r>
      <w:r>
        <w:br/>
      </w:r>
      <w:r>
        <w:rPr>
          <w:sz w:val="20"/>
        </w:rPr>
        <w:t>39:56  to goya ek tareeqe se samajh lijiye ke woh ek process shuru ho chuka hai. jo aap ne kaha, process shuru ho chuka hai ke garmi barhti ja rahi hai. har tareeqe se dekhiye, lapalma ya aatish fishan pahaad phoot rahe hain,</w:t>
      </w:r>
      <w:r>
        <w:br/>
      </w:r>
      <w:r>
        <w:rPr>
          <w:sz w:val="20"/>
        </w:rPr>
        <w:t>40:09  zameen ke rotation mein farq aa raha hai. yeh sab cheezein nishaniyan zahir kar rahi hain ke hum hashar ki taraf ja rahe hain. to yeh ek tareeqe se zimmedari barha deti hai un logon ki jo quran ko mante hain ke aage barhein, logon ko khuda ka paigham pohanchayein taake kal qayamat ke din kisi ko kehne ka mauqa na ho ke hum ko, hum ko teri baat nahi pohnchi, khuda ka tera kalam nahi pohncha.</w:t>
      </w:r>
      <w:r>
        <w:br/>
      </w:r>
      <w:r>
        <w:rPr>
          <w:sz w:val="20"/>
        </w:rPr>
        <w:t>40:38  aap ka yeh comment bheja hai Maulana Iqbal Umri ne Chennai se. unhone likha hai: "kisi bhi tareeqe se qayamat ke bare mein fikr karna chahiye.</w:t>
      </w:r>
      <w:r>
        <w:br/>
      </w:r>
      <w:r>
        <w:rPr>
          <w:sz w:val="20"/>
        </w:rPr>
        <w:t>40:48  qayamat, qayamat yaani duniya fana hone wali hai. aaj ek qabil e fahm cheez ho gayi hai. hamara kaam hai ke insano ko intezar karein.</w:t>
      </w:r>
    </w:p>
    <w:p>
      <w:pPr>
        <w:pStyle w:val="Heading2"/>
      </w:pPr>
      <w:r>
        <w:t>Question on the Myth of Injustice</w:t>
      </w:r>
    </w:p>
    <w:p>
      <w:r>
        <w:rPr>
          <w:color w:val="666666"/>
          <w:sz w:val="18"/>
        </w:rPr>
        <w:t>Life &amp; Wisdom · Example of the Prophet March 20, 2016 · 6m 15s · at 1:40:56 · https://youtu.be/79HmhzXU41w?t=6056</w:t>
      </w:r>
    </w:p>
    <w:p>
      <w:r>
        <w:rPr>
          <w:i/>
        </w:rPr>
        <w:t>“My question is based on your quote titled "The Myth of Injustice".”</w:t>
      </w:r>
    </w:p>
    <w:p>
      <w:r>
        <w:rPr>
          <w:sz w:val="20"/>
        </w:rPr>
        <w:t>1:40:56  fi'l hai. Maulana, agla sawal Faeq Sahab ka hai, aur unhon ne apna sawal Maulana aap ke ek</w:t>
      </w:r>
      <w:r>
        <w:br/>
      </w:r>
      <w:r>
        <w:rPr>
          <w:sz w:val="20"/>
        </w:rPr>
        <w:t>1:41:05  quote ko le ke poocha hai.</w:t>
      </w:r>
      <w:r>
        <w:br/>
      </w:r>
      <w:r>
        <w:rPr>
          <w:sz w:val="20"/>
        </w:rPr>
        <w:t>1:41:07  پہلے آپ کا کوٹ پڑھیں گے، جس کا ٹائٹل ہے "The Myth of Injustice"۔</w:t>
      </w:r>
      <w:r>
        <w:br/>
      </w:r>
      <w:r>
        <w:rPr>
          <w:sz w:val="20"/>
        </w:rPr>
        <w:t>1:41:13  اس میں آپ نے لکھا تھا کہ "throughout history, thinkers and reformers have struggled to eliminate in</w:t>
      </w:r>
      <w:r>
        <w:br/>
      </w:r>
      <w:r>
        <w:rPr>
          <w:sz w:val="20"/>
        </w:rPr>
        <w:t>1:41:19  justice from society, but no one succeeded in achieving this goal.</w:t>
      </w:r>
      <w:r>
        <w:br/>
      </w:r>
      <w:r>
        <w:rPr>
          <w:sz w:val="20"/>
        </w:rPr>
        <w:t>1:41:26  Their failures to eliminate injustice prevented them from living with peace of mind in the world.</w:t>
      </w:r>
      <w:r>
        <w:br/>
      </w:r>
      <w:r>
        <w:rPr>
          <w:sz w:val="20"/>
        </w:rPr>
        <w:t>1:41:33  the truth is that what is termed injustice is actually a matter of misuse of freedom by man. god has granted freedom to man to put him to the test in this world. it is the misuse of freedom that creates all kinds of problems. we must accept this state of affairs as a part of the creation plan of god.</w:t>
      </w:r>
      <w:r>
        <w:br/>
      </w:r>
      <w:r>
        <w:rPr>
          <w:sz w:val="20"/>
        </w:rPr>
        <w:t>1:41:56  maulana, does this mean that we accept injustice as the creation plan of god and do nothing about it? we see someone hurting, abusing an innocent soul, and we mind our own business and do nothing to stop that injustice. would we not be accountable for inaction within our capacity at the day of judgment?</w:t>
      </w:r>
      <w:r>
        <w:br/>
      </w:r>
      <w:r>
        <w:rPr>
          <w:sz w:val="20"/>
        </w:rPr>
        <w:t>1:42:22  please comment. dekhiye, accountability aadmi Khuda ke samne hai, insaan ke samne nahin hai.</w:t>
      </w:r>
      <w:r>
        <w:br/>
      </w:r>
      <w:r>
        <w:rPr>
          <w:sz w:val="20"/>
        </w:rPr>
        <w:t>1:42:28  aap jhanda uthaye ke mujhe is se khatm karna hai to aap nahin kar payein.</w:t>
      </w:r>
      <w:r>
        <w:br/>
      </w:r>
      <w:r>
        <w:rPr>
          <w:sz w:val="20"/>
        </w:rPr>
        <w:t>1:42:35  yani insaan accountable hai bila shukwa, lekin Allah ke samne, hamare samne nahin.</w:t>
      </w:r>
      <w:r>
        <w:br/>
      </w:r>
      <w:r>
        <w:rPr>
          <w:sz w:val="20"/>
        </w:rPr>
        <w:t>1:42:46  jo maine baat kahi hai, woh yeh hai ke chounke Allah ne di hai logon ko azadi,</w:t>
      </w:r>
      <w:r>
        <w:br/>
      </w:r>
      <w:r>
        <w:rPr>
          <w:sz w:val="20"/>
        </w:rPr>
        <w:t>1:42:53  to azadi mein yeh bhi shamil hai ke woh misuse kare ya proper use kare.</w:t>
      </w:r>
      <w:r>
        <w:br/>
      </w:r>
      <w:r>
        <w:rPr>
          <w:sz w:val="20"/>
        </w:rPr>
        <w:t>1:42:57  iska apna right hai ke azadi ko proper use kare, misuse kare.</w:t>
      </w:r>
      <w:r>
        <w:br/>
      </w:r>
      <w:r>
        <w:rPr>
          <w:sz w:val="20"/>
        </w:rPr>
        <w:t>1:43:04  yani Hazrat Umar jaise khaleefa ko qatal bhi kar sakta hai,</w:t>
      </w:r>
      <w:r>
        <w:br/>
      </w:r>
      <w:r>
        <w:rPr>
          <w:sz w:val="20"/>
        </w:rPr>
        <w:t>1:43:08  Allah unka haath nahin pakda.</w:t>
      </w:r>
      <w:r>
        <w:br/>
      </w:r>
      <w:r>
        <w:rPr>
          <w:sz w:val="20"/>
        </w:rPr>
        <w:t>1:43:10  jab ek shakhs hazrat umar ko qatl kar raha tha to allah farishta bhej kar hath pakad li ta,</w:t>
      </w:r>
      <w:r>
        <w:br/>
      </w:r>
      <w:r>
        <w:rPr>
          <w:sz w:val="20"/>
        </w:rPr>
        <w:t>1:43:15  is ka hath pakad li ta.</w:t>
      </w:r>
      <w:r>
        <w:br/>
      </w:r>
      <w:r>
        <w:rPr>
          <w:sz w:val="20"/>
        </w:rPr>
        <w:t>1:43:18  hata ke peghambar</w:t>
      </w:r>
      <w:r>
        <w:br/>
      </w:r>
      <w:r>
        <w:rPr>
          <w:sz w:val="20"/>
        </w:rPr>
        <w:t>1:43:20  hazrat yahya peghambar the, un ko bhi qatl kiya</w:t>
      </w:r>
      <w:r>
        <w:br/>
      </w:r>
      <w:r>
        <w:rPr>
          <w:sz w:val="20"/>
        </w:rPr>
        <w:t>1:43:25  to wahan allah ne bheja nahi farishte ke is ka hath pakad lo, qatl na karne par.</w:t>
      </w:r>
      <w:r>
        <w:br/>
      </w:r>
      <w:r>
        <w:rPr>
          <w:sz w:val="20"/>
        </w:rPr>
        <w:t>1:43:32  dekhiye, insan ko allah ne azadi di hai to allah un ka hath pakadne wala nahi hai.</w:t>
      </w:r>
      <w:r>
        <w:br/>
      </w:r>
      <w:r>
        <w:rPr>
          <w:sz w:val="20"/>
        </w:rPr>
        <w:t>1:43:38  aakhirat mein zaroor allah taala logon ko janche ga, jinho ne proper use kiya hai, un ko reward</w:t>
      </w:r>
      <w:r>
        <w:br/>
      </w:r>
      <w:r>
        <w:rPr>
          <w:sz w:val="20"/>
        </w:rPr>
        <w:t>1:43:47  de ga, jinho ne misuse kiya,</w:t>
      </w:r>
      <w:r>
        <w:br/>
      </w:r>
      <w:r>
        <w:rPr>
          <w:sz w:val="20"/>
        </w:rPr>
        <w:t>1:43:49  un ko pakde ga.</w:t>
      </w:r>
      <w:r>
        <w:br/>
      </w:r>
      <w:r>
        <w:rPr>
          <w:sz w:val="20"/>
        </w:rPr>
        <w:t>1:43:51  duniya mein zaroor jhanda uthaen ke hamein in justice khatam karna hai,</w:t>
      </w:r>
      <w:r>
        <w:br/>
      </w:r>
      <w:r>
        <w:rPr>
          <w:sz w:val="20"/>
        </w:rPr>
        <w:t>1:43:56  yeh un ko koi right nahi hai aur na khatam bhi.</w:t>
      </w:r>
      <w:r>
        <w:br/>
      </w:r>
      <w:r>
        <w:rPr>
          <w:sz w:val="20"/>
        </w:rPr>
        <w:t>1:44:00  tareekh mein kabhi koi khatam nahi kar saka,</w:t>
      </w:r>
      <w:r>
        <w:br/>
      </w:r>
      <w:r>
        <w:rPr>
          <w:sz w:val="20"/>
        </w:rPr>
        <w:t>1:44:03  sirf in justice ke naam par uthe aur us ko aage phaila diya.</w:t>
      </w:r>
      <w:r>
        <w:br/>
      </w:r>
      <w:r>
        <w:rPr>
          <w:sz w:val="20"/>
        </w:rPr>
        <w:t>1:44:08  jo log bhi khade hue hain in justice khatam karne ke liye, unho ne bohat sari justice burai</w:t>
      </w:r>
      <w:r>
        <w:br/>
      </w:r>
      <w:r>
        <w:rPr>
          <w:sz w:val="20"/>
        </w:rPr>
        <w:t>1:44:15  paida ki, chahe safar log hon ya muslim log hon.</w:t>
      </w:r>
      <w:r>
        <w:br/>
      </w:r>
      <w:r>
        <w:rPr>
          <w:sz w:val="20"/>
        </w:rPr>
        <w:t>1:44:20  koi ek exception mujhe bata dijiye ke uthao in justice ko khatam karne ke naam par aur sach</w:t>
      </w:r>
      <w:r>
        <w:br/>
      </w:r>
      <w:r>
        <w:rPr>
          <w:sz w:val="20"/>
        </w:rPr>
        <w:t>1:44:25  chamach chor ne in justice khatam kar diya ho,</w:t>
      </w:r>
      <w:r>
        <w:br/>
      </w:r>
      <w:r>
        <w:rPr>
          <w:sz w:val="20"/>
        </w:rPr>
        <w:t>1:44:29  aur koi hai nahi, koi insan talib nahi hai.</w:t>
      </w:r>
      <w:r>
        <w:br/>
      </w:r>
      <w:r>
        <w:rPr>
          <w:sz w:val="20"/>
        </w:rPr>
        <w:t>1:44:34  to jo cheez jo allah ke domain ki cheez hai, us ko insan apne domain mein laye, to</w:t>
      </w:r>
      <w:r>
        <w:br/>
      </w:r>
      <w:r>
        <w:rPr>
          <w:sz w:val="20"/>
        </w:rPr>
        <w:t>1:44:40  yeh possible hi nahi hai.</w:t>
      </w:r>
      <w:r>
        <w:br/>
      </w:r>
      <w:r>
        <w:rPr>
          <w:sz w:val="20"/>
        </w:rPr>
        <w:t>1:44:44  Okay, so before we end the session, there are two announcements.</w:t>
      </w:r>
      <w:r>
        <w:br/>
      </w:r>
      <w:r>
        <w:rPr>
          <w:sz w:val="20"/>
        </w:rPr>
        <w:t>1:44:50  Firstly, next week which is Sunday, we will be having short session of Maulana Sahab, because there is</w:t>
      </w:r>
      <w:r>
        <w:br/>
      </w:r>
      <w:r>
        <w:rPr>
          <w:sz w:val="20"/>
        </w:rPr>
        <w:t>1:44:58  program at India Habitat Centre, which is being organized by Life Positive.</w:t>
      </w:r>
      <w:r>
        <w:br/>
      </w:r>
      <w:r>
        <w:rPr>
          <w:sz w:val="20"/>
        </w:rPr>
        <w:t>1:45:04  And Maulana would be in panel along with the editor and chief of Life Positive, Ms. Soma Varghese.</w:t>
      </w:r>
      <w:r>
        <w:br/>
      </w:r>
      <w:r>
        <w:rPr>
          <w:sz w:val="20"/>
        </w:rPr>
        <w:t>1:45:12  and dr karan singh.</w:t>
      </w:r>
      <w:r>
        <w:br/>
      </w:r>
      <w:r>
        <w:rPr>
          <w:sz w:val="20"/>
        </w:rPr>
        <w:t>1:45:14  So at 11 o'clock, we would be moving from here to India Habitat Centre at Jacaranda Hall,</w:t>
      </w:r>
      <w:r>
        <w:br/>
      </w:r>
      <w:r>
        <w:rPr>
          <w:sz w:val="20"/>
        </w:rPr>
        <w:t>1:45:21  And all of you can join us in Maulana's session next Sunday.</w:t>
      </w:r>
      <w:r>
        <w:br/>
      </w:r>
      <w:r>
        <w:rPr>
          <w:sz w:val="20"/>
        </w:rPr>
        <w:t>1:45:26  And the second important announcement is that, as you all know, that CPS has been launching</w:t>
      </w:r>
      <w:r>
        <w:br/>
      </w:r>
      <w:r>
        <w:rPr>
          <w:sz w:val="20"/>
        </w:rPr>
        <w:t>1:45:32  new initiatives on continuous basis.</w:t>
      </w:r>
      <w:r>
        <w:br/>
      </w:r>
      <w:r>
        <w:rPr>
          <w:sz w:val="20"/>
        </w:rPr>
        <w:t>1:45:35  So with the blessings of God Almighty, we would be launching Wahiduddin Khan Foundation on April 2nd.</w:t>
      </w:r>
      <w:r>
        <w:br/>
      </w:r>
      <w:r>
        <w:rPr>
          <w:sz w:val="20"/>
        </w:rPr>
        <w:t>1:45:44  at five pm at c 29.</w:t>
      </w:r>
      <w:r>
        <w:br/>
      </w:r>
      <w:r>
        <w:rPr>
          <w:sz w:val="20"/>
        </w:rPr>
        <w:t>1:45:47  Maulana would be addressing everyone. We would be streaming this talk, and daily team can join.</w:t>
      </w:r>
      <w:r>
        <w:br/>
      </w:r>
      <w:r>
        <w:rPr>
          <w:sz w:val="20"/>
        </w:rPr>
        <w:t>1:45:52  is c 29 at five pm.</w:t>
      </w:r>
      <w:r>
        <w:br/>
      </w:r>
      <w:r>
        <w:rPr>
          <w:sz w:val="20"/>
        </w:rPr>
        <w:t>1:45:56  So we would end the session, and in the end, I would request Maulana Sahab to do dua.</w:t>
      </w:r>
      <w:r>
        <w:br/>
      </w:r>
      <w:r>
        <w:rPr>
          <w:sz w:val="20"/>
        </w:rPr>
        <w:t>1:46:02  for everyone, especially for all the da'is who gathered at Lahore, and are watching this program right</w:t>
      </w:r>
      <w:r>
        <w:br/>
      </w:r>
      <w:r>
        <w:rPr>
          <w:sz w:val="20"/>
        </w:rPr>
        <w:t>1:46:10  now.</w:t>
      </w:r>
      <w:r>
        <w:br/>
      </w:r>
      <w:r>
        <w:rPr>
          <w:sz w:val="20"/>
        </w:rPr>
        <w:t>1:46:12  jo log aaj baat ko sun rahe hain aap yahan Delhi mein ya Delhi ke bahar mein in sab ke liye dua karta hoon Allah taala in ko raton ko sonh kar chalne ki tofeeq de in ko dunya mein apni rehmat se nawaze aur akhirat mein in ko jannat ka inaam de rabana atina fi al-dunya hasanah wa fi al-akhira hasanah waqina adhab al-nar rabana taqabbal minna innaka anta al-samiy al-alim wa ashhad annaka anta al-tawwab al-rahim wa salla Allahu taala ala khayri khalqi Muhammadin wa alihi wa ashhabihi ajmaiyina wa rahmatullahi al-kamila.</w:t>
      </w:r>
    </w:p>
    <w:p>
      <w:pPr>
        <w:pStyle w:val="Heading2"/>
      </w:pPr>
      <w:r>
        <w:t>Reader of Al-Risala and tension</w:t>
      </w:r>
    </w:p>
    <w:p>
      <w:r>
        <w:rPr>
          <w:color w:val="666666"/>
          <w:sz w:val="18"/>
        </w:rPr>
        <w:t>Life &amp; Wisdom · Purpose of Human Life February 12, 2012 Maulana Wahiduddin Khan · 6m 46s · at 1:22:38 · https://youtu.be/gRupSXuak-w?t=4958</w:t>
      </w:r>
    </w:p>
    <w:p>
      <w:r>
        <w:rPr>
          <w:i/>
        </w:rPr>
        <w:t>“I can say with full certainty that a true reader of Al-Risala may suffer from other physical diseases, but he will never suffer from the disease of tension. Maulana, is my comment correct?”</w:t>
      </w:r>
    </w:p>
    <w:p>
      <w:r>
        <w:rPr>
          <w:sz w:val="20"/>
        </w:rPr>
        <w:t>1:22:38  bilkul dono alag alag cheezen hain. is par mein ne likha hai risalay mein, aap parh lijiye is ko. yeh cheez aa chuki hai. maulana, agla sawal karachi pakistan se mr abdul lateef ka hai.</w:t>
      </w:r>
      <w:r>
        <w:br/>
      </w:r>
      <w:r>
        <w:rPr>
          <w:sz w:val="20"/>
        </w:rPr>
        <w:t>1:22:53  unhon ne likha hai: "mein poore yaqeen ke sath yeh baat keh sakta hoon ke sahi maano mein al risala ka qari doosri jismani beemariyon mein to mubtala ho sakta hai, lekin tension ki beemari mein wo kabhi bhi mubtala nahi hoga.</w:t>
      </w:r>
      <w:r>
        <w:br/>
      </w:r>
      <w:r>
        <w:rPr>
          <w:sz w:val="20"/>
        </w:rPr>
        <w:t>1:23:13  maulana sahib, kya mera yeh tabsarah durust hai?" mein to samajhta hoon ke bilkul sahi hai.</w:t>
      </w:r>
      <w:r>
        <w:br/>
      </w:r>
      <w:r>
        <w:rPr>
          <w:sz w:val="20"/>
        </w:rPr>
        <w:t>1:23:22  is mein koi shaq nahi ke al risala logon ko tension free banata hai. bashart ke risala parhen theek se. yani kai log aisay hain jo kehte hain ke mein risala qari hoon.</w:t>
      </w:r>
      <w:r>
        <w:br/>
      </w:r>
      <w:r>
        <w:rPr>
          <w:sz w:val="20"/>
        </w:rPr>
        <w:t>1:23:36  jab poohta hoon to koi baat nahi bata paate wo. to isi liye mein ne un ke sath likha tha risalay mein ke jis ne risala aik bar parha us ne nahi parha.</w:t>
      </w:r>
      <w:r>
        <w:br/>
      </w:r>
      <w:r>
        <w:rPr>
          <w:sz w:val="20"/>
        </w:rPr>
        <w:t>1:23:49  jis ne do bar parha us ne bas parha. lekin us ne kai bar parha us ne sach much parha. is se sach much faida liya us ne is ka.</w:t>
      </w:r>
      <w:r>
        <w:br/>
      </w:r>
      <w:r>
        <w:rPr>
          <w:sz w:val="20"/>
        </w:rPr>
        <w:t>1:23:57  to al risala jo baqayda is tarah se parhen ke is se aks kar saken aur is se faida utha saken to zaroor al risala mein aisay hi item hamesha hua karte hain.</w:t>
      </w:r>
      <w:r>
        <w:br/>
      </w:r>
      <w:r>
        <w:rPr>
          <w:sz w:val="20"/>
        </w:rPr>
        <w:t>1:24:12  lekin mushkil yeh hai ke log adabi cheezon ko parhne ke aadi hain, akhbar waghera parhne ke aadi hain. to risala dekha, parh liya, rakh diya.</w:t>
      </w:r>
      <w:r>
        <w:br/>
      </w:r>
      <w:r>
        <w:rPr>
          <w:sz w:val="20"/>
        </w:rPr>
        <w:t>1:24:20  samajhte hain ke bas. lekin jo baqayeda padhte hain to bilashuba woh instention free ban jaate hain. jo baqayeda padhte hain. maulana, unka doosra sawal yeh hai.</w:t>
      </w:r>
      <w:r>
        <w:br/>
      </w:r>
      <w:r>
        <w:rPr>
          <w:sz w:val="20"/>
        </w:rPr>
        <w:t>1:24:30  unhone likha hai:</w:t>
      </w:r>
      <w:r>
        <w:br/>
      </w:r>
      <w:r>
        <w:rPr>
          <w:sz w:val="20"/>
        </w:rPr>
        <w:t>1:24:32  "aaj ka insaan apne bachon ki islaah ke liye kya tareeqa apnayen? kya walidain islaah ke liye apne bachon ko maar sakte hain?" nahi, bachon ko maarna to main bilkul hi galat samajhta hoon.</w:t>
      </w:r>
      <w:r>
        <w:br/>
      </w:r>
      <w:r>
        <w:rPr>
          <w:sz w:val="20"/>
        </w:rPr>
        <w:t>1:24:48  yeh hai counter productive. ulta nateeja niklega. hargiz nahi. lekin main manta hoon ke bachon ke sab se bare dushman unke walidain hote hain.</w:t>
      </w:r>
      <w:r>
        <w:br/>
      </w:r>
      <w:r>
        <w:rPr>
          <w:sz w:val="20"/>
        </w:rPr>
        <w:t>1:25:02  is zamane mein khaas taur par sab se bare dushman bachon ke unke walidain hain. kyun? yeh pampering karte hain. pampering.</w:t>
      </w:r>
      <w:r>
        <w:br/>
      </w:r>
      <w:r>
        <w:rPr>
          <w:sz w:val="20"/>
        </w:rPr>
        <w:t>1:25:13  saare maa baap pampering karte hain. masla kama kama kar kya karenge? easy money bachon ko denge. easy money jo hai sab se buri cheez hai.</w:t>
      </w:r>
      <w:r>
        <w:br/>
      </w:r>
      <w:r>
        <w:rPr>
          <w:sz w:val="20"/>
        </w:rPr>
        <w:t>1:25:25  to bachon ki islaah ka aaghaz maa baap ki islaah se hota hai.</w:t>
      </w:r>
      <w:r>
        <w:br/>
      </w:r>
      <w:r>
        <w:rPr>
          <w:sz w:val="20"/>
        </w:rPr>
        <w:t>1:25:31  b</w:t>
      </w:r>
      <w:r>
        <w:br/>
      </w:r>
      <w:r>
        <w:rPr>
          <w:sz w:val="20"/>
        </w:rPr>
        <w:t>1:25:32  ache jo maa baap bache ko maarne ka right lena chahte hain, aap khud apne ko maar rahe hain. bachon ko maarna chahte hain, khud maarein apne aap ko.</w:t>
      </w:r>
      <w:r>
        <w:br/>
      </w:r>
      <w:r>
        <w:rPr>
          <w:sz w:val="20"/>
        </w:rPr>
        <w:t>1:25:40  apni pampering ko khatam karein. apne chhote laad pyaar ko khatam karein. easy money bachon ko dena band karein. yaani bachon ko maa baap hi hain jo sab se zyada yaani bigaadte hain.</w:t>
      </w:r>
      <w:r>
        <w:br/>
      </w:r>
      <w:r>
        <w:rPr>
          <w:sz w:val="20"/>
        </w:rPr>
        <w:t>1:25:57  aur sab se bada bigaad kya hai</w:t>
      </w:r>
      <w:r>
        <w:br/>
      </w:r>
      <w:r>
        <w:rPr>
          <w:sz w:val="20"/>
        </w:rPr>
        <w:t>1:25:59  ? dekhiye, maa baap ghar mein jo jo mohabbat ka jo mayar hai, woh galat mayar uske dil mein daalte hain.</w:t>
      </w:r>
      <w:r>
        <w:br/>
      </w:r>
      <w:r>
        <w:rPr>
          <w:sz w:val="20"/>
        </w:rPr>
        <w:t>1:26:11  maa baap bachha jab ghar mein hota hai to kya hota hai? munh se nikla aur cheez tayyar. munh se bol diya, bas usko cheez mil gayi. achha, jab bahar nikalta hai woh to lagta hai ke wahan pe to kuch hi koi dene wala nahi usko.</w:t>
      </w:r>
      <w:r>
        <w:br/>
      </w:r>
      <w:r>
        <w:rPr>
          <w:sz w:val="20"/>
        </w:rPr>
        <w:t>1:26:26  mehnat karo to power nahi, to kuch nahi milega tum ko. to saare insaan ke dushman samajh leta hai woh. bas bas kehta hai ke bas meri maa, mere baap aur kisi se koi mohabbat nahi usko hoti.</w:t>
      </w:r>
      <w:r>
        <w:br/>
      </w:r>
      <w:r>
        <w:rPr>
          <w:sz w:val="20"/>
        </w:rPr>
        <w:t>1:26:37  jisko bhi dekh lijiye, aap andar cheer kar ke maa baap se mohabbat mohabbat karega aur doosre insaanon se nafrat karega woh.</w:t>
      </w:r>
      <w:r>
        <w:br/>
      </w:r>
      <w:r>
        <w:rPr>
          <w:sz w:val="20"/>
        </w:rPr>
        <w:t>1:26:46  main ek martaba wahan gaya saharanpur, wahan chaar hindu naujawan mujh se milne ke liye aaye hotel mein. chaaron ne ek hi baat kahi. unhone kaha hum apna experience aap ko share karna chahte hain.</w:t>
      </w:r>
      <w:r>
        <w:br/>
      </w:r>
      <w:r>
        <w:rPr>
          <w:sz w:val="20"/>
        </w:rPr>
        <w:t>1:26:58  jab hum ghar mein the to maa baap jo munh se nikla poora kar diya, jo munh se nikla poora kar diya. ab jab duniya mein hum aaye hain, yahan koi hamara yaani aisa nahi milta ke woh munh se nikle woh p</w:t>
      </w:r>
      <w:r>
        <w:br/>
      </w:r>
      <w:r>
        <w:rPr>
          <w:sz w:val="20"/>
        </w:rPr>
        <w:t>1:27:13  ura kar de. ab koi mehnat karna hai, hard work karna hai, tab cheezein milti hain. to yeh contradiction hai hamari zindagi mein.</w:t>
      </w:r>
      <w:r>
        <w:br/>
      </w:r>
      <w:r>
        <w:rPr>
          <w:sz w:val="20"/>
        </w:rPr>
        <w:t>1:27:21  kya isko kaise explain karein?</w:t>
      </w:r>
      <w:r>
        <w:br/>
      </w:r>
      <w:r>
        <w:rPr>
          <w:sz w:val="20"/>
        </w:rPr>
        <w:t>1:27:26  to yeh maa baap jo hain, duniya ko nafrat karne wale insaan supply kar rahe hain. kyunke jis tarah se maa baap karte hain ghar mein, woh woh duniya nahi karne wali hai.</w:t>
      </w:r>
      <w:r>
        <w:br/>
      </w:r>
      <w:r>
        <w:rPr>
          <w:sz w:val="20"/>
        </w:rPr>
        <w:t>1:27:41  duniya nahi karne wali hai aisa.</w:t>
      </w:r>
      <w:r>
        <w:br/>
      </w:r>
      <w:r>
        <w:rPr>
          <w:sz w:val="20"/>
        </w:rPr>
        <w:t>1:27:43  duniya ko to jo jitna aap denge, utna duniya se milega. to ghar ka mahaul jo hai, yaani receiving without giving hai.</w:t>
      </w:r>
      <w:r>
        <w:br/>
      </w:r>
      <w:r>
        <w:rPr>
          <w:sz w:val="20"/>
        </w:rPr>
        <w:t>1:27:57  ghar ka mahaul jo hai, aaj kal receiving without giving. aur jab bahar nikalta hai aadmi to uska ulta hota hai.</w:t>
      </w:r>
      <w:r>
        <w:br/>
      </w:r>
      <w:r>
        <w:rPr>
          <w:sz w:val="20"/>
        </w:rPr>
        <w:t>1:28:07  yaani giving account to account, yaani receiving. jo kisi ne sahi kaha hai ke "in giving that we receive".</w:t>
      </w:r>
      <w:r>
        <w:br/>
      </w:r>
      <w:r>
        <w:rPr>
          <w:sz w:val="20"/>
        </w:rPr>
        <w:t>1:28:20  jitna dena hai, utna paana. yaani bahar ki duniya ka formula yeh hai ke jitna doge, utna paoge. ghar ki duniya mein kya hai? tum ko dene ki zaroorat nahi hai, bas tum ko sab kuch milta rahega.</w:t>
      </w:r>
      <w:r>
        <w:br/>
      </w:r>
      <w:r>
        <w:rPr>
          <w:sz w:val="20"/>
        </w:rPr>
        <w:t>1:28:31  aise maa baap mere mere bachchon ke sab se bare dushman hain. aur insaniyat ke dushman hain. yeh insaniyat ke dushman hain. kyunke duniya ko</w:t>
      </w:r>
      <w:r>
        <w:br/>
      </w:r>
      <w:r>
        <w:rPr>
          <w:sz w:val="20"/>
        </w:rPr>
        <w:t>1:28:40  nafrat karne wale insaan bhej rahe hain. har ghar ek karkhana bana hua hai matnafar insanon ko banane ka.</w:t>
      </w:r>
      <w:r>
        <w:br/>
      </w:r>
      <w:r>
        <w:rPr>
          <w:sz w:val="20"/>
        </w:rPr>
        <w:t>1:28:49  main yeh shayari nahin kar raha hoon, main mera tajruba bata raha hoon, tajruba. ke ke aaj kal ke jo log hain, bas meri maa, mera baap yeh toh khoob karte hain, lekin baqiya insaan se un koi dilchaspi un ko nahin hai.</w:t>
      </w:r>
      <w:r>
        <w:br/>
      </w:r>
      <w:r>
        <w:rPr>
          <w:sz w:val="20"/>
        </w:rPr>
        <w:t>1:29:03  kyunke baqiya insaan ko woh pampering nahin karta. woh blast pyar nahin karta jo ghar mein in ko mila tha.</w:t>
      </w:r>
      <w:r>
        <w:br/>
      </w:r>
      <w:r>
        <w:rPr>
          <w:sz w:val="20"/>
        </w:rPr>
        <w:t>1:29:12  main is ka sakht khilaf hoon. is ka main is ke is bare mein bohat hi zyada sakht hoon. is mein koi main riayat karne ke tayyar nahin hoon.</w:t>
      </w:r>
    </w:p>
    <w:p>
      <w:pPr>
        <w:pStyle w:val="Heading2"/>
      </w:pPr>
      <w:r>
        <w:t>Reason for tension in business</w:t>
      </w:r>
    </w:p>
    <w:p>
      <w:r>
        <w:rPr>
          <w:color w:val="666666"/>
          <w:sz w:val="18"/>
        </w:rPr>
        <w:t>Life &amp; Wisdom · Building A Creative Personality | 20 Nov 2011 · 5m 22s · at 1:12:43 · https://youtu.be/jdfhpwfEvKg?t=4363</w:t>
      </w:r>
    </w:p>
    <w:p>
      <w:r>
        <w:rPr>
          <w:i/>
        </w:rPr>
        <w:t>“I am a shopkeeper. Due to some business issues, I remain tense. What is the reason for this?”</w:t>
      </w:r>
    </w:p>
    <w:p>
      <w:r>
        <w:rPr>
          <w:sz w:val="20"/>
        </w:rPr>
        <w:t>1:12:43  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r>
        <w:br/>
      </w:r>
      <w:r>
        <w:rPr>
          <w:sz w:val="20"/>
        </w:rPr>
        <w:t>1:13:13  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r>
        <w:br/>
      </w:r>
      <w:r>
        <w:rPr>
          <w:sz w:val="20"/>
        </w:rPr>
        <w:t>1:13:43  cheez tension ka sabab hiras hai, karobar nahi hai.</w:t>
      </w:r>
      <w:r>
        <w:br/>
      </w:r>
      <w:r>
        <w:rPr>
          <w:sz w:val="20"/>
        </w:rPr>
        <w:t>1:13:48  yaad rakhiye, hiras ko khatm kijiye, qanaat ko ikhtiyar kijiye, kharch ko ghataye, aamdani ko manage kijiye to</w:t>
      </w:r>
      <w:r>
        <w:br/>
      </w:r>
      <w:r>
        <w:rPr>
          <w:sz w:val="20"/>
        </w:rPr>
        <w:t>1:13:53  tension harghiz nahi hoga.</w:t>
      </w:r>
      <w:r>
        <w:br/>
      </w:r>
      <w:r>
        <w:rPr>
          <w:sz w:val="20"/>
        </w:rPr>
        <w:t>1:13:58  mujhe mera tareeqa hai, main to koi kharch hi nahi, main koi tension bhi nahi.</w:t>
      </w:r>
      <w:r>
        <w:br/>
      </w:r>
      <w:r>
        <w:rPr>
          <w:sz w:val="20"/>
        </w:rPr>
        <w:t>1:14:03  main jo hai, woh isi pe, isi pe raazi rehta hoon, isi pe raazi rehta hoon.</w:t>
      </w:r>
      <w:r>
        <w:br/>
      </w:r>
      <w:r>
        <w:rPr>
          <w:sz w:val="20"/>
        </w:rPr>
        <w:t>1:14:08  misalan yeh farz kijiye, glass mein hai, glass hai, glass mein pani pi loon ga, glass nahi</w:t>
      </w:r>
      <w:r>
        <w:br/>
      </w:r>
      <w:r>
        <w:rPr>
          <w:sz w:val="20"/>
        </w:rPr>
        <w:t>1:14:13  to hath se hi pi loon ga, hath se pi loon ga, kisi cheez se pi loon ga.</w:t>
      </w:r>
      <w:r>
        <w:br/>
      </w:r>
      <w:r>
        <w:rPr>
          <w:sz w:val="20"/>
        </w:rPr>
        <w:t>1:14:20  mujhe koi pareshani nahi hogi, glass nahi, glass nahi, glass nahi.</w:t>
      </w:r>
      <w:r>
        <w:br/>
      </w:r>
      <w:r>
        <w:rPr>
          <w:sz w:val="20"/>
        </w:rPr>
        <w:t>1:14:26  to yeh ghalat hai soch ke karobar ki waja se tension harghiz nahi, hiras ki waja se tension.</w:t>
      </w:r>
      <w:r>
        <w:br/>
      </w:r>
      <w:r>
        <w:rPr>
          <w:sz w:val="20"/>
        </w:rPr>
        <w:t>1:14:32  log apna kharch barhaye rehte hain, aamdani ab hoti nahi hoti to phir aamdani barhaye, koshish pe lage</w:t>
      </w:r>
      <w:r>
        <w:br/>
      </w:r>
      <w:r>
        <w:rPr>
          <w:sz w:val="20"/>
        </w:rPr>
        <w:t>1:14:39  rehte hain, raat din, raat din, raat din to tension hoga. woh to</w:t>
      </w:r>
      <w:r>
        <w:br/>
      </w:r>
      <w:r>
        <w:rPr>
          <w:sz w:val="20"/>
        </w:rPr>
        <w:t>1:14:45  apne karobar ko manage kijiye.</w:t>
      </w:r>
      <w:r>
        <w:br/>
      </w:r>
      <w:r>
        <w:rPr>
          <w:sz w:val="20"/>
        </w:rPr>
        <w:t>1:14:51  aik hi hal hai ke manage kijiye aur had ke andar rahiye, bas had se bahar na jaiye.</w:t>
      </w:r>
      <w:r>
        <w:br/>
      </w:r>
      <w:r>
        <w:rPr>
          <w:sz w:val="20"/>
        </w:rPr>
        <w:t>1:14:57  quran ne kaha: "takathur, takathur asal raaz hai tension ka." ilhaq o takathur, takathur se apne aap ko bachaiye.</w:t>
      </w:r>
      <w:r>
        <w:br/>
      </w:r>
      <w:r>
        <w:rPr>
          <w:sz w:val="20"/>
        </w:rPr>
        <w:t>1:15:03  mister khawaja kaleemuddin ne pennsylvania, usa se sawal kiya hai.</w:t>
      </w:r>
      <w:r>
        <w:br/>
      </w:r>
      <w:r>
        <w:rPr>
          <w:sz w:val="20"/>
        </w:rPr>
        <w:t>1:15:09  unhon ne likha hai: "mol</w:t>
      </w:r>
      <w:r>
        <w:br/>
      </w:r>
      <w:r>
        <w:rPr>
          <w:sz w:val="20"/>
        </w:rPr>
        <w:t>1:15:15  "Ana sahib, what is the difference between Ijtihad and Ijma? Is Ijma necessary in any Ijtihad?" Dekhiye, yeh</w:t>
      </w:r>
      <w:r>
        <w:br/>
      </w:r>
      <w:r>
        <w:rPr>
          <w:sz w:val="20"/>
        </w:rPr>
        <w:t>1:15:21  aik bara masla hai.</w:t>
      </w:r>
      <w:r>
        <w:br/>
      </w:r>
      <w:r>
        <w:rPr>
          <w:sz w:val="20"/>
        </w:rPr>
        <w:t>1:15:27  yeh aaj mein isi par bolne wala tha lekin kisi waja se topic badal gaya.</w:t>
      </w:r>
      <w:r>
        <w:br/>
      </w:r>
      <w:r>
        <w:rPr>
          <w:sz w:val="20"/>
        </w:rPr>
        <w:t>1:15:33  dekhen, ijma ka jo tasawwur hai logon ka, ab mein is ko sahi nahi samajhta.</w:t>
      </w:r>
      <w:r>
        <w:br/>
      </w:r>
      <w:r>
        <w:rPr>
          <w:sz w:val="20"/>
        </w:rPr>
        <w:t>1:15:39  ijma ko woh aaj kal kiya hai, mukhtasar tor par</w:t>
      </w:r>
      <w:r>
        <w:br/>
      </w:r>
      <w:r>
        <w:rPr>
          <w:sz w:val="20"/>
        </w:rPr>
        <w:t>1:15:45  arz karunga ke fuqaha jo hain kehte hain ke shariat ke char masadir hain. masdar yani source. source of shariat jo hai, woh char hain: quran, sunnat, ijma aur qiyas. main kehta hoon yeh sahi nahi hai, sirf do hi masdar hain, woh hain quran aur hadith. jaisa ke quran, jaisa ke hadith mein aata hai: "طرف مستقلا کتاب اللہ و سنتی". to asal jo hai, woh sirf quran aur hadith hai aur koi aslan</w:t>
      </w:r>
      <w:r>
        <w:br/>
      </w:r>
      <w:r>
        <w:rPr>
          <w:sz w:val="20"/>
        </w:rPr>
        <w:t>1:16:15  nahi hai. baqi jo hai, teesra woh ijtihad hai. ijtihad ki qismein mein se ek qism hai ijma, ek qism hai qiyas. to ijma jo hai, abadi nahi hota. logon ne samajh rakha hai ke ek baar agar ijma ho gaya to hamesha ke liye ijma quran o sunnat ki taraf ho gaya. yeh bilkul galat hai, yeh hargiz nahi. ijma jo hota hai, kisi waqti masle ko hal karne ke liye hota hai. to ek waqti masla pesh aaya, is mein do sooraten hain. agar sab ki ra</w:t>
      </w:r>
      <w:r>
        <w:br/>
      </w:r>
      <w:r>
        <w:rPr>
          <w:sz w:val="20"/>
        </w:rPr>
        <w:t>1:16:45  ek ho jaye to woh hua ijma. agar sab ki raah ek na ho to aksariyat dekha jayega, usko kehte hain jumhoor. to na to jumhoor ki raah hai aur na ijma hamesha ke liye hota hai. waqti hota hai woh, yani halaat badal jayein to ijma bhi badal jayega aur jumhoor ki raah bhi badal jayegi. jo naye badalne wali cheez hai, woh sirf do hain: quran aur hadith. to khulasa yeh hai ke ijma se pehle ijtihad hai. jab</w:t>
      </w:r>
      <w:r>
        <w:br/>
      </w:r>
      <w:r>
        <w:rPr>
          <w:sz w:val="20"/>
        </w:rPr>
        <w:t>1:17:15  bhi quran o hadith mein sarahatan kuch na mile, hidayat aap ko sochna pare to woh woh ijtihad</w:t>
      </w:r>
      <w:r>
        <w:br/>
      </w:r>
      <w:r>
        <w:rPr>
          <w:sz w:val="20"/>
        </w:rPr>
        <w:t>1:17:19  ka masla hota hai.</w:t>
      </w:r>
      <w:r>
        <w:br/>
      </w:r>
      <w:r>
        <w:rPr>
          <w:sz w:val="20"/>
        </w:rPr>
        <w:t>1:17:24  ab ijtihad ki jab aap karenge to kabhi consensus ho jayega, kabhi nahi hoga.</w:t>
      </w:r>
      <w:r>
        <w:br/>
      </w:r>
      <w:r>
        <w:rPr>
          <w:sz w:val="20"/>
        </w:rPr>
        <w:t>1:17:28  is ki wajah se shaklein badlengi.</w:t>
      </w:r>
      <w:r>
        <w:br/>
      </w:r>
      <w:r>
        <w:rPr>
          <w:sz w:val="20"/>
        </w:rPr>
        <w:t>1:17:32  to mere dekh, asal cheez Quran o Sunnat ke baad jo hai, wo ijtihad hi hai.</w:t>
      </w:r>
      <w:r>
        <w:br/>
      </w:r>
      <w:r>
        <w:rPr>
          <w:sz w:val="20"/>
        </w:rPr>
        <w:t>1:17:36  yeh jo logon ne banaya hai, ijma o qiyas, yeh apni taraf se banaya hai.</w:t>
      </w:r>
      <w:r>
        <w:br/>
      </w:r>
      <w:r>
        <w:rPr>
          <w:sz w:val="20"/>
        </w:rPr>
        <w:t>1:17:41  lekin phir bhi</w:t>
      </w:r>
      <w:r>
        <w:br/>
      </w:r>
      <w:r>
        <w:rPr>
          <w:sz w:val="20"/>
        </w:rPr>
        <w:t>1:17:45  main kahunga ke ijma agar kisi cheez ke upar ho jaye to wo abadi kabhi bhi nahi</w:t>
      </w:r>
      <w:r>
        <w:br/>
      </w:r>
      <w:r>
        <w:rPr>
          <w:sz w:val="20"/>
        </w:rPr>
        <w:t>1:17:50  hoga, waqti hoga.</w:t>
      </w:r>
      <w:r>
        <w:br/>
      </w:r>
      <w:r>
        <w:rPr>
          <w:sz w:val="20"/>
        </w:rPr>
        <w:t>1:17:55  wo abadi hai to sirf Quran o Sunnat hai.</w:t>
      </w:r>
      <w:r>
        <w:br/>
      </w:r>
      <w:r>
        <w:rPr>
          <w:sz w:val="20"/>
        </w:rPr>
        <w:t>1:18:00  is par inshallah main ek ek poora ek class karna chahta hoon is masle par aindah kisi waqt.</w:t>
      </w:r>
    </w:p>
    <w:p>
      <w:pPr>
        <w:pStyle w:val="Heading2"/>
      </w:pPr>
      <w:r>
        <w:t>Stress caused by negative thinking</w:t>
      </w:r>
    </w:p>
    <w:p>
      <w:r>
        <w:rPr>
          <w:color w:val="666666"/>
          <w:sz w:val="18"/>
        </w:rPr>
        <w:t>Life &amp; Wisdom · Stress and Spirituality January 1, 2012 · 8m 39s · at 1:21:45 · https://youtu.be/TPhXL9-g6ME?t=4905</w:t>
      </w:r>
    </w:p>
    <w:p>
      <w:r>
        <w:rPr>
          <w:i/>
        </w:rPr>
        <w:t>“How much stress is caused by negative thinking? Please explain.”</w:t>
      </w:r>
    </w:p>
    <w:p>
      <w:r>
        <w:rPr>
          <w:sz w:val="20"/>
        </w:rPr>
        <w:t>1:21:45  gulbargah se maulana fiyazuddin umri ne sawal kiya hai. unhon ne likha hai: "manfi soch se kitna zyada stress hota hai?</w:t>
      </w:r>
      <w:r>
        <w:br/>
      </w:r>
      <w:r>
        <w:rPr>
          <w:sz w:val="20"/>
        </w:rPr>
        <w:t>1:21:55  is ke bare mein bataein."</w:t>
      </w:r>
      <w:r>
        <w:br/>
      </w:r>
      <w:r>
        <w:rPr>
          <w:sz w:val="20"/>
        </w:rPr>
        <w:t>1:22:02  manfi soch hi ke to nateejay ke naam hi stress hai.</w:t>
      </w:r>
      <w:r>
        <w:br/>
      </w:r>
      <w:r>
        <w:rPr>
          <w:sz w:val="20"/>
        </w:rPr>
        <w:t>1:22:09  yani negative thinking jo hai always negative thing leads to stress.</w:t>
      </w:r>
      <w:r>
        <w:br/>
      </w:r>
      <w:r>
        <w:rPr>
          <w:sz w:val="20"/>
        </w:rPr>
        <w:t>1:22:18  negative thinking jahan hogi wahan zaroor stress hoga. zaroor wahan tension hoga.</w:t>
      </w:r>
      <w:r>
        <w:br/>
      </w:r>
      <w:r>
        <w:rPr>
          <w:sz w:val="20"/>
        </w:rPr>
        <w:t>1:22:26  to stress se bahar aane ka sabab formula aa jata hai positive thinking.</w:t>
      </w:r>
      <w:r>
        <w:br/>
      </w:r>
      <w:r>
        <w:rPr>
          <w:sz w:val="20"/>
        </w:rPr>
        <w:t>1:22:33  lekin negative thinking aur positive thinking koi updesh ki baat nahi hai. ke aap kisi ko kahein ke are bhai negative mat bano. is se nahi kuch hota.</w:t>
      </w:r>
      <w:r>
        <w:br/>
      </w:r>
      <w:r>
        <w:rPr>
          <w:sz w:val="20"/>
        </w:rPr>
        <w:t>1:22:43  ek is ke liye ek ideology chahiye. ek ideology.</w:t>
      </w:r>
      <w:r>
        <w:br/>
      </w:r>
      <w:r>
        <w:rPr>
          <w:sz w:val="20"/>
        </w:rPr>
        <w:t>1:22:50  ek insan jis ke insan expression chahta hai cheezon ki. insan ka jo dimagh hai wo is waqt mutmaeen hota hai jab kisi cheez ka wo explain kar le.</w:t>
      </w:r>
      <w:r>
        <w:br/>
      </w:r>
      <w:r>
        <w:rPr>
          <w:sz w:val="20"/>
        </w:rPr>
        <w:t>1:23:01  is ki tawjeeh dhoond le. jab tak tawjeeh na paye tab tak wo mutmaeen nahi hota. to dunya mein hamein dekhiye sad experience hote hain.</w:t>
      </w:r>
      <w:r>
        <w:br/>
      </w:r>
      <w:r>
        <w:rPr>
          <w:sz w:val="20"/>
        </w:rPr>
        <w:t>1:23:13  yani hamari khwahishon ke khilaf waqeat hote rehte hain. takleef deh tajrubaat hote rehte hain. koi hum ko provoke kar deta hai.</w:t>
      </w:r>
      <w:r>
        <w:br/>
      </w:r>
      <w:r>
        <w:rPr>
          <w:sz w:val="20"/>
        </w:rPr>
        <w:t>1:23:22  koi bura kehta hai. koi nuqsan kar deta hai. yeh sab hota hi hota hai. aur yeh quran mein likha hua hai ke zaroor hoga.</w:t>
      </w:r>
      <w:r>
        <w:br/>
      </w:r>
      <w:r>
        <w:rPr>
          <w:sz w:val="20"/>
        </w:rPr>
        <w:t>1:23:31  wla nblwkm bshyy mnn lkhwf wljwh wnnqsp mnn l'amwl wlnfsp sbrt wbsr Sbrn llzhn 'z' Sbtm mspbh qlw 'nn' llh w'nn 'lhy rjwn.</w:t>
      </w:r>
      <w:r>
        <w:br/>
      </w:r>
      <w:r>
        <w:rPr>
          <w:sz w:val="20"/>
        </w:rPr>
        <w:t>1:23:46  yeh jo tukra hai is ka. inna lillahi wa inna ilaihi raji'un. yeh jo hai formula of de-stressing hai.</w:t>
      </w:r>
      <w:r>
        <w:br/>
      </w:r>
      <w:r>
        <w:rPr>
          <w:sz w:val="20"/>
        </w:rPr>
        <w:t>1:23:56  yeh formula of de-stressing hai yeh.</w:t>
      </w:r>
      <w:r>
        <w:br/>
      </w:r>
      <w:r>
        <w:rPr>
          <w:sz w:val="20"/>
        </w:rPr>
        <w:t>1:24:01  to yeh bilkul hona hi hona hai ke dunya mein aap ko sad experiences hon. unwanted situations se aap ko samna pesh aaye.</w:t>
      </w:r>
      <w:r>
        <w:br/>
      </w:r>
      <w:r>
        <w:rPr>
          <w:sz w:val="20"/>
        </w:rPr>
        <w:t>1:24:12  to aap ke paas ideology honi chahiye is ko explain karne ki. is ki tawjeeh karne ki. jaise main apne bare mein batata hoon.</w:t>
      </w:r>
      <w:r>
        <w:br/>
      </w:r>
      <w:r>
        <w:rPr>
          <w:sz w:val="20"/>
        </w:rPr>
        <w:t>1:24:22  mujhe bohat logon ne sataya. aaj bhi sata rahe hain.</w:t>
      </w:r>
      <w:r>
        <w:br/>
      </w:r>
      <w:r>
        <w:rPr>
          <w:sz w:val="20"/>
        </w:rPr>
        <w:t>1:24:28  mujhe har tarah ka jo na mali nuqsan pohanchaya. mujhe badnaam kiya. har tarah se mujhe takleef pohanchai. aur abhi tak pohancha rahe hain.</w:t>
      </w:r>
      <w:r>
        <w:br/>
      </w:r>
      <w:r>
        <w:rPr>
          <w:sz w:val="20"/>
        </w:rPr>
        <w:t>1:24:39  ajeeb baat hai. itna zyada mujhe jhoote propaganda mere khilaf kiya jata hai. shayad tareekh mein kisi ke khilaf itna jhoota propaganda nahi hua hoga jitna mere khilaf hota hai.</w:t>
      </w:r>
      <w:r>
        <w:br/>
      </w:r>
      <w:r>
        <w:rPr>
          <w:sz w:val="20"/>
        </w:rPr>
        <w:t>1:24:53  kyun ke kisi aur zamane mein media nahi tha. ab to media hai.</w:t>
      </w:r>
      <w:r>
        <w:br/>
      </w:r>
      <w:r>
        <w:rPr>
          <w:sz w:val="20"/>
        </w:rPr>
        <w:t>1:24:58  to main kya karta hoon? meri falsafa kya hai? main is ka mubarir talash karta hoon.</w:t>
      </w:r>
      <w:r>
        <w:br/>
      </w:r>
      <w:r>
        <w:rPr>
          <w:sz w:val="20"/>
        </w:rPr>
        <w:t>1:25:09  mubarir. yani is aadmi jo kar raha hai us ko justify karta hoon main kuch soch kar ke. apne dimagh se sochta hoon.</w:t>
      </w:r>
      <w:r>
        <w:br/>
      </w:r>
      <w:r>
        <w:rPr>
          <w:sz w:val="20"/>
        </w:rPr>
        <w:t>1:25:20  is ka mubarir talash karta hoon</w:t>
      </w:r>
      <w:r>
        <w:br/>
      </w:r>
      <w:r>
        <w:rPr>
          <w:sz w:val="20"/>
        </w:rPr>
        <w:t>1:25:22  mein misaal aik deta hoon aap ko. ke aaj kal tamam musalmanon ko shikayat hai media se.</w:t>
      </w:r>
      <w:r>
        <w:br/>
      </w:r>
      <w:r>
        <w:rPr>
          <w:sz w:val="20"/>
        </w:rPr>
        <w:t>1:25:31  kahin bhi koi musalman nahi milega yahan se recovery karta hai aap ko jis ko media se shikayat na ho. abhi kal mein aik article parha tha aik bohat parhe likhe aadmi ke ka tha woh.</w:t>
      </w:r>
      <w:r>
        <w:br/>
      </w:r>
      <w:r>
        <w:rPr>
          <w:sz w:val="20"/>
        </w:rPr>
        <w:t>1:25:41  is mein kya tha? media ki shikayat. ke media musalmanon ki image bigaad raha hai. media islam ke khilaaf propaganda karta hai. media islam ke khilaaf cheezein chhaapta hai.</w:t>
      </w:r>
      <w:r>
        <w:br/>
      </w:r>
      <w:r>
        <w:rPr>
          <w:sz w:val="20"/>
        </w:rPr>
        <w:t>1:25:52  to har musalman shayad without any exception media ke baray mein negative hai. magar mein negative nahi hoon.</w:t>
      </w:r>
      <w:r>
        <w:br/>
      </w:r>
      <w:r>
        <w:rPr>
          <w:sz w:val="20"/>
        </w:rPr>
        <w:t>1:26:00  kyun ke mein is ka mubarir talash kar rakha hai. mubarir. Justification. woh kya? mein sochta hoon ke media jo hai woh aik industry hai.</w:t>
      </w:r>
      <w:r>
        <w:br/>
      </w:r>
      <w:r>
        <w:rPr>
          <w:sz w:val="20"/>
        </w:rPr>
        <w:t>1:26:13  industry. is ka kaam hai news ko sell karna.</w:t>
      </w:r>
      <w:r>
        <w:br/>
      </w:r>
      <w:r>
        <w:rPr>
          <w:sz w:val="20"/>
        </w:rPr>
        <w:t>1:26:19  jis tarah se yeh yeh glass hai. aik aadmi glass banata hai kis liye? is ko market mein sell karna hai. bechna hai market mein. agar market mein koi is ka gaaahak na ho to glass nahi banaye ga woh.</w:t>
      </w:r>
      <w:r>
        <w:br/>
      </w:r>
      <w:r>
        <w:rPr>
          <w:sz w:val="20"/>
        </w:rPr>
        <w:t>1:26:33  to media aik industry hai. is ka kaam hai news ko sell karna. to media ko yeh pata hai ke jo log hain jo masses hain woh sensation ko pasand karte hain.</w:t>
      </w:r>
      <w:r>
        <w:br/>
      </w:r>
      <w:r>
        <w:rPr>
          <w:sz w:val="20"/>
        </w:rPr>
        <w:t>1:26:46  sensational news.</w:t>
      </w:r>
      <w:r>
        <w:br/>
      </w:r>
      <w:r>
        <w:rPr>
          <w:sz w:val="20"/>
        </w:rPr>
        <w:t>1:26:49  bad news. buri khabrein. achhi khabron ko ko par koi akhbar nahi chal chal sakta.</w:t>
      </w:r>
      <w:r>
        <w:br/>
      </w:r>
      <w:r>
        <w:rPr>
          <w:sz w:val="20"/>
        </w:rPr>
        <w:t>1:26:59  buri khabron par akhbar chalte hain. kyun ke log woh woh logon ka taste bigra hua hai. log chahte hain koi koi koi dhamaka khez khabar ho.</w:t>
      </w:r>
      <w:r>
        <w:br/>
      </w:r>
      <w:r>
        <w:rPr>
          <w:sz w:val="20"/>
        </w:rPr>
        <w:t>1:27:13  to media hi karta hai.</w:t>
      </w:r>
      <w:r>
        <w:br/>
      </w:r>
      <w:r>
        <w:rPr>
          <w:sz w:val="20"/>
        </w:rPr>
        <w:t>1:27:16  agar aap aik so achhe achhe kaam kar rahe hain woh media nahi chhaape ga. lekin bomb maar de kahin ja ke woh foran chhaape ga woh. kyun ke isi ko isi isi ki wajah se is ka akhbar bikta hai.</w:t>
      </w:r>
      <w:r>
        <w:br/>
      </w:r>
      <w:r>
        <w:rPr>
          <w:sz w:val="20"/>
        </w:rPr>
        <w:t>1:27:29  isi ki wajah se is ka TV dekha jaata hai.</w:t>
      </w:r>
      <w:r>
        <w:br/>
      </w:r>
      <w:r>
        <w:rPr>
          <w:sz w:val="20"/>
        </w:rPr>
        <w:t>1:27:32  to mein ne is ka mubarir talash kar rakha hai. ke media chunchke aik industry hai is ko apne faayde ke lihaaz se apna business chalana hai.</w:t>
      </w:r>
      <w:r>
        <w:br/>
      </w:r>
      <w:r>
        <w:rPr>
          <w:sz w:val="20"/>
        </w:rPr>
        <w:t>1:27:41  aur is ko pata hai ke is ke jo viewers hain ya is ke readers jo hain woh dhamaka dhamaka khez khabrein chahte hain. sensational khabrein.</w:t>
      </w:r>
      <w:r>
        <w:br/>
      </w:r>
      <w:r>
        <w:rPr>
          <w:sz w:val="20"/>
        </w:rPr>
        <w:t>1:27:49  to woh khabrein dhoondh dhoondh ke laata hai woh.</w:t>
      </w:r>
      <w:r>
        <w:br/>
      </w:r>
      <w:r>
        <w:rPr>
          <w:sz w:val="20"/>
        </w:rPr>
        <w:t>1:27:53  to is tarah mere dil mein media ke khilaaf aik aaye thaak barabar hi shikayat nahi. jabke yahan se le kar amreeka tak chale jaiye aap. aik musalman nahi paayenge aap jis ko media se shikayat na ho.</w:t>
      </w:r>
      <w:r>
        <w:br/>
      </w:r>
      <w:r>
        <w:rPr>
          <w:sz w:val="20"/>
        </w:rPr>
        <w:t>1:28:06  shikayat shikayat shikayat. abhi Jakarta mein yani Jakarta mein isi par aik conference hui musalmanon</w:t>
      </w:r>
      <w:r>
        <w:br/>
      </w:r>
      <w:r>
        <w:rPr>
          <w:sz w:val="20"/>
        </w:rPr>
        <w:t>1:28:16  ki. saari duniya ke musalman ke woh parhe likhe likh parhe likhe log wahan aktha hue Jakarta mein.</w:t>
      </w:r>
      <w:r>
        <w:br/>
      </w:r>
      <w:r>
        <w:rPr>
          <w:sz w:val="20"/>
        </w:rPr>
        <w:t>1:28:25  media ke masle par. woh sab shikayati boli bol rahe hain wahan par. duniya bhar ka dimaagh aktha hua Jakarta mein media ke sawaal par aur sab shikayati boli bolta hai.</w:t>
      </w:r>
      <w:r>
        <w:br/>
      </w:r>
      <w:r>
        <w:rPr>
          <w:sz w:val="20"/>
        </w:rPr>
        <w:t>1:28:38  ke media jo hai islam dushman hai. media muslim dushman hai. media hum hamare khilaaf yeh yeh karta hai. hamare khilaaf woh kar</w:t>
      </w:r>
      <w:r>
        <w:br/>
      </w:r>
      <w:r>
        <w:rPr>
          <w:sz w:val="20"/>
        </w:rPr>
        <w:t>1:28:45  ta hai. mujhe kuch bhi shikayat nahi. kyun ke is ko mubarir talash kar rakha hai mein ne. ke media to aik industry hai. is ko khabrein bechna hai.</w:t>
      </w:r>
      <w:r>
        <w:br/>
      </w:r>
      <w:r>
        <w:rPr>
          <w:sz w:val="20"/>
        </w:rPr>
        <w:t>1:28:54  wohi khabrein laaye ga jis ko viewers aur readers pasand pasand karte hon. to mujhe shikayat kis baat ki? shikayat kis</w:t>
      </w:r>
      <w:r>
        <w:br/>
      </w:r>
      <w:r>
        <w:rPr>
          <w:sz w:val="20"/>
        </w:rPr>
        <w:t>1:29:03  baat ki? to agar aap chahte hain yani apne aap ko manfi soch se bachana aur positive soch par qaim rakhna to aap ko yeh karna pare ga ke jis ke baray mein aap negative ho jaate hain us ke liye mubarir talash kijiye.</w:t>
      </w:r>
      <w:r>
        <w:br/>
      </w:r>
      <w:r>
        <w:rPr>
          <w:sz w:val="20"/>
        </w:rPr>
        <w:t>1:29:19  keh woh aisa kar raha hai to kyun kar raha hai woh? phir aap thanday ho jayenge. phir aap cool ho jayenge. phir aap negativity khatam ho jayegi. sari dunya ke musalman kyun media ke khilaf hain?</w:t>
      </w:r>
      <w:r>
        <w:br/>
      </w:r>
      <w:r>
        <w:rPr>
          <w:sz w:val="20"/>
        </w:rPr>
        <w:t>1:29:31  kyunki unke paas mubarir nahi hai. talash kiya unhone. bas woh jo jo chupa usko dekha unhone. isne kyun aisa kiya? is par koi socha nahi unhone.</w:t>
      </w:r>
      <w:r>
        <w:br/>
      </w:r>
      <w:r>
        <w:rPr>
          <w:sz w:val="20"/>
        </w:rPr>
        <w:t>1:29:43  mujhe ek bhi musalman nahi mila itne dunya bhar mein gaya mein safar karne karke jo media ke bare mein negative na ho. one twice sab negative media ke bare mein.</w:t>
      </w:r>
      <w:r>
        <w:br/>
      </w:r>
      <w:r>
        <w:rPr>
          <w:sz w:val="20"/>
        </w:rPr>
        <w:t>1:29:54  mein Allah ke fazl se zara bhi ek ek percent bhi negative nahi hoon. is liye ke maine iska mubarir talash kar rakha hai. mubarir ka matlab hota hai justification.</w:t>
      </w:r>
      <w:r>
        <w:br/>
      </w:r>
      <w:r>
        <w:rPr>
          <w:sz w:val="20"/>
        </w:rPr>
        <w:t>1:30:05  to yeh raaz hai agar aap chahte hain ke sach much aap positive banein aur sach much negativities khali hon to yeh karna padega.</w:t>
      </w:r>
      <w:r>
        <w:br/>
      </w:r>
      <w:r>
        <w:rPr>
          <w:sz w:val="20"/>
        </w:rPr>
        <w:t>1:30:15  jab aisa karenge aap tabhi aap tension free reh sakenge. mein ne tension free nahi nahi reh sakte aap.</w:t>
      </w:r>
    </w:p>
    <w:p>
      <w:pPr>
        <w:pStyle w:val="Heading2"/>
      </w:pPr>
      <w:r>
        <w:t>What resolution for CPS members?</w:t>
      </w:r>
    </w:p>
    <w:p>
      <w:r>
        <w:rPr>
          <w:color w:val="666666"/>
          <w:sz w:val="18"/>
        </w:rPr>
        <w:t>Life &amp; Wisdom · Stress and Spirituality January 1, 2012 · 5m 41s · at 1:02:09 · https://youtu.be/TPhXL9-g6ME?t=3729</w:t>
      </w:r>
    </w:p>
    <w:p>
      <w:r>
        <w:rPr>
          <w:i/>
        </w:rPr>
        <w:t>“Every year I make resolutions, however seldom keep them. This year I want to make a realistic resolution and also keep it. What resolution would you advise for all the CPS members?”</w:t>
      </w:r>
    </w:p>
    <w:p>
      <w:r>
        <w:rPr>
          <w:sz w:val="20"/>
        </w:rPr>
        <w:t>1:02:09  maulana, agla sawal aaya hai singapore se mr salish malhotra ka. unhon ne likha hai: "maulana sahib every year i make resolutions, however seldom keep them.</w:t>
      </w:r>
      <w:r>
        <w:br/>
      </w:r>
      <w:r>
        <w:rPr>
          <w:sz w:val="20"/>
        </w:rPr>
        <w:t>1:02:23  this year i want to make a realistic resolution and also keep it.</w:t>
      </w:r>
      <w:r>
        <w:br/>
      </w:r>
      <w:r>
        <w:rPr>
          <w:sz w:val="20"/>
        </w:rPr>
        <w:t>1:02:28  what resolution would you advise for all the cps members?"</w:t>
      </w:r>
      <w:r>
        <w:br/>
      </w:r>
      <w:r>
        <w:rPr>
          <w:sz w:val="20"/>
        </w:rPr>
        <w:t>1:02:41  woh to mein ne apni advice de di. jo abhi mein ne taqreer ki, woh samjhe woh advice thi. ke aadmi, har aadmi case yahi hai ke woh,</w:t>
      </w:r>
      <w:r>
        <w:br/>
      </w:r>
      <w:r>
        <w:rPr>
          <w:sz w:val="20"/>
        </w:rPr>
        <w:t>1:03:00  wo creation plan of God ko samjhe baghair jeena chahta hai dunya mein. to yeh to possible nahi hai.</w:t>
      </w:r>
      <w:r>
        <w:br/>
      </w:r>
      <w:r>
        <w:rPr>
          <w:sz w:val="20"/>
        </w:rPr>
        <w:t>1:03:10  to pehla kaam yeh karna chahiye aadmi ko, yeh jaane ke hum apni banai hui dunya mein nahi hain. na maine apne aap ko khud banaya hai, na is dunya ko maine khud banaya hai.</w:t>
      </w:r>
      <w:r>
        <w:br/>
      </w:r>
      <w:r>
        <w:rPr>
          <w:sz w:val="20"/>
        </w:rPr>
        <w:t>1:03:25  to creator ka, creator ne kyun banaya mujh ko? creator ne kyun mujhe is dunya mein rakha? yeh pehli baat hai jo har aadmi ko jaanna chahiye.</w:t>
      </w:r>
      <w:r>
        <w:br/>
      </w:r>
      <w:r>
        <w:rPr>
          <w:sz w:val="20"/>
        </w:rPr>
        <w:t>1:03:42  to main samajhta hoon ke aaj ka din, yaani naye saal ka pehla din, har ek ke liye</w:t>
      </w:r>
      <w:r>
        <w:br/>
      </w:r>
      <w:r>
        <w:rPr>
          <w:sz w:val="20"/>
        </w:rPr>
        <w:t>1:03:50  ek hi kaam karna hai is ko. ke woh Allah taala ke, yaani creator ke takhleeqi mansoobe ko jaane aur us ke mutabiq apni planning kare.</w:t>
      </w:r>
      <w:r>
        <w:br/>
      </w:r>
      <w:r>
        <w:rPr>
          <w:sz w:val="20"/>
        </w:rPr>
        <w:t>1:04:05  woh kya hai?</w:t>
      </w:r>
      <w:r>
        <w:br/>
      </w:r>
      <w:r>
        <w:rPr>
          <w:sz w:val="20"/>
        </w:rPr>
        <w:t>1:04:07  woh yeh hai ke yeh dunya is liye nahi banai gayi ke hum apni sari khwahishon ko poori karein. nahi.</w:t>
      </w:r>
      <w:r>
        <w:br/>
      </w:r>
      <w:r>
        <w:rPr>
          <w:sz w:val="20"/>
        </w:rPr>
        <w:t>1:04:17  yeh dunya is liye banai gayi hai ke yahan par aap</w:t>
      </w:r>
      <w:r>
        <w:br/>
      </w:r>
      <w:r>
        <w:rPr>
          <w:sz w:val="20"/>
        </w:rPr>
        <w:t>1:04:22  is tarah zindagi guzarein jo creator ko matloob hai. taake woh aap ko select kare agli dunya mein paradise ke liye.</w:t>
      </w:r>
      <w:r>
        <w:br/>
      </w:r>
      <w:r>
        <w:rPr>
          <w:sz w:val="20"/>
        </w:rPr>
        <w:t>1:04:36  to creation plan of God jo hai, is ka jab mutalea karein ge aap to pehli cheez jo aap discover karein ge, woh yeh hai ke yeh dunya selection ground hai.</w:t>
      </w:r>
      <w:r>
        <w:br/>
      </w:r>
      <w:r>
        <w:rPr>
          <w:sz w:val="20"/>
        </w:rPr>
        <w:t>1:04:50  yeh dunya, yaani is liye nahi hai ke yahan aap, yaani yahan par aap apne comfort aur luxury faraham karein aur is par jee kar ke mar j</w:t>
      </w:r>
      <w:r>
        <w:br/>
      </w:r>
      <w:r>
        <w:rPr>
          <w:sz w:val="20"/>
        </w:rPr>
        <w:t>1:05:06  ayein. nahi. yeh dunya selection ground hai. aise individuals ka selection ho raha hai jo deserve karein paradise mein settle karne ke liye.</w:t>
      </w:r>
      <w:r>
        <w:br/>
      </w:r>
      <w:r>
        <w:rPr>
          <w:sz w:val="20"/>
        </w:rPr>
        <w:t>1:05:18  bas ek hi concern hona chahiye hum sab logon ka. ek hi concern. do concern nahi.</w:t>
      </w:r>
      <w:r>
        <w:br/>
      </w:r>
      <w:r>
        <w:rPr>
          <w:sz w:val="20"/>
        </w:rPr>
        <w:t>1:05:29  to yeh jo, jis bhool mein pada hua hai insaan aaj ka, jo us ko kehte hain right here, right now. yeh to ulta nazariya hai. yeh jo right here, right now ka jo phaila hua hai soch, woh to ulti baat hai.</w:t>
      </w:r>
      <w:r>
        <w:br/>
      </w:r>
      <w:r>
        <w:rPr>
          <w:sz w:val="20"/>
        </w:rPr>
        <w:t>1:05:45  kyun ke yeh to hai hi nahi. zindagi to shuru hoti hai asli maut ke baad.</w:t>
      </w:r>
      <w:r>
        <w:br/>
      </w:r>
      <w:r>
        <w:rPr>
          <w:sz w:val="20"/>
        </w:rPr>
        <w:t>1:05:55  kisi shayar ne kaha hai, bohat sahi, ke zeest ka raaz khula gardish e ayyam ke baad. is kahani ka to aaghaz tha anjam ke baad.</w:t>
      </w:r>
      <w:r>
        <w:br/>
      </w:r>
      <w:r>
        <w:rPr>
          <w:sz w:val="20"/>
        </w:rPr>
        <w:t>1:06:08  asal zindagi to maut ke baad shuru hone wali hai. isi ke liye hum tayyari nahi karte.</w:t>
      </w:r>
      <w:r>
        <w:br/>
      </w:r>
      <w:r>
        <w:rPr>
          <w:sz w:val="20"/>
        </w:rPr>
        <w:t>1:06:16  to main samajhta hoon ke sab se ahem baat jo hum sab ko jaanna chahiye, woh yeh hai ke yeh dunya selection ground hai.</w:t>
      </w:r>
      <w:r>
        <w:br/>
      </w:r>
      <w:r>
        <w:rPr>
          <w:sz w:val="20"/>
        </w:rPr>
        <w:t>1:06:24  apne aap ko is tarah se aap tayyar karein ke aap ko khaliq jo hai, creator jo hai, us ki nazar mein aap ek deserving candidate sabit hon.</w:t>
      </w:r>
      <w:r>
        <w:br/>
      </w:r>
      <w:r>
        <w:rPr>
          <w:sz w:val="20"/>
        </w:rPr>
        <w:t>1:06:40  paradise mein settle karne ke liye. yeh sole concern hona chahiye har aadmi ka.</w:t>
      </w:r>
      <w:r>
        <w:br/>
      </w:r>
      <w:r>
        <w:rPr>
          <w:sz w:val="20"/>
        </w:rPr>
        <w:t>1:06:48  main samajhta hoon ke is baat ko samajhne ke liye agar ek baar bhi Quran ko aadmi padh le, dhiyan ke sath, sirf ek baar, to kafi hai. yaani bilkul poori tarah se dhiyan ke sath agar padhe aap,</w:t>
      </w:r>
      <w:r>
        <w:br/>
      </w:r>
      <w:r>
        <w:rPr>
          <w:sz w:val="20"/>
        </w:rPr>
        <w:t>1:07:02  ek baar bhi Quran ko, to us ko mil jayega jawab ke woh apne aap ko kaisa banaye ke woh eternal life jo hogi paradise ki, us mein us ko basaya jaye.</w:t>
      </w:r>
      <w:r>
        <w:br/>
      </w:r>
      <w:r>
        <w:rPr>
          <w:sz w:val="20"/>
        </w:rPr>
        <w:t>1:07:18  asal to wohi hai. asal khushi wohi hai. asal jo dunya mein to khushi mil nahi sakti kisi ko bhi.</w:t>
      </w:r>
      <w:r>
        <w:br/>
      </w:r>
      <w:r>
        <w:rPr>
          <w:sz w:val="20"/>
        </w:rPr>
        <w:t>1:07:28  na kisi ko mili hai, na kisi ko milegi.</w:t>
      </w:r>
      <w:r>
        <w:br/>
      </w:r>
      <w:r>
        <w:rPr>
          <w:sz w:val="20"/>
        </w:rPr>
        <w:t>1:07:33  to main to samajhta hoon ke yahi, yaani har aadmi ko yahi tay karna chahiye. yahi decision lena chahiye.</w:t>
      </w:r>
      <w:r>
        <w:br/>
      </w:r>
      <w:r>
        <w:rPr>
          <w:sz w:val="20"/>
        </w:rPr>
        <w:t>1:07:44  koi aur cheez nahi is ka wo decision le.</w:t>
      </w:r>
    </w:p>
    <w:p>
      <w:pPr>
        <w:pStyle w:val="Heading2"/>
      </w:pPr>
      <w:r>
        <w:t>Who Will Succeed Maulana as Writer and Speaker?</w:t>
      </w:r>
    </w:p>
    <w:p>
      <w:r>
        <w:rPr>
          <w:color w:val="666666"/>
          <w:sz w:val="18"/>
        </w:rPr>
        <w:t>Life &amp; Wisdom · Purpose of Human Life February 12, 2012 Maulana Wahiduddin Khan · 11m 29s · at 1:00:24 · https://youtu.be/gRupSXuak-w?t=3624</w:t>
      </w:r>
    </w:p>
    <w:p>
      <w:r>
        <w:rPr>
          <w:i/>
        </w:rPr>
        <w:t>“I often come across a question from the people asking who is going to be like Maulana after he has passed away. Did he prepare anyone like him who is going to be a prolific writer and speaker?”</w:t>
      </w:r>
    </w:p>
    <w:p>
      <w:r>
        <w:rPr>
          <w:sz w:val="20"/>
        </w:rPr>
        <w:t>1:00:24  Maulana, yeh sawal aaya hai Mr Khwaja Kaleemuddin ka Pennsylvania se. unhon ne likha hai: "Maulana sahib, i often come across with a question from the people asking who is going to be like Maulana after he has passed away.</w:t>
      </w:r>
      <w:r>
        <w:br/>
      </w:r>
      <w:r>
        <w:rPr>
          <w:sz w:val="20"/>
        </w:rPr>
        <w:t>1:00:43  dead he prepare anyone like him who is going to be a prolific writer and speaker?</w:t>
      </w:r>
      <w:r>
        <w:br/>
      </w:r>
      <w:r>
        <w:rPr>
          <w:sz w:val="20"/>
        </w:rPr>
        <w:t>1:00:51  " my reply to such people always has been that Maulana has never been trying to clone himself who can be another Maulana Wahiduddin Khan.</w:t>
      </w:r>
      <w:r>
        <w:br/>
      </w:r>
      <w:r>
        <w:rPr>
          <w:sz w:val="20"/>
        </w:rPr>
        <w:t>1:01:02  rather he is trying to raise the awareness of all and sundry so that every person becomes a thinking person, a person who discovers the reality in his own.</w:t>
      </w:r>
      <w:r>
        <w:br/>
      </w:r>
      <w:r>
        <w:rPr>
          <w:sz w:val="20"/>
        </w:rPr>
        <w:t>1:01:14  Maulana with his literature has initiated a process with which people may evolve into peaceful beings who can establish peace in the world.</w:t>
      </w:r>
      <w:r>
        <w:br/>
      </w:r>
      <w:r>
        <w:rPr>
          <w:sz w:val="20"/>
        </w:rPr>
        <w:t>1:01:25  this he is making a way so that someone greater than him may be born. Maulana sahib, please comment on my reply. theek hai, aap ne bilkul sahi jawab diya hai.</w:t>
      </w:r>
      <w:r>
        <w:br/>
      </w:r>
      <w:r>
        <w:rPr>
          <w:sz w:val="20"/>
        </w:rPr>
        <w:t>1:01:40  haqeeqat yeh hai ke dunya mein hamesha literature hi se kaam hua hai.</w:t>
      </w:r>
      <w:r>
        <w:br/>
      </w:r>
      <w:r>
        <w:rPr>
          <w:sz w:val="20"/>
        </w:rPr>
        <w:t>1:01:44  jitni tehreekein hain, insaan to hamesha baqi nahin rehta. jitne bare bare movement hain, woh sab literature se aage badhe hain.</w:t>
      </w:r>
      <w:r>
        <w:br/>
      </w:r>
      <w:r>
        <w:rPr>
          <w:sz w:val="20"/>
        </w:rPr>
        <w:t>1:01:55  chahe marxism ho, chahe darwinism ho, chahe democracy ho,</w:t>
      </w:r>
      <w:r>
        <w:br/>
      </w:r>
      <w:r>
        <w:rPr>
          <w:sz w:val="20"/>
        </w:rPr>
        <w:t>1:02:01  jitne bhi tehreekein hain, literature ke bal par aage badhe hain. aur Allah se yahan literature aisa tayyar ho chuka hai jo har cheez ko replace karta hai.</w:t>
      </w:r>
      <w:r>
        <w:br/>
      </w:r>
      <w:r>
        <w:rPr>
          <w:sz w:val="20"/>
        </w:rPr>
        <w:t>1:02:20  abhi aaj hi mujhe ek news mili ek shehar se India ke ek sahib ko, yaani daryaft hui is is mission ki aur kitabon ko padha unhone.</w:t>
      </w:r>
      <w:r>
        <w:br/>
      </w:r>
      <w:r>
        <w:rPr>
          <w:sz w:val="20"/>
        </w:rPr>
        <w:t>1:02:34  to unhone andha dhundh kitabon ko phailana shuru kar diya. aaj hi mujhe message aaya, koi kehte hain ke main ek ek insaan tak is kitabon ko pahunchaunga.</w:t>
      </w:r>
      <w:r>
        <w:br/>
      </w:r>
      <w:r>
        <w:rPr>
          <w:sz w:val="20"/>
        </w:rPr>
        <w:t>1:02:45  to log, mere khayal se, log padhte nahin, woh jante nahin ke yeh literature ki shakal mein kaisi cheez tayyar ho gayi hai. aaj hi subah telephone ke zariye mujhe ek sahib ne bataya ke unko unke paas telephone aaya hai ke unke andar ek zabardast jazba jaag utha hai ke is literature ko mujhe saare saare insanon tak pahunchana hai.</w:t>
      </w:r>
      <w:r>
        <w:br/>
      </w:r>
      <w:r>
        <w:rPr>
          <w:sz w:val="20"/>
        </w:rPr>
        <w:t>1:03:06  iske liye woh apna waqt, apna maal, apni energy sab laga laga rakha hai unhone.</w:t>
      </w:r>
      <w:r>
        <w:br/>
      </w:r>
      <w:r>
        <w:rPr>
          <w:sz w:val="20"/>
        </w:rPr>
        <w:t>1:03:14  to aap aisi baatein kyun karte hain? dekhein, Quran mein hai ke</w:t>
      </w:r>
      <w:r>
        <w:br/>
      </w:r>
      <w:r>
        <w:rPr>
          <w:sz w:val="20"/>
        </w:rPr>
        <w:t>1:03:22  qunoot haram hai, mayoosi haram hai. to is mein main aksar sochta hoon ke mayoosi ko Allah taala ne kyun haram kiya?</w:t>
      </w:r>
      <w:r>
        <w:br/>
      </w:r>
      <w:r>
        <w:rPr>
          <w:sz w:val="20"/>
        </w:rPr>
        <w:t>1:03:34  yaani agar bas mayoosi ke asbab maujood hon to usko haram nahin keh sakta.</w:t>
      </w:r>
      <w:r>
        <w:br/>
      </w:r>
      <w:r>
        <w:rPr>
          <w:sz w:val="20"/>
        </w:rPr>
        <w:t>1:03:40  pehle bas mayoosi ke asbab ko khatam karna padega, tab mayoosi ko haram kar sakte hain. aap yeh namumkin hai ke Allah taala mayoosiyon ke dunya mein insaan ko chhod de aur kahe ke mayoos mat ho.</w:t>
      </w:r>
      <w:r>
        <w:br/>
      </w:r>
      <w:r>
        <w:rPr>
          <w:sz w:val="20"/>
        </w:rPr>
        <w:t>1:03:54  dar darmiyan qaal darya takht bandam kar di batmi goyi ke daman termak hashar bash. aisa nahin ho sakta hai.</w:t>
      </w:r>
      <w:r>
        <w:br/>
      </w:r>
      <w:r>
        <w:rPr>
          <w:sz w:val="20"/>
        </w:rPr>
        <w:t>1:04:05  doosri baat yeh hai ke sab se badi taqat Allah taala ki hai</w:t>
      </w:r>
      <w:r>
        <w:br/>
      </w:r>
      <w:r>
        <w:rPr>
          <w:sz w:val="20"/>
        </w:rPr>
        <w:t>1:04:14  jo har waqt aap ke liye, har waqt aap ke liye maujood hai, har insaan ke liye, hatta ke andhe ke liye bhi maujood hai. main aap ka kal ka tajurba aap ko batata hoon.</w:t>
      </w:r>
      <w:r>
        <w:br/>
      </w:r>
      <w:r>
        <w:rPr>
          <w:sz w:val="20"/>
        </w:rPr>
        <w:t>1:04:25  kal, abhi kal shaam ko, Delhi ke ek ek bahut bade center mein kal ek program tha. wahan ek American professor aaye hue the, ek senior professor jo wahan par mazhab ko padhate hain.</w:t>
      </w:r>
      <w:r>
        <w:br/>
      </w:r>
      <w:r>
        <w:rPr>
          <w:sz w:val="20"/>
        </w:rPr>
        <w:t>1:04:46  to ek bahut zabardast program tha, scholars ekatha the is mein, aur is speaker sirf do the, sirf do ko bolna tha wahan. woh jo the, woh Christian ko le kar, Christianity ko le kar bolne the, yaani Christianity and Peace, yeh unka subject tha.</w:t>
      </w:r>
      <w:r>
        <w:br/>
      </w:r>
      <w:r>
        <w:rPr>
          <w:sz w:val="20"/>
        </w:rPr>
        <w:t>1:05:04  doosra speaker main tha, Islam and Peace.</w:t>
      </w:r>
      <w:r>
        <w:br/>
      </w:r>
      <w:r>
        <w:rPr>
          <w:sz w:val="20"/>
        </w:rPr>
        <w:t>1:05:11  ab pehli baar aisa hua meri zindagi mein ke ek senior American professor ke saath main baitha hoon, ek us ki taqreer, doosri meri taqreer.</w:t>
      </w:r>
      <w:r>
        <w:br/>
      </w:r>
      <w:r>
        <w:rPr>
          <w:sz w:val="20"/>
        </w:rPr>
        <w:t>1:05:22  to main yaqeen kijiye ke main bilkul andar se, yaani dil mera kaanp raha tha. ab woh aadmi, us ki English, us ki madri zabaan hai, wohi hi hi hi shobay mein taleem hasil ki hai, usi ka professor hai,</w:t>
      </w:r>
      <w:r>
        <w:br/>
      </w:r>
      <w:r>
        <w:rPr>
          <w:sz w:val="20"/>
        </w:rPr>
        <w:t>1:05:39  isi pe research kiya hai, isi ka expert hai. woh to एक American professor yahan baitha hua hai, doosri taraf mein bi</w:t>
      </w:r>
      <w:r>
        <w:br/>
      </w:r>
      <w:r>
        <w:rPr>
          <w:sz w:val="20"/>
        </w:rPr>
        <w:t>1:05:47  tha hua hoon, mein ek madrasay ka molvi, meri taleem to molvi wali taleem hui hai. to us waqt aap yaqeen kijiye ke mere dil mein yeh aata tha ke kaash koi mujhe mil jaye bhagne ka aisa mauqa, koi wajah mil jaye, bas mein faint ho jaon ya koi aisi baat ho jaye ke mujhe ek ek ek excuse mil jaye ke mein stage chhod ke chala jaon.</w:t>
      </w:r>
      <w:r>
        <w:br/>
      </w:r>
      <w:r>
        <w:rPr>
          <w:sz w:val="20"/>
        </w:rPr>
        <w:t>1:06:12  jaise aise khayal kar raha tha,</w:t>
      </w:r>
      <w:r>
        <w:br/>
      </w:r>
      <w:r>
        <w:rPr>
          <w:sz w:val="20"/>
        </w:rPr>
        <w:t>1:06:17  lekin zahir hai ke mein uth nahi sakta tha. mein ne Allah taala se dua ki,</w:t>
      </w:r>
      <w:r>
        <w:br/>
      </w:r>
      <w:r>
        <w:rPr>
          <w:sz w:val="20"/>
        </w:rPr>
        <w:t>1:06:26  mein ne kaha khuda to yeh. jab aadmi diwangi mein bolta hai to ajeeb baatein bolta hai. woh jo hadith mein hai ke "rabash matfaw bilwab, la ilaha illabur" diwane ki koi zuban nahi hoti.</w:t>
      </w:r>
      <w:r>
        <w:br/>
      </w:r>
      <w:r>
        <w:rPr>
          <w:sz w:val="20"/>
        </w:rPr>
        <w:t>1:06:44  yaad rakhiye,</w:t>
      </w:r>
      <w:r>
        <w:br/>
      </w:r>
      <w:r>
        <w:rPr>
          <w:sz w:val="20"/>
        </w:rPr>
        <w:t>1:06:50  mein ne kaha khuda to jo jibril ko dabo na bhej de zameen par.</w:t>
      </w:r>
      <w:r>
        <w:br/>
      </w:r>
      <w:r>
        <w:rPr>
          <w:sz w:val="20"/>
        </w:rPr>
        <w:t>1:07:00  mein bator human face ke ja raha hoon aur bolne wala jibril hoon.</w:t>
      </w:r>
      <w:r>
        <w:br/>
      </w:r>
      <w:r>
        <w:rPr>
          <w:sz w:val="20"/>
        </w:rPr>
        <w:t>1:07:13  waqea hai us waqt jo mein ne mein bola to chhodne walon se aap poochh lijiyee.</w:t>
      </w:r>
      <w:r>
        <w:br/>
      </w:r>
      <w:r>
        <w:rPr>
          <w:sz w:val="20"/>
        </w:rPr>
        <w:t>1:07:19  ek sahib ne is ko etiraf kiya ke jo level of confidence aap ka tha woh is ka nahi tha. is christian professor ka, american professor ka, white professor tha, woh is ka level of confidence jo tha us se behtar tha aap ka level of confidence.</w:t>
      </w:r>
      <w:r>
        <w:br/>
      </w:r>
      <w:r>
        <w:rPr>
          <w:sz w:val="20"/>
        </w:rPr>
        <w:t>1:07:37  aap ghante tak bata rahe hain, mein 30 minute tak.</w:t>
      </w:r>
      <w:r>
        <w:br/>
      </w:r>
      <w:r>
        <w:rPr>
          <w:sz w:val="20"/>
        </w:rPr>
        <w:t>1:07:43  to kaise log hain jo</w:t>
      </w:r>
      <w:r>
        <w:br/>
      </w:r>
      <w:r>
        <w:rPr>
          <w:sz w:val="20"/>
        </w:rPr>
        <w:t>1:07:47  jin ko khuda pe bharosa nahi?</w:t>
      </w:r>
      <w:r>
        <w:br/>
      </w:r>
      <w:r>
        <w:rPr>
          <w:sz w:val="20"/>
        </w:rPr>
        <w:t>1:07:52  log apni madi zarooraton ke liye khuda se mangna jante hain, dawat-e-Ilah ke liye mangna nahi jante.</w:t>
      </w:r>
      <w:r>
        <w:br/>
      </w:r>
      <w:r>
        <w:rPr>
          <w:sz w:val="20"/>
        </w:rPr>
        <w:t>1:08:02  mein ne aise log dekhe hain jo tadap tadap kar dua karte hain bimari ke liye, bachche ke liye, apni madi cheezon ke liye.</w:t>
      </w:r>
      <w:r>
        <w:br/>
      </w:r>
      <w:r>
        <w:rPr>
          <w:sz w:val="20"/>
        </w:rPr>
        <w:t>1:08:15  isi tareeqe se aap Allah se mangen</w:t>
      </w:r>
      <w:r>
        <w:br/>
      </w:r>
      <w:r>
        <w:rPr>
          <w:sz w:val="20"/>
        </w:rPr>
        <w:t>1:08:21  to Allah ke Allah ki madad will fall aap ke upar.</w:t>
      </w:r>
      <w:r>
        <w:br/>
      </w:r>
      <w:r>
        <w:rPr>
          <w:sz w:val="20"/>
        </w:rPr>
        <w:t>1:08:32  ek kal ek ek ek ek sahib mile mujhe, ek ek ek naujawan jo ke hamare da'wati program mein lage hue hain, woh barabar kaam kar rahe hain da'wati.</w:t>
      </w:r>
      <w:r>
        <w:br/>
      </w:r>
      <w:r>
        <w:rPr>
          <w:sz w:val="20"/>
        </w:rPr>
        <w:t>1:08:45  yahan bhi aate hain to unhon ne kaha ke mein da'wati kaam to kar raha hoon, jana padta hai mujhe hinduo mein, isaiyo mein, har jagah, lekin mere level of confidence jo hai woh bohat kam hai.</w:t>
      </w:r>
      <w:r>
        <w:br/>
      </w:r>
      <w:r>
        <w:rPr>
          <w:sz w:val="20"/>
        </w:rPr>
        <w:t>1:09:01  yahi kaha unhon ne jo confidence hona chahiye, is is is ka is se mein hi dua work kar pata hoon. to mein ne kaha ke aaj aap maujood the yahan par, yeh qissa bataya aap ne in ko, woh maujood the kal.</w:t>
      </w:r>
      <w:r>
        <w:br/>
      </w:r>
      <w:r>
        <w:rPr>
          <w:sz w:val="20"/>
        </w:rPr>
        <w:t>1:09:16  to mujhe un se un se unhon ne poocha ke aap mujhe bataiye ke woh american professor tha aur mein ek molvi tha, dono ki taqreer suni aap ne, dono mein level of confidence ke aitbar se aap number dijiye.</w:t>
      </w:r>
      <w:r>
        <w:br/>
      </w:r>
      <w:r>
        <w:rPr>
          <w:sz w:val="20"/>
        </w:rPr>
        <w:t>1:09:32  unhon ne kaha ke aap ka level of confidence badha hua tha. mein ne kaha badha tha, Allah hi Allah Allah se dua kar rahe the. yeh mere mere andar kuch bhi nahi tha.</w:t>
      </w:r>
      <w:r>
        <w:br/>
      </w:r>
      <w:r>
        <w:rPr>
          <w:sz w:val="20"/>
        </w:rPr>
        <w:t>1:09:41  mere andar isi ko Hazrat Masih ne kaha tha ke mango to paoge, darwaza khatkao to tumhare liye khula jayega.</w:t>
      </w:r>
      <w:r>
        <w:br/>
      </w:r>
      <w:r>
        <w:rPr>
          <w:sz w:val="20"/>
        </w:rPr>
        <w:t>1:09:56  bohat ajeeb baat unhon ne kahi ke woh kaun baap hai ke is ka beta is se machhli mange, us ke hath mein saanp rakh de.</w:t>
      </w:r>
      <w:r>
        <w:br/>
      </w:r>
      <w:r>
        <w:rPr>
          <w:sz w:val="20"/>
        </w:rPr>
        <w:t>1:10:07  yeh badi ajeeb taqreer hai Hazrat Masih ki Bible mein.</w:t>
      </w:r>
      <w:r>
        <w:br/>
      </w:r>
      <w:r>
        <w:rPr>
          <w:sz w:val="20"/>
        </w:rPr>
        <w:t>1:10:14  mangu to pao ge, darwaza khatkao to tumhara is se khula jayega.</w:t>
      </w:r>
      <w:r>
        <w:br/>
      </w:r>
      <w:r>
        <w:rPr>
          <w:sz w:val="20"/>
        </w:rPr>
        <w:t>1:10:21  woh kon baap hai ke is ka beta is se machhli mange, is ke hath mein saanp rakh de.</w:t>
      </w:r>
      <w:r>
        <w:br/>
      </w:r>
      <w:r>
        <w:rPr>
          <w:sz w:val="20"/>
        </w:rPr>
        <w:t>1:10:34  to is mission ke sath na sirf literature maujood hai, na sirf quran maujood hai, balkeh Allah taala maujood hai.</w:t>
      </w:r>
      <w:r>
        <w:br/>
      </w:r>
      <w:r>
        <w:rPr>
          <w:sz w:val="20"/>
        </w:rPr>
        <w:t>1:10:48  Allah taala to aap farishton ke sath maujood hain. to kis baat ka khauf, kis baat ka gham?</w:t>
      </w:r>
      <w:r>
        <w:br/>
      </w:r>
      <w:r>
        <w:rPr>
          <w:sz w:val="20"/>
        </w:rPr>
        <w:t>1:11:03  kya aap isi Allah ke sath, isi be aitimadi ke sath jiye ge to Allah ka samna kar pae ge? aap</w:t>
      </w:r>
      <w:r>
        <w:br/>
      </w:r>
      <w:r>
        <w:rPr>
          <w:sz w:val="20"/>
        </w:rPr>
        <w:t>1:11:13  jo log is be aitimadi ke sath jeena chahte hain dunya mein, woh is be aitimadi ko le kar kya Allah se milna chahte hain akhirat mein?</w:t>
      </w:r>
      <w:r>
        <w:br/>
      </w:r>
      <w:r>
        <w:rPr>
          <w:sz w:val="20"/>
        </w:rPr>
        <w:t>1:11:26  yeh sab shaitani waswase hain. yaad rakhiye, aur jab bhi is waswase waswase aen to kahiye: "la haula wala quwwata illa billahil azeem, la haula wala quwwata illa billahil alee azeem, Allahumma inni aoozu bika min hamazat shayatine".</w:t>
      </w:r>
      <w:r>
        <w:br/>
      </w:r>
      <w:r>
        <w:rPr>
          <w:sz w:val="20"/>
        </w:rPr>
        <w:t>1:11:44  yeh sab parhiye aur sab inshallah theek ho jayega.</w:t>
      </w:r>
    </w:p>
    <w:p>
      <w:pPr>
        <w:pStyle w:val="Heading2"/>
      </w:pPr>
      <w:r>
        <w:t>Why is modern man frustrated despite facilities?</w:t>
      </w:r>
    </w:p>
    <w:p>
      <w:r>
        <w:rPr>
          <w:color w:val="666666"/>
          <w:sz w:val="18"/>
        </w:rPr>
        <w:t>Life &amp; Wisdom · Islam The Creator of the Modern Age October 17, 2021 Prof. Farida Khanam · 6m 48s · at 43:54 · https://youtu.be/tMr3Dz35onU?t=2634</w:t>
      </w:r>
    </w:p>
    <w:p>
      <w:r>
        <w:rPr>
          <w:i/>
        </w:rPr>
        <w:t>“Why is today's man living in frustration, even though today there are the most facilities?”</w:t>
      </w:r>
    </w:p>
    <w:p>
      <w:r>
        <w:rPr>
          <w:sz w:val="20"/>
        </w:rPr>
        <w:t>43:54  apa yeh agla sawal hai mister asjad ali lucknow ka aaj ka insan frustration mein kyun jee raha hai halanke aaj sab se zyada aasaniyan hain</w:t>
      </w:r>
      <w:r>
        <w:br/>
      </w:r>
      <w:r>
        <w:rPr>
          <w:sz w:val="20"/>
        </w:rPr>
        <w:t>44:09  frustration asal mein hamesha rahegi is ko humein samajhna hai aur soch samajh kar ek zindagi guzarni hai</w:t>
      </w:r>
      <w:r>
        <w:br/>
      </w:r>
      <w:r>
        <w:rPr>
          <w:sz w:val="20"/>
        </w:rPr>
        <w:t>44:19  kyunki yeh duniya mein hum ko sab kuch milta hi nahi hamari desires bohat zyada hain is desire ke mutabiq kisi badshah ko bhi nahi milta to humein kaise mil jayega</w:t>
      </w:r>
      <w:r>
        <w:br/>
      </w:r>
      <w:r>
        <w:rPr>
          <w:sz w:val="20"/>
        </w:rPr>
        <w:t>44:32  to yeh duniya jo hai ek ideal world nahi hai sab se pehle to yeh samajhna hai to hamari desires jo hain wo sirf is liye rakhi gayi hain taake hum yeh jane ke is duniya mein agar hum khuda ki marzi ke mutabiq zindagi guzarenge to hamari desire ke mutabiq humein akhirat mein jagah milegi jannat mein jagah milegi</w:t>
      </w:r>
      <w:r>
        <w:br/>
      </w:r>
      <w:r>
        <w:rPr>
          <w:sz w:val="20"/>
        </w:rPr>
        <w:t>44:56  to log yeh samajhte hain in ko jab frustration hota hai to samajhte hain ke falan maadi cheez humein mil jayegi to humein sukoon mil jayega</w:t>
      </w:r>
      <w:r>
        <w:br/>
      </w:r>
      <w:r>
        <w:rPr>
          <w:sz w:val="20"/>
        </w:rPr>
        <w:t>45:06  kisi ke paas chhoti gadi hai to us ko badi gadi lega ke is mein sukoon mil jayega lekin jab wo le leta hai to us ko lagta hai ke is mein bhi sukoon nahi mila</w:t>
      </w:r>
      <w:r>
        <w:br/>
      </w:r>
      <w:r>
        <w:rPr>
          <w:sz w:val="20"/>
        </w:rPr>
        <w:t>45:16  kisi ke paas chhota ghar hai to bada ghar lega is mein bhi sukoon nahi log jo bollywood ke log hain wo roz ghar hi badalte rehte hain car badalte rehte hain kyunki is mein un ko sukoon milta nahi</w:t>
      </w:r>
      <w:r>
        <w:br/>
      </w:r>
      <w:r>
        <w:rPr>
          <w:sz w:val="20"/>
        </w:rPr>
        <w:t>45:27  dekhiye maadi cheezon mein koi sukoon hai hi nahi sukoon agar milega to aap ke paas koi mission hoga mission se aap judenge</w:t>
      </w:r>
      <w:r>
        <w:br/>
      </w:r>
      <w:r>
        <w:rPr>
          <w:sz w:val="20"/>
        </w:rPr>
        <w:t>45:37  koi bhi mission jis ko koi nobel mission hota hai chahe wo social work ka mission ho ya dawah mission ho koi nek nek mission ho acha kaam ho logon ki madad karna hai to is mission se aap judenge to is mein aap ko fulfillment mil sakta hai</w:t>
      </w:r>
      <w:r>
        <w:br/>
      </w:r>
      <w:r>
        <w:rPr>
          <w:sz w:val="20"/>
        </w:rPr>
        <w:t>45:54  aur doosre khuda ki yaad mein fulfillment fulfillment milta hai ke wo ek ek quran ki ayat hai hearts are comforted by the remembrance of god alone bible mein bhi yahi hai</w:t>
      </w:r>
      <w:r>
        <w:br/>
      </w:r>
      <w:r>
        <w:rPr>
          <w:sz w:val="20"/>
        </w:rPr>
        <w:t>46:10  to is tarike se humein ek acha kaam karen apni zindagi ko achhi jagah istemal karen aur khuda ki yaad karen</w:t>
      </w:r>
      <w:r>
        <w:br/>
      </w:r>
      <w:r>
        <w:rPr>
          <w:sz w:val="20"/>
        </w:rPr>
        <w:t>46:20  maadi cheezon mein sukoon talash karenge to wo kabhi nahi milega na kabhi kisi ko mila hai apa aap ne qanaat ki baat kahi to rasool allah salallaho alaihi wasallam ki ek hadith bohat sari hadithon mein qanaat ki baat aayi hai</w:t>
      </w:r>
      <w:r>
        <w:br/>
      </w:r>
      <w:r>
        <w:rPr>
          <w:sz w:val="20"/>
        </w:rPr>
        <w:t>46:34  ek hadith mein padhta hoon yahan par rasool allah salallaho alaihi wasallam ne kaha qad aflaha man hudia ila al islam wa ruziq al kifaf wa qana a bihi ibn majah 4138 ke wo kamyab hua jis ko islam ki hidayat mili aur us ko kafi rozi mil gayi aur us ne is par qanaat ki</w:t>
      </w:r>
      <w:r>
        <w:br/>
      </w:r>
      <w:r>
        <w:rPr>
          <w:sz w:val="20"/>
        </w:rPr>
        <w:t>46:56  mujahid ne musa alaihi salam ke hawale se yeh naqal kiya ke unhone sawal kiya tha allah taala se ya rabbi ayy ibadak aghna a rab tumhare bando mein se kaun hai jo sab se zyada maldar hai be niaz hai</w:t>
      </w:r>
      <w:r>
        <w:br/>
      </w:r>
      <w:r>
        <w:rPr>
          <w:sz w:val="20"/>
        </w:rPr>
        <w:t>47:11  to us ne to Allah taala ne kaha in mein jo sab se zyada qana'at karne wala ho.</w:t>
      </w:r>
      <w:r>
        <w:br/>
      </w:r>
      <w:r>
        <w:rPr>
          <w:sz w:val="20"/>
        </w:rPr>
        <w:t>47:19  aur aap ne jo itminan ki baat kahi to us par ibrahim bin adam ka qaul shayad aap</w:t>
      </w:r>
      <w:r>
        <w:br/>
      </w:r>
      <w:r>
        <w:rPr>
          <w:sz w:val="20"/>
        </w:rPr>
        <w:t>47:28  ko yaad hoga ke unhone kaha tha ke "law ya'lamul muluku ma nahnu fihi lajadalu bis suyufi" ke</w:t>
      </w:r>
      <w:r>
        <w:br/>
      </w:r>
      <w:r>
        <w:rPr>
          <w:sz w:val="20"/>
        </w:rPr>
        <w:t>47:37  har agar hum jis itminan mein hain, agar badshah jaan le is itminan ko, to hum se jang</w:t>
      </w:r>
      <w:r>
        <w:br/>
      </w:r>
      <w:r>
        <w:rPr>
          <w:sz w:val="20"/>
        </w:rPr>
        <w:t>47:43  karein talwar ke zariye se taake hamare itminan ko chheen lein.</w:t>
      </w:r>
      <w:r>
        <w:br/>
      </w:r>
      <w:r>
        <w:rPr>
          <w:sz w:val="20"/>
        </w:rPr>
        <w:t>47:49  isi mein ek aur qissa batati hoon yeh to qissa hai yeh to sufi the to yeh real sense mein unhone yeh baat kahi hai</w:t>
      </w:r>
      <w:r>
        <w:br/>
      </w:r>
      <w:r>
        <w:rPr>
          <w:sz w:val="20"/>
        </w:rPr>
        <w:t>47:58  ek bade sufi the ibrahim ibn adam to ek qissa hai yeh ke ek badshah tha wo khush nahi rehta tha to us ne har taraf apne log bhej bhujaye</w:t>
      </w:r>
      <w:r>
        <w:br/>
      </w:r>
      <w:r>
        <w:rPr>
          <w:sz w:val="20"/>
        </w:rPr>
        <w:t>48:09  is se kisi ne kaha ke agar tum ek happy man ki shirt pehan lo to tum khush rahoge to ab us ne har taraf logon ko bheja ke koi happy man ho to us ki shirt le kar aao</w:t>
      </w:r>
      <w:r>
        <w:br/>
      </w:r>
      <w:r>
        <w:rPr>
          <w:sz w:val="20"/>
        </w:rPr>
        <w:t>48:20  aur koi kisi ne bhi nahi kaha ke main happy hoon finally us ne dekha ke ek tille par ek aadmi baitha hua hai wo us ke paas gaye ke tum khush ho</w:t>
      </w:r>
      <w:r>
        <w:br/>
      </w:r>
      <w:r>
        <w:rPr>
          <w:sz w:val="20"/>
        </w:rPr>
        <w:t>48:30  us ne kaha haan main khush hoon to us ne kaha ke tumhari shirt badshah ko chahiye us ne kaha mere paas shirt hi nahi hai to us ke paas koi tha hi nahi to us ke paas koi khatra nahi koi dar nahi</w:t>
      </w:r>
      <w:r>
        <w:br/>
      </w:r>
      <w:r>
        <w:rPr>
          <w:sz w:val="20"/>
        </w:rPr>
        <w:t>48:43  aur wo sukoon mein hoga aadmi ke paas hota hai to us ko aur zyada pareshaniyan hoti hain doctor najma siddiqui ne aaj ki talk par comment kiya hai very important and informative jazak allah</w:t>
      </w:r>
      <w:r>
        <w:br/>
      </w:r>
      <w:r>
        <w:rPr>
          <w:sz w:val="20"/>
        </w:rPr>
        <w:t>49:00  maulana syed iqbal ahmad umri ne likha hai apa aap ne antum aalam bi umr dunyakum wali hadith ko bohat achhi tarah wazeh kiya ke rasool allah salallaho alaihi wasallam ne duniya ki taraqqi mein rukawat paida nahi ki aur yeh waqia is ki dalil hai</w:t>
      </w:r>
      <w:r>
        <w:br/>
      </w:r>
      <w:r>
        <w:rPr>
          <w:sz w:val="20"/>
        </w:rPr>
        <w:t>49:24  miss sofia akhtar bihar se likhti hain</w:t>
      </w:r>
      <w:r>
        <w:br/>
      </w:r>
      <w:r>
        <w:rPr>
          <w:sz w:val="20"/>
        </w:rPr>
        <w:t>49:27  bettrin, apa! very nice explanation of intellectual development by Islam in human history. ji in ka koe question hai aisa kyon hua ke musalman baad mein peechay ho gaye?</w:t>
      </w:r>
      <w:r>
        <w:br/>
      </w:r>
      <w:r>
        <w:rPr>
          <w:sz w:val="20"/>
        </w:rPr>
        <w:t>49:43  yehi sawal Maulana Imran Islahi sahib ne bhi ki hai new delhi se ke musalmanon ki ilmi taraqqi kyon ruk gayi, is ka sabab kya tha? asal mein itnay ziyada ikhtilafat thay, fiqhi ikhtilafat</w:t>
      </w:r>
    </w:p>
    <w:p>
      <w:pPr>
        <w:pStyle w:val="Heading2"/>
      </w:pPr>
      <w:r>
        <w:t>Why people indifferent to earthquakes?</w:t>
      </w:r>
    </w:p>
    <w:p>
      <w:r>
        <w:rPr>
          <w:color w:val="666666"/>
          <w:sz w:val="18"/>
        </w:rPr>
        <w:t>Life &amp; Wisdom · Paradise as a Goal April 26, 2015 · 5m 12s · at 45:38 · https://youtu.be/hnHqhmSJZXA?t=2738</w:t>
      </w:r>
    </w:p>
    <w:p>
      <w:r>
        <w:rPr>
          <w:i/>
        </w:rPr>
        <w:t>“Why are people so engrossed in their worldly activities that even a 7.8 magnitude earthquake does not affect them?”</w:t>
      </w:r>
    </w:p>
    <w:p>
      <w:r>
        <w:rPr>
          <w:sz w:val="20"/>
        </w:rPr>
        <w:t>45:38  hai unhone agla sawal kiya hai doctor Fareeda khanam ne Delhi se</w:t>
      </w:r>
      <w:r>
        <w:br/>
      </w:r>
      <w:r>
        <w:rPr>
          <w:sz w:val="20"/>
        </w:rPr>
        <w:t>45:48  People are so engrossed in their worldly activities</w:t>
      </w:r>
      <w:r>
        <w:br/>
      </w:r>
      <w:r>
        <w:rPr>
          <w:sz w:val="20"/>
        </w:rPr>
        <w:t>45:52  that even an earth quake of 78</w:t>
      </w:r>
      <w:r>
        <w:br/>
      </w:r>
      <w:r>
        <w:rPr>
          <w:sz w:val="20"/>
        </w:rPr>
        <w:t>45:55  8 intensity does not jolt them out of their forgetfulness. Then how can we succeed in making them realize the importance of personality development, which alone can lead them to paradise?</w:t>
      </w:r>
      <w:r>
        <w:br/>
      </w:r>
      <w:r>
        <w:rPr>
          <w:sz w:val="20"/>
        </w:rPr>
        <w:t>46:11  dies dekhiye hamein mass level par</w:t>
      </w:r>
      <w:r>
        <w:br/>
      </w:r>
      <w:r>
        <w:rPr>
          <w:sz w:val="20"/>
        </w:rPr>
        <w:t>46:16  kal parson ek saath mulaqat hui is tarah ki baat hui to main ne kaha ke dekhein</w:t>
      </w:r>
      <w:r>
        <w:br/>
      </w:r>
      <w:r>
        <w:rPr>
          <w:sz w:val="20"/>
        </w:rPr>
        <w:t>46:22  dawat ka kaam hota hai mass level par</w:t>
      </w:r>
      <w:r>
        <w:br/>
      </w:r>
      <w:r>
        <w:rPr>
          <w:sz w:val="20"/>
        </w:rPr>
        <w:t>46:27  dawat ka kaam mass level par hota hai lekin result jo hai result woh individual level milta hai</w:t>
      </w:r>
      <w:r>
        <w:br/>
      </w:r>
      <w:r>
        <w:rPr>
          <w:sz w:val="20"/>
        </w:rPr>
        <w:t>46:36  Baat to aap se sab se kahiye lekin sirf koi kuch individual bhi le gaye jo aap ki</w:t>
      </w:r>
      <w:r>
        <w:br/>
      </w:r>
      <w:r>
        <w:rPr>
          <w:sz w:val="20"/>
        </w:rPr>
        <w:t>46:41  baat se asar lein aur apne andar koi change laein yeh hamesha hua hai yeh farq hamesha janna</w:t>
      </w:r>
      <w:r>
        <w:br/>
      </w:r>
      <w:r>
        <w:rPr>
          <w:sz w:val="20"/>
        </w:rPr>
        <w:t>46:48  chahiye ke dawat ya tabligh ka kaam hota hai mass level par lekin result hamesha nikalta hai individual</w:t>
      </w:r>
      <w:r>
        <w:br/>
      </w:r>
      <w:r>
        <w:rPr>
          <w:sz w:val="20"/>
        </w:rPr>
        <w:t>46:56  level par yeh agar soch ho to aadmi</w:t>
      </w:r>
      <w:r>
        <w:br/>
      </w:r>
      <w:r>
        <w:rPr>
          <w:sz w:val="20"/>
        </w:rPr>
        <w:t>47:02  yani is qism ka tasawwur is ke zehan mein nahi aayega Maulana yeh agla question kya hai</w:t>
      </w:r>
      <w:r>
        <w:br/>
      </w:r>
      <w:r>
        <w:rPr>
          <w:sz w:val="20"/>
        </w:rPr>
        <w:t>47:10  ڈاکٹر سنجے نے Delhi سے reason and intuition</w:t>
      </w:r>
      <w:r>
        <w:br/>
      </w:r>
      <w:r>
        <w:rPr>
          <w:sz w:val="20"/>
        </w:rPr>
        <w:t>47:16  How to decide what is right reason</w:t>
      </w:r>
      <w:r>
        <w:br/>
      </w:r>
      <w:r>
        <w:rPr>
          <w:sz w:val="20"/>
        </w:rPr>
        <w:t>47:19  Because right may be different for different people</w:t>
      </w:r>
      <w:r>
        <w:br/>
      </w:r>
      <w:r>
        <w:rPr>
          <w:sz w:val="20"/>
        </w:rPr>
        <w:t>47:25  dekhiye ek hai sanjidgi sincerity</w:t>
      </w:r>
      <w:r>
        <w:br/>
      </w:r>
      <w:r>
        <w:rPr>
          <w:sz w:val="20"/>
        </w:rPr>
        <w:t>47:31  aur ek hai yani</w:t>
      </w:r>
      <w:r>
        <w:br/>
      </w:r>
      <w:r>
        <w:rPr>
          <w:sz w:val="20"/>
        </w:rPr>
        <w:t>47:36  bahs karna to jo bahs kare us ke hisab se tautology aayegi tautology us ko kehte hain</w:t>
      </w:r>
      <w:r>
        <w:br/>
      </w:r>
      <w:r>
        <w:rPr>
          <w:sz w:val="20"/>
        </w:rPr>
        <w:t>47:43  bahs karega bahs karega bahs karega koi na koi technical baat mil jayegi us</w:t>
      </w:r>
      <w:r>
        <w:br/>
      </w:r>
      <w:r>
        <w:rPr>
          <w:sz w:val="20"/>
        </w:rPr>
        <w:t>47:48  se woh doosri baat ko refute kar de</w:t>
      </w:r>
      <w:r>
        <w:br/>
      </w:r>
      <w:r>
        <w:rPr>
          <w:sz w:val="20"/>
        </w:rPr>
        <w:t>47:51  to dekhein is maamle mein koi compulsive reason nahi hai</w:t>
      </w:r>
      <w:r>
        <w:br/>
      </w:r>
      <w:r>
        <w:rPr>
          <w:sz w:val="20"/>
        </w:rPr>
        <w:t>47:59  aadmi ko khud janna padta hai ke kaun si baat mujhe</w:t>
      </w:r>
      <w:r>
        <w:br/>
      </w:r>
      <w:r>
        <w:rPr>
          <w:sz w:val="20"/>
        </w:rPr>
        <w:t>48:04  reason ke mutabiq hai kaun si reason ke mutabiq nahi yeh khud apne apna yani intellectual development se</w:t>
      </w:r>
      <w:r>
        <w:br/>
      </w:r>
      <w:r>
        <w:rPr>
          <w:sz w:val="20"/>
        </w:rPr>
        <w:t>48:11  aadmi pahunchta hai is baat ko</w:t>
      </w:r>
      <w:r>
        <w:br/>
      </w:r>
      <w:r>
        <w:rPr>
          <w:sz w:val="20"/>
        </w:rPr>
        <w:t>48:14  yeh koi do do chaar ki tarah nahi hai ke hum bahar se us ko impose kar dein</w:t>
      </w:r>
      <w:r>
        <w:br/>
      </w:r>
      <w:r>
        <w:rPr>
          <w:sz w:val="20"/>
        </w:rPr>
        <w:t>48:19  aadmi maane to maane maane to milega us ko nahi to nahi milega</w:t>
      </w:r>
      <w:r>
        <w:br/>
      </w:r>
      <w:r>
        <w:rPr>
          <w:sz w:val="20"/>
        </w:rPr>
        <w:t>48:24  yeh kaha jata hai ke maano to dev nahi to pathar</w:t>
      </w:r>
      <w:r>
        <w:br/>
      </w:r>
      <w:r>
        <w:rPr>
          <w:sz w:val="20"/>
        </w:rPr>
        <w:t>48:28  to sach yeh self discovery ki baat hai</w:t>
      </w:r>
      <w:r>
        <w:br/>
      </w:r>
      <w:r>
        <w:rPr>
          <w:sz w:val="20"/>
        </w:rPr>
        <w:t>48:33  aur self discovery hoti hai hamesha sincerity jis ke andar bohat zyada ho tab hoti hai</w:t>
      </w:r>
      <w:r>
        <w:br/>
      </w:r>
      <w:r>
        <w:rPr>
          <w:sz w:val="20"/>
        </w:rPr>
        <w:t>48:40  to behal yeh baat jo hai upar se bahar se hum impose nahi kar sakte</w:t>
      </w:r>
      <w:r>
        <w:br/>
      </w:r>
      <w:r>
        <w:rPr>
          <w:sz w:val="20"/>
        </w:rPr>
        <w:t>48:47  do do chaar ki tarah jo aadmi sincere hoga woh zaroor pahunch jayega wahan tak dekhein sincerity</w:t>
      </w:r>
      <w:r>
        <w:br/>
      </w:r>
      <w:r>
        <w:rPr>
          <w:sz w:val="20"/>
        </w:rPr>
        <w:t>48:54  hamesha right way mein guide guide karti hai aur sensitivity na ho to aadmi bhatakta hai idhar udhar</w:t>
      </w:r>
      <w:r>
        <w:br/>
      </w:r>
      <w:r>
        <w:rPr>
          <w:sz w:val="20"/>
        </w:rPr>
        <w:t>49:05  Maulana sahib yeh agla question kya hai Maulana Iqbal Umri ne Chennai se</w:t>
      </w:r>
      <w:r>
        <w:br/>
      </w:r>
      <w:r>
        <w:rPr>
          <w:sz w:val="20"/>
        </w:rPr>
        <w:t>49:11  مولانا کائناتی یونیورسل پرابلم کو intervention of God ہے ڈسکور کرنے کے بجائے if there is God then</w:t>
      </w:r>
      <w:r>
        <w:br/>
      </w:r>
      <w:r>
        <w:rPr>
          <w:sz w:val="20"/>
        </w:rPr>
        <w:t>49:21  why man management like this insaan kyun samajhta hai</w:t>
      </w:r>
      <w:r>
        <w:br/>
      </w:r>
      <w:r>
        <w:rPr>
          <w:sz w:val="20"/>
        </w:rPr>
        <w:t>49:28  mus management nahi yeh to mein ne kaha hai ke warning hoti hai</w:t>
      </w:r>
      <w:r>
        <w:br/>
      </w:r>
      <w:r>
        <w:rPr>
          <w:sz w:val="20"/>
        </w:rPr>
        <w:t>49:32  mus management ho to sari kainaat mein numerestars planet hai woh sab takra jayen apas mein</w:t>
      </w:r>
      <w:r>
        <w:br/>
      </w:r>
      <w:r>
        <w:rPr>
          <w:sz w:val="20"/>
        </w:rPr>
        <w:t>49:40  yeh to bohat tiny waqia hai yani billion trillion ke mein bhi aik se kam hai</w:t>
      </w:r>
      <w:r>
        <w:br/>
      </w:r>
      <w:r>
        <w:rPr>
          <w:sz w:val="20"/>
        </w:rPr>
        <w:t>49:47  yani poori universe ke lehaz dekha jaye to be shumar waqiat hain wahan yeh sab baatein nahi hain</w:t>
      </w:r>
      <w:r>
        <w:br/>
      </w:r>
      <w:r>
        <w:rPr>
          <w:sz w:val="20"/>
        </w:rPr>
        <w:t>49:55  bohat choti si zameen par aisa hota hai</w:t>
      </w:r>
      <w:r>
        <w:br/>
      </w:r>
      <w:r>
        <w:rPr>
          <w:sz w:val="20"/>
        </w:rPr>
        <w:t>49:59  to jo zyada yani more than one percent jo hai kainaat wahan to bilkul precise way mein har</w:t>
      </w:r>
      <w:r>
        <w:br/>
      </w:r>
      <w:r>
        <w:rPr>
          <w:sz w:val="20"/>
        </w:rPr>
        <w:t>50:06  cheez ho rahi hai more than 99 percent jo hissa hai universe ka wahan to har cheez bilkul</w:t>
      </w:r>
      <w:r>
        <w:br/>
      </w:r>
      <w:r>
        <w:rPr>
          <w:sz w:val="20"/>
        </w:rPr>
        <w:t>50:12  theek ho rahi hai yani more than 99 percent mein aur less than one percent ka jo hissa</w:t>
      </w:r>
      <w:r>
        <w:br/>
      </w:r>
      <w:r>
        <w:rPr>
          <w:sz w:val="20"/>
        </w:rPr>
        <w:t>50:18  hai wahan par aise kuch waqiat hote hain kabhi koi</w:t>
      </w:r>
      <w:r>
        <w:br/>
      </w:r>
      <w:r>
        <w:rPr>
          <w:sz w:val="20"/>
        </w:rPr>
        <w:t>50:22  to yeh khuda par is se blame nahi aata yeh sochna parta hai ke jo khuda itne bare</w:t>
      </w:r>
      <w:r>
        <w:br/>
      </w:r>
      <w:r>
        <w:rPr>
          <w:sz w:val="20"/>
        </w:rPr>
        <w:t>50:29  peymane par bohat hi</w:t>
      </w:r>
      <w:r>
        <w:br/>
      </w:r>
      <w:r>
        <w:rPr>
          <w:sz w:val="20"/>
        </w:rPr>
        <w:t>50:33  precise mein har cheez ko manage kar raha hai woh aik chote se maqam par aisa kyun</w:t>
      </w:r>
      <w:r>
        <w:br/>
      </w:r>
      <w:r>
        <w:rPr>
          <w:sz w:val="20"/>
        </w:rPr>
        <w:t>50:38  us ne pasand kiya to is ka jawab yeh hai ke woh warning ke liye lesson ke liye</w:t>
      </w:r>
      <w:r>
        <w:br/>
      </w:r>
      <w:r>
        <w:rPr>
          <w:sz w:val="20"/>
        </w:rPr>
        <w:t>50:45  taake insaan jo so raha hai woh jaag woh jaag uthe</w:t>
      </w:r>
    </w:p>
    <w:p>
      <w:pPr>
        <w:pStyle w:val="Heading2"/>
      </w:pPr>
      <w:r>
        <w:t>Why people miss good intentions behind criticism</w:t>
      </w:r>
    </w:p>
    <w:p>
      <w:r>
        <w:rPr>
          <w:color w:val="666666"/>
          <w:sz w:val="18"/>
        </w:rPr>
        <w:t>Life &amp; Wisdom · Lessons and Experiences May 22, 2011 Maulana Wahiduddin Khan · 23m 53s · at 59:46 · https://youtu.be/j4Qx-MsDQWc?t=3586</w:t>
      </w:r>
    </w:p>
    <w:p>
      <w:r>
        <w:rPr>
          <w:i/>
        </w:rPr>
        <w:t>“Why do people not understand the good intentions behind speaking against their favor?”</w:t>
      </w:r>
    </w:p>
    <w:p>
      <w:r>
        <w:rPr>
          <w:sz w:val="20"/>
        </w:rPr>
        <w:t>59:46  Maulana yeh sawal aaya hai Ms Aarti Bhardwaj ka Delhi se. Unhon ne likha hai Maulana sahib why people do not understand the good intentions behind speaking against their favor.</w:t>
      </w:r>
      <w:r>
        <w:br/>
      </w:r>
      <w:r>
        <w:rPr>
          <w:sz w:val="20"/>
        </w:rPr>
        <w:t>1:00:03  Is ke bare mein batayein. Dekhiye yeh to aaj isi par maine kaha ke logon ki thinking jo hai woh develop nahi hoti hai.</w:t>
      </w:r>
      <w:r>
        <w:br/>
      </w:r>
      <w:r>
        <w:rPr>
          <w:sz w:val="20"/>
        </w:rPr>
        <w:t>1:00:15  Conditioned hote hain. Yani apne weakness ko jante nahi. Jaise maine khud apne bare mein kaha ke main apni is weakness ko nahi janta tha ke mujhe dawa kis tarah se khai jati hai woh janta nahi tha main.</w:t>
      </w:r>
      <w:r>
        <w:br/>
      </w:r>
      <w:r>
        <w:rPr>
          <w:sz w:val="20"/>
        </w:rPr>
        <w:t>1:00:36  Yeh mujhe yahi saada si baat hai bilkul saada si ke capsule munh mein aap dalein to kis tarah se is ko gale se utarein yeh janta nahi tha main.</w:t>
      </w:r>
      <w:r>
        <w:br/>
      </w:r>
      <w:r>
        <w:rPr>
          <w:sz w:val="20"/>
        </w:rPr>
        <w:t>1:00:46  To choti si baat mein jab itna aadmi conditioning ho jata hai to badi badi baaton mein kyun nahi hoga? To kisi insan ko bhi aap blame na dijiye.</w:t>
      </w:r>
      <w:r>
        <w:br/>
      </w:r>
      <w:r>
        <w:rPr>
          <w:sz w:val="20"/>
        </w:rPr>
        <w:t>1:01:00  Hamesha yeh sochiye ke is ki jo conditioning hai is ko kaise toda jaye. Is ko kaise de-condition kiya jaye.</w:t>
      </w:r>
      <w:r>
        <w:br/>
      </w:r>
      <w:r>
        <w:rPr>
          <w:sz w:val="20"/>
        </w:rPr>
        <w:t>1:01:10  Mujhe to bar bar tajurba yeh hua hai ke sara mamla hota hai conditioning ka.</w:t>
      </w:r>
      <w:r>
        <w:br/>
      </w:r>
      <w:r>
        <w:rPr>
          <w:sz w:val="20"/>
        </w:rPr>
        <w:t>1:01:16  Har aadmi kisi na kisi cheez mein conditioned rehta hai. Apne ghar mein apne mahol mein apne paros mein apne mulk mein.</w:t>
      </w:r>
      <w:r>
        <w:br/>
      </w:r>
      <w:r>
        <w:rPr>
          <w:sz w:val="20"/>
        </w:rPr>
        <w:t>1:01:27  Is conditioning ki wajah se is ki baaton ko samajh mein nahi aati.</w:t>
      </w:r>
      <w:r>
        <w:br/>
      </w:r>
      <w:r>
        <w:rPr>
          <w:sz w:val="20"/>
        </w:rPr>
        <w:t>1:01:33  To jab tak isi conditioning ko aap todein nahi</w:t>
      </w:r>
      <w:r>
        <w:br/>
      </w:r>
      <w:r>
        <w:rPr>
          <w:sz w:val="20"/>
        </w:rPr>
        <w:t>1:01:42  tab tak aap</w:t>
      </w:r>
      <w:r>
        <w:br/>
      </w:r>
      <w:r>
        <w:rPr>
          <w:sz w:val="20"/>
        </w:rPr>
        <w:t>1:01:46  is ko samjha nahi sakte.</w:t>
      </w:r>
      <w:r>
        <w:br/>
      </w:r>
      <w:r>
        <w:rPr>
          <w:sz w:val="20"/>
        </w:rPr>
        <w:t>1:01:55  To conditioning itni zyada yani</w:t>
      </w:r>
      <w:r>
        <w:br/>
      </w:r>
      <w:r>
        <w:rPr>
          <w:sz w:val="20"/>
        </w:rPr>
        <w:t>1:02:02  har aadmi ko ek condition ke case hai. Main samajhta hoon ke koi aadmi bhi aisa nahi hai jo conditioning conditioning case na ho.</w:t>
      </w:r>
      <w:r>
        <w:br/>
      </w:r>
      <w:r>
        <w:rPr>
          <w:sz w:val="20"/>
        </w:rPr>
        <w:t>1:02:13  To zindagi ka main samajhta hoon ke har aadmi yani condition ho hi jata hai. Mistake condition ho hi jata hai har aadmi.</w:t>
      </w:r>
      <w:r>
        <w:br/>
      </w:r>
      <w:r>
        <w:rPr>
          <w:sz w:val="20"/>
        </w:rPr>
        <w:t>1:02:22  To zindagi ki jo beginning hai yani zindagi ka jo starting point hai woh yahi hai ke aap ne apne ko de-condition karein.</w:t>
      </w:r>
      <w:r>
        <w:br/>
      </w:r>
      <w:r>
        <w:rPr>
          <w:sz w:val="20"/>
        </w:rPr>
        <w:t>1:02:31  Yani before de-conditioning your personality there is no beginning.</w:t>
      </w:r>
      <w:r>
        <w:br/>
      </w:r>
      <w:r>
        <w:rPr>
          <w:sz w:val="20"/>
        </w:rPr>
        <w:t>1:02:40  Yeh har aadmi mein main samajhta hoon ke is mein koi exception nahi hai.</w:t>
      </w:r>
      <w:r>
        <w:br/>
      </w:r>
      <w:r>
        <w:rPr>
          <w:sz w:val="20"/>
        </w:rPr>
        <w:t>1:02:45  To jis aadmi ko aap payein ke aisa hai to yeh sochiye ke is ki conditioning ko toda kaise jaye. Aur jaise hi aadmi ki condition ٹوٹتی hai woh aadmi samajh leta hai baat ko.</w:t>
      </w:r>
      <w:r>
        <w:br/>
      </w:r>
      <w:r>
        <w:rPr>
          <w:sz w:val="20"/>
        </w:rPr>
        <w:t>1:03:00  Mujhe to bar bar tajurba is ka hua. Yani yeh na samjhiye ke woh yani jaan boojh kar aisa kar raha hai.</w:t>
      </w:r>
      <w:r>
        <w:br/>
      </w:r>
      <w:r>
        <w:rPr>
          <w:sz w:val="20"/>
        </w:rPr>
        <w:t>1:03:09  Conditioning conditioning ki wajah se woh yani unaware hai apne khud apne weakness se.</w:t>
      </w:r>
      <w:r>
        <w:br/>
      </w:r>
      <w:r>
        <w:rPr>
          <w:sz w:val="20"/>
        </w:rPr>
        <w:t>1:03:19  To main yahi kahunga ke bajaye is aadmi ko blame dene ke aap sirf yeh kijiye ke yeh pata kijiye ke kaise is ki conditioning hui hai.</w:t>
      </w:r>
      <w:r>
        <w:br/>
      </w:r>
      <w:r>
        <w:rPr>
          <w:sz w:val="20"/>
        </w:rPr>
        <w:t>1:03:31  Is condition ko kaise toda ja sakta hai. Study karwayein aap is ko baat cheet karein is ko aap is ko koi nayi baat is ko samjhayein.</w:t>
      </w:r>
      <w:r>
        <w:br/>
      </w:r>
      <w:r>
        <w:rPr>
          <w:sz w:val="20"/>
        </w:rPr>
        <w:t>1:03:40  to hamare haan to yani bohat misalein hain sankron sankron misalein hain ke jab jab conditioning toot gayi aadmi ki to usi baat ko samajhne laga jo us ke pehle to samajh nahi pata tha wo.</w:t>
      </w:r>
      <w:r>
        <w:br/>
      </w:r>
      <w:r>
        <w:rPr>
          <w:sz w:val="20"/>
        </w:rPr>
        <w:t>1:03:57  to hum mein se har shakhs jo chahta hai logon ko theek karna us ko yeh jaanna chahiye ke us ke kaam ki jo beginning hai wo de-conditioning se hogi.</w:t>
      </w:r>
      <w:r>
        <w:br/>
      </w:r>
      <w:r>
        <w:rPr>
          <w:sz w:val="20"/>
        </w:rPr>
        <w:t>1:04:11  us ke baghair nahi ho sakti hai.</w:t>
      </w:r>
      <w:r>
        <w:br/>
      </w:r>
      <w:r>
        <w:rPr>
          <w:sz w:val="20"/>
        </w:rPr>
        <w:t>1:04:16  Miss Naghma Siddiqui ne Dilli se likha hai can you give a suggestion on how we can change our addiction؟</w:t>
      </w:r>
      <w:r>
        <w:br/>
      </w:r>
      <w:r>
        <w:rPr>
          <w:sz w:val="20"/>
        </w:rPr>
        <w:t>1:04:31  Big suggestion to</w:t>
      </w:r>
      <w:r>
        <w:br/>
      </w:r>
      <w:r>
        <w:rPr>
          <w:sz w:val="20"/>
        </w:rPr>
        <w:t>1:04:34  yahi hai ke khud sochiye aur doosra aadmi jab aap ko kuch bataye to us par dhyan dijiye.</w:t>
      </w:r>
      <w:r>
        <w:br/>
      </w:r>
      <w:r>
        <w:rPr>
          <w:sz w:val="20"/>
        </w:rPr>
        <w:t>1:04:43  us ko brush aside mat kijiye aksar aisa hota hai ke doosra aadmi jab aap ko dhyan dilata hai to aap us ko brush aside kar dete hain.</w:t>
      </w:r>
      <w:r>
        <w:br/>
      </w:r>
      <w:r>
        <w:rPr>
          <w:sz w:val="20"/>
        </w:rPr>
        <w:t>1:04:58  to aur koi tareeqa koi is mein koi koi bohat hi koi aur technical tareeqa to mein dene wala hoon is ka.</w:t>
      </w:r>
      <w:r>
        <w:br/>
      </w:r>
      <w:r>
        <w:rPr>
          <w:sz w:val="20"/>
        </w:rPr>
        <w:t>1:05:09  yeh hai ke aap introspection karein sochein apne bare mein aur is baat ko maan lein ke kai baatein aisi ho sakti hain jo hamare andar ho weakness hum jante bhi nahi ho ke wo weakness hai.</w:t>
      </w:r>
      <w:r>
        <w:br/>
      </w:r>
      <w:r>
        <w:rPr>
          <w:sz w:val="20"/>
        </w:rPr>
        <w:t>1:05:22  isi liye maine apni misaal de di khud apni misaal ke mere andar yeh weakness thi ke main pani peeta tha to sahi tareeqe se nahi peeta tha is liye dawa mere gale mein phans jati thi.</w:t>
      </w:r>
      <w:r>
        <w:br/>
      </w:r>
      <w:r>
        <w:rPr>
          <w:sz w:val="20"/>
        </w:rPr>
        <w:t>1:05:36  lekin main mujhe mujhe is ka is ka pata nahi tha mujhe aaj mein dekhiye hota kya hai is isi misaal se batata hoon aap ko ke aadmi kisi obsession mein pad jata hai obsession jaise mujhe obsession kiya tha</w:t>
      </w:r>
      <w:r>
        <w:br/>
      </w:r>
      <w:r>
        <w:rPr>
          <w:sz w:val="20"/>
        </w:rPr>
        <w:t>1:05:52  ke peghambar ne kaha ke pani thoda thoda kar ke piyo pani thoda thoda kar ke piyo lekin every rule has its exceptions.</w:t>
      </w:r>
      <w:r>
        <w:br/>
      </w:r>
      <w:r>
        <w:rPr>
          <w:sz w:val="20"/>
        </w:rPr>
        <w:t>1:06:02  is hadees mein hamein yeh sochna chahiye ke every rule has its exceptions koi bhi baat ho to us pe exception hota hai to aam halat mein to theek hai thoda thoda kar ke piyo.</w:t>
      </w:r>
      <w:r>
        <w:br/>
      </w:r>
      <w:r>
        <w:rPr>
          <w:sz w:val="20"/>
        </w:rPr>
        <w:t>1:06:11  lekin aap jab dawa le rahe hain capsule to aap ko poora ghont lena parega tabhi wo utre gi nahi to nahi utre gi ab yeh sochne se baatein maloom hoti hain.</w:t>
      </w:r>
      <w:r>
        <w:br/>
      </w:r>
      <w:r>
        <w:rPr>
          <w:sz w:val="20"/>
        </w:rPr>
        <w:t>1:06:22  jo bohat acha tha ke maine yeh adat banai ke pani thoda thoda kar ke piyo lekin isi ke sath mujhe yeh bhi janna chahiye ke every rule has its exceptions.</w:t>
      </w:r>
      <w:r>
        <w:br/>
      </w:r>
      <w:r>
        <w:rPr>
          <w:sz w:val="20"/>
        </w:rPr>
        <w:t>1:06:35  to jab dawa ka ek capsule wo mun mein dala aap ne to wo wo exception ka case ban gaya ab aap ko pani peene se zyada mun mein lena chahiye taake utar utar jayega yeh sab.</w:t>
      </w:r>
      <w:r>
        <w:br/>
      </w:r>
      <w:r>
        <w:rPr>
          <w:sz w:val="20"/>
        </w:rPr>
        <w:t>1:06:46  to</w:t>
      </w:r>
      <w:r>
        <w:br/>
      </w:r>
      <w:r>
        <w:rPr>
          <w:sz w:val="20"/>
        </w:rPr>
        <w:t>1:06:47  yahi hai ek hi process hai wo hai sochna sochna sochna sochna aur us ke liye tayyar rehna ke jaise hi mujhe pata chale apni weakness ka jaldi sambhal loon is ko mein.</w:t>
      </w:r>
      <w:r>
        <w:br/>
      </w:r>
      <w:r>
        <w:rPr>
          <w:sz w:val="20"/>
        </w:rPr>
        <w:t>1:07:00  phir mein der na karoon yahi baat meri samajh mein aati hai.</w:t>
      </w:r>
      <w:r>
        <w:br/>
      </w:r>
      <w:r>
        <w:rPr>
          <w:sz w:val="20"/>
        </w:rPr>
        <w:t>1:07:10  Miss Aisha ne Dilli se likha hai Maulana today you emphasized on art of thinking that is development of thinking power my question is is there any formula on how to develop the thinking power please comment</w:t>
      </w:r>
      <w:r>
        <w:br/>
      </w:r>
      <w:r>
        <w:rPr>
          <w:sz w:val="20"/>
        </w:rPr>
        <w:t>1:07:33  nahi is ka koi technical formula to hai nahi</w:t>
      </w:r>
      <w:r>
        <w:br/>
      </w:r>
      <w:r>
        <w:rPr>
          <w:sz w:val="20"/>
        </w:rPr>
        <w:t>1:07:40  koi bhi technical formula nahi hai</w:t>
      </w:r>
      <w:r>
        <w:br/>
      </w:r>
      <w:r>
        <w:rPr>
          <w:sz w:val="20"/>
        </w:rPr>
        <w:t>1:07:45  aap study karein</w:t>
      </w:r>
      <w:r>
        <w:br/>
      </w:r>
      <w:r>
        <w:rPr>
          <w:sz w:val="20"/>
        </w:rPr>
        <w:t>1:07:49  cheezon ko observe karein gehrai ke sath logon ki baaton ko sunein jaise misaal ke tor par dekhiye maine aksar logon ko paya hai ke jab wo kisi doosre ke paas sun rahe hote hain to wo poora nahi sun rahe hote tab bhi wo un ka apna mind ka jo hai mechanism chalta rehta hai</w:t>
      </w:r>
      <w:r>
        <w:br/>
      </w:r>
      <w:r>
        <w:rPr>
          <w:sz w:val="20"/>
        </w:rPr>
        <w:t>1:08:08  yani ek point hai jis pe discussion ho raha hai ab doosra aadmi ek us ko apne dhang se bata raha hai to mera mind jo hai usi chalta rahega apne apne khayalon par jaise hi wo khatam karega main phir aaghal doonga wo jo mere mind mein tha</w:t>
      </w:r>
      <w:r>
        <w:br/>
      </w:r>
      <w:r>
        <w:rPr>
          <w:sz w:val="20"/>
        </w:rPr>
        <w:t>1:08:26  to mein Allah ke fazl se mere andar yeh baat Allah taala ne maine rakhi hai ke mein impetive mind ho ke sunta hoon doosre ki baat hoti hai der ke liye apne mind ko ek dum kh</w:t>
      </w:r>
      <w:r>
        <w:br/>
      </w:r>
      <w:r>
        <w:rPr>
          <w:sz w:val="20"/>
        </w:rPr>
        <w:t>1:08:37  ali kar leta hoon isi ko sunta hoon jo keh raha hai kehne wala</w:t>
      </w:r>
      <w:r>
        <w:br/>
      </w:r>
      <w:r>
        <w:rPr>
          <w:sz w:val="20"/>
        </w:rPr>
        <w:t>1:08:43  to art of thinking jo hai woh uska koi technical tareeka nahi hai aap aap sochein uske liye tayyar rahein ke jaise hi meri ghalti batai jayegi maan lunga usko sab se zyada crucial baat jo hai woh hai apni ghalti ko ko maan lena</w:t>
      </w:r>
      <w:r>
        <w:br/>
      </w:r>
      <w:r>
        <w:rPr>
          <w:sz w:val="20"/>
        </w:rPr>
        <w:t>1:09:08  jaldi se aap keh sakte hain ke i was wrong i was wrong mein batata hoon sab se bari jo rukawat hai thinking power ko develop karne mein woh yahi hai ke logon ke andar yeh yeh yaani woh nahi hota woh dar nahi karte karte uske liye ke woh keh dein ke i was wrong darte hain ke mein aisa keh doon to mein kuch chhota ho jaunga</w:t>
      </w:r>
      <w:r>
        <w:br/>
      </w:r>
      <w:r>
        <w:rPr>
          <w:sz w:val="20"/>
        </w:rPr>
        <w:t>1:09:34  to ya to woh deny karte rehte hain maante hi nahi ya dil mein dil mein maan lete hain seedhe se kahiye jaise hi aap kahein ke i was wrong waise aap ke mind mein ek naya development aa jayega</w:t>
      </w:r>
      <w:r>
        <w:br/>
      </w:r>
      <w:r>
        <w:rPr>
          <w:sz w:val="20"/>
        </w:rPr>
        <w:t>1:09:48  to mein yahi kahunga ke study kijiye cheezon ko bohat gehrai ke sath dekhiye distraction se apne aap ko bachaiye aur uske liye tayyar rahein ke jaise hi bataya jaye aap ki kisi weakness ko jaldi se keh dijiye ke waqai yeh ghalti thi mere mere dil thi i was wrong</w:t>
      </w:r>
      <w:r>
        <w:br/>
      </w:r>
      <w:r>
        <w:rPr>
          <w:sz w:val="20"/>
        </w:rPr>
        <w:t>1:10:09  to yeh koi yaani koi uska koi short course nahi hai yeh to life life long process ek hai zindagi bhar aap ko sochna hai zindagi bhar apni thinking ko develop karna hai aakhir waqt tak yeh chalta rehta hai mera tajurba to yahi hai</w:t>
      </w:r>
      <w:r>
        <w:br/>
      </w:r>
      <w:r>
        <w:rPr>
          <w:sz w:val="20"/>
        </w:rPr>
        <w:t>1:10:34  mister surya mukharji ne dilli se likha hai</w:t>
      </w:r>
      <w:r>
        <w:br/>
      </w:r>
      <w:r>
        <w:rPr>
          <w:sz w:val="20"/>
        </w:rPr>
        <w:t>1:10:38  maulana ji should be adjust ourselves despite of being on theright track and compromising the very ideals with those who live by no ideals haan dekhiye yeh yeh har aadmi ka problem hota hai jo bhi aadmi society mein reh raha hai uska</w:t>
      </w:r>
      <w:r>
        <w:br/>
      </w:r>
      <w:r>
        <w:rPr>
          <w:sz w:val="20"/>
        </w:rPr>
        <w:t>1:11:00  to mein to dekhiye compromise ko manta hoon compromise ko adjustment ko manta hoon mein lekin woh compromise yaani mein mera formula kyun hai apne kisi interest ke liye nahi hai</w:t>
      </w:r>
      <w:r>
        <w:br/>
      </w:r>
      <w:r>
        <w:rPr>
          <w:sz w:val="20"/>
        </w:rPr>
        <w:t>1:11:23  sirf is liye ke mera formula yeh hai ke doosra aadmi agar aap ko chahta dikhai parta hai ke woh right track se hta hua hai to aap uske yaani uske blushar baniye aur sachai ke sath usko samjhane ki koshish kijiye agar woh maan leta hai to bari achi baat hai agar nahi maan manta hai to aap wahin par peeche hatt jaiye reset ki</w:t>
      </w:r>
      <w:r>
        <w:br/>
      </w:r>
      <w:r>
        <w:rPr>
          <w:sz w:val="20"/>
        </w:rPr>
        <w:t>1:11:52  jiye reset reset kijiye kyun kyun phir aap time waste karenge</w:t>
      </w:r>
      <w:r>
        <w:br/>
      </w:r>
      <w:r>
        <w:rPr>
          <w:sz w:val="20"/>
        </w:rPr>
        <w:t>1:12:04  to save your time to save your energy you have to reset you have to adjust you have to make compromise</w:t>
      </w:r>
      <w:r>
        <w:br/>
      </w:r>
      <w:r>
        <w:rPr>
          <w:sz w:val="20"/>
        </w:rPr>
        <w:t>1:12:16  mein usko cowardice nahi samajhta ya usko mein unprincipled behaviour nahi samajhta compromise ko</w:t>
      </w:r>
      <w:r>
        <w:br/>
      </w:r>
      <w:r>
        <w:rPr>
          <w:sz w:val="20"/>
        </w:rPr>
        <w:t>1:12:27  to dekhiye do cheezein alag alag hain ek yeh hai ke aap koi ghalt faida uthana chahte hain koi ghalt faide ke liye aap kisi se compromise karein woh to ek alag cheez</w:t>
      </w:r>
      <w:r>
        <w:br/>
      </w:r>
      <w:r>
        <w:rPr>
          <w:sz w:val="20"/>
        </w:rPr>
        <w:t>1:12:42  hai usko to koi bhi nahi kahega yeh theek kaam hai yaani apne ek ghalt faide ke liye ya koi aap se ghalt faida lena chahta hai maslan ek aadmi officer hai uske paas ek aadmi aata hai ke mera falan kaam kar do aur woh ghalt kaam hota hai paisa deta hai usko paisa de kar ke usko kehta hai ke paisa lo abhi yeh kaam kar do woh paisa le kar ke woh officer kaam kar deta hai</w:t>
      </w:r>
      <w:r>
        <w:br/>
      </w:r>
      <w:r>
        <w:rPr>
          <w:sz w:val="20"/>
        </w:rPr>
        <w:t>1:13:12  to yeh jo compromise kiya is officer ne yeh to bohat ghalt baat hai to interest ke liye compromise karna yeh to bilashuba ghalt hai interest ke liye compromise karna ghalt hai principle ke liye compromise karna bilkul sahi hai</w:t>
      </w:r>
      <w:r>
        <w:br/>
      </w:r>
      <w:r>
        <w:rPr>
          <w:sz w:val="20"/>
        </w:rPr>
        <w:t>1:13:32  principle ke principle ke liye compromise karna bilkul sahi hai</w:t>
      </w:r>
      <w:r>
        <w:br/>
      </w:r>
      <w:r>
        <w:rPr>
          <w:sz w:val="20"/>
        </w:rPr>
        <w:t>1:13:38  to do alag alag tareeke yaani do alag alag qism ke compromise hain</w:t>
      </w:r>
      <w:r>
        <w:br/>
      </w:r>
      <w:r>
        <w:rPr>
          <w:sz w:val="20"/>
        </w:rPr>
        <w:t>1:13:48  to mera tajurba yahi hai ke interest ke liye compromise karna is se aap ke andar weak personality banti hai weak personality lekin principle ke liye compromise jab aap karein to aap ko opportunity milti hai woh aap ko opportunity deta hai aap</w:t>
      </w:r>
      <w:r>
        <w:br/>
      </w:r>
      <w:r>
        <w:rPr>
          <w:sz w:val="20"/>
        </w:rPr>
        <w:t>1:14:09  ko aap ka rasta rukta nahi yeh yeh yeh jo qism hai compromise karne ki woh to must hai kyunke iske baghair aap koi bara kaam kar nahi sakte</w:t>
      </w:r>
      <w:r>
        <w:br/>
      </w:r>
      <w:r>
        <w:rPr>
          <w:sz w:val="20"/>
        </w:rPr>
        <w:t>1:14:24  maulana zikwan nadvi ne dilli se likha hai british scientist stephen hawking had said in his interview that paradise and after life is nothing but a fairy story</w:t>
      </w:r>
      <w:r>
        <w:br/>
      </w:r>
      <w:r>
        <w:rPr>
          <w:sz w:val="20"/>
        </w:rPr>
        <w:t>1:14:39  what is your comment on this haan dekhiye maine padha tha times of India mein to us waqt maine padhne ke baad maine kaha tha ke yeh scientist ki zuban se ek unscientific comment hai</w:t>
      </w:r>
      <w:r>
        <w:br/>
      </w:r>
      <w:r>
        <w:rPr>
          <w:sz w:val="20"/>
        </w:rPr>
        <w:t>1:15:00  dekhiye ek</w:t>
      </w:r>
      <w:r>
        <w:br/>
      </w:r>
      <w:r>
        <w:rPr>
          <w:sz w:val="20"/>
        </w:rPr>
        <w:t>1:15:05  scientific stand kya hai</w:t>
      </w:r>
      <w:r>
        <w:br/>
      </w:r>
      <w:r>
        <w:rPr>
          <w:sz w:val="20"/>
        </w:rPr>
        <w:t>1:15:09  science yeh kehti hai ke jo cheez observation mein aaye wahi reality hai jo na observation hai to woh reality nahi hai yani is is sense mein nahi ke woh wajood nahi reality ka is sense mein ke hum is ke baray mein kuch kehne ki position mein nahi hain</w:t>
      </w:r>
      <w:r>
        <w:br/>
      </w:r>
      <w:r>
        <w:rPr>
          <w:sz w:val="20"/>
        </w:rPr>
        <w:t>1:15:31  yani jo aaj cheez aap ke telescope mein aati hai jo jo microscope ke ke zariye dikhai padti hai to woh to hum ne dekh liya to is ko to hum maan lenge jo cheez telescope aur microscope ke range mein nahi aati hai is ke baray mein hum kuch kehne ki position mein nahi hain yeh hai stand scientist ka</w:t>
      </w:r>
      <w:r>
        <w:br/>
      </w:r>
      <w:r>
        <w:rPr>
          <w:sz w:val="20"/>
        </w:rPr>
        <w:t>1:15:55  lekin unhon ne ek statement de diya</w:t>
      </w:r>
      <w:r>
        <w:br/>
      </w:r>
      <w:r>
        <w:rPr>
          <w:sz w:val="20"/>
        </w:rPr>
        <w:t>1:16:00  jabke jo recent research hui hai cosmos ki to yeh maan liya gaya hai ke cosmos ka sirf five percent hissa woh hai jo hum dekh paate hain 95 percent hissa woh hai jo hum dekh hi nahi sakte to aisi halat mein aap dekhiye ke science scientiston ko kya karna chahiye</w:t>
      </w:r>
      <w:r>
        <w:br/>
      </w:r>
      <w:r>
        <w:rPr>
          <w:sz w:val="20"/>
        </w:rPr>
        <w:t>1:16:23  science danon ko yeh karna chahiye ke according to the physical laws</w:t>
      </w:r>
      <w:r>
        <w:br/>
      </w:r>
      <w:r>
        <w:rPr>
          <w:sz w:val="20"/>
        </w:rPr>
        <w:t>1:16:33  perhaps there is no existence of paradise yani probably kehna chahiye is ko probably there is no physical existence of paradise probably kyunke humein pata nahi hai lekin yeh keh dena ke paradise koi exist karti nahi hai aap kaise keh sakte hain yani kis knowledge ke base par kahenge aap</w:t>
      </w:r>
      <w:r>
        <w:br/>
      </w:r>
      <w:r>
        <w:rPr>
          <w:sz w:val="20"/>
        </w:rPr>
        <w:t>1:16:58  kis knowledge jo aap khud aap ka jo science hai wahi batati hai ke five percent ke siwa jo duniya hai woh humein is ki khabar hi nahi hai is ki</w:t>
      </w:r>
      <w:r>
        <w:br/>
      </w:r>
      <w:r>
        <w:rPr>
          <w:sz w:val="20"/>
        </w:rPr>
        <w:t>1:17:14  is ki khabar nahi hai hum ko kyunke aap jante hain ke insaan ne jo banai hai telescope ya hamari aankh se hum light ho tab dekh paate hain light na hote hain nahi dekh paate aap</w:t>
      </w:r>
      <w:r>
        <w:br/>
      </w:r>
      <w:r>
        <w:rPr>
          <w:sz w:val="20"/>
        </w:rPr>
        <w:t>1:17:30  to universe mein dekhiye yeh discovery hui hai ke bara hissa dark matters ka hai dark matters ka matlab yeh nahi ke woh dark hain woh bhi bright hain jis jis se doosre star bright hote hain lekin un ka strong strong hai un ka ke woh apne apne light ko bhi kheenche hue hain light ko nikalne nahi dete itna strong hai</w:t>
      </w:r>
      <w:r>
        <w:br/>
      </w:r>
      <w:r>
        <w:rPr>
          <w:sz w:val="20"/>
        </w:rPr>
        <w:t>1:17:58  woh yeh suraj ki light hum par aati hai kyunke suraj apni light ko rok nahi roke hue nahi hai lekin woh jo hain woh itna strong hain ke apni light ko rok lete hain to hamare aur un ke beech mein roshni nahi hai hum dekh nahi paate na aankh se dekhenge na telescope se to jab science khud yeh manti hai ke aap zariye boli nahi hai bara hissa kainaat ka to aap kaise keh sakte hain</w:t>
      </w:r>
      <w:r>
        <w:br/>
      </w:r>
      <w:r>
        <w:rPr>
          <w:sz w:val="20"/>
        </w:rPr>
        <w:t>1:18:27  to woh sirf yeh keh sakte hain ke probably there is no physical existence of paradise bas yahi scientific statement hai baqi yeh kehna hai ke yeh pariyon ki kahaniyan hain aur yeh aisa kuch hai nahi kahin to aap kis ilm ke base par kehte hain kis ilm ke base par</w:t>
      </w:r>
      <w:r>
        <w:br/>
      </w:r>
      <w:r>
        <w:rPr>
          <w:sz w:val="20"/>
        </w:rPr>
        <w:t>1:18:51  to bas mein ne parha tha is ko woh yahi baat mein ne is ko kahi thi ke yeh ek scientist ki zuban se ek un scientific statement hai</w:t>
      </w:r>
      <w:r>
        <w:br/>
      </w:r>
      <w:r>
        <w:rPr>
          <w:sz w:val="20"/>
        </w:rPr>
        <w:t>1:19:03  Mr Abdul Rehman ne Delhi se likha hai Maulana sahib whatever is granted to us in this world is for the test then what is meant by be hisab rizq that Allah provides for whoever He wills</w:t>
      </w:r>
      <w:r>
        <w:br/>
      </w:r>
      <w:r>
        <w:rPr>
          <w:sz w:val="20"/>
        </w:rPr>
        <w:t>1:19:21  dekhiye aap be hisab ka matlab yeh nahi hai yani absolute sense mein nahi hai yani khud rizq ki nisbat se nahi hai woh hamare amal ki nisbat se hai woh yani hum ne amal kiya ho one percent to Khuda hundred percent de sakta hai is ka yani is ka ajar</w:t>
      </w:r>
      <w:r>
        <w:br/>
      </w:r>
      <w:r>
        <w:rPr>
          <w:sz w:val="20"/>
        </w:rPr>
        <w:t>1:19:51  yeh matlab nahi ke yani khud rizq jo hai jo sari duniya mein jo sari kainaat mein jo rizq hai woh sab ko aadil deta hai is ke upar yeh matlab is ka nahi hai</w:t>
      </w:r>
      <w:r>
        <w:br/>
      </w:r>
      <w:r>
        <w:rPr>
          <w:sz w:val="20"/>
        </w:rPr>
        <w:t>1:20:05  is ka matlab yeh hai ke jo jo jo insaan ne ek amal kiya hai to agarche woh thoda ho lekin is ke andar qualitatively itni zyada important hota hai woh ke is ka yani in terms of quantity is ko bohat de deta hai amal to thoda hai lekin in terms of quality is ke andar bohat bari koi cheez hai</w:t>
      </w:r>
      <w:r>
        <w:br/>
      </w:r>
      <w:r>
        <w:rPr>
          <w:sz w:val="20"/>
        </w:rPr>
        <w:t>1:20:31  to Khuda is ki quality ko dekhte hue bohat bari quantity mein ajar de deta hai to is ko absolute absolute sense mein mat lijiye koi bhi cheez dekhen absolute sense mein nahi hoti hai</w:t>
      </w:r>
      <w:r>
        <w:br/>
      </w:r>
      <w:r>
        <w:rPr>
          <w:sz w:val="20"/>
        </w:rPr>
        <w:t>1:20:47  Dr Farida Khanam ne Delhi se likha hai a scholar once observed people are lost in trivialities not attuned to the challenging issues of the time</w:t>
      </w:r>
      <w:r>
        <w:br/>
      </w:r>
      <w:r>
        <w:rPr>
          <w:sz w:val="20"/>
        </w:rPr>
        <w:t>1:21:00  what is your comment on this</w:t>
      </w:r>
      <w:r>
        <w:br/>
      </w:r>
      <w:r>
        <w:rPr>
          <w:sz w:val="20"/>
        </w:rPr>
        <w:t>1:21:07  yeh to bohat sahi hai aaj bhi sahi hai pehle bhi sahi tha choti cheezon mein log phanse rehte hain choti cheezon mein ab bari jo cheez hai is mein nahi phanstey misaal ke taur par dekhiye musalman 50 baras se reservation reservation mein phanse gaye hain hum ko reservation do</w:t>
      </w:r>
      <w:r>
        <w:br/>
      </w:r>
      <w:r>
        <w:rPr>
          <w:sz w:val="20"/>
        </w:rPr>
        <w:t>1:21:27  ye bahut hi mamooli cheez hai baal farz reservation de bhi diya jaye to us se community ko taraqqi</w:t>
      </w:r>
      <w:r>
        <w:br/>
      </w:r>
      <w:r>
        <w:rPr>
          <w:sz w:val="20"/>
        </w:rPr>
        <w:t>1:21:32  nahi hone wali hai</w:t>
      </w:r>
      <w:r>
        <w:br/>
      </w:r>
      <w:r>
        <w:rPr>
          <w:sz w:val="20"/>
        </w:rPr>
        <w:t>1:21:36  taraqqi hogi hard work se mehnat se is par zor dena chahiye sare leader bolte hain ab to</w:t>
      </w:r>
      <w:r>
        <w:br/>
      </w:r>
      <w:r>
        <w:rPr>
          <w:sz w:val="20"/>
        </w:rPr>
        <w:t>1:21:43  aj kal boli kam ho gayi hai 1947 ke baad main ne dekha ke sab ye boli bolte</w:t>
      </w:r>
      <w:r>
        <w:br/>
      </w:r>
      <w:r>
        <w:rPr>
          <w:sz w:val="20"/>
        </w:rPr>
        <w:t>1:21:48  the reservation do reservation do reservation do mujh ko chhod kar ke main kabhi bhi reservation ki himayat</w:t>
      </w:r>
      <w:r>
        <w:br/>
      </w:r>
      <w:r>
        <w:rPr>
          <w:sz w:val="20"/>
        </w:rPr>
        <w:t>1:21:53  nahi ki main ne</w:t>
      </w:r>
      <w:r>
        <w:br/>
      </w:r>
      <w:r>
        <w:rPr>
          <w:sz w:val="20"/>
        </w:rPr>
        <w:t>1:21:57  reservation se kuch bhi bas hal nahi hone wala na to milega aur mil jaye tab bhi kuch hone wala nahi hai community ko community ko jagaiye is ke andar spirit paida kijiye hard work ki mehnat karne ki to isi yeh hai ek ek travel cheez ko itna badhana chadhana reservation ko mein travel samajhta hoon mamooli cheez badhana chadhana badhana chadhana is ko itna zyada</w:t>
      </w:r>
      <w:r>
        <w:br/>
      </w:r>
      <w:r>
        <w:rPr>
          <w:sz w:val="20"/>
        </w:rPr>
        <w:t>1:22:24  aisi discrimination hai</w:t>
      </w:r>
      <w:r>
        <w:br/>
      </w:r>
      <w:r>
        <w:rPr>
          <w:sz w:val="20"/>
        </w:rPr>
        <w:t>1:22:26  sare log discrimination ki boli bolte hain koi ek waqia le lein kahin isi ko generalize karenge aur bas dekho discrimination hota hai dekho imtiyaz hota hai yeh bhi wahi hai mein ne dekhi choti si baat ko badhana chadh raha hoon aur bohat sari bari baton ko chhod dena</w:t>
      </w:r>
      <w:r>
        <w:br/>
      </w:r>
      <w:r>
        <w:rPr>
          <w:sz w:val="20"/>
        </w:rPr>
        <w:t>1:22:46  to mein ne paya ke beshtar log jo hain beshtar log jo hain travel matters mein phanse rehte hain aur bari bari baatein jo hain is mein na sochte na apne ko is mein involve karte yeh aam mizaj pata nahi kyun hai lekin hai yahi mizaj hamare mission mein hum yeh koshish karte hain ke yeh mizaj khatm ho travel cheezon ko focus mein na lein balke focus mein na bari bari cheezon ko</w:t>
      </w:r>
      <w:r>
        <w:br/>
      </w:r>
      <w:r>
        <w:rPr>
          <w:sz w:val="20"/>
        </w:rPr>
        <w:t>1:23:14  hamare mission mein Allah inshallah isi ki koshish ki jati hai Maulana der az a comment wich is kam bi for i move on to da next question i read the comment it is kam from miss shahida zaman delhi she is written Maulana sahib i am deeply touch by your discourses and speeches i very much appreciated the article on Islam in today times of India</w:t>
      </w:r>
    </w:p>
    <w:p>
      <w:pPr>
        <w:pStyle w:val="Heading2"/>
      </w:pPr>
      <w:r>
        <w:t>Basis for Closing Ijtihad and Its Revival</w:t>
      </w:r>
    </w:p>
    <w:p>
      <w:r>
        <w:rPr>
          <w:color w:val="666666"/>
          <w:sz w:val="18"/>
        </w:rPr>
        <w:t>Other · Q&amp;A 20 Nov 2011 Maulana Wahiduddin Khan · 5m 00s · at 26:54 · https://youtu.be/7sNDn8Y6jUc?t=1614</w:t>
      </w:r>
    </w:p>
    <w:p>
      <w:r>
        <w:rPr>
          <w:i/>
        </w:rPr>
        <w:t>“On what basis was the door to ijtihad closed by the ulema? How can Muslims be made to understand the importance of ijtihad now?”</w:t>
      </w:r>
    </w:p>
    <w:p>
      <w:r>
        <w:rPr>
          <w:sz w:val="20"/>
        </w:rPr>
        <w:t>26:54  Maulana, isi se related ek aur sawal kiya gaya hai Miss Naghma Siddiqui ne Delhi se. unhon ne likha hai. "On what basis was the door to ijtihad closed by the ulema?</w:t>
      </w:r>
      <w:r>
        <w:br/>
      </w:r>
      <w:r>
        <w:rPr>
          <w:sz w:val="20"/>
        </w:rPr>
        <w:t>27:05  How can Muslims be made to understand the importance of ijtihad now?"</w:t>
      </w:r>
      <w:r>
        <w:br/>
      </w:r>
      <w:r>
        <w:rPr>
          <w:sz w:val="20"/>
        </w:rPr>
        <w:t>27:11  khud sakhta ek ek khud sakhta mafroza. Supposition. ke kahin ghalti na ho jaye.</w:t>
      </w:r>
      <w:r>
        <w:br/>
      </w:r>
      <w:r>
        <w:rPr>
          <w:sz w:val="20"/>
        </w:rPr>
        <w:t>27:20  ye jo door band kiya gaya is khud sakhta mafroza ko le kar ke. kahin ghalti na ho jaye. bhayi ghalti ho jaye tab bhi to sawab milega.</w:t>
      </w:r>
      <w:r>
        <w:br/>
      </w:r>
      <w:r>
        <w:rPr>
          <w:sz w:val="20"/>
        </w:rPr>
        <w:t>27:30  to kis ko? yani ye logon ne jo kiya apne haq se aage ja kar kiya. jo darwaza Rasool Allah ne band nahi kiya wo aap kaun hote hain band karne wale?</w:t>
      </w:r>
      <w:r>
        <w:br/>
      </w:r>
      <w:r>
        <w:rPr>
          <w:sz w:val="20"/>
        </w:rPr>
        <w:t>27:40  kaun hote hain band karne wale aap ko? ek khadsha ko le kar ke ke sahib kahin ghalti na ho jaye. ghalti ho tab bhi to sawab bataya gaya hai.</w:t>
      </w:r>
      <w:r>
        <w:br/>
      </w:r>
      <w:r>
        <w:rPr>
          <w:sz w:val="20"/>
        </w:rPr>
        <w:t>27:49  to main dekh is hadith se sabit hota hai ke har haal mein ijtihad karo. albatta ye shart rahegi sath sath ke apne correction ke liye tayyar raho.</w:t>
      </w:r>
      <w:r>
        <w:br/>
      </w:r>
      <w:r>
        <w:rPr>
          <w:sz w:val="20"/>
        </w:rPr>
        <w:t>28:01  agar koi aadmi tum ko tokre to wo ghalti ko bataye to foran maan lo. I was wrong.</w:t>
      </w:r>
      <w:r>
        <w:br/>
      </w:r>
      <w:r>
        <w:rPr>
          <w:sz w:val="20"/>
        </w:rPr>
        <w:t>28:07  ijtihad sach puche to ijtihad. asal farq ye hai. yaad rakhiye. is aadmi ke liye ijtihad ain sawab hai jo is ke liye tayyar rehta ho ke us ki ghalti ko batai jaye to wo keh de I was wrong.</w:t>
      </w:r>
      <w:r>
        <w:br/>
      </w:r>
      <w:r>
        <w:rPr>
          <w:sz w:val="20"/>
        </w:rPr>
        <w:t>28:24  aur jo aadmi ka haal ye ho ke ijtihad karne ke baad ghalti na maney sarakashi kare us ki to puri zindagi hi gunah hai. ijtihad kiya?</w:t>
      </w:r>
      <w:r>
        <w:br/>
      </w:r>
      <w:r>
        <w:rPr>
          <w:sz w:val="20"/>
        </w:rPr>
        <w:t>28:34  us ko kuch bhi karne ka haq nahi hai. phir main repeat karunga ke ek aadmi ijtihad kare</w:t>
      </w:r>
      <w:r>
        <w:br/>
      </w:r>
      <w:r>
        <w:rPr>
          <w:sz w:val="20"/>
        </w:rPr>
        <w:t>28:41  aur wo ghalti kare aur jab toka jaye to na maney wo apni sarakashi dikhane lage us ke liye sar-ta-pa us ki zindagi gunah hai ijtihad ye nahi hai sab kuch uska gunah hai kyunke sarakashi maaf nahi hogi us ki</w:t>
      </w:r>
      <w:r>
        <w:br/>
      </w:r>
      <w:r>
        <w:rPr>
          <w:sz w:val="20"/>
        </w:rPr>
        <w:t>28:57  lekin jo aadmi ijtihad kare aur us ke sath tayyar ho ke jab bhi us ko ghalti batai jayegi daleel se daleel se to foran maan lega keh dega I was wrong to us ke liye ain sawab hai ijtihad to aap</w:t>
      </w:r>
      <w:r>
        <w:br/>
      </w:r>
      <w:r>
        <w:rPr>
          <w:sz w:val="20"/>
        </w:rPr>
        <w:t>29:14  ijtihad darwaza band karne ka koi haq nahi rakhte sirf ye kehna chahiye aap ko ke tum ijtihad karo lekin us ke liye bhi tayyar raho ke jab tum ko ghalti batai jaye tum maan lo apni ghalti yani etiraf ka jazba bhi apne andar develop karo bas.</w:t>
      </w:r>
      <w:r>
        <w:br/>
      </w:r>
      <w:r>
        <w:rPr>
          <w:sz w:val="20"/>
        </w:rPr>
        <w:t>29:34  Maulana Israr Khatib ne Chennai se likha hai ke ijtihad ke liye kya shariyat hai Maulana aap ne abhi bataya lekin wo ye bhi janna chahte hain ke is ke liye kya Quran aur hadith ka ilm zaruri hai ya nahi?</w:t>
      </w:r>
      <w:r>
        <w:br/>
      </w:r>
      <w:r>
        <w:rPr>
          <w:sz w:val="20"/>
        </w:rPr>
        <w:t>29:50  ijtihad ko ek ajib o gharib mani panah diye gaye hain. har cheez mein ijtihad hai. farz kijiye ke aap ate hain class mein shirkat karne ke liye.</w:t>
      </w:r>
      <w:r>
        <w:br/>
      </w:r>
      <w:r>
        <w:rPr>
          <w:sz w:val="20"/>
        </w:rPr>
        <w:t>30:01  aap ate hain to farz kijiye ke darwaza band hai. darwaza band hai jahan se aap enter hote hain. to wahan pe ijtihad hai.</w:t>
      </w:r>
      <w:r>
        <w:br/>
      </w:r>
      <w:r>
        <w:rPr>
          <w:sz w:val="20"/>
        </w:rPr>
        <w:t>30:10  ke ek to ye ke aap darwaza band hai wo loot gaye wapas. ek hai ke darwaza band hai socha aap ne ke kya karna chahiye to wo mobile uthaya. us ke baad hamare kisi aadmi ko aap ne telephone kar diya.</w:t>
      </w:r>
      <w:r>
        <w:br/>
      </w:r>
      <w:r>
        <w:rPr>
          <w:sz w:val="20"/>
        </w:rPr>
        <w:t>30:20  mister rajat ko kisi ko keh bhai aaj kya aaj kya baat hai? yeh ijtihad ho gaya.</w:t>
      </w:r>
      <w:r>
        <w:br/>
      </w:r>
      <w:r>
        <w:rPr>
          <w:sz w:val="20"/>
        </w:rPr>
        <w:t>30:26  ijtihad to ek aisi cheez hai jo har waqt jaari rehta hai. har waqt jaari rehta hai. ab yeh pani hai. farz kijiye ke pani thanda hai.</w:t>
      </w:r>
      <w:r>
        <w:br/>
      </w:r>
      <w:r>
        <w:rPr>
          <w:sz w:val="20"/>
        </w:rPr>
        <w:t>30:37  mera gale ka masla paida ho to thande pani se to main sochun ke bhai thanda pani nahi peena chahiye mujhe garam pani peena chahiye. to main kahun mujhe kehna chahiye ke bhai garam pani lao.</w:t>
      </w:r>
      <w:r>
        <w:br/>
      </w:r>
      <w:r>
        <w:rPr>
          <w:sz w:val="20"/>
        </w:rPr>
        <w:t>30:46  yeh bhi ijtihad hai.</w:t>
      </w:r>
      <w:r>
        <w:br/>
      </w:r>
      <w:r>
        <w:rPr>
          <w:sz w:val="20"/>
        </w:rPr>
        <w:t>30:48  ijtihad ko logon ne ajeeb o ghareeb ek cheez samajh liya hai. ijtihad ka talluq yaad rakhiye zindagi ke har masle se aur isi tarah se deeni masle se bhi hai.</w:t>
      </w:r>
      <w:r>
        <w:br/>
      </w:r>
      <w:r>
        <w:rPr>
          <w:sz w:val="20"/>
        </w:rPr>
        <w:t>31:00  dawat ke masle se bhi hai. Allah taala ne duniya ko jab is tarah banaya hai ke har lamha halaat badalte hain. nai situation create hoti hai.</w:t>
      </w:r>
      <w:r>
        <w:br/>
      </w:r>
      <w:r>
        <w:rPr>
          <w:sz w:val="20"/>
        </w:rPr>
        <w:t>31:09  naye naye tajurbe hote hain. Allah taala ne jab isi duniya banai hai</w:t>
      </w:r>
      <w:r>
        <w:br/>
      </w:r>
      <w:r>
        <w:rPr>
          <w:sz w:val="20"/>
        </w:rPr>
        <w:t>31:14  to iske baad ijtihad zaruri ho gaya. zaruri ho gaya ijtihad. ab aap farz kijiye aap gaye station aur train chhoot gayi.</w:t>
      </w:r>
      <w:r>
        <w:br/>
      </w:r>
      <w:r>
        <w:rPr>
          <w:sz w:val="20"/>
        </w:rPr>
        <w:t>31:27  woh bhi ijtihad hai ke wapas jaaun ghar ya agli train ka intezar karun?</w:t>
      </w:r>
      <w:r>
        <w:br/>
      </w:r>
      <w:r>
        <w:rPr>
          <w:sz w:val="20"/>
        </w:rPr>
        <w:t>31:32  to kaun hai darwaza band kare ijtihad ka? kis ko haq hai? jabke Allah taala ke kaise planning mein shamil hai ke ijtihad karo.</w:t>
      </w:r>
      <w:r>
        <w:br/>
      </w:r>
      <w:r>
        <w:rPr>
          <w:sz w:val="20"/>
        </w:rPr>
        <w:t>31:43  ijtihad karo. to main nahi samajhta ke yeh yeh iska koi bhi ma'qool</w:t>
      </w:r>
      <w:r>
        <w:br/>
      </w:r>
      <w:r>
        <w:rPr>
          <w:sz w:val="20"/>
        </w:rPr>
        <w:t>31:49  sab koi bata sakta hai.</w:t>
      </w:r>
    </w:p>
    <w:p>
      <w:pPr>
        <w:pStyle w:val="Heading2"/>
      </w:pPr>
      <w:r>
        <w:t>Clarification on Daba as Noah's Ark</w:t>
      </w:r>
    </w:p>
    <w:p>
      <w:r>
        <w:rPr>
          <w:color w:val="666666"/>
          <w:sz w:val="18"/>
        </w:rPr>
        <w:t>Other · Major Signs of Doomsday November 26, 2023 · 8m 32s · at 32:58 · https://youtu.be/pMRzFjrkWf4?t=1978</w:t>
      </w:r>
    </w:p>
    <w:p>
      <w:r>
        <w:rPr>
          <w:i/>
        </w:rPr>
        <w:t>“It is said that Daba is a sign before the End Times. Maulana Wahiduddin Khan has written in Al-Risala that it is the Ark of Noah. Could you please clarify this? It is a very important sign of the Day of Judgment, but people do not understand.”</w:t>
      </w:r>
    </w:p>
    <w:p>
      <w:r>
        <w:rPr>
          <w:sz w:val="20"/>
        </w:rPr>
        <w:t>32:58  ji. real qissa hai. ji. jazak Allah, apaa. apaa, agla sawal mein Dajjal ke relation mein poochna chahunga ke yeh bhi ek nishani batayi gayi hai, end of times ke aanay se pehle, emergency of Dajjal.</w:t>
      </w:r>
      <w:r>
        <w:br/>
      </w:r>
      <w:r>
        <w:rPr>
          <w:sz w:val="20"/>
        </w:rPr>
        <w:t>33:15  Maulana Wahiduddin Khan sahib ne Al-Risala mein is ko Hazrat Nuh (AS) ki kashti bataya hai. to mein chahunga ke is is ke bare mein bhi aap thoda wazeh karein.</w:t>
      </w:r>
      <w:r>
        <w:br/>
      </w:r>
      <w:r>
        <w:rPr>
          <w:sz w:val="20"/>
        </w:rPr>
        <w:t>33:27  yeh bohat hi important nishani hai qayamat ki. to Dajjal, lekin log samajhte nahi.</w:t>
      </w:r>
      <w:r>
        <w:br/>
      </w:r>
      <w:r>
        <w:rPr>
          <w:sz w:val="20"/>
        </w:rPr>
        <w:t>33:36  woh purane zamane ke lehaz se literal, woh ek to purana zamana tha, us mein bohat sari cheezein hamare samne thi nahi. aur doosre, woh samajhte the har cheez ko literal, yani ke literal samajhna cha rahe the, to woh samajh mein nahi aata tha.</w:t>
      </w:r>
      <w:r>
        <w:br/>
      </w:r>
      <w:r>
        <w:rPr>
          <w:sz w:val="20"/>
        </w:rPr>
        <w:t>33:52  to Dajjal ka mein sahi Muslim mein jo tashreeh likhi hui hai na, woh bohat ajeeb o ghareeb tashreeh hai. ji. ke bohat bara janwar Safa pahad se niklega, 60 gaz lamba uska sar hoga,</w:t>
      </w:r>
      <w:r>
        <w:br/>
      </w:r>
      <w:r>
        <w:rPr>
          <w:sz w:val="20"/>
        </w:rPr>
        <w:t>34:06  hathi ke jaise kaan, sing pahadi bakri jaisa, sina sher ka. ji. hath paon oont ke.</w:t>
      </w:r>
      <w:r>
        <w:br/>
      </w:r>
      <w:r>
        <w:rPr>
          <w:sz w:val="20"/>
        </w:rPr>
        <w:t>34:16  Hazrat Musa (AS) ka asaa aur Hazrat Suleman (AS) ki angoothi le kar woh woh aye ga, aur Musalman aur kafir ko soongh kar bata dega ke kaun sachay deen par hai,</w:t>
      </w:r>
      <w:r>
        <w:br/>
      </w:r>
      <w:r>
        <w:rPr>
          <w:sz w:val="20"/>
        </w:rPr>
        <w:t>34:27  kaun nahi hai. ji. ab aap sochiye, is ka kuch bhi aql se taluq nahi ke itna bara janwar nikal ke aye ga to sab log bhagenge.</w:t>
      </w:r>
      <w:r>
        <w:br/>
      </w:r>
      <w:r>
        <w:rPr>
          <w:sz w:val="20"/>
        </w:rPr>
        <w:t>34:38  woh kab soonghne ko is ko milega? yeh sab ko soonghega, phir bataye ga kaun kafir hai, kaun momin hai. ji. to Maulana ne is par bohat likha hai, balkay ek pamphlet bhi shaya hua tha.</w:t>
      </w:r>
      <w:r>
        <w:br/>
      </w:r>
      <w:r>
        <w:rPr>
          <w:sz w:val="20"/>
        </w:rPr>
        <w:t>34:50  ji. to ise English mein bhi aya</w:t>
      </w:r>
      <w:r>
        <w:br/>
      </w:r>
      <w:r>
        <w:rPr>
          <w:sz w:val="20"/>
        </w:rPr>
        <w:t>34:54  hai. to yeh sare jo alfaaz hote hain na, yeh symbolic hote hain.</w:t>
      </w:r>
      <w:r>
        <w:br/>
      </w:r>
      <w:r>
        <w:rPr>
          <w:sz w:val="20"/>
        </w:rPr>
        <w:t>35:00  to is mein Maulana ne likha hai ke jo Allah Ta'ala ki jo Sunnat al-Ibtila hai, jo ke har cheez par Allah Ta'ala ne veil of doubt rakha hai, yeh Surah Al-An'am mein verse nine.</w:t>
      </w:r>
      <w:r>
        <w:br/>
      </w:r>
      <w:r>
        <w:rPr>
          <w:sz w:val="20"/>
        </w:rPr>
        <w:t>35:15  to</w:t>
      </w:r>
      <w:r>
        <w:br/>
      </w:r>
      <w:r>
        <w:rPr>
          <w:sz w:val="20"/>
        </w:rPr>
        <w:t>35:16  kashti ke zariye jo Allah Ta'ala ne jo message diya hai insano ko, to woh ek disguised name hai Dajjal, kyunke kashti rengte rengte pani par chalti hai.</w:t>
      </w:r>
      <w:r>
        <w:br/>
      </w:r>
      <w:r>
        <w:rPr>
          <w:sz w:val="20"/>
        </w:rPr>
        <w:t>35:28  ji. to woh us ko disguise kiya jata tha. to is pe qanoon al-ibtila ki wajah se us ko Dajjal kaha gaya.</w:t>
      </w:r>
      <w:r>
        <w:br/>
      </w:r>
      <w:r>
        <w:rPr>
          <w:sz w:val="20"/>
        </w:rPr>
        <w:t>35:37  to jo hai Dajjal ke lafzi maani to rengne wale hain, creeper, aise jo bel hoti hai na, jo upar chadhti hai. ji. us ko bhi Dajjal kehte hain.</w:t>
      </w:r>
      <w:r>
        <w:br/>
      </w:r>
      <w:r>
        <w:rPr>
          <w:sz w:val="20"/>
        </w:rPr>
        <w:t>35:48  aur koi bhi cheez dheere dheere chal rahi ho, jaise train hi hai, bohat dheere dheere chal rahi ho, to us ko bhi Dajjal kaha jata hai. to Quran mein aya hai ke jab waqt aye ga to hum logon ke liye zameen se ek Dajjal nikalenge.</w:t>
      </w:r>
      <w:r>
        <w:br/>
      </w:r>
      <w:r>
        <w:rPr>
          <w:sz w:val="20"/>
        </w:rPr>
        <w:t>36:02  ab zameen se ek Dajjal nikalenge, zameen ke andar janwar mar nahi jayega,</w:t>
      </w:r>
      <w:r>
        <w:br/>
      </w:r>
      <w:r>
        <w:rPr>
          <w:sz w:val="20"/>
        </w:rPr>
        <w:t>36:06  zameen se kaise Dajjal niklega? ji. to yeh hai Surah Al-Naml mein aya hai. to jo hai is mein jab Hazrat Nuh (AS) bohat bare paighambar the, to unhon ne taqreeban nau sau saal tak Khuda ka paigham pohanchaya, lekin logon ne un ka paigham nahi mana.</w:t>
      </w:r>
      <w:r>
        <w:br/>
      </w:r>
      <w:r>
        <w:rPr>
          <w:sz w:val="20"/>
        </w:rPr>
        <w:t>36:29  to jab prophet ehitmam-e-hujjat kar de aur uska paigham na maana jaaye, phir Allah taala pehle to warning deta hai, jaise yeh aaj kal jo sab ho raha hai na, global warming waghera, yeh sab warning hai.</w:t>
      </w:r>
      <w:r>
        <w:br/>
      </w:r>
      <w:r>
        <w:rPr>
          <w:sz w:val="20"/>
        </w:rPr>
        <w:t>36:44  ji. to pehle to warning deta hai, phir azaab aata hai.</w:t>
      </w:r>
      <w:r>
        <w:br/>
      </w:r>
      <w:r>
        <w:rPr>
          <w:sz w:val="20"/>
        </w:rPr>
        <w:t>36:48  to isi tareeqe se Hazrat Nuh (AS) ke zamane mein jo sailab aaya, to woh in logon ne jo Hazrat Nuh (AS) ko thukra diya, reject kar diya, to is wajah se Allah taala ne woh saara jo hai, unko poori nasal ko khatam kar diya ke ab nayi nasal paida hogi aur is mein se log niklenge jo Allah taala ki ibaadat karenge.</w:t>
      </w:r>
      <w:r>
        <w:br/>
      </w:r>
      <w:r>
        <w:rPr>
          <w:sz w:val="20"/>
        </w:rPr>
        <w:t>37:15  to is mein jo hai, is mein jo hai, bolne kehte hain, woh kalam karega. to kalam bhi wohi symbolic language hai.</w:t>
      </w:r>
      <w:r>
        <w:br/>
      </w:r>
      <w:r>
        <w:rPr>
          <w:sz w:val="20"/>
        </w:rPr>
        <w:t>37:24  matlab woh kashti jo hai, woh khud ba khud is shahadat degi ke ek paighambar aaya tha aur logon ne is ko reject kiya, to Allah taala ne palat bheja aur sab khatam ho gaye.</w:t>
      </w:r>
      <w:r>
        <w:br/>
      </w:r>
      <w:r>
        <w:rPr>
          <w:sz w:val="20"/>
        </w:rPr>
        <w:t>37:36  to ab woh jo tha, kyunke insaan ko is duniya mein ek creation plan ke tehat paida</w:t>
      </w:r>
      <w:r>
        <w:br/>
      </w:r>
      <w:r>
        <w:rPr>
          <w:sz w:val="20"/>
        </w:rPr>
        <w:t>37:43  kiya gaya hai, yun hi nahi ke at drink and be merry. ji. to woh creation plan ke tehat paida kiya gaya hai. to woh ek poora reminder hai ke creation plan ke tehat paida kiya gaya tha, bar bar rasool bheje gaye, lekin unhone Khuda ko paigham ko radd kar diya.</w:t>
      </w:r>
      <w:r>
        <w:br/>
      </w:r>
      <w:r>
        <w:rPr>
          <w:sz w:val="20"/>
        </w:rPr>
        <w:t>38:01  to is wajah se woh flood aaya aur sab khatam kar diye gaye.</w:t>
      </w:r>
      <w:r>
        <w:br/>
      </w:r>
      <w:r>
        <w:rPr>
          <w:sz w:val="20"/>
        </w:rPr>
        <w:t>38:05  to yahi jo hai sabak ab is se mila, kyunke woh kashti jo hai, woh Iraq mein jo Mesopotamia ka jo ilaaqa tha, wahan se gayi thi upar Turkey ke upar Koh Ararat.</w:t>
      </w:r>
      <w:r>
        <w:br/>
      </w:r>
      <w:r>
        <w:rPr>
          <w:sz w:val="20"/>
        </w:rPr>
        <w:t>38:23  ji. Ararat ek pahad hai aur Turkey jaante hain, aap bahut thanda ilaaqa hai, to wahan bahut barf hai.</w:t>
      </w:r>
      <w:r>
        <w:br/>
      </w:r>
      <w:r>
        <w:rPr>
          <w:sz w:val="20"/>
        </w:rPr>
        <w:t>38:29  to wahan par sab log musafir jo the, utar gaye, phir barf itna barf bari hui ke woh is mein barf mein woh dab gayi.</w:t>
      </w:r>
      <w:r>
        <w:br/>
      </w:r>
      <w:r>
        <w:rPr>
          <w:sz w:val="20"/>
        </w:rPr>
        <w:t>38:38  to us ke baad jo barf mein koi cheez dabi rehti hai, to kimiyaai amal ke tehat woh fossil ban jaati hai, to bilkul pathar ki shakal ho jaati hai, to woh kharab nahi hoti phir.</w:t>
      </w:r>
      <w:r>
        <w:br/>
      </w:r>
      <w:r>
        <w:rPr>
          <w:sz w:val="20"/>
        </w:rPr>
        <w:t>38:51  ji. to is tareeqe se woh jo hai, woh pathar ban gayi. aur jab global warming hui to us ke baad kya hua ke woh dheere dheere barf pighalne laga, barf pighalne laga to woh dikhne lagi.</w:t>
      </w:r>
      <w:r>
        <w:br/>
      </w:r>
      <w:r>
        <w:rPr>
          <w:sz w:val="20"/>
        </w:rPr>
        <w:t>39:04  woh</w:t>
      </w:r>
      <w:r>
        <w:br/>
      </w:r>
      <w:r>
        <w:rPr>
          <w:sz w:val="20"/>
        </w:rPr>
        <w:t>39:05  to kuch pilots ne dekha, kyunke Bible mein bhi bahut detail mein hai Nuh ki, Nuh ki kashti ke bare mein.</w:t>
      </w:r>
      <w:r>
        <w:br/>
      </w:r>
      <w:r>
        <w:rPr>
          <w:sz w:val="20"/>
        </w:rPr>
        <w:t>39:14  to pilots ne dekha, jo ke Christian rahe honge, to unko woh similarity nazar aayi ke jo mentioned hai Bible mein, to yeh wahi kashti nazar aa rahi hai.</w:t>
      </w:r>
      <w:r>
        <w:br/>
      </w:r>
      <w:r>
        <w:rPr>
          <w:sz w:val="20"/>
        </w:rPr>
        <w:t>39:24  phir ek bahut badi team Yahudi, Isai, scholars ki, bahut badi, taqreeban sau log wahan gaye aur is ko poora unhone carbon dating waghera se saara check kiya.</w:t>
      </w:r>
      <w:r>
        <w:br/>
      </w:r>
      <w:r>
        <w:rPr>
          <w:sz w:val="20"/>
        </w:rPr>
        <w:t>39:35  to unhone taqreeban 99.9 feesad kaha ke yeh wahi kashti hai. ji. to is tareeqe se ek woh Allah taala ne ek theoretical evidence to hota hi tha,</w:t>
      </w:r>
      <w:r>
        <w:br/>
      </w:r>
      <w:r>
        <w:rPr>
          <w:sz w:val="20"/>
        </w:rPr>
        <w:t>39:50  paigām lāte the vah aur mesenjars, to vah thīoriṭikal evīḍens hotā thā.</w:t>
      </w:r>
      <w:r>
        <w:br/>
      </w:r>
      <w:r>
        <w:rPr>
          <w:sz w:val="20"/>
        </w:rPr>
        <w:t>39:57  allāh taʿālā ne ek maṭīriyal evīḍens bhī</w:t>
      </w:r>
      <w:r>
        <w:br/>
      </w:r>
      <w:r>
        <w:rPr>
          <w:sz w:val="20"/>
        </w:rPr>
        <w:t>40:01  prizarv kar diyā tāki jab āindah logoñ ko jab vah sāmane āege to vah jis ko kahte</w:t>
      </w:r>
      <w:r>
        <w:br/>
      </w:r>
      <w:r>
        <w:rPr>
          <w:sz w:val="20"/>
        </w:rPr>
        <w:t>40:07  haiñ zabān hāl se bolege ki in logoñ ke sāth aisā huā thā aur ab tum log</w:t>
      </w:r>
      <w:r>
        <w:br/>
      </w:r>
      <w:r>
        <w:rPr>
          <w:sz w:val="20"/>
        </w:rPr>
        <w:t>40:12  jo hai ā jāo rāh rāst par varna qayāmat kā ʿazāb āege aur sāre log khatm kar</w:t>
      </w:r>
      <w:r>
        <w:br/>
      </w:r>
      <w:r>
        <w:rPr>
          <w:sz w:val="20"/>
        </w:rPr>
        <w:t>40:20  diyā jāeñge.</w:t>
      </w:r>
      <w:r>
        <w:br/>
      </w:r>
      <w:r>
        <w:rPr>
          <w:sz w:val="20"/>
        </w:rPr>
        <w:t>40:22  to woh kashti jo hai bahut saari baatein batati hai ke insaan ko ek creation plan ke tehat Allah taala ne paida kiya hai, aise hi nahi paida kar diya gaya hai.</w:t>
      </w:r>
      <w:r>
        <w:br/>
      </w:r>
      <w:r>
        <w:rPr>
          <w:sz w:val="20"/>
        </w:rPr>
        <w:t>40:31  to woh ek jo hai, ek kashti jo hai, ek undeniable evidence ho gayi ke insaan is ko deny nahi kar sakta.</w:t>
      </w:r>
      <w:r>
        <w:br/>
      </w:r>
      <w:r>
        <w:rPr>
          <w:sz w:val="20"/>
        </w:rPr>
        <w:t>40:41  pehla kya tha? log mazhabi cheezon ko kahani qissa samajhte the</w:t>
      </w:r>
      <w:r>
        <w:br/>
      </w:r>
      <w:r>
        <w:rPr>
          <w:sz w:val="20"/>
        </w:rPr>
        <w:t>40:45  , legend samajhte the, lekin kashti se pata chala ke woh legend nahi tha, woh real waqia tha. to yeh bahut badi cheez thi jo Allah taala ne aaj ke logon ke liye ek historical reminder bana diya ke ab aakhri waqt aa gaya hai,</w:t>
      </w:r>
      <w:r>
        <w:br/>
      </w:r>
      <w:r>
        <w:rPr>
          <w:sz w:val="20"/>
        </w:rPr>
        <w:t>41:05  toofan aane wala hai aur tum log jo hai ab se apne aap ko sudharo, islaah karo. aur kyunke is ke baad to bas ab Surah Israfeel hai aur us waqt phir amal ka waqt khatam ho jayega.</w:t>
      </w:r>
      <w:r>
        <w:br/>
      </w:r>
      <w:r>
        <w:rPr>
          <w:sz w:val="20"/>
        </w:rPr>
        <w:t>41:19  abhi bhi amal ka waqt hai, kehte hain jab tak suraj pashim se nahi nikal aayega, tab tak hamari paas amal ka waqt hai aur hamari tauba qubool hogi.</w:t>
      </w:r>
    </w:p>
    <w:p>
      <w:pPr>
        <w:pStyle w:val="Heading2"/>
      </w:pPr>
      <w:r>
        <w:t>Developing a new theory of international relations</w:t>
      </w:r>
    </w:p>
    <w:p>
      <w:r>
        <w:rPr>
          <w:color w:val="666666"/>
          <w:sz w:val="18"/>
        </w:rPr>
        <w:t>Other · The Message of Eid Al-Adha November 6, 2011 Maulana Wahiduddin Khan · 6m 58s · at 57:39 · https://youtu.be/y59PU_RD2cg?t=3459</w:t>
      </w:r>
    </w:p>
    <w:p>
      <w:r>
        <w:rPr>
          <w:i/>
        </w:rPr>
        <w:t>“My area of interest is theory and practice of international relations. I have done many courses on research methods as well as on theory at master's, MPhil, and PhD level. But I am confused about all political and social theories because all theories have faced serious rebuttals. I want to develop a new theory of international relations that may satisfy the readers of my discipline. And if I succeed in my task of doing so, it would be a miracle for my discipline, as intellectuals say it is impossible.”</w:t>
      </w:r>
    </w:p>
    <w:p>
      <w:r>
        <w:rPr>
          <w:sz w:val="20"/>
        </w:rPr>
        <w:t>57:39  Maulana, yeh sawal kiya hai Mr. Tasawwur Hussain ne. Unhon ne yeh sawal London se likha hai. Unhon ne likha hai ke "My area of interest is theory and practice of international relations.</w:t>
      </w:r>
      <w:r>
        <w:br/>
      </w:r>
      <w:r>
        <w:rPr>
          <w:sz w:val="20"/>
        </w:rPr>
        <w:t>57:53  I have done many courses on research methods as well as on theory at master's, MPhil, and PhD level. But I am confused about all political and social theories because all theories have faced serious rebuttals.</w:t>
      </w:r>
      <w:r>
        <w:br/>
      </w:r>
      <w:r>
        <w:rPr>
          <w:sz w:val="20"/>
        </w:rPr>
        <w:t>58:09  I want to develop a new theory of international relations that may satisfy the readers of my discipline. And if I succeed in my task of doing so, it would be a miracle for my discipline, as intellectuals say it is impossible to predict human beings.</w:t>
      </w:r>
      <w:r>
        <w:br/>
      </w:r>
      <w:r>
        <w:rPr>
          <w:sz w:val="20"/>
        </w:rPr>
        <w:t>58:28  But I have listened to almost hundred videos of yours in which you have frequently used the words like natural law or law of nature.</w:t>
      </w:r>
      <w:r>
        <w:br/>
      </w:r>
      <w:r>
        <w:rPr>
          <w:sz w:val="20"/>
        </w:rPr>
        <w:t>58:38  Can you please guide me and please help me out in this formative phase of my intellectual journey? Maulana sahib, my question is: what does the Quran say about human beings?</w:t>
      </w:r>
      <w:r>
        <w:br/>
      </w:r>
      <w:r>
        <w:rPr>
          <w:sz w:val="20"/>
        </w:rPr>
        <w:t>58:50  Are they being governed by some law of nature or are they free? I mean, if they are free, then we can neither understand them nor predict about them.</w:t>
      </w:r>
      <w:r>
        <w:br/>
      </w:r>
      <w:r>
        <w:rPr>
          <w:sz w:val="20"/>
        </w:rPr>
        <w:t>59:02  And if they are being governed, then is there any clue in the Quran which helps us to understand human species fully and explain their behavior by objective laws of nature?"</w:t>
      </w:r>
      <w:r>
        <w:br/>
      </w:r>
      <w:r>
        <w:rPr>
          <w:sz w:val="20"/>
        </w:rPr>
        <w:t>59:20  Is ke bare mein hamari kitab mein kafi matter maujood hai.</w:t>
      </w:r>
      <w:r>
        <w:br/>
      </w:r>
      <w:r>
        <w:rPr>
          <w:sz w:val="20"/>
        </w:rPr>
        <w:t>59:26  Is ka khulasa yeh hai ke</w:t>
      </w:r>
      <w:r>
        <w:br/>
      </w:r>
      <w:r>
        <w:rPr>
          <w:sz w:val="20"/>
        </w:rPr>
        <w:t>59:31  ke Qur'an ne is jo nature hai, us ko bator role model ke pesh kiya hai. Nature barah-e-rast taur par law of divine law se govern ho rahi hai.</w:t>
      </w:r>
      <w:r>
        <w:br/>
      </w:r>
      <w:r>
        <w:rPr>
          <w:sz w:val="20"/>
        </w:rPr>
        <w:t>59:50  Us ko koi choice nahi hai, yani freedom of choice nahi hai. Lekin same is recorded by Aiman.</w:t>
      </w:r>
      <w:r>
        <w:br/>
      </w:r>
      <w:r>
        <w:rPr>
          <w:sz w:val="20"/>
        </w:rPr>
        <w:t>1:00:02  Is tarah ke hum baqi dunya jis tarah follow kar rahi hai divine law ko under cooperation, hum isi ko follow karein apne aazad irade se.</w:t>
      </w:r>
      <w:r>
        <w:br/>
      </w:r>
      <w:r>
        <w:rPr>
          <w:sz w:val="20"/>
        </w:rPr>
        <w:t>1:00:16  Jaise misal ke taur par dekhiye, sitaron ki dunya hai. Qur'an mein bataya gaya hai ke sitaron ko dekho, woh move kar rahe hain barabar lekin un mein takrao nahi hai.</w:t>
      </w:r>
      <w:r>
        <w:br/>
      </w:r>
      <w:r>
        <w:rPr>
          <w:sz w:val="20"/>
        </w:rPr>
        <w:t>1:00:32  Ek ek sitara doosre sitare se takrata nahi hai. Is ka matlab kya hua? Ek model hai yeh ke aap apni activities ko is tarah se organize karein ke doosre se aap na takrain.</w:t>
      </w:r>
      <w:r>
        <w:br/>
      </w:r>
      <w:r>
        <w:rPr>
          <w:sz w:val="20"/>
        </w:rPr>
        <w:t>1:00:46  To is sitaron ka jo model hai, space mein phaila hua, woh yahi hai ke to mein har ek apni apni, yani woh har ek apne apne order orbit pe ghoomta hai.</w:t>
      </w:r>
      <w:r>
        <w:br/>
      </w:r>
      <w:r>
        <w:rPr>
          <w:sz w:val="20"/>
        </w:rPr>
        <w:t>1:01:03  Kul fi falakiyat apne apne orbit orbit se cross kar ke doosre ja takrata nahi hai.</w:t>
      </w:r>
      <w:r>
        <w:br/>
      </w:r>
      <w:r>
        <w:rPr>
          <w:sz w:val="20"/>
        </w:rPr>
        <w:t>1:01:11  To yeh ek model hai lekin woh us model par amal kar rahe hain, yani under compulsion. Wohi insan se matloob hai by choice ke aap apni zindagi ki sar'garmiyan is tarah organize karein ke aap apne dayre mein rahein,</w:t>
      </w:r>
      <w:r>
        <w:br/>
      </w:r>
      <w:r>
        <w:rPr>
          <w:sz w:val="20"/>
        </w:rPr>
        <w:t>1:01:35  doosre ke daire mein daakhil na hon.</w:t>
      </w:r>
      <w:r>
        <w:br/>
      </w:r>
      <w:r>
        <w:rPr>
          <w:sz w:val="20"/>
        </w:rPr>
        <w:t>1:01:38  is ko misaal ke taur par hadees mein bataya gaya hai ke momin ki misaal aisi hai jaise rassi mein bandha hua ghoda.</w:t>
      </w:r>
      <w:r>
        <w:br/>
      </w:r>
      <w:r>
        <w:rPr>
          <w:sz w:val="20"/>
        </w:rPr>
        <w:t>1:01:48  to is mein hai ke jitni lambi rassi hoti hai, usi ke daire mein woh ghoomta hai,</w:t>
      </w:r>
      <w:r>
        <w:br/>
      </w:r>
      <w:r>
        <w:rPr>
          <w:sz w:val="20"/>
        </w:rPr>
        <w:t>1:01:56  usi ke daire mein ghoomta hai, is se bahar nahi ja pata.</w:t>
      </w:r>
      <w:r>
        <w:br/>
      </w:r>
      <w:r>
        <w:rPr>
          <w:sz w:val="20"/>
        </w:rPr>
        <w:t>1:02:00  to kaha ke insaan ko chahiye ke woh ek divine rassi apne ko mein apne aap ko baandh le. woh divine rassi jahan tak koi jaane deti hai, wahan tak jaaye, is se aage na jaaye.</w:t>
      </w:r>
      <w:r>
        <w:br/>
      </w:r>
      <w:r>
        <w:rPr>
          <w:sz w:val="20"/>
        </w:rPr>
        <w:t>1:02:13  misalan azaadi aap ko is baat ki azaadi hai ke aap bolen, magar is baat ki azaadi nahi ke aap logon ko gaali den.</w:t>
      </w:r>
      <w:r>
        <w:br/>
      </w:r>
      <w:r>
        <w:rPr>
          <w:sz w:val="20"/>
        </w:rPr>
        <w:t>1:02:24  aap ko is ki azaadi hai ke aap apne haath paon ko chalaen, is baat is ki azaadi nahi ke aap logon ko maaren.</w:t>
      </w:r>
      <w:r>
        <w:br/>
      </w:r>
      <w:r>
        <w:rPr>
          <w:sz w:val="20"/>
        </w:rPr>
        <w:t>1:02:31  aap ko is ki azaadi hai ke aap business karen, magar is ki azaadi nahi ke aap logon ko expect karne lagen. to nature mein jo cheez, yaani divine law ke tehat hai, wahi insaan se matloob hai apne ikhtiyar ke saath.</w:t>
      </w:r>
      <w:r>
        <w:br/>
      </w:r>
      <w:r>
        <w:rPr>
          <w:sz w:val="20"/>
        </w:rPr>
        <w:t>1:02:52  yeh poore nature ko Allah taala ne bator model pesh</w:t>
      </w:r>
      <w:r>
        <w:br/>
      </w:r>
      <w:r>
        <w:rPr>
          <w:sz w:val="20"/>
        </w:rPr>
        <w:t>1:02:57  kiya hai. misalan dekhiye, gulab ke phool ko dekhiye. phool hai to usi branch mein kaanta bhi hai. to kaha ke phool jo hai, kaante ke saath reh raha hai, koi protest nahi, koi shikayat nahi karta.</w:t>
      </w:r>
      <w:r>
        <w:br/>
      </w:r>
      <w:r>
        <w:rPr>
          <w:sz w:val="20"/>
        </w:rPr>
        <w:t>1:03:12  to aap ko is duniya mein is tarah rehna hai ke doosre logon ko aap se shikayat kar ke, protest kar ke, takra kar na rahen, balkeh avoid kar ke rahen.</w:t>
      </w:r>
      <w:r>
        <w:br/>
      </w:r>
      <w:r>
        <w:rPr>
          <w:sz w:val="20"/>
        </w:rPr>
        <w:t>1:03:23  yaani phool ne avoid karne ki policy ikhtiyar ki hai, kaante se takrata nahi woh. to woh to aisa kar raha hai divine law ke tehat, insaan karega by choice.</w:t>
      </w:r>
      <w:r>
        <w:br/>
      </w:r>
      <w:r>
        <w:rPr>
          <w:sz w:val="20"/>
        </w:rPr>
        <w:t>1:03:36  aise hi aap dekhiye, cow ko dekhiye, gaaye ko dekhiye. gaaye kya karti hai? aap us ko ghaas dete hain aur woh milk lotati hai.</w:t>
      </w:r>
      <w:r>
        <w:br/>
      </w:r>
      <w:r>
        <w:rPr>
          <w:sz w:val="20"/>
        </w:rPr>
        <w:t>1:03:49  to yeh kya hai?</w:t>
      </w:r>
      <w:r>
        <w:br/>
      </w:r>
      <w:r>
        <w:rPr>
          <w:sz w:val="20"/>
        </w:rPr>
        <w:t>1:03:50  Cow is a divine industry to convert non-milk into milk. aise hi aap rahen apne mahaul mein is tarah se ke aap ko negative experience ho, us ko aap convert karen positive experience mein.</w:t>
      </w:r>
      <w:r>
        <w:br/>
      </w:r>
      <w:r>
        <w:rPr>
          <w:sz w:val="20"/>
        </w:rPr>
        <w:t>1:04:09  yaani aap ki positivity kabhi khatm na hone paaye.</w:t>
      </w:r>
      <w:r>
        <w:br/>
      </w:r>
      <w:r>
        <w:rPr>
          <w:sz w:val="20"/>
        </w:rPr>
        <w:t>1:04:15  yaani negative experience ke darmiyan positive ban kar rehna, yeh lesson de rahi hai cow aap ko. to poora nature aap ko sabak de raha hai.</w:t>
      </w:r>
      <w:r>
        <w:br/>
      </w:r>
      <w:r>
        <w:rPr>
          <w:sz w:val="20"/>
        </w:rPr>
        <w:t>1:04:25  yeh itna hi farq hai ke nature mein woh cheez divine law ke tehat hai, under compulsion, aur insaan by choice isi tareeqe ko ikhtiyar karta hai.</w:t>
      </w:r>
    </w:p>
    <w:p>
      <w:pPr>
        <w:pStyle w:val="Heading2"/>
      </w:pPr>
      <w:r>
        <w:t>Method of raze marjoo by jurists</w:t>
      </w:r>
    </w:p>
    <w:p>
      <w:r>
        <w:rPr>
          <w:color w:val="666666"/>
          <w:sz w:val="18"/>
        </w:rPr>
        <w:t>Other · Wisdom of Hadith Maulana Wahiduddin Khan February 23, 2014 · 6m 24s · at 1:10:19 · https://youtu.be/5E_MIQpToK4?t=4219</w:t>
      </w:r>
    </w:p>
    <w:p>
      <w:r>
        <w:rPr>
          <w:i/>
        </w:rPr>
        <w:t>“Explain the method of 'raze marjoo' that the jurists adopted, given that their era was the Abbasid period.”</w:t>
      </w:r>
    </w:p>
    <w:p>
      <w:r>
        <w:rPr>
          <w:sz w:val="20"/>
        </w:rPr>
        <w:t>1:10:19  Maulana, agla sawal kya hai Qazi Nisar Ahmed sahib ne Jammu se.</w:t>
      </w:r>
      <w:r>
        <w:br/>
      </w:r>
      <w:r>
        <w:rPr>
          <w:sz w:val="20"/>
        </w:rPr>
        <w:t>1:10:24  unhon ne likha hai: "Fuqaha ne raaz marjoo ka tareeqa jo ikhtiyar kiya hai, us ke bare mein</w:t>
      </w:r>
      <w:r>
        <w:br/>
      </w:r>
      <w:r>
        <w:rPr>
          <w:sz w:val="20"/>
        </w:rPr>
        <w:t>1:10:32  batain." Dekhein, yeh masla yeh hai ke fuqaha ka daur hai Abbasi daur.</w:t>
      </w:r>
      <w:r>
        <w:br/>
      </w:r>
      <w:r>
        <w:rPr>
          <w:sz w:val="20"/>
        </w:rPr>
        <w:t>1:10:37  Abbasi daur to hadithon ne is zamane mein jab phailin to isi zamane mein mass conversion bhi hua.</w:t>
      </w:r>
      <w:r>
        <w:br/>
      </w:r>
      <w:r>
        <w:rPr>
          <w:sz w:val="20"/>
        </w:rPr>
        <w:t>1:10:45  mass conversion kyunke dekhein, Roman Empire jo hai, wahan par Musalmanon ka dabdaba ho gaya, Sasanian Empire par</w:t>
      </w:r>
      <w:r>
        <w:br/>
      </w:r>
      <w:r>
        <w:rPr>
          <w:sz w:val="20"/>
        </w:rPr>
        <w:t>1:10:53  ho gaya, to beshumar log Islam mein dakhil ho gaye.</w:t>
      </w:r>
      <w:r>
        <w:br/>
      </w:r>
      <w:r>
        <w:rPr>
          <w:sz w:val="20"/>
        </w:rPr>
        <w:t>1:10:57  mass conversion hua to woh log masla poochte the.</w:t>
      </w:r>
      <w:r>
        <w:br/>
      </w:r>
      <w:r>
        <w:rPr>
          <w:sz w:val="20"/>
        </w:rPr>
        <w:t>1:11:01  to ab jab masla poochte the, woh ulama ke paas aate the to ulama ka koi jawab dena</w:t>
      </w:r>
      <w:r>
        <w:br/>
      </w:r>
      <w:r>
        <w:rPr>
          <w:sz w:val="20"/>
        </w:rPr>
        <w:t>1:11:09  tha sahaba ki jo riwayatein thin, us ko le kar ke.</w:t>
      </w:r>
      <w:r>
        <w:br/>
      </w:r>
      <w:r>
        <w:rPr>
          <w:sz w:val="20"/>
        </w:rPr>
        <w:t>1:11:14  to us waqt logon ne dekha ke sahaba ki jo riwayatein aap ko pahunch rahi hain, us mein</w:t>
      </w:r>
      <w:r>
        <w:br/>
      </w:r>
      <w:r>
        <w:rPr>
          <w:sz w:val="20"/>
        </w:rPr>
        <w:t>1:11:21  farq hai.</w:t>
      </w:r>
      <w:r>
        <w:br/>
      </w:r>
      <w:r>
        <w:rPr>
          <w:sz w:val="20"/>
        </w:rPr>
        <w:t>1:11:23  yani ek hi rang par nahi hai, yani pattern ek nahi hai, pattern ek nahi hai.</w:t>
      </w:r>
      <w:r>
        <w:br/>
      </w:r>
      <w:r>
        <w:rPr>
          <w:sz w:val="20"/>
        </w:rPr>
        <w:t>1:11:30  bohat se pattern mein bohat se farq mein is ikhtilaf nahi kahunga, farq difference kahunga.</w:t>
      </w:r>
      <w:r>
        <w:br/>
      </w:r>
      <w:r>
        <w:rPr>
          <w:sz w:val="20"/>
        </w:rPr>
        <w:t>1:11:37  to misaal ke tor par dekhen, hum khare hote hain namaz mein to qari imam jo hai, wo</w:t>
      </w:r>
      <w:r>
        <w:br/>
      </w:r>
      <w:r>
        <w:rPr>
          <w:sz w:val="20"/>
        </w:rPr>
        <w:t>1:11:45  qirat karta hai isha, yani maghrib ki aur isha ke aur fajar ki namaz mein zor se.</w:t>
      </w:r>
      <w:r>
        <w:br/>
      </w:r>
      <w:r>
        <w:rPr>
          <w:sz w:val="20"/>
        </w:rPr>
        <w:t>1:11:52  to musalle peeche jo hote hain, wo chup chap suntay rehtay hain.</w:t>
      </w:r>
      <w:r>
        <w:br/>
      </w:r>
      <w:r>
        <w:rPr>
          <w:sz w:val="20"/>
        </w:rPr>
        <w:t>1:11:57  to ab ek ek ek ek rawi ek sahabi se riwayat pohnchi logon ko.</w:t>
      </w:r>
      <w:r>
        <w:br/>
      </w:r>
      <w:r>
        <w:rPr>
          <w:sz w:val="20"/>
        </w:rPr>
        <w:t>1:12:03  unhon ne kaha ke is walay ne farmaya tha ke "la salata illa bi fatihat al kitab, la salata illa</w:t>
      </w:r>
      <w:r>
        <w:br/>
      </w:r>
      <w:r>
        <w:rPr>
          <w:sz w:val="20"/>
        </w:rPr>
        <w:t>1:12:11  bi fatihat al kitab" ke surah fatiha na parha jaye to namazi nahi hogi.</w:t>
      </w:r>
      <w:r>
        <w:br/>
      </w:r>
      <w:r>
        <w:rPr>
          <w:sz w:val="20"/>
        </w:rPr>
        <w:t>1:12:16  ab yeh hadith samnay aayi to log jo hain, ab jab neeche peeche namaz parh rahay hain to</w:t>
      </w:r>
      <w:r>
        <w:br/>
      </w:r>
      <w:r>
        <w:rPr>
          <w:sz w:val="20"/>
        </w:rPr>
        <w:t>1:12:24  jab to muqtadi kiya karen? imam to qirat kar raha hai, muqtadi kiya karen? to aap yahan par</w:t>
      </w:r>
      <w:r>
        <w:br/>
      </w:r>
      <w:r>
        <w:rPr>
          <w:sz w:val="20"/>
        </w:rPr>
        <w:t>1:12:31  bas huien, bas huien, bas huien.</w:t>
      </w:r>
      <w:r>
        <w:br/>
      </w:r>
      <w:r>
        <w:rPr>
          <w:sz w:val="20"/>
        </w:rPr>
        <w:t>1:12:34  to yeh hua ke jab aap sirri namaz hai, jaisay asar aur maghrib hai, to is mein aap</w:t>
      </w:r>
      <w:r>
        <w:br/>
      </w:r>
      <w:r>
        <w:rPr>
          <w:sz w:val="20"/>
        </w:rPr>
        <w:t>1:12:42  chup chap parh len, dheeray dheeray.</w:t>
      </w:r>
      <w:r>
        <w:br/>
      </w:r>
      <w:r>
        <w:rPr>
          <w:sz w:val="20"/>
        </w:rPr>
        <w:t>1:12:44  to sawal yeh hua ke jab wo qirat kar raha hai, tab kiya karen? tab kiya? tab bhi</w:t>
      </w:r>
      <w:r>
        <w:br/>
      </w:r>
      <w:r>
        <w:rPr>
          <w:sz w:val="20"/>
        </w:rPr>
        <w:t>1:12:52  yeh hua ke dheeray dheeray parh lo, tezi se parh lo.</w:t>
      </w:r>
      <w:r>
        <w:br/>
      </w:r>
      <w:r>
        <w:rPr>
          <w:sz w:val="20"/>
        </w:rPr>
        <w:t>1:12:57  yeh sab ikhtilafat be maani thay, bilkul be maani thay.</w:t>
      </w:r>
      <w:r>
        <w:br/>
      </w:r>
      <w:r>
        <w:rPr>
          <w:sz w:val="20"/>
        </w:rPr>
        <w:t>1:13:01  is liye ke seedhi si baat thi ke jab imam qirat nahi kar raha hai to aap khamoshi</w:t>
      </w:r>
      <w:r>
        <w:br/>
      </w:r>
      <w:r>
        <w:rPr>
          <w:sz w:val="20"/>
        </w:rPr>
        <w:t>1:13:09  se ab parh lijiyay.</w:t>
      </w:r>
      <w:r>
        <w:br/>
      </w:r>
      <w:r>
        <w:rPr>
          <w:sz w:val="20"/>
        </w:rPr>
        <w:t>1:13:10  imam qirat kar raha hai to us ki qirat aap ko aap ki numaindagi ho jaye gi.</w:t>
      </w:r>
      <w:r>
        <w:br/>
      </w:r>
      <w:r>
        <w:rPr>
          <w:sz w:val="20"/>
        </w:rPr>
        <w:t>1:13:18  hoga aap ka koi represent kar raha hai imam aur us ki qirat aap ki qirat hai, aap</w:t>
      </w:r>
      <w:r>
        <w:br/>
      </w:r>
      <w:r>
        <w:rPr>
          <w:sz w:val="20"/>
        </w:rPr>
        <w:t>1:13:25  ko bolnay ki zaroorat nahi.</w:t>
      </w:r>
      <w:r>
        <w:br/>
      </w:r>
      <w:r>
        <w:rPr>
          <w:sz w:val="20"/>
        </w:rPr>
        <w:t>1:13:28  seedhi si baat thi, lekin is mein bahsain huien.</w:t>
      </w:r>
      <w:r>
        <w:br/>
      </w:r>
      <w:r>
        <w:rPr>
          <w:sz w:val="20"/>
        </w:rPr>
        <w:t>1:13:31  aur choonkay daulat qism ki riwayatain mil rahi theen sahaba se, yeh bhi, wo bhi, to kisi ne</w:t>
      </w:r>
      <w:r>
        <w:br/>
      </w:r>
      <w:r>
        <w:rPr>
          <w:sz w:val="20"/>
        </w:rPr>
        <w:t>1:13:39  tarjeeh ka matlab hota hai priority dena.</w:t>
      </w:r>
      <w:r>
        <w:br/>
      </w:r>
      <w:r>
        <w:rPr>
          <w:sz w:val="20"/>
        </w:rPr>
        <w:t>1:13:42  kisi ne is ko tarjeeh di, kisi ne is ko tarjeeh di, kisi ne kaha yeh sahi hai,</w:t>
      </w:r>
      <w:r>
        <w:br/>
      </w:r>
      <w:r>
        <w:rPr>
          <w:sz w:val="20"/>
        </w:rPr>
        <w:t>1:13:50  kisi ne kaha woh sahi hai.</w:t>
      </w:r>
      <w:r>
        <w:br/>
      </w:r>
      <w:r>
        <w:rPr>
          <w:sz w:val="20"/>
        </w:rPr>
        <w:t>1:13:52  to masla jo zyada sahi baat yeh thi, woh is ek hadith ko le kar aap yeh kehte</w:t>
      </w:r>
      <w:r>
        <w:br/>
      </w:r>
      <w:r>
        <w:rPr>
          <w:sz w:val="20"/>
        </w:rPr>
        <w:t>1:14:00  hain ke yeh bhi theek hai, woh bhi theek hai.</w:t>
      </w:r>
      <w:r>
        <w:br/>
      </w:r>
      <w:r>
        <w:rPr>
          <w:sz w:val="20"/>
        </w:rPr>
        <w:t>1:14:04  is mein is mein diversity, yeh juzwi masail mein hamesha diversity hoti hai.</w:t>
      </w:r>
      <w:r>
        <w:br/>
      </w:r>
      <w:r>
        <w:rPr>
          <w:sz w:val="20"/>
        </w:rPr>
        <w:t>1:14:10  kyunke hadith mein aata hai ke "be jis sahabi ke is par amal kar lo, woh theek rahe</w:t>
      </w:r>
      <w:r>
        <w:br/>
      </w:r>
      <w:r>
        <w:rPr>
          <w:sz w:val="20"/>
        </w:rPr>
        <w:t>1:14:18  ga".</w:t>
      </w:r>
      <w:r>
        <w:br/>
      </w:r>
      <w:r>
        <w:rPr>
          <w:sz w:val="20"/>
        </w:rPr>
        <w:t>1:14:19  is ko kyunke juziyat mein hamesha hi ikhtilaf hota hai.</w:t>
      </w:r>
      <w:r>
        <w:br/>
      </w:r>
      <w:r>
        <w:rPr>
          <w:sz w:val="20"/>
        </w:rPr>
        <w:t>1:14:24  farz kijiye ke is ka yahan hum log hain, yahan ek insan, insan ek aadmi aata hai, woh</w:t>
      </w:r>
      <w:r>
        <w:br/>
      </w:r>
      <w:r>
        <w:rPr>
          <w:sz w:val="20"/>
        </w:rPr>
        <w:t>1:14:31  kehta hai ke yahan itne aadmi baithe hue hain, lekin sab ko baithne ka board ek hi nahi</w:t>
      </w:r>
      <w:r>
        <w:br/>
      </w:r>
      <w:r>
        <w:rPr>
          <w:sz w:val="20"/>
        </w:rPr>
        <w:t>1:14:39  hai, mukhtalif jagah baithe hue hain.</w:t>
      </w:r>
      <w:r>
        <w:br/>
      </w:r>
      <w:r>
        <w:rPr>
          <w:sz w:val="20"/>
        </w:rPr>
        <w:t>1:14:42  to baithna mushtarik hai, common hai, lekin baithne ka jo board hai, jo tareeqa hai, is mein farq</w:t>
      </w:r>
      <w:r>
        <w:br/>
      </w:r>
      <w:r>
        <w:rPr>
          <w:sz w:val="20"/>
        </w:rPr>
        <w:t>1:14:49  hai.</w:t>
      </w:r>
      <w:r>
        <w:br/>
      </w:r>
      <w:r>
        <w:rPr>
          <w:sz w:val="20"/>
        </w:rPr>
        <w:t>1:14:51  koi kursi pe hai, koi neeche hai, koi aise hai, koi aise hai.</w:t>
      </w:r>
      <w:r>
        <w:br/>
      </w:r>
      <w:r>
        <w:rPr>
          <w:sz w:val="20"/>
        </w:rPr>
        <w:t>1:14:56  تو وہ فرق جو ہے، it is but natural، فرق رہے گا۔</w:t>
      </w:r>
      <w:r>
        <w:br/>
      </w:r>
      <w:r>
        <w:rPr>
          <w:sz w:val="20"/>
        </w:rPr>
        <w:t>1:15:01  to yahi ibadaton mein maamla tha ke jo basic cheez thi, maslan fajar ki namaz do rak'at, zuhr</w:t>
      </w:r>
      <w:r>
        <w:br/>
      </w:r>
      <w:r>
        <w:rPr>
          <w:sz w:val="20"/>
        </w:rPr>
        <w:t>1:15:09  ki char rak'at, teen ki maghrib ki teen rak'at, is mein koi ikhtilaf nahi tha.</w:t>
      </w:r>
      <w:r>
        <w:br/>
      </w:r>
      <w:r>
        <w:rPr>
          <w:sz w:val="20"/>
        </w:rPr>
        <w:t>1:15:16  to jo cheez jis mein ikhtilaf nahi tha, is ka aap samjhein ke woh basics hai.</w:t>
      </w:r>
      <w:r>
        <w:br/>
      </w:r>
      <w:r>
        <w:rPr>
          <w:sz w:val="20"/>
        </w:rPr>
        <w:t>1:15:22  aur jis mein ikhtilaf hai, is ka ek naam basics hai, aur naam basics hamesha farqi hota hai.</w:t>
      </w:r>
      <w:r>
        <w:br/>
      </w:r>
      <w:r>
        <w:rPr>
          <w:sz w:val="20"/>
        </w:rPr>
        <w:t>1:15:30  naam basics hota hai, diversity hoti hai.</w:t>
      </w:r>
      <w:r>
        <w:br/>
      </w:r>
      <w:r>
        <w:rPr>
          <w:sz w:val="20"/>
        </w:rPr>
        <w:t>1:15:33  seedhi si baat thi, lekin is behas ki aur kaha ke nahi, al-haq ek ko sahi, ek ko</w:t>
      </w:r>
      <w:r>
        <w:br/>
      </w:r>
      <w:r>
        <w:rPr>
          <w:sz w:val="20"/>
        </w:rPr>
        <w:t>1:15:41  ghalat batana parega.</w:t>
      </w:r>
      <w:r>
        <w:br/>
      </w:r>
      <w:r>
        <w:rPr>
          <w:sz w:val="20"/>
        </w:rPr>
        <w:t>1:15:43  aap isi mein saare fiqh, woh ke fiqhi school bane aur alag alag group bane, aur shiddat hui</w:t>
      </w:r>
      <w:r>
        <w:br/>
      </w:r>
      <w:r>
        <w:rPr>
          <w:sz w:val="20"/>
        </w:rPr>
        <w:t>1:15:50  ke un ka in ke peeche namaz najaaiz hai, in ke peeche namaz najaaiz hai.</w:t>
      </w:r>
      <w:r>
        <w:br/>
      </w:r>
      <w:r>
        <w:rPr>
          <w:sz w:val="20"/>
        </w:rPr>
        <w:t>1:15:57  to yeh tarjeeh ka tareeqa mein ne dekha, fuqaha jo nikala, woh sahi nahi tha.</w:t>
      </w:r>
      <w:r>
        <w:br/>
      </w:r>
      <w:r>
        <w:rPr>
          <w:sz w:val="20"/>
        </w:rPr>
        <w:t>1:16:03  un ko kehna chahiye tha ke "be yeh bhi theek hai, woh bhi theek hai", kyunke maamla juziyat</w:t>
      </w:r>
      <w:r>
        <w:br/>
      </w:r>
      <w:r>
        <w:rPr>
          <w:sz w:val="20"/>
        </w:rPr>
        <w:t>1:16:11  ka hai, non basics ka hai, is ka ta'alluq basics se nahi hai.</w:t>
      </w:r>
      <w:r>
        <w:br/>
      </w:r>
      <w:r>
        <w:rPr>
          <w:sz w:val="20"/>
        </w:rPr>
        <w:t>1:16:16  yeh mein ne is ko likha hai, aap parh lijiyay, hamari kitab hai "tajdeed deen", is mein aap</w:t>
      </w:r>
      <w:r>
        <w:br/>
      </w:r>
      <w:r>
        <w:rPr>
          <w:sz w:val="20"/>
        </w:rPr>
        <w:t>1:16:24  ko mil jaye ga.</w:t>
      </w:r>
      <w:r>
        <w:br/>
      </w:r>
      <w:r>
        <w:rPr>
          <w:sz w:val="20"/>
        </w:rPr>
        <w:t>1:16:26  Before we move on, just a small clarification that the Dogri translation that Maulana released today is not</w:t>
      </w:r>
      <w:r>
        <w:br/>
      </w:r>
      <w:r>
        <w:rPr>
          <w:sz w:val="20"/>
        </w:rPr>
        <w:t>1:16:34  just the translation, it is the translation of the tazkeer ul quran.</w:t>
      </w:r>
      <w:r>
        <w:br/>
      </w:r>
      <w:r>
        <w:rPr>
          <w:sz w:val="20"/>
        </w:rPr>
        <w:t>1:16:38  so i stand corrected.</w:t>
      </w:r>
      <w:r>
        <w:br/>
      </w:r>
      <w:r>
        <w:rPr>
          <w:sz w:val="20"/>
        </w:rPr>
        <w:t>1:16:40  i will not take the next question.</w:t>
      </w:r>
    </w:p>
    <w:p>
      <w:pPr>
        <w:pStyle w:val="Heading2"/>
      </w:pPr>
      <w:r>
        <w:t>Modern Inventions Already in Nature?</w:t>
      </w:r>
    </w:p>
    <w:p>
      <w:r>
        <w:rPr>
          <w:color w:val="666666"/>
          <w:sz w:val="18"/>
        </w:rPr>
        <w:t>Other · Wisdom of Hadith Maulana Wahiduddin Khan February 23, 2014 · 25m 13s · at 35:02 · https://youtu.be/5E_MIQpToK4?t=2102</w:t>
      </w:r>
    </w:p>
    <w:p>
      <w:r>
        <w:rPr>
          <w:i/>
        </w:rPr>
        <w:t>“The things we call progress today, like electricity, communication, steam power etc., were always present in nature. Is that correct?”</w:t>
      </w:r>
    </w:p>
    <w:p>
      <w:r>
        <w:rPr>
          <w:sz w:val="20"/>
        </w:rPr>
        <w:t>35:02  jaise Arnold Toynbee mein ne misaal di to us ne likha hai ke yeh aik sawal hai</w:t>
      </w:r>
      <w:r>
        <w:br/>
      </w:r>
      <w:r>
        <w:rPr>
          <w:sz w:val="20"/>
        </w:rPr>
        <w:t>35:09  history ka ke jin cheezon ko hum aaj taraqqi kehte hain ke bijli, communication, steam power waghera, yeh</w:t>
      </w:r>
      <w:r>
        <w:br/>
      </w:r>
      <w:r>
        <w:rPr>
          <w:sz w:val="20"/>
        </w:rPr>
        <w:t>35:17  sab nature hi mein maujood thi hamesha se.</w:t>
      </w:r>
      <w:r>
        <w:br/>
      </w:r>
      <w:r>
        <w:rPr>
          <w:sz w:val="20"/>
        </w:rPr>
        <w:t>35:21  yani million billion saal se maujood thi.</w:t>
      </w:r>
      <w:r>
        <w:br/>
      </w:r>
      <w:r>
        <w:rPr>
          <w:sz w:val="20"/>
        </w:rPr>
        <w:t>35:24  to kya wajah hai ke abhi chand saalon ke andar yeh cheezein maloom hui hain? to us ne</w:t>
      </w:r>
      <w:r>
        <w:br/>
      </w:r>
      <w:r>
        <w:rPr>
          <w:sz w:val="20"/>
        </w:rPr>
        <w:t>35:31  likha yeh aik sawal qaim kiya.</w:t>
      </w:r>
      <w:r>
        <w:br/>
      </w:r>
      <w:r>
        <w:rPr>
          <w:sz w:val="20"/>
        </w:rPr>
        <w:t>35:34  yeh sawal jab qaim kiya to sochte sochte yahan tak pohancha woh ke tareekh ke pichle tamam adwaar</w:t>
      </w:r>
      <w:r>
        <w:br/>
      </w:r>
      <w:r>
        <w:rPr>
          <w:sz w:val="20"/>
        </w:rPr>
        <w:t>35:42  mein hazaron saal se insaan jo hai nature ko poochta tha jis ko kehte hain shirk.</w:t>
      </w:r>
      <w:r>
        <w:br/>
      </w:r>
      <w:r>
        <w:rPr>
          <w:sz w:val="20"/>
        </w:rPr>
        <w:t>35:48  woh kya hai? shirk means nature worship.</w:t>
      </w:r>
      <w:r>
        <w:br/>
      </w:r>
      <w:r>
        <w:rPr>
          <w:sz w:val="20"/>
        </w:rPr>
        <w:t>35:51  shirk means nature worship.</w:t>
      </w:r>
      <w:r>
        <w:br/>
      </w:r>
      <w:r>
        <w:rPr>
          <w:sz w:val="20"/>
        </w:rPr>
        <w:t>35:53  to woh yeh sawal qaim karta hai ke jab nature ko aadmi object of worship bana le to</w:t>
      </w:r>
      <w:r>
        <w:br/>
      </w:r>
      <w:r>
        <w:rPr>
          <w:sz w:val="20"/>
        </w:rPr>
        <w:t>36:01  isi waqt yeh mumkin nahin ke woh us ke liye object of investigation ban sake.</w:t>
      </w:r>
      <w:r>
        <w:br/>
      </w:r>
      <w:r>
        <w:rPr>
          <w:sz w:val="20"/>
        </w:rPr>
        <w:t>36:07  yeh tha rukawat.</w:t>
      </w:r>
      <w:r>
        <w:br/>
      </w:r>
      <w:r>
        <w:rPr>
          <w:sz w:val="20"/>
        </w:rPr>
        <w:t>36:09  to tauheed ne is ko khatam kiya.</w:t>
      </w:r>
      <w:r>
        <w:br/>
      </w:r>
      <w:r>
        <w:rPr>
          <w:sz w:val="20"/>
        </w:rPr>
        <w:t>36:12  jab tauheed ne nature ko divinity ke maqam se hataya, divinity, tab ja kar yeh yeh yeh shuru</w:t>
      </w:r>
      <w:r>
        <w:br/>
      </w:r>
      <w:r>
        <w:rPr>
          <w:sz w:val="20"/>
        </w:rPr>
        <w:t>36:19  hua ke nature ko explore karna hai.</w:t>
      </w:r>
      <w:r>
        <w:br/>
      </w:r>
      <w:r>
        <w:rPr>
          <w:sz w:val="20"/>
        </w:rPr>
        <w:t>36:22  phir hote hote sari tehzeeb wajood mein aa gayi.</w:t>
      </w:r>
      <w:r>
        <w:br/>
      </w:r>
      <w:r>
        <w:rPr>
          <w:sz w:val="20"/>
        </w:rPr>
        <w:t>36:26  yahi yahi tareeqa allah taala ne pure deen mein rakha hai ke aap sochen, ghor karen, apni aql</w:t>
      </w:r>
      <w:r>
        <w:br/>
      </w:r>
      <w:r>
        <w:rPr>
          <w:sz w:val="20"/>
        </w:rPr>
        <w:t>36:34  ko istemal karen.</w:t>
      </w:r>
      <w:r>
        <w:br/>
      </w:r>
      <w:r>
        <w:rPr>
          <w:sz w:val="20"/>
        </w:rPr>
        <w:t>36:35  tab aap ko deen ka wisdom milega.</w:t>
      </w:r>
      <w:r>
        <w:br/>
      </w:r>
      <w:r>
        <w:rPr>
          <w:sz w:val="20"/>
        </w:rPr>
        <w:t>36:39  deen ke andar jo gehraiyan hain, woh daryaft hongi aur aap ke andar intellectual development hoga.</w:t>
      </w:r>
      <w:r>
        <w:br/>
      </w:r>
      <w:r>
        <w:rPr>
          <w:sz w:val="20"/>
        </w:rPr>
        <w:t>36:46  mera haal yeh hai ke main yani rasool Allah, Allah ke rasool thay, is ko main ne daryaft</w:t>
      </w:r>
      <w:r>
        <w:br/>
      </w:r>
      <w:r>
        <w:rPr>
          <w:sz w:val="20"/>
        </w:rPr>
        <w:t>36:54  kya hai hadithon ke zariye se.</w:t>
      </w:r>
      <w:r>
        <w:br/>
      </w:r>
      <w:r>
        <w:rPr>
          <w:sz w:val="20"/>
        </w:rPr>
        <w:t>36:56  is ko daryaft kiya hai hadithon ke zariye se.</w:t>
      </w:r>
      <w:r>
        <w:br/>
      </w:r>
      <w:r>
        <w:rPr>
          <w:sz w:val="20"/>
        </w:rPr>
        <w:t>37:00  hadithon mein aisi aisi gehri baatein hain, aisi wisdom ki baatein hain ke main socha ke yeh yeh</w:t>
      </w:r>
      <w:r>
        <w:br/>
      </w:r>
      <w:r>
        <w:rPr>
          <w:sz w:val="20"/>
        </w:rPr>
        <w:t>37:08  to paighambar hi kar sakta tha aur kaun kar sakta tha? Main misaal ke taur par ek baat</w:t>
      </w:r>
      <w:r>
        <w:br/>
      </w:r>
      <w:r>
        <w:rPr>
          <w:sz w:val="20"/>
        </w:rPr>
        <w:t>37:15  arz karta hoon ke jab rasool Allah makkah mein thay, log sata rahe thay aur kuch logon ko</w:t>
      </w:r>
      <w:r>
        <w:br/>
      </w:r>
      <w:r>
        <w:rPr>
          <w:sz w:val="20"/>
        </w:rPr>
        <w:t>37:23  bahar bhi dala tha unhon ne.</w:t>
      </w:r>
      <w:r>
        <w:br/>
      </w:r>
      <w:r>
        <w:rPr>
          <w:sz w:val="20"/>
        </w:rPr>
        <w:t>37:26  to Hazrat Umar jo hain, bohat hi pehalwan aadmi thay, bohat taqatwar thay woh.</w:t>
      </w:r>
      <w:r>
        <w:br/>
      </w:r>
      <w:r>
        <w:rPr>
          <w:sz w:val="20"/>
        </w:rPr>
        <w:t>37:32  to unhon ne rasool Allah se kaha ke hum jihad karenge, hum qital karenge, in se</w:t>
      </w:r>
      <w:r>
        <w:br/>
      </w:r>
      <w:r>
        <w:rPr>
          <w:sz w:val="20"/>
        </w:rPr>
        <w:t>37:39  ladenge, in logon se, mukhalifeen se.</w:t>
      </w:r>
      <w:r>
        <w:br/>
      </w:r>
      <w:r>
        <w:rPr>
          <w:sz w:val="20"/>
        </w:rPr>
        <w:t>37:42  is waqt aap ne kaha tha: "Ya Umar, ana qaleel." Aey Umar, hum thore hain.</w:t>
      </w:r>
      <w:r>
        <w:br/>
      </w:r>
      <w:r>
        <w:rPr>
          <w:sz w:val="20"/>
        </w:rPr>
        <w:t>37:49  is par main ne ghor kiya.</w:t>
      </w:r>
      <w:r>
        <w:br/>
      </w:r>
      <w:r>
        <w:rPr>
          <w:sz w:val="20"/>
        </w:rPr>
        <w:t>37:51  Aey Umar, hum thore hain? Kyun kaha unhon ne? Rasool Allah, naoozubillah, naoozubillah, buzdil nahi thay,</w:t>
      </w:r>
      <w:r>
        <w:br/>
      </w:r>
      <w:r>
        <w:rPr>
          <w:sz w:val="20"/>
        </w:rPr>
        <w:t>37:59  bohat bahadur aadmi thay, bohat bahadur aadmi thay.</w:t>
      </w:r>
      <w:r>
        <w:br/>
      </w:r>
      <w:r>
        <w:rPr>
          <w:sz w:val="20"/>
        </w:rPr>
        <w:t>38:03  ek pata hai, ek waqea aap parh sakte hain kitabon mein.</w:t>
      </w:r>
      <w:r>
        <w:br/>
      </w:r>
      <w:r>
        <w:rPr>
          <w:sz w:val="20"/>
        </w:rPr>
        <w:t>38:07  جب آپ مکہ میں تھے تو اس زمانے میں قبائل کے قبائل یعنی کا جو زمانہ تھا، age</w:t>
      </w:r>
      <w:r>
        <w:br/>
      </w:r>
      <w:r>
        <w:rPr>
          <w:sz w:val="20"/>
        </w:rPr>
        <w:t>38:15  of tribes, to us waqt bar bar qabail hamla kiya karte thay.</w:t>
      </w:r>
      <w:r>
        <w:br/>
      </w:r>
      <w:r>
        <w:rPr>
          <w:sz w:val="20"/>
        </w:rPr>
        <w:t>38:20  talwar le ke idhar ghus gaye, talwar le ke idhar ghus gaye.</w:t>
      </w:r>
      <w:r>
        <w:br/>
      </w:r>
      <w:r>
        <w:rPr>
          <w:sz w:val="20"/>
        </w:rPr>
        <w:t>38:25  to ek baar yeh afwah uri makkah mein ke ek qabila aa raha hai makkah par hamla karne</w:t>
      </w:r>
      <w:r>
        <w:br/>
      </w:r>
      <w:r>
        <w:rPr>
          <w:sz w:val="20"/>
        </w:rPr>
        <w:t>38:33  ke liye.</w:t>
      </w:r>
      <w:r>
        <w:br/>
      </w:r>
      <w:r>
        <w:rPr>
          <w:sz w:val="20"/>
        </w:rPr>
        <w:t>38:34  yeh ek rubar uri makkah mein ke ek qabila makkah par hamla karne ke liye aa raha hai.</w:t>
      </w:r>
      <w:r>
        <w:br/>
      </w:r>
      <w:r>
        <w:rPr>
          <w:sz w:val="20"/>
        </w:rPr>
        <w:t>38:42  to jante hain kya hua? To subah ko logon ne intezar kiya ke ujala ho jaye to nikle</w:t>
      </w:r>
      <w:r>
        <w:br/>
      </w:r>
      <w:r>
        <w:rPr>
          <w:sz w:val="20"/>
        </w:rPr>
        <w:t>38:50  dekhne ke liye ke kya kya qissa hai.</w:t>
      </w:r>
      <w:r>
        <w:br/>
      </w:r>
      <w:r>
        <w:rPr>
          <w:sz w:val="20"/>
        </w:rPr>
        <w:t>38:53  to jab subah ko nikle to rasool Allah idhar se wapas aa rahe thay.</w:t>
      </w:r>
      <w:r>
        <w:br/>
      </w:r>
      <w:r>
        <w:rPr>
          <w:sz w:val="20"/>
        </w:rPr>
        <w:t>38:59  unhon ne kaha ke main nikla aur ja kar dekha door tak, kaha kuch kuch nahi, afwah hai,</w:t>
      </w:r>
      <w:r>
        <w:br/>
      </w:r>
      <w:r>
        <w:rPr>
          <w:sz w:val="20"/>
        </w:rPr>
        <w:t>39:07  kuch nahi hai, wapas chalo.</w:t>
      </w:r>
      <w:r>
        <w:br/>
      </w:r>
      <w:r>
        <w:rPr>
          <w:sz w:val="20"/>
        </w:rPr>
        <w:t>39:09  akele chale gaye, akele.</w:t>
      </w:r>
      <w:r>
        <w:br/>
      </w:r>
      <w:r>
        <w:rPr>
          <w:sz w:val="20"/>
        </w:rPr>
        <w:t>39:11  to rasool Allah bohat hi bahadur aadmi thay.</w:t>
      </w:r>
      <w:r>
        <w:br/>
      </w:r>
      <w:r>
        <w:rPr>
          <w:sz w:val="20"/>
        </w:rPr>
        <w:t>39:14  تو ایک بہادر آدمی یہ کہے گا کہ: "یا عمر، انا قلیل۔" نہیں، اس کے اندر wisdom ہے۔</w:t>
      </w:r>
      <w:r>
        <w:br/>
      </w:r>
      <w:r>
        <w:rPr>
          <w:sz w:val="20"/>
        </w:rPr>
        <w:t>39:22  wisdom, وہ wisdom کیا ہے؟ Wisdom یہ ہے کہ جب کوئی تمہیں کوئی step لینا ہے، کوئی اقدام</w:t>
      </w:r>
      <w:r>
        <w:br/>
      </w:r>
      <w:r>
        <w:rPr>
          <w:sz w:val="20"/>
        </w:rPr>
        <w:t>39:30  کرنا ہے، کوئی کارروائی کرنا ہے تو پہلے سوچو کہ کیا تم positive result نکال سکتے ہو؟ positive</w:t>
      </w:r>
      <w:r>
        <w:br/>
      </w:r>
      <w:r>
        <w:rPr>
          <w:sz w:val="20"/>
        </w:rPr>
        <w:t>39:37  رزلٹ نکال سکتے ہو تم؟ Your actions must be result-oriented.</w:t>
      </w:r>
      <w:r>
        <w:br/>
      </w:r>
      <w:r>
        <w:rPr>
          <w:sz w:val="20"/>
        </w:rPr>
        <w:t>39:42  is waqt makka mein jo halaat thay, us waqt yahi thay ke log larr kar shaheed ho jayen.</w:t>
      </w:r>
      <w:r>
        <w:br/>
      </w:r>
      <w:r>
        <w:rPr>
          <w:sz w:val="20"/>
        </w:rPr>
        <w:t>39:50  yeh yeh hota to larr kar mar jayen, yeh to koi goal nahi hai.</w:t>
      </w:r>
      <w:r>
        <w:br/>
      </w:r>
      <w:r>
        <w:rPr>
          <w:sz w:val="20"/>
        </w:rPr>
        <w:t>39:56  aaj kal ke zamane mein, is zamane mein bana rakha hai yeh goal ke larr kar mar jao.</w:t>
      </w:r>
      <w:r>
        <w:br/>
      </w:r>
      <w:r>
        <w:rPr>
          <w:sz w:val="20"/>
        </w:rPr>
        <w:t>40:04  lekin yeh Islam ka goal nahi hai, aql ka goal nahi hai, yeh fitrat ka goal nahi hai.</w:t>
      </w:r>
      <w:r>
        <w:br/>
      </w:r>
      <w:r>
        <w:rPr>
          <w:sz w:val="20"/>
        </w:rPr>
        <w:t>40:11  yeh to ke aap ne sabak diya hai apne is hadith ke zariye se, is qaul ke zariye</w:t>
      </w:r>
      <w:r>
        <w:br/>
      </w:r>
      <w:r>
        <w:rPr>
          <w:sz w:val="20"/>
        </w:rPr>
        <w:t>40:19  se ke jab bhi koi iqdamm karna ho, koi step lena ho to sab se pehle yeh socho</w:t>
      </w:r>
      <w:r>
        <w:br/>
      </w:r>
      <w:r>
        <w:rPr>
          <w:sz w:val="20"/>
        </w:rPr>
        <w:t>40:27  ke kya tum us us position mein ho ke koi positive result nikal sakte ho tum is se?</w:t>
      </w:r>
      <w:r>
        <w:br/>
      </w:r>
      <w:r>
        <w:rPr>
          <w:sz w:val="20"/>
        </w:rPr>
        <w:t>40:34  aisa to nahi ke woh counter productive ban jaye.</w:t>
      </w:r>
      <w:r>
        <w:br/>
      </w:r>
      <w:r>
        <w:rPr>
          <w:sz w:val="20"/>
        </w:rPr>
        <w:t>40:38  to aisi halat mein kya hai? aisi halat mein amli iqdamm ke baghair khamosh planning, khamosh planning.</w:t>
      </w:r>
      <w:r>
        <w:br/>
      </w:r>
      <w:r>
        <w:rPr>
          <w:sz w:val="20"/>
        </w:rPr>
        <w:t>40:46  phir aaj kya hua? dekhiye, makka chhod kar aap madina chale gaye.</w:t>
      </w:r>
      <w:r>
        <w:br/>
      </w:r>
      <w:r>
        <w:rPr>
          <w:sz w:val="20"/>
        </w:rPr>
        <w:t>40:51  yeh thi planning.</w:t>
      </w:r>
      <w:r>
        <w:br/>
      </w:r>
      <w:r>
        <w:rPr>
          <w:sz w:val="20"/>
        </w:rPr>
        <w:t>40:52  yani makka mein larr jatay hain to log mar mar kar shaheed ho jatay hain.</w:t>
      </w:r>
      <w:r>
        <w:br/>
      </w:r>
      <w:r>
        <w:rPr>
          <w:sz w:val="20"/>
        </w:rPr>
        <w:t>40:59  in logon ko le kar aap madina chale gaye aur aap ne reorganize kiya, replanning ki.</w:t>
      </w:r>
      <w:r>
        <w:br/>
      </w:r>
      <w:r>
        <w:rPr>
          <w:sz w:val="20"/>
        </w:rPr>
        <w:t>41:06  aur bohat se waqiat hain, maine apni kitabon mein likhe hain, aap padh lijiye.</w:t>
      </w:r>
      <w:r>
        <w:br/>
      </w:r>
      <w:r>
        <w:rPr>
          <w:sz w:val="20"/>
        </w:rPr>
        <w:t>41:13  to bajaye is ke ke larr kar mar jao, replanning karo, khamosh andaaz mein apne amal ka</w:t>
      </w:r>
      <w:r>
        <w:br/>
      </w:r>
      <w:r>
        <w:rPr>
          <w:sz w:val="20"/>
        </w:rPr>
        <w:t>41:21  naqsha banao jo natija khez ho.</w:t>
      </w:r>
      <w:r>
        <w:br/>
      </w:r>
      <w:r>
        <w:rPr>
          <w:sz w:val="20"/>
        </w:rPr>
        <w:t>41:23  is tarah ki beshumar wisdom ki baatein hain hadith kitabon mein.</w:t>
      </w:r>
      <w:r>
        <w:br/>
      </w:r>
      <w:r>
        <w:rPr>
          <w:sz w:val="20"/>
        </w:rPr>
        <w:t>41:28  is ko padh kar mujhe yaqeen hoga ke yeh insaan Allah ka rasool tha.</w:t>
      </w:r>
      <w:r>
        <w:br/>
      </w:r>
      <w:r>
        <w:rPr>
          <w:sz w:val="20"/>
        </w:rPr>
        <w:t>41:34  rasool ke siwa koi aisi baatein nahi kar sakta.</w:t>
      </w:r>
      <w:r>
        <w:br/>
      </w:r>
      <w:r>
        <w:rPr>
          <w:sz w:val="20"/>
        </w:rPr>
        <w:t>41:38  meri kitabein hain, aap padh lijiye: mutala-e-seerat, paigham-e-pehgham-e-انقلاب, aur kai kitabein hain.</w:t>
      </w:r>
      <w:r>
        <w:br/>
      </w:r>
      <w:r>
        <w:rPr>
          <w:sz w:val="20"/>
        </w:rPr>
        <w:t>41:45  is ko aap padh lijiye.</w:t>
      </w:r>
      <w:r>
        <w:br/>
      </w:r>
      <w:r>
        <w:rPr>
          <w:sz w:val="20"/>
        </w:rPr>
        <w:t>41:47  maine in cheezon ko khola hai is mein.</w:t>
      </w:r>
      <w:r>
        <w:br/>
      </w:r>
      <w:r>
        <w:rPr>
          <w:sz w:val="20"/>
        </w:rPr>
        <w:t>41:51  to khulasa yeh hai ke hadeesein jo hain, woh islam ka bohat hi qeemti سرمایہ hain.</w:t>
      </w:r>
      <w:r>
        <w:br/>
      </w:r>
      <w:r>
        <w:rPr>
          <w:sz w:val="20"/>
        </w:rPr>
        <w:t>41:57  quran agar quran hai to hadees quran ka applied, ab applied quran hai.</w:t>
      </w:r>
      <w:r>
        <w:br/>
      </w:r>
      <w:r>
        <w:rPr>
          <w:sz w:val="20"/>
        </w:rPr>
        <w:t>42:03  yani quran agar quran hai to hadees applied quran hai.</w:t>
      </w:r>
      <w:r>
        <w:br/>
      </w:r>
      <w:r>
        <w:rPr>
          <w:sz w:val="20"/>
        </w:rPr>
        <w:t>42:07  quran ko hadees ke zareeye historical base milta hai.</w:t>
      </w:r>
      <w:r>
        <w:br/>
      </w:r>
      <w:r>
        <w:rPr>
          <w:sz w:val="20"/>
        </w:rPr>
        <w:t>42:11  historical base hadees ke zareeye hamein maloom hota hai kis tarah islam ne woh process jari kiya tareekh</w:t>
      </w:r>
      <w:r>
        <w:br/>
      </w:r>
      <w:r>
        <w:rPr>
          <w:sz w:val="20"/>
        </w:rPr>
        <w:t>42:19  mein, jise culmination tha modern civilization.</w:t>
      </w:r>
      <w:r>
        <w:br/>
      </w:r>
      <w:r>
        <w:rPr>
          <w:sz w:val="20"/>
        </w:rPr>
        <w:t>42:21  to meri dua hai ke Allah taala mujh ko aur aap ko tofeeq de ke hum baaton ko</w:t>
      </w:r>
      <w:r>
        <w:br/>
      </w:r>
      <w:r>
        <w:rPr>
          <w:sz w:val="20"/>
        </w:rPr>
        <w:t>42:29  saheeh zaawiyay se dekhein, right angle se dekhein.</w:t>
      </w:r>
      <w:r>
        <w:br/>
      </w:r>
      <w:r>
        <w:rPr>
          <w:sz w:val="20"/>
        </w:rPr>
        <w:t>42:33  Allah mujh ko aur aap ko sirat-e-mustaqeem ki tofeeq de aur hum ko dunya aur aakhirat mein</w:t>
      </w:r>
      <w:r>
        <w:br/>
      </w:r>
      <w:r>
        <w:rPr>
          <w:sz w:val="20"/>
        </w:rPr>
        <w:t>42:40  apni rehmat se, apni sa'adat se nawazay.</w:t>
      </w:r>
      <w:r>
        <w:br/>
      </w:r>
      <w:r>
        <w:rPr>
          <w:sz w:val="20"/>
        </w:rPr>
        <w:t>42:43  ameen.</w:t>
      </w:r>
      <w:r>
        <w:br/>
      </w:r>
      <w:r>
        <w:rPr>
          <w:sz w:val="20"/>
        </w:rPr>
        <w:t>42:45  Okay, ah, before, ah, we resume the question-answer session, there is an important update from CP.</w:t>
      </w:r>
      <w:r>
        <w:br/>
      </w:r>
      <w:r>
        <w:rPr>
          <w:sz w:val="20"/>
        </w:rPr>
        <w:t>42:52  s international.</w:t>
      </w:r>
      <w:r>
        <w:br/>
      </w:r>
      <w:r>
        <w:rPr>
          <w:sz w:val="20"/>
        </w:rPr>
        <w:t>42:54  As you all know, that ah, the Quran distribution is being done at a global scale by C</w:t>
      </w:r>
      <w:r>
        <w:br/>
      </w:r>
      <w:r>
        <w:rPr>
          <w:sz w:val="20"/>
        </w:rPr>
        <w:t>43:02  ps international and its associates, volunteers, and all those who are members of the organization.</w:t>
      </w:r>
      <w:r>
        <w:br/>
      </w:r>
      <w:r>
        <w:rPr>
          <w:sz w:val="20"/>
        </w:rPr>
        <w:t>43:09  However, there is a greater need felt to do the translation in different languages.</w:t>
      </w:r>
      <w:r>
        <w:br/>
      </w:r>
      <w:r>
        <w:rPr>
          <w:sz w:val="20"/>
        </w:rPr>
        <w:t>43:15  Last week, Maulana Sahib had released the Hindi translation of Quran and the response is phenomenal.</w:t>
      </w:r>
      <w:r>
        <w:br/>
      </w:r>
      <w:r>
        <w:rPr>
          <w:sz w:val="20"/>
        </w:rPr>
        <w:t>43:22  In fact, at the World Book Fair in Delhi, there has been huge demand for Hindi translation of</w:t>
      </w:r>
      <w:r>
        <w:br/>
      </w:r>
      <w:r>
        <w:rPr>
          <w:sz w:val="20"/>
        </w:rPr>
        <w:t>43:30  quran.</w:t>
      </w:r>
      <w:r>
        <w:br/>
      </w:r>
      <w:r>
        <w:rPr>
          <w:sz w:val="20"/>
        </w:rPr>
        <w:t>43:31  So today, we will be sharing with you another update that there was work being done to translate</w:t>
      </w:r>
      <w:r>
        <w:br/>
      </w:r>
      <w:r>
        <w:rPr>
          <w:sz w:val="20"/>
        </w:rPr>
        <w:t>43:39  the quran in dogri language.</w:t>
      </w:r>
      <w:r>
        <w:br/>
      </w:r>
      <w:r>
        <w:rPr>
          <w:sz w:val="20"/>
        </w:rPr>
        <w:t>43:41  This is a language which is widely spoken in the Jammu region and this task has been going</w:t>
      </w:r>
      <w:r>
        <w:br/>
      </w:r>
      <w:r>
        <w:rPr>
          <w:sz w:val="20"/>
        </w:rPr>
        <w:t>43:49  on for a very long period of time and it has been taken up by the Shah Hamdan</w:t>
      </w:r>
      <w:r>
        <w:br/>
      </w:r>
      <w:r>
        <w:rPr>
          <w:sz w:val="20"/>
        </w:rPr>
        <w:t>43:56  society which is headquartered in Jammu region.</w:t>
      </w:r>
      <w:r>
        <w:br/>
      </w:r>
      <w:r>
        <w:rPr>
          <w:sz w:val="20"/>
        </w:rPr>
        <w:t>44:00  The Shah Hamdan Society has been founded by Maulana Abdul Qayyum Nadwi Sahib along with the other associates.</w:t>
      </w:r>
      <w:r>
        <w:br/>
      </w:r>
      <w:r>
        <w:rPr>
          <w:sz w:val="20"/>
        </w:rPr>
        <w:t>44:07  سو they have been doing this translation of Quran in Dogri language and recently, this ah ah translation</w:t>
      </w:r>
      <w:r>
        <w:br/>
      </w:r>
      <w:r>
        <w:rPr>
          <w:sz w:val="20"/>
        </w:rPr>
        <w:t>44:15  has been done for the thirty para of Quran which has got concluded and ah this work has</w:t>
      </w:r>
      <w:r>
        <w:br/>
      </w:r>
      <w:r>
        <w:rPr>
          <w:sz w:val="20"/>
        </w:rPr>
        <w:t>44:22  been done by Ms. Azra Chaudhry under the supervision of ah Maulana ah Maulana Maulana Abdul Qayyum Nadwi, who</w:t>
      </w:r>
      <w:r>
        <w:br/>
      </w:r>
      <w:r>
        <w:rPr>
          <w:sz w:val="20"/>
        </w:rPr>
        <w:t>44:30  as the founder of the Shah Hamdan Society.</w:t>
      </w:r>
      <w:r>
        <w:br/>
      </w:r>
      <w:r>
        <w:rPr>
          <w:sz w:val="20"/>
        </w:rPr>
        <w:t>44:34  So today, Maulana Sahib will be releasing ah the book.</w:t>
      </w:r>
      <w:r>
        <w:br/>
      </w:r>
      <w:r>
        <w:rPr>
          <w:sz w:val="20"/>
        </w:rPr>
        <w:t>44:38  However, before he does that, I would request Maulana Abdul Qayyum Nadvi Sahab, the founder of Shah Hamdan</w:t>
      </w:r>
      <w:r>
        <w:br/>
      </w:r>
      <w:r>
        <w:rPr>
          <w:sz w:val="20"/>
        </w:rPr>
        <w:t>44:46  سوسائٹی، to come here and introduce the Shah Hamdan Society and also say a few words.</w:t>
      </w:r>
      <w:r>
        <w:br/>
      </w:r>
      <w:r>
        <w:rPr>
          <w:sz w:val="20"/>
        </w:rPr>
        <w:t>44:53  bismillah-ir-rahman-ir-rahim.</w:t>
      </w:r>
      <w:r>
        <w:br/>
      </w:r>
      <w:r>
        <w:rPr>
          <w:sz w:val="20"/>
        </w:rPr>
        <w:t>44:55  bari musarrat ki baat hai ke aaj ke sunday class mein hum kashmir se bees log shareek ho</w:t>
      </w:r>
      <w:r>
        <w:br/>
      </w:r>
      <w:r>
        <w:rPr>
          <w:sz w:val="20"/>
        </w:rPr>
        <w:t>45:02  rahe hain aur Maulana ke aaj ke is lecture se hum ne mustafeed hua.</w:t>
      </w:r>
      <w:r>
        <w:br/>
      </w:r>
      <w:r>
        <w:rPr>
          <w:sz w:val="20"/>
        </w:rPr>
        <w:t>45:08  is mauqa par Shah Hamdan Society ke talluq se main pichli baar jab do hazar barah mein hum</w:t>
      </w:r>
      <w:r>
        <w:br/>
      </w:r>
      <w:r>
        <w:rPr>
          <w:sz w:val="20"/>
        </w:rPr>
        <w:t>45:16  log yahan shareek hue thay aisi aik session mein, us waqt hum ne Shah Hamdan Society ke baray</w:t>
      </w:r>
      <w:r>
        <w:br/>
      </w:r>
      <w:r>
        <w:rPr>
          <w:sz w:val="20"/>
        </w:rPr>
        <w:t>45:24  mein bataya tha ke Maulana ki tehreeron se jo kashmir ke baray mein likhi gayeen aur is mein</w:t>
      </w:r>
      <w:r>
        <w:br/>
      </w:r>
      <w:r>
        <w:rPr>
          <w:sz w:val="20"/>
        </w:rPr>
        <w:t>45:31  khaas tor par aap ne Shah Hamdan Ameer Kabir Shah Ali Shah Hamdan ke baray mein, un ke</w:t>
      </w:r>
      <w:r>
        <w:br/>
      </w:r>
      <w:r>
        <w:rPr>
          <w:sz w:val="20"/>
        </w:rPr>
        <w:t>45:39  mission ke baray mein likha aur isi se hamein inspiration hui ke Shah Hamdan Society woh kaam kare</w:t>
      </w:r>
      <w:r>
        <w:br/>
      </w:r>
      <w:r>
        <w:rPr>
          <w:sz w:val="20"/>
        </w:rPr>
        <w:t>45:47  jo Hazrat Shah Hamdan ne us waqt kiya jab kashmir ki halat lag bhag kuch aur wajuhaat ki</w:t>
      </w:r>
      <w:r>
        <w:br/>
      </w:r>
      <w:r>
        <w:rPr>
          <w:sz w:val="20"/>
        </w:rPr>
        <w:t>45:55  bunyaad par aisi thi ke wahan musalman dhoonde koi milta tha.</w:t>
      </w:r>
      <w:r>
        <w:br/>
      </w:r>
      <w:r>
        <w:rPr>
          <w:sz w:val="20"/>
        </w:rPr>
        <w:t>45:59  society mein ghareebi thi, nadari thi, rastay masdood thay.</w:t>
      </w:r>
      <w:r>
        <w:br/>
      </w:r>
      <w:r>
        <w:rPr>
          <w:sz w:val="20"/>
        </w:rPr>
        <w:t>46:03  yeh saari cheezen dekh kar unhon ne ek jamia program banaya aur khitta kashmir ko islam ke sath</w:t>
      </w:r>
      <w:r>
        <w:br/>
      </w:r>
      <w:r>
        <w:rPr>
          <w:sz w:val="20"/>
        </w:rPr>
        <w:t>46:11  sath wahan ki ek society ki tashkeel ki jise hum ek kashmiri samaj kehte hain aur wahan par</w:t>
      </w:r>
      <w:r>
        <w:br/>
      </w:r>
      <w:r>
        <w:rPr>
          <w:sz w:val="20"/>
        </w:rPr>
        <w:t>46:19  bade mustahkam andaaz mein wahan ki sanat o harafat, wahan ki rohani riwayat, wahan ka aapsi mil jul,</w:t>
      </w:r>
      <w:r>
        <w:br/>
      </w:r>
      <w:r>
        <w:rPr>
          <w:sz w:val="20"/>
        </w:rPr>
        <w:t>46:26  is ki buniyad jo hai hazrat ameer kabir shah ali shah hamdani ne dali.</w:t>
      </w:r>
      <w:r>
        <w:br/>
      </w:r>
      <w:r>
        <w:rPr>
          <w:sz w:val="20"/>
        </w:rPr>
        <w:t>46:32  to isi jazbe ke sath hum ne shah hamdan society ki tashkeel di hai aur is ka buniyadi</w:t>
      </w:r>
      <w:r>
        <w:br/>
      </w:r>
      <w:r>
        <w:rPr>
          <w:sz w:val="20"/>
        </w:rPr>
        <w:t>46:40  kaam kya hai, woh mujhe lagta hai ke aah batane ki zaroorat nahi hai kyunke jab koi beemar</w:t>
      </w:r>
      <w:r>
        <w:br/>
      </w:r>
      <w:r>
        <w:rPr>
          <w:sz w:val="20"/>
        </w:rPr>
        <w:t>46:48  ho to beemar ke liye dawai ki zaroorat hoti hai aur doctor ki zaroorat hoti hai.</w:t>
      </w:r>
      <w:r>
        <w:br/>
      </w:r>
      <w:r>
        <w:rPr>
          <w:sz w:val="20"/>
        </w:rPr>
        <w:t>46:55  kashmir ke jo halaat hain ya pichle bees saal se jo halaat rahe hain, is ne is maashre</w:t>
      </w:r>
      <w:r>
        <w:br/>
      </w:r>
      <w:r>
        <w:rPr>
          <w:sz w:val="20"/>
        </w:rPr>
        <w:t>47:02  ko dobara itna scatter kiya hai, itna aah tod phod kar is ko aisi halat mein daal diya</w:t>
      </w:r>
      <w:r>
        <w:br/>
      </w:r>
      <w:r>
        <w:rPr>
          <w:sz w:val="20"/>
        </w:rPr>
        <w:t>47:10  hai ke jahan par har insan kisi na kisi tarah se ek marz mein mubtala hai, stress ka</w:t>
      </w:r>
      <w:r>
        <w:br/>
      </w:r>
      <w:r>
        <w:rPr>
          <w:sz w:val="20"/>
        </w:rPr>
        <w:t>47:18  shikar hai, khatre aur aah khatraat aur pareshaniyon se dochar hai aur woh cheezen ek taweel bees arse</w:t>
      </w:r>
      <w:r>
        <w:br/>
      </w:r>
      <w:r>
        <w:rPr>
          <w:sz w:val="20"/>
        </w:rPr>
        <w:t>47:25  saal ke arse mein paida hui hain.</w:t>
      </w:r>
      <w:r>
        <w:br/>
      </w:r>
      <w:r>
        <w:rPr>
          <w:sz w:val="20"/>
        </w:rPr>
        <w:t>47:28  aur is mein sab se bari sitam zaryfi ki baat yeh hai ke jahan aur cheezon ka exploitation</w:t>
      </w:r>
      <w:r>
        <w:br/>
      </w:r>
      <w:r>
        <w:rPr>
          <w:sz w:val="20"/>
        </w:rPr>
        <w:t>47:36  hota hai, wahan par mazhab ko aur phir islam jaise deen ko bhi exploit kiya jata hai.</w:t>
      </w:r>
      <w:r>
        <w:br/>
      </w:r>
      <w:r>
        <w:rPr>
          <w:sz w:val="20"/>
        </w:rPr>
        <w:t>47:43  aur is dauran hum ne dekha ke in logon ki, in aah logon ki dukanein bohat chamki hain</w:t>
      </w:r>
      <w:r>
        <w:br/>
      </w:r>
      <w:r>
        <w:rPr>
          <w:sz w:val="20"/>
        </w:rPr>
        <w:t>47:51  jinhein hum kahenge ke aah neem khanda ulma ya aah khud gharz qisam ke log jinhon ne</w:t>
      </w:r>
      <w:r>
        <w:br/>
      </w:r>
      <w:r>
        <w:rPr>
          <w:sz w:val="20"/>
        </w:rPr>
        <w:t>47:59  kisi ne rohaniyat ke naam par, kisi ne kisi ilaaj ke naam par itni sari dukanein khol li</w:t>
      </w:r>
      <w:r>
        <w:br/>
      </w:r>
      <w:r>
        <w:rPr>
          <w:sz w:val="20"/>
        </w:rPr>
        <w:t>48:07  hain ke woh mareezon ko shifa ke bajaye un ke marz ko aur barha rahe hain.</w:t>
      </w:r>
      <w:r>
        <w:br/>
      </w:r>
      <w:r>
        <w:rPr>
          <w:sz w:val="20"/>
        </w:rPr>
        <w:t>48:13  aur jo hazrat maulana farma rahe thay abhi ke ahadees ka taalluq quran se kya hai aur islam</w:t>
      </w:r>
      <w:r>
        <w:br/>
      </w:r>
      <w:r>
        <w:rPr>
          <w:sz w:val="20"/>
        </w:rPr>
        <w:t>48:21  ki buniyad jo hai woh ahadees hai, wohin par yeh sitam zaryfi hai ke ahadees ke naam par</w:t>
      </w:r>
      <w:r>
        <w:br/>
      </w:r>
      <w:r>
        <w:rPr>
          <w:sz w:val="20"/>
        </w:rPr>
        <w:t>48:29  mauzu zaeef aur ghair ma'roof ahadees ka ka sahara le kar islam ki tashreehat logon ke samne ki</w:t>
      </w:r>
      <w:r>
        <w:br/>
      </w:r>
      <w:r>
        <w:rPr>
          <w:sz w:val="20"/>
        </w:rPr>
        <w:t>48:37  jati hain aur aise ek do nahi, bees yun qisam ke asar-o-nasar society mein sar-garm amal hain.</w:t>
      </w:r>
      <w:r>
        <w:br/>
      </w:r>
      <w:r>
        <w:rPr>
          <w:sz w:val="20"/>
        </w:rPr>
        <w:t>48:44  is liye aise log jo deen ko samajhte hon, deen ki rooh ko samajhte hon aur islam ke</w:t>
      </w:r>
      <w:r>
        <w:br/>
      </w:r>
      <w:r>
        <w:rPr>
          <w:sz w:val="20"/>
        </w:rPr>
        <w:t>48:52  aalmi paigham par jin logon ki nazar ho, un logon ke liye ek platform hai jise hum</w:t>
      </w:r>
      <w:r>
        <w:br/>
      </w:r>
      <w:r>
        <w:rPr>
          <w:sz w:val="20"/>
        </w:rPr>
        <w:t>48:59  shah hamdan society ke naam se jante hain ya woh jis ka shah hamdan society ke naam se</w:t>
      </w:r>
      <w:r>
        <w:br/>
      </w:r>
      <w:r>
        <w:rPr>
          <w:sz w:val="20"/>
        </w:rPr>
        <w:t>49:07  hum ne aaghaz kiya hai.</w:t>
      </w:r>
      <w:r>
        <w:br/>
      </w:r>
      <w:r>
        <w:rPr>
          <w:sz w:val="20"/>
        </w:rPr>
        <w:t>49:09  is society ke kaam mein yahi buniyadi kaam hai ke society ki tashkeel no ki jaye aur is</w:t>
      </w:r>
      <w:r>
        <w:br/>
      </w:r>
      <w:r>
        <w:rPr>
          <w:sz w:val="20"/>
        </w:rPr>
        <w:t>49:17  mein un ko bataya jaye ke Allah taala ne ek kitaab bheji hai, Quran Kareem, aur is se</w:t>
      </w:r>
      <w:r>
        <w:br/>
      </w:r>
      <w:r>
        <w:rPr>
          <w:sz w:val="20"/>
        </w:rPr>
        <w:t>49:25  apna ta'alluq joda jaye aur woh kitaab shifa hai aur woh kitaab rehmat hai, woh sari dunya ke</w:t>
      </w:r>
      <w:r>
        <w:br/>
      </w:r>
      <w:r>
        <w:rPr>
          <w:sz w:val="20"/>
        </w:rPr>
        <w:t>49:32  insanon ke liye bheji gayi hai.</w:t>
      </w:r>
      <w:r>
        <w:br/>
      </w:r>
      <w:r>
        <w:rPr>
          <w:sz w:val="20"/>
        </w:rPr>
        <w:t>49:35  CPS aalmi satah par jo kaam kar rahi hai, woh is waqt ke insanon ki zaroorat</w:t>
      </w:r>
      <w:r>
        <w:br/>
      </w:r>
      <w:r>
        <w:rPr>
          <w:sz w:val="20"/>
        </w:rPr>
        <w:t>49:43  hai aur angrezi, Hindi mein bohat sare tarajim jagah jagah pahunch chuke hain.</w:t>
      </w:r>
      <w:r>
        <w:br/>
      </w:r>
      <w:r>
        <w:rPr>
          <w:sz w:val="20"/>
        </w:rPr>
        <w:t>49:48  chunki Dogri zaban ek maqami zaban hai, Kashmir ke teen ilaqe hain.</w:t>
      </w:r>
      <w:r>
        <w:br/>
      </w:r>
      <w:r>
        <w:rPr>
          <w:sz w:val="20"/>
        </w:rPr>
        <w:t>49:53  ek Ladakh, Leh Ladakh hai, ek Kashmir hai aur ek Jammu hai.</w:t>
      </w:r>
      <w:r>
        <w:br/>
      </w:r>
      <w:r>
        <w:rPr>
          <w:sz w:val="20"/>
        </w:rPr>
        <w:t>49:58  in ilaqon mein Kashmir mein Kashmiri zaban boli jati hai.</w:t>
      </w:r>
      <w:r>
        <w:br/>
      </w:r>
      <w:r>
        <w:rPr>
          <w:sz w:val="20"/>
        </w:rPr>
        <w:t>50:03  Leh Ladakh mein Ladakhi aur Bodhi zabanein boli jati hain.</w:t>
      </w:r>
      <w:r>
        <w:br/>
      </w:r>
      <w:r>
        <w:rPr>
          <w:sz w:val="20"/>
        </w:rPr>
        <w:t>50:07  aur Jammu mein bhi kai choti moti zabanein, local dialects hain lekin is mein largely boli jane wali</w:t>
      </w:r>
      <w:r>
        <w:br/>
      </w:r>
      <w:r>
        <w:rPr>
          <w:sz w:val="20"/>
        </w:rPr>
        <w:t>50:15  zaban Dogri zaban hai.</w:t>
      </w:r>
      <w:r>
        <w:br/>
      </w:r>
      <w:r>
        <w:rPr>
          <w:sz w:val="20"/>
        </w:rPr>
        <w:t>50:16  aur is zaban ki sister language mein Pahari language aati hai, Punjabi aati hai, yeh languages bhi is</w:t>
      </w:r>
      <w:r>
        <w:br/>
      </w:r>
      <w:r>
        <w:rPr>
          <w:sz w:val="20"/>
        </w:rPr>
        <w:t>50:24  se milti julti hain.</w:t>
      </w:r>
      <w:r>
        <w:br/>
      </w:r>
      <w:r>
        <w:rPr>
          <w:sz w:val="20"/>
        </w:rPr>
        <w:t>50:26  to hum ne is pehli koshish mein yeh kiya hai ke teesvan para Quran Pak ka is zaban</w:t>
      </w:r>
      <w:r>
        <w:br/>
      </w:r>
      <w:r>
        <w:rPr>
          <w:sz w:val="20"/>
        </w:rPr>
        <w:t>50:34  mein tarjuma kiya hai.</w:t>
      </w:r>
      <w:r>
        <w:br/>
      </w:r>
      <w:r>
        <w:rPr>
          <w:sz w:val="20"/>
        </w:rPr>
        <w:t>50:35  aur is ke sath ek ajib ek ittefaq aisa hua ke ek khatoon, us ne musharraf ba Islam</w:t>
      </w:r>
      <w:r>
        <w:br/>
      </w:r>
      <w:r>
        <w:rPr>
          <w:sz w:val="20"/>
        </w:rPr>
        <w:t>50:43  hone ke baad Hindi mein MA kiya aur Dogri mein MA kiya.</w:t>
      </w:r>
      <w:r>
        <w:br/>
      </w:r>
      <w:r>
        <w:rPr>
          <w:sz w:val="20"/>
        </w:rPr>
        <w:t>50:49  aur woh yeh samajhti nahi thi ke maine Dogri mein kis liye MA kiya hai, Hindi</w:t>
      </w:r>
      <w:r>
        <w:br/>
      </w:r>
      <w:r>
        <w:rPr>
          <w:sz w:val="20"/>
        </w:rPr>
        <w:t>50:57  mein kis liye maine MA kar rakhi hai.</w:t>
      </w:r>
      <w:r>
        <w:br/>
      </w:r>
      <w:r>
        <w:rPr>
          <w:sz w:val="20"/>
        </w:rPr>
        <w:t>51:01  to meri rafiiqa hayat se un ka wasta pada.</w:t>
      </w:r>
      <w:r>
        <w:br/>
      </w:r>
      <w:r>
        <w:rPr>
          <w:sz w:val="20"/>
        </w:rPr>
        <w:t>51:05  ta'alluq hua to woh is ke liye tayyar ho gayin aur bohat hi ibadat guzar aur bohat hi</w:t>
      </w:r>
      <w:r>
        <w:br/>
      </w:r>
      <w:r>
        <w:rPr>
          <w:sz w:val="20"/>
        </w:rPr>
        <w:t>51:13  basalahiyat khatoon thi jinho ne is tarjume ko anjam diya hai.</w:t>
      </w:r>
      <w:r>
        <w:br/>
      </w:r>
      <w:r>
        <w:rPr>
          <w:sz w:val="20"/>
        </w:rPr>
        <w:t>51:17  aur aage bhi baqi quran pak ka tarjuma jo hai, woh ho raha hai, lagbhag pandrah sipare</w:t>
      </w:r>
      <w:r>
        <w:br/>
      </w:r>
      <w:r>
        <w:rPr>
          <w:sz w:val="20"/>
        </w:rPr>
        <w:t>51:25  ho chuka hai.</w:t>
      </w:r>
      <w:r>
        <w:br/>
      </w:r>
      <w:r>
        <w:rPr>
          <w:sz w:val="20"/>
        </w:rPr>
        <w:t>51:27  pehlay marhalay mein hum teesvan para jo hai, pesh kar rahay hain.</w:t>
      </w:r>
      <w:r>
        <w:br/>
      </w:r>
      <w:r>
        <w:rPr>
          <w:sz w:val="20"/>
        </w:rPr>
        <w:t>51:32  aur humain bari khushi hai ke Maulana Wahiduddin Khan sahib, jo Tazkir-ul-Quran se hi yeh maakhuz</w:t>
      </w:r>
      <w:r>
        <w:br/>
      </w:r>
      <w:r>
        <w:rPr>
          <w:sz w:val="20"/>
        </w:rPr>
        <w:t>51:39  hai aur Tazkir-ul-Quran ka jo muqaddama hai, pesh lafaz jo bohat hi جامع معنی qism ka aur</w:t>
      </w:r>
      <w:r>
        <w:br/>
      </w:r>
      <w:r>
        <w:rPr>
          <w:sz w:val="20"/>
        </w:rPr>
        <w:t>51:47  bara mustahkam qism ka muqaddama hai, Quran ka taaruf, woh bhi hum ne is mein shamil kiya hua</w:t>
      </w:r>
      <w:r>
        <w:br/>
      </w:r>
      <w:r>
        <w:rPr>
          <w:sz w:val="20"/>
        </w:rPr>
        <w:t>51:55  hai.</w:t>
      </w:r>
      <w:r>
        <w:br/>
      </w:r>
      <w:r>
        <w:rPr>
          <w:sz w:val="20"/>
        </w:rPr>
        <w:t>51:56  to mein darkhwast karunga Maulana se ke woh dua karein ke Allah taala is ko qabool qabool</w:t>
      </w:r>
      <w:r>
        <w:br/>
      </w:r>
      <w:r>
        <w:rPr>
          <w:sz w:val="20"/>
        </w:rPr>
        <w:t>52:04  farmaye.</w:t>
      </w:r>
      <w:r>
        <w:br/>
      </w:r>
      <w:r>
        <w:rPr>
          <w:sz w:val="20"/>
        </w:rPr>
        <w:t>52:06  Ameen.</w:t>
      </w:r>
      <w:r>
        <w:br/>
      </w:r>
      <w:r>
        <w:rPr>
          <w:sz w:val="20"/>
        </w:rPr>
        <w:t>52:07  Assalam o Alaikum.</w:t>
      </w:r>
      <w:r>
        <w:br/>
      </w:r>
      <w:r>
        <w:rPr>
          <w:sz w:val="20"/>
        </w:rPr>
        <w:t>52:09  release the ah ah the the 30th para of Quran translation.</w:t>
      </w:r>
      <w:r>
        <w:br/>
      </w:r>
      <w:r>
        <w:rPr>
          <w:sz w:val="20"/>
        </w:rPr>
        <w:t>52:13  ab ab ab bhai haan.</w:t>
      </w:r>
      <w:r>
        <w:br/>
      </w:r>
      <w:r>
        <w:rPr>
          <w:sz w:val="20"/>
        </w:rPr>
        <w:t>52:15  I would now request Maulana Sahib to give the first moment to Farooq Mustafa Sahib, patron of</w:t>
      </w:r>
      <w:r>
        <w:br/>
      </w:r>
      <w:r>
        <w:rPr>
          <w:sz w:val="20"/>
        </w:rPr>
        <w:t>52:23  Himalayan ki sample wearing foundation.</w:t>
      </w:r>
      <w:r>
        <w:br/>
      </w:r>
      <w:r>
        <w:rPr>
          <w:sz w:val="20"/>
        </w:rPr>
        <w:t>52:25  Rajouri.</w:t>
      </w:r>
      <w:r>
        <w:br/>
      </w:r>
      <w:r>
        <w:rPr>
          <w:sz w:val="20"/>
        </w:rPr>
        <w:t>52:27  I would request Nisar Rahim Sahab, he is a prominent academician of Pir Panjal region to come here</w:t>
      </w:r>
      <w:r>
        <w:br/>
      </w:r>
      <w:r>
        <w:rPr>
          <w:sz w:val="20"/>
        </w:rPr>
        <w:t>52:34  and receive a copy from Maulana sahib.</w:t>
      </w:r>
      <w:r>
        <w:br/>
      </w:r>
      <w:r>
        <w:rPr>
          <w:sz w:val="20"/>
        </w:rPr>
        <w:t>52:37  Jazakmullah.</w:t>
      </w:r>
      <w:r>
        <w:br/>
      </w:r>
      <w:r>
        <w:rPr>
          <w:sz w:val="20"/>
        </w:rPr>
        <w:t>52:39  I would request Talib Malik Sahab, retired collector of Pir Panjal region to come here and receive a</w:t>
      </w:r>
      <w:r>
        <w:br/>
      </w:r>
      <w:r>
        <w:rPr>
          <w:sz w:val="20"/>
        </w:rPr>
        <w:t>52:47  copy.</w:t>
      </w:r>
      <w:r>
        <w:br/>
      </w:r>
      <w:r>
        <w:rPr>
          <w:sz w:val="20"/>
        </w:rPr>
        <w:t>52:48  ji ji.</w:t>
      </w:r>
      <w:r>
        <w:br/>
      </w:r>
      <w:r>
        <w:rPr>
          <w:sz w:val="20"/>
        </w:rPr>
        <w:t>52:50  ji ji.</w:t>
      </w:r>
      <w:r>
        <w:br/>
      </w:r>
      <w:r>
        <w:rPr>
          <w:sz w:val="20"/>
        </w:rPr>
        <w:t>52:51  Masha Allah Jazakmullah.</w:t>
      </w:r>
      <w:r>
        <w:br/>
      </w:r>
      <w:r>
        <w:rPr>
          <w:sz w:val="20"/>
        </w:rPr>
        <w:t>52:53  Okay we have among us today Mr Javed Anwar sahib from Banaras, who is running a magazine Tehreek</w:t>
      </w:r>
      <w:r>
        <w:br/>
      </w:r>
      <w:r>
        <w:rPr>
          <w:sz w:val="20"/>
        </w:rPr>
        <w:t>53:00  آداب and he is being carrying Maulana Sahib's articles regularly in his magazine, which is titled Tehreek-e-Adab.</w:t>
      </w:r>
      <w:r>
        <w:br/>
      </w:r>
      <w:r>
        <w:rPr>
          <w:sz w:val="20"/>
        </w:rPr>
        <w:t>53:08  I would request him to come here and receive a copy from Maulana sahib.</w:t>
      </w:r>
      <w:r>
        <w:br/>
      </w:r>
      <w:r>
        <w:rPr>
          <w:sz w:val="20"/>
        </w:rPr>
        <w:t>53:14  Mr Javed Anwar is the editor of Tehreek Adab.</w:t>
      </w:r>
      <w:r>
        <w:br/>
      </w:r>
      <w:r>
        <w:rPr>
          <w:sz w:val="20"/>
        </w:rPr>
        <w:t>53:18  Masha Allah Jazakmullah.</w:t>
      </w:r>
      <w:r>
        <w:br/>
      </w:r>
      <w:r>
        <w:rPr>
          <w:sz w:val="20"/>
        </w:rPr>
        <w:t>53:19  I would now request Dr. Farida Khanum to come here and receive a copy from Maulana Sahab.</w:t>
      </w:r>
      <w:r>
        <w:br/>
      </w:r>
      <w:r>
        <w:rPr>
          <w:sz w:val="20"/>
        </w:rPr>
        <w:t>53:27  ji ji ji ke ulta karein gay.</w:t>
      </w:r>
      <w:r>
        <w:br/>
      </w:r>
      <w:r>
        <w:rPr>
          <w:sz w:val="20"/>
        </w:rPr>
        <w:t>53:30  nahi nahi theek hai Maulana.</w:t>
      </w:r>
      <w:r>
        <w:br/>
      </w:r>
      <w:r>
        <w:rPr>
          <w:sz w:val="20"/>
        </w:rPr>
        <w:t>53:32  theek hai Maulana.</w:t>
      </w:r>
      <w:r>
        <w:br/>
      </w:r>
      <w:r>
        <w:rPr>
          <w:sz w:val="20"/>
        </w:rPr>
        <w:t>53:33  aise hi karen.</w:t>
      </w:r>
      <w:r>
        <w:br/>
      </w:r>
      <w:r>
        <w:rPr>
          <w:sz w:val="20"/>
        </w:rPr>
        <w:t>53:35  achha.</w:t>
      </w:r>
      <w:r>
        <w:br/>
      </w:r>
      <w:r>
        <w:rPr>
          <w:sz w:val="20"/>
        </w:rPr>
        <w:t>53:36  Doctor Fareeda Khanam.</w:t>
      </w:r>
      <w:r>
        <w:br/>
      </w:r>
      <w:r>
        <w:rPr>
          <w:sz w:val="20"/>
        </w:rPr>
        <w:t>53:38  aagai? aai hoon.</w:t>
      </w:r>
      <w:r>
        <w:br/>
      </w:r>
      <w:r>
        <w:rPr>
          <w:sz w:val="20"/>
        </w:rPr>
        <w:t>53:39  JazakAllah.</w:t>
      </w:r>
      <w:r>
        <w:br/>
      </w:r>
      <w:r>
        <w:rPr>
          <w:sz w:val="20"/>
        </w:rPr>
        <w:t>53:41  In the end, I would request Ms. Naghma Siddiqui to come here and receive a copy from Maulana.</w:t>
      </w:r>
      <w:r>
        <w:br/>
      </w:r>
      <w:r>
        <w:rPr>
          <w:sz w:val="20"/>
        </w:rPr>
        <w:t>53:49  Sahib.</w:t>
      </w:r>
      <w:r>
        <w:br/>
      </w:r>
      <w:r>
        <w:rPr>
          <w:sz w:val="20"/>
        </w:rPr>
        <w:t>53:50  We would like to tell everyone and the viewers that if they want a copy of degree</w:t>
      </w:r>
      <w:r>
        <w:br/>
      </w:r>
      <w:r>
        <w:rPr>
          <w:sz w:val="20"/>
        </w:rPr>
        <w:t>53:58  translation, deen it is available from the Shah Hamdan Society at Jammu.</w:t>
      </w:r>
      <w:r>
        <w:br/>
      </w:r>
      <w:r>
        <w:rPr>
          <w:sz w:val="20"/>
        </w:rPr>
        <w:t>54:03  In case of there is any difficulty, you could write to CPS International at info at</w:t>
      </w:r>
      <w:r>
        <w:br/>
      </w:r>
      <w:r>
        <w:rPr>
          <w:sz w:val="20"/>
        </w:rPr>
        <w:t>54:11  CPS global.org and we will connect you with our representative there in</w:t>
      </w:r>
      <w:r>
        <w:br/>
      </w:r>
      <w:r>
        <w:rPr>
          <w:sz w:val="20"/>
        </w:rPr>
        <w:t>54:18  Jammu.</w:t>
      </w:r>
      <w:r>
        <w:br/>
      </w:r>
      <w:r>
        <w:rPr>
          <w:sz w:val="20"/>
        </w:rPr>
        <w:t>54:20  So we will now resume the question answer session.</w:t>
      </w:r>
      <w:r>
        <w:br/>
      </w:r>
      <w:r>
        <w:rPr>
          <w:sz w:val="20"/>
        </w:rPr>
        <w:t>54:24  ek baat mein ultaana chahta hoon.</w:t>
      </w:r>
      <w:r>
        <w:br/>
      </w:r>
      <w:r>
        <w:rPr>
          <w:sz w:val="20"/>
        </w:rPr>
        <w:t>54:26  daai jab kaam karta hai to aksar is ko ehsaas hota hai ke mujhe jis tareeqay se deen</w:t>
      </w:r>
      <w:r>
        <w:br/>
      </w:r>
      <w:r>
        <w:rPr>
          <w:sz w:val="20"/>
        </w:rPr>
        <w:t>54:34  ko pesh karna chahiye tha, mein pesh nahi kar saka.</w:t>
      </w:r>
      <w:r>
        <w:br/>
      </w:r>
      <w:r>
        <w:rPr>
          <w:sz w:val="20"/>
        </w:rPr>
        <w:t>54:38  jis tarah mein dawat ka kaam karna chahiye tha, us tarah nahi kar saka.</w:t>
      </w:r>
      <w:r>
        <w:br/>
      </w:r>
      <w:r>
        <w:rPr>
          <w:sz w:val="20"/>
        </w:rPr>
        <w:t>54:44  to dekhiye yeh ehsaas jo hai, ek hai aap ke kaam ka zaahir ka hissa.</w:t>
      </w:r>
      <w:r>
        <w:br/>
      </w:r>
      <w:r>
        <w:rPr>
          <w:sz w:val="20"/>
        </w:rPr>
        <w:t>54:51  yani external part aap ke kaam ka.</w:t>
      </w:r>
      <w:r>
        <w:br/>
      </w:r>
      <w:r>
        <w:rPr>
          <w:sz w:val="20"/>
        </w:rPr>
        <w:t>54:54  ek internal part.</w:t>
      </w:r>
      <w:r>
        <w:br/>
      </w:r>
      <w:r>
        <w:rPr>
          <w:sz w:val="20"/>
        </w:rPr>
        <w:t>54:55  external part ke aitbar se woh jaisa bhi ho, perfect na ho, lekin aap ka woh ehsas is</w:t>
      </w:r>
      <w:r>
        <w:br/>
      </w:r>
      <w:r>
        <w:rPr>
          <w:sz w:val="20"/>
        </w:rPr>
        <w:t>55:03  ko internally perfect bana deta hai.</w:t>
      </w:r>
      <w:r>
        <w:br/>
      </w:r>
      <w:r>
        <w:rPr>
          <w:sz w:val="20"/>
        </w:rPr>
        <w:t>55:06  یعنی آپ کی جو internal personality ہے، اس کے اندر ایک perfect version اس کا بنتا ہے۔</w:t>
      </w:r>
      <w:r>
        <w:br/>
      </w:r>
      <w:r>
        <w:rPr>
          <w:sz w:val="20"/>
        </w:rPr>
        <w:t>55:13  woh aakhirat mein aap ka hissa hoga.</w:t>
      </w:r>
      <w:r>
        <w:br/>
      </w:r>
      <w:r>
        <w:rPr>
          <w:sz w:val="20"/>
        </w:rPr>
        <w:t>55:16  تو یہ مت سمجھیے کہ اگر آپ نے کسی کام کو ideal شکل میں، perfect شکل میں نہیں</w:t>
      </w:r>
      <w:r>
        <w:br/>
      </w:r>
      <w:r>
        <w:rPr>
          <w:sz w:val="20"/>
        </w:rPr>
        <w:t>55:24  kya to aap koi kami ho gai.</w:t>
      </w:r>
      <w:r>
        <w:br/>
      </w:r>
      <w:r>
        <w:rPr>
          <w:sz w:val="20"/>
        </w:rPr>
        <w:t>55:27  nahi yeh in amal aamaal bil niyyat ka ek pehlu yeh bhi hai ke daikhli tor par jo aap</w:t>
      </w:r>
      <w:r>
        <w:br/>
      </w:r>
      <w:r>
        <w:rPr>
          <w:sz w:val="20"/>
        </w:rPr>
        <w:t>55:34  ko ehsaasaat paida hue, ek spiritual jo aap ke andar ek ek storm aaya, to spiritual personality jo</w:t>
      </w:r>
      <w:r>
        <w:br/>
      </w:r>
      <w:r>
        <w:rPr>
          <w:sz w:val="20"/>
        </w:rPr>
        <w:t>55:42  aap ki bani, woh is se bhi ziyada bari cheez hai ke kyunke aakhirat mein aap apni isi</w:t>
      </w:r>
      <w:r>
        <w:br/>
      </w:r>
      <w:r>
        <w:rPr>
          <w:sz w:val="20"/>
        </w:rPr>
        <w:t>55:50  spiritual personality ke saath uthen ge.</w:t>
      </w:r>
      <w:r>
        <w:br/>
      </w:r>
      <w:r>
        <w:rPr>
          <w:sz w:val="20"/>
        </w:rPr>
        <w:t>55:52  isi ko Quran mein kaha gaya hai roshan roshan chehray walay.</w:t>
      </w:r>
      <w:r>
        <w:br/>
      </w:r>
      <w:r>
        <w:rPr>
          <w:sz w:val="20"/>
        </w:rPr>
        <w:t>55:57  to aap kabhi mat samjhiye, understatement mat kijiye apne da'oti kaam ko ke main kam kar saka</w:t>
      </w:r>
      <w:r>
        <w:br/>
      </w:r>
      <w:r>
        <w:rPr>
          <w:sz w:val="20"/>
        </w:rPr>
        <w:t>56:05  hoon.</w:t>
      </w:r>
      <w:r>
        <w:br/>
      </w:r>
      <w:r>
        <w:rPr>
          <w:sz w:val="20"/>
        </w:rPr>
        <w:t>56:06  aap ka jo spiritual content hai is kaam ka, woh is kaam ko itna bara bana deta hai</w:t>
      </w:r>
      <w:r>
        <w:br/>
      </w:r>
      <w:r>
        <w:rPr>
          <w:sz w:val="20"/>
        </w:rPr>
        <w:t>56:14  ke is se bohat zyada, ab woh is ka woh hissa aakhirat mein numayan hoga inshallah.</w:t>
      </w:r>
      <w:r>
        <w:br/>
      </w:r>
      <w:r>
        <w:rPr>
          <w:sz w:val="20"/>
        </w:rPr>
        <w:t>56:21  hamare liye yeh bhi ahad al hasanain ki baat hai, hamein kisi haal mein apne ko miffed nahi hona</w:t>
      </w:r>
      <w:r>
        <w:br/>
      </w:r>
      <w:r>
        <w:rPr>
          <w:sz w:val="20"/>
        </w:rPr>
        <w:t>56:28  chahiye.</w:t>
      </w:r>
      <w:r>
        <w:br/>
      </w:r>
      <w:r>
        <w:rPr>
          <w:sz w:val="20"/>
        </w:rPr>
        <w:t>56:30  maulana yeh sawal aaya hai pennsylvania usa se khwaja kaleemuddin sahib ka, unhon ne likha</w:t>
      </w:r>
      <w:r>
        <w:br/>
      </w:r>
      <w:r>
        <w:rPr>
          <w:sz w:val="20"/>
        </w:rPr>
        <w:t>56:38  ہے: "I have come across one Hadith in which the Prophet of Islam says: One of the things</w:t>
      </w:r>
      <w:r>
        <w:br/>
      </w:r>
      <w:r>
        <w:rPr>
          <w:sz w:val="20"/>
        </w:rPr>
        <w:t>56:45  "I am afraid of most is the misleading leaders of Muslim Ummah." Maulana Sahib, kindly explain this.</w:t>
      </w:r>
      <w:r>
        <w:br/>
      </w:r>
      <w:r>
        <w:rPr>
          <w:sz w:val="20"/>
        </w:rPr>
        <w:t>56:53  implication of this hadith.</w:t>
      </w:r>
      <w:r>
        <w:br/>
      </w:r>
      <w:r>
        <w:rPr>
          <w:sz w:val="20"/>
        </w:rPr>
        <w:t>56:55  dekhiye ilm ke do hisse hain, ek woh jis ko hum physical sciences kehte hain ya exact sciences</w:t>
      </w:r>
      <w:r>
        <w:br/>
      </w:r>
      <w:r>
        <w:rPr>
          <w:sz w:val="20"/>
        </w:rPr>
        <w:t>57:03  kehte hain, doosra woh jis ko hum humanities kehte hain.</w:t>
      </w:r>
      <w:r>
        <w:br/>
      </w:r>
      <w:r>
        <w:rPr>
          <w:sz w:val="20"/>
        </w:rPr>
        <w:t>57:07  to physical science mein saari baat metrics par base karti hai, to wahan ghalat interpretation ke chance nahi</w:t>
      </w:r>
      <w:r>
        <w:br/>
      </w:r>
      <w:r>
        <w:rPr>
          <w:sz w:val="20"/>
        </w:rPr>
        <w:t>57:15  hain.</w:t>
      </w:r>
      <w:r>
        <w:br/>
      </w:r>
      <w:r>
        <w:rPr>
          <w:sz w:val="20"/>
        </w:rPr>
        <w:t>57:16  kyunke do aur do chaar hi hoga, do aur do na paanch hoga na teen hoga.</w:t>
      </w:r>
      <w:r>
        <w:br/>
      </w:r>
      <w:r>
        <w:rPr>
          <w:sz w:val="20"/>
        </w:rPr>
        <w:t>57:23  lekin humanities mein hamesha gunjaish rehti hai interpretation ki.</w:t>
      </w:r>
      <w:r>
        <w:br/>
      </w:r>
      <w:r>
        <w:rPr>
          <w:sz w:val="20"/>
        </w:rPr>
        <w:t>57:27  to in seen se log jo Allah se na darte hon, woh kya karte hain? wahi log hain</w:t>
      </w:r>
      <w:r>
        <w:br/>
      </w:r>
      <w:r>
        <w:rPr>
          <w:sz w:val="20"/>
        </w:rPr>
        <w:t>57:34  jo is ka shikar hote hain.</w:t>
      </w:r>
      <w:r>
        <w:br/>
      </w:r>
      <w:r>
        <w:rPr>
          <w:sz w:val="20"/>
        </w:rPr>
        <w:t>57:37  jab aap Allah se na darenge, aap accountability ka jazba na hoga, aap ko yeh ehsaas na</w:t>
      </w:r>
      <w:r>
        <w:br/>
      </w:r>
      <w:r>
        <w:rPr>
          <w:sz w:val="20"/>
        </w:rPr>
        <w:t>57:45  hoga ke mera bola hua lafz, meri likhi hui tehreer, sab aakhirat mein pesh hogi mere saamne, aur</w:t>
      </w:r>
      <w:r>
        <w:br/>
      </w:r>
      <w:r>
        <w:rPr>
          <w:sz w:val="20"/>
        </w:rPr>
        <w:t>57:52  wahan mujhe apne ko justify karna padega.</w:t>
      </w:r>
      <w:r>
        <w:br/>
      </w:r>
      <w:r>
        <w:rPr>
          <w:sz w:val="20"/>
        </w:rPr>
        <w:t>57:56  yeh ehsaas na ho to aap kuch bhi hote hain nikaal lenge.</w:t>
      </w:r>
      <w:r>
        <w:br/>
      </w:r>
      <w:r>
        <w:rPr>
          <w:sz w:val="20"/>
        </w:rPr>
        <w:t>58:01  to duniya mein aise log hamesha kam hote hain jo Allah se bohat darne wale hon, jo bohat</w:t>
      </w:r>
      <w:r>
        <w:br/>
      </w:r>
      <w:r>
        <w:rPr>
          <w:sz w:val="20"/>
        </w:rPr>
        <w:t>58:09  zyada aakhirat ka un ko khauf ho.</w:t>
      </w:r>
      <w:r>
        <w:br/>
      </w:r>
      <w:r>
        <w:rPr>
          <w:sz w:val="20"/>
        </w:rPr>
        <w:t>58:12  zyadatar log aise isi hote hain jo in seen se rakhte hain.</w:t>
      </w:r>
      <w:r>
        <w:br/>
      </w:r>
      <w:r>
        <w:rPr>
          <w:sz w:val="20"/>
        </w:rPr>
        <w:t>58:18  to wahi log hain jo Quran ka hadith ka mis interpretation karte hain, ghalat matlab nikaalte hain.</w:t>
      </w:r>
      <w:r>
        <w:br/>
      </w:r>
      <w:r>
        <w:rPr>
          <w:sz w:val="20"/>
        </w:rPr>
        <w:t>58:25  yeh pehle bhi the, aaj bhi hain.</w:t>
      </w:r>
      <w:r>
        <w:br/>
      </w:r>
      <w:r>
        <w:rPr>
          <w:sz w:val="20"/>
        </w:rPr>
        <w:t>58:28  rasool Allah ke zamane mein bhi thay, aaj bhi hain aur hamesha rahen ge.</w:t>
      </w:r>
      <w:r>
        <w:br/>
      </w:r>
      <w:r>
        <w:rPr>
          <w:sz w:val="20"/>
        </w:rPr>
        <w:t>58:34  to ek to logon ko bachna chahiye ke koi bhi kuch keh de ga to use maan lein.</w:t>
      </w:r>
      <w:r>
        <w:br/>
      </w:r>
      <w:r>
        <w:rPr>
          <w:sz w:val="20"/>
        </w:rPr>
        <w:t>58:42  aisa nahi hai.</w:t>
      </w:r>
      <w:r>
        <w:br/>
      </w:r>
      <w:r>
        <w:rPr>
          <w:sz w:val="20"/>
        </w:rPr>
        <w:t>58:43  kuch bhi is ulti seedhi baat sochi, is kitaab likh di, chhaap di, aap is ko parh rahe</w:t>
      </w:r>
      <w:r>
        <w:br/>
      </w:r>
      <w:r>
        <w:rPr>
          <w:sz w:val="20"/>
        </w:rPr>
        <w:t>58:51  hain, aap is ka asar le rahe hain.</w:t>
      </w:r>
      <w:r>
        <w:br/>
      </w:r>
      <w:r>
        <w:rPr>
          <w:sz w:val="20"/>
        </w:rPr>
        <w:t>58:54  to ek warning hai is mein un logon ke liye jo aisi cheezon ko parhte hain.</w:t>
      </w:r>
      <w:r>
        <w:br/>
      </w:r>
      <w:r>
        <w:rPr>
          <w:sz w:val="20"/>
        </w:rPr>
        <w:t>59:01  aur warning doosri hai ke likhne walon ko ke deen ke maamle mein tum aisa kayi nahi karte.</w:t>
      </w:r>
      <w:r>
        <w:br/>
      </w:r>
      <w:r>
        <w:rPr>
          <w:sz w:val="20"/>
        </w:rPr>
        <w:t>59:09  tum deen ke maamle mein tum ko aisa nahi karna chahiye ke bas ek khayal dimagh mein renga</w:t>
      </w:r>
      <w:r>
        <w:br/>
      </w:r>
      <w:r>
        <w:rPr>
          <w:sz w:val="20"/>
        </w:rPr>
        <w:t>59:17  aur aap ne kitaab likh dali.</w:t>
      </w:r>
      <w:r>
        <w:br/>
      </w:r>
      <w:r>
        <w:rPr>
          <w:sz w:val="20"/>
        </w:rPr>
        <w:t>59:19  bohat ziyada chhaan been, bohat ziyada tehqeeq, duaen, aur yani ek poora marhala guzarta hai aadmi ke upar,</w:t>
      </w:r>
      <w:r>
        <w:br/>
      </w:r>
      <w:r>
        <w:rPr>
          <w:sz w:val="20"/>
        </w:rPr>
        <w:t>59:27  tab is ko kitaab likhna chahiye.</w:t>
      </w:r>
      <w:r>
        <w:br/>
      </w:r>
      <w:r>
        <w:rPr>
          <w:sz w:val="20"/>
        </w:rPr>
        <w:t>59:30  dua ka, ibadat ka, tehqeeq ka, mutale'e ka.</w:t>
      </w:r>
      <w:r>
        <w:br/>
      </w:r>
      <w:r>
        <w:rPr>
          <w:sz w:val="20"/>
        </w:rPr>
        <w:t>59:33  to is hadith mein jo baat kahi gayi hai, woh do tarafah hai.</w:t>
      </w:r>
      <w:r>
        <w:br/>
      </w:r>
      <w:r>
        <w:rPr>
          <w:sz w:val="20"/>
        </w:rPr>
        <w:t>59:39  yani jo parhte hain aisi kitabon ko, un par bhi kaha gaya hai ke tum Allah ke haan</w:t>
      </w:r>
      <w:r>
        <w:br/>
      </w:r>
      <w:r>
        <w:rPr>
          <w:sz w:val="20"/>
        </w:rPr>
        <w:t>59:46  bach nahi sakte ga ke kitaab mein parha tha, woh aise likha hua tha.</w:t>
      </w:r>
      <w:r>
        <w:br/>
      </w:r>
      <w:r>
        <w:rPr>
          <w:sz w:val="20"/>
        </w:rPr>
        <w:t>59:52  tumhein maana hai ke tum ne koi maan kyun liya? yeh poocha jae ga.</w:t>
      </w:r>
      <w:r>
        <w:br/>
      </w:r>
      <w:r>
        <w:rPr>
          <w:sz w:val="20"/>
        </w:rPr>
        <w:t>59:58  aur jo likhne wala hai, use kaha jae ga ke tum ne yani haq kyun nahi ada kiya</w:t>
      </w:r>
      <w:r>
        <w:br/>
      </w:r>
      <w:r>
        <w:rPr>
          <w:sz w:val="20"/>
        </w:rPr>
        <w:t>1:00:06  tehqeeq ka? kaise kitaab likh dali? to dono ke liye warning hai, aur dono ke liye aakhirat mein</w:t>
      </w:r>
      <w:r>
        <w:br/>
      </w:r>
      <w:r>
        <w:rPr>
          <w:sz w:val="20"/>
        </w:rPr>
        <w:t>1:00:14  pakar hogi.</w:t>
      </w:r>
    </w:p>
    <w:p>
      <w:pPr>
        <w:pStyle w:val="Heading2"/>
      </w:pPr>
      <w:r>
        <w:t>Reader's engagement with Maulana</w:t>
      </w:r>
    </w:p>
    <w:p>
      <w:r>
        <w:rPr>
          <w:color w:val="666666"/>
          <w:sz w:val="18"/>
        </w:rPr>
        <w:t>Other · Wisdom of Hadith Maulana Wahiduddin Khan February 23, 2014 · 8m 26s · at 1:00:15 · https://youtu.be/5E_MIQpToK4?t=3615</w:t>
      </w:r>
    </w:p>
    <w:p>
      <w:r>
        <w:rPr>
          <w:i/>
        </w:rPr>
        <w:t>“Maulana, I have been reading your programs and books for about nine months.”</w:t>
      </w:r>
    </w:p>
    <w:p>
      <w:r>
        <w:rPr>
          <w:sz w:val="20"/>
        </w:rPr>
        <w:t>1:00:14  pakar hogi.</w:t>
      </w:r>
      <w:r>
        <w:br/>
      </w:r>
      <w:r>
        <w:rPr>
          <w:sz w:val="20"/>
        </w:rPr>
        <w:t>1:00:15  maulana agla sawal Islam abad Pakistan se hai Muhammad Waseem Bari sahib ka.</w:t>
      </w:r>
      <w:r>
        <w:br/>
      </w:r>
      <w:r>
        <w:rPr>
          <w:sz w:val="20"/>
        </w:rPr>
        <w:t>1:00:21  unhon ne likha hai: "maulana, mein taqreeban nau mahine se aap ke program aur books ki reading kar</w:t>
      </w:r>
      <w:r>
        <w:br/>
      </w:r>
      <w:r>
        <w:rPr>
          <w:sz w:val="20"/>
        </w:rPr>
        <w:t>1:00:28  raha hoon.</w:t>
      </w:r>
      <w:r>
        <w:br/>
      </w:r>
      <w:r>
        <w:rPr>
          <w:sz w:val="20"/>
        </w:rPr>
        <w:t>1:00:30  Allah ka shukar hai ke mujhe bohat faida ho raha hai.</w:t>
      </w:r>
      <w:r>
        <w:br/>
      </w:r>
      <w:r>
        <w:rPr>
          <w:sz w:val="20"/>
        </w:rPr>
        <w:t>1:00:35  Allah aap ko jaza-e-khair de.</w:t>
      </w:r>
      <w:r>
        <w:br/>
      </w:r>
      <w:r>
        <w:rPr>
          <w:sz w:val="20"/>
        </w:rPr>
        <w:t>1:00:37  mera sawal yeh hai ke jab hum sara waqt Khuda ke creation pe tadabbur karte hain to hamara</w:t>
      </w:r>
      <w:r>
        <w:br/>
      </w:r>
      <w:r>
        <w:rPr>
          <w:sz w:val="20"/>
        </w:rPr>
        <w:t>1:00:45  mind active rehta hai, par hum doosre kaam yani job etc pe concentration nahi de paate kyunke hamara</w:t>
      </w:r>
      <w:r>
        <w:br/>
      </w:r>
      <w:r>
        <w:rPr>
          <w:sz w:val="20"/>
        </w:rPr>
        <w:t>1:00:53  concentration is par nahi hota.</w:t>
      </w:r>
      <w:r>
        <w:br/>
      </w:r>
      <w:r>
        <w:rPr>
          <w:sz w:val="20"/>
        </w:rPr>
        <w:t>1:00:55  is tarah mein koi spirit ya determination ke saath nahi bana, kaam nahi kar pata kyunke dil bas</w:t>
      </w:r>
      <w:r>
        <w:br/>
      </w:r>
      <w:r>
        <w:rPr>
          <w:sz w:val="20"/>
        </w:rPr>
        <w:t>1:01:03  yeh karta hai ke Allah ke creation par tadabbur karta rahoon, par zindagi guzarne ke liye job bhi</w:t>
      </w:r>
      <w:r>
        <w:br/>
      </w:r>
      <w:r>
        <w:rPr>
          <w:sz w:val="20"/>
        </w:rPr>
        <w:t>1:01:10  karni parti hai.</w:t>
      </w:r>
      <w:r>
        <w:br/>
      </w:r>
      <w:r>
        <w:rPr>
          <w:sz w:val="20"/>
        </w:rPr>
        <w:t>1:01:12  Maulana, I don't know whether my question is valid or not, but please guide me from this confusion</w:t>
      </w:r>
      <w:r>
        <w:br/>
      </w:r>
      <w:r>
        <w:rPr>
          <w:sz w:val="20"/>
        </w:rPr>
        <w:t>1:01:19  so that I can manage my affairs." Dekhein, yeh tadabbur aur tafakkur jo hai, bohat bari baat hai</w:t>
      </w:r>
      <w:r>
        <w:br/>
      </w:r>
      <w:r>
        <w:rPr>
          <w:sz w:val="20"/>
        </w:rPr>
        <w:t>1:01:27  Islam mein.</w:t>
      </w:r>
      <w:r>
        <w:br/>
      </w:r>
      <w:r>
        <w:rPr>
          <w:sz w:val="20"/>
        </w:rPr>
        <w:t>1:01:29  lekin is ka matlab yeh nahi ke aap hajre mein baith ke tafakkur karein, alag baithak karein, jungle</w:t>
      </w:r>
      <w:r>
        <w:br/>
      </w:r>
      <w:r>
        <w:rPr>
          <w:sz w:val="20"/>
        </w:rPr>
        <w:t>1:01:36  mein ja ke karein.</w:t>
      </w:r>
      <w:r>
        <w:br/>
      </w:r>
      <w:r>
        <w:rPr>
          <w:sz w:val="20"/>
        </w:rPr>
        <w:t>1:01:38  nahi, jo rozmarra ki aap ki zindagi hai, usi mein rehte hue tafakkur karein.</w:t>
      </w:r>
      <w:r>
        <w:br/>
      </w:r>
      <w:r>
        <w:rPr>
          <w:sz w:val="20"/>
        </w:rPr>
        <w:t>1:01:44  kahin alag hone ki zaroorat nahi hai, kisi seclusion mein jaane ki zaroorat nahi hai.</w:t>
      </w:r>
      <w:r>
        <w:br/>
      </w:r>
      <w:r>
        <w:rPr>
          <w:sz w:val="20"/>
        </w:rPr>
        <w:t>1:01:51  jaise maine misaal di aap ko, yeh pani ki haalat aadmi pani peeta hai to pani peete</w:t>
      </w:r>
      <w:r>
        <w:br/>
      </w:r>
      <w:r>
        <w:rPr>
          <w:sz w:val="20"/>
        </w:rPr>
        <w:t>1:01:58  hue aap yeh sochein ke kitni bari qeemti cheez hai.</w:t>
      </w:r>
      <w:r>
        <w:br/>
      </w:r>
      <w:r>
        <w:rPr>
          <w:sz w:val="20"/>
        </w:rPr>
        <w:t>1:02:03  pani jo aap jo bhi aap kaam kar rahe hon, chahe job ho ya business ho, usi mein</w:t>
      </w:r>
      <w:r>
        <w:br/>
      </w:r>
      <w:r>
        <w:rPr>
          <w:sz w:val="20"/>
        </w:rPr>
        <w:t>1:02:10  tafakkur karein ke items milenge aap ko.</w:t>
      </w:r>
      <w:r>
        <w:br/>
      </w:r>
      <w:r>
        <w:rPr>
          <w:sz w:val="20"/>
        </w:rPr>
        <w:t>1:02:14  jaise mein ek misaal deta hoon aap ko, ek baar mein Ahmedabad gaya to ek shakhs ne</w:t>
      </w:r>
      <w:r>
        <w:br/>
      </w:r>
      <w:r>
        <w:rPr>
          <w:sz w:val="20"/>
        </w:rPr>
        <w:t>1:02:21  wahan par ek karkhana lagaya tha, naya woh engineer thay, to us ko le gaye apne karkhana dikhane</w:t>
      </w:r>
      <w:r>
        <w:br/>
      </w:r>
      <w:r>
        <w:rPr>
          <w:sz w:val="20"/>
        </w:rPr>
        <w:t>1:02:29  ke liye.</w:t>
      </w:r>
      <w:r>
        <w:br/>
      </w:r>
      <w:r>
        <w:rPr>
          <w:sz w:val="20"/>
        </w:rPr>
        <w:t>1:02:31  to ek machine unhon ne import ki thi, ab to machine India mein sab banne lagi hain, pehle</w:t>
      </w:r>
      <w:r>
        <w:br/>
      </w:r>
      <w:r>
        <w:rPr>
          <w:sz w:val="20"/>
        </w:rPr>
        <w:t>1:02:38  machinein bahar se aati theen.</w:t>
      </w:r>
      <w:r>
        <w:br/>
      </w:r>
      <w:r>
        <w:rPr>
          <w:sz w:val="20"/>
        </w:rPr>
        <w:t>1:02:40  to unhon ne woh machine mein, aap jante hain, ek ek wheel hoti hai, usi wheel ki chalne</w:t>
      </w:r>
      <w:r>
        <w:br/>
      </w:r>
      <w:r>
        <w:rPr>
          <w:sz w:val="20"/>
        </w:rPr>
        <w:t>1:02:48  se poori machine chalti hai.</w:t>
      </w:r>
      <w:r>
        <w:br/>
      </w:r>
      <w:r>
        <w:rPr>
          <w:sz w:val="20"/>
        </w:rPr>
        <w:t>1:02:50  to unhon ne ek dimension diya, ek unhon ne switch dabai to wheel bohat tez chalne lagi.</w:t>
      </w:r>
      <w:r>
        <w:br/>
      </w:r>
      <w:r>
        <w:rPr>
          <w:sz w:val="20"/>
        </w:rPr>
        <w:t>1:02:58  phir unhon ne kaha ke ab dekhein, mein doosra switch dabata hoon.</w:t>
      </w:r>
      <w:r>
        <w:br/>
      </w:r>
      <w:r>
        <w:rPr>
          <w:sz w:val="20"/>
        </w:rPr>
        <w:t>1:03:03  doosra switch dabaya to wid in second us ne apna badal liya, apna idhar se idhar aise chalne</w:t>
      </w:r>
      <w:r>
        <w:br/>
      </w:r>
      <w:r>
        <w:rPr>
          <w:sz w:val="20"/>
        </w:rPr>
        <w:t>1:03:10  lagi.</w:t>
      </w:r>
      <w:r>
        <w:br/>
      </w:r>
      <w:r>
        <w:rPr>
          <w:sz w:val="20"/>
        </w:rPr>
        <w:t>1:03:12  woh yani ek button daba rahe hain to idhar chalne lagi, doosra button dabaya to idhar chalne lagi,</w:t>
      </w:r>
      <w:r>
        <w:br/>
      </w:r>
      <w:r>
        <w:rPr>
          <w:sz w:val="20"/>
        </w:rPr>
        <w:t>1:03:20  yani direction change kar li.</w:t>
      </w:r>
      <w:r>
        <w:br/>
      </w:r>
      <w:r>
        <w:rPr>
          <w:sz w:val="20"/>
        </w:rPr>
        <w:t>1:03:22  toh zahir hai ke woh industry ka mamla tha, factory ka mamla tha.</w:t>
      </w:r>
      <w:r>
        <w:br/>
      </w:r>
      <w:r>
        <w:rPr>
          <w:sz w:val="20"/>
        </w:rPr>
        <w:t>1:03:27  maine is se kya socha ke yahi momin ka mamla hai, wa izaa maghdubuhum yaghfiroon.</w:t>
      </w:r>
      <w:r>
        <w:br/>
      </w:r>
      <w:r>
        <w:rPr>
          <w:sz w:val="20"/>
        </w:rPr>
        <w:t>1:03:34  is aayat ki tafseer maine le liya is se ke ghussa aata hai toh maaf kar dete</w:t>
      </w:r>
      <w:r>
        <w:br/>
      </w:r>
      <w:r>
        <w:rPr>
          <w:sz w:val="20"/>
        </w:rPr>
        <w:t>1:03:42  hain, yani ghusse ke direction achaanak maafi ki direction tabdeel kar lete hain.</w:t>
      </w:r>
      <w:r>
        <w:br/>
      </w:r>
      <w:r>
        <w:rPr>
          <w:sz w:val="20"/>
        </w:rPr>
        <w:t>1:03:47  toh momin woh hai jiske andar yeh salahiyat ho ke achaanak apne direction ko change kar sake.</w:t>
      </w:r>
      <w:r>
        <w:br/>
      </w:r>
      <w:r>
        <w:rPr>
          <w:sz w:val="20"/>
        </w:rPr>
        <w:t>1:03:55  toh tashaddud ke direction chal raha tha, achaanak peace ke direction chalne lage, ghussa hua tha, maafi ke</w:t>
      </w:r>
      <w:r>
        <w:br/>
      </w:r>
      <w:r>
        <w:rPr>
          <w:sz w:val="20"/>
        </w:rPr>
        <w:t>1:04:03  direction chalne lage, inteqaam ka jazba tha, usko bhula de, faramoshi khane mein daal de.</w:t>
      </w:r>
      <w:r>
        <w:br/>
      </w:r>
      <w:r>
        <w:rPr>
          <w:sz w:val="20"/>
        </w:rPr>
        <w:t>1:04:09  toh momin woh hai jiska shaoor itna baligh hota hai, Allah ka khauf is mein itna zyada</w:t>
      </w:r>
      <w:r>
        <w:br/>
      </w:r>
      <w:r>
        <w:rPr>
          <w:sz w:val="20"/>
        </w:rPr>
        <w:t>1:04:17  hota hai ke jaise hi usko ehsaas hota hai ke main galat kar raha hoon, toh foran</w:t>
      </w:r>
      <w:r>
        <w:br/>
      </w:r>
      <w:r>
        <w:rPr>
          <w:sz w:val="20"/>
        </w:rPr>
        <w:t>1:04:25  apne direction ko change kar leta hai.</w:t>
      </w:r>
      <w:r>
        <w:br/>
      </w:r>
      <w:r>
        <w:rPr>
          <w:sz w:val="20"/>
        </w:rPr>
        <w:t>1:04:28  woh toh jo kaam bhi aap kar rahe hain, isi mein tadabbur kijiye, isi mein tafakkur kijiye.</w:t>
      </w:r>
      <w:r>
        <w:br/>
      </w:r>
      <w:r>
        <w:rPr>
          <w:sz w:val="20"/>
        </w:rPr>
        <w:t>1:04:35  kisi seclusion mein, kisi alag thalag maqam par jaane ki zaroorat nahi.</w:t>
      </w:r>
      <w:r>
        <w:br/>
      </w:r>
      <w:r>
        <w:rPr>
          <w:sz w:val="20"/>
        </w:rPr>
        <w:t>1:04:40  yahi Islam hai, yahi tadabbur hai, yahi tafakkur hai.</w:t>
      </w:r>
      <w:r>
        <w:br/>
      </w:r>
      <w:r>
        <w:rPr>
          <w:sz w:val="20"/>
        </w:rPr>
        <w:t>1:04:44  Okay, before I go into the next question, I would like to read a comment which has</w:t>
      </w:r>
      <w:r>
        <w:br/>
      </w:r>
      <w:r>
        <w:rPr>
          <w:sz w:val="20"/>
        </w:rPr>
        <w:t>1:04:52  come from Mr. Anas, who is currently supervising the Quran distribution at the World Book Fair, which is</w:t>
      </w:r>
      <w:r>
        <w:br/>
      </w:r>
      <w:r>
        <w:rPr>
          <w:sz w:val="20"/>
        </w:rPr>
        <w:t>1:05:00  being held in pagti maidan.</w:t>
      </w:r>
      <w:r>
        <w:br/>
      </w:r>
      <w:r>
        <w:rPr>
          <w:sz w:val="20"/>
        </w:rPr>
        <w:t>1:05:02  And the comment very well illustrates the benefit of or the result oriented work of the Quran.</w:t>
      </w:r>
      <w:r>
        <w:br/>
      </w:r>
      <w:r>
        <w:rPr>
          <w:sz w:val="20"/>
        </w:rPr>
        <w:t>1:05:09  distribution that is being done at a global level by all these CPS volunteers.</w:t>
      </w:r>
      <w:r>
        <w:br/>
      </w:r>
      <w:r>
        <w:rPr>
          <w:sz w:val="20"/>
        </w:rPr>
        <w:t>1:05:16  many people say that what is the use of the distribution of dawah material.</w:t>
      </w:r>
      <w:r>
        <w:br/>
      </w:r>
      <w:r>
        <w:rPr>
          <w:sz w:val="20"/>
        </w:rPr>
        <w:t>1:05:22  So the comment that he has sent clearly illustrates that how result oriented the work that is being</w:t>
      </w:r>
      <w:r>
        <w:br/>
      </w:r>
      <w:r>
        <w:rPr>
          <w:sz w:val="20"/>
        </w:rPr>
        <w:t>1:05:30  undertaken by all the da'is who are associated with CPS mission.</w:t>
      </w:r>
      <w:r>
        <w:br/>
      </w:r>
      <w:r>
        <w:rPr>
          <w:sz w:val="20"/>
        </w:rPr>
        <w:t>1:05:36  the comment that he has sent today is: " Naseeb bhai told me that he got a call in</w:t>
      </w:r>
      <w:r>
        <w:br/>
      </w:r>
      <w:r>
        <w:rPr>
          <w:sz w:val="20"/>
        </w:rPr>
        <w:t>1:05:43  CPS number from a Hindi publisher who is located in Daryaganj and who was given</w:t>
      </w:r>
      <w:r>
        <w:br/>
      </w:r>
      <w:r>
        <w:rPr>
          <w:sz w:val="20"/>
        </w:rPr>
        <w:t>1:05:51  Reality of Life at Pragati Maidan World Book Fair.</w:t>
      </w:r>
      <w:r>
        <w:br/>
      </w:r>
      <w:r>
        <w:rPr>
          <w:sz w:val="20"/>
        </w:rPr>
        <w:t>1:05:55  The person called and has placed an order.</w:t>
      </w:r>
      <w:r>
        <w:br/>
      </w:r>
      <w:r>
        <w:rPr>
          <w:sz w:val="20"/>
        </w:rPr>
        <w:t>1:05:58  "The person has called and he wants to distribute one lakh copies of 'Reality of Life'." So I</w:t>
      </w:r>
      <w:r>
        <w:br/>
      </w:r>
      <w:r>
        <w:rPr>
          <w:sz w:val="20"/>
        </w:rPr>
        <w:t>1:06:06  would request Maulana to say a few words on this comment on the distribution that is being done</w:t>
      </w:r>
      <w:r>
        <w:br/>
      </w:r>
      <w:r>
        <w:rPr>
          <w:sz w:val="20"/>
        </w:rPr>
        <w:t>1:06:14  and what many people say that it is not useful.</w:t>
      </w:r>
      <w:r>
        <w:br/>
      </w:r>
      <w:r>
        <w:rPr>
          <w:sz w:val="20"/>
        </w:rPr>
        <w:t>1:06:18  dekhein, jab aap dawat ka kaam karte hain toh total ko mat dekhiye, us total mein jo individual</w:t>
      </w:r>
      <w:r>
        <w:br/>
      </w:r>
      <w:r>
        <w:rPr>
          <w:sz w:val="20"/>
        </w:rPr>
        <w:t>1:06:26  experience hai, usko dekhiye.</w:t>
      </w:r>
      <w:r>
        <w:br/>
      </w:r>
      <w:r>
        <w:rPr>
          <w:sz w:val="20"/>
        </w:rPr>
        <w:t>1:06:28  aap ne ek so aadmi ko Quran diya, chand aadmi ka andar yeh jazba aaya, yeh yahi toh</w:t>
      </w:r>
      <w:r>
        <w:br/>
      </w:r>
      <w:r>
        <w:rPr>
          <w:sz w:val="20"/>
        </w:rPr>
        <w:t>1:06:36  matloob hai.</w:t>
      </w:r>
      <w:r>
        <w:br/>
      </w:r>
      <w:r>
        <w:rPr>
          <w:sz w:val="20"/>
        </w:rPr>
        <w:t>1:06:37  aise hi hamesha hota hai, jo log negative raha dete hain, woh majmooe poore kara dete hain.</w:t>
      </w:r>
      <w:r>
        <w:br/>
      </w:r>
      <w:r>
        <w:rPr>
          <w:sz w:val="20"/>
        </w:rPr>
        <w:t>1:06:44  yaani sau Quran ki aayat hai, sau result nikalna chahiye.</w:t>
      </w:r>
      <w:r>
        <w:br/>
      </w:r>
      <w:r>
        <w:rPr>
          <w:sz w:val="20"/>
        </w:rPr>
        <w:t>1:06:49  yeh in natural baat hai, nature ke khilaaf hai.</w:t>
      </w:r>
      <w:r>
        <w:br/>
      </w:r>
      <w:r>
        <w:rPr>
          <w:sz w:val="20"/>
        </w:rPr>
        <w:t>1:06:52  baat Sahaba ki zubani bhi aisa nahi hua, Rasool Allah ki zubani bhi aisa nahi hua.</w:t>
      </w:r>
      <w:r>
        <w:br/>
      </w:r>
      <w:r>
        <w:rPr>
          <w:sz w:val="20"/>
        </w:rPr>
        <w:t>1:06:59  toh is mein ek, yaani ek do shakhs bhi nikal aate hain toh woh itna bada result dete</w:t>
      </w:r>
      <w:r>
        <w:br/>
      </w:r>
      <w:r>
        <w:rPr>
          <w:sz w:val="20"/>
        </w:rPr>
        <w:t>1:07:07  hain ke woh sab sab ko bhaari hota hai.</w:t>
      </w:r>
      <w:r>
        <w:br/>
      </w:r>
      <w:r>
        <w:rPr>
          <w:sz w:val="20"/>
        </w:rPr>
        <w:t>1:07:11  woh result toh kaisi ajeeb misaal yeh hai ke ek non-muslim kehta hai ke aap ko ek</w:t>
      </w:r>
      <w:r>
        <w:br/>
      </w:r>
      <w:r>
        <w:rPr>
          <w:sz w:val="20"/>
        </w:rPr>
        <w:t>1:07:19  lakh woh kitaab lao, hum us ko pahunchaoon ga logon ko.</w:t>
      </w:r>
      <w:r>
        <w:br/>
      </w:r>
      <w:r>
        <w:rPr>
          <w:sz w:val="20"/>
        </w:rPr>
        <w:t>1:07:23  zahair hai ke woh khareed kar de raha hai, reality of life ek lakh.</w:t>
      </w:r>
      <w:r>
        <w:br/>
      </w:r>
      <w:r>
        <w:rPr>
          <w:sz w:val="20"/>
        </w:rPr>
        <w:t>1:07:29  toh kisi ne ek shair mujhe yaad aata hai, kisi ne kaha tha ke khabar nahi ke gire</w:t>
      </w:r>
      <w:r>
        <w:br/>
      </w:r>
      <w:r>
        <w:rPr>
          <w:sz w:val="20"/>
        </w:rPr>
        <w:t>1:07:37  hain kahan kahan aansu, kidhar kidhar se uthe ga, dhuan nahi maloom, kaun sa aansu qatra samandar ban</w:t>
      </w:r>
      <w:r>
        <w:br/>
      </w:r>
      <w:r>
        <w:rPr>
          <w:sz w:val="20"/>
        </w:rPr>
        <w:t>1:07:45  jayega, yeh kaun jaanta hai? kaun sa aansu qatra jo hai, samandar ban jayega, kis ko</w:t>
      </w:r>
      <w:r>
        <w:br/>
      </w:r>
      <w:r>
        <w:rPr>
          <w:sz w:val="20"/>
        </w:rPr>
        <w:t>1:07:52  pata hai? toh aap ko distribute karna hai, karna hai, karna hai, aur result ko aap ko Allah</w:t>
      </w:r>
      <w:r>
        <w:br/>
      </w:r>
      <w:r>
        <w:rPr>
          <w:sz w:val="20"/>
        </w:rPr>
        <w:t>1:08:00  ke khaane mein daalna hai.</w:t>
      </w:r>
      <w:r>
        <w:br/>
      </w:r>
      <w:r>
        <w:rPr>
          <w:sz w:val="20"/>
        </w:rPr>
        <w:t>1:08:02  result ko Allah ke khaane mein daalna hai.</w:t>
      </w:r>
      <w:r>
        <w:br/>
      </w:r>
      <w:r>
        <w:rPr>
          <w:sz w:val="20"/>
        </w:rPr>
        <w:t>1:08:06  Maulana, agla ek aur comment aur sawal hai jo Dr. Safeena Tabassum ne kiya hai Ajmer se.</w:t>
      </w:r>
      <w:r>
        <w:br/>
      </w:r>
      <w:r>
        <w:rPr>
          <w:sz w:val="20"/>
        </w:rPr>
        <w:t>1:08:13  unhon ne likha hai: "Maulana, agar aap ke zariye hamein right thinking na milti toh hum bhi jahalat</w:t>
      </w:r>
      <w:r>
        <w:br/>
      </w:r>
      <w:r>
        <w:rPr>
          <w:sz w:val="20"/>
        </w:rPr>
        <w:t>1:08:21  mein hote.</w:t>
      </w:r>
      <w:r>
        <w:br/>
      </w:r>
      <w:r>
        <w:rPr>
          <w:sz w:val="20"/>
        </w:rPr>
        <w:t>1:08:22  ab hamari yeh koshish rahegi ke tamam logon tak yeh baat pahuncha sakein aur khud ko is</w:t>
      </w:r>
      <w:r>
        <w:br/>
      </w:r>
      <w:r>
        <w:rPr>
          <w:sz w:val="20"/>
        </w:rPr>
        <w:t>1:08:30  par qaim rakhein." Maulana, kya meri yeh soch theek hai? haan, bilkul, hundred percent theek hai, bilkul sahi</w:t>
      </w:r>
      <w:r>
        <w:br/>
      </w:r>
      <w:r>
        <w:rPr>
          <w:sz w:val="20"/>
        </w:rPr>
        <w:t>1:08:38  hai.</w:t>
      </w:r>
      <w:r>
        <w:br/>
      </w:r>
      <w:r>
        <w:rPr>
          <w:sz w:val="20"/>
        </w:rPr>
        <w:t>1:08:39  Allah aap ko haq akbar farmaye.</w:t>
      </w:r>
    </w:p>
    <w:p>
      <w:pPr>
        <w:pStyle w:val="Heading2"/>
      </w:pPr>
      <w:r>
        <w:t>Reality of Baghdadi and ISIS</w:t>
      </w:r>
    </w:p>
    <w:p>
      <w:r>
        <w:rPr>
          <w:color w:val="666666"/>
          <w:sz w:val="18"/>
        </w:rPr>
        <w:t>Other · Concept of Jihad in Islam September 7, 2014 · 5m 53s · at 59:04 · https://youtu.be/GnKBYM8HbuQ?t=3544</w:t>
      </w:r>
    </w:p>
    <w:p>
      <w:r>
        <w:rPr>
          <w:i/>
        </w:rPr>
        <w:t>“What is the reality of Baghdadi and ISIS?”</w:t>
      </w:r>
    </w:p>
    <w:p>
      <w:r>
        <w:rPr>
          <w:sz w:val="20"/>
        </w:rPr>
        <w:t>59:04  molana, agla sawal aya hai Ah Dhunpur, West Bengal se Muhammad Arif sahib ne kiya hai aur unhon</w:t>
      </w:r>
      <w:r>
        <w:br/>
      </w:r>
      <w:r>
        <w:rPr>
          <w:sz w:val="20"/>
        </w:rPr>
        <w:t>59:10  ne likha hai ke Baghdadi aur ISIS ki haqeeqat kya hai? yeh hamara mozu nahi hai.</w:t>
      </w:r>
      <w:r>
        <w:br/>
      </w:r>
      <w:r>
        <w:rPr>
          <w:sz w:val="20"/>
        </w:rPr>
        <w:t>59:15  hamara mozu nahi hai.</w:t>
      </w:r>
      <w:r>
        <w:br/>
      </w:r>
      <w:r>
        <w:rPr>
          <w:sz w:val="20"/>
        </w:rPr>
        <w:t>59:21  aiesai es.</w:t>
      </w:r>
      <w:r>
        <w:br/>
      </w:r>
      <w:r>
        <w:rPr>
          <w:sz w:val="20"/>
        </w:rPr>
        <w:t>59:26  aiesai es jo iraq mein hai.</w:t>
      </w:r>
      <w:r>
        <w:br/>
      </w:r>
      <w:r>
        <w:rPr>
          <w:sz w:val="20"/>
        </w:rPr>
        <w:t>59:31  woh hamara mozu nahi hai.</w:t>
      </w:r>
      <w:r>
        <w:br/>
      </w:r>
      <w:r>
        <w:rPr>
          <w:sz w:val="20"/>
        </w:rPr>
        <w:t>59:37  kyun aap is par bhaje hue hain? mein toh kehta hoon aap log yeh sab haram mein uljhe hue hain.</w:t>
      </w:r>
      <w:r>
        <w:br/>
      </w:r>
      <w:r>
        <w:rPr>
          <w:sz w:val="20"/>
        </w:rPr>
        <w:t>59:42  soch bhi haram hoti hai, yaad rakhiye.</w:t>
      </w:r>
      <w:r>
        <w:br/>
      </w:r>
      <w:r>
        <w:rPr>
          <w:sz w:val="20"/>
        </w:rPr>
        <w:t>59:48  aap sab tak suraj, khinzir haram hai, sharab haram hai.</w:t>
      </w:r>
      <w:r>
        <w:br/>
      </w:r>
      <w:r>
        <w:rPr>
          <w:sz w:val="20"/>
        </w:rPr>
        <w:t>59:53  soch bhi haram hoti hai.</w:t>
      </w:r>
      <w:r>
        <w:br/>
      </w:r>
      <w:r>
        <w:rPr>
          <w:sz w:val="20"/>
        </w:rPr>
        <w:t>59:58  soch bhi haram hoti hai.</w:t>
      </w:r>
      <w:r>
        <w:br/>
      </w:r>
      <w:r>
        <w:rPr>
          <w:sz w:val="20"/>
        </w:rPr>
        <w:t>1:00:04  kyun aap sochte hain aap log is par? aap ke aas paas itne saare log hain jo mar</w:t>
      </w:r>
      <w:r>
        <w:br/>
      </w:r>
      <w:r>
        <w:rPr>
          <w:sz w:val="20"/>
        </w:rPr>
        <w:t>1:00:09  rahe hain, jahannum ka khatra le rahe hain, toh aap un ko dawat kyun nahi pohanchate? aap kyun</w:t>
      </w:r>
      <w:r>
        <w:br/>
      </w:r>
      <w:r>
        <w:rPr>
          <w:sz w:val="20"/>
        </w:rPr>
        <w:t>1:00:15  sochte hain is par? quran phailaiye, hamari literature phailaiye, logon ko allah ho jannat ki khabar dijiye.</w:t>
      </w:r>
      <w:r>
        <w:br/>
      </w:r>
      <w:r>
        <w:rPr>
          <w:sz w:val="20"/>
        </w:rPr>
        <w:t>1:00:20  aap is par kyun phanse hue hain? allah ho!</w:t>
      </w:r>
      <w:r>
        <w:br/>
      </w:r>
      <w:r>
        <w:rPr>
          <w:sz w:val="20"/>
        </w:rPr>
        <w:t>1:00:26  yaad rakhiye, sirf yani sharab haram nahi hai, sirf khanzir haram nahi hai, layani soch bhi haram hai.</w:t>
      </w:r>
      <w:r>
        <w:br/>
      </w:r>
      <w:r>
        <w:rPr>
          <w:sz w:val="20"/>
        </w:rPr>
        <w:t>1:00:33  yeh saare musalman layani soch mein phanse hue hain, layani soch mein.</w:t>
      </w:r>
      <w:r>
        <w:br/>
      </w:r>
      <w:r>
        <w:rPr>
          <w:sz w:val="20"/>
        </w:rPr>
        <w:t>1:00:38  rasool Allah sallallahu alaihi wasallam ke zamane mein makka mein yeh sab waqiyat hote the.</w:t>
      </w:r>
      <w:r>
        <w:br/>
      </w:r>
      <w:r>
        <w:rPr>
          <w:sz w:val="20"/>
        </w:rPr>
        <w:t>1:00:45  makka mein, arab mein yeh saare waqiyat hote the.</w:t>
      </w:r>
      <w:r>
        <w:br/>
      </w:r>
      <w:r>
        <w:rPr>
          <w:sz w:val="20"/>
        </w:rPr>
        <w:t>1:00:49  arab ke aas pas roman empire thi, sasani empire thi, wahan bhi sare waqiat hote the.</w:t>
      </w:r>
      <w:r>
        <w:br/>
      </w:r>
      <w:r>
        <w:rPr>
          <w:sz w:val="20"/>
        </w:rPr>
        <w:t>1:00:56  aap sab cheezon se bilkul nazar andaaz kar ke bas ayyuhal naasu qoolu la ilaha illafalahu yeh</w:t>
      </w:r>
      <w:r>
        <w:br/>
      </w:r>
      <w:r>
        <w:rPr>
          <w:sz w:val="20"/>
        </w:rPr>
        <w:t>1:01:04  karte the.</w:t>
      </w:r>
      <w:r>
        <w:br/>
      </w:r>
      <w:r>
        <w:rPr>
          <w:sz w:val="20"/>
        </w:rPr>
        <w:t>1:01:05  yeh kijiye aap.</w:t>
      </w:r>
      <w:r>
        <w:br/>
      </w:r>
      <w:r>
        <w:rPr>
          <w:sz w:val="20"/>
        </w:rPr>
        <w:t>1:01:07  aap dunya bhar ke gham kyun liye bethe hain? jannat ka gham, akhirat ka gham lijiye jo rasool</w:t>
      </w:r>
      <w:r>
        <w:br/>
      </w:r>
      <w:r>
        <w:rPr>
          <w:sz w:val="20"/>
        </w:rPr>
        <w:t>1:01:14  allah ka gham tha.</w:t>
      </w:r>
      <w:r>
        <w:br/>
      </w:r>
      <w:r>
        <w:rPr>
          <w:sz w:val="20"/>
        </w:rPr>
        <w:t>1:01:16  bas yeh aap mujhe hairat hai in musalmanon par ke ke ke kyun nahi quran ko padhte, kyun</w:t>
      </w:r>
      <w:r>
        <w:br/>
      </w:r>
      <w:r>
        <w:rPr>
          <w:sz w:val="20"/>
        </w:rPr>
        <w:t>1:01:24  nahi sirat ko dekhte ke rasool allah ka tareeqa kya tha? is zamane ki dunya mein sab kuch</w:t>
      </w:r>
      <w:r>
        <w:br/>
      </w:r>
      <w:r>
        <w:rPr>
          <w:sz w:val="20"/>
        </w:rPr>
        <w:t>1:01:32  wo ho raha tha jo aaj ho raha hai.</w:t>
      </w:r>
      <w:r>
        <w:br/>
      </w:r>
      <w:r>
        <w:rPr>
          <w:sz w:val="20"/>
        </w:rPr>
        <w:t>1:01:35  makkah mein, arab mein aur aas pas ki jo saltanaten thin, wahan par hota tha.</w:t>
      </w:r>
      <w:r>
        <w:br/>
      </w:r>
      <w:r>
        <w:rPr>
          <w:sz w:val="20"/>
        </w:rPr>
        <w:t>1:01:42  kuch bhi is ka hawala nahi hai.</w:t>
      </w:r>
      <w:r>
        <w:br/>
      </w:r>
      <w:r>
        <w:rPr>
          <w:sz w:val="20"/>
        </w:rPr>
        <w:t>1:01:45  bas bas quran ko sunana.</w:t>
      </w:r>
      <w:r>
        <w:br/>
      </w:r>
      <w:r>
        <w:rPr>
          <w:sz w:val="20"/>
        </w:rPr>
        <w:t>1:01:47  bas behal yeh sab soch ko mein bilkul bilkul hi islam ke khilaf samajhta hoon.</w:t>
      </w:r>
      <w:r>
        <w:br/>
      </w:r>
      <w:r>
        <w:rPr>
          <w:sz w:val="20"/>
        </w:rPr>
        <w:t>1:01:53  jisko dilchaspi hai to wo soche, phir allah ke samne jab khada hoga to mein allah pooche</w:t>
      </w:r>
      <w:r>
        <w:br/>
      </w:r>
      <w:r>
        <w:rPr>
          <w:sz w:val="20"/>
        </w:rPr>
        <w:t>1:02:01  ga ke tum ke yahi kaam tha tum ko aur doosra kaam nahi tha? wo hai doosra kaam</w:t>
      </w:r>
      <w:r>
        <w:br/>
      </w:r>
      <w:r>
        <w:rPr>
          <w:sz w:val="20"/>
        </w:rPr>
        <w:t>1:02:09  nahi tha.</w:t>
      </w:r>
      <w:r>
        <w:br/>
      </w:r>
      <w:r>
        <w:rPr>
          <w:sz w:val="20"/>
        </w:rPr>
        <w:t>1:02:10  ek sahab mere paas ek bar aaye to wo kanauj ke the.</w:t>
      </w:r>
      <w:r>
        <w:br/>
      </w:r>
      <w:r>
        <w:rPr>
          <w:sz w:val="20"/>
        </w:rPr>
        <w:t>1:02:15  to unhon ne bataya ke mera tareeqa kya hai ke baat yahan se shuru hui thi ke pehle</w:t>
      </w:r>
      <w:r>
        <w:br/>
      </w:r>
      <w:r>
        <w:rPr>
          <w:sz w:val="20"/>
        </w:rPr>
        <w:t>1:02:23  to unhon ne kaha ke aap musalmanon hi ko naseehat karte hain aur doosron jo un par zulm</w:t>
      </w:r>
      <w:r>
        <w:br/>
      </w:r>
      <w:r>
        <w:rPr>
          <w:sz w:val="20"/>
        </w:rPr>
        <w:t>1:02:31  kar rahe hain, un ko kuch nahi bolte.</w:t>
      </w:r>
      <w:r>
        <w:br/>
      </w:r>
      <w:r>
        <w:rPr>
          <w:sz w:val="20"/>
        </w:rPr>
        <w:t>1:02:34  to mein ne kaha ke dekhiye, baap do qism ke hote hain.</w:t>
      </w:r>
      <w:r>
        <w:br/>
      </w:r>
      <w:r>
        <w:rPr>
          <w:sz w:val="20"/>
        </w:rPr>
        <w:t>1:02:39  ek wo ke is ka beta bahar gaya, mila liverd kar ke aaya to danda le ke niklta</w:t>
      </w:r>
      <w:r>
        <w:br/>
      </w:r>
      <w:r>
        <w:rPr>
          <w:sz w:val="20"/>
        </w:rPr>
        <w:t>1:02:47  hai.</w:t>
      </w:r>
      <w:r>
        <w:br/>
      </w:r>
      <w:r>
        <w:rPr>
          <w:sz w:val="20"/>
        </w:rPr>
        <w:t>1:02:49  kaun hai jis ne mere bete ko aisa kiya? to yeh jhootha baap hai, jhootha baap hai yeh.</w:t>
      </w:r>
      <w:r>
        <w:br/>
      </w:r>
      <w:r>
        <w:rPr>
          <w:sz w:val="20"/>
        </w:rPr>
        <w:t>1:02:56  magar sachi baat baap wo hai jo apne hi bete ko kahe ke tum bahar gaye, kyun the?</w:t>
      </w:r>
      <w:r>
        <w:br/>
      </w:r>
      <w:r>
        <w:rPr>
          <w:sz w:val="20"/>
        </w:rPr>
        <w:t>1:03:04  to papa homework nahi tha, to koi ghar mein koi kaam nahi tha, wahan gaye kyun bure</w:t>
      </w:r>
      <w:r>
        <w:br/>
      </w:r>
      <w:r>
        <w:rPr>
          <w:sz w:val="20"/>
        </w:rPr>
        <w:t>1:03:12  larkon ke paas? to khud wahi kiya kehte hain? phir alhamdulillah, phir alhamdulillah keh rahe hain.</w:t>
      </w:r>
      <w:r>
        <w:br/>
      </w:r>
      <w:r>
        <w:rPr>
          <w:sz w:val="20"/>
        </w:rPr>
        <w:t>1:03:19  alhamdulillah, main aise hi apne bachon ke saath hoon.</w:t>
      </w:r>
      <w:r>
        <w:br/>
      </w:r>
      <w:r>
        <w:rPr>
          <w:sz w:val="20"/>
        </w:rPr>
        <w:t>1:03:23  main apne bachon hi ko naseehat karta hoon, inhi ko rokta hoon.</w:t>
      </w:r>
      <w:r>
        <w:br/>
      </w:r>
      <w:r>
        <w:rPr>
          <w:sz w:val="20"/>
        </w:rPr>
        <w:t>1:03:28  to unhon ne kaha ke mere teen bachche hain, ek bachcha doctor hai, ek bachcha engineer hai aur</w:t>
      </w:r>
      <w:r>
        <w:br/>
      </w:r>
      <w:r>
        <w:rPr>
          <w:sz w:val="20"/>
        </w:rPr>
        <w:t>1:03:35  chhota bachcha aaya hua tha, ab yeh parh raha hai.</w:t>
      </w:r>
      <w:r>
        <w:br/>
      </w:r>
      <w:r>
        <w:rPr>
          <w:sz w:val="20"/>
        </w:rPr>
        <w:t>1:03:40  to main ne kaha ke dekhiye, aap apne bachon ke liye kuch hain aur ummat ke bachon ke</w:t>
      </w:r>
      <w:r>
        <w:br/>
      </w:r>
      <w:r>
        <w:rPr>
          <w:sz w:val="20"/>
        </w:rPr>
        <w:t>1:03:47  liye kuch hain.</w:t>
      </w:r>
      <w:r>
        <w:br/>
      </w:r>
      <w:r>
        <w:rPr>
          <w:sz w:val="20"/>
        </w:rPr>
        <w:t>1:03:49  main allah akbar se apne bachon ke liye jaisa hoon, waisa ummat ke bachon ke liye bhi waisa</w:t>
      </w:r>
      <w:r>
        <w:br/>
      </w:r>
      <w:r>
        <w:rPr>
          <w:sz w:val="20"/>
        </w:rPr>
        <w:t>1:03:57  hi hoon.</w:t>
      </w:r>
      <w:r>
        <w:br/>
      </w:r>
      <w:r>
        <w:rPr>
          <w:sz w:val="20"/>
        </w:rPr>
        <w:t>1:03:58  to main hairaan ho gaya ke log kyun aakhir aisa kaam kar rahe hain jis ka koi dunya</w:t>
      </w:r>
      <w:r>
        <w:br/>
      </w:r>
      <w:r>
        <w:rPr>
          <w:sz w:val="20"/>
        </w:rPr>
        <w:t>1:04:06  mein nahi, koi akhirat mein koi faida nahi.</w:t>
      </w:r>
      <w:r>
        <w:br/>
      </w:r>
      <w:r>
        <w:rPr>
          <w:sz w:val="20"/>
        </w:rPr>
        <w:t>1:04:09  na dunya mein koi faida, na akhirat mein faida.</w:t>
      </w:r>
      <w:r>
        <w:br/>
      </w:r>
      <w:r>
        <w:rPr>
          <w:sz w:val="20"/>
        </w:rPr>
        <w:t>1:04:13  kyun is par uljhe rehte hain? kyun is ka charcha karte hain? kyun is par sochte hain? kyun</w:t>
      </w:r>
      <w:r>
        <w:br/>
      </w:r>
      <w:r>
        <w:rPr>
          <w:sz w:val="20"/>
        </w:rPr>
        <w:t>1:04:21  hain apni duaon ko is par lagate hain? kyun hain? maulana, yeh sawal dhampur se aaya hai mehtab</w:t>
      </w:r>
      <w:r>
        <w:br/>
      </w:r>
      <w:r>
        <w:rPr>
          <w:sz w:val="20"/>
        </w:rPr>
        <w:t>1:04:29  sahib ka aur unhon ne likha hai ke maulana sahib there is a verse in the quran which</w:t>
      </w:r>
      <w:r>
        <w:br/>
      </w:r>
      <w:r>
        <w:rPr>
          <w:sz w:val="20"/>
        </w:rPr>
        <w:t>1:04:36  says والله يحب المحسنين my question is who are muhsin mentioned here is ke bare mein batayen.</w:t>
      </w:r>
      <w:r>
        <w:br/>
      </w:r>
      <w:r>
        <w:rPr>
          <w:sz w:val="20"/>
        </w:rPr>
        <w:t>1:04:44  bhai, hamari yeh hamari tafseer aap padhiye, tazkir ul quran, is mein is ki wazahat maujood hai.</w:t>
      </w:r>
      <w:r>
        <w:br/>
      </w:r>
      <w:r>
        <w:rPr>
          <w:sz w:val="20"/>
        </w:rPr>
        <w:t>1:04:50  is ko parh kar ke phir bhi jo sawal baqi rehta hai, woh kijiye agle itwar ko.</w:t>
      </w:r>
    </w:p>
    <w:p>
      <w:pPr>
        <w:pStyle w:val="Heading2"/>
      </w:pPr>
      <w:r>
        <w:t>Source for Maulana's literature</w:t>
      </w:r>
    </w:p>
    <w:p>
      <w:r>
        <w:rPr>
          <w:color w:val="666666"/>
          <w:sz w:val="18"/>
        </w:rPr>
        <w:t>Other · The Art of Thinking January 28, 2024 · 15m 56s · at 47:53 · https://youtu.be/lpUsTrs0ulo?t=2873</w:t>
      </w:r>
    </w:p>
    <w:p>
      <w:r>
        <w:rPr>
          <w:i/>
        </w:rPr>
        <w:t>“Where can I get Maulana's literature?”</w:t>
      </w:r>
    </w:p>
    <w:p>
      <w:r>
        <w:rPr>
          <w:sz w:val="20"/>
        </w:rPr>
        <w:t>47:53  Zubair Bhatt sahib jo Kashmir se hain, unhon ne sawal bheja hai: "Where can I get Maulana's literature?" To Zubair bhai, aap Maulana ki kitabein goodwordbooks.com se khareed sakte hain, aur agar aap download kar ke parhna chahte hain to aap cpsglobal.org pe login karein.</w:t>
      </w:r>
      <w:r>
        <w:br/>
      </w:r>
      <w:r>
        <w:rPr>
          <w:sz w:val="20"/>
        </w:rPr>
        <w:t>48:11  Wahan se aap ko Maulana sahib ki tamam kitabein hasil ho jayengi.</w:t>
      </w:r>
      <w:r>
        <w:br/>
      </w:r>
      <w:r>
        <w:rPr>
          <w:sz w:val="20"/>
        </w:rPr>
        <w:t>48:16  Apa, aap ne abhi bohat sahi baat kahi ke sirf sochne ki dair hai, aur aksar kya hota hai ke log sochte hi nahi hain.</w:t>
      </w:r>
      <w:r>
        <w:br/>
      </w:r>
      <w:r>
        <w:rPr>
          <w:sz w:val="20"/>
        </w:rPr>
        <w:t>48:25  Aaj ka poora jo topic hai, aap ne bare achhe se explain kiya ke why there is an importance of thinking, what is the art of thinking. Lekin apa, hum log jab interactions karte hain, aur aksar log Maulana ke paas bhi advice ke liye aate the, aur kai mayoos, mayoosi mein aate the, lekin bohat khush ho ke jate the.</w:t>
      </w:r>
      <w:r>
        <w:br/>
      </w:r>
      <w:r>
        <w:rPr>
          <w:sz w:val="20"/>
        </w:rPr>
        <w:t>48:46  Aksar in logon ka yeh hota tha sawal ke: "Meri zindagi ka yeh ek ek aim tha, mein ne woh chance gawa diya." Ya phir woh kuch plan kar rahe the, woh materialize nahi hua.</w:t>
      </w:r>
      <w:r>
        <w:br/>
      </w:r>
      <w:r>
        <w:rPr>
          <w:sz w:val="20"/>
        </w:rPr>
        <w:t>48:59  To log aksar jo hai first chance ko bohat zyada importance dete the, aur Maulana kehte the ke there is always a second chance.</w:t>
      </w:r>
      <w:r>
        <w:br/>
      </w:r>
      <w:r>
        <w:rPr>
          <w:sz w:val="20"/>
        </w:rPr>
        <w:t>49:09  To woh hope bhar ke har ek ko wapas lotate the.</w:t>
      </w:r>
      <w:r>
        <w:br/>
      </w:r>
      <w:r>
        <w:rPr>
          <w:sz w:val="20"/>
        </w:rPr>
        <w:t>49:13  Jaise aap ne abhi woh use bhi kiya jumla: "Think, think, think. There must be a better way." To apa, second chance ki kya ahmiyat hai, is ke bare mein bhi aap hum sab ko batayein, kyunke yeh ek bohat hi important cheez is liye bhi hai ke log aksar apne aap ko depression mein daal dete hain after having missed the first chance of their life.</w:t>
      </w:r>
      <w:r>
        <w:br/>
      </w:r>
      <w:r>
        <w:rPr>
          <w:sz w:val="20"/>
        </w:rPr>
        <w:t>49:39  Yeh to bohat hi aam hai ke zyada tar log first chance jo hai woh miss kar dete hain, matlab tayyar nahi hote hain, un ki tayyari poori nahi hoti hai.</w:t>
      </w:r>
      <w:r>
        <w:br/>
      </w:r>
      <w:r>
        <w:rPr>
          <w:sz w:val="20"/>
        </w:rPr>
        <w:t>49:52  To woh kai baar woh woh ho jate hain, bohat zyada mayoos ho jate hain. To kai baar khudkushi karne tak ko sochne lagte hain.</w:t>
      </w:r>
      <w:r>
        <w:br/>
      </w:r>
      <w:r>
        <w:rPr>
          <w:sz w:val="20"/>
        </w:rPr>
        <w:t>50:01  Ji, ek baar ek aise hi student tha, woh us ne bohat mehnat ki lekin woh fail ho gaya.</w:t>
      </w:r>
      <w:r>
        <w:br/>
      </w:r>
      <w:r>
        <w:rPr>
          <w:sz w:val="20"/>
        </w:rPr>
        <w:t>50:07  Ab woh ghar se hi nikal ke bhag gaya ke ab mein ghar wapas nahi jaunga. To phir us ne dekha ek jagah kuwein par pani, ghara le kar log aate the, pani nikalte the.</w:t>
      </w:r>
      <w:r>
        <w:br/>
      </w:r>
      <w:r>
        <w:rPr>
          <w:sz w:val="20"/>
        </w:rPr>
        <w:t>50:21  To woh kuwein ka jo pathar par jo ghara rakhte the, to woh pathar par nishan pad gaya tha ghare rakhne ka gol sa.</w:t>
      </w:r>
      <w:r>
        <w:br/>
      </w:r>
      <w:r>
        <w:rPr>
          <w:sz w:val="20"/>
        </w:rPr>
        <w:t>50:30  To us ne socha ke kitna is mein, kitne logon ne is mein pani nikala hoga jo pathar mein nishan pad gaya.</w:t>
      </w:r>
      <w:r>
        <w:br/>
      </w:r>
      <w:r>
        <w:rPr>
          <w:sz w:val="20"/>
        </w:rPr>
        <w:t>50:39  To us se us ko ek matlab us ne rethink kiya ke mein bhi isi tarike se mehnat karun aur mehnat kar ke dobara imtehan doon. To us ne khoob wapas ghar gaya aur khoob mehnat ki aur us ne top kiya.</w:t>
      </w:r>
      <w:r>
        <w:br/>
      </w:r>
      <w:r>
        <w:rPr>
          <w:sz w:val="20"/>
        </w:rPr>
        <w:t>50:53  Ji, to aise bohat sare waqe</w:t>
      </w:r>
      <w:r>
        <w:br/>
      </w:r>
      <w:r>
        <w:rPr>
          <w:sz w:val="20"/>
        </w:rPr>
        <w:t>50:55  aat. To yeh aise to yeh to waqea jo hai is mein raaz-e-hayat wali kitab mein yeh cheezein hain bar bar. Yeh is tarike ke waqeyat hote rehte the.</w:t>
      </w:r>
      <w:r>
        <w:br/>
      </w:r>
      <w:r>
        <w:rPr>
          <w:sz w:val="20"/>
        </w:rPr>
        <w:t>51:06  Abhi abhi mein ne jo ek waqea bataya tha ek engineer ka ke woh khudkushi karna cha rahe the, to un ko Maulana ne samjhaya ke dekhiye agar mali ek peed ko kahin se ukhadta hai to us ko aur behtar jagah lagane ke liye ukhadta hai.</w:t>
      </w:r>
      <w:r>
        <w:br/>
      </w:r>
      <w:r>
        <w:rPr>
          <w:sz w:val="20"/>
        </w:rPr>
        <w:t>51:23  Us ko</w:t>
      </w:r>
      <w:r>
        <w:br/>
      </w:r>
      <w:r>
        <w:rPr>
          <w:sz w:val="20"/>
        </w:rPr>
        <w:t>51:24  To aap wahan chale chale jaiye aur koi doosri jagah, doosre maqam par aap mehnat kijiye. To wahan unhon ne bohat zyada zabardast kamyabi hasil ki.</w:t>
      </w:r>
      <w:r>
        <w:br/>
      </w:r>
      <w:r>
        <w:rPr>
          <w:sz w:val="20"/>
        </w:rPr>
        <w:t>51:35  To aise bohat sare waqeyat hain is ke liye, woh is mein raaz-e-hayat mein dekh sakte hain. Ji ji mashallah, apa aaj ka aakhri sawal kyunke humein aaj ek book bhi release karni hai.</w:t>
      </w:r>
      <w:r>
        <w:br/>
      </w:r>
      <w:r>
        <w:rPr>
          <w:sz w:val="20"/>
        </w:rPr>
        <w:t>51:48  Aaj ke topic se to apa aur conversation se mujhe yahi laga ke everything depends on thinking.</w:t>
      </w:r>
      <w:r>
        <w:br/>
      </w:r>
      <w:r>
        <w:rPr>
          <w:sz w:val="20"/>
        </w:rPr>
        <w:t>51:54  If there is wrong thinking, then even an easy thing will become difficult. And when a person is having the right thinking, then even a difficult thing will become easy.</w:t>
      </w:r>
      <w:r>
        <w:br/>
      </w:r>
      <w:r>
        <w:rPr>
          <w:sz w:val="20"/>
        </w:rPr>
        <w:t>52:05  to apa, balanced way of thinking jo hai wo bohat important ho jata hai. hum sab ko apne andar aik balanced way of thinking develop karni chahiye.</w:t>
      </w:r>
      <w:r>
        <w:br/>
      </w:r>
      <w:r>
        <w:rPr>
          <w:sz w:val="20"/>
        </w:rPr>
        <w:t>52:14  to apa, is ke bare mein aap batayein aur isi par hum aaj ka session bhi khatam karein ge.</w:t>
      </w:r>
      <w:r>
        <w:br/>
      </w:r>
      <w:r>
        <w:rPr>
          <w:sz w:val="20"/>
        </w:rPr>
        <w:t>52:22  balanced way of thinking, sound thinking, yeh bhi related hi hai. ji, to bohat mushkil ho jata hai kyunke bohat baar logon ko bohat sari cheezein jo hai na, wo prestige issue bana lete hain. ab wo prestige issue banne ki wajah se unko samajh mein nahi aata hum peechay kaise hatein. to is mein aik do misaal se main is ko wazeh karungi.</w:t>
      </w:r>
      <w:r>
        <w:br/>
      </w:r>
      <w:r>
        <w:rPr>
          <w:sz w:val="20"/>
        </w:rPr>
        <w:t>52:48  jab misaal jo hai america aur japan ki, jo second world war mein ji, zabardast jang hui. aur aur japan jo hai, japan, germany aur italy waghera, yeh log haar gaye thay. to america ne pehli baar japan par atom bomb dala aur do industrial cities, hiroshima aur nagasaki, dono tabah ho gaye.</w:t>
      </w:r>
      <w:r>
        <w:br/>
      </w:r>
      <w:r>
        <w:rPr>
          <w:sz w:val="20"/>
        </w:rPr>
        <w:t>53:16  ab awam unke bohat gussa ho gaye, bohat zyada. unhone kaha, "ab hum intiqam lein ge." lekin agar hamare paas achay leaders hon to awam ko samjha sakte hain. lekin jab leader hi emotional ho jata hai, phir koi cheez unko samjha nahi sakti. to wahan par unki khushkismati thi ke unke paas achay leaders thay.</w:t>
      </w:r>
      <w:r>
        <w:br/>
      </w:r>
      <w:r>
        <w:rPr>
          <w:sz w:val="20"/>
        </w:rPr>
        <w:t>53:40  to awam to bohat zyada naraz hue, lekin leaders ne kaha ke nahi, "hum jo hai, ab ab intiqam hum nahi lein ge. hum koi badla nahi lein ge. hum apni apni constructive activity shuru karein ge, taleem mein, industry mein aagay barhein ge aur is ka jo hai,</w:t>
      </w:r>
      <w:r>
        <w:br/>
      </w:r>
      <w:r>
        <w:rPr>
          <w:sz w:val="20"/>
        </w:rPr>
        <w:t>54:03  is ke liye sakht mehnat karein ge."</w:t>
      </w:r>
      <w:r>
        <w:br/>
      </w:r>
      <w:r>
        <w:rPr>
          <w:sz w:val="20"/>
        </w:rPr>
        <w:t>54:05  to unhone awam ko yeh samjhaya ke 1941 mein hum ne bhi america ka ka jo pearl harbor mein us ki jo bahri faujein theen, us ko hum ne tabah kiya tha. to yeh barabar sarabar ho gaya. samjhane ke liye tha, woh to choti baat thi, yeh to bohat bari baat thi. lekin unhone samjhaya ke ab barabar ho gaya, ab hum jo hai,</w:t>
      </w:r>
      <w:r>
        <w:br/>
      </w:r>
      <w:r>
        <w:rPr>
          <w:sz w:val="20"/>
        </w:rPr>
        <w:t>54:27  mehnat karein ge. aur zabardast unhone mehnat ki 30 saal tak,</w:t>
      </w:r>
      <w:r>
        <w:br/>
      </w:r>
      <w:r>
        <w:rPr>
          <w:sz w:val="20"/>
        </w:rPr>
        <w:t>54:33  yahan tak ke woh industrial super power ban gaya. to us mein jo khaas role tha, woh hiro hito ka tha, jo japanese ruler tha. us waqt radio par hi hota tha elaan. to unhone radio par aakar awam ko address kiya aur kaha ke "We have to bear the unbearable.</w:t>
      </w:r>
      <w:r>
        <w:br/>
      </w:r>
      <w:r>
        <w:rPr>
          <w:sz w:val="20"/>
        </w:rPr>
        <w:t>54:53  We have to suffer the unsufreable." to unhone kaha ke hum is ko bardasht karein ge</w:t>
      </w:r>
      <w:r>
        <w:br/>
      </w:r>
      <w:r>
        <w:rPr>
          <w:sz w:val="20"/>
        </w:rPr>
        <w:t>54:59  , is ko hum intiqam ke jazba ko khatam kar rahe hain aur hum poori mehnat karein ge education mein. to education par unhone itni mehnat ki ke bilkul jo ministeron ka jo level hota tha, standard, un ki tankhwahon ka, har cheez ka, har facility ka, woh sab unhone apne teachers ko diya.</w:t>
      </w:r>
      <w:r>
        <w:br/>
      </w:r>
      <w:r>
        <w:rPr>
          <w:sz w:val="20"/>
        </w:rPr>
        <w:t>55:20  to is tarah se unhone bohat jald jo hai, woh itnay baray, itni zyada tarraqi kar li ke woh america par hi chha gaye. un ke saaray saman jo hai, woh america ke bazaron mein bhare hue hotay thay.</w:t>
      </w:r>
      <w:r>
        <w:br/>
      </w:r>
      <w:r>
        <w:rPr>
          <w:sz w:val="20"/>
        </w:rPr>
        <w:t>55:36  to log jo hai, aam taur par kya hai ke log apni jo ziyadati karte hain, woh to unko, woh to bhula dete hain aur doosron ki ziyadati ko baar baar yaad karte hain aur us ko yaad rakhte hain. is wajah se woh balanced way of thinking un ki nahi hoti. to is wajah se woh hamesha jo hai, tabaahi ka sabab banta hai. yeh cheez ke doosron ki ziyadati ko yaad rakho aur apni ziyadati ko bhula</w:t>
      </w:r>
      <w:r>
        <w:br/>
      </w:r>
      <w:r>
        <w:rPr>
          <w:sz w:val="20"/>
        </w:rPr>
        <w:t>56:04  do. to yahi tabaahi ka sabab hai. to humein jo hai, hamesha sochna chahiye ke hamari bhi to kuch ghalti hai, jo doosre ne jo react kiya hai, retaliate kiya hai, to us mein hamari bhi ghalti hai. to is tarah se hum apne aap ko aur apne apne logon ko thanda kar sakte hain.</w:t>
      </w:r>
      <w:r>
        <w:br/>
      </w:r>
      <w:r>
        <w:rPr>
          <w:sz w:val="20"/>
        </w:rPr>
        <w:t>56:25  ab dekhiye ke jagah jagah musalmanon mein kai mulkon mein laraiyan ho rahi hain, lekin woh apni ghalti ko mante nahi hain. ab jaise wahan par falasteen mein, israel mein to jang shuru ki arbon ne, us ko apni ghalti nahi mante</w:t>
      </w:r>
      <w:r>
        <w:br/>
      </w:r>
      <w:r>
        <w:rPr>
          <w:sz w:val="20"/>
        </w:rPr>
        <w:t>56:44  । agar apni ghalti maan lete, to sulah kar lete. lekin woh apni ghalti na manne ki wajah se woh musalsal jo hai, woh tabaahi par tabaahi ho rahi hai aur koi maslay ka koi hal nazar nahi aata. to yeh sab cheezein jo hain, hum ko bohat zyada gehrai se samajhne ki zaroorat hai.</w:t>
      </w:r>
      <w:r>
        <w:br/>
      </w:r>
      <w:r>
        <w:rPr>
          <w:sz w:val="20"/>
        </w:rPr>
        <w:t>57:05  jazak Allah apa. bohat achay se aap ne aaj ke topic ko wazeh kiya. and i am sure we need to watch this video again and again to understand what art of thinking is.</w:t>
      </w:r>
      <w:r>
        <w:br/>
      </w:r>
      <w:r>
        <w:rPr>
          <w:sz w:val="20"/>
        </w:rPr>
        <w:t>57:18  so we will end today session, but before that we will be also launching the new book of Maulana Wahiduddin Khan sahib.</w:t>
      </w:r>
      <w:r>
        <w:br/>
      </w:r>
      <w:r>
        <w:rPr>
          <w:sz w:val="20"/>
        </w:rPr>
        <w:t>57:30  and this book is on today's title only "the art of clear thinking".</w:t>
      </w:r>
      <w:r>
        <w:br/>
      </w:r>
      <w:r>
        <w:rPr>
          <w:sz w:val="20"/>
        </w:rPr>
        <w:t>57:37  yeh jo book hai, is ko translate kiya hai professor farida khanum ne. and this book is an english translation of a chapter of masail ejtihad.</w:t>
      </w:r>
      <w:r>
        <w:br/>
      </w:r>
      <w:r>
        <w:rPr>
          <w:sz w:val="20"/>
        </w:rPr>
        <w:t>57:52  is mein aik chapter hai "fun tafkeer". isi ka translation, english translation professor farida khanum ne kiya hai with the title "the art of clear thinking"</w:t>
      </w:r>
      <w:r>
        <w:br/>
      </w:r>
      <w:r>
        <w:rPr>
          <w:sz w:val="20"/>
        </w:rPr>
        <w:t>58:04  । so right thinking is positive thinking, aur aaj ka jo subject tha, woh isi par tha. this book is available for download from cps website www.cpsglobal.org.</w:t>
      </w:r>
      <w:r>
        <w:br/>
      </w:r>
      <w:r>
        <w:rPr>
          <w:sz w:val="20"/>
        </w:rPr>
        <w:t>58:19  and i would sincerely urge everyone ke aap is kitab ko na kewal baar baar parhiye, but aap is ko share bhi kijiye.</w:t>
      </w:r>
      <w:r>
        <w:br/>
      </w:r>
      <w:r>
        <w:rPr>
          <w:sz w:val="20"/>
        </w:rPr>
        <w:t>58:29  kyunke thinking is everyth</w:t>
      </w:r>
      <w:r>
        <w:br/>
      </w:r>
      <w:r>
        <w:rPr>
          <w:sz w:val="20"/>
        </w:rPr>
        <w:t>58:31  If we are having the positive thinking, then we can do anything in life. We can make difficult task easy, and it is the key to success.</w:t>
      </w:r>
      <w:r>
        <w:br/>
      </w:r>
      <w:r>
        <w:rPr>
          <w:sz w:val="20"/>
        </w:rPr>
        <w:t>58:43  so i will request doctor saniya husnain khan sahib to launch this new book today.</w:t>
      </w:r>
      <w:r>
        <w:br/>
      </w:r>
      <w:r>
        <w:rPr>
          <w:sz w:val="20"/>
        </w:rPr>
        <w:t>58:54  bismillah hir rahman nir rahim rab ishrah li sadri wa yassir li amri wah lul uqdatan min lisani yafqahu qawli aaj jaisa aap ne kaha ke topic bhi yahi tha.</w:t>
      </w:r>
      <w:r>
        <w:br/>
      </w:r>
      <w:r>
        <w:rPr>
          <w:sz w:val="20"/>
        </w:rPr>
        <w:t>59:06  apa ka bohat acha talk aur lecture tha jis mein bohat baatein nai pata chalin, aur Maulana ki khas jo positive thinking pe jo hamesha Maulana is pe zor dete the, us ki bhi kai baatein aap ne is mein lin.</w:t>
      </w:r>
      <w:r>
        <w:br/>
      </w:r>
      <w:r>
        <w:rPr>
          <w:sz w:val="20"/>
        </w:rPr>
        <w:t>59:25  to yeh bohat ahem kitab hai.</w:t>
      </w:r>
      <w:r>
        <w:br/>
      </w:r>
      <w:r>
        <w:rPr>
          <w:sz w:val="20"/>
        </w:rPr>
        <w:t>59:30  abhi farhad sahib ne mujhe aik Maulana ka aik clip, aik aik aik iqtibaas bheja jo mein pehle parhna chahunga.</w:t>
      </w:r>
      <w:r>
        <w:br/>
      </w:r>
      <w:r>
        <w:rPr>
          <w:sz w:val="20"/>
        </w:rPr>
        <w:t>59:41  ji, jo bohat hi wazeh tor pe is subject ko pe is mein yeh hai ke logon ko fikri taqat dena, un ke andar muamla fehmi ki salahiyat paida kar</w:t>
      </w:r>
      <w:r>
        <w:br/>
      </w:r>
      <w:r>
        <w:rPr>
          <w:sz w:val="20"/>
        </w:rPr>
        <w:t>59:56  na, un ke andar art of thinking paida karna, un ko is qabil banana ke woh aik cheez aur doosri cheez ke farq ko samjhein, woh durust mansooba bandi ke sath apna kaam kar sakein.</w:t>
      </w:r>
      <w:r>
        <w:br/>
      </w:r>
      <w:r>
        <w:rPr>
          <w:sz w:val="20"/>
        </w:rPr>
        <w:t>1:00:09  logon ko educate karna, formal education ke maano mein bhi aur informal education ke maano mein bhi. logon ke andar sab se zyada kami yeh hai ke woh yeh nahi jante ke sahi tarz-e-fikr kya hai aur ghalat tarz-e-fikr</w:t>
      </w:r>
      <w:r>
        <w:br/>
      </w:r>
      <w:r>
        <w:rPr>
          <w:sz w:val="20"/>
        </w:rPr>
        <w:t>1:00:25  kya hai. isi ka yeh nateeja hai ke aam taur pe log shikayat ki nafsiyat mein jeete hain. woh apni ghalat soch aur apne ghalat amal ki qeemat ada karte hain aur samajhte hain ke doosre logon ki saazish aur zulm ki bana par logon ka yeh haal hai.</w:t>
      </w:r>
      <w:r>
        <w:br/>
      </w:r>
      <w:r>
        <w:rPr>
          <w:sz w:val="20"/>
        </w:rPr>
        <w:t>1:00:43  aur jahan chup rehna chahiye, wahan bolte hain, aur jahan iqdamm karna chahiye, wahan chhalang laga dete hain.</w:t>
      </w:r>
      <w:r>
        <w:br/>
      </w:r>
      <w:r>
        <w:rPr>
          <w:sz w:val="20"/>
        </w:rPr>
        <w:t>1:00:51  jahan adjustment karna chahiye, wahan ladne ke liye khade ho jate hain. jin logon se dosti ka taluq qaim karna chahiye, un ko woh apna dushman samajhte hain aur khud sakhta tor par doosron ko apna ghair samajh lete hain.</w:t>
      </w:r>
      <w:r>
        <w:br/>
      </w:r>
      <w:r>
        <w:rPr>
          <w:sz w:val="20"/>
        </w:rPr>
        <w:t>1:01:08  halankeh is duniya mein har shakhs apna hai, koi bhi kisi ke liye ghair nahi. is bana par log sabr aur tahammul ki ahmiyat ko nahi samajh</w:t>
      </w:r>
      <w:r>
        <w:br/>
      </w:r>
      <w:r>
        <w:rPr>
          <w:sz w:val="20"/>
        </w:rPr>
        <w:t>1:01:18  te. halankeh is duniya mein kamyab kamyabi ka sab se zyada kargar formula wahi hai jisko sabr aur tahammul kaha jata hai.</w:t>
      </w:r>
      <w:r>
        <w:br/>
      </w:r>
      <w:r>
        <w:rPr>
          <w:sz w:val="20"/>
        </w:rPr>
        <w:t>1:01:28  masha Allah, to yeh bare achhe tareeqe se Maulana ki jo thinking thi, khas taur se is subject pe, us ko summarize kiya hai is chote se aik paragraph mein.</w:t>
      </w:r>
      <w:r>
        <w:br/>
      </w:r>
      <w:r>
        <w:rPr>
          <w:sz w:val="20"/>
        </w:rPr>
        <w:t>1:01:41  aur yeh kitab bari ahem hai. masail-e-ijtihad aik Maulana ki ahem kitab</w:t>
      </w:r>
      <w:r>
        <w:br/>
      </w:r>
      <w:r>
        <w:rPr>
          <w:sz w:val="20"/>
        </w:rPr>
        <w:t>1:01:47  hai. is ka yeh aik article hai "fun-e-tafkir". is ka translation hai yeh "the art of clear thinking", aur apa ne is ka translation kiya hai.</w:t>
      </w:r>
      <w:r>
        <w:br/>
      </w:r>
      <w:r>
        <w:rPr>
          <w:sz w:val="20"/>
        </w:rPr>
        <w:t>1:01:58  aur jaisa apa ne bhi yeh is baat ko aaj liya ke jo bhi aaj kal negative thinking aur negative soch aur violence, khas taur se muslim hazraat kar rahe hain, jahan jahan bhi un ko mauqa mil raha hai, woh isi wajah se hai ke woh gehri soch un ke andar nahi hai.</w:t>
      </w:r>
      <w:r>
        <w:br/>
      </w:r>
      <w:r>
        <w:rPr>
          <w:sz w:val="20"/>
        </w:rPr>
        <w:t>1:02:22  aur khas taur se yeh soch nahi hai ke hum jis ke khilaf lad rahe hain, woh hamara mad'u hai,</w:t>
      </w:r>
      <w:r>
        <w:br/>
      </w:r>
      <w:r>
        <w:rPr>
          <w:sz w:val="20"/>
        </w:rPr>
        <w:t>1:02:29  us ko humein paigham pahunchana hai. ji, to agar hum us ko paigham pahunchana chahte hain to hum kaise lad ke us ko paigham pahunchayenge? bilkul.</w:t>
      </w:r>
      <w:r>
        <w:br/>
      </w:r>
      <w:r>
        <w:rPr>
          <w:sz w:val="20"/>
        </w:rPr>
        <w:t>1:02:38  to is liye yeh kitab bohat ahem hai, aur mein chahunga ke log is ko padhein aur is se faida uthayein. aur Allah taala jaza-e-khair de jin logon ne is ki translation aur publishing mein hissa liya.</w:t>
      </w:r>
      <w:r>
        <w:br/>
      </w:r>
      <w:r>
        <w:rPr>
          <w:sz w:val="20"/>
        </w:rPr>
        <w:t>1:02:50  wa akhiru da'wana anil hamdulillahi rabbil alamin thank you doctor sahib. so we will end today's session. we will be back next Sunday at 10:30 a</w:t>
      </w:r>
    </w:p>
    <w:p>
      <w:pPr>
        <w:pStyle w:val="Heading2"/>
      </w:pPr>
      <w:r>
        <w:t>Was the door of ijtihad closed?</w:t>
      </w:r>
    </w:p>
    <w:p>
      <w:r>
        <w:rPr>
          <w:color w:val="666666"/>
          <w:sz w:val="18"/>
        </w:rPr>
        <w:t>Other · Building A Creative Personality | 20 Nov 2011 · 6m 51s · at 1:26:32 · https://youtu.be/jdfhpwfEvKg?t=5192</w:t>
      </w:r>
    </w:p>
    <w:p>
      <w:r>
        <w:rPr>
          <w:i/>
        </w:rPr>
        <w:t>“It is said that in ijtihad there is a high possibility of error, therefore the door of ijtihad was closed. What is your view?”</w:t>
      </w:r>
    </w:p>
    <w:p>
      <w:r>
        <w:rPr>
          <w:sz w:val="20"/>
        </w:rPr>
        <w:t>1:26:32  maulana, agla sawal aya hai tamil nadu se maulana iqbal ahmad umri ka.</w:t>
      </w:r>
      <w:r>
        <w:br/>
      </w:r>
      <w:r>
        <w:rPr>
          <w:sz w:val="20"/>
        </w:rPr>
        <w:t>1:26:38  unhon ne likha hai: kaha jata hai ke ijtihad mein ghalti ka imkan zyada hota hai, isi liye</w:t>
      </w:r>
      <w:r>
        <w:br/>
      </w:r>
      <w:r>
        <w:rPr>
          <w:sz w:val="20"/>
        </w:rPr>
        <w:t>1:26:44  ijtihad ka darwaza band kar diya gaya hai. kya</w:t>
      </w:r>
      <w:r>
        <w:br/>
      </w:r>
      <w:r>
        <w:rPr>
          <w:sz w:val="20"/>
        </w:rPr>
        <w:t>1:26:50  aisa samajhna sahi hai? har giz sahi nahi hai.</w:t>
      </w:r>
      <w:r>
        <w:br/>
      </w:r>
      <w:r>
        <w:rPr>
          <w:sz w:val="20"/>
        </w:rPr>
        <w:t>1:26:56  kaun hai jo hadith mein di hui hidayat ko mansookh kare? mujhe yeh bataiye, kis ko allah taala</w:t>
      </w:r>
      <w:r>
        <w:br/>
      </w:r>
      <w:r>
        <w:rPr>
          <w:sz w:val="20"/>
        </w:rPr>
        <w:t>1:27:02  ne yeh license diya hai? bukhari ki riwayat mein jab yeh hai ke mujtahid koi shart nahi lagai</w:t>
      </w:r>
      <w:r>
        <w:br/>
      </w:r>
      <w:r>
        <w:rPr>
          <w:sz w:val="20"/>
        </w:rPr>
        <w:t>1:27:08  gayi hai aur sirf yeh bataye ga ke agar tum ijtihad karo aur ghalti ho jaye to aadha</w:t>
      </w:r>
      <w:r>
        <w:br/>
      </w:r>
      <w:r>
        <w:rPr>
          <w:sz w:val="20"/>
        </w:rPr>
        <w:t>1:27:14  sawab mile ga, sahi rahe ga to double</w:t>
      </w:r>
      <w:r>
        <w:br/>
      </w:r>
      <w:r>
        <w:rPr>
          <w:sz w:val="20"/>
        </w:rPr>
        <w:t>1:27:20  sawab mile ga.</w:t>
      </w:r>
      <w:r>
        <w:br/>
      </w:r>
      <w:r>
        <w:rPr>
          <w:sz w:val="20"/>
        </w:rPr>
        <w:t>1:27:25  to kis ko yeh allah taala ne ikhtiyar diya hai ke woh mansookh kare ijtihad ko? ghalti ke</w:t>
      </w:r>
      <w:r>
        <w:br/>
      </w:r>
      <w:r>
        <w:rPr>
          <w:sz w:val="20"/>
        </w:rPr>
        <w:t>1:27:29  imkan ke bawajood ijtihad karte rehna hai.</w:t>
      </w:r>
      <w:r>
        <w:br/>
      </w:r>
      <w:r>
        <w:rPr>
          <w:sz w:val="20"/>
        </w:rPr>
        <w:t>1:27:33  albatta aadmi ke andar israr nahi hona chahiye.</w:t>
      </w:r>
      <w:r>
        <w:br/>
      </w:r>
      <w:r>
        <w:rPr>
          <w:sz w:val="20"/>
        </w:rPr>
        <w:t>1:27:38  agar mujh se ghalti ho gayi hai to mein mein bara muhasba karon, apni apni ghaltiyon ko janne</w:t>
      </w:r>
      <w:r>
        <w:br/>
      </w:r>
      <w:r>
        <w:rPr>
          <w:sz w:val="20"/>
        </w:rPr>
        <w:t>1:27:42  ki koshish karon, discussion karon, aur apna correction karon.</w:t>
      </w:r>
      <w:r>
        <w:br/>
      </w:r>
      <w:r>
        <w:rPr>
          <w:sz w:val="20"/>
        </w:rPr>
        <w:t>1:27:46  to koi bhi shakhs haq nahi rakhta ke ijtihad darwaza band kare.</w:t>
      </w:r>
      <w:r>
        <w:br/>
      </w:r>
      <w:r>
        <w:rPr>
          <w:sz w:val="20"/>
        </w:rPr>
        <w:t>1:27:50  jab rasool allah ne farma diya hai ke ghalti karoge, tab bhi sawab mile ga, to kis</w:t>
      </w:r>
      <w:r>
        <w:br/>
      </w:r>
      <w:r>
        <w:rPr>
          <w:sz w:val="20"/>
        </w:rPr>
        <w:t>1:27:55  ko haq hai ke woh band kare darwaza? sirf yeh aap ko haq hai ke agar aap dekhte</w:t>
      </w:r>
      <w:r>
        <w:br/>
      </w:r>
      <w:r>
        <w:rPr>
          <w:sz w:val="20"/>
        </w:rPr>
        <w:t>1:28:00  hain ke koi shakhs ghalti kar raha hai to us ko bas baat, us ko baat kijiye, us</w:t>
      </w:r>
      <w:r>
        <w:br/>
      </w:r>
      <w:r>
        <w:rPr>
          <w:sz w:val="20"/>
        </w:rPr>
        <w:t>1:28:04  se guftagu kijiye.</w:t>
      </w:r>
      <w:r>
        <w:br/>
      </w:r>
      <w:r>
        <w:rPr>
          <w:sz w:val="20"/>
        </w:rPr>
        <w:t>1:28:09  bas bajaye is ke ke ijtihad darwaza aap band karen, aap yeh kar sakte hain ke us ki</w:t>
      </w:r>
      <w:r>
        <w:br/>
      </w:r>
      <w:r>
        <w:rPr>
          <w:sz w:val="20"/>
        </w:rPr>
        <w:t>1:28:13  ghalti ko durust karen guftagu sunid ke zariye se.</w:t>
      </w:r>
      <w:r>
        <w:br/>
      </w:r>
      <w:r>
        <w:rPr>
          <w:sz w:val="20"/>
        </w:rPr>
        <w:t>1:28:18  is se zyada kisi ko koi haq nahi. koi</w:t>
      </w:r>
      <w:r>
        <w:br/>
      </w:r>
      <w:r>
        <w:rPr>
          <w:sz w:val="20"/>
        </w:rPr>
        <w:t>1:28:23  maulana, isi se related aik aur sawal kiya gaya hai.</w:t>
      </w:r>
      <w:r>
        <w:br/>
      </w:r>
      <w:r>
        <w:rPr>
          <w:sz w:val="20"/>
        </w:rPr>
        <w:t>1:28:29  مس نغمہ صدیقی نے دلی سے، انہوں نے لکھا ہے: "On what basis was the door to ijtihad</w:t>
      </w:r>
      <w:r>
        <w:br/>
      </w:r>
      <w:r>
        <w:rPr>
          <w:sz w:val="20"/>
        </w:rPr>
        <w:t>1:28:35  closed by the ulama? how can muslims be made to understand the importance of ijtihad now? khud sakhta</w:t>
      </w:r>
      <w:r>
        <w:br/>
      </w:r>
      <w:r>
        <w:rPr>
          <w:sz w:val="20"/>
        </w:rPr>
        <w:t>1:28:41  aik aik khud sakhta mafroza, khud supposition ke kahin ghalti na ho jaye.</w:t>
      </w:r>
      <w:r>
        <w:br/>
      </w:r>
      <w:r>
        <w:rPr>
          <w:sz w:val="20"/>
        </w:rPr>
        <w:t>1:28:47  yeh jo dor band kiya gaya, is khud sakht</w:t>
      </w:r>
      <w:r>
        <w:br/>
      </w:r>
      <w:r>
        <w:rPr>
          <w:sz w:val="20"/>
        </w:rPr>
        <w:t>1:28:53  h mufrudha ko le kar ke kaheen ghalti na ho jaye.</w:t>
      </w:r>
      <w:r>
        <w:br/>
      </w:r>
      <w:r>
        <w:rPr>
          <w:sz w:val="20"/>
        </w:rPr>
        <w:t>1:28:57  Bhai, ghalti ho jaye, tab bhi to sawab mile ga.</w:t>
      </w:r>
      <w:r>
        <w:br/>
      </w:r>
      <w:r>
        <w:rPr>
          <w:sz w:val="20"/>
        </w:rPr>
        <w:t>1:29:01  To kis ko? Yani yeh logon ne jo kiya, apne haq se aage ja kar kiya.</w:t>
      </w:r>
      <w:r>
        <w:br/>
      </w:r>
      <w:r>
        <w:rPr>
          <w:sz w:val="20"/>
        </w:rPr>
        <w:t>1:29:06  Jo darwaza Rasool Allah ne band nahi kiya, woh aap kon hotay ho band karnay walay? Kon hotay</w:t>
      </w:r>
      <w:r>
        <w:br/>
      </w:r>
      <w:r>
        <w:rPr>
          <w:sz w:val="20"/>
        </w:rPr>
        <w:t>1:29:10  ho band karnay walay? Aap ko aik khadsha ko le kar ke ke sahib, kaheen ghalti na ho jaye.</w:t>
      </w:r>
      <w:r>
        <w:br/>
      </w:r>
      <w:r>
        <w:rPr>
          <w:sz w:val="20"/>
        </w:rPr>
        <w:t>1:29:14  Ghalti ho, tab bhi to sawab bataya gaya hai.</w:t>
      </w:r>
      <w:r>
        <w:br/>
      </w:r>
      <w:r>
        <w:rPr>
          <w:sz w:val="20"/>
        </w:rPr>
        <w:t>1:29:19  To mein dekh, is hadith se sabit hota hai ke har haal</w:t>
      </w:r>
      <w:r>
        <w:br/>
      </w:r>
      <w:r>
        <w:rPr>
          <w:sz w:val="20"/>
        </w:rPr>
        <w:t>1:29:23  mein ijtihad karo.</w:t>
      </w:r>
      <w:r>
        <w:br/>
      </w:r>
      <w:r>
        <w:rPr>
          <w:sz w:val="20"/>
        </w:rPr>
        <w:t>1:29:28  Albatta yeh shart rahe gi sath sath ke apne correction ke tayyar raho.</w:t>
      </w:r>
      <w:r>
        <w:br/>
      </w:r>
      <w:r>
        <w:rPr>
          <w:sz w:val="20"/>
        </w:rPr>
        <w:t>1:29:33  Agar koi aadmi tum ko toka hai to woh ghalti ko bataya, to foran maan lo, "I was</w:t>
      </w:r>
      <w:r>
        <w:br/>
      </w:r>
      <w:r>
        <w:rPr>
          <w:sz w:val="20"/>
        </w:rPr>
        <w:t>1:29:38  wrong." Ijtihad sach pooche to ijtihad asal farq yeh hai.</w:t>
      </w:r>
      <w:r>
        <w:br/>
      </w:r>
      <w:r>
        <w:rPr>
          <w:sz w:val="20"/>
        </w:rPr>
        <w:t>1:29:43  Yaad rakhiye, is aadmi ke liye ijtihad ain sawab hai jo is ke liye tayyar rehta ho ke</w:t>
      </w:r>
      <w:r>
        <w:br/>
      </w:r>
      <w:r>
        <w:rPr>
          <w:sz w:val="20"/>
        </w:rPr>
        <w:t>1:29:48  is ki ghalti batayi jaye, to woh keh de, "I was wrong." Aur jo</w:t>
      </w:r>
      <w:r>
        <w:br/>
      </w:r>
      <w:r>
        <w:rPr>
          <w:sz w:val="20"/>
        </w:rPr>
        <w:t>1:29:53  aadmi ka haal yeh ho ke ijtihad karnay ke baad ghalti na manay, sarkashi kare, us ki to</w:t>
      </w:r>
      <w:r>
        <w:br/>
      </w:r>
      <w:r>
        <w:rPr>
          <w:sz w:val="20"/>
        </w:rPr>
        <w:t>1:29:58  poori zindagi gunah hai.</w:t>
      </w:r>
      <w:r>
        <w:br/>
      </w:r>
      <w:r>
        <w:rPr>
          <w:sz w:val="20"/>
        </w:rPr>
        <w:t>1:30:03  Ijtihad kiya? Is ko kuch bhi karnay ka haq nahi hai.</w:t>
      </w:r>
      <w:r>
        <w:br/>
      </w:r>
      <w:r>
        <w:rPr>
          <w:sz w:val="20"/>
        </w:rPr>
        <w:t>1:30:08  Phir mein repeat karunga ke aik aadmi ijtihad kare aur woh ghalti kare, aur jab uth toka</w:t>
      </w:r>
      <w:r>
        <w:br/>
      </w:r>
      <w:r>
        <w:rPr>
          <w:sz w:val="20"/>
        </w:rPr>
        <w:t>1:30:13  jaye to na manay, woh apni sarkashi dikhanay lage, to us ke liye sartaapa is ki zindagi gunah hai.</w:t>
      </w:r>
      <w:r>
        <w:br/>
      </w:r>
      <w:r>
        <w:rPr>
          <w:sz w:val="20"/>
        </w:rPr>
        <w:t>1:30:18  Ijtihad yeh nahi hai, sab kuch is ka gunah hai kyunke s</w:t>
      </w:r>
      <w:r>
        <w:br/>
      </w:r>
      <w:r>
        <w:rPr>
          <w:sz w:val="20"/>
        </w:rPr>
        <w:t>1:30:23  arkashi maaf nahi hogi is ki.</w:t>
      </w:r>
      <w:r>
        <w:br/>
      </w:r>
      <w:r>
        <w:rPr>
          <w:sz w:val="20"/>
        </w:rPr>
        <w:t>1:30:27  Lekin jo aadmi ijtihad kare aur is ke sath tayyar ho ke jab bhi is ko ghalti batayi</w:t>
      </w:r>
      <w:r>
        <w:br/>
      </w:r>
      <w:r>
        <w:rPr>
          <w:sz w:val="20"/>
        </w:rPr>
        <w:t>1:30:32  jaye gi, daleel se, daleel se to foran maan le ga, keh de ga, "I was wrong." To</w:t>
      </w:r>
      <w:r>
        <w:br/>
      </w:r>
      <w:r>
        <w:rPr>
          <w:sz w:val="20"/>
        </w:rPr>
        <w:t>1:30:36  is ke liye ain sawab hai ijtihad.</w:t>
      </w:r>
      <w:r>
        <w:br/>
      </w:r>
      <w:r>
        <w:rPr>
          <w:sz w:val="20"/>
        </w:rPr>
        <w:t>1:30:40  To aap ijtihad darwaza band karnay ka koi haq nahi rakhtay.</w:t>
      </w:r>
      <w:r>
        <w:br/>
      </w:r>
      <w:r>
        <w:rPr>
          <w:sz w:val="20"/>
        </w:rPr>
        <w:t>1:30:45  sirf yeh kehna chahiye aap ko ke tum ijtihad karo, lekin is ke liye bhi tayyar raho ke</w:t>
      </w:r>
      <w:r>
        <w:br/>
      </w:r>
      <w:r>
        <w:rPr>
          <w:sz w:val="20"/>
        </w:rPr>
        <w:t>1:30:49  jab tum ko ghalti batai jaye,</w:t>
      </w:r>
      <w:r>
        <w:br/>
      </w:r>
      <w:r>
        <w:rPr>
          <w:sz w:val="20"/>
        </w:rPr>
        <w:t>1:30:53  tum maan lo apni ghalati. yani etiraf, etiraf ka jazba bhi apne andar develop karo. bas. molana asrar khatib ne chennai se likha hai ke ijtihad ke liye kya shariat hai? molana aap ne abhi bataya, lekin woh yeh bhi janna chahte hain ke is ke liye kya quran aur hadith ka ilm zaroori hai ya nahi? ijtihad ko ek ajeeb o ghareeb maani panah diye gaye hain. har cheez mein</w:t>
      </w:r>
      <w:r>
        <w:br/>
      </w:r>
      <w:r>
        <w:rPr>
          <w:sz w:val="20"/>
        </w:rPr>
        <w:t>1:31:23  ijtihad hai. farz kijiye ke aap aate hain yahan class mein shirkat karne ke liye. aap aate hain to farz kijiye ek darwaza band hai. darwaza band hai jahan se aap enter hote hain. to wahan pe ijtihad hai ke ek to yeh hai ke aap darwaza band hai, woh loot gaye wapas. ek hai ke darwaza band hai, socha aap ne ke kya karna chahiye? to woh mobile uthaya. is ke baad hamare kisi aadmi ko aap ne telephone kar diya, mister rajat ko, kisi ko ke bhai aaj kya, aaj kya baat hai? yeh</w:t>
      </w:r>
      <w:r>
        <w:br/>
      </w:r>
      <w:r>
        <w:rPr>
          <w:sz w:val="20"/>
        </w:rPr>
        <w:t>1:31:53  ijtihad ho gaya.</w:t>
      </w:r>
      <w:r>
        <w:br/>
      </w:r>
      <w:r>
        <w:rPr>
          <w:sz w:val="20"/>
        </w:rPr>
        <w:t>1:31:57  to ijtihad to ek aisi cheez hai jo har waqt jari rehta hai.</w:t>
      </w:r>
      <w:r>
        <w:br/>
      </w:r>
      <w:r>
        <w:rPr>
          <w:sz w:val="20"/>
        </w:rPr>
        <w:t>1:32:01  har waqt jari rehta hai.</w:t>
      </w:r>
      <w:r>
        <w:br/>
      </w:r>
      <w:r>
        <w:rPr>
          <w:sz w:val="20"/>
        </w:rPr>
        <w:t>1:32:04  ab yeh pani hai, farz kijiye ke pani thanda hai aur mera gale ka masla paida hua to</w:t>
      </w:r>
      <w:r>
        <w:br/>
      </w:r>
      <w:r>
        <w:rPr>
          <w:sz w:val="20"/>
        </w:rPr>
        <w:t>1:32:08  thande pani se to main sochun ke mujhe thanda pani nahi peena chahiye, mujhe garam pani peena chahiye.</w:t>
      </w:r>
      <w:r>
        <w:br/>
      </w:r>
      <w:r>
        <w:rPr>
          <w:sz w:val="20"/>
        </w:rPr>
        <w:t>1:32:12  to main kahun, mujhe kehna chahiye ke bhai garam pani lao.</w:t>
      </w:r>
      <w:r>
        <w:br/>
      </w:r>
      <w:r>
        <w:rPr>
          <w:sz w:val="20"/>
        </w:rPr>
        <w:t>1:32:16  yeh bhi ijtihad hai.</w:t>
      </w:r>
      <w:r>
        <w:br/>
      </w:r>
      <w:r>
        <w:rPr>
          <w:sz w:val="20"/>
        </w:rPr>
        <w:t>1:32:20  ijtihad ko logon ne ajeeb o ghareeb ek cheez samajh liya hai. ijtihad ka</w:t>
      </w:r>
      <w:r>
        <w:br/>
      </w:r>
      <w:r>
        <w:rPr>
          <w:sz w:val="20"/>
        </w:rPr>
        <w:t>1:32:23  taalluq yaad rakhiye zindagi ke har masle se aur isi tarah se deeni masle se bhi hai, dawat</w:t>
      </w:r>
      <w:r>
        <w:br/>
      </w:r>
      <w:r>
        <w:rPr>
          <w:sz w:val="20"/>
        </w:rPr>
        <w:t>1:32:27  ke masle se bhi hai.</w:t>
      </w:r>
      <w:r>
        <w:br/>
      </w:r>
      <w:r>
        <w:rPr>
          <w:sz w:val="20"/>
        </w:rPr>
        <w:t>1:32:31  Allah taala ne duniya ko jab is tarah banaya hai ke har lamha halaat badalte hain, nai situation</w:t>
      </w:r>
      <w:r>
        <w:br/>
      </w:r>
      <w:r>
        <w:rPr>
          <w:sz w:val="20"/>
        </w:rPr>
        <w:t>1:32:35  create hoti hai, naye naye tajrube hote hain.</w:t>
      </w:r>
      <w:r>
        <w:br/>
      </w:r>
      <w:r>
        <w:rPr>
          <w:sz w:val="20"/>
        </w:rPr>
        <w:t>1:32:38  Allah taala ne isi bani duniya banai hai.</w:t>
      </w:r>
      <w:r>
        <w:br/>
      </w:r>
      <w:r>
        <w:rPr>
          <w:sz w:val="20"/>
        </w:rPr>
        <w:t>1:32:42  to is ke baad ijtihad zaroori ho gaya.</w:t>
      </w:r>
      <w:r>
        <w:br/>
      </w:r>
      <w:r>
        <w:rPr>
          <w:sz w:val="20"/>
        </w:rPr>
        <w:t>1:32:46  to zaroori hoga ijtihad.</w:t>
      </w:r>
      <w:r>
        <w:br/>
      </w:r>
      <w:r>
        <w:rPr>
          <w:sz w:val="20"/>
        </w:rPr>
        <w:t>1:32:50  ab aap farz kijiye aap gaye اسٹی</w:t>
      </w:r>
      <w:r>
        <w:br/>
      </w:r>
      <w:r>
        <w:rPr>
          <w:sz w:val="20"/>
        </w:rPr>
        <w:t>1:32:53  aur train chhoot gayi, woh bhi ijtihad hai ke wapas jaon ghar ya agli train ka intezar karun? to kaun hai darwaza band kare ijtihad ka? kis ko haq hai? jabke Allah taala ke kaise planning mein shamil hai ke ijtihad karo, ijtihad karo? to main nahi samajhta ke yeh yeh is ka koi bhi maaqool sabab koi bata sakta hai. molana</w:t>
      </w:r>
    </w:p>
    <w:p>
      <w:pPr>
        <w:pStyle w:val="Heading2"/>
      </w:pPr>
      <w:r>
        <w:t>Why less criticism of Deobandi writers</w:t>
      </w:r>
    </w:p>
    <w:p>
      <w:r>
        <w:rPr>
          <w:color w:val="666666"/>
          <w:sz w:val="18"/>
        </w:rPr>
        <w:t>Other · The Straight Path October 30, 2011 Maulana Wahiduddin Khan · 5m 15s · at 1:05:52 · https://youtu.be/PKFHe82Jz58?t=3952</w:t>
      </w:r>
    </w:p>
    <w:p>
      <w:r>
        <w:rPr>
          <w:i/>
        </w:rPr>
        <w:t>“A Nadwi scholar asked: what is the reason that in Al-Risala, the thought of Nadwi writers is criticized, but very little criticism of Deobandi writers' books is found in Al-Risala? Please clarify this question.”</w:t>
      </w:r>
    </w:p>
    <w:p>
      <w:r>
        <w:rPr>
          <w:sz w:val="20"/>
        </w:rPr>
        <w:t>1:05:52  maulana iqbal umri ne tamil nadu se sawal likha hai. unhon ne poocha hai ke aik nadvi aalim ne sawal kiya ke kiya wajah hai ke al risalah mein nadvi writers ki fikr par tanqeed ki gayi hai,</w:t>
      </w:r>
      <w:r>
        <w:br/>
      </w:r>
      <w:r>
        <w:rPr>
          <w:sz w:val="20"/>
        </w:rPr>
        <w:t>1:06:06  magar al risalah mein deobandi writers ki kitabon par bohat kam tanqeed pai jati hai? please is sawal ko wazeh farmayen.</w:t>
      </w:r>
      <w:r>
        <w:br/>
      </w:r>
      <w:r>
        <w:rPr>
          <w:sz w:val="20"/>
        </w:rPr>
        <w:t>1:06:20  mein to tanqeed kabhi nahi karta, yeh galat khayal mere bare mein hai ke mein tanqeed karta hoon. mein har giz naqad nahi hoon.</w:t>
      </w:r>
      <w:r>
        <w:br/>
      </w:r>
      <w:r>
        <w:rPr>
          <w:sz w:val="20"/>
        </w:rPr>
        <w:t>1:06:30  tanqeed dekhen, aik negative word hai, negative word hai. mera maqsad tanqeed karna nahi hai. mein intehai had tak positive aadmi hoon.</w:t>
      </w:r>
      <w:r>
        <w:br/>
      </w:r>
      <w:r>
        <w:rPr>
          <w:sz w:val="20"/>
        </w:rPr>
        <w:t>1:06:43  mere mere andar aik inshallah aik aik aik chota sa particle bhi negativity ka nahi hai.</w:t>
      </w:r>
      <w:r>
        <w:br/>
      </w:r>
      <w:r>
        <w:rPr>
          <w:sz w:val="20"/>
        </w:rPr>
        <w:t>1:06:52  negativity ka koi negative particle se meri meri personality bilkul khali hai. to mein aik positive aadmi hoon.</w:t>
      </w:r>
      <w:r>
        <w:br/>
      </w:r>
      <w:r>
        <w:rPr>
          <w:sz w:val="20"/>
        </w:rPr>
        <w:t>1:07:02  tanqeed karna mera maqsad nahi hai. baqi jo kuch mein kehta hoon, us ko aap wahin mein daleel bhi deta hoon, wahin mein</w:t>
      </w:r>
      <w:r>
        <w:br/>
      </w:r>
      <w:r>
        <w:rPr>
          <w:sz w:val="20"/>
        </w:rPr>
        <w:t>1:07:12  jahan kehta hoon. mein baaniyah andaaz mein koi baat nahi kehta ke falan bara acha hai, falan bohat kharab hai. yeh baaniyah andaaz hai. yeh mein ne kabhi nahi karta aisa.</w:t>
      </w:r>
      <w:r>
        <w:br/>
      </w:r>
      <w:r>
        <w:rPr>
          <w:sz w:val="20"/>
        </w:rPr>
        <w:t>1:07:21  kahin kisi kitab mein aap nahi kar sakte ke mein is yeh zuban bolta hoon, yaani hajj ki zuban aur qaziya khwani ki zuban. yeh meri zuban nahi hai.</w:t>
      </w:r>
      <w:r>
        <w:br/>
      </w:r>
      <w:r>
        <w:rPr>
          <w:sz w:val="20"/>
        </w:rPr>
        <w:t>1:07:31  log kiya kehte hain? kisi ka qaziya parh rahe hain, kisi ka hajj kar rahe hain. yeh meri zuban hi nahi hai. jahan mein koi baat kehta hoon, wahin wahin ke wahin daleel daleel deta hoon.</w:t>
      </w:r>
      <w:r>
        <w:br/>
      </w:r>
      <w:r>
        <w:rPr>
          <w:sz w:val="20"/>
        </w:rPr>
        <w:t>1:07:43  to meri baat ko aap is tarah mat dekhiye, is khane mein bant kar ke, balkeh sirf yeh dekhiye ke wahan jo baat mein ne kahi hai, to daleel ke sath kahin be daleel kahiye, bas.</w:t>
      </w:r>
      <w:r>
        <w:br/>
      </w:r>
      <w:r>
        <w:rPr>
          <w:sz w:val="20"/>
        </w:rPr>
        <w:t>1:07:58  aur koi dosra mi'yar wahan par mat apply kijiye aap. warna mere sath aap justice nahi karein ge, mere sath insaaf nahi karein ge.</w:t>
      </w:r>
      <w:r>
        <w:br/>
      </w:r>
      <w:r>
        <w:rPr>
          <w:sz w:val="20"/>
        </w:rPr>
        <w:t>1:08:08  maulana, yeh sawal kiya hai mr. ashique lone sahib ne jammu kashmir se.</w:t>
      </w:r>
      <w:r>
        <w:br/>
      </w:r>
      <w:r>
        <w:rPr>
          <w:sz w:val="20"/>
        </w:rPr>
        <w:t>1:08:13  unhon ne likha hai ke Allah taala sees in quran chapter 49 verse number 13: "o mankind!</w:t>
      </w:r>
      <w:r>
        <w:br/>
      </w:r>
      <w:r>
        <w:rPr>
          <w:sz w:val="20"/>
        </w:rPr>
        <w:t>1:08:22  we have created you from one male and one female, and set you in tribes and nations, so that you know one another.</w:t>
      </w:r>
      <w:r>
        <w:br/>
      </w:r>
      <w:r>
        <w:rPr>
          <w:sz w:val="20"/>
        </w:rPr>
        <w:t>1:08:33  but there is still one hadith which confuses me, which is: my ummah will be divided into 73 sects.</w:t>
      </w:r>
      <w:r>
        <w:br/>
      </w:r>
      <w:r>
        <w:rPr>
          <w:sz w:val="20"/>
        </w:rPr>
        <w:t>1:08:42  maulana, what does this sect mean?" dekhen, quran mein jo hai, woh physical sense mein hai, woh ideological sense mein nahi hai.</w:t>
      </w:r>
      <w:r>
        <w:br/>
      </w:r>
      <w:r>
        <w:rPr>
          <w:sz w:val="20"/>
        </w:rPr>
        <w:t>1:08:54  jo ayat quran ki likhi hai aap ne: "jis jins se mard banaye, usi jins aurat bhi banai." yeh matlab is ka, yaani physical identity, woh ideal sense mein nahi hai, woh ideological sense mein nahi hai.</w:t>
      </w:r>
      <w:r>
        <w:br/>
      </w:r>
      <w:r>
        <w:rPr>
          <w:sz w:val="20"/>
        </w:rPr>
        <w:t>1:09:07  agar agar sab ka fikr aik hi dhal dhal diya jaye to imtehan khatm ho jaye ga. imtehan kahan hoga? insaan ko jo freedom of choice hai, woh wohi to asal hai.</w:t>
      </w:r>
      <w:r>
        <w:br/>
      </w:r>
      <w:r>
        <w:rPr>
          <w:sz w:val="20"/>
        </w:rPr>
        <w:t>1:09:24  to woh jo hai, quran mein jo ayat hai, us ko sirf physical identity ke mani mein lijiye aap</w:t>
      </w:r>
      <w:r>
        <w:br/>
      </w:r>
      <w:r>
        <w:rPr>
          <w:sz w:val="20"/>
        </w:rPr>
        <w:t>1:09:30  yani jo jis jins se mard ko banaya, usi jins se aurat ko banaya. aur jahan tak hadith ka muamla hai, woh to ek alag cheez hai.</w:t>
      </w:r>
      <w:r>
        <w:br/>
      </w:r>
      <w:r>
        <w:rPr>
          <w:sz w:val="20"/>
        </w:rPr>
        <w:t>1:09:42  kyunke duniya mein dekhiye, imtehan hai sab ka. yeh nahi ke musalman exempted hain imtehan se. yeh mat samjhiye ke musalman exempted hain test se.</w:t>
      </w:r>
      <w:r>
        <w:br/>
      </w:r>
      <w:r>
        <w:rPr>
          <w:sz w:val="20"/>
        </w:rPr>
        <w:t>1:09:54  sab ka test hai to musalmanon ke upar test bhi hai. jis tarah doosre log bhagte hain, use</w:t>
      </w:r>
      <w:r>
        <w:br/>
      </w:r>
      <w:r>
        <w:rPr>
          <w:sz w:val="20"/>
        </w:rPr>
        <w:t>1:10:00  musalman bhi bhagega. yeh matlab hai is ka. log samajhte hain ke musalman jo exempted hain, ummat-e-marhooma hai ya bilkul baseless hai yeh aqeedah.</w:t>
      </w:r>
      <w:r>
        <w:br/>
      </w:r>
      <w:r>
        <w:rPr>
          <w:sz w:val="20"/>
        </w:rPr>
        <w:t>1:10:12  to har ek ke bhagne ke maidan alag alag hote hain. koi kisi tarah bhagta hai, koi kis tarah bhagta hai. to doosron ke bhagne ki field secular hoti hai.</w:t>
      </w:r>
      <w:r>
        <w:br/>
      </w:r>
      <w:r>
        <w:rPr>
          <w:sz w:val="20"/>
        </w:rPr>
        <w:t>1:10:23  wo secular maidan mein utra hai ke aqeedah banate hain. musalmanon ki field jo hai, woh mazhabi hai.</w:t>
      </w:r>
      <w:r>
        <w:br/>
      </w:r>
      <w:r>
        <w:rPr>
          <w:sz w:val="20"/>
        </w:rPr>
        <w:t>1:10:29  mazhabi field mein alag alag aqeeday banate hain. to musalmanon ka bhi apni azadi ko mehsoos karega. musalman is se sab firqe banenge aur doosron ka bhi azadi ko mehsoos karenge.</w:t>
      </w:r>
      <w:r>
        <w:br/>
      </w:r>
      <w:r>
        <w:rPr>
          <w:sz w:val="20"/>
        </w:rPr>
        <w:t>1:10:43  is se woh sab un ke haan mukhtalif qism ki baatein paida hongi. to basic baat yeh samajh lijiye ke musalman ne hargiz hargiz test se exempted nahi hai.</w:t>
      </w:r>
      <w:r>
        <w:br/>
      </w:r>
      <w:r>
        <w:rPr>
          <w:sz w:val="20"/>
        </w:rPr>
        <w:t>1:10:56  sab ka imtehan ho raha hai aur yeh sari baatein isi liye hain ke aadmi</w:t>
      </w:r>
      <w:r>
        <w:br/>
      </w:r>
      <w:r>
        <w:rPr>
          <w:sz w:val="20"/>
        </w:rPr>
        <w:t>1:11:01  apne azadi ko misuse karta hai.</w:t>
      </w:r>
    </w:p>
    <w:p>
      <w:pPr>
        <w:pStyle w:val="Heading2"/>
      </w:pPr>
      <w:r>
        <w:t>Changing reference of fighting verse for peace</w:t>
      </w:r>
    </w:p>
    <w:p>
      <w:r>
        <w:rPr>
          <w:color w:val="666666"/>
          <w:sz w:val="18"/>
        </w:rPr>
        <w:t>Quran &amp; Tafsir · Changing Reference from War to Peace 10 Aug, 2019 - Maulana Wahiduddin Khan · 13m 13s · at 31:52 · https://youtu.be/gHKpwaSy1Ec?t=1912</w:t>
      </w:r>
    </w:p>
    <w:p>
      <w:r>
        <w:rPr>
          <w:i/>
        </w:rPr>
        <w:t>“There is an ayat: 'Allah loves those who fight in the way of Allah.' How can we change its reference for peace?”</w:t>
      </w:r>
    </w:p>
    <w:p>
      <w:r>
        <w:rPr>
          <w:sz w:val="20"/>
        </w:rPr>
        <w:t>31:52  Maulana, agla sawal kya hai? Maulana Iqbal Umri ne Chennai se, unhone likha hai, ek ayat hai.</w:t>
      </w:r>
      <w:r>
        <w:br/>
      </w:r>
      <w:r>
        <w:rPr>
          <w:sz w:val="20"/>
        </w:rPr>
        <w:t>32:01  Maulana,</w:t>
      </w:r>
      <w:r>
        <w:br/>
      </w:r>
      <w:r>
        <w:rPr>
          <w:sz w:val="20"/>
        </w:rPr>
        <w:t>32:05  Allah mohabbat karta hai un se jo jang karte hain Allah ke raste mein. Maulana, is ayat ka reference aman ke liye kaise is ko badlein?</w:t>
      </w:r>
      <w:r>
        <w:br/>
      </w:r>
      <w:r>
        <w:rPr>
          <w:sz w:val="20"/>
        </w:rPr>
        <w:t>32:16  nahi, dekhiye, bohat bari ghalat fehmi hai ke ke is ko generalize karna, general banana.</w:t>
      </w:r>
      <w:r>
        <w:br/>
      </w:r>
      <w:r>
        <w:rPr>
          <w:sz w:val="20"/>
        </w:rPr>
        <w:t>32:26  us waqt ki yeh ayat us waqt ki hai jab ke duniya mein jang ka zamana tha, daur jang tha. Duniya mein jang</w:t>
      </w:r>
      <w:r>
        <w:br/>
      </w:r>
      <w:r>
        <w:rPr>
          <w:sz w:val="20"/>
        </w:rPr>
        <w:t>32:39  ke magar chare hi nahi tha. Yani woh jo</w:t>
      </w:r>
      <w:r>
        <w:br/>
      </w:r>
      <w:r>
        <w:rPr>
          <w:sz w:val="20"/>
        </w:rPr>
        <w:t>32:49  jang pe itna yaqeen karte the ke</w:t>
      </w:r>
      <w:r>
        <w:br/>
      </w:r>
      <w:r>
        <w:rPr>
          <w:sz w:val="20"/>
        </w:rPr>
        <w:t>32:55  ke is zamane mein kaha jata tha, ek shayar ne kaha hai ke woh ahyaanan ala bakrin akhina alam al khana.</w:t>
      </w:r>
      <w:r>
        <w:br/>
      </w:r>
      <w:r>
        <w:rPr>
          <w:sz w:val="20"/>
        </w:rPr>
        <w:t>33:05  to jang to un ka kal culture tha, jis zamane mein jang culture bana hua tha, us zamane ki baat hai. Woh yeh nahi ke aam hai, woh harghiz nahi.</w:t>
      </w:r>
      <w:r>
        <w:br/>
      </w:r>
      <w:r>
        <w:rPr>
          <w:sz w:val="20"/>
        </w:rPr>
        <w:t>33:17  aaj aaj jang ke koi matlab nahi hai. Aaj jang ka koi matlab nahi hai.</w:t>
      </w:r>
      <w:r>
        <w:br/>
      </w:r>
      <w:r>
        <w:rPr>
          <w:sz w:val="20"/>
        </w:rPr>
        <w:t>33:23  to Maulana, unhone likha hai ke kya yeh keh sakte hain ke aaj pur aman dawat jo karta hai, Allah un se mohabbat karega?</w:t>
      </w:r>
      <w:r>
        <w:br/>
      </w:r>
      <w:r>
        <w:rPr>
          <w:sz w:val="20"/>
        </w:rPr>
        <w:t>33:33  aaj Allah mohabbat karega jab aman ki buniyad par manage karen. Aaj yani dawat ka kaam karen, aman ke usool par manage karen,</w:t>
      </w:r>
      <w:r>
        <w:br/>
      </w:r>
      <w:r>
        <w:rPr>
          <w:sz w:val="20"/>
        </w:rPr>
        <w:t>33:47  planning karen. Aaj harghiz harghiz is ka matlab yeh nahi ke lado to Allah madad kare, mohabbat karega. Harghiz nahi. Pur aman planning karen to Allah madad karega.</w:t>
      </w:r>
      <w:r>
        <w:br/>
      </w:r>
      <w:r>
        <w:rPr>
          <w:sz w:val="20"/>
        </w:rPr>
        <w:t>33:59  aaj ke lehaz se is ka matlab hai ke tum pur aman planning karo to Allah tum se madad karega. Woh zamane ke baad jang culture bana hua tha.</w:t>
      </w:r>
      <w:r>
        <w:br/>
      </w:r>
      <w:r>
        <w:rPr>
          <w:sz w:val="20"/>
        </w:rPr>
        <w:t>34:12  chunanche ek shayar ne kaha ke woh ahyaanan ala bakrin akhina Allah khana.</w:t>
      </w:r>
      <w:r>
        <w:br/>
      </w:r>
      <w:r>
        <w:rPr>
          <w:sz w:val="20"/>
        </w:rPr>
        <w:t>34:22  yani apne hi logon se ladne lagte hain jab koi dushman ladne ke liye na ho. To yeh tha jab jang culture bani hui thi.</w:t>
      </w:r>
      <w:r>
        <w:br/>
      </w:r>
      <w:r>
        <w:rPr>
          <w:sz w:val="20"/>
        </w:rPr>
        <w:t>34:33  ab to koi jang sirf nadan log karte hain. Ab koi aqal mand aadmi jang nahi karega. To aap pur aman planning kijiye.</w:t>
      </w:r>
      <w:r>
        <w:br/>
      </w:r>
      <w:r>
        <w:rPr>
          <w:sz w:val="20"/>
        </w:rPr>
        <w:t>34:43  hum jang ki baat hi karna chhod deejiye. aur unhi se Allah mohabbat karega.</w:t>
      </w:r>
      <w:r>
        <w:br/>
      </w:r>
      <w:r>
        <w:rPr>
          <w:sz w:val="20"/>
        </w:rPr>
        <w:t>34:53  maulana, comment bheja hai miss daniya mustafa ne pakistan se. unhone likha hai, "replacing the reference with our life and our times makes the life of sahaba more practical and applicable for us." jazak Allah maulana sahib.</w:t>
      </w:r>
      <w:r>
        <w:br/>
      </w:r>
      <w:r>
        <w:rPr>
          <w:sz w:val="20"/>
        </w:rPr>
        <w:t>35:12  masha Allah.</w:t>
      </w:r>
      <w:r>
        <w:br/>
      </w:r>
      <w:r>
        <w:rPr>
          <w:sz w:val="20"/>
        </w:rPr>
        <w:t>35:13  sajid anwar sahib ne mumbai se ek comment aur question bheja hai. unhone likha hai, "maulana, your point of changing the reference is very relevant.</w:t>
      </w:r>
      <w:r>
        <w:br/>
      </w:r>
      <w:r>
        <w:rPr>
          <w:sz w:val="20"/>
        </w:rPr>
        <w:t>35:23  my question is how to change the existing reference to the right reference?" i am apprehensive that in this process i may land up in wrong reference.</w:t>
      </w:r>
      <w:r>
        <w:br/>
      </w:r>
      <w:r>
        <w:rPr>
          <w:sz w:val="20"/>
        </w:rPr>
        <w:t>35:37  please advise</w:t>
      </w:r>
      <w:r>
        <w:br/>
      </w:r>
      <w:r>
        <w:rPr>
          <w:sz w:val="20"/>
        </w:rPr>
        <w:t>35:38  . nahin, sincerity shart hai. sincerity shart hai. agar kisi ka aadmi ka agar sincerity na ho to woh to kuch nahin kar sakta.</w:t>
      </w:r>
      <w:r>
        <w:br/>
      </w:r>
      <w:r>
        <w:rPr>
          <w:sz w:val="20"/>
        </w:rPr>
        <w:t>35:51  sincerity to shart hai.</w:t>
      </w:r>
      <w:r>
        <w:br/>
      </w:r>
      <w:r>
        <w:rPr>
          <w:sz w:val="20"/>
        </w:rPr>
        <w:t>35:56  aadmi ke andar itna to hona chahiye ke woh sincere ho jaye is maamle mein.</w:t>
      </w:r>
      <w:r>
        <w:br/>
      </w:r>
      <w:r>
        <w:rPr>
          <w:sz w:val="20"/>
        </w:rPr>
        <w:t>36:10  fayyaz sahib ne ek comment bheja hai hyderabad se. unhone likha hai, "applying war reference in peaceful situation is a unique idea that potentially could make great development in a belief in God." jazak Allah maulana.</w:t>
      </w:r>
      <w:r>
        <w:br/>
      </w:r>
      <w:r>
        <w:rPr>
          <w:sz w:val="20"/>
        </w:rPr>
        <w:t>36:32  maulana, unka sawal yeh hai ke aap ne jo hazrat umar ke hawale se jo jawab diya ke unhone namaz padhte waqt jang ki planning ki to lekin woh ek war wali situation thi.</w:t>
      </w:r>
      <w:r>
        <w:br/>
      </w:r>
      <w:r>
        <w:rPr>
          <w:sz w:val="20"/>
        </w:rPr>
        <w:t>36:47  lekin aap ne yeh bhi bataya h</w:t>
      </w:r>
      <w:r>
        <w:br/>
      </w:r>
      <w:r>
        <w:rPr>
          <w:sz w:val="20"/>
        </w:rPr>
        <w:t>36:49  m se, dekhiye, woh ek waqea hai. ji ji, kyunke us waqt koi doosra option nahin tha. jab doosra option na ho to aap ko sochna padega jang mein.</w:t>
      </w:r>
      <w:r>
        <w:br/>
      </w:r>
      <w:r>
        <w:rPr>
          <w:sz w:val="20"/>
        </w:rPr>
        <w:t>37:02  aap hain tab bhi sochna padega. koi option to nahin. yeh matlab nahin ke jab jang ho rahi hai to khade hogaye namaz padhne ke liye. yeh matlab nahin hai. jab doosra option nahin tha to aap ne yeh kiya.</w:t>
      </w:r>
      <w:r>
        <w:br/>
      </w:r>
      <w:r>
        <w:rPr>
          <w:sz w:val="20"/>
        </w:rPr>
        <w:t>37:14  to maulana, unka yeh sawal hai ke aap ne yeh bhi bataya ke namaz padhte waqt khayal jo hain woh to aate rahenge. woh involuntary hain.</w:t>
      </w:r>
      <w:r>
        <w:br/>
      </w:r>
      <w:r>
        <w:rPr>
          <w:sz w:val="20"/>
        </w:rPr>
        <w:t>37:23  to aksar aisa hi hota hai ke insaan ke zehen mein khayal aate hain aur is khayal ke basis pe woh koi action le leta hai.</w:t>
      </w:r>
      <w:r>
        <w:br/>
      </w:r>
      <w:r>
        <w:rPr>
          <w:sz w:val="20"/>
        </w:rPr>
        <w:t>37:33  to</w:t>
      </w:r>
      <w:r>
        <w:br/>
      </w:r>
      <w:r>
        <w:rPr>
          <w:sz w:val="20"/>
        </w:rPr>
        <w:t>37:34  aane deejiye, khayal aane deejiye. is se pehle main ne ek baat batai thi. ek ek philosopher tha, british philosopher.</w:t>
      </w:r>
      <w:r>
        <w:br/>
      </w:r>
      <w:r>
        <w:rPr>
          <w:sz w:val="20"/>
        </w:rPr>
        <w:t>37:43  us ne kaha tha, bahut badi baat kahi thi us ne ke "i am large enough to contain all these contradictions." "i am large enough to contain all these contradictions." mutazad, contradictory soch ko bhi aadmi jama kar sakta hai apne dimagh mein.</w:t>
      </w:r>
      <w:r>
        <w:br/>
      </w:r>
      <w:r>
        <w:rPr>
          <w:sz w:val="20"/>
        </w:rPr>
        <w:t>38:07  yeh to koi baat nahin hai. yeh Allah ki jo deen hai, mind ki shakal mein, us ko aap us ko aap underestimate kar rahe hain.</w:t>
      </w:r>
      <w:r>
        <w:br/>
      </w:r>
      <w:r>
        <w:rPr>
          <w:sz w:val="20"/>
        </w:rPr>
        <w:t>38:22  maulana, unka question yeh hai ke jab yeh thoughts jis jis ke upar hamara koi ikhtiyar nahin, koi control nahin, aur woh jab ab mind mein aate hain aur us ke basis pe hum koi action karte hain to is action ka gunah hamare upar kyun aata hai?</w:t>
      </w:r>
      <w:r>
        <w:br/>
      </w:r>
      <w:r>
        <w:rPr>
          <w:sz w:val="20"/>
        </w:rPr>
        <w:t>38:37  kyunke woh nahin, aap manage kar sakte hain. manage kyun nahin kiya aap ne? aap aap ki pakad us par hui ke jab tum manage kar sakte ho to manage kyun nahin karte</w:t>
      </w:r>
      <w:r>
        <w:br/>
      </w:r>
      <w:r>
        <w:rPr>
          <w:sz w:val="20"/>
        </w:rPr>
        <w:t>38:49  the? maulana, ek naghma aap ne ek comment bheja hai gurgaon se. unhone likha hai, "i realize today that we are not well.</w:t>
      </w:r>
      <w:r>
        <w:br/>
      </w:r>
      <w:r>
        <w:rPr>
          <w:sz w:val="20"/>
        </w:rPr>
        <w:t>39:00  we should think that it is an opportunity for our body to get refreshed." i also understood that if we depend solely on God, then then only our dua will be fulfilled.</w:t>
      </w:r>
      <w:r>
        <w:br/>
      </w:r>
      <w:r>
        <w:rPr>
          <w:sz w:val="20"/>
        </w:rPr>
        <w:t>39:19  bhai, dekhiye, aap ke mind mein jab</w:t>
      </w:r>
      <w:r>
        <w:br/>
      </w:r>
      <w:r>
        <w:rPr>
          <w:sz w:val="20"/>
        </w:rPr>
        <w:t>39:30  yeh capacity hai ke woh do cheezon par soch sake, woh do contradictory ayat par soch sake, to aap ko aisa karna chahiye.</w:t>
      </w:r>
      <w:r>
        <w:br/>
      </w:r>
      <w:r>
        <w:rPr>
          <w:sz w:val="20"/>
        </w:rPr>
        <w:t>39:41  is mind ki is capacity ko istemal karna chahiye. kyun nahi istemal karte aap? "I am large enough to contain all this contradictions." yeh kijiye.</w:t>
      </w:r>
      <w:r>
        <w:br/>
      </w:r>
      <w:r>
        <w:rPr>
          <w:sz w:val="20"/>
        </w:rPr>
        <w:t>40:00  Maulana, ek basic question yeh zehn mein aata hai ke jo Islamic history hai, woh har ek musalman jaanta hai.</w:t>
      </w:r>
      <w:r>
        <w:br/>
      </w:r>
      <w:r>
        <w:rPr>
          <w:sz w:val="20"/>
        </w:rPr>
        <w:t>40:09  jaise is daur pe to Maulana ek ayat sunane par par bhi kode pade maare jaate thay. Lekin aaj yeh bhi zamana hai, yeh generalize kar diya aap ne.</w:t>
      </w:r>
      <w:r>
        <w:br/>
      </w:r>
      <w:r>
        <w:rPr>
          <w:sz w:val="20"/>
        </w:rPr>
        <w:t>40:19  ji, maare jaate thay? nahi, mara gaya. ji haan, yeh mat kahein ke maare jaate thay to mara gaya. kode generalize, generalize</w:t>
      </w:r>
      <w:r>
        <w:br/>
      </w:r>
      <w:r>
        <w:rPr>
          <w:sz w:val="20"/>
        </w:rPr>
        <w:t>40:28  kyun karte hain? ji, kode maare gaye Maulana. Lekin aaj to free Quran distribution hum log khud hi karte hain Maulana aur poori ki poori Quran distribute karte hain.</w:t>
      </w:r>
      <w:r>
        <w:br/>
      </w:r>
      <w:r>
        <w:rPr>
          <w:sz w:val="20"/>
        </w:rPr>
        <w:t>40:37  to koi masla nahi hai. to kyun kyun nahi woh reference ko change kar paate? Muslim is time pe war ka daur tha lekin ab woh khatam ho gaya.</w:t>
      </w:r>
      <w:r>
        <w:br/>
      </w:r>
      <w:r>
        <w:rPr>
          <w:sz w:val="20"/>
        </w:rPr>
        <w:t>40:48  tab ek ayat sunane par kode maare jaate thay. ab ab poori ki poori Quran distribute kar sakte hain Mol</w:t>
      </w:r>
      <w:r>
        <w:br/>
      </w:r>
      <w:r>
        <w:rPr>
          <w:sz w:val="20"/>
        </w:rPr>
        <w:t>40:55  ana. ab dekhein, kal hum log gaye thay yahood ke jalse mein. jis zamane mein Quran utra tha, yahudiyon ne inkar kiya ke yeh Quran Allah ki taraf se hai.</w:t>
      </w:r>
      <w:r>
        <w:br/>
      </w:r>
      <w:r>
        <w:rPr>
          <w:sz w:val="20"/>
        </w:rPr>
        <w:t>41:07  inkar kiya tha unhon ne. lekin kal wahan free liya Quran distribute kiya gaya. yeh hai zamane ki baat. is zamane mein tolerance bohat bari cheez ban gayi hai.</w:t>
      </w:r>
      <w:r>
        <w:br/>
      </w:r>
      <w:r>
        <w:rPr>
          <w:sz w:val="20"/>
        </w:rPr>
        <w:t>41:21  ab aap woh nahi kar sakte. aap ko tolerate karna parta hai. yaani mein bhi sacha, tum bhi sache, yeh manna parta hai.</w:t>
      </w:r>
      <w:r>
        <w:br/>
      </w:r>
      <w:r>
        <w:rPr>
          <w:sz w:val="20"/>
        </w:rPr>
        <w:t>41:34  aur is ka is ka namuna kal kal kal tha.</w:t>
      </w:r>
      <w:r>
        <w:br/>
      </w:r>
      <w:r>
        <w:rPr>
          <w:sz w:val="20"/>
        </w:rPr>
        <w:t>41:38  Maulana, ek aur jo bohat zabardast demonstration kal hua, woh yeh tha ke Hebrew mein Quran jo hai, woh abhi good world mein doctor Saniya ne samne publish karai.</w:t>
      </w:r>
      <w:r>
        <w:br/>
      </w:r>
      <w:r>
        <w:rPr>
          <w:sz w:val="20"/>
        </w:rPr>
        <w:t>41:53  aur woh Hebrew Quran unhon ne itni khushi se li aur us ke sath photo bhi khinchwai. unhon ne Rubal Malgar ne aur kai copies di gayi wahan pe.</w:t>
      </w:r>
      <w:r>
        <w:br/>
      </w:r>
      <w:r>
        <w:rPr>
          <w:sz w:val="20"/>
        </w:rPr>
        <w:t>42:04  to unhon ne khud apne community ke logon ko Hebrew Quran jo hai, woh dilwaya aap ke hathon se. to yeh ek bohat bara demonstration tha</w:t>
      </w:r>
      <w:r>
        <w:br/>
      </w:r>
      <w:r>
        <w:rPr>
          <w:sz w:val="20"/>
        </w:rPr>
        <w:t>42:14  Maulana. ji haan, ji haan, yeh zamana hi hai ke aap chahe apne ko sacha maanein, tab bhi doosre ko manna parega aap ko.</w:t>
      </w:r>
      <w:r>
        <w:br/>
      </w:r>
      <w:r>
        <w:rPr>
          <w:sz w:val="20"/>
        </w:rPr>
        <w:t>42:23  nahi to aap backward shumar honge.</w:t>
      </w:r>
      <w:r>
        <w:br/>
      </w:r>
      <w:r>
        <w:rPr>
          <w:sz w:val="20"/>
        </w:rPr>
        <w:t>42:28  Maulana, ek question bheja hai Islamabad Pakistan se Muhammad Tufail sahib ne. unhon ne likha hai, "I am an IT professional working in an educational institution.</w:t>
      </w:r>
      <w:r>
        <w:br/>
      </w:r>
      <w:r>
        <w:rPr>
          <w:sz w:val="20"/>
        </w:rPr>
        <w:t>42:41  I am willing to work for dawah, but don't know how IT information technology should be used for this purpose." is ke bare mein batayein.</w:t>
      </w:r>
      <w:r>
        <w:br/>
      </w:r>
      <w:r>
        <w:rPr>
          <w:sz w:val="20"/>
        </w:rPr>
        <w:t>42:53  hum to rozana istemal kar rahe hain. kaise aap ko batlaiye? hamare saathi sari duniya mein modern technology ko istemal kar rahe hain.</w:t>
      </w:r>
      <w:r>
        <w:br/>
      </w:r>
      <w:r>
        <w:rPr>
          <w:sz w:val="20"/>
        </w:rPr>
        <w:t>43:05  ab woh aata rehta hai barabar khabron mein.</w:t>
      </w:r>
      <w:r>
        <w:br/>
      </w:r>
      <w:r>
        <w:rPr>
          <w:sz w:val="20"/>
        </w:rPr>
        <w:t>43:13  woh to zamana hi khatam ho gaya jab yeh is tareeqe se masla hoti thi. ab yeh is tareeqe se masla nahi hai.</w:t>
      </w:r>
      <w:r>
        <w:br/>
      </w:r>
      <w:r>
        <w:rPr>
          <w:sz w:val="20"/>
        </w:rPr>
        <w:t>43:20  Maulana, ek comment bheja hai Irshad Ali sahib ne Rampur se. unhon ne likha hai, "Maulana, do saal pehle jab mein haq ki talash mein nikla to mein ne bohat sare Islamic scholars ko suna.</w:t>
      </w:r>
      <w:r>
        <w:br/>
      </w:r>
      <w:r>
        <w:rPr>
          <w:sz w:val="20"/>
        </w:rPr>
        <w:t>43:35  lekin maine kisi bhi scholars ke followers ke andar positivity nahi paai siwaye aap ke aur javed</w:t>
      </w:r>
      <w:r>
        <w:br/>
      </w:r>
      <w:r>
        <w:rPr>
          <w:sz w:val="20"/>
        </w:rPr>
        <w:t>43:44  ahmad gamdi sahib ke.</w:t>
      </w:r>
      <w:r>
        <w:br/>
      </w:r>
      <w:r>
        <w:rPr>
          <w:sz w:val="20"/>
        </w:rPr>
        <w:t>43:46  maulana, main samajhta hoon ke in logon ko ruk jana chahiye aur sochna chahiye ke kahin hum kuch</w:t>
      </w:r>
      <w:r>
        <w:br/>
      </w:r>
      <w:r>
        <w:rPr>
          <w:sz w:val="20"/>
        </w:rPr>
        <w:t>43:54  ghalat to promote nahi kar rahe jis se hamare followers ka intellectual development nahi ho raha.</w:t>
      </w:r>
      <w:r>
        <w:br/>
      </w:r>
      <w:r>
        <w:rPr>
          <w:sz w:val="20"/>
        </w:rPr>
        <w:t>44:05  acha, theek hai, dua kijiye.</w:t>
      </w:r>
    </w:p>
    <w:p>
      <w:pPr>
        <w:pStyle w:val="Heading2"/>
      </w:pPr>
      <w:r>
        <w:t>Clarification of Quran 2:201</w:t>
      </w:r>
    </w:p>
    <w:p>
      <w:r>
        <w:rPr>
          <w:color w:val="666666"/>
          <w:sz w:val="18"/>
        </w:rPr>
        <w:t>Quran &amp; Tafsir · Material Science Vs Spiritual Science 20th May 12 SLOW · 5m 03s · at 1:34:22 · https://youtu.be/qYwFExG7cyM?t=5662</w:t>
      </w:r>
    </w:p>
    <w:p>
      <w:r>
        <w:rPr>
          <w:i/>
        </w:rPr>
        <w:t>“Maulana, I ask you to clarify two Quranic verses. The first is Chapter 2, verse 201: 'And Lord grant us...'”</w:t>
      </w:r>
    </w:p>
    <w:p>
      <w:r>
        <w:rPr>
          <w:sz w:val="20"/>
        </w:rPr>
        <w:t>1:34:21  mein.</w:t>
      </w:r>
      <w:r>
        <w:br/>
      </w:r>
      <w:r>
        <w:rPr>
          <w:sz w:val="20"/>
        </w:rPr>
        <w:t>1:34:22  Maulana, agla sawal Delhi se Maulana Zakwan Nadvi sahib ka hai.</w:t>
      </w:r>
      <w:r>
        <w:br/>
      </w:r>
      <w:r>
        <w:rPr>
          <w:sz w:val="20"/>
        </w:rPr>
        <w:t>1:34:27  unhon ne aapse do Quran ki ayaton ko wazeh karne ke liye kaha hai.</w:t>
      </w:r>
      <w:r>
        <w:br/>
      </w:r>
      <w:r>
        <w:rPr>
          <w:sz w:val="20"/>
        </w:rPr>
        <w:t>1:34:33  pehli ayat chapter two of Quran, words number 201 hai, jis mein aya hai: "aur Lord grant is</w:t>
      </w:r>
      <w:r>
        <w:br/>
      </w:r>
      <w:r>
        <w:rPr>
          <w:sz w:val="20"/>
        </w:rPr>
        <w:t>1:34:41  good in this world as well as good in the world here after. second jo hai, woh chapter</w:t>
      </w:r>
      <w:r>
        <w:br/>
      </w:r>
      <w:r>
        <w:rPr>
          <w:sz w:val="20"/>
        </w:rPr>
        <w:t>1:34:49  28, words number 77 hai, jis mein aaya hai: "seek the home of the here after by means</w:t>
      </w:r>
      <w:r>
        <w:br/>
      </w:r>
      <w:r>
        <w:rPr>
          <w:sz w:val="20"/>
        </w:rPr>
        <w:t>1:34:56  of that which God has bestowed on you, and do not forget to take your portion in this</w:t>
      </w:r>
      <w:r>
        <w:br/>
      </w:r>
      <w:r>
        <w:rPr>
          <w:sz w:val="20"/>
        </w:rPr>
        <w:t>1:35:04  world." sir, is ka sorry, pehla ayat bhi nahi aaya? nahi ji, dekhein pehli ayat toh woh hai:</w:t>
      </w:r>
      <w:r>
        <w:br/>
      </w:r>
      <w:r>
        <w:rPr>
          <w:sz w:val="20"/>
        </w:rPr>
        <w:t>1:35:12  "rabbana atina fid dunya hasana wa fi al-akhirat wa qina azab an-nar." ji ji, is pe bhi bai'at karoon ke</w:t>
      </w:r>
      <w:r>
        <w:br/>
      </w:r>
      <w:r>
        <w:rPr>
          <w:sz w:val="20"/>
        </w:rPr>
        <w:t>1:35:19  mujhe is mein bhi ek discovery hai, aur bohat ajeeb discovery hai: "rabbana atina fid dunya hasana wa fi</w:t>
      </w:r>
      <w:r>
        <w:br/>
      </w:r>
      <w:r>
        <w:rPr>
          <w:sz w:val="20"/>
        </w:rPr>
        <w:t>1:35:27  al-akhirat hasana wa qina azab an-nar." tarjuma is ka yeh hai ke: "ae hamare rab, de hum ko dunya</w:t>
      </w:r>
      <w:r>
        <w:br/>
      </w:r>
      <w:r>
        <w:rPr>
          <w:sz w:val="20"/>
        </w:rPr>
        <w:t>1:35:35  ka hasana aur de hum ko akhirat ka hasana, hum ko bacha akhirat ke azab se." toh main</w:t>
      </w:r>
      <w:r>
        <w:br/>
      </w:r>
      <w:r>
        <w:rPr>
          <w:sz w:val="20"/>
        </w:rPr>
        <w:t>1:35:43  ne socha ke dunya ka hasana toh Allah ne de rakha hai, already hamari dua ke baghair hi.</w:t>
      </w:r>
      <w:r>
        <w:br/>
      </w:r>
      <w:r>
        <w:rPr>
          <w:sz w:val="20"/>
        </w:rPr>
        <w:t>1:35:50  yeh bohat ek ajeeb baat mujhe daryaft hui is mein, kyunke dekhein Quran mein hai ke: "wa atakum min</w:t>
      </w:r>
      <w:r>
        <w:br/>
      </w:r>
      <w:r>
        <w:rPr>
          <w:sz w:val="20"/>
        </w:rPr>
        <w:t>1:35:58  kulli ma saltamoo" hum paida hote nahi hain, aur dunya mein sab kuch peshgi taur par woh maujood</w:t>
      </w:r>
      <w:r>
        <w:br/>
      </w:r>
      <w:r>
        <w:rPr>
          <w:sz w:val="20"/>
        </w:rPr>
        <w:t>1:36:06  hai.</w:t>
      </w:r>
      <w:r>
        <w:br/>
      </w:r>
      <w:r>
        <w:rPr>
          <w:sz w:val="20"/>
        </w:rPr>
        <w:t>1:36:07  yahan suraj hai, yahan pani hai, yahan oxygen hai, yahan zameen se ghale nikal rahe hain, yaani sari</w:t>
      </w:r>
      <w:r>
        <w:br/>
      </w:r>
      <w:r>
        <w:rPr>
          <w:sz w:val="20"/>
        </w:rPr>
        <w:t>1:36:15  cheezein jo hum chahte hain, woh peshgi maujood hain yahan par.</w:t>
      </w:r>
      <w:r>
        <w:br/>
      </w:r>
      <w:r>
        <w:rPr>
          <w:sz w:val="20"/>
        </w:rPr>
        <w:t>1:36:20  toh yahan kyun kaha gaya: "rabbana atina fid dunya hasana"? ae hum, ae Allah, hamein de dunya ka</w:t>
      </w:r>
      <w:r>
        <w:br/>
      </w:r>
      <w:r>
        <w:rPr>
          <w:sz w:val="20"/>
        </w:rPr>
        <w:t>1:36:27  hasana, woh toh already mila hua hai.</w:t>
      </w:r>
      <w:r>
        <w:br/>
      </w:r>
      <w:r>
        <w:rPr>
          <w:sz w:val="20"/>
        </w:rPr>
        <w:t>1:36:30  toh main ne is ayat ko is tareeqe se padha ke: "rabbana qad atina fid dunya hasana, fatina</w:t>
      </w:r>
      <w:r>
        <w:br/>
      </w:r>
      <w:r>
        <w:rPr>
          <w:sz w:val="20"/>
        </w:rPr>
        <w:t>1:36:38  fil akhirat hasana".</w:t>
      </w:r>
      <w:r>
        <w:br/>
      </w:r>
      <w:r>
        <w:rPr>
          <w:sz w:val="20"/>
        </w:rPr>
        <w:t>1:36:40  ae Allah, tu ne dunya mein hamein de diya hasana, toh akhirat ka hasana bhi de de, already</w:t>
      </w:r>
      <w:r>
        <w:br/>
      </w:r>
      <w:r>
        <w:rPr>
          <w:sz w:val="20"/>
        </w:rPr>
        <w:t>1:36:47  de diya tu ne.</w:t>
      </w:r>
      <w:r>
        <w:br/>
      </w:r>
      <w:r>
        <w:rPr>
          <w:sz w:val="20"/>
        </w:rPr>
        <w:t>1:36:49  yaani is mein ek ek hidden mafhoom hai is ayat mein ke aap sochein ke main mang raha</w:t>
      </w:r>
      <w:r>
        <w:br/>
      </w:r>
      <w:r>
        <w:rPr>
          <w:sz w:val="20"/>
        </w:rPr>
        <w:t>1:36:57  hoon Allah taala se dunya ka hasana, woh toh already mila hua hai.</w:t>
      </w:r>
      <w:r>
        <w:br/>
      </w:r>
      <w:r>
        <w:rPr>
          <w:sz w:val="20"/>
        </w:rPr>
        <w:t>1:37:02  Quran khud Quran se sabit hai ke: "wa atakum min kulli ma saltamoo" sab kuch de diya tum ko</w:t>
      </w:r>
      <w:r>
        <w:br/>
      </w:r>
      <w:r>
        <w:rPr>
          <w:sz w:val="20"/>
        </w:rPr>
        <w:t>1:37:10  jo jo tum ko darkar tha dunya mein.</w:t>
      </w:r>
      <w:r>
        <w:br/>
      </w:r>
      <w:r>
        <w:rPr>
          <w:sz w:val="20"/>
        </w:rPr>
        <w:t>1:37:13  toh main ne yeh dua is mein se paayi ke: "khudaya, tu ne dunya mein sab kuch de</w:t>
      </w:r>
      <w:r>
        <w:br/>
      </w:r>
      <w:r>
        <w:rPr>
          <w:sz w:val="20"/>
        </w:rPr>
        <w:t>1:37:21  diya jo mujhe chahiye tha, ab akhirat mein bhi de de jo mujhe darkaar hai." "rabbana qad atana</w:t>
      </w:r>
      <w:r>
        <w:br/>
      </w:r>
      <w:r>
        <w:rPr>
          <w:sz w:val="20"/>
        </w:rPr>
        <w:t>1:37:29  fi ad-dunya hasana, fatna fi al-akhirat hasana" to ek ajeeb is ke andar ek ek ek dua ka</w:t>
      </w:r>
      <w:r>
        <w:br/>
      </w:r>
      <w:r>
        <w:rPr>
          <w:sz w:val="20"/>
        </w:rPr>
        <w:t>1:37:37  mazmoon chupa hua hai, bohat ajeeb.</w:t>
      </w:r>
      <w:r>
        <w:br/>
      </w:r>
      <w:r>
        <w:rPr>
          <w:sz w:val="20"/>
        </w:rPr>
        <w:t>1:37:39  aur doosri jo aayat hai, woh is aayat mein: "wa ratan sanusibuka" kya hai? woh alfaaz: "wa ratan sanusibuka min</w:t>
      </w:r>
      <w:r>
        <w:br/>
      </w:r>
      <w:r>
        <w:rPr>
          <w:sz w:val="20"/>
        </w:rPr>
        <w:t>1:37:47  ad-dunya".</w:t>
      </w:r>
      <w:r>
        <w:br/>
      </w:r>
      <w:r>
        <w:rPr>
          <w:sz w:val="20"/>
        </w:rPr>
        <w:t>1:37:48  "wa ratan sanusibuka min ad-dunya" to is ko log samajhte hain ke dunya mein jo khana kama raha hai,</w:t>
      </w:r>
      <w:r>
        <w:br/>
      </w:r>
      <w:r>
        <w:rPr>
          <w:sz w:val="20"/>
        </w:rPr>
        <w:t>1:37:56  woh bhi haasil kar lo.</w:t>
      </w:r>
      <w:r>
        <w:br/>
      </w:r>
      <w:r>
        <w:rPr>
          <w:sz w:val="20"/>
        </w:rPr>
        <w:t>1:37:58  yeh matlab hargiz nahi hai.</w:t>
      </w:r>
      <w:r>
        <w:br/>
      </w:r>
      <w:r>
        <w:rPr>
          <w:sz w:val="20"/>
        </w:rPr>
        <w:t>1:38:00  is ka matlab yeh hai ke dunya mein Allah taala ne aap ko bheja hai, yahan yahan settle</w:t>
      </w:r>
      <w:r>
        <w:br/>
      </w:r>
      <w:r>
        <w:rPr>
          <w:sz w:val="20"/>
        </w:rPr>
        <w:t>1:38:08  kiya hai.</w:t>
      </w:r>
      <w:r>
        <w:br/>
      </w:r>
      <w:r>
        <w:rPr>
          <w:sz w:val="20"/>
        </w:rPr>
        <w:t>1:38:10  to dunya se jo le ke jaana hai akhirat ke liye, woh is ko na bhool, is ko</w:t>
      </w:r>
      <w:r>
        <w:br/>
      </w:r>
      <w:r>
        <w:rPr>
          <w:sz w:val="20"/>
        </w:rPr>
        <w:t>1:38:17  haasil kar, aur is ko le kar akhirat mein ja.</w:t>
      </w:r>
      <w:r>
        <w:br/>
      </w:r>
      <w:r>
        <w:rPr>
          <w:sz w:val="20"/>
        </w:rPr>
        <w:t>1:38:22  yeh matlab hai is ka.</w:t>
      </w:r>
      <w:r>
        <w:br/>
      </w:r>
      <w:r>
        <w:rPr>
          <w:sz w:val="20"/>
        </w:rPr>
        <w:t>1:38:24  yaani aayat ka tarjuma yeh hai ke: "na bhool dunya se apna hissa".</w:t>
      </w:r>
      <w:r>
        <w:br/>
      </w:r>
      <w:r>
        <w:rPr>
          <w:sz w:val="20"/>
        </w:rPr>
        <w:t>1:38:29  yaani hissa ka matlab hissa akhirat.</w:t>
      </w:r>
      <w:r>
        <w:br/>
      </w:r>
      <w:r>
        <w:rPr>
          <w:sz w:val="20"/>
        </w:rPr>
        <w:t>1:38:32  "na bhool dunya se apna hissa akhirat".</w:t>
      </w:r>
      <w:r>
        <w:br/>
      </w:r>
      <w:r>
        <w:rPr>
          <w:sz w:val="20"/>
        </w:rPr>
        <w:t>1:38:35  yeh matlab hai ke ke dunya mein khoob khoob taraqqi karo, khoob dunya banao.</w:t>
      </w:r>
      <w:r>
        <w:br/>
      </w:r>
      <w:r>
        <w:rPr>
          <w:sz w:val="20"/>
        </w:rPr>
        <w:t>1:38:41  yeh matlab hargiz nahi hai is ka.</w:t>
      </w:r>
      <w:r>
        <w:br/>
      </w:r>
      <w:r>
        <w:rPr>
          <w:sz w:val="20"/>
        </w:rPr>
        <w:t>1:38:44  "wa ratan sanusibuka min ad-dunya" na bhool dunya se hissa akhirat.</w:t>
      </w:r>
      <w:r>
        <w:br/>
      </w:r>
      <w:r>
        <w:rPr>
          <w:sz w:val="20"/>
        </w:rPr>
        <w:t>1:38:48  yaani dunya mein aisi zindagi guzaar guzaaro jo akhirat tumhare kaam aaye.</w:t>
      </w:r>
      <w:r>
        <w:br/>
      </w:r>
      <w:r>
        <w:rPr>
          <w:sz w:val="20"/>
        </w:rPr>
        <w:t>1:38:53  yaani wohi cheez hai yeh jo hadees mein in alfaaz mein hai: "ad-dunya mazrat al-akhirat".</w:t>
      </w:r>
      <w:r>
        <w:br/>
      </w:r>
      <w:r>
        <w:rPr>
          <w:sz w:val="20"/>
        </w:rPr>
        <w:t>1:39:00  yaani isi hadees ki isi aayat ki tashreeh hai: "yeh ad-dunya mazrat al-akhirat".</w:t>
      </w:r>
      <w:r>
        <w:br/>
      </w:r>
      <w:r>
        <w:rPr>
          <w:sz w:val="20"/>
        </w:rPr>
        <w:t>1:39:05  dunya akhirat ki kheti hai, yaani fasal yahan bona hai, aur wahan ka is ka is ka phal</w:t>
      </w:r>
      <w:r>
        <w:br/>
      </w:r>
      <w:r>
        <w:rPr>
          <w:sz w:val="20"/>
        </w:rPr>
        <w:t>1:39:13  wahan paana hai.</w:t>
      </w:r>
      <w:r>
        <w:br/>
      </w:r>
      <w:r>
        <w:rPr>
          <w:sz w:val="20"/>
        </w:rPr>
        <w:t>1:39:15  yeh matlab is aayat ka hai.</w:t>
      </w:r>
      <w:r>
        <w:br/>
      </w:r>
      <w:r>
        <w:rPr>
          <w:sz w:val="20"/>
        </w:rPr>
        <w:t>1:39:17  hargiz is ka matlab nahin ke dunya mein khoob hasil karo.</w:t>
      </w:r>
      <w:r>
        <w:br/>
      </w:r>
      <w:r>
        <w:rPr>
          <w:sz w:val="20"/>
        </w:rPr>
        <w:t>1:39:22  yeh yeh is aayat ka matlab nahin hai.</w:t>
      </w:r>
    </w:p>
    <w:p>
      <w:pPr>
        <w:pStyle w:val="Heading2"/>
      </w:pPr>
      <w:r>
        <w:t>Clarify two verses on this world and hereafter</w:t>
      </w:r>
    </w:p>
    <w:p>
      <w:r>
        <w:rPr>
          <w:color w:val="666666"/>
          <w:sz w:val="18"/>
        </w:rPr>
        <w:t>Quran &amp; Tafsir · Materialism and Intellectual Dwarfism 29th April 2012 · 5m 13s · at 1:28:34 · https://youtu.be/qHzARL_r3I4?t=5314</w:t>
      </w:r>
    </w:p>
    <w:p>
      <w:r>
        <w:rPr>
          <w:i/>
        </w:rPr>
        <w:t>“Please clarify two Quranic verses: first, Chapter 2, Verse 201: 'Our Lord, grant us good in this world and good in the hereafter.' Second, Chapter 28, Verse 77: 'Seek the home of the hereafter by means of that which God has bestowed on you, and do not forget to take your portion in this world.'”</w:t>
      </w:r>
    </w:p>
    <w:p>
      <w:r>
        <w:rPr>
          <w:sz w:val="20"/>
        </w:rPr>
        <w:t>1:28:34  maulana agla sawal dilli se maulana zakwan nadvi sahib ka hai unhon ne aap se do quran ki ayaton ko wazeh karne ke liye kaha hai pehli ayat chapter 2 of quran verse number 201 hai jis mein aya hai Our Lord grants us good in this world as well as good in the world hereafter.</w:t>
      </w:r>
      <w:r>
        <w:br/>
      </w:r>
      <w:r>
        <w:rPr>
          <w:sz w:val="20"/>
        </w:rPr>
        <w:t>1:28:56  second jo hai wo chapter 28 verse number 77 hai jis mein aya hai Seek the home of the hereafter by means of that which God has bestowed on you, and do not forget to take your portion in this world.</w:t>
      </w:r>
      <w:r>
        <w:br/>
      </w:r>
      <w:r>
        <w:rPr>
          <w:sz w:val="20"/>
        </w:rPr>
        <w:t>1:29:13  dekhen pehli ayat to wo hai rabbana atina fid dunya hasanah wa fil akhirati hasanah wa qina azabannar is mein bhi baat kahoon ke mujhe is mein bhi aik discovery hai aur bohat ajib discovery hai rabbana atina fid dunya hasanah wa fil akhirati hasanah wa qina azabannar tarjuma is ka ye hai ke aye hamare rabb de hum ko dunya ka hasanah aur de hum ko akhirat ka hasanah</w:t>
      </w:r>
      <w:r>
        <w:br/>
      </w:r>
      <w:r>
        <w:rPr>
          <w:sz w:val="20"/>
        </w:rPr>
        <w:t>1:29:42  hum ko bacha akhirat ke azab se to mein ne socha ke dunya ka hasanah to allah ne de rakha hai already hamari dua ke baghair hi</w:t>
      </w:r>
      <w:r>
        <w:br/>
      </w:r>
      <w:r>
        <w:rPr>
          <w:sz w:val="20"/>
        </w:rPr>
        <w:t>1:29:57  ye bohat aik ajib baat mujhe daryaft hui is mein kyunke dekhen quran mein hai ke wa atainakum min kulli ma saltamuh hum paida hote nahi aur duniya mein sab kuch peshgi taur par wo maujood hai</w:t>
      </w:r>
      <w:r>
        <w:br/>
      </w:r>
      <w:r>
        <w:rPr>
          <w:sz w:val="20"/>
        </w:rPr>
        <w:t>1:30:13  yahan suraj hai yahan pani hai yahan oxygen hai yahan zameen se ghale nikal rahe hain yani sari cheezen jo hum chahte hain wo peshgi maujood hain yahan par</w:t>
      </w:r>
      <w:r>
        <w:br/>
      </w:r>
      <w:r>
        <w:rPr>
          <w:sz w:val="20"/>
        </w:rPr>
        <w:t>1:30:27  to yahan kyun kaha gaya rabbana atina fid dunya hasana a hum a allah humein de dunya ka husna wo to already mila hua hai to maine is ayat ko is tareeqe se padha</w:t>
      </w:r>
      <w:r>
        <w:br/>
      </w:r>
      <w:r>
        <w:rPr>
          <w:sz w:val="20"/>
        </w:rPr>
        <w:t>1:30:44  ke rabbana qad ataytana fid dunya hasana fa atana fil akhirati hasana a allah tu ne dunya mein humein de diya husna to akhirat ka husna bhi de de already de diya tu ne</w:t>
      </w:r>
      <w:r>
        <w:br/>
      </w:r>
      <w:r>
        <w:rPr>
          <w:sz w:val="20"/>
        </w:rPr>
        <w:t>1:31:06  yani is mein ek ek hidden mafhoom hai is ayat mein</w:t>
      </w:r>
      <w:r>
        <w:br/>
      </w:r>
      <w:r>
        <w:rPr>
          <w:sz w:val="20"/>
        </w:rPr>
        <w:t>1:31:11  ke aap sochen ke main mang raha hoon allah taala se dunya ka husna wo to already mila hua hai quran khud quran se sabit hai ke wa ataykum min kulli ma saltamoo sab kuch de diya tum ko jo jo tum ko darkar tha dunya mein to maine yeh dua is mein se paai ke khudaaya tu ne dunya mein sab kuch de diya jo mujhe chaahi</w:t>
      </w:r>
      <w:r>
        <w:br/>
      </w:r>
      <w:r>
        <w:rPr>
          <w:sz w:val="20"/>
        </w:rPr>
        <w:t>1:31:40  e tha ab akhirat mein bhi de de jo mujhe darkar hai</w:t>
      </w:r>
      <w:r>
        <w:br/>
      </w:r>
      <w:r>
        <w:rPr>
          <w:sz w:val="20"/>
        </w:rPr>
        <w:t>1:31:46  rabbana qad ataytana fid dunya hasana fa atana fil akhirati hasana to ek ajib is ke andar ek ek ek dua ka mazmoon chupa hua hai bohat ajib</w:t>
      </w:r>
      <w:r>
        <w:br/>
      </w:r>
      <w:r>
        <w:rPr>
          <w:sz w:val="20"/>
        </w:rPr>
        <w:t>1:32:04  aur doosri jo ayat hai</w:t>
      </w:r>
      <w:r>
        <w:br/>
      </w:r>
      <w:r>
        <w:rPr>
          <w:sz w:val="20"/>
        </w:rPr>
        <w:t>1:32:09  wo is ayat mein</w:t>
      </w:r>
      <w:r>
        <w:br/>
      </w:r>
      <w:r>
        <w:rPr>
          <w:sz w:val="20"/>
        </w:rPr>
        <w:t>1:32:13  wa la tansa naseebaka amrad dunya to us ko log samajhte hain ke dunya mein jo khana kamana hai wo bhi hasil kar lo yeh matlab hargiz nahi hai</w:t>
      </w:r>
      <w:r>
        <w:br/>
      </w:r>
      <w:r>
        <w:rPr>
          <w:sz w:val="20"/>
        </w:rPr>
        <w:t>1:32:27  iska matlab yeh hai ke dunya mein allah taala ne aap ko bheja hai yahan yahan settle kiya hai to dunya se jo le kar jana hai akhirat ke liye wo us ko na bhool us ko hasil kar aur us ko le kar akhirat mein ja yeh matlab hai iska yani ayat ka tarjuma yeh hai ke na bhool dunya se apna hissa</w:t>
      </w:r>
      <w:r>
        <w:br/>
      </w:r>
      <w:r>
        <w:rPr>
          <w:sz w:val="20"/>
        </w:rPr>
        <w:t>1:32:55  yani hissa ka matlab hissa akhirat na bhool dunya se apna hissa akhirat</w:t>
      </w:r>
      <w:r>
        <w:br/>
      </w:r>
      <w:r>
        <w:rPr>
          <w:sz w:val="20"/>
        </w:rPr>
        <w:t>1:33:04  yeh matlab nahi hai ke ke dunya mein khoob khoob taraqqi karo khoob dunya banao yeh matlab hargiz nahi hai iska wa la tansa naseebaka amrad dunya na bhool dunya se hissa akhirat</w:t>
      </w:r>
      <w:r>
        <w:br/>
      </w:r>
      <w:r>
        <w:rPr>
          <w:sz w:val="20"/>
        </w:rPr>
        <w:t>1:33:19  yani dunya mein aisi zindagi guzar guzaaro jo akhirat tumhare kaam aaye yani wahi cheez hai yeh jo hadith mein in alfaz mein hai ad dunya madarratun lil akhirati isi hadith ki isi ayat ki tashreeh hai yeh ad dunya madarratun lil akhirati dunya akhirat ki kheti hai yani fasal yahan bona hai aur wo is ka is ka phal wahan paana hai</w:t>
      </w:r>
    </w:p>
    <w:p>
      <w:pPr>
        <w:pStyle w:val="Heading2"/>
      </w:pPr>
      <w:r>
        <w:t>Contradiction between Quran 10:47 and finality of prophethood</w:t>
      </w:r>
    </w:p>
    <w:p>
      <w:r>
        <w:rPr>
          <w:color w:val="666666"/>
          <w:sz w:val="18"/>
        </w:rPr>
        <w:t>Quran &amp; Tafsir · Stress and Spirituality January 1, 2012 · 5m 47s · at 1:30:24 · https://youtu.be/TPhXL9-g6ME?t=5424</w:t>
      </w:r>
    </w:p>
    <w:p>
      <w:r>
        <w:rPr>
          <w:i/>
        </w:rPr>
        <w:t>“In Quran 10:47 it says 'For every nation there is a messenger.' What does this mean? After Prophet Muhammad, no messenger will come, but the Quran says messengers will keep coming.”</w:t>
      </w:r>
    </w:p>
    <w:p>
      <w:r>
        <w:rPr>
          <w:sz w:val="20"/>
        </w:rPr>
        <w:t>1:30:24  Mr. Asif ka new New Delhi se sawal aaya hai. unhone likha hai: "har ummat ke liye ek paighambar hai.</w:t>
      </w:r>
      <w:r>
        <w:br/>
      </w:r>
      <w:r>
        <w:rPr>
          <w:sz w:val="20"/>
        </w:rPr>
        <w:t>1:30:34  har ummat ka ek waqt muqarrar hai. Allah ke paighambar ek ke baad ek ate rahenge." Quran ke Chapter Ten, Verse number Forty Seven mein aaya hai: likulli al-ummah rasool.</w:t>
      </w:r>
      <w:r>
        <w:br/>
      </w:r>
      <w:r>
        <w:rPr>
          <w:sz w:val="20"/>
        </w:rPr>
        <w:t>1:30:48  Maulana sahib, iska kya matlab hai? Muhammad sahib ke baad koi rasool nahi aayega jabke Quran shareef hamein saaf saaf bayan karta hai ke Allah ke rasool ate rahenge.</w:t>
      </w:r>
      <w:r>
        <w:br/>
      </w:r>
      <w:r>
        <w:rPr>
          <w:sz w:val="20"/>
        </w:rPr>
        <w:t>1:31:01  yeh kaha hai ke ate rahenge</w:t>
      </w:r>
      <w:r>
        <w:br/>
      </w:r>
      <w:r>
        <w:rPr>
          <w:sz w:val="20"/>
        </w:rPr>
        <w:t>1:31:03  ? yeh ate rahenge kaha hai? likulli qawmin har qoum ke hath gumane, har ek giroh ke nabi aaya. yeh jo aap jo nikal rahe hain continuation, yeh yeh kahan is mein likha hua hai?</w:t>
      </w:r>
      <w:r>
        <w:br/>
      </w:r>
      <w:r>
        <w:rPr>
          <w:sz w:val="20"/>
        </w:rPr>
        <w:t>1:31:19  dekhiye, yeh bahut badi fallacy hai, bahut badi galatfehmi hai. rasool naya is waqt aata hai jabke pichhle rasool ki layi hui hidayat mehfooz na rahi ho.</w:t>
      </w:r>
      <w:r>
        <w:br/>
      </w:r>
      <w:r>
        <w:rPr>
          <w:sz w:val="20"/>
        </w:rPr>
        <w:t>1:31:34  yeh usool samajh lijiye aap. dunya mein Khuda ke deen ki numaindagi ya to living paighambar karta hai ya Khuda ki book karti hai. agar Khuda ki book maujood hai to living paighambar ki zaroorat nahi hai.</w:t>
      </w:r>
      <w:r>
        <w:br/>
      </w:r>
      <w:r>
        <w:rPr>
          <w:sz w:val="20"/>
        </w:rPr>
        <w:t>1:31:48  to jo ayatein hain iska matlab yahi hai ke Allah ne paighambar bheja. usne Allah ki kitab logon ke samne pesh ki. lekin woh kitab phir mehfooz nahi rahi to phir dobara paighambar bhejna pada.</w:t>
      </w:r>
      <w:r>
        <w:br/>
      </w:r>
      <w:r>
        <w:rPr>
          <w:sz w:val="20"/>
        </w:rPr>
        <w:t>1:32:01  dobara bhejna pada. ab Muhammad sallallahu alaihi wasallam jo jo kitab laye Quran woh poori tarah mehfooz hai. is mein ek ayat ke barabar bhi koi cheez yani na badli hai na mitti hai na kuch hua hai.</w:t>
      </w:r>
      <w:r>
        <w:br/>
      </w:r>
      <w:r>
        <w:rPr>
          <w:sz w:val="20"/>
        </w:rPr>
        <w:t>1:32:17  to ab paighambar kis liye? naya paighambar kis liye? Quran is zamane mein paighambar ki jagah par hai.</w:t>
      </w:r>
      <w:r>
        <w:br/>
      </w:r>
      <w:r>
        <w:rPr>
          <w:sz w:val="20"/>
        </w:rPr>
        <w:t>1:32:26  Quran ko numaindagi kar raha hai. maqsad yeh nahi ke ek living ke paighambar maujood ho. yaad rakhiye ke maqsad yeh nahi ke living paighambar maujood ho.</w:t>
      </w:r>
      <w:r>
        <w:br/>
      </w:r>
      <w:r>
        <w:rPr>
          <w:sz w:val="20"/>
        </w:rPr>
        <w:t>1:32:38  maqsad yeh hai ke mehfooz kitab ilahi maujood ho.</w:t>
      </w:r>
      <w:r>
        <w:br/>
      </w:r>
      <w:r>
        <w:rPr>
          <w:sz w:val="20"/>
        </w:rPr>
        <w:t>1:32:43  to kya aap ko agar hidayat chahiye Allah taala ki to aap ko ek chalta phirta insan dekh chahiye? is dekhein aap. yani ek sacha seekhar hai.</w:t>
      </w:r>
      <w:r>
        <w:br/>
      </w:r>
      <w:r>
        <w:rPr>
          <w:sz w:val="20"/>
        </w:rPr>
        <w:t>1:32:53  ek aadmi janna chahta hai ke Allah ka mansha kya hai? to kya usko aap chahiye ke ek ek road pe ek aadmi chalta phirta ho? nahi, woh book agar uske paas hai Allah ki mehfooz book, is mein aap padh lijiye.</w:t>
      </w:r>
      <w:r>
        <w:br/>
      </w:r>
      <w:r>
        <w:rPr>
          <w:sz w:val="20"/>
        </w:rPr>
        <w:t>1:33:07  is se aap ko hidayat mil jayegi.</w:t>
      </w:r>
      <w:r>
        <w:br/>
      </w:r>
      <w:r>
        <w:rPr>
          <w:sz w:val="20"/>
        </w:rPr>
        <w:t>1:33:09  to yeh bahut badi fallacy hai yeh ke is se log sabit karte hain ke is zamane mein ek paighambar aana chahiye. yeh bilkul absurd hai, illogical hai, baseless hai yeh baat.</w:t>
      </w:r>
      <w:r>
        <w:br/>
      </w:r>
      <w:r>
        <w:rPr>
          <w:sz w:val="20"/>
        </w:rPr>
        <w:t>1:33:21  yaad rakhiye, paighambar jo bar bar aaye to uski wajah yeh thi ke pichhle paighambar ke jo ke zariye Allah taala ne jo hidayat bheji thi woh mehfooz nahi rahi.</w:t>
      </w:r>
      <w:r>
        <w:br/>
      </w:r>
      <w:r>
        <w:rPr>
          <w:sz w:val="20"/>
        </w:rPr>
        <w:t>1:33:34  ab jo rasool Allah sallallahu alaihi wasallam jo Muhammad Muhammad sallallahu alaihi wasallam jo the unke zariye Allah taala ne Quran bheja to woh Quran mukammal mehfooz hai.</w:t>
      </w:r>
      <w:r>
        <w:br/>
      </w:r>
      <w:r>
        <w:rPr>
          <w:sz w:val="20"/>
        </w:rPr>
        <w:t>1:33:44  ab jo seekhar ho woh Quran ko padhe. Plus yeh hai ke khud rasool Allah sallallahu alaihi wasallam ki seerat bhi mehfooz hai. aap ke kalmat jo hain hadith wahi mehfooz hain.</w:t>
      </w:r>
      <w:r>
        <w:br/>
      </w:r>
      <w:r>
        <w:rPr>
          <w:sz w:val="20"/>
        </w:rPr>
        <w:t>1:33:53  is se aap jaan lijie ke islam kya hai, allah ki marzi kya hai.</w:t>
      </w:r>
      <w:r>
        <w:br/>
      </w:r>
      <w:r>
        <w:rPr>
          <w:sz w:val="20"/>
        </w:rPr>
        <w:t>1:33:58  to maqsad yeh hai yani allah taala ke guidance ko jaan lena na ke kisi ko chalte phirte dekhna road par.</w:t>
      </w:r>
      <w:r>
        <w:br/>
      </w:r>
      <w:r>
        <w:rPr>
          <w:sz w:val="20"/>
        </w:rPr>
        <w:t>1:34:10  yeh bohat bari fallacy hai jis mein log kuch log pade hue hain. aur is ki koi buniyad nahi hai. yeh khud sakhta dimagh ko aplaye karna hai.</w:t>
      </w:r>
      <w:r>
        <w:br/>
      </w:r>
      <w:r>
        <w:rPr>
          <w:sz w:val="20"/>
        </w:rPr>
        <w:t>1:34:18  allah taala ka ki marzi kya hai is ko jaane baghair. ab dekhiye, printing press ka zamana aa gaya. yani allah taala ne printing press paida kiya.</w:t>
      </w:r>
      <w:r>
        <w:br/>
      </w:r>
      <w:r>
        <w:rPr>
          <w:sz w:val="20"/>
        </w:rPr>
        <w:t>1:34:31  ab quran sirf pehle zamane mein shuru mein quran jo hai ya to mushaf hi hota tha ya hath ka likha hua hota tha. ab to bohat umda chapa hua, bohat hi sahi, bohat hi khoobsurat,</w:t>
      </w:r>
      <w:r>
        <w:br/>
      </w:r>
      <w:r>
        <w:rPr>
          <w:sz w:val="20"/>
        </w:rPr>
        <w:t>1:34:43  bohat hi achhe andaaz mein yani is ke sath binding ke sath. to aap isi ko isi ko dekh kar, isi ko padh kar ke aap allah ki yani guidance lijie, sirat-e-mustaqeem ko daryaft kijie.</w:t>
      </w:r>
      <w:r>
        <w:br/>
      </w:r>
      <w:r>
        <w:rPr>
          <w:sz w:val="20"/>
        </w:rPr>
        <w:t>1:34:58  ab living peghambar ki zaroorat nahi hai. mehfooz khulasa yeh hai ke jab mehfooz kitab maujood hai to phir living peghambar ki zaroorat nahi hai.</w:t>
      </w:r>
      <w:r>
        <w:br/>
      </w:r>
      <w:r>
        <w:rPr>
          <w:sz w:val="20"/>
        </w:rPr>
        <w:t>1:35:12  aah maulana aah qatar se aah maulana abdul basit omri ka ek comment aaya hai jo hum padhna chahenge. aah unhon ne likha hai: "maulana, aaj pehli baar maine shoori taur par yeh jaana ke musalman sachai ki daryaft par nahi, muslim qaumiyat ya muslim mazloomiyat ki buniyad par khade hue hain.</w:t>
      </w:r>
      <w:r>
        <w:br/>
      </w:r>
      <w:r>
        <w:rPr>
          <w:sz w:val="20"/>
        </w:rPr>
        <w:t>1:35:35  un ki tehreerein, taqreerein, jalsay jaloos, duaein sab ke sab mazloomiyat ki nafsiyat par ho rahe hain.</w:t>
      </w:r>
      <w:r>
        <w:br/>
      </w:r>
      <w:r>
        <w:rPr>
          <w:sz w:val="20"/>
        </w:rPr>
        <w:t>1:35:43  jabke al-risala mission sachai ki daryaft ki buniyad par shuru hua hai. yahi wajah hai ke sari baaton mein, taqreeron mein, tehreeron mein marifat aur dawat ubal raha hai.</w:t>
      </w:r>
      <w:r>
        <w:br/>
      </w:r>
      <w:r>
        <w:rPr>
          <w:sz w:val="20"/>
        </w:rPr>
        <w:t>1:35:55  jabke doosri tehreekon mein sirf aur sirf mazloomiyat ki dastanain hain. ya phir qaumi fakhr ki ghiza deti hain.</w:t>
      </w:r>
      <w:r>
        <w:br/>
      </w:r>
      <w:r>
        <w:rPr>
          <w:sz w:val="20"/>
        </w:rPr>
        <w:t>1:36:05  jo al-risala mission se juda hua hai woh talash-e-fitrat ka jawab paane ki wajah se juda hua hai.</w:t>
      </w:r>
    </w:p>
    <w:p>
      <w:pPr>
        <w:pStyle w:val="Heading2"/>
      </w:pPr>
      <w:r>
        <w:t>Emphasis on contemplation vs recitation</w:t>
      </w:r>
    </w:p>
    <w:p>
      <w:r>
        <w:rPr>
          <w:color w:val="666666"/>
          <w:sz w:val="18"/>
        </w:rPr>
        <w:t>Quran &amp; Tafsir · CPS Mission Conference 2023 April 30, 2023 · 5m 12s · at 40:27 · https://youtu.be/sfTBajRastM?t=2427</w:t>
      </w:r>
    </w:p>
    <w:p>
      <w:r>
        <w:rPr>
          <w:i/>
        </w:rPr>
        <w:t>“Maulana has emphasized contemplation (tadabbur) and said that the Quran is a book of wisdom, and the door to its treasure opens when a person engages in contemplation. But often Muslims emphasize recitation more. Why is that?”</w:t>
      </w:r>
    </w:p>
    <w:p>
      <w:r>
        <w:rPr>
          <w:sz w:val="20"/>
        </w:rPr>
        <w:t>40:27  ke har woh soch jo aap ke shukr ko ghata de, woh shaitani soch hai. to doctor sahib, agla sawal mera related hi hai, ke tadabbur pe Maulana ne bohat likha hai, bohat emphasize kiya hai, contemplation ji.</w:t>
      </w:r>
      <w:r>
        <w:br/>
      </w:r>
      <w:r>
        <w:rPr>
          <w:sz w:val="20"/>
        </w:rPr>
        <w:t>40:43  aur woh kehte thay ke Quran is a book of wisdom, and the door to its treasure opens when a person engages oneself ji in contemplation.</w:t>
      </w:r>
      <w:r>
        <w:br/>
      </w:r>
      <w:r>
        <w:rPr>
          <w:sz w:val="20"/>
        </w:rPr>
        <w:t>40:54  lekin aksar dekha gaya ke Muslims jo hain, woh tilawat pe ziyada emphasize karte hain.</w:t>
      </w:r>
      <w:r>
        <w:br/>
      </w:r>
      <w:r>
        <w:rPr>
          <w:sz w:val="20"/>
        </w:rPr>
        <w:t>41:02  tilawat ghlat nahi hai, lekin woh emphasize shift of emphasize hai. to mein chahunga ke tadabbur aur tilawat is ke upar aap kuch roshni dalein.</w:t>
      </w:r>
      <w:r>
        <w:br/>
      </w:r>
      <w:r>
        <w:rPr>
          <w:sz w:val="20"/>
        </w:rPr>
        <w:t>41:12  ji, hum yeh Maulana ka bohat hi ahem subject hai ke Quran ko tadabbur ke sath parhna chahiye.</w:t>
      </w:r>
      <w:r>
        <w:br/>
      </w:r>
      <w:r>
        <w:rPr>
          <w:sz w:val="20"/>
        </w:rPr>
        <w:t>41:25  tadabbur ka matlab yeh hai, Maulana is ki example dete thay ke jaise ice berg hota hai, woh chota sa nazar aata hai, lekin andar bohat bara hota hai.</w:t>
      </w:r>
      <w:r>
        <w:br/>
      </w:r>
      <w:r>
        <w:rPr>
          <w:sz w:val="20"/>
        </w:rPr>
        <w:t>41:34  woh to yahi haal Quran ka bhi hai ke Quran ke baray mein aata hai, luckily ayat minhazahr wa batn ke har Quran ki wirth mein aik outer content hai aur aik inner content hai.</w:t>
      </w:r>
      <w:r>
        <w:br/>
      </w:r>
      <w:r>
        <w:rPr>
          <w:sz w:val="20"/>
        </w:rPr>
        <w:t>41:49  to is ko tadabbur ke tor par, tadabbur yani wahi is ka matlab tadabbur hai. aur Maulana kehte thay ke Quran ko agar sirf aap ne arabi mein parh liya, aur arabi hamari mother tongue bhi nahi hai,</w:t>
      </w:r>
      <w:r>
        <w:br/>
      </w:r>
      <w:r>
        <w:rPr>
          <w:sz w:val="20"/>
        </w:rPr>
        <w:t>42:05  aaj kal log sirf ziyada tar parhte hain sawab kamane ke liye, Quran ko arabi mein bana samjhe.</w:t>
      </w:r>
      <w:r>
        <w:br/>
      </w:r>
      <w:r>
        <w:rPr>
          <w:sz w:val="20"/>
        </w:rPr>
        <w:t>42:14  Maulana ka kehna tha ke Quran ko aise parhein ke aap ne koi hissa parha, phir us pe sochein, phir gehrai se sochein to aap ke layer upon layer jo is ke meaning hain, woh khulte chale jayenge.</w:t>
      </w:r>
      <w:r>
        <w:br/>
      </w:r>
      <w:r>
        <w:rPr>
          <w:sz w:val="20"/>
        </w:rPr>
        <w:t>42:27  Maulana ka kehna tha ke Quran aik choti book hai, if you compare it with bible, it is one sixth of the bible.</w:t>
      </w:r>
      <w:r>
        <w:br/>
      </w:r>
      <w:r>
        <w:rPr>
          <w:sz w:val="20"/>
        </w:rPr>
        <w:t>42:37  bohat hi choti kitaab hai is sense mein.</w:t>
      </w:r>
      <w:r>
        <w:br/>
      </w:r>
      <w:r>
        <w:rPr>
          <w:sz w:val="20"/>
        </w:rPr>
        <w:t>42:40  to lekin is ke jo meaning hain, woh hidden meaning hain, woh ice berg ki tarah se hain ke aap jab ghaur karte hain to jab ghaur karte hain to phir Allah taala ki taraf se inspirations aate hain, yani faizanat farishte ke zariye.</w:t>
      </w:r>
      <w:r>
        <w:br/>
      </w:r>
      <w:r>
        <w:rPr>
          <w:sz w:val="20"/>
        </w:rPr>
        <w:t>42:57  to woh faizanat aate hain, aap ko inspire karte hain, aur jo deeper meaning hai, us tak aap pahunch paate hain, aur wohi real meaning hai.</w:t>
      </w:r>
      <w:r>
        <w:br/>
      </w:r>
      <w:r>
        <w:rPr>
          <w:sz w:val="20"/>
        </w:rPr>
        <w:t>43:05  Maulana ka kehna tha ke jo deeper meaning hai Quran ka, wohi real meaning hai. to Quran ko tarjume se parhein, urdu, hindi, english, kyunke mother tongue mein, mein khud urdu mein parhta hoon.</w:t>
      </w:r>
      <w:r>
        <w:br/>
      </w:r>
      <w:r>
        <w:rPr>
          <w:sz w:val="20"/>
        </w:rPr>
        <w:t>43:20  jab mother tongue mein hum parhte hain to ziyada hamare dil pe asar hota hai banisbat hum kisi foreign language mein parhein.</w:t>
      </w:r>
      <w:r>
        <w:br/>
      </w:r>
      <w:r>
        <w:rPr>
          <w:sz w:val="20"/>
        </w:rPr>
        <w:t>43:28  to yeh bohat zaroori hai ke urdu mein parhein, aur tazkir ul Quran ko is tarah se parhein ke is ke deeper meanings tak pahunch sakein.</w:t>
      </w:r>
      <w:r>
        <w:br/>
      </w:r>
      <w:r>
        <w:rPr>
          <w:sz w:val="20"/>
        </w:rPr>
        <w:t>43:37  aur jo tazkir ul Quran hai, yeh Maulana ne likhi hai, bohat hi mukhtasar tafseer hai, handy, aur is mein sirf Maulana ne khud yeh baat likhi hai is ke introduction mein ke yeh is mein tazkiri pehlu hi ko numayan kiya gaya hai.</w:t>
      </w:r>
      <w:r>
        <w:br/>
      </w:r>
      <w:r>
        <w:rPr>
          <w:sz w:val="20"/>
        </w:rPr>
        <w:t>43:55  y</w:t>
      </w:r>
      <w:r>
        <w:br/>
      </w:r>
      <w:r>
        <w:rPr>
          <w:sz w:val="20"/>
        </w:rPr>
        <w:t>43:56  ani bohat sari information hai, bohat sari baatein hain, is ko ignore karte hue khud likha hai Maulana ne is mein ke woh sab cheezein ignore kar ke sirf jo tazkiri pehlu hai, jo sabaq ka pehlu hai, jis mein lessons hain hamare liye, is pehlu ko highlight kiya gaya hai, aur woh bhi bohat hi brief.</w:t>
      </w:r>
      <w:r>
        <w:br/>
      </w:r>
      <w:r>
        <w:rPr>
          <w:sz w:val="20"/>
        </w:rPr>
        <w:t>44:13  to tazkir ul Quran parhein, aur aap koshish karein ke is kitab ko apne apne halqe mein promote kar</w:t>
      </w:r>
      <w:r>
        <w:br/>
      </w:r>
      <w:r>
        <w:rPr>
          <w:sz w:val="20"/>
        </w:rPr>
        <w:t>44:22  ein. Yani jo bhi log hain, parhe likhe log hain, ulma hain, masajid mein jo imam hain, chounke woh khutba dein ge to kuch is mein se parh ke dein to bohat achi baat hai.</w:t>
      </w:r>
      <w:r>
        <w:br/>
      </w:r>
      <w:r>
        <w:rPr>
          <w:sz w:val="20"/>
        </w:rPr>
        <w:t>44:37  ab yahan par ek hamare saathi hain, Ammar shayad yahan par hon, to woh Delhi mein unhone har masjid mein taqreeban yeh kitab rakhwa</w:t>
      </w:r>
      <w:r>
        <w:br/>
      </w:r>
      <w:r>
        <w:rPr>
          <w:sz w:val="20"/>
        </w:rPr>
        <w:t>44:47  di hai. Ji, to yeh mere khayal se bohat acha tareeqa hai ke apne apne maqam pe aap log Tazkir ul Quran ko Urdu, Hindi, English mein aa gayi hai, aur bhi languages mein kaam chal raha hai, paanch chhe languages mein aa gayi hai yeh kitab.</w:t>
      </w:r>
      <w:r>
        <w:br/>
      </w:r>
      <w:r>
        <w:rPr>
          <w:sz w:val="20"/>
        </w:rPr>
        <w:t>45:00  to aap is ko masajid mein rakhein, madaris mein dein, jo Sahaba zauk log hain, un tak pohanch</w:t>
      </w:r>
      <w:r>
        <w:br/>
      </w:r>
      <w:r>
        <w:rPr>
          <w:sz w:val="20"/>
        </w:rPr>
        <w:t>45:08  ayein. To ek tareeqe se Quran ka behtareen, yani interpretation hai, aur Maulana ka ek taaruf bhi ho jata hai jo log nahi jante Mol</w:t>
      </w:r>
      <w:r>
        <w:br/>
      </w:r>
      <w:r>
        <w:rPr>
          <w:sz w:val="20"/>
        </w:rPr>
        <w:t>45:19  ana ko. To main guzarish karunga aap sab se khaas taur se is kitab ko aap zyada se zyada promote karein taake yeh mission ki bhi ek bohat aham kitab hai, aur Maulana ka bhi introduction hota hai, aur is se yani bohat hi gehrai se baatein samajh mein aati hain.</w:t>
      </w:r>
    </w:p>
    <w:p>
      <w:pPr>
        <w:pStyle w:val="Heading2"/>
      </w:pPr>
      <w:r>
        <w:t>Explain Quran 2:208 enter into Islam wholeheartedly</w:t>
      </w:r>
    </w:p>
    <w:p>
      <w:r>
        <w:rPr>
          <w:color w:val="666666"/>
          <w:sz w:val="18"/>
        </w:rPr>
        <w:t>Quran &amp; Tafsir · Freedom of Thought in Islam 23 October, 2011 · 7m 08s · at 58:12 · https://youtu.be/aGbxRNNOKzo?t=3492</w:t>
      </w:r>
    </w:p>
    <w:p>
      <w:r>
        <w:rPr>
          <w:i/>
        </w:rPr>
        <w:t>“It is urged in the Quran, chapter 2, verse 208: 'O you who believe, enter into Islam wholeheartedly.' Kindly explain this verse.”</w:t>
      </w:r>
    </w:p>
    <w:p>
      <w:r>
        <w:rPr>
          <w:sz w:val="20"/>
        </w:rPr>
        <w:t>58:12  maulana, yeh sawal Mr. Shoaib Khan ne kiya hai Lucknow se. unhone likha hai: "it is urged in the Quran, chapter number two, verse number 208.</w:t>
      </w:r>
      <w:r>
        <w:br/>
      </w:r>
      <w:r>
        <w:rPr>
          <w:sz w:val="20"/>
        </w:rPr>
        <w:t>58:27  o you who believe, enter into Islam wholeheartedly." Maulana, kindly explain this verse.</w:t>
      </w:r>
      <w:r>
        <w:br/>
      </w:r>
      <w:r>
        <w:rPr>
          <w:sz w:val="20"/>
        </w:rPr>
        <w:t>58:37  wholeheartedly is ka tarjuma nahin hoga.</w:t>
      </w:r>
      <w:r>
        <w:br/>
      </w:r>
      <w:r>
        <w:rPr>
          <w:sz w:val="20"/>
        </w:rPr>
        <w:t>58:40  yaani is ka tarjuma hoga: "poore poore Islam mein dakhil ho jao." adkholu fis silmi kaffah poore ke poore.</w:t>
      </w:r>
      <w:r>
        <w:br/>
      </w:r>
      <w:r>
        <w:rPr>
          <w:sz w:val="20"/>
        </w:rPr>
        <w:t>58:52  to dekhiye, poore ke poore ka matlab yeh nahin ke saare nizaam dakhil karo Islam mein. yeh bilkul hi be salees baat hai ke kis se yeh nikala jaye nazariya ke siyasi nizaam, samaji nizaam, iqtisadi nizaam, falan nizaam, yeh nizaam.</w:t>
      </w:r>
      <w:r>
        <w:br/>
      </w:r>
      <w:r>
        <w:rPr>
          <w:sz w:val="20"/>
        </w:rPr>
        <w:t>59:06  nahin, nahin, yeh aayat individual ko mukhatib kar rahi hai. ek fard ko, ek shakhs apne aap ko, apne jo bas mein hai, us ke aitbaar se poore ke poore Islam mein dakhil ho.</w:t>
      </w:r>
      <w:r>
        <w:br/>
      </w:r>
      <w:r>
        <w:rPr>
          <w:sz w:val="20"/>
        </w:rPr>
        <w:t>59:22  yaani poori zindagi us ki God oriented zindagi ban jaye.</w:t>
      </w:r>
      <w:r>
        <w:br/>
      </w:r>
      <w:r>
        <w:rPr>
          <w:sz w:val="20"/>
        </w:rPr>
        <w:t>59:29  us ki sochna, us ka bolna, us ka behaviour, us ki dealing, yeh matlab hai is ka. yeh harghiz matlab nahin hai ke saare nizaam hayat ko woh karo.</w:t>
      </w:r>
      <w:r>
        <w:br/>
      </w:r>
      <w:r>
        <w:rPr>
          <w:sz w:val="20"/>
        </w:rPr>
        <w:t>59:43  lad ke logon se qabza karo aur har jagah Islam naafiz karo. is ka koi taalluq is khud sakhta mafhoom ka is aayat se nahin hai.</w:t>
      </w:r>
      <w:r>
        <w:br/>
      </w:r>
      <w:r>
        <w:rPr>
          <w:sz w:val="20"/>
        </w:rPr>
        <w:t>59:53  kyun ke kai log is se yeh matlab nikalte hain.</w:t>
      </w:r>
      <w:r>
        <w:br/>
      </w:r>
      <w:r>
        <w:rPr>
          <w:sz w:val="20"/>
        </w:rPr>
        <w:t>59:57  is ka tarjuma yeh hai ke: "ae iman laane walo! tum poore ke poore Islam mein dakhil ho jao." yeh nahin kaha ke: "ae logon!</w:t>
      </w:r>
      <w:r>
        <w:br/>
      </w:r>
      <w:r>
        <w:rPr>
          <w:sz w:val="20"/>
        </w:rPr>
        <w:t>1:00:14  logon! tum munaazam ho kar logon se iqtidaar chheeno." yeh kahan is mein hai ke iqtidaar chheen kar ke saare mamlaat hayat par Islam par qanoon naafiz karo?</w:t>
      </w:r>
      <w:r>
        <w:br/>
      </w:r>
      <w:r>
        <w:rPr>
          <w:sz w:val="20"/>
        </w:rPr>
        <w:t>1:00:26  yeh kahan hai is mein?</w:t>
      </w:r>
      <w:r>
        <w:br/>
      </w:r>
      <w:r>
        <w:rPr>
          <w:sz w:val="20"/>
        </w:rPr>
        <w:t>1:00:30  is, is, woh, woh shakhs jo Islam laya hai, us shakhs ko khitaab kar rahi hai aayat ke: "ae, ae shakhs! jo tu Islam laya hai, tu dawah kar raha hai momin hone ka, to apni poori zindagi ko Islam mein rang rang le." woh jo doosri jagah hai: sabaq sabqat Allah wa man asma Allah sabaq apni zaati zindagi ko tumhare aitbaar se Islam ke rang mein rang do.</w:t>
      </w:r>
      <w:r>
        <w:br/>
      </w:r>
      <w:r>
        <w:rPr>
          <w:sz w:val="20"/>
        </w:rPr>
        <w:t>1:00:57  yaani poori tarah ins ban jao, poori tarah sachche ban jao. mamlaat mein poori tareeqe se sahih dealing karo. yeh matlab hai is ka.</w:t>
      </w:r>
      <w:r>
        <w:br/>
      </w:r>
      <w:r>
        <w:rPr>
          <w:sz w:val="20"/>
        </w:rPr>
        <w:t>1:01:11  مس فرحان خان نے ممبئی سے سوال کیا ہے۔</w:t>
      </w:r>
      <w:r>
        <w:br/>
      </w:r>
      <w:r>
        <w:rPr>
          <w:sz w:val="20"/>
        </w:rPr>
        <w:t>1:01:15  انہوں نے لکھا ہے: "When inviting non-Muslims towards Islam, how can we expect them to accept the supernatural concepts like muajizaat and existence of jinn?"</w:t>
      </w:r>
      <w:r>
        <w:br/>
      </w:r>
      <w:r>
        <w:rPr>
          <w:sz w:val="20"/>
        </w:rPr>
        <w:t>1:01:42  دیکھیں، آپ کو، آپ کا کام ہے</w:t>
      </w:r>
      <w:r>
        <w:br/>
      </w:r>
      <w:r>
        <w:rPr>
          <w:sz w:val="20"/>
        </w:rPr>
        <w:t>1:01:47  لوگوں کو لٹریچر پہنچانا، بات پہنچانا۔ جب تک آدمی کا ذہن تیار نہ ہو جائے، تب تک وہ کچھ بھی نہیں سمجھے گا۔</w:t>
      </w:r>
      <w:r>
        <w:br/>
      </w:r>
      <w:r>
        <w:rPr>
          <w:sz w:val="20"/>
        </w:rPr>
        <w:t>1:02:00  مثلاً، میں یعنی سمجھتا ہوں کہ ہر چیز معجزہ ہے۔ یہ ماں کے پیٹ میں ایک بچہ بن کر نکلتا ہے، یہ معجزہ نہیں ہے۔</w:t>
      </w:r>
      <w:r>
        <w:br/>
      </w:r>
      <w:r>
        <w:rPr>
          <w:sz w:val="20"/>
        </w:rPr>
        <w:t>1:02:12  یعنی گوشت اور خون بچہ بن جاتا ہے۔ دیکھنے والا، سننے والا، چلنے والا۔ ایک بیج ایک گھر زمین میں پڑتا ہے، ایک درخت بن جاتا ہے۔</w:t>
      </w:r>
      <w:r>
        <w:br/>
      </w:r>
      <w:r>
        <w:rPr>
          <w:sz w:val="20"/>
        </w:rPr>
        <w:t>1:02:21  معجزہ ہی تو ہے یہ۔ دو گھسی ملتی ہیں، وہ پانی بن جاتی ہیں۔ معجزہ ہی تو ہے۔ تو سب چیز معجزہ ہی ہے۔ معجزہ کیا</w:t>
      </w:r>
      <w:r>
        <w:br/>
      </w:r>
      <w:r>
        <w:rPr>
          <w:sz w:val="20"/>
        </w:rPr>
        <w:t>1:02:31  ہے؟ کنورژن۔ حضرت موسیٰ کے ہاتھ میں جو عصا تھا، وہ سانپ بن گیا۔ There is a case of conversion تو کنورژن تو ہر وقت ہو رہا ہے۔</w:t>
      </w:r>
      <w:r>
        <w:br/>
      </w:r>
      <w:r>
        <w:rPr>
          <w:sz w:val="20"/>
        </w:rPr>
        <w:t>1:02:43  ہر وقت ہو رہا ہے۔ میٹر جو ہے، روشن ستارہ بن گیا۔ بیج جو ہے، بڑا درخت بن گیا۔ انسان ماں کے پیٹ میں گوشت اور خون جو ہے، بچہ بن گیا۔</w:t>
      </w:r>
      <w:r>
        <w:br/>
      </w:r>
      <w:r>
        <w:rPr>
          <w:sz w:val="20"/>
        </w:rPr>
        <w:t>1:02:57  تو سب کنورژن ہی تو ہو رہی ہے۔</w:t>
      </w:r>
      <w:r>
        <w:br/>
      </w:r>
      <w:r>
        <w:rPr>
          <w:sz w:val="20"/>
        </w:rPr>
        <w:t>1:03:02  کوئی یہ نہیں کہ پہلے جو ہوا، وہ بس وہ، وہ تھا معجزہ۔ میں بول رہا ہوں، میں تو ہر وقت سوچتا ہوں کہ معجزہ ہے کہ میں بول رہا ہوں۔</w:t>
      </w:r>
      <w:r>
        <w:br/>
      </w:r>
      <w:r>
        <w:rPr>
          <w:sz w:val="20"/>
        </w:rPr>
        <w:t>1:03:14  کیسے میں نے سوچا؟ کیسے میری سوچ جو ہے، وہ لفظوں میں ڈھلی؟ کیسے میں نے زبان سے ادا کیا؟ کیسے وہ بات آپ تک پہنچی؟</w:t>
      </w:r>
      <w:r>
        <w:br/>
      </w:r>
      <w:r>
        <w:rPr>
          <w:sz w:val="20"/>
        </w:rPr>
        <w:t>1:03:23  کیسے آپ نے سن لیا؟ پھر الیکٹرانک دور میں وہ چیز یونیورسل ہو گئی۔ تو معجزہ ہی تو ہے یہ۔</w:t>
      </w:r>
      <w:r>
        <w:br/>
      </w:r>
      <w:r>
        <w:rPr>
          <w:sz w:val="20"/>
        </w:rPr>
        <w:t>1:03:32  تو معجزہ کی حقیقت ہے کنورژن۔ اور کنورژن ہر وقت ہو رہا ہے۔ لیکن یہ بات ہے کہ کب سمجھے گا آدمی جب اس کو، اس کے ذہن کو تیار کریں؟</w:t>
      </w:r>
      <w:r>
        <w:br/>
      </w:r>
      <w:r>
        <w:rPr>
          <w:sz w:val="20"/>
        </w:rPr>
        <w:t>1:03:43  پہلے دن نہیں سمجھ لے گا۔ یہ امید نہ رکھیے کہ ادھر آپ نے کہا، ادھر اس نے مان لیا۔ جب ذہن بن جائے گا اس کا، تو سب کچھ مان لے گا۔</w:t>
      </w:r>
      <w:r>
        <w:br/>
      </w:r>
      <w:r>
        <w:rPr>
          <w:sz w:val="20"/>
        </w:rPr>
        <w:t>1:03:52  میں بھی پہلے نہیں مانتا تھا۔ پہلے میں ایسی باتوں کو نہیں مانتا تھا۔ نوجوانی کی عمر میں۔</w:t>
      </w:r>
      <w:r>
        <w:br/>
      </w:r>
      <w:r>
        <w:rPr>
          <w:sz w:val="20"/>
        </w:rPr>
        <w:t>1:04:00  اب میں جب میں نے دریافت کیا کہ یہ ہے کیا؟ تو کنورژن ہی تو ہے یہ۔ ہر چیز۔ یعنی عصا، حضرت موسیٰ کا عصا جو سانپ بن گیا، تو کنورژن تو تھا وہ۔</w:t>
      </w:r>
      <w:r>
        <w:br/>
      </w:r>
      <w:r>
        <w:rPr>
          <w:sz w:val="20"/>
        </w:rPr>
        <w:t>1:04:14  تو ہر وقت کنورژن ہو رہا ہے۔ ہر وقت کنورژن ہو رہا ہے۔</w:t>
      </w:r>
      <w:r>
        <w:br/>
      </w:r>
      <w:r>
        <w:rPr>
          <w:sz w:val="20"/>
        </w:rPr>
        <w:t>1:04:20  میں جب گاؤں میں رہتا تھا یو پی میں، تو اپنے گھر میں میں نے ایک وہ لگایا۔</w:t>
      </w:r>
      <w:r>
        <w:br/>
      </w:r>
      <w:r>
        <w:rPr>
          <w:sz w:val="20"/>
        </w:rPr>
        <w:t>1:04:33  جس کو کہتے ہیں یوکلپٹس۔ ایک اتنی سی بڑی سی شاخ کہیں مجھے ملی، وہ لگایا۔ اور بہت ہی بڑا درخت بن گیا۔</w:t>
      </w:r>
      <w:r>
        <w:br/>
      </w:r>
      <w:r>
        <w:rPr>
          <w:sz w:val="20"/>
        </w:rPr>
        <w:t>1:04:43  اتنا بڑا کہ دور دور سے وہ دکھائی دیتا تھا۔</w:t>
      </w:r>
      <w:r>
        <w:br/>
      </w:r>
      <w:r>
        <w:rPr>
          <w:sz w:val="20"/>
        </w:rPr>
        <w:t>1:04:47  وہ پہچان بن گئی کہ دیکھو بھئی، وہ گاؤں۔ یہاں یوکلپٹس کا درخت ہے۔ اتنا سا بڑا۔ تو کیسے وہ ایک چھوٹی سی شاخ ایک بڑا درخت بن گیا۔</w:t>
      </w:r>
      <w:r>
        <w:br/>
      </w:r>
      <w:r>
        <w:rPr>
          <w:sz w:val="20"/>
        </w:rPr>
        <w:t>1:04:59  جو دور تک دکھائی دے۔ That was a case of conversion تو میں تو حیران ہوتا تھا دیکھ دیکھ کر کہ کیسے خدا نے ایک چھوٹی سی شاخ کو اتنا بڑا درخت بنا دیا۔</w:t>
      </w:r>
      <w:r>
        <w:br/>
      </w:r>
      <w:r>
        <w:rPr>
          <w:sz w:val="20"/>
        </w:rPr>
        <w:t>1:05:11  تو ہر چیز جو ہے، ایک کیس آف کنورژن ہے۔ ہر چیز معجزہ ہے۔ لیکن اس وقت آدمی کے سمجھ میں آئے گا جب کہ اس کا ذہن آپ بنا چکے ہوں۔</w:t>
      </w:r>
    </w:p>
    <w:p>
      <w:pPr>
        <w:pStyle w:val="Heading2"/>
      </w:pPr>
      <w:r>
        <w:t>Explanation of Allah and angels in rows</w:t>
      </w:r>
    </w:p>
    <w:p>
      <w:r>
        <w:rPr>
          <w:color w:val="666666"/>
          <w:sz w:val="18"/>
        </w:rPr>
        <w:t>Quran &amp; Tafsir · Paradise in The Making March 27, 2011 · 10m 26s · at 1:11:05 · https://youtu.be/Cn5pC7s16sY?t=4265</w:t>
      </w:r>
    </w:p>
    <w:p>
      <w:r>
        <w:rPr>
          <w:i/>
        </w:rPr>
        <w:t>“Explain the verse in Surah Al-Fajr where it says that Allah and angels will come in rows.”</w:t>
      </w:r>
    </w:p>
    <w:p>
      <w:r>
        <w:rPr>
          <w:sz w:val="20"/>
        </w:rPr>
        <w:t>1:11:05  hai. Allah taala hamein mazeed rahin khole, hamare liye. agla sawal ah Maulana Fayyaz Umri ka hai, Gulbergah se.</w:t>
      </w:r>
      <w:r>
        <w:br/>
      </w:r>
      <w:r>
        <w:rPr>
          <w:sz w:val="20"/>
        </w:rPr>
        <w:t>1:11:16  unhon ne likha hai: "Surah Al Fajr mein aaya hai ke Allah aur malaika saf dar saf aayenge. is ki wazahat karein."</w:t>
      </w:r>
      <w:r>
        <w:br/>
      </w:r>
      <w:r>
        <w:rPr>
          <w:sz w:val="20"/>
        </w:rPr>
        <w:t>1:11:28  ab zahir hai ke actual taur par kya hoga, yeh to koi janta nahi hai.</w:t>
      </w:r>
      <w:r>
        <w:br/>
      </w:r>
      <w:r>
        <w:rPr>
          <w:sz w:val="20"/>
        </w:rPr>
        <w:t>1:11:34  lekin bazahir is ka matlab yahi hai ke abhi hum nazar nahi aate, hum ko hum Allah ko dekhte nahi.</w:t>
      </w:r>
      <w:r>
        <w:br/>
      </w:r>
      <w:r>
        <w:rPr>
          <w:sz w:val="20"/>
        </w:rPr>
        <w:t>1:11:43  sab kuch ghayb mein hai. to qayamat had-e-fasal hai. qayamat ke baad kuch kuch ghayb mein nahi rahegi, sab kuch khul jayega.</w:t>
      </w:r>
      <w:r>
        <w:br/>
      </w:r>
      <w:r>
        <w:rPr>
          <w:sz w:val="20"/>
        </w:rPr>
        <w:t>1:11:58  yeh woh haqiqatein hain jo aaj ghaybi bani hui hain: Allah ka wajood, farishton ka wajood, jahannum ka wajood, jannat ka wajood. yeh aaj jo hai ghaybi haqiqatein bani hui hain, aaj woh hamare liye aqeeday ka darja rakhti hain.</w:t>
      </w:r>
      <w:r>
        <w:br/>
      </w:r>
      <w:r>
        <w:rPr>
          <w:sz w:val="20"/>
        </w:rPr>
        <w:t>1:12:13  lekin qayamat ke baad parda hat jayega, parda hat jayega.</w:t>
      </w:r>
      <w:r>
        <w:br/>
      </w:r>
      <w:r>
        <w:rPr>
          <w:sz w:val="20"/>
        </w:rPr>
        <w:t>1:12:21  sab kuch aaina khule taur par dikhai dene lagega.</w:t>
      </w:r>
      <w:r>
        <w:br/>
      </w:r>
      <w:r>
        <w:rPr>
          <w:sz w:val="20"/>
        </w:rPr>
        <w:t>1:12:30  jaise quran majeed mein hai, yahi baat quran majeed mein in alfaaz mein kahi gayi hai ke fakshaf anka ghitaa wa asraka al hadeed to ghitaa ma'ni parda, yani parda hata diya jayega to sab kuch dikhai dega.</w:t>
      </w:r>
      <w:r>
        <w:br/>
      </w:r>
      <w:r>
        <w:rPr>
          <w:sz w:val="20"/>
        </w:rPr>
        <w:t>1:12:45  to farishte jo hain, jook dar jook aayenge aur Allah taala ka bhi zahoor hoga. lekin fi waqe kya hoga, us ko koi insaan nahi janta</w:t>
      </w:r>
      <w:r>
        <w:br/>
      </w:r>
      <w:r>
        <w:rPr>
          <w:sz w:val="20"/>
        </w:rPr>
        <w:t>1:12:58  a. hum us ko mujmal taur par samajh sakte hain ke aisa hoga.</w:t>
      </w:r>
      <w:r>
        <w:br/>
      </w:r>
      <w:r>
        <w:rPr>
          <w:sz w:val="20"/>
        </w:rPr>
        <w:t>1:13:04  Maulana Asrar Umri ne Tamil Nadu se likha hai. insaan apni mahdoodiyat ko kaise daryaft kare? Maulana us ke bare mein batayein.</w:t>
      </w:r>
      <w:r>
        <w:br/>
      </w:r>
      <w:r>
        <w:rPr>
          <w:sz w:val="20"/>
        </w:rPr>
        <w:t>1:13:15  woh to har lamha mahdoodiyat jaan sakta hai. aadmi abhi dekhiye, aap ka aaj raat ko arth aur tha,</w:t>
      </w:r>
      <w:r>
        <w:br/>
      </w:r>
      <w:r>
        <w:rPr>
          <w:sz w:val="20"/>
        </w:rPr>
        <w:t>1:13:27  sarhe aath se sarhe nau tak. aaj hi raat ki baat hai, arth aur to arth aur mein kya tha ke light band karna tha. yani ek ghante tak raat light band kar rakhna tha.</w:t>
      </w:r>
      <w:r>
        <w:br/>
      </w:r>
      <w:r>
        <w:rPr>
          <w:sz w:val="20"/>
        </w:rPr>
        <w:t>1:13:40  to hum ne apne haan sarhe aath se sarhe nau tak light band rakhi. to achaanak kya mehsoos hua ke ab aankh hai, main dekh nahin sakta.</w:t>
      </w:r>
      <w:r>
        <w:br/>
      </w:r>
      <w:r>
        <w:rPr>
          <w:sz w:val="20"/>
        </w:rPr>
        <w:t>1:13:51  jab tak jal rahi thi to main dekh pata tha.</w:t>
      </w:r>
      <w:r>
        <w:br/>
      </w:r>
      <w:r>
        <w:rPr>
          <w:sz w:val="20"/>
        </w:rPr>
        <w:t>1:13:56  ab jo light nahin hai to main aankh hai, main dekh nahin sakta. yeh to hai tajurba apne mahdoodiyat ka.</w:t>
      </w:r>
      <w:r>
        <w:br/>
      </w:r>
      <w:r>
        <w:rPr>
          <w:sz w:val="20"/>
        </w:rPr>
        <w:t>1:14:09  yahi to tajurba hai. aap pani peete hain to aap sochiye ke aap pani bana sakte hain. to yeh bhi tajurba mahdoodiyat ka hai ke main yani pani nahin bana sakta.</w:t>
      </w:r>
      <w:r>
        <w:br/>
      </w:r>
      <w:r>
        <w:rPr>
          <w:sz w:val="20"/>
        </w:rPr>
        <w:t>1:14:22  agarche mujhe pani ki zaroorat hai,</w:t>
      </w:r>
      <w:r>
        <w:br/>
      </w:r>
      <w:r>
        <w:rPr>
          <w:sz w:val="20"/>
        </w:rPr>
        <w:t>1:14:24  yani meri meri yahan had aa jati hai ke main khud pani banaun. bol raha hun, main ek lamhe mein mere bolna band ho sakta hai.</w:t>
      </w:r>
      <w:r>
        <w:br/>
      </w:r>
      <w:r>
        <w:rPr>
          <w:sz w:val="20"/>
        </w:rPr>
        <w:t>1:14:36  apni zindagi mein main ne aise log dekhe hain ke khoob achhe the, tandrust, un ki bol band ho gayi, bol nahin sakte the. woh aise hi bas dekhte rehte the.</w:t>
      </w:r>
      <w:r>
        <w:br/>
      </w:r>
      <w:r>
        <w:rPr>
          <w:sz w:val="20"/>
        </w:rPr>
        <w:t>1:14:46  aise log the ke memory bohat achhi thi, achaanak chali gayi. ab kuch kisi ko pehchante nahin the. woh</w:t>
      </w:r>
      <w:r>
        <w:br/>
      </w:r>
      <w:r>
        <w:rPr>
          <w:sz w:val="20"/>
        </w:rPr>
        <w:t>1:14:52  to lamahdoodiyat ka tajurba hai. to har lamha, har har cheez mein ho sakta hai. sirf yeh hai ke shaoor bedar ho, aap hassas hon.</w:t>
      </w:r>
      <w:r>
        <w:br/>
      </w:r>
      <w:r>
        <w:rPr>
          <w:sz w:val="20"/>
        </w:rPr>
        <w:t>1:15:04  har lamha, har lamha. is mein koi kisi yani banawati taur par kisi course ki zaroorat nahin hai.</w:t>
      </w:r>
      <w:r>
        <w:br/>
      </w:r>
      <w:r>
        <w:rPr>
          <w:sz w:val="20"/>
        </w:rPr>
        <w:t>1:15:13  jo har lamha jo aap ki zindagi hai, is mein har waqt aap ko is ka tajurba hota rehta hai.</w:t>
      </w:r>
      <w:r>
        <w:br/>
      </w:r>
      <w:r>
        <w:rPr>
          <w:sz w:val="20"/>
        </w:rPr>
        <w:t>1:15:21  main to har second mein tajurba karta hun, har minute tajurba karta hun, har lamha tajurba karta hun apni mahdoodiyat ka.</w:t>
      </w:r>
      <w:r>
        <w:br/>
      </w:r>
      <w:r>
        <w:rPr>
          <w:sz w:val="20"/>
        </w:rPr>
        <w:t>1:15:32  to cheez kya hai? shaoor ki bedari, soch ki bedari, mind ko activate karna.</w:t>
      </w:r>
      <w:r>
        <w:br/>
      </w:r>
      <w:r>
        <w:rPr>
          <w:sz w:val="20"/>
        </w:rPr>
        <w:t>1:15:45  bas aur kuch nahin.</w:t>
      </w:r>
      <w:r>
        <w:br/>
      </w:r>
      <w:r>
        <w:rPr>
          <w:sz w:val="20"/>
        </w:rPr>
        <w:t>1:15:47  warna sartaapa hum yani yani hum ek ek aisa aisa wajood hain jo sartaapa mahdood wajood hai.</w:t>
      </w:r>
      <w:r>
        <w:br/>
      </w:r>
      <w:r>
        <w:rPr>
          <w:sz w:val="20"/>
        </w:rPr>
        <w:t>1:15:57  to har waqt is ke tajurbaat saamne aate rehte hain. agar zinda shaoor ho hamare andar, soch jaagi hui ho to har waqt hamein mehsoos hoga ke dekho, yahan main aaj sabit hua.</w:t>
      </w:r>
      <w:r>
        <w:br/>
      </w:r>
      <w:r>
        <w:rPr>
          <w:sz w:val="20"/>
        </w:rPr>
        <w:t>1:16:11  dekho, yahan mahdoodiyat aa gayi.</w:t>
      </w:r>
      <w:r>
        <w:br/>
      </w:r>
      <w:r>
        <w:rPr>
          <w:sz w:val="20"/>
        </w:rPr>
        <w:t>1:16:19  jaise main ek martaba gaya ek kalbar ahmedabad mein, ek factory ek saamne lagai thi. nayi, woh engineer the to woh nayi factory thi, woh le gaye us ko.</w:t>
      </w:r>
      <w:r>
        <w:br/>
      </w:r>
      <w:r>
        <w:rPr>
          <w:sz w:val="20"/>
        </w:rPr>
        <w:t>1:16:33  to unhon ne kaha, baat cheet karte hue, mere paas koi manager nahin hai. yani MBA ka jo course hota hai, is course ko kar ke management sikhau.</w:t>
      </w:r>
      <w:r>
        <w:br/>
      </w:r>
      <w:r>
        <w:rPr>
          <w:sz w:val="20"/>
        </w:rPr>
        <w:t>1:16:46  aisa aadmi mere paas nahin, main engineer hun. in to technology ke aitbaar se main factory ko dekh bhaal kar sakta hun.</w:t>
      </w:r>
      <w:r>
        <w:br/>
      </w:r>
      <w:r>
        <w:rPr>
          <w:sz w:val="20"/>
        </w:rPr>
        <w:t>1:16:57  to is ko batate hue unhon ne kaha ke yeh jumla bole the woh ke apni to limit aa jati hai management side par.</w:t>
      </w:r>
      <w:r>
        <w:br/>
      </w:r>
      <w:r>
        <w:rPr>
          <w:sz w:val="20"/>
        </w:rPr>
        <w:t>1:17:09  apni to limit aa jati hai management side par.</w:t>
      </w:r>
      <w:r>
        <w:br/>
      </w:r>
      <w:r>
        <w:rPr>
          <w:sz w:val="20"/>
        </w:rPr>
        <w:t>1:17:19  to yeh yeh insaan ka haal hai</w:t>
      </w:r>
      <w:r>
        <w:br/>
      </w:r>
      <w:r>
        <w:rPr>
          <w:sz w:val="20"/>
        </w:rPr>
        <w:t>1:17:25  ke apni to limit aa jati hai management side par. to apni to limit aa jati hai is par. is par har waqt aap hi abhi to limit aa jati hai bolne ke had par, pani ke is par, har cheez par, aankh dekhne par.</w:t>
      </w:r>
      <w:r>
        <w:br/>
      </w:r>
      <w:r>
        <w:rPr>
          <w:sz w:val="20"/>
        </w:rPr>
        <w:t>1:17:38  kyunke kyunke koi bhi cheez aisi nahi jahan aap hum yaani mehdoodiyat ke sh</w:t>
      </w:r>
      <w:r>
        <w:br/>
      </w:r>
      <w:r>
        <w:rPr>
          <w:sz w:val="20"/>
        </w:rPr>
        <w:t>1:17:43  kar na hon. Cheez yeh hai ke hum sochte nahi hain, daryaft nahi kar paate. Warna har lamha hamara har tajurba yaad dilata hai hum ko apni limitations ka.</w:t>
      </w:r>
      <w:r>
        <w:br/>
      </w:r>
      <w:r>
        <w:rPr>
          <w:sz w:val="20"/>
        </w:rPr>
        <w:t>1:17:57  Maulana Inayatullah Umri ne Bengaluru se likha hai. Qayamat, jannat aur jahannum ki mukammal tafseelat sirf Quran mein hain ya aur koi mazhabi kitab mein bhi hain?</w:t>
      </w:r>
      <w:r>
        <w:br/>
      </w:r>
      <w:r>
        <w:rPr>
          <w:sz w:val="20"/>
        </w:rPr>
        <w:t>1:18:11  Is ke bare mein aap batayein.</w:t>
      </w:r>
      <w:r>
        <w:br/>
      </w:r>
      <w:r>
        <w:rPr>
          <w:sz w:val="20"/>
        </w:rPr>
        <w:t>1:18:15  Main samajhta hoon ke har mazhab mein hai, lekin zahir hai ke authentic tor par to sirf Quran Hadees hi mein hai. Aur jitne mazhab hain, sab mein kahin na kahin tareeqe se woh cheez hai maujood.</w:t>
      </w:r>
      <w:r>
        <w:br/>
      </w:r>
      <w:r>
        <w:rPr>
          <w:sz w:val="20"/>
        </w:rPr>
        <w:t>1:18:31  Kahin bohat hi halke andaaz mein hai, kahin taqatwar andaaz mein hai, kahin bigre hue andaaz mein hai. To kisi na kisi aitbaar se is ka tasawwur maujood hai.</w:t>
      </w:r>
      <w:r>
        <w:br/>
      </w:r>
      <w:r>
        <w:rPr>
          <w:sz w:val="20"/>
        </w:rPr>
        <w:t>1:18:47  Mislan jo mazhab reincarnation ko manta hai, wahan bhi swarg aur narak ka tasawwur maujood hai.</w:t>
      </w:r>
      <w:r>
        <w:br/>
      </w:r>
      <w:r>
        <w:rPr>
          <w:sz w:val="20"/>
        </w:rPr>
        <w:t>1:18:56  Lekin zyada yaqini shakal mein, mustanad shakal mein, authentic shakal mein agar aap ko janna hai to woh Quran mein milega aur Hadees mein milega, kyunke woh mehfooz kitab hai.</w:t>
      </w:r>
      <w:r>
        <w:br/>
      </w:r>
      <w:r>
        <w:rPr>
          <w:sz w:val="20"/>
        </w:rPr>
        <w:t>1:19:11  Maulana Abdul Basit Umri ne Doha, Qatar se likha hai.</w:t>
      </w:r>
      <w:r>
        <w:br/>
      </w:r>
      <w:r>
        <w:rPr>
          <w:sz w:val="20"/>
        </w:rPr>
        <w:t>1:19:16  Maulana, scientific framework aur traditional framework ka matlab kya hai? Is ke bare mein batayein. Main is bare mein hamari kitabein padhi hain, aap se bohat zyada is pe likha gaya hai.</w:t>
      </w:r>
      <w:r>
        <w:br/>
      </w:r>
      <w:r>
        <w:rPr>
          <w:sz w:val="20"/>
        </w:rPr>
        <w:t>1:19:31  Khulasa yeh hai ke traditional framework yeh tha pehle ke mufradat par hua karta tha, assumption par.</w:t>
      </w:r>
      <w:r>
        <w:br/>
      </w:r>
      <w:r>
        <w:rPr>
          <w:sz w:val="20"/>
        </w:rPr>
        <w:t>1:19:43  Mislan pehle maan liya gaya tha ke yeh pani jo hai, yeh devta ki jatta se niklta hai. Aap log padhte the ke devta koi hai, koi jatta hai us ki, to us se pani nikal ke aa raha hai, nadiyon mein beh raha hai.</w:t>
      </w:r>
      <w:r>
        <w:br/>
      </w:r>
      <w:r>
        <w:rPr>
          <w:sz w:val="20"/>
        </w:rPr>
        <w:t>1:19:56  To yeh ek mufrada tha, us se kisi ne tehqeeq nahi ki thi. Ab science ne tehqeeq ki, maloom hua ke is ka kisi devta se taluq nahi hai, is ka ek process hai.</w:t>
      </w:r>
      <w:r>
        <w:br/>
      </w:r>
      <w:r>
        <w:rPr>
          <w:sz w:val="20"/>
        </w:rPr>
        <w:t>1:20:08  To pehle zamane mein mufradat hua karte the,</w:t>
      </w:r>
      <w:r>
        <w:br/>
      </w:r>
      <w:r>
        <w:rPr>
          <w:sz w:val="20"/>
        </w:rPr>
        <w:t>1:20:12  In mufradat par bana rakh kar ke log maan lete the.</w:t>
      </w:r>
      <w:r>
        <w:br/>
      </w:r>
      <w:r>
        <w:rPr>
          <w:sz w:val="20"/>
        </w:rPr>
        <w:t>1:20:20  Mislan main apne zamane mein dekha hai, main ne bachpan mein ke chechak log chechak ka ilaaj nahi karte the, kyunke samajhte the ke chechak ka ilaaj nahi karna hai. Chechak devta ke waise aati hai, devta ko khush karo, ilaaj karoge to devta ghussa ho jayega aur chechak badh jayegi.</w:t>
      </w:r>
      <w:r>
        <w:br/>
      </w:r>
      <w:r>
        <w:rPr>
          <w:sz w:val="20"/>
        </w:rPr>
        <w:t>1:20:37  Apne bachpan mein dekha hai main ne,</w:t>
      </w:r>
      <w:r>
        <w:br/>
      </w:r>
      <w:r>
        <w:rPr>
          <w:sz w:val="20"/>
        </w:rPr>
        <w:t>1:20:39  To yeh aaj tak chala ja raha hai ke log yaani scrutiny nahi karte, cheezon ki mufradat par rai bana lete hain.</w:t>
      </w:r>
      <w:r>
        <w:br/>
      </w:r>
      <w:r>
        <w:rPr>
          <w:sz w:val="20"/>
        </w:rPr>
        <w:t>1:20:49  Scientific framework yeh hai ke aap haqaiq par rai banayein, proof fact par rai banayein, sabit shuda haqaiq par rai banayein. To</w:t>
      </w:r>
      <w:r>
        <w:br/>
      </w:r>
      <w:r>
        <w:rPr>
          <w:sz w:val="20"/>
        </w:rPr>
        <w:t>1:20:59  Ek hai, aye yaani ek yaani mazi se chala hua, maa baap, baap dada se suna hua ek mufrada hai, usi par rai banate chale ja rahe hain aap.</w:t>
      </w:r>
      <w:r>
        <w:br/>
      </w:r>
      <w:r>
        <w:rPr>
          <w:sz w:val="20"/>
        </w:rPr>
        <w:t>1:21:10  Aur yeh ke hai ke haqaiq ki chhanbeen karein, jab woh sabit ho jaye to us us par bana rakh kar ke apni rai qaim karein.</w:t>
      </w:r>
      <w:r>
        <w:br/>
      </w:r>
      <w:r>
        <w:rPr>
          <w:sz w:val="20"/>
        </w:rPr>
        <w:t>1:21:19  To khulasa yeh hai ke ek tareeqe mein mufradat par rai qaim kiya kar jati hai, aur doosre tareeqe mein sabit shuda haqaiq par rai qaim ki jati hai.</w:t>
      </w:r>
    </w:p>
    <w:p>
      <w:pPr>
        <w:pStyle w:val="Heading2"/>
      </w:pPr>
      <w:r>
        <w:t>Explanation of Quran 25:54 about creation from water</w:t>
      </w:r>
    </w:p>
    <w:p>
      <w:r>
        <w:rPr>
          <w:color w:val="666666"/>
          <w:sz w:val="18"/>
        </w:rPr>
        <w:t>Quran &amp; Tafsir · Islam in A New Age March 18, 2012 · 5m 05s · at 1:08:32 · https://youtu.be/P5hzq_NheY0?t=4112</w:t>
      </w:r>
    </w:p>
    <w:p>
      <w:r>
        <w:rPr>
          <w:i/>
        </w:rPr>
        <w:t>“Kindly explain this Quranic verse which is in Chapter 25, Verse number 54, where it is said: 'It is God who has created human beings from water.'”</w:t>
      </w:r>
    </w:p>
    <w:p>
      <w:r>
        <w:rPr>
          <w:sz w:val="20"/>
        </w:rPr>
        <w:t>1:08:32  is mein to koi koi ikhtilaf ki baat nahi hai. ji. maulana, agla sawal hai dilli se maulana zikwan nadvi sahib ka.</w:t>
      </w:r>
      <w:r>
        <w:br/>
      </w:r>
      <w:r>
        <w:rPr>
          <w:sz w:val="20"/>
        </w:rPr>
        <w:t>1:08:44  unhon</w:t>
      </w:r>
      <w:r>
        <w:br/>
      </w:r>
      <w:r>
        <w:rPr>
          <w:sz w:val="20"/>
        </w:rPr>
        <w:t>1:08:45  ne likha hai Kindly explain this Quranic verse which is in Chapter 25, Verse number 54, where it is said: "It is God who has created human beings from water,</w:t>
      </w:r>
      <w:r>
        <w:br/>
      </w:r>
      <w:r>
        <w:rPr>
          <w:sz w:val="20"/>
        </w:rPr>
        <w:t>1:08:59  and God has granted them the ties of blood as well as marriage."</w:t>
      </w:r>
      <w:r>
        <w:br/>
      </w:r>
      <w:r>
        <w:rPr>
          <w:sz w:val="20"/>
        </w:rPr>
        <w:t>1:09:05  haan, yeh jo taluq hota hai, us ki taraf is mein ishara hai. taluq do buniyad par hota hai: ek rishta aur ek khoon.</w:t>
      </w:r>
      <w:r>
        <w:br/>
      </w:r>
      <w:r>
        <w:rPr>
          <w:sz w:val="20"/>
        </w:rPr>
        <w:t>1:09:17  yani ek yeh ke hum khoon, yani blood relationship ki wajah se kisi se mutalliq ho jatay hain. ek yeh hai ke rishtadari ki bina par jo shadiyan hoti hain, rishtadari qaim hoti hain.</w:t>
      </w:r>
      <w:r>
        <w:br/>
      </w:r>
      <w:r>
        <w:rPr>
          <w:sz w:val="20"/>
        </w:rPr>
        <w:t>1:09:28  to us ki taraf ishara hai ke yeh jo hai taluq jo qaim hota hai khoon se ya rishtadari se, yeh Allah taala ki ek nemat hai.</w:t>
      </w:r>
      <w:r>
        <w:br/>
      </w:r>
      <w:r>
        <w:rPr>
          <w:sz w:val="20"/>
        </w:rPr>
        <w:t>1:09:38  kyunke kyunke aap jantay hain ke janwaron mein aisa nahi hota. yeh taluqat janwaron mein nahi hain. wahan na rishtadari ke aitbar se hai, na khoon ke aitbar se hai.</w:t>
      </w:r>
      <w:r>
        <w:br/>
      </w:r>
      <w:r>
        <w:rPr>
          <w:sz w:val="20"/>
        </w:rPr>
        <w:t>1:09:48  har har janwar alag alag rehta hai. to ek doosray ki mohabbat nahi, ek doosray ki khair khwahi nahi, haiwanon mein yeh baat nahi pai jati.</w:t>
      </w:r>
      <w:r>
        <w:br/>
      </w:r>
      <w:r>
        <w:rPr>
          <w:sz w:val="20"/>
        </w:rPr>
        <w:t>1:09:57  to yeh bohat bari nemat hai ke hum in rishton ki bina par, khooni taluq ki bina par, ek doosray ki khair khwahi mein milti hain.</w:t>
      </w:r>
      <w:r>
        <w:br/>
      </w:r>
      <w:r>
        <w:rPr>
          <w:sz w:val="20"/>
        </w:rPr>
        <w:t>1:10:06  ek doosray ka taawun milta hai, ek doosray ka pyar ko milta hai. yeh yeh Allah taala ki ek nemat hai jo kisi aur ko hasil nahi, insan ke siwa aur jo makhluqat hain.</w:t>
      </w:r>
      <w:r>
        <w:br/>
      </w:r>
      <w:r>
        <w:rPr>
          <w:sz w:val="20"/>
        </w:rPr>
        <w:t>1:10:22  to yeh yeh ek shaoor ki ki baat hai. aur yani log is ko letay hain sirf, yani mislan family ki dhoom har jagah hai, bas family ko letay hain, bas ek social,</w:t>
      </w:r>
      <w:r>
        <w:br/>
      </w:r>
      <w:r>
        <w:rPr>
          <w:sz w:val="20"/>
        </w:rPr>
        <w:t>1:10:38  yani ek ek ek ek social taluqat ke tor par. is ko shukr ke tor par nahi letay. har aadmi family ki batein karta hai, lekin bator social taluqat ke mein is ko leta hoon shukr ke tor par ke Allah taala ne agar yeh jazba na rakha hota,</w:t>
      </w:r>
      <w:r>
        <w:br/>
      </w:r>
      <w:r>
        <w:rPr>
          <w:sz w:val="20"/>
        </w:rPr>
        <w:t>1:10:56  agar haiwan ki tarah ho muamla hota insan ka, ke jazba hi na hota, yani na khooni rishte se taluq qaim hota, na rishtadari se taluq qaim hota, to hum haiwan ki tarah hotay.</w:t>
      </w:r>
      <w:r>
        <w:br/>
      </w:r>
      <w:r>
        <w:rPr>
          <w:sz w:val="20"/>
        </w:rPr>
        <w:t>1:11:09  to in cheezon ko log letay hain, lekin log letay hain koi social maani mein. mein is ko leta hoon shukr ke</w:t>
      </w:r>
      <w:r>
        <w:br/>
      </w:r>
      <w:r>
        <w:rPr>
          <w:sz w:val="20"/>
        </w:rPr>
        <w:t>1:11:16  maani mein. aur yahi sahi hai islami nuqta nazar se ke aap is ko shukr khane mein dalain. maulana, un ka ek aur sawal hai.</w:t>
      </w:r>
      <w:r>
        <w:br/>
      </w:r>
      <w:r>
        <w:rPr>
          <w:sz w:val="20"/>
        </w:rPr>
        <w:t>1:11:25  unhon ne poocha hai What is the importance of contradictory thinking? is ke baray mein batain.</w:t>
      </w:r>
      <w:r>
        <w:br/>
      </w:r>
      <w:r>
        <w:rPr>
          <w:sz w:val="20"/>
        </w:rPr>
        <w:t>1:11:39  yeh to ek bohat hi woh pecheeda sawal hai. beharhal, to mukhtasar mein yeh kahoon ga ke aam tor par tanqeed se, yani criticism se jo ghussa hotay hain,</w:t>
      </w:r>
      <w:r>
        <w:br/>
      </w:r>
      <w:r>
        <w:rPr>
          <w:sz w:val="20"/>
        </w:rPr>
        <w:t>1:11:56  aur koi criticize kiya jaye kisi par, to woh samajhtay hain ke apne ko bara samajhta hai aadmi.</w:t>
      </w:r>
      <w:r>
        <w:br/>
      </w:r>
      <w:r>
        <w:rPr>
          <w:sz w:val="20"/>
        </w:rPr>
        <w:t>1:12:01  yeh aam, yani soch logon ki hai ke aap ne criticize kiya kisi ke oopar, chahe woh kitni daleel ke sath ho, bohat hi scientific ho, bohat hi rational ho, lekin woh samjhay ke apne ko superior samajhta hai.</w:t>
      </w:r>
      <w:r>
        <w:br/>
      </w:r>
      <w:r>
        <w:rPr>
          <w:sz w:val="20"/>
        </w:rPr>
        <w:t>1:12:13  woh mein samajhta hoon ke sahi critique woh hai jo apne ko alag kar ke criticism karta hai.</w:t>
      </w:r>
      <w:r>
        <w:br/>
      </w:r>
      <w:r>
        <w:rPr>
          <w:sz w:val="20"/>
        </w:rPr>
        <w:t>1:12:23  sacha critique woh hai jo criticize karta hai apne ko alag kar ke, yani khud intehai modesty mein jeetay huay bhi doosray ke baray mein criticize karta hai.</w:t>
      </w:r>
      <w:r>
        <w:br/>
      </w:r>
      <w:r>
        <w:rPr>
          <w:sz w:val="20"/>
        </w:rPr>
        <w:t>1:12:31  woh yeh hai contradicting thinking, yani apne ko aakhri had tak modest manna. is ke bawajood, aap jab dainkhay ke kahin sachai,</w:t>
      </w:r>
      <w:r>
        <w:br/>
      </w:r>
      <w:r>
        <w:rPr>
          <w:sz w:val="20"/>
        </w:rPr>
        <w:t>1:12:47  koi sachai log log mein log is ko nahi follow kar rahay hain, to wahan par criticize karein aap.</w:t>
      </w:r>
      <w:r>
        <w:br/>
      </w:r>
      <w:r>
        <w:rPr>
          <w:sz w:val="20"/>
        </w:rPr>
        <w:t>1:12:53  to doosray par criticize karna ain usi waqt apne ko nothing samajhtay huay ke mein to kuch bhi nahi hoon. yeh yeh ek yeh ek bohat hi mushkil kaam hai.</w:t>
      </w:r>
      <w:r>
        <w:br/>
      </w:r>
      <w:r>
        <w:rPr>
          <w:sz w:val="20"/>
        </w:rPr>
        <w:t>1:13:04  yeh hai contradicting thinking. lekin Allah taala ne insaan ke andar yeh capacity rakhi hai ke do contradictory khayalat mein jee sake. woh isi ko ek philosopher ne kaha hai ke I am large enough to contain all these contradictions.</w:t>
      </w:r>
      <w:r>
        <w:br/>
      </w:r>
      <w:r>
        <w:rPr>
          <w:sz w:val="20"/>
        </w:rPr>
        <w:t>1:13:21  toh yeh ek bohat oonchi baat hai ke aap apne aap ko kuch na samajhte hue bhi doosre par criticize karein. aur yeh Allah taala ne jo aap ke andar salahiyat rakhi hai, us salahiyat ko zinda kijiye, toh aap aise ban jayenge.</w:t>
      </w:r>
    </w:p>
    <w:p>
      <w:pPr>
        <w:pStyle w:val="Heading2"/>
      </w:pPr>
      <w:r>
        <w:t>Explanation of Quran 3:80</w:t>
      </w:r>
    </w:p>
    <w:p>
      <w:r>
        <w:rPr>
          <w:color w:val="666666"/>
          <w:sz w:val="18"/>
        </w:rPr>
        <w:t>Quran &amp; Tafsir · Man and the Laws of Nature April 1, 2012 · 5m 02s · at 1:36:54 · https://youtu.be/coIrwYQgb6Y?t=5814</w:t>
      </w:r>
    </w:p>
    <w:p>
      <w:r>
        <w:rPr>
          <w:i/>
        </w:rPr>
        <w:t>“Kindly explain verse number 80 of chapter number 3 of Quran, where it is mentioned: 'No one to whom God has given the Scriptures and bestowed wisdom and prophethood would say to men: Worship me instead of God. He would rather say: Be devoted servants of God, for you have taught and studied the Scriptures. Nor would he command you to take the angels and the prophets as your Lord. How could he command you to be disbelievers after you have submitted to God?'”</w:t>
      </w:r>
    </w:p>
    <w:p>
      <w:r>
        <w:rPr>
          <w:sz w:val="20"/>
        </w:rPr>
        <w:t>1:36:54  maulana, agla sawal dilli se hai. maulana zakwan nadvi ka. unhon ne likha hai: "maulana, kindly explain the verse number 7980 of chapter number three of quran, where it is mentioned: no one to whom god has given the scriptures and in whom he has bestowed wisdom and prophethood would say to man: worship me instead of god</w:t>
      </w:r>
      <w:r>
        <w:br/>
      </w:r>
      <w:r>
        <w:rPr>
          <w:sz w:val="20"/>
        </w:rPr>
        <w:t>1:37:20  ". he would rather say: be duteous servants of god, for you have taught and studied the scriptures."</w:t>
      </w:r>
      <w:r>
        <w:br/>
      </w:r>
      <w:r>
        <w:rPr>
          <w:sz w:val="20"/>
        </w:rPr>
        <w:t>1:37:29  noor wad hi enjoy you to take the angels and the prophets as your lord. how could he command? how could he command you to be disbelievers after you have submitted to god?</w:t>
      </w:r>
      <w:r>
        <w:br/>
      </w:r>
      <w:r>
        <w:rPr>
          <w:sz w:val="20"/>
        </w:rPr>
        <w:t>1:37:45  dekhen, yeh history ka bara bhai ajeeb tragedy hai ke hamesha logon ne apne baron ko woh bana liya, but bana liya.</w:t>
      </w:r>
      <w:r>
        <w:br/>
      </w:r>
      <w:r>
        <w:rPr>
          <w:sz w:val="20"/>
        </w:rPr>
        <w:t>1:37:56  jo kehte hain, yaani personality cult. personality cult poori history mein chhaya hua raha hai. isi mein se ek hai paighambar ko banana.</w:t>
      </w:r>
      <w:r>
        <w:br/>
      </w:r>
      <w:r>
        <w:rPr>
          <w:sz w:val="20"/>
        </w:rPr>
        <w:t>1:38:08  apne paighambar ko itna bara darja dete hain ke us ko goya wohi</w:t>
      </w:r>
      <w:r>
        <w:br/>
      </w:r>
      <w:r>
        <w:rPr>
          <w:sz w:val="20"/>
        </w:rPr>
        <w:t>1:38:13  khuda hai. yeh musalmanon ne kar rakha hai. to lafz khuda nahi bolenge, us ko but bhi nahi banayenge. lekin us ko ajeeb ajeeb aqeeday bana rakhe hain ke us ko khuda ka darja de rakha hai.</w:t>
      </w:r>
      <w:r>
        <w:br/>
      </w:r>
      <w:r>
        <w:rPr>
          <w:sz w:val="20"/>
        </w:rPr>
        <w:t>1:38:27  misalan ek ek ek taqreer maine suni ek sahib ki to unhon ne kya kaha? dekho, allah aur muhammad mein koi farq nahi hai. la la ila muhammad rasool allah.</w:t>
      </w:r>
      <w:r>
        <w:br/>
      </w:r>
      <w:r>
        <w:rPr>
          <w:sz w:val="20"/>
        </w:rPr>
        <w:t>1:38:38  bech mein waw nahi hai. yaani and lafz and nahi hai. and nahi hai to mani ke jaise woh, waise woh. ab yeh koi daleel hai ke khuda ko unhon ne, yaani rasool ko, unhein khuda ka darja dena tha aur daleel kya diya ke waw nahi hai.</w:t>
      </w:r>
      <w:r>
        <w:br/>
      </w:r>
      <w:r>
        <w:rPr>
          <w:sz w:val="20"/>
        </w:rPr>
        <w:t>1:38:55  is tarah ke ajeeb o ghareeb qism ke aqeeday bana rakhe hain logon ne aur apne paighambar ko woh darja de rakha jo khuda ka darja hai. sab kuch goya khuda ka, khuda ne apne paighambar ko de diya hai.</w:t>
      </w:r>
      <w:r>
        <w:br/>
      </w:r>
      <w:r>
        <w:rPr>
          <w:sz w:val="20"/>
        </w:rPr>
        <w:t>1:39:06  tum jo chahe karo. yeh sab bilkul batil khayalat hain. is ka islam se koi ta'alluq nahi hai. yeh us ko kehte hain personality cult.</w:t>
      </w:r>
      <w:r>
        <w:br/>
      </w:r>
      <w:r>
        <w:rPr>
          <w:sz w:val="20"/>
        </w:rPr>
        <w:t>1:39:16  saari history mein qomon ka yeh yeh qomon mein baat pai jati rahi ke jis ko personality cult kaha jata hai, yaani shakhsiyat par</w:t>
      </w:r>
      <w:r>
        <w:br/>
      </w:r>
      <w:r>
        <w:rPr>
          <w:sz w:val="20"/>
        </w:rPr>
        <w:t>1:39:25  sati. to shakhsiyat parasti ke mukhtalif, yaani mukhtalif woh hain tareeqay hain. isi wohi barh kar ke but parasti ban jati hai.</w:t>
      </w:r>
      <w:r>
        <w:br/>
      </w:r>
      <w:r>
        <w:rPr>
          <w:sz w:val="20"/>
        </w:rPr>
        <w:t>1:39:36  yaani jo jin ko bara maan lete hain apne apne us mein apne qabeelay ka ya apne khandan ka ya apni qom ka jo bara tha, us ko dheere dheere us ke cult mein mubtala hote hain yahan tak ke us ko but bana lete hain.</w:t>
      </w:r>
      <w:r>
        <w:br/>
      </w:r>
      <w:r>
        <w:rPr>
          <w:sz w:val="20"/>
        </w:rPr>
        <w:t>1:39:54  yeh to quran majeed mein hazrat nooh ke baray mein hai ke hazrat nooh ne apni qom se kaha ke: "waddo suwa aur yaghuth aur nasr, yeh sab kuch ki parasti chhoro." to yeh yeh but kya thay?</w:t>
      </w:r>
      <w:r>
        <w:br/>
      </w:r>
      <w:r>
        <w:rPr>
          <w:sz w:val="20"/>
        </w:rPr>
        <w:t>1:40:09  yeh but un ke un ke apne qomi baron ke but thay. woh</w:t>
      </w:r>
      <w:r>
        <w:br/>
      </w:r>
      <w:r>
        <w:rPr>
          <w:sz w:val="20"/>
        </w:rPr>
        <w:t>1:40:14  yaani un ki qom mein jo baray guzar gaye, pehle unhi ko unhon ne, yaani pehle zamanay mein tasweer to hoti nahi thi, kaghaz kaghaz wali to pathar pe banaya unhon ne aur phir le ke poojna un ko, jhukne jhukne lagay un ko.</w:t>
      </w:r>
      <w:r>
        <w:br/>
      </w:r>
      <w:r>
        <w:rPr>
          <w:sz w:val="20"/>
        </w:rPr>
        <w:t>1:40:26  yehi musalmanon ne kar rakha hai rasool allah salallahu alaihi wasallam ke baray mein. aaj musalmanon ki majority jo hai, woh kal personality cult mein mubtala hai.</w:t>
      </w:r>
      <w:r>
        <w:br/>
      </w:r>
      <w:r>
        <w:rPr>
          <w:sz w:val="20"/>
        </w:rPr>
        <w:t>1:40:34  yaani rasool allah ke baray mein aisay aqeeday ajeeb o ghareeb qism ke ke khuda se mila diya us ko. jaise ek shair hai kisi ka ke: "wohi jo mustawi arsh tha, khuda ho kar, woh idhar pada hai madinay mustafa ho kar."</w:t>
      </w:r>
      <w:r>
        <w:br/>
      </w:r>
      <w:r>
        <w:rPr>
          <w:sz w:val="20"/>
        </w:rPr>
        <w:t>1:40:52  ek ek bar mein ek majlis mein tha, wahan ek ek ek ek musalman aaye, unhon ne gana gaya, bari dhoom machi is gaane ki. to main to ghamgeen pada baitha tha wahan par.</w:t>
      </w:r>
      <w:r>
        <w:br/>
      </w:r>
      <w:r>
        <w:rPr>
          <w:sz w:val="20"/>
        </w:rPr>
        <w:t>1:41:04  to woh shair kya tha un ka: "log mehshar mein hairan reh jayenge, khuda kon hai, mustafa kon hai?" is qism ke laghu baatein jo hain, yeh yeh yeh shirk hain, but parasti hain aur is ka islam se koi ta'alluq nahi hai.</w:t>
      </w:r>
      <w:r>
        <w:br/>
      </w:r>
      <w:r>
        <w:rPr>
          <w:sz w:val="20"/>
        </w:rPr>
        <w:t>1:41:17  aur sab mubtala hain, majority musalman musalmanon ke is mein mubtala hain.</w:t>
      </w:r>
      <w:r>
        <w:br/>
      </w:r>
      <w:r>
        <w:rPr>
          <w:sz w:val="20"/>
        </w:rPr>
        <w:t>1:41:22  yaani jo log yeh tahajjud ke khilaf taqreer karte hain, woh bhi is mein mubtala hain. kaisi ajeeb o ghareeb dunya yeh ke khuda ki ibadat ke bajaye apne paighambar ko bara darja de diya hai, jo jo ke ibadat ka mamla hota hai, wohi darja de diya hai.</w:t>
      </w:r>
      <w:r>
        <w:br/>
      </w:r>
      <w:r>
        <w:rPr>
          <w:sz w:val="20"/>
        </w:rPr>
        <w:t>1:41:42  yeh sab cheezain jo hain, yaani in logon ko darna chahiye allah ta'ala se ke jab marne ke baad qayamat mein hazir honge to yeh sab cheezain un par phenk di jayengi, qabool nahi ki jayengi.</w:t>
      </w:r>
    </w:p>
    <w:p>
      <w:pPr>
        <w:pStyle w:val="Heading2"/>
      </w:pPr>
      <w:r>
        <w:t>Explanation of verifying news from a sinful person</w:t>
      </w:r>
    </w:p>
    <w:p>
      <w:r>
        <w:rPr>
          <w:color w:val="666666"/>
          <w:sz w:val="18"/>
        </w:rPr>
        <w:t>Quran &amp; Tafsir · Q&amp;A 13 Nov 2011 · 5m 01s · at 42:19 · https://youtu.be/oOZ9h37_pL8?t=2539</w:t>
      </w:r>
    </w:p>
    <w:p>
      <w:r>
        <w:rPr>
          <w:i/>
        </w:rPr>
        <w:t>“Please explain the verse: 'O you who believe, if a sinful person brings you news, verify it, lest you unwittingly harm others and then regret what you have done' (Chapter 49, verse 6).”</w:t>
      </w:r>
    </w:p>
    <w:p>
      <w:r>
        <w:rPr>
          <w:sz w:val="20"/>
        </w:rPr>
        <w:t>42:19  maulana agla sawal aaya hai mr sajid anwar ka dilli se. woh chahte hain ke quran ki ek ayat ko aap theek se samjha dein. jo ayat hai woh quran mein is tarah aayi hai ke believers of an evil doer bring you a news ascertain the correctness of the report lest you unwittingly harm others and then regret what you have done.</w:t>
      </w:r>
      <w:r>
        <w:br/>
      </w:r>
      <w:r>
        <w:rPr>
          <w:sz w:val="20"/>
        </w:rPr>
        <w:t>42:46  this is in chapter 48 verse number 6.</w:t>
      </w:r>
      <w:r>
        <w:br/>
      </w:r>
      <w:r>
        <w:rPr>
          <w:sz w:val="20"/>
        </w:rPr>
        <w:t>42:54  yahan woh hai agar jaa ko faasiq bin bin fatabainu. is ka matlab hai ke koi aap is khabar jab milte hain koi negative news.</w:t>
      </w:r>
      <w:r>
        <w:br/>
      </w:r>
      <w:r>
        <w:rPr>
          <w:sz w:val="20"/>
        </w:rPr>
        <w:t>43:05  yahan negative news murad hai. to is ki tehqeeq karo. fatabainu tabainu ke mani hain khoob tehqeeq karo khoob pata karo.</w:t>
      </w:r>
      <w:r>
        <w:br/>
      </w:r>
      <w:r>
        <w:rPr>
          <w:sz w:val="20"/>
        </w:rPr>
        <w:t>43:15  khoob is ki scurity karo. yeh nahi ke main suna aur lage baandh kar</w:t>
      </w:r>
      <w:r>
        <w:br/>
      </w:r>
      <w:r>
        <w:rPr>
          <w:sz w:val="20"/>
        </w:rPr>
        <w:t>43:21  yeh bilkul galat hai gunah hai yeh. yeh matlab hai is ka. ke quran mein yeh hukum diya gaya hai ke aap ke yeh tareeqa nahi hona chahiye ke koi khabar suni aur phir lage baandh kar doosron se us ko.</w:t>
      </w:r>
      <w:r>
        <w:br/>
      </w:r>
      <w:r>
        <w:rPr>
          <w:sz w:val="20"/>
        </w:rPr>
        <w:t>43:37  kyunke</w:t>
      </w:r>
      <w:r>
        <w:br/>
      </w:r>
      <w:r>
        <w:rPr>
          <w:sz w:val="20"/>
        </w:rPr>
        <w:t>43:38  khabar batane wala naqis reporting kar sakta hai. kisi bhi qism ki is mein milawat kar sakta hai khabar mein. to aap is ki scurity karein us ko pata karein aur jo bhi zariye hain maslan farz kijiye ke ek shakhs keh raha hai ke kolkatta ke ek aadmi ke bare mein aap ko bata raha hai kuch to telephone kiya hai us ko?</w:t>
      </w:r>
      <w:r>
        <w:br/>
      </w:r>
      <w:r>
        <w:rPr>
          <w:sz w:val="20"/>
        </w:rPr>
        <w:t>44:00  achha farz kijiye ke aap kahein kahan main time hai t</w:t>
      </w:r>
      <w:r>
        <w:br/>
      </w:r>
      <w:r>
        <w:rPr>
          <w:sz w:val="20"/>
        </w:rPr>
        <w:t>44:03  elephone karne ka to aap ko kahan woh time hai khabrein phailane ka? yeh khabrein kyun phailate hain aap? misaal ke taur par mere bare mein taqreeban saare mukhalifeen kya karte hain</w:t>
      </w:r>
      <w:r>
        <w:br/>
      </w:r>
      <w:r>
        <w:rPr>
          <w:sz w:val="20"/>
        </w:rPr>
        <w:t>44:17  baghair meri kitabon ko padhe hue suni sunai baton par mere bare mein phailate rehte hain. to aap ke liye do option hain. ya to chup rahein ya baqayda tehqeeq kar ke bolein.</w:t>
      </w:r>
      <w:r>
        <w:br/>
      </w:r>
      <w:r>
        <w:rPr>
          <w:sz w:val="20"/>
        </w:rPr>
        <w:t>44:30  yeh sirf option nahi hai ke tehqeeq bhi na karein aap bolna bhi shuru kar dein.</w:t>
      </w:r>
      <w:r>
        <w:br/>
      </w:r>
      <w:r>
        <w:rPr>
          <w:sz w:val="20"/>
        </w:rPr>
        <w:t>44:36  aap ko kisi ke bare mein ek negative baat batana hai to aap ko haq nahi hai aap bohat bara gunah karein ge ke bila tehqeeq ke lage bolne us ko.</w:t>
      </w:r>
      <w:r>
        <w:br/>
      </w:r>
      <w:r>
        <w:rPr>
          <w:sz w:val="20"/>
        </w:rPr>
        <w:t>44:47  chup reh sakte hain chup rehna jaiz hai. chup rehna to jaiz hai lekin bila tehqeeq ke bolna hargiz jaiz nahi hai. yeh bohat bara hukum hai quran majeed mein.</w:t>
      </w:r>
      <w:r>
        <w:br/>
      </w:r>
      <w:r>
        <w:rPr>
          <w:sz w:val="20"/>
        </w:rPr>
        <w:t>44:57  aur hum to isi ka shikar ho rahe hain. hamare itne mukhalifeen hain bila tehqeeq ke hamare khilaf bolte rehte hain.</w:t>
      </w:r>
      <w:r>
        <w:br/>
      </w:r>
      <w:r>
        <w:rPr>
          <w:sz w:val="20"/>
        </w:rPr>
        <w:t>45:04  maslan dekhiye ek sahab mere paas aaye ek misaal deta hoon. ek sahab mere paas aaye unhon ne kaha ke aap ka percha nikalte hain mujh ko bataya gaya hai ke is mein dunyavi baatein hoti hain sab.</w:t>
      </w:r>
      <w:r>
        <w:br/>
      </w:r>
      <w:r>
        <w:rPr>
          <w:sz w:val="20"/>
        </w:rPr>
        <w:t>45:19  koi deeni baatein hoti nahi.</w:t>
      </w:r>
      <w:r>
        <w:br/>
      </w:r>
      <w:r>
        <w:rPr>
          <w:sz w:val="20"/>
        </w:rPr>
        <w:t>45:23  to main ne kaha achha baithiye. aur jo latest issue tha us ko main ne nikala. main ne kaha is ko dekhiye ek ek waraq ultiye. ek ek mazmoon ko dekhiye.</w:t>
      </w:r>
      <w:r>
        <w:br/>
      </w:r>
      <w:r>
        <w:rPr>
          <w:sz w:val="20"/>
        </w:rPr>
        <w:t>45:34  to us mein sara jitna bhi percha tha kisi ne ek ayat par base karta tha kisi ne hadith base karta tha. ya koi</w:t>
      </w:r>
      <w:r>
        <w:br/>
      </w:r>
      <w:r>
        <w:rPr>
          <w:sz w:val="20"/>
        </w:rPr>
        <w:t>45:41  sahaba ke is par base karta tha. to maine kaha dekhiye kahan is mein duniyavi baatein hain.</w:t>
      </w:r>
      <w:r>
        <w:br/>
      </w:r>
      <w:r>
        <w:rPr>
          <w:sz w:val="20"/>
        </w:rPr>
        <w:t>45:49  saare aakhirat ki baatein hain jannat ki baatein hain quran ki baatein hain islam ki</w:t>
      </w:r>
      <w:r>
        <w:br/>
      </w:r>
      <w:r>
        <w:rPr>
          <w:sz w:val="20"/>
        </w:rPr>
        <w:t>45:53  baatein hain yeh kahan wo?</w:t>
      </w:r>
      <w:r>
        <w:br/>
      </w:r>
      <w:r>
        <w:rPr>
          <w:sz w:val="20"/>
        </w:rPr>
        <w:t>45:56  to ek shakhs ne kaha usko aap ne sun liya.</w:t>
      </w:r>
      <w:r>
        <w:br/>
      </w:r>
      <w:r>
        <w:rPr>
          <w:sz w:val="20"/>
        </w:rPr>
        <w:t>46:01  to yaad rakhiye suni sunai baaton par usko yani usko lagna bolne lagna usko hadith</w:t>
      </w:r>
      <w:r>
        <w:br/>
      </w:r>
      <w:r>
        <w:rPr>
          <w:sz w:val="20"/>
        </w:rPr>
        <w:t>46:09  mein aata hai kafwa bilmar'e kadhiban an yuhadditha bikulli ma sami'a yani is aadmi ke jhootha hone ke</w:t>
      </w:r>
      <w:r>
        <w:br/>
      </w:r>
      <w:r>
        <w:rPr>
          <w:sz w:val="20"/>
        </w:rPr>
        <w:t>46:17  liye yeh baat kafi hai ki jo kuch suna hai usko lage bayan karne.</w:t>
      </w:r>
      <w:r>
        <w:br/>
      </w:r>
      <w:r>
        <w:rPr>
          <w:sz w:val="20"/>
        </w:rPr>
        <w:t>46:24  to phir main kahunga ke aap ke sirf do mein option hain. ya to chup rahen. ya to chup rahen. ya bolen tehqeeq kar ke bolen.</w:t>
      </w:r>
      <w:r>
        <w:br/>
      </w:r>
      <w:r>
        <w:rPr>
          <w:sz w:val="20"/>
        </w:rPr>
        <w:t>46:33  bila tehqeeq ke bolenge to Allah taala ka zabardast pakad hogi is ki. bahut zyada pakad hogi.</w:t>
      </w:r>
      <w:r>
        <w:br/>
      </w:r>
      <w:r>
        <w:rPr>
          <w:sz w:val="20"/>
        </w:rPr>
        <w:t>46:41  maulana raipur se ek comment aaya hai sawal nahi hai yeh yeh kya hai misster idrees ne</w:t>
      </w:r>
      <w:r>
        <w:br/>
      </w:r>
      <w:r>
        <w:rPr>
          <w:sz w:val="20"/>
        </w:rPr>
        <w:t>46:47  aur un ke sath shabana ne jo dekh rahe hain yeh program abhi unhon ne likha hai ke</w:t>
      </w:r>
      <w:r>
        <w:br/>
      </w:r>
      <w:r>
        <w:rPr>
          <w:sz w:val="20"/>
        </w:rPr>
        <w:t>46:53  In reply to the question about hesitation in interaction for Dawah work, you just replied, we should not</w:t>
      </w:r>
      <w:r>
        <w:br/>
      </w:r>
      <w:r>
        <w:rPr>
          <w:sz w:val="20"/>
        </w:rPr>
        <w:t>47:01  only share what we know but also we should be ready to learn what other person shares</w:t>
      </w:r>
      <w:r>
        <w:br/>
      </w:r>
      <w:r>
        <w:rPr>
          <w:sz w:val="20"/>
        </w:rPr>
        <w:t>47:08  because daawa work is a to way sharing process this is a magical answer and it solves one</w:t>
      </w:r>
      <w:r>
        <w:br/>
      </w:r>
      <w:r>
        <w:rPr>
          <w:sz w:val="20"/>
        </w:rPr>
        <w:t>47:14  of the biggest problems of a daawa thanks for the question and thanks for the answer.</w:t>
      </w:r>
    </w:p>
    <w:p>
      <w:pPr>
        <w:pStyle w:val="Heading2"/>
      </w:pPr>
      <w:r>
        <w:t>Explanation of verse about rulers and people</w:t>
      </w:r>
    </w:p>
    <w:p>
      <w:r>
        <w:rPr>
          <w:color w:val="666666"/>
          <w:sz w:val="18"/>
        </w:rPr>
        <w:t>Quran &amp; Tafsir · Divine Help July 21, 2019 Maulana Wahiduddin Khan · 5m 53s · at 40:53 · https://youtu.be/Phjyu1GUuS8?t=2453</w:t>
      </w:r>
    </w:p>
    <w:p>
      <w:r>
        <w:rPr>
          <w:i/>
        </w:rPr>
        <w:t>“Maulana, just wanted to know about a verse in the Quran which says: 'As the people will be, so will rulers be sent.' Maulana, tell us something about this.”</w:t>
      </w:r>
    </w:p>
    <w:p>
      <w:r>
        <w:rPr>
          <w:sz w:val="20"/>
        </w:rPr>
        <w:t>40:53  you said that hope is also the type of worship. this is really thrilling statement. thank you Maulana sahib." Maulana, agla sawal bheja hai Muhammad Zakariya sahib ne.</w:t>
      </w:r>
      <w:r>
        <w:br/>
      </w:r>
      <w:r>
        <w:rPr>
          <w:sz w:val="20"/>
        </w:rPr>
        <w:t>41:07  unhon ne likha hai: "Maulana, just wanted to know about a verse in Quran which says: jaise log honge, waise hi hukmaran bheje jayenge.</w:t>
      </w:r>
      <w:r>
        <w:br/>
      </w:r>
      <w:r>
        <w:rPr>
          <w:sz w:val="20"/>
        </w:rPr>
        <w:t>41:19  Maulana, is ke bare mein kuch bataein."</w:t>
      </w:r>
      <w:r>
        <w:br/>
      </w:r>
      <w:r>
        <w:rPr>
          <w:sz w:val="20"/>
        </w:rPr>
        <w:t>41:25  is waqt aap le chukay hain, aap parh lijiyay, chhupa hua hai. aap faraz abri sahib say contact kijiyay, woh aap ko reference day dain gay.</w:t>
      </w:r>
      <w:r>
        <w:br/>
      </w:r>
      <w:r>
        <w:rPr>
          <w:sz w:val="20"/>
        </w:rPr>
        <w:t>41:37  is par chhupa hua hai, is ko parh lijiyay. pehlay parh lijiyay, phir sawal kijiyay. mera tareeqa yeh hai kay jo baat mein likh chuka hoon, to aadmi ko chahiye kay us ko parhay.</w:t>
      </w:r>
      <w:r>
        <w:br/>
      </w:r>
      <w:r>
        <w:rPr>
          <w:sz w:val="20"/>
        </w:rPr>
        <w:t>41:49  parhnay kay baad sawal karain.</w:t>
      </w:r>
      <w:r>
        <w:br/>
      </w:r>
      <w:r>
        <w:rPr>
          <w:sz w:val="20"/>
        </w:rPr>
        <w:t>41:56  maulana kashmir say mehak mehak fayaz khan sahibah nay likha hai: "maulana, maulana sahib, da same concept was in my mind from past few months.</w:t>
      </w:r>
      <w:r>
        <w:br/>
      </w:r>
      <w:r>
        <w:rPr>
          <w:sz w:val="20"/>
        </w:rPr>
        <w:t>42:09  today maulana with these examples have help me build a constructive conclusion that how important it is to understand that allah while granting you something has to look at other aspects as well."</w:t>
      </w:r>
      <w:r>
        <w:br/>
      </w:r>
      <w:r>
        <w:rPr>
          <w:sz w:val="20"/>
        </w:rPr>
        <w:t>42:28  kya matlab? maulana, un ka yahi comment hai kay jab allah kuch deta hai to woh bohat say aur doosray aspects ko lay kay deta hai.</w:t>
      </w:r>
      <w:r>
        <w:br/>
      </w:r>
      <w:r>
        <w:rPr>
          <w:sz w:val="20"/>
        </w:rPr>
        <w:t>42:38  to yeh baat aaj aap kay talk say samajh aayi. meray paas bohat misaalain hain, bilkul date kay sath, jagah kay sath, sab cheez kay hawala reference kay sath.</w:t>
      </w:r>
      <w:r>
        <w:br/>
      </w:r>
      <w:r>
        <w:rPr>
          <w:sz w:val="20"/>
        </w:rPr>
        <w:t>42:53  agar koi qeen ho, qeen to mein us ko bata sakta hoon, lekin shart wahi hai kay aap ka case genuine case ho, aap ko sach much allah par trust ho,</w:t>
      </w:r>
      <w:r>
        <w:br/>
      </w:r>
      <w:r>
        <w:rPr>
          <w:sz w:val="20"/>
        </w:rPr>
        <w:t>43:10  aap allah kay behtar ko jantay hon, aur aap kay andar yeh yeh itna sabr ho kay aap intazar kar sakain 70 saal tak, 50 saal tak intazar kar sakain.</w:t>
      </w:r>
      <w:r>
        <w:br/>
      </w:r>
      <w:r>
        <w:rPr>
          <w:sz w:val="20"/>
        </w:rPr>
        <w:t>43:22  intazar bohat zaroori hai. yeh hadees mein aata hai kay</w:t>
      </w:r>
      <w:r>
        <w:br/>
      </w:r>
      <w:r>
        <w:rPr>
          <w:sz w:val="20"/>
        </w:rPr>
        <w:t>43:30  kay intazar karna sab say bari ibadat hai, kyun kay dekhiye, jab aap intazar kartay hain to us ka matlab hai kay allah rab ul alameen par bharosa kar rahay hain.</w:t>
      </w:r>
      <w:r>
        <w:br/>
      </w:r>
      <w:r>
        <w:rPr>
          <w:sz w:val="20"/>
        </w:rPr>
        <w:t>43:40  jab aap intazar kar rahay hain to aap allah rab ul alameen par bharosa bharosa kar rahay hain. to bharosa karna hamari mamooli baat hai. allah rab ul alameen kahay ga farishton kay darmian kay dekho, yeh mein yeh banda kitna ziyada</w:t>
      </w:r>
      <w:r>
        <w:br/>
      </w:r>
      <w:r>
        <w:rPr>
          <w:sz w:val="20"/>
        </w:rPr>
        <w:t>43:59  us kay andar spirit hai kay mera intazar kar raha hai, intazar kar raha hai, intazar kar raha hai.</w:t>
      </w:r>
      <w:r>
        <w:br/>
      </w:r>
      <w:r>
        <w:rPr>
          <w:sz w:val="20"/>
        </w:rPr>
        <w:t>44:08  to ab kuch aap kuch kuch genuine kuch kuch dikhaiyain, kuch kay aap kay andar waqai kuch hai. spirit yun hi khawamkhwahi yani chahna baghair kisi yani baghair kisi</w:t>
      </w:r>
      <w:r>
        <w:br/>
      </w:r>
      <w:r>
        <w:rPr>
          <w:sz w:val="20"/>
        </w:rPr>
        <w:t>44:32  spirit kay to woh to kuch bhi nahi hai.</w:t>
      </w:r>
      <w:r>
        <w:br/>
      </w:r>
      <w:r>
        <w:rPr>
          <w:sz w:val="20"/>
        </w:rPr>
        <w:t>44:40  maulana am irshad sahibah nay likha hai chennai say: "maulana, saray dars ko sun kar mein bohat ro rahi hoon aur dua kar rahi hoon kay khuda meri sari zindagi cps mission mein laga day.</w:t>
      </w:r>
      <w:r>
        <w:br/>
      </w:r>
      <w:r>
        <w:rPr>
          <w:sz w:val="20"/>
        </w:rPr>
        <w:t>44:55  meray liye dua karain, maulana."</w:t>
      </w:r>
      <w:r>
        <w:br/>
      </w:r>
      <w:r>
        <w:rPr>
          <w:sz w:val="20"/>
        </w:rPr>
        <w:t>45:01  faisal saleem sahib nay likha hai bangalore say: "my take away from today lecture is that when we hope, it means we are trusting allah completely, and having patience within will help us to have faith in allah and his divine power.</w:t>
      </w:r>
      <w:r>
        <w:br/>
      </w:r>
      <w:r>
        <w:rPr>
          <w:sz w:val="20"/>
        </w:rPr>
        <w:t>45:21  thank you for this important enlightenment." mashallah.</w:t>
      </w:r>
      <w:r>
        <w:br/>
      </w:r>
      <w:r>
        <w:rPr>
          <w:sz w:val="20"/>
        </w:rPr>
        <w:t>45:27  maulana yaqoob umri nay delhi say likha hai: "maulana, the lecture was very enlightening and and has increase my trust in god.</w:t>
      </w:r>
      <w:r>
        <w:br/>
      </w:r>
      <w:r>
        <w:rPr>
          <w:sz w:val="20"/>
        </w:rPr>
        <w:t>45:36  hope is actually trust. when i listen to this sentence, i feel that i have got the real meaning of it today."</w:t>
      </w:r>
      <w:r>
        <w:br/>
      </w:r>
      <w:r>
        <w:rPr>
          <w:sz w:val="20"/>
        </w:rPr>
        <w:t>45:47  dekhiye, mein aap ko aik misaal deta hoon. abhi aik party ki jeet ho gayi, itni z</w:t>
      </w:r>
    </w:p>
    <w:p>
      <w:pPr>
        <w:pStyle w:val="Heading2"/>
      </w:pPr>
      <w:r>
        <w:t>How to read Quran translation properly</w:t>
      </w:r>
    </w:p>
    <w:p>
      <w:r>
        <w:rPr>
          <w:color w:val="666666"/>
          <w:sz w:val="18"/>
        </w:rPr>
        <w:t>Quran &amp; Tafsir · Hadith-e-Jibril, April 21, 2013 · 8m 26s · at 1:08:31 · https://youtu.be/0rF6Ou0pDog?t=4111</w:t>
      </w:r>
    </w:p>
    <w:p>
      <w:r>
        <w:rPr>
          <w:i/>
        </w:rPr>
        <w:t>“In the last class, you mentioned a hadith that if one derives the meaning of the Quran without tafsir, it will be wrong even if the meaning is correct. But you insist that we read the translation and also ponder. Please clarify how we should read the translation of the Quran.”</w:t>
      </w:r>
    </w:p>
    <w:p>
      <w:r>
        <w:rPr>
          <w:sz w:val="20"/>
        </w:rPr>
        <w:t>1:08:31  maulana, agla sawal dilli se hai ans sahib ka. unhon ne likha hai maulana sahib, last class mein aap ne ek hadees batai thi ke agar quran ka matlab tafseer ke baghair nikal liya to wo galat hoga, chahe sahi matlab kyun na ho.</w:t>
      </w:r>
      <w:r>
        <w:br/>
      </w:r>
      <w:r>
        <w:rPr>
          <w:sz w:val="20"/>
        </w:rPr>
        <w:t>1:08:49  lekin aap hamein tarjuma parhne ke liye taakeed karte hain aur ghhor-o-fikr ke liye bhi kehte hain.</w:t>
      </w:r>
      <w:r>
        <w:br/>
      </w:r>
      <w:r>
        <w:rPr>
          <w:sz w:val="20"/>
        </w:rPr>
        <w:t>1:08:55  aap yeh wazeh kar dijiye ke hamein quran ka tarjuma kis tareeqe se parhna chahiye.</w:t>
      </w:r>
      <w:r>
        <w:br/>
      </w:r>
      <w:r>
        <w:rPr>
          <w:sz w:val="20"/>
        </w:rPr>
        <w:t>1:09:03  daikhen, woh jo hadith mein ne sunai thi, woh hadith aise logon ke baray mein hai jo sincere na hon quran ke baray mein.</w:t>
      </w:r>
      <w:r>
        <w:br/>
      </w:r>
      <w:r>
        <w:rPr>
          <w:sz w:val="20"/>
        </w:rPr>
        <w:t>1:09:13  hawai tor par baaten nikalen. aise hi hawa mein apna dimagh dorayen. attkal mein, attkal.</w:t>
      </w:r>
      <w:r>
        <w:br/>
      </w:r>
      <w:r>
        <w:rPr>
          <w:sz w:val="20"/>
        </w:rPr>
        <w:t>1:09:22  jo kehte hain na, attkal.</w:t>
      </w:r>
      <w:r>
        <w:br/>
      </w:r>
      <w:r>
        <w:rPr>
          <w:sz w:val="20"/>
        </w:rPr>
        <w:t>1:09:24  to kabhi ittifaq se agar sahi baat bhi keh dein to chounke unhon ne yani sincere nahi thay woh, sanjeeda nahi thay woh, to apni ghair sanjeedgi ke barabar woh ghalat qarar payen gi.</w:t>
      </w:r>
      <w:r>
        <w:br/>
      </w:r>
      <w:r>
        <w:rPr>
          <w:sz w:val="20"/>
        </w:rPr>
        <w:t>1:09:42  to quran ko parhna chahiye bohat ziyada sanjeedgi ke sath, bohat ziyada sincerity ke sath. is ko bohat hi ziyada yani</w:t>
      </w:r>
      <w:r>
        <w:br/>
      </w:r>
      <w:r>
        <w:rPr>
          <w:sz w:val="20"/>
        </w:rPr>
        <w:t>1:09:56  allah ka yani yeh ehsas le kar ke ke agar mein koi ghalat baat kahun ga to allah ka meri pakar hogi.</w:t>
      </w:r>
      <w:r>
        <w:br/>
      </w:r>
      <w:r>
        <w:rPr>
          <w:sz w:val="20"/>
        </w:rPr>
        <w:t>1:10:05  to in sab baaton ko le kar agar aap parhen ge to bil farz aap ghalat kisi baat ka ghalat matan nikalein, tab bhi aap nahi pakar jayen ge.</w:t>
      </w:r>
      <w:r>
        <w:br/>
      </w:r>
      <w:r>
        <w:rPr>
          <w:sz w:val="20"/>
        </w:rPr>
        <w:t>1:10:14  yeh bhi samajh lijiye. yani ghair sanjeeda aadmi agar theek baat kahe to bhi pakar jayega woh. lekin sanjeeda aadmi agar koi ghalat baat ittifaq se keh de to woh pakar, is ki pakar nahi hogi.</w:t>
      </w:r>
      <w:r>
        <w:br/>
      </w:r>
      <w:r>
        <w:rPr>
          <w:sz w:val="20"/>
        </w:rPr>
        <w:t>1:10:29  mein aap ko aik misaal deta hoon</w:t>
      </w:r>
      <w:r>
        <w:br/>
      </w:r>
      <w:r>
        <w:rPr>
          <w:sz w:val="20"/>
        </w:rPr>
        <w:t>1:10:33  ke aik hadith hai, aik hadith hai ke aik baddo ka oont gum ho gaya desert mein.</w:t>
      </w:r>
      <w:r>
        <w:br/>
      </w:r>
      <w:r>
        <w:rPr>
          <w:sz w:val="20"/>
        </w:rPr>
        <w:t>1:10:45  ab woh dor raha hai idhar udhar. achaanak us ne dekha ke mein oont filani jagah, aik aik khara hua hai aik jagah,</w:t>
      </w:r>
      <w:r>
        <w:br/>
      </w:r>
      <w:r>
        <w:rPr>
          <w:sz w:val="20"/>
        </w:rPr>
        <w:t>1:10:59  pahar ke kisi hissay mein mil gaya us ko. to aap jante hain ke qadeem zamanay mein oont jo tha, kisi baddo ke liye sab kuch hota tha.</w:t>
      </w:r>
      <w:r>
        <w:br/>
      </w:r>
      <w:r>
        <w:rPr>
          <w:sz w:val="20"/>
        </w:rPr>
        <w:t>1:11:10  sab kuch wohi hota tha. isi par us ki zindagi depend karti thi. to bohat khush hua, bohat khush hua, bohat khush hua. to us ki zuban se nikal gaya allahumma anta abdi wa ana rabbuk a khuda, tu mera banda hai aur mein tera rab hoon.</w:t>
      </w:r>
      <w:r>
        <w:br/>
      </w:r>
      <w:r>
        <w:rPr>
          <w:sz w:val="20"/>
        </w:rPr>
        <w:t>1:11:29  yani ulta kaha gaya woh. yani kehna to chahiye tha ke a khuda, tu mera rab hai, mein tera banda hoon. woh ulta kaha gaya woh. tab bhi allah taala ke haan us ki bakhshish ho gayi.</w:t>
      </w:r>
      <w:r>
        <w:br/>
      </w:r>
      <w:r>
        <w:rPr>
          <w:sz w:val="20"/>
        </w:rPr>
        <w:t>1:11:43  kyunke intentionally he was not wrong</w:t>
      </w:r>
      <w:r>
        <w:br/>
      </w:r>
      <w:r>
        <w:rPr>
          <w:sz w:val="20"/>
        </w:rPr>
        <w:t>1:11:50  to yaad rakhiye, quran mein aap khoob ghor kijeye. khoob ghor kijeye.</w:t>
      </w:r>
      <w:r>
        <w:br/>
      </w:r>
      <w:r>
        <w:rPr>
          <w:sz w:val="20"/>
        </w:rPr>
        <w:t>1:11:58  aur agar aap sanjeeda honge, allah ka darr aap ke dil mein hoga, waqeatan aap sachai tak pohnchne ki niyat aap ke andar hogi, to bil farz koi baat ghalat aa jaye aap ke zehn mein to pakar nahi hogi is ki.</w:t>
      </w:r>
      <w:r>
        <w:br/>
      </w:r>
      <w:r>
        <w:rPr>
          <w:sz w:val="20"/>
        </w:rPr>
        <w:t>1:12:14  to asal cheez hai inma al awal bil niyyat</w:t>
      </w:r>
      <w:r>
        <w:br/>
      </w:r>
      <w:r>
        <w:rPr>
          <w:sz w:val="20"/>
        </w:rPr>
        <w:t>1:12:17  aap ki niyat durust ho, aap ka intention durust ho, yeh asal ahmiyat hai. baqi cheezen irrelevant hain.</w:t>
      </w:r>
      <w:r>
        <w:br/>
      </w:r>
      <w:r>
        <w:rPr>
          <w:sz w:val="20"/>
        </w:rPr>
        <w:t>1:12:28  maulana, un ka doosra sawal yeh hai ke hadith jibril mein dawat ka zikr kyun nahi kiya gaya?</w:t>
      </w:r>
      <w:r>
        <w:br/>
      </w:r>
      <w:r>
        <w:rPr>
          <w:sz w:val="20"/>
        </w:rPr>
        <w:t>1:12:39  hadith jibril apne aap mein dawat hai.</w:t>
      </w:r>
      <w:r>
        <w:br/>
      </w:r>
      <w:r>
        <w:rPr>
          <w:sz w:val="20"/>
        </w:rPr>
        <w:t>1:12:43  jab mein is ko parh raha tha to mein ne socha ke aasman se aik farishta aya, woh dawti to thi woh, batane ke liye.</w:t>
      </w:r>
      <w:r>
        <w:br/>
      </w:r>
      <w:r>
        <w:rPr>
          <w:sz w:val="20"/>
        </w:rPr>
        <w:t>1:12:55  allah ne farishta bheja ke jao mere baddo ko bata do</w:t>
      </w:r>
      <w:r>
        <w:br/>
      </w:r>
      <w:r>
        <w:rPr>
          <w:sz w:val="20"/>
        </w:rPr>
        <w:t>1:13:01  أَطَاعْكُمْ لَوَلَّمَكُمْ مِنْ دِيْنِكُمْ woh tumhare paas aaye tumhara deen batane ke liye.</w:t>
      </w:r>
      <w:r>
        <w:br/>
      </w:r>
      <w:r>
        <w:rPr>
          <w:sz w:val="20"/>
        </w:rPr>
        <w:t>1:13:10  to deen ko batana yahi to dawat hai.</w:t>
      </w:r>
      <w:r>
        <w:br/>
      </w:r>
      <w:r>
        <w:rPr>
          <w:sz w:val="20"/>
        </w:rPr>
        <w:t>1:13:13  woh ek demonstration diya unhon ne ke deen ko batane ke liye safar karo. toh mujhe ek waqea yaad aaya</w:t>
      </w:r>
      <w:r>
        <w:br/>
      </w:r>
      <w:r>
        <w:rPr>
          <w:sz w:val="20"/>
        </w:rPr>
        <w:t>1:13:24  ke abhi bangalore mein hamare saathi hain sarah fatima, toh woh walk karne gayi theen kisi park mein.</w:t>
      </w:r>
      <w:r>
        <w:br/>
      </w:r>
      <w:r>
        <w:rPr>
          <w:sz w:val="20"/>
        </w:rPr>
        <w:t>1:13:37  toh wahan unhon ne dekha ek ek darakht ke neeche ek lady khadi hui hai.</w:t>
      </w:r>
      <w:r>
        <w:br/>
      </w:r>
      <w:r>
        <w:rPr>
          <w:sz w:val="20"/>
        </w:rPr>
        <w:t>1:13:42  ek senior lady, ek hindu lady. toh woh qareeb gayeen toh bohat sad theen, bohat hi ghamgeen theen woh.</w:t>
      </w:r>
      <w:r>
        <w:br/>
      </w:r>
      <w:r>
        <w:rPr>
          <w:sz w:val="20"/>
        </w:rPr>
        <w:t>1:13:55  toh unhon ne poocha ke aap kyun ghamgeen kyun hain? toh unhon ne dekha ke dekho yahan par ek owl ka bachcha, yaani ullu ka bachcha gira, upar se gir pada hai.</w:t>
      </w:r>
      <w:r>
        <w:br/>
      </w:r>
      <w:r>
        <w:rPr>
          <w:sz w:val="20"/>
        </w:rPr>
        <w:t>1:14:10  woh urr nahi sakti</w:t>
      </w:r>
      <w:r>
        <w:br/>
      </w:r>
      <w:r>
        <w:rPr>
          <w:sz w:val="20"/>
        </w:rPr>
        <w:t>1:14:11  a aur is ko koway noch rahe hain. main yahan khadi hoon, kowon se bachane ke liye bhi khadi ho gayi yahan par.</w:t>
      </w:r>
      <w:r>
        <w:br/>
      </w:r>
      <w:r>
        <w:rPr>
          <w:sz w:val="20"/>
        </w:rPr>
        <w:t>1:14:19  toh unhon ne kaha ke aap pareshan na hon, main abhi is ko karti hoon. toh daud kar ghar gayeen, woh ek bas apne saath ek ek thela laeen, us bohat achhe tareeqe se us ko lapet kar thele mein rakha.</w:t>
      </w:r>
      <w:r>
        <w:br/>
      </w:r>
      <w:r>
        <w:rPr>
          <w:sz w:val="20"/>
        </w:rPr>
        <w:t>1:14:32  unhon ne kaha ke dekhen bangalore mein ek hospital hai, wahan is ka ilaaj hota hai.</w:t>
      </w:r>
      <w:r>
        <w:br/>
      </w:r>
      <w:r>
        <w:rPr>
          <w:sz w:val="20"/>
        </w:rPr>
        <w:t>1:14:37  woh log ilaaj kar ke us ko free kar dete hain aur bohat nominal charge lete hain is ka. toh main is ko wahan pahunchati hoon. aaj hi pahuncha doongi, aap bilkul dhyan rakhiye.</w:t>
      </w:r>
      <w:r>
        <w:br/>
      </w:r>
      <w:r>
        <w:rPr>
          <w:sz w:val="20"/>
        </w:rPr>
        <w:t>1:14:49  achha, is ke baad doosri pehlu suniye. jab woh ghar gayeen thela laane ke liye toh saath saath unhon ne quran bhi le liya. angrezi ka quran.</w:t>
      </w:r>
      <w:r>
        <w:br/>
      </w:r>
      <w:r>
        <w:rPr>
          <w:sz w:val="20"/>
        </w:rPr>
        <w:t>1:14:59  woh lady parhi likhi thi.</w:t>
      </w:r>
      <w:r>
        <w:br/>
      </w:r>
      <w:r>
        <w:rPr>
          <w:sz w:val="20"/>
        </w:rPr>
        <w:t>1:15:02  toh unhon ne kaha ke main bhi ek NGO se ta'alluq mein raha hoon. hum quran distribute karte hain. toh woh lady bohat khush hui.</w:t>
      </w:r>
      <w:r>
        <w:br/>
      </w:r>
      <w:r>
        <w:rPr>
          <w:sz w:val="20"/>
        </w:rPr>
        <w:t>1:15:14  unhon ne kaha ke main ek international NGO hoon, is ki member main hoon. aur main saare mulkon mein jaati rehti hoon. toh us ne ek aisi ajeeb baat kahi.</w:t>
      </w:r>
      <w:r>
        <w:br/>
      </w:r>
      <w:r>
        <w:rPr>
          <w:sz w:val="20"/>
        </w:rPr>
        <w:t>1:15:26  us ne kaha ke main ek hindu family mein paida hui toh mujhe ghar mein geeta mil gayi. geeta mere paas hai.</w:t>
      </w:r>
      <w:r>
        <w:br/>
      </w:r>
      <w:r>
        <w:rPr>
          <w:sz w:val="20"/>
        </w:rPr>
        <w:t>1:15:35  meri education hui ek christian school mein. wahan mujhe bible diya gaya. toh geeta aur bible mere paas ho gaye. ab main saari duniya ke mukhtalif mulkon mein gayi hoon lekin kisi musalman ne kabhi mujhe quran nahi diya tha.</w:t>
      </w:r>
      <w:r>
        <w:br/>
      </w:r>
      <w:r>
        <w:rPr>
          <w:sz w:val="20"/>
        </w:rPr>
        <w:t>1:15:50  aaj aap ne quran diya mujhe.</w:t>
      </w:r>
      <w:r>
        <w:br/>
      </w:r>
      <w:r>
        <w:rPr>
          <w:sz w:val="20"/>
        </w:rPr>
        <w:t>1:15:54  toh bohat khush hui woh. toh main samajhta hoon ke ek demonstration tha ke allah taala ne jibril ko bheja ke jaao mere bando ko batao.</w:t>
      </w:r>
      <w:r>
        <w:br/>
      </w:r>
      <w:r>
        <w:rPr>
          <w:sz w:val="20"/>
        </w:rPr>
        <w:t>1:16:05  aur phir bando ka hi karna hai ke jagah ja kar bataen woh. woh jo hai is mein ke lawallamkum min deenikum ke jibril aaye hain tumhare paas tum ko batane ke liye tumhara deen.</w:t>
      </w:r>
      <w:r>
        <w:br/>
      </w:r>
      <w:r>
        <w:rPr>
          <w:sz w:val="20"/>
        </w:rPr>
        <w:t>1:16:17  yahi toh sab ko karna hai ke jagah jagah jayen aap.</w:t>
      </w:r>
      <w:r>
        <w:br/>
      </w:r>
      <w:r>
        <w:rPr>
          <w:sz w:val="20"/>
        </w:rPr>
        <w:t>1:16:22  logon ko allah ka jo bataya hua deen hai us ko pahunchayen. lekin is is is is lady ne yeh kaha toh bohat mujhe ajeeb laga ke kitne mulkon mein woh gayi hoon, kitne musalmanon se is ki mulaqat hui hai.</w:t>
      </w:r>
      <w:r>
        <w:br/>
      </w:r>
      <w:r>
        <w:rPr>
          <w:sz w:val="20"/>
        </w:rPr>
        <w:t>1:16:38  kabhi kisi ne us ko quran nahi diya.</w:t>
      </w:r>
      <w:r>
        <w:br/>
      </w:r>
      <w:r>
        <w:rPr>
          <w:sz w:val="20"/>
        </w:rPr>
        <w:t>1:16:45  toh humein toh ek jazba is se milta hai ke allah ne jab farishton ko bhej diya ke ja kar mere bando ko deen batao toh mujhe bhi yahi kaam karna hai. ke allah ke bando ko allah ka deen pahunchana hai.</w:t>
      </w:r>
    </w:p>
    <w:p>
      <w:pPr>
        <w:pStyle w:val="Heading2"/>
      </w:pPr>
      <w:r>
        <w:t>Interpretation of Surah Al-Waqia groups</w:t>
      </w:r>
    </w:p>
    <w:p>
      <w:r>
        <w:rPr>
          <w:color w:val="666666"/>
          <w:sz w:val="18"/>
        </w:rPr>
        <w:t>Quran &amp; Tafsir · The Existence of God-7th October 2012 · 6m 34s · at 1:19:12 · https://youtu.be/XWFqKwm-LPM?t=4752</w:t>
      </w:r>
    </w:p>
    <w:p>
      <w:r>
        <w:rPr>
          <w:i/>
        </w:rPr>
        <w:t>“In Surah Al-Waqia, three groups are defined. One group will be near to Allah and they will be more from earlier generations. What does this mean?”</w:t>
      </w:r>
    </w:p>
    <w:p>
      <w:r>
        <w:rPr>
          <w:sz w:val="20"/>
        </w:rPr>
        <w:t>1:19:12  maulana, agla sawal america say aya hai ali sahib ka.</w:t>
      </w:r>
      <w:r>
        <w:br/>
      </w:r>
      <w:r>
        <w:rPr>
          <w:sz w:val="20"/>
        </w:rPr>
        <w:t>1:19:19  انہوں نے لکھا ہے: "ان سورہ الواقعہ تھری گروپس آر ڈیفائنڈ۔</w:t>
      </w:r>
      <w:r>
        <w:br/>
      </w:r>
      <w:r>
        <w:rPr>
          <w:sz w:val="20"/>
        </w:rPr>
        <w:t>1:19:25  and this one group will be near to Allah and they will be more from early generation and</w:t>
      </w:r>
      <w:r>
        <w:br/>
      </w:r>
      <w:r>
        <w:rPr>
          <w:sz w:val="20"/>
        </w:rPr>
        <w:t>1:19:32  less from letter generation.</w:t>
      </w:r>
      <w:r>
        <w:br/>
      </w:r>
      <w:r>
        <w:rPr>
          <w:sz w:val="20"/>
        </w:rPr>
        <w:t>1:19:39  Could you please explain who will come under this group and how can we be part of that?</w:t>
      </w:r>
      <w:r>
        <w:br/>
      </w:r>
      <w:r>
        <w:rPr>
          <w:sz w:val="20"/>
        </w:rPr>
        <w:t>1:19:46  group?" dekhiyay, koi group kay naam lay kar nahi bata sakta kay naam lay kar kay yeh group, woh group.</w:t>
      </w:r>
      <w:r>
        <w:br/>
      </w:r>
      <w:r>
        <w:rPr>
          <w:sz w:val="20"/>
        </w:rPr>
        <w:t>1:19:52  dekhiyay, yeh is is mein jo lafz hai "sulh" ka lafz hai wahan par, lekin murad hai afraad, individuals.</w:t>
      </w:r>
      <w:r>
        <w:br/>
      </w:r>
      <w:r>
        <w:rPr>
          <w:sz w:val="20"/>
        </w:rPr>
        <w:t>1:19:59  to is tarah kay afraad pehlay, yani aisay individuals pehlay ziyada thay, baad kay zamanay mein kam ho gayay.</w:t>
      </w:r>
      <w:r>
        <w:br/>
      </w:r>
      <w:r>
        <w:rPr>
          <w:sz w:val="20"/>
        </w:rPr>
        <w:t>1:20:06  is ka bohat hi wavis reason hai kyunkay din badan duniya mein distraction barh raha hai. distraction!</w:t>
      </w:r>
      <w:r>
        <w:br/>
      </w:r>
      <w:r>
        <w:rPr>
          <w:sz w:val="20"/>
        </w:rPr>
        <w:t>1:20:13  mere bachpan mein mein gaon mein rehta tha, wahan koi distraction hi nahin.</w:t>
      </w:r>
      <w:r>
        <w:br/>
      </w:r>
      <w:r>
        <w:rPr>
          <w:sz w:val="20"/>
        </w:rPr>
        <w:t>1:20:18  zindagi bohat mukhtasar thi, bohat thore cheezon ke darmiyan apni zindagi guzarta tha, to us waqt distraction tha</w:t>
      </w:r>
      <w:r>
        <w:br/>
      </w:r>
      <w:r>
        <w:rPr>
          <w:sz w:val="20"/>
        </w:rPr>
        <w:t>1:20:26  hi nahin.</w:t>
      </w:r>
      <w:r>
        <w:br/>
      </w:r>
      <w:r>
        <w:rPr>
          <w:sz w:val="20"/>
        </w:rPr>
        <w:t>1:20:27  ab hazaron distraction hain, 24 ghante.</w:t>
      </w:r>
      <w:r>
        <w:br/>
      </w:r>
      <w:r>
        <w:rPr>
          <w:sz w:val="20"/>
        </w:rPr>
        <w:t>1:20:30  to sab se bara jo farq hua hai, wo distraction ka farq hua hai.</w:t>
      </w:r>
      <w:r>
        <w:br/>
      </w:r>
      <w:r>
        <w:rPr>
          <w:sz w:val="20"/>
        </w:rPr>
        <w:t>1:20:36  isi liye farmaya ke baad ke zamanay mein aise individual, aise afraad kam milenge jo sachai mein</w:t>
      </w:r>
      <w:r>
        <w:br/>
      </w:r>
      <w:r>
        <w:rPr>
          <w:sz w:val="20"/>
        </w:rPr>
        <w:t>1:20:44  aage barhen.</w:t>
      </w:r>
      <w:r>
        <w:br/>
      </w:r>
      <w:r>
        <w:rPr>
          <w:sz w:val="20"/>
        </w:rPr>
        <w:t>1:20:45  yeh matlab hai is ka, koi mysterious baat nahi hai, yeh bohat hi saada si baat hai.</w:t>
      </w:r>
      <w:r>
        <w:br/>
      </w:r>
      <w:r>
        <w:rPr>
          <w:sz w:val="20"/>
        </w:rPr>
        <w:t>1:20:52  maulana, yeh sawal aaya hai muhammad ans sahib ka dilli se.</w:t>
      </w:r>
      <w:r>
        <w:br/>
      </w:r>
      <w:r>
        <w:rPr>
          <w:sz w:val="20"/>
        </w:rPr>
        <w:t>1:20:57  unhon ne likha hai ke do mahine qabal train mein meri mister saini se mulaqat hui thi, jo</w:t>
      </w:r>
      <w:r>
        <w:br/>
      </w:r>
      <w:r>
        <w:rPr>
          <w:sz w:val="20"/>
        </w:rPr>
        <w:t>1:21:05  government employee thay.</w:t>
      </w:r>
      <w:r>
        <w:br/>
      </w:r>
      <w:r>
        <w:rPr>
          <w:sz w:val="20"/>
        </w:rPr>
        <w:t>1:21:06  ان سے میں نے دعوت کو لے کر بات کی، وہ کافی impressed ہوئے اور انہوں نے خود</w:t>
      </w:r>
      <w:r>
        <w:br/>
      </w:r>
      <w:r>
        <w:rPr>
          <w:sz w:val="20"/>
        </w:rPr>
        <w:t>1:21:14  he mujh se quran ka hindi translation manga.</w:t>
      </w:r>
      <w:r>
        <w:br/>
      </w:r>
      <w:r>
        <w:rPr>
          <w:sz w:val="20"/>
        </w:rPr>
        <w:t>1:21:17  main ne un se wada kiya ke main aap ko quran doon ga, lekin main ne un se</w:t>
      </w:r>
      <w:r>
        <w:br/>
      </w:r>
      <w:r>
        <w:rPr>
          <w:sz w:val="20"/>
        </w:rPr>
        <w:t>1:21:25  dobara contact karne ki koshish ki aur un se baat na ho pai.</w:t>
      </w:r>
      <w:r>
        <w:br/>
      </w:r>
      <w:r>
        <w:rPr>
          <w:sz w:val="20"/>
        </w:rPr>
        <w:t>1:21:31  un ke larkay ne phone par baat ki aur us ne bataya ke un ka operation hai.</w:t>
      </w:r>
      <w:r>
        <w:br/>
      </w:r>
      <w:r>
        <w:rPr>
          <w:sz w:val="20"/>
        </w:rPr>
        <w:t>1:21:38  phir ab dobara main ne phone kiya to phir un ke larkay se baat hui aur us ne</w:t>
      </w:r>
      <w:r>
        <w:br/>
      </w:r>
      <w:r>
        <w:rPr>
          <w:sz w:val="20"/>
        </w:rPr>
        <w:t>1:21:46  bataya ke un ke father ki death ho gayi hai.</w:t>
      </w:r>
      <w:r>
        <w:br/>
      </w:r>
      <w:r>
        <w:rPr>
          <w:sz w:val="20"/>
        </w:rPr>
        <w:t>1:21:50  to main ne mister saini ke larkay gaurav se yeh kaha ke aap ke father ki yeh khwahish</w:t>
      </w:r>
      <w:r>
        <w:br/>
      </w:r>
      <w:r>
        <w:rPr>
          <w:sz w:val="20"/>
        </w:rPr>
        <w:t>1:21:58  thi ke wo quran parhen, to aap is adhoore kaam ko kar dijiye.</w:t>
      </w:r>
      <w:r>
        <w:br/>
      </w:r>
      <w:r>
        <w:rPr>
          <w:sz w:val="20"/>
        </w:rPr>
        <w:t>1:22:03  lekin Gorb ne jawab mein kaha ke main atheist ho gaya hoon aur woh bahut zyada excited ho</w:t>
      </w:r>
      <w:r>
        <w:br/>
      </w:r>
      <w:r>
        <w:rPr>
          <w:sz w:val="20"/>
        </w:rPr>
        <w:t>1:22:11  kar rone laga aur kehne laga ke abhi main atharah saal ka bhi hua hoon aur meri bari</w:t>
      </w:r>
      <w:r>
        <w:br/>
      </w:r>
      <w:r>
        <w:rPr>
          <w:sz w:val="20"/>
        </w:rPr>
        <w:t>1:22:19  behnein hain, un ki shadi bhi nahi hui hai, to kaise yeh sab hoga? to ab wo god</w:t>
      </w:r>
      <w:r>
        <w:br/>
      </w:r>
      <w:r>
        <w:rPr>
          <w:sz w:val="20"/>
        </w:rPr>
        <w:t>1:22:26  mein believe nahi karta.</w:t>
      </w:r>
      <w:r>
        <w:br/>
      </w:r>
      <w:r>
        <w:rPr>
          <w:sz w:val="20"/>
        </w:rPr>
        <w:t>1:22:28  maulana, mister saini ka larkay bohat ziyada frustrated ho gaya hai, to aap mujhe yeh bataiye ke mujhe</w:t>
      </w:r>
      <w:r>
        <w:br/>
      </w:r>
      <w:r>
        <w:rPr>
          <w:sz w:val="20"/>
        </w:rPr>
        <w:t>1:22:36  kya aur kaise karna chahiye? kya karna chahiye mujhe? un ko yahi samjhana hoga ke yeh sab cheezein</w:t>
      </w:r>
      <w:r>
        <w:br/>
      </w:r>
      <w:r>
        <w:rPr>
          <w:sz w:val="20"/>
        </w:rPr>
        <w:t>1:22:44  to us ko challenge ke taur par lijiye, challenge ke taur par.</w:t>
      </w:r>
      <w:r>
        <w:br/>
      </w:r>
      <w:r>
        <w:rPr>
          <w:sz w:val="20"/>
        </w:rPr>
        <w:t>1:22:49  hazaron log hain, un ke baap mar jatay hain.</w:t>
      </w:r>
      <w:r>
        <w:br/>
      </w:r>
      <w:r>
        <w:rPr>
          <w:sz w:val="20"/>
        </w:rPr>
        <w:t>1:22:53  hamare hamare apne baap bachpan mein mar gaye, hum log teen bhai thay aur bachpan mein mar gaye</w:t>
      </w:r>
      <w:r>
        <w:br/>
      </w:r>
      <w:r>
        <w:rPr>
          <w:sz w:val="20"/>
        </w:rPr>
        <w:t>1:23:00  hamare baap.</w:t>
      </w:r>
      <w:r>
        <w:br/>
      </w:r>
      <w:r>
        <w:rPr>
          <w:sz w:val="20"/>
        </w:rPr>
        <w:t>1:23:02  to family mein hum koi yateem ban gaye kyunke Allah ke fazl se hamare teeno bhai jo hain,</w:t>
      </w:r>
      <w:r>
        <w:br/>
      </w:r>
      <w:r>
        <w:rPr>
          <w:sz w:val="20"/>
        </w:rPr>
        <w:t>1:23:09  bohat bare, hum ko bohat kaam kiya unhon ne zindagi mein.</w:t>
      </w:r>
      <w:r>
        <w:br/>
      </w:r>
      <w:r>
        <w:rPr>
          <w:sz w:val="20"/>
        </w:rPr>
        <w:t>1:23:14  to yeh to ek challenge hai, ek ek ek ek zindagi mein jis ko challenge pesh aata hai,</w:t>
      </w:r>
      <w:r>
        <w:br/>
      </w:r>
      <w:r>
        <w:rPr>
          <w:sz w:val="20"/>
        </w:rPr>
        <w:t>1:23:22  wahi to bare bare kaam karta hai.</w:t>
      </w:r>
      <w:r>
        <w:br/>
      </w:r>
      <w:r>
        <w:rPr>
          <w:sz w:val="20"/>
        </w:rPr>
        <w:t>1:23:25  is bachche ko yeh koi samjhaye ke is ko aap negative sense mein kyun le rahe hain? yeh</w:t>
      </w:r>
      <w:r>
        <w:br/>
      </w:r>
      <w:r>
        <w:rPr>
          <w:sz w:val="20"/>
        </w:rPr>
        <w:t>1:23:33  challenge hai jo aap ko motivate karta hai, aap ko aap ka incentive paida karta hai ke aap</w:t>
      </w:r>
      <w:r>
        <w:br/>
      </w:r>
      <w:r>
        <w:rPr>
          <w:sz w:val="20"/>
        </w:rPr>
        <w:t>1:23:40  aage barh kar ke bare bare kaam karen.</w:t>
      </w:r>
      <w:r>
        <w:br/>
      </w:r>
      <w:r>
        <w:rPr>
          <w:sz w:val="20"/>
        </w:rPr>
        <w:t>1:23:44  to challenge ki nafsiyat yeh hoti hai ke aadmi ki energy ko barha deta hai, thinking capacity barha</w:t>
      </w:r>
      <w:r>
        <w:br/>
      </w:r>
      <w:r>
        <w:rPr>
          <w:sz w:val="20"/>
        </w:rPr>
        <w:t>1:23:51  deta hai.</w:t>
      </w:r>
      <w:r>
        <w:br/>
      </w:r>
      <w:r>
        <w:rPr>
          <w:sz w:val="20"/>
        </w:rPr>
        <w:t>1:23:53  yani agar baap zinda rehta aur khoob un ko pampering karta to un ko kuch zindagi mein challenge</w:t>
      </w:r>
      <w:r>
        <w:br/>
      </w:r>
      <w:r>
        <w:rPr>
          <w:sz w:val="20"/>
        </w:rPr>
        <w:t>1:24:01  na pesh aata, un ko koi taraqqi bhi na hoti.</w:t>
      </w:r>
      <w:r>
        <w:br/>
      </w:r>
      <w:r>
        <w:rPr>
          <w:sz w:val="20"/>
        </w:rPr>
        <w:t>1:24:05  unki baap agar zinda rehta aur un ki pampering karta rehta to koi koi un ka intellectual</w:t>
      </w:r>
      <w:r>
        <w:br/>
      </w:r>
      <w:r>
        <w:rPr>
          <w:sz w:val="20"/>
        </w:rPr>
        <w:t>1:24:13  development ruk jata.</w:t>
      </w:r>
      <w:r>
        <w:br/>
      </w:r>
      <w:r>
        <w:rPr>
          <w:sz w:val="20"/>
        </w:rPr>
        <w:t>1:24:14  un ka ab to mein samajhta hoon ke better position mein hain woh ke challenge mein jeena pare</w:t>
      </w:r>
      <w:r>
        <w:br/>
      </w:r>
      <w:r>
        <w:rPr>
          <w:sz w:val="20"/>
        </w:rPr>
        <w:t>1:24:22  ga un ko, jis ki wajah se un ka zehni irtaqa hoga.</w:t>
      </w:r>
      <w:r>
        <w:br/>
      </w:r>
      <w:r>
        <w:rPr>
          <w:sz w:val="20"/>
        </w:rPr>
        <w:t>1:24:27  bare bare planning kar payenge, woh bare bare baatein soch soch soch jayenge.</w:t>
      </w:r>
      <w:r>
        <w:br/>
      </w:r>
      <w:r>
        <w:rPr>
          <w:sz w:val="20"/>
        </w:rPr>
        <w:t>1:24:33  woh ab aise hazaron cases hain ke ke ke bachpan mein baap mar gaya aur unhon ne bohat</w:t>
      </w:r>
      <w:r>
        <w:br/>
      </w:r>
      <w:r>
        <w:rPr>
          <w:sz w:val="20"/>
        </w:rPr>
        <w:t>1:24:41  bare bare taraqqiyan ki, jis ke jis ka misaal mein khud hoon.</w:t>
      </w:r>
      <w:r>
        <w:br/>
      </w:r>
      <w:r>
        <w:rPr>
          <w:sz w:val="20"/>
        </w:rPr>
        <w:t>1:24:46  mere mere teeno bhai hain, yeh koi baat nahi hai, in ko samjhane ki zaroorat hai ke woh</w:t>
      </w:r>
      <w:r>
        <w:br/>
      </w:r>
      <w:r>
        <w:rPr>
          <w:sz w:val="20"/>
        </w:rPr>
        <w:t>1:24:54  samjhaya jaye ke zindagi naam hai challenge ka.</w:t>
      </w:r>
      <w:r>
        <w:br/>
      </w:r>
      <w:r>
        <w:rPr>
          <w:sz w:val="20"/>
        </w:rPr>
        <w:t>1:24:57  mein khwahish karta hoon in ko aap bajaye Quran dene ke pehli kitab doosri dijiye, yani moral vision</w:t>
      </w:r>
      <w:r>
        <w:br/>
      </w:r>
      <w:r>
        <w:rPr>
          <w:sz w:val="20"/>
        </w:rPr>
        <w:t>1:25:05  dijiye.</w:t>
      </w:r>
      <w:r>
        <w:br/>
      </w:r>
      <w:r>
        <w:rPr>
          <w:sz w:val="20"/>
        </w:rPr>
        <w:t>1:25:07  agar angrezi parhte hon aur hindi parhte hon to in ko in ko dijiye woh kitab jo hai.</w:t>
      </w:r>
      <w:r>
        <w:br/>
      </w:r>
      <w:r>
        <w:rPr>
          <w:sz w:val="20"/>
        </w:rPr>
        <w:t>1:25:14  ah, kya adhyaye kya hai naam is kitab ka? adhyaye kamyabi ke panch adhyaye kya hain? kamyabi ke</w:t>
      </w:r>
      <w:r>
        <w:br/>
      </w:r>
      <w:r>
        <w:rPr>
          <w:sz w:val="20"/>
        </w:rPr>
        <w:t>1:25:22  panch adhyaye hain? kamyabi ke panch adhyaye kamyabi ke panch adhyaye hindi mein hain.</w:t>
      </w:r>
      <w:r>
        <w:br/>
      </w:r>
      <w:r>
        <w:rPr>
          <w:sz w:val="20"/>
        </w:rPr>
        <w:t>1:25:28  wo agar wo english jante hon to aap moral vision dijiye, urdu jante hon to raziyat dijiye, hindi</w:t>
      </w:r>
      <w:r>
        <w:br/>
      </w:r>
      <w:r>
        <w:rPr>
          <w:sz w:val="20"/>
        </w:rPr>
        <w:t>1:25:36  jante hon to kamyabi ke panch adyae dijiye.</w:t>
      </w:r>
      <w:r>
        <w:br/>
      </w:r>
      <w:r>
        <w:rPr>
          <w:sz w:val="20"/>
        </w:rPr>
        <w:t>1:25:39  abhi quran mat dijiye, in ko baat ko dijiye ga to inshallah samajh jayen ge baat ko.</w:t>
      </w:r>
    </w:p>
    <w:p>
      <w:pPr>
        <w:pStyle w:val="Heading2"/>
      </w:pPr>
      <w:r>
        <w:t>Learning Quran for non-Arabic speakers and interpretations</w:t>
      </w:r>
    </w:p>
    <w:p>
      <w:r>
        <w:rPr>
          <w:color w:val="666666"/>
          <w:sz w:val="18"/>
        </w:rPr>
        <w:t>Quran &amp; Tafsir · Study of The Quran 23 June 2019 - Maulana Wahiduddin Khan · 5m 31s · at 34:30 · https://youtu.be/tFQnqhFtPko?t=2070</w:t>
      </w:r>
    </w:p>
    <w:p>
      <w:r>
        <w:rPr>
          <w:i/>
        </w:rPr>
        <w:t>“What is the best way to learn Quran for non-Arabic speaker? Why do we have multiple interpretations of Quran? How someone new like me can choose the right interpretation?”</w:t>
      </w:r>
    </w:p>
    <w:p>
      <w:r>
        <w:rPr>
          <w:sz w:val="20"/>
        </w:rPr>
        <w:t>34:30  yeh sawal bheja hai congo central africa se muhammad akhlaq mewati sahib ne. unhone likha hai: "what is the best way to learn quran for non arabic speaker?</w:t>
      </w:r>
      <w:r>
        <w:br/>
      </w:r>
      <w:r>
        <w:rPr>
          <w:sz w:val="20"/>
        </w:rPr>
        <w:t>34:47  why do we have multiple interpretations of quran? how someone new like me can choose the right interpretation?"</w:t>
      </w:r>
      <w:r>
        <w:br/>
      </w:r>
      <w:r>
        <w:rPr>
          <w:sz w:val="20"/>
        </w:rPr>
        <w:t>35:00  ka matlab maulana, unke actually ek sawal ke do hisse hain. pehla hissa to unhone aap se poocha hai ke ek non arabic speaker quran ko kaise samjhe?</w:t>
      </w:r>
      <w:r>
        <w:br/>
      </w:r>
      <w:r>
        <w:rPr>
          <w:sz w:val="20"/>
        </w:rPr>
        <w:t>35:12  aur jo doosra hissa hai sawal ka, woh yeh hai ke itne zyada interpretations available hain abhi, ah ah ke kaise choose karein ke sahi interpretation konsa hai quran ka?</w:t>
      </w:r>
      <w:r>
        <w:br/>
      </w:r>
      <w:r>
        <w:rPr>
          <w:sz w:val="20"/>
        </w:rPr>
        <w:t>35:27  dekhiye, pehli baat to yeh ke arabi zaban bahut hi aasan zaban hai. koi bhi aadmi agar sincere hai to bahut aasani se woh arabi seekh sakta hai.</w:t>
      </w:r>
      <w:r>
        <w:br/>
      </w:r>
      <w:r>
        <w:rPr>
          <w:sz w:val="20"/>
        </w:rPr>
        <w:t>35:42  doosri taraf yeh ke arabi koi shart lazim nahi hai quran samajhne ke liye. quran ke tarjume, tafaseer har zaban mein maujood hain.</w:t>
      </w:r>
      <w:r>
        <w:br/>
      </w:r>
      <w:r>
        <w:rPr>
          <w:sz w:val="20"/>
        </w:rPr>
        <w:t>35:53  har zaban mein sab se badi cheez jo chahiye, woh aqal hai. agar aap ke paas aqal ho to bas kaafi hai.</w:t>
      </w:r>
      <w:r>
        <w:br/>
      </w:r>
      <w:r>
        <w:rPr>
          <w:sz w:val="20"/>
        </w:rPr>
        <w:t>36:04  woh kisi bhi kisi bhi zaban mein aap padhiye,</w:t>
      </w:r>
      <w:r>
        <w:br/>
      </w:r>
      <w:r>
        <w:rPr>
          <w:sz w:val="20"/>
        </w:rPr>
        <w:t>36:10  yeh koi rukawat rukawat nahi hai jo log samajhte hain. Koi bhi rukawat Quran ko samajhne ke liye maujood nahi hai.</w:t>
      </w:r>
      <w:r>
        <w:br/>
      </w:r>
      <w:r>
        <w:rPr>
          <w:sz w:val="20"/>
        </w:rPr>
        <w:t>36:21  main yaqeen ke sath keh sakta hoon. Aur doosri cheez jo hai, woh cheez kya hai?</w:t>
      </w:r>
      <w:r>
        <w:br/>
      </w:r>
      <w:r>
        <w:rPr>
          <w:sz w:val="20"/>
        </w:rPr>
        <w:t>36:29  keh bohat sare interpretation. Ji, yeh bhi to bekar baat hai. Konsi duniya mein aisi cheez bhi interpretation na ho? Konsay bataiye?</w:t>
      </w:r>
      <w:r>
        <w:br/>
      </w:r>
      <w:r>
        <w:rPr>
          <w:sz w:val="20"/>
        </w:rPr>
        <w:t>36:38  bimari har doctor alag alag batata hai is ke baray mein. To kya log ilaj nahi karte?</w:t>
      </w:r>
      <w:r>
        <w:br/>
      </w:r>
      <w:r>
        <w:rPr>
          <w:sz w:val="20"/>
        </w:rPr>
        <w:t>36:48  log ilaj nahi karte? Dukandari, dukandar jo bechte hain saman alag alag dhang se, woh batate hain. To kya log dukandari band ho gayi hai?</w:t>
      </w:r>
      <w:r>
        <w:br/>
      </w:r>
      <w:r>
        <w:rPr>
          <w:sz w:val="20"/>
        </w:rPr>
        <w:t>37:00  yeh konsi cheez aisi hai jis mein interpretation, diverse interpretation na ho? Yeh rukawat konsi hai? Apni aql ko istemal kijiye, apni common sense ko istemal kijiye.</w:t>
      </w:r>
      <w:r>
        <w:br/>
      </w:r>
      <w:r>
        <w:rPr>
          <w:sz w:val="20"/>
        </w:rPr>
        <w:t>37:12  yeh sab bilkul yaani aise log yeh baatein karte hain jo serious, sincere nahi hain. Wahi aadmi apne baray mein, apne business ke baray mein, apne job ke baray mein, apne ilaj ke baray mein sincere hota to wahi sawal nahi, sawal nahi karta.</w:t>
      </w:r>
      <w:r>
        <w:br/>
      </w:r>
      <w:r>
        <w:rPr>
          <w:sz w:val="20"/>
        </w:rPr>
        <w:t>37:30  aur yahan sawal kar raha hai.</w:t>
      </w:r>
      <w:r>
        <w:br/>
      </w:r>
      <w:r>
        <w:rPr>
          <w:sz w:val="20"/>
        </w:rPr>
        <w:t>37:35  main nahi manta ke yeh koi sawal hai. Jab aap ka beta bimar hota hai to sheher mein hazaron doctor hotay hain.</w:t>
      </w:r>
      <w:r>
        <w:br/>
      </w:r>
      <w:r>
        <w:rPr>
          <w:sz w:val="20"/>
        </w:rPr>
        <w:t>37:44  to kya aap is mein phans jatay hain aur ilaj nahi kar patay? In ke paas jaon, in ke paas jaon, in ke paas jaon? Kon aisa baap hoga jo apne bete ke ilaj ke liye is liye na kar paye ke bohat se doctor hain?</w:t>
      </w:r>
      <w:r>
        <w:br/>
      </w:r>
      <w:r>
        <w:rPr>
          <w:sz w:val="20"/>
        </w:rPr>
        <w:t>38:01  to kya karein? Aap sincere hona, aap ka</w:t>
      </w:r>
      <w:r>
        <w:br/>
      </w:r>
      <w:r>
        <w:rPr>
          <w:sz w:val="20"/>
        </w:rPr>
        <w:t>38:09  dimagh mein aql hona kafi hai aap ke liye ke aap aik right doctor ko choose karein aur us se ilaj karein. To har mamle mein aap us ko solve kar letay hain.</w:t>
      </w:r>
      <w:r>
        <w:br/>
      </w:r>
      <w:r>
        <w:rPr>
          <w:sz w:val="20"/>
        </w:rPr>
        <w:t>38:22  sirf deeni ka mamla aisa solve nahi hota. Yeh yeh sab bekar baat hai. Mere nazdeek yeh koi baatein nahi hain.</w:t>
      </w:r>
      <w:r>
        <w:br/>
      </w:r>
      <w:r>
        <w:rPr>
          <w:sz w:val="20"/>
        </w:rPr>
        <w:t>38:33  Maulana, agla comment bheja hai Delhi se Dr. Naghma Siddiqui ne. Unhon ne likha hai: "Maulana, jazak Allah for explaining the importance of overcoming bias and understanding the historical age to understand Quran and the global opportunities that the present age has opened for spreading the Quranic message through universal dawah.</w:t>
      </w:r>
      <w:r>
        <w:br/>
      </w:r>
      <w:r>
        <w:rPr>
          <w:sz w:val="20"/>
        </w:rPr>
        <w:t>39:01  Inshallah, Maulana, I re dedicate my life to this mission. May God help me to achieve this. Inshallah." Maulana, agla comment Kashmir se bheja hai Miss Mehak Fayyaz Khan ne.</w:t>
      </w:r>
      <w:r>
        <w:br/>
      </w:r>
      <w:r>
        <w:rPr>
          <w:sz w:val="20"/>
        </w:rPr>
        <w:t>39:17  Unhon ne likha hai: "I gained new things today. It is not just about interpretation, but it is about right interpretation considering the cultural, historical, linguistic and social conditions of that particular time.</w:t>
      </w:r>
      <w:r>
        <w:br/>
      </w:r>
      <w:r>
        <w:rPr>
          <w:sz w:val="20"/>
        </w:rPr>
        <w:t>39:36  Such a beautiful and meaningful lecture. Thanks Maulana sahib." Sajid Anwar sahib ne Mumbai se likha hai: "Maulana, very thrilling explanation of the Hadith that the miracles of the Quran will never end.</w:t>
      </w:r>
      <w:r>
        <w:br/>
      </w:r>
      <w:r>
        <w:rPr>
          <w:sz w:val="20"/>
        </w:rPr>
        <w:t>39:51  The points of universal knowledge and freeing oneself from all kinds of prejudices were extremely important.</w:t>
      </w:r>
    </w:p>
    <w:p>
      <w:pPr>
        <w:pStyle w:val="Heading2"/>
      </w:pPr>
      <w:r>
        <w:t>Meaning of 'Every day He is engaged'</w:t>
      </w:r>
    </w:p>
    <w:p>
      <w:r>
        <w:rPr>
          <w:color w:val="666666"/>
          <w:sz w:val="18"/>
        </w:rPr>
        <w:t>Quran &amp; Tafsir · Revival of Faith September 25, 2011 Maulana Wahiduddin Khan · 6m 35s · at 1:05:46 · https://youtu.be/sG_btZMffxg?t=3946</w:t>
      </w:r>
    </w:p>
    <w:p>
      <w:r>
        <w:rPr>
          <w:i/>
        </w:rPr>
        <w:t>“In Surah Rahman it is said 'Every day He is engaged in some matter.' What does this mean?”</w:t>
      </w:r>
    </w:p>
    <w:p>
      <w:r>
        <w:rPr>
          <w:sz w:val="20"/>
        </w:rPr>
        <w:t>1:05:46  agla sawal Maulana Ah Maulana Abdul Basit Umri ka hai, Doha Qatar se. unhon ne likha hai: "Maulana Surah Rahman mein hai ke kal yomeen huwa fi shan." is ka matlab kya hai?</w:t>
      </w:r>
      <w:r>
        <w:br/>
      </w:r>
      <w:r>
        <w:rPr>
          <w:sz w:val="20"/>
        </w:rPr>
        <w:t>1:06:07  is ka matlab yeh hai ke Allah taala ne is kainat ko asal mein pehle zamanay mein yeh tasawwur tha ke Khuda ne paida kar diya aur phir automatic machine ki tarah duniya chal rahi hai.</w:t>
      </w:r>
      <w:r>
        <w:br/>
      </w:r>
      <w:r>
        <w:rPr>
          <w:sz w:val="20"/>
        </w:rPr>
        <w:t>1:06:21  paida karne ke baad Khuda ka is mein koi koi dakhal nahi hai. yeh ek tasawwur tha pehle.</w:t>
      </w:r>
      <w:r>
        <w:br/>
      </w:r>
      <w:r>
        <w:rPr>
          <w:sz w:val="20"/>
        </w:rPr>
        <w:t>1:06:29  to isi ki tardeed hai yeh ke Khuda ne doosri jagah "ala al-khalq wal amr" doosri jagah ke Khuda ne paida kiya aur aur poori kainat is ke ek active control mein hai.</w:t>
      </w:r>
      <w:r>
        <w:br/>
      </w:r>
      <w:r>
        <w:rPr>
          <w:sz w:val="20"/>
        </w:rPr>
        <w:t>1:06:45  woh is ko manage kar raha hai, har lamha manage kar raha hai. "kal yomeen huwa fi shan" ka matlab hai ke har lamha Khuda is is kainat ko manage kar raha hai.</w:t>
      </w:r>
      <w:r>
        <w:br/>
      </w:r>
      <w:r>
        <w:rPr>
          <w:sz w:val="20"/>
        </w:rPr>
        <w:t>1:06:56  aisa nahi ke alag thalag hai is se.</w:t>
      </w:r>
      <w:r>
        <w:br/>
      </w:r>
      <w:r>
        <w:rPr>
          <w:sz w:val="20"/>
        </w:rPr>
        <w:t>1:06:59  yeh matlab hai is ka.</w:t>
      </w:r>
      <w:r>
        <w:br/>
      </w:r>
      <w:r>
        <w:rPr>
          <w:sz w:val="20"/>
        </w:rPr>
        <w:t>1:07:04  Mr Sajid Anwar ne Roorkee se likha hai: "jaise ek misaal doon mein aap ko, abhi kal parson ki khabar thi ke ek satellite jo America ne faza mein khala mein bheja tha,</w:t>
      </w:r>
      <w:r>
        <w:br/>
      </w:r>
      <w:r>
        <w:rPr>
          <w:sz w:val="20"/>
        </w:rPr>
        <w:t>1:07:21  kai baras tak kaam karta raha woh, ab woh defunct ho gaya. ab woh kaam karna chhod diya us ne.</w:t>
      </w:r>
      <w:r>
        <w:br/>
      </w:r>
      <w:r>
        <w:rPr>
          <w:sz w:val="20"/>
        </w:rPr>
        <w:t>1:07:29  jab woh aisa hota hai to woh satellite jo hai neeche aane lagta hai, yani jo ghoomta rehta hai zameen ke gird to woh band ho jata hai ghoomna.</w:t>
      </w:r>
      <w:r>
        <w:br/>
      </w:r>
      <w:r>
        <w:rPr>
          <w:sz w:val="20"/>
        </w:rPr>
        <w:t>1:07:38  ab zameen ki kashish se woh neeche aane lagta hai. to aa raha tha, ab tamam tamam khabrein thi ke kahan girega, kahan girega, kahan girega. ab woh agar aur ek bari bus ke waqt tha, woh</w:t>
      </w:r>
      <w:r>
        <w:br/>
      </w:r>
      <w:r>
        <w:rPr>
          <w:sz w:val="20"/>
        </w:rPr>
        <w:t>1:07:51  agar woh gira hota farz ke kisi shehar par, kisi basti par, sara tahseen kar deta woh. kyun ke upar se jab cheez girti hai, koi bohat sakht is ki chot hoti hai.</w:t>
      </w:r>
      <w:r>
        <w:br/>
      </w:r>
      <w:r>
        <w:rPr>
          <w:sz w:val="20"/>
        </w:rPr>
        <w:t>1:08:00  itna bara pathar bhi agar gire to bohat bara is ka dhamaka hoga. jab poori ek bari si bus gire to kitna bara dhamaka hoga. lekin woh gira ja kahan ke samandar bhi gir gaya.</w:t>
      </w:r>
      <w:r>
        <w:br/>
      </w:r>
      <w:r>
        <w:rPr>
          <w:sz w:val="20"/>
        </w:rPr>
        <w:t>1:08:12  yeh Khuda ne manage kiya is ko.</w:t>
      </w:r>
      <w:r>
        <w:br/>
      </w:r>
      <w:r>
        <w:rPr>
          <w:sz w:val="20"/>
        </w:rPr>
        <w:t>1:08:16  agar Khuda manage na karta itldm to agar gir padta kisi kisi shehar mein, kisi insani basti mein to bohat tabahi hoti is ki wajah se.</w:t>
      </w:r>
      <w:r>
        <w:br/>
      </w:r>
      <w:r>
        <w:rPr>
          <w:sz w:val="20"/>
        </w:rPr>
        <w:t>1:08:26  to yeh ek choti si misaal hai. har lamha Khuda manage kar raha hai is kainat ko, insani history ko bhi.</w:t>
      </w:r>
      <w:r>
        <w:br/>
      </w:r>
      <w:r>
        <w:rPr>
          <w:sz w:val="20"/>
        </w:rPr>
        <w:t>1:08:35  tab bhi dunya aise chal rahi hai, warna chal nahi sakti thi.</w:t>
      </w:r>
      <w:r>
        <w:br/>
      </w:r>
      <w:r>
        <w:rPr>
          <w:sz w:val="20"/>
        </w:rPr>
        <w:t>1:08:43  Mr. Sajid Anwar ne Roorkee se likha hai: "During dawah activities, sometimes it happens that seemingly highly educated person turn out to be very insincere during the discussions.</w:t>
      </w:r>
      <w:r>
        <w:br/>
      </w:r>
      <w:r>
        <w:rPr>
          <w:sz w:val="20"/>
        </w:rPr>
        <w:t>1:08:58  they pose such questions which are outrightly illogical. how to continue da'wah discussion under such situations?</w:t>
      </w:r>
      <w:r>
        <w:br/>
      </w:r>
      <w:r>
        <w:rPr>
          <w:sz w:val="20"/>
        </w:rPr>
        <w:t>1:09:08  kindly advice."</w:t>
      </w:r>
      <w:r>
        <w:br/>
      </w:r>
      <w:r>
        <w:rPr>
          <w:sz w:val="20"/>
        </w:rPr>
        <w:t>1:09:11  asal mein yeh jo hota hai, is ka aap reason dhoondhiye ke kyun hai. maine jo apne tajurbe mein paya hai, apne experience mein is ka reason hota hai bias, prejudices.</w:t>
      </w:r>
      <w:r>
        <w:br/>
      </w:r>
      <w:r>
        <w:rPr>
          <w:sz w:val="20"/>
        </w:rPr>
        <w:t>1:09:26  log kisi na kisi bias mein jeete hain. isi mein condition, is mein condition hoti hai. conditioning ho jati hai un ki.</w:t>
      </w:r>
      <w:r>
        <w:br/>
      </w:r>
      <w:r>
        <w:rPr>
          <w:sz w:val="20"/>
        </w:rPr>
        <w:t>1:09:32  to saare log ki conditioning ki wajah se kuch soch un ke mind mein, yaani jam hi rehti hai.</w:t>
      </w:r>
      <w:r>
        <w:br/>
      </w:r>
      <w:r>
        <w:rPr>
          <w:sz w:val="20"/>
        </w:rPr>
        <w:t>1:09:42  to woh jab sunte hain koi is se alag koi baat to react karte hain. woh react karte hain to illogical baatein karte hain. to</w:t>
      </w:r>
      <w:r>
        <w:br/>
      </w:r>
      <w:r>
        <w:rPr>
          <w:sz w:val="20"/>
        </w:rPr>
        <w:t>1:09:52  yeh is ka hal sirf yeh hai ke hum, yaani jaldi na karein un ke bare mein faisla karne mein</w:t>
      </w:r>
      <w:r>
        <w:br/>
      </w:r>
      <w:r>
        <w:rPr>
          <w:sz w:val="20"/>
        </w:rPr>
        <w:t>1:10:00  . hum un ko dua karein, un se interaction karein, un ko kitabein dein. tab hoga. abhi dekhiye, yaani abhi hamare paas aaye the south india ke kuch log,</w:t>
      </w:r>
      <w:r>
        <w:br/>
      </w:r>
      <w:r>
        <w:rPr>
          <w:sz w:val="20"/>
        </w:rPr>
        <w:t>1:10:15  yaani paanch saat saat aadmi the ghaliban. koi woh kai din rahe hamare paas, phir woh aaj, woh aaj raat, aaj hi raat ko wapas gaye hain.</w:t>
      </w:r>
      <w:r>
        <w:br/>
      </w:r>
      <w:r>
        <w:rPr>
          <w:sz w:val="20"/>
        </w:rPr>
        <w:t>1:10:26  woh</w:t>
      </w:r>
      <w:r>
        <w:br/>
      </w:r>
      <w:r>
        <w:rPr>
          <w:sz w:val="20"/>
        </w:rPr>
        <w:t>1:10:27  to un mein ek sahab the, to jo unhi ke isi ilaaqe ke the.</w:t>
      </w:r>
      <w:r>
        <w:br/>
      </w:r>
      <w:r>
        <w:rPr>
          <w:sz w:val="20"/>
        </w:rPr>
        <w:t>1:10:37  to un ke ek saathi ne kaha ke yeh hamare saathiyon mein sab se zyada stubborn aadmi the. bohat hi conditioning pakki thi un ki, aur woh kisi tarah se un ko samajh mein nahi aata tha.</w:t>
      </w:r>
      <w:r>
        <w:br/>
      </w:r>
      <w:r>
        <w:rPr>
          <w:sz w:val="20"/>
        </w:rPr>
        <w:t>1:10:50  yeh arsal mission</w:t>
      </w:r>
      <w:r>
        <w:br/>
      </w:r>
      <w:r>
        <w:rPr>
          <w:sz w:val="20"/>
        </w:rPr>
        <w:t>1:10:53  to unhone kaha ke un ka haal woh tha jo Hazrat Umar ke bare mein hai ke Hazrat Umar ke bare mein ek sahabi ne kaha tha ke "wallah la hatta humal khitab", yaani yeh shakhs, yaani Hazrat Umar iman lane wale nahi hain yahan tak ke un ka jo qabeela hai,</w:t>
      </w:r>
      <w:r>
        <w:br/>
      </w:r>
      <w:r>
        <w:rPr>
          <w:sz w:val="20"/>
        </w:rPr>
        <w:t>1:11:12  woh us qabeelay ka gadha tak musalman ho jaye. to</w:t>
      </w:r>
      <w:r>
        <w:br/>
      </w:r>
      <w:r>
        <w:rPr>
          <w:sz w:val="20"/>
        </w:rPr>
        <w:t>1:11:17  itna zyada un ka case stubburn lagta tha. unhone kaha un ke bare mein hamari yeh rai hi thi. aaj woh sab se aage hain, poore group mein sab se aage wahi hain.</w:t>
      </w:r>
      <w:r>
        <w:br/>
      </w:r>
      <w:r>
        <w:rPr>
          <w:sz w:val="20"/>
        </w:rPr>
        <w:t>1:11:27  us waqt bohat hi yaqeen ke saath, bohat zyada josh ke saath lage hue hain, aur bohat zyada da'wah ka kaam kar rahe hain.</w:t>
      </w:r>
      <w:r>
        <w:br/>
      </w:r>
      <w:r>
        <w:rPr>
          <w:sz w:val="20"/>
        </w:rPr>
        <w:t>1:11:37  lekin is mein waqt laga.</w:t>
      </w:r>
      <w:r>
        <w:br/>
      </w:r>
      <w:r>
        <w:rPr>
          <w:sz w:val="20"/>
        </w:rPr>
        <w:t>1:11:40  to aise case jab aate hain to un ko samjhein ke conditioning ki wajah se woh react kar rahe hain. jab tak koi conditioning toote gi nahi to aise karein ge woh.</w:t>
      </w:r>
      <w:r>
        <w:br/>
      </w:r>
      <w:r>
        <w:rPr>
          <w:sz w:val="20"/>
        </w:rPr>
        <w:t>1:11:52  to un logon ke liye yeh karna hai ke dua karein, aur is se kabhi bhi behas na karein. sirf yeh kahein ke "aur kitabein padhiye, aur kitabein padhiye, aur kitabein padhiye".</w:t>
      </w:r>
      <w:r>
        <w:br/>
      </w:r>
      <w:r>
        <w:rPr>
          <w:sz w:val="20"/>
        </w:rPr>
        <w:t>1:12:01  yaani dua karein, aur un ko kitabein padhwate rahein. to hamara bar bar ka tajurba hai ke aadmi badal jata hai.</w:t>
      </w:r>
      <w:r>
        <w:br/>
      </w:r>
      <w:r>
        <w:rPr>
          <w:sz w:val="20"/>
        </w:rPr>
        <w:t>1:12:11  to hum to kahin se mayoos nahi hain. har aadmi ke bare mein hum umeed rakhte hain ke sahi tareeqe se kaam kiya jaye to badal jayega woh.</w:t>
      </w:r>
    </w:p>
    <w:p>
      <w:pPr>
        <w:pStyle w:val="Heading2"/>
      </w:pPr>
      <w:r>
        <w:t>Meaning of Qital Fitnah in Quran</w:t>
      </w:r>
    </w:p>
    <w:p>
      <w:r>
        <w:rPr>
          <w:color w:val="666666"/>
          <w:sz w:val="18"/>
        </w:rPr>
        <w:t>Quran &amp; Tafsir · Islam The Creator of the Modern Age October 17, 2021 Prof. Farida Khanam · 11m 46s · at 32:08 · https://youtu.be/tMr3Dz35onU?t=1928</w:t>
      </w:r>
    </w:p>
    <w:p>
      <w:r>
        <w:rPr>
          <w:i/>
        </w:rPr>
        <w:t>“What is Qital Fitnah? (referring to Quran 8:39: 'And fight them until there is no fitnah and religion is all for Allah')”</w:t>
      </w:r>
    </w:p>
    <w:p>
      <w:r>
        <w:rPr>
          <w:sz w:val="20"/>
        </w:rPr>
        <w:t>32:08  is ke baad kuch sawal hain. pehla sawal aaya hai miss yasra anam hyderabad se, aur isi se milta julta maulana israr umri ne bhi sawal kiya hai chennai se.</w:t>
      </w:r>
      <w:r>
        <w:br/>
      </w:r>
      <w:r>
        <w:rPr>
          <w:sz w:val="20"/>
        </w:rPr>
        <w:t>32:21  wo sawal yeh hai ke qital fitna kya hai? quran ki ayat jo hai "wa qatiloo hatta la takuna fitna wa yakoon ad deeno kulluhu lillah" al anfal 39 ke qital fitna kya hai?</w:t>
      </w:r>
      <w:r>
        <w:br/>
      </w:r>
      <w:r>
        <w:rPr>
          <w:sz w:val="20"/>
        </w:rPr>
        <w:t>32:34  aur israr umri sahib ka sawal hai "religious persecution ko kis ne khatam kiya?"</w:t>
      </w:r>
      <w:r>
        <w:br/>
      </w:r>
      <w:r>
        <w:rPr>
          <w:sz w:val="20"/>
        </w:rPr>
        <w:t>32:43  asal mein qital fitna jo hai woh refer karta hai religious persecution ko. to religious persecution ki wajah se duniya mein koi taraqqi nahi ho rahi thi, aur yeh bilkul creation plan hi ke khilaf tha.</w:t>
      </w:r>
      <w:r>
        <w:br/>
      </w:r>
      <w:r>
        <w:rPr>
          <w:sz w:val="20"/>
        </w:rPr>
        <w:t>33:01  kyun ke allah taala ne yeh duniya is liye banayi hai ke yahan insaan ko mukammal azadi ki halat mein rakha jaye, aur phir dekha jaye ke kaun sachai ka rasta willingly ikhtiyar karta hai, kaun nahi ikhtiyar karta hai.</w:t>
      </w:r>
      <w:r>
        <w:br/>
      </w:r>
      <w:r>
        <w:rPr>
          <w:sz w:val="20"/>
        </w:rPr>
        <w:t>33:17  lekin jab religious persecution ka zamana aaya to logon ko mauqa hi nahi diya gaya un ko ke sachai ko ikhtiyar karein.</w:t>
      </w:r>
      <w:r>
        <w:br/>
      </w:r>
      <w:r>
        <w:rPr>
          <w:sz w:val="20"/>
        </w:rPr>
        <w:t>33:26  to zabardasti jo deen state religion tha, bas usi ko par woh chal sakte thay. agar woh koi bhi doosra deen ikhtiyar karte to un ko sakht sazaein di jati hain.</w:t>
      </w:r>
      <w:r>
        <w:br/>
      </w:r>
      <w:r>
        <w:rPr>
          <w:sz w:val="20"/>
        </w:rPr>
        <w:t>33:37  to yeh allah taala ko bohat ziyada napasand tha. is ki wajah se kuch jangain huin, aur jo empires theen, asal mein wohi pillars thay jo religious persecution, jo unhein jo roman empire aur sassanid empire, un ki wajah se yeh log apni poori taqat is mein lagaye hue thay ke koi bhi nayi cheez na aane paye.</w:t>
      </w:r>
      <w:r>
        <w:br/>
      </w:r>
      <w:r>
        <w:rPr>
          <w:sz w:val="20"/>
        </w:rPr>
        <w:t>34:01  to na sirf yeh ke religious persecution balkeh koi bhi taraqqi nahi hoti thi, woh kuch karne hi nahi dete thay kaam. to is ko khatam karna tha.</w:t>
      </w:r>
      <w:r>
        <w:br/>
      </w:r>
      <w:r>
        <w:rPr>
          <w:sz w:val="20"/>
        </w:rPr>
        <w:t>34:11  wo empire khatam ho gayi to jang bhi khatam ho gayi. to aik baar aisa hua ke wahan chunchke islam aik tribal age mein aaya hai, to tribal age ki wajah se kya hai ke in logon ko adat hi thi jang karne ki.</w:t>
      </w:r>
      <w:r>
        <w:br/>
      </w:r>
      <w:r>
        <w:rPr>
          <w:sz w:val="20"/>
        </w:rPr>
        <w:t>34:29  zara zara si baat mein jang karte thay. to hazrat ali ke zamane mein jang hui, hazrat usman ke zamane mein fitna hua, hazrat abubakar ke zamane mein fitna hua.</w:t>
      </w:r>
      <w:r>
        <w:br/>
      </w:r>
      <w:r>
        <w:rPr>
          <w:sz w:val="20"/>
        </w:rPr>
        <w:t>34:40  un ko wahi adat thi, tribes aapas mein ladte rehte thay. rasoolullah sallallahu alaihi wasallam ne sab ko ittehad mein jod diya tha, lekin un ke jane ke baad phir wahi sab masail pesh aaye.</w:t>
      </w:r>
      <w:r>
        <w:br/>
      </w:r>
      <w:r>
        <w:rPr>
          <w:sz w:val="20"/>
        </w:rPr>
        <w:t>34:52  to hazrat abubakar ne bohat hi kamyabi ke sath is ko irtidad jo hua tha, woh khatam kiya. hazrat umar ke zamane mein kafi sukoon raha, lekin phir wahi ho gaya hazrat ali ke zamane mein, hazrat usman ke zamane mein.</w:t>
      </w:r>
      <w:r>
        <w:br/>
      </w:r>
      <w:r>
        <w:rPr>
          <w:sz w:val="20"/>
        </w:rPr>
        <w:t>35:08  to hazrat ali ke zamane mein aise hi ho raha tha, sab log fasadi jama ho gaye thay, aur jang ho rahi thi aapas mein, fitna fasad.</w:t>
      </w:r>
      <w:r>
        <w:br/>
      </w:r>
      <w:r>
        <w:rPr>
          <w:sz w:val="20"/>
        </w:rPr>
        <w:t>35:18  to woh log har aik ko chahte thay ke side lein hamara. to woh log abdullah ibn umar ke paas aaye. to woh abdullah ibn umar ke aap hamare sath kyun nahi dete?</w:t>
      </w:r>
      <w:r>
        <w:br/>
      </w:r>
      <w:r>
        <w:rPr>
          <w:sz w:val="20"/>
        </w:rPr>
        <w:t>35:30  abdullah ibn umar ne kaha aur kaha ke fitne ka zamana hai, aap hamara sath dijiye fitne ko khatam karne ke liye. to abdullah ibn umar ne kaha hum ne fitna khatam kar diya, qad fa'alna, aur tum fitne ko dobara zinda kar rahe ho.</w:t>
      </w:r>
      <w:r>
        <w:br/>
      </w:r>
      <w:r>
        <w:rPr>
          <w:sz w:val="20"/>
        </w:rPr>
        <w:t>35:45  to jo fitna tha, woh nahi tha jo strife hoti hai, political strife, woh fitna nahi tha, balkeh religious persecution fitna tha, aur woh khatam ho gaya hazrat umar ke zamane mein.</w:t>
      </w:r>
      <w:r>
        <w:br/>
      </w:r>
      <w:r>
        <w:rPr>
          <w:sz w:val="20"/>
        </w:rPr>
        <w:t>35:58  to is tarike se asal mein islam aaya tribal age mein. to islam ki jo taleemat theen, woh bohat hi</w:t>
      </w:r>
      <w:r>
        <w:br/>
      </w:r>
      <w:r>
        <w:rPr>
          <w:sz w:val="20"/>
        </w:rPr>
        <w:t>36:08  ah, is ki theen, bohat hi refined talimat theen, aur door jadeed ke hisab se theen. woh log itni sari baaton ko samajh nahi sake jab tak rasool Allah salallahu alaihi wasallam thay, tab tak to koi masla paida nahi hua.</w:t>
      </w:r>
      <w:r>
        <w:br/>
      </w:r>
      <w:r>
        <w:rPr>
          <w:sz w:val="20"/>
        </w:rPr>
        <w:t>36:22  lekin baad mein kya hua? rasool Allah salallahu alaihi wasallam jaise sulah hudaibiya kar liya. to yeh sab hotay hain, do qaumein ko do qaumon mein jang hoti hai, do groups mein jang hoti hai.</w:t>
      </w:r>
      <w:r>
        <w:br/>
      </w:r>
      <w:r>
        <w:rPr>
          <w:sz w:val="20"/>
        </w:rPr>
        <w:t>36:34  to mazhabi groups hotay hain, is mein ah, differences arise hotay hain. to is ki jo tareeqa Islam ne bataya tha, woh tha "reconciliation is the best", "alsulh khair", "dialogue", "reconciliation", "ifahum o tafheem", "interaction", "dawat", "ek doosray ko apna apni baat pohanchana".</w:t>
      </w:r>
      <w:r>
        <w:br/>
      </w:r>
      <w:r>
        <w:rPr>
          <w:sz w:val="20"/>
        </w:rPr>
        <w:t>37:02  to yeh jab understanding develop karna, to yeh sab chounkay woh log tribes se talluq rakhtay thay, aur tamam ke tamam bohat gehre Islam ke aalim nahi thay, jo awam thay, woh wohi sab jangon mein shamil hotay thay, is tarah ki jangon mein.</w:t>
      </w:r>
      <w:r>
        <w:br/>
      </w:r>
      <w:r>
        <w:rPr>
          <w:sz w:val="20"/>
        </w:rPr>
        <w:t>37:20  to is wajah se woh fitna o fasad jo hai, woh kafi dinon tak reh gaya. balkay musalmanon ke to barabar jangain hoti hi rahin, ek raja doosray raja se larta raha.</w:t>
      </w:r>
      <w:r>
        <w:br/>
      </w:r>
      <w:r>
        <w:rPr>
          <w:sz w:val="20"/>
        </w:rPr>
        <w:t>37:32  Spain mein jo hukumat qaim hui, to to Abbasi hukumat is ke khilaf ho gayi. musalsal kuch na kuch hota raha, is cheez ne musalmanon ko bohat kamzor bhi kiya.</w:t>
      </w:r>
      <w:r>
        <w:br/>
      </w:r>
      <w:r>
        <w:rPr>
          <w:sz w:val="20"/>
        </w:rPr>
        <w:t>37:45  to ab yeh sab duniya hai, duniya to imtehan ki duniya hai, yeh sab to duniya mein hoga, lekin humain jo hai is se bohat zyada apne aap ko bachana hai.</w:t>
      </w:r>
      <w:r>
        <w:br/>
      </w:r>
      <w:r>
        <w:rPr>
          <w:sz w:val="20"/>
        </w:rPr>
        <w:t>37:55  Maulana is par itna zyada zor detay thay ke sab kuch Allah taala ne kar diya hai, team bhi khadi kar di hai, lekin bas aap log jo hain ikhtilaf se bachiye ga aur ittehad ke sath apna kaam karte rahiye ga.</w:t>
      </w:r>
      <w:r>
        <w:br/>
      </w:r>
      <w:r>
        <w:rPr>
          <w:sz w:val="20"/>
        </w:rPr>
        <w:t>38:11  ab dekhiye ke itni bari bari saltanatein ikhtilaf ki wajah se khatam ho gayin. poori duniya mein musalmanon ki hukumat thi, woh sab isi ikhtilaf ki wajah se khatam ho gayin.</w:t>
      </w:r>
      <w:r>
        <w:br/>
      </w:r>
      <w:r>
        <w:rPr>
          <w:sz w:val="20"/>
        </w:rPr>
        <w:t>38:22  to is liye humain in sab cheezon se sabaq lena hai aur in sab cheezon se bachna hai. apa aap ne to Hazrat Abdullah bin Umar ka naam liya hai, isi se milta julta statement sahi Muslim mein Saad ibn Abi Waqas ka aaya hai, woh mein parhta hoon.</w:t>
      </w:r>
      <w:r>
        <w:br/>
      </w:r>
      <w:r>
        <w:rPr>
          <w:sz w:val="20"/>
        </w:rPr>
        <w:t>38:42  aur Saad ibn Abi Waqas ke baray mein maloom hona chahiye ke top ten sahaba mein se ek thay Saad ibn Abi Waqas. to un ke paas kuch log aaye aur unhon ne kaha "Alam yaqul Allah wa qatiloo hatta la takuna fitnatun wa yakuna ad-deenu kulluhu lillah" ke Allah taala ne kiya yeh nahi kaha ke tum un se jang karo yahan tak ke fitna na rahe aur deen tamam ka tamam Allah ke liye ho jaye?</w:t>
      </w:r>
      <w:r>
        <w:br/>
      </w:r>
      <w:r>
        <w:rPr>
          <w:sz w:val="20"/>
        </w:rPr>
        <w:t>39:09  to Saad ibn Abi Waqas ne kaha "Qad qatalna hatta la takuna fitnatun wa anta wa ashabuka tureedoona an tuqatiloo hatta takuna fitnatun" sahi Muslim hadith number 96 ke hum ne jang kiya yahan tak ke fitna khatam ho gaya aur tum aur tumharay sathiyon chahtay ho ke tum jang karo yahan tak ke dobara fitna aa jaye.</w:t>
      </w:r>
      <w:r>
        <w:br/>
      </w:r>
      <w:r>
        <w:rPr>
          <w:sz w:val="20"/>
        </w:rPr>
        <w:t>39:34  Miss Aisha Yasra Inam ka ek doosra sawal yeh hai jo is se milta julta hi hai ke qital fitna aur aaj jo musalman jang kar rahay hain, in dono mein kya farq hai?</w:t>
      </w:r>
      <w:r>
        <w:br/>
      </w:r>
      <w:r>
        <w:rPr>
          <w:sz w:val="20"/>
        </w:rPr>
        <w:t>39:50  dekhiye, yeh jangain jo aaj ho rahi hain, yeh bilkul galat hain, bilkul Islam ke khilaf hain, Quran ki talimat ke khilaf hain.</w:t>
      </w:r>
      <w:r>
        <w:br/>
      </w:r>
      <w:r>
        <w:rPr>
          <w:sz w:val="20"/>
        </w:rPr>
        <w:t>40:01  chounkay Allah taala ne is ko bilkul mana kiya hai. chounkay bohat sari hadithain hain aur hadith mein bataya gaya hai ke khuruj haram hai.</w:t>
      </w:r>
      <w:r>
        <w:br/>
      </w:r>
      <w:r>
        <w:rPr>
          <w:sz w:val="20"/>
        </w:rPr>
        <w:t>40:14  ke jab ek established hukumat qaim ho jaye to humain sirf is ko support karna hai, is ko is ke ek ek rebel banna, is ke khilaf tehreekein chalana, yeh sari ki sari wohi hain ke ek hukumat qaim hoti hai, Afghanistan mein wohi ho raha hai, hukumat qaim hoti hai, phir is ke khilaf kuch log kharay ho jatay hain, hukumat qaim hoti hai.</w:t>
      </w:r>
      <w:r>
        <w:br/>
      </w:r>
      <w:r>
        <w:rPr>
          <w:sz w:val="20"/>
        </w:rPr>
        <w:t>40:35  yeh tribalism hai, yeh Islam nahi hai. to yeh bilkul galat hai aur is in logon ko Khuda se darna chahiye. to yeh sab duniya ke liye laraiyan hain, duniya ke liye laraiyan.</w:t>
      </w:r>
      <w:r>
        <w:br/>
      </w:r>
      <w:r>
        <w:rPr>
          <w:sz w:val="20"/>
        </w:rPr>
        <w:t>40:51  woh tha religious persecution ko khatam karna. duniya ke liye laraiyan to bilkul jaiz hi nahi hain aur har jagah land ki larai hai.</w:t>
      </w:r>
      <w:r>
        <w:br/>
      </w:r>
      <w:r>
        <w:rPr>
          <w:sz w:val="20"/>
        </w:rPr>
        <w:t>41:02  kahin bhi deen ke liye woh log koi kaam nahi kar rahay hain, deen ke liye to daawa work hai. aur yeh laraiyan jo hain, woh land ke liye hain.</w:t>
      </w:r>
      <w:r>
        <w:br/>
      </w:r>
      <w:r>
        <w:rPr>
          <w:sz w:val="20"/>
        </w:rPr>
        <w:t>41:11  to yeh is se bilkul refrain karna chahiye, Khuda se khauf khana chahiye aur hathiyar ko phenk dena chahiye. jaise ke hadithon mein aaya hai ke jab aisa mauqa aaye ga to tum log hathiyar phenk ke janglon mein chale jana.</w:t>
      </w:r>
      <w:r>
        <w:br/>
      </w:r>
      <w:r>
        <w:rPr>
          <w:sz w:val="20"/>
        </w:rPr>
        <w:t>41:26  to is mein yahan tak kaha gaya hai ke agar tumhara badshah jo hai, raja jo hai, agar ek dum hi bekar ho, ek dum hi ah bhala'iq ho, ek dum koi kaam ka na ho, tab bhi tum uska sath do jab tak ke woh tum ko namaz roza karne de.</w:t>
      </w:r>
      <w:r>
        <w:br/>
      </w:r>
      <w:r>
        <w:rPr>
          <w:sz w:val="20"/>
        </w:rPr>
        <w:t>41:42  to aisi kaun si hukumat hai jo namaz roza humain nahi karne de rahi hai? to is liye tamam ki tamam jangain in lawful hain.</w:t>
      </w:r>
      <w:r>
        <w:br/>
      </w:r>
      <w:r>
        <w:rPr>
          <w:sz w:val="20"/>
        </w:rPr>
        <w:t>41:53  aap is par ek hadith, do hadith mein padhna chahunga, yahan par izafa karna chahunga.</w:t>
      </w:r>
      <w:r>
        <w:br/>
      </w:r>
      <w:r>
        <w:rPr>
          <w:sz w:val="20"/>
        </w:rPr>
        <w:t>41:59  ibn Umar ki hadith hai ke ek aadmi ne aa kar un se kaha "kayi fitna"</w:t>
      </w:r>
      <w:r>
        <w:br/>
      </w:r>
      <w:r>
        <w:rPr>
          <w:sz w:val="20"/>
        </w:rPr>
        <w:t>42:05  faqala wahal tudrimul fitnah kana muhammad sallallahu alaihi wasallam yuqatilul mushrikeen wakanad duloo 'ala fitnah walaysa qitalukum</w:t>
      </w:r>
      <w:r>
        <w:br/>
      </w:r>
      <w:r>
        <w:rPr>
          <w:sz w:val="20"/>
        </w:rPr>
        <w:t>42:15  alal mulk ke ek aadmi ne aa kar kaha ibn Umar se ke tum fitna ke mein ke</w:t>
      </w:r>
      <w:r>
        <w:br/>
      </w:r>
      <w:r>
        <w:rPr>
          <w:sz w:val="20"/>
        </w:rPr>
        <w:t>42:21  qital ke bare mein kya aap ki rai hai?</w:t>
      </w:r>
      <w:r>
        <w:br/>
      </w:r>
      <w:r>
        <w:rPr>
          <w:sz w:val="20"/>
        </w:rPr>
        <w:t>42:25  to unhon ne kaha tum jantay ho fitna kya cheez hai? Muhammad salallahu alaihi wasallam ne mushrikeen ke sath jang ki aur us waqt naye deen mein dakhil hona fitna tha, tumhara badshahat ke liye jang karna jang karne ki tarah nahi.</w:t>
      </w:r>
      <w:r>
        <w:br/>
      </w:r>
      <w:r>
        <w:rPr>
          <w:sz w:val="20"/>
        </w:rPr>
        <w:t>42:42  Sahih al Bukhari hadith number 4651 aur ek doosri hadith hai jo aaj jo yeh jang ho rahi hai, is ke baray mein bohat hi ebrat angez hai.</w:t>
      </w:r>
      <w:r>
        <w:br/>
      </w:r>
      <w:r>
        <w:rPr>
          <w:sz w:val="20"/>
        </w:rPr>
        <w:t>42:53  abu musa ashari kehte hain ke rasool Allah sallallahu alaihi wasallam ne harj ka zikr kiya jo</w:t>
      </w:r>
      <w:r>
        <w:br/>
      </w:r>
      <w:r>
        <w:rPr>
          <w:sz w:val="20"/>
        </w:rPr>
        <w:t>42:58  qayamat se pehle hoga hatta yuqtalal rajul jara wa'akha wabna 'ammihi qalo wa ma'ana 'uquluna yawmad deen qala tanzu</w:t>
      </w:r>
      <w:r>
        <w:br/>
      </w:r>
      <w:r>
        <w:rPr>
          <w:sz w:val="20"/>
        </w:rPr>
        <w:t>43:09  'uqul akthar ahlidhalikaz zamani wa yakhlaful huma'u minan nasi yuhsabuan ahaduhum annahu 'ala shay'in walaysa 'ala</w:t>
      </w:r>
      <w:r>
        <w:br/>
      </w:r>
      <w:r>
        <w:rPr>
          <w:sz w:val="20"/>
        </w:rPr>
        <w:t>43:18  shay'in ke rasool Allah sallallahu alaihi wasallam ne kaha qayamat se pehle bohat zyada qatl o qital</w:t>
      </w:r>
      <w:r>
        <w:br/>
      </w:r>
      <w:r>
        <w:rPr>
          <w:sz w:val="20"/>
        </w:rPr>
        <w:t>43:23  hoga, yahan tak ke aadmi apne padosi ko qatl karega, apne bhai ko qatl karega aur</w:t>
      </w:r>
      <w:r>
        <w:br/>
      </w:r>
      <w:r>
        <w:rPr>
          <w:sz w:val="20"/>
        </w:rPr>
        <w:t>43:28  apne bhatije ko qatl karega.</w:t>
      </w:r>
      <w:r>
        <w:br/>
      </w:r>
      <w:r>
        <w:rPr>
          <w:sz w:val="20"/>
        </w:rPr>
        <w:t>43:31  to sahaba ne kaha kya is din hamare paas aqal bhi hogi to aap ne kaha unki aqalen chhin jayengi is zamane ke aksar logon ki aqalen chhin jayengi aur is waqt jo log baqi rahenge wo bohat hi jazbati honge aur wo samjhenge ke hum aqal wale hain halanke wo aqal wale nahi honge</w:t>
      </w:r>
    </w:p>
    <w:p>
      <w:pPr>
        <w:pStyle w:val="Heading2"/>
      </w:pPr>
      <w:r>
        <w:t>Meaning of verse on greed</w:t>
      </w:r>
    </w:p>
    <w:p>
      <w:r>
        <w:rPr>
          <w:color w:val="666666"/>
          <w:sz w:val="18"/>
        </w:rPr>
        <w:t>Quran &amp; Tafsir · Importance of Patience October 26, 2014 · 5m 00s · at 57:34 · https://youtu.be/XdOlp9-fPG0?t=3454</w:t>
      </w:r>
    </w:p>
    <w:p>
      <w:r>
        <w:rPr>
          <w:i/>
        </w:rPr>
        <w:t>“Quran chapter 64, verse 16 says: 'Whoever is saved from greed, he has succeeded.' What does it mean? Please explain.”</w:t>
      </w:r>
    </w:p>
    <w:p>
      <w:r>
        <w:rPr>
          <w:sz w:val="20"/>
        </w:rPr>
        <w:t>57:34  maulana, agla sawal kya hai? aamir bin yusuf sahib ne pakistan se, aur unhon ne likha hai ke quran ke chapter 64, verse number 16 mein aaya hai:</w:t>
      </w:r>
      <w:r>
        <w:br/>
      </w:r>
      <w:r>
        <w:rPr>
          <w:sz w:val="20"/>
        </w:rPr>
        <w:t>57:48  "jo hirs se bacha liya gaya, woh kamyab ho gaya." maulana sahib, mein yeh janna chahta hoon ke is ka matlab kya hai? is ke baray mein hamein batayein.</w:t>
      </w:r>
      <w:r>
        <w:br/>
      </w:r>
      <w:r>
        <w:rPr>
          <w:sz w:val="20"/>
        </w:rPr>
        <w:t>58:01  aap meri tafsir parhiye: "tazkir ul quran". is ke baad sawal kijiye. meri tafsir urdu mein, angrezi mein, arabi mein, teen zabanon mein hai.</w:t>
      </w:r>
      <w:r>
        <w:br/>
      </w:r>
      <w:r>
        <w:rPr>
          <w:sz w:val="20"/>
        </w:rPr>
        <w:t>58:16  is ko parhiye aur phir sawal kijiye. kya ho sakta hai ke is mein aap ke sawal ka jawab mil jaye? aap ko</w:t>
      </w:r>
      <w:r>
        <w:br/>
      </w:r>
      <w:r>
        <w:rPr>
          <w:sz w:val="20"/>
        </w:rPr>
        <w:t>58:26  maulana, inhi ka ek aur s</w:t>
      </w:r>
      <w:r>
        <w:br/>
      </w:r>
      <w:r>
        <w:rPr>
          <w:sz w:val="20"/>
        </w:rPr>
        <w:t>58:28  wal hai. woh aap se yeh janna chahte hain ke muslims mein tribal age ki beginning kab se hui? is ke baray mein batayein.</w:t>
      </w:r>
      <w:r>
        <w:br/>
      </w:r>
      <w:r>
        <w:rPr>
          <w:sz w:val="20"/>
        </w:rPr>
        <w:t>58:38  yeh beginning ki baat nahi hai. jo log islam mein dakhil hue, woh tribal culture mein jeete thay. us waqt woh condition ho chuke thay.</w:t>
      </w:r>
      <w:r>
        <w:br/>
      </w:r>
      <w:r>
        <w:rPr>
          <w:sz w:val="20"/>
        </w:rPr>
        <w:t>58:50  us waqt condition ho chuke thay. woh to beginning ki baat nahi hai. woh to tribal culture hi ko le kar aaye islam mein.</w:t>
      </w:r>
      <w:r>
        <w:br/>
      </w:r>
      <w:r>
        <w:rPr>
          <w:sz w:val="20"/>
        </w:rPr>
        <w:t>59:00  to us zamane mein, yaani jo tarbiyat aur taleem darkar thi, woh nahi ho saki.</w:t>
      </w:r>
      <w:r>
        <w:br/>
      </w:r>
      <w:r>
        <w:rPr>
          <w:sz w:val="20"/>
        </w:rPr>
        <w:t>59:11  quran mein jo ek usool bataya gaya tha ke "ma kaana mumin kaffah fal yafur min kull firqatin minhum", yaani sari ki sari qoum nahi aa sakti.</w:t>
      </w:r>
      <w:r>
        <w:br/>
      </w:r>
      <w:r>
        <w:rPr>
          <w:sz w:val="20"/>
        </w:rPr>
        <w:t>59:21  to yaani ek group ki shakal mein log aaye madina aur un ki taleem</w:t>
      </w:r>
      <w:r>
        <w:br/>
      </w:r>
      <w:r>
        <w:rPr>
          <w:sz w:val="20"/>
        </w:rPr>
        <w:t>59:29  tarbiyat ho. lekin yeh amalana yeh yeh nizam bana nahi wahan par, kyunke ladai chhid gayi. ladai chhid gayi. ladai chhid gayi.</w:t>
      </w:r>
      <w:r>
        <w:br/>
      </w:r>
      <w:r>
        <w:rPr>
          <w:sz w:val="20"/>
        </w:rPr>
        <w:t>59:42  to ab bhi musalman, yaani abhi bhi woh kaam nahi kar rahe hain talib tarbiyat ka.</w:t>
      </w:r>
      <w:r>
        <w:br/>
      </w:r>
      <w:r>
        <w:rPr>
          <w:sz w:val="20"/>
        </w:rPr>
        <w:t>59:51  to abhi tak woh sara masla, abhi tak is ka asar hai. abhi jo jangain dekh rahe hain aap, woh sab abhi bhi tribal culture ka woh nishan hai.</w:t>
      </w:r>
      <w:r>
        <w:br/>
      </w:r>
      <w:r>
        <w:rPr>
          <w:sz w:val="20"/>
        </w:rPr>
        <w:t>1:00:00  isi ka trace hai. tribal culture se abhi musalman bahar nahi aaye hain. isi isi aapas ki ladai hai, inteqam aur nafrat, woh sab tribal culture hi kitne din hain.</w:t>
      </w:r>
      <w:r>
        <w:br/>
      </w:r>
      <w:r>
        <w:rPr>
          <w:sz w:val="20"/>
        </w:rPr>
        <w:t>1:00:17  to</w:t>
      </w:r>
      <w:r>
        <w:br/>
      </w:r>
      <w:r>
        <w:rPr>
          <w:sz w:val="20"/>
        </w:rPr>
        <w:t>1:00:18  is ka is ka tor sirf education ho sakta tha, lekin education musalman mein hui nahin. jo madrase ka education bilkul nakafi hai. jo madrase mein education hoti hai, woh nakafi hai is ke liye.</w:t>
      </w:r>
      <w:r>
        <w:br/>
      </w:r>
      <w:r>
        <w:rPr>
          <w:sz w:val="20"/>
        </w:rPr>
        <w:t>1:00:32  balkeh jo log jatay hain secular education mein, woh kisi had tak behtar ho jatay hain. un ki de-conditioning ho jati hai.</w:t>
      </w:r>
      <w:r>
        <w:br/>
      </w:r>
      <w:r>
        <w:rPr>
          <w:sz w:val="20"/>
        </w:rPr>
        <w:t>1:00:41  madrase walon ko nahin hoti.</w:t>
      </w:r>
      <w:r>
        <w:br/>
      </w:r>
      <w:r>
        <w:rPr>
          <w:sz w:val="20"/>
        </w:rPr>
        <w:t>1:00:45  to tribal culture ko le kar hi aaye log Islam, aur woh continue raha, kyunke taleem ka jo nizam mutlub tha, woh nahin ho saka.</w:t>
      </w:r>
      <w:r>
        <w:br/>
      </w:r>
      <w:r>
        <w:rPr>
          <w:sz w:val="20"/>
        </w:rPr>
        <w:t>1:00:55  jo khud Quran mein bataya gaya tha, woh nizam nahin ban saka.</w:t>
      </w:r>
      <w:r>
        <w:br/>
      </w:r>
      <w:r>
        <w:rPr>
          <w:sz w:val="20"/>
        </w:rPr>
        <w:t>1:01:02  is ayat ko aap parhiye: "ma kaana al-mu'minu li yanfirro kaffah, falaw lafara min kulli firqatin minhum taa'ifatun".</w:t>
      </w:r>
      <w:r>
        <w:br/>
      </w:r>
      <w:r>
        <w:rPr>
          <w:sz w:val="20"/>
        </w:rPr>
        <w:t>1:01:10  yeh mashhoor ayat hai. is ko aap parhiye aur is ki tafseer. yeh bataya gaya tha ke ek nizam-e-taleem qaim karo, lekin woh nizam-e-taleem jahan tak mein janta hoon, kabhi bhi tareekh mein qaim nahin ho saka.</w:t>
      </w:r>
      <w:r>
        <w:br/>
      </w:r>
      <w:r>
        <w:rPr>
          <w:sz w:val="20"/>
        </w:rPr>
        <w:t>1:01:23  un ki de-conditioning ka yeh ayat ka matlab tha ke logon ki conditioning ko todo,</w:t>
      </w:r>
      <w:r>
        <w:br/>
      </w:r>
      <w:r>
        <w:rPr>
          <w:sz w:val="20"/>
        </w:rPr>
        <w:t>1:01:31  yani sabaq mind set ko le kar ke jo Islam mein dakhil ho gaye hain, is ko khatam karo, aur agar naya zehn banao, naya mind banao, nayi soch banao,</w:t>
      </w:r>
      <w:r>
        <w:br/>
      </w:r>
      <w:r>
        <w:rPr>
          <w:sz w:val="20"/>
        </w:rPr>
        <w:t>1:01:44  to musalman pehle bhi ladaai phadaai mein mashghool rahe, aaj bhi ladaai phadaai mein mashghool hain, aur sahih maanon mein woh taaleemi nizam nahin ban saka jo mutlub tha.</w:t>
      </w:r>
      <w:r>
        <w:br/>
      </w:r>
      <w:r>
        <w:rPr>
          <w:sz w:val="20"/>
        </w:rPr>
        <w:t>1:01:54  dekhiye, yeh hai Surah At-Tawbah ayat number 122.</w:t>
      </w:r>
      <w:r>
        <w:br/>
      </w:r>
      <w:r>
        <w:rPr>
          <w:sz w:val="20"/>
        </w:rPr>
        <w:t>1:02:00  bohat zabardast is mein taleem thi ke jo log pichlay mind set ko le kar ke dakhil ho gaye hain Islam mein, kalma parh kar ke, un ki de-conditioning zaroori hai, aur woh de-conditioning hogi taleem, tarbiyat, tarbiyat, tarbiyat ke zariye.</w:t>
      </w:r>
      <w:r>
        <w:br/>
      </w:r>
      <w:r>
        <w:rPr>
          <w:sz w:val="20"/>
        </w:rPr>
        <w:t>1:02:16  yeh kaam bohat hi juzwi tor par hua, baqaida nahin hua, ab bhi nahin ho raha hai.</w:t>
      </w:r>
      <w:r>
        <w:br/>
      </w:r>
      <w:r>
        <w:rPr>
          <w:sz w:val="20"/>
        </w:rPr>
        <w:t>1:02:24  to aaj hamein yeh kaam karna hai ke hum apni taleem ke nizam ko is nahaj par qaim karein ke logon ki de-conditioning karne ke nahaj par.</w:t>
      </w:r>
    </w:p>
    <w:p>
      <w:pPr>
        <w:pStyle w:val="Heading2"/>
      </w:pPr>
      <w:r>
        <w:t>Practical Way of Recitation and Reflection</w:t>
      </w:r>
    </w:p>
    <w:p>
      <w:r>
        <w:rPr>
          <w:color w:val="666666"/>
          <w:sz w:val="18"/>
        </w:rPr>
        <w:t>Quran &amp; Tafsir · Roza and Quran July 18, 2010 · 10m 20s · at 1:21:50 · https://youtu.be/TSjqSQEb0EQ?t=4910</w:t>
      </w:r>
    </w:p>
    <w:p>
      <w:r>
        <w:rPr>
          <w:i/>
        </w:rPr>
        <w:t>“Those people who emphasize on tadabbur say that there is no need to do tilawah except tadabbur. Kindly explain what is the practical way of tilawah and tadabbur.”</w:t>
      </w:r>
    </w:p>
    <w:p>
      <w:r>
        <w:rPr>
          <w:sz w:val="20"/>
        </w:rPr>
        <w:t>1:21:50  maulana, agla sawal miss ayesha ka hai, nai dilli se. unhon ne likha hai ke "Those people who emphasize on tadabbur, they say that there is no need to do tilawat except tadabbur."</w:t>
      </w:r>
      <w:r>
        <w:br/>
      </w:r>
      <w:r>
        <w:rPr>
          <w:sz w:val="20"/>
        </w:rPr>
        <w:t>1:22:04  kindly explain what is the practical way of tilawat and tadabbur." woh bhi galat hai ke tilawat hi band kar di jaye.</w:t>
      </w:r>
      <w:r>
        <w:br/>
      </w:r>
      <w:r>
        <w:rPr>
          <w:sz w:val="20"/>
        </w:rPr>
        <w:t>1:22:13  yeh matlab nahi hai. matlab tilawat karne dijiye aadmi ko. maryam batayen ke tilawat tadabbur ke sath hona chahiye.</w:t>
      </w:r>
      <w:r>
        <w:br/>
      </w:r>
      <w:r>
        <w:rPr>
          <w:sz w:val="20"/>
        </w:rPr>
        <w:t>1:22:23  is ko band kar ke nahi. mera maslak yahi hai ke koi shakhs tilawat karta hai to hum yeh nahi kehte ke tilawat mat karo. mein kahoon ke tilawat karo to samajh boojh ke karo.</w:t>
      </w:r>
      <w:r>
        <w:br/>
      </w:r>
      <w:r>
        <w:rPr>
          <w:sz w:val="20"/>
        </w:rPr>
        <w:t>1:22:34  kyun ke tilawat plus, tilawat plus ke taur par batata hoon mein. yahi sahi samajhta hoon mein is ko</w:t>
      </w:r>
      <w:r>
        <w:br/>
      </w:r>
      <w:r>
        <w:rPr>
          <w:sz w:val="20"/>
        </w:rPr>
        <w:t>1:22:42  . mumbai se. in chapter 2 of the quran, the verse starts as, "this is the book; there is no doubt in it.</w:t>
      </w:r>
      <w:r>
        <w:br/>
      </w:r>
      <w:r>
        <w:rPr>
          <w:sz w:val="20"/>
        </w:rPr>
        <w:t>1:22:52  it is a guide for those who are mindful of god, who believe in the unseen and are steadfast in prayers, and spend out of what we have provided them with.</w:t>
      </w:r>
      <w:r>
        <w:br/>
      </w:r>
      <w:r>
        <w:rPr>
          <w:sz w:val="20"/>
        </w:rPr>
        <w:t>1:23:05  those who believe in the revelation sent down to you and in what was sent before you, and firmly believe in the life to come."</w:t>
      </w:r>
      <w:r>
        <w:br/>
      </w:r>
      <w:r>
        <w:rPr>
          <w:sz w:val="20"/>
        </w:rPr>
        <w:t>1:23:15  maulana, these verses without any ambiguity proclaim that if one lacks in taqwa, there is no guidance for him in the quran.</w:t>
      </w:r>
      <w:r>
        <w:br/>
      </w:r>
      <w:r>
        <w:rPr>
          <w:sz w:val="20"/>
        </w:rPr>
        <w:t>1:23:25  in other words, it can be said that taqwa is the starter to the quran. does this mean that the dava work does not begin with the quran but with the development of god-fearing thinking in people in terms of the quran and taqwa?</w:t>
      </w:r>
      <w:r>
        <w:br/>
      </w:r>
      <w:r>
        <w:rPr>
          <w:sz w:val="20"/>
        </w:rPr>
        <w:t>1:23:42  if it is so, how to work towards the development of god-fearing thinking in people?</w:t>
      </w:r>
      <w:r>
        <w:br/>
      </w:r>
      <w:r>
        <w:rPr>
          <w:sz w:val="20"/>
        </w:rPr>
        <w:t>1:23:57  ab is ke liye koi technique to mujhe nahi maloom hai. study kijiye, study kijiye, study kijiye. study se woh baat develop ho jayegi.</w:t>
      </w:r>
      <w:r>
        <w:br/>
      </w:r>
      <w:r>
        <w:rPr>
          <w:sz w:val="20"/>
        </w:rPr>
        <w:t>1:24:07  hamari literature bhi isi ke liye sab likha gaya hai.</w:t>
      </w:r>
      <w:r>
        <w:br/>
      </w:r>
      <w:r>
        <w:rPr>
          <w:sz w:val="20"/>
        </w:rPr>
        <w:t>1:24:12  mein samajhta hoon ke koi bhi dosra rasta nahi hai siwaye is ke ke aap zyada se zyada study karen aadmi.</w:t>
      </w:r>
      <w:r>
        <w:br/>
      </w:r>
      <w:r>
        <w:rPr>
          <w:sz w:val="20"/>
        </w:rPr>
        <w:t>1:24:22  maulana, agla sawal maulana zakwan nadvi ka hai, dilli se. unhon ne likha hai ke "in chapter 38 of quran, verse number 29, there is a mention of word 'mubarak' and 'tadabbur.' he wants you to explain that verse."</w:t>
      </w:r>
      <w:r>
        <w:br/>
      </w:r>
      <w:r>
        <w:rPr>
          <w:sz w:val="20"/>
        </w:rPr>
        <w:t>1:24:41  mubarak ke dekhen, literal meaning hai barkat wala. barkat wala mein ke is ke bohat zyada is ke andar gehre maani hon, gehri meaning ho.</w:t>
      </w:r>
      <w:r>
        <w:br/>
      </w:r>
      <w:r>
        <w:rPr>
          <w:sz w:val="20"/>
        </w:rPr>
        <w:t>1:24:51  bohat si baaten is ke andar chupi hui hon. bohat si is ke andar cheezen hon. to woh khulen gi kaise? tadabbur se khulen gi.</w:t>
      </w:r>
      <w:r>
        <w:br/>
      </w:r>
      <w:r>
        <w:rPr>
          <w:sz w:val="20"/>
        </w:rPr>
        <w:t>1:25:00  donon ek dusre se jure hue hain, donon lafz. ke tadabbur karen ge to jo barkat hai is ke andar hai, woh sab aap par khulti chali jayen gi.</w:t>
      </w:r>
      <w:r>
        <w:br/>
      </w:r>
      <w:r>
        <w:rPr>
          <w:sz w:val="20"/>
        </w:rPr>
        <w:t>1:25:09  mein samajhta hoon yahi matlab hai is ka.</w:t>
      </w:r>
      <w:r>
        <w:br/>
      </w:r>
      <w:r>
        <w:rPr>
          <w:sz w:val="20"/>
        </w:rPr>
        <w:t>1:25:14  maulana, agla sawal ah, mister owais siddiqui ka hai, new dilli se. unhon ne likha hai ke "quran always asks people to ponder over the signs of god scattered in the universe,</w:t>
      </w:r>
      <w:r>
        <w:br/>
      </w:r>
      <w:r>
        <w:rPr>
          <w:sz w:val="20"/>
        </w:rPr>
        <w:t>1:25:27  whether it is rational level or intuitional level. what is the demarcation line between the two?"</w:t>
      </w:r>
      <w:r>
        <w:br/>
      </w:r>
      <w:r>
        <w:rPr>
          <w:sz w:val="20"/>
        </w:rPr>
        <w:t>1:25:38  ise pichli bar mein ne kaha tha ke rational level hum ko sirf probability aur probability tak pohanchata hai. rational thinking jo hai, ya rational argument jo hai, woh sirf pohanchata hai probability tak.</w:t>
      </w:r>
      <w:r>
        <w:br/>
      </w:r>
      <w:r>
        <w:rPr>
          <w:sz w:val="20"/>
        </w:rPr>
        <w:t>1:25:53  lekin wahan jab pohanchne ke baad phir darwaza ek aur khul jata hai, us ko hum intuition kehte hain. jo yeh yeh na tay kare to agla darwaza bhi us ko nahi khule ga.</w:t>
      </w:r>
      <w:r>
        <w:br/>
      </w:r>
      <w:r>
        <w:rPr>
          <w:sz w:val="20"/>
        </w:rPr>
        <w:t>1:26:07  is ko to is ki aik had hai. yani rational soch soch ki aik had hai. is ki aik limit hai. lekin jahan limit khatam hoti hai, wohin doosra had shuru ho jati hai.</w:t>
      </w:r>
      <w:r>
        <w:br/>
      </w:r>
      <w:r>
        <w:rPr>
          <w:sz w:val="20"/>
        </w:rPr>
        <w:t>1:26:19  jo aap yani woh prepared ho jata hai is baat ke liye ke is ke liye agla darwaza khule. mera tajurba to yahi hai.</w:t>
      </w:r>
      <w:r>
        <w:br/>
      </w:r>
      <w:r>
        <w:rPr>
          <w:sz w:val="20"/>
        </w:rPr>
        <w:t>1:26:34  maulana, agla sawal aya hai ah rae pur se, miss shabana ka. woh pooch rahi hain "What is the method to do Talife Qalb?" hmm "What is the method to do Talife Qalb?" Method kya hai?</w:t>
      </w:r>
      <w:r>
        <w:br/>
      </w:r>
      <w:r>
        <w:rPr>
          <w:sz w:val="20"/>
        </w:rPr>
        <w:t>1:26:49  aap doosron ke khair khwah ban jaiye. yani woh well-wisher ban jaiye.</w:t>
      </w:r>
      <w:r>
        <w:br/>
      </w:r>
      <w:r>
        <w:rPr>
          <w:sz w:val="20"/>
        </w:rPr>
        <w:t>1:26:59  bas yeh. yeh koi method to is ka hai hi nahin.</w:t>
      </w:r>
      <w:r>
        <w:br/>
      </w:r>
      <w:r>
        <w:rPr>
          <w:sz w:val="20"/>
        </w:rPr>
        <w:t>1:27:02  jaise maa ka bachcha paida hota hai to koi bataye ke tum kaise bachche ki khair khwahi karo.</w:t>
      </w:r>
      <w:r>
        <w:br/>
      </w:r>
      <w:r>
        <w:rPr>
          <w:sz w:val="20"/>
        </w:rPr>
        <w:t>1:27:10  woh to khud hi is ka yani jo motherhood hai, woh batata hai. to logon ko asal mein koi dilchaspi nahin hai insaan se.</w:t>
      </w:r>
      <w:r>
        <w:br/>
      </w:r>
      <w:r>
        <w:rPr>
          <w:sz w:val="20"/>
        </w:rPr>
        <w:t>1:27:20  apne apni family se dilchaspi hai logon ko. saare jo un ki dilchaspiyan hain, woh sab lagi rehti hain.</w:t>
      </w:r>
      <w:r>
        <w:br/>
      </w:r>
      <w:r>
        <w:rPr>
          <w:sz w:val="20"/>
        </w:rPr>
        <w:t>1:27:29  family bhi lagi rehti hai.</w:t>
      </w:r>
      <w:r>
        <w:br/>
      </w:r>
      <w:r>
        <w:rPr>
          <w:sz w:val="20"/>
        </w:rPr>
        <w:t>1:27:31  to koi method nahin hai. yeh distraction hai ke aap ki dilchaspiyan to family mein juri hui hain.</w:t>
      </w:r>
      <w:r>
        <w:br/>
      </w:r>
      <w:r>
        <w:rPr>
          <w:sz w:val="20"/>
        </w:rPr>
        <w:t>1:27:41  aap soch kar ke yani apne mind mein yeh baat bithaiye ke hamein aik duty ada karna hai. woh duty ada karne ke liye hamein un ka well-wisher banna parega.</w:t>
      </w:r>
      <w:r>
        <w:br/>
      </w:r>
      <w:r>
        <w:rPr>
          <w:sz w:val="20"/>
        </w:rPr>
        <w:t>1:27:51  to apne aap aik madhu-friendly culture develop karta hai.</w:t>
      </w:r>
      <w:r>
        <w:br/>
      </w:r>
      <w:r>
        <w:rPr>
          <w:sz w:val="20"/>
        </w:rPr>
        <w:t>1:27:58  sab kuch sochne par depend karta hai.</w:t>
      </w:r>
      <w:r>
        <w:br/>
      </w:r>
      <w:r>
        <w:rPr>
          <w:sz w:val="20"/>
        </w:rPr>
        <w:t>1:28:03  maulana, agla sawal mister jaan muhammad bhatt ka hai, afghanistan se. unhon ne likha hai ke "In Afghanistan, when people see an English Quran, they tend to consider this a form of blasphemy,</w:t>
      </w:r>
      <w:r>
        <w:br/>
      </w:r>
      <w:r>
        <w:rPr>
          <w:sz w:val="20"/>
        </w:rPr>
        <w:t>1:28:18  since the Quran can only be in Arabic, and the word Quran applies to both the Arabic text and the meaning of the Quran.</w:t>
      </w:r>
      <w:r>
        <w:br/>
      </w:r>
      <w:r>
        <w:rPr>
          <w:sz w:val="20"/>
        </w:rPr>
        <w:t>1:28:27  Do they have a point here</w:t>
      </w:r>
      <w:r>
        <w:br/>
      </w:r>
      <w:r>
        <w:rPr>
          <w:sz w:val="20"/>
        </w:rPr>
        <w:t>1:28:30  ?" dekhen, yeh hamare ulama ki bohat bari ghalti hai. bohat bari ghalti hai. ke unhon ne yeh keh diya ke jab tak matan saaf aur naik kiya jaye, sirf tarjuma nahin hona chahiye.</w:t>
      </w:r>
      <w:r>
        <w:br/>
      </w:r>
      <w:r>
        <w:rPr>
          <w:sz w:val="20"/>
        </w:rPr>
        <w:t>1:28:45  yeh bilkul galat hai. yeh aisa fatwa bhi galat hai. aisi soch bhi galat hai. is ki koi base nahin hai.</w:t>
      </w:r>
      <w:r>
        <w:br/>
      </w:r>
      <w:r>
        <w:rPr>
          <w:sz w:val="20"/>
        </w:rPr>
        <w:t>1:28:53  kaise aap quran ko phailayenge?</w:t>
      </w:r>
      <w:r>
        <w:br/>
      </w:r>
      <w:r>
        <w:rPr>
          <w:sz w:val="20"/>
        </w:rPr>
        <w:t>1:28:57  yani zaroorat ke tehat dekhen. imam abu hanifa ne no musalmanon ke liye zaroorat ke tehat ijazat di thi ke woh farsi mein namaz padhen.</w:t>
      </w:r>
      <w:r>
        <w:br/>
      </w:r>
      <w:r>
        <w:rPr>
          <w:sz w:val="20"/>
        </w:rPr>
        <w:t>1:29:09  zahir hai ke namaz arabi mein padhi jati hai. lekin imam abu hanifa ne kaha ke jo no musalman hain, jo arabi nahin padh sakte, woh farsi mein namaz padh len. waqti taur par.</w:t>
      </w:r>
      <w:r>
        <w:br/>
      </w:r>
      <w:r>
        <w:rPr>
          <w:sz w:val="20"/>
        </w:rPr>
        <w:t>1:29:18  wa-al-zarooratu tawbee'u al-mahzooraat aik hai kaam allah. aik hai law of necessity.</w:t>
      </w:r>
      <w:r>
        <w:br/>
      </w:r>
      <w:r>
        <w:rPr>
          <w:sz w:val="20"/>
        </w:rPr>
        <w:t>1:29:28  jab hamein pahunchana hai dawat to aur konsa doosra tareeqa hai? koi doosra tareeqa nahin. to yeh ulama ne galat aik cheez phaila rakhi hai logon ke andar.</w:t>
      </w:r>
      <w:r>
        <w:br/>
      </w:r>
      <w:r>
        <w:rPr>
          <w:sz w:val="20"/>
        </w:rPr>
        <w:t>1:29:40  ulama ko apni rai wapas lena chahiye. aur dawat ka darwaza band kar rakha hai logon ne. yani yeh ulama hain jinhon ne dawat ka darwaza band kar rakha hai.</w:t>
      </w:r>
      <w:r>
        <w:br/>
      </w:r>
      <w:r>
        <w:rPr>
          <w:sz w:val="20"/>
        </w:rPr>
        <w:t>1:29:49  yeh khwamkhwah ke aik fatwa de rakha hai ke matan ke sath chhapa jaye. matan alag rahega, woh alag rahega.</w:t>
      </w:r>
      <w:r>
        <w:br/>
      </w:r>
      <w:r>
        <w:rPr>
          <w:sz w:val="20"/>
        </w:rPr>
        <w:t>1:29:56  matan itna zyada aam ho chuka hai ke har masjid mein, har library mein, har ghar mein, har jagah maujood hai woh. to woh daur khatm hoga jab quran ki hifazat khatre mein thi.</w:t>
      </w:r>
      <w:r>
        <w:br/>
      </w:r>
      <w:r>
        <w:rPr>
          <w:sz w:val="20"/>
        </w:rPr>
        <w:t>1:30:09  ab ab quran ki hifazat khatre mein hai hi nahin. quran already preserve ho chuka hai, mehfooz ho chuka hai. to ab jitne bhi tareeqe hain, is ke message ko phailane ke liye ikhtiyar kijiye.</w:t>
      </w:r>
      <w:r>
        <w:br/>
      </w:r>
      <w:r>
        <w:rPr>
          <w:sz w:val="20"/>
        </w:rPr>
        <w:t>1:30:20  isi wajah se ek hai translation.</w:t>
      </w:r>
      <w:r>
        <w:br/>
      </w:r>
      <w:r>
        <w:rPr>
          <w:sz w:val="20"/>
        </w:rPr>
        <w:t>1:30:24  yaani translation jo hai, matan ki jagah par ho jayega. woh daur hi khatm ho gaya. jaise bible jo hai, asal zaban mein nahin hai. kyun?</w:t>
      </w:r>
      <w:r>
        <w:br/>
      </w:r>
      <w:r>
        <w:rPr>
          <w:sz w:val="20"/>
        </w:rPr>
        <w:t>1:30:33  printing press tha nahin is zamane mein. ab ab kaun aisa kar sakta hai ke arabi ghayab ho jaye aur sirf tarjuma rahe? bilashuba yeh galat fatwa hai.</w:t>
      </w:r>
      <w:r>
        <w:br/>
      </w:r>
      <w:r>
        <w:rPr>
          <w:sz w:val="20"/>
        </w:rPr>
        <w:t>1:30:44  aur is ki wajah se dawat ka kaam yaani mein rukawat hai yeh is ke fatwe.</w:t>
      </w:r>
      <w:r>
        <w:br/>
      </w:r>
      <w:r>
        <w:rPr>
          <w:sz w:val="20"/>
        </w:rPr>
        <w:t>1:30:51  maulana, we received a comment from mr. nafees shiraz from delhi. he has written: "itne behtareen dhang se tarjume o maani ke sath quran o hadith ko bayan karne wala wahiduddin khan jaisa koi bhi doosra aalim aaj ke zamane mein maujood nahin.</w:t>
      </w:r>
      <w:r>
        <w:br/>
      </w:r>
      <w:r>
        <w:rPr>
          <w:sz w:val="20"/>
        </w:rPr>
        <w:t>1:31:10  is liye main allah se har roz dua karta hoon ke aye allah, maulana ko kam se kam 120 saal ki aayu de taake un ke daura-e-islam ka real message zyada se zyada logon tak phailta rahe."</w:t>
      </w:r>
    </w:p>
    <w:p>
      <w:pPr>
        <w:pStyle w:val="Heading2"/>
      </w:pPr>
      <w:r>
        <w:t>Practical lessons from Prophet Yusuf's life</w:t>
      </w:r>
    </w:p>
    <w:p>
      <w:r>
        <w:rPr>
          <w:color w:val="666666"/>
          <w:sz w:val="18"/>
        </w:rPr>
        <w:t>Quran &amp; Tafsir · How to Develop Pratical Wisdom May 5, 2024 · 21m 30s · at 42:47 · https://youtu.be/QIKxtH-MyMM?t=2567</w:t>
      </w:r>
    </w:p>
    <w:p>
      <w:r>
        <w:rPr>
          <w:i/>
        </w:rPr>
        <w:t>“آپا اگلا سوال میں پوچھنا چاہوں گا پرافٹ یوسف کی زندگی سے کیونکہ ایک قرآن میں ایک پورا چیپٹر ہی ان کے اوپر آیا ہے۔ تو ان کی زندگی جب ہم دیکھتے ہیں آپا تو ہمیں بہت پریکٹیکل لیسنز ملتے ہیں۔ تو میں چاہوں گا کہ کوئی ایگزیمپل ان کی زندگی سے لے کر بھی آپ ہمیں سمجھائیں وزڈم کے بارے میں۔”</w:t>
      </w:r>
    </w:p>
    <w:p>
      <w:r>
        <w:rPr>
          <w:sz w:val="20"/>
        </w:rPr>
        <w:t>42:47  . apa agla sawal mein poochna chahunga Prophet Yusuf ki zindagi se kyunke ek Quran mein ek poora chapter hi un ke upar aaya hai.</w:t>
      </w:r>
      <w:r>
        <w:br/>
      </w:r>
      <w:r>
        <w:rPr>
          <w:sz w:val="20"/>
        </w:rPr>
        <w:t>42:57  to un ki zindagi jab hum dekhte hain apa to hamein bohat practical lessons milte hain. to mein chahunga ke koi example un ki zindagi se le kar bhi aap hamein samjhayein wisdom ke bare mein.</w:t>
      </w:r>
      <w:r>
        <w:br/>
      </w:r>
      <w:r>
        <w:rPr>
          <w:sz w:val="20"/>
        </w:rPr>
        <w:t>43:09  yeh bohat hi ajeeb baat hai ke ek hi chapter Quran mein aisa aya hai jo poora ka poora ek paighambar ke upar hai.</w:t>
      </w:r>
      <w:r>
        <w:br/>
      </w:r>
      <w:r>
        <w:rPr>
          <w:sz w:val="20"/>
        </w:rPr>
        <w:t>43:17  ji nahi to bare bare paighambar hain jaise Hazrat Musa to chand matlab kuch kuch hissa un ke upar rahega, phir doosri doosri baatein hongi.</w:t>
      </w:r>
      <w:r>
        <w:br/>
      </w:r>
      <w:r>
        <w:rPr>
          <w:sz w:val="20"/>
        </w:rPr>
        <w:t>43:28  lekin yeh poori jo hai kahani ek is mein aayi hai aur is ko best story bhi kaha gaya hai, husn ul qasas kaha gaya hai. ji ji to yeh yeh jo hai na practical wisdom ki bohat behtareen misaal</w:t>
      </w:r>
      <w:r>
        <w:br/>
      </w:r>
      <w:r>
        <w:rPr>
          <w:sz w:val="20"/>
        </w:rPr>
        <w:t>43:40  hai. ji ji kyunke dekhiye itna bara zulm kiya bhaiyon ne, soteli bhaiyon ne. al unhone koi react nahi kiya, koi unhone react kiya hota to Quran mein is ka zikr hota.</w:t>
      </w:r>
      <w:r>
        <w:br/>
      </w:r>
      <w:r>
        <w:rPr>
          <w:sz w:val="20"/>
        </w:rPr>
        <w:t>43:51  na negative hue, na unhone apne bhaiyon se nafrat ki aur sirf sabr aur bardasht se kaam liya. Allah se duaein keen unhone aur jab un ko mauqa mila kaam karne ka to badshah jo hai wahan ka woh mushrik badshah tha.</w:t>
      </w:r>
      <w:r>
        <w:br/>
      </w:r>
      <w:r>
        <w:rPr>
          <w:sz w:val="20"/>
        </w:rPr>
        <w:t>44:08  to woh aap ki personality se bohat zyada mutasir hua. to us ne woh ek lambi kahani hai, khwab waghera ki to mutasir ho gaya aur us ne aap ko rakh liya ke jo us zamane mein ek hi minister hota tha, us ko aap chahe chief minister kahiye, chahe food minister kahiye, agriculture sab kuch hota tha.</w:t>
      </w:r>
      <w:r>
        <w:br/>
      </w:r>
      <w:r>
        <w:rPr>
          <w:sz w:val="20"/>
        </w:rPr>
        <w:t>44:29  to</w:t>
      </w:r>
      <w:r>
        <w:br/>
      </w:r>
      <w:r>
        <w:rPr>
          <w:sz w:val="20"/>
        </w:rPr>
        <w:t>44:30  poora ka poora ikhtiyar badshah ne aap ko de diya kyunke wahan pehle zamane mein qahat waghera bohat parhte rehte thay na. to unhone itna zabardast tareeqe se jab qahat pada, intezam kar kiya tha unhone ke door door se log ghalla lene ke liye un ke paas aaye.</w:t>
      </w:r>
      <w:r>
        <w:br/>
      </w:r>
      <w:r>
        <w:rPr>
          <w:sz w:val="20"/>
        </w:rPr>
        <w:t>44:48  to unhone ab in ke bhai bhi aaye,</w:t>
      </w:r>
      <w:r>
        <w:br/>
      </w:r>
      <w:r>
        <w:rPr>
          <w:sz w:val="20"/>
        </w:rPr>
        <w:t>44:53  bhai ki unhone respect kiya, un ko ghalla diya aur un ke ghalla, un ki jo is ka payment bhi unhone wapas kar diya. to poori izzat ke sath un se, un ko unhone dealing kari.</w:t>
      </w:r>
      <w:r>
        <w:br/>
      </w:r>
      <w:r>
        <w:rPr>
          <w:sz w:val="20"/>
        </w:rPr>
        <w:t>45:05  to is ke matlab hai ke kitne zyada un ke andar wisdom thi ke agar jo wisdom jis ke andar hogi, wahi react nahi karega.</w:t>
      </w:r>
      <w:r>
        <w:br/>
      </w:r>
      <w:r>
        <w:rPr>
          <w:sz w:val="20"/>
        </w:rPr>
        <w:t>45:14  to unhone kuch bhi react nahi kiya kyunke woh to future ko dekhta hai ke aindah hamare sath kuch behtar hone wala hai,</w:t>
      </w:r>
      <w:r>
        <w:br/>
      </w:r>
      <w:r>
        <w:rPr>
          <w:sz w:val="20"/>
        </w:rPr>
        <w:t>45:23  Allah taala hamari madad farmaye ga. to unhone kuch bhi react nahi kiya. to is tareeqe se unhone yeh dikhaya ke hum ke maafii kitni bari cheez hai aur unhone sab ko maaf kar diya.</w:t>
      </w:r>
      <w:r>
        <w:br/>
      </w:r>
      <w:r>
        <w:rPr>
          <w:sz w:val="20"/>
        </w:rPr>
        <w:t>45:37  aur jo hai Quran mein aya hai ke samajhdar logon ke liye is qisse mein bohat si learning ki baatein hain. to yahi hai ke jo rehnuma usool thay, us ko poora ka poora unhone apni zindagi par apply kiya.</w:t>
      </w:r>
      <w:r>
        <w:br/>
      </w:r>
      <w:r>
        <w:rPr>
          <w:sz w:val="20"/>
        </w:rPr>
        <w:t>45:51  mushrik badshah ke under mein poori wafadari ke sath unhone kaam kiya, zabardast tareeqe se khazane ko unhone manage kiya aur phir us ke baad apne bhaiyon ko maaf kar diya aur sab ko wahan Misr mein bulaya.</w:t>
      </w:r>
      <w:r>
        <w:br/>
      </w:r>
      <w:r>
        <w:rPr>
          <w:sz w:val="20"/>
        </w:rPr>
        <w:t>46:08  baqayda yeh log wahan bas gaye aur kai so saal tak woh wahan rahe yahan tak ke Firon ka zamana aaya aur Firon ne zulm karna shuru kiya.</w:t>
      </w:r>
      <w:r>
        <w:br/>
      </w:r>
      <w:r>
        <w:rPr>
          <w:sz w:val="20"/>
        </w:rPr>
        <w:t>46:17  is ke baad aap jo hain, Allah taala ne madad farmayi, Hazrat Musa alaihi salam ko bheja aur Bani Israel ko wahan se nikala.</w:t>
      </w:r>
      <w:r>
        <w:br/>
      </w:r>
      <w:r>
        <w:rPr>
          <w:sz w:val="20"/>
        </w:rPr>
        <w:t>46:29  to yeh hamare liye is mein bohat zyada sabak hai Hazrat Yusuf alaihi salam ki qisse mein.</w:t>
      </w:r>
      <w:r>
        <w:br/>
      </w:r>
      <w:r>
        <w:rPr>
          <w:sz w:val="20"/>
        </w:rPr>
        <w:t>46:36  ji jazak Allah apaa. apa ek comment aur sawal aya hai, is ke baad phir mein aaj ke session ka aakhri sawal aap se poochna chahunga.</w:t>
      </w:r>
      <w:r>
        <w:br/>
      </w:r>
      <w:r>
        <w:rPr>
          <w:sz w:val="20"/>
        </w:rPr>
        <w:t>46:45  yeh comment bheja hai Miss Shaheen Feroz ne Jammu Kashmir se. unhone likha hai people are living in reactionary lifestyle and don't know the concept of practical wisdom.</w:t>
      </w:r>
      <w:r>
        <w:br/>
      </w:r>
      <w:r>
        <w:rPr>
          <w:sz w:val="20"/>
        </w:rPr>
        <w:t>46:58  present clerics are not talking of this wisdom.</w:t>
      </w:r>
      <w:r>
        <w:br/>
      </w:r>
      <w:r>
        <w:rPr>
          <w:sz w:val="20"/>
        </w:rPr>
        <w:t>47:02  Alhamdulillah Maulana and now his team are doing a wonderful job. Sometimes there are varied situations where decision making becomes difficult.</w:t>
      </w:r>
      <w:r>
        <w:br/>
      </w:r>
      <w:r>
        <w:rPr>
          <w:sz w:val="20"/>
        </w:rPr>
        <w:t>47:12  How can one take decisions in such situations? Moreover, how can one convince a person who is always over reactive?</w:t>
      </w:r>
      <w:r>
        <w:br/>
      </w:r>
      <w:r>
        <w:rPr>
          <w:sz w:val="20"/>
        </w:rPr>
        <w:t>47:22  to is ke bare mein batayein.</w:t>
      </w:r>
      <w:r>
        <w:br/>
      </w:r>
      <w:r>
        <w:rPr>
          <w:sz w:val="20"/>
        </w:rPr>
        <w:t>47:28  ab is ko aap samjha hi sakte hain.</w:t>
      </w:r>
      <w:r>
        <w:br/>
      </w:r>
      <w:r>
        <w:rPr>
          <w:sz w:val="20"/>
        </w:rPr>
        <w:t>47:32  ab is dunya mein Allah taala ne sab ko azadi di hai. ab hum zabardasti to kisi ke sath kuch kar nahi sakte. ji samjha sakte hain is ko, literature dijiye parhne ke liye aur ho sakta hai ke kabhi is ko samajh mein aa jaye.</w:t>
      </w:r>
      <w:r>
        <w:br/>
      </w:r>
      <w:r>
        <w:rPr>
          <w:sz w:val="20"/>
        </w:rPr>
        <w:t>47:48  wait wait and watch wali jo policy hoti hai, woh karen. ji sabar karen, bardasht karen kyunke agar aap sabar karte hain tab bhi aap ko sawab milega.</w:t>
      </w:r>
      <w:r>
        <w:br/>
      </w:r>
      <w:r>
        <w:rPr>
          <w:sz w:val="20"/>
        </w:rPr>
        <w:t>47:58  kyunke ek bar Maulana se kisi ne poocha ke sabar kab tak? to Maulana ne kaha ke aap ne kabhi kaha ke namaz kab tak aur roza kab tak?</w:t>
      </w:r>
      <w:r>
        <w:br/>
      </w:r>
      <w:r>
        <w:rPr>
          <w:sz w:val="20"/>
        </w:rPr>
        <w:t>48:06  to sabar bhi isi tarike se rewardable act hai, balke bohat zyada is mein bohat zyada be hisab reward hai. to agar woh mamla hal nahi hota hai to aap sabar kijiye, is ka aap ko reward milega.</w:t>
      </w:r>
      <w:r>
        <w:br/>
      </w:r>
      <w:r>
        <w:rPr>
          <w:sz w:val="20"/>
        </w:rPr>
        <w:t>48:21  ga. Islam ki to yeh khoobi hai ke har halat mein har act hamara rewardable act ho jata hai agar hum Khuda ke liye karen. ji aur apa ek cheez yeh bhi hai ke pe Maulana bohat hum logon ko advice kiya karte the.</w:t>
      </w:r>
      <w:r>
        <w:br/>
      </w:r>
      <w:r>
        <w:rPr>
          <w:sz w:val="20"/>
        </w:rPr>
        <w:t>48:35  woh kehte the ke Islam ka yeh principle hai ke aap result ko dekh kar action len. agar aap ko lagta hai ke aap sahi hain lekin aap jo action lene ja rahe hain us se result ek dam opposite niklega to practical wisdom yeh kahe gi ke aap woh action na len.</w:t>
      </w:r>
      <w:r>
        <w:br/>
      </w:r>
      <w:r>
        <w:rPr>
          <w:sz w:val="20"/>
        </w:rPr>
        <w:t>48:50  aap pehle result ko dekhen, aap phir action ko len. aur apa abhi jo aap ne example diya Prophet Yusuf ka, woh itna behtareen example hai aur isi liye Quran mein shayad best story bhi kaha gaya ke unhon ne bhi apne bhaiyon ko badal diya, un ke dil badal gaye.</w:t>
      </w:r>
      <w:r>
        <w:br/>
      </w:r>
      <w:r>
        <w:rPr>
          <w:sz w:val="20"/>
        </w:rPr>
        <w:t>49:06  to sabar, lekin unhon ne sabar kiya. to jaise unhon ne bhi yeh poocha ke how can we convince a person who is always over reactive? to sabar karna aur kai bar taking no action is also an action.</w:t>
      </w:r>
      <w:r>
        <w:br/>
      </w:r>
      <w:r>
        <w:rPr>
          <w:sz w:val="20"/>
        </w:rPr>
        <w:t>49:19  action. to yeh bohat important hai ke aap result ko dekhen, aap sabar karen, dua karen. to result bhi positive aayega aur inshallah woh insan bhi badal jayega jis ke liye aap dua kar rahe hain.</w:t>
      </w:r>
      <w:r>
        <w:br/>
      </w:r>
      <w:r>
        <w:rPr>
          <w:sz w:val="20"/>
        </w:rPr>
        <w:t>49:33  aur maan lijiye agar woh insan sincere nahi hai to kam se kam aap complex free ho jayenge, jo ke bohat important hai from the point of your entry into paradise.</w:t>
      </w:r>
      <w:r>
        <w:br/>
      </w:r>
      <w:r>
        <w:rPr>
          <w:sz w:val="20"/>
        </w:rPr>
        <w:t>49:45  to Maulana kehte the khud ko</w:t>
      </w:r>
      <w:r>
        <w:br/>
      </w:r>
      <w:r>
        <w:rPr>
          <w:sz w:val="20"/>
        </w:rPr>
        <w:t>49:47  bachaiye, to humein apne aap ko bachana hai. save yourself. save yourself. apa aap ne Prophet Yusuf ki zindagi se abhi bohat hi acha example diya.</w:t>
      </w:r>
      <w:r>
        <w:br/>
      </w:r>
      <w:r>
        <w:rPr>
          <w:sz w:val="20"/>
        </w:rPr>
        <w:t>49:59  aakhri sawal, Rasool Allah ki zindagi to poori wisdom se bhari hui hai aur woh yeh bhi unhon ne kaha ek martaba ke how nice is that gathering where words of wisdom are spoken and that there is no better gift than words of wisdom.</w:t>
      </w:r>
      <w:r>
        <w:br/>
      </w:r>
      <w:r>
        <w:rPr>
          <w:sz w:val="20"/>
        </w:rPr>
        <w:t>50:15  wisdom. to apa mein chahunga ke aakhri sawal aap isi jawab par khatam karen ke hum un ki zindagi se practical wisdom ko le kar kya sabak le sakte hain?</w:t>
      </w:r>
      <w:r>
        <w:br/>
      </w:r>
      <w:r>
        <w:rPr>
          <w:sz w:val="20"/>
        </w:rPr>
        <w:t>50:27  is ke bare mein aap hum sab ko batayen. Rasool Allah sal Allah alayhi wasallam ki zindagi to full of practical wisdom hai. asal mein logon ne is tarike se biography likhi nahi.</w:t>
      </w:r>
      <w:r>
        <w:br/>
      </w:r>
      <w:r>
        <w:rPr>
          <w:sz w:val="20"/>
        </w:rPr>
        <w:t>50:37  yeh to pehli bar Maulana ne is tarike ki kitaben likhin ke is se humein kya wisdom milta</w:t>
      </w:r>
      <w:r>
        <w:br/>
      </w:r>
      <w:r>
        <w:rPr>
          <w:sz w:val="20"/>
        </w:rPr>
        <w:t>50:43  hai. logon ke nazdeek to Prophet hero hain, hamare liye is mein koi example nahi hai, hamare liye koi sabak nahi hai. bas bas humein ishq Rasool mein natein padhni hain.</w:t>
      </w:r>
      <w:r>
        <w:br/>
      </w:r>
      <w:r>
        <w:rPr>
          <w:sz w:val="20"/>
        </w:rPr>
        <w:t>50:55  to yeh hai. to yeh pehli bar humein sare rahinuma usool humein mile aur is mein jo jo kitab, jo January mein ne bataya tha 2018 ka Al-Risala jo hai, woh khusoosi shumarah hai.</w:t>
      </w:r>
      <w:r>
        <w:br/>
      </w:r>
      <w:r>
        <w:rPr>
          <w:sz w:val="20"/>
        </w:rPr>
        <w:t>51:08  woh is ka naam hi hai Paighambaraana Hikmat.</w:t>
      </w:r>
      <w:r>
        <w:br/>
      </w:r>
      <w:r>
        <w:rPr>
          <w:sz w:val="20"/>
        </w:rPr>
        <w:t>51:11  to is ko logon ko chahiye ke zaroor is ko padhen aur inshallah is ki koshish karte hain ke woh English mein bhi aa jaye. woh inshallah.</w:t>
      </w:r>
      <w:r>
        <w:br/>
      </w:r>
      <w:r>
        <w:rPr>
          <w:sz w:val="20"/>
        </w:rPr>
        <w:t>51:19  to is se Paighambar Islam jo hain, woh ek bohat hi ba hikmat insan the, wise man the. Maulana ne mutala kiya seerat ki kitabon ka to wahan koi hikmat ki tareef nahi mili.</w:t>
      </w:r>
      <w:r>
        <w:br/>
      </w:r>
      <w:r>
        <w:rPr>
          <w:sz w:val="20"/>
        </w:rPr>
        <w:t>51:34  to woh hikmat ki baaten to thi lekin hikmat kya hai?</w:t>
      </w:r>
      <w:r>
        <w:br/>
      </w:r>
      <w:r>
        <w:rPr>
          <w:sz w:val="20"/>
        </w:rPr>
        <w:t>51:38  woh sare waqiat to recorded the lekin wisdom aur practical wisdom ke angle se recorded nahi the. to unhon ne phir aap ke is role ko dekha, aap ki practice ko dekha ke jab aap ba hikmat insan the to aap ki practice mein woh hikmat zaroor reflect hui hogi.</w:t>
      </w:r>
      <w:r>
        <w:br/>
      </w:r>
      <w:r>
        <w:rPr>
          <w:sz w:val="20"/>
        </w:rPr>
        <w:t>51:59  to is tarike se is mein unhon ne yeh likha aur bohat sari aur doosri bhi kitaben hain.</w:t>
      </w:r>
      <w:r>
        <w:br/>
      </w:r>
      <w:r>
        <w:rPr>
          <w:sz w:val="20"/>
        </w:rPr>
        <w:t>52:05  to sab se pehle to sab se pehle to jab aap ko prophet hood nahi mili thi, tab bhi aap isi tareeqay se wise person thay.</w:t>
      </w:r>
      <w:r>
        <w:br/>
      </w:r>
      <w:r>
        <w:rPr>
          <w:sz w:val="20"/>
        </w:rPr>
        <w:t>52:17  prophet hood ke baad is mein aur jala mili is ko aur ziyada nikhaar aaya. to jab dekhiye hajar aswad ka qissa hua to log jo hain bilkul larne ki matlab aisi jang jari honay wali thi, khana jangi jis ko kehte</w:t>
      </w:r>
      <w:r>
        <w:br/>
      </w:r>
      <w:r>
        <w:rPr>
          <w:sz w:val="20"/>
        </w:rPr>
        <w:t>52:33  hain. to log keh rahe thay ke hajar aswad har tribal chief chahta tha ke hamein yeh izaz mile ke hum is ko jab wohi kaba jab gir gaya tha na ji to woh utha rahe thay.</w:t>
      </w:r>
      <w:r>
        <w:br/>
      </w:r>
      <w:r>
        <w:rPr>
          <w:sz w:val="20"/>
        </w:rPr>
        <w:t>52:43  jab deewar oonchi tak aa gayi jahan tak hajar aswad hai, to jab hajar aswad ko wahan rakhnay ka moqa aaya to to saray tribes walay jo hain larne lagay ke hamaray tribal chief ko hamaray is ko moqa milna chahiye.</w:t>
      </w:r>
      <w:r>
        <w:br/>
      </w:r>
      <w:r>
        <w:rPr>
          <w:sz w:val="20"/>
        </w:rPr>
        <w:t>52:57  to phir aik buzurg ne kaha ke kal subah sawere jo aadmi aye ga to usi ko hum salis bana dein gay, wohi faisla karega.</w:t>
      </w:r>
      <w:r>
        <w:br/>
      </w:r>
      <w:r>
        <w:rPr>
          <w:sz w:val="20"/>
        </w:rPr>
        <w:t>53:07  saray log raat bhar wahan baithe rahay to dekha to pehla shakhs jo aaya woh prophet is waqt prophet nahi thay, to to umar 40 saal par aap ko prophet hood mili na to woh Muhammad thay.</w:t>
      </w:r>
      <w:r>
        <w:br/>
      </w:r>
      <w:r>
        <w:rPr>
          <w:sz w:val="20"/>
        </w:rPr>
        <w:t>53:21  to to woh jo hain sab ne kaha ke yeh to al-ameen hai, al-ameen hai, in ke faislay par hum raazi hain. to aap ne kitna hikmat bhara faisla kiya ke aik safed saaf chadar le aayi jaye aur chadar ke beech mein aap ne khud woh pathar utha ke rakha aur saray chief se kaha, saray sardaron se kaha ke tum kinare, charon kinare is ko pakar ke wahan par us jagah par le chalo jahan is ko nasb karna tha.</w:t>
      </w:r>
      <w:r>
        <w:br/>
      </w:r>
      <w:r>
        <w:rPr>
          <w:sz w:val="20"/>
        </w:rPr>
        <w:t>53:50  phir aap ne apne hath se woh nasb kar diya. to is tareeqay se itna bara masla hal hua ke wahan to jangain hoti theen, to jang khatam honay ka naam hi nahi leti theen.</w:t>
      </w:r>
      <w:r>
        <w:br/>
      </w:r>
      <w:r>
        <w:rPr>
          <w:sz w:val="20"/>
        </w:rPr>
        <w:t>54:01  to woh is ke baad jab hum aap ko wahi mili aur aap ko bataya gaya ke aap ko yeh paigham logon tak pohanchana hai to aap ne dekha ke wahan to toheed ka paigham tha.</w:t>
      </w:r>
      <w:r>
        <w:br/>
      </w:r>
      <w:r>
        <w:rPr>
          <w:sz w:val="20"/>
        </w:rPr>
        <w:t>54:13  dekha ke kaba mein to saray but</w:t>
      </w:r>
      <w:r>
        <w:br/>
      </w:r>
      <w:r>
        <w:rPr>
          <w:sz w:val="20"/>
        </w:rPr>
        <w:t>54:16  rakhe hue hain, ab koi bhi aik hota to kehta ke ab is buton mein hum toheed ka paigham kaise pohanchayein? to aap ne wohi jo relevant aur irrelevant ka bohat hi acute sense tha aap ke andar, to aap ne kaha ke woh to woh alag cheez hai, is ko alag kiya aur is buton ki wajah se jo wahan gathering hoti thi, us gathering ko istemal karein ge Khuda ka paigham pohanchane ke li</w:t>
      </w:r>
      <w:r>
        <w:br/>
      </w:r>
      <w:r>
        <w:rPr>
          <w:sz w:val="20"/>
        </w:rPr>
        <w:t>54:43  ye. to is tareeqay se unhon ne woh relevant ko irrelevant se alag kar liya.</w:t>
      </w:r>
      <w:r>
        <w:br/>
      </w:r>
      <w:r>
        <w:rPr>
          <w:sz w:val="20"/>
        </w:rPr>
        <w:t>54:53  phir aap taif ka dekhiye, itna ziyada zulm kiya in logon ne magar aap ne koi react nahi kiya. aap ne kaha ke hamari nazar jo hai mustaqbil par hai aur is se malik al-jibal se farishtay, jab paharon ke farishtay se kaha ke nahi, hum agli nasal se umeed rakhte hain ke woh Khuda ki koi ibadat karein gay.</w:t>
      </w:r>
      <w:r>
        <w:br/>
      </w:r>
      <w:r>
        <w:rPr>
          <w:sz w:val="20"/>
        </w:rPr>
        <w:t>55:16  to is tareeqay se aur baat umeed sahi bhi hui. to</w:t>
      </w:r>
      <w:r>
        <w:br/>
      </w:r>
      <w:r>
        <w:rPr>
          <w:sz w:val="20"/>
        </w:rPr>
        <w:t>55:20  is tareeqay se kabhi dekhiye, practical wisdom mein kabhi kuch dekhna parta hai, kabhi kuch dekhna parta hai, kabhi wait karna parta hai agli generation tak, kabhi nayi planning karni parti hai.</w:t>
      </w:r>
      <w:r>
        <w:br/>
      </w:r>
      <w:r>
        <w:rPr>
          <w:sz w:val="20"/>
        </w:rPr>
        <w:t>55:33  makkah mein jab bohat ziyada mukhalifat honay lagi to wahan par aur koi kuch kuch opportunity nahi thi mazeed kuch kaam karne</w:t>
      </w:r>
      <w:r>
        <w:br/>
      </w:r>
      <w:r>
        <w:rPr>
          <w:sz w:val="20"/>
        </w:rPr>
        <w:t>55:43  ki. to aap khamoshi se makkah chhod kar madina chalay gaye aur wahan madine mein bilkul low profile mein kaam karna shuru kar diya, bilkul peaceful tareeqay se.</w:t>
      </w:r>
      <w:r>
        <w:br/>
      </w:r>
      <w:r>
        <w:rPr>
          <w:sz w:val="20"/>
        </w:rPr>
        <w:t>55:55  to agar aik planning aap ki kamyab nahi ho rahi hai to aap re-planning karein. is par Maulana ne aik pamphlet bhi hai re-planning par.</w:t>
      </w:r>
      <w:r>
        <w:br/>
      </w:r>
      <w:r>
        <w:rPr>
          <w:sz w:val="20"/>
        </w:rPr>
        <w:t>56:05  to re-planning jo hai woh mukammal taur par kamyab hui.</w:t>
      </w:r>
      <w:r>
        <w:br/>
      </w:r>
      <w:r>
        <w:rPr>
          <w:sz w:val="20"/>
        </w:rPr>
        <w:t>56:11  to isi tareeqay se jab aap madina gaye to wahan yahoodi aik sizable un ka group tha aur woh log jo hain un ke paas hi saray paighambar atay thay.</w:t>
      </w:r>
      <w:r>
        <w:br/>
      </w:r>
      <w:r>
        <w:rPr>
          <w:sz w:val="20"/>
        </w:rPr>
        <w:t>56:21  to awam jo hai un ko lagta tha ke yahi sachai par hain aur unhi ko woh follow karte thay bohat sari baton mein.</w:t>
      </w:r>
      <w:r>
        <w:br/>
      </w:r>
      <w:r>
        <w:rPr>
          <w:sz w:val="20"/>
        </w:rPr>
        <w:t>56:30  to woh log jo hain bait ul maqdis un ka qibla tha. to</w:t>
      </w:r>
      <w:r>
        <w:br/>
      </w:r>
      <w:r>
        <w:rPr>
          <w:sz w:val="20"/>
        </w:rPr>
        <w:t>56:34  itna bara aap ne kaam kiya ke un ki taaleef qalb yani softening of the heart, un ki taaleef qalb ke liye aap ne qibla badal diya.</w:t>
      </w:r>
      <w:r>
        <w:br/>
      </w:r>
      <w:r>
        <w:rPr>
          <w:sz w:val="20"/>
        </w:rPr>
        <w:t>56:44  to taqreeban 16-17 mahine tak yahoodiyon ka jo qibla tha bait ul maqdis usi ki taraf kar ke namaz parhte rahay.</w:t>
      </w:r>
      <w:r>
        <w:br/>
      </w:r>
      <w:r>
        <w:rPr>
          <w:sz w:val="20"/>
        </w:rPr>
        <w:t>56:55  to jab tab bhi dekha ke in logon par is ka kuch asar nahi ho raha, un ke heart jo hain woh saaf nahi ho rahe,</w:t>
      </w:r>
      <w:r>
        <w:br/>
      </w:r>
      <w:r>
        <w:rPr>
          <w:sz w:val="20"/>
        </w:rPr>
        <w:t>57:03  phir hukum hua ke apna kabe ki taraf qibla karne ka. to is tarike se unhon ne poori koshish ki aap ne ke mo'tedil halaat mein, normal halaat mein apna kaam karen.</w:t>
      </w:r>
      <w:r>
        <w:br/>
      </w:r>
      <w:r>
        <w:rPr>
          <w:sz w:val="20"/>
        </w:rPr>
        <w:t>57:16  kyunke agar woh qibla isi waqt agar qibla na badla hota to woh log kehte hain ke yeh pata nahin kaun log hain, un ka qibla kuch aur hai. abhi tak saare paighambar jo hain un ka qibla bait ul maqdis hota tha.</w:t>
      </w:r>
      <w:r>
        <w:br/>
      </w:r>
      <w:r>
        <w:rPr>
          <w:sz w:val="20"/>
        </w:rPr>
        <w:t>57:30  isi tarike se usool Hudaibiyah hai. baar baar jangain hoti rahin, jangon se koi nateeja nahin nikla, sirf barbadi aur tabaahi aai.</w:t>
      </w:r>
      <w:r>
        <w:br/>
      </w:r>
      <w:r>
        <w:rPr>
          <w:sz w:val="20"/>
        </w:rPr>
        <w:t>57:41  to phir finally aap ne enemy ki tamam sharaait ko le kar ke aap ne sulah kar li, jis ko hum treaty of Hudaibiyah kehte hain.</w:t>
      </w:r>
      <w:r>
        <w:br/>
      </w:r>
      <w:r>
        <w:rPr>
          <w:sz w:val="20"/>
        </w:rPr>
        <w:t>57:52  to us waqt mutalliq pehlu, ghair mutalliq pehlu yeh tha ke woh log bohat zyada pareshan kar rahe the aur chahte hi nahin the sulah, balkeh woh jang hi chahte the.</w:t>
      </w:r>
      <w:r>
        <w:br/>
      </w:r>
      <w:r>
        <w:rPr>
          <w:sz w:val="20"/>
        </w:rPr>
        <w:t>58:03  to jab mu'ahida likha jaane laga to us par likha Hazrat Ali ne Rasool Allah ki taraf se. to us par bhi unhon ne hungama machaya ke Rasool Allah ko agar hum Rasool Allah maante to hum hum yeh jang hi kyun karte?</w:t>
      </w:r>
      <w:r>
        <w:br/>
      </w:r>
      <w:r>
        <w:rPr>
          <w:sz w:val="20"/>
        </w:rPr>
        <w:t>58:19  to woh Rasool Allah ka lafz mittwaya, woh bhi aap ne mita diya kyunke woh ghair mutalliq, irrelevant expect tha ke jo relevant tha woh yeh tha ke kisi na kisi tarah peace qaim ho jaye.</w:t>
      </w:r>
      <w:r>
        <w:br/>
      </w:r>
      <w:r>
        <w:rPr>
          <w:sz w:val="20"/>
        </w:rPr>
        <w:t>58:32  kyun</w:t>
      </w:r>
      <w:r>
        <w:br/>
      </w:r>
      <w:r>
        <w:rPr>
          <w:sz w:val="20"/>
        </w:rPr>
        <w:t>58:33  ke peace qaim ho jayega to phir tamam jo hai jo peaceful activities hain, da'wa work hai, woh tamam jaari ho jayengi.</w:t>
      </w:r>
      <w:r>
        <w:br/>
      </w:r>
      <w:r>
        <w:rPr>
          <w:sz w:val="20"/>
        </w:rPr>
        <w:t>58:42  aur bilkul wahi hua ke peace qaim ho gaya to bilkul normal situation ho gayi aur saara kaam hone laga aur bohat jald jo hai Makka fateh ho gaya.</w:t>
      </w:r>
      <w:r>
        <w:br/>
      </w:r>
      <w:r>
        <w:rPr>
          <w:sz w:val="20"/>
        </w:rPr>
        <w:t>58:55  phir ek rehnuma usool hai practical wisdom ka, potential friend aur actual</w:t>
      </w:r>
      <w:r>
        <w:br/>
      </w:r>
      <w:r>
        <w:rPr>
          <w:sz w:val="20"/>
        </w:rPr>
        <w:t>59:01  friend. ab hum log jo hain yahi jaante the ke yeh hamara dost hai, yeh hamara dushman hai. to pehli baar yeh saari rehnuma usoolon ko Maulana ne nikala Quran se, Hadees se, Prophet ke sunnaton se,</w:t>
      </w:r>
      <w:r>
        <w:br/>
      </w:r>
      <w:r>
        <w:rPr>
          <w:sz w:val="20"/>
        </w:rPr>
        <w:t>59:16  practices se, aur phir us ke us par likha. to is mein bataya ke jo potential friend aur actual friend hai, to ab hum jab burai ka jawab bhalaai se denge na to to wahi potential friend jo hai woh actual friend ban jayega.</w:t>
      </w:r>
      <w:r>
        <w:br/>
      </w:r>
      <w:r>
        <w:rPr>
          <w:sz w:val="20"/>
        </w:rPr>
        <w:t>59:32  to</w:t>
      </w:r>
      <w:r>
        <w:br/>
      </w:r>
      <w:r>
        <w:rPr>
          <w:sz w:val="20"/>
        </w:rPr>
        <w:t>59:33  is tarike se Quran mein aaya hai chapter 41 mein verse 34. to aur sab yahi hua, tamam jo log saare Makka wale, Arab wale, itne zabardast dushman the aap ke, aap ne sab ko maaf karte rahe, maaf karte rahe, jab fateh Makka ke baad sab ko maaf kar diya, sab dost ban gaye.</w:t>
      </w:r>
      <w:r>
        <w:br/>
      </w:r>
      <w:r>
        <w:rPr>
          <w:sz w:val="20"/>
        </w:rPr>
        <w:t>59:57  to isi tarike se doosra ek rehnuma usool hai ke jo problems hain un ko ignore karo, yani problems jo hain na woh irrelevant aspect hain aur opportunities jo hain woh relevant aspect hain.</w:t>
      </w:r>
      <w:r>
        <w:br/>
      </w:r>
      <w:r>
        <w:rPr>
          <w:sz w:val="20"/>
        </w:rPr>
        <w:t>1:00:09  to problems ko ignore karo aur opportunities ko avail karo. to aur hum log hamesha masail se takrate rehte hain, problems se takrate</w:t>
      </w:r>
      <w:r>
        <w:br/>
      </w:r>
      <w:r>
        <w:rPr>
          <w:sz w:val="20"/>
        </w:rPr>
        <w:t>1:00:18  rehte hain, milta kuch bhi nahin hai. aur agar hum opportunities ko discover karen aur us par kaam karen to hum bohat zyada kamyabi hasil kar sakte hain.</w:t>
      </w:r>
      <w:r>
        <w:br/>
      </w:r>
      <w:r>
        <w:rPr>
          <w:sz w:val="20"/>
        </w:rPr>
        <w:t>1:00:29  to doosri woh hai ke woh to bohat zyada maine thode se usool liye hain ke result oriented action. to jab wahan bohat zyada zulm badh gaya aur Hazrat Umar bhi Islam le aaye to Hazrat Umar to pehelwan the, unhon ne kaha hum kab tak zulm ko bardasht karenge?</w:t>
      </w:r>
      <w:r>
        <w:br/>
      </w:r>
      <w:r>
        <w:rPr>
          <w:sz w:val="20"/>
        </w:rPr>
        <w:t>1:00:47  to aap ne kaha nahin, aap ne dekha ke nateeja kya niklega? to aap ne kaha ya Umar inna qaleel, hum bohat thode hain, to humein to thode hain, to humein bardasht</w:t>
      </w:r>
      <w:r>
        <w:br/>
      </w:r>
      <w:r>
        <w:rPr>
          <w:sz w:val="20"/>
        </w:rPr>
        <w:t>1:00:57  karna hai. to baqi un ka zulm, zulm jo hai woh us ko sabr o bardasht ke zariye se hum sahenge. to hamare andar jitni taqat hai utna kaam karna chahiye, tabhi hum koi bhi nateeja khez amal, result oriented amal kar sakte hain.</w:t>
      </w:r>
      <w:r>
        <w:br/>
      </w:r>
      <w:r>
        <w:rPr>
          <w:sz w:val="20"/>
        </w:rPr>
        <w:t>1:01:18  to isi tarike se lesser evil aur greater evil. to bohat sari cheezain jo hoti hain na lesser evil hoti</w:t>
      </w:r>
      <w:r>
        <w:br/>
      </w:r>
      <w:r>
        <w:rPr>
          <w:sz w:val="20"/>
        </w:rPr>
        <w:t>1:01:24  hain. agar hum lesser evil ko bardasht nahin karte to humein greater evil ka saamna karna padta hai. to is liye humein jaise farz kariye raaste mein koi woh ho jata hai, gaadi chala rahe hain, koi accident ho gaya, thoda sa koi chot lag gayi, kisi ne kuch keh diya.</w:t>
      </w:r>
      <w:r>
        <w:br/>
      </w:r>
      <w:r>
        <w:rPr>
          <w:sz w:val="20"/>
        </w:rPr>
        <w:t>1:01:42  jab mein gaadi chala rahi thi to shuru shuru mein to kuch na kuch karti thi. to ek aadmi ne kaha why can't you drive properly?</w:t>
      </w:r>
      <w:r>
        <w:br/>
      </w:r>
      <w:r>
        <w:rPr>
          <w:sz w:val="20"/>
        </w:rPr>
        <w:t>1:01:51  bohat ghusse mein kaha.</w:t>
      </w:r>
      <w:r>
        <w:br/>
      </w:r>
      <w:r>
        <w:rPr>
          <w:sz w:val="20"/>
        </w:rPr>
        <w:t>1:01:53  to is tareeqay say bohat kuch hota hai. to phir hum agar isi waqt is ko bardasht kar lain, kuch log bardasht nahi karte, phir nikal ke larna shuru kar dete hain.</w:t>
      </w:r>
      <w:r>
        <w:br/>
      </w:r>
      <w:r>
        <w:rPr>
          <w:sz w:val="20"/>
        </w:rPr>
        <w:t>1:02:02  to hamare aik colleague thay, un ke bhai ne larna shuru kar diya, yahan tak ke bohat zabardast jang ladaai hui aur police case ban gaya.</w:t>
      </w:r>
      <w:r>
        <w:br/>
      </w:r>
      <w:r>
        <w:rPr>
          <w:sz w:val="20"/>
        </w:rPr>
        <w:t>1:02:11  bohat dinon tak woh jail mein rahe. to yahi woh lesser evil tha aur lesser evil ko bardasht na karne se phir woh greater evil ko bardasht karna parta hai.</w:t>
      </w:r>
      <w:r>
        <w:br/>
      </w:r>
      <w:r>
        <w:rPr>
          <w:sz w:val="20"/>
        </w:rPr>
        <w:t>1:02:23  to yeh hai ke dekhiye, is sab se bari baat yeh hai ke is dunya mein Allah ne sab ko azadi di hai. ab azadi di hai to yeh sab hoga ji, to is ko humein bardasht karna parhe ga.</w:t>
      </w:r>
      <w:r>
        <w:br/>
      </w:r>
      <w:r>
        <w:rPr>
          <w:sz w:val="20"/>
        </w:rPr>
        <w:t>1:02:34  agar hum bardasht nahi karein ge to aur bari museebat mein par jayen ge.</w:t>
      </w:r>
      <w:r>
        <w:br/>
      </w:r>
      <w:r>
        <w:rPr>
          <w:sz w:val="20"/>
        </w:rPr>
        <w:t>1:02:41  to is tareeqay say Rasool Allah Sal Allahu Alaihi Wa Sallam ki poori zindagi jo hai, is mein aap ko saare guiding principles practical wisdom ke milte hain.</w:t>
      </w:r>
      <w:r>
        <w:br/>
      </w:r>
      <w:r>
        <w:rPr>
          <w:sz w:val="20"/>
        </w:rPr>
        <w:t>1:02:50  bas yeh hai ke is angle say aap ko dekhna hai</w:t>
      </w:r>
      <w:r>
        <w:br/>
      </w:r>
      <w:r>
        <w:rPr>
          <w:sz w:val="20"/>
        </w:rPr>
        <w:t>1:02:53  kyun ke hum is angle say nahi dekhte. hum to dekhte hain ke bas yeh prophet ka life hai, un ki teachings hain, bas wisdom aur practical wisdom ke angle say nahi dekhte.</w:t>
      </w:r>
      <w:r>
        <w:br/>
      </w:r>
      <w:r>
        <w:rPr>
          <w:sz w:val="20"/>
        </w:rPr>
        <w:t>1:03:04  is liye hum samajhte nahi hain. ji, thank you apa for doing a very important session today. jazak Allah. so with this, we will end today's session and we will be back next Sunday at 10:30 AM.</w:t>
      </w:r>
      <w:r>
        <w:br/>
      </w:r>
      <w:r>
        <w:rPr>
          <w:sz w:val="20"/>
        </w:rPr>
        <w:t>1:03:17  thank you.</w:t>
      </w:r>
    </w:p>
    <w:p>
      <w:pPr>
        <w:pStyle w:val="Heading2"/>
      </w:pPr>
      <w:r>
        <w:t>Printing Quran translation without Arabic text</w:t>
      </w:r>
    </w:p>
    <w:p>
      <w:r>
        <w:rPr>
          <w:color w:val="666666"/>
          <w:sz w:val="18"/>
        </w:rPr>
        <w:t>Quran &amp; Tafsir · Nation Building On India's Republic Day Jan 26, 2020 Maulana Wahiduddin Khan · 5m 48s · at 42:25 · https://youtu.be/58CVocbLAb8?t=2545</w:t>
      </w:r>
    </w:p>
    <w:p>
      <w:r>
        <w:rPr>
          <w:i/>
        </w:rPr>
        <w:t>“I met a gentleman from an Islamic organization who holds a high position. When I showed him a Quran copy published by Goodword Books, he said the group decided that printing the translation of the Quran only with the Arabic text is correct, and printing it without the Arabic text would make the translation seem more important. Is this view correct?”</w:t>
      </w:r>
    </w:p>
    <w:p>
      <w:r>
        <w:rPr>
          <w:sz w:val="20"/>
        </w:rPr>
        <w:t>42:25  Maulana Doctor Junaid Sheikh ne Mumbai se sawal bheja hai. unhone likha hai: "ek sahab se mulaqat hui jo ek Islami organization se wabasta hain aur ek bade uhde par hain.</w:t>
      </w:r>
      <w:r>
        <w:br/>
      </w:r>
      <w:r>
        <w:rPr>
          <w:sz w:val="20"/>
        </w:rPr>
        <w:t>42:42  un se baat karte waqt maine unhein Goodword Book se publish hui Quran ki copy dikhai. unhone dekh kar kaha ke jamaat ne faisla kiya hai ke Quran ki translation ko Arabic text ke sath hi print karna sahi hai.</w:t>
      </w:r>
      <w:r>
        <w:br/>
      </w:r>
      <w:r>
        <w:rPr>
          <w:sz w:val="20"/>
        </w:rPr>
        <w:t>43:00  baghair Arabic text ke Quran print kiya jaye to sirf translation ki hi ahmiyat zyada ho jayegi.</w:t>
      </w:r>
      <w:r>
        <w:br/>
      </w:r>
      <w:r>
        <w:rPr>
          <w:sz w:val="20"/>
        </w:rPr>
        <w:t>43:09  aur Quran ke sath wahi hoga jo Bible ke sath hua. Printing Quran without Arabic text yeh Quran par zulm hai.</w:t>
      </w:r>
      <w:r>
        <w:br/>
      </w:r>
      <w:r>
        <w:rPr>
          <w:sz w:val="20"/>
        </w:rPr>
        <w:t>43:19  Maulana sahab please let us all know is this kind of thinking according to Quranic teaching?" yeh bilkul absurd hai absurd hai.</w:t>
      </w:r>
      <w:r>
        <w:br/>
      </w:r>
      <w:r>
        <w:rPr>
          <w:sz w:val="20"/>
        </w:rPr>
        <w:t>43:30  dekhiye Quran mein ek ayat hai ke: "wa ma arsalna min rasool illa bi lisani qawmihi." haan illa bi lisani qawmihi.</w:t>
      </w:r>
      <w:r>
        <w:br/>
      </w:r>
      <w:r>
        <w:rPr>
          <w:sz w:val="20"/>
        </w:rPr>
        <w:t>43:43  hum ne jab bhi koi rasool bheja to us ki us ko bheja us ki apni qom ki zaban zaban mein.</w:t>
      </w:r>
      <w:r>
        <w:br/>
      </w:r>
      <w:r>
        <w:rPr>
          <w:sz w:val="20"/>
        </w:rPr>
        <w:t>43:53  is ayat ka tarjuma ye ayat ka hawala kiya hai?</w:t>
      </w:r>
      <w:r>
        <w:br/>
      </w:r>
      <w:r>
        <w:rPr>
          <w:sz w:val="20"/>
        </w:rPr>
        <w:t>44:07  surah ibrahim surah number choda ayat number char.</w:t>
      </w:r>
      <w:r>
        <w:br/>
      </w:r>
      <w:r>
        <w:rPr>
          <w:sz w:val="20"/>
        </w:rPr>
        <w:t>44:14  quran mein hai ke allah farmaya allah ne farmaya ke hum ne jab bhi koi nabi bheja to us ko us ki apni qom ki zaban mein bheja.</w:t>
      </w:r>
      <w:r>
        <w:br/>
      </w:r>
      <w:r>
        <w:rPr>
          <w:sz w:val="20"/>
        </w:rPr>
        <w:t>44:30  is ka matlab kya hua? is ka matlab ye hua ke arabi zaban mein quran is liye aya ke is qom ki zaban arabi zaban thi.</w:t>
      </w:r>
      <w:r>
        <w:br/>
      </w:r>
      <w:r>
        <w:rPr>
          <w:sz w:val="20"/>
        </w:rPr>
        <w:t>44:39  is liye nahi ke wo jannat ki zaban thi. ab quran ka jo text hai arabi zaban mein hai ye harar ka matlab nahi hai. to aaj jab hum ko ye hai hukum ke quran ko pohnchao sari dunya tak.</w:t>
      </w:r>
      <w:r>
        <w:br/>
      </w:r>
      <w:r>
        <w:rPr>
          <w:sz w:val="20"/>
        </w:rPr>
        <w:t>44:59  tabarak allazina ala abdihi li yakuna lil alamin nazira. haan al alamin nazira. sare alam ke liye nazir.</w:t>
      </w:r>
      <w:r>
        <w:br/>
      </w:r>
      <w:r>
        <w:rPr>
          <w:sz w:val="20"/>
        </w:rPr>
        <w:t>45:11  aagah karne wala. to kaise sare alam ko kaise aagah karenge aap arabi zaban mein de kar? to wo aadmi kahega ke bhai main to arabi janta nahi.</w:t>
      </w:r>
      <w:r>
        <w:br/>
      </w:r>
      <w:r>
        <w:rPr>
          <w:sz w:val="20"/>
        </w:rPr>
        <w:t>45:24  nahi is ka matlab ye hai ke aap bhi wahi karen jo bible walon ne kiya. ye galat bible walon ko aap wo galat tasveer pesh ki aap ne.</w:t>
      </w:r>
      <w:r>
        <w:br/>
      </w:r>
      <w:r>
        <w:rPr>
          <w:sz w:val="20"/>
        </w:rPr>
        <w:t>45:42  main to samajhta hoon ke unhon ne immutable kaam kiya hai bible walon ne. sari zaban unhon ne seekhi.</w:t>
      </w:r>
      <w:r>
        <w:br/>
      </w:r>
      <w:r>
        <w:rPr>
          <w:sz w:val="20"/>
        </w:rPr>
        <w:t>45:52  is mein behtareen tarjume tayar kiye. aur bohat achhe andaz se un ko un ke tarjume understandable language mein chhapa kar phaila rahe hain.</w:t>
      </w:r>
      <w:r>
        <w:br/>
      </w:r>
      <w:r>
        <w:rPr>
          <w:sz w:val="20"/>
        </w:rPr>
        <w:t>46:04  ye to immutable kaam hai. aap aap un ko un ke un ke un ke un ke un ke role ko samjhen nahi aap.</w:t>
      </w:r>
      <w:r>
        <w:br/>
      </w:r>
      <w:r>
        <w:rPr>
          <w:sz w:val="20"/>
        </w:rPr>
        <w:t>46:18  main samajhta hoon ke is zamane ke musalmanon ko wahi kaam karna hai jo christian ne kiya. unhon ne sari dunya ki zabano mein quran ke bible ki tarjume tayar kiye bohat achhi zaban mein.</w:t>
      </w:r>
      <w:r>
        <w:br/>
      </w:r>
      <w:r>
        <w:rPr>
          <w:sz w:val="20"/>
        </w:rPr>
        <w:t>46:35  bible ki zaban bohat achhi zaban hoti hai. aur is ko chhapa kar dunya bhar mein phailaye. sari dunya mein jahan jahan hai wahan bible maujood ho hai.</w:t>
      </w:r>
      <w:r>
        <w:br/>
      </w:r>
      <w:r>
        <w:rPr>
          <w:sz w:val="20"/>
        </w:rPr>
        <w:t>46:47  yahi kaam hum ko bhi karna hai.</w:t>
      </w:r>
      <w:r>
        <w:br/>
      </w:r>
      <w:r>
        <w:rPr>
          <w:sz w:val="20"/>
        </w:rPr>
        <w:t>46:51  hum ko bhi karna hai. aur ye khud quran ki ek ayat se nikalta hai. wo ayat kis tarah se hai?</w:t>
      </w:r>
      <w:r>
        <w:br/>
      </w:r>
      <w:r>
        <w:rPr>
          <w:sz w:val="20"/>
        </w:rPr>
        <w:t>46:59  ya ayuhal lazina amanu kono ansar allah kama qala isa ibn maryam ala al hawariyin man ansari ila allah.</w:t>
      </w:r>
      <w:r>
        <w:br/>
      </w:r>
      <w:r>
        <w:rPr>
          <w:sz w:val="20"/>
        </w:rPr>
        <w:t>47:08  haan dekhiye is par ghor kijiye is ayat ko. to allah taala ne christian ko se jo kaam liya wo ek model ban gaya hamare liye quran ke ke hum isi model par quran ko tayar karen aur phailayen.</w:t>
      </w:r>
      <w:r>
        <w:br/>
      </w:r>
      <w:r>
        <w:rPr>
          <w:sz w:val="20"/>
        </w:rPr>
        <w:t>47:36  ye khud quran se nikalta hai.</w:t>
      </w:r>
      <w:r>
        <w:br/>
      </w:r>
      <w:r>
        <w:rPr>
          <w:sz w:val="20"/>
        </w:rPr>
        <w:t>47:42  main ek ye mera tajurba ek ye hai ke musalman doosre mazhabon se yani negative negative soch rakhte hain.</w:t>
      </w:r>
      <w:r>
        <w:br/>
      </w:r>
      <w:r>
        <w:rPr>
          <w:sz w:val="20"/>
        </w:rPr>
        <w:t>47:55  negative</w:t>
      </w:r>
      <w:r>
        <w:br/>
      </w:r>
      <w:r>
        <w:rPr>
          <w:sz w:val="20"/>
        </w:rPr>
        <w:t>47:59  yahud se aur</w:t>
      </w:r>
      <w:r>
        <w:br/>
      </w:r>
      <w:r>
        <w:rPr>
          <w:sz w:val="20"/>
        </w:rPr>
        <w:t>48:04  christian se mujhe to kisi se mujhe to kisi se koi hate nahi.</w:t>
      </w:r>
    </w:p>
    <w:p>
      <w:pPr>
        <w:pStyle w:val="Heading2"/>
      </w:pPr>
      <w:r>
        <w:t>Punishment for non-believers in Quran</w:t>
      </w:r>
    </w:p>
    <w:p>
      <w:r>
        <w:rPr>
          <w:color w:val="666666"/>
          <w:sz w:val="18"/>
        </w:rPr>
        <w:t>Quran &amp; Tafsir · The Meaning of Ummat-i-Wasat Nov 25, 2018 · 5m 56s · at 57:24 · https://youtu.be/3POFfvXaFss?t=3444</w:t>
      </w:r>
    </w:p>
    <w:p>
      <w:r>
        <w:rPr>
          <w:i/>
        </w:rPr>
        <w:t>“In the Quran there is reference of punishment for polytheists and disbelievers, that is people who believe in more than one God and those people who do not believe in truth. My question is: Is there any mention of those people who don't worship Allah and don't believe in His existence?”</w:t>
      </w:r>
    </w:p>
    <w:p>
      <w:r>
        <w:rPr>
          <w:sz w:val="20"/>
        </w:rPr>
        <w:t>57:24  god wants us to be successful and he is showering all his rahmat to make us successful. how sad would be our end if he fail even after such high level support which is working for us?" maulana, agla sawal lete hain jo miss sadia ne bheja hai usa se.</w:t>
      </w:r>
      <w:r>
        <w:br/>
      </w:r>
      <w:r>
        <w:rPr>
          <w:sz w:val="20"/>
        </w:rPr>
        <w:t>57:45  unhon ne likha hai: "in quran there is reference of punishment for mushrikeen and kafir.</w:t>
      </w:r>
      <w:r>
        <w:br/>
      </w:r>
      <w:r>
        <w:rPr>
          <w:sz w:val="20"/>
        </w:rPr>
        <w:t>57:57  that is people who believe in more than one god or those people who do not believe in truth. my question is: is there any mention of those people who don't worship allah or don't believe in his existence?" bhai, kahin punishment ke to hai nahi jo aap keh rahe hain.</w:t>
      </w:r>
      <w:r>
        <w:br/>
      </w:r>
      <w:r>
        <w:rPr>
          <w:sz w:val="20"/>
        </w:rPr>
        <w:t>58:23  sirf ek hi cheez hai ke koi attack kare to defence mein un se tum lad sakte ho. wahan bhi yeh hai ke us ko manage karne ki koshish karo.</w:t>
      </w:r>
      <w:r>
        <w:br/>
      </w:r>
      <w:r>
        <w:rPr>
          <w:sz w:val="20"/>
        </w:rPr>
        <w:t>58:34  yeh nahi ke andaaz ladai shuru kar do. islam mein jo taleem hai woh yeh hai ke individuals ke liye hai ke aap un ko train karein, un ko tarbiyat karein, un ko samjhaein.</w:t>
      </w:r>
      <w:r>
        <w:br/>
      </w:r>
      <w:r>
        <w:rPr>
          <w:sz w:val="20"/>
        </w:rPr>
        <w:t>58:49  yeh jo nikal rakha hai musalmanon ne ke jo rasool allah ke khilaf gustakhi kare, us ko maro, yeh bilkul jhooti baat hai.</w:t>
      </w:r>
      <w:r>
        <w:br/>
      </w:r>
      <w:r>
        <w:rPr>
          <w:sz w:val="20"/>
        </w:rPr>
        <w:t>58:59  bilkul jhooti baat hai. maro nahi, is ko milo, is ke muhabbat se samjhao. is ko literature to parhne ke liye yeh bilkul jhoota concept hai ke jo gustakhi kare, us ko maro.</w:t>
      </w:r>
      <w:r>
        <w:br/>
      </w:r>
      <w:r>
        <w:rPr>
          <w:sz w:val="20"/>
        </w:rPr>
        <w:t>59:15  yeh Islam mein hai hi nahi.</w:t>
      </w:r>
      <w:r>
        <w:br/>
      </w:r>
      <w:r>
        <w:rPr>
          <w:sz w:val="20"/>
        </w:rPr>
        <w:t>59:19  punishment in the hereafter.</w:t>
      </w:r>
      <w:r>
        <w:br/>
      </w:r>
      <w:r>
        <w:rPr>
          <w:sz w:val="20"/>
        </w:rPr>
        <w:t>59:26  Maulana, woh jo punishment ko refer kar rahe hain, woh hereafter ki punishment ko refer kar rahe hain. Hereafter ki jo hai, woh punishment nahi hai.</w:t>
      </w:r>
      <w:r>
        <w:br/>
      </w:r>
      <w:r>
        <w:rPr>
          <w:sz w:val="20"/>
        </w:rPr>
        <w:t>59:42  hadees mein aata hai: "in hai ila aamaalukum turad alaikum." kya hai sahab?</w:t>
      </w:r>
      <w:r>
        <w:br/>
      </w:r>
      <w:r>
        <w:rPr>
          <w:sz w:val="20"/>
        </w:rPr>
        <w:t>59:51  is ko parhiye, is ka tarjuma parhiye: "in ya ila aamaalukum turad alaikum." ya ibaad, inma ya aamaalukum, ahsaha lakum, thum ufiyukum iyaha.</w:t>
      </w:r>
      <w:r>
        <w:br/>
      </w:r>
      <w:r>
        <w:rPr>
          <w:sz w:val="20"/>
        </w:rPr>
        <w:t>1:00:10  ae mere bando, beshak yeh tumhare aamaal hain jis ko hum ne tumhare liye shumar kar rakha hai. phir tum ko is ka poora poora badla diya jayega.</w:t>
      </w:r>
      <w:r>
        <w:br/>
      </w:r>
      <w:r>
        <w:rPr>
          <w:sz w:val="20"/>
        </w:rPr>
        <w:t>1:00:20  sahih Muslim. to jannat aur jahannum ka jo concept hai Quran o hadees mein, woh to yahi hai ke hamara apne aamaal ka hamare tak loota jana, is ke result ka, is ke nateeje ka.</w:t>
      </w:r>
      <w:r>
        <w:br/>
      </w:r>
      <w:r>
        <w:rPr>
          <w:sz w:val="20"/>
        </w:rPr>
        <w:t>1:00:45  to aadmi ko sochna chahiye ke mera amal kaisa hai, mera amal kaisa hai. kyunke Allah ne jab paida kiya hai to mein soch raha tha kal ke meri paidaish hui yakam January 1925 ko.</w:t>
      </w:r>
      <w:r>
        <w:br/>
      </w:r>
      <w:r>
        <w:rPr>
          <w:sz w:val="20"/>
        </w:rPr>
        <w:t>1:01:04  is ka matlab kya hai? yakam January 1925 se pehle mein non existence tha, ghair maujood.</w:t>
      </w:r>
      <w:r>
        <w:br/>
      </w:r>
      <w:r>
        <w:rPr>
          <w:sz w:val="20"/>
        </w:rPr>
        <w:t>1:01:16  yakam January 1925 ko mein maujood ho gaya. kaisi ajeeb cheez hai!</w:t>
      </w:r>
      <w:r>
        <w:br/>
      </w:r>
      <w:r>
        <w:rPr>
          <w:sz w:val="20"/>
        </w:rPr>
        <w:t>1:01:22  ek insaan bolne wala, sochne wala, chalne wala, yaani hazaron cheezein hain ek insaan ke andar, tab woh insaan banta hai.</w:t>
      </w:r>
      <w:r>
        <w:br/>
      </w:r>
      <w:r>
        <w:rPr>
          <w:sz w:val="20"/>
        </w:rPr>
        <w:t>1:01:37  to aisa hai ke insaan ek tareekh se pehle wajood hi nahi tha is ka, aur phir is ka wajood ho gaya. yaani ghair maujood ko Allah ne maujood kar diya, non existent ko existent kar diya.</w:t>
      </w:r>
      <w:r>
        <w:br/>
      </w:r>
      <w:r>
        <w:rPr>
          <w:sz w:val="20"/>
        </w:rPr>
        <w:t>1:01:55  yeh to kitni badi blessing hai!</w:t>
      </w:r>
      <w:r>
        <w:br/>
      </w:r>
      <w:r>
        <w:rPr>
          <w:sz w:val="20"/>
        </w:rPr>
        <w:t>1:02:01  is ka aadmi soche ke sari is ki way of thinking badal jaye.</w:t>
      </w:r>
      <w:r>
        <w:br/>
      </w:r>
      <w:r>
        <w:rPr>
          <w:sz w:val="20"/>
        </w:rPr>
        <w:t>1:02:13  mein to yahi samajhta hoon.</w:t>
      </w:r>
      <w:r>
        <w:br/>
      </w:r>
      <w:r>
        <w:rPr>
          <w:sz w:val="20"/>
        </w:rPr>
        <w:t>1:02:21  Maulana, agla comment bheja hai Muhammad Yaqoob Umri ne. unhone likha hai: "Maulana, I listen to the complete lecture without any</w:t>
      </w:r>
    </w:p>
    <w:p>
      <w:pPr>
        <w:pStyle w:val="Heading2"/>
      </w:pPr>
      <w:r>
        <w:t>Quran claims to be a clear book</w:t>
      </w:r>
    </w:p>
    <w:p>
      <w:r>
        <w:rPr>
          <w:color w:val="666666"/>
          <w:sz w:val="18"/>
        </w:rPr>
        <w:t>Quran &amp; Tafsir · Hadith Word of Wisdom August 31, 2014 · 5m 12s · at 1:05:43 · https://youtu.be/fv4eRJRe8dk?t=3943</w:t>
      </w:r>
    </w:p>
    <w:p>
      <w:r>
        <w:rPr>
          <w:i/>
        </w:rPr>
        <w:t>“as Quran claims to be a book that is clear in its”</w:t>
      </w:r>
    </w:p>
    <w:p>
      <w:r>
        <w:rPr>
          <w:sz w:val="20"/>
        </w:rPr>
        <w:t>1:05:43  aaj sirf daawa empire qaim ho sakta hai." Maulana, agla sawal jo aaya hai woh hai nayejeria se,</w:t>
      </w:r>
      <w:r>
        <w:br/>
      </w:r>
      <w:r>
        <w:rPr>
          <w:sz w:val="20"/>
        </w:rPr>
        <w:t>1:05:49  aur yeh Ejaz Ahmed ke saathi hain jinhon ne yeh sawal kiya hai.</w:t>
      </w:r>
      <w:r>
        <w:br/>
      </w:r>
      <w:r>
        <w:rPr>
          <w:sz w:val="20"/>
        </w:rPr>
        <w:t>1:05:54  un ka sawal yeh hai ke "as Quran claims to be a book that is clear in its</w:t>
      </w:r>
      <w:r>
        <w:br/>
      </w:r>
      <w:r>
        <w:rPr>
          <w:sz w:val="20"/>
        </w:rPr>
        <w:t>1:06:00  writing, how come there is so much ambiguity that leaves people to interpret it as they please?</w:t>
      </w:r>
      <w:r>
        <w:br/>
      </w:r>
      <w:r>
        <w:rPr>
          <w:sz w:val="20"/>
        </w:rPr>
        <w:t>1:06:06  for instance, all the different variations of jihad, the concept of peace, and the Islamic state." kya is</w:t>
      </w:r>
      <w:r>
        <w:br/>
      </w:r>
      <w:r>
        <w:rPr>
          <w:sz w:val="20"/>
        </w:rPr>
        <w:t>1:06:11  ka kya khulasa hai? is Maulana, woh yeh jaan'na chah rahe hain ke jab Quran itna clear hai</w:t>
      </w:r>
      <w:r>
        <w:br/>
      </w:r>
      <w:r>
        <w:rPr>
          <w:sz w:val="20"/>
        </w:rPr>
        <w:t>1:06:16  to phir is ke different interpretations kyun aate hain? particularly peace ko le ke, jihad ko le ke</w:t>
      </w:r>
      <w:r>
        <w:br/>
      </w:r>
      <w:r>
        <w:rPr>
          <w:sz w:val="20"/>
        </w:rPr>
        <w:t>1:06:21  to itne variations kyun hain? ya jo political system hai, to aisa kyun hai ke is ki wajah</w:t>
      </w:r>
      <w:r>
        <w:br/>
      </w:r>
      <w:r>
        <w:rPr>
          <w:sz w:val="20"/>
        </w:rPr>
        <w:t>1:06:27  se confusion bohat hota hai? agar Quran waqai mein bohat clear kitaab hai to phir itna confusion kyun</w:t>
      </w:r>
      <w:r>
        <w:br/>
      </w:r>
      <w:r>
        <w:rPr>
          <w:sz w:val="20"/>
        </w:rPr>
        <w:t>1:06:32  in cheezon ko le ke? dekhen, is ka ta'alluq Quran se nahi hai.</w:t>
      </w:r>
      <w:r>
        <w:br/>
      </w:r>
      <w:r>
        <w:rPr>
          <w:sz w:val="20"/>
        </w:rPr>
        <w:t>1:06:37  is ka ta'alluq is se hai ke mazhab humanity ka subject hai.</w:t>
      </w:r>
      <w:r>
        <w:br/>
      </w:r>
      <w:r>
        <w:rPr>
          <w:sz w:val="20"/>
        </w:rPr>
        <w:t>1:06:42  humanity is ka woh science ka subject nahi hai.</w:t>
      </w:r>
      <w:r>
        <w:br/>
      </w:r>
      <w:r>
        <w:rPr>
          <w:sz w:val="20"/>
        </w:rPr>
        <w:t>1:06:48  physical sciences mein chunkey physical sciences chunkey base karti hain mathematics par, to physical sciences mein mathematics ki</w:t>
      </w:r>
      <w:r>
        <w:br/>
      </w:r>
      <w:r>
        <w:rPr>
          <w:sz w:val="20"/>
        </w:rPr>
        <w:t>1:06:53  wajah se wahan possible hota hai ke wahan ek hi baat sabit ho, interpretation na ho.</w:t>
      </w:r>
      <w:r>
        <w:br/>
      </w:r>
      <w:r>
        <w:rPr>
          <w:sz w:val="20"/>
        </w:rPr>
        <w:t>1:06:58  interpretation to humanities ka phenomena hai.</w:t>
      </w:r>
      <w:r>
        <w:br/>
      </w:r>
      <w:r>
        <w:rPr>
          <w:sz w:val="20"/>
        </w:rPr>
        <w:t>1:07:04  physical science mein expression nahi hota.</w:t>
      </w:r>
      <w:r>
        <w:br/>
      </w:r>
      <w:r>
        <w:rPr>
          <w:sz w:val="20"/>
        </w:rPr>
        <w:t>1:07:09  wahan to ek ek cheez jo hai, jo jo experiment kar ke jo maloom hoti hai, wahi baat hai.</w:t>
      </w:r>
      <w:r>
        <w:br/>
      </w:r>
      <w:r>
        <w:rPr>
          <w:sz w:val="20"/>
        </w:rPr>
        <w:t>1:07:14  isi isi ko exact sciences kehte hain.</w:t>
      </w:r>
      <w:r>
        <w:br/>
      </w:r>
      <w:r>
        <w:rPr>
          <w:sz w:val="20"/>
        </w:rPr>
        <w:t>1:07:19  to exact sciences mein interpretation ka ka farq nahi hota, lekin humanities mein hota hai.</w:t>
      </w:r>
      <w:r>
        <w:br/>
      </w:r>
      <w:r>
        <w:rPr>
          <w:sz w:val="20"/>
        </w:rPr>
        <w:t>1:07:25  to yeh to hamesha hi rahega interpretation ka ikhtilaf, chahey woh Quran ho, chahey koi bhi cheez ho.</w:t>
      </w:r>
      <w:r>
        <w:br/>
      </w:r>
      <w:r>
        <w:rPr>
          <w:sz w:val="20"/>
        </w:rPr>
        <w:t>1:07:30  to yeh aur doosri baat yeh hai ke ikhtilaf koi evil nahi hai.</w:t>
      </w:r>
      <w:r>
        <w:br/>
      </w:r>
      <w:r>
        <w:rPr>
          <w:sz w:val="20"/>
        </w:rPr>
        <w:t>1:07:35  isi ikhtilaf se to intellectual development hota hai.</w:t>
      </w:r>
      <w:r>
        <w:br/>
      </w:r>
      <w:r>
        <w:rPr>
          <w:sz w:val="20"/>
        </w:rPr>
        <w:t>1:07:40  agar ikhtilaf na ho to aap kaise guftagu kaise karen ge? discussion kaise karen ge? dialogue kaise karen</w:t>
      </w:r>
      <w:r>
        <w:br/>
      </w:r>
      <w:r>
        <w:rPr>
          <w:sz w:val="20"/>
        </w:rPr>
        <w:t>1:07:46  ge? to humanities mein is ko jo ikhtilafat hote hain, woh yaani ya farq hota hai jo sochne</w:t>
      </w:r>
      <w:r>
        <w:br/>
      </w:r>
      <w:r>
        <w:rPr>
          <w:sz w:val="20"/>
        </w:rPr>
        <w:t>1:07:51  ka, isi se discussion hota hai, isi se intellectual development hota hai.</w:t>
      </w:r>
      <w:r>
        <w:br/>
      </w:r>
      <w:r>
        <w:rPr>
          <w:sz w:val="20"/>
        </w:rPr>
        <w:t>1:07:56  to mere nazdeek ikhtilaf koi evil ki baat nahi hai.</w:t>
      </w:r>
      <w:r>
        <w:br/>
      </w:r>
      <w:r>
        <w:rPr>
          <w:sz w:val="20"/>
        </w:rPr>
        <w:t>1:08:02  woh to hum ko point of discussion deta hai.</w:t>
      </w:r>
      <w:r>
        <w:br/>
      </w:r>
      <w:r>
        <w:rPr>
          <w:sz w:val="20"/>
        </w:rPr>
        <w:t>1:08:07  isi se hum apni intellectual life ko taraqqi dete hain.</w:t>
      </w:r>
      <w:r>
        <w:br/>
      </w:r>
      <w:r>
        <w:rPr>
          <w:sz w:val="20"/>
        </w:rPr>
        <w:t>1:08:12  mein nahi samajhta ke is mein koi evil ki baat hai.</w:t>
      </w:r>
      <w:r>
        <w:br/>
      </w:r>
      <w:r>
        <w:rPr>
          <w:sz w:val="20"/>
        </w:rPr>
        <w:t>1:08:17  maulana, isi ke continuation mein aksar jo non-muslims hain, particularly woh yeh sawal karte hain ke ek group</w:t>
      </w:r>
      <w:r>
        <w:br/>
      </w:r>
      <w:r>
        <w:rPr>
          <w:sz w:val="20"/>
        </w:rPr>
        <w:t>1:08:23  peaceful interpretation karta hai aur ek group violent interpretation karta hai.</w:t>
      </w:r>
      <w:r>
        <w:br/>
      </w:r>
      <w:r>
        <w:rPr>
          <w:sz w:val="20"/>
        </w:rPr>
        <w:t>1:08:28  to woh yeh kehte hain ke aap jo peaceful interpretation bata rahe hain, aap kaise keh sakte hain</w:t>
      </w:r>
      <w:r>
        <w:br/>
      </w:r>
      <w:r>
        <w:rPr>
          <w:sz w:val="20"/>
        </w:rPr>
        <w:t>1:08:33  ke aap ka interpretation sahi hai? to is cheez pe kaise un ko convince kiya jaye? dekhiye, humanities</w:t>
      </w:r>
      <w:r>
        <w:br/>
      </w:r>
      <w:r>
        <w:rPr>
          <w:sz w:val="20"/>
        </w:rPr>
        <w:t>1:08:39  mein ya mazhab mein hamesha aql ka istemal baqi rahega.</w:t>
      </w:r>
      <w:r>
        <w:br/>
      </w:r>
      <w:r>
        <w:rPr>
          <w:sz w:val="20"/>
        </w:rPr>
        <w:t>1:08:44  jaise ek misaal deta hoon aap ko ke geeta ek kitaab hai, bhagwat geeta.</w:t>
      </w:r>
      <w:r>
        <w:br/>
      </w:r>
      <w:r>
        <w:rPr>
          <w:sz w:val="20"/>
        </w:rPr>
        <w:t>1:08:49  ek kitaab hai, bohat ahem.</w:t>
      </w:r>
      <w:r>
        <w:br/>
      </w:r>
      <w:r>
        <w:rPr>
          <w:sz w:val="20"/>
        </w:rPr>
        <w:t>1:08:54  hamare prime minister sahab ne wahan ja kar ke diya un ko tohfe mein, japan ke prime minister ko.</w:t>
      </w:r>
      <w:r>
        <w:br/>
      </w:r>
      <w:r>
        <w:rPr>
          <w:sz w:val="20"/>
        </w:rPr>
        <w:t>1:09:00  lekin aap ko maloom hai ke geeta ke kai interpretation kiye gaye hain.</w:t>
      </w:r>
      <w:r>
        <w:br/>
      </w:r>
      <w:r>
        <w:rPr>
          <w:sz w:val="20"/>
        </w:rPr>
        <w:t>1:09:05  ek ek woh hai jis ke mutabiq, yaani geeta ladai ki kitaab hai kyunke is mein baqayda do</w:t>
      </w:r>
      <w:r>
        <w:br/>
      </w:r>
      <w:r>
        <w:rPr>
          <w:sz w:val="20"/>
        </w:rPr>
        <w:t>1:09:10  fareeq ladte hain aapas mein.</w:t>
      </w:r>
      <w:r>
        <w:br/>
      </w:r>
      <w:r>
        <w:rPr>
          <w:sz w:val="20"/>
        </w:rPr>
        <w:t>1:09:15  ek ek interpretation ke mutabiq geeta jo hai, wisdom ki kitaab hai kyunke wisdom ki baatein hain.</w:t>
      </w:r>
      <w:r>
        <w:br/>
      </w:r>
      <w:r>
        <w:rPr>
          <w:sz w:val="20"/>
        </w:rPr>
        <w:t>1:09:21  ek ek kitaab jo jo unhon ne kiya hai, yaani gandhi ji ne ke woh woh woh woh</w:t>
      </w:r>
      <w:r>
        <w:br/>
      </w:r>
      <w:r>
        <w:rPr>
          <w:sz w:val="20"/>
        </w:rPr>
        <w:t>1:09:26  fighting ko mante hi nahi.</w:t>
      </w:r>
      <w:r>
        <w:br/>
      </w:r>
      <w:r>
        <w:rPr>
          <w:sz w:val="20"/>
        </w:rPr>
        <w:t>1:09:31  woh woh kehte hain ke insaan ke spiritual level par woh sab kuch hota hai.</w:t>
      </w:r>
      <w:r>
        <w:br/>
      </w:r>
      <w:r>
        <w:rPr>
          <w:sz w:val="20"/>
        </w:rPr>
        <w:t>1:09:37  yaani kaurav aur pandav koi lade the kahin bahar zameen par nahi.</w:t>
      </w:r>
      <w:r>
        <w:br/>
      </w:r>
      <w:r>
        <w:rPr>
          <w:sz w:val="20"/>
        </w:rPr>
        <w:t>1:09:42  insaan ke andar hi andar jo spiritual waqea tha, uska zikr hai is mein.</w:t>
      </w:r>
      <w:r>
        <w:br/>
      </w:r>
      <w:r>
        <w:rPr>
          <w:sz w:val="20"/>
        </w:rPr>
        <w:t>1:09:47  to interpretation ka farq to rehta hai, lekin is ki wajah se kya aap geeta ko samajhna mushkil</w:t>
      </w:r>
      <w:r>
        <w:br/>
      </w:r>
      <w:r>
        <w:rPr>
          <w:sz w:val="20"/>
        </w:rPr>
        <w:t>1:09:52  hai aap ke liye? aap geeta ko padhiye aur samjhiye, apni aql ko istemal kijiye.</w:t>
      </w:r>
      <w:r>
        <w:br/>
      </w:r>
      <w:r>
        <w:rPr>
          <w:sz w:val="20"/>
        </w:rPr>
        <w:t>1:09:58  log apne apne dhang par karte rahen, lekin hum hamare hamare paas bhi aql hai.</w:t>
      </w:r>
      <w:r>
        <w:br/>
      </w:r>
      <w:r>
        <w:rPr>
          <w:sz w:val="20"/>
        </w:rPr>
        <w:t>1:10:03  hum apni aql se padhen geeta ko, jo samajh mein aaye ga, us ko manen ge.</w:t>
      </w:r>
      <w:r>
        <w:br/>
      </w:r>
      <w:r>
        <w:rPr>
          <w:sz w:val="20"/>
        </w:rPr>
        <w:t>1:10:08  hum aise hi quran ka muamla hai.</w:t>
      </w:r>
      <w:r>
        <w:br/>
      </w:r>
      <w:r>
        <w:rPr>
          <w:sz w:val="20"/>
        </w:rPr>
        <w:t>1:10:13  yeh sab kuch koi koi problem nahi hai.</w:t>
      </w:r>
      <w:r>
        <w:br/>
      </w:r>
      <w:r>
        <w:rPr>
          <w:sz w:val="20"/>
        </w:rPr>
        <w:t>1:10:19  yeh apni aql ko istemal karen, bas aap ki aql jo kahe, woh us ko padheye.</w:t>
      </w:r>
      <w:r>
        <w:br/>
      </w:r>
      <w:r>
        <w:rPr>
          <w:sz w:val="20"/>
        </w:rPr>
        <w:t>1:10:24  mein aksar kaha karta hoon ke mazhab jo hai, yeh personal choice ka muamla hai.</w:t>
      </w:r>
      <w:r>
        <w:br/>
      </w:r>
      <w:r>
        <w:rPr>
          <w:sz w:val="20"/>
        </w:rPr>
        <w:t>1:10:29  Personal choice koi kya kehta hai, us ko chhodiye.</w:t>
      </w:r>
      <w:r>
        <w:br/>
      </w:r>
      <w:r>
        <w:rPr>
          <w:sz w:val="20"/>
        </w:rPr>
        <w:t>1:10:35  aap aap khud padhiye aur jo aap ki samajh mein aaye, us ko ikhtiyar kar lijiye.</w:t>
      </w:r>
      <w:r>
        <w:br/>
      </w:r>
      <w:r>
        <w:rPr>
          <w:sz w:val="20"/>
        </w:rPr>
        <w:t>1:10:40  mazhab naam bhi hai personal choice ka.</w:t>
      </w:r>
      <w:r>
        <w:br/>
      </w:r>
      <w:r>
        <w:rPr>
          <w:sz w:val="20"/>
        </w:rPr>
        <w:t>1:10:45  mazhab jo hai, personal choice hi ka subject hai.</w:t>
      </w:r>
      <w:r>
        <w:br/>
      </w:r>
      <w:r>
        <w:rPr>
          <w:sz w:val="20"/>
        </w:rPr>
        <w:t>1:10:50  to aap apni aql ko istemal kijiye.</w:t>
      </w:r>
    </w:p>
    <w:p>
      <w:pPr>
        <w:pStyle w:val="Heading2"/>
      </w:pPr>
      <w:r>
        <w:t>Quranic Punishments and Ta'zirat</w:t>
      </w:r>
    </w:p>
    <w:p>
      <w:r>
        <w:rPr>
          <w:color w:val="666666"/>
          <w:sz w:val="18"/>
        </w:rPr>
        <w:t>Quran &amp; Tafsir · Eid-al-Azha I October 13, 2013 · 5m 54s · at 1:09:06 · https://youtu.be/oy7zn-uODcU?t=4146</w:t>
      </w:r>
    </w:p>
    <w:p>
      <w:r>
        <w:rPr>
          <w:i/>
        </w:rPr>
        <w:t>“A scholar said that the Quranic verses about punishments (ta'zirat), like cutting off the hand forcefully, etc., will be implemented as ta'zirat. Please explain the ta'zirat again.”</w:t>
      </w:r>
    </w:p>
    <w:p>
      <w:r>
        <w:rPr>
          <w:sz w:val="20"/>
        </w:rPr>
        <w:t>1:09:06  hai Maulana agla sawal tamil nadu se aya hai Maulana iliyas wanim badi ka unhon ne likha hai</w:t>
      </w:r>
      <w:r>
        <w:br/>
      </w:r>
      <w:r>
        <w:rPr>
          <w:sz w:val="20"/>
        </w:rPr>
        <w:t>1:09:13  ek aalim ne kaha ke quran mein jo ayat ta'zirat hai jaise zor ka hath ka zor zor</w:t>
      </w:r>
      <w:r>
        <w:br/>
      </w:r>
      <w:r>
        <w:rPr>
          <w:sz w:val="20"/>
        </w:rPr>
        <w:t>1:09:21  se hath katna wagera is par amal ta'zir ta'zirat phir se padhiye ek ek aalim ne</w:t>
      </w:r>
      <w:r>
        <w:br/>
      </w:r>
      <w:r>
        <w:rPr>
          <w:sz w:val="20"/>
        </w:rPr>
        <w:t>1:09:29  kaha ke quran mein jo ayat ta'zirat hai jaise zor ka hath katna chor chor chor chor chor</w:t>
      </w:r>
      <w:r>
        <w:br/>
      </w:r>
      <w:r>
        <w:rPr>
          <w:sz w:val="20"/>
        </w:rPr>
        <w:t>1:09:36  hai chor chor ka hath katna wagera hmm is par amal kab karenge yeh bilkul hi yani</w:t>
      </w:r>
      <w:r>
        <w:br/>
      </w:r>
      <w:r>
        <w:rPr>
          <w:sz w:val="20"/>
        </w:rPr>
        <w:t>1:09:44  espite question hai dekhiye hamare madarse mein jo log padhte hain sab bukhari padhte hain lekin bukhari padhte</w:t>
      </w:r>
      <w:r>
        <w:br/>
      </w:r>
      <w:r>
        <w:rPr>
          <w:sz w:val="20"/>
        </w:rPr>
        <w:t>1:09:52  hain woh sirf apne maslak ko janne ke liye bas bukhari mein ek bab hai bab talib al quran</w:t>
      </w:r>
      <w:r>
        <w:br/>
      </w:r>
      <w:r>
        <w:rPr>
          <w:sz w:val="20"/>
        </w:rPr>
        <w:t>1:10:00  is mein hazrat aisha kehti hain ke quran mein pehle ayatein itni jannat aur jahannam ki dilon ko</w:t>
      </w:r>
      <w:r>
        <w:br/>
      </w:r>
      <w:r>
        <w:rPr>
          <w:sz w:val="20"/>
        </w:rPr>
        <w:t>1:10:07  naram karne wali aur marifat wali baatein phir jab log prepared ho gaye jab tayyar ho gaye acceptability</w:t>
      </w:r>
      <w:r>
        <w:br/>
      </w:r>
      <w:r>
        <w:rPr>
          <w:sz w:val="20"/>
        </w:rPr>
        <w:t>1:10:15  aa gayi unke andar tab utra ke sharab na piyo aur zina mat karo to woh kehti hain</w:t>
      </w:r>
      <w:r>
        <w:br/>
      </w:r>
      <w:r>
        <w:rPr>
          <w:sz w:val="20"/>
        </w:rPr>
        <w:t>1:10:23  keh agar pehle hi utar jata pehle hi to log kehte hain keh la naado zina abda aur</w:t>
      </w:r>
      <w:r>
        <w:br/>
      </w:r>
      <w:r>
        <w:rPr>
          <w:sz w:val="20"/>
        </w:rPr>
        <w:t>1:10:30  naado al-khumar abda hum to hargiz nahi chhodenge zina hum hargiz nahi chhodenge sharab is se</w:t>
      </w:r>
      <w:r>
        <w:br/>
      </w:r>
      <w:r>
        <w:rPr>
          <w:sz w:val="20"/>
        </w:rPr>
        <w:t>1:10:38  kya nikla ye bukhari ko jo shurookh padhate hain wo bhi nahi jaante is ka matlab kya hai</w:t>
      </w:r>
      <w:r>
        <w:br/>
      </w:r>
      <w:r>
        <w:rPr>
          <w:sz w:val="20"/>
        </w:rPr>
        <w:t>1:10:46  اس کا یہ مطلب لکھا کہ first of all you have to prepare the society ہاتھ کاٹنے سے</w:t>
      </w:r>
      <w:r>
        <w:br/>
      </w:r>
      <w:r>
        <w:rPr>
          <w:sz w:val="20"/>
        </w:rPr>
        <w:t>1:10:54  beginning beginning nahi kar sakte aaj kal jo musalmanon ka mulk mulkon mein chala hua hai keh hukoomat</w:t>
      </w:r>
      <w:r>
        <w:br/>
      </w:r>
      <w:r>
        <w:rPr>
          <w:sz w:val="20"/>
        </w:rPr>
        <w:t>1:11:01  kabza karo haath kaato ye islam nahi hai ye ye hukoomat kabza karo flagging karo logon kode maro</w:t>
      </w:r>
      <w:r>
        <w:br/>
      </w:r>
      <w:r>
        <w:rPr>
          <w:sz w:val="20"/>
        </w:rPr>
        <w:t>1:11:09  logon ko ye islam nahi hai ye to ek ek khuda mein kya cheez hai islam ke siwa</w:t>
      </w:r>
      <w:r>
        <w:br/>
      </w:r>
      <w:r>
        <w:rPr>
          <w:sz w:val="20"/>
        </w:rPr>
        <w:t>1:11:17  koi aur cheez hai ye islam ka ki talib ye hai keh first of all you have to</w:t>
      </w:r>
      <w:r>
        <w:br/>
      </w:r>
      <w:r>
        <w:rPr>
          <w:sz w:val="20"/>
        </w:rPr>
        <w:t>1:11:24  prepare the society afraad ke andar yani Allah ka dar paida karo aur afraad ke andar sincerity lao</w:t>
      </w:r>
      <w:r>
        <w:br/>
      </w:r>
      <w:r>
        <w:rPr>
          <w:sz w:val="20"/>
        </w:rPr>
        <w:t>1:11:32  afraad jab ke andar acceptability lao jab ek society jab tayyar ho jaye to us waqt ye kaam</w:t>
      </w:r>
      <w:r>
        <w:br/>
      </w:r>
      <w:r>
        <w:rPr>
          <w:sz w:val="20"/>
        </w:rPr>
        <w:t>1:11:40  us waqt exceptionally koi aisa karta hai exceptionally jab aap society tayyar kar chuke honge to kahin</w:t>
      </w:r>
      <w:r>
        <w:br/>
      </w:r>
      <w:r>
        <w:rPr>
          <w:sz w:val="20"/>
        </w:rPr>
        <w:t>1:11:48  ek adh aadmi aisa case karega is ki saza deni padegi to aap bataiye keh ye</w:t>
      </w:r>
      <w:r>
        <w:br/>
      </w:r>
      <w:r>
        <w:rPr>
          <w:sz w:val="20"/>
        </w:rPr>
        <w:t>1:11:55  apni zimmedari to ada nahi karte aur chahte hain keh bas kode maare logon ko doosron ko</w:t>
      </w:r>
      <w:r>
        <w:br/>
      </w:r>
      <w:r>
        <w:rPr>
          <w:sz w:val="20"/>
        </w:rPr>
        <w:t>1:12:03  koda maarne se pehle apne koda maro apne ko yani matlab apni zimmedari poora karo society banao</w:t>
      </w:r>
      <w:r>
        <w:br/>
      </w:r>
      <w:r>
        <w:rPr>
          <w:sz w:val="20"/>
        </w:rPr>
        <w:t>1:12:11  society banane mein hazar saal lagne do tum ko haq nahi koda maarne ka society banane se pehle</w:t>
      </w:r>
      <w:r>
        <w:br/>
      </w:r>
      <w:r>
        <w:rPr>
          <w:sz w:val="20"/>
        </w:rPr>
        <w:t>1:12:18  mujhe bataiye kaun hai jo society bana raha hai sab taqreerein karein chal sirf taqreerein karte hain khali</w:t>
      </w:r>
      <w:r>
        <w:br/>
      </w:r>
      <w:r>
        <w:rPr>
          <w:sz w:val="20"/>
        </w:rPr>
        <w:t>1:12:26  badi badi josheeli taqreerein aur taqreerein kise hoti hain zalimon ke khilaf kuch kuch logon ko kuch logon</w:t>
      </w:r>
      <w:r>
        <w:br/>
      </w:r>
      <w:r>
        <w:rPr>
          <w:sz w:val="20"/>
        </w:rPr>
        <w:t>1:12:34  ko yani kuch kuch farz farz kar liya ek falan zalim hai in mafrooha zalimon ke khilaf taqreerein</w:t>
      </w:r>
      <w:r>
        <w:br/>
      </w:r>
      <w:r>
        <w:rPr>
          <w:sz w:val="20"/>
        </w:rPr>
        <w:t>1:12:42  hoti hain is tarah thodi maashra banta hai koi ek bhi tehreek musalmanon mein saare muslim world mein</w:t>
      </w:r>
      <w:r>
        <w:br/>
      </w:r>
      <w:r>
        <w:rPr>
          <w:sz w:val="20"/>
        </w:rPr>
        <w:t>1:12:49  nahi hai jo waqeatan sahi maano mein afraad saazi kar rahi ho society ki taameer kar rahi ho</w:t>
      </w:r>
      <w:r>
        <w:br/>
      </w:r>
      <w:r>
        <w:rPr>
          <w:sz w:val="20"/>
        </w:rPr>
        <w:t>1:12:57  ek bhi nahi hai agar hai to is ka naam lijiye khali ladna bheedna aur jalsay mein taqreerein</w:t>
      </w:r>
      <w:r>
        <w:br/>
      </w:r>
      <w:r>
        <w:rPr>
          <w:sz w:val="20"/>
        </w:rPr>
        <w:t>1:13:05  karna aur zalimon ke khilaf daire lagana is se aur is ke baad kehte hain keh hum chor</w:t>
      </w:r>
      <w:r>
        <w:br/>
      </w:r>
      <w:r>
        <w:rPr>
          <w:sz w:val="20"/>
        </w:rPr>
        <w:t>1:13:12  ka haath kaatenge aise logon ko khud Allah taala ka chor in ka haath kaata jayega</w:t>
      </w:r>
      <w:r>
        <w:br/>
      </w:r>
      <w:r>
        <w:rPr>
          <w:sz w:val="20"/>
        </w:rPr>
        <w:t>1:13:20  qayamat ke din is tarah se jo chor ka haath kaatenge to in ka aakhirat mein sar</w:t>
      </w:r>
      <w:r>
        <w:br/>
      </w:r>
      <w:r>
        <w:rPr>
          <w:sz w:val="20"/>
        </w:rPr>
        <w:t>1:13:28  kaata jayega in ka tum ko kya haq tha kisi ko chor kaatne ka sab se pehle</w:t>
      </w:r>
      <w:r>
        <w:br/>
      </w:r>
      <w:r>
        <w:rPr>
          <w:sz w:val="20"/>
        </w:rPr>
        <w:t>1:13:36  tum ko chahiye tha keh afraad ke andar iman lao society banao maashra tayyar karo wahi jo bukhari</w:t>
      </w:r>
      <w:r>
        <w:br/>
      </w:r>
      <w:r>
        <w:rPr>
          <w:sz w:val="20"/>
        </w:rPr>
        <w:t>1:13:43  mein hai is se pehle kaha tha tum ko had jaari karne ka tum taaziraat ke naam mein</w:t>
      </w:r>
      <w:r>
        <w:br/>
      </w:r>
      <w:r>
        <w:rPr>
          <w:sz w:val="20"/>
        </w:rPr>
        <w:t>1:13:51  nahi le sakte yaani bohat khula khula jawab maujood hai bukhari mein lekin mujhe hairaan hai ke jo</w:t>
      </w:r>
      <w:r>
        <w:br/>
      </w:r>
      <w:r>
        <w:rPr>
          <w:sz w:val="20"/>
        </w:rPr>
        <w:t>1:13:59  log bukhari bukhari karte hain woh bukhari mein likhi hui baaton ko bhi nahi samajhte kyunke bukhari woh</w:t>
      </w:r>
      <w:r>
        <w:br/>
      </w:r>
      <w:r>
        <w:rPr>
          <w:sz w:val="20"/>
        </w:rPr>
        <w:t>1:14:06  hadeesein nahi padhte woh aap jaaiye kisi madarse mein apne maslak ki taayidi hadeesein jo hoti hain usi</w:t>
      </w:r>
      <w:r>
        <w:br/>
      </w:r>
      <w:r>
        <w:rPr>
          <w:sz w:val="20"/>
        </w:rPr>
        <w:t>1:14:14  baat se karte hain apne maslak yaani apne maslak ko saabit karne ke liye bukhari padhte hain woh</w:t>
      </w:r>
      <w:r>
        <w:br/>
      </w:r>
      <w:r>
        <w:rPr>
          <w:sz w:val="20"/>
        </w:rPr>
        <w:t>1:14:22  bas yahi yahi hai aaj kal madarson mein bukhari ka ka dars jo hota hai yaani islam ko</w:t>
      </w:r>
      <w:r>
        <w:br/>
      </w:r>
      <w:r>
        <w:rPr>
          <w:sz w:val="20"/>
        </w:rPr>
        <w:t>1:14:30  daryaft karne ke liye nahi bukhari padhi jaati yeh bohat hi nazuk baat yaad rakhiye islam kya hai</w:t>
      </w:r>
      <w:r>
        <w:br/>
      </w:r>
      <w:r>
        <w:rPr>
          <w:sz w:val="20"/>
        </w:rPr>
        <w:t>1:14:37  is ko jaanne ke liye bukhari nahi padhi jaati bukhari padhi jaati hai apne maslak ki taayid dhoondne</w:t>
      </w:r>
      <w:r>
        <w:br/>
      </w:r>
      <w:r>
        <w:rPr>
          <w:sz w:val="20"/>
        </w:rPr>
        <w:t>1:14:45  ke liye aur phir log kehte hain ke hum yaani hum yeh karenge woh karenge bohat</w:t>
      </w:r>
      <w:r>
        <w:br/>
      </w:r>
      <w:r>
        <w:rPr>
          <w:sz w:val="20"/>
        </w:rPr>
        <w:t>1:14:53  hi zyada ghair sanjeeda baat hai bohat zyada yaani ghair zimmedarana baat yeh hai allah taala ke</w:t>
      </w:r>
    </w:p>
    <w:p>
      <w:pPr>
        <w:pStyle w:val="Heading2"/>
      </w:pPr>
      <w:r>
        <w:t>Quranic guidance on complete reporting</w:t>
      </w:r>
    </w:p>
    <w:p>
      <w:r>
        <w:rPr>
          <w:color w:val="666666"/>
          <w:sz w:val="18"/>
        </w:rPr>
        <w:t>Quran &amp; Tafsir · Islamic Pacifism Q&amp;A 8 May 2011 · 10m 38s · at 44:39 · https://youtu.be/5ZersGDNVcw?t=2679</w:t>
      </w:r>
    </w:p>
    <w:p>
      <w:r>
        <w:rPr>
          <w:i/>
        </w:rPr>
        <w:t>“A person should practice complete reporting, avoiding selective reporting. Is there any guidance in the Quran regarding this? I don't recall a verse with that exact wording, but as a principle, there are various verses in the Quran about it, for example, 'tatfif' (giving less in measure) is a name for this.”</w:t>
      </w:r>
    </w:p>
    <w:p>
      <w:r>
        <w:rPr>
          <w:sz w:val="20"/>
        </w:rPr>
        <w:t>44:39  to is mein yaani sirf maadi wo nahi hai. aap ne is mein likha hai. yeh sawal padhiye in ka. insaan ko selective reporting se bachte hue complete reporting karni chahiye. kya is baare mein Quran mein koi rehnumai ki gayi hai?</w:t>
      </w:r>
      <w:r>
        <w:br/>
      </w:r>
      <w:r>
        <w:rPr>
          <w:sz w:val="20"/>
        </w:rPr>
        <w:t>44:50  dekhiye, isi lafz mein to mujhe yaad nahi aa rahi koi ayat. lekin yaani yeh as a principle zaroor Quran mein is ke baare mein mukhtalif aayatein maujood hain.</w:t>
      </w:r>
      <w:r>
        <w:br/>
      </w:r>
      <w:r>
        <w:rPr>
          <w:sz w:val="20"/>
        </w:rPr>
        <w:t>45:04  mislan tatfeef. tatfeef isi ka naam hai.</w:t>
      </w:r>
      <w:r>
        <w:br/>
      </w:r>
      <w:r>
        <w:rPr>
          <w:sz w:val="20"/>
        </w:rPr>
        <w:t>45:08  yaani ek baat ghata kar badha kar pesh karna. kuch ghata kar badhana, kuch badhana. yaani sahi baat na keh kar ke aisi reporting karna jis se galat ta'assur jaata ho.</w:t>
      </w:r>
      <w:r>
        <w:br/>
      </w:r>
      <w:r>
        <w:rPr>
          <w:sz w:val="20"/>
        </w:rPr>
        <w:t>45:18  is ko tatfeef kehte hain aur is ko bahut bura kaha gaya hai Islam mein. to</w:t>
      </w:r>
      <w:r>
        <w:br/>
      </w:r>
      <w:r>
        <w:rPr>
          <w:sz w:val="20"/>
        </w:rPr>
        <w:t>45:25  ma'anvi yeh mafhoom Quran mein aur hadith mein zaroor maujood hai. lekin yeh jo lafz mein bolta hoon, aap chahein ke wahi lafz wahan maujood ho to to yeh bahut mushkil kaam hai.</w:t>
      </w:r>
      <w:r>
        <w:br/>
      </w:r>
      <w:r>
        <w:rPr>
          <w:sz w:val="20"/>
        </w:rPr>
        <w:t>45:39  kyunke bahut si cheezain aisi hain jo quran mein bin satoor hoti hain. jaisa quran hadees mein aaya hai ke: "wo</w:t>
      </w:r>
      <w:r>
        <w:br/>
      </w:r>
      <w:r>
        <w:rPr>
          <w:sz w:val="20"/>
        </w:rPr>
        <w:t>45:50  quran ke kuch mafhoom is ke satoor mein hain, kuch is ke bin satoor mein hain."</w:t>
      </w:r>
      <w:r>
        <w:br/>
      </w:r>
      <w:r>
        <w:rPr>
          <w:sz w:val="20"/>
        </w:rPr>
        <w:t>46:00  kya is ko phir se parhiye is ko?</w:t>
      </w:r>
      <w:r>
        <w:br/>
      </w:r>
      <w:r>
        <w:rPr>
          <w:sz w:val="20"/>
        </w:rPr>
        <w:t>46:03  insan ko selective reporting se bachte hue complete reporting karni chahiye. dekhiye, doosri baat yeh hai ke fitrat khud kafi hai samajhne ke liye ke selective reporting jo hai bohat hi tabah kun hai.</w:t>
      </w:r>
      <w:r>
        <w:br/>
      </w:r>
      <w:r>
        <w:rPr>
          <w:sz w:val="20"/>
        </w:rPr>
        <w:t>46:18  selective reporting se sari kharabian paida hoti hain.</w:t>
      </w:r>
      <w:r>
        <w:br/>
      </w:r>
      <w:r>
        <w:rPr>
          <w:sz w:val="20"/>
        </w:rPr>
        <w:t>46:21  isi se nafrat aati hai, isi se ghussa aata hai, isi se doosre ko dushman samajh lete hain aap. yeh sab isi se hota hai. to is ka result hi kafi hai batane ke liye ke yeh galat tareeqa hai.</w:t>
      </w:r>
      <w:r>
        <w:br/>
      </w:r>
      <w:r>
        <w:rPr>
          <w:sz w:val="20"/>
        </w:rPr>
        <w:t>46:39  to is mein koi shaq nahi ke selective reporting galat hai. aur is se galat yeh hai ke aap is ko maan lain.</w:t>
      </w:r>
      <w:r>
        <w:br/>
      </w:r>
      <w:r>
        <w:rPr>
          <w:sz w:val="20"/>
        </w:rPr>
        <w:t>46:49  mein yaani mera daawa yeh nahi hai ke media kabhi bhi aisa kar sakta hai ke woh selective reporting na karay. mein kabhi aisa nahi kaha ke media ko is se bachna chahiye.</w:t>
      </w:r>
      <w:r>
        <w:br/>
      </w:r>
      <w:r>
        <w:rPr>
          <w:sz w:val="20"/>
        </w:rPr>
        <w:t>46:58  mein kabhi aisa nahi kehta.</w:t>
      </w:r>
      <w:r>
        <w:br/>
      </w:r>
      <w:r>
        <w:rPr>
          <w:sz w:val="20"/>
        </w:rPr>
        <w:t>47:01  kyunke media aik industry hai. woh selective reporting hi karay ga. woh is ki industry band ho jaye gi. mein kehta hoon ke aap khud itna samajhdar hon ke media ki report bura na banain.</w:t>
      </w:r>
      <w:r>
        <w:br/>
      </w:r>
      <w:r>
        <w:rPr>
          <w:sz w:val="20"/>
        </w:rPr>
        <w:t>47:15  dekhiye, mein in logon mein se nahi hoon jo bohat hi nadani ke sath mutalba karte hain ke media jo hai sahi report karay. yeh bilkul galat hai. media koi mission nahi hai.</w:t>
      </w:r>
      <w:r>
        <w:br/>
      </w:r>
      <w:r>
        <w:rPr>
          <w:sz w:val="20"/>
        </w:rPr>
        <w:t>47:24  media aik industry hai. aur industry apne faiday ke lehaz se karay gi. is ko aap ne news sell karna hai. aur news jab market mein wohi khabrein bikti hon jis mein sensation hai to woh sensation laye ga woh.</w:t>
      </w:r>
      <w:r>
        <w:br/>
      </w:r>
      <w:r>
        <w:rPr>
          <w:sz w:val="20"/>
        </w:rPr>
        <w:t>47:39  to mein aisa kabhi mutalba nahi karta media se. mujhe media se koi shikayat nahi. mujhe shikayat un logon se hai jo media ko parh kar ke, media ki reporton ko parh kar ke aur rai banate hain.</w:t>
      </w:r>
      <w:r>
        <w:br/>
      </w:r>
      <w:r>
        <w:rPr>
          <w:sz w:val="20"/>
        </w:rPr>
        <w:t>47:51  rai kyun banate hain aap? aap mazeed tehqeeq kijiye. ya to rai na banaiye ya mazeed tehqeeq kijiye. do mein ka option hai.</w:t>
      </w:r>
      <w:r>
        <w:br/>
      </w:r>
      <w:r>
        <w:rPr>
          <w:sz w:val="20"/>
        </w:rPr>
        <w:t>48:01  ya to rai na banaiye ya mazeed tehqeeq kijiye.</w:t>
      </w:r>
      <w:r>
        <w:br/>
      </w:r>
      <w:r>
        <w:rPr>
          <w:sz w:val="20"/>
        </w:rPr>
        <w:t>48:04  mister ejaz ahmed ne bangalore se likha hai: "there are several passages in the quran that mention rizq, such as God gives without measure rizq to whom He wills.</w:t>
      </w:r>
      <w:r>
        <w:br/>
      </w:r>
      <w:r>
        <w:rPr>
          <w:sz w:val="20"/>
        </w:rPr>
        <w:t>48:19  that rizq is given by God as a test, etc. Maulana, what is the true meaning of rizq?"</w:t>
      </w:r>
      <w:r>
        <w:br/>
      </w:r>
      <w:r>
        <w:rPr>
          <w:sz w:val="20"/>
        </w:rPr>
        <w:t>48:33  dekhiye, rizq aam tor par rozi ke maani mein liya jata hai. yaani maadi maani mein. lekin rizq aik waseela hai.</w:t>
      </w:r>
      <w:r>
        <w:br/>
      </w:r>
      <w:r>
        <w:rPr>
          <w:sz w:val="20"/>
        </w:rPr>
        <w:t>48:42  rizq mein sab cheezain aati hain. matlab rizq rohani, rizq zehni, rizq maadi har cheez aati hai.</w:t>
      </w:r>
      <w:r>
        <w:br/>
      </w:r>
      <w:r>
        <w:rPr>
          <w:sz w:val="20"/>
        </w:rPr>
        <w:t>48:50  to allah taala mukhtalif qism ke rizq dete hain insan ko. matlab kisi ko maadi aitbar se farawani milti hai, kisi ko kam milta hai.</w:t>
      </w:r>
      <w:r>
        <w:br/>
      </w:r>
      <w:r>
        <w:rPr>
          <w:sz w:val="20"/>
        </w:rPr>
        <w:t>49:02  kisi ko ziyada zahiin bana diya jata hai, kisi ko koi kam zahiin hota hai nisbatan. koi ziyada healthy hota hai, koi kam healthy hota hai.</w:t>
      </w:r>
      <w:r>
        <w:br/>
      </w:r>
      <w:r>
        <w:rPr>
          <w:sz w:val="20"/>
        </w:rPr>
        <w:t>49:11  yeh sab farq hai. lekin is ka matlab yeh nahi ke khuda mansif nahi hai. khuda justice nahi karta.</w:t>
      </w:r>
      <w:r>
        <w:br/>
      </w:r>
      <w:r>
        <w:rPr>
          <w:sz w:val="20"/>
        </w:rPr>
        <w:t>49:20  aik hadees mein hai dekhiye ke: "al momin al qawi khair" yaani qawi insan</w:t>
      </w:r>
      <w:r>
        <w:br/>
      </w:r>
      <w:r>
        <w:rPr>
          <w:sz w:val="20"/>
        </w:rPr>
        <w:t>49:35  allah ke nazdeek ziyada qawi khair hai is mein ba muqabla yaani kamzor insan ke. lekin har aik ke liye behtari hai.</w:t>
      </w:r>
      <w:r>
        <w:br/>
      </w:r>
      <w:r>
        <w:rPr>
          <w:sz w:val="20"/>
        </w:rPr>
        <w:t>49:46  dekhiye, yeh jo hai khair jo hai bohat aham hai. kyunke</w:t>
      </w:r>
      <w:r>
        <w:br/>
      </w:r>
      <w:r>
        <w:rPr>
          <w:sz w:val="20"/>
        </w:rPr>
        <w:t>49:52  ek insan ko khuda ne qawi banaya, bohat mazboot aɹsaab is ke hain, bohat zaheen hai. To aksar dekha ke woh foran is ko naaz aa jata hai, naaz.</w:t>
      </w:r>
      <w:r>
        <w:br/>
      </w:r>
      <w:r>
        <w:rPr>
          <w:sz w:val="20"/>
        </w:rPr>
        <w:t>50:02  To woh tabah ho jata hai. Is ke muqable mein jis ko ke kuch relatively kam mila ho to use modesty aati hai.</w:t>
      </w:r>
      <w:r>
        <w:br/>
      </w:r>
      <w:r>
        <w:rPr>
          <w:sz w:val="20"/>
        </w:rPr>
        <w:t>50:11  To modesty to bohat bari qeemti cheez hai. To dono mein plus point aur minus point hai. Aap yeh nahi keh sakte ke is ko zyada, is ko kam mila.</w:t>
      </w:r>
      <w:r>
        <w:br/>
      </w:r>
      <w:r>
        <w:rPr>
          <w:sz w:val="20"/>
        </w:rPr>
        <w:t>50:25  Kyunke har ek ka plus point hai, har ek ka minus point hai.</w:t>
      </w:r>
      <w:r>
        <w:br/>
      </w:r>
      <w:r>
        <w:rPr>
          <w:sz w:val="20"/>
        </w:rPr>
        <w:t>50:28  Maulana Shariq Hussain ne Dilli se likha hai: "Insan apni family, apni qaum ya apne mazhab se bepanah mohabbat hone ki wajah se un ki himayat mein selective reporting karta hai.</w:t>
      </w:r>
      <w:r>
        <w:br/>
      </w:r>
      <w:r>
        <w:rPr>
          <w:sz w:val="20"/>
        </w:rPr>
        <w:t>50:43  Aisi halat mein insan khud ko selective reporting se kaise bachaye?"</w:t>
      </w:r>
      <w:r>
        <w:br/>
      </w:r>
      <w:r>
        <w:rPr>
          <w:sz w:val="20"/>
        </w:rPr>
        <w:t>50:49  Isi ko taɹassub kehte hain. Isi ko quran mein jahiliyat kaha gaya hai. To bachane ki baat ki hai to test rahe ga.</w:t>
      </w:r>
      <w:r>
        <w:br/>
      </w:r>
      <w:r>
        <w:rPr>
          <w:sz w:val="20"/>
        </w:rPr>
        <w:t>50:59  Yeh dunya to test ke liye bani hai, dar-ul-imtaan. To yeh to rahe ga, agar na rahe to phir zaroorat hi kya hai dunya ki? Agar test na ho to phir insan ko paida karne ki zaroorat hi kya hai?</w:t>
      </w:r>
      <w:r>
        <w:br/>
      </w:r>
      <w:r>
        <w:rPr>
          <w:sz w:val="20"/>
        </w:rPr>
        <w:t>51:16  To aap ko to test ko face karna hi karna hai. Ta➚ssub se apne ko bachana hi bachana hai. ɹasabiyat se bachana hi bachana hai. Apne ko, yaani apni, apne ko read karna hai.</w:t>
      </w:r>
      <w:r>
        <w:br/>
      </w:r>
      <w:r>
        <w:rPr>
          <w:sz w:val="20"/>
        </w:rPr>
        <w:t>51:32  Khud apne aap ko read karna hai ke main kahan bhatak raha hoon, kahan main ɹasabiyat ka shikar ho raha hoon. Yeh to karna hai, is se to koi mufarr nahi hai.</w:t>
      </w:r>
      <w:r>
        <w:br/>
      </w:r>
      <w:r>
        <w:rPr>
          <w:sz w:val="20"/>
        </w:rPr>
        <w:t>51:44  Miss Naghma Siddiqui ne Dilli se likha hai: "People generally have a confused idea of peace. As a result, when the ideology of peace is explained to them, they do not understand.</w:t>
      </w:r>
      <w:r>
        <w:br/>
      </w:r>
      <w:r>
        <w:rPr>
          <w:sz w:val="20"/>
        </w:rPr>
        <w:t>52:00  How can be explained clearly to them?"</w:t>
      </w:r>
      <w:r>
        <w:br/>
      </w:r>
      <w:r>
        <w:rPr>
          <w:sz w:val="20"/>
        </w:rPr>
        <w:t>52:04  Dekhiye, baat sirf ek hai. Woh yeh hai ke log law of nature ko le kar nahi sochte. Apne khwahishon ko le kar sochte hain.</w:t>
      </w:r>
      <w:r>
        <w:br/>
      </w:r>
      <w:r>
        <w:rPr>
          <w:sz w:val="20"/>
        </w:rPr>
        <w:t>52:16  Dunya mein aap ki khwahish nahi chalegi. Aap ki dildar nahi chalegi. Law of nature chalegi.</w:t>
      </w:r>
      <w:r>
        <w:br/>
      </w:r>
      <w:r>
        <w:rPr>
          <w:sz w:val="20"/>
        </w:rPr>
        <w:t>52:23  Log chahte hain ke mere sath injustice na ho. To aap ke chahne se thori aisa hota hai ke dunya mein injustice na ho. Law of nature kya hai?</w:t>
      </w:r>
      <w:r>
        <w:br/>
      </w:r>
      <w:r>
        <w:rPr>
          <w:sz w:val="20"/>
        </w:rPr>
        <w:t>52:32  Law of nature yeh hai ke Allah taala ne har insan ko azadi di hai, azadi. To azadi di hai to misuse bhi kare ga woh. To kaun hai is ka hath baandh de ke woh misuse na kare?</w:t>
      </w:r>
      <w:r>
        <w:br/>
      </w:r>
      <w:r>
        <w:rPr>
          <w:sz w:val="20"/>
        </w:rPr>
        <w:t>52:43  To injustice kya hai? Kisi insan ka apni azadi ko misuse karna. Isi ka result ka naam hai injustice. Yeh hoga.</w:t>
      </w:r>
      <w:r>
        <w:br/>
      </w:r>
      <w:r>
        <w:rPr>
          <w:sz w:val="20"/>
        </w:rPr>
        <w:t>52:53  Aap ko manage karna hai. Aap ko patient planning karni hai. Aap ko face karna hai is ko, challenge lena hai is ko.</w:t>
      </w:r>
      <w:r>
        <w:br/>
      </w:r>
      <w:r>
        <w:rPr>
          <w:sz w:val="20"/>
        </w:rPr>
        <w:t>53:00  Jis cheez ko shikayat ke taur par lete hain, us ko challenge ke taur par lena hai. To chunke log yeh nahi sochte ke plan of God kya hai, law of nature kya hai, bas apne desire ko jante hain.</w:t>
      </w:r>
      <w:r>
        <w:br/>
      </w:r>
      <w:r>
        <w:rPr>
          <w:sz w:val="20"/>
        </w:rPr>
        <w:t>53:14  Isi desire ko le kar ke woh chahte hain ke aisa justice ho, waisa injustice hai. To woh woh soch, un ki, un ko correction karna pare ga un ko.</w:t>
      </w:r>
      <w:r>
        <w:br/>
      </w:r>
      <w:r>
        <w:rPr>
          <w:sz w:val="20"/>
        </w:rPr>
        <w:t>53:22  Ke aap ka zaati desire hai, woh nahi chalegi dunya mein.</w:t>
      </w:r>
      <w:r>
        <w:br/>
      </w:r>
      <w:r>
        <w:rPr>
          <w:sz w:val="20"/>
        </w:rPr>
        <w:t>53:27  First of all, you have to know what is the creation plan of God.</w:t>
      </w:r>
      <w:r>
        <w:br/>
      </w:r>
      <w:r>
        <w:rPr>
          <w:sz w:val="20"/>
        </w:rPr>
        <w:t>53:30  Why is the law of nature? Us ko le kar ke sochiye. Us ko chhod kar na sochiye.</w:t>
      </w:r>
      <w:r>
        <w:br/>
      </w:r>
      <w:r>
        <w:rPr>
          <w:sz w:val="20"/>
        </w:rPr>
        <w:t>53:43  Mr Arshad Jamal ne Dilli se likha hai: "Quran ke chapter number twenty five mein ek dua aai hai. Us mein bataya gaya hai ke khuda ya, tu mujh ko mutaqiòn ka imam bana.</w:t>
      </w:r>
      <w:r>
        <w:br/>
      </w:r>
      <w:r>
        <w:rPr>
          <w:sz w:val="20"/>
        </w:rPr>
        <w:t>53:58  Us ka matlab kya hai?"</w:t>
      </w:r>
      <w:r>
        <w:br/>
      </w:r>
      <w:r>
        <w:rPr>
          <w:sz w:val="20"/>
        </w:rPr>
        <w:t>54:00  yeh</w:t>
      </w:r>
      <w:r>
        <w:br/>
      </w:r>
      <w:r>
        <w:rPr>
          <w:sz w:val="20"/>
        </w:rPr>
        <w:t>54:05  aulad ke bare mein aaya hai. Family ke bare mein. Family ka bara jo hai woh yeh keh raha hai. To is ko aap extended sense mein le sakte hain, society ke bare mein bhi.</w:t>
      </w:r>
      <w:r>
        <w:br/>
      </w:r>
      <w:r>
        <w:rPr>
          <w:sz w:val="20"/>
        </w:rPr>
        <w:t>54:18  To mein jahan tak samjha hoon, is ayat ka matlab woh yeh hai ke aap doosron ko jo lead dein, to aap logon ko achhi lead dein.</w:t>
      </w:r>
    </w:p>
    <w:p>
      <w:pPr>
        <w:pStyle w:val="Heading2"/>
      </w:pPr>
      <w:r>
        <w:t>Reading Quranic verses between the lines</w:t>
      </w:r>
    </w:p>
    <w:p>
      <w:r>
        <w:rPr>
          <w:color w:val="666666"/>
          <w:sz w:val="18"/>
        </w:rPr>
        <w:t>Quran &amp; Tafsir · Angle of Vision February 28, 2016 · 7m 45s · at 47:55 · https://youtu.be/dFZ7_x1Ul7A?t=2875</w:t>
      </w:r>
    </w:p>
    <w:p>
      <w:r>
        <w:rPr>
          <w:i/>
        </w:rPr>
        <w:t>“What do we need to do to read the Quranic verses between the lines?”</w:t>
      </w:r>
    </w:p>
    <w:p>
      <w:r>
        <w:rPr>
          <w:sz w:val="20"/>
        </w:rPr>
        <w:t>47:55  maulana, agla sawal miss naghma siddiqui ka hai, dilli se, aur unhon ne aap se poocha hai ke</w:t>
      </w:r>
      <w:r>
        <w:br/>
      </w:r>
      <w:r>
        <w:rPr>
          <w:sz w:val="20"/>
        </w:rPr>
        <w:t>48:01  what do we need to do to read the Quranic verses between the lines دیکھیے، ایک ایک hadith</w:t>
      </w:r>
      <w:r>
        <w:br/>
      </w:r>
      <w:r>
        <w:rPr>
          <w:sz w:val="20"/>
        </w:rPr>
        <w:t>48:07  mein arz karunga.</w:t>
      </w:r>
      <w:r>
        <w:br/>
      </w:r>
      <w:r>
        <w:rPr>
          <w:sz w:val="20"/>
        </w:rPr>
        <w:t>48:14  aik hadith hai ke ta'ahhadu al-quran wa in ashadd al-tafassim min labil fi aqlihi yahan lafz ta'ahhad istemal hua hai.</w:t>
      </w:r>
      <w:r>
        <w:br/>
      </w:r>
      <w:r>
        <w:rPr>
          <w:sz w:val="20"/>
        </w:rPr>
        <w:t>48:20  ta'ahhad ka matlab hota hai pakde rehna, pakde rehna, pakde rehna.</w:t>
      </w:r>
      <w:r>
        <w:br/>
      </w:r>
      <w:r>
        <w:rPr>
          <w:sz w:val="20"/>
        </w:rPr>
        <w:t>48:26  quran ko pakde raho to log, aap to log to is ko ke jab hafiza karo to khoob</w:t>
      </w:r>
      <w:r>
        <w:br/>
      </w:r>
      <w:r>
        <w:rPr>
          <w:sz w:val="20"/>
        </w:rPr>
        <w:t>48:33  yaad karte raho, warna bhool jayega.</w:t>
      </w:r>
      <w:r>
        <w:br/>
      </w:r>
      <w:r>
        <w:rPr>
          <w:sz w:val="20"/>
        </w:rPr>
        <w:t>48:39  yeh matlab nahi hai is ka, hargiz nahi.</w:t>
      </w:r>
      <w:r>
        <w:br/>
      </w:r>
      <w:r>
        <w:rPr>
          <w:sz w:val="20"/>
        </w:rPr>
        <w:t>48:45  is ka yeh matlab hai nahi.</w:t>
      </w:r>
      <w:r>
        <w:br/>
      </w:r>
      <w:r>
        <w:rPr>
          <w:sz w:val="20"/>
        </w:rPr>
        <w:t>48:51  quran ki aayaton ko sochte raho, sochte raho, sochte raho.</w:t>
      </w:r>
      <w:r>
        <w:br/>
      </w:r>
      <w:r>
        <w:rPr>
          <w:sz w:val="20"/>
        </w:rPr>
        <w:t>48:58  misalan aap padha alhamdulillah rabb al-alameen to sochiye ke kyun pehli ayat rakhi gayi? Yani quran ki pehli</w:t>
      </w:r>
      <w:r>
        <w:br/>
      </w:r>
      <w:r>
        <w:rPr>
          <w:sz w:val="20"/>
        </w:rPr>
        <w:t>49:04  ayat ko bana diya gaya, is ko alhamdulillah rabb al-alameen sochiye.</w:t>
      </w:r>
      <w:r>
        <w:br/>
      </w:r>
      <w:r>
        <w:rPr>
          <w:sz w:val="20"/>
        </w:rPr>
        <w:t>49:10  phir aap aakhri ayat jo hai alladhi yuwaswisu fi sudur al-nas min al-jinnati wa al-nas is ko sochiye ke</w:t>
      </w:r>
      <w:r>
        <w:br/>
      </w:r>
      <w:r>
        <w:rPr>
          <w:sz w:val="20"/>
        </w:rPr>
        <w:t>49:17  is ka is par quran ko khatm kyun kiya gaya? Is yeh khatme ki ayat kyun ban gayi?</w:t>
      </w:r>
      <w:r>
        <w:br/>
      </w:r>
      <w:r>
        <w:rPr>
          <w:sz w:val="20"/>
        </w:rPr>
        <w:t>49:23  sochiye to har ayat ke bare mein sochiye.</w:t>
      </w:r>
      <w:r>
        <w:br/>
      </w:r>
      <w:r>
        <w:rPr>
          <w:sz w:val="20"/>
        </w:rPr>
        <w:t>49:29  dekhiye, jo direct matlab hai, woh to text mein hota hai, text mein.</w:t>
      </w:r>
      <w:r>
        <w:br/>
      </w:r>
      <w:r>
        <w:rPr>
          <w:sz w:val="20"/>
        </w:rPr>
        <w:t>49:35  لیکن جو جو wisdom ہے، وہ ہمیشہ ہوتی ہے between the line.</w:t>
      </w:r>
      <w:r>
        <w:br/>
      </w:r>
      <w:r>
        <w:rPr>
          <w:sz w:val="20"/>
        </w:rPr>
        <w:t>49:42  is par sochna padta hai.</w:t>
      </w:r>
      <w:r>
        <w:br/>
      </w:r>
      <w:r>
        <w:rPr>
          <w:sz w:val="20"/>
        </w:rPr>
        <w:t>49:48  to tadabbur, jo quran mein aaya hai, aik tadabbur karo, tadabbur karo, tadabbur karo.</w:t>
      </w:r>
      <w:r>
        <w:br/>
      </w:r>
      <w:r>
        <w:rPr>
          <w:sz w:val="20"/>
        </w:rPr>
        <w:t>49:54  اس کا مطلب یہی ہے کہ تدبر کر کے اس وزڈم کو دریافت کرو جو between the line ہے۔</w:t>
      </w:r>
      <w:r>
        <w:br/>
      </w:r>
      <w:r>
        <w:rPr>
          <w:sz w:val="20"/>
        </w:rPr>
        <w:t>50:01  aur koi is ka doosra tareeqa nahi hai.</w:t>
      </w:r>
      <w:r>
        <w:br/>
      </w:r>
      <w:r>
        <w:rPr>
          <w:sz w:val="20"/>
        </w:rPr>
        <w:t>50:07  yani tadabbur ke zariye se hum is ke pahunch sakte hain, aur koi doosra zariya nahi.</w:t>
      </w:r>
      <w:r>
        <w:br/>
      </w:r>
      <w:r>
        <w:rPr>
          <w:sz w:val="20"/>
        </w:rPr>
        <w:t>50:13  jaise yeh maine misal di aap ko ward al-fajr ward al-fajr mein pata nahi kitne barson sooch</w:t>
      </w:r>
      <w:r>
        <w:br/>
      </w:r>
      <w:r>
        <w:rPr>
          <w:sz w:val="20"/>
        </w:rPr>
        <w:t>50:19  raha hoon, kyunke tafsiron mein jo likha hua hai ke woh yeh hai ke but parasti ko chhod do.</w:t>
      </w:r>
      <w:r>
        <w:br/>
      </w:r>
      <w:r>
        <w:rPr>
          <w:sz w:val="20"/>
        </w:rPr>
        <w:t>50:26  تو اب مجھے Dizziness معلوم ہوتا تھا کہ اگر رسول اللہ بت پرستی کرتے تھے تو ان کو</w:t>
      </w:r>
      <w:r>
        <w:br/>
      </w:r>
      <w:r>
        <w:rPr>
          <w:sz w:val="20"/>
        </w:rPr>
        <w:t>50:32  allah taala pak baat hai hi nahi.</w:t>
      </w:r>
      <w:r>
        <w:br/>
      </w:r>
      <w:r>
        <w:rPr>
          <w:sz w:val="20"/>
        </w:rPr>
        <w:t>50:38  kyunke hadith mein aata hai ke allah taala ne poori dunya par nazar dali, poori dunya par, quraish</w:t>
      </w:r>
      <w:r>
        <w:br/>
      </w:r>
      <w:r>
        <w:rPr>
          <w:sz w:val="20"/>
        </w:rPr>
        <w:t>50:45  ko muntakhib kiya, phir quraish par nazar dali, phir banu hashim ko muntakhib kiya, phir banu hashim par</w:t>
      </w:r>
      <w:r>
        <w:br/>
      </w:r>
      <w:r>
        <w:rPr>
          <w:sz w:val="20"/>
        </w:rPr>
        <w:t>50:51  nazar dali, phir muhammad ko muntakhib kiya.</w:t>
      </w:r>
      <w:r>
        <w:br/>
      </w:r>
      <w:r>
        <w:rPr>
          <w:sz w:val="20"/>
        </w:rPr>
        <w:t>50:57  to naoozubillah, naoozubillah, yeh to allah ke intikhab par shak karna ho jayega.</w:t>
      </w:r>
      <w:r>
        <w:br/>
      </w:r>
      <w:r>
        <w:rPr>
          <w:sz w:val="20"/>
        </w:rPr>
        <w:t>51:03  yeh to ghalat intekhab tha Allah taala ka, naoozubillah, ke ek aadmi jo but parasti mein pada</w:t>
      </w:r>
      <w:r>
        <w:br/>
      </w:r>
      <w:r>
        <w:rPr>
          <w:sz w:val="20"/>
        </w:rPr>
        <w:t>51:10  hua tha, is ka ek nabuwat karo.</w:t>
      </w:r>
      <w:r>
        <w:br/>
      </w:r>
      <w:r>
        <w:rPr>
          <w:sz w:val="20"/>
        </w:rPr>
        <w:t>51:16  تو between the line جو ہے، وہ معلوم ہوتا ہے تدبر کے ذریعے سے۔</w:t>
      </w:r>
      <w:r>
        <w:br/>
      </w:r>
      <w:r>
        <w:rPr>
          <w:sz w:val="20"/>
        </w:rPr>
        <w:t>51:22  to main nahin, is ka koi doosra alternative nahin hai.</w:t>
      </w:r>
      <w:r>
        <w:br/>
      </w:r>
      <w:r>
        <w:rPr>
          <w:sz w:val="20"/>
        </w:rPr>
        <w:t>51:29  تدبر کرنا پڑے گا، تب between the line معلوم ہوگا۔</w:t>
      </w:r>
      <w:r>
        <w:br/>
      </w:r>
      <w:r>
        <w:rPr>
          <w:sz w:val="20"/>
        </w:rPr>
        <w:t>51:35  Maulana, agla ek comment aur sawal aaya hai Chennai se, Maulana Abdul, Maulana Iqbal Umri ka.</w:t>
      </w:r>
      <w:r>
        <w:br/>
      </w:r>
      <w:r>
        <w:rPr>
          <w:sz w:val="20"/>
        </w:rPr>
        <w:t>51:41  ان کا کمنٹ مولانا پہلے پڑھتے ہیں، انہوں نے لکھا ہے کہ آج ہی پتہ چلا کہ right</w:t>
      </w:r>
      <w:r>
        <w:br/>
      </w:r>
      <w:r>
        <w:rPr>
          <w:sz w:val="20"/>
        </w:rPr>
        <w:t>51:47  angle se cheezon ko dekhna hi wisdom full option hai, aur dawat ke liye aur life ke liye</w:t>
      </w:r>
      <w:r>
        <w:br/>
      </w:r>
      <w:r>
        <w:rPr>
          <w:sz w:val="20"/>
        </w:rPr>
        <w:t>51:54  yeh super formula hai. Jazak Allah.</w:t>
      </w:r>
      <w:r>
        <w:br/>
      </w:r>
      <w:r>
        <w:rPr>
          <w:sz w:val="20"/>
        </w:rPr>
        <w:t>52:00  ان کا سوال یہ ہے مولانا کہ کسی چیز کو برا سمجھنا اور wrong angle میں نہیں لینا۔</w:t>
      </w:r>
      <w:r>
        <w:br/>
      </w:r>
      <w:r>
        <w:rPr>
          <w:sz w:val="20"/>
        </w:rPr>
        <w:t>52:06  is mein kaise farq karen, is ki wazahat karen.</w:t>
      </w:r>
      <w:r>
        <w:br/>
      </w:r>
      <w:r>
        <w:rPr>
          <w:sz w:val="20"/>
        </w:rPr>
        <w:t>52:13  dekhiye, farq jo hai, woh result ko le kar samjha samajh mein aata hai.</w:t>
      </w:r>
      <w:r>
        <w:br/>
      </w:r>
      <w:r>
        <w:rPr>
          <w:sz w:val="20"/>
        </w:rPr>
        <w:t>52:19  result ko le kar, jaise ek mission aap chala rahe hain, is ka ek hissa hain.</w:t>
      </w:r>
      <w:r>
        <w:br/>
      </w:r>
      <w:r>
        <w:rPr>
          <w:sz w:val="20"/>
        </w:rPr>
        <w:t>52:25  aap aap ke mind mein ek sawal hai, ek ek masla paida hua hai, ek issue.</w:t>
      </w:r>
      <w:r>
        <w:br/>
      </w:r>
      <w:r>
        <w:rPr>
          <w:sz w:val="20"/>
        </w:rPr>
        <w:t>52:31  is issue mein aap ne ek stand le liya.</w:t>
      </w:r>
      <w:r>
        <w:br/>
      </w:r>
      <w:r>
        <w:rPr>
          <w:sz w:val="20"/>
        </w:rPr>
        <w:t>52:38  وہ اسٹینڈ جو ہے، اگر کام کو jeopardize کر رہا ہے تو اس معنی کا غلط آپ کا</w:t>
      </w:r>
      <w:r>
        <w:br/>
      </w:r>
      <w:r>
        <w:rPr>
          <w:sz w:val="20"/>
        </w:rPr>
        <w:t>52:44  phans jata hai.</w:t>
      </w:r>
      <w:r>
        <w:br/>
      </w:r>
      <w:r>
        <w:rPr>
          <w:sz w:val="20"/>
        </w:rPr>
        <w:t>52:50  agar kaam ko woh, yaani yaani kaam par koi asar nahin dalta, kaam achhe tareeqe se badhta rahe</w:t>
      </w:r>
      <w:r>
        <w:br/>
      </w:r>
      <w:r>
        <w:rPr>
          <w:sz w:val="20"/>
        </w:rPr>
        <w:t>52:57  گا، اس کے باوجود تب آپ نے اس کو right angle دیکھا۔</w:t>
      </w:r>
      <w:r>
        <w:br/>
      </w:r>
      <w:r>
        <w:rPr>
          <w:sz w:val="20"/>
        </w:rPr>
        <w:t>53:03  agar kaam mein farq aa jaye, matlab aap aap kaam ko chhod den, aap kaam aap ke saathiوں</w:t>
      </w:r>
      <w:r>
        <w:br/>
      </w:r>
      <w:r>
        <w:rPr>
          <w:sz w:val="20"/>
        </w:rPr>
        <w:t>53:09  se rift paida ho jaye, kaam ki ahmiyat ghat jaye aap ke andar, aap is ko jannat ka</w:t>
      </w:r>
      <w:r>
        <w:br/>
      </w:r>
      <w:r>
        <w:rPr>
          <w:sz w:val="20"/>
        </w:rPr>
        <w:t>53:15  kaam samjhe hue the, ab tak aap samjhen ke bhai yeh sahi hai, koi jannat ka mamla nahin hai.</w:t>
      </w:r>
      <w:r>
        <w:br/>
      </w:r>
      <w:r>
        <w:rPr>
          <w:sz w:val="20"/>
        </w:rPr>
        <w:t>53:22  تو you have to see the result difference کی پیشانی پر آپ نے جو اسٹینڈ لیا، جو موقع</w:t>
      </w:r>
      <w:r>
        <w:br/>
      </w:r>
      <w:r>
        <w:rPr>
          <w:sz w:val="20"/>
        </w:rPr>
        <w:t>53:28  ko ikhtiyar kiya, sochen ke yeh is ka result kya nikalta hai.</w:t>
      </w:r>
      <w:r>
        <w:br/>
      </w:r>
      <w:r>
        <w:rPr>
          <w:sz w:val="20"/>
        </w:rPr>
        <w:t>53:34  is ka result kya nikalta hai to result decide karega ke aap ka stand sahi tha ya galat tha.</w:t>
      </w:r>
      <w:r>
        <w:br/>
      </w:r>
      <w:r>
        <w:rPr>
          <w:sz w:val="20"/>
        </w:rPr>
        <w:t>53:41  jaise ek misaal mein deta hoon ke Madine mein Islam ki pehli hukumat bani thi to wahan yeh</w:t>
      </w:r>
      <w:r>
        <w:br/>
      </w:r>
      <w:r>
        <w:rPr>
          <w:sz w:val="20"/>
        </w:rPr>
        <w:t>53:47  sawal tha ke khaleefa jo hai, amirul momineen jo hai, woh muhajireen mein se ho ya ansar mein se ho.</w:t>
      </w:r>
      <w:r>
        <w:br/>
      </w:r>
      <w:r>
        <w:rPr>
          <w:sz w:val="20"/>
        </w:rPr>
        <w:t>53:53  to amalan yeh hua ke char khaleefa, charon ke charon muhajireen mein se hue, yaani Abu Bakr, Umar, Usman,</w:t>
      </w:r>
      <w:r>
        <w:br/>
      </w:r>
      <w:r>
        <w:rPr>
          <w:sz w:val="20"/>
        </w:rPr>
        <w:t>53:59  Ali, charon ansar mein se nahin hua koi.</w:t>
      </w:r>
      <w:r>
        <w:br/>
      </w:r>
      <w:r>
        <w:rPr>
          <w:sz w:val="20"/>
        </w:rPr>
        <w:t>54:06  to wahan ek group tha, is mein is ke khaas the Saad ibn Ubadah, un ka is se</w:t>
      </w:r>
      <w:r>
        <w:br/>
      </w:r>
      <w:r>
        <w:rPr>
          <w:sz w:val="20"/>
        </w:rPr>
        <w:t>54:12  ikhtilaf tha ke nahin, ansar mein se hona chahiye.</w:t>
      </w:r>
      <w:r>
        <w:br/>
      </w:r>
      <w:r>
        <w:rPr>
          <w:sz w:val="20"/>
        </w:rPr>
        <w:t>54:18  lekin kis un ka saath nahin diya, kisi ne, woh akele akele reh gaye.</w:t>
      </w:r>
      <w:r>
        <w:br/>
      </w:r>
      <w:r>
        <w:rPr>
          <w:sz w:val="20"/>
        </w:rPr>
        <w:t>54:25  kyun akele? kyun reh gaye? aap kitabon mein padhen to is ka jawab mil jayega aap ko</w:t>
      </w:r>
      <w:r>
        <w:br/>
      </w:r>
      <w:r>
        <w:rPr>
          <w:sz w:val="20"/>
        </w:rPr>
        <w:t>54:31  keh logon ne socha keh muhajreen jo hain, history historially un ko leadership ka darja hasil hai, yani</w:t>
      </w:r>
      <w:r>
        <w:br/>
      </w:r>
      <w:r>
        <w:rPr>
          <w:sz w:val="20"/>
        </w:rPr>
        <w:t>54:37  Makkah walon ko, Quraish ko.</w:t>
      </w:r>
      <w:r>
        <w:br/>
      </w:r>
      <w:r>
        <w:rPr>
          <w:sz w:val="20"/>
        </w:rPr>
        <w:t>54:43  Muhajreen jo thay, woh Quraish ke log thay, to unhon ne socha keh historically Quraish ko Arab mein</w:t>
      </w:r>
      <w:r>
        <w:br/>
      </w:r>
      <w:r>
        <w:rPr>
          <w:sz w:val="20"/>
        </w:rPr>
        <w:t>54:50  darja mil gaya hai leadership ka, to woh khilafat par khalifa banay to chalay ga.</w:t>
      </w:r>
      <w:r>
        <w:br/>
      </w:r>
      <w:r>
        <w:rPr>
          <w:sz w:val="20"/>
        </w:rPr>
        <w:t>54:56  Aur jo Madine ke log jo thay, Aus o Khazraj, un ko historically leadership ka darja nahi mila,</w:t>
      </w:r>
      <w:r>
        <w:br/>
      </w:r>
      <w:r>
        <w:rPr>
          <w:sz w:val="20"/>
        </w:rPr>
        <w:t>55:02  to un ka khalifa bana diya jaye ga to un ki pakar mazboot nahi hogi.</w:t>
      </w:r>
      <w:r>
        <w:br/>
      </w:r>
      <w:r>
        <w:rPr>
          <w:sz w:val="20"/>
        </w:rPr>
        <w:t>55:09  To is result ke aitbar se is mein koi aqeedah nahi banaya unhon ne.</w:t>
      </w:r>
      <w:r>
        <w:br/>
      </w:r>
      <w:r>
        <w:rPr>
          <w:sz w:val="20"/>
        </w:rPr>
        <w:t>55:15  Result ko dekha, result ke aitbar se jab majority thi Ansar ki, unhon ne is ko ab Saad</w:t>
      </w:r>
      <w:r>
        <w:br/>
      </w:r>
      <w:r>
        <w:rPr>
          <w:sz w:val="20"/>
        </w:rPr>
        <w:t>55:21  Ubadah ke sath nahi diya.</w:t>
      </w:r>
      <w:r>
        <w:br/>
      </w:r>
      <w:r>
        <w:rPr>
          <w:sz w:val="20"/>
        </w:rPr>
        <w:t>55:27  Yahi aaj bhi karna hai keh result ko dekh kar aap ko judge karna hai keh aap ka</w:t>
      </w:r>
      <w:r>
        <w:br/>
      </w:r>
      <w:r>
        <w:rPr>
          <w:sz w:val="20"/>
        </w:rPr>
        <w:t>55:34  nuqta nazar sahi tha ya galat tha.</w:t>
      </w:r>
    </w:p>
    <w:p>
      <w:pPr>
        <w:pStyle w:val="Heading2"/>
      </w:pPr>
      <w:r>
        <w:t>Thematic Quran study for desired results</w:t>
      </w:r>
    </w:p>
    <w:p>
      <w:r>
        <w:rPr>
          <w:color w:val="666666"/>
          <w:sz w:val="18"/>
        </w:rPr>
        <w:t>Quran &amp; Tafsir · The Quran September 20, 2020 Maulana Wahiduddin Khan · 7m 10s · at 11:19 · https://youtu.be/yQZGg2A0-Tk?t=679</w:t>
      </w:r>
    </w:p>
    <w:p>
      <w:r>
        <w:rPr>
          <w:i/>
        </w:rPr>
        <w:t>“Does studying the Quran thematically give the desired result, or what is the method to know the desired?”</w:t>
      </w:r>
    </w:p>
    <w:p>
      <w:r>
        <w:rPr>
          <w:sz w:val="20"/>
        </w:rPr>
        <w:t>11:19  Maulana, yeh sawal Maulana Iqbal Umri ne bheja hai: "quran ka mawzuati mutalea karne se matlab milta hai ya kya tareeqa hai matlab janne ka?"</w:t>
      </w:r>
      <w:r>
        <w:br/>
      </w:r>
      <w:r>
        <w:rPr>
          <w:sz w:val="20"/>
        </w:rPr>
        <w:t>11:39  bas quran ko tadabbur ke sath parhen aur dua karte rahen.</w:t>
      </w:r>
      <w:r>
        <w:br/>
      </w:r>
      <w:r>
        <w:rPr>
          <w:sz w:val="20"/>
        </w:rPr>
        <w:t>11:46  quran ko tadabbur ke sath parhen aur dua karte rahen. yahi tareeqa hai.</w:t>
      </w:r>
      <w:r>
        <w:br/>
      </w:r>
      <w:r>
        <w:rPr>
          <w:sz w:val="20"/>
        </w:rPr>
        <w:t>11:58  unhon ne ek aur cheez poochhi hai Maulana aap se, woh yeh janna chahte hain. unhon ne likha hai: "Maulana, aap ne quran ki woh kaun si ayat pai jis mein quran ka matloob mil gaya?"</w:t>
      </w:r>
      <w:r>
        <w:br/>
      </w:r>
      <w:r>
        <w:rPr>
          <w:sz w:val="20"/>
        </w:rPr>
        <w:t>12:18  yeh to bohat hi, bohat aam sawal hai.</w:t>
      </w:r>
      <w:r>
        <w:br/>
      </w:r>
      <w:r>
        <w:rPr>
          <w:sz w:val="20"/>
        </w:rPr>
        <w:t>12:33  main arz karta hoon ke mujhe is quloob al hadees se, is quloob al hadees se, mislan jab maine yeh hadees padhi ke "ittqoo firasat al momin Allah"</w:t>
      </w:r>
      <w:r>
        <w:br/>
      </w:r>
      <w:r>
        <w:rPr>
          <w:sz w:val="20"/>
        </w:rPr>
        <w:t>12:53  to is se maine jana ke</w:t>
      </w:r>
      <w:r>
        <w:br/>
      </w:r>
      <w:r>
        <w:rPr>
          <w:sz w:val="20"/>
        </w:rPr>
        <w:t>12:59  ke is zindagi ke bare mein Allah rab al alameen ka ek planning hai, uska ek uski thing hai.</w:t>
      </w:r>
      <w:r>
        <w:br/>
      </w:r>
      <w:r>
        <w:rPr>
          <w:sz w:val="20"/>
        </w:rPr>
        <w:t>13:10  to hamein is ke lihaaz se parhna chahiye quran ko</w:t>
      </w:r>
      <w:r>
        <w:br/>
      </w:r>
      <w:r>
        <w:rPr>
          <w:sz w:val="20"/>
        </w:rPr>
        <w:t>13:15  ke Allah rab al alameen ki isi hum thing ko daryaft karen, Khuda ki planning ko janen.</w:t>
      </w:r>
      <w:r>
        <w:br/>
      </w:r>
      <w:r>
        <w:rPr>
          <w:sz w:val="20"/>
        </w:rPr>
        <w:t>13:26  to aap jab daryaft karen ge to woh aap ke mind ko pakad lega.</w:t>
      </w:r>
      <w:r>
        <w:br/>
      </w:r>
      <w:r>
        <w:rPr>
          <w:sz w:val="20"/>
        </w:rPr>
        <w:t>13:33  yeh jo hai ke "ittqoo firasat al momin" to yeh kisi doosre ke bare mein nahi, khud apne bare mein hai.</w:t>
      </w:r>
      <w:r>
        <w:br/>
      </w:r>
      <w:r>
        <w:rPr>
          <w:sz w:val="20"/>
        </w:rPr>
        <w:t>13:49  quran ki daryaft apne aap hi aap ko pakad legi, apne aap pakad legi.</w:t>
      </w:r>
      <w:r>
        <w:br/>
      </w:r>
      <w:r>
        <w:rPr>
          <w:sz w:val="20"/>
        </w:rPr>
        <w:t>14:04  Maulana, yeh sawal Doctor Sani Hasnain Khan sahib ka hai. logon ka kehna hai ke arabi zaban miftah al quran hai.</w:t>
      </w:r>
      <w:r>
        <w:br/>
      </w:r>
      <w:r>
        <w:rPr>
          <w:sz w:val="20"/>
        </w:rPr>
        <w:t>14:14  arabi seekhe baghair quran ko samajhna mumkin nahi. lekin agar aisa ho to arab hazraat quran ke gehre maani samajh lete hain.</w:t>
      </w:r>
      <w:r>
        <w:br/>
      </w:r>
      <w:r>
        <w:rPr>
          <w:sz w:val="20"/>
        </w:rPr>
        <w:t>14:23  lekin aksar arab hazraat materialistic lifestyle guzarte hain aur rituals ko follow karte hain.</w:t>
      </w:r>
      <w:r>
        <w:br/>
      </w:r>
      <w:r>
        <w:rPr>
          <w:sz w:val="20"/>
        </w:rPr>
        <w:t>14:32  mere khayal se yeh bilkul hi baseless baat hai</w:t>
      </w:r>
      <w:r>
        <w:br/>
      </w:r>
      <w:r>
        <w:rPr>
          <w:sz w:val="20"/>
        </w:rPr>
        <w:t>14:39  ke quran aur arabi zaban aap khud expert hon to aap quran ko samajh len ge.</w:t>
      </w:r>
      <w:r>
        <w:br/>
      </w:r>
      <w:r>
        <w:rPr>
          <w:sz w:val="20"/>
        </w:rPr>
        <w:t>14:48  yeh bilkul sahi nahi hai.</w:t>
      </w:r>
      <w:r>
        <w:br/>
      </w:r>
      <w:r>
        <w:rPr>
          <w:sz w:val="20"/>
        </w:rPr>
        <w:t>14:54  quran ke bare mein wahi jo hadees aayi hai, uski zaroorat hai. "</w:t>
      </w:r>
      <w:r>
        <w:br/>
      </w:r>
      <w:r>
        <w:rPr>
          <w:sz w:val="20"/>
        </w:rPr>
        <w:t>15:02  taahud bil quran". haan, yahi yahi. taahud ke bare mein liptna, quran se liapte raho.</w:t>
      </w:r>
      <w:r>
        <w:br/>
      </w:r>
      <w:r>
        <w:rPr>
          <w:sz w:val="20"/>
        </w:rPr>
        <w:t>15:16  kehta hai aap ka matlab hai</w:t>
      </w:r>
      <w:r>
        <w:br/>
      </w:r>
      <w:r>
        <w:rPr>
          <w:sz w:val="20"/>
        </w:rPr>
        <w:t>15:17  quran? Maulana, taahud ka matlab hai barabar uski nigrani karte raho, uske paas lage raho, uske paas</w:t>
      </w:r>
      <w:r>
        <w:br/>
      </w:r>
      <w:r>
        <w:rPr>
          <w:sz w:val="20"/>
        </w:rPr>
        <w:t>15:26  barabar lage raho. maine ek aadmi ko padha hai, dekha hai, woh Taybah Ustad Maulana Abdullah to</w:t>
      </w:r>
      <w:r>
        <w:br/>
      </w:r>
      <w:r>
        <w:rPr>
          <w:sz w:val="20"/>
        </w:rPr>
        <w:t>15:44  un ke sirhane hamesha ek kitaab, dictionary rakhi rehti thi.</w:t>
      </w:r>
      <w:r>
        <w:br/>
      </w:r>
      <w:r>
        <w:rPr>
          <w:sz w:val="20"/>
        </w:rPr>
        <w:t>15:54  do jild mein ya teen jild mein thi kitaab mein</w:t>
      </w:r>
      <w:r>
        <w:br/>
      </w:r>
      <w:r>
        <w:rPr>
          <w:sz w:val="20"/>
        </w:rPr>
        <w:t>16:02  quran ki</w:t>
      </w:r>
      <w:r>
        <w:br/>
      </w:r>
      <w:r>
        <w:rPr>
          <w:sz w:val="20"/>
        </w:rPr>
        <w:t>16:05  jo dictionary thi, woh arabi zaban ki. to woh barabar usi ke sochte rehte the, alfaaz nikalte rehte the bar bar bar.</w:t>
      </w:r>
      <w:r>
        <w:br/>
      </w:r>
      <w:r>
        <w:rPr>
          <w:sz w:val="20"/>
        </w:rPr>
        <w:t>16:23  to un ko main ne paya hai.</w:t>
      </w:r>
      <w:r>
        <w:br/>
      </w:r>
      <w:r>
        <w:rPr>
          <w:sz w:val="20"/>
        </w:rPr>
        <w:t>16:28  aur tumhari kisi ko paya nahi. to quran se jitna zyada aap lapte rahenge, utne zyada aap par quran ki maani khulenge.</w:t>
      </w:r>
      <w:r>
        <w:br/>
      </w:r>
      <w:r>
        <w:rPr>
          <w:sz w:val="20"/>
        </w:rPr>
        <w:t>16:42  maulana, yeh mu'jam to nahi hai?</w:t>
      </w:r>
      <w:r>
        <w:br/>
      </w:r>
      <w:r>
        <w:rPr>
          <w:sz w:val="20"/>
        </w:rPr>
        <w:t>16:46  nahi. mu'jam? nahi, nahi. mu'jam teen jildon mein hai. lughat.</w:t>
      </w:r>
      <w:r>
        <w:br/>
      </w:r>
      <w:r>
        <w:rPr>
          <w:sz w:val="20"/>
        </w:rPr>
        <w:t>17:08  maulana, yeh hasan bin ali ka qaul hai, hazrat hasan bin ali rasool allah ke nawase: "in min kan qablakum al quran rasail min rabbihim fa kano yatadabbarunahu bil lail yatatafqadoonahu fi an nahar" ke tum mein se pehle jo log the, woh quran ko un ke rabb ki taraf se aya hua rasail ya khat samajhte the.</w:t>
      </w:r>
      <w:r>
        <w:br/>
      </w:r>
      <w:r>
        <w:rPr>
          <w:sz w:val="20"/>
        </w:rPr>
        <w:t>17:36  chunanche woh raat mein is mein tadabbur karte the aur din mein is ke baray mein ghor o fikr karte the, is ko khojte the.</w:t>
      </w:r>
      <w:r>
        <w:br/>
      </w:r>
      <w:r>
        <w:rPr>
          <w:sz w:val="20"/>
        </w:rPr>
        <w:t>17:46  bas is ka matlab yahi hai ke woh quran se lapte rehte the. main soch raha hoon yeh baat.</w:t>
      </w:r>
      <w:r>
        <w:br/>
      </w:r>
      <w:r>
        <w:rPr>
          <w:sz w:val="20"/>
        </w:rPr>
        <w:t>17:58  maulana, aap kisi sahib ka hawala dete hain, woh quran mein kisi doosre hawale se jo jis se hum lapte rehne ka matlab samajh sakte hain ke ghalib ke ashaar ke baray mein woh kehte the ke un ke zehn mein ghoomta rehta hai.</w:t>
      </w:r>
      <w:r>
        <w:br/>
      </w:r>
      <w:r>
        <w:rPr>
          <w:sz w:val="20"/>
        </w:rPr>
        <w:t>18:12  haan, main ne dekha hai sahib ko. to wohi quran ke baray mein hona chahiye ke quran ke mutabiq ghoomte rahen aap ke.</w:t>
      </w:r>
      <w:r>
        <w:br/>
      </w:r>
      <w:r>
        <w:rPr>
          <w:sz w:val="20"/>
        </w:rPr>
        <w:t>18:23  to aap dua mein.</w:t>
      </w:r>
    </w:p>
    <w:p>
      <w:pPr>
        <w:pStyle w:val="Heading2"/>
      </w:pPr>
      <w:r>
        <w:t>What kind of rizq in Quran 11:6?</w:t>
      </w:r>
    </w:p>
    <w:p>
      <w:r>
        <w:rPr>
          <w:color w:val="666666"/>
          <w:sz w:val="18"/>
        </w:rPr>
        <w:t>Quran &amp; Tafsir · The Secret of Divine Wisdom September 2, 2012 · 5m 02s · at 59:03 · https://youtu.be/ZXQlrW7PqAE?t=3543</w:t>
      </w:r>
    </w:p>
    <w:p>
      <w:r>
        <w:rPr>
          <w:i/>
        </w:rPr>
        <w:t>“In Quran 11:6, what kind of rizq (sustenance) is meant: necessary or comfort? Comfort sustenance is satanic; the rizq refers to provisions for the test of life.”</w:t>
      </w:r>
    </w:p>
    <w:p>
      <w:r>
        <w:rPr>
          <w:sz w:val="20"/>
        </w:rPr>
        <w:t>59:03  maulana yeh sawal aaya hai karachi pakistan se miss samia latif ka unhone likha hai ke quran ke chapter number 11 verse number 6 mein aaya hai allah rizqah is ayat mein rizq se kaun sa rizq murad hai zaroorat wala rizq ya aish wala rizq aish wala durust rizq hi</w:t>
      </w:r>
      <w:r>
        <w:br/>
      </w:r>
      <w:r>
        <w:rPr>
          <w:sz w:val="20"/>
        </w:rPr>
        <w:t>59:29  nahi hai woh to shaitani cheez hai yeh dunya mein insan bheja hi nahi ke aise aish kare woh aish ka mizaj to shaitani mizaj hai rizq ka matlab yeh hai yahan par ke allah ne dunya mein bheja hai imtehan ke liye to imtehan ka saman bhi allah ki taraf se diya jata hai is ko</w:t>
      </w:r>
      <w:r>
        <w:br/>
      </w:r>
      <w:r>
        <w:rPr>
          <w:sz w:val="20"/>
        </w:rPr>
        <w:t>59:58  yeh aisi hi baat hai jaise ke ek student ko examination hall mein jab bulaya jata hai to wahan par us ke liye table hota hai wahan par us ke liye kursi hoti hai wahan par us ke liye chaprasi hota hai yani jo bhi imtehan dene ke liye jo cheezein zaroori hain woh sab maujood hota hai wahan par</w:t>
      </w:r>
      <w:r>
        <w:br/>
      </w:r>
      <w:r>
        <w:rPr>
          <w:sz w:val="20"/>
        </w:rPr>
        <w:t>1:00:25  baqi aish karne ke liye wahan koi sofa set nahi rahega to yahi mamla hai ke allah ne dunya mein bheja hai insan ko test ke liye yeh testing ground hai</w:t>
      </w:r>
      <w:r>
        <w:br/>
      </w:r>
      <w:r>
        <w:rPr>
          <w:sz w:val="20"/>
        </w:rPr>
        <w:t>1:00:40  to allah ke ilm ke mutabiq test ke liye jo cheezein zaroori theen woh sab de diya hai baqi to shaitani cheezein hain jis cheez ke peeche log daud rahe hain</w:t>
      </w:r>
      <w:r>
        <w:br/>
      </w:r>
      <w:r>
        <w:rPr>
          <w:sz w:val="20"/>
        </w:rPr>
        <w:t>1:00:57  kalma sun raha tha radio par to india mein</w:t>
      </w:r>
      <w:r>
        <w:br/>
      </w:r>
      <w:r>
        <w:rPr>
          <w:sz w:val="20"/>
        </w:rPr>
        <w:t>1:01:03  logon ki jo per capita income hai per capita income woh hai 1000 dollar per year aur america mein per capita per capita income jo hai 40 thousand dollar per year chalis hazar chalis hazar dollar per year</w:t>
      </w:r>
      <w:r>
        <w:br/>
      </w:r>
      <w:r>
        <w:rPr>
          <w:sz w:val="20"/>
        </w:rPr>
        <w:t>1:01:24  to america mein kya karte hain log itni itni badi raqam hai mein bahut america mein gaya hoon maslan abhi mein gaya to ek sahab ne apne ghar mein mujhe thahraya to mein jab is mein gaya un ka jo bedroom tha to bed jo tha itna zyada is mein yani woh tha itna naram tha ke mein isi mein jaise daldal mein dhans jaye koi aisa lage dhans gaya hoon mein is ke andar</w:t>
      </w:r>
      <w:r>
        <w:br/>
      </w:r>
      <w:r>
        <w:rPr>
          <w:sz w:val="20"/>
        </w:rPr>
        <w:t>1:01:54  maine kaha astaghfirullah yeh yeh koi uncomfort and luxury yeh to museebat hai yani itna zabardast qism ka double gadha tha is mein aur bahut hi naram qism ka ke apna balance sambhalna mushkil tha mere liye yeh to jhooti yeh to jhootha taish hai jhootha taish hai isi mein jeete hain log</w:t>
      </w:r>
      <w:r>
        <w:br/>
      </w:r>
      <w:r>
        <w:rPr>
          <w:sz w:val="20"/>
        </w:rPr>
        <w:t>1:02:19  har muamle mein logon ne jhooti luxury jhoota comfort bana rakha hai</w:t>
      </w:r>
      <w:r>
        <w:br/>
      </w:r>
      <w:r>
        <w:rPr>
          <w:sz w:val="20"/>
        </w:rPr>
        <w:t>1:02:26  mein samajhta hoon ke jo asal zaroorat haqeeqi zaroorat</w:t>
      </w:r>
      <w:r>
        <w:br/>
      </w:r>
      <w:r>
        <w:rPr>
          <w:sz w:val="20"/>
        </w:rPr>
        <w:t>1:02:30  is ke liye Allah Ta'ala ne zimma liya hai baqi agar aadmi karta hai to woh woh woh</w:t>
      </w:r>
      <w:r>
        <w:br/>
      </w:r>
      <w:r>
        <w:rPr>
          <w:sz w:val="20"/>
        </w:rPr>
        <w:t>1:02:36  woh is ko woh shaitani kaam hai mere nazdeek kyunke woh woh aadmi ko is se distraction hoga</w:t>
      </w:r>
      <w:r>
        <w:br/>
      </w:r>
      <w:r>
        <w:rPr>
          <w:sz w:val="20"/>
        </w:rPr>
        <w:t>1:02:44  lazman distraction hoga aur phir aqal chhin jayegi is se</w:t>
      </w:r>
      <w:r>
        <w:br/>
      </w:r>
      <w:r>
        <w:rPr>
          <w:sz w:val="20"/>
        </w:rPr>
        <w:t>1:02:51  maslan yeh pani mein pi raha hoon sheeshe glass ab agar mein farz kiye ke sone ke glass banwaoon to kaha sone ke glass se pani peene se woh zyada bel faida karega woh woh ek shaitani kaam hoga ek badshah ke bare mein mein ne suna ke un ke haan jo jitne bhi bartan thay sone ke thay sab glass bhi sone ka plate bhi sone ki to mein is ko shaitani kaam samajhta hoon</w:t>
      </w:r>
      <w:r>
        <w:br/>
      </w:r>
      <w:r>
        <w:rPr>
          <w:sz w:val="20"/>
        </w:rPr>
        <w:t>1:03:18  bhai sone ka glass ki zaroorat hi kya hai sone ke bartan ki zaroorat hi kya hai hatta ke unka maine padha tha ke unka jo bathroom tha us mein tap bhi sone ke the to yeh sab cheezein is murad nahi hai rizq se rizq murad hai woh haqeeqi zaroorat jis ke baghair aap apna test na de sakein</w:t>
      </w:r>
      <w:r>
        <w:br/>
      </w:r>
      <w:r>
        <w:rPr>
          <w:sz w:val="20"/>
        </w:rPr>
        <w:t>1:03:47  to test dene ke liye jitni bhi zaroori item hai us ka Allah taala ne zimma le rakha hai bas is ke siwa jo hai woh insan yani shaitan ka behkawa hai</w:t>
      </w:r>
    </w:p>
    <w:p>
      <w:pPr>
        <w:pStyle w:val="Heading2"/>
      </w:pPr>
      <w:r>
        <w:t>Where is peace mentioned in Quran?</w:t>
      </w:r>
    </w:p>
    <w:p>
      <w:r>
        <w:rPr>
          <w:color w:val="666666"/>
          <w:sz w:val="18"/>
        </w:rPr>
        <w:t>Quran &amp; Tafsir · Communal Harmony October 16, 2022 · 5m 25s · at 51:29 · https://youtu.be/Ob4BVozf3KY?t=3089</w:t>
      </w:r>
    </w:p>
    <w:p>
      <w:r>
        <w:rPr>
          <w:i/>
        </w:rPr>
        <w:t>“You said the biggest problem is to establish peace. Where in the Quran is peace mentioned? Please explain.”</w:t>
      </w:r>
    </w:p>
    <w:p>
      <w:r>
        <w:rPr>
          <w:sz w:val="20"/>
        </w:rPr>
        <w:t>51:29  aap apa se alag se bhi mil sakti hain. apa, main agla sawal lena chahunga. ye sawal bheja hai Indore se, Yogesh Sharma ji ne jo program dekh rahe hain, unhone likha hai ke aap ne kaha sab se bada ah masla peace qaim karna hai.</w:t>
      </w:r>
      <w:r>
        <w:br/>
      </w:r>
      <w:r>
        <w:rPr>
          <w:sz w:val="20"/>
        </w:rPr>
        <w:t>51:45  aaj apne apne taak mein</w:t>
      </w:r>
      <w:r>
        <w:br/>
      </w:r>
      <w:r>
        <w:rPr>
          <w:sz w:val="20"/>
        </w:rPr>
        <w:t>51:47  yeh kaha to quran mein kahan hai peace? aah, is ke bare mein aap bataein. quran mein to bohat ziyada hai.</w:t>
      </w:r>
      <w:r>
        <w:br/>
      </w:r>
      <w:r>
        <w:rPr>
          <w:sz w:val="20"/>
        </w:rPr>
        <w:t>51:56  peace sab se ek jagah hai surah nisa mein, "alsalato khair". hmm, peace aur reconciliation is the best aur jannat ko home of peace kaha gaya hai.</w:t>
      </w:r>
      <w:r>
        <w:br/>
      </w:r>
      <w:r>
        <w:rPr>
          <w:sz w:val="20"/>
        </w:rPr>
        <w:t>52:08  khud Allah ka naam "Assalam" hai.</w:t>
      </w:r>
      <w:r>
        <w:br/>
      </w:r>
      <w:r>
        <w:rPr>
          <w:sz w:val="20"/>
        </w:rPr>
        <w:t>52:12  jo jo hum logon ka jo greeting hai, "Assalam o Alaikum". peace be upon you. aur yahi greeting jo hai woh jannati logon ke liye bhi hai.</w:t>
      </w:r>
      <w:r>
        <w:br/>
      </w:r>
      <w:r>
        <w:rPr>
          <w:sz w:val="20"/>
        </w:rPr>
        <w:t>52:20  wahan log peace peace kahengay. to jannat jo ke ek eternal life hai, wahan peaceful culture hai. to wahi Allah chahta hai ke dunya mein bhi peaceful culture qaim ho.</w:t>
      </w:r>
      <w:r>
        <w:br/>
      </w:r>
      <w:r>
        <w:rPr>
          <w:sz w:val="20"/>
        </w:rPr>
        <w:t>52:31  aur sab se bari cheez jo hai ke Rasool Allah Prophet ki jo poori life hai, woh peace ke usool par hai. poori life hamare liye example hai.</w:t>
      </w:r>
      <w:r>
        <w:br/>
      </w:r>
      <w:r>
        <w:rPr>
          <w:sz w:val="20"/>
        </w:rPr>
        <w:t>52:41  aap ne kabhi bhi retaliate nahi kiya, kabhi bhi jawab nahi diya, hamesha avoid kiya aur hamesha sabr kiya, kabhi bad dua nahi ki, sab ke liye duaein dete rahe.</w:t>
      </w:r>
      <w:r>
        <w:br/>
      </w:r>
      <w:r>
        <w:rPr>
          <w:sz w:val="20"/>
        </w:rPr>
        <w:t>52:53  to poori life jo Prophet ki hai. to woh ek baar Hazrat Aisha se poocha ke Rasool Allah ka character kaisa tha?</w:t>
      </w:r>
      <w:r>
        <w:br/>
      </w:r>
      <w:r>
        <w:rPr>
          <w:sz w:val="20"/>
        </w:rPr>
        <w:t>53:02  to unhon ne kaha ke bilkul jo woh jo quran ki teachings hain, bilkul isi ke mutabiq un ka character tha.</w:t>
      </w:r>
      <w:r>
        <w:br/>
      </w:r>
      <w:r>
        <w:rPr>
          <w:sz w:val="20"/>
        </w:rPr>
        <w:t>53:10  to Prophet ka jo character hai, woh hamare liye ek example hai. to peace hi hai. yeh baad mein asal mein is zamane mein kya hua ke religious persecution ki wajah se kuch jangain huin.</w:t>
      </w:r>
      <w:r>
        <w:br/>
      </w:r>
      <w:r>
        <w:rPr>
          <w:sz w:val="20"/>
        </w:rPr>
        <w:t>53:25  woh jang is liye nahi hui ke Islam mein jang ke bare mein aah kuch bataya gaya hai ke jang karni chahiye, lekin religious persecution tha.</w:t>
      </w:r>
      <w:r>
        <w:br/>
      </w:r>
      <w:r>
        <w:rPr>
          <w:sz w:val="20"/>
        </w:rPr>
        <w:t>53:34  wahan to sirf itna kehna ke ek Khuda ki ki parastish k</w:t>
      </w:r>
      <w:r>
        <w:br/>
      </w:r>
      <w:r>
        <w:rPr>
          <w:sz w:val="20"/>
        </w:rPr>
        <w:t>53:39  ro, itne mein bhi log marte thay. Kaaba mein peaceful tareeqay se Prophet aur aap ke saathi jatay thay namaz parhnay, to woh marte thay.</w:t>
      </w:r>
      <w:r>
        <w:br/>
      </w:r>
      <w:r>
        <w:rPr>
          <w:sz w:val="20"/>
        </w:rPr>
        <w:t>53:47  to is wajah se jangain huin hain. to woh woh peaceful, woh religious persecution ka dour hi khatam ho gaya. to Maulana kehtay thay ab jihad ka dour hi khatam ho gaya.</w:t>
      </w:r>
      <w:r>
        <w:br/>
      </w:r>
      <w:r>
        <w:rPr>
          <w:sz w:val="20"/>
        </w:rPr>
        <w:t>53:59  jihad in the sense of qital. jihad ke literal maani to hain ke struggle. kisi bhi achay kaam ke liye struggle karna.</w:t>
      </w:r>
      <w:r>
        <w:br/>
      </w:r>
      <w:r>
        <w:rPr>
          <w:sz w:val="20"/>
        </w:rPr>
        <w:t>54:07  to woh to hamesha jaari rahega.</w:t>
      </w:r>
      <w:r>
        <w:br/>
      </w:r>
      <w:r>
        <w:rPr>
          <w:sz w:val="20"/>
        </w:rPr>
        <w:t>54:09  lekin qital yani jang ka woh dour khatam ho gaya kyunke woh halaat hi khatam ho gaye. ji, apa aap ne bilkul bohat achay se is ko wazeh kiya.</w:t>
      </w:r>
      <w:r>
        <w:br/>
      </w:r>
      <w:r>
        <w:rPr>
          <w:sz w:val="20"/>
        </w:rPr>
        <w:t>54:19  in fact, quran mein hi chapter 10 mein main Yogesh ji ko kehna chahunga ke aaya hai he and God calls to the home of peace. jo aap ne abhi jis ka zikr kiya.</w:t>
      </w:r>
      <w:r>
        <w:br/>
      </w:r>
      <w:r>
        <w:rPr>
          <w:sz w:val="20"/>
        </w:rPr>
        <w:t>54:28  to according to Islam, paradise is the ideal and the ultimate abode of every human being. and the jaise apa ne kaha ke aah social culture of paradise is peace, because everyone will wish peace to one another in paradise.</w:t>
      </w:r>
      <w:r>
        <w:br/>
      </w:r>
      <w:r>
        <w:rPr>
          <w:sz w:val="20"/>
        </w:rPr>
        <w:t>54:44  to is se hi pata chalta hai ke aah peace aah ki ahmiyat sab se ziyada hai Islam mein. aur isi liye Rasool Allah ne ek dafa, ek martaba yeh bhi kaha ke a Muslim is one by whose hands and tongue people are safe.</w:t>
      </w:r>
      <w:r>
        <w:br/>
      </w:r>
      <w:r>
        <w:rPr>
          <w:sz w:val="20"/>
        </w:rPr>
        <w:t>54:59  aah main samajhta hoon is mein sari baatein aa gayeen. to aah aah aap zaroor quran parhein. agar aap ko quran ki free copy chahiye to aap hamein likhein at info info at cpsglobal</w:t>
      </w:r>
      <w:r>
        <w:br/>
      </w:r>
      <w:r>
        <w:rPr>
          <w:sz w:val="20"/>
        </w:rPr>
        <w:t>55:13  dot org. hum aap ko ek free quran copy aap ki language mein zaroor bhejengay. aur woh jo usool Hudaybiyyah jo Prophet ne peace treaty kiya, to aisa kabhi nahi hota ke aap ne tamam enemy ki tamam conditions ko accept kar ke peace treaty kar li taake peace qaim ho jaye.</w:t>
      </w:r>
      <w:r>
        <w:br/>
      </w:r>
      <w:r>
        <w:rPr>
          <w:sz w:val="20"/>
        </w:rPr>
        <w:t>55:34  to aisa kabhi nahi hua. koi na koi apni shart aadmi rakhta hai. to aap ne har haalat mein peace qaim karna aap ka mission tha.</w:t>
      </w:r>
      <w:r>
        <w:br/>
      </w:r>
      <w:r>
        <w:rPr>
          <w:sz w:val="20"/>
        </w:rPr>
        <w:t>55:42  ji, to woh aap Prophet ki life bhi parhenge, tab bhi aap ko samajh mein aa jayega. ji, apa Shad Hussain sahib ne Srinagar se likha hai comment: "the minority is possessing an advantageous position, a great incentive for positivity." Abdul Razzaq Huntgi sahib ne likha hai Mumbai se: "value of a person lies in his excellence." aah a</w:t>
      </w:r>
      <w:r>
        <w:br/>
      </w:r>
      <w:r>
        <w:rPr>
          <w:sz w:val="20"/>
        </w:rPr>
        <w:t>56:07  h, das waz the advice given by Maulana sahib during his Mumbai visit, and since then the life changed better and better.</w:t>
      </w:r>
      <w:r>
        <w:br/>
      </w:r>
      <w:r>
        <w:rPr>
          <w:sz w:val="20"/>
        </w:rPr>
        <w:t>56:16  aah,</w:t>
      </w:r>
      <w:r>
        <w:br/>
      </w:r>
      <w:r>
        <w:rPr>
          <w:sz w:val="20"/>
        </w:rPr>
        <w:t>56:20  kuch aur bhi comments aur sawal aaye hain. fasadat khatam nahi hue Maulana ke effort se.</w:t>
      </w:r>
      <w:r>
        <w:br/>
      </w:r>
      <w:r>
        <w:rPr>
          <w:sz w:val="20"/>
        </w:rPr>
        <w:t>56:25  ji, kyunke hum log pehle purani Dilli mein rehte the aur har hafte ek do fasad ho jaate the. itna tang aa gaye the log fasad se, saari dukaanen band rehti thi, saare raaste band rehte the.</w:t>
      </w:r>
      <w:r>
        <w:br/>
      </w:r>
      <w:r>
        <w:rPr>
          <w:sz w:val="20"/>
        </w:rPr>
        <w:t>56:36  is zamane mein bahut logon ne chhod chhod ke purani Dilli se chhod chhod kar nayi Dilli aa gaye. to itna zyada kaam kiya, logon se mulaqaten ki, tehreerein hain, articles hain.</w:t>
      </w:r>
      <w:r>
        <w:br/>
      </w:r>
      <w:r>
        <w:rPr>
          <w:sz w:val="20"/>
        </w:rPr>
        <w:t>56:48  phir aah, itna zyada in logon ko samjhaya ke kis tarike se fasadat khatam ho sakte hain. j</w:t>
      </w:r>
    </w:p>
    <w:p>
      <w:pPr>
        <w:pStyle w:val="Heading2"/>
      </w:pPr>
      <w:r>
        <w:t>Why Muslims claim Quran only for themselves?</w:t>
      </w:r>
    </w:p>
    <w:p>
      <w:r>
        <w:rPr>
          <w:color w:val="666666"/>
          <w:sz w:val="18"/>
        </w:rPr>
        <w:t>Quran &amp; Tafsir · God's Management of History 23 Feb 2020 - Maulana Wahiduddin Khan · 9m 15s · at 1:08:08 · https://youtu.be/NeNadnD-0KE?t=4088</w:t>
      </w:r>
    </w:p>
    <w:p>
      <w:r>
        <w:rPr>
          <w:i/>
        </w:rPr>
        <w:t>“If Quran came for entire mankind, then why is it that Muslims claim Quran to be only their book? Such claims limit the book of God to only one community and keeps other communities away from it.”</w:t>
      </w:r>
    </w:p>
    <w:p>
      <w:r>
        <w:rPr>
          <w:sz w:val="20"/>
        </w:rPr>
        <w:t>1:08:08  maulana, agla sawal ahmedabad se muhammad yaqoob sahab ne bheja hai. unhon ne likha hai: "maulana, if quran came for entire mankind, then why is it that muslims claim quran to be only their book?</w:t>
      </w:r>
      <w:r>
        <w:br/>
      </w:r>
      <w:r>
        <w:rPr>
          <w:sz w:val="20"/>
        </w:rPr>
        <w:t>1:08:25  such claims limit the book of god to only one community and keeps other communities away from it."</w:t>
      </w:r>
      <w:r>
        <w:br/>
      </w:r>
      <w:r>
        <w:rPr>
          <w:sz w:val="20"/>
        </w:rPr>
        <w:t>1:08:33  bhai, musalmanon ka claim to false claim hai, false claim hai. to false claim to zahir hai ke invalid hai, is ko aap refer,</w:t>
      </w:r>
      <w:r>
        <w:br/>
      </w:r>
      <w:r>
        <w:rPr>
          <w:sz w:val="20"/>
        </w:rPr>
        <w:t>1:08:49  is ko aap refer nahin kar sakte.</w:t>
      </w:r>
      <w:r>
        <w:br/>
      </w:r>
      <w:r>
        <w:rPr>
          <w:sz w:val="20"/>
        </w:rPr>
        <w:t>1:08:51  aap quran ko dekhiye ke sare alam ke liye hai, woh to musalmanon ke claim ko aap radd kar dijiye aur jo quran ka ailan hai, us ko le lijiye.</w:t>
      </w:r>
      <w:r>
        <w:br/>
      </w:r>
      <w:r>
        <w:rPr>
          <w:sz w:val="20"/>
        </w:rPr>
        <w:t>1:09:09  lucknow se irshad hussain sahab ne likha hai: "maulana, your lecture was amazing and i am watching with my entire family.</w:t>
      </w:r>
      <w:r>
        <w:br/>
      </w:r>
      <w:r>
        <w:rPr>
          <w:sz w:val="20"/>
        </w:rPr>
        <w:t>1:09:20  i want to know from you in simple guidance that how can we apply quran in our daily life.</w:t>
      </w:r>
      <w:r>
        <w:br/>
      </w:r>
      <w:r>
        <w:rPr>
          <w:sz w:val="20"/>
        </w:rPr>
        <w:t>1:09:27  once again, thank you for guiding the entire humanity with your wisdom." bas seedhi baat hai ke rozana aap quran ka ek hissa zaroor parhiye, maslan adha</w:t>
      </w:r>
      <w:r>
        <w:br/>
      </w:r>
      <w:r>
        <w:rPr>
          <w:sz w:val="20"/>
        </w:rPr>
        <w:t>1:09:44  para</w:t>
      </w:r>
      <w:r>
        <w:br/>
      </w:r>
      <w:r>
        <w:rPr>
          <w:sz w:val="20"/>
        </w:rPr>
        <w:t>1:09:47  zaroor parhiye aur tarjume ke sath. bas is ke baad sab kuch apne aap hota chala jayega.</w:t>
      </w:r>
      <w:r>
        <w:br/>
      </w:r>
      <w:r>
        <w:rPr>
          <w:sz w:val="20"/>
        </w:rPr>
        <w:t>1:10:04  anwar siddiqui sahab ne gujarat se likha hai: "maulana sahab, if i distribute quran, then will god forgive my sins?</w:t>
      </w:r>
      <w:r>
        <w:br/>
      </w:r>
      <w:r>
        <w:rPr>
          <w:sz w:val="20"/>
        </w:rPr>
        <w:t>1:10:13  i have done bad deeds in my life, which were unpardonable. i have started distributing quran after listening to your talks.</w:t>
      </w:r>
      <w:r>
        <w:br/>
      </w:r>
      <w:r>
        <w:rPr>
          <w:sz w:val="20"/>
        </w:rPr>
        <w:t>1:10:23  please tell me, will god forgive my sins if i continue to distribute quran till the end of my life?"</w:t>
      </w:r>
      <w:r>
        <w:br/>
      </w:r>
      <w:r>
        <w:rPr>
          <w:sz w:val="20"/>
        </w:rPr>
        <w:t>1:10:31  dekhen, jab aap quran ko parhenge to quran mein ek ayat milegi aap ko.</w:t>
      </w:r>
      <w:r>
        <w:br/>
      </w:r>
      <w:r>
        <w:rPr>
          <w:sz w:val="20"/>
        </w:rPr>
        <w:t>1:10:40  ek ayat</w:t>
      </w:r>
      <w:r>
        <w:br/>
      </w:r>
      <w:r>
        <w:rPr>
          <w:sz w:val="20"/>
        </w:rPr>
        <w:t>1:10:44  woh ayat parh dijiye: "sahib, jameea</w:t>
      </w:r>
      <w:r>
        <w:br/>
      </w:r>
      <w:r>
        <w:rPr>
          <w:sz w:val="20"/>
        </w:rPr>
        <w:t>1:10:51  yaghfir zunub." qul ya ibadi allazina asrafu ala anfusihim la taqnatu min rahmatillah, innallaha yaghfiru zunuba jameea, innahu huwal ghafurur rahim.</w:t>
      </w:r>
      <w:r>
        <w:br/>
      </w:r>
      <w:r>
        <w:rPr>
          <w:sz w:val="20"/>
        </w:rPr>
        <w:t>1:11:08  surah zumar ayat number 53. logon ko, ah, tum keh do ke: "ae mere bando jinho ne apni janon par zulm kiya hai, allah ki rehmat se mayoos na ho.</w:t>
      </w:r>
      <w:r>
        <w:br/>
      </w:r>
      <w:r>
        <w:rPr>
          <w:sz w:val="20"/>
        </w:rPr>
        <w:t>1:11:20  beshak allah taala tamam gunahon ko bakhsh deta hai."</w:t>
      </w:r>
      <w:r>
        <w:br/>
      </w:r>
      <w:r>
        <w:rPr>
          <w:sz w:val="20"/>
        </w:rPr>
        <w:t>1:11:24  beshak woh bakhshne wala, reham karne wala hai. is mein dekhen, jami'a ka lafz jo hai,</w:t>
      </w:r>
      <w:r>
        <w:br/>
      </w:r>
      <w:r>
        <w:rPr>
          <w:sz w:val="20"/>
        </w:rPr>
        <w:t>1:11:34  jami'a yani saare gunahon ka mukhtasar. agar aadmi toba kare, toba nasho kare to is se bari khushkhabri, khushkhabri kya ho sakti hai?</w:t>
      </w:r>
      <w:r>
        <w:br/>
      </w:r>
      <w:r>
        <w:rPr>
          <w:sz w:val="20"/>
        </w:rPr>
        <w:t>1:11:48  dil se toba karna</w:t>
      </w:r>
      <w:r>
        <w:br/>
      </w:r>
      <w:r>
        <w:rPr>
          <w:sz w:val="20"/>
        </w:rPr>
        <w:t>1:11:50  aur sach much Allah se rujoo karna aur toba ki sharton ko poora karna, bas yahi kaafi hai.</w:t>
      </w:r>
      <w:r>
        <w:br/>
      </w:r>
      <w:r>
        <w:rPr>
          <w:sz w:val="20"/>
        </w:rPr>
        <w:t>1:12:02  is is ayat ke mutabiq aap tafseeron mein parhen to aap janenge</w:t>
      </w:r>
      <w:r>
        <w:br/>
      </w:r>
      <w:r>
        <w:rPr>
          <w:sz w:val="20"/>
        </w:rPr>
        <w:t>1:12:09  ke saari tareekh mein sahaba se le kar baad ke ali iman is ko parh kar yeh kehte rahe hain ke yeh ayat Quran mein jo hai, sab se hopeful, sab se zyada hopeful ayat hai</w:t>
      </w:r>
      <w:r>
        <w:br/>
      </w:r>
      <w:r>
        <w:rPr>
          <w:sz w:val="20"/>
        </w:rPr>
        <w:t>1:12:28  un ke nazdeek. sab se zyada hopeful ayat hai.</w:t>
      </w:r>
      <w:r>
        <w:br/>
      </w:r>
      <w:r>
        <w:rPr>
          <w:sz w:val="20"/>
        </w:rPr>
        <w:t>1:12:37  Miss Daniya Mustafa ne Karachi se likha hai: "Maulana sahib, you are the one from whom I learned how to live a positive life and make God the focus of my life." Thank you Maulana.</w:t>
      </w:r>
      <w:r>
        <w:br/>
      </w:r>
      <w:r>
        <w:rPr>
          <w:sz w:val="20"/>
        </w:rPr>
        <w:t>1:12:54  Masha Allah. Mahboob bhai ne,</w:t>
      </w:r>
      <w:r>
        <w:br/>
      </w:r>
      <w:r>
        <w:rPr>
          <w:sz w:val="20"/>
        </w:rPr>
        <w:t>1:12:57  Mahboob bhai jo class mein maujood hain, Mumbai se hain, unhon ne likha hai: "Maulana, aaj ka lecture se Khuda ke azeem plan ke hisse mein shamil hone ki majeed himmat aayi.</w:t>
      </w:r>
      <w:r>
        <w:br/>
      </w:r>
      <w:r>
        <w:rPr>
          <w:sz w:val="20"/>
        </w:rPr>
        <w:t>1:13:10  Doosri baat yeh hai, Dr. Saniya Sanien Khan sahib ka safar ki roodad se mere andar ek nayi energy daud padi.</w:t>
      </w:r>
      <w:r>
        <w:br/>
      </w:r>
      <w:r>
        <w:rPr>
          <w:sz w:val="20"/>
        </w:rPr>
        <w:t>1:13:20  unki saada andaaz baat mein is ke peeche ki sincerity, mehnat saaf saaf mujhe mehsoos ho rahi thi.</w:t>
      </w:r>
      <w:r>
        <w:br/>
      </w:r>
      <w:r>
        <w:rPr>
          <w:sz w:val="20"/>
        </w:rPr>
        <w:t>1:13:29  Allah Dr. Saniya Sanien Khan sahib, Khwaja Kaleemuddin sahib aur Haroon Sheikh sahib ko</w:t>
      </w:r>
      <w:r>
        <w:br/>
      </w:r>
      <w:r>
        <w:rPr>
          <w:sz w:val="20"/>
        </w:rPr>
        <w:t>1:13:36  aala darje ka jaza ata farmaye." Masha Allah, Masha Allah. Dr. Junaid Sheikh sahib ne Delhi se likha hai: "Maulana, today's lecture was very encouraging.</w:t>
      </w:r>
      <w:r>
        <w:br/>
      </w:r>
      <w:r>
        <w:rPr>
          <w:sz w:val="20"/>
        </w:rPr>
        <w:t>1:13:52  I rediscovered the story of God</w:t>
      </w:r>
      <w:r>
        <w:br/>
      </w:r>
      <w:r>
        <w:rPr>
          <w:sz w:val="20"/>
        </w:rPr>
        <w:t>1:13:56  and the seriousness of His mission. God has blessed great blessings in the form of printing press, single international language, age of peace and age of technology,</w:t>
      </w:r>
      <w:r>
        <w:br/>
      </w:r>
      <w:r>
        <w:rPr>
          <w:sz w:val="20"/>
        </w:rPr>
        <w:t>1:14:11  so that word of God reaches every home.</w:t>
      </w:r>
      <w:r>
        <w:br/>
      </w:r>
      <w:r>
        <w:rPr>
          <w:sz w:val="20"/>
        </w:rPr>
        <w:t>1:14:15  And I can say with full conviction that your literature and translation of Quran is special provision by God for this divine cause." Jazak Allah.</w:t>
      </w:r>
      <w:r>
        <w:br/>
      </w:r>
      <w:r>
        <w:rPr>
          <w:sz w:val="20"/>
        </w:rPr>
        <w:t>1:14:29  Sajid Anwar sahib ne Delhi se likha hai,</w:t>
      </w:r>
      <w:r>
        <w:br/>
      </w:r>
      <w:r>
        <w:rPr>
          <w:sz w:val="20"/>
        </w:rPr>
        <w:t>1:14:32  un ka comment aur question hai, unhon ne likha hai:</w:t>
      </w:r>
      <w:r>
        <w:br/>
      </w:r>
      <w:r>
        <w:rPr>
          <w:sz w:val="20"/>
        </w:rPr>
        <w:t>1:14:39  "Both the lecture as well as the da'wah journey brief by Dr. Saniya Sanien sahib were extremely thrilling.</w:t>
      </w:r>
      <w:r>
        <w:br/>
      </w:r>
      <w:r>
        <w:rPr>
          <w:sz w:val="20"/>
        </w:rPr>
        <w:t>1:14:49  I rededicate myself and my resources to this divine mission."</w:t>
      </w:r>
      <w:r>
        <w:br/>
      </w:r>
      <w:r>
        <w:rPr>
          <w:sz w:val="20"/>
        </w:rPr>
        <w:t>1:14:55  Maulana, I have a question: "My question is, is there any hindrance that is now there for da'wah work?</w:t>
      </w:r>
      <w:r>
        <w:br/>
      </w:r>
      <w:r>
        <w:rPr>
          <w:sz w:val="20"/>
        </w:rPr>
        <w:t>1:15:06  If yes, then how to overcome that? Please guide all of us."</w:t>
      </w:r>
      <w:r>
        <w:br/>
      </w:r>
      <w:r>
        <w:rPr>
          <w:sz w:val="20"/>
        </w:rPr>
        <w:t>1:15:12  dekhen, yahi to khaas baat hai ke agar koi rukawat thi to pehle zamaney mein thi. aaj koi rukawat hi nahi hai, koi rukawat hi nahi hai.</w:t>
      </w:r>
      <w:r>
        <w:br/>
      </w:r>
      <w:r>
        <w:rPr>
          <w:sz w:val="20"/>
        </w:rPr>
        <w:t>1:15:26  musalmanon ne khud se daal rakhi to daal rakhi ho,</w:t>
      </w:r>
      <w:r>
        <w:br/>
      </w:r>
      <w:r>
        <w:rPr>
          <w:sz w:val="20"/>
        </w:rPr>
        <w:t>1:15:30  musalmanon ka apna feal hai. woh Allah ne saare raaste saaf kar diye hain, ek process chalaya jis mein saare raaste saaf ho gaye.</w:t>
      </w:r>
      <w:r>
        <w:br/>
      </w:r>
      <w:r>
        <w:rPr>
          <w:sz w:val="20"/>
        </w:rPr>
        <w:t>1:15:48  mein pehli baar jab gaya tha Hazrat Haiderabad, bohat pehle ki baat hai, to mein paidal chal raha tha yeh road par Haiderabad mein.</w:t>
      </w:r>
      <w:r>
        <w:br/>
      </w:r>
      <w:r>
        <w:rPr>
          <w:sz w:val="20"/>
        </w:rPr>
        <w:t>1:16:00  to achaanak seeti bajne lagi. seeti police wale charon taraf khade hue the,</w:t>
      </w:r>
      <w:r>
        <w:br/>
      </w:r>
      <w:r>
        <w:rPr>
          <w:sz w:val="20"/>
        </w:rPr>
        <w:t>1:16:05  sadak ke dono taraf, aur seeti bajaye the, seeti bajaye the. to maine kaha ke kya seeti ka matlab hai?</w:t>
      </w:r>
      <w:r>
        <w:br/>
      </w:r>
      <w:r>
        <w:rPr>
          <w:sz w:val="20"/>
        </w:rPr>
        <w:t>1:16:14  kisi se poocha. unhon ne kaha ke road ke kinare ho jaiye. to mein road kinare ho kar ke khada ho kar dekhne laga.</w:t>
      </w:r>
      <w:r>
        <w:br/>
      </w:r>
      <w:r>
        <w:rPr>
          <w:sz w:val="20"/>
        </w:rPr>
        <w:t>1:16:24  to itne mein teen car aayin, teen car. beech mein Nawab Haiderabad ki car thi, aur aage peeche security ke log the.</w:t>
      </w:r>
      <w:r>
        <w:br/>
      </w:r>
      <w:r>
        <w:rPr>
          <w:sz w:val="20"/>
        </w:rPr>
        <w:t>1:16:39  to</w:t>
      </w:r>
      <w:r>
        <w:br/>
      </w:r>
      <w:r>
        <w:rPr>
          <w:sz w:val="20"/>
        </w:rPr>
        <w:t>1:16:40  poori road ko khaali kar ke woh teeno car guzar gayi hain. to yaqeen kijiye ke Allah taala ne seeti baja di.</w:t>
      </w:r>
      <w:r>
        <w:br/>
      </w:r>
      <w:r>
        <w:rPr>
          <w:sz w:val="20"/>
        </w:rPr>
        <w:t>1:16:51  ae logon, hat jao, hat jao!</w:t>
      </w:r>
      <w:r>
        <w:br/>
      </w:r>
      <w:r>
        <w:rPr>
          <w:sz w:val="20"/>
        </w:rPr>
        <w:t>1:16:53  Allah qafila aa raha hai.</w:t>
      </w:r>
      <w:r>
        <w:br/>
      </w:r>
      <w:r>
        <w:rPr>
          <w:sz w:val="20"/>
        </w:rPr>
        <w:t>1:16:59  mujhe sach much dikhai deta hai apni aankh se ke farishte seetiyan baja rahe hain, logon, hat jao!</w:t>
      </w:r>
      <w:r>
        <w:br/>
      </w:r>
      <w:r>
        <w:rPr>
          <w:sz w:val="20"/>
        </w:rPr>
        <w:t>1:17:09  quran phailane walon ka qafila aa raha hai. jhooton ko ibadat na dikhai dein to andhe beh rahe hain. mere nazdeek</w:t>
      </w:r>
    </w:p>
    <w:p>
      <w:pPr>
        <w:pStyle w:val="Heading2"/>
      </w:pPr>
      <w:r>
        <w:t>Why different interpretations of Quran verses?</w:t>
      </w:r>
    </w:p>
    <w:p>
      <w:r>
        <w:rPr>
          <w:color w:val="666666"/>
          <w:sz w:val="18"/>
        </w:rPr>
        <w:t>Quran &amp; Tafsir · Lessons from My Journey to Agra October 27, 2013 · 6m 43s · at 1:16:31 · https://youtu.be/Gg2N0h4ETH8?t=4591</w:t>
      </w:r>
    </w:p>
    <w:p>
      <w:r>
        <w:rPr>
          <w:i/>
        </w:rPr>
        <w:t>“My question for this morning is that we all have been delivered a message of God through Quran, which is the book of God. This book has no other meaning other than that has been stated. Then why are the verses being interpreted in different manner? Is this a twenty-first century phenomenon?”</w:t>
      </w:r>
    </w:p>
    <w:p>
      <w:r>
        <w:rPr>
          <w:sz w:val="20"/>
        </w:rPr>
        <w:t>1:16:31  maulana, agla sawal singapore se hai mr. slish malhotra ka. unhon ne likha hai: "maulana, my question for this morning is that we all have been delivered a message of god through quran, which is the book of god.</w:t>
      </w:r>
      <w:r>
        <w:br/>
      </w:r>
      <w:r>
        <w:rPr>
          <w:sz w:val="20"/>
        </w:rPr>
        <w:t>1:16:48  this book has no other meaning other than that has been stated</w:t>
      </w:r>
      <w:r>
        <w:br/>
      </w:r>
      <w:r>
        <w:rPr>
          <w:sz w:val="20"/>
        </w:rPr>
        <w:t>1:16:53  . then why are the verses being interpreted in different manner? is this a twenty first century phenomena?</w:t>
      </w:r>
      <w:r>
        <w:br/>
      </w:r>
      <w:r>
        <w:rPr>
          <w:sz w:val="20"/>
        </w:rPr>
        <w:t>1:17:03  is this because there are too many distractions in the world today as compared to before? given below are two reasons why i am asking this from you.</w:t>
      </w:r>
      <w:r>
        <w:br/>
      </w:r>
      <w:r>
        <w:rPr>
          <w:sz w:val="20"/>
        </w:rPr>
        <w:t>1:17:15  my first reason is from a common person view</w:t>
      </w:r>
      <w:r>
        <w:br/>
      </w:r>
      <w:r>
        <w:rPr>
          <w:sz w:val="20"/>
        </w:rPr>
        <w:t>1:17:18  . when i speak to my muslim friends, i often remind them that they should not drink wine or smoke as this is forbidden.</w:t>
      </w:r>
      <w:r>
        <w:br/>
      </w:r>
      <w:r>
        <w:rPr>
          <w:sz w:val="20"/>
        </w:rPr>
        <w:t>1:17:28  and i am often told that my interpretation is wrong as the verse says that you may not drink and not you must not drink.</w:t>
      </w:r>
      <w:r>
        <w:br/>
      </w:r>
      <w:r>
        <w:rPr>
          <w:sz w:val="20"/>
        </w:rPr>
        <w:t>1:17:39  this is a clear example of misinterpretation.</w:t>
      </w:r>
      <w:r>
        <w:br/>
      </w:r>
      <w:r>
        <w:rPr>
          <w:sz w:val="20"/>
        </w:rPr>
        <w:t>1:17:43  secondly, the reason from my muslim friends, second reason from my muslim friends who often debate and justify their actions taken by extremists in palestine, afghanistan and hell osama bin laden as a true representative of muslims who dare to challenge the powerful countries.</w:t>
      </w:r>
      <w:r>
        <w:br/>
      </w:r>
      <w:r>
        <w:rPr>
          <w:sz w:val="20"/>
        </w:rPr>
        <w:t>1:18:04  this again is a misinterpretation by very educated people who have several degrees to their names.</w:t>
      </w:r>
      <w:r>
        <w:br/>
      </w:r>
      <w:r>
        <w:rPr>
          <w:sz w:val="20"/>
        </w:rPr>
        <w:t>1:18:12  please throw some light on this."</w:t>
      </w:r>
      <w:r>
        <w:br/>
      </w:r>
      <w:r>
        <w:rPr>
          <w:sz w:val="20"/>
        </w:rPr>
        <w:t>1:18:18  dekhen, ilm ki do bari branches hain: humanities aur physical sciences. physical sciences jo hain, woh mathematics par base karti hain.</w:t>
      </w:r>
      <w:r>
        <w:br/>
      </w:r>
      <w:r>
        <w:rPr>
          <w:sz w:val="20"/>
        </w:rPr>
        <w:t>1:18:33  lekin humanities mein aap mathematics nahin chala sakte.</w:t>
      </w:r>
      <w:r>
        <w:br/>
      </w:r>
      <w:r>
        <w:rPr>
          <w:sz w:val="20"/>
        </w:rPr>
        <w:t>1:18:38  yahan par to yani philosophy, philosophical thinking chalti hai. to physical science mein option sirf ek rehta hai.</w:t>
      </w:r>
      <w:r>
        <w:br/>
      </w:r>
      <w:r>
        <w:rPr>
          <w:sz w:val="20"/>
        </w:rPr>
        <w:t>1:18:53  kyunke do aur do char hi banenge. do aur do mil kar na paanch banenge, na teen banenge.</w:t>
      </w:r>
      <w:r>
        <w:br/>
      </w:r>
      <w:r>
        <w:rPr>
          <w:sz w:val="20"/>
        </w:rPr>
        <w:t>1:19:00  to physical science mein aap ke liye option sirf ek rehta hai ke jo mathematical calculations hain, jo baat nikal rahi hai, us ko maan len. lekin humanities mein aisa nahin ho sakta.</w:t>
      </w:r>
      <w:r>
        <w:br/>
      </w:r>
      <w:r>
        <w:rPr>
          <w:sz w:val="20"/>
        </w:rPr>
        <w:t>1:19:12  dawat ka kaam jo hai, woh is ka ta'alluq humanities se hai. humanities to humanities mein hamesha mis interpretation ka mauqa baqi rahe</w:t>
      </w:r>
      <w:r>
        <w:br/>
      </w:r>
      <w:r>
        <w:rPr>
          <w:sz w:val="20"/>
        </w:rPr>
        <w:t>1:19:22  ga. aap kuch bhi kahiye, kuch bhi kahiye, aadmi ke liye mauqa rahega ke us ko ek aur angle se dekhe, ek aur baat us mein mila de.</w:t>
      </w:r>
      <w:r>
        <w:br/>
      </w:r>
      <w:r>
        <w:rPr>
          <w:sz w:val="20"/>
        </w:rPr>
        <w:t>1:19:32  to mis interpretation jo hai, woh humanities mein hamesha rehta hai. to yahan par kya cheez bachati hai aadmi ko?</w:t>
      </w:r>
      <w:r>
        <w:br/>
      </w:r>
      <w:r>
        <w:rPr>
          <w:sz w:val="20"/>
        </w:rPr>
        <w:t>1:19:43  woh hai sincerity. yani text nahin bacha sakta.</w:t>
      </w:r>
      <w:r>
        <w:br/>
      </w:r>
      <w:r>
        <w:rPr>
          <w:sz w:val="20"/>
        </w:rPr>
        <w:t>1:19:49  yaad rakhiye, physical science mein text hi kafi hai ke aap ko bachaye mis interpretation se. khud text kafi hai.</w:t>
      </w:r>
      <w:r>
        <w:br/>
      </w:r>
      <w:r>
        <w:rPr>
          <w:sz w:val="20"/>
        </w:rPr>
        <w:t>1:19:58  humanities mein jis ko, jis ka mazhab se ta'alluq hai, rohaniyat se ta'alluq hai, wahan par khud text kabhi bhi nahin bacha sakta aap ko mis interpretation se.</w:t>
      </w:r>
      <w:r>
        <w:br/>
      </w:r>
      <w:r>
        <w:rPr>
          <w:sz w:val="20"/>
        </w:rPr>
        <w:t>1:20:11  woh to yeh hai ke aadmi sincere ho, aadmi waqai honest ho aur waqatan is ke andar objective thinking ho.</w:t>
      </w:r>
      <w:r>
        <w:br/>
      </w:r>
      <w:r>
        <w:rPr>
          <w:sz w:val="20"/>
        </w:rPr>
        <w:t>1:20:21  tab bach payega. woh nahin bachega nahin. hamesha kuch ko kuch keh dega. mujhe ek bohat hi ajeeb waqia yaad aaya.</w:t>
      </w:r>
      <w:r>
        <w:br/>
      </w:r>
      <w:r>
        <w:rPr>
          <w:sz w:val="20"/>
        </w:rPr>
        <w:t>1:20:31  main lucknow mein ek baar road pe chal raha tha paidal to maine dekha ke ek ek naujawan cycle daudata hua aa</w:t>
      </w:r>
      <w:r>
        <w:br/>
      </w:r>
      <w:r>
        <w:rPr>
          <w:sz w:val="20"/>
        </w:rPr>
        <w:t>1:20:40  ya. bohat tez dorata hua. to wahan par mor tha. to mor par jab woh mara to aage ek bechara dehati boodha koi tha, us se takra gaya.</w:t>
      </w:r>
      <w:r>
        <w:br/>
      </w:r>
      <w:r>
        <w:rPr>
          <w:sz w:val="20"/>
        </w:rPr>
        <w:t>1:20:52  to woh gir ke gir pada hua. woh cycle bhi ruk gayi. to jo aadmi gir gaya tha road par, us ne kaha ke is ladke se kaha ke ghanti kyun nahi bajai?</w:t>
      </w:r>
      <w:r>
        <w:br/>
      </w:r>
      <w:r>
        <w:rPr>
          <w:sz w:val="20"/>
        </w:rPr>
        <w:t>1:21:08  to ladka kehta hai ke ghanti na ho to? to us ne kaha ke break kyun nahi lagaya? to ladka kehta hai ke break na ho to?</w:t>
      </w:r>
      <w:r>
        <w:br/>
      </w:r>
      <w:r>
        <w:rPr>
          <w:sz w:val="20"/>
        </w:rPr>
        <w:t>1:21:20  to us bechare ne kaha ke tumhare paas ghanti bhi nahi, break bhi nahi, to tez kyun dorate ho? phir kya kehta hai? kya tum se push ko daudaun?</w:t>
      </w:r>
      <w:r>
        <w:br/>
      </w:r>
      <w:r>
        <w:rPr>
          <w:sz w:val="20"/>
        </w:rPr>
        <w:t>1:21:31  yeh hai insaan. insaan se kuch bhi kahiye, kuch bhi kahiye,</w:t>
      </w:r>
      <w:r>
        <w:br/>
      </w:r>
      <w:r>
        <w:rPr>
          <w:sz w:val="20"/>
        </w:rPr>
        <w:t>1:21:37  ek baat nahi nikal lega is mein. yaani humanities mein sirf physics mein aadmi ka munh band kar sakte hain aap calculation ke zariye, mathematical calculation ke zariye.</w:t>
      </w:r>
      <w:r>
        <w:br/>
      </w:r>
      <w:r>
        <w:rPr>
          <w:sz w:val="20"/>
        </w:rPr>
        <w:t>1:21:48  humanities mein nahi band kar sakte aap. kuch bhi woh kehta rahega woh. to misinterpretation ka imkan to khatm nahi ho sakta.</w:t>
      </w:r>
      <w:r>
        <w:br/>
      </w:r>
      <w:r>
        <w:rPr>
          <w:sz w:val="20"/>
        </w:rPr>
        <w:t>1:21:57  sirf yeh mumkin hai ke hum aadmi ko samjha bujha kar us ko sincere banayein,</w:t>
      </w:r>
      <w:r>
        <w:br/>
      </w:r>
      <w:r>
        <w:rPr>
          <w:sz w:val="20"/>
        </w:rPr>
        <w:t>1:22:02  seriousness paida karein us ke andar, honesty layein us ke andar, Allah ka dar paida karein us ke andar, aakhirat ka khauf paida karein. tabhi woh bachega warna warna is ka darwaza band hone wala nahi.</w:t>
      </w:r>
      <w:r>
        <w:br/>
      </w:r>
      <w:r>
        <w:rPr>
          <w:sz w:val="20"/>
        </w:rPr>
        <w:t>1:22:15  yaani Allah ka khauf band kar sakta hai darwaza warna apne aap woh band hone wala darwaza band hone wala nahi.</w:t>
      </w:r>
    </w:p>
    <w:p>
      <w:pPr>
        <w:pStyle w:val="Heading2"/>
      </w:pPr>
      <w:r>
        <w:t>Wisdom versus sharia in Quran</w:t>
      </w:r>
    </w:p>
    <w:p>
      <w:r>
        <w:rPr>
          <w:color w:val="666666"/>
          <w:sz w:val="18"/>
        </w:rPr>
        <w:t>Quran &amp; Tafsir · How to Lead a Life of Fulfilment September 24, 2017 · 7m 04s · at 1:09:06 · https://youtu.be/WUoQOo2_zd8?t=4146</w:t>
      </w:r>
    </w:p>
    <w:p>
      <w:r>
        <w:rPr>
          <w:i/>
        </w:rPr>
        <w:t>“How much of the Quran is wisdom and how much is sharia? Please explain. (The asker adds: Sharia is not in the Quran, only wisdom; sharia is in fiqh.)”</w:t>
      </w:r>
    </w:p>
    <w:p>
      <w:r>
        <w:rPr>
          <w:sz w:val="20"/>
        </w:rPr>
        <w:t>1:09:06  to main samajhta hoon ke modern education in real sense musalmanon ka wahid musalmanon ke maslay ka wahid hal hai molana agla sawal UK se bheja hai doctor hina khan ne aur unhon ne aap se poocha hai ke how much of quran is wisdom and how much of it is sh</w:t>
      </w:r>
      <w:r>
        <w:br/>
      </w:r>
      <w:r>
        <w:rPr>
          <w:sz w:val="20"/>
        </w:rPr>
        <w:t>1:09:31  aria is ke baray mein batayein</w:t>
      </w:r>
      <w:r>
        <w:br/>
      </w:r>
      <w:r>
        <w:rPr>
          <w:sz w:val="20"/>
        </w:rPr>
        <w:t>1:09:37  sharia to quran mein hai hi nahi wisdom hi wisdom hai sharia to fiqh mein hai</w:t>
      </w:r>
      <w:r>
        <w:br/>
      </w:r>
      <w:r>
        <w:rPr>
          <w:sz w:val="20"/>
        </w:rPr>
        <w:t>1:09:45  aap khud tajurba kijiye ke quran mein 114 suratein hain</w:t>
      </w:r>
      <w:r>
        <w:br/>
      </w:r>
      <w:r>
        <w:rPr>
          <w:sz w:val="20"/>
        </w:rPr>
        <w:t>1:09:55  aap tamam suraton ko aik tarah se parhiye alhamdulillah se le kar quran-al-nas tak to sab aap ko wisdom hi wisdom dikha dega yeh jis ko kehtay hain sharia woh to fiqh mein hai</w:t>
      </w:r>
      <w:r>
        <w:br/>
      </w:r>
      <w:r>
        <w:rPr>
          <w:sz w:val="20"/>
        </w:rPr>
        <w:t>1:10:13  mein to samajhta hoon ke yeh yeh ghaloo kiya fiqah mein logon ne ke shariat ko itna barhaya</w:t>
      </w:r>
      <w:r>
        <w:br/>
      </w:r>
      <w:r>
        <w:rPr>
          <w:sz w:val="20"/>
        </w:rPr>
        <w:t>1:10:20  hai shariat ko</w:t>
      </w:r>
      <w:r>
        <w:br/>
      </w:r>
      <w:r>
        <w:rPr>
          <w:sz w:val="20"/>
        </w:rPr>
        <w:t>1:10:23  barhane charhane ki cheez hai wisdom</w:t>
      </w:r>
      <w:r>
        <w:br/>
      </w:r>
      <w:r>
        <w:rPr>
          <w:sz w:val="20"/>
        </w:rPr>
        <w:t>1:10:26  shariat jo barhai charhai gayi hai yeh politicize kiya gaya aaj kal jo shariat shariat bolte hain na</w:t>
      </w:r>
      <w:r>
        <w:br/>
      </w:r>
      <w:r>
        <w:rPr>
          <w:sz w:val="20"/>
        </w:rPr>
        <w:t>1:10:33  wo hai islam ka politicization</w:t>
      </w:r>
      <w:r>
        <w:br/>
      </w:r>
      <w:r>
        <w:rPr>
          <w:sz w:val="20"/>
        </w:rPr>
        <w:t>1:10:37  wo quran mein hai hi nahi</w:t>
      </w:r>
      <w:r>
        <w:br/>
      </w:r>
      <w:r>
        <w:rPr>
          <w:sz w:val="20"/>
        </w:rPr>
        <w:t>1:10:39  aap ghor kijiye ke koi ek bhi.</w:t>
      </w:r>
      <w:r>
        <w:br/>
      </w:r>
      <w:r>
        <w:rPr>
          <w:sz w:val="20"/>
        </w:rPr>
        <w:t>1:10:43  yani ji lekin aap ek kaam kijiye</w:t>
      </w:r>
      <w:r>
        <w:br/>
      </w:r>
      <w:r>
        <w:rPr>
          <w:sz w:val="20"/>
        </w:rPr>
        <w:t>1:10:49  ek kaam kijiye aap dictionary mein aap lafz law law ki definition maloom kijiye</w:t>
      </w:r>
      <w:r>
        <w:br/>
      </w:r>
      <w:r>
        <w:rPr>
          <w:sz w:val="20"/>
        </w:rPr>
        <w:t>1:11:00  dictionary mein bohat se dictionaryon ko dekhiye</w:t>
      </w:r>
      <w:r>
        <w:br/>
      </w:r>
      <w:r>
        <w:rPr>
          <w:sz w:val="20"/>
        </w:rPr>
        <w:t>1:11:05  jo kal consult kijiye aur yeh samjhiye ke law ki definition kya hai</w:t>
      </w:r>
      <w:r>
        <w:br/>
      </w:r>
      <w:r>
        <w:rPr>
          <w:sz w:val="20"/>
        </w:rPr>
        <w:t>1:11:12  shariat ka matlab hai law</w:t>
      </w:r>
      <w:r>
        <w:br/>
      </w:r>
      <w:r>
        <w:rPr>
          <w:sz w:val="20"/>
        </w:rPr>
        <w:t>1:11:17  aur phir is woh jo definition milay aap ko law ki us ka matlab dhoondhein ke quran mein kon sa law hai to aik aik bhi law nahi milay ga</w:t>
      </w:r>
      <w:r>
        <w:br/>
      </w:r>
      <w:r>
        <w:rPr>
          <w:sz w:val="20"/>
        </w:rPr>
        <w:t>1:11:31  to quran to bhara hua hai definition se yeh to aaj kal jo aaj kal jo parties nikli hain jinhon ne islam ko politicize kar rakha hai to apnay politicization ko justify karne ke liye sharia sharia sharia karte hain sabaq zamanay mein yeh tha hi nahi aap dekhiye</w:t>
      </w:r>
      <w:r>
        <w:br/>
      </w:r>
      <w:r>
        <w:rPr>
          <w:sz w:val="20"/>
        </w:rPr>
        <w:t>1:11:57  mein aik misaal deta hoon aap ko</w:t>
      </w:r>
      <w:r>
        <w:br/>
      </w:r>
      <w:r>
        <w:rPr>
          <w:sz w:val="20"/>
        </w:rPr>
        <w:t>1:12:00  ke quran mein aik surah hai surah yusuf is mein hazrat yusuf aleh salam ka qissa bayan kiya</w:t>
      </w:r>
      <w:r>
        <w:br/>
      </w:r>
      <w:r>
        <w:rPr>
          <w:sz w:val="20"/>
        </w:rPr>
        <w:t>1:12:07  gaya hai shayad yeh aik hi surah aisi hai jise poori poori surah aik nabi ke zikr par</w:t>
      </w:r>
      <w:r>
        <w:br/>
      </w:r>
      <w:r>
        <w:rPr>
          <w:sz w:val="20"/>
        </w:rPr>
        <w:t>1:12:14  hai aur aik bohat anokhi baat yeh hai ke is surah mein jo qissa bayan kiya gaya hai</w:t>
      </w:r>
      <w:r>
        <w:br/>
      </w:r>
      <w:r>
        <w:rPr>
          <w:sz w:val="20"/>
        </w:rPr>
        <w:t>1:12:23  us ko kaha gaya ahsan al qasas</w:t>
      </w:r>
      <w:r>
        <w:br/>
      </w:r>
      <w:r>
        <w:rPr>
          <w:sz w:val="20"/>
        </w:rPr>
        <w:t>1:12:27  yani hazrat yusuf ka jo qissa bayan kiya gaya hai us ko kaha gaya hai ahsan al qasas yani</w:t>
      </w:r>
      <w:r>
        <w:br/>
      </w:r>
      <w:r>
        <w:rPr>
          <w:sz w:val="20"/>
        </w:rPr>
        <w:t>1:12:32  best story best story ab aap kam az kam das baar padhiye aap surah yusuf ko to aap</w:t>
      </w:r>
      <w:r>
        <w:br/>
      </w:r>
      <w:r>
        <w:rPr>
          <w:sz w:val="20"/>
        </w:rPr>
        <w:t>1:12:41  dekhenge ke hazrat yusuf aleh salam</w:t>
      </w:r>
      <w:r>
        <w:br/>
      </w:r>
      <w:r>
        <w:rPr>
          <w:sz w:val="20"/>
        </w:rPr>
        <w:t>1:12:45  ne kabhi wahan yeh baat hi nahi ki ke shariat yeh naafiz hamein khudai shariat naafiz karna hai</w:t>
      </w:r>
      <w:r>
        <w:br/>
      </w:r>
      <w:r>
        <w:rPr>
          <w:sz w:val="20"/>
        </w:rPr>
        <w:t>1:12:53  balkay badshah ki shariat ko maan liya</w:t>
      </w:r>
      <w:r>
        <w:br/>
      </w:r>
      <w:r>
        <w:rPr>
          <w:sz w:val="20"/>
        </w:rPr>
        <w:t>1:12:57  quran mein ayat hai isi surah yusuf mein ma kaana liya khuda fi deen al malik</w:t>
      </w:r>
      <w:r>
        <w:br/>
      </w:r>
      <w:r>
        <w:rPr>
          <w:sz w:val="20"/>
        </w:rPr>
        <w:t>1:13:05  iska number bataiye in ko surah yusuf ka yeh number is ayat ka surah yusuf mein yeh</w:t>
      </w:r>
      <w:r>
        <w:br/>
      </w:r>
      <w:r>
        <w:rPr>
          <w:sz w:val="20"/>
        </w:rPr>
        <w:t>1:13:10  ayat hai ke ma kaana liya</w:t>
      </w:r>
      <w:r>
        <w:br/>
      </w:r>
      <w:r>
        <w:rPr>
          <w:sz w:val="20"/>
        </w:rPr>
        <w:t>1:13:13  akha fi din al-malik illa inshallah</w:t>
      </w:r>
      <w:r>
        <w:br/>
      </w:r>
      <w:r>
        <w:rPr>
          <w:sz w:val="20"/>
        </w:rPr>
        <w:t>1:13:21  surah yusuf ayat number 76 ma</w:t>
      </w:r>
      <w:r>
        <w:br/>
      </w:r>
      <w:r>
        <w:rPr>
          <w:sz w:val="20"/>
        </w:rPr>
        <w:t>1:13:26  kaana ali ayat number 76 76 ji aap surah yusuf ki 76 dekhiye</w:t>
      </w:r>
      <w:r>
        <w:br/>
      </w:r>
      <w:r>
        <w:rPr>
          <w:sz w:val="20"/>
        </w:rPr>
        <w:t>1:13:34  is mein yeh likha hua hai baqayda ke hazrat yusuf ne accept kar liya tha shariat ke muamle</w:t>
      </w:r>
      <w:r>
        <w:br/>
      </w:r>
      <w:r>
        <w:rPr>
          <w:sz w:val="20"/>
        </w:rPr>
        <w:t>1:13:42  mein badshah ke</w:t>
      </w:r>
      <w:r>
        <w:br/>
      </w:r>
      <w:r>
        <w:rPr>
          <w:sz w:val="20"/>
        </w:rPr>
        <w:t>1:13:45  لا کو یہ کہاں یہ یہ یہ اسلام ہے جس کو آج کل کے دھوم مچا رکھا ہے</w:t>
      </w:r>
      <w:r>
        <w:br/>
      </w:r>
      <w:r>
        <w:rPr>
          <w:sz w:val="20"/>
        </w:rPr>
        <w:t>1:13:51  logon ne shariat shariat shariat</w:t>
      </w:r>
      <w:r>
        <w:br/>
      </w:r>
      <w:r>
        <w:rPr>
          <w:sz w:val="20"/>
        </w:rPr>
        <w:t>1:13:55  kahan hai woh islam yani best story woh hai quran mein jab ke peghambar ne madine mein apni</w:t>
      </w:r>
      <w:r>
        <w:br/>
      </w:r>
      <w:r>
        <w:rPr>
          <w:sz w:val="20"/>
        </w:rPr>
        <w:t>1:14:03  jagah banai aur badshah ki shariat ko tasleem kar ke</w:t>
      </w:r>
      <w:r>
        <w:br/>
      </w:r>
      <w:r>
        <w:rPr>
          <w:sz w:val="20"/>
        </w:rPr>
        <w:t>1:14:09  aap ghor kijiye</w:t>
      </w:r>
      <w:r>
        <w:br/>
      </w:r>
      <w:r>
        <w:rPr>
          <w:sz w:val="20"/>
        </w:rPr>
        <w:t>1:14:11  ke</w:t>
      </w:r>
      <w:r>
        <w:br/>
      </w:r>
      <w:r>
        <w:rPr>
          <w:sz w:val="20"/>
        </w:rPr>
        <w:t>1:14:12  quran is qisse ko best story kehta hai jismein ek paighambar ne badshah ke badshah ka jo</w:t>
      </w:r>
      <w:r>
        <w:br/>
      </w:r>
      <w:r>
        <w:rPr>
          <w:sz w:val="20"/>
        </w:rPr>
        <w:t>1:14:20  system tha ismein apni jagah banai</w:t>
      </w:r>
      <w:r>
        <w:br/>
      </w:r>
      <w:r>
        <w:rPr>
          <w:sz w:val="20"/>
        </w:rPr>
        <w:t>1:14:25  baqayda iska part tha woh</w:t>
      </w:r>
      <w:r>
        <w:br/>
      </w:r>
      <w:r>
        <w:rPr>
          <w:sz w:val="20"/>
        </w:rPr>
        <w:t>1:14:28  badshah ka jo system tha wahan pe iska part bane woh lekin part bane kaise</w:t>
      </w:r>
      <w:r>
        <w:br/>
      </w:r>
      <w:r>
        <w:rPr>
          <w:sz w:val="20"/>
        </w:rPr>
        <w:t>1:14:35  badshah ki jo shariat naafiz thi</w:t>
      </w:r>
      <w:r>
        <w:br/>
      </w:r>
      <w:r>
        <w:rPr>
          <w:sz w:val="20"/>
        </w:rPr>
        <w:t>1:14:40  isko accept kar liya</w:t>
      </w:r>
      <w:r>
        <w:br/>
      </w:r>
      <w:r>
        <w:rPr>
          <w:sz w:val="20"/>
        </w:rPr>
        <w:t>1:14:43  accept kar ke theek hai jo aaj kal Muslim siyasi partiyan nikli hain aur shadi sehat karti hain</w:t>
      </w:r>
      <w:r>
        <w:br/>
      </w:r>
      <w:r>
        <w:rPr>
          <w:sz w:val="20"/>
        </w:rPr>
        <w:t>1:14:50  woh toh bidat hai sab woh sab ka sab bidat hai iska islam se koi talluq nahi</w:t>
      </w:r>
      <w:r>
        <w:br/>
      </w:r>
      <w:r>
        <w:rPr>
          <w:sz w:val="20"/>
        </w:rPr>
        <w:t>1:14:55  hai</w:t>
      </w:r>
      <w:r>
        <w:br/>
      </w:r>
      <w:r>
        <w:rPr>
          <w:sz w:val="20"/>
        </w:rPr>
        <w:t>1:14:59  okay so we we'll end today session if you want to become a quran distributor in your area then please write to us on info at cpsglobal dot o</w:t>
      </w:r>
      <w:r>
        <w:br/>
      </w:r>
      <w:r>
        <w:rPr>
          <w:sz w:val="20"/>
        </w:rPr>
        <w:t>1:15:11  rg thank you for watching cps international.</w:t>
      </w:r>
    </w:p>
    <w:p>
      <w:pPr>
        <w:pStyle w:val="Heading2"/>
      </w:pPr>
      <w:r>
        <w:t>Wrong Application of Quran for Jihad</w:t>
      </w:r>
    </w:p>
    <w:p>
      <w:r>
        <w:rPr>
          <w:color w:val="666666"/>
          <w:sz w:val="18"/>
        </w:rPr>
        <w:t>Quran &amp; Tafsir · Study of The Quran November 30, 2014 · 9m 05s · at 53:04 · https://youtu.be/x3fcJ2nlDow?t=3184</w:t>
      </w:r>
    </w:p>
    <w:p>
      <w:r>
        <w:rPr>
          <w:i/>
        </w:rPr>
        <w:t>“Today, Muslim organizations worldwide are perpetrating violence and chaos, calling it jihad for the sake of Allah, establishment of deen, Islamic government, etc. Is this a wrong application of the Quran? And if so, what is the correct way to exit from this?”</w:t>
      </w:r>
    </w:p>
    <w:p>
      <w:r>
        <w:rPr>
          <w:sz w:val="20"/>
        </w:rPr>
        <w:t>53:04  maulana, agla sawal adeel abad se kiya hai muhammad mehmood sahab ne, aur unhon ne likha hai ke aaj poori dunya mein muslim tanzeemein har jagah tashaddud aur fasad barpa kiye hue hain, aur isi ko woh naam dete hain jihad fi sabilillah ya iqamat deen ya islami hukumat ya islami nizam ka qaim waghera.</w:t>
      </w:r>
      <w:r>
        <w:br/>
      </w:r>
      <w:r>
        <w:rPr>
          <w:sz w:val="20"/>
        </w:rPr>
        <w:t>53:29  kya yeh quran ka wrong application hai? aur</w:t>
      </w:r>
      <w:r>
        <w:br/>
      </w:r>
      <w:r>
        <w:rPr>
          <w:sz w:val="20"/>
        </w:rPr>
        <w:t>53:33  agar hai to is se bahar nikalna, bahar nikalne ka durust tareeqa kya hai? is ke bare mein bataein. mein to kehta hoon wrong application hai, lafz halka hai.</w:t>
      </w:r>
      <w:r>
        <w:br/>
      </w:r>
      <w:r>
        <w:rPr>
          <w:sz w:val="20"/>
        </w:rPr>
        <w:t>53:43  yeh to distortion hai. yeh quran ka wrong application aap kahein, tab bhi us ko halka halka lafz hi hai. distortion hai.</w:t>
      </w:r>
      <w:r>
        <w:br/>
      </w:r>
      <w:r>
        <w:rPr>
          <w:sz w:val="20"/>
        </w:rPr>
        <w:t>53:53  yeh log, mein in logon ko bohat janta hoon, kitne logon se mila hoon, in ki kitabein parhi hain. intehai had tak in senior hote hain yeh</w:t>
      </w:r>
      <w:r>
        <w:br/>
      </w:r>
      <w:r>
        <w:rPr>
          <w:sz w:val="20"/>
        </w:rPr>
        <w:t>54:00  log. inhe ladna bhadna hai, aur yeh aaj kal zamaney mein agar pata ho aap ko, yeh bohat bara business ban gaya hai. yeh poora jo idhar udhar chal rahi hai militancy, yeh bohat bara business hai.</w:t>
      </w:r>
      <w:r>
        <w:br/>
      </w:r>
      <w:r>
        <w:rPr>
          <w:sz w:val="20"/>
        </w:rPr>
        <w:t>54:16  aap gehrai ke sath mutalliq rahein to aap jaan lenge. bohat bara business hai. yeh jihad, yeh jihad nahin hai, yeh jihad hai na islam hai.</w:t>
      </w:r>
      <w:r>
        <w:br/>
      </w:r>
      <w:r>
        <w:rPr>
          <w:sz w:val="20"/>
        </w:rPr>
        <w:t>54:27  yeh naye daur ka business hai. yeh naye daur ka business hai. misaal ke tor par dekhiye, aik sathi se mein mila, jo leader hain militancy ke.</w:t>
      </w:r>
      <w:r>
        <w:br/>
      </w:r>
      <w:r>
        <w:rPr>
          <w:sz w:val="20"/>
        </w:rPr>
        <w:t>54:42  aik yeh, yani yeh jihad ke naam par jo tehreek chal rahi hai, is ke is ke leader hain woh.</w:t>
      </w:r>
      <w:r>
        <w:br/>
      </w:r>
      <w:r>
        <w:rPr>
          <w:sz w:val="20"/>
        </w:rPr>
        <w:t>54:47  un ke do larkay thay, do larkay arab mein parh rahay thay, aur khud logon ko jihad ke naam par larwa rahay thay, woh woh sahib.</w:t>
      </w:r>
      <w:r>
        <w:br/>
      </w:r>
      <w:r>
        <w:rPr>
          <w:sz w:val="20"/>
        </w:rPr>
        <w:t>54:59  yeh sab ka haal hai. aik aur saathi se mein mila to woh mustaqil tehreek chalai hui hain amreeka ke khilaaf, aur khud apnay bachon ko amreeka mein bhej settle kiye hue hain.</w:t>
      </w:r>
      <w:r>
        <w:br/>
      </w:r>
      <w:r>
        <w:rPr>
          <w:sz w:val="20"/>
        </w:rPr>
        <w:t>55:12  yeh to business hai, is ka islam se koi talluq hai na quran se koi talluq.</w:t>
      </w:r>
      <w:r>
        <w:br/>
      </w:r>
      <w:r>
        <w:rPr>
          <w:sz w:val="20"/>
        </w:rPr>
        <w:t>55:19  aap gehrai se study karen, tab aap mujh se ittifaq karen ge.</w:t>
      </w:r>
      <w:r>
        <w:br/>
      </w:r>
      <w:r>
        <w:rPr>
          <w:sz w:val="20"/>
        </w:rPr>
        <w:t>55:27  maulana, agla aik comment aur sawal aaya hai doctor safeena tabassum ka ajmer se. un ka comment</w:t>
      </w:r>
      <w:r>
        <w:br/>
      </w:r>
      <w:r>
        <w:rPr>
          <w:sz w:val="20"/>
        </w:rPr>
        <w:t>55:36  pehlay parhtay hain. unhon ne likha hai ke maulana sahib, first of all, I must acknowledge that your last class on Surah Al-Asr has set me thinking for the whole week, and it has really cleared my thoughts.</w:t>
      </w:r>
      <w:r>
        <w:br/>
      </w:r>
      <w:r>
        <w:rPr>
          <w:sz w:val="20"/>
        </w:rPr>
        <w:t>55:52  My question for today is kya yeh kehna durust hoga ke qital aur jang ki ayaten sirf aik khaas daur ke liye theen aur aaj in ka koi significance nahi?</w:t>
      </w:r>
      <w:r>
        <w:br/>
      </w:r>
      <w:r>
        <w:rPr>
          <w:sz w:val="20"/>
        </w:rPr>
        <w:t>56:06  dekhiye, mein aap ko aik bohat hi usooli baat arz karta hoon. tamam fuqaha jo hain, aik baat mantay hain, fuqaha yeh islam ke scholars ke qital jo hai woh husn li zati hi nahi hai, husn li ghairi hai.</w:t>
      </w:r>
      <w:r>
        <w:br/>
      </w:r>
      <w:r>
        <w:rPr>
          <w:sz w:val="20"/>
        </w:rPr>
        <w:t>56:23  yeh mein aap ko fiqhi term arz kar raha hoon, ethical term mein ke tamam islamic scholars without exception yeh mantay hain ke qital husn li zati nahi hai, husn li ghairi hai.</w:t>
      </w:r>
      <w:r>
        <w:br/>
      </w:r>
      <w:r>
        <w:rPr>
          <w:sz w:val="20"/>
        </w:rPr>
        <w:t>56:39  yani is ka matlab kya hua? ke jang jo hai kisi positive result ke liye hoti hai, kham khwah nahi hoti.</w:t>
      </w:r>
      <w:r>
        <w:br/>
      </w:r>
      <w:r>
        <w:rPr>
          <w:sz w:val="20"/>
        </w:rPr>
        <w:t>56:51  yeh mantay hain sab log ke larai jo hai woh sirf maar kaat ke liye nahi hoti. yani violence, fateh se violence nahi hai yeh, balkay kisi positive result ke liye hoti hai.</w:t>
      </w:r>
      <w:r>
        <w:br/>
      </w:r>
      <w:r>
        <w:rPr>
          <w:sz w:val="20"/>
        </w:rPr>
        <w:t>57:07  to ab aap dekhiye, do so saal se musalman لڑ rahay hain jihad ke naam par. mujhe bataiye ke positive result kahan hai? kya kashmir mein hai?</w:t>
      </w:r>
      <w:r>
        <w:br/>
      </w:r>
      <w:r>
        <w:rPr>
          <w:sz w:val="20"/>
        </w:rPr>
        <w:t>57:17  kya falasteen mein hai? kya india mein musalman lade</w:t>
      </w:r>
      <w:r>
        <w:br/>
      </w:r>
      <w:r>
        <w:rPr>
          <w:sz w:val="20"/>
        </w:rPr>
        <w:t>57:21  britishon se? is mein kuch tha? afreeqa mein lade francision se? is mein koi positive result nikla? kuch bhi nahi. log thak haar kar ke apnay bachon ko angrezi parha rahay hain aaj kal.</w:t>
      </w:r>
      <w:r>
        <w:br/>
      </w:r>
      <w:r>
        <w:rPr>
          <w:sz w:val="20"/>
        </w:rPr>
        <w:t>57:34  sab ko mein jaanta hoon ke asia se aik afreeqa tha jo lade, ab in ke betay aur potay jo hain modern schoolon mein parh rahay hain.</w:t>
      </w:r>
      <w:r>
        <w:br/>
      </w:r>
      <w:r>
        <w:rPr>
          <w:sz w:val="20"/>
        </w:rPr>
        <w:t>57:45  So where is the result?</w:t>
      </w:r>
      <w:r>
        <w:br/>
      </w:r>
      <w:r>
        <w:rPr>
          <w:sz w:val="20"/>
        </w:rPr>
        <w:t>57:47  jo result nahi nikla to husn li zati to nahi hua yeh, yeh to husn li ghairi ho gaya. to aap khud yeh fuqaha ke apnay usool ke mutabiq yeh jo jihad ke naam par jo riaya ho rahi hai, is ko bilkul dust stop kar dena chahiye ke band karo is ko, yeh to husn li ghairi ho raha hai,</w:t>
      </w:r>
      <w:r>
        <w:br/>
      </w:r>
      <w:r>
        <w:rPr>
          <w:sz w:val="20"/>
        </w:rPr>
        <w:t>58:07  husn li zati nahi ho raha. koi bhi shakhs bataye ke jahan jahan musalman lade hain, wahan koi positive result mujhe bataiye kahan hua?</w:t>
      </w:r>
      <w:r>
        <w:br/>
      </w:r>
      <w:r>
        <w:rPr>
          <w:sz w:val="20"/>
        </w:rPr>
        <w:t>58:17  kahin bhi nahi hua. iraq mein, afghanistan mein, pakistan mein, kahin bhi aap dekhiye, jahan jahan musalman lade hain, sirf tabahi, sirf tabahi, sirf tabahi.</w:t>
      </w:r>
      <w:r>
        <w:br/>
      </w:r>
      <w:r>
        <w:rPr>
          <w:sz w:val="20"/>
        </w:rPr>
        <w:t>58:30  sab se bari misaal falasteen hai, saath baras se lade rahay hain arab wahan par, aur siwa nuqsan ke kuch nahi hua. tabahi, tabahi, tabahi, tabahi.</w:t>
      </w:r>
      <w:r>
        <w:br/>
      </w:r>
      <w:r>
        <w:rPr>
          <w:sz w:val="20"/>
        </w:rPr>
        <w:t>58:41  to tabahi ke baad aap dekhiye, jab aap ka yani jihad ke naam par jo larai aap ki ulta result de, yani jis ko kehtay hain yani counter productive,</w:t>
      </w:r>
      <w:r>
        <w:br/>
      </w:r>
      <w:r>
        <w:rPr>
          <w:sz w:val="20"/>
        </w:rPr>
        <w:t>58:57  to aap ko jang band karne ka option hai. yeh nahi ke aap shor karen ke zulm ho raha hai, zulm ho raha hai, zulm ho raha hai. aaj kal saaray musalman kya keh rahay hain ke fals</w:t>
      </w:r>
      <w:r>
        <w:br/>
      </w:r>
      <w:r>
        <w:rPr>
          <w:sz w:val="20"/>
        </w:rPr>
        <w:t>59:06  teen mein zulm ho raha hai? nahi, yeh kaho ke falasteen mein jang ko band karo kyun ke result nahi nikal raha. yeh bohat serious baat hai, yeh bohat serious baat hai.</w:t>
      </w:r>
      <w:r>
        <w:br/>
      </w:r>
      <w:r>
        <w:rPr>
          <w:sz w:val="20"/>
        </w:rPr>
        <w:t>59:17  yeh</w:t>
      </w:r>
      <w:r>
        <w:br/>
      </w:r>
      <w:r>
        <w:rPr>
          <w:sz w:val="20"/>
        </w:rPr>
        <w:t>59:22  mahatma gandhi ne aik bohat sanjeeda aadmi thay, mein bataoon ke hamaray leaderon se ziyada sanjeeda thay ke unhon ne tehreek chalai civil disobedience.</w:t>
      </w:r>
      <w:r>
        <w:br/>
      </w:r>
      <w:r>
        <w:rPr>
          <w:sz w:val="20"/>
        </w:rPr>
        <w:t>59:35  to un ke jo volunteers the barodoli mein, un ka jhadap ho gayi police se to unhon ne aag laga diya police station mein.</w:t>
      </w:r>
      <w:r>
        <w:br/>
      </w:r>
      <w:r>
        <w:rPr>
          <w:sz w:val="20"/>
        </w:rPr>
        <w:t>59:47  wahan bohat se police wale jal gae. isi waqt aelan kar diya mahatma gandhi ke band karo is is movement ko kyunke hum is ke liye competent nahi hain.</w:t>
      </w:r>
      <w:r>
        <w:br/>
      </w:r>
      <w:r>
        <w:rPr>
          <w:sz w:val="20"/>
        </w:rPr>
        <w:t>1:00:01  to hamare leader jo hain, jo duniya bhar mein jahan jahan larai chhide hue hain, sab log manenge ke is ka koi positive result nahi nikla.</w:t>
      </w:r>
      <w:r>
        <w:br/>
      </w:r>
      <w:r>
        <w:rPr>
          <w:sz w:val="20"/>
        </w:rPr>
        <w:t>1:00:13  to aap par aap kya kar rahe hain? complaint ke zulm kar rahe hain, zulm ho raha hai, zulm nahi ho raha. tum apne yeh mano ke hum ghalati par thay ke hum ne ek aisi larai chhed di jo jihad nahi thi.</w:t>
      </w:r>
      <w:r>
        <w:br/>
      </w:r>
      <w:r>
        <w:rPr>
          <w:sz w:val="20"/>
        </w:rPr>
        <w:t>1:00:27  woh toh band karo is ko, dead! har jagah talwaron ko tod dalo, banduqon ko samandar mein daal do, aur bomb ko zameen mein gaar do kyunke hum positive result nahi le sake.</w:t>
      </w:r>
      <w:r>
        <w:br/>
      </w:r>
      <w:r>
        <w:rPr>
          <w:sz w:val="20"/>
        </w:rPr>
        <w:t>1:00:42  to tamam fuqaha yeh mante hain ke qital hasan lizati hai to qital hai, warna hasan laghari hai to qital nahi hai.</w:t>
      </w:r>
      <w:r>
        <w:br/>
      </w:r>
      <w:r>
        <w:rPr>
          <w:sz w:val="20"/>
        </w:rPr>
        <w:t>1:00:53  yani maqsad jo maqsad hai, woh hasil ho tab qital hai,</w:t>
      </w:r>
      <w:r>
        <w:br/>
      </w:r>
      <w:r>
        <w:rPr>
          <w:sz w:val="20"/>
        </w:rPr>
        <w:t>1:00:57  nahi toh qital hi nahi hai. woh toh kahan maqsad hasil ho raha hai? is ki wajah kya hai? is ki wajah yeh hai ke yeh daur jo hai, yeh peaceful activism ka daur hai.</w:t>
      </w:r>
      <w:r>
        <w:br/>
      </w:r>
      <w:r>
        <w:rPr>
          <w:sz w:val="20"/>
        </w:rPr>
        <w:t>1:01:09  violent activism ka daur hi khatam ho gaya.</w:t>
      </w:r>
      <w:r>
        <w:br/>
      </w:r>
      <w:r>
        <w:rPr>
          <w:sz w:val="20"/>
        </w:rPr>
        <w:t>1:01:15  ab jo taraqqiyat duniya mein hui hain, freedom, democracy, aur secularism, un sab ke nateejay mein naya daur jo hai, peaceful activism ka daur ban gaya hai.</w:t>
      </w:r>
      <w:r>
        <w:br/>
      </w:r>
      <w:r>
        <w:rPr>
          <w:sz w:val="20"/>
        </w:rPr>
        <w:t>1:01:28  ab violent violent activism ka daur hi khatam. to is zamane ki is awaz ko samjhiye. hadith mein aata hai ke momin ke bare mein ke in yakoon baseeran bizamani momin woh hai jo apni zamani ko pehchane.</w:t>
      </w:r>
      <w:r>
        <w:br/>
      </w:r>
      <w:r>
        <w:rPr>
          <w:sz w:val="20"/>
        </w:rPr>
        <w:t>1:01:46  to saboot dijiye apni apne momin hone ka ke aap zamani ki pehchaniye ke yeh yeh zamana peaceful activism ka hai, violent activism ka zamana hi nahi hai.</w:t>
      </w:r>
      <w:r>
        <w:br/>
      </w:r>
      <w:r>
        <w:rPr>
          <w:sz w:val="20"/>
        </w:rPr>
        <w:t>1:02:00  to yeh sab jo ho raha hai, is ka quran hadith se koi talluq nahi hai. yeh logon ki apni khud sakhta karrawaiyan hain.</w:t>
      </w:r>
    </w:p>
    <w:p>
      <w:pPr>
        <w:pStyle w:val="Heading2"/>
      </w:pPr>
      <w:r>
        <w:t>Debating Non-Muslim Scholars for Dawah</w:t>
      </w:r>
    </w:p>
    <w:p>
      <w:r>
        <w:rPr>
          <w:color w:val="666666"/>
          <w:sz w:val="18"/>
        </w:rPr>
        <w:t>Seerah &amp; Prophet · The Secret of Divine Wisdom September 2, 2012 · 7m 15s · at 1:04:05 · https://youtu.be/ZXQlrW7PqAE?t=3845</w:t>
      </w:r>
    </w:p>
    <w:p>
      <w:r>
        <w:rPr>
          <w:i/>
        </w:rPr>
        <w:t>“Some Islamic preachers nowadays engage in public debates with non-Islamic scholars, pointing out shortcomings in their scriptures, and people clap and laugh. Do you think this is the right way of spreading Islam? Did Prophet Muhammad ever engage in debates, and how did he hold debates with non-Islamic religious scholars?”</w:t>
      </w:r>
    </w:p>
    <w:p>
      <w:r>
        <w:rPr>
          <w:sz w:val="20"/>
        </w:rPr>
        <w:t>1:04:05  molana agla sawal hyderabad se aya hai zeeshan yusuf sahab ka</w:t>
      </w:r>
      <w:r>
        <w:br/>
      </w:r>
      <w:r>
        <w:rPr>
          <w:sz w:val="20"/>
        </w:rPr>
        <w:t>1:04:10  unhone likha hai some islamic preachers have engaged themself now a days in public debate with non islamic scholars they invite other scholars in muslim congregation and point out shortcomings in their scriptures most of the time people seem to be clapping and laughing during the session do you think it is right way of spreading islam</w:t>
      </w:r>
      <w:r>
        <w:br/>
      </w:r>
      <w:r>
        <w:rPr>
          <w:sz w:val="20"/>
        </w:rPr>
        <w:t>1:04:39  dead prophet muhammad ever engaged himself in debate how did he hold debate with other non islamic religious scholar dekhiye dawat nahi hai to shaitani kaam hai yeh koi shaq nahi</w:t>
      </w:r>
      <w:r>
        <w:br/>
      </w:r>
      <w:r>
        <w:rPr>
          <w:sz w:val="20"/>
        </w:rPr>
        <w:t>1:04:55  yeh dawat nahi dawat to khair khwahi ka naam hai main apna qissa batata hoon aap ko</w:t>
      </w:r>
      <w:r>
        <w:br/>
      </w:r>
      <w:r>
        <w:rPr>
          <w:sz w:val="20"/>
        </w:rPr>
        <w:t>1:05:02  ek sahab jo isi qism ke ek yani ek yani jo apne ko duai kehte hain mere nazdeek woh debater hain woh to un ke haan bohat dinon tak rahe woh phir mere paas aaye the woh to maine un se poocha ke aap wahan bohat din</w:t>
      </w:r>
      <w:r>
        <w:br/>
      </w:r>
      <w:r>
        <w:rPr>
          <w:sz w:val="20"/>
        </w:rPr>
        <w:t>1:05:22  on tak rahe hain mujhe yeh bataiye ke jab woh taqreer karte hain jab woh jalsay mein bolte hain to wahan par taliyan bajti hain ke nahi kaha khoob taliyan bajti hain hum bhi taliyan bajate hain acha phir maine poocha ke rasool Allah ke zamane mein sahaba the rasool Allah bhi bolte the to kaha sahaba taliyan bajate the</w:t>
      </w:r>
      <w:r>
        <w:br/>
      </w:r>
      <w:r>
        <w:rPr>
          <w:sz w:val="20"/>
        </w:rPr>
        <w:t>1:05:48  to kaha ke nahi to maine kaha ke dekhein hadees mein aata hai ke man adras peghambrana malminh yani rasool Allah ke namune ke ilawa jo tareeqe hain woh agar islam mein dakhil kiye jayein to woh rejecter hain woh un ko radd kar diya jaye ga</w:t>
      </w:r>
      <w:r>
        <w:br/>
      </w:r>
      <w:r>
        <w:rPr>
          <w:sz w:val="20"/>
        </w:rPr>
        <w:t>1:06:08  to yeh jo jo yeh nikal rakha hai logon ne ke jalsay karo taqreerein karo logon ke pride logon ke yani sense of pride ko feed karo aur taliyan bajao wahan par khoob yeh to yeh to shaitani kaam hai islam se kya taluq is ka hai to is ke baad unhone chhod diya wahan jana baharhal yeh jo tareeqa hai is ko debate kaha jata hai is ka islam se koi taluq nahi hai</w:t>
      </w:r>
      <w:r>
        <w:br/>
      </w:r>
      <w:r>
        <w:rPr>
          <w:sz w:val="20"/>
        </w:rPr>
        <w:t>1:06:36  yeh yeh qoumi pride apne qoumi pride ko establish karna hai yeh yeh jo cheezein hain jo yeh apne qoumi pride ko establish karne ke liye hoti hain</w:t>
      </w:r>
      <w:r>
        <w:br/>
      </w:r>
      <w:r>
        <w:rPr>
          <w:sz w:val="20"/>
        </w:rPr>
        <w:t>1:06:49  dawat to dekhiye quran mein aya hai ini lakum naseh peghambr ne kaha apne jo audience tha us se ke main tumhara khair khwah hoon aur yeh jo yeh jo log hain yeh islam ke fakhar ko establish karte hain musalmanon ke pride ko feed karte hain bilashuba yeh batil hai is ka islam se koi taluq nahi hai</w:t>
      </w:r>
      <w:r>
        <w:br/>
      </w:r>
      <w:r>
        <w:rPr>
          <w:sz w:val="20"/>
        </w:rPr>
        <w:t>1:07:17  islam se taluq is dawati kaam ka hai jis mein aadmi aadmi jo hai doosre ki khair khwahi se kaam kare aur sanjeedgi jis ke andar ho yani sahaba ke haan jo taliyan nahi bajti thi aur yahan taliyan bajti hain to yeh saada baat nahi hai rasool Allah ki taqreer se logon ke andar kya hota tha repentance aata tha soch jaagti thi</w:t>
      </w:r>
      <w:r>
        <w:br/>
      </w:r>
      <w:r>
        <w:rPr>
          <w:sz w:val="20"/>
        </w:rPr>
        <w:t>1:07:45  apne andar transaction karne lagte the woh log yeh jo aaj kal hota hai yeh to fakhar ka mahol wahan paida hota hai yani un ka fakhar ko ghiza milti hai yeh yeh islam nahi hai agar is tarah ki taqreeron se logon ke andar soch jaage repentance jaage yani transaction jaage to taliyan kabhi bajengi nahi taliyon ki laihaz uthe hi nahi</w:t>
      </w:r>
      <w:r>
        <w:br/>
      </w:r>
      <w:r>
        <w:rPr>
          <w:sz w:val="20"/>
        </w:rPr>
        <w:t>1:08:14  baharhal main is ko bilkul hi islam se is ka koi taluq nahi molana tamil nadu se molana iqbal umri sahab ne aapse poocha hai ke sulah ki hikmat ko buzdi ka aur sazish ka naam dena kitni bari nadani hai is ki mazeed wazahat karein nadani ka yeh to kufr hai mere nazdeek</w:t>
      </w:r>
      <w:r>
        <w:br/>
      </w:r>
      <w:r>
        <w:rPr>
          <w:sz w:val="20"/>
        </w:rPr>
        <w:t>1:08:43  kyun ke agar aap sulah ko buzdi kahenge to rasool Allah ke bare mein kya kahenge phir</w:t>
      </w:r>
      <w:r>
        <w:br/>
      </w:r>
      <w:r>
        <w:rPr>
          <w:sz w:val="20"/>
        </w:rPr>
        <w:t>1:08:51  agar aap sulah ko buzdi ka rasool Allah ki sulah to tareekh mein kisi ne bhi ya is tarah unilateral tor par doosre ki condition ko man kar shuru nahi ki thi na is se pehle koi waqea hai na rasool Allah ke baad ka waqea hai to sulah ki aakhri misaal hai woh</w:t>
      </w:r>
      <w:r>
        <w:br/>
      </w:r>
      <w:r>
        <w:rPr>
          <w:sz w:val="20"/>
        </w:rPr>
        <w:t>1:09:11  to agar aap kahein ke is tarah qism ki sulah jo buzdi hai to rasool Allah ke bare mein kya kahenge aap</w:t>
      </w:r>
      <w:r>
        <w:br/>
      </w:r>
      <w:r>
        <w:rPr>
          <w:sz w:val="20"/>
        </w:rPr>
        <w:t>1:09:20  abhi hamare bhai sajid anwar sahab ne qissa bataya ke ek majlis mein woh the to wahan par baat aayi ke quran ka logon ko hindu logon ko humein quran pahunchana hai to wahan ek musalman the unhone kaha ke bhai woh to phar ke phenk dein to kya karenge aap</w:t>
      </w:r>
      <w:r>
        <w:br/>
      </w:r>
      <w:r>
        <w:rPr>
          <w:sz w:val="20"/>
        </w:rPr>
        <w:t>1:09:40  yani aap unhein ja kar quran padh jayeinge aur phar kar un ko leader bed mein daal denge quran koi khane mein phar phar denge to ek sahab the wahan par maujood un ka bataya unhone ke doctor andaleeb bhi unhone kaha ke dekhiye rasool Allah ne apne zamane mein ek dawati maktoob bheja tha shaeeran ka naam</w:t>
      </w:r>
      <w:r>
        <w:br/>
      </w:r>
      <w:r>
        <w:rPr>
          <w:sz w:val="20"/>
        </w:rPr>
        <w:t>1:10:09  jis ko kisra kaha jata tha to shaeeran ke naam jab woh jo maktoob tha us mein quran ki ayatein likhi hui thi jab ek sahabi le kar gaye the jab unhone shah ko diya jo takht par baitha hua tha to us ko ghussa aaya us ne phar ke phenk diya usi waqt phar kar phenk diya</w:t>
      </w:r>
      <w:r>
        <w:br/>
      </w:r>
      <w:r>
        <w:rPr>
          <w:sz w:val="20"/>
        </w:rPr>
        <w:t>1:10:35  to unhone kaha ke haan unhone yeh kaha tha ke phar kar phenk de ga to is ka gunah gunah kis ke upar jaye ga to unhone kaha ke rasool Allah ka khat phar ke phenk diya gaya to is ka gunah kis ke upar jaye ga yeh koi logic nahi hai yeh sab jhooti baatein hain yeh shaitan baqayda hai ke musalman dawati kaam na karein to sulah Hazrat badr ne sulah hikmat hai wisdom hai</w:t>
      </w:r>
      <w:r>
        <w:br/>
      </w:r>
      <w:r>
        <w:rPr>
          <w:sz w:val="20"/>
        </w:rPr>
        <w:t>1:11:04  woh sulah ke baghair koi kaam hi nahi ho sakta quran mein ek alsulhu khair sulah sab se behtar tareeqa hai jo log sulah ko buzdi kahein un ki zuban se shaitan bolta hai</w:t>
      </w:r>
    </w:p>
    <w:p>
      <w:pPr>
        <w:pStyle w:val="Heading2"/>
      </w:pPr>
      <w:r>
        <w:t>Examples of dissent in early Islam</w:t>
      </w:r>
    </w:p>
    <w:p>
      <w:r>
        <w:rPr>
          <w:color w:val="666666"/>
          <w:sz w:val="18"/>
        </w:rPr>
        <w:t>Seerah &amp; Prophet · Patience and Crisis 22 Dec 2019 - Maulana Wahiduddin Khan · 7m 46s · at 51:47 · https://youtu.be/ddnUKbhEoCI?t=3107</w:t>
      </w:r>
    </w:p>
    <w:p>
      <w:r>
        <w:rPr>
          <w:i/>
        </w:rPr>
        <w:t>“I want to know if there is any example of dissent in early history of Islam.”</w:t>
      </w:r>
    </w:p>
    <w:p>
      <w:r>
        <w:rPr>
          <w:sz w:val="20"/>
        </w:rPr>
        <w:t>51:47  maulana agla sawal ah doctor safeena tabassum ne saharanpur se bheja hai. unhon ne aap se poocha hai: "Maulana sahib I want to know if there is any example of dissent in early history of Islam." mani to milega lekin main samajhta hoon ke yeh jo term hai, term yeh term to west ki den hai.</w:t>
      </w:r>
      <w:r>
        <w:br/>
      </w:r>
      <w:r>
        <w:rPr>
          <w:sz w:val="20"/>
        </w:rPr>
        <w:t>52:13  yeh term dis-sent.</w:t>
      </w:r>
      <w:r>
        <w:br/>
      </w:r>
      <w:r>
        <w:rPr>
          <w:sz w:val="20"/>
        </w:rPr>
        <w:t>52:24  asl dekhiye yeh hai ke thande mulkon mein western country thande mulkon mein develop hua to garam mulk duniya mein hain, thande mulk duniya mein hain.</w:t>
      </w:r>
      <w:r>
        <w:br/>
      </w:r>
      <w:r>
        <w:rPr>
          <w:sz w:val="20"/>
        </w:rPr>
        <w:t>52:36  to aap agar study karein garam mizaj, thande mizaj ka to garam mizaj reaction ki taraf le aata hai aur thanda mizaj sochne ki taraf le aata hai.</w:t>
      </w:r>
      <w:r>
        <w:br/>
      </w:r>
      <w:r>
        <w:rPr>
          <w:sz w:val="20"/>
        </w:rPr>
        <w:t>52:51  kaise manage karein aap? to in in ko allah ta'ala ne thande mizaj ke log paida kiye, garam mizaj ke log paida kiye.</w:t>
      </w:r>
      <w:r>
        <w:br/>
      </w:r>
      <w:r>
        <w:rPr>
          <w:sz w:val="20"/>
        </w:rPr>
        <w:t>53:03  to dono ka alag alag function hai. to western log jo the woh thande yani main ek baat arz karoon ke main samajhta hoon ke jab hazrat adam kashti jo thi, kashti is mein kuch insaan bhar kar ke le jaye gaye to bohat si jaghein theen jahan un ko chhodha jata lekin un ko le ke chhodha gaya kahan?</w:t>
      </w:r>
      <w:r>
        <w:br/>
      </w:r>
      <w:r>
        <w:rPr>
          <w:sz w:val="20"/>
        </w:rPr>
        <w:t>53:30  turkey ki sarhad par. aur turkey ek sard mulk hai. main pehli baar jab gaya tha turkey to jab nikla is se gaadi se bahar to ajeeb tarah ki thandak hui thi jaise india mein kabhi nahi hui thi.</w:t>
      </w:r>
      <w:r>
        <w:br/>
      </w:r>
      <w:r>
        <w:rPr>
          <w:sz w:val="20"/>
        </w:rPr>
        <w:t>53:49  to allah ta'ala ko aise insaan jo matloob hain, jo kuch garam garam mizaj wale kaam bhi hain, woh is ko wahan drip kiya jata hai.</w:t>
      </w:r>
      <w:r>
        <w:br/>
      </w:r>
      <w:r>
        <w:rPr>
          <w:sz w:val="20"/>
        </w:rPr>
        <w:t>54:05  aur kuch kaam aise hain jo sirf thande mulkon mein develop hote hain. to main samajhta hoon ke hazrat adam ka jo qafila jo tha turkey ke thande mulk mein ja ke utara gaya,</w:t>
      </w:r>
      <w:r>
        <w:br/>
      </w:r>
      <w:r>
        <w:rPr>
          <w:sz w:val="20"/>
        </w:rPr>
        <w:t>54:21  hua phaila hua. to is liye ke yeh thande mizaj ke logon ke andar jo cheez develop hoti hai, us ko matloob tha allah ta'ala ko.</w:t>
      </w:r>
      <w:r>
        <w:br/>
      </w:r>
      <w:r>
        <w:rPr>
          <w:sz w:val="20"/>
        </w:rPr>
        <w:t>54:36  to dissent ka jo term hai, main samajhta hoon ke yeh bana hai inhi ilaqon mein. jahan tak main janta hoon, dissent ki koi misaal yani</w:t>
      </w:r>
      <w:r>
        <w:br/>
      </w:r>
      <w:r>
        <w:rPr>
          <w:sz w:val="20"/>
        </w:rPr>
        <w:t>54:53  doosri countries mein mujhe nahi milti. jo maine jo kitabein padhi hain, un kitabon mein mujhe west ke logon mein yeh cheez paai hi nahi, bahar ke logon mein nahi paai.</w:t>
      </w:r>
      <w:r>
        <w:br/>
      </w:r>
      <w:r>
        <w:rPr>
          <w:sz w:val="20"/>
        </w:rPr>
        <w:t>55:08  misal ke taur par India mein ya Asian countries mein to is ka tasawwur hi nahi hai. dissent, D.I.S.S.I.E.N.T. reaction yahan par reaction foran karte hain.</w:t>
      </w:r>
      <w:r>
        <w:br/>
      </w:r>
      <w:r>
        <w:rPr>
          <w:sz w:val="20"/>
        </w:rPr>
        <w:t>55:23  yeh meri maloomat ke mutabiq hai. ho sakta hai ke kisi ko maloomat mein yeh cheez shamil ho to woh batayega, inshallah.</w:t>
      </w:r>
      <w:r>
        <w:br/>
      </w:r>
      <w:r>
        <w:rPr>
          <w:sz w:val="20"/>
        </w:rPr>
        <w:t>55:36  miss sahar saleem ne bangalore se likha hai: "patience is the complete process that makes us eligible for jannat.</w:t>
      </w:r>
      <w:r>
        <w:br/>
      </w:r>
      <w:r>
        <w:rPr>
          <w:sz w:val="20"/>
        </w:rPr>
        <w:t>55:46  we need to realize with great hardship comes greater responsibilities." sajid anwar sahib ne mumbai se likha hai: "maulana you have explained many aspects of sabr in the past, but today aspect of sabr being the advance training for paradise was truly unique.</w:t>
      </w:r>
      <w:r>
        <w:br/>
      </w:r>
      <w:r>
        <w:rPr>
          <w:sz w:val="20"/>
        </w:rPr>
        <w:t>56:07  i will personalize this aspect of sabr inshallah." inshallah. maulana israr khateeb sahib ne chennai se likha hai: "maulana aaj kal india mein har ek manfi baatein kar raha hai,</w:t>
      </w:r>
      <w:r>
        <w:br/>
      </w:r>
      <w:r>
        <w:rPr>
          <w:sz w:val="20"/>
        </w:rPr>
        <w:t>56:23  hata ke bohat se log jo positive baatein kiya karte the, woh bhi aaj kal manfi baatein kar rahe hain. aur woh tamam ke tamam sadkon pe protest karte hue nazar aa rahe hain.</w:t>
      </w:r>
      <w:r>
        <w:br/>
      </w:r>
      <w:r>
        <w:rPr>
          <w:sz w:val="20"/>
        </w:rPr>
        <w:t>56:36  is mein sirf aap ka aur cps team ka istasna hai jo sabr aur positive thinking ki baatein karte hue allah ke kalma ko pahunchane mein laga hua hai.</w:t>
      </w:r>
      <w:r>
        <w:br/>
      </w:r>
      <w:r>
        <w:rPr>
          <w:sz w:val="20"/>
        </w:rPr>
        <w:t>56:49  agar aap ki guidance nahi hoti to hum bhi manfiyat mein manfiyat mein pa kar halak ho jate.</w:t>
      </w:r>
      <w:r>
        <w:br/>
      </w:r>
      <w:r>
        <w:rPr>
          <w:sz w:val="20"/>
        </w:rPr>
        <w:t>56:58  allah aap ko jaza-e-khair de." dekhiye, mera to yaqeen kijiye ke mere saathi jante hain, mera shukr ka item badh gaya hai, badh gaya hai.</w:t>
      </w:r>
      <w:r>
        <w:br/>
      </w:r>
      <w:r>
        <w:rPr>
          <w:sz w:val="20"/>
        </w:rPr>
        <w:t>57:12  jis ko aap kehte hain ziddi halaat, us ne mere shukr ko bohat badha diya hai, bohat badha diya hai. lekin yeh halaat ko main kya manta hoon?</w:t>
      </w:r>
      <w:r>
        <w:br/>
      </w:r>
      <w:r>
        <w:rPr>
          <w:sz w:val="20"/>
        </w:rPr>
        <w:t>57:24  un ko manta hoon main. woh</w:t>
      </w:r>
      <w:r>
        <w:br/>
      </w:r>
      <w:r>
        <w:rPr>
          <w:sz w:val="20"/>
        </w:rPr>
        <w:t>57:30  apple shock, apple shock to aisi badi cheez hai ke duniya mein jo apple shock pesh aaya tha pehli baar newton ke sath, us ke sar par saib gira tha, jis ko main apple shock ka naam diya hai.</w:t>
      </w:r>
      <w:r>
        <w:br/>
      </w:r>
      <w:r>
        <w:rPr>
          <w:sz w:val="20"/>
        </w:rPr>
        <w:t>57:47  mein ne to apple shock se insaan ko aik itni bari nemat ka ilm hua, jis jo bohat hi bari nemat hai lekin insaan be khabar tha is se.</w:t>
      </w:r>
      <w:r>
        <w:br/>
      </w:r>
      <w:r>
        <w:rPr>
          <w:sz w:val="20"/>
        </w:rPr>
        <w:t>58:00  woh thi zameen mein quwwat-e-kashish hona, gravitational pull.</w:t>
      </w:r>
      <w:r>
        <w:br/>
      </w:r>
      <w:r>
        <w:rPr>
          <w:sz w:val="20"/>
        </w:rPr>
        <w:t>58:09  kyunke agar zameen mein quwwat-e-kashish na hoti to har cheez unstable ho jati. stability zameen par hoti hi nahin.</w:t>
      </w:r>
      <w:r>
        <w:br/>
      </w:r>
      <w:r>
        <w:rPr>
          <w:sz w:val="20"/>
        </w:rPr>
        <w:t>58:19  yeh ghar hamara jo building hai jo hai, jis mein aap baithe hain, yeh hilta, darakht ukhar jata hai apni jaron se.</w:t>
      </w:r>
      <w:r>
        <w:br/>
      </w:r>
      <w:r>
        <w:rPr>
          <w:sz w:val="20"/>
        </w:rPr>
        <w:t>58:29  har cheez idhar udhar idhar udhar idhar. to stability itni bari nemat hai, woh Allah taala ne apple shock ke zariye se insaan ko bataya.</w:t>
      </w:r>
      <w:r>
        <w:br/>
      </w:r>
      <w:r>
        <w:rPr>
          <w:sz w:val="20"/>
        </w:rPr>
        <w:t>58:51  maulana agla comment parhna chahenge. yeh comment bheja hai professor farida khanam ne dilli se. unhon ne likha hai: "i think that muslims will have to strive to build good relations with their fellow men and perform dawah wa</w:t>
      </w:r>
      <w:r>
        <w:br/>
      </w:r>
      <w:r>
        <w:rPr>
          <w:sz w:val="20"/>
        </w:rPr>
        <w:t>59:08  rka. only then they will receive divine help. adopting aggressive attitude will only aggravate the situation.</w:t>
      </w:r>
      <w:r>
        <w:br/>
      </w:r>
      <w:r>
        <w:rPr>
          <w:sz w:val="20"/>
        </w:rPr>
        <w:t>59:17  am i right in thinking</w:t>
      </w:r>
      <w:r>
        <w:br/>
      </w:r>
      <w:r>
        <w:rPr>
          <w:sz w:val="20"/>
        </w:rPr>
        <w:t>59:19  so?" un ka bohat sahi hai, bohat sahi hai, bohat sahi hai, bohat sahi hai. jazakumullah.</w:t>
      </w:r>
    </w:p>
    <w:p>
      <w:pPr>
        <w:pStyle w:val="Heading2"/>
      </w:pPr>
      <w:r>
        <w:t>Explain Prophet's life and Abu Talib's speech</w:t>
      </w:r>
    </w:p>
    <w:p>
      <w:r>
        <w:rPr>
          <w:color w:val="666666"/>
          <w:sz w:val="18"/>
        </w:rPr>
        <w:t>Seerah &amp; Prophet · The Story of Hazrat Khadija Part I December 4, 2022 · 14m 14s · at 41:45 · https://youtu.be/cNzPbtW9AV0?t=2505</w:t>
      </w:r>
    </w:p>
    <w:p>
      <w:r>
        <w:rPr>
          <w:i/>
        </w:rPr>
        <w:t>“Tell us about the life of the Prophet (or the person being discussed), and also about Abu Talib's speech which shows Allah's great planning for the marriage of the Prophet with Khadija.”</w:t>
      </w:r>
    </w:p>
    <w:p>
      <w:r>
        <w:rPr>
          <w:sz w:val="20"/>
        </w:rPr>
        <w:t>41:45  hood. bilkul. to doctor sahab, agla sawal yahi hai ke un ki life ke bare mein, matlab kis tarah zindagi bitai. ji. is ke bare mein hum sab ko batain.</w:t>
      </w:r>
      <w:r>
        <w:br/>
      </w:r>
      <w:r>
        <w:rPr>
          <w:sz w:val="20"/>
        </w:rPr>
        <w:t>41:57  waise ek aur baat zehan mein aa rahi hai ke jo Abu Talib ki taqreer thi. ji. us mein yeh bhi ek cheez jhalakti hai ke Allah ki bohat bari planning thi.</w:t>
      </w:r>
      <w:r>
        <w:br/>
      </w:r>
      <w:r>
        <w:rPr>
          <w:sz w:val="20"/>
        </w:rPr>
        <w:t>42:11  ji. ke yeh shadi Rasool Allah ki Hazrat Khadija se ho</w:t>
      </w:r>
      <w:r>
        <w:br/>
      </w:r>
      <w:r>
        <w:rPr>
          <w:sz w:val="20"/>
        </w:rPr>
        <w:t>42:15  . ji ji ji. aur ek jo azeem mission Prophet ke upar Allah taala ko aaid karna tha.</w:t>
      </w:r>
      <w:r>
        <w:br/>
      </w:r>
      <w:r>
        <w:rPr>
          <w:sz w:val="20"/>
        </w:rPr>
        <w:t>42:23  ji. us ke liye yani ek bohat hi acha partner, jis ko Maulana kehte the spiritual partner. ji ji ji. to wo is sense mein she was the ideal spiritual partner for the Prophet.</w:t>
      </w:r>
      <w:r>
        <w:br/>
      </w:r>
      <w:r>
        <w:rPr>
          <w:sz w:val="20"/>
        </w:rPr>
        <w:t>42:36  ji. aur jaise aap ne kaha ke dunyaavi jo zarooriyat thin.</w:t>
      </w:r>
      <w:r>
        <w:br/>
      </w:r>
      <w:r>
        <w:rPr>
          <w:sz w:val="20"/>
        </w:rPr>
        <w:t>42:40  ji. us se bhi free kar diya. hmm. taake wo apna kaam, apne apne kaam pe focus kar saken. ji. is zamane mein bohat mushkil hota tha, aise aaj ki tarah se business waghera nahi hota tha.</w:t>
      </w:r>
      <w:r>
        <w:br/>
      </w:r>
      <w:r>
        <w:rPr>
          <w:sz w:val="20"/>
        </w:rPr>
        <w:t>42:53  hmm. yani is zamane mein earning was not a simple thing. ji. it was very difficult thing. to jo Rasool Allah Sal Allahu Alaihi Wasallam ko mission Allah taala ne diya tha.</w:t>
      </w:r>
      <w:r>
        <w:br/>
      </w:r>
      <w:r>
        <w:rPr>
          <w:sz w:val="20"/>
        </w:rPr>
        <w:t>43:04  j</w:t>
      </w:r>
      <w:r>
        <w:br/>
      </w:r>
      <w:r>
        <w:rPr>
          <w:sz w:val="20"/>
        </w:rPr>
        <w:t>43:05  y. us ke liye yeh yeh ek Khuda ki planning thi ke ek taraf to bohat hi acha spiritual partner diya. ji. jo poori tarah se tan man dhan se un ke sath lag gayin.</w:t>
      </w:r>
      <w:r>
        <w:br/>
      </w:r>
      <w:r>
        <w:rPr>
          <w:sz w:val="20"/>
        </w:rPr>
        <w:t>43:16  ji. aur isi ke sath sath jo un ki daulat thi, wo Rasool Allah ke mission mein kaam aayi. hmm. aur jaise aap ne kaha ke ke kya early life ke ke bare mein.</w:t>
      </w:r>
      <w:r>
        <w:br/>
      </w:r>
      <w:r>
        <w:rPr>
          <w:sz w:val="20"/>
        </w:rPr>
        <w:t>43:27  to nikah ke baad Hazrat Khadija kuch din Prophet ke sath Abu Talib ke ghar mein rahin.</w:t>
      </w:r>
      <w:r>
        <w:br/>
      </w:r>
      <w:r>
        <w:rPr>
          <w:sz w:val="20"/>
        </w:rPr>
        <w:t>43:36  phir kitabon mein aata hai ke ek Hazrat Khadija Razi Allah Anha ke ek nephew the jin ka naam tha Hakim bin Hazam.</w:t>
      </w:r>
      <w:r>
        <w:br/>
      </w:r>
      <w:r>
        <w:rPr>
          <w:sz w:val="20"/>
        </w:rPr>
        <w:t>43:46  to Hakim bin Hazam se unhon ne ek ghar khareeda Hazrat Khadija ne.</w:t>
      </w:r>
      <w:r>
        <w:br/>
      </w:r>
      <w:r>
        <w:rPr>
          <w:sz w:val="20"/>
        </w:rPr>
        <w:t>43:50  ji. aur us mein shift ho gaye yeh log, us mein move ho gaye. aur Hazrat Khadija ke sath kai aur bhi log rehte the. jaise Zaid Ibn Harisa.</w:t>
      </w:r>
      <w:r>
        <w:br/>
      </w:r>
      <w:r>
        <w:rPr>
          <w:sz w:val="20"/>
        </w:rPr>
        <w:t>44:01  ji. Zaid Ibn Harisa ek slave the, ghulam the jo jin ko Hazrat Khadija ne khareeda tha.</w:t>
      </w:r>
      <w:r>
        <w:br/>
      </w:r>
      <w:r>
        <w:rPr>
          <w:sz w:val="20"/>
        </w:rPr>
        <w:t>44:10  to jab shadi hui to Hazrat Khadija ne Zaid ko Prophet ko gift kar</w:t>
      </w:r>
      <w:r>
        <w:br/>
      </w:r>
      <w:r>
        <w:rPr>
          <w:sz w:val="20"/>
        </w:rPr>
        <w:t>44:18  diya. ji. kaha ke yeh aap ke sath rahenge aur aap ke helper ke tor pe. to foran Prophet Kaba mein aaye aur sab ke samne elan kiya ke aaj se Zaid free hain.</w:t>
      </w:r>
      <w:r>
        <w:br/>
      </w:r>
      <w:r>
        <w:rPr>
          <w:sz w:val="20"/>
        </w:rPr>
        <w:t>44:29  ji. to kuch arsay ke baad zaid ke father aur un ke uncle kahin bahar se aaye, kahin kahin bahar ke thay woh makkah se bahar.</w:t>
      </w:r>
      <w:r>
        <w:br/>
      </w:r>
      <w:r>
        <w:rPr>
          <w:sz w:val="20"/>
        </w:rPr>
        <w:t>44:40  aur kaha prophet se ke aap ne zaid ko free kar diya to ab hum le jana chahte hain.</w:t>
      </w:r>
      <w:r>
        <w:br/>
      </w:r>
      <w:r>
        <w:rPr>
          <w:sz w:val="20"/>
        </w:rPr>
        <w:t>44:48  to zaid ne kaha ke main nahi jaunga. ji. main prophet ke sath hi rahunga. to apne father ke sath gaye nahi, woh uncle ke sath nahi gaye. aur poori zindagi prophet ke sath rahe aur he was the first person to write the quran.</w:t>
      </w:r>
      <w:r>
        <w:br/>
      </w:r>
      <w:r>
        <w:rPr>
          <w:sz w:val="20"/>
        </w:rPr>
        <w:t>45:03  ji. jab pehli wahi aayi to zaid r.a. ne likhi yeh. to yani woh katib e wahi bhi thay.</w:t>
      </w:r>
      <w:r>
        <w:br/>
      </w:r>
      <w:r>
        <w:rPr>
          <w:sz w:val="20"/>
        </w:rPr>
        <w:t>45:14  ji. to is is tareeqay se zaid ibn harisa r.a. wahan rehte thay un ke sath. aur ek sahabi thay zubair ibn awwam, yeh bhi bohat earliest followers mein thay, yeh bhi raha karte thay.</w:t>
      </w:r>
      <w:r>
        <w:br/>
      </w:r>
      <w:r>
        <w:rPr>
          <w:sz w:val="20"/>
        </w:rPr>
        <w:t>45:29  aise hi hazrat ali r.a., woh bhi rehte thay chunaanche woh abu talib ke bete thay aur taqreeban das barah saal ki age thi us waqt in ki.</w:t>
      </w:r>
      <w:r>
        <w:br/>
      </w:r>
      <w:r>
        <w:rPr>
          <w:sz w:val="20"/>
        </w:rPr>
        <w:t>45:43  ji</w:t>
      </w:r>
      <w:r>
        <w:br/>
      </w:r>
      <w:r>
        <w:rPr>
          <w:sz w:val="20"/>
        </w:rPr>
        <w:t>45:44  . aur hazrat khadija ke chhay bachay hue, do two boys and four girls. ji. jo jo bete thay un ki to bohat kam age mein un ki death ho gayi.</w:t>
      </w:r>
      <w:r>
        <w:br/>
      </w:r>
      <w:r>
        <w:rPr>
          <w:sz w:val="20"/>
        </w:rPr>
        <w:t>45:55  un ka naam qasim aur abdullah tha. aur jo betiyan thi zainab, ruqayya, umm kulsoom aur fatima, yeh bari huin. ji. aur inshallah kisi mauqa pe un ke baray mein bhi.</w:t>
      </w:r>
      <w:r>
        <w:br/>
      </w:r>
      <w:r>
        <w:rPr>
          <w:sz w:val="20"/>
        </w:rPr>
        <w:t>46:08  inshallah. kuch na kuch dekha jayega. ji.</w:t>
      </w:r>
      <w:r>
        <w:br/>
      </w:r>
      <w:r>
        <w:rPr>
          <w:sz w:val="20"/>
        </w:rPr>
        <w:t>46:12  doctor sahib, kuch comments parhna chahunga. yeh bheja hai rohit kumar ji ne amritsar se, unho ne likha hai: "cps team ka dil bhi molana ji ka, molana ji ke dil ke jaisa hai." jazak allah doctor sahib.</w:t>
      </w:r>
      <w:r>
        <w:br/>
      </w:r>
      <w:r>
        <w:rPr>
          <w:sz w:val="20"/>
        </w:rPr>
        <w:t>46:27  muhammad asif sahib ne kanpur se likha hai: "pehli baar itni gehri baatein maloom ho payin hazrat khadija ke baray mein." jazak allah.</w:t>
      </w:r>
      <w:r>
        <w:br/>
      </w:r>
      <w:r>
        <w:rPr>
          <w:sz w:val="20"/>
        </w:rPr>
        <w:t>46:36  aur</w:t>
      </w:r>
      <w:r>
        <w:br/>
      </w:r>
      <w:r>
        <w:rPr>
          <w:sz w:val="20"/>
        </w:rPr>
        <w:t>46:37  mehak fiaz khan ne, muhammad irfan rasheedi sahib ne, syed haseeb shah naqvi ne, sab ne bohat pasand karaya hai, kaha hai ke very informative session, indeed thoughtful.</w:t>
      </w:r>
      <w:r>
        <w:br/>
      </w:r>
      <w:r>
        <w:rPr>
          <w:sz w:val="20"/>
        </w:rPr>
        <w:t>46:52  jazak allah. doctor sahib, to dono ka jo companionship ka time raha, woh taqreeban pachis saal ka</w:t>
      </w:r>
      <w:r>
        <w:br/>
      </w:r>
      <w:r>
        <w:rPr>
          <w:sz w:val="20"/>
        </w:rPr>
        <w:t>47:03  raha. and hum yeh bhi kaha jata hai ke hazrat khadija was not just a wife but she was an intimate friend, a wise counselor and mother of prophet's household.</w:t>
      </w:r>
      <w:r>
        <w:br/>
      </w:r>
      <w:r>
        <w:rPr>
          <w:sz w:val="20"/>
        </w:rPr>
        <w:t>47:15  to un ke beech mein zahir si baat hai bohat spiritual discussions rahe honge. to is ke baray mein hum sab ko thoda sa batayen. molana iqbal umri sahib ne ek mujhe kitab bheji.</w:t>
      </w:r>
      <w:r>
        <w:br/>
      </w:r>
      <w:r>
        <w:rPr>
          <w:sz w:val="20"/>
        </w:rPr>
        <w:t>47:28  ji. jis ka title hai seerat khadijatul kubra.</w:t>
      </w:r>
      <w:r>
        <w:br/>
      </w:r>
      <w:r>
        <w:rPr>
          <w:sz w:val="20"/>
        </w:rPr>
        <w:t>47:32  ji. aur is ke author ka naam hai hakeem muhammad idrees farooqi. ji. to woh mujhe bohat kitab pasand aayi, us mein kai cheezein main ne jo aaj batayi hain us mein se li hain.</w:t>
      </w:r>
      <w:r>
        <w:br/>
      </w:r>
      <w:r>
        <w:rPr>
          <w:sz w:val="20"/>
        </w:rPr>
        <w:t>47:41  ji ji. lekin us mein ek article bohat acha tha. ji. us ka us ki heading thi arifana mazakarat. ji. yani intellectual spiritual discussions</w:t>
      </w:r>
      <w:r>
        <w:br/>
      </w:r>
      <w:r>
        <w:rPr>
          <w:sz w:val="20"/>
        </w:rPr>
        <w:t>47:51  . ji. to is se pata chalta hai us mein yeh baatein thi ke rasool allah s.a.w. aur hazrat khadija bohat hi higher level ke intellectual intellectual aur spiritual discussion kiya karte thay.</w:t>
      </w:r>
      <w:r>
        <w:br/>
      </w:r>
      <w:r>
        <w:rPr>
          <w:sz w:val="20"/>
        </w:rPr>
        <w:t>48:05  ji. yani gehrai se baaton ko sochna aur us pe ghor karna, us ko discuss karna.</w:t>
      </w:r>
      <w:r>
        <w:br/>
      </w:r>
      <w:r>
        <w:rPr>
          <w:sz w:val="20"/>
        </w:rPr>
        <w:t>48:13  to yeh ek allah taala ki planning thi ke rasool allah s.a.w. ko aisa ek life partner dein ke woh un ke sath jo aala haqiqatein hain us ke upar discussion kar saken.</w:t>
      </w:r>
      <w:r>
        <w:br/>
      </w:r>
      <w:r>
        <w:rPr>
          <w:sz w:val="20"/>
        </w:rPr>
        <w:t>48:32  ke kis ne hamein paida kiya hai, kaun khaliq hai, kaun malik hai. ji. yeh zindagi kya hai, maut kya hai, maut ke baad kya pesh</w:t>
      </w:r>
      <w:r>
        <w:br/>
      </w:r>
      <w:r>
        <w:rPr>
          <w:sz w:val="20"/>
        </w:rPr>
        <w:t>48:41  aana hai. hmm. aur zindagi ka maqsad kya hai jis ko molana creation plan kaha karte thay. to in sab cheezon pe yeh discussions hote thay rasool allah s.a.w. ke aur hazrat khadija r.a. ke.</w:t>
      </w:r>
      <w:r>
        <w:br/>
      </w:r>
      <w:r>
        <w:rPr>
          <w:sz w:val="20"/>
        </w:rPr>
        <w:t>48:54  to yani aik yeh talash haq ka safar tha. ji</w:t>
      </w:r>
      <w:r>
        <w:br/>
      </w:r>
      <w:r>
        <w:rPr>
          <w:sz w:val="20"/>
        </w:rPr>
        <w:t>48:58  yi. chuna'nkeh yeh jo pandrah saal yeh bhi bohat hi crucial is tareeqay say Allah ki planning thi keh Hazrat Khadijah kay saath taqreeban pandrah saal before prophethood.</w:t>
      </w:r>
      <w:r>
        <w:br/>
      </w:r>
      <w:r>
        <w:rPr>
          <w:sz w:val="20"/>
        </w:rPr>
        <w:t>49:12  ji. to yeh bhi aik tayari ka marhala tha. aisa nahi hai keh kisi Allah taala ka tareeqa hai keh aik jo peghambar hota hai us ko bhi tayari ki zaroorat hoti hai.</w:t>
      </w:r>
      <w:r>
        <w:br/>
      </w:r>
      <w:r>
        <w:rPr>
          <w:sz w:val="20"/>
        </w:rPr>
        <w:t>49:21  hmm. aisa nahi hai keh aik din achaanak farishtah aata hai keh aap ko peghambar bana diya</w:t>
      </w:r>
      <w:r>
        <w:br/>
      </w:r>
      <w:r>
        <w:rPr>
          <w:sz w:val="20"/>
        </w:rPr>
        <w:t>49:25  . ji. balkeh aap dainkh agar Hazrat Musa علیہ السلام kay qissay mein bohat acha is ka is ka namoona humain milta hai keh woh Madeen gaye.</w:t>
      </w:r>
      <w:r>
        <w:br/>
      </w:r>
      <w:r>
        <w:rPr>
          <w:sz w:val="20"/>
        </w:rPr>
        <w:t>49:36  hmm. das saal wahan rahay. aur bohat mushkil halaat say guzray. aur wahan par aik buzurg bhi mil gaye un kay saath discussion karna, un kay saath bohat hi un ki jo learning thi woh bari hogi.</w:t>
      </w:r>
      <w:r>
        <w:br/>
      </w:r>
      <w:r>
        <w:rPr>
          <w:sz w:val="20"/>
        </w:rPr>
        <w:t>49:52  ji. phir jab woh wapas aa rahay thay to koh-e-toor pe mount Sinai pe Allah taala nay, Allah taala hum hum kalam hua, Allah taala nay baat ki.</w:t>
      </w:r>
      <w:r>
        <w:br/>
      </w:r>
      <w:r>
        <w:rPr>
          <w:sz w:val="20"/>
        </w:rPr>
        <w:t>50:01  aur Quran mein aata hai: "ثم جئت علی قدر یا موسیٰ". ji. keh now you have come upon the standard.</w:t>
      </w:r>
      <w:r>
        <w:br/>
      </w:r>
      <w:r>
        <w:rPr>
          <w:sz w:val="20"/>
        </w:rPr>
        <w:t>50:11  ji. yani aik aik aik maqam pe aa gaye tum keh ab tum say Allah taala baat kar</w:t>
      </w:r>
      <w:r>
        <w:br/>
      </w:r>
      <w:r>
        <w:rPr>
          <w:sz w:val="20"/>
        </w:rPr>
        <w:t>50:17  ay. ji. to yeh to aik peghambar kay liye hai lekin aam insaanon kay liye bhi yeh cheez hai keh jab tak keh woh apnay andar gehri marifat nahi jagaye ga aur study jis ko Maulana kehtay thay keh aap log study barhaiye apni.</w:t>
      </w:r>
      <w:r>
        <w:br/>
      </w:r>
      <w:r>
        <w:rPr>
          <w:sz w:val="20"/>
        </w:rPr>
        <w:t>50:31  hmm. aur gehrai say tadabbur aur tafakkur aur</w:t>
      </w:r>
      <w:r>
        <w:br/>
      </w:r>
      <w:r>
        <w:rPr>
          <w:sz w:val="20"/>
        </w:rPr>
        <w:t>50:34  . ji. in sab cheezon gehrai say apnay andar woh aala marifat ko nahi paida karay ga tab tak woh jo inspirations Khuda ki taraf say atay hain, faizanaat jis say insaan ka spiritual development hota hai tab tak nahi hoga.</w:t>
      </w:r>
      <w:r>
        <w:br/>
      </w:r>
      <w:r>
        <w:rPr>
          <w:sz w:val="20"/>
        </w:rPr>
        <w:t>50:48  abhi ho kya raha hai keh log rati hui dua'ain yaad kar kay parhtay hain. hmm. aur aik ritualistic andaaz ka aur aik aik form based religion hai.</w:t>
      </w:r>
      <w:r>
        <w:br/>
      </w:r>
      <w:r>
        <w:rPr>
          <w:sz w:val="20"/>
        </w:rPr>
        <w:t>50:59  ji.</w:t>
      </w:r>
      <w:r>
        <w:br/>
      </w:r>
      <w:r>
        <w:rPr>
          <w:sz w:val="20"/>
        </w:rPr>
        <w:t>51:00  keh jab tak woh gehri marifat nahi paida hogi aur marifat ka tareeqa yahi hai keh gehrai say sochna aur Khuda say dua karna aur study ko barhana.</w:t>
      </w:r>
      <w:r>
        <w:br/>
      </w:r>
      <w:r>
        <w:rPr>
          <w:sz w:val="20"/>
        </w:rPr>
        <w:t>51:12  to yeh jo waqfah tha shadi say lay kay prophethood tak yeh aik tayari ka waqfah tha jis mein Hazrat Khadijah ka bohat hi bara role hai.</w:t>
      </w:r>
      <w:r>
        <w:br/>
      </w:r>
      <w:r>
        <w:rPr>
          <w:sz w:val="20"/>
        </w:rPr>
        <w:t>51:22  ji. unhon nay bilkul aik aik bohat hi achay partner ka role ada kiya. ji. mashaa</w:t>
      </w:r>
      <w:r>
        <w:br/>
      </w:r>
      <w:r>
        <w:rPr>
          <w:sz w:val="20"/>
        </w:rPr>
        <w:t>51:29  Allah. Doctor sahib aaj kay session ka aakhri sawal keh Hazrat Khadijah ki zindagi say hum kya kya lessons derive kar saktay hain?</w:t>
      </w:r>
      <w:r>
        <w:br/>
      </w:r>
      <w:r>
        <w:rPr>
          <w:sz w:val="20"/>
        </w:rPr>
        <w:t>51:38  aap nay bohat si nai baatein gehrai kay saath humain samjhain. ji. alhamdulillah but specific agar aap kuch hum sab ko batain.</w:t>
      </w:r>
      <w:r>
        <w:br/>
      </w:r>
      <w:r>
        <w:rPr>
          <w:sz w:val="20"/>
        </w:rPr>
        <w:t>51:46  ji. keh kya lessons hum derive kar saktay hain. ji. Hazrat Khadijah ki life say to woh bohat hum sab kay liye bohat useful hoga.</w:t>
      </w:r>
      <w:r>
        <w:br/>
      </w:r>
      <w:r>
        <w:rPr>
          <w:sz w:val="20"/>
        </w:rPr>
        <w:t>51:54  ji haan yeh bohat important sawal hai aur main samajhta hoon keh Hazrat Khadijah ki jo life hai woh bohat hi inspiring hai. ji. hum sab kay liye aur khaas taur say khawateen kay liye.</w:t>
      </w:r>
      <w:r>
        <w:br/>
      </w:r>
      <w:r>
        <w:rPr>
          <w:sz w:val="20"/>
        </w:rPr>
        <w:t>52:04  ji. chuna'nkeh jo ta'assur hai Islam kay baray mein woh yeh hai keh Islam khawateen ko parde mein rakhta hai aur ghar mein rakhta hai aur koi interaction nahi kar sakti, woh koi bahir ja kay kaam nahi kar</w:t>
      </w:r>
      <w:r>
        <w:br/>
      </w:r>
      <w:r>
        <w:rPr>
          <w:sz w:val="20"/>
        </w:rPr>
        <w:t>52:18  sakti. to is is say to jo Hazrat Khadijah ki misaal hai pandrah soo saal pehlay unhon nay itna bara business kiya.</w:t>
      </w:r>
      <w:r>
        <w:br/>
      </w:r>
      <w:r>
        <w:rPr>
          <w:sz w:val="20"/>
        </w:rPr>
        <w:t>52:27  ji. aur aur doosri baat yeh hai keh bohat kamyab business kiya aur wealthy khatoon ban gaeen Makkah ki lekin is say is kay ilawa un ki jo un ka jo paisa tha woh sara ka sara unhon nay prophet kay disposal pe day diya.</w:t>
      </w:r>
      <w:r>
        <w:br/>
      </w:r>
      <w:r>
        <w:rPr>
          <w:sz w:val="20"/>
        </w:rPr>
        <w:t>52:42  j</w:t>
      </w:r>
      <w:r>
        <w:br/>
      </w:r>
      <w:r>
        <w:rPr>
          <w:sz w:val="20"/>
        </w:rPr>
        <w:t>52:43  y. j. chuki jab islam ka kaam shuru hua to zahir hai us waqt zarurat thi paise ki to hazrat khadija ka jo jo maal tha wo prophet ke kaam aya</w:t>
      </w:r>
      <w:r>
        <w:br/>
      </w:r>
      <w:r>
        <w:rPr>
          <w:sz w:val="20"/>
        </w:rPr>
        <w:t>52:57  humm. to yani is mein aik lesson to yeh hai ke khawateen ko bhi chahiye ke wo hissa lein deen ke ke kaam mein aur j aur aur jo bhi deeni aur da'wati sar'germi hai us mein barh charh ke hissa lein.</w:t>
      </w:r>
      <w:r>
        <w:br/>
      </w:r>
      <w:r>
        <w:rPr>
          <w:sz w:val="20"/>
        </w:rPr>
        <w:t>53:16  j. aur apne ghar mein yani aik deeni mahol paida karein. j</w:t>
      </w:r>
      <w:r>
        <w:br/>
      </w:r>
      <w:r>
        <w:rPr>
          <w:sz w:val="20"/>
        </w:rPr>
        <w:t>53:22  jaisay hazrat khadija ke life se pata chalta hai ke aam taur se ghar mein hum baithe rehte hain to baat karein ge furniture ki aur carpet ki aur.</w:t>
      </w:r>
      <w:r>
        <w:br/>
      </w:r>
      <w:r>
        <w:rPr>
          <w:sz w:val="20"/>
        </w:rPr>
        <w:t>53:33  j. parde ko badlo aur yeh karo woh karo. yani yeh dekhna chahiye ke jab hum log ghar mein baithe hain to hum kya baat kar rahe hain. j. yeh sab duniyavi baatein kar rahe hain.</w:t>
      </w:r>
      <w:r>
        <w:br/>
      </w:r>
      <w:r>
        <w:rPr>
          <w:sz w:val="20"/>
        </w:rPr>
        <w:t>53:43  j. ya koi gehri baat jis se aap ke andar kuch spirituality ja</w:t>
      </w:r>
      <w:r>
        <w:br/>
      </w:r>
      <w:r>
        <w:rPr>
          <w:sz w:val="20"/>
        </w:rPr>
        <w:t>53:51  gay. to yeh hazrat khadija ka qissa itna zyada inspiring hai ke shayad hi koi khawateen yani islami tareekh mein aisi guzri hon.</w:t>
      </w:r>
      <w:r>
        <w:br/>
      </w:r>
      <w:r>
        <w:rPr>
          <w:sz w:val="20"/>
        </w:rPr>
        <w:t>54:04  j. jis jin ki zindagi se hum sab ko bohat kuch seekhna hai. j. j yaqeenan doctor sahib jazak Allah. In fact isi liye Maulana Wahiduddin Khan sahib doctor sahib itna emphasize karte the.</w:t>
      </w:r>
      <w:r>
        <w:br/>
      </w:r>
      <w:r>
        <w:rPr>
          <w:sz w:val="20"/>
        </w:rPr>
        <w:t>54:16  j. ke ladies kitna bara role play kar sakti hain. j</w:t>
      </w:r>
      <w:r>
        <w:br/>
      </w:r>
      <w:r>
        <w:rPr>
          <w:sz w:val="20"/>
        </w:rPr>
        <w:t>54:20  da'wat ke kaam mein aur hazrat khadija ka aap ne itna inspirational aaj talk diya doctor sahib. Alhamdulillah. Alhamdulillah. bohat se logon ke comments abhi tak aa rahe hain lekin time khatam ho gaya hai main nahi le pa raha hoon.</w:t>
      </w:r>
      <w:r>
        <w:br/>
      </w:r>
      <w:r>
        <w:rPr>
          <w:sz w:val="20"/>
        </w:rPr>
        <w:t>54:34  lekin sab sab logon ne session pasand kiya. aap ne bhi bohat sari baatein nai nai batai jo mujhe bhi kuch nahi pata tha. j jazak Allah doctor sahib.</w:t>
      </w:r>
      <w:r>
        <w:br/>
      </w:r>
      <w:r>
        <w:rPr>
          <w:sz w:val="20"/>
        </w:rPr>
        <w:t>54:43  to doctor sahib hamein ab agle session ka intezar rahega. j. hazrat khadija ki story ka part</w:t>
      </w:r>
      <w:r>
        <w:br/>
      </w:r>
      <w:r>
        <w:rPr>
          <w:sz w:val="20"/>
        </w:rPr>
        <w:t>54:49  two is mein nai nai pehlu samne aap le kar aayen ge. jazak Allah for today session. Thank you so much doctor sahib. jazak Allah. And thank you everyone for watching today's program.</w:t>
      </w:r>
      <w:r>
        <w:br/>
      </w:r>
      <w:r>
        <w:rPr>
          <w:sz w:val="20"/>
        </w:rPr>
        <w:t>54:59  We will be back next Sunday at 10:30 AM. Thank you.</w:t>
      </w:r>
    </w:p>
    <w:p>
      <w:pPr>
        <w:pStyle w:val="Heading2"/>
      </w:pPr>
      <w:r>
        <w:t>Issue of Insulting the Prophet</w:t>
      </w:r>
    </w:p>
    <w:p>
      <w:r>
        <w:rPr>
          <w:color w:val="666666"/>
          <w:sz w:val="18"/>
        </w:rPr>
        <w:t>Seerah &amp; Prophet · Blasphemy in Islam November 24, 2024 · 6m 55s · at 1:40 · https://youtu.be/IjG5T6KZDxs?t=100</w:t>
      </w:r>
    </w:p>
    <w:p>
      <w:r>
        <w:rPr>
          <w:i/>
        </w:rPr>
        <w:t>“What is the issue of insulting the Prophet (shatm-e-rasul)?”</w:t>
      </w:r>
    </w:p>
    <w:p>
      <w:r>
        <w:rPr>
          <w:sz w:val="20"/>
        </w:rPr>
        <w:t>1:40  assalamu alaikum wa rahmatullahi. aaj hum sab se pehla sawal apne, aah, mehman Maulana Fayyazuddin Umri sahab se karenge:</w:t>
      </w:r>
      <w:r>
        <w:br/>
      </w:r>
      <w:r>
        <w:rPr>
          <w:sz w:val="20"/>
        </w:rPr>
        <w:t>1:49  "shatm-e-rasool" ka masla kya hai? is par aap hamein kuch bataen. bismillah hir rahman nir rahim. wa salallahu ala nabiyyi al-karim, wa ala aalihi wa sahbihi ajmaeen.</w:t>
      </w:r>
      <w:r>
        <w:br/>
      </w:r>
      <w:r>
        <w:rPr>
          <w:sz w:val="20"/>
        </w:rPr>
        <w:t>2:03  amma ba'd. sab se pehle Maulana Farhad sahab, main aap ka shukr guzar hoon ke aap ne is session mein hamein invite kiya, aur ek burning topic par</w:t>
      </w:r>
      <w:r>
        <w:br/>
      </w:r>
      <w:r>
        <w:rPr>
          <w:sz w:val="20"/>
        </w:rPr>
        <w:t>2:15  kuch alfaaz maujooda hamare sam'een ke samne rakhne ke ka mauqa diya, jazakumullah.</w:t>
      </w:r>
      <w:r>
        <w:br/>
      </w:r>
      <w:r>
        <w:rPr>
          <w:sz w:val="20"/>
        </w:rPr>
        <w:t>2:24  aap ke sawal par aane se pehle</w:t>
      </w:r>
      <w:r>
        <w:br/>
      </w:r>
      <w:r>
        <w:rPr>
          <w:sz w:val="20"/>
        </w:rPr>
        <w:t>2:28  ek martaba hum sab jo hain, rasool-e-akram sallallahu alaihi wasallam ka jo hum par ehsan hai, usko yaad karen, aur rasool-e-akram aur aap ke ashaab par hazaron hazar durood o salam ho, jinhon ne alam-e-insaniyat ke liye be-hisab sacrifices di, aur khuda ke creation plan aur khuda ki aakhri kitab ko insanon tak pahunchane mein aakhri struggle kar di.</w:t>
      </w:r>
      <w:r>
        <w:br/>
      </w:r>
      <w:r>
        <w:rPr>
          <w:sz w:val="20"/>
        </w:rPr>
        <w:t>2:57  ab hum aate hain aap ke is sawal par ke "shatm-e-rasool" ka masla kya hai? shatm ek arabi zaban ka lafz hai jis ko agar aap simple english mein kehna chahen to aap keh sakte hain "abusing".</w:t>
      </w:r>
      <w:r>
        <w:br/>
      </w:r>
      <w:r>
        <w:rPr>
          <w:sz w:val="20"/>
        </w:rPr>
        <w:t>3:12  shatm-e-rasool ka matlab hua "abusing of the prophet Muhammad" aur "other prophets". aam zaban mein aap kahenge peghambar-e-islam ke mamle mein gustakhi.</w:t>
      </w:r>
      <w:r>
        <w:br/>
      </w:r>
      <w:r>
        <w:rPr>
          <w:sz w:val="20"/>
        </w:rPr>
        <w:t>3:24  to is ko kehte hain aam taur par musalman shatm rasool. is masle se hum, jahan tak meri memory kaam kar rahi hai, eighty, nineteen eighty eight se main waqif hoon, jabke main bohat hi aik, aah, apne teenage mein tha,</w:t>
      </w:r>
      <w:r>
        <w:br/>
      </w:r>
      <w:r>
        <w:rPr>
          <w:sz w:val="20"/>
        </w:rPr>
        <w:t>3:44  jab main hifz kar raha tha. to us waqt maine sab se pehli martaba apne, aah, khateeb sahab ko masjid mein juma ke din, aah, woh bohat hi zyada furious thay aur bohat hi furious speeches de rahe thay khutbe mein, khutbe mein juma ke.</w:t>
      </w:r>
      <w:r>
        <w:br/>
      </w:r>
      <w:r>
        <w:rPr>
          <w:sz w:val="20"/>
        </w:rPr>
        <w:t>3:59  to main to teenage mein rehne ki wajah se kuch samajh nahi paya tha. baad mein main sochta hoon to ghaliban jo hai woh "Satanic Verses" jo Salman Rushdie sahab ne likhi thi, is kitab par unka woh radd</w:t>
      </w:r>
      <w:r>
        <w:br/>
      </w:r>
      <w:r>
        <w:rPr>
          <w:sz w:val="20"/>
        </w:rPr>
        <w:t>4:11  amal chal raha tha. main us waqt jo hai itna us ko ghor se samajh nahi paya. main us waqt quran ke hifz ka talib-e-ilm tha. to, aah, ab main jab apne forties mein hoon to mujhe lagta hai ke yeh masla kitna gumabheer hai aur kitna dunya mein jo hai muslim community aur doosri communities ke liye aik disturbing issue ban chuka hai.</w:t>
      </w:r>
      <w:r>
        <w:br/>
      </w:r>
      <w:r>
        <w:rPr>
          <w:sz w:val="20"/>
        </w:rPr>
        <w:t>4:37  to aaiye, aah, is issue ki jar kya hai, main</w:t>
      </w:r>
      <w:r>
        <w:br/>
      </w:r>
      <w:r>
        <w:rPr>
          <w:sz w:val="20"/>
        </w:rPr>
        <w:t>4:41  wo baat bata kar apni aap ke is sawal ke jawab ko finish karunga. hamare Islamic literature mein is issue ki root cause maujood hain.</w:t>
      </w:r>
      <w:r>
        <w:br/>
      </w:r>
      <w:r>
        <w:rPr>
          <w:sz w:val="20"/>
        </w:rPr>
        <w:t>4:52  is silsile mein agar aap hamare Islami literature ka mutala karein to teen kitabein is silsile mein likhi gayi hain.</w:t>
      </w:r>
      <w:r>
        <w:br/>
      </w:r>
      <w:r>
        <w:rPr>
          <w:sz w:val="20"/>
        </w:rPr>
        <w:t>4:59  sab se mashhoor kitab jo aam taur par logon ke andar mutadawil hai, aah, commonly used hai, woh kitab hai Ibn Taymiyyah ki. doosri is silsile mein mashhoor kitab hai, aah, Allama Subki ki.</w:t>
      </w:r>
      <w:r>
        <w:br/>
      </w:r>
      <w:r>
        <w:rPr>
          <w:sz w:val="20"/>
        </w:rPr>
        <w:t>5:12  aur teesri mashhoor kitab hai Allama Ibn Abidin Shami ki. to shatm rasool ke masle mein ghaliban jo hai in kitabon ne jo hai basic role play kiya hai.</w:t>
      </w:r>
      <w:r>
        <w:br/>
      </w:r>
      <w:r>
        <w:rPr>
          <w:sz w:val="20"/>
        </w:rPr>
        <w:t>5:23  aur musalmanon mein yeh misconception phaila diya ke shatm jo hai aik bohat hi blasphemous activity hai jis ka hum bohat hi violently react karna chahiye.</w:t>
      </w:r>
      <w:r>
        <w:br/>
      </w:r>
      <w:r>
        <w:rPr>
          <w:sz w:val="20"/>
        </w:rPr>
        <w:t>5:37  to ghaliban yahi woh kitabein hain jis mein ulama ke, aah, aqwal ko, ulama ki opinions ko collect kiya gaya hai. goya ke woh collection of opinions of fatwas hain, fatwas of Muslim ulama</w:t>
      </w:r>
      <w:r>
        <w:br/>
      </w:r>
      <w:r>
        <w:rPr>
          <w:sz w:val="20"/>
        </w:rPr>
        <w:t>5:50  . to is kitab ke andar aap dekhenge to jo hai teeno musannifeen is had tak jaane ki koshish karte hain ke woh jo hai blasphemy ko, aah, is, aah, minor level par le jaane ki koshish karte hain ke agar kisi ne Amna ka yateem bhi kaha Rasool Allah ke bare mein, aah, aur fan of, aah,</w:t>
      </w:r>
      <w:r>
        <w:br/>
      </w:r>
      <w:r>
        <w:rPr>
          <w:sz w:val="20"/>
        </w:rPr>
        <w:t>6:10  bibi Amna</w:t>
      </w:r>
      <w:r>
        <w:br/>
      </w:r>
      <w:r>
        <w:rPr>
          <w:sz w:val="20"/>
        </w:rPr>
        <w:t>6:12  h, yeh bhi agar kisi ne kaha to woh jo hai blasphemous act kiya aur us ko jo hai us par qatl kiya jayega. to aksar logon ne yahi likha hai ke us ko qatl hi kiya jayega agarche ke woh tauba bhi kar le.</w:t>
      </w:r>
      <w:r>
        <w:br/>
      </w:r>
      <w:r>
        <w:rPr>
          <w:sz w:val="20"/>
        </w:rPr>
        <w:t>6:24  aah, la yastatab. woh kehte hain ke tauba karega tab bhi jo hai us ko qatl hi kiya jayega. aah, bohat sare ulama ki yeh is mein rai batai gayi hai. aah, woh kehte hain ke jo hai kisi ne agar</w:t>
      </w:r>
      <w:r>
        <w:br/>
      </w:r>
      <w:r>
        <w:rPr>
          <w:sz w:val="20"/>
        </w:rPr>
        <w:t>6:34  crime kiya hai aur tauba kiya to tauba karne ki wajah se jaise us ki chori ka gunah maaf nahi kiya jata hai, isi tarah jo hai shatm jo hai isi tarah ka aik masla hai.</w:t>
      </w:r>
      <w:r>
        <w:br/>
      </w:r>
      <w:r>
        <w:rPr>
          <w:sz w:val="20"/>
        </w:rPr>
        <w:t>6:44  aur is par jo hai kabhi is ko maaf nahi kiya jayega, chahe to Khuda hashr ke din us ko maaf kar de. to ghaliban jo hai yahin se woh extremism jo hai musalmanon ne extract kiya hai in kitabon se jo collection of</w:t>
      </w:r>
      <w:r>
        <w:br/>
      </w:r>
      <w:r>
        <w:rPr>
          <w:sz w:val="20"/>
        </w:rPr>
        <w:t>6:56  fatwas hain. basically woh kitabein apne aap mein koi, aah, mustaqil kitab nahi hai. is mein, aah, sab woh hamare ulama ke jo hai opinions ko collect kiya gaya jin mein se majority yahi kehti hai ke jo hai qatl kiya jayega.</w:t>
      </w:r>
      <w:r>
        <w:br/>
      </w:r>
      <w:r>
        <w:rPr>
          <w:sz w:val="20"/>
        </w:rPr>
        <w:t>7:08  agarche ke is mein kuch exceptional statement bhi hai jaise Imam Abu Hanifa kehte hain ke us ko qatl nahi kiya jayega. kyunke woh kehte hain ke jo hai jab shatm Khuda par koi saza nahi hai hamare scholars ke paas to shatm rasool par kaisi saza?</w:t>
      </w:r>
      <w:r>
        <w:br/>
      </w:r>
      <w:r>
        <w:rPr>
          <w:sz w:val="20"/>
        </w:rPr>
        <w:t>7:21  aah, isi tarah jo hai Sufyan Suri aur bohat sare logon ki rai hai ke nahi kiya jayega lekin woh bohat hi aik, aah, minority group of ulama hain.</w:t>
      </w:r>
      <w:r>
        <w:br/>
      </w:r>
      <w:r>
        <w:rPr>
          <w:sz w:val="20"/>
        </w:rPr>
        <w:t>7:29  baqi jo hai zyada tar ulama ki yahi rai hai aur woh is is extreme tak pahunch chuke hain ke jo hai, aah, agar us ne tauba ki tab bhi us ko nahi choda jayega, us ko qatl hi kiya jayega.</w:t>
      </w:r>
      <w:r>
        <w:br/>
      </w:r>
      <w:r>
        <w:rPr>
          <w:sz w:val="20"/>
        </w:rPr>
        <w:t>7:40  to ghaliban jo hai meri is explanation se is masle ki gumabheerta aur jo hai, aah, importance jo hai hamare samne aa gaya hoga.</w:t>
      </w:r>
      <w:r>
        <w:br/>
      </w:r>
      <w:r>
        <w:rPr>
          <w:sz w:val="20"/>
        </w:rPr>
        <w:t>7:49  to</w:t>
      </w:r>
      <w:r>
        <w:br/>
      </w:r>
      <w:r>
        <w:rPr>
          <w:sz w:val="20"/>
        </w:rPr>
        <w:t>7:50  main aap ka shukriya ada karta hoon ke aap ne aik bohat achhe sawal par guftagu karne ka hamein mauqa diya. haan, bohat achhi baat aap ne batai ke yeh kis buniyad par musalmanon ke darmiyan yeh masla itna sensitive ho gaya hai, woh teen kitabein hain.</w:t>
      </w:r>
      <w:r>
        <w:br/>
      </w:r>
      <w:r>
        <w:rPr>
          <w:sz w:val="20"/>
        </w:rPr>
        <w:t>8:07  to is talluq se main apne sunne walon ko yeh batana chahta hoon ke Maulana Wahiduddin Khan sahab ne apni kitab "Shatm-e-Rasool" ka masla jo maine aap ke samne zikr kiya tha, us mein, aah, unhone specially Ibn Taymiyyah ki kitab ko le kar tajziya kiya aur bataya ke un ke jo dalail hain woh kya hain, kis, kahan par ja kar woh, aah, aah, leak karte hain.</w:t>
      </w:r>
      <w:r>
        <w:br/>
      </w:r>
      <w:r>
        <w:rPr>
          <w:sz w:val="20"/>
        </w:rPr>
        <w:t>8:30  aah, waqai woh daleel honi chahiye ya nahi, yeh cheez is mein aap jaan sakte hain is ko parh kar.</w:t>
      </w:r>
    </w:p>
    <w:p>
      <w:pPr>
        <w:pStyle w:val="Heading2"/>
      </w:pPr>
      <w:r>
        <w:t>Jesus in Tazkir-e-Quran</w:t>
      </w:r>
    </w:p>
    <w:p>
      <w:r>
        <w:rPr>
          <w:color w:val="666666"/>
          <w:sz w:val="18"/>
        </w:rPr>
        <w:t>Seerah &amp; Prophet · Islam Ideology, Team and Method October 09, 2011 · 6m 50s · at 1:11:00 · https://youtu.be/zRilc1fG6c0?t=4260</w:t>
      </w:r>
    </w:p>
    <w:p>
      <w:r>
        <w:rPr>
          <w:i/>
        </w:rPr>
        <w:t>“In your book 'Tazkir-e-Quran', you mentioned about Prophet Jesus in such a way that any Christian if realistic cannot remain without guidance. Please tell something about this.”</w:t>
      </w:r>
    </w:p>
    <w:p>
      <w:r>
        <w:rPr>
          <w:sz w:val="20"/>
        </w:rPr>
        <w:t>1:11:00  Mr. Aamir bin Yusuf ne Karachi Pakistan se sawal kiya hai. unhon ne likha hai: "</w:t>
      </w:r>
      <w:r>
        <w:br/>
      </w:r>
      <w:r>
        <w:rPr>
          <w:sz w:val="20"/>
        </w:rPr>
        <w:t>1:11:06  Tazkeer-e-Quran mein aap ne jo Hazrat Isa ka zikr kiya hai, woh aisa hai ke koi bhi Christian agar realistic ho to woh hidayat paaye baghair nahi reh sakta.</w:t>
      </w:r>
      <w:r>
        <w:br/>
      </w:r>
      <w:r>
        <w:rPr>
          <w:sz w:val="20"/>
        </w:rPr>
        <w:t>1:11:19  is ke bare mein kuch bataein." to achi baat dua kijiye ke sab ko hidayat mile. aur main kya karta hoon?</w:t>
      </w:r>
      <w:r>
        <w:br/>
      </w:r>
      <w:r>
        <w:rPr>
          <w:sz w:val="20"/>
        </w:rPr>
        <w:t>1:11:28  ji</w:t>
      </w:r>
      <w:r>
        <w:br/>
      </w:r>
      <w:r>
        <w:rPr>
          <w:sz w:val="20"/>
        </w:rPr>
        <w:t>1:11:29  ji, agar aap is sab is ko samajhte hain, is tarah ka yaani effective, to dua kijiye ke logon ko is se hidayat mile.</w:t>
      </w:r>
      <w:r>
        <w:br/>
      </w:r>
      <w:r>
        <w:rPr>
          <w:sz w:val="20"/>
        </w:rPr>
        <w:t>1:11:38  aur aap kya kar sakte hain? Miss Naghma Siddiqui ne Delhi se likha hai: "Can you elaborate on how we need to be idealistic in ideology and practical in methodology?"</w:t>
      </w:r>
      <w:r>
        <w:br/>
      </w:r>
      <w:r>
        <w:rPr>
          <w:sz w:val="20"/>
        </w:rPr>
        <w:t>1:11:55  dekhein, yeh to har ek hota hi hota hai, lekin hota hai personal matters mein. aur jab baat aaye nation ki ya community ki, to wahan woh ideal chalne lagta hai.</w:t>
      </w:r>
      <w:r>
        <w:br/>
      </w:r>
      <w:r>
        <w:rPr>
          <w:sz w:val="20"/>
        </w:rPr>
        <w:t>1:12:10  koi bhi aisa duniya mein nahi hai ke woh apne family affairs mein, apne bachon ke mamle mein, bachon ke education ke mamle mein, job ke mamle mein, aur business ke mamle mein practical na ho.</w:t>
      </w:r>
      <w:r>
        <w:br/>
      </w:r>
      <w:r>
        <w:rPr>
          <w:sz w:val="20"/>
        </w:rPr>
        <w:t>1:12:25  koi bhi ideal nahi chalata. lekin jaise hi baat aayi ke yaani kal parson mein TV mein sun raha tha, kuch Muslim hazraat bol rahe the Musalmanon ke rights ke bare mein.</w:t>
      </w:r>
      <w:r>
        <w:br/>
      </w:r>
      <w:r>
        <w:rPr>
          <w:sz w:val="20"/>
        </w:rPr>
        <w:t>1:12:41  ek ek se ek barh kar ideal chala raha tha ke Musalman ko yeh milna chahiye, Musalman ko woh milna chahiye. kisi ko is se dilchaspi nahi ke fi waqe possible kya hai,</w:t>
      </w:r>
      <w:r>
        <w:br/>
      </w:r>
      <w:r>
        <w:rPr>
          <w:sz w:val="20"/>
        </w:rPr>
        <w:t>1:12:54  lekin wahi wahi log apne bachon ke mamle mein yeh dekhte hain ke possible kya hai. wahan realistic ban jaate hain, woh yahan idealist, wahan realistic. to main sochta hoon ke yeh aisa nahi ke yeh koi alag se baat keh raha hoon.</w:t>
      </w:r>
      <w:r>
        <w:br/>
      </w:r>
      <w:r>
        <w:rPr>
          <w:sz w:val="20"/>
        </w:rPr>
        <w:t>1:13:09  main wahi jo jo already log apnaye hue hain, usi ko main keh raha hoon. har aadmi apne bachon ke mamle mein, apni family ke mamle mein, apni zaat ke mamle mein realistic hi hai.</w:t>
      </w:r>
      <w:r>
        <w:br/>
      </w:r>
      <w:r>
        <w:rPr>
          <w:sz w:val="20"/>
        </w:rPr>
        <w:t>1:13:24  lekin jab woh baat karta hai qaum ki, nation ki, community ki, to wahan do source ke sath woh idealist ban jaata hai.</w:t>
      </w:r>
      <w:r>
        <w:br/>
      </w:r>
      <w:r>
        <w:rPr>
          <w:sz w:val="20"/>
        </w:rPr>
        <w:t>1:13:35  yeh haqeeqat mein yeh yaani dualism hai, double policy hai. yeh double policy aadmi na kare to har cheez qabil-e-fahm ho jati hai, understandable ho jati hai.</w:t>
      </w:r>
      <w:r>
        <w:br/>
      </w:r>
      <w:r>
        <w:rPr>
          <w:sz w:val="20"/>
        </w:rPr>
        <w:t>1:13:50  Maulana Iqbal Umri ne Tamil Nadu se sawal kiya hai.</w:t>
      </w:r>
      <w:r>
        <w:br/>
      </w:r>
      <w:r>
        <w:rPr>
          <w:sz w:val="20"/>
        </w:rPr>
        <w:t>1:13:58  unhon ne likha hai ke individual base pe kaam karne ka matlab kya hai? is ke bare mein kuch bataein. dekhein, kaam karne ka do tareeqa hai.</w:t>
      </w:r>
      <w:r>
        <w:br/>
      </w:r>
      <w:r>
        <w:rPr>
          <w:sz w:val="20"/>
        </w:rPr>
        <w:t>1:14:09  ek hai individual ko target karna, ek hai system ko target karna.</w:t>
      </w:r>
      <w:r>
        <w:br/>
      </w:r>
      <w:r>
        <w:rPr>
          <w:sz w:val="20"/>
        </w:rPr>
        <w:t>1:14:15  yeh har jagah mein yahan samajhta hoon ke sirf Paighambaron ne aisa kiya hai ke woh individual ko nishana banaya hai.</w:t>
      </w:r>
      <w:r>
        <w:br/>
      </w:r>
      <w:r>
        <w:rPr>
          <w:sz w:val="20"/>
        </w:rPr>
        <w:t>1:14:27  baqi jitne kaam hain, woh system ko nishana banate hain. isi liye jo log system ko nishana banate hain, unhon ne kabhi aaj tak koi positive result nahi diya.</w:t>
      </w:r>
      <w:r>
        <w:br/>
      </w:r>
      <w:r>
        <w:rPr>
          <w:sz w:val="20"/>
        </w:rPr>
        <w:t>1:14:38  mujhe koi ek shakhs, ek woh moment, ek bhi group bataiye jo system ko nishana banati ho, us ne koi positive result diya ho.</w:t>
      </w:r>
      <w:r>
        <w:br/>
      </w:r>
      <w:r>
        <w:rPr>
          <w:sz w:val="20"/>
        </w:rPr>
        <w:t>1:14:49  hamara mission jo hai, woh system based nahi hai, hamara mission individual based hai. to Allah ke fazl se sankaron aadmiyon ko zabardast change aaya hai.</w:t>
      </w:r>
      <w:r>
        <w:br/>
      </w:r>
      <w:r>
        <w:rPr>
          <w:sz w:val="20"/>
        </w:rPr>
        <w:t>1:14:59  kal mere paas saat aise aadmi aaye the jo sab madrasay ke parhe hue hain.</w:t>
      </w:r>
      <w:r>
        <w:br/>
      </w:r>
      <w:r>
        <w:rPr>
          <w:sz w:val="20"/>
        </w:rPr>
        <w:t>1:15:05  un se maine poocha ke hamare mission se aap, hamare mission se wabasta hone ke baad kya aap ke paas badla hua hai?</w:t>
      </w:r>
      <w:r>
        <w:br/>
      </w:r>
      <w:r>
        <w:rPr>
          <w:sz w:val="20"/>
        </w:rPr>
        <w:t>1:15:14  to unhon ne kaha ke pehle hamare paas negative thinking thi, ab hum positive thinker ban gaye hain. yeh yeh sirf isi mission mein aap dekhenge, kisi mission mein nahi dekha.</w:t>
      </w:r>
      <w:r>
        <w:br/>
      </w:r>
      <w:r>
        <w:rPr>
          <w:sz w:val="20"/>
        </w:rPr>
        <w:t>1:15:23  sab ke sab negative hote hain kyunke woh system ko le kar</w:t>
      </w:r>
      <w:r>
        <w:br/>
      </w:r>
      <w:r>
        <w:rPr>
          <w:sz w:val="20"/>
        </w:rPr>
        <w:t>1:15:28  bolte hain. bade bade jalsay, bade bade crowd, bade bade stage, yani stage activism, crowd activism, is se kuch nateeja nahi nikalne wala.</w:t>
      </w:r>
      <w:r>
        <w:br/>
      </w:r>
      <w:r>
        <w:rPr>
          <w:sz w:val="20"/>
        </w:rPr>
        <w:t>1:15:38  jo log system based kaam karte hain, woh kya karte hain? woh crowd ko hum samajhte hain. bada crowd aa gaya to bas bahut badi baat ho gayi.</w:t>
      </w:r>
      <w:r>
        <w:br/>
      </w:r>
      <w:r>
        <w:rPr>
          <w:sz w:val="20"/>
        </w:rPr>
        <w:t>1:15:48  to hum in terms of result koi sochta nahi, in terms of result koi soch</w:t>
      </w:r>
      <w:r>
        <w:br/>
      </w:r>
      <w:r>
        <w:rPr>
          <w:sz w:val="20"/>
        </w:rPr>
        <w:t>1:15:55  ta nahi. hungama khara karenge, media mein aayenge aur popularity milegi. lekin sawal yeh hai ke result kya hua?</w:t>
      </w:r>
      <w:r>
        <w:br/>
      </w:r>
      <w:r>
        <w:rPr>
          <w:sz w:val="20"/>
        </w:rPr>
        <w:t>1:16:03  result to mera manna yeh hai ke maine bahut padha hai, jo log bhi system ko target kiya, jin logon ne bhi, unhon ne bhi koi bhi positive result nahi dikhaya.</w:t>
      </w:r>
      <w:r>
        <w:br/>
      </w:r>
      <w:r>
        <w:rPr>
          <w:sz w:val="20"/>
        </w:rPr>
        <w:t>1:16:16  aur jo individual ko nishana banane ka kaam karte hain, wahi nateeja nikaal paate hain.</w:t>
      </w:r>
      <w:r>
        <w:br/>
      </w:r>
      <w:r>
        <w:rPr>
          <w:sz w:val="20"/>
        </w:rPr>
        <w:t>1:16:23  hum ne Allah ke fazl se individual ko target kiya hai. hum ko crowd se koi dilchaspi nahi, stage activities se koi dilchaspi nahi, is yani media mein aane se koi dilchaspi nahi.</w:t>
      </w:r>
      <w:r>
        <w:br/>
      </w:r>
      <w:r>
        <w:rPr>
          <w:sz w:val="20"/>
        </w:rPr>
        <w:t>1:16:37  afraad ke mind ko badalna, yani re engineering of minds, yeh hamara nishana hai aur isi mein result nikalta</w:t>
      </w:r>
      <w:r>
        <w:br/>
      </w:r>
      <w:r>
        <w:rPr>
          <w:sz w:val="20"/>
        </w:rPr>
        <w:t>1:16:45  hai. magar yeh hai bahut mushkil, mushkil kaam, bahut mushkil kaam kyunke is mein aap ko sacrifice karni padti hai ke aap ko popularity na mile, aap apne qaum se alag thalag ho jayein,</w:t>
      </w:r>
      <w:r>
        <w:br/>
      </w:r>
      <w:r>
        <w:rPr>
          <w:sz w:val="20"/>
        </w:rPr>
        <w:t>1:16:58  aap ke paas bade bade shandar idare na hon, aap bade bade jalsay na kar payein, bade bade crowd aap ke saath na hon, logon ko dikhai dene wale kaam aap ke saath na hon.</w:t>
      </w:r>
      <w:r>
        <w:br/>
      </w:r>
      <w:r>
        <w:rPr>
          <w:sz w:val="20"/>
        </w:rPr>
        <w:t>1:17:13  yeh badi sacrifice ki baat hai, bahut sacrifice ki baat hai. lekin result nikalta hai to isi mission mein jo individual ko target karta ho, target karta ho,</w:t>
      </w:r>
      <w:r>
        <w:br/>
      </w:r>
      <w:r>
        <w:rPr>
          <w:sz w:val="20"/>
        </w:rPr>
        <w:t>1:17:29  jo system ko target karta hai, woh dhoom ek dhoom machati hai. khwam sadkein bhar gayi hain, park bhar gaye hain, har taraf dhoom machi hui hai. aakhir mein kya hai?</w:t>
      </w:r>
      <w:r>
        <w:br/>
      </w:r>
      <w:r>
        <w:rPr>
          <w:sz w:val="20"/>
        </w:rPr>
        <w:t>1:17:38  result kuch nahi hai. to hum Allah ke fazl se is se, Allah ne hum ko bachaya hai aur hum individual ko nishana par kaam kar rahe hain.</w:t>
      </w:r>
    </w:p>
    <w:p>
      <w:pPr>
        <w:pStyle w:val="Heading2"/>
      </w:pPr>
      <w:r>
        <w:t>Patience in crises from Prophet's life</w:t>
      </w:r>
    </w:p>
    <w:p>
      <w:r>
        <w:rPr>
          <w:color w:val="666666"/>
          <w:sz w:val="18"/>
        </w:rPr>
        <w:t>Seerah &amp; Prophet · Patience and Crisis 22 Dec 2019 - Maulana Wahiduddin Khan · 6m 39s · at 59:33 · https://youtu.be/ddnUKbhEoCI?t=3573</w:t>
      </w:r>
    </w:p>
    <w:p>
      <w:r>
        <w:rPr>
          <w:i/>
        </w:rPr>
        <w:t>“Is there any example from the Prophet's life and his companions' life where in a crisis situation they exercised patience and the result was positive?”</w:t>
      </w:r>
    </w:p>
    <w:p>
      <w:r>
        <w:rPr>
          <w:sz w:val="20"/>
        </w:rPr>
        <w:t>59:33  maulana agla sawal lete hain. yeh sawal bheja hai</w:t>
      </w:r>
      <w:r>
        <w:br/>
      </w:r>
      <w:r>
        <w:rPr>
          <w:sz w:val="20"/>
        </w:rPr>
        <w:t>59:41  ahmedabad se qurban ali sahib ne. unhon ne likha hai: "maulana is there any example from prophets life or his companions life that in a crisis like situation they exercised patience and the result was positive?" sab se poori history mein,</w:t>
      </w:r>
      <w:r>
        <w:br/>
      </w:r>
      <w:r>
        <w:rPr>
          <w:sz w:val="20"/>
        </w:rPr>
        <w:t>1:00:02  poori history ka mein jo safra example hai, mein arz karta hoon. poori history mein rasool Allah sallallahu alaihi wasallam</w:t>
      </w:r>
      <w:r>
        <w:br/>
      </w:r>
      <w:r>
        <w:rPr>
          <w:sz w:val="20"/>
        </w:rPr>
        <w:t>1:00:15  ne makkah mein yeh ailaan kiya tha ke mein Allah ka peghambar hoon, Allah ka nabi hoon.</w:t>
      </w:r>
      <w:r>
        <w:br/>
      </w:r>
      <w:r>
        <w:rPr>
          <w:sz w:val="20"/>
        </w:rPr>
        <w:t>1:00:29  yeh aap ne shuru kiya quraish ke darmiyan makkah mein. kuch arse ke baad wahan aik waqia pesh aaya jo us ko kehte hain waqia hudaybiyah.</w:t>
      </w:r>
      <w:r>
        <w:br/>
      </w:r>
      <w:r>
        <w:rPr>
          <w:sz w:val="20"/>
        </w:rPr>
        <w:t>1:00:43  hudaybiyah jo makkah aur madinah ke darmiyan aik jagah thi, hudaybiyah ki, wahan par yeh pesh aaya waqia.</w:t>
      </w:r>
      <w:r>
        <w:br/>
      </w:r>
      <w:r>
        <w:rPr>
          <w:sz w:val="20"/>
        </w:rPr>
        <w:t>1:00:53  to yeh lambi kahani hai, apni kitabon mein parh sakte hain aap ke dono ke darmiyan aik muahida tay paaya ke hum dono ladai nahin karenge, aman par rahenge.</w:t>
      </w:r>
      <w:r>
        <w:br/>
      </w:r>
      <w:r>
        <w:rPr>
          <w:sz w:val="20"/>
        </w:rPr>
        <w:t>1:01:09  iska muahida</w:t>
      </w:r>
      <w:r>
        <w:br/>
      </w:r>
      <w:r>
        <w:rPr>
          <w:sz w:val="20"/>
        </w:rPr>
        <w:t>1:01:14  to jab muahida yani agreement jo tha, likha jaane laga to dictate kar rahe the us agreement ko rasool Allah sallallahu alaihi wasallam.</w:t>
      </w:r>
      <w:r>
        <w:br/>
      </w:r>
      <w:r>
        <w:rPr>
          <w:sz w:val="20"/>
        </w:rPr>
        <w:t>1:01:26  aur ali ali likh rahe the us ko, ali ibn talib us ko likh rahe the. to rasool Allah ne kaha: "iktub ya ali, iktub rasool Allah." to foran foran un ka jo numainda tha quraish ka,</w:t>
      </w:r>
      <w:r>
        <w:br/>
      </w:r>
      <w:r>
        <w:rPr>
          <w:sz w:val="20"/>
        </w:rPr>
        <w:t>1:01:52  suhail ibn umar, us ne foran etiraz kiya ke hum aap ko rasool Allah ka mante hain, aap likhein Muhammad bin Abdullah.</w:t>
      </w:r>
      <w:r>
        <w:br/>
      </w:r>
      <w:r>
        <w:rPr>
          <w:sz w:val="20"/>
        </w:rPr>
        <w:t>1:02:03  to aap tareekh mein parh lijiye, aik second ka bhi, aik second ke fraction ke barabar bhi aap ruke nahin, kuch baat baat nahin ki.</w:t>
      </w:r>
      <w:r>
        <w:br/>
      </w:r>
      <w:r>
        <w:rPr>
          <w:sz w:val="20"/>
        </w:rPr>
        <w:t>1:02:13  aap ne foran kaha ke: "iktub ya ali, iktub ya ali, ma alai Muhammad bin Abdullah." is se bara misaal koi paas chahte hain?</w:t>
      </w:r>
      <w:r>
        <w:br/>
      </w:r>
      <w:r>
        <w:rPr>
          <w:sz w:val="20"/>
        </w:rPr>
        <w:t>1:02:26  is se bari koi misaal tareekh mein nahin hai.</w:t>
      </w:r>
      <w:r>
        <w:br/>
      </w:r>
      <w:r>
        <w:rPr>
          <w:sz w:val="20"/>
        </w:rPr>
        <w:t>1:02:36  is ko is is ko is ko parhne ke baad mein gaya tha ahmedabad, gujrat.</w:t>
      </w:r>
      <w:r>
        <w:br/>
      </w:r>
      <w:r>
        <w:rPr>
          <w:sz w:val="20"/>
        </w:rPr>
        <w:t>1:02:46  to ahmedabad mein aik naujawan mere paas aaye aur ab aap ko chahta hoon apni factory dikhana.</w:t>
      </w:r>
      <w:r>
        <w:br/>
      </w:r>
      <w:r>
        <w:rPr>
          <w:sz w:val="20"/>
        </w:rPr>
        <w:t>1:02:58  shayad barkat ke liye chahte hon woh. to khair, woh le gaye hon us ko. to un ki factory mein aik nai, aik naya engine aaya tha,</w:t>
      </w:r>
      <w:r>
        <w:br/>
      </w:r>
      <w:r>
        <w:rPr>
          <w:sz w:val="20"/>
        </w:rPr>
        <w:t>1:03:11  woh fit hua tha, woh dikha rahe the us ko. to aap jante honge ke engine mein aik hota hai frying wheel, frying wheel se poori engine chalne lagta hai.</w:t>
      </w:r>
      <w:r>
        <w:br/>
      </w:r>
      <w:r>
        <w:rPr>
          <w:sz w:val="20"/>
        </w:rPr>
        <w:t>1:03:25  to is ne bohat hi fakhr ke andaaz mein aik sui dabaya. to jab sui dabaya to frying wheel aise chalne laga, aise chalne laga.</w:t>
      </w:r>
      <w:r>
        <w:br/>
      </w:r>
      <w:r>
        <w:rPr>
          <w:sz w:val="20"/>
        </w:rPr>
        <w:t>1:03:41  to is ka</w:t>
      </w:r>
      <w:r>
        <w:br/>
      </w:r>
      <w:r>
        <w:rPr>
          <w:sz w:val="20"/>
        </w:rPr>
        <w:t>1:03:42  is ne kaha: "aisa!" aur doosra bhi dekhiye, aap doosra sui dabaya to achaanak is ne direction change kar diya, idhar chalne laga.</w:t>
      </w:r>
      <w:r>
        <w:br/>
      </w:r>
      <w:r>
        <w:rPr>
          <w:sz w:val="20"/>
        </w:rPr>
        <w:t>1:03:51  to main ne kaha ke yeh hai momin ki, momin ki shan. momin ki shan</w:t>
      </w:r>
      <w:r>
        <w:br/>
      </w:r>
      <w:r>
        <w:rPr>
          <w:sz w:val="20"/>
        </w:rPr>
        <w:t>1:03:58  rasool Allah mein aur quraish mein ikhtilaf tha, ikhtilaf se barh kar aur bhi shadeed ikhtilaf tha.</w:t>
      </w:r>
      <w:r>
        <w:br/>
      </w:r>
      <w:r>
        <w:rPr>
          <w:sz w:val="20"/>
        </w:rPr>
        <w:t>1:04:10  lekin jab woh waqia aaya, jab is ne kaha ke hum nahin mante, aap likhein Muhammad bin Abdullah, to rasool Allah ne pehle likhwaya tha: "Muhammad bin Muhammad rasool Allah,</w:t>
      </w:r>
      <w:r>
        <w:br/>
      </w:r>
      <w:r>
        <w:rPr>
          <w:sz w:val="20"/>
        </w:rPr>
        <w:t>1:04:26  Ma Muhammad rasool Allah." to jab unhon ne etiraz kiya to jhuka ke aap ne button daba diya foran aur aise ghoomne laga.</w:t>
      </w:r>
      <w:r>
        <w:br/>
      </w:r>
      <w:r>
        <w:rPr>
          <w:sz w:val="20"/>
        </w:rPr>
        <w:t>1:04:38  waud in second ke fraction mein aisa hua. to yeh to main samajhta hoon ke is se itni bari misaal to sirf Islam hi mein milti hai.</w:t>
      </w:r>
      <w:r>
        <w:br/>
      </w:r>
      <w:r>
        <w:rPr>
          <w:sz w:val="20"/>
        </w:rPr>
        <w:t>1:04:50  maulana aur is ka aap jante hain ke nateeja kya hua: "ana fatah</w:t>
      </w:r>
      <w:r>
        <w:br/>
      </w:r>
      <w:r>
        <w:rPr>
          <w:sz w:val="20"/>
        </w:rPr>
        <w:t>1:04:55  na fatah mobina." is peechhe yaani peechhe hatne ka waqia yeh hai. aur is ko Allah taala ne jo acknowledge kiya to is ko yeh kaha ke yeh tuhfa m</w:t>
      </w:r>
      <w:r>
        <w:br/>
      </w:r>
      <w:r>
        <w:rPr>
          <w:sz w:val="20"/>
        </w:rPr>
        <w:t>1:05:09  wun hai.</w:t>
      </w:r>
      <w:r>
        <w:br/>
      </w:r>
      <w:r>
        <w:rPr>
          <w:sz w:val="20"/>
        </w:rPr>
        <w:t>1:05:17  maulana abdul salam umri ne haiderabad se comment bheja hai. unhon ne likha hai: "maulana sabr jannat mein dakhil ke laiq banane ke liye hai, na ke museebat museebat mein phansane ke liye.</w:t>
      </w:r>
      <w:r>
        <w:br/>
      </w:r>
      <w:r>
        <w:rPr>
          <w:sz w:val="20"/>
        </w:rPr>
        <w:t>1:05:32  maulana sabr ko positive sense mein bolte hue main ne aap hi ko dekha hai, kisi aur ko nahin. jazak</w:t>
      </w:r>
      <w:r>
        <w:br/>
      </w:r>
      <w:r>
        <w:rPr>
          <w:sz w:val="20"/>
        </w:rPr>
        <w:t>1:05:40  Allah." sajid ahmed khan sahib ne nagpur se likha hai: "duniya ki zindagi hamare liye jannat ki advance training hai.</w:t>
      </w:r>
      <w:r>
        <w:br/>
      </w:r>
      <w:r>
        <w:rPr>
          <w:sz w:val="20"/>
        </w:rPr>
        <w:t>1:05:50  yeh khayal mere liye bilkul thrilling hai. is tarah se agar main zindagi guzaron to koi bhi problem asal mein problem nahin rahegi, balkeh aik opportunity ban jayegi.</w:t>
      </w:r>
      <w:r>
        <w:br/>
      </w:r>
      <w:r>
        <w:rPr>
          <w:sz w:val="20"/>
        </w:rPr>
        <w:t>1:06:02  masha Allah! jazak Allah Maulana. Allah hum sab ko isi haqeeqat se</w:t>
      </w:r>
      <w:r>
        <w:br/>
      </w:r>
      <w:r>
        <w:rPr>
          <w:sz w:val="20"/>
        </w:rPr>
        <w:t>1:06:09  aashna kar de."</w:t>
      </w:r>
    </w:p>
    <w:p>
      <w:pPr>
        <w:pStyle w:val="Heading2"/>
      </w:pPr>
      <w:r>
        <w:t>Prophet's duas for believers</w:t>
      </w:r>
    </w:p>
    <w:p>
      <w:r>
        <w:rPr>
          <w:color w:val="666666"/>
          <w:sz w:val="18"/>
        </w:rPr>
        <w:t>Seerah &amp; Prophet · Paradise as a Goal April 26, 2015 · 9m 34s · at 52:27 · https://youtu.be/hnHqhmSJZXA?t=3147</w:t>
      </w:r>
    </w:p>
    <w:p>
      <w:r>
        <w:rPr>
          <w:i/>
        </w:rPr>
        <w:t>“If the Prophet made dua for people of faith, can you please mention what sort of things he asked for in those duas? Can you please provide some references?”</w:t>
      </w:r>
    </w:p>
    <w:p>
      <w:r>
        <w:rPr>
          <w:sz w:val="20"/>
        </w:rPr>
        <w:t>52:27  مولانا انہی کا اگلا سوال ہے If the Prophet did dua for people of other faith, can you</w:t>
      </w:r>
      <w:r>
        <w:br/>
      </w:r>
      <w:r>
        <w:rPr>
          <w:sz w:val="20"/>
        </w:rPr>
        <w:t>52:34  please mention what sort of things he asked for in the duas</w:t>
      </w:r>
      <w:r>
        <w:br/>
      </w:r>
      <w:r>
        <w:rPr>
          <w:sz w:val="20"/>
        </w:rPr>
        <w:t>52:39  can you please provide some references</w:t>
      </w:r>
      <w:r>
        <w:br/>
      </w:r>
      <w:r>
        <w:rPr>
          <w:sz w:val="20"/>
        </w:rPr>
        <w:t>52:43  dekhen peghambaron ki dua</w:t>
      </w:r>
      <w:r>
        <w:br/>
      </w:r>
      <w:r>
        <w:rPr>
          <w:sz w:val="20"/>
        </w:rPr>
        <w:t>52:47  hoti hai hidayat ke liye</w:t>
      </w:r>
      <w:r>
        <w:br/>
      </w:r>
      <w:r>
        <w:rPr>
          <w:sz w:val="20"/>
        </w:rPr>
        <w:t>52:51  jaise peghambar ne dua ki rab qawmi fahum la ilmoon</w:t>
      </w:r>
      <w:r>
        <w:br/>
      </w:r>
      <w:r>
        <w:rPr>
          <w:sz w:val="20"/>
        </w:rPr>
        <w:t>52:56  yani un ke jo madu tha us ne pathar mara</w:t>
      </w:r>
      <w:r>
        <w:br/>
      </w:r>
      <w:r>
        <w:rPr>
          <w:sz w:val="20"/>
        </w:rPr>
        <w:t>53:01  to us ko dekh</w:t>
      </w:r>
      <w:r>
        <w:br/>
      </w:r>
      <w:r>
        <w:rPr>
          <w:sz w:val="20"/>
        </w:rPr>
        <w:t>53:03  ghusse mein nahi hue woh balkeh dua ki ke khuda un ko hidayat de woh jante nahi to</w:t>
      </w:r>
      <w:r>
        <w:br/>
      </w:r>
      <w:r>
        <w:rPr>
          <w:sz w:val="20"/>
        </w:rPr>
        <w:t>53:08  peghambar ki jo duaein aayi hain</w:t>
      </w:r>
      <w:r>
        <w:br/>
      </w:r>
      <w:r>
        <w:rPr>
          <w:sz w:val="20"/>
        </w:rPr>
        <w:t>53:12  quran o hadees mein is se pata chalta hai ke peghambar ki duaein material cheezon ke liye nahi</w:t>
      </w:r>
      <w:r>
        <w:br/>
      </w:r>
      <w:r>
        <w:rPr>
          <w:sz w:val="20"/>
        </w:rPr>
        <w:t>53:17  hoti thi hidayat ke liye hoti thi</w:t>
      </w:r>
      <w:r>
        <w:br/>
      </w:r>
      <w:r>
        <w:rPr>
          <w:sz w:val="20"/>
        </w:rPr>
        <w:t>53:23  jaise ek hadees hai ke rasool allah ne kaha ke main ek peghambar ko dekh raha hoon ke</w:t>
      </w:r>
      <w:r>
        <w:br/>
      </w:r>
      <w:r>
        <w:rPr>
          <w:sz w:val="20"/>
        </w:rPr>
        <w:t>53:29  is ne sachai ka paigham diya aur jo madu the un ke woh ghussa ho gaya un ko</w:t>
      </w:r>
      <w:r>
        <w:br/>
      </w:r>
      <w:r>
        <w:rPr>
          <w:sz w:val="20"/>
        </w:rPr>
        <w:t>53:37  pathar mara to khoon behne laga to rasool allah ne kaha main dekh raha hoon ke khoon un</w:t>
      </w:r>
      <w:r>
        <w:br/>
      </w:r>
      <w:r>
        <w:rPr>
          <w:sz w:val="20"/>
        </w:rPr>
        <w:t>53:43  ke chehre se khoon beh raha hai lekin woh apni zuban se keh rahe hain rab qawmi fahum</w:t>
      </w:r>
      <w:r>
        <w:br/>
      </w:r>
      <w:r>
        <w:rPr>
          <w:sz w:val="20"/>
        </w:rPr>
        <w:t>53:47  la ilmoon aye allah unhein hidayat de woh jante nahi to jahan tak main janta hoon peghambar ki</w:t>
      </w:r>
      <w:r>
        <w:br/>
      </w:r>
      <w:r>
        <w:rPr>
          <w:sz w:val="20"/>
        </w:rPr>
        <w:t>53:54  duaein jo hoti thi hidayat ke liye hoti thi material cheezon ke liye nahi hoti thi molana yeh</w:t>
      </w:r>
      <w:r>
        <w:br/>
      </w:r>
      <w:r>
        <w:rPr>
          <w:sz w:val="20"/>
        </w:rPr>
        <w:t>54:00  comment aaya hai miss naghma siddiqui ka delhi se</w:t>
      </w:r>
      <w:r>
        <w:br/>
      </w:r>
      <w:r>
        <w:rPr>
          <w:sz w:val="20"/>
        </w:rPr>
        <w:t>54:04  Maulana, you are the only person that I have heard who talks of external and internal development, which</w:t>
      </w:r>
      <w:r>
        <w:br/>
      </w:r>
      <w:r>
        <w:rPr>
          <w:sz w:val="20"/>
        </w:rPr>
        <w:t>54:12  is so true. Thank you for explaining how to develop a 'tazkiyah' personality for Paradise.</w:t>
      </w:r>
      <w:r>
        <w:br/>
      </w:r>
      <w:r>
        <w:rPr>
          <w:sz w:val="20"/>
        </w:rPr>
        <w:t>54:21  molana yeh agla bhi comment hai molana iqbal umri sahib ka chennai se</w:t>
      </w:r>
      <w:r>
        <w:br/>
      </w:r>
      <w:r>
        <w:rPr>
          <w:sz w:val="20"/>
        </w:rPr>
        <w:t>54:27  molana aaj wazeh hua ke insaan ko jannati shakhsiyat banne ke liye dunya di gayi hai na ke</w:t>
      </w:r>
      <w:r>
        <w:br/>
      </w:r>
      <w:r>
        <w:rPr>
          <w:sz w:val="20"/>
        </w:rPr>
        <w:t>54:35  dunya ko jannat banane ke liye</w:t>
      </w:r>
      <w:r>
        <w:br/>
      </w:r>
      <w:r>
        <w:rPr>
          <w:sz w:val="20"/>
        </w:rPr>
        <w:t>54:40  yeh himalayan warning se poori insaniyat ke liye ek lesson hai</w:t>
      </w:r>
      <w:r>
        <w:br/>
      </w:r>
      <w:r>
        <w:rPr>
          <w:sz w:val="20"/>
        </w:rPr>
        <w:t>54:47  mister naghbah ka kya question tha un ka aik comment tha</w:t>
      </w:r>
      <w:r>
        <w:br/>
      </w:r>
      <w:r>
        <w:rPr>
          <w:sz w:val="20"/>
        </w:rPr>
        <w:t>54:52  You are the only person that I have heard who talks of external and internal development which is</w:t>
      </w:r>
      <w:r>
        <w:br/>
      </w:r>
      <w:r>
        <w:rPr>
          <w:sz w:val="20"/>
        </w:rPr>
        <w:t>54:59  So true. Thank you for explaining how to develop a Muzakka personality for paradise.</w:t>
      </w:r>
      <w:r>
        <w:br/>
      </w:r>
      <w:r>
        <w:rPr>
          <w:sz w:val="20"/>
        </w:rPr>
        <w:t>55:07  dekhen is ko main ne abhi arz kiya ke har cheez mein aik item hota hai risk ka</w:t>
      </w:r>
      <w:r>
        <w:br/>
      </w:r>
      <w:r>
        <w:rPr>
          <w:sz w:val="20"/>
        </w:rPr>
        <w:t>55:13  item spiritual food ka item har cheez mein is ko daryaft karna</w:t>
      </w:r>
      <w:r>
        <w:br/>
      </w:r>
      <w:r>
        <w:rPr>
          <w:sz w:val="20"/>
        </w:rPr>
        <w:t>55:21  jaise main ne misaal di ke yeh dekhiye metal hai yeh is ka aik aspect yeh hai ke</w:t>
      </w:r>
      <w:r>
        <w:br/>
      </w:r>
      <w:r>
        <w:rPr>
          <w:sz w:val="20"/>
        </w:rPr>
        <w:t>55:26  yeh metal hai doosra aspect yeh hai ke main sochne laga ke kya main aisa metal create kar</w:t>
      </w:r>
      <w:r>
        <w:br/>
      </w:r>
      <w:r>
        <w:rPr>
          <w:sz w:val="20"/>
        </w:rPr>
        <w:t>55:34  sakta hoon to yeh is ka is ke andar aik aik aur yani content tha spiritual content is</w:t>
      </w:r>
      <w:r>
        <w:br/>
      </w:r>
      <w:r>
        <w:rPr>
          <w:sz w:val="20"/>
        </w:rPr>
        <w:t>55:42  ko le kar socha main ne to har cheez mein aise hota hai ke do is ke content</w:t>
      </w:r>
      <w:r>
        <w:br/>
      </w:r>
      <w:r>
        <w:rPr>
          <w:sz w:val="20"/>
        </w:rPr>
        <w:t>55:46  hote hain aik material content aik spiritual content is content ko due karte karne se aadmi ke andar</w:t>
      </w:r>
      <w:r>
        <w:br/>
      </w:r>
      <w:r>
        <w:rPr>
          <w:sz w:val="20"/>
        </w:rPr>
        <w:t>55:57  shakhsiyat mazka shakhsiyat banti hai</w:t>
      </w:r>
      <w:r>
        <w:br/>
      </w:r>
      <w:r>
        <w:rPr>
          <w:sz w:val="20"/>
        </w:rPr>
        <w:t>56:02  maulana yeh agla question aya hai doctor iqbal pardhan ka delhi se</w:t>
      </w:r>
      <w:r>
        <w:br/>
      </w:r>
      <w:r>
        <w:rPr>
          <w:sz w:val="20"/>
        </w:rPr>
        <w:t>56:08  quran mein jagah jagah nabiyon ki qaumon par azab aya</w:t>
      </w:r>
      <w:r>
        <w:br/>
      </w:r>
      <w:r>
        <w:rPr>
          <w:sz w:val="20"/>
        </w:rPr>
        <w:t>56:14  kya yeh warning thi ya azab</w:t>
      </w:r>
      <w:r>
        <w:br/>
      </w:r>
      <w:r>
        <w:rPr>
          <w:sz w:val="20"/>
        </w:rPr>
        <w:t>56:20  dekhen nabi ka muamla alag hai aur yeh jo</w:t>
      </w:r>
      <w:r>
        <w:br/>
      </w:r>
      <w:r>
        <w:rPr>
          <w:sz w:val="20"/>
        </w:rPr>
        <w:t>56:26  nepal mein earthquake ka ya is tarah ke jo waqiat hote rehte hain woh alag hai</w:t>
      </w:r>
      <w:r>
        <w:br/>
      </w:r>
      <w:r>
        <w:rPr>
          <w:sz w:val="20"/>
        </w:rPr>
        <w:t>56:32  yeh to sirf warning ke liye hota hai lekin paygambar agar kahin</w:t>
      </w:r>
      <w:r>
        <w:br/>
      </w:r>
      <w:r>
        <w:rPr>
          <w:sz w:val="20"/>
        </w:rPr>
        <w:t>56:39  ata hai aur woh itmam e hujjat ki had tak is ko dawat deta hai phir bhi woh inkar</w:t>
      </w:r>
      <w:r>
        <w:br/>
      </w:r>
      <w:r>
        <w:rPr>
          <w:sz w:val="20"/>
        </w:rPr>
        <w:t>56:44  karti hai to paygambar ke zariye paygambar ke zariye</w:t>
      </w:r>
      <w:r>
        <w:br/>
      </w:r>
      <w:r>
        <w:rPr>
          <w:sz w:val="20"/>
        </w:rPr>
        <w:t>56:51  itba e hujjat ki had tak dawat pohanchana phir inkar karna is par aata hai azab aise azab nahi</w:t>
      </w:r>
      <w:r>
        <w:br/>
      </w:r>
      <w:r>
        <w:rPr>
          <w:sz w:val="20"/>
        </w:rPr>
        <w:t>56:58  ata hamari aap ki dawat par azab nahi aayega</w:t>
      </w:r>
      <w:r>
        <w:br/>
      </w:r>
      <w:r>
        <w:rPr>
          <w:sz w:val="20"/>
        </w:rPr>
        <w:t>57:02  sirf yeh paygambar ke liye khaas hai hum aap dawat dein to hum kahenge nahi manenge</w:t>
      </w:r>
      <w:r>
        <w:br/>
      </w:r>
      <w:r>
        <w:rPr>
          <w:sz w:val="20"/>
        </w:rPr>
        <w:t>57:06  log to un ko azab aa jayega to yeh galat hai</w:t>
      </w:r>
      <w:r>
        <w:br/>
      </w:r>
      <w:r>
        <w:rPr>
          <w:sz w:val="20"/>
        </w:rPr>
        <w:t>57:12  yeh yeh galat hai yeh sirf paygambar ke liye khaas hai woh bhi har paygambar ke liye nahi</w:t>
      </w:r>
      <w:r>
        <w:br/>
      </w:r>
      <w:r>
        <w:rPr>
          <w:sz w:val="20"/>
        </w:rPr>
        <w:t>57:17  har paygambar ka aisa nahi hua jis tarah ibrahim ne chhod diya aap ne iraq ko to wahan</w:t>
      </w:r>
      <w:r>
        <w:br/>
      </w:r>
      <w:r>
        <w:rPr>
          <w:sz w:val="20"/>
        </w:rPr>
        <w:t>57:23  azab nahi aaye koi</w:t>
      </w:r>
      <w:r>
        <w:br/>
      </w:r>
      <w:r>
        <w:rPr>
          <w:sz w:val="20"/>
        </w:rPr>
        <w:t>57:26  aisa nahi hua rasool Allah ne makkah chhoda to wahan azab nahi aa gaya</w:t>
      </w:r>
      <w:r>
        <w:br/>
      </w:r>
      <w:r>
        <w:rPr>
          <w:sz w:val="20"/>
        </w:rPr>
        <w:t>57:32  hata ke hazrat yunus ne chhod diya tha apne qaum ko tab bhi azab nahi aaya to</w:t>
      </w:r>
      <w:r>
        <w:br/>
      </w:r>
      <w:r>
        <w:rPr>
          <w:sz w:val="20"/>
        </w:rPr>
        <w:t>57:40  azab is tarah ka jisko aap keh rahe hain woh kuch paighambaron ke zamane mein aaya hai</w:t>
      </w:r>
      <w:r>
        <w:br/>
      </w:r>
      <w:r>
        <w:rPr>
          <w:sz w:val="20"/>
        </w:rPr>
        <w:t>57:44  hazrat hazrat loot ke zamane mein aaya</w:t>
      </w:r>
      <w:r>
        <w:br/>
      </w:r>
      <w:r>
        <w:rPr>
          <w:sz w:val="20"/>
        </w:rPr>
        <w:t>57:48  har paighambar ke samne nahi aaya lekin iska jo qanoon hai woh yahi hai ke agar paighambar</w:t>
      </w:r>
      <w:r>
        <w:br/>
      </w:r>
      <w:r>
        <w:rPr>
          <w:sz w:val="20"/>
        </w:rPr>
        <w:t>57:55  ke zariye itteba hujjat ki had tak dawat pahuncha di jaye phir bhi qaum inkar karti rahe to</w:t>
      </w:r>
      <w:r>
        <w:br/>
      </w:r>
      <w:r>
        <w:rPr>
          <w:sz w:val="20"/>
        </w:rPr>
        <w:t>58:01  azab aayega lekin har paighambar ke liye azab nahi aayega mislan hazrat isa ka inkar kiya</w:t>
      </w:r>
      <w:r>
        <w:br/>
      </w:r>
      <w:r>
        <w:rPr>
          <w:sz w:val="20"/>
        </w:rPr>
        <w:t>58:08  to azab to nahi aaya</w:t>
      </w:r>
      <w:r>
        <w:br/>
      </w:r>
      <w:r>
        <w:rPr>
          <w:sz w:val="20"/>
        </w:rPr>
        <w:t>58:12  to aisa nahi hota</w:t>
      </w:r>
      <w:r>
        <w:br/>
      </w:r>
      <w:r>
        <w:rPr>
          <w:sz w:val="20"/>
        </w:rPr>
        <w:t>58:15  unhone agla question kiya hai mister imran ne delhi se when some one says namaz by her</w:t>
      </w:r>
      <w:r>
        <w:br/>
      </w:r>
      <w:r>
        <w:rPr>
          <w:sz w:val="20"/>
        </w:rPr>
        <w:t>58:21  self or hum self at the end of the namaz turn to either side saying assalamu alaikum warahmat</w:t>
      </w:r>
      <w:r>
        <w:br/>
      </w:r>
      <w:r>
        <w:rPr>
          <w:sz w:val="20"/>
        </w:rPr>
        <w:t>58:28  ullah</w:t>
      </w:r>
      <w:r>
        <w:br/>
      </w:r>
      <w:r>
        <w:rPr>
          <w:sz w:val="20"/>
        </w:rPr>
        <w:t>58:30  who is he or she addressing in these words please explain</w:t>
      </w:r>
      <w:r>
        <w:br/>
      </w:r>
      <w:r>
        <w:rPr>
          <w:sz w:val="20"/>
        </w:rPr>
        <w:t>58:36  dekhen isko main bata chuka hoon is se pehle</w:t>
      </w:r>
      <w:r>
        <w:br/>
      </w:r>
      <w:r>
        <w:rPr>
          <w:sz w:val="20"/>
        </w:rPr>
        <w:t>58:39  ke globe par jo log bas rahe hain is side mein ya is side mein agar main idhar</w:t>
      </w:r>
      <w:r>
        <w:br/>
      </w:r>
      <w:r>
        <w:rPr>
          <w:sz w:val="20"/>
        </w:rPr>
        <w:t>58:46  namaz padh raha hoon to yeh side le li hui hai idhar padh raha hoon to aisa hua</w:t>
      </w:r>
      <w:r>
        <w:br/>
      </w:r>
      <w:r>
        <w:rPr>
          <w:sz w:val="20"/>
        </w:rPr>
        <w:t>58:50  kyunke pure globe mein basne wale tamam logon ke liye main</w:t>
      </w:r>
      <w:r>
        <w:br/>
      </w:r>
      <w:r>
        <w:rPr>
          <w:sz w:val="20"/>
        </w:rPr>
        <w:t>58:55  peace be upon you keh raha hoon peace be upon you to yeh sach poochhen to apne apne andar</w:t>
      </w:r>
      <w:r>
        <w:br/>
      </w:r>
      <w:r>
        <w:rPr>
          <w:sz w:val="20"/>
        </w:rPr>
        <w:t>59:02  spirit of peace inculcate karne ke liye hai ke jab main masjid se niklun bahar to jo insan</w:t>
      </w:r>
      <w:r>
        <w:br/>
      </w:r>
      <w:r>
        <w:rPr>
          <w:sz w:val="20"/>
        </w:rPr>
        <w:t>59:09  ke beech mein na hoon</w:t>
      </w:r>
      <w:r>
        <w:br/>
      </w:r>
      <w:r>
        <w:rPr>
          <w:sz w:val="20"/>
        </w:rPr>
        <w:t>59:12  woh unke beech mein mujhe peace ke sath rahoon main yeh ek qism ka pledge hai isi</w:t>
      </w:r>
      <w:r>
        <w:br/>
      </w:r>
      <w:r>
        <w:rPr>
          <w:sz w:val="20"/>
        </w:rPr>
        <w:t>59:19  liye ek ek mashhoor muhaddis the unhone kaha ke hal tadreej al salam unka naam tha ibn</w:t>
      </w:r>
      <w:r>
        <w:br/>
      </w:r>
      <w:r>
        <w:rPr>
          <w:sz w:val="20"/>
        </w:rPr>
        <w:t>59:28  awainah hal tadreej al salam</w:t>
      </w:r>
      <w:r>
        <w:br/>
      </w:r>
      <w:r>
        <w:rPr>
          <w:sz w:val="20"/>
        </w:rPr>
        <w:t>59:32  kya tum jante ho ke yeh salam karna kya hai</w:t>
      </w:r>
      <w:r>
        <w:br/>
      </w:r>
      <w:r>
        <w:rPr>
          <w:sz w:val="20"/>
        </w:rPr>
        <w:t>59:35  iska matlab hai ant aman minni ant aman minni tum mujh se mehfooz ho tumhari izzat tumhare</w:t>
      </w:r>
      <w:r>
        <w:br/>
      </w:r>
      <w:r>
        <w:rPr>
          <w:sz w:val="20"/>
        </w:rPr>
        <w:t>59:43  aabru tumhara maal mujh se mehfooz hai to kya jab aap masjid se yeh keh kar nikle to</w:t>
      </w:r>
      <w:r>
        <w:br/>
      </w:r>
      <w:r>
        <w:rPr>
          <w:sz w:val="20"/>
        </w:rPr>
        <w:t>59:49  yeh doosron ko agar paigham de rahe hain ke tum mujh se daro mat mein tumhare liye koi</w:t>
      </w:r>
      <w:r>
        <w:br/>
      </w:r>
      <w:r>
        <w:rPr>
          <w:sz w:val="20"/>
        </w:rPr>
        <w:t>59:56  problem nahi create karunga koi new sense nahi create karunga koi tumhara nuksan nahi karunga</w:t>
      </w:r>
      <w:r>
        <w:br/>
      </w:r>
      <w:r>
        <w:rPr>
          <w:sz w:val="20"/>
        </w:rPr>
        <w:t>1:00:03  yeh matlab hai is ka</w:t>
      </w:r>
      <w:r>
        <w:br/>
      </w:r>
      <w:r>
        <w:rPr>
          <w:sz w:val="20"/>
        </w:rPr>
        <w:t>1:00:05  yani i am a</w:t>
      </w:r>
      <w:r>
        <w:br/>
      </w:r>
      <w:r>
        <w:rPr>
          <w:sz w:val="20"/>
        </w:rPr>
        <w:t>1:00:08  i am a</w:t>
      </w:r>
      <w:r>
        <w:br/>
      </w:r>
      <w:r>
        <w:rPr>
          <w:sz w:val="20"/>
        </w:rPr>
        <w:t>1:00:11  good member of of the society</w:t>
      </w:r>
      <w:r>
        <w:br/>
      </w:r>
      <w:r>
        <w:rPr>
          <w:sz w:val="20"/>
        </w:rPr>
        <w:t>1:00:16  no problem member of society yeh yeh keh kar nikalte hain yeh aage se yani symbolic sense mein</w:t>
      </w:r>
      <w:r>
        <w:br/>
      </w:r>
      <w:r>
        <w:rPr>
          <w:sz w:val="20"/>
        </w:rPr>
        <w:t>1:00:24  hota hai kyunke log to maujood hain nahi samne symbolic sense mein hota hai lekin is mein spirit</w:t>
      </w:r>
      <w:r>
        <w:br/>
      </w:r>
      <w:r>
        <w:rPr>
          <w:sz w:val="20"/>
        </w:rPr>
        <w:t>1:00:31  to phir bhi milti hai aap ko yani jo salam kar raha hai us ne apne andar spirit</w:t>
      </w:r>
      <w:r>
        <w:br/>
      </w:r>
      <w:r>
        <w:rPr>
          <w:sz w:val="20"/>
        </w:rPr>
        <w:t>1:00:36  inculcate ki ke mujhe logon ke beech mein jaunga to mein un ke sath mujhe peaceful</w:t>
      </w:r>
      <w:r>
        <w:br/>
      </w:r>
      <w:r>
        <w:rPr>
          <w:sz w:val="20"/>
        </w:rPr>
        <w:t>1:00:40  tareeqe se rehna rehna hai</w:t>
      </w:r>
      <w:r>
        <w:br/>
      </w:r>
      <w:r>
        <w:rPr>
          <w:sz w:val="20"/>
        </w:rPr>
        <w:t>1:00:46  maulana yeh agla question aya hai mr raj malik ka delhi se</w:t>
      </w:r>
      <w:r>
        <w:br/>
      </w:r>
      <w:r>
        <w:rPr>
          <w:sz w:val="20"/>
        </w:rPr>
        <w:t>1:00:52  maulana ek sahib ne kaha ke aaj agar hazrat umar hote to hum logon ki gardan maar dete</w:t>
      </w:r>
      <w:r>
        <w:br/>
      </w:r>
      <w:r>
        <w:rPr>
          <w:sz w:val="20"/>
        </w:rPr>
        <w:t>1:01:00  jaisa ke ek aadmi ka qatal kar diya jis ne rasool ALLAH ke faisle ko nahi mana tha</w:t>
      </w:r>
      <w:r>
        <w:br/>
      </w:r>
      <w:r>
        <w:rPr>
          <w:sz w:val="20"/>
        </w:rPr>
        <w:t>1:01:10  nahi yeh galat hai ke qatal kar diya kaha tha ke agar eizaz de to mein qatal kar</w:t>
      </w:r>
      <w:r>
        <w:br/>
      </w:r>
      <w:r>
        <w:rPr>
          <w:sz w:val="20"/>
        </w:rPr>
        <w:t>1:01:15  dunga lekin kisi umar ko ya kisi khalifa ko yeh ikhtiyar nahi ke jis ko chahe gardan</w:t>
      </w:r>
      <w:r>
        <w:br/>
      </w:r>
      <w:r>
        <w:rPr>
          <w:sz w:val="20"/>
        </w:rPr>
        <w:t>1:01:21  maar de is ka faisla court se hota hai khalifa nahi karta is ka</w:t>
      </w:r>
      <w:r>
        <w:br/>
      </w:r>
      <w:r>
        <w:rPr>
          <w:sz w:val="20"/>
        </w:rPr>
        <w:t>1:01:28  is ko yaad rakhiye ke jo punishment hai jo woh khalifa ke ikhtiyar mein nahi hai</w:t>
      </w:r>
      <w:r>
        <w:br/>
      </w:r>
      <w:r>
        <w:rPr>
          <w:sz w:val="20"/>
        </w:rPr>
        <w:t>1:01:36  woh sirf court ke ikhtiyar mein hai court mein muqadma jayega wahan behas hogi qazi jab jo</w:t>
      </w:r>
      <w:r>
        <w:br/>
      </w:r>
      <w:r>
        <w:rPr>
          <w:sz w:val="20"/>
        </w:rPr>
        <w:t>1:01:45  faisla dega us ke mutabiq police jo hai us ko execute karegi aisa nahi ke umar</w:t>
      </w:r>
      <w:r>
        <w:br/>
      </w:r>
      <w:r>
        <w:rPr>
          <w:sz w:val="20"/>
        </w:rPr>
        <w:t>1:01:50  hote hain jo logon ko qatal karte rehte hain yeh baat sahi nahi hai na kabhi unhone</w:t>
      </w:r>
      <w:r>
        <w:br/>
      </w:r>
      <w:r>
        <w:rPr>
          <w:sz w:val="20"/>
        </w:rPr>
        <w:t>1:01:55  aisa kiya aisa aisa nahi ke qatal kiya unhone</w:t>
      </w:r>
    </w:p>
    <w:p>
      <w:pPr>
        <w:pStyle w:val="Heading2"/>
      </w:pPr>
      <w:r>
        <w:t>Prophet's duas for other faiths</w:t>
      </w:r>
    </w:p>
    <w:p>
      <w:r>
        <w:rPr>
          <w:color w:val="666666"/>
          <w:sz w:val="18"/>
        </w:rPr>
        <w:t>Seerah &amp; Prophet · Paradise as A Goal April 26, 2015 · 9m 55s · at 54:38 · https://youtu.be/4IWLd2SIBkw?t=3278</w:t>
      </w:r>
    </w:p>
    <w:p>
      <w:r>
        <w:rPr>
          <w:i/>
        </w:rPr>
        <w:t>“If the Prophet did dua for people of other faiths, can you please mention what sort of things He asked for in the duas? Can you please provide some references?”</w:t>
      </w:r>
    </w:p>
    <w:p>
      <w:r>
        <w:rPr>
          <w:sz w:val="20"/>
        </w:rPr>
        <w:t>54:38  Aur yeh sabit hai ke paighambaron ne har aik ke liye dua ki, har aik ke liye. Maulana, inhi ka agla sawal hai: "If the prophet did dua for people of other faiths, can you please mention what sort of things he asked for in the duas?</w:t>
      </w:r>
      <w:r>
        <w:br/>
      </w:r>
      <w:r>
        <w:rPr>
          <w:sz w:val="20"/>
        </w:rPr>
        <w:t>54:56  Can you please provide some references?" Dekhein, paighambaron ki dua hoti hai hidayat ke liye.</w:t>
      </w:r>
      <w:r>
        <w:br/>
      </w:r>
      <w:r>
        <w:rPr>
          <w:sz w:val="20"/>
        </w:rPr>
        <w:t>55:08  jaise peghambar ne dua ki: "rab qomi fahm la ilmoon." yaani un ke jo madu tha, us ne pathar mara to us ko dekh, ghusse bane hue hain.</w:t>
      </w:r>
      <w:r>
        <w:br/>
      </w:r>
      <w:r>
        <w:rPr>
          <w:sz w:val="20"/>
        </w:rPr>
        <w:t>55:21  woh balkay dua ki ke khuda un ko hidayat de, woh jante nahin.</w:t>
      </w:r>
      <w:r>
        <w:br/>
      </w:r>
      <w:r>
        <w:rPr>
          <w:sz w:val="20"/>
        </w:rPr>
        <w:t>55:25  to peghambar ki jo duayein aayi hain quran o hadith mein, us se pata chalta hai ke peghambar ki duayein material cheezon ke liye nahin hoti theen, hidayat ke liye hoti theen.</w:t>
      </w:r>
      <w:r>
        <w:br/>
      </w:r>
      <w:r>
        <w:rPr>
          <w:sz w:val="20"/>
        </w:rPr>
        <w:t>55:40  jaise ek hadith hai ke rasool Allah ne kaha ke main ek peghambar ko dekh raha hoon ke us ne sachai ka paigham diya aur jo madu the, un ke woh ghusse ho gaye, un ko pathar mara to khoon behne laga.</w:t>
      </w:r>
      <w:r>
        <w:br/>
      </w:r>
      <w:r>
        <w:rPr>
          <w:sz w:val="20"/>
        </w:rPr>
        <w:t>55:57  to rasool Allah ne kaha: "main dekh raha hoon ke khoon un ke chehre se khoon beh raha hai." lekin woh apni zuban se keh rahe hain: "rab qomi fahm la ilmoon. aye Allah, unhein hidayat de, woh jante nahin."</w:t>
      </w:r>
      <w:r>
        <w:br/>
      </w:r>
      <w:r>
        <w:rPr>
          <w:sz w:val="20"/>
        </w:rPr>
        <w:t>56:09  to jahan tak main janta hoon, peghambar ki duayein jo hoti theen, hidayat ke liye hoti theen, material cheezon ke liye nahin hoti theen.</w:t>
      </w:r>
      <w:r>
        <w:br/>
      </w:r>
      <w:r>
        <w:rPr>
          <w:sz w:val="20"/>
        </w:rPr>
        <w:t>56:22  maulana, ek comment aaya hai miss naghma siddiqui ka dehli se: "maulana, you are the only person that i have heard who talks of external and internal development, which is so true.</w:t>
      </w:r>
      <w:r>
        <w:br/>
      </w:r>
      <w:r>
        <w:rPr>
          <w:sz w:val="20"/>
        </w:rPr>
        <w:t>56:37  thank you for explaining how to develop a mazka personality for paradise."</w:t>
      </w:r>
      <w:r>
        <w:br/>
      </w:r>
      <w:r>
        <w:rPr>
          <w:sz w:val="20"/>
        </w:rPr>
        <w:t>56:48  maulana, yeh agla bhi comment hai maulana iqbal umri sahib ka chennai se: "maulana, aaj wazeh hua ke insan ko jannati shakhsiyat banne ke liye dunya di gayi hai,</w:t>
      </w:r>
      <w:r>
        <w:br/>
      </w:r>
      <w:r>
        <w:rPr>
          <w:sz w:val="20"/>
        </w:rPr>
        <w:t>57:02  na ke dunya ko jannat banane ke liye.</w:t>
      </w:r>
      <w:r>
        <w:br/>
      </w:r>
      <w:r>
        <w:rPr>
          <w:sz w:val="20"/>
        </w:rPr>
        <w:t>57:07  yeh himalayan warning se poori insaniyat ke liye ek lesson hai."</w:t>
      </w:r>
      <w:r>
        <w:br/>
      </w:r>
      <w:r>
        <w:rPr>
          <w:sz w:val="20"/>
        </w:rPr>
        <w:t>57:16  yeh theek hai, yeh theek hai. achha, kya hai?</w:t>
      </w:r>
      <w:r>
        <w:br/>
      </w:r>
      <w:r>
        <w:rPr>
          <w:sz w:val="20"/>
        </w:rPr>
        <w:t>57:26  urdu hai? mister naghma, kya question tha? un ka ek comment tha:</w:t>
      </w:r>
      <w:r>
        <w:br/>
      </w:r>
      <w:r>
        <w:rPr>
          <w:sz w:val="20"/>
        </w:rPr>
        <w:t>57:30  "hmm, you are the only person that i have heard who talks of external and internal development, which is so true.</w:t>
      </w:r>
      <w:r>
        <w:br/>
      </w:r>
      <w:r>
        <w:rPr>
          <w:sz w:val="20"/>
        </w:rPr>
        <w:t>57:39  thank you for explaining how to develop a mazka personality for paradise." dekhein, is ko main ne abhi arz kiya ke har cheez mein ek item hota hai, risk ka item, yaani spiritual food ka item.</w:t>
      </w:r>
      <w:r>
        <w:br/>
      </w:r>
      <w:r>
        <w:rPr>
          <w:sz w:val="20"/>
        </w:rPr>
        <w:t>57:56  har cheez mein is ko daryaft karna,</w:t>
      </w:r>
      <w:r>
        <w:br/>
      </w:r>
      <w:r>
        <w:rPr>
          <w:sz w:val="20"/>
        </w:rPr>
        <w:t>58:00  jaise main ne misaal di ke yeh dekhiye, ek metal hai. yeh ek is ka ek aspect yeh hai ke yeh metal hai. doosra aspect yeh hai ke main sochne laga ke kya main aisa metal create kar sakta hoon?</w:t>
      </w:r>
      <w:r>
        <w:br/>
      </w:r>
      <w:r>
        <w:rPr>
          <w:sz w:val="20"/>
        </w:rPr>
        <w:t>58:14  to yeh is ka, is ke andar ek ek aur, yaani content tha, spiritual content. is ko le kar socha main ne. to har cheez mein aise hi hota hai ke do is ke content hote hain:</w:t>
      </w:r>
      <w:r>
        <w:br/>
      </w:r>
      <w:r>
        <w:rPr>
          <w:sz w:val="20"/>
        </w:rPr>
        <w:t>58:28  ek material content, ek spiritual content. is content ko daryaft karte karne se aadmi ke andar shakhsiyat, mazka shakhsiyat banti hai.</w:t>
      </w:r>
      <w:r>
        <w:br/>
      </w:r>
      <w:r>
        <w:rPr>
          <w:sz w:val="20"/>
        </w:rPr>
        <w:t>58:41  maulana, yeh agla question aaya hai doctor iqbal pradhan ka dehli se: "quran mein jagah jagah nabiyon ki qomon par azab aaya.</w:t>
      </w:r>
      <w:r>
        <w:br/>
      </w:r>
      <w:r>
        <w:rPr>
          <w:sz w:val="20"/>
        </w:rPr>
        <w:t>58:53  kya yeh warning thi ya azab?"</w:t>
      </w:r>
      <w:r>
        <w:br/>
      </w:r>
      <w:r>
        <w:rPr>
          <w:sz w:val="20"/>
        </w:rPr>
        <w:t>58:59  dekhein, nabi ka muamla alag hai aur yeh jo nepal mein aaj koi kaha ya is tarah ke jo waqiyat hote rehte hain, woh alag hain.</w:t>
      </w:r>
      <w:r>
        <w:br/>
      </w:r>
      <w:r>
        <w:rPr>
          <w:sz w:val="20"/>
        </w:rPr>
        <w:t>59:11  yeh to sirf warning ke liye hota hai. dekhein, peghambar agar kahin aata hai aur woh itmam e hujjat ki had tak is ko dawat deta hai,</w:t>
      </w:r>
      <w:r>
        <w:br/>
      </w:r>
      <w:r>
        <w:rPr>
          <w:sz w:val="20"/>
        </w:rPr>
        <w:t>59:22  phir bhi woh inkar karti hai ke peghambar ke zariye, peghambar ke zariye itmam e hujjat ki had tak dawat pahunchana, phir inkar karna, is par aata hai azab.</w:t>
      </w:r>
      <w:r>
        <w:br/>
      </w:r>
      <w:r>
        <w:rPr>
          <w:sz w:val="20"/>
        </w:rPr>
        <w:t>59:36  aise azab nahin aata hamari aap ki dawat par. azab nahin aayega, sirf yeh peghambar ke liye khaas hai. hum aap dawat dein to hum kahenge nahin manenge.</w:t>
      </w:r>
      <w:r>
        <w:br/>
      </w:r>
      <w:r>
        <w:rPr>
          <w:sz w:val="20"/>
        </w:rPr>
        <w:t>59:45  log to in ko azab aa jaye ga, to yeh galat hai. yeh</w:t>
      </w:r>
      <w:r>
        <w:br/>
      </w:r>
      <w:r>
        <w:rPr>
          <w:sz w:val="20"/>
        </w:rPr>
        <w:t>59:51  yeh galat hai. yeh sirf peghambar ke liye khaas hai, woh bhi har peghambar ke liye nahi hai. har peghambar ka aisa nahi hoga. jis tarah Hazrat Ibrahim ne chhod diya aap ne Iraq ko, to wahan azab nahi aaye.</w:t>
      </w:r>
      <w:r>
        <w:br/>
      </w:r>
      <w:r>
        <w:rPr>
          <w:sz w:val="20"/>
        </w:rPr>
        <w:t>1:00:03  koi aisa nahi hua. Rasool Allah ne Makkah chhora to wahan azab nahi aa gaya. hatta ke Hazrat Yunus ne chhod diya tha apne qaum ko, tab bhi azab nahi aaya.</w:t>
      </w:r>
      <w:r>
        <w:br/>
      </w:r>
      <w:r>
        <w:rPr>
          <w:sz w:val="20"/>
        </w:rPr>
        <w:t>1:00:17  to azab is tarah ka jis ko aap keh rahe hain, woh kuch peghambaron ke zamane mein aaya hai, Hazrat Hazrat Loot ke zamane mein aaya, har peghambar ke zamane mein nahi aaya.</w:t>
      </w:r>
      <w:r>
        <w:br/>
      </w:r>
      <w:r>
        <w:rPr>
          <w:sz w:val="20"/>
        </w:rPr>
        <w:t>1:00:29  lekin is ka jo qanoon hai, woh yahi hai ke agar peghambar ke zariye itmam-e-hujjat ki had tak dawat pahuncha di jaye, phir bhi qaum inkar karti rahe to azab aayega.</w:t>
      </w:r>
      <w:r>
        <w:br/>
      </w:r>
      <w:r>
        <w:rPr>
          <w:sz w:val="20"/>
        </w:rPr>
        <w:t>1:00:42  lekin har peghambar ke liye azab nahi aayega.</w:t>
      </w:r>
      <w:r>
        <w:br/>
      </w:r>
      <w:r>
        <w:rPr>
          <w:sz w:val="20"/>
        </w:rPr>
        <w:t>1:00:45  misalan Hazrat Isa ka inkar kiya to azab to nahi aaya, to aisa nahi hota. Maulana, yeh agla question kya hai?</w:t>
      </w:r>
      <w:r>
        <w:br/>
      </w:r>
      <w:r>
        <w:rPr>
          <w:sz w:val="20"/>
        </w:rPr>
        <w:t>1:00:56  Mr Imran ne Delhi se: "When someone says namaz by herself or himself at the end of the namaz, they turn to either side, saying Assalamu Alaikum wa Rahmatullahi.</w:t>
      </w:r>
      <w:r>
        <w:br/>
      </w:r>
      <w:r>
        <w:rPr>
          <w:sz w:val="20"/>
        </w:rPr>
        <w:t>1:01:09  Who is he or she addressing in these words? Please explain."</w:t>
      </w:r>
      <w:r>
        <w:br/>
      </w:r>
      <w:r>
        <w:rPr>
          <w:sz w:val="20"/>
        </w:rPr>
        <w:t>1:01:15  dekhein, is ko main bata chuka hoon is se pehle ke globe par jo log bas rahe hain, is side mein ya is side mein, agar main idhar namaz padh raha hoon to yeh side ki le li hui hai.</w:t>
      </w:r>
      <w:r>
        <w:br/>
      </w:r>
      <w:r>
        <w:rPr>
          <w:sz w:val="20"/>
        </w:rPr>
        <w:t>1:01:27  idhar padh raha hoon to aisa hua, kyunke aap pure globe mein basne wale tamam logon ke liye main peace be a pani ko keh raha hoon.</w:t>
      </w:r>
      <w:r>
        <w:br/>
      </w:r>
      <w:r>
        <w:rPr>
          <w:sz w:val="20"/>
        </w:rPr>
        <w:t>1:01:36  peace be a pani</w:t>
      </w:r>
      <w:r>
        <w:br/>
      </w:r>
      <w:r>
        <w:rPr>
          <w:sz w:val="20"/>
        </w:rPr>
        <w:t>1:01:37  to yeh sach poochhein to apne apne andar spirit of peace inculcate karne ke liye hai ke jab main masjid se niklun bahar to jo insaan ke beech mein main hoon, woh un ke beech mein mujhe peace ke sath rahoon.</w:t>
      </w:r>
      <w:r>
        <w:br/>
      </w:r>
      <w:r>
        <w:rPr>
          <w:sz w:val="20"/>
        </w:rPr>
        <w:t>1:01:54  main yeh ek qism ka pledge hai. isi liye ek ek mashhoor muhaddis the,</w:t>
      </w:r>
      <w:r>
        <w:br/>
      </w:r>
      <w:r>
        <w:rPr>
          <w:sz w:val="20"/>
        </w:rPr>
        <w:t>1:02:02  unhon ne kaha ke "hal tadri wa salam" un ka naam tha Ibn Uyaynah. "hal tadri wa salam" kya tum jante ho ke yeh salam karna kya hai?</w:t>
      </w:r>
      <w:r>
        <w:br/>
      </w:r>
      <w:r>
        <w:rPr>
          <w:sz w:val="20"/>
        </w:rPr>
        <w:t>1:02:14  is ka matlab hai: "anta amin minni, anta amin minni" tum mujh se mehfooz ho, tumhari izzat, tumhari abru, tumhara maal mujh se mehfooz hai.</w:t>
      </w:r>
      <w:r>
        <w:br/>
      </w:r>
      <w:r>
        <w:rPr>
          <w:sz w:val="20"/>
        </w:rPr>
        <w:t>1:02:25  to kaha jab aap masjid se yeh keh kar nikle to yeh doosron ko agar aap paigham de rahe hain ke tum mujh se daro mat, main tumhare liye koi problem nahi create karunga, koi nishans nahi create karunga,</w:t>
      </w:r>
      <w:r>
        <w:br/>
      </w:r>
      <w:r>
        <w:rPr>
          <w:sz w:val="20"/>
        </w:rPr>
        <w:t>1:02:39  koi tumhara nuksan nahi karunga, yeh matlab hai is ka. yani "I am a, I am a</w:t>
      </w:r>
      <w:r>
        <w:br/>
      </w:r>
      <w:r>
        <w:rPr>
          <w:sz w:val="20"/>
        </w:rPr>
        <w:t>1:02:50  good member of of the society,</w:t>
      </w:r>
      <w:r>
        <w:br/>
      </w:r>
      <w:r>
        <w:rPr>
          <w:sz w:val="20"/>
        </w:rPr>
        <w:t>1:02:54  no problem member of society" yeh yeh keh kar nikalte hain. yeh agarche yani symbolic sense mein hota hai, kyunke log to maujood hain hi nahi samne, symbolic sense mein hota hai,</w:t>
      </w:r>
      <w:r>
        <w:br/>
      </w:r>
      <w:r>
        <w:rPr>
          <w:sz w:val="20"/>
        </w:rPr>
        <w:t>1:03:08  lekin is mein spirit to phir bhi milti hai aap ko. yani jo salam kar raha hai, us ne apna to spirit inculcate ki ke mujhe logon ke beech mein jaunga to main un ke sath mein peaceful tareeqe se rehna hai.</w:t>
      </w:r>
      <w:r>
        <w:br/>
      </w:r>
      <w:r>
        <w:rPr>
          <w:sz w:val="20"/>
        </w:rPr>
        <w:t>1:03:20  rehna hai.</w:t>
      </w:r>
      <w:r>
        <w:br/>
      </w:r>
      <w:r>
        <w:rPr>
          <w:sz w:val="20"/>
        </w:rPr>
        <w:t>1:03:25  Maulana, yeh agla question aaya hai Mr Raj Malik ka Delhi se. Maulana, ek sahib ne kaha ke aaj agar Hazrat Umar hote to hum logon ki gardan maar dete,</w:t>
      </w:r>
      <w:r>
        <w:br/>
      </w:r>
      <w:r>
        <w:rPr>
          <w:sz w:val="20"/>
        </w:rPr>
        <w:t>1:03:39  jaisa ke ek aadmi ka qatl kar diya jis ne Rasool Allah ke faisle ko nahi maana tha.</w:t>
      </w:r>
      <w:r>
        <w:br/>
      </w:r>
      <w:r>
        <w:rPr>
          <w:sz w:val="20"/>
        </w:rPr>
        <w:t>1:03:49  nahi, yeh galat hai ke qatl kar diya.</w:t>
      </w:r>
      <w:r>
        <w:br/>
      </w:r>
      <w:r>
        <w:rPr>
          <w:sz w:val="20"/>
        </w:rPr>
        <w:t>1:03:52  kaha tha ke agar ijazat de do to main qatl kar doonga. dekhiye, kisi umar ko ya kisi khaleefa ko yeh ikhtiyar nahi ke jis ko chahe gardan maar de.</w:t>
      </w:r>
      <w:r>
        <w:br/>
      </w:r>
      <w:r>
        <w:rPr>
          <w:sz w:val="20"/>
        </w:rPr>
        <w:t>1:04:02  iska faisla court se hota hai, khaleefa nahi karta. iska is ko yaad rakhiye ke jo punishment hai, jo woh khaleefa ke ikhtiyar mein nahi hai, woh sirf court ke ikhtiyar mein hai.</w:t>
      </w:r>
      <w:r>
        <w:br/>
      </w:r>
      <w:r>
        <w:rPr>
          <w:sz w:val="20"/>
        </w:rPr>
        <w:t>1:04:17  court mein muqadma jayega, wahan behas hogi.</w:t>
      </w:r>
      <w:r>
        <w:br/>
      </w:r>
      <w:r>
        <w:rPr>
          <w:sz w:val="20"/>
        </w:rPr>
        <w:t>1:04:21  qazi jab jo is jo faisla dega, us ke mutabiq police jo hai, us ko execute karegi. aisa nahi ke umar hote to jo logon ko qatl karte rehte, yeh baat sahi nahi hai.</w:t>
      </w:r>
    </w:p>
    <w:p>
      <w:pPr>
        <w:pStyle w:val="Heading2"/>
      </w:pPr>
      <w:r>
        <w:t>Prophet's nighttime visit to graveyard</w:t>
      </w:r>
    </w:p>
    <w:p>
      <w:r>
        <w:rPr>
          <w:color w:val="666666"/>
          <w:sz w:val="18"/>
        </w:rPr>
        <w:t>Seerah &amp; Prophet · The Story of Aisha Bint Abu Bakr Part 2 March 05, 2023 · 28m 41s · at 29:27 · https://youtu.be/od3Is6a9B7o?t=1767</w:t>
      </w:r>
    </w:p>
    <w:p>
      <w:r>
        <w:rPr>
          <w:i/>
        </w:rPr>
        <w:t>“ایک مرتبہ وہ رات میں اٹھے اور پھر وہ بقی graveyard گئے اور وہاں پہ انہوں نے جتنے بھی لوگ جو graveyard میں دفنائے گئے ہیں ان کے لیے دعا مان گی انہوں نے۔ تو اس کے بارے میں بتائیں۔”</w:t>
      </w:r>
    </w:p>
    <w:p>
      <w:r>
        <w:rPr>
          <w:sz w:val="20"/>
        </w:rPr>
        <w:t>29:27  aur bohat lambe sajde pe jaya karte the. tu doctor sahib agla sawal lena chahunga ke ek martaba woh raat mein uthe aur phir woh baqi graveyard gaye aur wahan pe unhon ne jitne bhi log jo graveyard mein dafnaye gaye hain un ke liye dua maan</w:t>
      </w:r>
      <w:r>
        <w:br/>
      </w:r>
      <w:r>
        <w:rPr>
          <w:sz w:val="20"/>
        </w:rPr>
        <w:t>29:45  gi unhon ne. tu is ke bare mein batain. yeh ek bohat lambi hadith hai ji hazrat aisha ki. kuch log baithe hue the hazrat aisha ke paas tu hazrat aisha ne kaha ke do you want me to tell a story about the prophet and about me tu logon ne kaha zaroor zaroor sunain.</w:t>
      </w:r>
      <w:r>
        <w:br/>
      </w:r>
      <w:r>
        <w:rPr>
          <w:sz w:val="20"/>
        </w:rPr>
        <w:t>30:08  tu hazrat aisha ne bataya ke ek baar prophet sham ko aaye masjid se. ji aur unhon ne apne shoes utare, shoes rakh diye ek taraf aur chadar hatayi aur ek bistar banaya aur let gaye.</w:t>
      </w:r>
      <w:r>
        <w:br/>
      </w:r>
      <w:r>
        <w:rPr>
          <w:sz w:val="20"/>
        </w:rPr>
        <w:t>30:28  aur maybe maybe let gayi hazrat aisha kehti hain. tu maine dekha ke raat ke waqt woh ahista se uthe.</w:t>
      </w:r>
      <w:r>
        <w:br/>
      </w:r>
      <w:r>
        <w:rPr>
          <w:sz w:val="20"/>
        </w:rPr>
        <w:t>30:36  un ko laga ke main so gayi halanke shayad hazrat aisha jag rahi thin. tu bohat ahista se uthe aur ahista se unhon ne apne shoes pehne aur ahista se unhon ne apni chadar odhi.</w:t>
      </w:r>
      <w:r>
        <w:br/>
      </w:r>
      <w:r>
        <w:rPr>
          <w:sz w:val="20"/>
        </w:rPr>
        <w:t>30:48  ji aur ahista se gaye aur darwaza ahista se khola aur bahar chale gaye aur darwaza ahista se band kiya. tu un ko kuch shakk ho gaya.</w:t>
      </w:r>
      <w:r>
        <w:br/>
      </w:r>
      <w:r>
        <w:rPr>
          <w:sz w:val="20"/>
        </w:rPr>
        <w:t>31:00  tu woh uthi aur unhon ne apni chadar odhi.</w:t>
      </w:r>
      <w:r>
        <w:br/>
      </w:r>
      <w:r>
        <w:rPr>
          <w:sz w:val="20"/>
        </w:rPr>
        <w:t>31:03  ji aur woh bhi nikal gayin ghar se bahar ke dekhen kahan ja rahi hain. tu unhon ne dekha ke woh baqi qabristan ki taraf jo baqi qabristan hai jannat ul baqi kehte hain ise woh bilkul masjid se mila hua hai.</w:t>
      </w:r>
      <w:r>
        <w:br/>
      </w:r>
      <w:r>
        <w:rPr>
          <w:sz w:val="20"/>
        </w:rPr>
        <w:t>31:20  abhi bhi aap jayen tu dekh sakte hain. aur bare bare sahaba ki qabrein hain is mein. khud hazrat aisha ki bhi qabr is mein hi hai.</w:t>
      </w:r>
      <w:r>
        <w:br/>
      </w:r>
      <w:r>
        <w:rPr>
          <w:sz w:val="20"/>
        </w:rPr>
        <w:t>31:26  ji tu unhon ne dekha ke prophet baqi ke paas gaye aur wahan kafi der khade rahe. aur phir teen baar hath uthaya.</w:t>
      </w:r>
      <w:r>
        <w:br/>
      </w:r>
      <w:r>
        <w:rPr>
          <w:sz w:val="20"/>
        </w:rPr>
        <w:t>31:37  dua ki teen baar. phir wapas palte. ji aur bohat tez aane lagay. tu hazrat aisha kehti hain ke prophet was walking really fast tu maine bhi bohat tez chalna shuru kiya.</w:t>
      </w:r>
      <w:r>
        <w:br/>
      </w:r>
      <w:r>
        <w:rPr>
          <w:sz w:val="20"/>
        </w:rPr>
        <w:t>31:49  woh aur tez ho gaye. main bhi aur tez ho gayi taake woh mujhe dekhen na.</w:t>
      </w:r>
      <w:r>
        <w:br/>
      </w:r>
      <w:r>
        <w:rPr>
          <w:sz w:val="20"/>
        </w:rPr>
        <w:t>31:54  ab phir he started to run and then i started to run and i was out of breath tu daurte daurte main kaise pahunchi ghar.</w:t>
      </w:r>
      <w:r>
        <w:br/>
      </w:r>
      <w:r>
        <w:rPr>
          <w:sz w:val="20"/>
        </w:rPr>
        <w:t>32:03  aur jaise main leti waisi hi prophet bhi aa gaye. tu prophet ne dekha ke meri saans phool rahi hai. haanp rahi hoon main. tu bole ke kya ho gaya tumhein?</w:t>
      </w:r>
      <w:r>
        <w:br/>
      </w:r>
      <w:r>
        <w:rPr>
          <w:sz w:val="20"/>
        </w:rPr>
        <w:t>32:15  tu unhon ne kaha kuch nahin. koi zyada boli nahin.</w:t>
      </w:r>
      <w:r>
        <w:br/>
      </w:r>
      <w:r>
        <w:rPr>
          <w:sz w:val="20"/>
        </w:rPr>
        <w:t>32:19  tu rasool allah ne kaha hai ke tum mujhe waqia batao warna allah jo lateef ul khabeer hai the subtle and the aware he will inform me ji either you inform me or ji god will inform me tu sari baat unhon ne bata di ke main ne aise aise aap ko dekha tu main aap ke peeche chali gayi.</w:t>
      </w:r>
      <w:r>
        <w:br/>
      </w:r>
      <w:r>
        <w:rPr>
          <w:sz w:val="20"/>
        </w:rPr>
        <w:t>32:45  tu unhon ne kaha hai ke so you you were the black shape in front of me tu unhon ne kaha haan main hi main hi thi woh.</w:t>
      </w:r>
      <w:r>
        <w:br/>
      </w:r>
      <w:r>
        <w:rPr>
          <w:sz w:val="20"/>
        </w:rPr>
        <w:t>32:53  un ko kuch nazar aaya hoga rasool allah ko ke kaale rang ki koi shaal waghera odh ke gayi hongi. tu prophet ne kaha hai do you think allah and his messenger will be unfair to</w:t>
      </w:r>
      <w:r>
        <w:br/>
      </w:r>
      <w:r>
        <w:rPr>
          <w:sz w:val="20"/>
        </w:rPr>
        <w:t>33:09  you tu hazrat aisha ne kaha hai ke log kisi baat ko kitna hi chupa len allah tu jaan jata hai.</w:t>
      </w:r>
      <w:r>
        <w:br/>
      </w:r>
      <w:r>
        <w:rPr>
          <w:sz w:val="20"/>
        </w:rPr>
        <w:t>33:18  ji allah tu jaan jaan leta hai use. phir prophet ne poori baat batayi ke waqia kya tha. tu kaha ke jab tum ne mujhe dekha ke main bahar ja raha tha tu jibril aaye the mere paas.</w:t>
      </w:r>
      <w:r>
        <w:br/>
      </w:r>
      <w:r>
        <w:rPr>
          <w:sz w:val="20"/>
        </w:rPr>
        <w:t>33:33  ji tu unhon ne bahar se hi mujhe awaz di.</w:t>
      </w:r>
      <w:r>
        <w:br/>
      </w:r>
      <w:r>
        <w:rPr>
          <w:sz w:val="20"/>
        </w:rPr>
        <w:t>33:37  jo awaz sirf main ne hi suni tum ne nahin suni. farishta agar chahe ke aur log sunen tabhi ho sakta hai aisa. aise nahin ke woh sab log sunenge.</w:t>
      </w:r>
      <w:r>
        <w:br/>
      </w:r>
      <w:r>
        <w:rPr>
          <w:sz w:val="20"/>
        </w:rPr>
        <w:t>33:48  to unhon ne kaha hai ke he waited outside the house and he did not enter because we were sleeping aao't of modesty he called me from outside the house ji</w:t>
      </w:r>
      <w:r>
        <w:br/>
      </w:r>
      <w:r>
        <w:rPr>
          <w:sz w:val="20"/>
        </w:rPr>
        <w:t>34:00  to mein mein ne chaha ke tum ko na jagao'n kahin tum pareshan ho jao dar jao. to mein ahista ahista bahar gaya.</w:t>
      </w:r>
      <w:r>
        <w:br/>
      </w:r>
      <w:r>
        <w:rPr>
          <w:sz w:val="20"/>
        </w:rPr>
        <w:t>34:11  ji aur bahar ja ke jibril ne kaha mujh se ke allah ne aap ko hukum diya hai ke aap baqi qabristan jao'n aur jo log wahan bareeed hain jo log madfoon hain un ke liye bakhshish ki dua kari</w:t>
      </w:r>
      <w:r>
        <w:br/>
      </w:r>
      <w:r>
        <w:rPr>
          <w:sz w:val="20"/>
        </w:rPr>
        <w:t>34:26  n. ji to mein gaya aur mein ne wahan ahle baqi ke liye dua ki. to yeh waqia jab suna hazrat aisha ne to unhon ne kaha ke aye khuda ke rasool mein kaise karoon ahle baqi ke liye dua?</w:t>
      </w:r>
      <w:r>
        <w:br/>
      </w:r>
      <w:r>
        <w:rPr>
          <w:sz w:val="20"/>
        </w:rPr>
        <w:t>34:44  to rasool allah ne kaha ke tum kaho aise ke allah tum par salamatī aur rehmat farmaye yani un logon ko jo baqi madfoon hain.</w:t>
      </w:r>
      <w:r>
        <w:br/>
      </w:r>
      <w:r>
        <w:rPr>
          <w:sz w:val="20"/>
        </w:rPr>
        <w:t>34:58  aur yeh bhi kaho ke hum zaroor tumhare saath milein ge ek din. ji</w:t>
      </w:r>
      <w:r>
        <w:br/>
      </w:r>
      <w:r>
        <w:rPr>
          <w:sz w:val="20"/>
        </w:rPr>
        <w:t>35:03  to yani jo insan qabristan mein jata hai to sab se bara sabak jo hai woh yahi hota hai ke insan yeh samajhta hai ke maulana kehte hain na aaj un ki kal hamari bari hai.</w:t>
      </w:r>
      <w:r>
        <w:br/>
      </w:r>
      <w:r>
        <w:rPr>
          <w:sz w:val="20"/>
        </w:rPr>
        <w:t>35:14  hmm ke yahin par aana hai. hmm to yeh dua karte rehna chahiye ke allah taala khas taur se badgumanī se bachaye humein.</w:t>
      </w:r>
      <w:r>
        <w:br/>
      </w:r>
      <w:r>
        <w:rPr>
          <w:sz w:val="20"/>
        </w:rPr>
        <w:t>35:24  bilkul ke peghambar jaise hastī se bhi badguman ho sakta hai koi aur woh bhi hazrat aisha razi allah</w:t>
      </w:r>
      <w:r>
        <w:br/>
      </w:r>
      <w:r>
        <w:rPr>
          <w:sz w:val="20"/>
        </w:rPr>
        <w:t>35:31  an'ha chuna'nche woh bhi insan the. hmm aur agar sare namune hamein na milein chuna'nche hamein to wahin se namune milne hain.</w:t>
      </w:r>
      <w:r>
        <w:br/>
      </w:r>
      <w:r>
        <w:rPr>
          <w:sz w:val="20"/>
        </w:rPr>
        <w:t>35:41  ji wohi model hai humein. bilkul to har tarah ka model har tarah ka namuna hazrat muhammad sallallahu alaihi wasallam ke haan hum dekh sakte hain taake hamare liye woh ek rasta bane rehnumai ho.</w:t>
      </w:r>
      <w:r>
        <w:br/>
      </w:r>
      <w:r>
        <w:rPr>
          <w:sz w:val="20"/>
        </w:rPr>
        <w:t>35:53  ji jazak allah bohat hi important yeh baat batai doctor sahab aap ne jazak</w:t>
      </w:r>
      <w:r>
        <w:br/>
      </w:r>
      <w:r>
        <w:rPr>
          <w:sz w:val="20"/>
        </w:rPr>
        <w:t>35:58  allah. doctor sahab rasool allah hamesha jab dua karte the to favor mein hi dua karte the lekin ek bara dilchasp qissa hai ke unhon ne hazrat aisha ke khilaf jo hai dua kari woh kya qissa hai is ke bare mein hum sab ko bataein.</w:t>
      </w:r>
      <w:r>
        <w:br/>
      </w:r>
      <w:r>
        <w:rPr>
          <w:sz w:val="20"/>
        </w:rPr>
        <w:t>36:13  darasal ek bar Prophet ne kisi bohat ahem kaam ke liye bataya. ji hazrat aisha se to Prophet chale gaye jab wapas aaye to dekha woh kaam hua nahi tha to poocha ke bhai yeh kya kaam nahi hua</w:t>
      </w:r>
      <w:r>
        <w:br/>
      </w:r>
      <w:r>
        <w:rPr>
          <w:sz w:val="20"/>
        </w:rPr>
        <w:t>36:28  ? to unhon ne kaha ke meri saheliyan aa gayi theen mein is mein busy ho gayi thi. ji to Prophet ko ghussa aa gaya. ji to Prophet bole qata' allah yadayk yani may god cut your hands aur yeh keh ke woh bahar chale gaye.</w:t>
      </w:r>
      <w:r>
        <w:br/>
      </w:r>
      <w:r>
        <w:rPr>
          <w:sz w:val="20"/>
        </w:rPr>
        <w:t>36:42  ji to hazrat aisha bohat hi udas ho gayeen. hmm aur baith gayeen woh thori der mein aaye Prophet to dekha ke woh hazrat aisha aise hath ko yoon kar rahi theen baithi hui bari udas.</w:t>
      </w:r>
      <w:r>
        <w:br/>
      </w:r>
      <w:r>
        <w:rPr>
          <w:sz w:val="20"/>
        </w:rPr>
        <w:t>36:57  ji</w:t>
      </w:r>
      <w:r>
        <w:br/>
      </w:r>
      <w:r>
        <w:rPr>
          <w:sz w:val="20"/>
        </w:rPr>
        <w:t>36:58  to bole ke kya hua aisha yeh kya baat hai kya kar rahi ho yeh? to yani what's wrong with you yeh kya kar rahi ho tum?</w:t>
      </w:r>
      <w:r>
        <w:br/>
      </w:r>
      <w:r>
        <w:rPr>
          <w:sz w:val="20"/>
        </w:rPr>
        <w:t>37:10  to unhon ne kaha hai ke you have prayed against me hmm yani hazrat aisha yeh janti theen ke Prophet's prayer is not a it's very serious matter yani Prophet ne jo dua kar di to woh allah ko qabool allah qabool karta hai us ko.</w:t>
      </w:r>
      <w:r>
        <w:br/>
      </w:r>
      <w:r>
        <w:rPr>
          <w:sz w:val="20"/>
        </w:rPr>
        <w:t>37:27  ji to unhon ne kaha ke i am looking at my hand which one will fall off first ji yani kaun sa hath mera kate ga?</w:t>
      </w:r>
      <w:r>
        <w:br/>
      </w:r>
      <w:r>
        <w:rPr>
          <w:sz w:val="20"/>
        </w:rPr>
        <w:t>37:35  hmm to rasool allah ko bara ehsas hua ke yeh mein ne aisi dua kar di. ji to rasool allah ne hath asman ki taraf uthaya aur aur kaha ke ya allah inni bashar ke o allah i am a human ji aghzab kama yaghzab bashar ke i get angry as people get angry hmm</w:t>
      </w:r>
      <w:r>
        <w:br/>
      </w:r>
      <w:r>
        <w:rPr>
          <w:sz w:val="20"/>
        </w:rPr>
        <w:t>37:57  yani farishta peghambar bhi insan hota hai. hmm aur kaha ke kabhi bhi mein ne if ever i had prayed against any momin aur momina let it be a source of mercy for them, a source of elevation, and a source of purification for them ji yani peghambar ki dua peghambar ki bad dua bhi allah rehmat mein tabdeel kar deta hai.</w:t>
      </w:r>
      <w:r>
        <w:br/>
      </w:r>
      <w:r>
        <w:rPr>
          <w:sz w:val="20"/>
        </w:rPr>
        <w:t>38:21  ji kitni bari</w:t>
      </w:r>
      <w:r>
        <w:br/>
      </w:r>
      <w:r>
        <w:rPr>
          <w:sz w:val="20"/>
        </w:rPr>
        <w:t>38:22  baat hai to is mein jo sabak milta hai ke har insan se aisa ho jata hai ke woh khas moqe pe kisi ke liye badzan ho jata hai bad dua kar deta hai to us ko chahiye ke ke jab us ka zehn thanda ho dimagh thanda ho to phir woh us ke liye dua karne lage.</w:t>
      </w:r>
      <w:r>
        <w:br/>
      </w:r>
      <w:r>
        <w:rPr>
          <w:sz w:val="20"/>
        </w:rPr>
        <w:t>38:41  ji jaise rasool allah ne kiya bilkul pehle to bad dua kar di phir itne gehre alfaz mein dua ki hai to yeh yeh yani aam halat mein ho jata</w:t>
      </w:r>
      <w:r>
        <w:br/>
      </w:r>
      <w:r>
        <w:rPr>
          <w:sz w:val="20"/>
        </w:rPr>
        <w:t>38:50  hai to tu aisa agar kabhi ho to is shakhs ke liye rehmat aur maghfirat ki dua kare to us se woh cheez zail ho jati hai.</w:t>
      </w:r>
      <w:r>
        <w:br/>
      </w:r>
      <w:r>
        <w:rPr>
          <w:sz w:val="20"/>
        </w:rPr>
        <w:t>38:59  ji ji acha doctor sahib bari interesting baat hai Hazrat Aisha ne ek martaba kaha bhi ke jab bhi woh Rasool Allah ko ache mood mein dekhti theen to woh un ke paas jati thi kehti thi ke ya Rasool Allah mere liye dua karein.</w:t>
      </w:r>
      <w:r>
        <w:br/>
      </w:r>
      <w:r>
        <w:rPr>
          <w:sz w:val="20"/>
        </w:rPr>
        <w:t>39:13  ah aur unhon ne ek martaba bohat hi beautiful dua kari Hazrat Aisha ke liye ah jise sun kar woh bohat khush ho gayeen to us ke bare mein bataiye doctor sahib.</w:t>
      </w:r>
      <w:r>
        <w:br/>
      </w:r>
      <w:r>
        <w:rPr>
          <w:sz w:val="20"/>
        </w:rPr>
        <w:t>39:23  haan yeh baat sahi hai ek bar Prophet bohat hi happy mood mein thay he was very happy ji to Hazrat Aisha ne kaha ke adعو Allah li please pray for me ji to Rasool Allah ne hath uthaya aur bari umda dua ki.</w:t>
      </w:r>
      <w:r>
        <w:br/>
      </w:r>
      <w:r>
        <w:rPr>
          <w:sz w:val="20"/>
        </w:rPr>
        <w:t>39:38  ji Allahummaghfir li Aisha o Allah forgive Aisha</w:t>
      </w:r>
      <w:r>
        <w:br/>
      </w:r>
      <w:r>
        <w:rPr>
          <w:sz w:val="20"/>
        </w:rPr>
        <w:t>39:43  hmm all her sins ma taqaddum min zanbihi wa ma ta'akhkhar the sins that she had done in the past and the sins that she will do in future hmm ma asrart wa ma a'alant hmm open sins and hidden sins hmm to Hazrat Aisha ko itni itna acha laga he was so happy hmm that she burst into laughter ji and in her excitement and laughter and happiness she fell on her back</w:t>
      </w:r>
      <w:r>
        <w:br/>
      </w:r>
      <w:r>
        <w:rPr>
          <w:sz w:val="20"/>
        </w:rPr>
        <w:t>40:13  ji to Rasool Allah ne kaha arey tumhein bari achi lagi meri dua? ji ah to unhon ne kaha yes oh of course such a beautiful prayer to Rasool Allah ne kaha bari umda baat.</w:t>
      </w:r>
      <w:r>
        <w:br/>
      </w:r>
      <w:r>
        <w:rPr>
          <w:sz w:val="20"/>
        </w:rPr>
        <w:t>40:27  ji ke wallah innaha ladu'a li ummati fi kulli salat hmm ke I pray this dua for every person of my ummah in every prayer every day</w:t>
      </w:r>
      <w:r>
        <w:br/>
      </w:r>
      <w:r>
        <w:rPr>
          <w:sz w:val="20"/>
        </w:rPr>
        <w:t>40:42  acha to yeh to Rasool Allah ki duaen hain jo jis ki wajah se hamari gari chal rahi hai. ji bilkul inshallah ameen doctor sahib Prophet also tells Hazrat Aisha that you know Allah has a special name and if you invoke ah by that special name then the dua is accepted to us ke bare mein bhi bataen doctor sahib.</w:t>
      </w:r>
      <w:r>
        <w:br/>
      </w:r>
      <w:r>
        <w:rPr>
          <w:sz w:val="20"/>
        </w:rPr>
        <w:t>41:07  ek bar Hazrat Aisha se Prophet ne kaha ke ek aisa naam hai Allah ka jis se agar dua ki jaye to dua qabool hoti hai.</w:t>
      </w:r>
      <w:r>
        <w:br/>
      </w:r>
      <w:r>
        <w:rPr>
          <w:sz w:val="20"/>
        </w:rPr>
        <w:t>41:17  to Hazrat Aisha ne kaha mujhe bata dijiye woh naam. to Prophet salallahu alaihi wasallam ne kaha ke nahi main nahi bata sakta. to Hazrat Aisha rooth gayeen aur ek kone mein ghar mein ja ke khari ho gayeen.</w:t>
      </w:r>
      <w:r>
        <w:br/>
      </w:r>
      <w:r>
        <w:rPr>
          <w:sz w:val="20"/>
        </w:rPr>
        <w:t>41:31  thori der ke baad aayeen phir kaha ke bata dijiye.</w:t>
      </w:r>
      <w:r>
        <w:br/>
      </w:r>
      <w:r>
        <w:rPr>
          <w:sz w:val="20"/>
        </w:rPr>
        <w:t>41:34  Prophet ne kaha ke nahi main nahi bata sakta ke chuncha tum worldly cheezon ke liye dua karogi tumhare liye acha nahi hai. to Hazrat Aisha utheen aur unhon ne wuzu kiya aur do rak'at namaz parhi aur bari achi dua ki.</w:t>
      </w:r>
      <w:r>
        <w:br/>
      </w:r>
      <w:r>
        <w:rPr>
          <w:sz w:val="20"/>
        </w:rPr>
        <w:t>41:55  unhon ne dua mangi ya Allah beshak main tujhe Allah keh kar pukarti hoon aur Rehman keh kar pukarti hoon aur tujhe Rahim kehti hoon aur main tujh ko in tamam namon se pukarti hoon jin ka ilm mujhe hai aur in tamam namon se pukarti hoon jin ka ilm mujhe nahi hai.</w:t>
      </w:r>
      <w:r>
        <w:br/>
      </w:r>
      <w:r>
        <w:rPr>
          <w:sz w:val="20"/>
        </w:rPr>
        <w:t>42:17  to mere upar reham farma o maghfirat farma.</w:t>
      </w:r>
      <w:r>
        <w:br/>
      </w:r>
      <w:r>
        <w:rPr>
          <w:sz w:val="20"/>
        </w:rPr>
        <w:t>42:21  to jab Prophet ne yeh dua suni Hazrat Aisha ki to bolay ke jo naam main batana chah raha tha woh is dua mein to hai already is dua mein jo tum ne mangi hai.</w:t>
      </w:r>
      <w:r>
        <w:br/>
      </w:r>
      <w:r>
        <w:rPr>
          <w:sz w:val="20"/>
        </w:rPr>
        <w:t>42:32  ji to yani log samajhte hain ke koi naam hai ya ism e azam hai jo le ke agar hum bar bar usay dohraen Rehman Rehman Rahim Rahim to dua qabool ho jayegi.</w:t>
      </w:r>
      <w:r>
        <w:br/>
      </w:r>
      <w:r>
        <w:rPr>
          <w:sz w:val="20"/>
        </w:rPr>
        <w:t>42:51  maulana ne kaha tha ke ism e azam ka matlab hai کیفیت اعظم yani jo dili کیفیت hoti hai insan ki woh asal cheez hai koi koi naam asal cheez nahi hai.</w:t>
      </w:r>
      <w:r>
        <w:br/>
      </w:r>
      <w:r>
        <w:rPr>
          <w:sz w:val="20"/>
        </w:rPr>
        <w:t>43:04  to yani agar gehri کیفیت hogi tabhi woh dua qabool hogi na ke koi khas naam hai ke jis se dua karein to aap bana کیفیت ke woh qabool ho jayegi.</w:t>
      </w:r>
      <w:r>
        <w:br/>
      </w:r>
      <w:r>
        <w:rPr>
          <w:sz w:val="20"/>
        </w:rPr>
        <w:t>43:16  ji ji mashallah</w:t>
      </w:r>
      <w:r>
        <w:br/>
      </w:r>
      <w:r>
        <w:rPr>
          <w:sz w:val="20"/>
        </w:rPr>
        <w:t>43:19  doctor sahib kuch comments parhna chahunga yeh comment bheja hai Faisal Shah sahib ne Pakistan se unhon ne likha hai great grand super work you both are doing keep it up best learning from all these contents brothers Doctor Aslam Khan sahib ne Sarnpur se likha hai Hazrat Aisha contributed to spread of Islamic message up to fifty years she</w:t>
      </w:r>
      <w:r>
        <w:br/>
      </w:r>
      <w:r>
        <w:rPr>
          <w:sz w:val="20"/>
        </w:rPr>
        <w:t>43:44  is also known for narrating two thousand two hundred and ten hadiths related to Prophet Muhammad's private life Professor Najma Siddiqui ne Dubai se likha hai mashallah very nice discussion about Prophet and Hazrat Aisha different level of learnings from the same instance this is a great learning for us especially for doing duas</w:t>
      </w:r>
      <w:r>
        <w:br/>
      </w:r>
      <w:r>
        <w:rPr>
          <w:sz w:val="20"/>
        </w:rPr>
        <w:t>44:10  Syed Haseeb Shah Naqvi sahib ne Pakistan se likha hai in Islam salamati and marifat are very important in Maulana Wahiduddin Khan sahib's book Allahu Akbar Maulana has described the nature of God and His greatness in a very good way</w:t>
      </w:r>
      <w:r>
        <w:br/>
      </w:r>
      <w:r>
        <w:rPr>
          <w:sz w:val="20"/>
        </w:rPr>
        <w:t>44:30  doctor sahib ek ek ek qissa yeh bhi aata hai ke ek poor lady jo hai apni do betiyon ke sath Hazrat Aisha se milne ko aati hain un ke beech mein baat cheet hoti hai to woh kya qissa hai us ke bare mein bhi aap hum sab ko bataen.</w:t>
      </w:r>
      <w:r>
        <w:br/>
      </w:r>
      <w:r>
        <w:rPr>
          <w:sz w:val="20"/>
        </w:rPr>
        <w:t>44:48  yeh waqia aisa hai ke ek zaroorat mand lady ek poor lady aati hai Hazrat Aisha ke ghar kuch chahti hai woh kuch madad chahti hai aur do betiyan bhi us ke sath mein theen choti to us waqt Hazrat Aisha ne ghar mein dekha to kuch tha nahi sirf ek khajoor mili unhein yani aise bhi halaat thay ke sirf ek khajoor ghar mein rehti thi</w:t>
      </w:r>
      <w:r>
        <w:br/>
      </w:r>
      <w:r>
        <w:rPr>
          <w:sz w:val="20"/>
        </w:rPr>
        <w:t>45:15  to woh khajoor Hazrat Aisha R.A. ne is lady ko de diya to us ne us ko do tukre kiye aur dono betiyon ko de diya to jab Prophet aaye to yeh waqia sunaya ke ek zaroorat mand lady aayi thi aur do choti bachiyan thi maine ek khajoor di to us ne do tukre kar ke ek ek de diye dono ko</w:t>
      </w:r>
      <w:r>
        <w:br/>
      </w:r>
      <w:r>
        <w:rPr>
          <w:sz w:val="20"/>
        </w:rPr>
        <w:t>45:42  to Prophet ne kaha ke jo shakhs in in betiyon ki wajah se takleef mein mubtala hoga us ke liye yeh betiyan aag se parda ban jayengi yani curtain ban jayengi aag aur insan ke beech mein yani aag se panah mil jayegi jahannum se panah mil jayegi khaas betiyon ka zikr hai</w:t>
      </w:r>
      <w:r>
        <w:br/>
      </w:r>
      <w:r>
        <w:rPr>
          <w:sz w:val="20"/>
        </w:rPr>
        <w:t>46:09  yeh bhi bohat khaas baat hai ke betiyon se betiyon ki taraf se jo takleef pahuchegi to us se Allah taala nijaat de dega aakhirat mein us ko aur us mein jo sabaq hai wo yeh hai ke khajoor ka tukra yeh agar aap dekhein to Rasool Allah ki hadees mein aur bhi milta hai</w:t>
      </w:r>
      <w:r>
        <w:br/>
      </w:r>
      <w:r>
        <w:rPr>
          <w:sz w:val="20"/>
        </w:rPr>
        <w:t>46:28  yani jab Prophet migrate kar ke Madina gaye to jo pehla khutba diya awwal khutba khutba Rasool Allah S.A.W. in Madina ji us ke unwan se aap ko poora poora thaman milega us mein Rasool Allah ne kaha tha ke ataqoo an nara walaw bishaqi tamrah ke save yourself, save yourself from the fire even if by a piece of date</w:t>
      </w:r>
      <w:r>
        <w:br/>
      </w:r>
      <w:r>
        <w:rPr>
          <w:sz w:val="20"/>
        </w:rPr>
        <w:t>46:58  yani khajoor ka tukra ka matlab yeh hai tukre ka matlab yeh hai ke koi bhi chota amal chote se chota amal agar aap ka Allah ki raza ke liye hai aur us ke andar spirit bhari hui hai to wo Allah ke haan qabil e qabool hai to yeh sabaq milta hai is is se ke ke choti se choti bhi agar koi qurbani ho insan ki zaroori nahi hai ke bohat bara kaam kare wo</w:t>
      </w:r>
      <w:r>
        <w:br/>
      </w:r>
      <w:r>
        <w:rPr>
          <w:sz w:val="20"/>
        </w:rPr>
        <w:t>47:28  choti se choti bhi koi cheez ho to Allah us ko qabool karta hai aur ajr ji ata karta hai ji yaqeenan Miss Qurtulain ne Srinagar se comment bheja hai unhone likha hai Prophet Muhammad has been and will always remain a role model for generations to come.</w:t>
      </w:r>
      <w:r>
        <w:br/>
      </w:r>
      <w:r>
        <w:rPr>
          <w:sz w:val="20"/>
        </w:rPr>
        <w:t>47:48  Thank you very much for sharing such an interesting and enlightened conversation between Prophet and Hazrat</w:t>
      </w:r>
      <w:r>
        <w:br/>
      </w:r>
      <w:r>
        <w:rPr>
          <w:sz w:val="20"/>
        </w:rPr>
        <w:t>47:55  Aisha. It was full of wisdom and knowledge for us. Syed Haseeb Shah Naqvi sahib ne Pakistan se likha hai Character of Hazrat Aisha makes us recognize family married life.</w:t>
      </w:r>
      <w:r>
        <w:br/>
      </w:r>
      <w:r>
        <w:rPr>
          <w:sz w:val="20"/>
        </w:rPr>
        <w:t>48:08  Her character leads us to a positive life. Hazrat Aisha of Allah giving salutations also makes her greatness clear.</w:t>
      </w:r>
      <w:r>
        <w:br/>
      </w:r>
      <w:r>
        <w:rPr>
          <w:sz w:val="20"/>
        </w:rPr>
        <w:t>48:18  Doctor sahib ek hadees hai hadees of Umm Zara</w:t>
      </w:r>
      <w:r>
        <w:br/>
      </w:r>
      <w:r>
        <w:rPr>
          <w:sz w:val="20"/>
        </w:rPr>
        <w:t>48:23  to main chahunga ke is ke bare mein bhi aap hum sab ko batayein ke kya hadees hai wo. Yeh hadees ek bari lambi hadees hai ji Umm Zara ki hadees darasal aisa hua yeh aur Hazrat Aisha ne narrate kiya hai Hazrat Aisha ne yeh hadees sunayi thi Prophet ko ek baar to</w:t>
      </w:r>
      <w:r>
        <w:br/>
      </w:r>
      <w:r>
        <w:rPr>
          <w:sz w:val="20"/>
        </w:rPr>
        <w:t>48:47  aisa hua Madina mein gyarah ladies jama huin aur unhone apne husbands ke bare mein kuch bataya ji aur bari interesting baatein kuch ne negative baatein boli kuch ne positive baatein boli to main poori baat to nahi ek do misaal leta hoon aur aakhir mein Umm Zara ki hai ki baat hai ji wo wahi lambi hai</w:t>
      </w:r>
      <w:r>
        <w:br/>
      </w:r>
      <w:r>
        <w:rPr>
          <w:sz w:val="20"/>
        </w:rPr>
        <w:t>49:09  to is ki waja se is hadees ka naam pad gaya hadees of umm zarra ji</w:t>
      </w:r>
      <w:r>
        <w:br/>
      </w:r>
      <w:r>
        <w:rPr>
          <w:sz w:val="20"/>
        </w:rPr>
        <w:t>49:15  to woh aik aik lady kehti hai</w:t>
      </w:r>
      <w:r>
        <w:br/>
      </w:r>
      <w:r>
        <w:rPr>
          <w:sz w:val="20"/>
        </w:rPr>
        <w:t>49:21  ke jo mera husband hai woh bahar to sher ki tarah rehta hai aur jab ghar mein aata</w:t>
      </w:r>
      <w:r>
        <w:br/>
      </w:r>
      <w:r>
        <w:rPr>
          <w:sz w:val="20"/>
        </w:rPr>
        <w:t>49:29  hai to woh billi ki tarah ho jata hai ji yani woh kehna yeh chah raha hai ke</w:t>
      </w:r>
      <w:r>
        <w:br/>
      </w:r>
      <w:r>
        <w:rPr>
          <w:sz w:val="20"/>
        </w:rPr>
        <w:t>49:33  bahar to sher hota hai ghar mein bheegi billi ban jata hai ji ji zyada tar husband aise</w:t>
      </w:r>
      <w:r>
        <w:br/>
      </w:r>
      <w:r>
        <w:rPr>
          <w:sz w:val="20"/>
        </w:rPr>
        <w:t>49:37  hi hote hain ji</w:t>
      </w:r>
      <w:r>
        <w:br/>
      </w:r>
      <w:r>
        <w:rPr>
          <w:sz w:val="20"/>
        </w:rPr>
        <w:t>49:39  to aur doosri ne kaha ke mera jo husband hai uska jo touch hai wo it's as soft as rabbit yani bohat hi soft hai wo hmm aur jo us ki smell hai wo zafran ki tarah hai hmm to is tarah se kai sari ladies ne hmm baatein batayin kisi ne negative bhi bola to phir baad mein Umm Zara ka number aaya aakhri number unka hi tha gyarvi</w:t>
      </w:r>
      <w:r>
        <w:br/>
      </w:r>
      <w:r>
        <w:rPr>
          <w:sz w:val="20"/>
        </w:rPr>
        <w:t>50:08  to unhone apne husband ki bohat tareef ki hmm aur kaha ke zawji Abu Zara wa ma Abu Zara hmm wa ma Abu Zara yani yeh ek usloob hai Arabic mein Quran mein bhi aaya hai ke</w:t>
      </w:r>
      <w:r>
        <w:br/>
      </w:r>
      <w:r>
        <w:rPr>
          <w:sz w:val="20"/>
        </w:rPr>
        <w:t>50:25  wa ma adraka ma yawm al din thumma ma adraka ma yawm al din yani tum kya jano day of judgement kya hai yani express nahi kiya ja sakta</w:t>
      </w:r>
      <w:r>
        <w:br/>
      </w:r>
      <w:r>
        <w:rPr>
          <w:sz w:val="20"/>
        </w:rPr>
        <w:t>50:36  to usi tarike se us ne kaha hai ke mera husband hai wo what a great person he is yani I cannot describe in words hmm</w:t>
      </w:r>
      <w:r>
        <w:br/>
      </w:r>
      <w:r>
        <w:rPr>
          <w:sz w:val="20"/>
        </w:rPr>
        <w:t>50:45  to bari achi baaten is ne kahen apne husband ke baray mein ke is ne meri jo mere</w:t>
      </w:r>
      <w:r>
        <w:br/>
      </w:r>
      <w:r>
        <w:rPr>
          <w:sz w:val="20"/>
        </w:rPr>
        <w:t>50:49  kaan hain woh jewelry se laad diye hain hmm aur he made me so happy hmm aur ah</w:t>
      </w:r>
      <w:r>
        <w:br/>
      </w:r>
      <w:r>
        <w:rPr>
          <w:sz w:val="20"/>
        </w:rPr>
        <w:t>50:58  ah mein mein mein moti ho gayi itna mujhe khilata pilata hai and i i become so so</w:t>
      </w:r>
      <w:r>
        <w:br/>
      </w:r>
      <w:r>
        <w:rPr>
          <w:sz w:val="20"/>
        </w:rPr>
        <w:t>51:03  happy and my soul is so happy aur bari izzat di aur bohat hi is ne mujhe wealthy</w:t>
      </w:r>
      <w:r>
        <w:br/>
      </w:r>
      <w:r>
        <w:rPr>
          <w:sz w:val="20"/>
        </w:rPr>
        <w:t>51:08  aah bana diya and he never rebuked me hmm aur main agar soti hoon to soti hi rehti</w:t>
      </w:r>
      <w:r>
        <w:br/>
      </w:r>
      <w:r>
        <w:rPr>
          <w:sz w:val="20"/>
        </w:rPr>
        <w:t>51:14  hoon yani koi uthane wala nahi hai mere paas koi kaam nahi hota</w:t>
      </w:r>
      <w:r>
        <w:br/>
      </w:r>
      <w:r>
        <w:rPr>
          <w:sz w:val="20"/>
        </w:rPr>
        <w:t>51:18  hai hmm to is tarah ki bohat achi achi baatein kahein aur phir Abu Zara ki mother ke bare mein bhi bari achi baatein kahein yani apni yani apni mother in law ke bare mein jo ke bohat kam log tareef karte hain ji to aah us ki bhi bari achi tareef ki ke wo bohat hi us ke paas kapde hain aur bohat hi kushada ghar hai aur bari achi lady hai and she is a very rich lady hmm phir Abu Zara ke bete ke bare mein bari achi tareef ki he is such a nice boy and so on p</w:t>
      </w:r>
      <w:r>
        <w:br/>
      </w:r>
      <w:r>
        <w:rPr>
          <w:sz w:val="20"/>
        </w:rPr>
        <w:t>51:48  har beti ke bare mein kaha ke wo bohat hi achi beti hai aur bohat acha hai aur she is proud of the neighbor and envy to is tarike se phir maid ki tareef ki ke Abu Zara ki jo maid hai wo bhi bohat achi hai wo hamari baatein bahar ja ke nahi batati aur ghar ko bohat saaf suthra rakhti hai ji jab</w:t>
      </w:r>
      <w:r>
        <w:br/>
      </w:r>
      <w:r>
        <w:rPr>
          <w:sz w:val="20"/>
        </w:rPr>
        <w:t>52:08  sari baat sun li Prophet ne to Prophet ne kaha kuntu laki ka Abi Zara li Ummi Zara ke I am to you like Abu Zara was to his wife Umm Zara ji to yeh aah yeh ek dilchasp hadees hai jis mein Rasool Allah ne kaha ke main main bhi tumhari tarah to Abu Zara ki tarah hoon</w:t>
      </w:r>
      <w:r>
        <w:br/>
      </w:r>
      <w:r>
        <w:rPr>
          <w:sz w:val="20"/>
        </w:rPr>
        <w:t>52:37  ji jis tarah un Abu Zara apni wife ke liye tha ji ji to yeh ek khasi lambi hadees hai jo kitabon mein aayi hai very interesting Doctor sahib ji and Doctor sahib that brings us to the last question of the session today kuch aur comments bhi hain sawal bhi hain but kyunke waqt ho gaya hai to hum nahi le sakte hain to yeh aakhri sawal Doctor sahib mein poochna chahunga important bhi hai ke kai log yeh samajhte hain ke Prophet bohat hi serious nature ke the bilkul hansi mazak</w:t>
      </w:r>
      <w:r>
        <w:br/>
      </w:r>
      <w:r>
        <w:rPr>
          <w:sz w:val="20"/>
        </w:rPr>
        <w:t>53:05  nahi karte the lekin riwayat mein aata bhi hai ke wo jab khul kar hanste the to un ke pichle daant bhi nazar aate the to aisa nahi tha ke hamesha ek serious mahol tha aur serious nature tha to main chahunga ke koi humorous side jo un ka ghar mein tha us ke bare mein aap bata ke aaj ke session ko khatam karein</w:t>
      </w:r>
      <w:r>
        <w:br/>
      </w:r>
      <w:r>
        <w:rPr>
          <w:sz w:val="20"/>
        </w:rPr>
        <w:t>53:26  acha ji haan yeh aap sahi keh rahe hain balkeh Hazrat Aisha ka qaul hai ke kaana muzahan fi baitihi yani he was humorous and playful and cheerful at his home ji to aisa nahi tha ke bohat hi serious the ji ek ek do waqiyat waqe hain jo main leta hoon ek baar Prophet ne kaha Hazrat Aisha se ke I can tell you when you are angry with me and when you are happy with me</w:t>
      </w:r>
      <w:r>
        <w:br/>
      </w:r>
      <w:r>
        <w:rPr>
          <w:sz w:val="20"/>
        </w:rPr>
        <w:t>53:55  ji to Hazrat Aisha ne kaha wa kaifa ya Rasool Allah how do you know this ji how do you know O Messenger of Allah to Prophet ne kaha ke when you are happy with me, you swear by the name of Muhammad by the Lord of Muhammad ji you say like this: "I swear by the Lord of Muhammad." ji but when you are angry with me, you say: "I swear by the Lord of Abraham."</w:t>
      </w:r>
      <w:r>
        <w:br/>
      </w:r>
      <w:r>
        <w:rPr>
          <w:sz w:val="20"/>
        </w:rPr>
        <w:t>54:23  ji to hazrat aisha ne kaha ke ma ma ahjar ma ahjar illa ismaka ya rasool Allah ji I only omit your name." yani it doesn't mean that I stop loving you.</w:t>
      </w:r>
      <w:r>
        <w:br/>
      </w:r>
      <w:r>
        <w:rPr>
          <w:sz w:val="20"/>
        </w:rPr>
        <w:t>54:36  ji to aisi kai baaten hain jaise ek bar kya hua ke yani aap ne sahi kaha ke ghar ke andar ki glimpse hamein milti hain hazrat aisha ki baaton se</w:t>
      </w:r>
      <w:r>
        <w:br/>
      </w:r>
      <w:r>
        <w:rPr>
          <w:sz w:val="20"/>
        </w:rPr>
        <w:t>54:49  to ek baar so rahe the rasool Allah sal Allah aleh wasalam aur hazrat aisha bhi so rahi</w:t>
      </w:r>
      <w:r>
        <w:br/>
      </w:r>
      <w:r>
        <w:rPr>
          <w:sz w:val="20"/>
        </w:rPr>
        <w:t>54:54  thin to un ko mehsoos hua ke shayad Prophet nahi hain chale gaye kisi aur ghar mein chale</w:t>
      </w:r>
      <w:r>
        <w:br/>
      </w:r>
      <w:r>
        <w:rPr>
          <w:sz w:val="20"/>
        </w:rPr>
        <w:t>54:59  gaye hmm to andhera hota tha to unhon ne aise aise kar ke dekhna shuru kiya har taraf</w:t>
      </w:r>
      <w:r>
        <w:br/>
      </w:r>
      <w:r>
        <w:rPr>
          <w:sz w:val="20"/>
        </w:rPr>
        <w:t>55:04  to Prophet ke munh pe un ka hath laga ja ke ji to wo uth gaye to bole</w:t>
      </w:r>
      <w:r>
        <w:br/>
      </w:r>
      <w:r>
        <w:rPr>
          <w:sz w:val="20"/>
        </w:rPr>
        <w:t>55:09  ke malak ya aisha kya ho gaya tumhein</w:t>
      </w:r>
      <w:r>
        <w:br/>
      </w:r>
      <w:r>
        <w:rPr>
          <w:sz w:val="20"/>
        </w:rPr>
        <w:t>55:14  aqad jaaka shaitan ki has your Satan come to you?</w:t>
      </w:r>
      <w:r>
        <w:br/>
      </w:r>
      <w:r>
        <w:rPr>
          <w:sz w:val="20"/>
        </w:rPr>
        <w:t>55:19  yani koi zehn mein tumhein baat aayi hai badgumani wali to wo bolein ke don't you have a Satan, O Prophet? hmm to Prophet ne kaha ke yes, I do have a Satan, but God has given me control over him and I have made him a Muslim.</w:t>
      </w:r>
      <w:r>
        <w:br/>
      </w:r>
      <w:r>
        <w:rPr>
          <w:sz w:val="20"/>
        </w:rPr>
        <w:t>55:35  to is tarah ki bahut sari cheezen hain yani he was humorous and cheerful and he used to work at home and do the daily work.</w:t>
      </w:r>
      <w:r>
        <w:br/>
      </w:r>
      <w:r>
        <w:rPr>
          <w:sz w:val="20"/>
        </w:rPr>
        <w:t>55:49  lekin ek baat bahut zabardast kahi jis se hazrat Prophet ki shakhsiyat samajh mein aati hai ke waise to wo bahut ajeeb karte the light light subtle joke waghera bhi lekin jab azan ki awaz aati thi muazzin ki awaz jab aati thi tab he would behave as if he doesn't know us.</w:t>
      </w:r>
      <w:r>
        <w:br/>
      </w:r>
      <w:r>
        <w:rPr>
          <w:sz w:val="20"/>
        </w:rPr>
        <w:t>56:17  kanah la ya'rifuna</w:t>
      </w:r>
      <w:r>
        <w:br/>
      </w:r>
      <w:r>
        <w:rPr>
          <w:sz w:val="20"/>
        </w:rPr>
        <w:t>56:19  yani jab ah khuda ki awaz aa gayi ya maqsad ki taraf to phir wo mission ki taraf is tarah yaksu ho jate the ke jaise ke aur baaten sab bhool jate the ji to is tarah ki baaten waise aur bhi bahut hain aur sahaba ke sath bhi hmm bahut dilchasp waqiat hain to ho sakta hai kisi waqt is ko bhi len inshallah inshallah inshallah jazak Allah doctor sahab aaj ka session bahut hi dilchasp bahut hi interesting tha</w:t>
      </w:r>
      <w:r>
        <w:br/>
      </w:r>
      <w:r>
        <w:rPr>
          <w:sz w:val="20"/>
        </w:rPr>
        <w:t>56:47  aap ne bahut creatively ah baaton ko bataya hamein kafi sabak mile aaj ke talk se aur bahut hi dilchaspi hui ah I'm sure that all of you are watching this program.</w:t>
      </w:r>
      <w:r>
        <w:br/>
      </w:r>
      <w:r>
        <w:rPr>
          <w:sz w:val="20"/>
        </w:rPr>
        <w:t>56:57  They loved today's program on the story of hazrat aisha is program ko hum continue rakhenge lekin aaj hum session ko yahin khatm karte hain so we'll be back next Sunday at 10:30 AM.</w:t>
      </w:r>
      <w:r>
        <w:br/>
      </w:r>
      <w:r>
        <w:rPr>
          <w:sz w:val="20"/>
        </w:rPr>
        <w:t>57:08  Thank you.</w:t>
      </w:r>
    </w:p>
    <w:p>
      <w:pPr>
        <w:pStyle w:val="Heading2"/>
      </w:pPr>
      <w:r>
        <w:t>Prophet's non-reaction vs Muslim reactions and blasphemy concept</w:t>
      </w:r>
    </w:p>
    <w:p>
      <w:r>
        <w:rPr>
          <w:color w:val="666666"/>
          <w:sz w:val="18"/>
        </w:rPr>
        <w:t>Seerah &amp; Prophet · The Issue of Shatm-e-Rasool (Abuse of the Prophet) December 19, 2021 Prof. Farida Khanam · 5m 39s · at 53:56 · https://youtu.be/ExQS_PHirUc?t=3236</w:t>
      </w:r>
    </w:p>
    <w:p>
      <w:r>
        <w:rPr>
          <w:i/>
        </w:rPr>
        <w:t>“If Muslims claim to follow the Prophet's Sunnah, and the Prophet did not react to atrocities, then why are Muslims reacting today? Also, how did the concept of blasphemy originate?”</w:t>
      </w:r>
    </w:p>
    <w:p>
      <w:r>
        <w:rPr>
          <w:sz w:val="20"/>
        </w:rPr>
        <w:t>53:56  to is tareeqe se yeh hamari zimmedari hai. ji, apa yeh sawal Miss Toti Malhotra ne poocha hai Delhi se.</w:t>
      </w:r>
      <w:r>
        <w:br/>
      </w:r>
      <w:r>
        <w:rPr>
          <w:sz w:val="20"/>
        </w:rPr>
        <w:t>54:07  unhon ne likha hai: "if the Muslims say they follow the sunnah of prophet, then of prophet did not react to any atrocities meted out to him, then why are Muslims reacting today?" aur ek aur hissa hai un ke sawal ka.</w:t>
      </w:r>
      <w:r>
        <w:br/>
      </w:r>
      <w:r>
        <w:rPr>
          <w:sz w:val="20"/>
        </w:rPr>
        <w:t>54:25  unhon ne ek doosra sawal bhi bheja hai ke yeh concept of blasphemy originate kaise hua? to yeh do sawal hain.</w:t>
      </w:r>
      <w:r>
        <w:br/>
      </w:r>
      <w:r>
        <w:rPr>
          <w:sz w:val="20"/>
        </w:rPr>
        <w:t>54:34  to Musalman jo prophet se guidance kahan lete hain, woh samajhte hain ke jo hamare charon fuqaha hain, unhon ne saari cheezein jo hain, woh Quran se, hadith se woh le li hain.</w:t>
      </w:r>
      <w:r>
        <w:br/>
      </w:r>
      <w:r>
        <w:rPr>
          <w:sz w:val="20"/>
        </w:rPr>
        <w:t>54:46  ab hum woh kisi bhi jurist ko follow karein, jo Imam Abu Hanifa ko zyada follow kiya jata hai India mein, to bas woh kafi hai.</w:t>
      </w:r>
      <w:r>
        <w:br/>
      </w:r>
      <w:r>
        <w:rPr>
          <w:sz w:val="20"/>
        </w:rPr>
        <w:t>54:55  to jurist jo the, un in in ka interpretation tha apne zamane ke lehaz se.</w:t>
      </w:r>
      <w:r>
        <w:br/>
      </w:r>
      <w:r>
        <w:rPr>
          <w:sz w:val="20"/>
        </w:rPr>
        <w:t>55:01  ab is zamane mein musalman ruler the, conqueror the, isi hisab se unhon ne interpretation kiya tha apni. aur is zamane mein kuch jo traditions thin, jo riwaj the, un sab ko milakar ek interpretation diya tha unhon ne.</w:t>
      </w:r>
      <w:r>
        <w:br/>
      </w:r>
      <w:r>
        <w:rPr>
          <w:sz w:val="20"/>
        </w:rPr>
        <w:t>55:14  to wo zamani interpretation tha. to hum ko yeh chahiye ke har cheez mein dekhen ke wo aaj ke lehaz se kya relevant hai.</w:t>
      </w:r>
      <w:r>
        <w:br/>
      </w:r>
      <w:r>
        <w:rPr>
          <w:sz w:val="20"/>
        </w:rPr>
        <w:t>55:23  to hum direct quran o hadith se hum ijtihad nahi karte, baton ko samajhte nahi hain. ke kai bar aisa hota hai, agar koi baat kahe ke yeh hadith mein, yeh quran mein, to log kahenge wo to imam abu hanifa ne to aisa kaha hai.</w:t>
      </w:r>
      <w:r>
        <w:br/>
      </w:r>
      <w:r>
        <w:rPr>
          <w:sz w:val="20"/>
        </w:rPr>
        <w:t>55:38  to yeh bilkul galat hai. agar imam abu hanifa hon ya koi</w:t>
      </w:r>
      <w:r>
        <w:br/>
      </w:r>
      <w:r>
        <w:rPr>
          <w:sz w:val="20"/>
        </w:rPr>
        <w:t>55:42  bhi ho, agar un ki koi baat quran o hadith ke sareeh hukum se takrati hai, to wo wo relevant nahi hogi. is ko hum ko nahi lena hai.</w:t>
      </w:r>
      <w:r>
        <w:br/>
      </w:r>
      <w:r>
        <w:rPr>
          <w:sz w:val="20"/>
        </w:rPr>
        <w:t>55:51  to log ke logon ke dimagh mein yeh baith gaya hai ke fuqaha ne sab kuch karam kaam kar diya hai, ab hamein kuch nahi karna, sirf un ko follow karna hai.</w:t>
      </w:r>
      <w:r>
        <w:br/>
      </w:r>
      <w:r>
        <w:rPr>
          <w:sz w:val="20"/>
        </w:rPr>
        <w:t>56:01  ab wo zamana hi badal gaya, to har cheez irrelevant ho gayi</w:t>
      </w:r>
      <w:r>
        <w:br/>
      </w:r>
      <w:r>
        <w:rPr>
          <w:sz w:val="20"/>
        </w:rPr>
        <w:t>56:05  . to is wajah se hum ko dobara ijtihad ke zariye se quran o hadith se direct baton ko samajhna hai, halaat ko samajhna hai, aur phir hamein baton ko samajhna hai ke is naye daur mein hum kis tarike se deen ka kaam karna hai, kis tarike se hamein rehna hai.</w:t>
      </w:r>
      <w:r>
        <w:br/>
      </w:r>
      <w:r>
        <w:rPr>
          <w:sz w:val="20"/>
        </w:rPr>
        <w:t>56:27  wo itna bhi nahi samajhte ke muslim islam ne religious freedom duniya ko diya, aur aaj wo religious freedom ko condemn karte hain.</w:t>
      </w:r>
      <w:r>
        <w:br/>
      </w:r>
      <w:r>
        <w:rPr>
          <w:sz w:val="20"/>
        </w:rPr>
        <w:t>56:36  to ab wo logon ko samajhna hai, study karna hai, aur is silsile mein sab se zyada jo un ko faida degi, wo maulana ka literature hai.</w:t>
      </w:r>
      <w:r>
        <w:br/>
      </w:r>
      <w:r>
        <w:rPr>
          <w:sz w:val="20"/>
        </w:rPr>
        <w:t>56:46  to is literature ko padhen aur baton ko gehrai se samjhen, aur is ke baad khuda ki paigham jo hai, wo logon tak pahunchaen.</w:t>
      </w:r>
      <w:r>
        <w:br/>
      </w:r>
      <w:r>
        <w:rPr>
          <w:sz w:val="20"/>
        </w:rPr>
        <w:t>56:56  apa, main aap ki baaton mein ek cheez add karunga. yeh blasphemy ka masla jo hai, yeh waisa hi masla hai jaisa ke fuqaha ne dar-ul-harb aur dar-ul-islam ka masla khud se create kiya tha is zamane ke lehaz se.</w:t>
      </w:r>
      <w:r>
        <w:br/>
      </w:r>
      <w:r>
        <w:rPr>
          <w:sz w:val="20"/>
        </w:rPr>
        <w:t>57:09  ab fiqh asal mein develop hui hai abbasi daur mein, to khilafat ka daur tha. to wo cheez koi islam ka hissa nahi hai. unhon ne apni zarurat ke hisab se banaya tha, aur yeh koi aisa nahi ke ek aqide ka masla bhi ho jaye, balke yeh masla hai fiqh ka.</w:t>
      </w:r>
      <w:r>
        <w:br/>
      </w:r>
      <w:r>
        <w:rPr>
          <w:sz w:val="20"/>
        </w:rPr>
        <w:t>57:27  un ki apni samajhi zarurat ka masla tha, is ko kya tha. to jaise aaj hum dar-ul-harb aur dar-ul-islam ki taqseem ko irrelevant mante hain, nahi mante, waisa hi is ko bhi karna hai hum ko ke yeh blasphemy koi islam ka masla nahi hai,</w:t>
      </w:r>
      <w:r>
        <w:br/>
      </w:r>
      <w:r>
        <w:rPr>
          <w:sz w:val="20"/>
        </w:rPr>
        <w:t>57:41  allah aur us ke rasool ki raza ka masla nahi hai, akhirat ki kamyabi ka masla nahi hai. yeh to hamper kar raha hai hamare liye. ah, jo dawah, jo islam ka asal maqsad hai, khudai paigham se logon ko agah karna, is se hum ko door kar raha hai.</w:t>
      </w:r>
      <w:r>
        <w:br/>
      </w:r>
      <w:r>
        <w:rPr>
          <w:sz w:val="20"/>
        </w:rPr>
        <w:t>57:55  to is aitbar se to bilkul khilaf ja rahe hain hum islam ke. haan, yeh farhad sahib, impor</w:t>
      </w:r>
      <w:r>
        <w:br/>
      </w:r>
      <w:r>
        <w:rPr>
          <w:sz w:val="20"/>
        </w:rPr>
        <w:t>58:02  tant point hai. in fact, mujhe quran ki wo ayat bhi yaad aa rahi hai jis mein bada clearly yeh bhi kaha gaya tha ke "do not, do not revile those whom they invoke instead of god, lest in their hostility, they revile god out of ignorance".</w:t>
      </w:r>
      <w:r>
        <w:br/>
      </w:r>
      <w:r>
        <w:rPr>
          <w:sz w:val="20"/>
        </w:rPr>
        <w:t>58:21  to yeh bohat important hai kyun ke ah, isi ravaiye se hum un ko door kar dete hain islam se.</w:t>
      </w:r>
      <w:r>
        <w:br/>
      </w:r>
      <w:r>
        <w:rPr>
          <w:sz w:val="20"/>
        </w:rPr>
        <w:t>58:29  ah, wo samajhte hain ke islam jo hai, wo ek ah, violence ka mazhab hai, ah, aur ah, is mein bohat zyada jo hai, narrow mindedness hai.</w:t>
      </w:r>
      <w:r>
        <w:br/>
      </w:r>
      <w:r>
        <w:rPr>
          <w:sz w:val="20"/>
        </w:rPr>
        <w:t>58:39  ah, aur yahi cheez jo hai, ah, dawah, dawah, dawah ke kaam mein bohat zyada rukawat ban ke samne aati hai. kai log to yeh bhi ah, muslims mein yeh bhi kehte hain ke "ah, you know, islam is ah, unsafe and we are under threat</w:t>
      </w:r>
      <w:r>
        <w:br/>
      </w:r>
      <w:r>
        <w:rPr>
          <w:sz w:val="20"/>
        </w:rPr>
        <w:t>58:55  t". lekin aap dekhen ke surah ah, nisa mein bhi yeh ayat aayi hai ke "god will not allow ah, the unbelievers to harm the believers".</w:t>
      </w:r>
      <w:r>
        <w:br/>
      </w:r>
      <w:r>
        <w:rPr>
          <w:sz w:val="20"/>
        </w:rPr>
        <w:t>59:04  to yeh itni badi ah, ek assurance ah, jo quran mein allah taala sab ko de rahe hain, ah, to ise hamein zaroor lena chahiye.</w:t>
      </w:r>
      <w:r>
        <w:br/>
      </w:r>
      <w:r>
        <w:rPr>
          <w:sz w:val="20"/>
        </w:rPr>
        <w:t>59:14  ah, musibat sirf tabhi aa sakti hai ke agar aap kisi mal, maan lijiye, aap kisi bhooke sher ke samne aa ke khade ho jayen aur aap sochen ke ah, wo aap ko kuch nahi karega, to wo</w:t>
      </w:r>
      <w:r>
        <w:br/>
      </w:r>
      <w:r>
        <w:rPr>
          <w:sz w:val="20"/>
        </w:rPr>
        <w:t>59:24  possible nahi hai. aap agar ghalati karenge to is ka zaroor anjam bhi aap ko bhugtna padega. to we have to be very careful in our conduct. its very important.</w:t>
      </w:r>
      <w:r>
        <w:br/>
      </w:r>
      <w:r>
        <w:rPr>
          <w:sz w:val="20"/>
        </w:rPr>
        <w:t>59:36  ah, agla sawal lene se pehle apa ek comment padhna chahunga jo doctor aslam khan sahib ne bheja hai</w:t>
      </w:r>
    </w:p>
    <w:p>
      <w:pPr>
        <w:pStyle w:val="Heading2"/>
      </w:pPr>
      <w:r>
        <w:t>Prophet's objection to silver bracelets</w:t>
      </w:r>
    </w:p>
    <w:p>
      <w:r>
        <w:rPr>
          <w:color w:val="666666"/>
          <w:sz w:val="18"/>
        </w:rPr>
        <w:t>Seerah &amp; Prophet · The Story of Aisha Bint Abu Bakr Part 2 March 05, 2023 · 6m 05s · at 23:22 · https://youtu.be/od3Is6a9B7o?t=1402</w:t>
      </w:r>
    </w:p>
    <w:p>
      <w:r>
        <w:rPr>
          <w:i/>
        </w:rPr>
        <w:t>“Once the Prophet saw that Aisha was wearing silver bracelets. What was that story? Please tell us all about it. Prophet Muhammad once came home and saw Aisha wearing silver bracelets on both hands and said, 'What is this?'”</w:t>
      </w:r>
    </w:p>
    <w:p>
      <w:r>
        <w:rPr>
          <w:sz w:val="20"/>
        </w:rPr>
        <w:t>23:22  the best lady ever. It is very important and an inspiring session for every woman. doctor sahib agla sawal yeh hai ke ek martaba Rasool Allah ne dekha ke Hazrat Aisha silver bracelets jo hain woh pehan rahi hain.</w:t>
      </w:r>
      <w:r>
        <w:br/>
      </w:r>
      <w:r>
        <w:rPr>
          <w:sz w:val="20"/>
        </w:rPr>
        <w:t>23:36  to woh kya qissa tha is ke bare mein hum sab ko batayein. Prophet Muhammad Sallallahu Alaihi Wasallam ek baar ghar mein aaye to dekha ke Hazrat Aisha silver bracelets pehne hue hain haath mein.</w:t>
      </w:r>
      <w:r>
        <w:br/>
      </w:r>
      <w:r>
        <w:rPr>
          <w:sz w:val="20"/>
        </w:rPr>
        <w:t>23:47  donon hathon mein. to kaha ke yeh kya hai?</w:t>
      </w:r>
      <w:r>
        <w:br/>
      </w:r>
      <w:r>
        <w:rPr>
          <w:sz w:val="20"/>
        </w:rPr>
        <w:t>23:52  to unhon ne kaha ke I have bought these bracelets to look beautiful for you. ji to rasool Allah ne kaha ke have you paid zakat on this?</w:t>
      </w:r>
      <w:r>
        <w:br/>
      </w:r>
      <w:r>
        <w:rPr>
          <w:sz w:val="20"/>
        </w:rPr>
        <w:t>24:04  to unhon ne kaha no I haven't paid zakat. to Prophet ne kaha ke if you have not paid zakat you will go to hell. hmm to yani rasool Allah ka zehan kahin aur tha aur Hazrat Aisha ka zehan kuch aur soch raha tha.</w:t>
      </w:r>
      <w:r>
        <w:br/>
      </w:r>
      <w:r>
        <w:rPr>
          <w:sz w:val="20"/>
        </w:rPr>
        <w:t>24:20  ji to yeh wealth ka jo muamla hai yeh bhi bohat hi serious hai. chounke hadith mein aata hai ke insaan ke qadam hilenge nahi day of judgement mein jab tak woh chaar baaton ka jawab na de de.</w:t>
      </w:r>
      <w:r>
        <w:br/>
      </w:r>
      <w:r>
        <w:rPr>
          <w:sz w:val="20"/>
        </w:rPr>
        <w:t>24:34  ji is mein se do yeh hai ke kahan se paisa kamaya aur kaise kharch kiya. yani kaise kamaya lawful tareeqe se ya unlawful tareeqe se.</w:t>
      </w:r>
      <w:r>
        <w:br/>
      </w:r>
      <w:r>
        <w:rPr>
          <w:sz w:val="20"/>
        </w:rPr>
        <w:t>24:43  ji aur kahan kharch kiya yani need based life thi ya luxurious life thi.</w:t>
      </w:r>
      <w:r>
        <w:br/>
      </w:r>
      <w:r>
        <w:rPr>
          <w:sz w:val="20"/>
        </w:rPr>
        <w:t>24:49  isi ko to Maulana kehte the need based life. ji to yeh yeh bohat hi ahem cheez hai ke hum need based life guzaren aur luxurious life se bachen.</w:t>
      </w:r>
      <w:r>
        <w:br/>
      </w:r>
      <w:r>
        <w:rPr>
          <w:sz w:val="20"/>
        </w:rPr>
        <w:t>25:03  to is ki aik achi misaal hai. bilkul bohat hila dene wali misaal hai doctor sahib aur aise hi is ko humein apni zindagi mein utarna bhi chahiye. doctor sahib aik aik martaba Hazrat Aisha raat mein uthti hain to dekhti hain ke Prophet nahi hain.</w:t>
      </w:r>
      <w:r>
        <w:br/>
      </w:r>
      <w:r>
        <w:rPr>
          <w:sz w:val="20"/>
        </w:rPr>
        <w:t>25:19  to woh thoda sa soch mein pad jaati hain ke kahan hain. to is qisse ke baray mein bhi hum sab ko batayen. haan yeh raat ke waqt Prophet aur Hazrat Aisha so rahe the ghar mein.</w:t>
      </w:r>
      <w:r>
        <w:br/>
      </w:r>
      <w:r>
        <w:rPr>
          <w:sz w:val="20"/>
        </w:rPr>
        <w:t>25:33  ji to Hazrat Aisha ki aankh khulti hai to un ko mehsoos hota hai ke Prophet hain nahi. to andhera rehta tha is zamanay mein yani itna bhi nahi tha ke woh charagh jala saken.</w:t>
      </w:r>
      <w:r>
        <w:br/>
      </w:r>
      <w:r>
        <w:rPr>
          <w:sz w:val="20"/>
        </w:rPr>
        <w:t>25:48  balke aik aik waqia hai ke baad ke zamanay mein jab kafi farawani ho gayi to logon se baat kar rahi theen Hazrat Aisha to kuch kaha ke raat mein andhera tha ghar mein.</w:t>
      </w:r>
      <w:r>
        <w:br/>
      </w:r>
      <w:r>
        <w:rPr>
          <w:sz w:val="20"/>
        </w:rPr>
        <w:t>26:03  to kisi ne kaha ke kya aap ke paas oil nahi hota tha ghar mein? charagh nahi hota tha? to Hazrat Aisha ne kaha agar hamare ghar mein oil hota to hum use pe jate.</w:t>
      </w:r>
      <w:r>
        <w:br/>
      </w:r>
      <w:r>
        <w:rPr>
          <w:sz w:val="20"/>
        </w:rPr>
        <w:t>26:16  yani yeh کیفیت thi ke khane peene ke saman nahi hota tha. is zamanay mein jo oil tha na woh waisa hota tha zaitoon ka tel waghera.</w:t>
      </w:r>
      <w:r>
        <w:br/>
      </w:r>
      <w:r>
        <w:rPr>
          <w:sz w:val="20"/>
        </w:rPr>
        <w:t>26:26  woh petrol ka zamanay nahi tha. to bilkul andhera tha to un ko aisa laga ke Prophet hain nahi kahin chale gaye. to unhein thoda badgumaani ho gayi ke kisi aur ghar mein chale gaye shayad.</w:t>
      </w:r>
      <w:r>
        <w:br/>
      </w:r>
      <w:r>
        <w:rPr>
          <w:sz w:val="20"/>
        </w:rPr>
        <w:t>26:41  to unhon ne hath aise aise kar ke dekha to kuch kahin mile nahi to woh bahar nikleen. bahar bhi unhon ne touch wich kiya.</w:t>
      </w:r>
      <w:r>
        <w:br/>
      </w:r>
      <w:r>
        <w:rPr>
          <w:sz w:val="20"/>
        </w:rPr>
        <w:t>26:50  masjid thi bahar. to aise hi kuch kiya to Prophet ke pair pe hath pada.</w:t>
      </w:r>
      <w:r>
        <w:br/>
      </w:r>
      <w:r>
        <w:rPr>
          <w:sz w:val="20"/>
        </w:rPr>
        <w:t>26:56  tab un ko andaza hua ke woh sajday mein hain. ji aur sajday mein bari umda dua kar rahe the subhanaka wabihamdika la ilaha illa ant aye Allah tu pak hai aur tere siwa koi ibadat ke laiq nahi hai.</w:t>
      </w:r>
      <w:r>
        <w:br/>
      </w:r>
      <w:r>
        <w:rPr>
          <w:sz w:val="20"/>
        </w:rPr>
        <w:t>27:12  to Hazrat Aisha wapas aa gayeen apne bed pe lait gayeen aur boleen ke innaka lafi shaani wa inni lafi shaani akhar yani mera zehan kahin aur ja raha hai</w:t>
      </w:r>
      <w:r>
        <w:br/>
      </w:r>
      <w:r>
        <w:rPr>
          <w:sz w:val="20"/>
        </w:rPr>
        <w:t>27:25  aap ki shan kuch aur hai. ji you are on one plane and I am on totally another plane. ji to yeh jo waqia hai ke is mein bohat bara sabak hai.</w:t>
      </w:r>
      <w:r>
        <w:br/>
      </w:r>
      <w:r>
        <w:rPr>
          <w:sz w:val="20"/>
        </w:rPr>
        <w:t>27:40  Maulana ne is hadith ke baray mein bataya tha ke ulama ne chounke fiqhi zehan hai ulama ka, ulama ne is hadith se nikala hai ke agar aurat mard ko touch kare halat wuzu mein to wuzu toote ga ya nahi</w:t>
      </w:r>
      <w:r>
        <w:br/>
      </w:r>
      <w:r>
        <w:rPr>
          <w:sz w:val="20"/>
        </w:rPr>
        <w:t>27:54  . ji halankay yeh itni bari hadith hai ke Prophet se badgumaani aur woh bhi Hazrat Aisha jaisi stature jin ka woh maqam to aam insaan ka kya haal ho ga.</w:t>
      </w:r>
      <w:r>
        <w:br/>
      </w:r>
      <w:r>
        <w:rPr>
          <w:sz w:val="20"/>
        </w:rPr>
        <w:t>28:05  to is mein yeh hai ke insaan ko badgumaan nahi hona chahiye. Misunderstanding nahi honi chahiye.</w:t>
      </w:r>
      <w:r>
        <w:br/>
      </w:r>
      <w:r>
        <w:rPr>
          <w:sz w:val="20"/>
        </w:rPr>
        <w:t>28:14  baaton ko samajhna chahiye. chounke baz auqat woh jo dekhta hai ya woh sunta hai woh kuch aur hoti hai. woh baat kuch aur aur us ki samajh mein kuch aur aati hai.</w:t>
      </w:r>
      <w:r>
        <w:br/>
      </w:r>
      <w:r>
        <w:rPr>
          <w:sz w:val="20"/>
        </w:rPr>
        <w:t>28:23  to bohat hi cautious rehna chahiye aur shaitan ke waswase se dua karni chahiye har waqt ke inshallah shaitan ke behkawe se bachaye.</w:t>
      </w:r>
      <w:r>
        <w:br/>
      </w:r>
      <w:r>
        <w:rPr>
          <w:sz w:val="20"/>
        </w:rPr>
        <w:t>28:33  ji doctor sahib sajday se mujhe woh bhi aik riwayat yaad aayi abuhuraira ke abuhuraira se yeh riwayat hai ke unhon ne bataya ke Prophet ne kaha ke jab Khuda ka banda sajday mein jata hai to Allah se sab se qareeb hota hai.</w:t>
      </w:r>
      <w:r>
        <w:br/>
      </w:r>
      <w:r>
        <w:rPr>
          <w:sz w:val="20"/>
        </w:rPr>
        <w:t>28:50  to unhon ne kaha ke is liye jab tum sajday mein jao to khoob dua karo. aur aik martaba unhon ne bataya ke rasool Allah sajday mein the to unhon ne bohat hi pyari dua kari doctor sahib mujhe bohat achi lagi.</w:t>
      </w:r>
      <w:r>
        <w:br/>
      </w:r>
      <w:r>
        <w:rPr>
          <w:sz w:val="20"/>
        </w:rPr>
        <w:t>29:03  hum sab ko karni chahiye ke unhon ne kaha ke aye allah tu mere sare gunahon ko maaf kar. mere chhote gunah ko, mere bade gunah ko, mere pehle gunah ko aur mere aakhri gunah ko.</w:t>
      </w:r>
      <w:r>
        <w:br/>
      </w:r>
      <w:r>
        <w:rPr>
          <w:sz w:val="20"/>
        </w:rPr>
        <w:t>29:14  aur mere chhpe hue gunah ko aur khule hue gunah ko.</w:t>
      </w:r>
      <w:r>
        <w:br/>
      </w:r>
      <w:r>
        <w:rPr>
          <w:sz w:val="20"/>
        </w:rPr>
        <w:t>29:18  tu yeh bohat hi achhi lagi mujhe pyari dua hai. hum sab ko maafi mangni chahiye is tarah jis tarah rasool allah kiya karte the.</w:t>
      </w:r>
    </w:p>
    <w:p>
      <w:pPr>
        <w:pStyle w:val="Heading2"/>
      </w:pPr>
      <w:r>
        <w:t>Prophet's punishment for blasphemy</w:t>
      </w:r>
    </w:p>
    <w:p>
      <w:r>
        <w:rPr>
          <w:color w:val="666666"/>
          <w:sz w:val="18"/>
        </w:rPr>
        <w:t>Seerah &amp; Prophet · Blasphemy in Islam November 24, 2024 · 8m 03s · at 8:36 · https://youtu.be/IjG5T6KZDxs?t=516</w:t>
      </w:r>
    </w:p>
    <w:p>
      <w:r>
        <w:rPr>
          <w:i/>
        </w:rPr>
        <w:t>“Did the Prophet Muhammad (PBUH) ever punish anyone for blaspheming the Messenger?”</w:t>
      </w:r>
    </w:p>
    <w:p>
      <w:r>
        <w:rPr>
          <w:sz w:val="20"/>
        </w:rPr>
        <w:t>8:36  to ab mein apna agla sawal Maulana Inayat Umri sahib se karunga ke kya peghambar e Islam sallallahu alaihi wasallam ne shatm e rasool ki saza kisi ko di thi?</w:t>
      </w:r>
      <w:r>
        <w:br/>
      </w:r>
      <w:r>
        <w:rPr>
          <w:sz w:val="20"/>
        </w:rPr>
        <w:t>8:48  aap ka bohat shukriya is session mein dawat dene ke liye. yeh jaisa ke hamare sathiyon ne bataya ke yeh topic jo hai door e jadeed ka ek bohat hi burning topic hai.</w:t>
      </w:r>
      <w:r>
        <w:br/>
      </w:r>
      <w:r>
        <w:rPr>
          <w:sz w:val="20"/>
        </w:rPr>
        <w:t>9:06  is ki wajah yeh hai ke yeh media ka door hai, social media hai, electronic media hai. secondon mein baatein phail jati hain aur hangame shuru ho jate hain, agitation shuru ho jate hain.</w:t>
      </w:r>
      <w:r>
        <w:br/>
      </w:r>
      <w:r>
        <w:rPr>
          <w:sz w:val="20"/>
        </w:rPr>
        <w:t>9:22  to is silsile mein yeh jaanna zaroori hai ke kya Rasool Allah ne apne zamane mein jo shatm ke mujrim thay, un ko koi saza di jinhon ne blasphemy ki ya peghambar ki toheen ki, aap ki shan mein gustakhi ki?</w:t>
      </w:r>
      <w:r>
        <w:br/>
      </w:r>
      <w:r>
        <w:rPr>
          <w:sz w:val="20"/>
        </w:rPr>
        <w:t>9:41  to kya aap ne un ke liye koi saza di hai?</w:t>
      </w:r>
      <w:r>
        <w:br/>
      </w:r>
      <w:r>
        <w:rPr>
          <w:sz w:val="20"/>
        </w:rPr>
        <w:t>9:44  dekhein, agar hum Quran o Hadees mein dekhein to wazeh taur par nazar aata hai ke khud Quran mein Allah Ta'ala ne shatm ka zikr kiya hai.</w:t>
      </w:r>
      <w:r>
        <w:br/>
      </w:r>
      <w:r>
        <w:rPr>
          <w:sz w:val="20"/>
        </w:rPr>
        <w:t>9:59  ek to Quran ki bohat wazeh aayatein hain jis mein Allah batate hain: "man</w:t>
      </w:r>
      <w:r>
        <w:br/>
      </w:r>
      <w:r>
        <w:rPr>
          <w:sz w:val="20"/>
        </w:rPr>
        <w:t>10:08  qablak" ke aap se pehle peghambaron ka bhi istihza kiya gaya, mazak uraya gaya</w:t>
      </w:r>
      <w:r>
        <w:br/>
      </w:r>
      <w:r>
        <w:rPr>
          <w:sz w:val="20"/>
        </w:rPr>
        <w:t>10:13  , un ki bhi toheen ki gayi aur aap ki bhi ki ki ja rahi hai. aur is silsile mein Quran ki ek surat hai, Surah Al-Kawthar, is mein un logon ka Allah ne zikr kiya hai jo Rasool Allah ko abtar kaha karte thay.</w:t>
      </w:r>
      <w:r>
        <w:br/>
      </w:r>
      <w:r>
        <w:rPr>
          <w:sz w:val="20"/>
        </w:rPr>
        <w:t>10:31  abtar jo hai yeh blasphemy hai, is ka matlab yeh hai ke "alladhi la uqbah" ke un ki koi narina aulad nahi hai,</w:t>
      </w:r>
      <w:r>
        <w:br/>
      </w:r>
      <w:r>
        <w:rPr>
          <w:sz w:val="20"/>
        </w:rPr>
        <w:t>10:43  yeh mar jayenge to un ka naam o nishan sab khatam ho jayega. yahi log aap ko abtar kehte thay. aur is se bhi bari misaal yeh hai ke Quran mein Allah ne Abdullah bin Ubay ka jo door e Rasool mein munafiqeen ka sardar tha,</w:t>
      </w:r>
      <w:r>
        <w:br/>
      </w:r>
      <w:r>
        <w:rPr>
          <w:sz w:val="20"/>
        </w:rPr>
        <w:t>11:03  us ka zikr kiya hai ke us ne ek mauqe par yeh kaha tha ke "man</w:t>
      </w:r>
      <w:r>
        <w:br/>
      </w:r>
      <w:r>
        <w:rPr>
          <w:sz w:val="20"/>
        </w:rPr>
        <w:t>11:13  ke hum mein jo sab se ziyada ba-izzat hain, woh sab se ziyada zalil shakhs ko Madinah se bahar nikal denge".</w:t>
      </w:r>
      <w:r>
        <w:br/>
      </w:r>
      <w:r>
        <w:rPr>
          <w:sz w:val="20"/>
        </w:rPr>
        <w:t>11:24  is aayat mein Allah ne us ke shatm ka zikr kiya hai jis ne apne aap ko ba-izzat aur Rasool Allah ko sab se ziyada</w:t>
      </w:r>
      <w:r>
        <w:br/>
      </w:r>
      <w:r>
        <w:rPr>
          <w:sz w:val="20"/>
        </w:rPr>
        <w:t>11:36  ghatiya lafz aap ke mamle mein us ne istemal kiya, "azal" ka lafz us ne istemal kiya. lekin hum dekhte hain ke is ke bawajood Rasool Allah ne us ke khilaf koi karwai nahi ki.</w:t>
      </w:r>
      <w:r>
        <w:br/>
      </w:r>
      <w:r>
        <w:rPr>
          <w:sz w:val="20"/>
        </w:rPr>
        <w:t>11:52  is waqe ke baad khud Abdullah bin Ubay ke bete Abdullah Rasool Allah ke paas aaye, woh Sahabi hain, unhon ne kaha ke "Ya Rasool Allah!</w:t>
      </w:r>
      <w:r>
        <w:br/>
      </w:r>
      <w:r>
        <w:rPr>
          <w:sz w:val="20"/>
        </w:rPr>
        <w:t>12:03  mujhe ijazat dijiye ke main apne baap ka qatl karoon".</w:t>
      </w:r>
      <w:r>
        <w:br/>
      </w:r>
      <w:r>
        <w:rPr>
          <w:sz w:val="20"/>
        </w:rPr>
        <w:t>12:09  aap ne un ko mana kar diya aur unhon ne yeh bhi kaha ke "agar aap yeh kaam kisi aur ke supurd karein to shayad mujhe takleef hogi aur main hamesha is ko is nazar se dekhunga ke yeh mere baap ke qatil hain.</w:t>
      </w:r>
      <w:r>
        <w:br/>
      </w:r>
      <w:r>
        <w:rPr>
          <w:sz w:val="20"/>
        </w:rPr>
        <w:t>12:23  is se behtar yeh hai ke woh zimmedari aap mujhe dijiye, main karta hoon". aap sallallahu alaihi wasallam ne mana kiya. un ke toheen ke waqiyat, Abdullah bin Ubay ke toheen ke waqiyat itne ziyada hain ke ek martaba Hazrat Umar bin Khattab Razi Allahu Anhu ne ja ke kaha Rasool Allah se:</w:t>
      </w:r>
      <w:r>
        <w:br/>
      </w:r>
      <w:r>
        <w:rPr>
          <w:sz w:val="20"/>
        </w:rPr>
        <w:t>12:42  "Ya Rasool Allah! ijazat dijiye, is munafiq ko maar doon, qatl kar doon". Nabi sallallahu alaihi wasallam ne kaha ke "agar hum in ka qatl karenge to dunya yeh kahegi ke "in Muhammad yu qatilu ashabahu" ke Muhammad jo hai apne hi aadmi ko qatl karte hain, un ke darmiyan un ke apne log hi safe nahi hain.</w:t>
      </w:r>
      <w:r>
        <w:br/>
      </w:r>
      <w:r>
        <w:rPr>
          <w:sz w:val="20"/>
        </w:rPr>
        <w:t>13:05  dekhein, yeh woh shakhs hai Abdullah bin Ubay jis ne ek mauqe par Nabi sallallahu alaihi wasallam ki jo zawja hain, Ummul Momineen Aisha Siddiqa Razi Allahu Anha, un par tohmat lagayi.</w:t>
      </w:r>
      <w:r>
        <w:br/>
      </w:r>
      <w:r>
        <w:rPr>
          <w:sz w:val="20"/>
        </w:rPr>
        <w:t>13:23  yani woh shakhs jis ne Rasool Allah ke ghar ki izzat ko neelam kiya, bazaar mein laya aur aap sallallahu alaihi wasallam un ke talluq se kehte hain ke "agar maine un ka qatl kiya to Islam ki izzat sar bazaar aa jayegi".</w:t>
      </w:r>
      <w:r>
        <w:br/>
      </w:r>
      <w:r>
        <w:rPr>
          <w:sz w:val="20"/>
        </w:rPr>
        <w:t>13:39  to is se hum samajh sakte hain ke Nabi sallallahu alaihi wasallam ne bawajood is ke ke un ka shatm khula tha, wazeh tha, magar un ki natural death hoti hai,</w:t>
      </w:r>
      <w:r>
        <w:br/>
      </w:r>
      <w:r>
        <w:rPr>
          <w:sz w:val="20"/>
        </w:rPr>
        <w:t>13:52  natural un ki wafat hoti hai aur is mauqe par aap sallallahu alaihi wasallam ne un ke kafan ke liye apna kapda bhi bheja.</w:t>
      </w:r>
      <w:r>
        <w:br/>
      </w:r>
      <w:r>
        <w:rPr>
          <w:sz w:val="20"/>
        </w:rPr>
        <w:t>14:04  is se hum andaza laga sakte hain ke peghambar ke zamane mein aise waqeat hue magar koi agitation nahi hua, koi hangama nahi hua, koi log sadkon par nahi nikle, hangama nahi kiya logon ne.</w:t>
      </w:r>
      <w:r>
        <w:br/>
      </w:r>
      <w:r>
        <w:rPr>
          <w:sz w:val="20"/>
        </w:rPr>
        <w:t>14:20  to islami talimat mein yeh baat maujood hi nahi hai ke kisi shatm ke liye, yeh yeh shatm ke mujrim ke liye koi saza di jaye.</w:t>
      </w:r>
      <w:r>
        <w:br/>
      </w:r>
      <w:r>
        <w:rPr>
          <w:sz w:val="20"/>
        </w:rPr>
        <w:t>14:30  ji, jazak Allah khair. shukriya Maulana Inayat sahib.</w:t>
      </w:r>
      <w:r>
        <w:br/>
      </w:r>
      <w:r>
        <w:rPr>
          <w:sz w:val="20"/>
        </w:rPr>
        <w:t>14:35  ab mein apne agle sawal poochne se pehle mein quran ki do ayat padhna chahunga jis se hum samajh sakte hain ke quran mein kya bataya gaya.</w:t>
      </w:r>
      <w:r>
        <w:br/>
      </w:r>
      <w:r>
        <w:rPr>
          <w:sz w:val="20"/>
        </w:rPr>
        <w:t>14:46  phir hum iski mazeed wazahat Maulana Fayyaz Umri sahib se pooche ge. quran mein ek ayat hai: "ya ayyuhal lazeena aamanu la taqoolu ra'ina wa qoolu anzirna wasma'u" ke "ae logon!</w:t>
      </w:r>
      <w:r>
        <w:br/>
      </w:r>
      <w:r>
        <w:rPr>
          <w:sz w:val="20"/>
        </w:rPr>
        <w:t>14:59  ae iman walo! tum log ra'ina na kaho, anzir na kaho aur suno".</w:t>
      </w:r>
      <w:r>
        <w:br/>
      </w:r>
      <w:r>
        <w:rPr>
          <w:sz w:val="20"/>
        </w:rPr>
        <w:t>15:04  is ayat ka pas manzar yeh bataya jata hai ke Allah ke rasool sallallahu alaihi wasallam ke paas kuch kuch josh aya karte the aur woh aap sallallahu alaihi wasallam ko sab karne ke liye kehte the: "ra'ina".</w:t>
      </w:r>
      <w:r>
        <w:br/>
      </w:r>
      <w:r>
        <w:rPr>
          <w:sz w:val="20"/>
        </w:rPr>
        <w:t>15:21  ra'ina ka matlab hota hai do: ek to ek hamare charwahe aur doosra ahmaq, nadan ya us se bhi aur kamtar word aap samajh sakte ho.</w:t>
      </w:r>
      <w:r>
        <w:br/>
      </w:r>
      <w:r>
        <w:rPr>
          <w:sz w:val="20"/>
        </w:rPr>
        <w:t>15:30  is se iske baad musalman bhi ra'ina kehne lage</w:t>
      </w:r>
      <w:r>
        <w:br/>
      </w:r>
      <w:r>
        <w:rPr>
          <w:sz w:val="20"/>
        </w:rPr>
        <w:t>15:33  to Allah taala ne wahan par musalmanon ko jo talim di hai woh yeh hai ke tum yeh word use na karo, yeh alfaz use na karo jo josh use karte hain, balke iski jagah anzir na use karo.</w:t>
      </w:r>
      <w:r>
        <w:br/>
      </w:r>
      <w:r>
        <w:rPr>
          <w:sz w:val="20"/>
        </w:rPr>
        <w:t>15:45  to hum samajh sakte hain ke Allah taala ne kya talim di hai aisi cheezon se bachne ke liye. isi tarah se quran mein ek aur jagah hai: "fi hatta fi jab tum dekho kuch logon ko ke quran ki ayaton mein woh mazak uda rahe hain, iska to tum unke sath na baitho yahan tak ke woh mazak chhod kar kisi doosri baat mein lag jayein</w:t>
      </w:r>
      <w:r>
        <w:br/>
      </w:r>
      <w:r>
        <w:rPr>
          <w:sz w:val="20"/>
        </w:rPr>
        <w:t>16:09  to iske sath baith sakte ho". matlab kya hai ke jab woh aisi situation aa jaye jis mein tum dekho ke quran o sunnat ka ka sab ho raha hai, unka mazak udaya ja raha hai to us waqt unko ignore karo.</w:t>
      </w:r>
      <w:r>
        <w:br/>
      </w:r>
      <w:r>
        <w:rPr>
          <w:sz w:val="20"/>
        </w:rPr>
        <w:t>16:21  to ab mein Maulana Fayyazuddin Umri sahib se yeh sawal karna chahunga is talluq se ke kya quran o sunnat mein shatim ki saza mazkoor hai?</w:t>
      </w:r>
      <w:r>
        <w:br/>
      </w:r>
      <w:r>
        <w:rPr>
          <w:sz w:val="20"/>
        </w:rPr>
        <w:t>16:30  kyun ke quran to yeh kehta hai lekin kya sunnat mein bhi hai ya quran mein bhi kahin ho? is par aap hamein batayein kya hai.</w:t>
      </w:r>
    </w:p>
    <w:p>
      <w:pPr>
        <w:pStyle w:val="Heading2"/>
      </w:pPr>
      <w:r>
        <w:t>Request for family background story</w:t>
      </w:r>
    </w:p>
    <w:p>
      <w:r>
        <w:rPr>
          <w:color w:val="666666"/>
          <w:sz w:val="18"/>
        </w:rPr>
        <w:t>Seerah &amp; Prophet · The Story of Hazrat Khadija Part I December 4, 2022 · 24m 49s · at 1:23 · https://youtu.be/cNzPbtW9AV0?t=83</w:t>
      </w:r>
    </w:p>
    <w:p>
      <w:r>
        <w:rPr>
          <w:i/>
        </w:rPr>
        <w:t>“We all want to know about his/her family background. Please tell us about it. Start the story from there.”</w:t>
      </w:r>
    </w:p>
    <w:p>
      <w:r>
        <w:rPr>
          <w:sz w:val="20"/>
        </w:rPr>
        <w:t>1:23  , toh sab se pehla sawal hum sab janna chahenge ke un ke bare mein, un ki jo family background hai, us ke bare mein aap bataein.</w:t>
      </w:r>
      <w:r>
        <w:br/>
      </w:r>
      <w:r>
        <w:rPr>
          <w:sz w:val="20"/>
        </w:rPr>
        <w:t>1:33  wahan se shuru kijiye aap kahani ko. inshallah. bismillah hir rahman nir rahim. rab ishrah li sadri, wa yassir li amri, wahlul uqdatan min lisani, yafqahu qawli.</w:t>
      </w:r>
      <w:r>
        <w:br/>
      </w:r>
      <w:r>
        <w:rPr>
          <w:sz w:val="20"/>
        </w:rPr>
        <w:t>1:49  Hazrat Khadijah ka talluq makka ke ek bahut hi shareef khandan se tha, and she was known for her wealth and good character, good nature.</w:t>
      </w:r>
      <w:r>
        <w:br/>
      </w:r>
      <w:r>
        <w:rPr>
          <w:sz w:val="20"/>
        </w:rPr>
        <w:t>1:58  ji. jo yeh naam tha Khadijah, linguistically it means premature. غالباً woh un ki birth premature ho gayi hogi.</w:t>
      </w:r>
      <w:r>
        <w:br/>
      </w:r>
      <w:r>
        <w:rPr>
          <w:sz w:val="20"/>
        </w:rPr>
        <w:t>2:10  ji. lekin scholars ka kehna hai ke it means she was ahead of her time. o</w:t>
      </w:r>
      <w:r>
        <w:br/>
      </w:r>
      <w:r>
        <w:rPr>
          <w:sz w:val="20"/>
        </w:rPr>
        <w:t>2:17  ke. toh agar aap Hazrat Khadijah ki family tree dekhein, ji toh kuch generations ke baad Prophet ki family tree se mil jati hai.</w:t>
      </w:r>
      <w:r>
        <w:br/>
      </w:r>
      <w:r>
        <w:rPr>
          <w:sz w:val="20"/>
        </w:rPr>
        <w:t>2:28  ji. chunki makka choti si jagah thi, sab log aapas mein relation the un ke. jaise agar hum family tree dekhein Hazrat Khadijah ki toh is tarah se hogi: Khadijah bint Khuwailid ibn Asad ibn Abdul Aziz ibn Qusai ibn Kilab.</w:t>
      </w:r>
      <w:r>
        <w:br/>
      </w:r>
      <w:r>
        <w:rPr>
          <w:sz w:val="20"/>
        </w:rPr>
        <w:t>2:45  ji. toh Qusai ibn Kilab Prophet ke great grandfather the, aur Hazrat Khadijah ke bhi great grandfather the. ji. so from yahan se jo aage chalti hai family tree, woh ek hi ho jati hai aage ja ke.</w:t>
      </w:r>
      <w:r>
        <w:br/>
      </w:r>
      <w:r>
        <w:rPr>
          <w:sz w:val="20"/>
        </w:rPr>
        <w:t>3:04  to Hazrat Khadijah bohat hi learned, and she was the most elegant woman in makkah, very learned, perfect in her behavior and perfect in her character.</w:t>
      </w:r>
      <w:r>
        <w:br/>
      </w:r>
      <w:r>
        <w:rPr>
          <w:sz w:val="20"/>
        </w:rPr>
        <w:t>3:15  ji. bohat hi nobel khatoon theen, aur un ke bohat saare nicknames thay. achha. jaise ek Tahirah tha, Tahirah ka matlab pure, aise hi un ka nickname tha Ameerat Quraish, yaani Princess of Quraish</w:t>
      </w:r>
      <w:r>
        <w:br/>
      </w:r>
      <w:r>
        <w:rPr>
          <w:sz w:val="20"/>
        </w:rPr>
        <w:t>3:30  . aur ek nickname tha Sayyidat al-Nisa Quraish, Nisa Quraish. ji. yaani the leader of the women of Quraish.</w:t>
      </w:r>
      <w:r>
        <w:br/>
      </w:r>
      <w:r>
        <w:rPr>
          <w:sz w:val="20"/>
        </w:rPr>
        <w:t>3:40  okay. aur Rasool Allah Sal Allahu Alaihi Wasallam ki paidaish se pandrah saal pehle, ji un ki paidaish hui thi. yaani Prophet was born in 570, aur Hazrat Khadijah ki paidaish hui thi 555.</w:t>
      </w:r>
      <w:r>
        <w:br/>
      </w:r>
      <w:r>
        <w:rPr>
          <w:sz w:val="20"/>
        </w:rPr>
        <w:t>3:56  ji.</w:t>
      </w:r>
      <w:r>
        <w:br/>
      </w:r>
      <w:r>
        <w:rPr>
          <w:sz w:val="20"/>
        </w:rPr>
        <w:t>3:58  to un ki ek behan theen, un ka naam tha Halimah, aur Halimah bint Khuwailid. to Halimah ke jo bete thay, un ki shadi Prophet ki beti se hui thi jin ka naam Zainab tha.</w:t>
      </w:r>
      <w:r>
        <w:br/>
      </w:r>
      <w:r>
        <w:rPr>
          <w:sz w:val="20"/>
        </w:rPr>
        <w:t>4:12  ji.</w:t>
      </w:r>
      <w:r>
        <w:br/>
      </w:r>
      <w:r>
        <w:rPr>
          <w:sz w:val="20"/>
        </w:rPr>
        <w:t>4:13  to Hazrat Khadijah ke jo,</w:t>
      </w:r>
      <w:r>
        <w:br/>
      </w:r>
      <w:r>
        <w:rPr>
          <w:sz w:val="20"/>
        </w:rPr>
        <w:t>4:22  Hazrat Khadijah ki death ke baad jab kabhi Halimah aya karti thi Prophet se milne to bahar se hi Prophet pehchan jatay thay, choonkay un ki awaz aur Hazrat Khadijah ki awaz bohat milti julti thi.</w:t>
      </w:r>
      <w:r>
        <w:br/>
      </w:r>
      <w:r>
        <w:rPr>
          <w:sz w:val="20"/>
        </w:rPr>
        <w:t>4:33  milti thi, achha. ji ji. to bohat Prophet khush hua kartay thay. aur to Hazrat Khadijah ki jo mother theen, un ka naam tha Fatima, halankay beti ka bhi naam Fatima</w:t>
      </w:r>
      <w:r>
        <w:br/>
      </w:r>
      <w:r>
        <w:rPr>
          <w:sz w:val="20"/>
        </w:rPr>
        <w:t>4:43  tha, to isi ki wajah se rakha hoga. to Hazrat Khadijah ke jo father thay, un ka naam tha Khuwailid ibn Asad.</w:t>
      </w:r>
      <w:r>
        <w:br/>
      </w:r>
      <w:r>
        <w:rPr>
          <w:sz w:val="20"/>
        </w:rPr>
        <w:t>4:53  ji. aur woh ek tajir thay, aur jo Prophet Muhammad Sal Allahu Alaihi Wasallam ke grandfather thay, Abdul Muttalib, un ke bohat close thay woh.</w:t>
      </w:r>
      <w:r>
        <w:br/>
      </w:r>
      <w:r>
        <w:rPr>
          <w:sz w:val="20"/>
        </w:rPr>
        <w:t>5:06  aur ek baar safar bhi kiya tha saath mein yaman. ji.</w:t>
      </w:r>
      <w:r>
        <w:br/>
      </w:r>
      <w:r>
        <w:rPr>
          <w:sz w:val="20"/>
        </w:rPr>
        <w:t>5:11  to is tarah se pata chalta hai Hazrat Khadijah bohat hi aala khatoon theen, aur jaise abhi aap ne hadith bayan ki ke Maryam was the best woman of her time, and Khadijah was the best woman of her time, is se pata chalta hai ke woh kitni aala aur bohat hi bari shakhsiyat rahi hain.</w:t>
      </w:r>
      <w:r>
        <w:br/>
      </w:r>
      <w:r>
        <w:rPr>
          <w:sz w:val="20"/>
        </w:rPr>
        <w:t>5:32  ji ji ji ji. to Doctor sahib, jaise aap ne abhi bataya ke un ka janam 555 AD mein hua.</w:t>
      </w:r>
      <w:r>
        <w:br/>
      </w:r>
      <w:r>
        <w:rPr>
          <w:sz w:val="20"/>
        </w:rPr>
        <w:t>5:40  ji.</w:t>
      </w:r>
      <w:r>
        <w:br/>
      </w:r>
      <w:r>
        <w:rPr>
          <w:sz w:val="20"/>
        </w:rPr>
        <w:t>5:41  agar hum dekhte hain to Islam ka aaghaz hua 610 AD mein. ji. tab pehli revelation Prophet Muhammad ko aayi.</w:t>
      </w:r>
      <w:r>
        <w:br/>
      </w:r>
      <w:r>
        <w:rPr>
          <w:sz w:val="20"/>
        </w:rPr>
        <w:t>5:50  to kafi waqt tha 610 AD jab Islam aaya, is se pehle jo Hazrat Khadijah theen, woh bari ho gaeen. to is dauran jab Islam nahi tha, to un ka kya mazhab tha?</w:t>
      </w:r>
      <w:r>
        <w:br/>
      </w:r>
      <w:r>
        <w:rPr>
          <w:sz w:val="20"/>
        </w:rPr>
        <w:t>6:03  kya religion follow karti theen woh before the advent of Islam? is ke baray mein batayein.</w:t>
      </w:r>
      <w:r>
        <w:br/>
      </w:r>
      <w:r>
        <w:rPr>
          <w:sz w:val="20"/>
        </w:rPr>
        <w:t>6:09  asal mein jo Makkah tha, wahan ke jo beshtar log thay, woh mushrik thay. ji. yaani ek Khuda se zyada aur Khudaon ki parastish kiya karte thay.</w:t>
      </w:r>
      <w:r>
        <w:br/>
      </w:r>
      <w:r>
        <w:rPr>
          <w:sz w:val="20"/>
        </w:rPr>
        <w:t>6:22  jaise Quran mein aata hai Laat, Manat, aur Uzza, is tarah ke naam aate hain jo unhon ne maabood bana rakhe thay.</w:t>
      </w:r>
      <w:r>
        <w:br/>
      </w:r>
      <w:r>
        <w:rPr>
          <w:sz w:val="20"/>
        </w:rPr>
        <w:t>6:30  lekin isi ke saath saath choonkay Hazrat Ibrahim Alaihissalam aaye thay Makkah, aur Ismail Alaihissalam ko wahan basaya tha, Hazrat Hajra ko basaya tha, aur Zam Zam ka woh moajza hua tha.</w:t>
      </w:r>
      <w:r>
        <w:br/>
      </w:r>
      <w:r>
        <w:rPr>
          <w:sz w:val="20"/>
        </w:rPr>
        <w:t>6:45  ji. to phir wahan log rehne lagay thay. to woh jo teachings theen Hazrat Ibrahim Alaihissalam ki, woh nasal dar nasal kuch baqi reh gayi theen wahan.</w:t>
      </w:r>
      <w:r>
        <w:br/>
      </w:r>
      <w:r>
        <w:rPr>
          <w:sz w:val="20"/>
        </w:rPr>
        <w:t>6:56  lekin zyada tar log m</w:t>
      </w:r>
      <w:r>
        <w:br/>
      </w:r>
      <w:r>
        <w:rPr>
          <w:sz w:val="20"/>
        </w:rPr>
        <w:t>6:58  shirk thay. lekin kuch log thay jo Hazrat Ibrahim ka jo bataya hua deen tha, yaani pure monotheism ka jo religion tha, us pe qaim thay.</w:t>
      </w:r>
      <w:r>
        <w:br/>
      </w:r>
      <w:r>
        <w:rPr>
          <w:sz w:val="20"/>
        </w:rPr>
        <w:t>7:12  kitabon mein kai ek list aati hai ke makkah mein yeh log abrahimi mazhab pe qaim thay jis ko deen hanif kaha jata tha.</w:t>
      </w:r>
      <w:r>
        <w:br/>
      </w:r>
      <w:r>
        <w:rPr>
          <w:sz w:val="20"/>
        </w:rPr>
        <w:t>7:22  yani hanif quran mein hazrat ibrahim ke liye aya hai.</w:t>
      </w:r>
      <w:r>
        <w:br/>
      </w:r>
      <w:r>
        <w:rPr>
          <w:sz w:val="20"/>
        </w:rPr>
        <w:t>7:26  ji. to is mein se Prophet Muhammad sallallahu alaihi wasallam bhi thay, aur hazrat khadijah bhi theen, hazrat abubakar bhi thay.</w:t>
      </w:r>
      <w:r>
        <w:br/>
      </w:r>
      <w:r>
        <w:rPr>
          <w:sz w:val="20"/>
        </w:rPr>
        <w:t>7:36  to, aur hazrat khadijah ke jo father thay khwaild, woh bhi deen hanif pe qaim thay.</w:t>
      </w:r>
      <w:r>
        <w:br/>
      </w:r>
      <w:r>
        <w:rPr>
          <w:sz w:val="20"/>
        </w:rPr>
        <w:t>7:45  to</w:t>
      </w:r>
      <w:r>
        <w:br/>
      </w:r>
      <w:r>
        <w:rPr>
          <w:sz w:val="20"/>
        </w:rPr>
        <w:t>7:46  ek waqia aata hai ke</w:t>
      </w:r>
      <w:r>
        <w:br/>
      </w:r>
      <w:r>
        <w:rPr>
          <w:sz w:val="20"/>
        </w:rPr>
        <w:t>7:50  ek bar jab choti theen hazrat khadijah rz, to un ke father un ko kahin le ke ja rahe thay. to unhon ne dekha ke un ke father ne dekha ke kuch rastay mein log shirk kar rahe hain, shirk mein mubtala hain.</w:t>
      </w:r>
      <w:r>
        <w:br/>
      </w:r>
      <w:r>
        <w:rPr>
          <w:sz w:val="20"/>
        </w:rPr>
        <w:t>8:05  ji. to unhon ne is taraf se munh apna pher liya aur kuch kapra waghera munh pe daal liya. to hazrat khadijah ne poocha ke aap ne aisa</w:t>
      </w:r>
      <w:r>
        <w:br/>
      </w:r>
      <w:r>
        <w:rPr>
          <w:sz w:val="20"/>
        </w:rPr>
        <w:t>8:15  kyun kiya? to un ke father ne kaha ke yeh log nadan hain, yeh log shirk mein mubtala hain. to bachpan se hi un ko taleem un ke father ne di.</w:t>
      </w:r>
      <w:r>
        <w:br/>
      </w:r>
      <w:r>
        <w:rPr>
          <w:sz w:val="20"/>
        </w:rPr>
        <w:t>8:28  aur ek aur baat hai ke jo makkah tha, wahan kuch log thay jo woh dua karte thay, jo deen hanif pe qaim thay, hazrat ibrahim alaihi assalam ke deen pe qaim thay.</w:t>
      </w:r>
      <w:r>
        <w:br/>
      </w:r>
      <w:r>
        <w:rPr>
          <w:sz w:val="20"/>
        </w:rPr>
        <w:t>8:45  to woh yeh dua karte thay ke aye allah, tu hamein woh tareeqa bata jis se hum teri ibadat karein.</w:t>
      </w:r>
      <w:r>
        <w:br/>
      </w:r>
      <w:r>
        <w:rPr>
          <w:sz w:val="20"/>
        </w:rPr>
        <w:t>8:53  chounke woh sab cheezein dilute ho gayi hongi, ab jaise aaj hamare paas quran hai, cheezein mehfooz hain, to woh zamanay mein is tarah ki cheezein mehfooz nahi theen.</w:t>
      </w:r>
      <w:r>
        <w:br/>
      </w:r>
      <w:r>
        <w:rPr>
          <w:sz w:val="20"/>
        </w:rPr>
        <w:t>9:02  to jo bhi deen reh gaya tha baqi, to woh bohat hi halke form mein raha hoga. us waqt hajj ka riwaj tha, hajj hota tha, log tawaaf karte thay.</w:t>
      </w:r>
      <w:r>
        <w:br/>
      </w:r>
      <w:r>
        <w:rPr>
          <w:sz w:val="20"/>
        </w:rPr>
        <w:t>9:15  ji. lekin koi bohat baqayeda ibadat ka tareeqa ghalib</w:t>
      </w:r>
      <w:r>
        <w:br/>
      </w:r>
      <w:r>
        <w:rPr>
          <w:sz w:val="20"/>
        </w:rPr>
        <w:t>9:19  a nahi tha. to is tarah se log</w:t>
      </w:r>
      <w:r>
        <w:br/>
      </w:r>
      <w:r>
        <w:rPr>
          <w:sz w:val="20"/>
        </w:rPr>
        <w:t>9:24  dua karte thay. aur ek hazrat khadijah rz ka qaul bhi hai ke is dunya ka jo khaliq hai aur malik hai, woh ek hai, aur us se shirk karna khilaf aqal hai.</w:t>
      </w:r>
      <w:r>
        <w:br/>
      </w:r>
      <w:r>
        <w:rPr>
          <w:sz w:val="20"/>
        </w:rPr>
        <w:t>9:36  to is ka matlab yahi hai ke hazrat khadijah bhi wohi deen hanif pe qaim theen. ji. jo ibrahim alaihi assalam ka laya hua tha.</w:t>
      </w:r>
      <w:r>
        <w:br/>
      </w:r>
      <w:r>
        <w:rPr>
          <w:sz w:val="20"/>
        </w:rPr>
        <w:t>9:45  ji ji ji. mashallah.</w:t>
      </w:r>
      <w:r>
        <w:br/>
      </w:r>
      <w:r>
        <w:rPr>
          <w:sz w:val="20"/>
        </w:rPr>
        <w:t>9:47  to doctor sahib, she maintained her natureright from a very early age. achha doctor sahib, she was also the noble lady in makkah, and nature un ka is tarah tha ke bohat hi generous aur helpful theen.</w:t>
      </w:r>
      <w:r>
        <w:br/>
      </w:r>
      <w:r>
        <w:rPr>
          <w:sz w:val="20"/>
        </w:rPr>
        <w:t>10:02  to main chahunga aap un ki early life ke baray mein hum sab ko batayein. hazrat khadijah jab bari huien to un ke father ne un ki shadi kardi.</w:t>
      </w:r>
      <w:r>
        <w:br/>
      </w:r>
      <w:r>
        <w:rPr>
          <w:sz w:val="20"/>
        </w:rPr>
        <w:t>10:14  ek sahib thay abu hala ibn zurarah. ji. to yeh yeh bhi ek tajir thay. to un ke do bete paida hue, ek ka naam hind tha aur ek ka naam hala tha.</w:t>
      </w:r>
      <w:r>
        <w:br/>
      </w:r>
      <w:r>
        <w:rPr>
          <w:sz w:val="20"/>
        </w:rPr>
        <w:t>10:27  hala se un ka naam abu hala pada. to jo yeh hind jo un ke bete thay, hind ka matlab is zamanay mein india ko hind kehte thay. ji.</w:t>
      </w:r>
      <w:r>
        <w:br/>
      </w:r>
      <w:r>
        <w:rPr>
          <w:sz w:val="20"/>
        </w:rPr>
        <w:t>10:36  asal mein kya tha ke india se baray qeemti saman aya karte thay. ji. Pre</w:t>
      </w:r>
      <w:r>
        <w:br/>
      </w:r>
      <w:r>
        <w:rPr>
          <w:sz w:val="20"/>
        </w:rPr>
        <w:t>10:41  cious. to india was synonymous to precious things. okay. ji. to woh jo bachay bhi precious hotay hain. ji.</w:t>
      </w:r>
      <w:r>
        <w:br/>
      </w:r>
      <w:r>
        <w:rPr>
          <w:sz w:val="20"/>
        </w:rPr>
        <w:t>10:49  to unhon ne hind naam rakhna shuru kardiya. very interesting. haan, aur dilchasp baat yeh hai ke boys aur girls dono ke naam hind hotay thay.</w:t>
      </w:r>
      <w:r>
        <w:br/>
      </w:r>
      <w:r>
        <w:rPr>
          <w:sz w:val="20"/>
        </w:rPr>
        <w:t>10:57  donon. achha. to hind jo thay, un ke bete Hazrat Khadijah ke, un ka aik bohat bara contribution hai ke yeh bhi ghar mein hi rehte thay Prophet ke saathi, aur unhon ne Prophet ko bohat achhi tarah se describe kiya hai.</w:t>
      </w:r>
      <w:r>
        <w:br/>
      </w:r>
      <w:r>
        <w:rPr>
          <w:sz w:val="20"/>
        </w:rPr>
        <w:t>11:13  ise shamail kehte hain. ji. jo hadith ki kitaben hain, us mein aik chapter hota hai sh</w:t>
      </w:r>
      <w:r>
        <w:br/>
      </w:r>
      <w:r>
        <w:rPr>
          <w:sz w:val="20"/>
        </w:rPr>
        <w:t>11:20  mail ka. ji. shamail yani jo physical appearance hai, jo characteristics hain Prophet ki, yani woh kaise thay, kaise lagte thay, kya height thi, attributes aur kaisa color tha un ki dadi ka, aur kya khate thay, kab uthte thay, kab na kaise namaz parhte thay, aur sari batain.</w:t>
      </w:r>
      <w:r>
        <w:br/>
      </w:r>
      <w:r>
        <w:rPr>
          <w:sz w:val="20"/>
        </w:rPr>
        <w:t>11:39  to shamail ki kitabon mein hind jo un ke bete thay Abu Hala ke aur Hazrat Khadijah ke, un ka bohat hi achha un ki</w:t>
      </w:r>
      <w:r>
        <w:br/>
      </w:r>
      <w:r>
        <w:rPr>
          <w:sz w:val="20"/>
        </w:rPr>
        <w:t>11:50  riwayat hai. ji. bohat hi, yani bari, bohat hi is se pata chalta hai ke Rasool Allah ki kya cheezen thin is tarah ki.</w:t>
      </w:r>
      <w:r>
        <w:br/>
      </w:r>
      <w:r>
        <w:rPr>
          <w:sz w:val="20"/>
        </w:rPr>
        <w:t>12:00  to yeh jo un ke pehle husband thay, un ki death ho gayi jaldi hi, aur phir aik doosre, un ki shadi dobara hui, aur un ke husband ka naam tha Ateeq ibn Aaid al-</w:t>
      </w:r>
      <w:r>
        <w:br/>
      </w:r>
      <w:r>
        <w:rPr>
          <w:sz w:val="20"/>
        </w:rPr>
        <w:t>12:18  Ghazoomi. Ghuzoom tribe tha aik jo bohat hi powerful and very rich tribe tha Makkah ka, aur is mein kafi mashhoor log paida hue.</w:t>
      </w:r>
      <w:r>
        <w:br/>
      </w:r>
      <w:r>
        <w:rPr>
          <w:sz w:val="20"/>
        </w:rPr>
        <w:t>12:28  Abu Jahl bhi isi tribe ka tha, aur Khalid bin Waleed jo bohat baray Sahabi bane, woh bhi isi tribe ke thay. to un se bhi do bachay hue, aik ka naam tha Hind, halankay woh beti thi, aur doosre bete ka naam tha Abdul Aziz.</w:t>
      </w:r>
      <w:r>
        <w:br/>
      </w:r>
      <w:r>
        <w:rPr>
          <w:sz w:val="20"/>
        </w:rPr>
        <w:t>12:44  ji.</w:t>
      </w:r>
      <w:r>
        <w:br/>
      </w:r>
      <w:r>
        <w:rPr>
          <w:sz w:val="20"/>
        </w:rPr>
        <w:t>12:45  to phir yeh un ki bhi death ho gayi doosre husband ki. okay. aur</w:t>
      </w:r>
      <w:r>
        <w:br/>
      </w:r>
      <w:r>
        <w:rPr>
          <w:sz w:val="20"/>
        </w:rPr>
        <w:t>12:53  chunki jo Hazrat Khadijah R.A. theen, un ke father bhi merchant thay, aur yeh dono husbands bhi merchants thay.</w:t>
      </w:r>
      <w:r>
        <w:br/>
      </w:r>
      <w:r>
        <w:rPr>
          <w:sz w:val="20"/>
        </w:rPr>
        <w:t>13:03  to she inherited wealth of his father and both the husbands. ji.</w:t>
      </w:r>
      <w:r>
        <w:br/>
      </w:r>
      <w:r>
        <w:rPr>
          <w:sz w:val="20"/>
        </w:rPr>
        <w:t>13:08  So she became the most wealthiest lady in Makkah, one of the wealthiest lady in Makkah.</w:t>
      </w:r>
      <w:r>
        <w:br/>
      </w:r>
      <w:r>
        <w:rPr>
          <w:sz w:val="20"/>
        </w:rPr>
        <w:t>13:18  phir unhon ne khud tijarat ka kaam shuru kiya. aur is zamane mein jo tijarat ka tareeqa tha, woh aisa tha ke woh qairwan bheja karte thay log.</w:t>
      </w:r>
      <w:r>
        <w:br/>
      </w:r>
      <w:r>
        <w:rPr>
          <w:sz w:val="20"/>
        </w:rPr>
        <w:t>13:30  ziyadah tar Syria jaya karte thay qairwan. ji. Syria aur Yemen. to un ke bhi qairwan Syria jaya karte thay. j</w:t>
      </w:r>
      <w:r>
        <w:br/>
      </w:r>
      <w:r>
        <w:rPr>
          <w:sz w:val="20"/>
        </w:rPr>
        <w:t>13:37  i. aur is is waqt jo tareeqa tha business ka, us ko kehte thay muzarabat. muzarabat ka matlab hai ke profit sharing.</w:t>
      </w:r>
      <w:r>
        <w:br/>
      </w:r>
      <w:r>
        <w:rPr>
          <w:sz w:val="20"/>
        </w:rPr>
        <w:t>13:50  yani kisi ko hire kiya, us se kaha ke tum hamara qairwan le ke jao, aur wahan jo us ki sale hogi, jo proceeds honge, us ke aik certain percentage ya aik profit hum tumhein den ge.</w:t>
      </w:r>
      <w:r>
        <w:br/>
      </w:r>
      <w:r>
        <w:rPr>
          <w:sz w:val="20"/>
        </w:rPr>
        <w:t>14:02  to is tareeqay se woh bheja karti theen. aur ji,</w:t>
      </w:r>
      <w:r>
        <w:br/>
      </w:r>
      <w:r>
        <w:rPr>
          <w:sz w:val="20"/>
        </w:rPr>
        <w:t>14:05  bohat hi, yani Quraish ke sab se jo baray qairwan hotay thay, woh un ke hi hotay thay. ji. to is tarah se unhon ne bohat hi, yani aik khatoon honay ke bawajood, bohat hi is zamane ke lehaz se unhon ne aik aisa aik misaal qaim ki.</w:t>
      </w:r>
      <w:r>
        <w:br/>
      </w:r>
      <w:r>
        <w:rPr>
          <w:sz w:val="20"/>
        </w:rPr>
        <w:t>14:25  ji. ke khud business sambhala aur bohat hi us ko aagay barhaya, yahan tak ke she became the richest woman of Makkah. ji.</w:t>
      </w:r>
      <w:r>
        <w:br/>
      </w:r>
      <w:r>
        <w:rPr>
          <w:sz w:val="20"/>
        </w:rPr>
        <w:t>14:34  Masha Allah</w:t>
      </w:r>
      <w:r>
        <w:br/>
      </w:r>
      <w:r>
        <w:rPr>
          <w:sz w:val="20"/>
        </w:rPr>
        <w:t>14:35  . Doctor sahib, jaisa aap ne abhi bataya ke tijarat karti thi woh, aur un ka jo qairwan bhi tha, woh bhi Quraish ke jitne qairwan hotay thay, kaha jata tha ke woh sab se bara unhi ka unhi ka hota tha.</w:t>
      </w:r>
      <w:r>
        <w:br/>
      </w:r>
      <w:r>
        <w:rPr>
          <w:sz w:val="20"/>
        </w:rPr>
        <w:t>14:47  ji ji. aur yeh aik bohat achhi aik lesson bhi milta hai ke aksar log yeh bhi kehte hain ke Islam mein position of woman is weak. lekin aap dekhen, yahan pe aap jo bata rahe hain ke she was a business woman and an esteemed business woman.</w:t>
      </w:r>
      <w:r>
        <w:br/>
      </w:r>
      <w:r>
        <w:rPr>
          <w:sz w:val="20"/>
        </w:rPr>
        <w:t>15:02  ji. to yeh aik bohat achha, aik it throws light on the fact that the position of woman in Islam is not a position of weakness but a position of strength.</w:t>
      </w:r>
      <w:r>
        <w:br/>
      </w:r>
      <w:r>
        <w:rPr>
          <w:sz w:val="20"/>
        </w:rPr>
        <w:t>15:13  ji. Doctor sahib, ab jaise woh khud to jati nahi thi qairwan mein, aap ne bataya ke koi agent deput hota tha jo un ke qairwan ko le ke jaya karta tha.</w:t>
      </w:r>
      <w:r>
        <w:br/>
      </w:r>
      <w:r>
        <w:rPr>
          <w:sz w:val="20"/>
        </w:rPr>
        <w:t>15:25  yahan pe ek sawal mein aap se poochna chahunga ke kaise phir Prophet Muhammad se kaise contact hua unka? is ke bare mein aap bataein.</w:t>
      </w:r>
      <w:r>
        <w:br/>
      </w:r>
      <w:r>
        <w:rPr>
          <w:sz w:val="20"/>
        </w:rPr>
        <w:t>15:36  kitabon mein aata hai ke unhein koi qairwan bhejna tha. ji. Syria. to woh talash kar rahi theen koi honest aur trustworthy.</w:t>
      </w:r>
      <w:r>
        <w:br/>
      </w:r>
      <w:r>
        <w:rPr>
          <w:sz w:val="20"/>
        </w:rPr>
        <w:t>15:45  ji. koi aadmi mile taake us ko woh dein apna saman tijarat. to isi dauran un ki behan aai hui thi.</w:t>
      </w:r>
      <w:r>
        <w:br/>
      </w:r>
      <w:r>
        <w:rPr>
          <w:sz w:val="20"/>
        </w:rPr>
        <w:t>15:54  j</w:t>
      </w:r>
      <w:r>
        <w:br/>
      </w:r>
      <w:r>
        <w:rPr>
          <w:sz w:val="20"/>
        </w:rPr>
        <w:t>15:55  i. hala. to unhon ne hala se bhi zikr kiya ke mein ek aadmi ki talash kar rahi hoon jo mera qairwan Syria le jaye.</w:t>
      </w:r>
      <w:r>
        <w:br/>
      </w:r>
      <w:r>
        <w:rPr>
          <w:sz w:val="20"/>
        </w:rPr>
        <w:t>16:06  to hala ne kaha ke tum Prophet se milo sallallahu alaihi wasallam. ji. woh bohat hi acha character hai un ka, bohat hi honest hain.</w:t>
      </w:r>
      <w:r>
        <w:br/>
      </w:r>
      <w:r>
        <w:rPr>
          <w:sz w:val="20"/>
        </w:rPr>
        <w:t>16:15  asal mein Prophet Muhammad sallallahu alaihi wasallam jab barah saal ke thay, terah saal ke thay, to woh Abu Talib ki bakriyan charaya karte thay.</w:t>
      </w:r>
      <w:r>
        <w:br/>
      </w:r>
      <w:r>
        <w:rPr>
          <w:sz w:val="20"/>
        </w:rPr>
        <w:t>16:27  ji. yaani he was a shepherd. to aur balkay hadith mein aata hai ke وَمَا مِنْ نَبِيٍّ إِلَّا وَقَدْ رَآ الْغَنَمُ.</w:t>
      </w:r>
      <w:r>
        <w:br/>
      </w:r>
      <w:r>
        <w:rPr>
          <w:sz w:val="20"/>
        </w:rPr>
        <w:t>16:37  yaani koi peghambar aisa nahi guzra jis ne bheer bakriyan na charai hon. na</w:t>
      </w:r>
      <w:r>
        <w:br/>
      </w:r>
      <w:r>
        <w:rPr>
          <w:sz w:val="20"/>
        </w:rPr>
        <w:t>16:42  charai hon. ji. yeh bhi ek Allah taala ki taraf se planning thi ke jo jis ko peghambar banna tha, us ko, yaani bheer bakriyan charana yeh hai ke insaan nature mein jaye.</w:t>
      </w:r>
      <w:r>
        <w:br/>
      </w:r>
      <w:r>
        <w:rPr>
          <w:sz w:val="20"/>
        </w:rPr>
        <w:t>16:57  ji, yaqeenan. And nature inspires us. to nature mein jaye, ghore o fikr kare, zameen o asman ke bare mein soche, kaun is dunya ka khaliq hai.</w:t>
      </w:r>
      <w:r>
        <w:br/>
      </w:r>
      <w:r>
        <w:rPr>
          <w:sz w:val="20"/>
        </w:rPr>
        <w:t>17:06  to</w:t>
      </w:r>
      <w:r>
        <w:br/>
      </w:r>
      <w:r>
        <w:rPr>
          <w:sz w:val="20"/>
        </w:rPr>
        <w:t>17:08  woh is zamane mein hala ke haan bhi as a shepherd kaam karte thay. ji. to hala un ko janti thi ke yeh bohat hi naik insan hain aur bohat hi hard working hain, and he is a very trustworthy person.</w:t>
      </w:r>
      <w:r>
        <w:br/>
      </w:r>
      <w:r>
        <w:rPr>
          <w:sz w:val="20"/>
        </w:rPr>
        <w:t>17:23  to unhon ne recommend kiya. ji. ke tum Prophet sallallahu alaihi wasallam se milo. to unhon ne kaha acha phir mein kaise miloon? kis se, kis ke paas jaon?</w:t>
      </w:r>
      <w:r>
        <w:br/>
      </w:r>
      <w:r>
        <w:rPr>
          <w:sz w:val="20"/>
        </w:rPr>
        <w:t>17:33  to hala ne kaha hai ke tum Abu Talib ke paas jao.</w:t>
      </w:r>
      <w:r>
        <w:br/>
      </w:r>
      <w:r>
        <w:rPr>
          <w:sz w:val="20"/>
        </w:rPr>
        <w:t>17:36  ji. woh un ke uncle hain, but he is like his father. to phir Hazrat Khadija gayeen Abu Talib ke paas aur bataya ke mujhe zaroorat hai ek shakhs ki, aur mein chahti hoon ke aap ke bhatije ko hire karoon.</w:t>
      </w:r>
      <w:r>
        <w:br/>
      </w:r>
      <w:r>
        <w:rPr>
          <w:sz w:val="20"/>
        </w:rPr>
        <w:t>17:55  ji. to</w:t>
      </w:r>
      <w:r>
        <w:br/>
      </w:r>
      <w:r>
        <w:rPr>
          <w:sz w:val="20"/>
        </w:rPr>
        <w:t>17:56  he was reluctant Abu Talib ko ko zyada shuru mein un ka, yaani shuru mein unhon ne zyada dilchaspi nahi dikhai.</w:t>
      </w:r>
      <w:r>
        <w:br/>
      </w:r>
      <w:r>
        <w:rPr>
          <w:sz w:val="20"/>
        </w:rPr>
        <w:t>18:09  ji. ke Prophet ko qairwan ke zariye bheja jaye, lekin phir bohat israr kiya Hazrat Khadija R.A. ne, to woh tayyar</w:t>
      </w:r>
      <w:r>
        <w:br/>
      </w:r>
      <w:r>
        <w:rPr>
          <w:sz w:val="20"/>
        </w:rPr>
        <w:t>18:18  ho gaye. ji. to is tareeqe se Prophet se contact hua aur Prophet ko hire kar liya.</w:t>
      </w:r>
      <w:r>
        <w:br/>
      </w:r>
      <w:r>
        <w:rPr>
          <w:sz w:val="20"/>
        </w:rPr>
        <w:t>18:26  ji. Hazrat Khadija ne. ji. to doctor sahab, jaise aap ne bataya ke Prophet ke bare mein is time pe kaha jata tha ke As-Sadiq Al-Amin, matlab he was an honest, trustworthy, truthful person.</w:t>
      </w:r>
      <w:r>
        <w:br/>
      </w:r>
      <w:r>
        <w:rPr>
          <w:sz w:val="20"/>
        </w:rPr>
        <w:t>18:41  aur us waqt mere khayal se un ki age twenty five years thi. Yes. jab un ka contact Hazrat Khadij</w:t>
      </w:r>
      <w:r>
        <w:br/>
      </w:r>
      <w:r>
        <w:rPr>
          <w:sz w:val="20"/>
        </w:rPr>
        <w:t>18:48  a se hua. ji. to unhon ne phir un ko opportunity di ke woh Syria jayen. ji.</w:t>
      </w:r>
      <w:r>
        <w:br/>
      </w:r>
      <w:r>
        <w:rPr>
          <w:sz w:val="20"/>
        </w:rPr>
        <w:t>18:56  un ke qairwan ko le kar. ji. aur us time pe doctor sahab, bohat sakht journey rahi hogi kyunke rastay aise nahi hain jaise aaj ki date mein Makkah se Syria ke hain.</w:t>
      </w:r>
      <w:r>
        <w:br/>
      </w:r>
      <w:r>
        <w:rPr>
          <w:sz w:val="20"/>
        </w:rPr>
        <w:t>19:08  bohat sakht garmi aur rasta bhi bohat asan nahi tha. to bohat hi lambi journey tay kar rahi ho</w:t>
      </w:r>
      <w:r>
        <w:br/>
      </w:r>
      <w:r>
        <w:rPr>
          <w:sz w:val="20"/>
        </w:rPr>
        <w:t>19:16  gi unhon ne. to is ke bare mein thora bataen hum sab ko.</w:t>
      </w:r>
      <w:r>
        <w:br/>
      </w:r>
      <w:r>
        <w:rPr>
          <w:sz w:val="20"/>
        </w:rPr>
        <w:t>19:22  jab Prophet barah saal ke thay to Abu Talib bhi tajir thay. ji. woh bhi merchant thay. to woh ja rahe thay apna qafila le ke Syria.</w:t>
      </w:r>
      <w:r>
        <w:br/>
      </w:r>
      <w:r>
        <w:rPr>
          <w:sz w:val="20"/>
        </w:rPr>
        <w:t>19:33  to jab dekha Prophet ne ke Abu Talib uncle ja rahe hain, to unhon ne kaha main bhi chalun ga aap ke sath.</w:t>
      </w:r>
      <w:r>
        <w:br/>
      </w:r>
      <w:r>
        <w:rPr>
          <w:sz w:val="20"/>
        </w:rPr>
        <w:t>19:43  ji. to bohat hi shauq dikhaya, bohat israr kiya.</w:t>
      </w:r>
      <w:r>
        <w:br/>
      </w:r>
      <w:r>
        <w:rPr>
          <w:sz w:val="20"/>
        </w:rPr>
        <w:t>19:46  to Abu Talib tayyar ho gaye. ji. aur le ke gaye. to aik bar Rasool Allah sal Allah aleh wasalam pehle hi, yaani Syria ja chuke thay.</w:t>
      </w:r>
      <w:r>
        <w:br/>
      </w:r>
      <w:r>
        <w:rPr>
          <w:sz w:val="20"/>
        </w:rPr>
        <w:t>19:56  ji. to thora bohat tajurba tha, un ko idea tha ke kaise safar hota hai. lekin is bar ka jo safar tha, yeh thora mukhtalif tha is lihaaz se ke he was in charge of the entire qafila.</w:t>
      </w:r>
      <w:r>
        <w:br/>
      </w:r>
      <w:r>
        <w:rPr>
          <w:sz w:val="20"/>
        </w:rPr>
        <w:t>20:13  ji</w:t>
      </w:r>
      <w:r>
        <w:br/>
      </w:r>
      <w:r>
        <w:rPr>
          <w:sz w:val="20"/>
        </w:rPr>
        <w:t>20:14  . aur sara jo saman hai, woh bohat hi hifazat ke sath le ke jana hai, aur bohat achi tarah se is ko, is ki jo sale karni hai, woh sara intizam karna hai.</w:t>
      </w:r>
      <w:r>
        <w:br/>
      </w:r>
      <w:r>
        <w:rPr>
          <w:sz w:val="20"/>
        </w:rPr>
        <w:t>20:26  ab jo camels hotay thay, un ka bhi khayal karna parta tha. ji. aur lamba rasta hai, agar koi camel man lijiye rastay mein bimar ho jaye ya kuch.</w:t>
      </w:r>
      <w:r>
        <w:br/>
      </w:r>
      <w:r>
        <w:rPr>
          <w:sz w:val="20"/>
        </w:rPr>
        <w:t>20:35  ji. ho jaye is ko, to sara safar hi mushkil mein par jata. to</w:t>
      </w:r>
      <w:r>
        <w:br/>
      </w:r>
      <w:r>
        <w:rPr>
          <w:sz w:val="20"/>
        </w:rPr>
        <w:t>20:41  woh Rasool Allah sal Allah aleh wasalam ne bohat achi planning ki. sara jo saman tha, woh oonton pe lada aur bohat achi tarike se plan kar ke safar shuru kiya.</w:t>
      </w:r>
      <w:r>
        <w:br/>
      </w:r>
      <w:r>
        <w:rPr>
          <w:sz w:val="20"/>
        </w:rPr>
        <w:t>20:55  to Hazrat Khadija R.A. ne Prophet ko aik helper ke tor par, aik un ka sath, aik aik servant tha Khadija R.A. ka, Maysarah is ka naam tha.</w:t>
      </w:r>
      <w:r>
        <w:br/>
      </w:r>
      <w:r>
        <w:rPr>
          <w:sz w:val="20"/>
        </w:rPr>
        <w:t>21:09  ji. to Maysarah ko bhi sath kar diya ke aap is ko rakhiye apne sath, aur aap ki help kare ga rastay mein. to phir yeh aik lamba safar kiya</w:t>
      </w:r>
      <w:r>
        <w:br/>
      </w:r>
      <w:r>
        <w:rPr>
          <w:sz w:val="20"/>
        </w:rPr>
        <w:t>21:20  Prophet sal Allah aleh wasalam ne Makkah se Syria, yaani kafi lamba safar hai, pura jo sehra, desert hai, Makkah se Madinah hotay hue phir north ki taraf, Amman yaani Jordan ki taraf, phir aur Palestine ki taraf.</w:t>
      </w:r>
      <w:r>
        <w:br/>
      </w:r>
      <w:r>
        <w:rPr>
          <w:sz w:val="20"/>
        </w:rPr>
        <w:t>21:37  ji. phir is ko oopar ja ke. to shuru shuru mein to zahir hai bohat hi sakht safar raha hoga. chounkay sehra mein safar bohat mushkil hota hai,</w:t>
      </w:r>
      <w:r>
        <w:br/>
      </w:r>
      <w:r>
        <w:rPr>
          <w:sz w:val="20"/>
        </w:rPr>
        <w:t>21:48  garmi hoti hai, dhoop hoti hai, shade nahi hai, pani nahi hota. lekin phir jab thora north ki taraf barhne lage to phir greenery nazar aayi wahan, aur phir shade bhi ho gaya, barish, pani bhi hai wahan, aur</w:t>
      </w:r>
      <w:r>
        <w:br/>
      </w:r>
      <w:r>
        <w:rPr>
          <w:sz w:val="20"/>
        </w:rPr>
        <w:t>22:08  trees waghera hain. to matlab thora sa behtar ho gaya.</w:t>
      </w:r>
      <w:r>
        <w:br/>
      </w:r>
      <w:r>
        <w:rPr>
          <w:sz w:val="20"/>
        </w:rPr>
        <w:t>22:11  phir yeh aik lamba safar tay karte hue Syria pohanchay, aur</w:t>
      </w:r>
      <w:r>
        <w:br/>
      </w:r>
      <w:r>
        <w:rPr>
          <w:sz w:val="20"/>
        </w:rPr>
        <w:t>22:19  wahan par jo</w:t>
      </w:r>
      <w:r>
        <w:br/>
      </w:r>
      <w:r>
        <w:rPr>
          <w:sz w:val="20"/>
        </w:rPr>
        <w:t>22:25  yaani market tha. ji. is mein ja ke wahan par shuru kiya. ji.</w:t>
      </w:r>
      <w:r>
        <w:br/>
      </w:r>
      <w:r>
        <w:rPr>
          <w:sz w:val="20"/>
        </w:rPr>
        <w:t>22:33  is ka jo kaam tha. ji ji ji. acha Doctor sahib, jaisay aap ne bataya ke barah saal ki umar mein pehle gaye thay woh apne uncle</w:t>
      </w:r>
      <w:r>
        <w:br/>
      </w:r>
      <w:r>
        <w:rPr>
          <w:sz w:val="20"/>
        </w:rPr>
        <w:t>22:41  Abu Talib ke sath. ji. to jab ab aap ki bar woh gaye to un ko shayad market thori different dekhi.</w:t>
      </w:r>
      <w:r>
        <w:br/>
      </w:r>
      <w:r>
        <w:rPr>
          <w:sz w:val="20"/>
        </w:rPr>
        <w:t>22:50  much bigger than what he remembered as a child. ji ji. to phir wahan pe Syrian market mein kya hua, us ke bare mein bhi bataen hum sab ko.</w:t>
      </w:r>
      <w:r>
        <w:br/>
      </w:r>
      <w:r>
        <w:rPr>
          <w:sz w:val="20"/>
        </w:rPr>
        <w:t>22:59  haan, jaisay aap ne kaha ke woh to taqreeban barah terah saal ke baad gaye. ji. dobara to woh market pehle to bohat choti rahi hogi, bohat hi bari market ho gayi</w:t>
      </w:r>
      <w:r>
        <w:br/>
      </w:r>
      <w:r>
        <w:rPr>
          <w:sz w:val="20"/>
        </w:rPr>
        <w:t>23:09  thi. to wahan ja ke unhon ne koi jagah talash ki aur oonton ko utara, aur oonton ko alag jagah kahin bandha, aur Maysarah ki help letay rahe, aur sara jo saman tha, us ko display kiya.</w:t>
      </w:r>
      <w:r>
        <w:br/>
      </w:r>
      <w:r>
        <w:rPr>
          <w:sz w:val="20"/>
        </w:rPr>
        <w:t>23:23  asal mein yeh jo tareeqa tha wahan us zamanay ki tijarat ka, woh yeh hota tha ke samaan jaise Makkah se woh samaan le gaye.</w:t>
      </w:r>
      <w:r>
        <w:br/>
      </w:r>
      <w:r>
        <w:rPr>
          <w:sz w:val="20"/>
        </w:rPr>
        <w:t>23:32  ji. aur wahan ja ke unhon ne is ko sell kar diya. hmm. is ko farokht kar diya.</w:t>
      </w:r>
      <w:r>
        <w:br/>
      </w:r>
      <w:r>
        <w:rPr>
          <w:sz w:val="20"/>
        </w:rPr>
        <w:t>23:40  aur phir wahan se kuch samaan khareed liya, ya woh barter system tha, ya jo us zamanay ke jo sikkay waghera hotay thay, woh sonay chandi ke, chandi ke ziyada tar hotay thay.</w:t>
      </w:r>
      <w:r>
        <w:br/>
      </w:r>
      <w:r>
        <w:rPr>
          <w:sz w:val="20"/>
        </w:rPr>
        <w:t>23:53  to koi currency to waisi thi nahi, to ziyada tar log barter system se samaan le liya karte thay. ji</w:t>
      </w:r>
      <w:r>
        <w:br/>
      </w:r>
      <w:r>
        <w:rPr>
          <w:sz w:val="20"/>
        </w:rPr>
        <w:t>24:00  to Rasool Allah Sal Allah Alayhi Wasallam ne bhi bohat jaldi samaan sara bohat achay price pe bech diya, aur phir wahan jo bhi market thi, woh sara is ka jaiza liya, aur dekha sara samaan jo bhi woh le ja sakte thay.</w:t>
      </w:r>
      <w:r>
        <w:br/>
      </w:r>
      <w:r>
        <w:rPr>
          <w:sz w:val="20"/>
        </w:rPr>
        <w:t>24:15  to woh woh samaan khareeda. asal mein is zamanay mein Syria mein bohat sari country ke samaan atay thay, India se bhi aata tha.</w:t>
      </w:r>
      <w:r>
        <w:br/>
      </w:r>
      <w:r>
        <w:rPr>
          <w:sz w:val="20"/>
        </w:rPr>
        <w:t>24:26  ji. India, China, Uzbekistan, Afghanistan, Tajikistan, yeh sari jo countries hain, Burma, wahan tak se woh aik silk route waghera jo tha, woh aik route tha, us pe qafilay chalte rehte thay.</w:t>
      </w:r>
      <w:r>
        <w:br/>
      </w:r>
      <w:r>
        <w:rPr>
          <w:sz w:val="20"/>
        </w:rPr>
        <w:t>24:39  to wahan se jo bhi bohat acha samaan un ko mila, us zamanay mein jo samaan thay, woh is tarah ke hotay thay jaise dawaiyen hain.</w:t>
      </w:r>
      <w:r>
        <w:br/>
      </w:r>
      <w:r>
        <w:rPr>
          <w:sz w:val="20"/>
        </w:rPr>
        <w:t>24:49  ji. ya kuch herbs hain, ya spices hain, ya gift ke samaan, ivory waghera ke, silver ke, aur kuch kapray, silk, cotton.</w:t>
      </w:r>
      <w:r>
        <w:br/>
      </w:r>
      <w:r>
        <w:rPr>
          <w:sz w:val="20"/>
        </w:rPr>
        <w:t>25:00  to isi tarah ke sab samaan thay. to woh Rasool Allah Sal Allah Alayhi Wasallam ne jo bhi qeemti samaan achay thay, jo woh samajhte thay ke Makkah ke market mein woh farokht ho sakte hain, woh sab khareed liya, aur phir dobara oonton pe sab cheezon ko laad ke wapas safar Makkah ki taraf kiya, aur wahan pohanch kar Makkah seedhay Hazrat Khadija ke ghar gaye, aur sara samaan diya, aur woh cash diya</w:t>
      </w:r>
      <w:r>
        <w:br/>
      </w:r>
      <w:r>
        <w:rPr>
          <w:sz w:val="20"/>
        </w:rPr>
        <w:t>25:26  to Hazrat Khadija ne jab dekha samaan ki quality aur jo cash waghera un ko la ke diya, to woh hairan ho gayeen. ji.</w:t>
      </w:r>
      <w:r>
        <w:br/>
      </w:r>
      <w:r>
        <w:rPr>
          <w:sz w:val="20"/>
        </w:rPr>
        <w:t>25:34  chounkay jo pehlay unhon ne is tarah ke qairwaan bhijwaye thay, us se taqreeban double profit un ko is baar</w:t>
      </w:r>
      <w:r>
        <w:br/>
      </w:r>
      <w:r>
        <w:rPr>
          <w:sz w:val="20"/>
        </w:rPr>
        <w:t>25:44  hua tha. to woh aur un ki jo un ka jo servant tha, Maysarah. ji. jo sath gaya tha, us ne bhi bohat tareef ki Prophet ki, un ke character ki, un ke akhlaq ki, aur jis tarah se unhon ne sari cheezain manage kien.</w:t>
      </w:r>
      <w:r>
        <w:br/>
      </w:r>
      <w:r>
        <w:rPr>
          <w:sz w:val="20"/>
        </w:rPr>
        <w:t>25:57  to is ki wajah se Hazrat Khadija bohat hi admire karne lagin. ji. bohat hi un ke andar, un ke dil mein bohat hi maqam paida ho gaya.</w:t>
      </w:r>
      <w:r>
        <w:br/>
      </w:r>
      <w:r>
        <w:rPr>
          <w:sz w:val="20"/>
        </w:rPr>
        <w:t>26:07  ji. Rasool Allah Sal Allah Alayhi Wasallam ke baray mein. ji ji ji. Doctor sahib, bohat se log comments bhi kar rahay hain.</w:t>
      </w:r>
    </w:p>
    <w:p>
      <w:pPr>
        <w:pStyle w:val="Heading2"/>
      </w:pPr>
      <w:r>
        <w:t>Umm Milhan's role in early Islam</w:t>
      </w:r>
    </w:p>
    <w:p>
      <w:r>
        <w:rPr>
          <w:color w:val="666666"/>
          <w:sz w:val="18"/>
        </w:rPr>
        <w:t>Seerah &amp; Prophet · Importance of Travel in Religion July 28, 2024 · 28m 23s · at 47:13 · https://youtu.be/a5tfBcUSYXc?t=2833</w:t>
      </w:r>
    </w:p>
    <w:p>
      <w:r>
        <w:rPr>
          <w:i/>
        </w:rPr>
        <w:t>“Please tell us about the life of Umm Milhan, a female companion who played a significant role in early Islam.”</w:t>
      </w:r>
    </w:p>
    <w:p>
      <w:r>
        <w:rPr>
          <w:sz w:val="20"/>
        </w:rPr>
        <w:t>47:13  Apa agla sawal Umm-e-Milhan ki zindagi se hai. And this also exemplifies that women also participated in the early period of Islam.</w:t>
      </w:r>
      <w:r>
        <w:br/>
      </w:r>
      <w:r>
        <w:rPr>
          <w:sz w:val="20"/>
        </w:rPr>
        <w:t>47:25  lot of people say that islam mein women ko zyada priority nahi di jati, but hum jab hum dekhte hain early period se to hum dekhte hain ke they also played significant role.</w:t>
      </w:r>
      <w:r>
        <w:br/>
      </w:r>
      <w:r>
        <w:rPr>
          <w:sz w:val="20"/>
        </w:rPr>
        <w:t>47:36  and one of the companion was um malhan. to unke bare mein bhi apa thora sa bataein humein.</w:t>
      </w:r>
      <w:r>
        <w:br/>
      </w:r>
      <w:r>
        <w:rPr>
          <w:sz w:val="20"/>
        </w:rPr>
        <w:t>47:43  dekhiye, islam mein auraton ko poori azadi hai. baad mein jo convert culture tha iran ka, wahan to kai tarah tarah ke mazahib the.</w:t>
      </w:r>
      <w:r>
        <w:br/>
      </w:r>
      <w:r>
        <w:rPr>
          <w:sz w:val="20"/>
        </w:rPr>
        <w:t>47:54  convert culture tha iran ka aur doosre mulkon ka. is ko musalmanon ne islamize kar liya. islam mein poori azadi thi.</w:t>
      </w:r>
      <w:r>
        <w:br/>
      </w:r>
      <w:r>
        <w:rPr>
          <w:sz w:val="20"/>
        </w:rPr>
        <w:t>48:03  auratein masjid mein jati thin, auratein aap ka sermon attend karti thin, auratein battle field mein jati thin, auratein bahar ka kaam karti thin.</w:t>
      </w:r>
      <w:r>
        <w:br/>
      </w:r>
      <w:r>
        <w:rPr>
          <w:sz w:val="20"/>
        </w:rPr>
        <w:t>48:12  yeh tha islam. ab jo hum islam pe chal rahe hain, woh islam nahi hai. woh ghair islam ko islamize kar liya gaya hai.</w:t>
      </w:r>
      <w:r>
        <w:br/>
      </w:r>
      <w:r>
        <w:rPr>
          <w:sz w:val="20"/>
        </w:rPr>
        <w:t>48:21  ji to ab dekhiye ke um haram bint malhan, yeh انس ابن مالک ki khala theen aur عبادہ ابن ثامت ansari ki ahliya theen.</w:t>
      </w:r>
      <w:r>
        <w:br/>
      </w:r>
      <w:r>
        <w:rPr>
          <w:sz w:val="20"/>
        </w:rPr>
        <w:t>48:32  to rasool Allah sal Allah alayhi wasallam ek bar un ke ghar gaye, aisi un ko neend aa gayi. to neend se uthe to muskuraye.</w:t>
      </w:r>
      <w:r>
        <w:br/>
      </w:r>
      <w:r>
        <w:rPr>
          <w:sz w:val="20"/>
        </w:rPr>
        <w:t>48:40  to unhon ne poocha gaya, aap kyun muskuraye hain? to unhon ne kaha ke khwab mein mujhe meri ummat ke kuch log dikhaye gaye. to is mein woh takht nasheen badshahon ki manind the,</w:t>
      </w:r>
      <w:r>
        <w:br/>
      </w:r>
      <w:r>
        <w:rPr>
          <w:sz w:val="20"/>
        </w:rPr>
        <w:t>48:53  kal maluk al-asra, matlab takht nasheen badshahon ki manind. to woh mediterranean ka safar karein ge.</w:t>
      </w:r>
      <w:r>
        <w:br/>
      </w:r>
      <w:r>
        <w:rPr>
          <w:sz w:val="20"/>
        </w:rPr>
        <w:t>49:03  mat</w:t>
      </w:r>
      <w:r>
        <w:br/>
      </w:r>
      <w:r>
        <w:rPr>
          <w:sz w:val="20"/>
        </w:rPr>
        <w:t>49:04  lub yeh Allah taala ne peshgi dikha diya ke ek aisa zamana aye ga jab log jahazon par sawari karein ge. ab jahaz ki first class to mein to itne zyada sahulatein hoti hain ke aap woh badshahon hi ki tarah hoti hain.</w:t>
      </w:r>
      <w:r>
        <w:br/>
      </w:r>
      <w:r>
        <w:rPr>
          <w:sz w:val="20"/>
        </w:rPr>
        <w:t>49:18  woh to um haram ne kaha ke aap dua kijiye ke mein bhi in logon mein shamil hon. to to aap ne dobara, aap ko neend aa gayi, dobara aap ne dekha</w:t>
      </w:r>
      <w:r>
        <w:br/>
      </w:r>
      <w:r>
        <w:rPr>
          <w:sz w:val="20"/>
        </w:rPr>
        <w:t>49:31  to aap ne kaha ke tum pehle giroh mein shamil ho, doosre giroh mein nahi ho. yani doosra giroh jo tha, woh baad mein aanay walay zamane ke daaiyon ke bare mein tha.</w:t>
      </w:r>
      <w:r>
        <w:br/>
      </w:r>
      <w:r>
        <w:rPr>
          <w:sz w:val="20"/>
        </w:rPr>
        <w:t>49:44  to woh Hazrat Usman ki khilafat ke zamane mein, Hazrat Ameer Muawiya ne ek daawa safar kiya tha jo asal mein har kitab mein bas ghazwa ghazwa rahe ga.</w:t>
      </w:r>
      <w:r>
        <w:br/>
      </w:r>
      <w:r>
        <w:rPr>
          <w:sz w:val="20"/>
        </w:rPr>
        <w:t>49:56  ab woh ghazwa aise thori hota hai.</w:t>
      </w:r>
      <w:r>
        <w:br/>
      </w:r>
      <w:r>
        <w:rPr>
          <w:sz w:val="20"/>
        </w:rPr>
        <w:t>49:58  ghazwa mein to baqayda jang ke mutabiq saaz o saman le ke chalna parta hai. woh log jatay thay daawa expedition madu se milne ke liye, baton ko apni pohnchanay ke liye.</w:t>
      </w:r>
      <w:r>
        <w:br/>
      </w:r>
      <w:r>
        <w:rPr>
          <w:sz w:val="20"/>
        </w:rPr>
        <w:t>50:10  to is ko log ghazwa keh detay hain, to log samajhte nahi hain aur log samajhte hain woh ghazwa karne hain. ab ghazwa karne um malhan kiya jati hain wahan par?</w:t>
      </w:r>
      <w:r>
        <w:br/>
      </w:r>
      <w:r>
        <w:rPr>
          <w:sz w:val="20"/>
        </w:rPr>
        <w:t>50:18  ji to to phir woh gayeen aur woh halaat kitne sakht hotay thay, khachar aur oont ki sawari.</w:t>
      </w:r>
      <w:r>
        <w:br/>
      </w:r>
      <w:r>
        <w:rPr>
          <w:sz w:val="20"/>
        </w:rPr>
        <w:t>50:26  to woh wahan pohnch to gayeen, wahan par logon se kafi mulaqatein waghera bhi huin, lekin woh ek bar shayad khachar se woh gir parein. girnay ke baad woh bimar ho gayeen.</w:t>
      </w:r>
      <w:r>
        <w:br/>
      </w:r>
      <w:r>
        <w:rPr>
          <w:sz w:val="20"/>
        </w:rPr>
        <w:t>50:36  ab koi medical facilities bhi nahi hoti theen. phir woh un ka وفات ho gayi. lekin chounke wahan kafi log gaye thay, kafi kaam hua hoga, to phir is ke baad jab yeh cyprus ka ek saahli shehar tha jis ko larnaca kehte hain,</w:t>
      </w:r>
      <w:r>
        <w:br/>
      </w:r>
      <w:r>
        <w:rPr>
          <w:sz w:val="20"/>
        </w:rPr>
        <w:t>50:53  to wahan par is ka matlab hai ke kafi log un ke followers banay hon ge jo log gaye thay. to wahan par baqayda un ki qabar hai aur baad mein is qabar ko bohat bara ek bohat bara ek yaadgar un ka bana diya gaya hai jis ko hala sultan bolte hain.</w:t>
      </w:r>
      <w:r>
        <w:br/>
      </w:r>
      <w:r>
        <w:rPr>
          <w:sz w:val="20"/>
        </w:rPr>
        <w:t>51:12  to woh wahan ke log kehte hain nek khatoon ki qabar. Maulana yahan gaye thay, shayad aap bhi gaye thay.</w:t>
      </w:r>
      <w:r>
        <w:br/>
      </w:r>
      <w:r>
        <w:rPr>
          <w:sz w:val="20"/>
        </w:rPr>
        <w:t>51:18  ji ji, aap haan. to woh jo hai wahan par gaye, wahan ab to woh bohat zyada develop kiya. unhon ne ek complex ki shakal bana di hai.</w:t>
      </w:r>
      <w:r>
        <w:br/>
      </w:r>
      <w:r>
        <w:rPr>
          <w:sz w:val="20"/>
        </w:rPr>
        <w:t>51:27  wahan mausoleum hai, cemetery hai, logon ke rehne ke liye quarters hain aur jo log pilgrims hotay hain, wahan baqayda log atay hain.</w:t>
      </w:r>
      <w:r>
        <w:br/>
      </w:r>
      <w:r>
        <w:rPr>
          <w:sz w:val="20"/>
        </w:rPr>
        <w:t>51:36  balkay aapa, woh poora area jo hai, woh jee woh unesco nay adopt karawa hua hai aur unhonay bohat is ko beautiful tareeqay say rakha hua</w:t>
      </w:r>
      <w:r>
        <w:br/>
      </w:r>
      <w:r>
        <w:rPr>
          <w:sz w:val="20"/>
        </w:rPr>
        <w:t>51:47  hua hai. its very clean aur jaisay aap nay bataya kay is pay likha hua hai "grave of a pious woman" and very well maintained mosque hai. to bohat hi bohat hi achay say well maintained hai.</w:t>
      </w:r>
      <w:r>
        <w:br/>
      </w:r>
      <w:r>
        <w:rPr>
          <w:sz w:val="20"/>
        </w:rPr>
        <w:t>51:58  to woh aik to hamari destination ban gayi hai. wahan muslim, ghair muslim sabhi atay hain. wahan par to yeh hai janay say dekhiye kitna ziyada faida hota hai.</w:t>
      </w:r>
      <w:r>
        <w:br/>
      </w:r>
      <w:r>
        <w:rPr>
          <w:sz w:val="20"/>
        </w:rPr>
        <w:t>52:09  to is tareeqay say humain ziyada say ziyada safar karna chahiye aur is daawa consciousness kay sath ta kay hamara apna kaam bhi jis kaam kay liye maqsad kay liye ja rahay hain, woh bhi ho aur isi kay sath Allah ki blessing bhi hasil hon kay hum Allah ka kaam bhi kar rahay hain.</w:t>
      </w:r>
      <w:r>
        <w:br/>
      </w:r>
      <w:r>
        <w:rPr>
          <w:sz w:val="20"/>
        </w:rPr>
        <w:t>52:27  bilkul one man two mission wala. har aadmi ko one man two mission banna hai.</w:t>
      </w:r>
      <w:r>
        <w:br/>
      </w:r>
      <w:r>
        <w:rPr>
          <w:sz w:val="20"/>
        </w:rPr>
        <w:t>52:32  aur aapa, aik cheez yeh bhi hai kay matlab main Maulana Sahib kay sath main nay bohat travel kiya aur cps members bhi travel kartay rahay hain kay Maulana ka focus hamesha jo kay aaj humain aap kay talk say bhi mila, his focus was to gain new experiences.</w:t>
      </w:r>
      <w:r>
        <w:br/>
      </w:r>
      <w:r>
        <w:rPr>
          <w:sz w:val="20"/>
        </w:rPr>
        <w:t>52:48  mujhay yaad hai jab first time travel karna tha, tab humain shayad bhopal ya meerut jana tha. to Maulana nay kaha, "main aik shart pay aap ko lay kar jaon ga kay agar aap ko khana na milay to aap complain nahi karogay.</w:t>
      </w:r>
      <w:r>
        <w:br/>
      </w:r>
      <w:r>
        <w:rPr>
          <w:sz w:val="20"/>
        </w:rPr>
        <w:t>53:02  agar aap ko sonay kay liye bed na milay aur zameen pay bhi sona paray to aap is pay raazi ho." to aur kuch bhi aap complain nahi karogay safar mein.</w:t>
      </w:r>
      <w:r>
        <w:br/>
      </w:r>
      <w:r>
        <w:rPr>
          <w:sz w:val="20"/>
        </w:rPr>
        <w:t>53:11  to unhonay kaha, "agar yeh conditions aap ko agreed hain to main aap ko lay jana chahoon ga." to main nay kaha, "Maulana Sahib, zaroor! i want to learn and experience. aap please meray ko l</w:t>
      </w:r>
      <w:r>
        <w:br/>
      </w:r>
      <w:r>
        <w:rPr>
          <w:sz w:val="20"/>
        </w:rPr>
        <w:t>53:21  ay kar jayen." to aapa, main dekhta tha kay Maulana hamesha har experience ko aur isi liye unhonay itnay safarnamay bhi likhay hain kay kis tareeqay say woh relate kartay thay cheezon ko aur har cheez ko woh God say link kartay thay.</w:t>
      </w:r>
      <w:r>
        <w:br/>
      </w:r>
      <w:r>
        <w:rPr>
          <w:sz w:val="20"/>
        </w:rPr>
        <w:t>53:34  matlab jaisay aik jagah gaye to unhonay Khuda ki greatness ko batatay huay kaha kay "main India mein tha to meray ko uninterrupted oxygen, sun light, water mil raha hai.</w:t>
      </w:r>
      <w:r>
        <w:br/>
      </w:r>
      <w:r>
        <w:rPr>
          <w:sz w:val="20"/>
        </w:rPr>
        <w:t>53:45  main yahan ab usa mein hoon, yahan par bhi uninterrupted oxygen, sun light aur water</w:t>
      </w:r>
      <w:r>
        <w:br/>
      </w:r>
      <w:r>
        <w:rPr>
          <w:sz w:val="20"/>
        </w:rPr>
        <w:t>53:51  hai." to Khuda kitna great hai kay wohi same infrastructure meray ko idhar bhi mil raha hai. phir woh jaisay hotel kay andar enter karaya unhonay to woh automatic doors hotay hain, to woh door khul gaya.</w:t>
      </w:r>
      <w:r>
        <w:br/>
      </w:r>
      <w:r>
        <w:rPr>
          <w:sz w:val="20"/>
        </w:rPr>
        <w:t>54:04  to unhonay is ko aik reference point banaya dua kay liye aur isi liye woh kehtay thay kay "contemplation karo." unhonay kaha kay jis tarah yeh darwaza automatically khul gaya aur main hotel kay andar dakhil ho gaya to unhonay Allah say dua ki kay isi tareeqay say paradise ka gate bhi meray liye khul jaye aur bina kisi pooch taach kay main paradise mein enter kar jaon.</w:t>
      </w:r>
      <w:r>
        <w:br/>
      </w:r>
      <w:r>
        <w:rPr>
          <w:sz w:val="20"/>
        </w:rPr>
        <w:t>54:26  to aapa, yeh bohat important hai kay jab hum travel kartay hain to hamara maqsad kya</w:t>
      </w:r>
      <w:r>
        <w:br/>
      </w:r>
      <w:r>
        <w:rPr>
          <w:sz w:val="20"/>
        </w:rPr>
        <w:t>54:33  hai, hamara hamara jo mental frame hai woh kya hai aur hum kya hasil karna chahtay hain. jaisay starting mein bhi aap nay kaha kay "entertainment, leisure, fun!" agar yeh rahay ga to travel will not be beneficial.</w:t>
      </w:r>
      <w:r>
        <w:br/>
      </w:r>
      <w:r>
        <w:rPr>
          <w:sz w:val="20"/>
        </w:rPr>
        <w:t>54:46  we will just go and come back. but agar hum is ko relate karain gay Khuda kay sign say aur marifat say aur experiences lay kar ayain gay to is mein hamari spiritual development ho gi.</w:t>
      </w:r>
      <w:r>
        <w:br/>
      </w:r>
      <w:r>
        <w:rPr>
          <w:sz w:val="20"/>
        </w:rPr>
        <w:t>54:59  to yeh bohat zaroori hai aur aaj hum nay aaj yeh seekha bhi. aapa, aap kay talk say jazak Allah. aapa, aakhri sawal lena chahoon ga kyun kay is kay baad phir doctor Sani Hasnain Khan Sahib nay aik booklet bhi launch karni hai.</w:t>
      </w:r>
      <w:r>
        <w:br/>
      </w:r>
      <w:r>
        <w:rPr>
          <w:sz w:val="20"/>
        </w:rPr>
        <w:t>55:13  to yeh sawal sufis kay travel ko lay kar hai kyun kay jaisa kay hum jantay hain, they also travelled</w:t>
      </w:r>
      <w:r>
        <w:br/>
      </w:r>
      <w:r>
        <w:rPr>
          <w:sz w:val="20"/>
        </w:rPr>
        <w:t>55:19  extensively. they came from, i mean, they travelled from central asia to India aur un ka jo travel raha, they they they taught religious teachings.</w:t>
      </w:r>
      <w:r>
        <w:br/>
      </w:r>
      <w:r>
        <w:rPr>
          <w:sz w:val="20"/>
        </w:rPr>
        <w:t>55:30  they made khanqahs, which are spiritual retreats. and aik aur cheez yeh bhi thi kay they they they became as bridge between different faiths and communities and they promoted harmony.</w:t>
      </w:r>
      <w:r>
        <w:br/>
      </w:r>
      <w:r>
        <w:rPr>
          <w:sz w:val="20"/>
        </w:rPr>
        <w:t>55:42  to sufis kay travel say humain kya lesson milta hai, is kay baray mein aap batayen.</w:t>
      </w:r>
      <w:r>
        <w:br/>
      </w:r>
      <w:r>
        <w:rPr>
          <w:sz w:val="20"/>
        </w:rPr>
        <w:t>55:48  acha, pehlay main yeh bata doon kay yeh jo hai tourism ya travel ya siyahat, jo bhi aap kahain, to is ki mujhe prerna mili.</w:t>
      </w:r>
      <w:r>
        <w:br/>
      </w:r>
      <w:r>
        <w:rPr>
          <w:sz w:val="20"/>
        </w:rPr>
        <w:t>55:58  Sani Hasnain Sahib jo hain, woh eastern Europe, Turkey waghera ka safar kiya tha. to un ko woh safar bohat kamyab raha, bohat nay nay log wahan milay, bohat kaam hua</w:t>
      </w:r>
      <w:r>
        <w:br/>
      </w:r>
      <w:r>
        <w:rPr>
          <w:sz w:val="20"/>
        </w:rPr>
        <w:t>56:10  ۔ aur aapa, main bus aik cheez bolna chahoon ga kay many people who are probably watching for the first time. to unhonay bohat detail mein yeh eastern Europe ka safar bayan karra tha pichlay Sunday class mein.</w:t>
      </w:r>
      <w:r>
        <w:br/>
      </w:r>
      <w:r>
        <w:rPr>
          <w:sz w:val="20"/>
        </w:rPr>
        <w:t>56:22  to you can watch it from cps youtube channel or from Maulana Wahiduddin Khan sahib facebook page.</w:t>
      </w:r>
      <w:r>
        <w:br/>
      </w:r>
      <w:r>
        <w:rPr>
          <w:sz w:val="20"/>
        </w:rPr>
        <w:t>56:30  wohi mein soch rahi thi, dekhiye agar hum sab log is maqsad se safar karne lagen to sari dunya mein aman ka, islam ke aman ka paigham sari dunya mein phail jaye.</w:t>
      </w:r>
      <w:r>
        <w:br/>
      </w:r>
      <w:r>
        <w:rPr>
          <w:sz w:val="20"/>
        </w:rPr>
        <w:t>56:42  mein soch rahi thi ke agar hum logon ne safar kiya hota to aaj dunya mein yeh itni violence na hoti. ab sufiyon ke liye dekhiye ji, medieval world mein itni violence kahan thi?</w:t>
      </w:r>
      <w:r>
        <w:br/>
      </w:r>
      <w:r>
        <w:rPr>
          <w:sz w:val="20"/>
        </w:rPr>
        <w:t>56:53  sofi log aman ka, aman o ashti ka, harmony ka, logon se mohabbat ka paigham unhon ne sari dunya mein phaila diya tha.</w:t>
      </w:r>
      <w:r>
        <w:br/>
      </w:r>
      <w:r>
        <w:rPr>
          <w:sz w:val="20"/>
        </w:rPr>
        <w:t>57:02  to yehi aaj hamein karna hai. to sofi log jo hain, aur jo hai woh sofi logon ka tareeqa yeh tha ke woh dunya ko tyag dete the.</w:t>
      </w:r>
      <w:r>
        <w:br/>
      </w:r>
      <w:r>
        <w:rPr>
          <w:sz w:val="20"/>
        </w:rPr>
        <w:t>57:13  jaise sadhu sant hote hain, to dunya ko tyag de kar ke woh chalt</w:t>
      </w:r>
      <w:r>
        <w:br/>
      </w:r>
      <w:r>
        <w:rPr>
          <w:sz w:val="20"/>
        </w:rPr>
        <w:t>57:18  e the, paidal, unfit chalte the. kyunke unka yeh tha ke jitni zyada mujahida karenge, riyazat karenge, utna hi zyada unka nafs jo hai khatam hoga, ego khatam hoga, aur purification self ka purification hoga.</w:t>
      </w:r>
      <w:r>
        <w:br/>
      </w:r>
      <w:r>
        <w:rPr>
          <w:sz w:val="20"/>
        </w:rPr>
        <w:t>57:34  to yeh tha unka maqsad. to jab woh chalte the na, ab unhon ne ghar bar chhod kar paidal chal rahe hain, to yeh ek dum poori nishani hoti thi ke kitna yeh banda sincere hai,</w:t>
      </w:r>
      <w:r>
        <w:br/>
      </w:r>
      <w:r>
        <w:rPr>
          <w:sz w:val="20"/>
        </w:rPr>
        <w:t>57:48  sach much isko Khuda ki marifat mili hai, aur is marifat ko woh doosron tak pahunchana chahta hai. to rastay mein iske bahut sare log shamil ho jate the.</w:t>
      </w:r>
      <w:r>
        <w:br/>
      </w:r>
      <w:r>
        <w:rPr>
          <w:sz w:val="20"/>
        </w:rPr>
        <w:t>57:59  Khwaja Moinuddin Chishti Ajmer aaye the, to unke sath chalis log shamil the. to is tareeqay se unko rastay mein shamil hote the.</w:t>
      </w:r>
      <w:r>
        <w:br/>
      </w:r>
      <w:r>
        <w:rPr>
          <w:sz w:val="20"/>
        </w:rPr>
        <w:t>58:07  phir jahan woh theharte the, wahan log aa ke, aa ke unke pas jama hote the aur unse learning karte the.</w:t>
      </w:r>
      <w:r>
        <w:br/>
      </w:r>
      <w:r>
        <w:rPr>
          <w:sz w:val="20"/>
        </w:rPr>
        <w:t>58:15  to sufiyon ka kehna tha ke Khuda se sachi mohabbat jo hai, woh isi se, wohi raah hai. tab jo matlab bandon se jo sachi mohabbat hoti hai, wohi raah jati hai Khuda se sachi mohabbat.</w:t>
      </w:r>
      <w:r>
        <w:br/>
      </w:r>
      <w:r>
        <w:rPr>
          <w:sz w:val="20"/>
        </w:rPr>
        <w:t>58:28  matlab agar hum bandon se mohabbat karenge, tabhi hum ko Khuda ki mohabbat milegi. to is tarah se yeh unka jo goal tha, woh bahut zyada is mein insanon ki mohabbat thi,</w:t>
      </w:r>
      <w:r>
        <w:br/>
      </w:r>
      <w:r>
        <w:rPr>
          <w:sz w:val="20"/>
        </w:rPr>
        <w:t>58:43  humanity bahut zyada thi, logon ki madad karna, unki langar waghera sab sufiyon ne hi chalaya tha, jis ko aaj bade paimane par Sikhism mein adopt kiya gaya hai.</w:t>
      </w:r>
      <w:r>
        <w:br/>
      </w:r>
      <w:r>
        <w:rPr>
          <w:sz w:val="20"/>
        </w:rPr>
        <w:t>58:55  to yeh unhi logon ne chalaya tha. jitne bhi log wahan aate the, unka khana peena sab yeh log intezam karte the. kabhi kabhi aisa hota tha ke apna khana bhi de dete the, jab dekhte the ke ab aur kuch nahi hai.</w:t>
      </w:r>
      <w:r>
        <w:br/>
      </w:r>
      <w:r>
        <w:rPr>
          <w:sz w:val="20"/>
        </w:rPr>
        <w:t>59:08  to</w:t>
      </w:r>
      <w:r>
        <w:br/>
      </w:r>
      <w:r>
        <w:rPr>
          <w:sz w:val="20"/>
        </w:rPr>
        <w:t>59:10  to is tareeqay se woh kaam karte rahe, aur bahut sare poore dunya mein is waqt sofia log kaam kar rahe the. kuch mashhoor sofia jo hain, jaise Jalaluddin Muhammad Rumi, to yeh Balkh, Afghanistan se le kar Konya, Turkey gaye, unfit.</w:t>
      </w:r>
      <w:r>
        <w:br/>
      </w:r>
      <w:r>
        <w:rPr>
          <w:sz w:val="20"/>
        </w:rPr>
        <w:t>59:28  aap soch sakte hain jab aadmi unfit chalega to kitne logon se uski mulaqaten hongi. aur rastay mein jo bhi bade bade sofia milte, unke pas woh bethate</w:t>
      </w:r>
      <w:r>
        <w:br/>
      </w:r>
      <w:r>
        <w:rPr>
          <w:sz w:val="20"/>
        </w:rPr>
        <w:t>59:38  , unke pas kuch time spend karte, aur unse learning karte. to is tareeqay se woh apne aap ko enrich, unke apne experiences ke zariye se apne aap ko karte rahe.</w:t>
      </w:r>
      <w:r>
        <w:br/>
      </w:r>
      <w:r>
        <w:rPr>
          <w:sz w:val="20"/>
        </w:rPr>
        <w:t>59:52  isi tareeqay se Bahauddin Naqshbandi the, woh poora Central Asia unhon ne paidal chale, aur unhon ne rastay mein jagah jagah unko kabhi koi scholar mila</w:t>
      </w:r>
      <w:r>
        <w:br/>
      </w:r>
      <w:r>
        <w:rPr>
          <w:sz w:val="20"/>
        </w:rPr>
        <w:t>1:00:04  a, kabhi koi sofi milta, to uske pas woh kuch dinon ke liye rehte aur unse seekhte sab kuch. to yeh log jo hain Makkah bhi paidal jatay.</w:t>
      </w:r>
      <w:r>
        <w:br/>
      </w:r>
      <w:r>
        <w:rPr>
          <w:sz w:val="20"/>
        </w:rPr>
        <w:t>1:00:16  ab yeh log jab Makkah jatay the to sirf rituals ke liye nahi jatay the, balkay wahan tamam logon se mulaqaten karte the. wahan jitne bhi religious scholars hotay ya sofia hotay, ulma hotay, to unse woh wahan milte the.</w:t>
      </w:r>
      <w:r>
        <w:br/>
      </w:r>
      <w:r>
        <w:rPr>
          <w:sz w:val="20"/>
        </w:rPr>
        <w:t>1:00:31  to is tareeqay se woh jo hai un logon ka jo mazhab hai, mazhab aman, woh sari dunya mein, medieval world mein woh phail gaya.</w:t>
      </w:r>
      <w:r>
        <w:br/>
      </w:r>
      <w:r>
        <w:rPr>
          <w:sz w:val="20"/>
        </w:rPr>
        <w:t>1:00:43  to yeh jo travels unke hotay the, woh samajh lijiye, usko aap spiritual journey keh sakte hain. to jaise Maulana bhi sari zindagi safar karte rahe.</w:t>
      </w:r>
      <w:r>
        <w:br/>
      </w:r>
      <w:r>
        <w:rPr>
          <w:sz w:val="20"/>
        </w:rPr>
        <w:t>1:00:53  to pehle to unhon ne Mewad se safar shuru kiya. Mewad mein ek Abdul Rahim Baddadi sahib the,</w:t>
      </w:r>
      <w:r>
        <w:br/>
      </w:r>
      <w:r>
        <w:rPr>
          <w:sz w:val="20"/>
        </w:rPr>
        <w:t>1:01:00  to woh apne sath in ko mewad le jate thay, jagah jagah in ko tarah tarah ke experiences hotay thay. phir us ke baad jahan bhi moqa milta tha safar ka, to pehle to india mein, phir us ke baad bahir janay ka bohat moqa mila.</w:t>
      </w:r>
      <w:r>
        <w:br/>
      </w:r>
      <w:r>
        <w:rPr>
          <w:sz w:val="20"/>
        </w:rPr>
        <w:t>1:01:17  unhon ne likha hai kahin ke taqreeban 200 bar woh hawai jahaz ka unhon ne safar kiya. to bahir safar karte rahay aur learning ke liye jahaz se hi woh learning shuru kar detay thay.</w:t>
      </w:r>
      <w:r>
        <w:br/>
      </w:r>
      <w:r>
        <w:rPr>
          <w:sz w:val="20"/>
        </w:rPr>
        <w:t>1:01:29  kabhi kabhi mein bhi sath mein hoti thi to kehtay thay, "dekho is mein magazine rakha hua hai, dekho us ko batao kya kya hai is mein." is mein se kuch na kuch learning kar letay thay, kahin na kahin koi mil gaya, kisi se baat kar li.</w:t>
      </w:r>
      <w:r>
        <w:br/>
      </w:r>
      <w:r>
        <w:rPr>
          <w:sz w:val="20"/>
        </w:rPr>
        <w:t>1:01:42  to is tareeqay se woh apni learning barabar karte rahay. is wajah se aadmi bohat ziyada mature ho jata hai. agar woh aadmi sirf apne mein rahay to woh mazeed kya seekhay ga?</w:t>
      </w:r>
      <w:r>
        <w:br/>
      </w:r>
      <w:r>
        <w:rPr>
          <w:sz w:val="20"/>
        </w:rPr>
        <w:t>1:01:54  kyun ke insaan ke dimagh mein, jo insaan ka jo dimagh hai, is mein sab kuch potential form mein hai. to is ko actualize karne ke liye humain logon se interaction karna zaroori hai, sirf kitabon se nahi hota.</w:t>
      </w:r>
      <w:r>
        <w:br/>
      </w:r>
      <w:r>
        <w:rPr>
          <w:sz w:val="20"/>
        </w:rPr>
        <w:t>1:02:08  kitnay log Maulana ke paas atay thay aur kehtay thay ke "kitab hum ne parhi, itna samajh mein nahi aya jitna aap se mil kar ke samjhay hum.</w:t>
      </w:r>
      <w:r>
        <w:br/>
      </w:r>
      <w:r>
        <w:rPr>
          <w:sz w:val="20"/>
        </w:rPr>
        <w:t>1:02:17  " Tariq Badr sahib, unhon ne sab kitaben parhi theen jo Lahore ke, aur unhon ne website bhi dekhi thi. lekin woh America aaye kehnay lagay, "aap se milnay ke baad jitna humain samajh mein aya, woh is se nahi samajh mein aya tha."</w:t>
      </w:r>
      <w:r>
        <w:br/>
      </w:r>
      <w:r>
        <w:rPr>
          <w:sz w:val="20"/>
        </w:rPr>
        <w:t>1:02:33  to is tareeqay se humain bohat zaroori hai ke hum logon se mulaqaten karen aur is maqsad se mulaqat karen ke un se apni learning bhi karen gay aur sharing bhi karen gay, un ko Khuda ka paigham pohanchayen gay jo kuch humain mila hua hai.</w:t>
      </w:r>
      <w:r>
        <w:br/>
      </w:r>
      <w:r>
        <w:rPr>
          <w:sz w:val="20"/>
        </w:rPr>
        <w:t>1:02:54  to aur sufia ka asal mein aik khaas baat thi ke woh un ke liye sab barabar</w:t>
      </w:r>
      <w:r>
        <w:br/>
      </w:r>
      <w:r>
        <w:rPr>
          <w:sz w:val="20"/>
        </w:rPr>
        <w:t>1:03:00  hotay thay, chota ho, bara ho, ameer ho, ghareeb ho, parha likha ho, jahil ho. to un ke bilkul selfless yeh hotay thay. isi wajah se tamam log jo hain, un ke paas atay thay.</w:t>
      </w:r>
      <w:r>
        <w:br/>
      </w:r>
      <w:r>
        <w:rPr>
          <w:sz w:val="20"/>
        </w:rPr>
        <w:t>1:03:13  aur aik zamanay tha ke bas sufi culture hi sari dunya mein chalta tha. to bohat hi aman aman qaim tha aur bohat hi ziyada log aik doosray se mohabbat karte thay, aik doosray se achay taluqat thay.</w:t>
      </w:r>
      <w:r>
        <w:br/>
      </w:r>
      <w:r>
        <w:rPr>
          <w:sz w:val="20"/>
        </w:rPr>
        <w:t>1:03:30  to woh sab ab khatam ho gaya. ab dobara humain revive karna hai is culture ko, jo peghambaron ke culture ko, sufiyon ke culture ko, aur dunya mein aman o ashti ke sath is dunya mein rehna hai.</w:t>
      </w:r>
      <w:r>
        <w:br/>
      </w:r>
      <w:r>
        <w:rPr>
          <w:sz w:val="20"/>
        </w:rPr>
        <w:t>1:03:44  jang o jadal se kuch milnay wala nahi hai. to yeh jo hai, is ko hum interfaith harmony bhi keh sakte hain ke aik doosray se Maulana kehtay hain, "humain azan fardan karna hai, exchange of ideas karne</w:t>
      </w:r>
      <w:r>
        <w:br/>
      </w:r>
      <w:r>
        <w:rPr>
          <w:sz w:val="20"/>
        </w:rPr>
        <w:t>1:03:59  hain." is se humain aik jaise hum, hamaray hamaray paas kuch idea hai, ab doosray se humain kuch idea mila to is se hamari jo idea jo hai, aur enrich hota hai, kuch third idea is mein se niklta hai.</w:t>
      </w:r>
      <w:r>
        <w:br/>
      </w:r>
      <w:r>
        <w:rPr>
          <w:sz w:val="20"/>
        </w:rPr>
        <w:t>1:04:13  to is tareeqay se humain apne aap ko band kar ke ab apne ghar mein nahi rehna hai, balkay logon se milna hai, logon se taluqat bananay hain, jahan moqa milay safar karna hai, aur aik doosray se learning karni</w:t>
      </w:r>
      <w:r>
        <w:br/>
      </w:r>
      <w:r>
        <w:rPr>
          <w:sz w:val="20"/>
        </w:rPr>
        <w:t>1:04:28  hai. to isi mein humain dunya ka bhi bhala hai aur isi mein akhirat ka bhi. Allah taala bohat bara ajr dain gay is ka. Apa, before I invite Doctor sahib, yeh aik follow up question hai in sufism, because yahan pe thora sa confusion hai.</w:t>
      </w:r>
      <w:r>
        <w:br/>
      </w:r>
      <w:r>
        <w:rPr>
          <w:sz w:val="20"/>
        </w:rPr>
        <w:t>1:04:44  Anis Rehman sahib, jo Pakistan se program ko dekh rahay hain, unhon ne bhi aik sawal kiya tha. unhon ne aap se follow up question kiya hai ke lekin Maulana sahib to sufism ke qail nahi thay, to is ko bhi aap wazeh kar dain.</w:t>
      </w:r>
      <w:r>
        <w:br/>
      </w:r>
      <w:r>
        <w:rPr>
          <w:sz w:val="20"/>
        </w:rPr>
        <w:t>1:04:58  Maulana sahib to kehtay thay, "I am sufi by birth." matlab woh sufi, woh sufism jo ritual based sufism ho gaya tha, us ke qail nahi</w:t>
      </w:r>
      <w:r>
        <w:br/>
      </w:r>
      <w:r>
        <w:rPr>
          <w:sz w:val="20"/>
        </w:rPr>
        <w:t>1:05:09  thay. lekin sufi jo ka jo matlab hai ke purification of the self, simplicity, Khuda se taluq, Khuda se marifat, aur logon se mohabbat, itna ziyada logon se mohabbat karte thay ke mujhe kabhi aisa nahi laga ke doosray logon se,</w:t>
      </w:r>
      <w:r>
        <w:br/>
      </w:r>
      <w:r>
        <w:rPr>
          <w:sz w:val="20"/>
        </w:rPr>
        <w:t>1:05:28  apnay bachon ke ke muqablay mein, doosray logon se woh un ko kam mohabbat hai. ji</w:t>
      </w:r>
      <w:r>
        <w:br/>
      </w:r>
      <w:r>
        <w:rPr>
          <w:sz w:val="20"/>
        </w:rPr>
        <w:t>1:05:34  to yeh sab jo values theen, jo values theen sufia ki, woh sab un ke andar theen. lekin woh rituals jo hain na, yeh sab qawali wali jo baad mein chala hai, yeh sab baad mein yeh doosray culture se bohat sari cheezain Islamize kar li gayi hain.</w:t>
      </w:r>
      <w:r>
        <w:br/>
      </w:r>
      <w:r>
        <w:rPr>
          <w:sz w:val="20"/>
        </w:rPr>
        <w:t>1:05:55  is ko woh nahi mantay thay, lekin woh to khud unhon ne kaha, "I am sufi by birth."</w:t>
      </w:r>
      <w:r>
        <w:br/>
      </w:r>
      <w:r>
        <w:rPr>
          <w:sz w:val="20"/>
        </w:rPr>
        <w:t>1:06:00  Apa, in the sense that jaise living style mein woh sufism un ka bilkul unhon ne adopt kiya hua tha, simplistic level pe rehna aur apni zindagi ko batana.</w:t>
      </w:r>
      <w:r>
        <w:br/>
      </w:r>
      <w:r>
        <w:rPr>
          <w:sz w:val="20"/>
        </w:rPr>
        <w:t>1:06:13  but otherwise he has written a lot ke woh hard b</w:t>
      </w:r>
      <w:r>
        <w:br/>
      </w:r>
      <w:r>
        <w:rPr>
          <w:sz w:val="20"/>
        </w:rPr>
        <w:t>1:06:16  yes tha. to unhon ne aik tareeqay se contemporized aur modernized kiya sufism ko ke ideologically to mind based spirituality hi rahay gi, jaisa ke Quran aur Hadith mein milta hai.</w:t>
      </w:r>
      <w:r>
        <w:br/>
      </w:r>
      <w:r>
        <w:rPr>
          <w:sz w:val="20"/>
        </w:rPr>
        <w:t>1:06:26  bat aap ke rehne aur sehne, aap ko jo zindagi batani hai, woh sofi style hona chahiye. dekhen, early sofis waise hi the, bilkul woh Khuda se darte the.</w:t>
      </w:r>
      <w:r>
        <w:br/>
      </w:r>
      <w:r>
        <w:rPr>
          <w:sz w:val="20"/>
        </w:rPr>
        <w:t>1:06:37  ji, bohat ziyada Khuda se darte the, rote the, namazen parhte the, ibadat karte the, aur jahan koi milta tha,</w:t>
      </w:r>
      <w:r>
        <w:br/>
      </w:r>
      <w:r>
        <w:rPr>
          <w:sz w:val="20"/>
        </w:rPr>
        <w:t>1:06:44  us ko Khuda ki baaten batate the. to woh early sofis ke mutabiq the woh. lekin baad mein jo sofia ne doosre doosre culture ko adopt kar liya, us se woh mutafiq nahi the.</w:t>
      </w:r>
      <w:r>
        <w:br/>
      </w:r>
      <w:r>
        <w:rPr>
          <w:sz w:val="20"/>
        </w:rPr>
        <w:t>1:06:56  ji, bilkul. jazak Allah apa for doing a wonderful session today. we will wait for your next session, and till the time doctor sahib comes to launch the booklet, i would like to read few more comments that have come.</w:t>
      </w:r>
      <w:r>
        <w:br/>
      </w:r>
      <w:r>
        <w:rPr>
          <w:sz w:val="20"/>
        </w:rPr>
        <w:t>1:07:12  Muhammad Irfan Rashidi sahib ne Nagpur se likha hai ke dawati zehan ke sath safar karna dunya aur akhirat dono mein faida mand hai.</w:t>
      </w:r>
      <w:r>
        <w:br/>
      </w:r>
      <w:r>
        <w:rPr>
          <w:sz w:val="20"/>
        </w:rPr>
        <w:t>1:07:24  jazak Allah apa. Vikrant Dagar ne Noida se likha hai, "Thank you for doing this session on this topic of travel.</w:t>
      </w:r>
      <w:r>
        <w:br/>
      </w:r>
      <w:r>
        <w:rPr>
          <w:sz w:val="20"/>
        </w:rPr>
        <w:t>1:07:34  People often travel, but do not have this perspective in mind. That travel is also a sunnah of prophets.</w:t>
      </w:r>
      <w:r>
        <w:br/>
      </w:r>
      <w:r>
        <w:rPr>
          <w:sz w:val="20"/>
        </w:rPr>
        <w:t>1:07:43  It is actually a double blessing that they are traveling and can also earn reward by doing dawah work on their travel.</w:t>
      </w:r>
      <w:r>
        <w:br/>
      </w:r>
      <w:r>
        <w:rPr>
          <w:sz w:val="20"/>
        </w:rPr>
        <w:t>1:07:53  A thought provoking session and very informative." yeh comment bheja hai Yaqoob Um</w:t>
      </w:r>
      <w:r>
        <w:br/>
      </w:r>
      <w:r>
        <w:rPr>
          <w:sz w:val="20"/>
        </w:rPr>
        <w:t>1:08:02  re sahib ne, "Today talk by. Apa is very important and meaningful. Traveling for dawah work is a very crucial task for believers, as it is their duty.</w:t>
      </w:r>
      <w:r>
        <w:br/>
      </w:r>
      <w:r>
        <w:rPr>
          <w:sz w:val="20"/>
        </w:rPr>
        <w:t>1:08:13  Today most Muslims are engaged in community work, which is of secondary importance. The most important mission given to Muslims is dawah.</w:t>
      </w:r>
      <w:r>
        <w:br/>
      </w:r>
      <w:r>
        <w:rPr>
          <w:sz w:val="20"/>
        </w:rPr>
        <w:t>1:08:22  Muslims should now exert their time, energy and money to ensure the Quran reaches every nook and corner of the globe."</w:t>
      </w:r>
      <w:r>
        <w:br/>
      </w:r>
      <w:r>
        <w:rPr>
          <w:sz w:val="20"/>
        </w:rPr>
        <w:t>1:08:32  So with this, we will now go towards the launch of the new booklet, new translation of Maulana Wahiduddin Khan sahib book in Prophet Muhammad life in Punjabi language.</w:t>
      </w:r>
      <w:r>
        <w:br/>
      </w:r>
      <w:r>
        <w:rPr>
          <w:sz w:val="20"/>
        </w:rPr>
        <w:t>1:08:48  We have been time and again launching new books in different languages, national and international languages, including the Quran translation</w:t>
      </w:r>
      <w:r>
        <w:br/>
      </w:r>
      <w:r>
        <w:rPr>
          <w:sz w:val="20"/>
        </w:rPr>
        <w:t>1:08:56  . This one is in Punjabi, because we have been receiving many requests of Maulana sahib literature to be brought in Punjabi language.</w:t>
      </w:r>
      <w:r>
        <w:br/>
      </w:r>
      <w:r>
        <w:rPr>
          <w:sz w:val="20"/>
        </w:rPr>
        <w:t>1:09:07  Early doctor sahib had launched the Quran translation in Punjabi and some other work. Today is the new translation launch, so I will request him to do the launch.</w:t>
      </w:r>
      <w:r>
        <w:br/>
      </w:r>
      <w:r>
        <w:rPr>
          <w:sz w:val="20"/>
        </w:rPr>
        <w:t>1:09:18  Doctor sahib, Bismillah Rahman Rahim.</w:t>
      </w:r>
      <w:r>
        <w:br/>
      </w:r>
      <w:r>
        <w:rPr>
          <w:sz w:val="20"/>
        </w:rPr>
        <w:t>1:09:21  Jaisa aap ne bhi kaha, aaj ka masha Allah jo talk thi apa ki, aaj ki talk bohat hi achi thi. Aur khaas taur se jo safar ke bare mein aur is ka jo sahi istemal hai safar ka, ke is ko dawati maqsad ke liye kiya jaye.</w:t>
      </w:r>
      <w:r>
        <w:br/>
      </w:r>
      <w:r>
        <w:rPr>
          <w:sz w:val="20"/>
        </w:rPr>
        <w:t>1:09:38  To yeh concept Maulana ne hi diya, aur jaisa apa ne kaha hai ke Maulana ne khud safar kiya hai. Ji, aur safarnamay likhe, jaisa aap ko pata hai.</w:t>
      </w:r>
      <w:r>
        <w:br/>
      </w:r>
      <w:r>
        <w:rPr>
          <w:sz w:val="20"/>
        </w:rPr>
        <w:t>1:09:46  Ji, aur mujhe yaad hai ke Maulana Mewat ka safar, ek ek Mewat ka safar, ek ek kitaab hai.</w:t>
      </w:r>
      <w:r>
        <w:br/>
      </w:r>
      <w:r>
        <w:rPr>
          <w:sz w:val="20"/>
        </w:rPr>
        <w:t>1:09:56  To is mein likha hai ke woh safar aam taur se bus se hota tha. Ji, yahan se bus jaya karti thi Mewat. To batate hain ke main aage baitha hua tha driver ke seat ke pass aur baith ke likh raha tha.</w:t>
      </w:r>
      <w:r>
        <w:br/>
      </w:r>
      <w:r>
        <w:rPr>
          <w:sz w:val="20"/>
        </w:rPr>
        <w:t>1:10:11  To driver ne kaha ke Maulana sahib, koi shair suna</w:t>
      </w:r>
      <w:r>
        <w:br/>
      </w:r>
      <w:r>
        <w:rPr>
          <w:sz w:val="20"/>
        </w:rPr>
        <w:t>1:10:14  e. To unhon ne kaha, "Nahi, main shair shairi nahi karta." To driver ne kaha ke hamare khayal se to sare Musalman shair hote hain.</w:t>
      </w:r>
      <w:r>
        <w:br/>
      </w:r>
      <w:r>
        <w:rPr>
          <w:sz w:val="20"/>
        </w:rPr>
        <w:t>1:10:24  Ji, to aise hi main ek baar safar kar raha tha Maulana ke sath, shayad pehla safar tha US ka.</w:t>
      </w:r>
      <w:r>
        <w:br/>
      </w:r>
      <w:r>
        <w:rPr>
          <w:sz w:val="20"/>
        </w:rPr>
        <w:t>1:10:32  To main chunke pehli baar shayad jahaz mein baitha tha, to main idhar udhar dekh raha tha ke kaisa jahaz hota hai. Aur jab jahaz ura to maine dekha ke Maulana ne aise pair kiya is pe seat pe aur aise kuch likhne lage.</w:t>
      </w:r>
      <w:r>
        <w:br/>
      </w:r>
      <w:r>
        <w:rPr>
          <w:sz w:val="20"/>
        </w:rPr>
        <w:t>1:10:44  humm, to mein ne ghor se dekha ke kya likh rahe hain. to unhon ne likha tha ke jab hamara jahaz ura fiza mein to mujhe aisa laga ke ek bohat bari chirya meri rooh ko le ke aasman mein ur gayi.</w:t>
      </w:r>
      <w:r>
        <w:br/>
      </w:r>
      <w:r>
        <w:rPr>
          <w:sz w:val="20"/>
        </w:rPr>
        <w:t>1:11:00  masha Allah!</w:t>
      </w:r>
      <w:r>
        <w:br/>
      </w:r>
      <w:r>
        <w:rPr>
          <w:sz w:val="20"/>
        </w:rPr>
        <w:t>1:11:02  aur phir is ke baad akhirat aur aur aur is aur mujhe akhirat mein pohncha diya. phir is ke baad akhirat ki baatein likhne lage.</w:t>
      </w:r>
      <w:r>
        <w:br/>
      </w:r>
      <w:r>
        <w:rPr>
          <w:sz w:val="20"/>
        </w:rPr>
        <w:t>1:11:12  to yeh jo tajrubaat hain, yeh safar pe hote hain. ji, aur agar aap ka zehn bedar ho aur da'wati zehn ho to bohat hi unique qism ke tajrubaat hote hain safar mein.</w:t>
      </w:r>
      <w:r>
        <w:br/>
      </w:r>
      <w:r>
        <w:rPr>
          <w:sz w:val="20"/>
        </w:rPr>
        <w:t>1:11:25  ji, aur khaas taur se agar aap ke andar da'wati mizaj ho to aap ko har insaan lage ga ke woh ek mad'u hai, use hamein kuch baat pohnchani hai.</w:t>
      </w:r>
      <w:r>
        <w:br/>
      </w:r>
      <w:r>
        <w:rPr>
          <w:sz w:val="20"/>
        </w:rPr>
        <w:t>1:11:34  hum log jab safar karte hain to jahaz mein jo log hote hain, un ko dene ki koshish karte hain. humm, quran rakhte hain apne paas, english quran. ji, to bohat se log bohat pasand karte hain.</w:t>
      </w:r>
      <w:r>
        <w:br/>
      </w:r>
      <w:r>
        <w:rPr>
          <w:sz w:val="20"/>
        </w:rPr>
        <w:t>1:11:45  to yeh safar ka jo aaj aaj ka jo talk tha da'wati safar ke upar, bohat hi unique tha. ji, bohat acha tha</w:t>
      </w:r>
      <w:r>
        <w:br/>
      </w:r>
      <w:r>
        <w:rPr>
          <w:sz w:val="20"/>
        </w:rPr>
        <w:t>1:11:54  insha Allah. is se acha doctor sahib, ek cheez ji, ek cheez yeh bhi interesting hai ke Maulana ne is pe bhi bataya ke ab log jo travel karte hain, holidays pe jate hain to Maulana ne kaha ke ab woh holidays mein jate hain de-stress hone ke liye.</w:t>
      </w:r>
      <w:r>
        <w:br/>
      </w:r>
      <w:r>
        <w:rPr>
          <w:sz w:val="20"/>
        </w:rPr>
        <w:t>1:12:07  lekin ab ek cheez wapas le ke aate hain, which is stress of travel. and isi liye logon ko jet lag bhi hota hai. hum log dekhte the ke Maulana itne long distance travel karte the lekin wapas aate the, un ko jet lag nahi hota tha.</w:t>
      </w:r>
      <w:r>
        <w:br/>
      </w:r>
      <w:r>
        <w:rPr>
          <w:sz w:val="20"/>
        </w:rPr>
        <w:t>1:12:20  to humein bhi kehte the ke yeh kya jet lag</w:t>
      </w:r>
      <w:r>
        <w:br/>
      </w:r>
      <w:r>
        <w:rPr>
          <w:sz w:val="20"/>
        </w:rPr>
        <w:t>1:12:23  ? mein aaya, mein mein mein mein ne mein nahaya dhoya aur breakfast kiya aur ab mein ready hoon aur woh kaam pe lag gaye. aur is ka reason doctor sahib yahi hota tha ke jab aap travel kar rahe hain and aap is mein aap reflection kar rahe hain, contemplation kar rahe hain, you are learning new things aur aap ko har cheez ko aap akhirat se Khuda se jod rahe hain.</w:t>
      </w:r>
      <w:r>
        <w:br/>
      </w:r>
      <w:r>
        <w:rPr>
          <w:sz w:val="20"/>
        </w:rPr>
        <w:t>1:12:42  to aap ke andar itni excitement aur curiosity hoti hai ke aap logon ko bataein</w:t>
      </w:r>
      <w:r>
        <w:br/>
      </w:r>
      <w:r>
        <w:rPr>
          <w:sz w:val="20"/>
        </w:rPr>
        <w:t>1:12:48  to aap ko woh thakawat hi nahi hogi, aap ko woh stress hi nahi hoga. and your travel truly becomes beneficial. isi liye log jo travel karte hain fun aur entertainment ke liye, woh jate to hain de-stress hone ke liye lekin holiday stress le ke wapas aate hain.</w:t>
      </w:r>
      <w:r>
        <w:br/>
      </w:r>
      <w:r>
        <w:rPr>
          <w:sz w:val="20"/>
        </w:rPr>
        <w:t>1:13:02  so ek cheez yeh bhi un ki zindagi se seekhne ko mili ke aap ka travel kis maqsad se hai? ba-maqsad safar. ji, ban jata hai agar yeh zehn</w:t>
      </w:r>
      <w:r>
        <w:br/>
      </w:r>
      <w:r>
        <w:rPr>
          <w:sz w:val="20"/>
        </w:rPr>
        <w:t>1:13:11  to mujhe behad khushi ho rahi hai yeh kitaab launch karne ke liye. yeh punjabi language mein Prophet Muhammad Salallaho Alaihe Wasallam ki kitaab hai.</w:t>
      </w:r>
      <w:r>
        <w:br/>
      </w:r>
      <w:r>
        <w:rPr>
          <w:sz w:val="20"/>
        </w:rPr>
        <w:t>1:13:22  bohat hi choti brief si ek Prophet ki life aur teachings ke upar aur is ka translation kiya hai doctor Devender Singh ne aur is mein ta'awun kiya hai doctor Astuti Malhotra ne.</w:t>
      </w:r>
      <w:r>
        <w:br/>
      </w:r>
      <w:r>
        <w:rPr>
          <w:sz w:val="20"/>
        </w:rPr>
        <w:t>1:13:36  aur hum logon ki koshish hai ke hum different languages mein books layein aur aur quran layein. khaas taur se</w:t>
      </w:r>
      <w:r>
        <w:br/>
      </w:r>
      <w:r>
        <w:rPr>
          <w:sz w:val="20"/>
        </w:rPr>
        <w:t>1:13:44  taqreeban 50 languages mein quran ka translation ho chuka hai. aur jo jo bhi log hain, khaas taur se non-muslims, woh sab se pehle jo cheez parhna chahte hain woh quran hai aur jo is ke baad doosri cheez hai woh Prophet ke bare mein janna chahte hain.</w:t>
      </w:r>
      <w:r>
        <w:br/>
      </w:r>
      <w:r>
        <w:rPr>
          <w:sz w:val="20"/>
        </w:rPr>
        <w:t>1:14:01  ji,</w:t>
      </w:r>
      <w:r>
        <w:br/>
      </w:r>
      <w:r>
        <w:rPr>
          <w:sz w:val="20"/>
        </w:rPr>
        <w:t>1:14:02  to hamari yeh koshish rahe gi ke hum quran zyada se zyada languages mein publish karein aur booklets is tarah ki publish karein jis mein Rasool Allah ki zindagi ke bare mein ho aur Rasool Allah Salallaho Alaihe Wasallam ki ki life ke bare mein ho.</w:t>
      </w:r>
      <w:r>
        <w:br/>
      </w:r>
      <w:r>
        <w:rPr>
          <w:sz w:val="20"/>
        </w:rPr>
        <w:t>1:14:18  to yeh do cheezein bohat aham hain. to meri dua hai jin logon ne is mein ta'awun kiya, Allah taala un ko ajr e azeem ata farmaye. thank you doctor sahib for the</w:t>
      </w:r>
      <w:r>
        <w:br/>
      </w:r>
      <w:r>
        <w:rPr>
          <w:sz w:val="20"/>
        </w:rPr>
        <w:t>1:14:28  launch. you can download this booklet from CPS website www.cpsglobal.org.</w:t>
      </w:r>
      <w:r>
        <w:br/>
      </w:r>
      <w:r>
        <w:rPr>
          <w:sz w:val="20"/>
        </w:rPr>
        <w:t>1:14:36  we will end today's session and will be back next Sunday same time. thank you.</w:t>
      </w:r>
    </w:p>
    <w:p>
      <w:pPr>
        <w:pStyle w:val="Heading2"/>
      </w:pPr>
      <w:r>
        <w:t>Why did Sahaba wage war if war is vicious?</w:t>
      </w:r>
    </w:p>
    <w:p>
      <w:r>
        <w:rPr>
          <w:color w:val="666666"/>
          <w:sz w:val="18"/>
        </w:rPr>
        <w:t>Seerah &amp; Prophet · CPS Mission Conference 2023 April 30, 2023 · 27m 11s · at 51:06 · https://youtu.be/sfTBajRastM?t=3066</w:t>
      </w:r>
    </w:p>
    <w:p>
      <w:r>
        <w:rPr>
          <w:i/>
        </w:rPr>
        <w:t>“During earlier times, Sahaba went to war with Persian and Byzantine Empire. I understand that it was to remove the structure where there was no freedom to choose for its people. My question is that why did they not apply the principle that you mentioned today, that war is an unending vicious cycle?”</w:t>
      </w:r>
    </w:p>
    <w:p>
      <w:r>
        <w:rPr>
          <w:sz w:val="20"/>
        </w:rPr>
        <w:t>51:06  Doctor Sahab. agla sawal aap se hai, jaise hadith mein aaya hai ke "man and women are two equal half of a single unit".</w:t>
      </w:r>
      <w:r>
        <w:br/>
      </w:r>
      <w:r>
        <w:rPr>
          <w:sz w:val="20"/>
        </w:rPr>
        <w:t>51:15  aur Maulana Wahiduddin Khan Sahab bohat ziyada is cheez ko emphasize bhi karte the, aur advice bhi karte the ke "man and women should make one another as intellectual companions".</w:t>
      </w:r>
      <w:r>
        <w:br/>
      </w:r>
      <w:r>
        <w:rPr>
          <w:sz w:val="20"/>
        </w:rPr>
        <w:t>51:28  to main chahoon ga ke yeh jo spiritual partnership hai, spiritual partners ka concept hai, jo woh bohat emphasize karte the, us ke baray mein aap kuch hum sab ko batain.</w:t>
      </w:r>
      <w:r>
        <w:br/>
      </w:r>
      <w:r>
        <w:rPr>
          <w:sz w:val="20"/>
        </w:rPr>
        <w:t>51:39  Inshallah, kal jo session hua tha CPS ladies ka, woh to bara inspiring tha. ji, bilkul. to already maine bohat hi gehrai se is baat ko samjha hua hai.</w:t>
      </w:r>
      <w:r>
        <w:br/>
      </w:r>
      <w:r>
        <w:rPr>
          <w:sz w:val="20"/>
        </w:rPr>
        <w:t>51:50  Maulana spiritual partner aur intellectual partner ki baatein karte the. in fact, Doctor Sahab, sorry to</w:t>
      </w:r>
      <w:r>
        <w:br/>
      </w:r>
      <w:r>
        <w:rPr>
          <w:sz w:val="20"/>
        </w:rPr>
        <w:t>51:56  interrupt, kal mostly, most of the men were saying ke "women outclass men yesterday". and I agree to that.</w:t>
      </w:r>
      <w:r>
        <w:br/>
      </w:r>
      <w:r>
        <w:rPr>
          <w:sz w:val="20"/>
        </w:rPr>
        <w:t>52:05  ab hamein kuch karna hoga. ji, acha. to main kuch misalein leta hoon. sab se achi misal to hamein Ummahat al-Momineen ki milti hai.</w:t>
      </w:r>
      <w:r>
        <w:br/>
      </w:r>
      <w:r>
        <w:rPr>
          <w:sz w:val="20"/>
        </w:rPr>
        <w:t>52:18  Hazrat Aisha batati hain ke tahajjud ke waqt Rasool Allah salallahu alaihi wasallam uthte the to namaz parhne ke liye, to agar main jaag rahi hoti thi to mujh se baatein karte the.</w:t>
      </w:r>
      <w:r>
        <w:br/>
      </w:r>
      <w:r>
        <w:rPr>
          <w:sz w:val="20"/>
        </w:rPr>
        <w:t>52:32  fa kanat mustayqizatan haddathani yeh ab Rasool Allah salallahu alaihi wasallam us waqt spiritual discussion nahi karte honge, intellectual discussion karte</w:t>
      </w:r>
      <w:r>
        <w:br/>
      </w:r>
      <w:r>
        <w:rPr>
          <w:sz w:val="20"/>
        </w:rPr>
        <w:t>52:43  rahe honge. is ki wajah se Hazrat Aisha R.A. ne bohat sari aisi cheezein discover keen Rasool Allah ki zindagi se, jis ko istinbat Aisha kaha jata hai,</w:t>
      </w:r>
      <w:r>
        <w:br/>
      </w:r>
      <w:r>
        <w:rPr>
          <w:sz w:val="20"/>
        </w:rPr>
        <w:t>52:57  jis ki wajah se yani ummat ko bohat faida hua. aur kai waqiat hain.</w:t>
      </w:r>
      <w:r>
        <w:br/>
      </w:r>
      <w:r>
        <w:rPr>
          <w:sz w:val="20"/>
        </w:rPr>
        <w:t>53:09  ek</w:t>
      </w:r>
      <w:r>
        <w:br/>
      </w:r>
      <w:r>
        <w:rPr>
          <w:sz w:val="20"/>
        </w:rPr>
        <w:t>53:13  khaas cheez yeh hai ke Rasool Allah jo jo prophet ke ghar ki baat thi, yani household kaisa tha, Rasool Allah ke kaise baat cheet hoti thi, ke kya discussion hote the, kis tarah, woh sab cheezein hamein Hazrat Aisha ki hadithon se milte hain.</w:t>
      </w:r>
      <w:r>
        <w:br/>
      </w:r>
      <w:r>
        <w:rPr>
          <w:sz w:val="20"/>
        </w:rPr>
        <w:t>53:31  bohat sari baaten.</w:t>
      </w:r>
      <w:r>
        <w:br/>
      </w:r>
      <w:r>
        <w:rPr>
          <w:sz w:val="20"/>
        </w:rPr>
        <w:t>53:36  aik baat kehti hain ke rasool Allah kabhi arguments mein nahi parhte thay, behas waghera mein. agar kabhi bohat majboora behas ya arguments mein parhna parta tha to Prophet was the last person to start the argument and the first person to exit from it.</w:t>
      </w:r>
      <w:r>
        <w:br/>
      </w:r>
      <w:r>
        <w:rPr>
          <w:sz w:val="20"/>
        </w:rPr>
        <w:t>53:55  yani bohat mushkil se behas waghera karte thay kabhi,</w:t>
      </w:r>
      <w:r>
        <w:br/>
      </w:r>
      <w:r>
        <w:rPr>
          <w:sz w:val="20"/>
        </w:rPr>
        <w:t>53:59  agar majboora, aur agar ho bhi gayi, arguments ho gaye to foran nikal jatay thay. aik thora dilchasp waqia hai.</w:t>
      </w:r>
      <w:r>
        <w:br/>
      </w:r>
      <w:r>
        <w:rPr>
          <w:sz w:val="20"/>
        </w:rPr>
        <w:t>54:09  aik baar Hazrat Aisha R.A. ki aur rasool Allah ki bohat behas ho gayi, khatam hi nahi ho rahi thi baat. to rasool Allah ne kaha ke acha, tum kisi judge ko bula lo, woh ab faisla kar de.</w:t>
      </w:r>
      <w:r>
        <w:br/>
      </w:r>
      <w:r>
        <w:rPr>
          <w:sz w:val="20"/>
        </w:rPr>
        <w:t>54:27  to rasool Allah ne kaha ke Hazrat Abu Ubada Ibn Al-Jarah ko bulatay hain. baray Sahabi thay.</w:t>
      </w:r>
      <w:r>
        <w:br/>
      </w:r>
      <w:r>
        <w:rPr>
          <w:sz w:val="20"/>
        </w:rPr>
        <w:t>54:36  to unhon ne kaha No, he might favor you. to Hazrat Abu Ubada Ibn Al-Jarah, Ameen Al-Ummah kaha tha rasool Allah ne, the most trusted Sahabi of this community.</w:t>
      </w:r>
      <w:r>
        <w:br/>
      </w:r>
      <w:r>
        <w:rPr>
          <w:sz w:val="20"/>
        </w:rPr>
        <w:t>54:54  to unhon ne kaha ke nahi, how about my father Abu Bakr? to rasool Allah ne kaha theek hai, ab Hazrat Abu Bakr ko bulatay hain. to Hazrat Abu Bakr aaye, bethe.</w:t>
      </w:r>
      <w:r>
        <w:br/>
      </w:r>
      <w:r>
        <w:rPr>
          <w:sz w:val="20"/>
        </w:rPr>
        <w:t>55:06  to Prophet ne kaha Hazrat Aisha se ke acha, tum shuru karo. to Hazrat Aisha ne kaha No, you start aur bolein ke agar aap koi galat baat kahengay to main abhi beech mein I'll stop you and I'll correct you.</w:t>
      </w:r>
      <w:r>
        <w:br/>
      </w:r>
      <w:r>
        <w:rPr>
          <w:sz w:val="20"/>
        </w:rPr>
        <w:t>55:23  to is andaaz ki jab baat suni Hazrat Abu Bakr ne to woh khare ho gaye aur ghusay ho gaye ke How can you talk to he is the messenger of Allah? to he was about to slap her pakar liya Hazrat Aisha ko aur aik haath laganay walay thay, tab tak rasool Allah aa gaye, bachaya.</w:t>
      </w:r>
      <w:r>
        <w:br/>
      </w:r>
      <w:r>
        <w:rPr>
          <w:sz w:val="20"/>
        </w:rPr>
        <w:t>55:41  to khair, woh baat khatam ho gayi aur Hazrat Abu Bakr chalay gaye. to Prophet ne kaha ke Look, I have saved from you I have saved from this person I have saved you from this person.</w:t>
      </w:r>
      <w:r>
        <w:br/>
      </w:r>
      <w:r>
        <w:rPr>
          <w:sz w:val="20"/>
        </w:rPr>
        <w:t>55:52  to is tarah ki bhi baaten hoti theen, thoray dilchasp andaaz ki. to yeh matlab rasool Allah ویسے to paighambar thay lekin ghar mein saaray ghar ghar ke kaam karte thay.</w:t>
      </w:r>
      <w:r>
        <w:br/>
      </w:r>
      <w:r>
        <w:rPr>
          <w:sz w:val="20"/>
        </w:rPr>
        <w:t>56:04  Hazrat Aisha batati hain, khud apnay kapray silte thay jo phat jatay thay ya apnay sandal waghera khud theek karte thay. household ka kaam jo hota tha, woh bhi karte thay.</w:t>
      </w:r>
      <w:r>
        <w:br/>
      </w:r>
      <w:r>
        <w:rPr>
          <w:sz w:val="20"/>
        </w:rPr>
        <w:t>56:15  to yeh yeh yeh sab baaten hamein Hazrat Aisha ki hadithon se milta hai, milti hain. aik aik aik aik parosi tha, Iranian,</w:t>
      </w:r>
      <w:r>
        <w:br/>
      </w:r>
      <w:r>
        <w:rPr>
          <w:sz w:val="20"/>
        </w:rPr>
        <w:t>56:30  woh kabhi koi bohat acha soup banata tha to woh Prophet ko invite karta tha. to aik baar woh aaya, kaha Prophet se ke Please come and have some soup with us.</w:t>
      </w:r>
      <w:r>
        <w:br/>
      </w:r>
      <w:r>
        <w:rPr>
          <w:sz w:val="20"/>
        </w:rPr>
        <w:t>56:44  to Hazrat Aisha bhi theen wahan barabar mein. to rasool Allah ne kaha ke Wahazihi, what about her? Can she also come? Can she also join?</w:t>
      </w:r>
      <w:r>
        <w:br/>
      </w:r>
      <w:r>
        <w:rPr>
          <w:sz w:val="20"/>
        </w:rPr>
        <w:t>56:53  to us ne kaha No, only you. to rasool Allah ne kaha ke Then I will not come. I am not coming. to phir us ne insist kiya, Iranian ne, ke Please come, please come have some soup with us.</w:t>
      </w:r>
      <w:r>
        <w:br/>
      </w:r>
      <w:r>
        <w:rPr>
          <w:sz w:val="20"/>
        </w:rPr>
        <w:t>57:07  to phir rasool Allah ne kaha Wahazihi, what about her? And she, can she also come?</w:t>
      </w:r>
      <w:r>
        <w:br/>
      </w:r>
      <w:r>
        <w:rPr>
          <w:sz w:val="20"/>
        </w:rPr>
        <w:t>57:13  to us ne kaha No, only you. to rasool Allah ne kaha ke No, then I am not come. I am not coming. to teesri baar us Iranian ne phir insist kiya Please come, have some soup.</w:t>
      </w:r>
      <w:r>
        <w:br/>
      </w:r>
      <w:r>
        <w:rPr>
          <w:sz w:val="20"/>
        </w:rPr>
        <w:t>57:25  Please come inside. Please, please. phir Prophet ne kaha ke Wahazihi, what about her? And can she join?</w:t>
      </w:r>
      <w:r>
        <w:br/>
      </w:r>
      <w:r>
        <w:rPr>
          <w:sz w:val="20"/>
        </w:rPr>
        <w:t>57:33  to woh Iranian ne kaha Wahazihi, let her come. to us tareeqay se rasool Allah ka talluq tha.</w:t>
      </w:r>
      <w:r>
        <w:br/>
      </w:r>
      <w:r>
        <w:rPr>
          <w:sz w:val="20"/>
        </w:rPr>
        <w:t>57:41  aik aur waqia hai. aik baar rasool Allah so rahay thay aur Hazrat Aisha bhi so rahi theen.</w:t>
      </w:r>
      <w:r>
        <w:br/>
      </w:r>
      <w:r>
        <w:rPr>
          <w:sz w:val="20"/>
        </w:rPr>
        <w:t>57:51  to raat ka waqt tha, us waqt charagh waghera bhi nahi hota tha. andheray mein jab un ki aankh khul gayi, Hazrat Aisha ki, to unhon ne aisay kar ke dekha to laga un ko ke Prophet hain nahi.</w:t>
      </w:r>
      <w:r>
        <w:br/>
      </w:r>
      <w:r>
        <w:rPr>
          <w:sz w:val="20"/>
        </w:rPr>
        <w:t>58:06  unhein unhein yeh guman hua ke shayad bahar chalay gaye, kisi aur ghar mein chalay gaye. to</w:t>
      </w:r>
      <w:r>
        <w:br/>
      </w:r>
      <w:r>
        <w:rPr>
          <w:sz w:val="20"/>
        </w:rPr>
        <w:t>58:14  phir aisay aisay kiya to Prophet ke sir pe haath laga. to Prophet uth gaye, bolay ke Has your Saturn come to you?</w:t>
      </w:r>
      <w:r>
        <w:br/>
      </w:r>
      <w:r>
        <w:rPr>
          <w:sz w:val="20"/>
        </w:rPr>
        <w:t>58:24  yani woh jo gumaan kar rahi thi. To hazrat aisha ne kaha ke O Messenger of Allah, don't you have a Saturn? To prophet ne kaha ke Yes, I do have a Saturn, but God has given me control over him, and I have made him a Muslim.</w:t>
      </w:r>
      <w:r>
        <w:br/>
      </w:r>
      <w:r>
        <w:rPr>
          <w:sz w:val="20"/>
        </w:rPr>
        <w:t>58:41  To thora bohat subtle humor bhi tha rasool Allah ki baaton mein. Aise hi hazrat khadija ke baray mein bhi bohat achi baatein hain.</w:t>
      </w:r>
      <w:r>
        <w:br/>
      </w:r>
      <w:r>
        <w:rPr>
          <w:sz w:val="20"/>
        </w:rPr>
        <w:t>58:52  Woh to un ke baray mein to aik baar hadith mein aata hai ke prophet cave mein thay aur jibril farishtay bhi aaye hue thay.</w:t>
      </w:r>
      <w:r>
        <w:br/>
      </w:r>
      <w:r>
        <w:rPr>
          <w:sz w:val="20"/>
        </w:rPr>
        <w:t>59:04  To farishtay jibril ne kaha ke khadija aa rahi hain.</w:t>
      </w:r>
      <w:r>
        <w:br/>
      </w:r>
      <w:r>
        <w:rPr>
          <w:sz w:val="20"/>
        </w:rPr>
        <w:t>59:09  Yani cave aap logon ko pata hai kitnay ooper hai aur hazrat khadija makkah se un ke liye kuch saman le ke aa rahi thi. To jibril ne kaha ke aik vessel un ke hath mein hai jis mein kuch There is some soup and there is some water and there is some food for you.</w:t>
      </w:r>
      <w:r>
        <w:br/>
      </w:r>
      <w:r>
        <w:rPr>
          <w:sz w:val="20"/>
        </w:rPr>
        <w:t>59:26  She is bringing that vessel for you.</w:t>
      </w:r>
      <w:r>
        <w:br/>
      </w:r>
      <w:r>
        <w:rPr>
          <w:sz w:val="20"/>
        </w:rPr>
        <w:t>59:29  To ab woh aap tasawwur karein She was fifty-five years old at that time. Lekin un ka ta'alluq aur dilchaspi aur shauq itna tha ke rasool Allah ke liye khana le ke aa rahi thi aur ooper charh ke aayi.</w:t>
      </w:r>
      <w:r>
        <w:br/>
      </w:r>
      <w:r>
        <w:rPr>
          <w:sz w:val="20"/>
        </w:rPr>
        <w:t>59:42  To</w:t>
      </w:r>
      <w:r>
        <w:br/>
      </w:r>
      <w:r>
        <w:rPr>
          <w:sz w:val="20"/>
        </w:rPr>
        <w:t>59:44  Jibril farishtay jibril ne kaha ke jab woh aayi to un ko un ke rab ka salam kahiye aur mera bhi salam kahiye.</w:t>
      </w:r>
      <w:r>
        <w:br/>
      </w:r>
      <w:r>
        <w:rPr>
          <w:sz w:val="20"/>
        </w:rPr>
        <w:t>59:55  Aur kahiye ke un ke liye aik aisa ghar hoga motiyon ka jis mein na koi shor hoga na koi takleef. La sakhb fiha wa la nasb</w:t>
      </w:r>
      <w:r>
        <w:br/>
      </w:r>
      <w:r>
        <w:rPr>
          <w:sz w:val="20"/>
        </w:rPr>
        <w:t>1:00:06  Asal mein kya tha ke makkah ke jo shareer log thay na woh aa ke shor machate thay, phainkte thay saman, kooda karkat dalte thay. To hazrat khadija ko takleef pohnchti thi.</w:t>
      </w:r>
      <w:r>
        <w:br/>
      </w:r>
      <w:r>
        <w:rPr>
          <w:sz w:val="20"/>
        </w:rPr>
        <w:t>1:00:15  Isi ki taraf ishara hai ke tumhein aisa ghar Allah de ga jannat mein ke na koi shor hoga na koi takleef hogi. To jab hazrat khadija aayi ooper charh ke saman le ke to prophet ne kaha ke yahan jibril hain, woh dekh nahi sakti thi aur tum ko salam bhej rahi hain.</w:t>
      </w:r>
      <w:r>
        <w:br/>
      </w:r>
      <w:r>
        <w:rPr>
          <w:sz w:val="20"/>
        </w:rPr>
        <w:t>1:00:36  Tum ko Allah ka salam le ke aayi hain. Yani God has sent salam to her. Yeh to shayad koi aur misaal nahi milti.</w:t>
      </w:r>
      <w:r>
        <w:br/>
      </w:r>
      <w:r>
        <w:rPr>
          <w:sz w:val="20"/>
        </w:rPr>
        <w:t>1:00:46  To rasool Allah ne kaha hai ke Allah ka salam tum ko le ke aa rahe hain aur aur woh khud bhi salam kar rahe hain, keh rahe</w:t>
      </w:r>
      <w:r>
        <w:br/>
      </w:r>
      <w:r>
        <w:rPr>
          <w:sz w:val="20"/>
        </w:rPr>
        <w:t>1:00:52  hain. To hazrat khadija muskurayi aur boli ke Allah hi salamat ka sar chashma hai aur mera salam jibril ko bhi aur aap ko bhi mera salam aur Allah ki rehmaten.</w:t>
      </w:r>
      <w:r>
        <w:br/>
      </w:r>
      <w:r>
        <w:rPr>
          <w:sz w:val="20"/>
        </w:rPr>
        <w:t>1:01:08  To yeh darja tha hazrat khadija ka aur aur bohat hi achi</w:t>
      </w:r>
      <w:r>
        <w:br/>
      </w:r>
      <w:r>
        <w:rPr>
          <w:sz w:val="20"/>
        </w:rPr>
        <w:t>1:01:16  . Ab jaise aik aik aur waqia aakhri mein leta hoon mukhtasar sa ke jab hudaybiya ka mauqa tha to rasool Allah sal Allah alayh wasallam ne kaha sahaba se ke ab tum log makkah mat jao, qurbani kar lo yahin, wapas chalte hain.</w:t>
      </w:r>
      <w:r>
        <w:br/>
      </w:r>
      <w:r>
        <w:rPr>
          <w:sz w:val="20"/>
        </w:rPr>
        <w:t>1:01:33  To aap ko pata hai ke sahaba ne rasool Allah ki baat nahi mani aur rasool Allah bohat pareshan hue ke koi meri baat nahi sun raha.</w:t>
      </w:r>
      <w:r>
        <w:br/>
      </w:r>
      <w:r>
        <w:rPr>
          <w:sz w:val="20"/>
        </w:rPr>
        <w:t>1:01:43  To wapas jab tent mein aaye to wahan par us waqt hazrat umm salama thi jo ke bohat hi scholar thi aur bari mudabir khatoon thi.</w:t>
      </w:r>
      <w:r>
        <w:br/>
      </w:r>
      <w:r>
        <w:rPr>
          <w:sz w:val="20"/>
        </w:rPr>
        <w:t>1:01:52  To hazrat umm salama ne kaha ke matlab mashwara diya prophet ko ke aap aisa karein, aap qurbani kar dijiye, baqi phir sahaba sab kar len ge.</w:t>
      </w:r>
      <w:r>
        <w:br/>
      </w:r>
      <w:r>
        <w:rPr>
          <w:sz w:val="20"/>
        </w:rPr>
        <w:t>1:02:02  To aise hi kiya rasool Allah ne aur phir sahaba ne qurbani</w:t>
      </w:r>
      <w:r>
        <w:br/>
      </w:r>
      <w:r>
        <w:rPr>
          <w:sz w:val="20"/>
        </w:rPr>
        <w:t>1:02:07  ki. To yani yeh jo husband wife ka role hai woh yahi hai ke intellectual partner bane, spiritual partner bane taake aik doosre ki spirituality ko jagayein aur yahi goal mere khayal se hona chahiye.</w:t>
      </w:r>
      <w:r>
        <w:br/>
      </w:r>
      <w:r>
        <w:rPr>
          <w:sz w:val="20"/>
        </w:rPr>
        <w:t>1:02:23  Ji to sab se achi misaal to hamein hazrat aisha ki baaton se milti hai. Ji ji mashallah, bohat achay examples diye doctor sahib, bohat achay se wazih</w:t>
      </w:r>
      <w:r>
        <w:br/>
      </w:r>
      <w:r>
        <w:rPr>
          <w:sz w:val="20"/>
        </w:rPr>
        <w:t>1:02:33  kiya. Maulana kehte thay ke intellectual partnership is very important and it's the highest goal. In fact, he used to say that if there is one word to define its success, it is adjustment.</w:t>
      </w:r>
      <w:r>
        <w:br/>
      </w:r>
      <w:r>
        <w:rPr>
          <w:sz w:val="20"/>
        </w:rPr>
        <w:t>1:02:47  And adjustment is not surrender or submission. It just shows that the person who adjusts is living on a higher intellectual level of thinking.</w:t>
      </w:r>
      <w:r>
        <w:br/>
      </w:r>
      <w:r>
        <w:rPr>
          <w:sz w:val="20"/>
        </w:rPr>
        <w:t>1:02:59  So adjustment comes from a high level of thinking and is a very enjoyable experience. To ab aap jaise mein ne adjustment ki bhi baat ki thi to agla question mein aap se poochna chahta hoon on teamwork and unity.</w:t>
      </w:r>
      <w:r>
        <w:br/>
      </w:r>
      <w:r>
        <w:rPr>
          <w:sz w:val="20"/>
        </w:rPr>
        <w:t>1:03:16  Dawat ka kaam effective tor pe tabhi ho sakta hai jab hum collectively unity ke saath teamwork ki shakal mein is ko karein</w:t>
      </w:r>
      <w:r>
        <w:br/>
      </w:r>
      <w:r>
        <w:rPr>
          <w:sz w:val="20"/>
        </w:rPr>
        <w:t>1:03:25  . Kyunke is ke baghair individual level pe aap aala darje ka dawat ka kaam nahi kar sakte. Kal hum ne is pe charcha bhi ki thi.</w:t>
      </w:r>
      <w:r>
        <w:br/>
      </w:r>
      <w:r>
        <w:rPr>
          <w:sz w:val="20"/>
        </w:rPr>
        <w:t>1:03:34  To yeh mera aakhri sawal hai aaj ka, is ke baray mein aap kuch batayein.</w:t>
      </w:r>
      <w:r>
        <w:br/>
      </w:r>
      <w:r>
        <w:rPr>
          <w:sz w:val="20"/>
        </w:rPr>
        <w:t>1:03:42  Unity is the most important value in life. Not only for dawat work but also for any</w:t>
      </w:r>
      <w:r>
        <w:br/>
      </w:r>
      <w:r>
        <w:rPr>
          <w:sz w:val="20"/>
        </w:rPr>
        <w:t>1:03:52  great work. You cannot perform any great work on an individual level. Individually you can't perform any great work.</w:t>
      </w:r>
      <w:r>
        <w:br/>
      </w:r>
      <w:r>
        <w:rPr>
          <w:sz w:val="20"/>
        </w:rPr>
        <w:t>1:04:02  And dawat work, which is a global task given to Muslim Ummah, so how can you perform without uniting</w:t>
      </w:r>
      <w:r>
        <w:br/>
      </w:r>
      <w:r>
        <w:rPr>
          <w:sz w:val="20"/>
        </w:rPr>
        <w:t>1:04:13  ? Because whenever more than one people join together for a cause, for a mission, there are differences.</w:t>
      </w:r>
      <w:r>
        <w:br/>
      </w:r>
      <w:r>
        <w:rPr>
          <w:sz w:val="20"/>
        </w:rPr>
        <w:t>1:04:25  You know, we think differently. Even brothers and sisters think differently. So but we adjust in our home, so why can't we adjust outside of our homes?</w:t>
      </w:r>
      <w:r>
        <w:br/>
      </w:r>
      <w:r>
        <w:rPr>
          <w:sz w:val="20"/>
        </w:rPr>
        <w:t>1:04:41  So we must think that, always think that this is something God given. And you cannot go against the planning of God.</w:t>
      </w:r>
      <w:r>
        <w:br/>
      </w:r>
      <w:r>
        <w:rPr>
          <w:sz w:val="20"/>
        </w:rPr>
        <w:t>1:04:55  God has given us freedom, God has given us</w:t>
      </w:r>
      <w:r>
        <w:br/>
      </w:r>
      <w:r>
        <w:rPr>
          <w:sz w:val="20"/>
        </w:rPr>
        <w:t>1:05:01  this thinking ability. Everyone thinks differently. So</w:t>
      </w:r>
      <w:r>
        <w:br/>
      </w:r>
      <w:r>
        <w:rPr>
          <w:sz w:val="20"/>
        </w:rPr>
        <w:t>1:05:09  in, you know, I did my MA in English literature, so there is one paper on criticism.</w:t>
      </w:r>
      <w:r>
        <w:br/>
      </w:r>
      <w:r>
        <w:rPr>
          <w:sz w:val="20"/>
        </w:rPr>
        <w:t>1:05:19  But in Urdu syllabuses, we don't have such papers on criticism. So criticism is invited.</w:t>
      </w:r>
      <w:r>
        <w:br/>
      </w:r>
      <w:r>
        <w:rPr>
          <w:sz w:val="20"/>
        </w:rPr>
        <w:t>1:05:29  My father used to say that I love being criticized.</w:t>
      </w:r>
      <w:r>
        <w:br/>
      </w:r>
      <w:r>
        <w:rPr>
          <w:sz w:val="20"/>
        </w:rPr>
        <w:t>1:05:35  That is why he never,</w:t>
      </w:r>
      <w:r>
        <w:br/>
      </w:r>
      <w:r>
        <w:rPr>
          <w:sz w:val="20"/>
        </w:rPr>
        <w:t>1:05:39  he was never disturbed of criticism. He said that this creates our thinking, this gives us, hamari thinking ability ko barhata hai, this promotes our thinking ability.</w:t>
      </w:r>
      <w:r>
        <w:br/>
      </w:r>
      <w:r>
        <w:rPr>
          <w:sz w:val="20"/>
        </w:rPr>
        <w:t>1:06:00  So that is why when we are criticized by anyone, we should not think that he is our enemy or she is our enemy.</w:t>
      </w:r>
      <w:r>
        <w:br/>
      </w:r>
      <w:r>
        <w:rPr>
          <w:sz w:val="20"/>
        </w:rPr>
        <w:t>1:06:10  We just should think that is he making some valid point. If the point is valid, we must be ready to accept it</w:t>
      </w:r>
      <w:r>
        <w:br/>
      </w:r>
      <w:r>
        <w:rPr>
          <w:sz w:val="20"/>
        </w:rPr>
        <w:t>1:06:22  . And if the point is not valid, we can either ignore it or we can explain to the person that that point is not right.</w:t>
      </w:r>
      <w:r>
        <w:br/>
      </w:r>
      <w:r>
        <w:rPr>
          <w:sz w:val="20"/>
        </w:rPr>
        <w:t>1:06:33  This is not the right, this is not right. So but cool mindedly, we should never be disturbed and we should never feel bad about it.</w:t>
      </w:r>
      <w:r>
        <w:br/>
      </w:r>
      <w:r>
        <w:rPr>
          <w:sz w:val="20"/>
        </w:rPr>
        <w:t>1:06:47  We should never mind if we are being criticized.</w:t>
      </w:r>
      <w:r>
        <w:br/>
      </w:r>
      <w:r>
        <w:rPr>
          <w:sz w:val="20"/>
        </w:rPr>
        <w:t>1:06:51  Because criticism, healthy criticism, is very important for the promotion of our thinking faculty.</w:t>
      </w:r>
      <w:r>
        <w:br/>
      </w:r>
      <w:r>
        <w:rPr>
          <w:sz w:val="20"/>
        </w:rPr>
        <w:t>1:07:03  We must be ever ready to do so. And unless and until we don't accept criticism, we cannot work unitedly for this divine cause of especially dawat work</w:t>
      </w:r>
      <w:r>
        <w:br/>
      </w:r>
      <w:r>
        <w:rPr>
          <w:sz w:val="20"/>
        </w:rPr>
        <w:t>1:07:21  . Now we are a global team. So this is something must for us. Because we can't perform individually.</w:t>
      </w:r>
      <w:r>
        <w:br/>
      </w:r>
      <w:r>
        <w:rPr>
          <w:sz w:val="20"/>
        </w:rPr>
        <w:t>1:07:32  How can one individual work for this mission which is being done at a global level?</w:t>
      </w:r>
      <w:r>
        <w:br/>
      </w:r>
      <w:r>
        <w:rPr>
          <w:sz w:val="20"/>
        </w:rPr>
        <w:t>1:07:44  So we must understand it, we must read Maulana's literature that criticism is a must, is a sign of one non if we want to do something unitedly and at a global level.</w:t>
      </w:r>
      <w:r>
        <w:br/>
      </w:r>
      <w:r>
        <w:rPr>
          <w:sz w:val="20"/>
        </w:rPr>
        <w:t>1:08:03  Even at home, if we are always disturbed with criticism, there are something or the other always because everyone thinks differently.</w:t>
      </w:r>
      <w:r>
        <w:br/>
      </w:r>
      <w:r>
        <w:rPr>
          <w:sz w:val="20"/>
        </w:rPr>
        <w:t>1:08:17  There is a saying that if everyone thinks alike, no one thinks very much. So this is very, very true that we have to be open to criticism</w:t>
      </w:r>
      <w:r>
        <w:br/>
      </w:r>
      <w:r>
        <w:rPr>
          <w:sz w:val="20"/>
        </w:rPr>
        <w:t>1:08:32  . And if my father would not have been open to criticism, he would not have worked, he would not have produced all the literature he produced, more than two hundred books.</w:t>
      </w:r>
      <w:r>
        <w:br/>
      </w:r>
      <w:r>
        <w:rPr>
          <w:sz w:val="20"/>
        </w:rPr>
        <w:t>1:08:45  Because he was open to criticism, he was never disturbed. There were so many people who came to him and criticized him on his face.</w:t>
      </w:r>
      <w:r>
        <w:br/>
      </w:r>
      <w:r>
        <w:rPr>
          <w:sz w:val="20"/>
        </w:rPr>
        <w:t>1:08:54  But he did not mind, he just smiled as if nothing serious had happened.</w:t>
      </w:r>
      <w:r>
        <w:br/>
      </w:r>
      <w:r>
        <w:rPr>
          <w:sz w:val="20"/>
        </w:rPr>
        <w:t>1:09:00  So we have learned from him that we should also be open to criticism and this is necessary for performing the dawah work, the mission.</w:t>
      </w:r>
      <w:r>
        <w:br/>
      </w:r>
      <w:r>
        <w:rPr>
          <w:sz w:val="20"/>
        </w:rPr>
        <w:t>1:09:13  Not only at global level, at national level, at international level, this is must because we are working together. Ji jazak Allah apa, we are actually running behind the schedule, so I will not be able to take more questions or comments.</w:t>
      </w:r>
      <w:r>
        <w:br/>
      </w:r>
      <w:r>
        <w:rPr>
          <w:sz w:val="20"/>
        </w:rPr>
        <w:t>1:09:29  But lastly, I would request Dr. sahib that in the end to share some prayers with all of us. Inshallah, Maulana ka kehna tha ke jo dua hai woh dil ke ehsas ka naam hai,</w:t>
      </w:r>
      <w:r>
        <w:br/>
      </w:r>
      <w:r>
        <w:rPr>
          <w:sz w:val="20"/>
        </w:rPr>
        <w:t>1:09:45  kuch alfaaz ka naam nahi hai. Yani aam taur se hum sunte hain jo log bolne wale hain ke yeh dua aap pachaas baar padh lijiye, yeh subah padh lijiye, yeh shaam ko padh lijiye.</w:t>
      </w:r>
      <w:r>
        <w:br/>
      </w:r>
      <w:r>
        <w:rPr>
          <w:sz w:val="20"/>
        </w:rPr>
        <w:t>1:09:58  Toh yeh yeh koi sahi baat nahi hai. Dua toh dil ki gehrai se nikalti hai, phir woh alfaaz mein dhal jati hai. Yani seene mein aap ke ek samandar jab beh padta hai, samandar moajzan hota hai toh phir woh kuch alfaaz niklte</w:t>
      </w:r>
      <w:r>
        <w:br/>
      </w:r>
      <w:r>
        <w:rPr>
          <w:sz w:val="20"/>
        </w:rPr>
        <w:t>1:10:16  hain. Toh jo jo paighambaron ki duayein hain Quran mein ya sahaba ki duayein hain ya Rasool Allah salallahu alaihi wasallam ki duayein hain, woh aisi duayein hain ke woh unke ehsasat ki akasi hai.</w:t>
      </w:r>
      <w:r>
        <w:br/>
      </w:r>
      <w:r>
        <w:rPr>
          <w:sz w:val="20"/>
        </w:rPr>
        <w:t>1:10:32  Ab mein ek do dua leta hoon, chuki waqt ab bohat kam hai. Ek dua jo Prophet ko bohat pasand thi aur Maulana bhi aksar usko padhte the,</w:t>
      </w:r>
      <w:r>
        <w:br/>
      </w:r>
      <w:r>
        <w:rPr>
          <w:sz w:val="20"/>
        </w:rPr>
        <w:t>1:10:45  bohat Maulana ko pasand thi. Yeh hai Ya Hayyu Ya Qayyumu bi rahmatika astagheethu O Living God, O Sustaining God, I seek Your Mercy.</w:t>
      </w:r>
      <w:r>
        <w:br/>
      </w:r>
      <w:r>
        <w:rPr>
          <w:sz w:val="20"/>
        </w:rPr>
        <w:t>1:10:56  Mein teri mercy, mein teri rehmat ka mohtaj hoon. Ya Hayyu Ya Qayyumu bi rahmatika astagheethu aur iska agla hissa hai Aslih li shani kulli ke meri sari jo meri Problems hain, usko solve kar d</w:t>
      </w:r>
      <w:r>
        <w:br/>
      </w:r>
      <w:r>
        <w:rPr>
          <w:sz w:val="20"/>
        </w:rPr>
        <w:t>1:11:11  e. I seek Your Help in settingright all my affairs. Aslih li shani kulli wa la takilni ila nafsi tarfata aini yeh bohat zabardast hai ke Please do not leave me to myself even for a blink of an eye.</w:t>
      </w:r>
      <w:r>
        <w:br/>
      </w:r>
      <w:r>
        <w:rPr>
          <w:sz w:val="20"/>
        </w:rPr>
        <w:t>1:11:30  Don't leave me alone even for a blink of an eye. La takilni ila nafsi tarfata aini</w:t>
      </w:r>
      <w:r>
        <w:br/>
      </w:r>
      <w:r>
        <w:rPr>
          <w:sz w:val="20"/>
        </w:rPr>
        <w:t>1:11:37  yeh bohat achi dua hai aur Maulana aksar usko padhte the. Aur sahaba bhi kehte hain ke jab koi pareshani hoti thi Rasool Allah, koi News aati thi kahin se toh hum sunne lagte the ke woh ahista ahista padhte the Ya Hayyu Ya Qayyumu bi rahmatika astagheethu aur</w:t>
      </w:r>
      <w:r>
        <w:br/>
      </w:r>
      <w:r>
        <w:rPr>
          <w:sz w:val="20"/>
        </w:rPr>
        <w:t>1:11:59  ek dua jo Rasool Allah ki bohat achi dua hai Quran ke bare mein, bohat hi zabardast dua hai,</w:t>
      </w:r>
      <w:r>
        <w:br/>
      </w:r>
      <w:r>
        <w:rPr>
          <w:sz w:val="20"/>
        </w:rPr>
        <w:t>1:12:07  woh hai Allahumma taj al al Qurana rabiyya qalbi O Allah, make the Quran the spring of my heart, and the light of my chest, and the remover of my sadness,</w:t>
      </w:r>
      <w:r>
        <w:br/>
      </w:r>
      <w:r>
        <w:rPr>
          <w:sz w:val="20"/>
        </w:rPr>
        <w:t>1:12:25  and the reliever of my worries. Such a beautiful dua yani Allahumma taj al al Qurana rabiyya qalbi wa noora sadri wa jala huzni wa dhahaba hammi.</w:t>
      </w:r>
      <w:r>
        <w:br/>
      </w:r>
      <w:r>
        <w:rPr>
          <w:sz w:val="20"/>
        </w:rPr>
        <w:t>1:12:37  Kitni zabardast dua hai yeh aur haqeeqat yeh hai ke jab Quran aap padhein, jaise abhi baat hui thi tadabbur ke sath aur gehrai se, toh yeh Quran aap ke dil ki aur aap ke seene ka noor ban jata hai.</w:t>
      </w:r>
      <w:r>
        <w:br/>
      </w:r>
      <w:r>
        <w:rPr>
          <w:sz w:val="20"/>
        </w:rPr>
        <w:t>1:12:55  Noor ka matlab yeh hai, noor woh light wale, yeh light wale noor nahi, balkeh Maulana kehte the ke noor ka matlab jahan bhi noor lafz aaya hai Quran mein, toh woh guidance ke bare mein aaya hai, Khuda ki guidance.</w:t>
      </w:r>
      <w:r>
        <w:br/>
      </w:r>
      <w:r>
        <w:rPr>
          <w:sz w:val="20"/>
        </w:rPr>
        <w:t>1:13:08  Yani yeh Quran aap ke liye guide book ban jayegi jab aap gehrai se padhenge. Is liye yeh Allahumma taj al al Qurana rabiyya qalbi wa noora sadri wa jala huzni wa dhahaba hammi.</w:t>
      </w:r>
      <w:r>
        <w:br/>
      </w:r>
      <w:r>
        <w:rPr>
          <w:sz w:val="20"/>
        </w:rPr>
        <w:t>1:13:20  yani jo aap ki takleefein hain, jo pareshaniyan hain, jis mein aap mubtala rehte hain, subah shaam sochte rehte hain, jab quran gehrai se aap padhenge aur us ki jo gehri baatein aap ke dil mein utrengi, to yeh sab jo masail hain, woh aap ke liye bohat halke hote chale jayenge.</w:t>
      </w:r>
      <w:r>
        <w:br/>
      </w:r>
      <w:r>
        <w:rPr>
          <w:sz w:val="20"/>
        </w:rPr>
        <w:t>1:13:40  aur sari jo pareshani hai aur Sadness hai aur takleef hai, aur woh sab cheezein ahista ahista khatam ho jayengi.</w:t>
      </w:r>
      <w:r>
        <w:br/>
      </w:r>
      <w:r>
        <w:rPr>
          <w:sz w:val="20"/>
        </w:rPr>
        <w:t>1:13:50  aur to yeh bohat hi achhi hain paighambaron ki duaein quran mein aati hain. Hazrat Musa (AS) ki dua itni achhi dua hai aur balkeh jo hum log padhte hain Rabbishrah li sadri woh khud bohat hi zabardast dua hai, us mein sari baat aa gayi</w:t>
      </w:r>
      <w:r>
        <w:br/>
      </w:r>
      <w:r>
        <w:rPr>
          <w:sz w:val="20"/>
        </w:rPr>
        <w:t>1:14:07  hai. Musa (AS) ne jab dua ki to bohat hi umdah dua hai aur bohat hi achhi dua hai. To ab jaise Rasool Allah ne kaha ke jo Zunun ki dua kare, us ki dua Reject nahi hoti hai.</w:t>
      </w:r>
      <w:r>
        <w:br/>
      </w:r>
      <w:r>
        <w:rPr>
          <w:sz w:val="20"/>
        </w:rPr>
        <w:t>1:14:22  yani Yunus (AS) ki dua jab woh machhli ke pait mein chale gaye to unhone kaha La ilaha illa anta subhanaka inni kuntu minaz zalimin ke aye Allah, tu pak hai, main hi maine hi zulm kiya hai.</w:t>
      </w:r>
      <w:r>
        <w:br/>
      </w:r>
      <w:r>
        <w:rPr>
          <w:sz w:val="20"/>
        </w:rPr>
        <w:t>1:14:35  to</w:t>
      </w:r>
      <w:r>
        <w:br/>
      </w:r>
      <w:r>
        <w:rPr>
          <w:sz w:val="20"/>
        </w:rPr>
        <w:t>1:14:36  Allah ne usi waqt qabool ki, machhli ne la ke daal diya aur dua ki taaseer dekhiye ke jab gaye Hazrat Yunus (AS) to jo jo log un ko Reject kar rahe the, woh bhi iman le aaye, ek lakh</w:t>
      </w:r>
      <w:r>
        <w:br/>
      </w:r>
      <w:r>
        <w:rPr>
          <w:sz w:val="20"/>
        </w:rPr>
        <w:t>1:14:52  se zyada. To itni zabardast dua hai lekin dua dil se nikalni chahiye. Aur Hazrat</w:t>
      </w:r>
      <w:r>
        <w:br/>
      </w:r>
      <w:r>
        <w:rPr>
          <w:sz w:val="20"/>
        </w:rPr>
        <w:t>1:15:05  Zakariya ki dua bohat hi achhi quran mein Surah Maryam ke bilkul aaghaz mein hai ke Id nadā rabbahu nidā'an kha</w:t>
      </w:r>
      <w:r>
        <w:br/>
      </w:r>
      <w:r>
        <w:rPr>
          <w:sz w:val="20"/>
        </w:rPr>
        <w:t>1:15:14  fiyyan When he called his Lord in low voice yani khafi kehte hain bareek cheez ko ke aisi yani Whisper ke andaaz mein dua ki.</w:t>
      </w:r>
      <w:r>
        <w:br/>
      </w:r>
      <w:r>
        <w:rPr>
          <w:sz w:val="20"/>
        </w:rPr>
        <w:t>1:15:26  kitni zabardast hai ke us ne apne Rab ko Whisper ke andaaz mein pukara. Choonkeh aap jab Allah se dua karte hain to Loudspeaker pe nahi hoti hai, woh bohat hi khamosh dil se nikli hui dua hoti hai.</w:t>
      </w:r>
      <w:r>
        <w:br/>
      </w:r>
      <w:r>
        <w:rPr>
          <w:sz w:val="20"/>
        </w:rPr>
        <w:t>1:15:42  aur Hazrat Zakariya ne farmaya ke lam akum bidu'aika Rabbi shaqiyyan ke aye mere Rab, tujh se main dua kar ke kabhi mayoos nahi hua, kabhi tune meri dua Reject nahi ki.</w:t>
      </w:r>
      <w:r>
        <w:br/>
      </w:r>
      <w:r>
        <w:rPr>
          <w:sz w:val="20"/>
        </w:rPr>
        <w:t>1:15:54  to yeh jo paighambaron ki duaein hain, woh bohat hi umdah duaein hain, woh hamein batati hain ke kisi khaas mauqe pe un ke dil mein kya ehsasat paida hue, kya un ke dil ki کیفیت thi.</w:t>
      </w:r>
      <w:r>
        <w:br/>
      </w:r>
      <w:r>
        <w:rPr>
          <w:sz w:val="20"/>
        </w:rPr>
        <w:t>1:16:07  to dil ke ehsasat ka naam dua hai. Baqi jo paighambaron ki duaein hain, woh bohat hi achhi hain. Rabbana zalamna anfusana ab yeh dono dua kar rahe hain, Adam and Eve dono dua kar rahe hain</w:t>
      </w:r>
      <w:r>
        <w:br/>
      </w:r>
      <w:r>
        <w:rPr>
          <w:sz w:val="20"/>
        </w:rPr>
        <w:t>1:16:22  Rabbana zalamna anfusana Our Lord, we have wronged our souls, and if you will not forgive us and have mercy on us, we will be among the lost.</w:t>
      </w:r>
      <w:r>
        <w:br/>
      </w:r>
      <w:r>
        <w:rPr>
          <w:sz w:val="20"/>
        </w:rPr>
        <w:t>1:16:32  Rabbana zalamna anfusana wa in lam taghfir lana wa tarhamna lanakunnana minal khasirin to zabardast dua hai yeh aur sari paighambaron ki duaein jo hain, woh hamein batati hain ke dua ka tareeqa kya</w:t>
      </w:r>
      <w:r>
        <w:br/>
      </w:r>
      <w:r>
        <w:rPr>
          <w:sz w:val="20"/>
        </w:rPr>
        <w:t>1:16:48  hai. To ji, dua behraal dil se honi chahiye aur un ki hamein duaon se hamein ek rasta, ek tareeqa milta hai ke hum kaise dua karein.</w:t>
      </w:r>
      <w:r>
        <w:br/>
      </w:r>
      <w:r>
        <w:rPr>
          <w:sz w:val="20"/>
        </w:rPr>
        <w:t>1:16:59  Thank you Doctor Sahab, aaj ki Sunday class waqai mein bohat special thi. Aa, is ka, is ke, is ka experience, is ke lessons inshallah hum sab ko yaad rahenge.</w:t>
      </w:r>
      <w:r>
        <w:br/>
      </w:r>
      <w:r>
        <w:rPr>
          <w:sz w:val="20"/>
        </w:rPr>
        <w:t>1:17:12  Jazak Allah Doctor Sahab, Jazak Allah Aapa for doing an amazing session today. Thank you.</w:t>
      </w:r>
      <w:r>
        <w:br/>
      </w:r>
      <w:r>
        <w:rPr>
          <w:sz w:val="20"/>
        </w:rPr>
        <w:t>1:17:18  And with this, we will end this session now.</w:t>
      </w:r>
    </w:p>
    <w:p>
      <w:pPr>
        <w:pStyle w:val="Heading2"/>
      </w:pPr>
      <w:r>
        <w:t>Why did Sahaba wage war if war is vicious?</w:t>
      </w:r>
    </w:p>
    <w:p>
      <w:r>
        <w:rPr>
          <w:color w:val="666666"/>
          <w:sz w:val="18"/>
        </w:rPr>
        <w:t>Seerah &amp; Prophet · Islam and Peace August 25, 2013 · 16m 01s · at 59:31 · https://youtu.be/WbBu4W6AUUs?t=3571</w:t>
      </w:r>
    </w:p>
    <w:p>
      <w:r>
        <w:rPr>
          <w:i/>
        </w:rPr>
        <w:t>“During earlier times, Sahaba went to war with Persian and Byzantine Empire. I understand that it was to remove the structure where there was no freedom to choose for its people. My question is that why did they not apply the principle that you mentioned today, that war is an unending vicious cycle?”</w:t>
      </w:r>
    </w:p>
    <w:p>
      <w:r>
        <w:rPr>
          <w:sz w:val="20"/>
        </w:rPr>
        <w:t>59:31  maulana, agla sawal khurram qureshi sahib ka hai, calicut se. unhon ne likha hai: "during earlier times, sahaba went to war with persian and byzantine empire.</w:t>
      </w:r>
      <w:r>
        <w:br/>
      </w:r>
      <w:r>
        <w:rPr>
          <w:sz w:val="20"/>
        </w:rPr>
        <w:t>59:42  i understand that it was to remove the structure where there was no freedom to choose for its people. maulana, my question is that why did they not apply the principle that you mentioned today, that war is an unending vicious cycle?"</w:t>
      </w:r>
      <w:r>
        <w:br/>
      </w:r>
      <w:r>
        <w:rPr>
          <w:sz w:val="20"/>
        </w:rPr>
        <w:t>1:00:08  nahi, aisa nahi hua. wahan pe hua, yani aap ko maloom hai ke jo woh tha, woh jo tha, jo heraclius jo tha, wahan ka jo aakhri badshah, woh bhag kar gaya constantinople mein.</w:t>
      </w:r>
      <w:r>
        <w:br/>
      </w:r>
      <w:r>
        <w:rPr>
          <w:sz w:val="20"/>
        </w:rPr>
        <w:t>1:00:26  wahan par us ne planning ki aur bohat dinon ke baad woh mukammal hui, woh fateh muhammad al fateh ke zamane mein hui.</w:t>
      </w:r>
      <w:r>
        <w:br/>
      </w:r>
      <w:r>
        <w:rPr>
          <w:sz w:val="20"/>
        </w:rPr>
        <w:t>1:00:37  lekin yahan pe ek baat bhi yeh add karunga ke is is waqeye ko, yani jo wahan hua, sassani empire ka khatma aur roman empire ka khatma, is ko main ne bohat tafseel se likha hai apni kitab mein jo abhi chhap rahi hai,</w:t>
      </w:r>
      <w:r>
        <w:br/>
      </w:r>
      <w:r>
        <w:rPr>
          <w:sz w:val="20"/>
        </w:rPr>
        <w:t>1:00:52  islam padri sadi mein, ke woh woh ek woh ek divine plan tha. woh yani everything was everything was managed by god almighty.</w:t>
      </w:r>
      <w:r>
        <w:br/>
      </w:r>
      <w:r>
        <w:rPr>
          <w:sz w:val="20"/>
        </w:rPr>
        <w:t>1:01:06  is mein musalmanon ka role to sirf yani asal nahi tha, balke asal role is mein is mein farishton ka tha. aur allah taala ka main ne is mein bataya hai aap ko ke allah taala ki yeh jo dunya banai hai, woh freedom pe base karti hai.</w:t>
      </w:r>
      <w:r>
        <w:br/>
      </w:r>
      <w:r>
        <w:rPr>
          <w:sz w:val="20"/>
        </w:rPr>
        <w:t>1:01:26  yani allah taala ko yeh manzoor hai ke har aadmi ko azadi ho, freedom of choice mila hua ho.</w:t>
      </w:r>
      <w:r>
        <w:br/>
      </w:r>
      <w:r>
        <w:rPr>
          <w:sz w:val="20"/>
        </w:rPr>
        <w:t>1:01:32  to yeh yeh sunnat allah hai ke jab bhi koi yani aisa kare ke khuda ke is is plan ko jeopardize kare, woh ke insaan ko freedom chheen le, woh freedom of choice na rehne de, to wahan allah taala intervene karte hain.</w:t>
      </w:r>
      <w:r>
        <w:br/>
      </w:r>
      <w:r>
        <w:rPr>
          <w:sz w:val="20"/>
        </w:rPr>
        <w:t>1:01:51  to</w:t>
      </w:r>
      <w:r>
        <w:br/>
      </w:r>
      <w:r>
        <w:rPr>
          <w:sz w:val="20"/>
        </w:rPr>
        <w:t>1:01:54  aise waqiyat hain history mein jab ke khuda ne intervene kiya, to woh intervention tha taake yeh taake woh khatam ho, religious persecution aur insaan ko azadi mil jaye.</w:t>
      </w:r>
      <w:r>
        <w:br/>
      </w:r>
      <w:r>
        <w:rPr>
          <w:sz w:val="20"/>
        </w:rPr>
        <w:t>1:02:07  aise hi waqea baisveen sadi mein hua hai, rashan yaani communist empire ke sath. communist empire jo thi, us ne bhi insan se freedom chheen li thi, freedom of choice.</w:t>
      </w:r>
      <w:r>
        <w:br/>
      </w:r>
      <w:r>
        <w:rPr>
          <w:sz w:val="20"/>
        </w:rPr>
        <w:t>1:02:22  to main samajhta hoon ke jo rashan communist empire jab toota, that was due to divine intervention. aisa nahi ke kisi America ne tod diya us ko.</w:t>
      </w:r>
      <w:r>
        <w:br/>
      </w:r>
      <w:r>
        <w:rPr>
          <w:sz w:val="20"/>
        </w:rPr>
        <w:t>1:02:34  Allah taala ka manzoor nahi tha ke koi freedom of freedom freedom ko abalish karay. yeh Allah taala ka manzoor nahi, kyunke woh kisi planet ko in in undo karne ke barabar hai.</w:t>
      </w:r>
      <w:r>
        <w:br/>
      </w:r>
      <w:r>
        <w:rPr>
          <w:sz w:val="20"/>
        </w:rPr>
        <w:t>1:02:47  woh</w:t>
      </w:r>
      <w:r>
        <w:br/>
      </w:r>
      <w:r>
        <w:rPr>
          <w:sz w:val="20"/>
        </w:rPr>
        <w:t>1:02:49  to qadeem jo kingship jo thi, woh us ne azadi ko abalish kar sakta kar diya tha. is liye Allah taala ne chaha ke kingship ka zamana khatam ho.</w:t>
      </w:r>
      <w:r>
        <w:br/>
      </w:r>
      <w:r>
        <w:rPr>
          <w:sz w:val="20"/>
        </w:rPr>
        <w:t>1:02:59  wohi zamane mein communist empire ne azadi ko khatam kar diya tha, to us ko Allah taala ne tod diya. to is tarah ke waqeat jo hain, us ko aap simple tareeqay se nahi samajh sakte.</w:t>
      </w:r>
      <w:r>
        <w:br/>
      </w:r>
      <w:r>
        <w:rPr>
          <w:sz w:val="20"/>
        </w:rPr>
        <w:t>1:03:10  us ko manna parega ke that was due to divine intervention.</w:t>
      </w:r>
      <w:r>
        <w:br/>
      </w:r>
      <w:r>
        <w:rPr>
          <w:sz w:val="20"/>
        </w:rPr>
        <w:t>1:03:15  yeh maine apni is kitab mein jo abhi chhap rahi hai, meri is mein tafseel ke sath maine is ko discuss kiya hai. Maulana, Dhampur se Mehtab Ahmed sahib ne aap se poocha hai ek hadith ke baray mein.</w:t>
      </w:r>
      <w:r>
        <w:br/>
      </w:r>
      <w:r>
        <w:rPr>
          <w:sz w:val="20"/>
        </w:rPr>
        <w:t>1:03:28  unhon ne likha hai: "ek hadith hai ke tum mein woh log achhay hain jo apne ghar walon ke sath achhay hain." woh chahte hain ke aap is ki wazahat karen.</w:t>
      </w:r>
      <w:r>
        <w:br/>
      </w:r>
      <w:r>
        <w:rPr>
          <w:sz w:val="20"/>
        </w:rPr>
        <w:t>1:03:41  haan khairukum khairukum li ahli wa ali khairukum li ahli ke tum mein achha woh hai jo apne ghar walon ke liye achha hai, aur main apne ghar walon ke liye achha hoon.</w:t>
      </w:r>
      <w:r>
        <w:br/>
      </w:r>
      <w:r>
        <w:rPr>
          <w:sz w:val="20"/>
        </w:rPr>
        <w:t>1:03:55  to ghar walay jo hain, woh gaya hamare liye sab se nearest paper hai. hamare liye woh</w:t>
      </w:r>
      <w:r>
        <w:br/>
      </w:r>
      <w:r>
        <w:rPr>
          <w:sz w:val="20"/>
        </w:rPr>
        <w:t>1:04:04  humein jo jo is dunya mein paper diya gaya hai, nearest test hai. to is mein ghar walay hotay hain. yeh dunya mein poori zindagi hamari test hai, poori zindagi sab kuch hai.</w:t>
      </w:r>
      <w:r>
        <w:br/>
      </w:r>
      <w:r>
        <w:rPr>
          <w:sz w:val="20"/>
        </w:rPr>
        <w:t>1:04:16  hum yahan baithe hain, yeh bhi test hai ke hum kaise bolte hain aur kaise suntay hain, yeh bhi test hai. to poori zindagi yaad rakhiye, yaani pedaish se maut tak insan ki woh test hoti hai.</w:t>
      </w:r>
      <w:r>
        <w:br/>
      </w:r>
      <w:r>
        <w:rPr>
          <w:sz w:val="20"/>
        </w:rPr>
        <w:t>1:04:33  to test ka sab se pehla maidan ghar hi to hai. woh sab se pehla maidan jis mein subah shaam rehta hai aadmi, woh ghar hai. to aadmi ko sabit karna parta hai ke woh ghar mein kaisa hai.</w:t>
      </w:r>
      <w:r>
        <w:br/>
      </w:r>
      <w:r>
        <w:rPr>
          <w:sz w:val="20"/>
        </w:rPr>
        <w:t>1:04:47  agar wahan fail ho jaye to society bhi fail ho jayegi. koi aadmi agar is is qareebi jo maidan hai imtehan ka, wahan fail ho jaye to is ka matlab hai ke woh society bhi fail ho jayegi.</w:t>
      </w:r>
      <w:r>
        <w:br/>
      </w:r>
      <w:r>
        <w:rPr>
          <w:sz w:val="20"/>
        </w:rPr>
        <w:t>1:05:02  yeh matlab hai is is hadith ka.</w:t>
      </w:r>
      <w:r>
        <w:br/>
      </w:r>
      <w:r>
        <w:rPr>
          <w:sz w:val="20"/>
        </w:rPr>
        <w:t>1:05:11  Maulana, agla sawal doctor Pradhan ka hai, Delhi se. unhon ne likha hai: "Maulana, India has different laws for Muslims as Muslim personal law, but it is mostly used in talaq cases</w:t>
      </w:r>
      <w:r>
        <w:br/>
      </w:r>
      <w:r>
        <w:rPr>
          <w:sz w:val="20"/>
        </w:rPr>
        <w:t>1:05:25  z. but when Muslims do wrong things like rape, no Muslim leader ask for death penalty for the culprits.</w:t>
      </w:r>
      <w:r>
        <w:br/>
      </w:r>
      <w:r>
        <w:rPr>
          <w:sz w:val="20"/>
        </w:rPr>
        <w:t>1:05:34  should we follow in these cases India law or to ask for Muslims to follow the personal law?" nahi, dekhiye, yeh ek confusion hai shayad ke jis cheez ko aap ne farmaya woh law of land se cover hota hai, Muslim personal law se nahi.</w:t>
      </w:r>
      <w:r>
        <w:br/>
      </w:r>
      <w:r>
        <w:rPr>
          <w:sz w:val="20"/>
        </w:rPr>
        <w:t>1:05:53  Muslim personal law bohat hi limited cheezon mein hai.</w:t>
      </w:r>
      <w:r>
        <w:br/>
      </w:r>
      <w:r>
        <w:rPr>
          <w:sz w:val="20"/>
        </w:rPr>
        <w:t>1:05:56  haan, hum sab law of land se cover ho rahe hain, Muslim personal law se nahi. woh to nikah o talaq ke baray mein hai, kyunke ulama ne yeh is zamane mein, Angrezon ke zamane mein, bada tha yeh qanoon.</w:t>
      </w:r>
      <w:r>
        <w:br/>
      </w:r>
      <w:r>
        <w:rPr>
          <w:sz w:val="20"/>
        </w:rPr>
        <w:t>1:06:10  ulama ne yeh masla pesh kiya tha ke halankay main is ko nahi manta, lekin ulama ne Angrezon ke samnay yeh masla pesh kiya ke agar ghair Muslim judge hai aur woh talaq de to talaq waqe nahi hogi,</w:t>
      </w:r>
      <w:r>
        <w:br/>
      </w:r>
      <w:r>
        <w:rPr>
          <w:sz w:val="20"/>
        </w:rPr>
        <w:t>1:06:26  waqe hi nahi hogi talaq. halankay main is ko nahi manta, main samajhta hoon ke law of land hi se cover ho ho raha hai. woh</w:t>
      </w:r>
      <w:r>
        <w:br/>
      </w:r>
      <w:r>
        <w:rPr>
          <w:sz w:val="20"/>
        </w:rPr>
        <w:t>1:06:33  to beharhal ek alag masla hai, lekin Angrezon ne maan liya ulama ki is baat ko ke bhai, tumhara masla agar aisa hai to chalo tum Muslim personal law bana lo.</w:t>
      </w:r>
      <w:r>
        <w:br/>
      </w:r>
      <w:r>
        <w:rPr>
          <w:sz w:val="20"/>
        </w:rPr>
        <w:t>1:06:43  us waqt is ka naam hota tha Mohammedan law, us waqt Mohammedan law kaha jata tha is ko, ab is ka naam hai Muslim personal law. woh harghiz harghiz law of land ka badal nahi hai.</w:t>
      </w:r>
      <w:r>
        <w:br/>
      </w:r>
      <w:r>
        <w:rPr>
          <w:sz w:val="20"/>
        </w:rPr>
        <w:t>1:06:52  law of land jo hai, wahi hamesha privilege karega. yeh mere nazdeek ulama ka yeh موقف sahi nahi tha ke unhon ne kaha ke sahib, hamara nikah o talaq ka masla jo hai, woh isko alag karo, warna woh talaq waqe nahi hogi aur hum haram mein mubtala rahenge.</w:t>
      </w:r>
      <w:r>
        <w:br/>
      </w:r>
      <w:r>
        <w:rPr>
          <w:sz w:val="20"/>
        </w:rPr>
        <w:t>1:07:10  yeh yeh mein isko sahi nahi samajhta, lekin behraal ulama ne aisa kaha aur angrezon ne isko maan liya. toh mamla Allah bana, wahi chal raha hai aap ka Muslim Personal Law par.</w:t>
      </w:r>
      <w:r>
        <w:br/>
      </w:r>
      <w:r>
        <w:rPr>
          <w:sz w:val="20"/>
        </w:rPr>
        <w:t>1:07:19  mein isko bilkul bekar samajhta hoon. Muslim Personal Law ko law of land jo hai, wahi wahi wahi hamare upar bhi apply hona chahiye.</w:t>
      </w:r>
      <w:r>
        <w:br/>
      </w:r>
      <w:r>
        <w:rPr>
          <w:sz w:val="20"/>
        </w:rPr>
        <w:t>1:07:29  jahan tak musalmanon ke kuch zaati mamlaat hain, toh aapas mein tay kar lijiye. aap</w:t>
      </w:r>
      <w:r>
        <w:br/>
      </w:r>
      <w:r>
        <w:rPr>
          <w:sz w:val="20"/>
        </w:rPr>
        <w:t>1:07:33  is ko is ko aap law kyu banwate hain? yaani aap jab koi difference paida ho, mein aap biwi mein toh ulama jayein, wahan ja kar ke is ko khatam karein.</w:t>
      </w:r>
      <w:r>
        <w:br/>
      </w:r>
      <w:r>
        <w:rPr>
          <w:sz w:val="20"/>
        </w:rPr>
        <w:t>1:07:44  فبحثوا حقا من أهله وحقا من أهله ulama apni zimmedari ko hukumat pe koi daalte hain.</w:t>
      </w:r>
      <w:r>
        <w:br/>
      </w:r>
      <w:r>
        <w:rPr>
          <w:sz w:val="20"/>
        </w:rPr>
        <w:t>1:07:52  yeh ab ulama ki apni zimmedari hai ke jahan kahin masla paida ho, jayein milein, samjhayein, bujhayein, samjha bujha kar ke aapas mein razi razamandee kar lo aapas mein.</w:t>
      </w:r>
      <w:r>
        <w:br/>
      </w:r>
      <w:r>
        <w:rPr>
          <w:sz w:val="20"/>
        </w:rPr>
        <w:t>1:08:02  kyunki yeh bilkul mein is ko sahi nahi samajhta ke is ko law ka masla banaya jaye. is se mujhe ittefaq nahi hai. law ek hi rehna chahiye mulk mein, wahi jo law of land hai, wahi rehna chahiye.</w:t>
      </w:r>
      <w:r>
        <w:br/>
      </w:r>
      <w:r>
        <w:rPr>
          <w:sz w:val="20"/>
        </w:rPr>
        <w:t>1:08:14  aur hamare jo masail hain, woh aapas mein razamandee se, aapas ke discussion se tay</w:t>
      </w:r>
      <w:r>
        <w:br/>
      </w:r>
      <w:r>
        <w:rPr>
          <w:sz w:val="20"/>
        </w:rPr>
        <w:t>1:08:20  karna chahiye. mere paas se aate hain masail nikah o talaq ke, toh mein un ko samjhata hoon, samjha ke razi karta hoon un ko. toh mein is ko sahi nahi samajhta usoolan ke is tarah ke jo mamlaat hain, is ko law ka masla banaya jaye.</w:t>
      </w:r>
      <w:r>
        <w:br/>
      </w:r>
      <w:r>
        <w:rPr>
          <w:sz w:val="20"/>
        </w:rPr>
        <w:t>1:08:33  law wahi hai sab ke liye, alag aap ke liye law nahi rahega. musalmanon ke liye alag law ho, doosron ka alag law ho, aisa nahi ho sakta. yeh bilkul namumkin baat hai, impossible hai secular India mein.</w:t>
      </w:r>
      <w:r>
        <w:br/>
      </w:r>
      <w:r>
        <w:rPr>
          <w:sz w:val="20"/>
        </w:rPr>
        <w:t>1:08:47  toh yeh hai bhai mere.</w:t>
      </w:r>
      <w:r>
        <w:br/>
      </w:r>
      <w:r>
        <w:rPr>
          <w:sz w:val="20"/>
        </w:rPr>
        <w:t>1:08:51  Maulana, agla sawal lene se pehle ek comment padhna chahenge jo Doha, Qatar se Maulana Abdul Basit Umri ne bheja hai.</w:t>
      </w:r>
      <w:r>
        <w:br/>
      </w:r>
      <w:r>
        <w:rPr>
          <w:sz w:val="20"/>
        </w:rPr>
        <w:t>1:08:59  unhon ne likha hai: "Maulana, mein ne aaj pehli baar clearly Rasool Allah ki is hikmati amal ko jo Sulah Hudaibiyah ki shakal mein milti hai, samjha aur Rasool Allah ke ghazwaat ke baray mein jo tajziya aap ne kiya, mein ne pehli baar aisa tajziya suna jo Sulah Hudaibiyah ko itna wazeh aur clear karta hai.</w:t>
      </w:r>
      <w:r>
        <w:br/>
      </w:r>
      <w:r>
        <w:rPr>
          <w:sz w:val="20"/>
        </w:rPr>
        <w:t>1:09:24  manfi soch ki jo baat aap ne batayi, woh bilkul durust hai.</w:t>
      </w:r>
      <w:r>
        <w:br/>
      </w:r>
      <w:r>
        <w:rPr>
          <w:sz w:val="20"/>
        </w:rPr>
        <w:t>1:09:29  khud mera yeh haal tha ke Al-Risala mission se judne se pehle nafrat aur adawat ki soch mein jeeta tha, kyunki Al-Risala mission ke ilawa jo kitabein Islami ki Islam ki tashreeh karti hain,</w:t>
      </w:r>
      <w:r>
        <w:br/>
      </w:r>
      <w:r>
        <w:rPr>
          <w:sz w:val="20"/>
        </w:rPr>
        <w:t>1:09:44  un mein yeh nafrat, adawat, sazish jaisi boli hoti hai. Allah ka shukar hai ke is ne mujhe is dal dal se nikala aur Al-Risala mission ki daryaft ke zariye misbat soch ki tofeeq di.</w:t>
      </w:r>
      <w:r>
        <w:br/>
      </w:r>
      <w:r>
        <w:rPr>
          <w:sz w:val="20"/>
        </w:rPr>
        <w:t>1:09:58  Allah aap ko sehat aur tandrusti de taake hum aap se zyada se zyada istifada kar sakein." Dekhiye bhai, ek baat ki wazahat karna chahta hoon ke yeh baat jo hai ke is musalmanon ki likhi hui kitabon mein nafrat ki baatein hain,</w:t>
      </w:r>
      <w:r>
        <w:br/>
      </w:r>
      <w:r>
        <w:rPr>
          <w:sz w:val="20"/>
        </w:rPr>
        <w:t>1:10:18  woh ek is ka matlab nahi ke pehle kitabein bhi aisi hua karti thi.</w:t>
      </w:r>
      <w:r>
        <w:br/>
      </w:r>
      <w:r>
        <w:rPr>
          <w:sz w:val="20"/>
        </w:rPr>
        <w:t>1:10:25  yaani musalmanon ki jo kitabein likhi gayi hain, is ke do period hain: ek yaani printing press ke baad, ek printing se pehle.</w:t>
      </w:r>
      <w:r>
        <w:br/>
      </w:r>
      <w:r>
        <w:rPr>
          <w:sz w:val="20"/>
        </w:rPr>
        <w:t>1:10:36  yaani pre printing aur post printing mein farq hai, agar aap mutala karein toh. toh</w:t>
      </w:r>
      <w:r>
        <w:br/>
      </w:r>
      <w:r>
        <w:rPr>
          <w:sz w:val="20"/>
        </w:rPr>
        <w:t>1:10:45  pre printing ke daur mein jo kitabein likhi gayi thi, woh is mein is tarah ki baatein nahi hain. lekin ek ek coincidence hai, coincidence ke jab press duniya mein aaya toh us waqt musalman Western power se,</w:t>
      </w:r>
      <w:r>
        <w:br/>
      </w:r>
      <w:r>
        <w:rPr>
          <w:sz w:val="20"/>
        </w:rPr>
        <w:t>1:10:59  yaani un ko magh</w:t>
      </w:r>
      <w:r>
        <w:br/>
      </w:r>
      <w:r>
        <w:rPr>
          <w:sz w:val="20"/>
        </w:rPr>
        <w:t>1:11:01  loob hue the. Western power jo hai, nikliya aur Africa aur Asia mein jo musalman hukumat thi, us ko unhon ne aur power kiya, un ko khatam kiya.</w:t>
      </w:r>
      <w:r>
        <w:br/>
      </w:r>
      <w:r>
        <w:rPr>
          <w:sz w:val="20"/>
        </w:rPr>
        <w:t>1:11:11  toh printing press ke sath sath aa gaya yeh mamla. toh musalman chunki nafrat mein mubtala the Western se, Western people se, yaani yeh ek yeh yeh asal mein phenomenon hai colonialism ka.</w:t>
      </w:r>
      <w:r>
        <w:br/>
      </w:r>
      <w:r>
        <w:rPr>
          <w:sz w:val="20"/>
        </w:rPr>
        <w:t>1:11:29  yeh nafrat,</w:t>
      </w:r>
      <w:r>
        <w:br/>
      </w:r>
      <w:r>
        <w:rPr>
          <w:sz w:val="20"/>
        </w:rPr>
        <w:t>1:11:31  nafrat jo hai, colonialism ka phenomenon hai. lekin chukiye coincidence-ly aisa hua tha ke isi waqt press bhi aaya, to us zamane mein jo cheezein likhi musalmanon ne, woh sab nafrat se bhar gayeen.</w:t>
      </w:r>
      <w:r>
        <w:br/>
      </w:r>
      <w:r>
        <w:rPr>
          <w:sz w:val="20"/>
        </w:rPr>
        <w:t>1:11:42  warna is se pehle jo kitabein likhi gayeen hain musalmanon ki, woh is mein aisa nahi hai. is is mein is mein is tarah ki nafrat nahi hai.</w:t>
      </w:r>
      <w:r>
        <w:br/>
      </w:r>
      <w:r>
        <w:rPr>
          <w:sz w:val="20"/>
        </w:rPr>
        <w:t>1:11:53  Maulana, Bangalore se sawal hai Maulana Inayatullah Umri ka.</w:t>
      </w:r>
      <w:r>
        <w:br/>
      </w:r>
      <w:r>
        <w:rPr>
          <w:sz w:val="20"/>
        </w:rPr>
        <w:t>1:11:57  Unhon ne likha hai: "Maulana, har aalim Quran ki taraf lautne ki dawat deta hai. Quran ke huqooq, Quran par amal, Quran se dawat, Quran ki iqamat, is mein confusion kahan hai?</w:t>
      </w:r>
      <w:r>
        <w:br/>
      </w:r>
      <w:r>
        <w:rPr>
          <w:sz w:val="20"/>
        </w:rPr>
        <w:t>1:12:12  Is ki wazahat karein."</w:t>
      </w:r>
      <w:r>
        <w:br/>
      </w:r>
      <w:r>
        <w:rPr>
          <w:sz w:val="20"/>
        </w:rPr>
        <w:t>1:12:18  Dekhiye, woh jo kehte hain, aap us ko yaani gehrai ke sath mutala kijiyee.</w:t>
      </w:r>
      <w:r>
        <w:br/>
      </w:r>
      <w:r>
        <w:rPr>
          <w:sz w:val="20"/>
        </w:rPr>
        <w:t>1:12:27  Gehrai ke sath. Jo main ne paya hai, woh yeh ke naam lete hain Quran ka, baat kehte hain apne jo apne mindset mein un ke hai.</w:t>
      </w:r>
      <w:r>
        <w:br/>
      </w:r>
      <w:r>
        <w:rPr>
          <w:sz w:val="20"/>
        </w:rPr>
        <w:t>1:12:36  Main ek misaal deta hoon ke Jamaat-e-Thanai bani to un ka jo parche nikalta tha, us ka naam tha "Tarjuma-e-Quran".</w:t>
      </w:r>
      <w:r>
        <w:br/>
      </w:r>
      <w:r>
        <w:rPr>
          <w:sz w:val="20"/>
        </w:rPr>
        <w:t>1:12:47  Tarjuma-e-Quran, yeh un ka organ tha.</w:t>
      </w:r>
      <w:r>
        <w:br/>
      </w:r>
      <w:r>
        <w:rPr>
          <w:sz w:val="20"/>
        </w:rPr>
        <w:t>1:12:50  Lekin unhon ne Quran ka sirf naam liya, apne nazariye ko Quran se nikal nikal ke us ko pesh karna shuru kar diya. Yaani unhon ne Islam ki political interpretation diya aur yeh bataya musalmanon ka mission ke musalmanon ka mission hai ke woh dunya bhar mein Islami hukumat qaim karein.</w:t>
      </w:r>
      <w:r>
        <w:br/>
      </w:r>
      <w:r>
        <w:rPr>
          <w:sz w:val="20"/>
        </w:rPr>
        <w:t>1:13:09  Yeh kahin bhi Quran mein nahi tha. Main ne is ko challenge kiya hai bar bar ke Quran mein kahan likha hai ke musalmanon ka mission yeh hai ke sari dunya mein woh Islam ki hukumat qaim karein.</w:t>
      </w:r>
      <w:r>
        <w:br/>
      </w:r>
      <w:r>
        <w:rPr>
          <w:sz w:val="20"/>
        </w:rPr>
        <w:t>1:13:20  To naam lete thay Quran ka, ab baat kehte thay apni</w:t>
      </w:r>
      <w:r>
        <w:br/>
      </w:r>
      <w:r>
        <w:rPr>
          <w:sz w:val="20"/>
        </w:rPr>
        <w:t>1:13:24  . Yeh hai masla. To yeh log Quran ka naam yeh baat sirf yeh na dekhiye ke Quran ka naam bhi le rahe hain. Woh yeh dekhiye, woh jo baat keh rahe hain, kya woh Quran se nikal rahi hai?</w:t>
      </w:r>
      <w:r>
        <w:br/>
      </w:r>
      <w:r>
        <w:rPr>
          <w:sz w:val="20"/>
        </w:rPr>
        <w:t>1:13:37  Yeh mat dekhiye sirf itna ke unhon ne naam liya hai Quran ka, balke yeh dekhiye ke kya woh baat sach mein nikal rahi hai?</w:t>
      </w:r>
      <w:r>
        <w:br/>
      </w:r>
      <w:r>
        <w:rPr>
          <w:sz w:val="20"/>
        </w:rPr>
        <w:t>1:13:47  To apne khud sakhta yaani jo unhon ne khud se ek tasawwur bana rakha hai, baat to chalate hain, woh hawala dete hain Quran ka aur hadith ka.</w:t>
      </w:r>
      <w:r>
        <w:br/>
      </w:r>
      <w:r>
        <w:rPr>
          <w:sz w:val="20"/>
        </w:rPr>
        <w:t>1:14:00  Yeh bohat zyada kar rahe hain yeh log. Aap jab is aitbar se tajziya karenge to aap samajh jayenge ke yeh yeh kafi nahi hai.</w:t>
      </w:r>
      <w:r>
        <w:br/>
      </w:r>
      <w:r>
        <w:rPr>
          <w:sz w:val="20"/>
        </w:rPr>
        <w:t>1:14:12  Yeh yeh doosri qaumein bhi yahi karti hain, Yahood bhi yahi karte</w:t>
      </w:r>
      <w:r>
        <w:br/>
      </w:r>
      <w:r>
        <w:rPr>
          <w:sz w:val="20"/>
        </w:rPr>
        <w:t>1:14:16  thay ke naam lete thay Bible ka, lekin chalate thay apni khwahishein. Yeh is ko main kahoon ke yeh exploitation.</w:t>
      </w:r>
      <w:r>
        <w:br/>
      </w:r>
      <w:r>
        <w:rPr>
          <w:sz w:val="20"/>
        </w:rPr>
        <w:t>1:14:25  Yeh sab exploitation karte hain. Jab tak aap is ko gehrai ke sath mutala kar ke yeh na payein ke waqeatan yahi Quran mein likha hua hai, tab tak aap is ko na maniye.</w:t>
      </w:r>
      <w:r>
        <w:br/>
      </w:r>
      <w:r>
        <w:rPr>
          <w:sz w:val="20"/>
        </w:rPr>
        <w:t>1:14:40  Maulana, agla sawal Raichur se hai Zahiruddin Sahab ka.</w:t>
      </w:r>
      <w:r>
        <w:br/>
      </w:r>
      <w:r>
        <w:rPr>
          <w:sz w:val="20"/>
        </w:rPr>
        <w:t>1:14:45  Unhon ne likha hai: "Quran ki aayaton mein naasikh woh aur mansookh ka usool ulama ne kahan se banaya? Is ke baray mein batayein." Dekhiye, main nahi manta is ko.</w:t>
      </w:r>
      <w:r>
        <w:br/>
      </w:r>
      <w:r>
        <w:rPr>
          <w:sz w:val="20"/>
        </w:rPr>
        <w:t>1:14:57  Ek bhi ek bhi naskh nahi manta main. Aur Quran mein jo naskh ki ayat aayi hai, woh Quran ke baray mein nahi hai, woh pichli kitab ke baray mein hai.</w:t>
      </w:r>
      <w:r>
        <w:br/>
      </w:r>
      <w:r>
        <w:rPr>
          <w:sz w:val="20"/>
        </w:rPr>
        <w:t>1:15:09  Is par main likh chuka hoon Al-Risala mein ke naskh ek bhi naskh mein nahi manta. Aur yeh ek ek ilmi masla hai.</w:t>
      </w:r>
      <w:r>
        <w:br/>
      </w:r>
      <w:r>
        <w:rPr>
          <w:sz w:val="20"/>
        </w:rPr>
        <w:t>1:15:19  Agar aap janna chahte hon to mera mazmoon aap parh sakte hain, jo chhap jo chhap chuka hai is mein. Maulana, agla sawal Chennai se hai Maulana Iqbal Umri ka.</w:t>
      </w:r>
    </w:p>
    <w:p>
      <w:pPr>
        <w:pStyle w:val="Heading2"/>
      </w:pPr>
      <w:r>
        <w:t>Why do lovers of Prophet show unmercy</w:t>
      </w:r>
    </w:p>
    <w:p>
      <w:r>
        <w:rPr>
          <w:color w:val="666666"/>
          <w:sz w:val="18"/>
        </w:rPr>
        <w:t>Seerah &amp; Prophet · The Issue of Shatm-e-Rasool (Abuse of the Prophet) December 19, 2021 Prof. Farida Khanam · 11m 54s · at 1:04:59 · https://youtu.be/ExQS_PHirUc?t=3899</w:t>
      </w:r>
    </w:p>
    <w:p>
      <w:r>
        <w:rPr>
          <w:i/>
        </w:rPr>
        <w:t>“All Muslims consider the Prophet as mercy for the worlds, but those who claim love for the Prophet adopt unmerciful behavior. Why is that? What is the real reason? Please explain.”</w:t>
      </w:r>
    </w:p>
    <w:p>
      <w:r>
        <w:rPr>
          <w:sz w:val="20"/>
        </w:rPr>
        <w:t>1:04:59  apa yeh ek ah sawal bheja hai Maulana Iqbal Umri ne Chennai se. unhon ne likha hai ke Rasool Allah ko sab musalman rehmatulilalameen mante hain, magar mohabbat rasool ka dawa karne wale ghair rahmana sulook kyun apnaye hue hain?</w:t>
      </w:r>
      <w:r>
        <w:br/>
      </w:r>
      <w:r>
        <w:rPr>
          <w:sz w:val="20"/>
        </w:rPr>
        <w:t>1:05:19  is ki asal wajah kya hai? is ke baray mein batayen.</w:t>
      </w:r>
      <w:r>
        <w:br/>
      </w:r>
      <w:r>
        <w:rPr>
          <w:sz w:val="20"/>
        </w:rPr>
        <w:t>1:05:27  is ki wajah yeh hai ke musalmanon ne deen ko spirit ke aitbar se nahi liya, zahir ke ait</w:t>
      </w:r>
      <w:r>
        <w:br/>
      </w:r>
      <w:r>
        <w:rPr>
          <w:sz w:val="20"/>
        </w:rPr>
        <w:t>1:05:33  bar se liya. zahir mein kya hota hai ke ah namaz mein hath paon ko phaila kar rakho, hata kar rakho, seenay par hath bandho, pait ke naaf ke neeche hath bandho, yeh sab cheezein zahir mein hain.</w:t>
      </w:r>
      <w:r>
        <w:br/>
      </w:r>
      <w:r>
        <w:rPr>
          <w:sz w:val="20"/>
        </w:rPr>
        <w:t>1:05:44  to musalmanon ne deen ko is aitbar se liya hai, woh spirit ke aitbar se lete hain ke Allah se mohabbat karna, insaan ke sath khair khwahi karni hai, ah jannat ki khwahish karni hai, taqwa ikhtiyar karna hai.</w:t>
      </w:r>
      <w:r>
        <w:br/>
      </w:r>
      <w:r>
        <w:rPr>
          <w:sz w:val="20"/>
        </w:rPr>
        <w:t>1:05:54  to yeh cheezein nahi aati. to Rasool Allah sallallahu alaihi wasallam rehmatulilalameen hain, lekin musalmanon ne rehmatulilalameen ke amal mein se jo zahir hissa tha, us ko ikhtiyar kiya, aur woh bhi is interpretation par jo fuqaha ne kiya tha.</w:t>
      </w:r>
      <w:r>
        <w:br/>
      </w:r>
      <w:r>
        <w:rPr>
          <w:sz w:val="20"/>
        </w:rPr>
        <w:t>1:06:07  is</w:t>
      </w:r>
      <w:r>
        <w:br/>
      </w:r>
      <w:r>
        <w:rPr>
          <w:sz w:val="20"/>
        </w:rPr>
        <w:t>1:06:08  buniyad par kiya woh amal jo kar rahe hain, woh ghair rehmat, ghair rehmat wala amal hai. asal mein wohi well wishing zaroori hai.</w:t>
      </w:r>
      <w:r>
        <w:br/>
      </w:r>
      <w:r>
        <w:rPr>
          <w:sz w:val="20"/>
        </w:rPr>
        <w:t>1:06:18  hum doosron ke jab tak well wisher nahi banenge, to yeh rehmat ki baatein jo hain, yeh samajh mein hi nahi ayengi. to aaj musalmanon ko samajh mein nahi aa raha hai.</w:t>
      </w:r>
      <w:r>
        <w:br/>
      </w:r>
      <w:r>
        <w:rPr>
          <w:sz w:val="20"/>
        </w:rPr>
        <w:t>1:06:27  pehle sab se pehle un se mohabbat karni hai, un ke well wisher banne hain, un ka naseeh banna hai, aur yeh sochna hai ke Khuda hum se kya chahta hai.</w:t>
      </w:r>
      <w:r>
        <w:br/>
      </w:r>
      <w:r>
        <w:rPr>
          <w:sz w:val="20"/>
        </w:rPr>
        <w:t>1:06:37  to wohi jaise aap ne bataya hai ke woh bilkul form par amal kar ke woh samajhte hain sab kuch ho gaya. form par hum thori form to jabhi important hai, jab spirit us ke andar ho.</w:t>
      </w:r>
      <w:r>
        <w:br/>
      </w:r>
      <w:r>
        <w:rPr>
          <w:sz w:val="20"/>
        </w:rPr>
        <w:t>1:06:49  agar spirit nahi hai to form ki koi importance nahi hai. to is tarah se humein woh culture develop karna parega, aur apni deconditioning karni paregi.</w:t>
      </w:r>
      <w:r>
        <w:br/>
      </w:r>
      <w:r>
        <w:rPr>
          <w:sz w:val="20"/>
        </w:rPr>
        <w:t>1:07:01  tabhi hum baaton ko gehrai se samajh sakte hain, aur aur Rasool ke uswa par amal kar sakte hain. apa yeh do sawal hain jo almost similar hain.</w:t>
      </w:r>
      <w:r>
        <w:br/>
      </w:r>
      <w:r>
        <w:rPr>
          <w:sz w:val="20"/>
        </w:rPr>
        <w:t>1:07:11  main yeh parhna chahunga. ek Imran Ahmed sahib ne Delhi se likha hai, ah unhon ne likha hai: "jazak Allah apa" ah aaj ke bayan ke liye.</w:t>
      </w:r>
      <w:r>
        <w:br/>
      </w:r>
      <w:r>
        <w:rPr>
          <w:sz w:val="20"/>
        </w:rPr>
        <w:t>1:07:24  ah phir unhon ne likha hai ke: "the violence that is happening today is because Muslims live in the glory of their past and try to regain the glory that was snatched away from their own deficiencies and the conspiracies of others.</w:t>
      </w:r>
      <w:r>
        <w:br/>
      </w:r>
      <w:r>
        <w:rPr>
          <w:sz w:val="20"/>
        </w:rPr>
        <w:t>1:07:40  to regain such glory, the Quran and Hadith have been interpreted politically. The same is the issue of the prophet,</w:t>
      </w:r>
      <w:r>
        <w:br/>
      </w:r>
      <w:r>
        <w:rPr>
          <w:sz w:val="20"/>
        </w:rPr>
        <w:t>1:07:49  that too was made by the jurists during the time of the glory of the past, which is totally unislamic. what are your views on it?" aur Basit sahib ne ah Delhi se likha hai: "what is the politics behind ignoring all the proof against punishing someone who engages in blasphemy?"</w:t>
      </w:r>
      <w:r>
        <w:br/>
      </w:r>
      <w:r>
        <w:rPr>
          <w:sz w:val="20"/>
        </w:rPr>
        <w:t>1:08:14  yeh past glory wala jo hai, yeh bohat hi important baat hai. hmm, kyunke musalman abhi tak past glory mein jee rahe hain. woh samajhte hain ke jab tak hamare pas political power nahi hoga, tab tak hamare hamara jo hai,</w:t>
      </w:r>
      <w:r>
        <w:br/>
      </w:r>
      <w:r>
        <w:rPr>
          <w:sz w:val="20"/>
        </w:rPr>
        <w:t>1:08:28  humein kuch nahi mila hua hai. halankay zamanah badal gaya. yahi hai ke un ko zamanay ko samajhna parega. ab zamanah badal gaya.</w:t>
      </w:r>
      <w:r>
        <w:br/>
      </w:r>
      <w:r>
        <w:rPr>
          <w:sz w:val="20"/>
        </w:rPr>
        <w:t>1:08:37  baghair power ke, baghair iqtidaar ke, hum sab kuch hasil kar sakte hain.</w:t>
      </w:r>
      <w:r>
        <w:br/>
      </w:r>
      <w:r>
        <w:rPr>
          <w:sz w:val="20"/>
        </w:rPr>
        <w:t>1:08:42  pehla zamanah jo tha na, woh agriculture age tha. to is mein jis ke pas power hota tha, usi ke pas sab kuch hota tha. aaj to power jo hai, political power, jaise Maulana sahib ne kaha ke woh sirf woh ek administration hai.</w:t>
      </w:r>
      <w:r>
        <w:br/>
      </w:r>
      <w:r>
        <w:rPr>
          <w:sz w:val="20"/>
        </w:rPr>
        <w:t>1:08:59  aur Europe, America wale mein yahi lafz use kiya jata hai: administration. aur tamam rastay jo hain, woh khul gaye hain. to humein zamanay ko samajhna parega.</w:t>
      </w:r>
      <w:r>
        <w:br/>
      </w:r>
      <w:r>
        <w:rPr>
          <w:sz w:val="20"/>
        </w:rPr>
        <w:t>1:09:10  jisko kaha gaya ke paighambar aseer zamana hota hai, to zamane ko samajhna parega, aur uske mutabiq tayari karni paregi.</w:t>
      </w:r>
      <w:r>
        <w:br/>
      </w:r>
      <w:r>
        <w:rPr>
          <w:sz w:val="20"/>
        </w:rPr>
        <w:t>1:09:20  tamam progress and development hum hasil kar sakte hain zamane ko samajh kar. kyunke aaj jo sari opportunities khul gayi hain na, wo pehle nahi theen.</w:t>
      </w:r>
      <w:r>
        <w:br/>
      </w:r>
      <w:r>
        <w:rPr>
          <w:sz w:val="20"/>
        </w:rPr>
        <w:t>1:09:30  to yahi log nahi samajh rahe hain. isko agar jis din wo samajh lenge, us din unko lagega ke political power ho ya na ho,</w:t>
      </w:r>
      <w:r>
        <w:br/>
      </w:r>
      <w:r>
        <w:rPr>
          <w:sz w:val="20"/>
        </w:rPr>
        <w:t>1:09:38  har halat mein unko tamam opportunities available hain, dunya ki taraqqi ke liye bhi, aur deen ke liye bhi. basit sahib ka ah apa unka sawal tha ke: "what is the politics behind ignoring all the proof against punishing someone who engages in blasphemy?"</w:t>
      </w:r>
      <w:r>
        <w:br/>
      </w:r>
      <w:r>
        <w:rPr>
          <w:sz w:val="20"/>
        </w:rPr>
        <w:t>1:10:02  aaj kal yahi har jagah ho raha hai ke bas we and they concept itna develop ho gaya hai ke jab hamare log kuch bhi karen, wo sab maaf hai.</w:t>
      </w:r>
      <w:r>
        <w:br/>
      </w:r>
      <w:r>
        <w:rPr>
          <w:sz w:val="20"/>
        </w:rPr>
        <w:t>1:10:12  to wo isko kuch samajhte hi nahi, kyunke wo samajhte hain dunya ko unhone dushman aur dost mein bant rakha hai. to jab dushman ke khilaf kuch bhi kiya jaye, to jo wo karta hai, wo ye nahi dekhte ke islam kya keh raha hai.</w:t>
      </w:r>
      <w:r>
        <w:br/>
      </w:r>
      <w:r>
        <w:rPr>
          <w:sz w:val="20"/>
        </w:rPr>
        <w:t>1:10:28  rasool Allah salallahu alaihi wasallam ka uswa hamein kya bata raha hai? wo bas ye dekh rahe hain ke dushman ke khilaf kuch bhi kiya jaye,</w:t>
      </w:r>
      <w:r>
        <w:br/>
      </w:r>
      <w:r>
        <w:rPr>
          <w:sz w:val="20"/>
        </w:rPr>
        <w:t>1:10:36  wo unko theek lagta hai. isko wo hero bana dete hain. to abhi jo hamare parosi mulk mein hua ke wo jisne bhi wo bank ke manager ko qatal kiya, ah sri lankan ko ek qatal kiya, ek pagal ko qatal kiya, jo ye karta hai na, usko hero bana dete hain.</w:t>
      </w:r>
      <w:r>
        <w:br/>
      </w:r>
      <w:r>
        <w:rPr>
          <w:sz w:val="20"/>
        </w:rPr>
        <w:t>1:10:55  uswa kyunke samajhte hain ke ah isko aisa le lete hain ke unko aisa lagta hai ke sari dunya hamari dushman hai.</w:t>
      </w:r>
      <w:r>
        <w:br/>
      </w:r>
      <w:r>
        <w:rPr>
          <w:sz w:val="20"/>
        </w:rPr>
        <w:t>1:11:04  to wo wo unka ek mizaj ban gaya, unki soch ban gayi hai. to ye soch unko apni durust karni paregi, kyunke sab se zyada jo hai, wo thinking level par hota hai.</w:t>
      </w:r>
      <w:r>
        <w:br/>
      </w:r>
      <w:r>
        <w:rPr>
          <w:sz w:val="20"/>
        </w:rPr>
        <w:t>1:11:15  apni deconditioning karni paregi ke koi hamara dushman nahi hai, sab hamare dost hain, aur kuch koi actual dost hai, koi potential dost hai.</w:t>
      </w:r>
      <w:r>
        <w:br/>
      </w:r>
      <w:r>
        <w:rPr>
          <w:sz w:val="20"/>
        </w:rPr>
        <w:t>1:11:25  to hamara jaisa unke sath hum jaisa amal karenge, waise hi hamein uska return milega.</w:t>
      </w:r>
      <w:r>
        <w:br/>
      </w:r>
      <w:r>
        <w:rPr>
          <w:sz w:val="20"/>
        </w:rPr>
        <w:t>1:11:33  ye asal mein hum ko samajhna hoga ke ulama ne jo itna sara kiya, asal mein hota kya hai ke awam ki bheed jo ikhatti hoti hai, wo hoti hai ke aap isko koi sensitive issue dein, tab hota hai.</w:t>
      </w:r>
      <w:r>
        <w:br/>
      </w:r>
      <w:r>
        <w:rPr>
          <w:sz w:val="20"/>
        </w:rPr>
        <w:t>1:11:45  ulama ne wahan par Pakistan mein bohat hi sensitive issue hai. even yahan hai ke ek news maine padhi thi ke wahan par ek metro station ka naam rakh diya: "khatm e nabuwat".</w:t>
      </w:r>
      <w:r>
        <w:br/>
      </w:r>
      <w:r>
        <w:rPr>
          <w:sz w:val="20"/>
        </w:rPr>
        <w:t>1:11:54  naam rakh diya: "khatm e nabuwat". to itna sensitive issue hai.</w:t>
      </w:r>
      <w:r>
        <w:br/>
      </w:r>
      <w:r>
        <w:rPr>
          <w:sz w:val="20"/>
        </w:rPr>
        <w:t>1:11:57  to ulama ne bheed ikhatti karne ke liye inko exploit kiya. ye inko samajhna hoga, warna rasool Allah salallahu alaihi wasallam ka khayal jitna ek musalman rakh sakta hai, us se hazar guna, lakh guna zyada khair Allah taala rakhta hai.</w:t>
      </w:r>
      <w:r>
        <w:br/>
      </w:r>
      <w:r>
        <w:rPr>
          <w:sz w:val="20"/>
        </w:rPr>
        <w:t>1:12:09  ek waqia hai Quran mein ke rasool Allah salallahu alaihi wasallam ke zamane mein rasool Allah salallahu alaihi wasallam ki shadi hi wali mehma hui. kuch sahaba is mein se thodi der ruk gaye.</w:t>
      </w:r>
      <w:r>
        <w:br/>
      </w:r>
      <w:r>
        <w:rPr>
          <w:sz w:val="20"/>
        </w:rPr>
        <w:t>1:12:18  is se rasool Allah salallahu alaihi wasallam ko takleef hui. to rasool Allah salallahu alaihi wasallam ne lekin kuch nahi kiya. Allah taala ne foran ek ayat nazil kar di. bas itna thoda sa waqia tha, us par ayat nazil kar di.</w:t>
      </w:r>
      <w:r>
        <w:br/>
      </w:r>
      <w:r>
        <w:rPr>
          <w:sz w:val="20"/>
        </w:rPr>
        <w:t>1:12:27  to itna bada waqia hota hai ke har din rasool Allah salallahu alaihi wasallam ko bura bhala kaha jata tha. agar wo qatal ya khatm e rasool ka koi qanoon nazil karna hota, zaroor Allah taala us par koi qanoon nazil kar deta, Quran ke andar nazil kar deta.</w:t>
      </w:r>
      <w:r>
        <w:br/>
      </w:r>
      <w:r>
        <w:rPr>
          <w:sz w:val="20"/>
        </w:rPr>
        <w:t>1:12:40  magar hum dekhte hain ke aisa koi qanoon hi nahi. ah fiqh muqaran ya compare fiqh ki kitab hai: "bidayat al mujtahid". is mein teen char cheezein batayi gayi hain ke capital punishment mein hain.</w:t>
      </w:r>
      <w:r>
        <w:br/>
      </w:r>
      <w:r>
        <w:rPr>
          <w:sz w:val="20"/>
        </w:rPr>
        <w:t>1:12:49  is mein se iska zikr hi nahi hai. fuqaha ne isko zikr nahi kiya hai. agar apni taraf se baad mein ye kiya, lekin jo ah early islam mein jo fiqh develop hui thi, tabieen ke daur mein ya ek sahaba ke daur mein, is mein ye sab cheezein nahi theen.</w:t>
      </w:r>
      <w:r>
        <w:br/>
      </w:r>
      <w:r>
        <w:rPr>
          <w:sz w:val="20"/>
        </w:rPr>
        <w:t>1:13:03  to is se maloom hota hai ke ye ah musalman exploit ho rahe hain is ke naam par. in se bachein</w:t>
      </w:r>
      <w:r>
        <w:br/>
      </w:r>
      <w:r>
        <w:rPr>
          <w:sz w:val="20"/>
        </w:rPr>
        <w:t>1:13:09  aur sahi islam jo isko represent karen, to Allah taala ah ki ke ke raste par chalna haan hoga. ah ye aakhri sawal hai aap ka.</w:t>
      </w:r>
      <w:r>
        <w:br/>
      </w:r>
      <w:r>
        <w:rPr>
          <w:sz w:val="20"/>
        </w:rPr>
        <w:t>1:13:21  ye bheja hai abdul rehman sahib ne dilli se. unhone likha hai: "there are speakers who refer to a hadith where prophet said that you won't be a momin unless or until you love me more than you love your parents."</w:t>
      </w:r>
      <w:r>
        <w:br/>
      </w:r>
      <w:r>
        <w:rPr>
          <w:sz w:val="20"/>
        </w:rPr>
        <w:t>1:13:38  then these people say that when we cannot tolerate anyone abusing our parents, then how can we tolerate anyone disrespecting our prophet?</w:t>
      </w:r>
      <w:r>
        <w:br/>
      </w:r>
      <w:r>
        <w:rPr>
          <w:sz w:val="20"/>
        </w:rPr>
        <w:t>1:13:48  aapa what are your comments on this? yeh sab to ghar mein yeh sab waqiat hotay hi rehtay hain. to hum is ko samjhayein gay, is ko naseehat karein gay, is ko marein gay thori.</w:t>
      </w:r>
      <w:r>
        <w:br/>
      </w:r>
      <w:r>
        <w:rPr>
          <w:sz w:val="20"/>
        </w:rPr>
        <w:t>1:14:01  to yeh sab waqiat to hotay hi</w:t>
      </w:r>
      <w:r>
        <w:br/>
      </w:r>
      <w:r>
        <w:rPr>
          <w:sz w:val="20"/>
        </w:rPr>
        <w:t>1:14:03  rehtay hain. is ko hum samjhayein, is ko hum rasool Allah sal Allah alayh wasalam ke waqiat batayein, is ko hum kitaab dein parhnay ke liye. agar hum ko lagta hai ke is ne ghalt baat kahi hai, to marna, violence ka use karna ghalt hai.</w:t>
      </w:r>
      <w:r>
        <w:br/>
      </w:r>
      <w:r>
        <w:rPr>
          <w:sz w:val="20"/>
        </w:rPr>
        <w:t>1:14:17  is ko samjhana, is ko aur is ko is se baat cheet karna, is se dialogue karna, yeh thori ghalt hai. to</w:t>
      </w:r>
      <w:r>
        <w:br/>
      </w:r>
      <w:r>
        <w:rPr>
          <w:sz w:val="20"/>
        </w:rPr>
        <w:t>1:14:24  jaisay hum ghar mein hotay rehtay hain, bhai bhaiyon behnon mein ghar mein hotay rehtay hain, to hum koi martay hain, is ko samjhatay hain ke aisa nahin.</w:t>
      </w:r>
      <w:r>
        <w:br/>
      </w:r>
      <w:r>
        <w:rPr>
          <w:sz w:val="20"/>
        </w:rPr>
        <w:t>1:14:33  bachon ko samjhatay hain, aisa nahin karna chahiye. to tamam insanon ko hum ko aisay hi samajhna hai jaisay hum apni family member ko samajhtay hain.</w:t>
      </w:r>
      <w:r>
        <w:br/>
      </w:r>
      <w:r>
        <w:rPr>
          <w:sz w:val="20"/>
        </w:rPr>
        <w:t>1:14:42  agar woh family member aisay samajhnay lagein gay, to yeh to masla hi khatam ho jaye ga. kaun apnay bhai behan ko maar dalta hai ke tum ne humain baap mere maa baap ko aisa kyun keh diya?</w:t>
      </w:r>
      <w:r>
        <w:br/>
      </w:r>
      <w:r>
        <w:rPr>
          <w:sz w:val="20"/>
        </w:rPr>
        <w:t>1:14:52  to yeh to khud hi argument jo hai, is ke khilaf jata hai. is mein aik aur cheez mein add karna chahoon ga, chounkay mohabbat ki baat aa gayi ke rasool Allah sal Allah alayh wasalam se mohabbat kartay hain, to yeh hamesha yaad rakhna chahiye ke arabi ka aik shair hai: "in al muhibbu lima yuhibbu yutee" ke mohabbat karnay wala us ki itaa'at karta hai jis se woh mohabbat karta hai.</w:t>
      </w:r>
      <w:r>
        <w:br/>
      </w:r>
      <w:r>
        <w:rPr>
          <w:sz w:val="20"/>
        </w:rPr>
        <w:t>1:15:14  to hum ko yeh dekhna chahiye, agar hum mohabbat kar rahay hain rasool Allah sal Allah alayh wasalam se, to is mein aap ka model kya tha? agar hum is model ke mutabiq chaltay hain, to hum ne mohabbat kiya, aur agar model ke mutabiq chaltay hain, to hum ne mohabbat ka dawa kiya, lekin amal woh kiya jo hamaray wam mein tha, hamari khwahish mein tha.</w:t>
      </w:r>
      <w:r>
        <w:br/>
      </w:r>
      <w:r>
        <w:rPr>
          <w:sz w:val="20"/>
        </w:rPr>
        <w:t>1:15:30  to yeh farq hum ko karna chahiye. hum mohabbat ka dawa kartay hain, lekin hum jo bless fami ke mamlay mein jo amal kartay hain, woh rasool Allah sal Allah alayh wasalam ka uswa nahin hai, woh hamara wam hai.</w:t>
      </w:r>
      <w:r>
        <w:br/>
      </w:r>
      <w:r>
        <w:rPr>
          <w:sz w:val="20"/>
        </w:rPr>
        <w:t>1:15:41  as a whole muslim samaj, yeh hamari khwahish hai, apni khwahish hai, rasool Allah sal Allah alayh wasalam ka tareeqa nahin hai. bohat sahi baat hai ke yeh to mohabbat ka taqaza hai ke hum aap ke uswa par chalein.</w:t>
      </w:r>
      <w:r>
        <w:br/>
      </w:r>
      <w:r>
        <w:rPr>
          <w:sz w:val="20"/>
        </w:rPr>
        <w:t>1:15:54  okay, so we will end the session now. thank you.</w:t>
      </w:r>
    </w:p>
    <w:p>
      <w:pPr>
        <w:pStyle w:val="Heading2"/>
      </w:pPr>
      <w:r>
        <w:t>Advice for victims of communalism</w:t>
      </w:r>
    </w:p>
    <w:p>
      <w:r>
        <w:rPr>
          <w:color w:val="666666"/>
          <w:sz w:val="18"/>
        </w:rPr>
        <w:t>Society &amp; Dawah · Discovery of Paradise March 22, 2015 · 6m 48s · at 1:05:46 · https://youtu.be/2axrfd7sZkE?t=3946</w:t>
      </w:r>
    </w:p>
    <w:p>
      <w:r>
        <w:rPr>
          <w:i/>
        </w:rPr>
        <w:t>“There is an increase of communalism these days. What is your advice to all those who have become victims of this communalism?”</w:t>
      </w:r>
    </w:p>
    <w:p>
      <w:r>
        <w:rPr>
          <w:sz w:val="20"/>
        </w:rPr>
        <w:t>1:05:46  maulana, agla sawal pune se kya hai imran sahib ne, aur unhon ne likha hai ke: "maulana, there is an increase of communalism these days.</w:t>
      </w:r>
      <w:r>
        <w:br/>
      </w:r>
      <w:r>
        <w:rPr>
          <w:sz w:val="20"/>
        </w:rPr>
        <w:t>1:05:58  what is your advice to all those who have become victims of this communalism?"</w:t>
      </w:r>
      <w:r>
        <w:br/>
      </w:r>
      <w:r>
        <w:rPr>
          <w:sz w:val="20"/>
        </w:rPr>
        <w:t>1:06:09  dekhen, yeh to poori tareekh mein raha hai. mein samajhta hoon ke iblis ne jo challenge diya tha ke: "la tajzi akthar shakin", allah taala ne jo kaha tha ke tu akthar logon ko shukr karne wala hi payega.</w:t>
      </w:r>
      <w:r>
        <w:br/>
      </w:r>
      <w:r>
        <w:rPr>
          <w:sz w:val="20"/>
        </w:rPr>
        <w:t>1:06:25  communalism kya hai? yeh nashukri hai. communalism kya hai? ek nashukri hai.</w:t>
      </w:r>
      <w:r>
        <w:br/>
      </w:r>
      <w:r>
        <w:rPr>
          <w:sz w:val="20"/>
        </w:rPr>
        <w:t>1:06:34  misalan isi jahan mein rehta hoon, norman west mein, ek sahib jo yahan par rehte hain, un ki kothi hai yahan par, woh mujh se mile aur lage yani kamre mein baaten karne lage ke musalmanon ke sath description hota hai, musalmanon par zulm hota hai, musalmanon ke khilaf conspiracy kiya aati hai?</w:t>
      </w:r>
      <w:r>
        <w:br/>
      </w:r>
      <w:r>
        <w:rPr>
          <w:sz w:val="20"/>
        </w:rPr>
        <w:t>1:06:55  kya kya aati hai?</w:t>
      </w:r>
      <w:r>
        <w:br/>
      </w:r>
      <w:r>
        <w:rPr>
          <w:sz w:val="20"/>
        </w:rPr>
        <w:t>1:06:56  to maine kaha ke aap jahan hain, netherland west mein, yeh khud aap ki tardeed kar raha hai kyunke azadi ke baad, 1947 ke baad, jab yeh colony bani thi to ek hindu colony thi.</w:t>
      </w:r>
      <w:r>
        <w:br/>
      </w:r>
      <w:r>
        <w:rPr>
          <w:sz w:val="20"/>
        </w:rPr>
        <w:t>1:07:11  sare hindu hindu the yahan par kyunke basically yeh bani thi shehriyon ke liye. aaj yahan zyada tar musalman hain, musalman hain. to with that discrimination, yeh poore poore india mein yahi baat har jagah hai.</w:t>
      </w:r>
      <w:r>
        <w:br/>
      </w:r>
      <w:r>
        <w:rPr>
          <w:sz w:val="20"/>
        </w:rPr>
        <w:t>1:07:27  kahin bhi ja kar dekhen aap. misalan jab mein gaya tha shuru mein hyderabad pehli bar to wahan maine dekha ke wahan railway train se gaya tha mein to train ke bahar jab mein nikla, is is station ke bahar mein nikla to sab rickshaw wale khade hue the.</w:t>
      </w:r>
      <w:r>
        <w:br/>
      </w:r>
      <w:r>
        <w:rPr>
          <w:sz w:val="20"/>
        </w:rPr>
        <w:t>1:07:45  woh rickshaw wale sab zyada tar musalman the.</w:t>
      </w:r>
      <w:r>
        <w:br/>
      </w:r>
      <w:r>
        <w:rPr>
          <w:sz w:val="20"/>
        </w:rPr>
        <w:t>1:07:48  ab mein jata hoon to wahan sab carain khari hui, ab caron ke dhair hain wahan par, woh sab musalman hotay hain.</w:t>
      </w:r>
      <w:r>
        <w:br/>
      </w:r>
      <w:r>
        <w:rPr>
          <w:sz w:val="20"/>
        </w:rPr>
        <w:t>1:07:58  to jo jo musalman 1947 ke baad wahan par rickshaw chala rahay thay, aaj woh carain chala rahay hain.</w:t>
      </w:r>
      <w:r>
        <w:br/>
      </w:r>
      <w:r>
        <w:rPr>
          <w:sz w:val="20"/>
        </w:rPr>
        <w:t>1:08:09  to yeh to yani blindness ki baat hai. mere khayal se India ke jis maqam par jayen, mein khud apnay gaon mein gaya, jo hamara gaon hai UP mein, to shuru mein jo wahan gaon ka haal tha, aaj us se far better hai.</w:t>
      </w:r>
      <w:r>
        <w:br/>
      </w:r>
      <w:r>
        <w:rPr>
          <w:sz w:val="20"/>
        </w:rPr>
        <w:t>1:08:26  aaj wahan bijli hai, telephone hai, school hai, pul hai, aur naye tareeqay se log caste kar rahay hain.</w:t>
      </w:r>
      <w:r>
        <w:br/>
      </w:r>
      <w:r>
        <w:rPr>
          <w:sz w:val="20"/>
        </w:rPr>
        <w:t>1:08:34  har cheez mein taraqqi hui hai. to yeh to farzi baaten hain. yeh sab to communalism jo hai, woh haqeeqat mein nashukri ki wajah se aata hai.</w:t>
      </w:r>
      <w:r>
        <w:br/>
      </w:r>
      <w:r>
        <w:rPr>
          <w:sz w:val="20"/>
        </w:rPr>
        <w:t>1:08:44  yani shaitan ne kya kiya hai ke 99 item jo achhay hain, us ko bhulata hai. aik item agar kuch ho to us ko khoob yaad dilayega.</w:t>
      </w:r>
      <w:r>
        <w:br/>
      </w:r>
      <w:r>
        <w:rPr>
          <w:sz w:val="20"/>
        </w:rPr>
        <w:t>1:09:00  misalan jin se mujhe baat hui thi, unhon ne kaha ke aur Babri Masjid ko hum kaise bhula denge? to bas isi item ko shaitan ko dimagh mein dali hui hai.</w:t>
      </w:r>
      <w:r>
        <w:br/>
      </w:r>
      <w:r>
        <w:rPr>
          <w:sz w:val="20"/>
        </w:rPr>
        <w:t>1:09:10  yani aik item ko dale hue hain aur 99 item ko bhulaye hue hain. isi ka naam nashukri hai. to communalism jo us waqt dunya mein, India mein hai, woh haqeeqat mein nature clear hai.</w:t>
      </w:r>
      <w:r>
        <w:br/>
      </w:r>
      <w:r>
        <w:rPr>
          <w:sz w:val="20"/>
        </w:rPr>
        <w:t>1:09:24  aisay America mein kya hai?</w:t>
      </w:r>
      <w:r>
        <w:br/>
      </w:r>
      <w:r>
        <w:rPr>
          <w:sz w:val="20"/>
        </w:rPr>
        <w:t>1:09:26  America mein aik sahab lagay baaten karne ke, hamaray khilaf description bhi kiya jata hai aur excise hoti hai. to mein ne un se poocha ke aap ke aap jis mulk se aaye hain, wahan aap ke baap dada ki jo halat thi, aaj aaj aap ki kaisi hai?</w:t>
      </w:r>
      <w:r>
        <w:br/>
      </w:r>
      <w:r>
        <w:rPr>
          <w:sz w:val="20"/>
        </w:rPr>
        <w:t>1:09:43  to unhon ne kaha ke mujh se bohat behtar hai. to phir mein ne kaha ke kahan ustad is kaam kar rahi hai?</w:t>
      </w:r>
      <w:r>
        <w:br/>
      </w:r>
      <w:r>
        <w:rPr>
          <w:sz w:val="20"/>
        </w:rPr>
        <w:t>1:09:49  har jagah yeh qissa hai ke shaitan ne logon ko yeh kar rakha hai ke 99 percent item jo behtar hain, us ko bhula rakha hai.</w:t>
      </w:r>
      <w:r>
        <w:br/>
      </w:r>
      <w:r>
        <w:rPr>
          <w:sz w:val="20"/>
        </w:rPr>
        <w:t>1:09:58  aik item jo hai, us ko usi ko khoob yaad dilata hai.</w:t>
      </w:r>
      <w:r>
        <w:br/>
      </w:r>
      <w:r>
        <w:rPr>
          <w:sz w:val="20"/>
        </w:rPr>
        <w:t>1:10:05  to communalism haqeeqat mein naam hai nashukri ka. is ki jar mein jo hai, nashukri hai. is ki jar mein nashukri hai.</w:t>
      </w:r>
      <w:r>
        <w:br/>
      </w:r>
      <w:r>
        <w:rPr>
          <w:sz w:val="20"/>
        </w:rPr>
        <w:t>1:10:15  aisay hi mein aik martaba bahar gaya, Arab wahan par aik sheikh ke ghar par dinner tha to India ke kuch log wahan par thay, mein bhi tha.</w:t>
      </w:r>
      <w:r>
        <w:br/>
      </w:r>
      <w:r>
        <w:rPr>
          <w:sz w:val="20"/>
        </w:rPr>
        <w:t>1:10:30  to India ke aik sahab, jo ab un ki death ho chuki hai, woh leader thay. woh to kya kehtay hain ke India mein musalmanon ko masjid mein bhi sajda karne ki ijazat nahi hai.</w:t>
      </w:r>
      <w:r>
        <w:br/>
      </w:r>
      <w:r>
        <w:rPr>
          <w:sz w:val="20"/>
        </w:rPr>
        <w:t>1:10:47  Arab sheikh ke samnay sheikh Arab kahi ke India mein musalmanon ko masjid mein bhi sajda karne ki ijazat nahi hai.</w:t>
      </w:r>
      <w:r>
        <w:br/>
      </w:r>
      <w:r>
        <w:rPr>
          <w:sz w:val="20"/>
        </w:rPr>
        <w:t>1:10:58  mein ne kaha kon se India? hum bhi to wahin rehtay hain.</w:t>
      </w:r>
      <w:r>
        <w:br/>
      </w:r>
      <w:r>
        <w:rPr>
          <w:sz w:val="20"/>
        </w:rPr>
        <w:t>1:11:01  kaha dekhen Safdarjung ki Masjid. to Safdarjung ki Masjid jo hai, woh archaeology ke tehat hai. archaeology ka nizam alag hota hai.</w:t>
      </w:r>
      <w:r>
        <w:br/>
      </w:r>
      <w:r>
        <w:rPr>
          <w:sz w:val="20"/>
        </w:rPr>
        <w:t>1:11:13  baqi India mein paanch lakh masjidain hain, har masjid mein khoob namaz ho rahi hai, azan ho rahi hai. to is mani ke paanch lakh masjidon ko bhula kar ke aik masjid ko shaitan ne sikhaya.</w:t>
      </w:r>
      <w:r>
        <w:br/>
      </w:r>
      <w:r>
        <w:rPr>
          <w:sz w:val="20"/>
        </w:rPr>
        <w:t>1:11:26  dekho bhai, wahan tala laga hua hai. to communalism mere nazdeek jo hai, is ki jar mein nashukri hai aur nashukri jahan hai, wahan shaitan hai.</w:t>
      </w:r>
      <w:r>
        <w:br/>
      </w:r>
      <w:r>
        <w:rPr>
          <w:sz w:val="20"/>
        </w:rPr>
        <w:t>1:11:34  aadmi shaitan ka influence mein aa gaya hai. mein to yahi kahunga.</w:t>
      </w:r>
    </w:p>
    <w:p>
      <w:pPr>
        <w:pStyle w:val="Heading2"/>
      </w:pPr>
      <w:r>
        <w:t>America's success in eliminating terrorism</w:t>
      </w:r>
    </w:p>
    <w:p>
      <w:r>
        <w:rPr>
          <w:color w:val="666666"/>
          <w:sz w:val="18"/>
        </w:rPr>
        <w:t>Society &amp; Dawah · Islamic Pacifism Q&amp;A 8 May 2011 · 9m 01s · at 35:38 · https://youtu.be/5ZersGDNVcw?t=2138</w:t>
      </w:r>
    </w:p>
    <w:p>
      <w:r>
        <w:rPr>
          <w:i/>
        </w:rPr>
        <w:t>“To what extent has America been successful in eliminating terrorism? What is your opinion about this?”</w:t>
      </w:r>
    </w:p>
    <w:p>
      <w:r>
        <w:rPr>
          <w:sz w:val="20"/>
        </w:rPr>
        <w:t>35:38  Maulana Yaqoob Umri ne Solahpur se sawal kiya hai. Unhon ne likha hai: "America terrorism ko khatam karne mein kahan tak kamyab hai?" Is ke baray mein aap ka kya khayal hai?</w:t>
      </w:r>
      <w:r>
        <w:br/>
      </w:r>
      <w:r>
        <w:rPr>
          <w:sz w:val="20"/>
        </w:rPr>
        <w:t>35:51  To aaj ke to yahi tha mauzu. Main ne is mein yahi kaha hai ke na Osama kamyab hai, na America kamyab hai.</w:t>
      </w:r>
      <w:r>
        <w:br/>
      </w:r>
      <w:r>
        <w:rPr>
          <w:sz w:val="20"/>
        </w:rPr>
        <w:t>36:00  Dono nakaam hain. Kyun ke military koi option nahi hai.</w:t>
      </w:r>
      <w:r>
        <w:br/>
      </w:r>
      <w:r>
        <w:rPr>
          <w:sz w:val="20"/>
        </w:rPr>
        <w:t>36:08  Dekhiye, yeh jo America jo kar raha hai, woh is liye nahi kar raha hai ke woh khatam kar sakta hai. Woh out of revenge kar raha hai. Jab nine eleven ka waqia hua tha to us waqt ka jo president tha, us ne kaha tha ke hum is ka inteqaam len ge.</w:t>
      </w:r>
      <w:r>
        <w:br/>
      </w:r>
      <w:r>
        <w:rPr>
          <w:sz w:val="20"/>
        </w:rPr>
        <w:t>36:25  Hum is ka inteqaam len ge. To aam jagah dekhiye aap, gharon mein, apne mohallay mein dekhiye aap, jab koi waqia aisa hota hai to inteqaam ki aag bhark uthti hai.</w:t>
      </w:r>
      <w:r>
        <w:br/>
      </w:r>
      <w:r>
        <w:rPr>
          <w:sz w:val="20"/>
        </w:rPr>
        <w:t>36:35  Revenge ki aag. To yeh sab revenge ka mamla hai. Woh bhi revenge le rahe hain, woh bhi revenge le rahe hain.</w:t>
      </w:r>
      <w:r>
        <w:br/>
      </w:r>
      <w:r>
        <w:rPr>
          <w:sz w:val="20"/>
        </w:rPr>
        <w:t>36:44  To koi result ko dekh nahi raha hai. Haalankeh result ko dekha hai to laga hai ke yeh to aap ek futa le ke size kar rahe hain.</w:t>
      </w:r>
      <w:r>
        <w:br/>
      </w:r>
      <w:r>
        <w:rPr>
          <w:sz w:val="20"/>
        </w:rPr>
        <w:t>36:55  Kyun ke hamari sari jo koshishen hain, woh counter productive ban rahi hain.</w:t>
      </w:r>
      <w:r>
        <w:br/>
      </w:r>
      <w:r>
        <w:rPr>
          <w:sz w:val="20"/>
        </w:rPr>
        <w:t>37:01  Woh result ko dekh nahi rahe. To na America dekh raha hai, na Al-Qaeda dekh raha hai. Dono is mein mere barabar ke shareek hain.</w:t>
      </w:r>
      <w:r>
        <w:br/>
      </w:r>
      <w:r>
        <w:rPr>
          <w:sz w:val="20"/>
        </w:rPr>
        <w:t>37:13  Maulana Abdul Basit Umri ne Doha Qatar se poocha hai ke tadreej ki, Islam mein tadreej ki kya ahmiyat hai?</w:t>
      </w:r>
      <w:r>
        <w:br/>
      </w:r>
      <w:r>
        <w:rPr>
          <w:sz w:val="20"/>
        </w:rPr>
        <w:t>37:25  Tadreej ka matlab hota hai gradual process. Islam mein dekhiye, gradual change mana jata hai.</w:t>
      </w:r>
      <w:r>
        <w:br/>
      </w:r>
      <w:r>
        <w:rPr>
          <w:sz w:val="20"/>
        </w:rPr>
        <w:t>37:34  Radical change nahin.</w:t>
      </w:r>
      <w:r>
        <w:br/>
      </w:r>
      <w:r>
        <w:rPr>
          <w:sz w:val="20"/>
        </w:rPr>
        <w:t>37:38  Yaani gradual tor par, dheere dheere badlao lana. Yeh hai Islam mein. Radical change Islam mein nahin hai. Kyunke woh nature ke khilaaf hai, fitrat ke khilaaf hai.</w:t>
      </w:r>
      <w:r>
        <w:br/>
      </w:r>
      <w:r>
        <w:rPr>
          <w:sz w:val="20"/>
        </w:rPr>
        <w:t>37:50  Islam ke Rasool Allah Sal Allah o Alaihi Wasallam ki jo poori life aap parhein to jo aap tabdeeli laye samaaj mein, main woh sab gradual tareeqe par laye.</w:t>
      </w:r>
      <w:r>
        <w:br/>
      </w:r>
      <w:r>
        <w:rPr>
          <w:sz w:val="20"/>
        </w:rPr>
        <w:t>37:59  Radical tareeqe par nahin.</w:t>
      </w:r>
      <w:r>
        <w:br/>
      </w:r>
      <w:r>
        <w:rPr>
          <w:sz w:val="20"/>
        </w:rPr>
        <w:t>38:01  Kyunke radical tareeqe par koi tabdeeli kabhi aa nahin sakti hai. Yeh to ek radical change ek lafz hai. Iska koi matlab nahin hai.</w:t>
      </w:r>
      <w:r>
        <w:br/>
      </w:r>
      <w:r>
        <w:rPr>
          <w:sz w:val="20"/>
        </w:rPr>
        <w:t>38:11  To gradual change hi possible hai, wahi Islam ka tareeqa hai.</w:t>
      </w:r>
      <w:r>
        <w:br/>
      </w:r>
      <w:r>
        <w:rPr>
          <w:sz w:val="20"/>
        </w:rPr>
        <w:t>38:19  Jaise misaal ke tor par dekhiye aap, Makka mein sharab haram nahin ki gayi. Haalanke Khudai shariyat mein sharab haram hua karti hai.</w:t>
      </w:r>
      <w:r>
        <w:br/>
      </w:r>
      <w:r>
        <w:rPr>
          <w:sz w:val="20"/>
        </w:rPr>
        <w:t>38:29  Makka mein haram nahin ki gayi. Dheere dheere ahkaam utarte rahe sharab ke bare mein.</w:t>
      </w:r>
      <w:r>
        <w:br/>
      </w:r>
      <w:r>
        <w:rPr>
          <w:sz w:val="20"/>
        </w:rPr>
        <w:t>38:37  Kayi stage par sharab ko haram kiya gaya hai. Yeh maine likha hai, woh aayaton ko maine naqal kiya hai ke pehle yeh kaha gaya, phir yeh kaha gaya, phir yeh kaha gaya.</w:t>
      </w:r>
      <w:r>
        <w:br/>
      </w:r>
      <w:r>
        <w:rPr>
          <w:sz w:val="20"/>
        </w:rPr>
        <w:t>38:46  To Madine mein jab log tayyar ho gaye, yaani jab to us waqt jaa kar ke ailaan kiya gaya ke sharab haram hai.</w:t>
      </w:r>
      <w:r>
        <w:br/>
      </w:r>
      <w:r>
        <w:rPr>
          <w:sz w:val="20"/>
        </w:rPr>
        <w:t>38:58  To har har tabdeeli mein yahi kiya gaya, gradual change ka tareeqa ikhtiyar kiya gaya. Radical change ka tareeqa Islam mein bilkul nahin hai.</w:t>
      </w:r>
      <w:r>
        <w:br/>
      </w:r>
      <w:r>
        <w:rPr>
          <w:sz w:val="20"/>
        </w:rPr>
        <w:t>39:12  Mr. Mustafa Omri ne Delhi se poocha hai: "Maulana sahib, scrutiny ka matlab kya hai? Aur distraction ka kya matlab hai?" Iske bare mein bataein.</w:t>
      </w:r>
      <w:r>
        <w:br/>
      </w:r>
      <w:r>
        <w:rPr>
          <w:sz w:val="20"/>
        </w:rPr>
        <w:t>39:29  Dekhiye, maine jo lafz istemaal kiya hai, shayad agar isko le kar pooch rahe hain aap, to main yeh kahunga ke jab koi shakhs aap ko ek khabar de to uski scrutiny kijiye.</w:t>
      </w:r>
      <w:r>
        <w:br/>
      </w:r>
      <w:r>
        <w:rPr>
          <w:sz w:val="20"/>
        </w:rPr>
        <w:t>39:43  Scrutiny matlab chhaan been kijiye.</w:t>
      </w:r>
      <w:r>
        <w:br/>
      </w:r>
      <w:r>
        <w:rPr>
          <w:sz w:val="20"/>
        </w:rPr>
        <w:t>39:47  Chhaan been kijiye. Jaise aap poochhein ke bhai yeh baatein tum keh rahe ho, tumne kahan dekhi? Kahan suni?</w:t>
      </w:r>
      <w:r>
        <w:br/>
      </w:r>
      <w:r>
        <w:rPr>
          <w:sz w:val="20"/>
        </w:rPr>
        <w:t>39:57  To woh kahe ge woh falan kitaab mein hai. Kaha tumne woh kitaab padhi hai? Agar woh kahega haan to kahe ge woh satar banao, woh kis page par hai woh?</w:t>
      </w:r>
      <w:r>
        <w:br/>
      </w:r>
      <w:r>
        <w:rPr>
          <w:sz w:val="20"/>
        </w:rPr>
        <w:t>40:06  Phir kitaab lao dikhao. Phir kitaab le kar dekhein aap kya us page par woh baat likhi hui hai.</w:t>
      </w:r>
      <w:r>
        <w:br/>
      </w:r>
      <w:r>
        <w:rPr>
          <w:sz w:val="20"/>
        </w:rPr>
        <w:t>40:12  Yeh hai scrutiny, yaani chhaan been.</w:t>
      </w:r>
      <w:r>
        <w:br/>
      </w:r>
      <w:r>
        <w:rPr>
          <w:sz w:val="20"/>
        </w:rPr>
        <w:t>40:17  Scrutiny ke liye Quran Majeed mein lafz aaya hai, woh woh woh doosra lafz hai lekin is yeh hukum is Quran mein maujood hai.</w:t>
      </w:r>
      <w:r>
        <w:br/>
      </w:r>
      <w:r>
        <w:rPr>
          <w:sz w:val="20"/>
        </w:rPr>
        <w:t>40:28  Tabayyun ka matlab yahi hai ke scrutiny karo iski.</w:t>
      </w:r>
      <w:r>
        <w:br/>
      </w:r>
      <w:r>
        <w:rPr>
          <w:sz w:val="20"/>
        </w:rPr>
        <w:t>40:37  Yahan faasiq jo hai iska matlab yeh nahin ke faasiq de khabar to karo nahin to na karo. Nahin. Mufassireen ne isko wazeh kiya hai ke koi bhi khabar ho, usko chhaan been karna chahiye iski.</w:t>
      </w:r>
      <w:r>
        <w:br/>
      </w:r>
      <w:r>
        <w:rPr>
          <w:sz w:val="20"/>
        </w:rPr>
        <w:t>40:52  Kyunke aksar log jo hai</w:t>
      </w:r>
      <w:r>
        <w:br/>
      </w:r>
      <w:r>
        <w:rPr>
          <w:sz w:val="20"/>
        </w:rPr>
        <w:t>40:54  Baat ko is tarah naqal karte hain ke baghair khud bhi samajhte nahin, doosre ko bhi bata nahin paate. To scrutiny jo main kehta hoon, woh khud Quran mein iska hukum maujood hai is aayat mein.</w:t>
      </w:r>
      <w:r>
        <w:br/>
      </w:r>
      <w:r>
        <w:rPr>
          <w:sz w:val="20"/>
        </w:rPr>
        <w:t>41:09  Aur main zaati taur par samajhta hoon ke baghair scrutiny kiye hue kisi baat ko maan lena yeh bilashubah bahut bada jurm hai, jurm.</w:t>
      </w:r>
      <w:r>
        <w:br/>
      </w:r>
      <w:r>
        <w:rPr>
          <w:sz w:val="20"/>
        </w:rPr>
        <w:t>41:19  Yaani akhlaqi jurm. Aap ke liye do hi option hain: ya to is baat ko sun kar maanein nahin, ya maanna hai to tehqeeq karein.</w:t>
      </w:r>
      <w:r>
        <w:br/>
      </w:r>
      <w:r>
        <w:rPr>
          <w:sz w:val="20"/>
        </w:rPr>
        <w:t>41:31  tahqeeq ke baghair maan lein aap to aap ka right nahi hai maanne ka. aur khuda ke pakar jayenge aap. doosri baat kya hai?</w:t>
      </w:r>
      <w:r>
        <w:br/>
      </w:r>
      <w:r>
        <w:rPr>
          <w:sz w:val="20"/>
        </w:rPr>
        <w:t>41:40  Scrutiny aur distraction. Distraction to hamari zindagi mein har waqt hota rehta hai. Yaani distract maani hote hain, yaani inhiraaf karna.</w:t>
      </w:r>
      <w:r>
        <w:br/>
      </w:r>
      <w:r>
        <w:rPr>
          <w:sz w:val="20"/>
        </w:rPr>
        <w:t>41:54  idhar se udhar inhiraaf kar jaana.</w:t>
      </w:r>
      <w:r>
        <w:br/>
      </w:r>
      <w:r>
        <w:rPr>
          <w:sz w:val="20"/>
        </w:rPr>
        <w:t>41:57  to</w:t>
      </w:r>
      <w:r>
        <w:br/>
      </w:r>
      <w:r>
        <w:rPr>
          <w:sz w:val="20"/>
        </w:rPr>
        <w:t>42:00  har har subah, yaani subah shaam aap ko mukhtalif qism ke distraction pesh aate hain. is distraction ki wajah se aap kabhi ghusse mein pad jaate hain, kabhi inteqaam lene ka dimaagh aa jaata hai, khayal.</w:t>
      </w:r>
      <w:r>
        <w:br/>
      </w:r>
      <w:r>
        <w:rPr>
          <w:sz w:val="20"/>
        </w:rPr>
        <w:t>42:16  kabhi ladne lagte hain.</w:t>
      </w:r>
      <w:r>
        <w:br/>
      </w:r>
      <w:r>
        <w:rPr>
          <w:sz w:val="20"/>
        </w:rPr>
        <w:t>42:19  to mislan aap soch rahe hain, ek misbat andaaz mein soch rahe hain, soch rahe hain. lekin ek shakhs ne aap ko bura keh diya to aap lage us se ladne.</w:t>
      </w:r>
      <w:r>
        <w:br/>
      </w:r>
      <w:r>
        <w:rPr>
          <w:sz w:val="20"/>
        </w:rPr>
        <w:t>42:28  wohi distraction hai wo. to aap ke soch ki line mein</w:t>
      </w:r>
      <w:r>
        <w:br/>
      </w:r>
      <w:r>
        <w:rPr>
          <w:sz w:val="20"/>
        </w:rPr>
        <w:t>42:36  jo aadmi bhatkaao le aaye, yaani misbat soch se aap ko manfi soch ki taraf daale, wahi distraction hai. to aadmi ko distraction se bahut zyada bachna hai.</w:t>
      </w:r>
      <w:r>
        <w:br/>
      </w:r>
      <w:r>
        <w:rPr>
          <w:sz w:val="20"/>
        </w:rPr>
        <w:t>42:50  koi aisi duniya hamein nahi milegi jahan hamein</w:t>
      </w:r>
      <w:r>
        <w:br/>
      </w:r>
      <w:r>
        <w:rPr>
          <w:sz w:val="20"/>
        </w:rPr>
        <w:t>42:53  distraction na pesh aaye. wo to hoga hi hoga. is liye hamein pehchaanna chahiye ke yeh hai distraction. aur yeh is ka bhi Quran majeed mein ishaara maujood hai.</w:t>
      </w:r>
      <w:r>
        <w:br/>
      </w:r>
      <w:r>
        <w:rPr>
          <w:sz w:val="20"/>
        </w:rPr>
        <w:t>43:06  is ko kaha gaya hai ke: "main shaitan ko chhedta hoon".</w:t>
      </w:r>
      <w:r>
        <w:br/>
      </w:r>
      <w:r>
        <w:rPr>
          <w:sz w:val="20"/>
        </w:rPr>
        <w:t>43:19  yeh alfaaz hain? jab unhein shaitan ka giroh chhoota hai to foran chaukane ho jaate hain. yeh chhoona kya hai? yahi hai distraction. yaani</w:t>
      </w:r>
      <w:r>
        <w:br/>
      </w:r>
      <w:r>
        <w:rPr>
          <w:sz w:val="20"/>
        </w:rPr>
        <w:t>43:24  shaitan ka koi giroh unhein bhatkaata hai, idhar se udhar, idhar se udhar. to jaldi se ba-khabar hote hain ke bhai yeh to shaitan waswasa hai. to hamein is se apne ko bachana bahut zaroori hai.</w:t>
      </w:r>
      <w:r>
        <w:br/>
      </w:r>
      <w:r>
        <w:rPr>
          <w:sz w:val="20"/>
        </w:rPr>
        <w:t>43:39  Mr. Shahroz Khan ne Delhi se likha hai: "insaan ko selective reporting se bachte hue complete reporting karni chahiye." kya is baare mein Quran mein koi rehnumai ki gayi hai?</w:t>
      </w:r>
      <w:r>
        <w:br/>
      </w:r>
      <w:r>
        <w:rPr>
          <w:sz w:val="20"/>
        </w:rPr>
        <w:t>43:55  dekhiye, yeh mutalba sahi nahi hai. aap apni maa se mohabbat karte ho to mujhe bataiye kahan kaam likha hua hai ke aap apni maa se mohabbat karo? koi ayat bata rahi hai mujhe?</w:t>
      </w:r>
      <w:r>
        <w:br/>
      </w:r>
      <w:r>
        <w:rPr>
          <w:sz w:val="20"/>
        </w:rPr>
        <w:t>44:06  yaani rehnumai ho sakti hai ke maujood ho, main sochun to wo ayat bata sakun inshallah. lekin yeh zehan galat hai. har baat ke liye aap kahein Quran ki ayat lao.</w:t>
      </w:r>
      <w:r>
        <w:br/>
      </w:r>
      <w:r>
        <w:rPr>
          <w:sz w:val="20"/>
        </w:rPr>
        <w:t>44:15  to main poochta hoon, aadmi apni maa se mohabbat karta hai to Quran mein kaun si ayat likhi hui hai ke apni maa se mohabbat karo? kahan likha hua hai?</w:t>
      </w:r>
      <w:r>
        <w:br/>
      </w:r>
      <w:r>
        <w:rPr>
          <w:sz w:val="20"/>
        </w:rPr>
        <w:t>44:23  bataiye.</w:t>
      </w:r>
    </w:p>
    <w:p>
      <w:pPr>
        <w:pStyle w:val="Heading2"/>
      </w:pPr>
      <w:r>
        <w:t>Are Muslims truly tolerant or hypocritical</w:t>
      </w:r>
    </w:p>
    <w:p>
      <w:r>
        <w:rPr>
          <w:color w:val="666666"/>
          <w:sz w:val="18"/>
        </w:rPr>
        <w:t>Society &amp; Dawah · Living in a World of Competition October 24, 2010 · 7m 08s · at 1:16:44 · https://youtu.be/0DRVM8YxM5U?t=4604</w:t>
      </w:r>
    </w:p>
    <w:p>
      <w:r>
        <w:rPr>
          <w:i/>
        </w:rPr>
        <w:t>“Today Muslims have become more tolerant. Is it a real change in their nature or hypocrisy? Kindly comment.”</w:t>
      </w:r>
    </w:p>
    <w:p>
      <w:r>
        <w:rPr>
          <w:sz w:val="20"/>
        </w:rPr>
        <w:t>1:16:44  Maulana, agla sawal kya hai? Doctor Safeena ne New Delhi se, unhon ne likha hai: "today muslims have become more tolerant.</w:t>
      </w:r>
      <w:r>
        <w:br/>
      </w:r>
      <w:r>
        <w:rPr>
          <w:sz w:val="20"/>
        </w:rPr>
        <w:t>1:16:55  is it really change in their nature or hypocrisy?" kindly comment.</w:t>
      </w:r>
      <w:r>
        <w:br/>
      </w:r>
      <w:r>
        <w:rPr>
          <w:sz w:val="20"/>
        </w:rPr>
        <w:t>1:17:01  bilkul tolerant nahin hue hain, ab in ka akele hum baat kar lijiye un se. sadkon par nahin aaye, yeh sahi hai. kyun? sadkon pe nahin aate?</w:t>
      </w:r>
      <w:r>
        <w:br/>
      </w:r>
      <w:r>
        <w:rPr>
          <w:sz w:val="20"/>
        </w:rPr>
        <w:t>1:17:11  in ko apne bachon ko parhana hai aur paisa kamana hai. bas to out of interest woh aisa ho gaye hain, woh out of interest ke chhoden jhagron ko.</w:t>
      </w:r>
      <w:r>
        <w:br/>
      </w:r>
      <w:r>
        <w:rPr>
          <w:sz w:val="20"/>
        </w:rPr>
        <w:t>1:17:21  hamara, hamara, hamein to bachon ko parhana hai, hamein taraqqi karna hai dunya mein, hamein paisa kamana hai. baqi andar wahi, wahi ghubar bhara hua hai. kisi bhi shakhs se aap akele mein baat kijiye, tanhai mein baat kijiye, matlab do char aadmi aap baithte hain, wahan baat kijiye, wahi nafraten bhari hui hain andar.</w:t>
      </w:r>
      <w:r>
        <w:br/>
      </w:r>
      <w:r>
        <w:rPr>
          <w:sz w:val="20"/>
        </w:rPr>
        <w:t>1:17:40  to yeh sab out of interest hai, yeh aur jo out of interest jo ho, woh isi ka naam to hypocrisy hai. main manta hoon ke musalmanon mein ek change aaya hai, lekin woh change aaya hai munafiqana, yani hypocrisy wala change hai.</w:t>
      </w:r>
      <w:r>
        <w:br/>
      </w:r>
      <w:r>
        <w:rPr>
          <w:sz w:val="20"/>
        </w:rPr>
        <w:t>1:17:55  yeh ke apna interest khatre mein aaya to badal gaye. baqi jahan tak principle ki baat hai, woh waise ki waise hi hai.</w:t>
      </w:r>
      <w:r>
        <w:br/>
      </w:r>
      <w:r>
        <w:rPr>
          <w:sz w:val="20"/>
        </w:rPr>
        <w:t>1:18:09  main, yani baqayda taur par main janta hoon ke log jo hain, apne bachon ko door kiye hue hain takrao se aur sadkon par nahin aanay detay.</w:t>
      </w:r>
      <w:r>
        <w:br/>
      </w:r>
      <w:r>
        <w:rPr>
          <w:sz w:val="20"/>
        </w:rPr>
        <w:t>1:18:19  lekin jab un se baat kijiye to wahi, wahi nafrat ki boli bolenge, wahi nafrat ki boli. to main bataoon ke is hypocrisy, is hypocrisy behtar to yeh ladke mar jate, shayad shahadat ka darja milta.</w:t>
      </w:r>
      <w:r>
        <w:br/>
      </w:r>
      <w:r>
        <w:rPr>
          <w:sz w:val="20"/>
        </w:rPr>
        <w:t>1:18:36  to sahi yeh hai ke musalman yeh manen ke hum ghalati par thay, we were wrong ke hum ne sadkon par aaye, hum jalsay mein dhoom machai, hum ne nare lagaye, yeh sab ghalati thi hamari.</w:t>
      </w:r>
      <w:r>
        <w:br/>
      </w:r>
      <w:r>
        <w:rPr>
          <w:sz w:val="20"/>
        </w:rPr>
        <w:t>1:18:50  khulay taur par ailan karen ke we were wrong, aur phir yeh tareeqa ikhtiyar karen, tab woh sawab ban jayega. yaad rakhen, jab tak ghalati ka ailan na karen musalman, tab tak sawab kuch nahin milnay wala un ko.</w:t>
      </w:r>
      <w:r>
        <w:br/>
      </w:r>
      <w:r>
        <w:rPr>
          <w:sz w:val="20"/>
        </w:rPr>
        <w:t>1:19:04  bachche parh lenge, un ko yeh hoga,</w:t>
      </w:r>
      <w:r>
        <w:br/>
      </w:r>
      <w:r>
        <w:rPr>
          <w:sz w:val="20"/>
        </w:rPr>
        <w:t>1:19:07  bachche padh lenge, un ka ghar mein paisa aa jayega. ek sahab ne bahut sahih baat kahi ke musalman jo change aaya hai aaj kal, is ka sab se bada wajah multinationals hain.</w:t>
      </w:r>
      <w:r>
        <w:br/>
      </w:r>
      <w:r>
        <w:rPr>
          <w:sz w:val="20"/>
        </w:rPr>
        <w:t>1:19:21  aap ko pata hoga, multinationals jab se aaye hain to to paisa bahut badha diya unhon ne, yaani tankhwahon ka mayar, allowance ka mayar bahut badha diya, bahut badha diya.</w:t>
      </w:r>
      <w:r>
        <w:br/>
      </w:r>
      <w:r>
        <w:rPr>
          <w:sz w:val="20"/>
        </w:rPr>
        <w:t>1:19:32  ab, ab jo hai, is type ki policies affordable nahi rahi.</w:t>
      </w:r>
      <w:r>
        <w:br/>
      </w:r>
      <w:r>
        <w:rPr>
          <w:sz w:val="20"/>
        </w:rPr>
        <w:t>1:19:38  log sochte hain, itna zyada hum paisa kama sakte hain, hamare bachche padhein to itne itne paise un ko milenge, aur itne shandar car mein hum chalenge, itne shandar ghar mein rahenge.</w:t>
      </w:r>
      <w:r>
        <w:br/>
      </w:r>
      <w:r>
        <w:rPr>
          <w:sz w:val="20"/>
        </w:rPr>
        <w:t>1:19:49  hum is cheez ne ek trend mein badli, badlav paida kiya hai, is interest ne. lekin yeh sawab nahi milega is ko.</w:t>
      </w:r>
      <w:r>
        <w:br/>
      </w:r>
      <w:r>
        <w:rPr>
          <w:sz w:val="20"/>
        </w:rPr>
        <w:t>1:19:58  duniya ke nuksan se musalman bach jayenge, duniya ke nuksan se bach jayenge. woh</w:t>
      </w:r>
      <w:r>
        <w:br/>
      </w:r>
      <w:r>
        <w:rPr>
          <w:sz w:val="20"/>
        </w:rPr>
        <w:t>1:20:05  sawab jab milega ke sab se pehle elan karein, khula khula elan: "we were wrong" ke hum ne khwamkhwah nafrat ki policy chalayi, tashaddud ki policy chalayi, aur takrao ki policy chalayi.</w:t>
      </w:r>
      <w:r>
        <w:br/>
      </w:r>
      <w:r>
        <w:rPr>
          <w:sz w:val="20"/>
        </w:rPr>
        <w:t>1:20:18  woh, woh ghalati thi woh ke takrao ki policy ko ghalati batayein, saaf saaf, khule taur par, phir kahein ke ab hum sul ki policy chalayenge to sawab milega is ka, warna duniya ke nuksan se bach jayenge, sawab kuch bhi nahi milega.</w:t>
      </w:r>
      <w:r>
        <w:br/>
      </w:r>
      <w:r>
        <w:rPr>
          <w:sz w:val="20"/>
        </w:rPr>
        <w:t>1:20:37  nai dilli se mr abdul rehman ne likha hai: "maulana sahib, when we say that the quran is the preserved book, how would we argue for it?" kyun ke kitabein maujood hain, bahut sari aap padhiye, tadween e quran ke naam se kitabein maujood hain,</w:t>
      </w:r>
      <w:r>
        <w:br/>
      </w:r>
      <w:r>
        <w:rPr>
          <w:sz w:val="20"/>
        </w:rPr>
        <w:t>1:20:58  matlab is tareekhi is ka record maujood hai ke kaise kaise quran p</w:t>
      </w:r>
      <w:r>
        <w:br/>
      </w:r>
      <w:r>
        <w:rPr>
          <w:sz w:val="20"/>
        </w:rPr>
        <w:t>1:21:03  reserve hua, ke rasool allah ke zamane mein kaise likha jata tha aur yaad kiya jata tha. phir is ke baad sahaba, tabeen, tabe tabeen ke zamane mein kaise is ko likha gaya, yaad kiya gaya, mehfooz kiya gaya.</w:t>
      </w:r>
      <w:r>
        <w:br/>
      </w:r>
      <w:r>
        <w:rPr>
          <w:sz w:val="20"/>
        </w:rPr>
        <w:t>1:21:16  is mein bahut, bahut sari kitabein hain. khud mera bhi mazmoon sipahi isi mauzu par, tadween e quran ke mauzu par hai. to aap padhiye in kitabon ko, is se aap maloomat hasil ho jayengi.</w:t>
      </w:r>
      <w:r>
        <w:br/>
      </w:r>
      <w:r>
        <w:rPr>
          <w:sz w:val="20"/>
        </w:rPr>
        <w:t>1:21:30  is mauzu ka, is ka ek mustaqil mauzu hai, yeh is ko kehte hain tadween e quran, jama o tadween e quran, hifazat e quran.</w:t>
      </w:r>
      <w:r>
        <w:br/>
      </w:r>
      <w:r>
        <w:rPr>
          <w:sz w:val="20"/>
        </w:rPr>
        <w:t>1:21:40  yeh sab bahut, bahut kitabein hain, is is mauzu par hain.</w:t>
      </w:r>
      <w:r>
        <w:br/>
      </w:r>
      <w:r>
        <w:rPr>
          <w:sz w:val="20"/>
        </w:rPr>
        <w:t>1:21:45  doctor farida khanam ne dilli se likha hai: "why is it that muslims have become resistant to any advice? even the references from quran and hadith fail to move them.</w:t>
      </w:r>
      <w:r>
        <w:br/>
      </w:r>
      <w:r>
        <w:rPr>
          <w:sz w:val="20"/>
        </w:rPr>
        <w:t>1:22:00  they are convinced of their being on the right path. they think paradise is reserved for them, and that paradise is their birthright.</w:t>
      </w:r>
      <w:r>
        <w:br/>
      </w:r>
      <w:r>
        <w:rPr>
          <w:sz w:val="20"/>
        </w:rPr>
        <w:t>1:22:12  can paradise be birthright for anyone? please explain this." hargiz nahi, hargiz nahi, hargiz nahi.</w:t>
      </w:r>
      <w:r>
        <w:br/>
      </w:r>
      <w:r>
        <w:rPr>
          <w:sz w:val="20"/>
        </w:rPr>
        <w:t>1:22:20  paradise kisi ka paidaishi haq nahi hai,</w:t>
      </w:r>
      <w:r>
        <w:br/>
      </w:r>
      <w:r>
        <w:rPr>
          <w:sz w:val="20"/>
        </w:rPr>
        <w:t>1:22:27  lekin mushkil yeh hai ke hamare masjidon mein, hum madarson mein sikhaya jata hai. masjidon aur madarson mein sabak milta hai, woh yahi milta hai ke jannat to hamare liye hai,</w:t>
      </w:r>
      <w:r>
        <w:br/>
      </w:r>
      <w:r>
        <w:rPr>
          <w:sz w:val="20"/>
        </w:rPr>
        <w:t>1:22:40  aur maujooda musalmanon ke bare mein, jaise ke maine arz kiya is se pehle, woh qaumi, qaumi mazhab par hain. woh khudai mazhab par nahi hain.</w:t>
      </w:r>
      <w:r>
        <w:br/>
      </w:r>
      <w:r>
        <w:rPr>
          <w:sz w:val="20"/>
        </w:rPr>
        <w:t>1:22:50  main is mein zara bhi shaq nahi hoon.</w:t>
      </w:r>
      <w:r>
        <w:br/>
      </w:r>
      <w:r>
        <w:rPr>
          <w:sz w:val="20"/>
        </w:rPr>
        <w:t>1:22:52  is mein in ki qaumi khwahishat, in ke qaumi azayem, qaumi mafadat, yeh in ka mazhab hai. is ko legitimize karne ke liye islam ke naam lete hain, woh</w:t>
      </w:r>
      <w:r>
        <w:br/>
      </w:r>
      <w:r>
        <w:rPr>
          <w:sz w:val="20"/>
        </w:rPr>
        <w:t>1:23:06  is ko jaiz batane ke liye islam ke naam lete hain. haqiqatan, woh in ka jo</w:t>
      </w:r>
      <w:r>
        <w:br/>
      </w:r>
      <w:r>
        <w:rPr>
          <w:sz w:val="20"/>
        </w:rPr>
        <w:t>1:23:16  jis islam par hain, woh in ka qaumi mazhab hai, qaumi culture hai, qaumi jazbat hain.</w:t>
      </w:r>
      <w:r>
        <w:br/>
      </w:r>
      <w:r>
        <w:rPr>
          <w:sz w:val="20"/>
        </w:rPr>
        <w:t>1:23:24  to islam ke naam lete hain, is ko bas isi ko maine kaha ke ghalati par sarkashi ka izafa hai. is mein to maine bahut zyada likha hai, sainkaron mazameen likhe hain is masle par ke apne qaumi mazhab ko log islamize kiye hue hain,</w:t>
      </w:r>
      <w:r>
        <w:br/>
      </w:r>
      <w:r>
        <w:rPr>
          <w:sz w:val="20"/>
        </w:rPr>
        <w:t>1:23:41  aur is se, is tareeqay se woh islami nahi ban jaye ga. is tarah se woh islami nahi ban jaye ga.</w:t>
      </w:r>
    </w:p>
    <w:p>
      <w:pPr>
        <w:pStyle w:val="Heading2"/>
      </w:pPr>
      <w:r>
        <w:t>Blasphemy law vs purpose of Islam</w:t>
      </w:r>
    </w:p>
    <w:p>
      <w:r>
        <w:rPr>
          <w:color w:val="666666"/>
          <w:sz w:val="18"/>
        </w:rPr>
        <w:t>Society &amp; Dawah · The Issue of Shatm-e-Rasool (Abuse of the Prophet) December 19, 2021 Prof. Farida Khanam · 11m 34s · at 32:47 · https://youtu.be/ExQS_PHirUc?t=1967</w:t>
      </w:r>
    </w:p>
    <w:p>
      <w:r>
        <w:rPr>
          <w:i/>
        </w:rPr>
        <w:t>“How does blasphemy law contradict the purpose of Islam? Also, what is the model that we see from the life of Prophet that shows that what Muslims are doing today in the name of blasphemy law is totally wrong?”</w:t>
      </w:r>
    </w:p>
    <w:p>
      <w:r>
        <w:rPr>
          <w:sz w:val="20"/>
        </w:rPr>
        <w:t>32:47  hai, khwah rasool allah salallahu alaihi wasallam ke ta'alluq se ho ya kisi aur insan ke ta'alluq se ho. ghulu islam ka tareeqa nahi hai, yeh hum ko samajhna paray ga. aah, apa yeh sawal hai.</w:t>
      </w:r>
      <w:r>
        <w:br/>
      </w:r>
      <w:r>
        <w:rPr>
          <w:sz w:val="20"/>
        </w:rPr>
        <w:t>33:01  aah, do teen logon ne yeh sawal poocha hai. similar question hai, jaise aah mr basit jamal ne delhi se poocha hai ke: "aah, how does blasphemy law contradict the purpose of islam".</w:t>
      </w:r>
      <w:r>
        <w:br/>
      </w:r>
      <w:r>
        <w:rPr>
          <w:sz w:val="20"/>
        </w:rPr>
        <w:t>33:05  aah, is ke baray mein thora thori roshni dalen. aah</w:t>
      </w:r>
      <w:r>
        <w:br/>
      </w:r>
      <w:r>
        <w:rPr>
          <w:sz w:val="20"/>
        </w:rPr>
        <w:t>33:23  , isi tareeqay, isi waise hi milta julta sawal aah miss shazia khan ne lucknow se poocha hai ke: "what is the model that we see from the life of prophet that shows that what muslims are doing today in the name of blasphemy is totally wrong".</w:t>
      </w:r>
      <w:r>
        <w:br/>
      </w:r>
      <w:r>
        <w:rPr>
          <w:sz w:val="20"/>
        </w:rPr>
        <w:t>33:29  to in dono sawalon pe thori si roshni daliye aap.</w:t>
      </w:r>
      <w:r>
        <w:br/>
      </w:r>
      <w:r>
        <w:rPr>
          <w:sz w:val="20"/>
        </w:rPr>
        <w:t>33:41  asal mein musalman yeh bhool gaye hain ke hamara jo rishta hai non muslim se, woh d'ai madhu ka rishta hai. woh unhon ne in logon ko apna rival samajh liya hai.</w:t>
      </w:r>
      <w:r>
        <w:br/>
      </w:r>
      <w:r>
        <w:rPr>
          <w:sz w:val="20"/>
        </w:rPr>
        <w:t>33:47  ek zaman tha ke taqreeban hazar baras tak sari dunya par musalman rule kar rahe</w:t>
      </w:r>
      <w:r>
        <w:br/>
      </w:r>
      <w:r>
        <w:rPr>
          <w:sz w:val="20"/>
        </w:rPr>
        <w:t>34:02  the. ab doosray logon ne taraqqi ki aur doosray logon ko mauqa mila, aur yeh rasool khud quran mein aya hai ke yeh jo iqtidaar hai, woh allah ta'ala doosray logon ko de ga, kyunke yeh test ke paper hain.</w:t>
      </w:r>
      <w:r>
        <w:br/>
      </w:r>
      <w:r>
        <w:rPr>
          <w:sz w:val="20"/>
        </w:rPr>
        <w:t>34:11  to doosray logon ko iqtidaar mile ga, lekin musalmanon ne yeh samjha ke doosray logon ne sazish kar ke hamara iqtidaar chheen liya hai.</w:t>
      </w:r>
      <w:r>
        <w:br/>
      </w:r>
      <w:r>
        <w:rPr>
          <w:sz w:val="20"/>
        </w:rPr>
        <w:t>34:16  we and they ka concept paida hua. to woh itna zyada is mamle mein sensitive ho gaye, woh defeatist mentality ki wajah se itna sensitive ho gaye ke zara sa bhi unke bare mein kuch kaha jata hai,</w:t>
      </w:r>
      <w:r>
        <w:br/>
      </w:r>
      <w:r>
        <w:rPr>
          <w:sz w:val="20"/>
        </w:rPr>
        <w:t>34:31  quran ke bare mein, rasool ke bare mein, khaas taur par rasool ke bare mein, to woh bilkul provoke ho jate hain. halanke woh naya zamana hai, woh</w:t>
      </w:r>
      <w:r>
        <w:br/>
      </w:r>
      <w:r>
        <w:rPr>
          <w:sz w:val="20"/>
        </w:rPr>
        <w:t>34:42  yeh samajhte nahi ke pehle zamane mein sabhi log provoke hote the, to woh itna zyada, itna zyada woh nahi tha.</w:t>
      </w:r>
      <w:r>
        <w:br/>
      </w:r>
      <w:r>
        <w:rPr>
          <w:sz w:val="20"/>
        </w:rPr>
        <w:t>34:51  mamla itna barhta nahi tha woh, aur pehle zamane mein media nahi tha. to lekin ab jo hai, sari duniya jo hai, woh badal gayi hai, aur religious freedom sari duniya ne accept kar liya hai.</w:t>
      </w:r>
      <w:r>
        <w:br/>
      </w:r>
      <w:r>
        <w:rPr>
          <w:sz w:val="20"/>
        </w:rPr>
        <w:t>35:04  halanke religious freedom islam le kar aya, lekin baad mein musalman apna sab</w:t>
      </w:r>
      <w:r>
        <w:br/>
      </w:r>
      <w:r>
        <w:rPr>
          <w:sz w:val="20"/>
        </w:rPr>
        <w:t>35:10  q bhool gaye. unhone quran se aur rasool se hidayat lena chhod diya. ab sirf woh apne jazbat par chalte hain, aur woh yeh dekhte hi nahi ke duniya in sab cheezon ko chhod chuki hai.</w:t>
      </w:r>
      <w:r>
        <w:br/>
      </w:r>
      <w:r>
        <w:rPr>
          <w:sz w:val="20"/>
        </w:rPr>
        <w:t>35:22  yeh sari cheezein, khaas taur par yeh church se aayi thi, aur ancient age mein intolerance bohat zyada tha. encyclopedia britannica mein aap dekh sakte hain ke woh age of intolerance</w:t>
      </w:r>
      <w:r>
        <w:br/>
      </w:r>
      <w:r>
        <w:rPr>
          <w:sz w:val="20"/>
        </w:rPr>
        <w:t>35:36  tha. to woh uski wajah se is tarah ki baatein jo blasphemy laws waghera bane, aaj bhi blasphemy law hai england ke jo law mein, lekin woh inactive hai.</w:t>
      </w:r>
      <w:r>
        <w:br/>
      </w:r>
      <w:r>
        <w:rPr>
          <w:sz w:val="20"/>
        </w:rPr>
        <w:t>35:48  lekin musalmanon ne isko activate kar liya, kyunke woh samajhte hain ke sari duniya hamari dushman hai. to unko yeh, unka yeh perception jo hai, unko badalna hoga, aur logon ko dai madhu ke hisab se dekhna hoga.</w:t>
      </w:r>
      <w:r>
        <w:br/>
      </w:r>
      <w:r>
        <w:rPr>
          <w:sz w:val="20"/>
        </w:rPr>
        <w:t>36:04  tab tamam log jo hain, jaise ke Maulana sahib ne bar bar kaha ke yeh duniya dar-ul-insaan hai, dushman aur dost mein yeh duniya nahi baanti ja sakti.</w:t>
      </w:r>
      <w:r>
        <w:br/>
      </w:r>
      <w:r>
        <w:rPr>
          <w:sz w:val="20"/>
        </w:rPr>
        <w:t>36:14  aur jo hum ko, har ek ko, hamein Khuda ki baat batani hai, Khuda ka paigham pahunchana hai, chahe woh musalman ho, na non-muslim ho, sab ko hamein Khuda ki baat pahunchani hai.</w:t>
      </w:r>
      <w:r>
        <w:br/>
      </w:r>
      <w:r>
        <w:rPr>
          <w:sz w:val="20"/>
        </w:rPr>
        <w:t>36:26  aur yahi hamara rishta hai un logon ke sath. woh</w:t>
      </w:r>
      <w:r>
        <w:br/>
      </w:r>
      <w:r>
        <w:rPr>
          <w:sz w:val="20"/>
        </w:rPr>
        <w:t>36:30  dushman aur dost ka rishta nahi hai, balke potential friend ka rishta hai. agar dushman ke sath hum acha sulook karein to woh hamara kal dost ban jayega.</w:t>
      </w:r>
      <w:r>
        <w:br/>
      </w:r>
      <w:r>
        <w:rPr>
          <w:sz w:val="20"/>
        </w:rPr>
        <w:t>36:41  to yahi unko discover karna hai. ji apa, mere mein in fact yeh bhi samajhta hoon ke yeh jo response muslims, sum of these muslims have been giving in the subject of b</w:t>
      </w:r>
      <w:r>
        <w:br/>
      </w:r>
      <w:r>
        <w:rPr>
          <w:sz w:val="20"/>
        </w:rPr>
        <w:t>36:55  blasphemy, it is nothing less than doing a self goal. and i will explain why i am saying this. ah, jaise aap ne apa abhi bataya, bohat sahi ke ek musalman ya ek momin ki identity uske dai hone se establish hoti hai.</w:t>
      </w:r>
      <w:r>
        <w:br/>
      </w:r>
      <w:r>
        <w:rPr>
          <w:sz w:val="20"/>
        </w:rPr>
        <w:t>37:09  to is duniya mein ah, har ek musalman ke liye ah, ek hi equ</w:t>
      </w:r>
      <w:r>
        <w:br/>
      </w:r>
      <w:r>
        <w:rPr>
          <w:sz w:val="20"/>
        </w:rPr>
        <w:t>37:14  ation hai, woh hai dai aur madhu ki equation. ah, which means that every dai has to be a lot more patient, a lot more tolerant, and above all, you know, be a well-wisher for entire humanity.</w:t>
      </w:r>
      <w:r>
        <w:br/>
      </w:r>
      <w:r>
        <w:rPr>
          <w:sz w:val="20"/>
        </w:rPr>
        <w:t>37:27  ah, main bhi jab logon se discussion karta hoon, yeh subject bohat zyada samne aata hai.</w:t>
      </w:r>
      <w:r>
        <w:br/>
      </w:r>
      <w:r>
        <w:rPr>
          <w:sz w:val="20"/>
        </w:rPr>
        <w:t>37:32  ah, but agar hum ah, quran ko dekhein, ah, yeh sab log ah, is baat se zaroor agree karenge ke jo quran utara gaya, woh ah, sirf musalmanon ke liye nahi utara gaya, balke ah, poori insaniyat ke liye utara gaya.</w:t>
      </w:r>
      <w:r>
        <w:br/>
      </w:r>
      <w:r>
        <w:rPr>
          <w:sz w:val="20"/>
        </w:rPr>
        <w:t>37:44  is mein message hai poori insaniyat ke liye. ab isi mein woh ayat bhi aati hai, aap ne bhi bataya ke prophet of islam was sent as a mercy to humanity.</w:t>
      </w:r>
      <w:r>
        <w:br/>
      </w:r>
      <w:r>
        <w:rPr>
          <w:sz w:val="20"/>
        </w:rPr>
        <w:t>37:55  ab yahan pe sochne wali baat yeh hai ke aap mercyful ya forgiving aap kab banenge kisi ah, opposite party ke liye?</w:t>
      </w:r>
      <w:r>
        <w:br/>
      </w:r>
      <w:r>
        <w:rPr>
          <w:sz w:val="20"/>
        </w:rPr>
        <w:t>38:04  ah, aap mercyful ya forgiving normal situation mein nahi honge, ya phir jab aap ke taluqat bohat ache hon, aap ko bohat appreciate kiya jaye.</w:t>
      </w:r>
      <w:r>
        <w:br/>
      </w:r>
      <w:r>
        <w:rPr>
          <w:sz w:val="20"/>
        </w:rPr>
        <w:t>38:13  ah, yeh forgiveness ya mercyfulness tab aati hai ah, jab aap ko abuse kiya jaye, aap ko oppress kiya jaye, insult kiya jaye, aap ke sath injustice kari jaye.</w:t>
      </w:r>
      <w:r>
        <w:br/>
      </w:r>
      <w:r>
        <w:rPr>
          <w:sz w:val="20"/>
        </w:rPr>
        <w:t>38:22  is</w:t>
      </w:r>
      <w:r>
        <w:br/>
      </w:r>
      <w:r>
        <w:rPr>
          <w:sz w:val="20"/>
        </w:rPr>
        <w:t>38:23  ke baad agar aap mercyful hote hain, tab aap mercyful ya forgive ah, forgiver kehlata hain. aur prophet ki zindagi se bhi hum ne yahi dekha ke unhone ah, kis tarah woh jitne log jo unko oppose karte the ya abuse karte the, jaise apa ne bataya, to kaise unhone unko maaf kar diya.</w:t>
      </w:r>
      <w:r>
        <w:br/>
      </w:r>
      <w:r>
        <w:rPr>
          <w:sz w:val="20"/>
        </w:rPr>
        <w:t>38:42  aur</w:t>
      </w:r>
      <w:r>
        <w:br/>
      </w:r>
      <w:r>
        <w:rPr>
          <w:sz w:val="20"/>
        </w:rPr>
        <w:t>38:43  aah, prophet is a role model for all muslims, and if prophet is a forgiver, and he is a merciful personality for everyone.</w:t>
      </w:r>
      <w:r>
        <w:br/>
      </w:r>
      <w:r>
        <w:rPr>
          <w:sz w:val="20"/>
        </w:rPr>
        <w:t>38:52  that this is the same conduct or trade that we have to adopt in a life. to apa, jab mein islamic history ke baray mein bhi parh raha tha, to mujhe kai example samnay aaye, jaise aah, Safwan bin Umayya ka example hai ke woh kaise bees saal se bhi zyada prophet ke khilaf</w:t>
      </w:r>
      <w:r>
        <w:br/>
      </w:r>
      <w:r>
        <w:rPr>
          <w:sz w:val="20"/>
        </w:rPr>
        <w:t>39:11  rahe. he was one of the bitter enemies of the enemy of the prophet, and aah, Khalid bin Waleed aah, jo war general thay, woh un ke bohat qareebi dost thay.</w:t>
      </w:r>
      <w:r>
        <w:br/>
      </w:r>
      <w:r>
        <w:rPr>
          <w:sz w:val="20"/>
        </w:rPr>
        <w:t>39:20  unhon ne un ko dawat di, lekin unhon ne kaha ke mein kabhi bhi prophet ko mein follow nahi karunga. aah, in fact, un ke jo cousin aah, Umair thay, aur jo un ke dost bhi thay, unhon ne prophet aah, ko marne ke liye un ko Madinah bheja, jab prophet Madinah mein</w:t>
      </w:r>
      <w:r>
        <w:br/>
      </w:r>
      <w:r>
        <w:rPr>
          <w:sz w:val="20"/>
        </w:rPr>
        <w:t>39:37  thay. aah, lekin Umair ne khud prophet ko aah, follow aah, karna behtar samjha. aah, ab yahan pe hum dekhte hain ke yeh to aah, blasphemy se bhi zyada aagay ki baat ho gayi ke prophet ko marne ke liye unhon ne plan banaya.</w:t>
      </w:r>
      <w:r>
        <w:br/>
      </w:r>
      <w:r>
        <w:rPr>
          <w:sz w:val="20"/>
        </w:rPr>
        <w:t>39:51  aah, isi aah, aah, isi Safwan bin Umayya ko prophet ne maaf bhi kiya aur ooncha uhda bhi diya. is</w:t>
      </w:r>
      <w:r>
        <w:br/>
      </w:r>
      <w:r>
        <w:rPr>
          <w:sz w:val="20"/>
        </w:rPr>
        <w:t>39:59  hi tareeqay se hum Abu Sufyan ka example dekhte hain, ya Umar bin Suhail ka dekhte hain ke kaise Umar bin Suhail bhi woh personality thay jinhon ne Hudaybiyyah treaty ke waqt Rasool ka word aah, erase kiya tha.</w:t>
      </w:r>
      <w:r>
        <w:br/>
      </w:r>
      <w:r>
        <w:rPr>
          <w:sz w:val="20"/>
        </w:rPr>
        <w:t>40:11  lekin prophet ne un ko bhi jab Makkah Makkah fateh hua, aah, un ko maaf kiya. aur wohi Umar bin Suhail baad mein aagay ja ke jab prophet ki death hui thi to woh kharay hue, and he was a very good orator, and he spoke aah, aah, with lot of passion ke prophet ke aah, aah, death ke baad Islam aur zyada strong</w:t>
      </w:r>
      <w:r>
        <w:br/>
      </w:r>
      <w:r>
        <w:rPr>
          <w:sz w:val="20"/>
        </w:rPr>
        <w:t>40:34  ho gaya hai. to kaise log wapas mud ke aaye. aah, to yeh jaanna bohat zaroori hai ke Islam aah, objective is to root root out the cause of blasphemy, and not give command aah, to kill people.</w:t>
      </w:r>
      <w:r>
        <w:br/>
      </w:r>
      <w:r>
        <w:rPr>
          <w:sz w:val="20"/>
        </w:rPr>
        <w:t>40:49  aah, and this is very important that aah, we have to recognize. aah, mein is mein add karna chahunga,</w:t>
      </w:r>
      <w:r>
        <w:br/>
      </w:r>
      <w:r>
        <w:rPr>
          <w:sz w:val="20"/>
        </w:rPr>
        <w:t>40:59  Quran mein bataya gaya: "Ma yaatihim min rasoolin illa kaano bihi yastahzi'oon" ke jo bhi Rasool aaye, un ka mazaaq uraya gaya hai. to asal hota kya hai ke koi bhi insaan jo aata hai aur Rasool bankar aaye, to kisi doosre insaan ko us ke imaan aur us ke fikr se hatana bohat hi mushkil kaam hota hai.</w:t>
      </w:r>
      <w:r>
        <w:br/>
      </w:r>
      <w:r>
        <w:rPr>
          <w:sz w:val="20"/>
        </w:rPr>
        <w:t>41:19  intehai mushkil kaam hai. ab is maidan mein koi bhi aayega, us ko koi gaali dega, koi mazaaq urayega, yeh to hota rahega. ab agar blasphemy ka law aa jata, Allah taala aah, nazil kar deta to koi bhi insaan nahi bach sakta tha.</w:t>
      </w:r>
      <w:r>
        <w:br/>
      </w:r>
      <w:r>
        <w:rPr>
          <w:sz w:val="20"/>
        </w:rPr>
        <w:t>41:34  even Islam ki tareekh dekhein to jaisa ke abhi apa aur Regis sahib ne misaal diya, maine bhi parhi hai, mere zehn mein beshumar misaal aa rahi hain. Hazrat Umar bhi bach nahi paate kyunke Hazrat Umar ne aah, jab nikle thay ke qatal karenge, us se pehle to sab ko takleef dete hi thay, nikle thay qatal karenge.</w:t>
      </w:r>
      <w:r>
        <w:br/>
      </w:r>
      <w:r>
        <w:rPr>
          <w:sz w:val="20"/>
        </w:rPr>
        <w:t>41:50  to us waqt kisi ne poocha tha: "yeh kahan ja rahe ho?" to kaha: "Hazrat Umar ne yeh kaha tha ke mein is be-deen ko maarne ja raha hoon jis ne hamare Arab ke aah, Arab mein bilkul tafreeqa paida kar diya, ikhtilaf paida kar diya hai." to yeh lafz dekhiye: "mein is be-deen ko maarne ja raha hoon" yeh to bilkul hi sarapa us ki baat hai.</w:t>
      </w:r>
      <w:r>
        <w:br/>
      </w:r>
      <w:r>
        <w:rPr>
          <w:sz w:val="20"/>
        </w:rPr>
        <w:t>42:13  fateh Makkah ke mauqay par Hind ne kaha tha: "Hind wohi hai jo Rasool Allah salallahu alayhi wasallam ki bitter dushman thi aur aap ke chacha ko aah, marwane ka kaam saunpa tha aur bhi doosri cheezein karti rehti thi." us ne yeh kaha tha:</w:t>
      </w:r>
      <w:r>
        <w:br/>
      </w:r>
      <w:r>
        <w:rPr>
          <w:sz w:val="20"/>
        </w:rPr>
        <w:t>42:30  "Ya Rasool Allah! Ma kaana 'ala zahril ardi min ahl-i-khabaa'in ahabb ilayhi min ahl-i-khabaa'ik, thumma ma asbaha al-yawma 'ala zahril ardi ahl-i-khabaa'in ahabb ilayhi min an ya'uzzu min ahl-i-khabaa'ik.</w:t>
      </w:r>
      <w:r>
        <w:br/>
      </w:r>
      <w:r>
        <w:rPr>
          <w:sz w:val="20"/>
        </w:rPr>
        <w:t>42:46  " aey Allah ke Rasool! aaj se pehle rooye zameen par koi bhi khayma wala aisa nahi tha jis ke baray mein mujhe sab se zyada pasandeeda ho ke woh zaleel ho.</w:t>
      </w:r>
      <w:r>
        <w:br/>
      </w:r>
      <w:r>
        <w:rPr>
          <w:sz w:val="20"/>
        </w:rPr>
        <w:t>42:55  yani Rasool Allah salallahu alayhi wasallam sab se zyada zaleel hona ko zaleel karna Hind ko pasandeeda tha. aur ab mujhe sab se zyada pasandeeda yeh hai ke aap aur aap ke log woh izzat paayein.</w:t>
      </w:r>
      <w:r>
        <w:br/>
      </w:r>
      <w:r>
        <w:rPr>
          <w:sz w:val="20"/>
        </w:rPr>
        <w:t>43:10  to ab dekhiye, agar insaan aah, ke liye yeh qanoon ban jata to koi bhi insaan bach nahi pata tha. Makkah ke andar to ek insaan bhi bach nahi pata, Madinah ke andar bhi kuch log bach sakte to bach sakte thay, dehati koi bhi nahi bachta, badu jis ko kehte hain, koi bhi nahi bachta tha.</w:t>
      </w:r>
      <w:r>
        <w:br/>
      </w:r>
      <w:r>
        <w:rPr>
          <w:sz w:val="20"/>
        </w:rPr>
        <w:t>43:26  Taif ke log saare log maare jaate hain. phir is ke baad hum jo aaj Rasool Allah salallahu alayhi wasallam ke naam par kar rahe hain, hum bhi koi, hum kisi ko nahi maloom rehta ke Islam kya hai kyunke sab log mar jaate hain us waqt.</w:t>
      </w:r>
      <w:r>
        <w:br/>
      </w:r>
      <w:r>
        <w:rPr>
          <w:sz w:val="20"/>
        </w:rPr>
        <w:t>43:37  to yeh jo payghambar ke jo aata hai, us ko takleefein hoti hain. to hum ko yeh jaanna chahiye, samajhna chahiye ke is se jo cheez kharab hoti hai, woh dawat ka mahol kharab hota hai.</w:t>
      </w:r>
      <w:r>
        <w:br/>
      </w:r>
      <w:r>
        <w:rPr>
          <w:sz w:val="20"/>
        </w:rPr>
        <w:t>43:51  dawat ka mahol kharab hota hai, Khuda ke mansoobay takhleeq se aagahi ka mahol kharab hota hai. kyunke qayamat ke din Allah taala kisi se pooch nahi sakta ke tum ko mera paigham pohancha ke nahi pohancha, kyunke woh kehta hai ke tum ne qanoon banaya tha ke jo bhi Rasool ko ki shat'am kare, us ko maar diya jaye.</w:t>
      </w:r>
      <w:r>
        <w:br/>
      </w:r>
      <w:r>
        <w:rPr>
          <w:sz w:val="20"/>
        </w:rPr>
        <w:t>44:09  to yeh bilkul hi Islam ke mansoobay takhleeq ke bilkul hi khilaf qanoon hai jo soch rahe hain ya jo samajh rahe hain ya fiqh ka jo kaam hai, yeh bilkul hi khilaf hai.</w:t>
      </w:r>
    </w:p>
    <w:p>
      <w:pPr>
        <w:pStyle w:val="Heading2"/>
      </w:pPr>
      <w:r>
        <w:t>Books to Give for Dawah</w:t>
      </w:r>
    </w:p>
    <w:p>
      <w:r>
        <w:rPr>
          <w:color w:val="666666"/>
          <w:sz w:val="18"/>
        </w:rPr>
        <w:t>Society &amp; Dawah · The Companions and the Hadith Scholars June 24, 2012 · 6m 50s · at 1:09:11 · https://youtu.be/Dj4QiYnxgBs?t=4151</w:t>
      </w:r>
    </w:p>
    <w:p>
      <w:r>
        <w:rPr>
          <w:i/>
        </w:rPr>
        <w:t>“What books should we give to people who come in contact with us to tell them about Islam?”</w:t>
      </w:r>
    </w:p>
    <w:p>
      <w:r>
        <w:rPr>
          <w:sz w:val="20"/>
        </w:rPr>
        <w:t>1:09:11  maulana, agla sawal dilli se hai, nazim ahmad sahab ka. unhon ne likha hai: "jo log hamare sampark mein aate hain, unko islam ke bare mein batane ke liye kaunsi kitabein hum dein?" is ke bare mein bataein.</w:t>
      </w:r>
      <w:r>
        <w:br/>
      </w:r>
      <w:r>
        <w:rPr>
          <w:sz w:val="20"/>
        </w:rPr>
        <w:t>1:09:28  bhai, dekhein, yeh koi</w:t>
      </w:r>
      <w:r>
        <w:br/>
      </w:r>
      <w:r>
        <w:rPr>
          <w:sz w:val="20"/>
        </w:rPr>
        <w:t>1:09:32  yaani yeh koi batane ki baat nahi hai, yeh to aap ke samajhne ki baat hai. kyunke jo aap ke sampark mein aate hain, woh kya hain? to woh tarah tarah ke log ho sakte hain.</w:t>
      </w:r>
      <w:r>
        <w:br/>
      </w:r>
      <w:r>
        <w:rPr>
          <w:sz w:val="20"/>
        </w:rPr>
        <w:t>1:09:42  insaan ki to bohat qismein hain. to aap ko khud kitabein padhna hoga, padh ke khud aap ko tay karna hoga ke un ke mind ko address karne wali kitab kaun si hai.</w:t>
      </w:r>
      <w:r>
        <w:br/>
      </w:r>
      <w:r>
        <w:rPr>
          <w:sz w:val="20"/>
        </w:rPr>
        <w:t>1:09:56  yeh koi doosra aadmi nahi bata sakta hai.</w:t>
      </w:r>
      <w:r>
        <w:br/>
      </w:r>
      <w:r>
        <w:rPr>
          <w:sz w:val="20"/>
        </w:rPr>
        <w:t>1:10:01  maulana, agla ek comment aaya hai, patna se, bihar se, daniyal sahab ka. unhon ne likha hai: "maulana, pichhle sunday ko main dilli mein tha, maine CPS Hall mein aap ke lecture ko attend kiya, jiska topic tha Political Activism aur Futile Activism. aur aaj main online lecture yeh sun raha</w:t>
      </w:r>
      <w:r>
        <w:br/>
      </w:r>
      <w:r>
        <w:rPr>
          <w:sz w:val="20"/>
        </w:rPr>
        <w:t>1:10:23  hoon, in dono lecture se kai bahut zyada important islam ke aspects clear hue.</w:t>
      </w:r>
      <w:r>
        <w:br/>
      </w:r>
      <w:r>
        <w:rPr>
          <w:sz w:val="20"/>
        </w:rPr>
        <w:t>1:10:29  jis ke baad mere andar thrilling ka ehsas ho raha hai.</w:t>
      </w:r>
      <w:r>
        <w:br/>
      </w:r>
      <w:r>
        <w:rPr>
          <w:sz w:val="20"/>
        </w:rPr>
        <w:t>1:10:33  jo baatein maine samjhi, wo yeh hain ke hum 200 saal se political empire ko regain karne ki</w:t>
      </w:r>
      <w:r>
        <w:br/>
      </w:r>
      <w:r>
        <w:rPr>
          <w:sz w:val="20"/>
        </w:rPr>
        <w:t>1:10:39  koshish kar rahe hain.</w:t>
      </w:r>
      <w:r>
        <w:br/>
      </w:r>
      <w:r>
        <w:rPr>
          <w:sz w:val="20"/>
        </w:rPr>
        <w:t>1:10:42  halanki, us se bhi zyada bada empire maujood hai, aur wo hai dawah empire.</w:t>
      </w:r>
      <w:r>
        <w:br/>
      </w:r>
      <w:r>
        <w:rPr>
          <w:sz w:val="20"/>
        </w:rPr>
        <w:t>1:10:48  aur dawah empire ke baad kisi aur empire ki zaroorat nahi.</w:t>
      </w:r>
      <w:r>
        <w:br/>
      </w:r>
      <w:r>
        <w:rPr>
          <w:sz w:val="20"/>
        </w:rPr>
        <w:t>1:10:53  doosri aham baat yeh hai ke quran ke mutabiq hamare liye zimmedari yeh hai ke hum adal ko apnayein, na ke adal ko naafiz karne ke liye pur tashaddud jahad karein. teesri, prophet aur sahaba ke zamane mein religious persecution ka zamana tha.</w:t>
      </w:r>
      <w:r>
        <w:br/>
      </w:r>
      <w:r>
        <w:rPr>
          <w:sz w:val="20"/>
        </w:rPr>
        <w:t>1:11:12  un logon ne jo bhi defensive confrontation kiya, uska asal maqsad religious persecution ko khatm karne ka tha,</w:t>
      </w:r>
      <w:r>
        <w:br/>
      </w:r>
      <w:r>
        <w:rPr>
          <w:sz w:val="20"/>
        </w:rPr>
        <w:t>1:11:21  na ke political power ko gain karne ka.</w:t>
      </w:r>
      <w:r>
        <w:br/>
      </w:r>
      <w:r>
        <w:rPr>
          <w:sz w:val="20"/>
        </w:rPr>
        <w:t>1:11:25  aur unhi ki koshishon ke nateeje mein jo process shuru hua, uska culmination aaj freedom of expression hai.</w:t>
      </w:r>
      <w:r>
        <w:br/>
      </w:r>
      <w:r>
        <w:rPr>
          <w:sz w:val="20"/>
        </w:rPr>
        <w:t>1:11:33  Maulana sahib, yeh baatein kya maine sahi samjhi? theek,</w:t>
      </w:r>
      <w:r>
        <w:br/>
      </w:r>
      <w:r>
        <w:rPr>
          <w:sz w:val="20"/>
        </w:rPr>
        <w:t>1:11:37  bahut sahi, bilkul sahi hai.</w:t>
      </w:r>
      <w:r>
        <w:br/>
      </w:r>
      <w:r>
        <w:rPr>
          <w:sz w:val="20"/>
        </w:rPr>
        <w:t>1:11:40  bilkul theek hai.</w:t>
      </w:r>
      <w:r>
        <w:br/>
      </w:r>
      <w:r>
        <w:rPr>
          <w:sz w:val="20"/>
        </w:rPr>
        <w:t>1:11:42  maulana, agla sawal dilli se hai, Miss Nagma Siddiqui ka. unhon ne likha hai: "If ideal cannot be achieved, why has there been efforts throughout history to achieve it?"</w:t>
      </w:r>
      <w:r>
        <w:br/>
      </w:r>
      <w:r>
        <w:rPr>
          <w:sz w:val="20"/>
        </w:rPr>
        <w:t>1:11:58  dekhiye, insaan jo hai, yaani Ideal Seeking Animal hai. paidaishi taur par us ke mind mein ek mayar hai, ek ideal hai, jisko woh achieve karna chahta hai.</w:t>
      </w:r>
      <w:r>
        <w:br/>
      </w:r>
      <w:r>
        <w:rPr>
          <w:sz w:val="20"/>
        </w:rPr>
        <w:t>1:12:14  to Allah taala ne yeh jo pasand hai insaan ke andar rakhi thi, jannat ke shauk ke liye. shayad bhi duniya mein kam tawajjoh de, duniya mein apne dil na lagaye, yeh samajh kar ke ke bhai, jo ideal mere mind mein hai, woh to jannat mein milega. yahan to bas kuch din rehna hai. lekin aaj is hua yeh ke beshtar insano ne us mayar pasandi ko isi duniya mein transfer karna chaha,</w:t>
      </w:r>
      <w:r>
        <w:br/>
      </w:r>
      <w:r>
        <w:rPr>
          <w:sz w:val="20"/>
        </w:rPr>
        <w:t>1:12:42  jo mayar pasandi thi akhirat ki, jannat ki yaad karne ke liye, us se apne ko ishq lagane ke liye. us mayar pasandi ko chah ke is duniya mein main bana loon. is ke nateeje mein yeh tareekh mein yeh manzar aap ko dikhai de deta hai.</w:t>
      </w:r>
      <w:r>
        <w:br/>
      </w:r>
      <w:r>
        <w:rPr>
          <w:sz w:val="20"/>
        </w:rPr>
        <w:t>1:13:09  maulana, agla sawal dilli se hai, nafees sahab ne likha hai. unhon ne poocha hai ke kisi waqea ka zikr karte hue aap ne ek hadith ka hawala diya tha, jo is tarah thi: "jab na-ahl log ohdedar banaye jaane lage to qayamat ka intezar karo." is hadith mein kya baat kahi gayi hai,</w:t>
      </w:r>
      <w:r>
        <w:br/>
      </w:r>
      <w:r>
        <w:rPr>
          <w:sz w:val="20"/>
        </w:rPr>
        <w:t>1:13:32  main use poori tarah se samajh nahi paya hoon.</w:t>
      </w:r>
      <w:r>
        <w:br/>
      </w:r>
      <w:r>
        <w:rPr>
          <w:sz w:val="20"/>
        </w:rPr>
        <w:t>1:13:37  is hadith ke alfaaz hain: "jab ussist al amru bi ghair ahlihi fad aris sa'ah"</w:t>
      </w:r>
      <w:r>
        <w:br/>
      </w:r>
      <w:r>
        <w:rPr>
          <w:sz w:val="20"/>
        </w:rPr>
        <w:t>1:13:47  . jab maamlaat jo hain, na-ahlon ke haath mein</w:t>
      </w:r>
      <w:r>
        <w:br/>
      </w:r>
      <w:r>
        <w:rPr>
          <w:sz w:val="20"/>
        </w:rPr>
        <w:t>1:13:54  jane lage to intezar karo qayamat ka.</w:t>
      </w:r>
      <w:r>
        <w:br/>
      </w:r>
      <w:r>
        <w:rPr>
          <w:sz w:val="20"/>
        </w:rPr>
        <w:t>1:14:00  samajhta hoon ke yeh jo hadith thi, is ki peshangoi yeh zamane poori ho chuki hai. aaj jis jagah dekhein, na-ahl log baithe hue hain.</w:t>
      </w:r>
      <w:r>
        <w:br/>
      </w:r>
      <w:r>
        <w:rPr>
          <w:sz w:val="20"/>
        </w:rPr>
        <w:t>1:14:12  har seat par ek na-ahl aadmi baitha hua hai.</w:t>
      </w:r>
      <w:r>
        <w:br/>
      </w:r>
      <w:r>
        <w:rPr>
          <w:sz w:val="20"/>
        </w:rPr>
        <w:t>1:14:19  is ka sabab kya hai? kyun aisa hua ke na-ahl log baith gaye? woh ja ja kar ke</w:t>
      </w:r>
      <w:r>
        <w:br/>
      </w:r>
      <w:r>
        <w:rPr>
          <w:sz w:val="20"/>
        </w:rPr>
        <w:t>1:14:24  to is ko aap dhoondhiye. lekin yeh to waqea hai ke is zamane mein jitni seat hai, sab par na-ahl log baithe hue hain.</w:t>
      </w:r>
      <w:r>
        <w:br/>
      </w:r>
      <w:r>
        <w:rPr>
          <w:sz w:val="20"/>
        </w:rPr>
        <w:t>1:14:33  jahan tak main jaanta hoon, woh yeh hai ke na-ahl log baatein khoob bolte hain, na-ahl aadmi munafiq khoob munafiqat khoob dikhata hai.</w:t>
      </w:r>
      <w:r>
        <w:br/>
      </w:r>
      <w:r>
        <w:rPr>
          <w:sz w:val="20"/>
        </w:rPr>
        <w:t>1:14:45  khoob achhi achhi baatein karega</w:t>
      </w:r>
      <w:r>
        <w:br/>
      </w:r>
      <w:r>
        <w:rPr>
          <w:sz w:val="20"/>
        </w:rPr>
        <w:t>1:14:47  to log samjhen ke yeh bohat mozu hai is uhde ke liye. aur jo aadmi sacha hoga, Allah se darta hoga, barh barh kar baaten nahin bolega.</w:t>
      </w:r>
      <w:r>
        <w:br/>
      </w:r>
      <w:r>
        <w:rPr>
          <w:sz w:val="20"/>
        </w:rPr>
        <w:t>1:14:59  woh language, woh language of understatement istemal karega.</w:t>
      </w:r>
      <w:r>
        <w:br/>
      </w:r>
      <w:r>
        <w:rPr>
          <w:sz w:val="20"/>
        </w:rPr>
        <w:t>1:15:04  theek hai? ek hai language of overstatement, ek hai language of understatement. to munafiq jo hota hai, woh language of overstatement bolta hai.</w:t>
      </w:r>
      <w:r>
        <w:br/>
      </w:r>
      <w:r>
        <w:rPr>
          <w:sz w:val="20"/>
        </w:rPr>
        <w:t>1:15:15  aur jo sacha aadmi hoga, woh language of understatement bolega. to log tajziya kar nahin paate. to is ki baaton ke dhoke mein aa jaate hain, kehte hain ke yeh hai, is ko seat pe bithao.</w:t>
      </w:r>
      <w:r>
        <w:br/>
      </w:r>
      <w:r>
        <w:rPr>
          <w:sz w:val="20"/>
        </w:rPr>
        <w:t>1:15:29  yeh daur to poora isi ka hai.</w:t>
      </w:r>
      <w:r>
        <w:br/>
      </w:r>
      <w:r>
        <w:rPr>
          <w:sz w:val="20"/>
        </w:rPr>
        <w:t>1:15:32  hadees mein aata hai ke "turfa al-aman". ek zamana aayega jab honesty uth jayegi. honesty uthne ka matlab kya hai?</w:t>
      </w:r>
      <w:r>
        <w:br/>
      </w:r>
      <w:r>
        <w:rPr>
          <w:sz w:val="20"/>
        </w:rPr>
        <w:t>1:15:42  munafiqat ka daur aa jayega. khoob baaten karenge log. wahi to hai aaj kal. har aadmi baaton ka badshah bana hua hai.</w:t>
      </w:r>
      <w:r>
        <w:br/>
      </w:r>
      <w:r>
        <w:rPr>
          <w:sz w:val="20"/>
        </w:rPr>
        <w:t>1:15:53  to sache log jo hain, woh baaten bana nahin paate. to un ko seat bhi nahin milti.</w:t>
      </w:r>
    </w:p>
    <w:p>
      <w:pPr>
        <w:pStyle w:val="Heading2"/>
      </w:pPr>
      <w:r>
        <w:t>Can Muslims protest peacefully</w:t>
      </w:r>
    </w:p>
    <w:p>
      <w:r>
        <w:rPr>
          <w:color w:val="666666"/>
          <w:sz w:val="18"/>
        </w:rPr>
        <w:t>Society &amp; Dawah · How God Manages Human History December 23, 2018 · 8m 04s · at 50:44 · https://youtu.be/j_yxigrCl5U?t=3044</w:t>
      </w:r>
    </w:p>
    <w:p>
      <w:r>
        <w:rPr>
          <w:i/>
        </w:rPr>
        <w:t>“Can we as Muslims at least protest peacefully without use of violence?”</w:t>
      </w:r>
    </w:p>
    <w:p>
      <w:r>
        <w:rPr>
          <w:sz w:val="20"/>
        </w:rPr>
        <w:t>50:44  yeh sawal bheja hai bangalore se iftikhar hussain sahib ne. molana, un ka sawal yeh hai: "molana, you said today that present age is age of peace.</w:t>
      </w:r>
      <w:r>
        <w:br/>
      </w:r>
      <w:r>
        <w:rPr>
          <w:sz w:val="20"/>
        </w:rPr>
        <w:t>51:00  and quoting hitler, you said: 'there will be no victors but survivors if there is any more war.' my question is then: can we as muslims at least protest peacefully without use of violence?</w:t>
      </w:r>
      <w:r>
        <w:br/>
      </w:r>
      <w:r>
        <w:rPr>
          <w:sz w:val="20"/>
        </w:rPr>
        <w:t>51:18  i am saying this because unless we raise our voice, authorities will not listen to the concerns and will keep on exploiting us.</w:t>
      </w:r>
      <w:r>
        <w:br/>
      </w:r>
      <w:r>
        <w:rPr>
          <w:sz w:val="20"/>
        </w:rPr>
        <w:t>51:28  molana sahib, what is your guidance on peaceful protest?" peaceful protest means futile protest.</w:t>
      </w:r>
      <w:r>
        <w:br/>
      </w:r>
      <w:r>
        <w:rPr>
          <w:sz w:val="20"/>
        </w:rPr>
        <w:t>51:39  futile protest.</w:t>
      </w:r>
      <w:r>
        <w:br/>
      </w:r>
      <w:r>
        <w:rPr>
          <w:sz w:val="20"/>
        </w:rPr>
        <w:t>51:41  aap blame dete hain authorities ko, blame dijiye apne wrong method ko.</w:t>
      </w:r>
      <w:r>
        <w:br/>
      </w:r>
      <w:r>
        <w:rPr>
          <w:sz w:val="20"/>
        </w:rPr>
        <w:t>51:53  road par aa kar chalana yeh chodiye,</w:t>
      </w:r>
      <w:r>
        <w:br/>
      </w:r>
      <w:r>
        <w:rPr>
          <w:sz w:val="20"/>
        </w:rPr>
        <w:t>51:59  measurement seekhiye. allah taala ka tareeqa manage karna hai, manage karna.</w:t>
      </w:r>
      <w:r>
        <w:br/>
      </w:r>
      <w:r>
        <w:rPr>
          <w:sz w:val="20"/>
        </w:rPr>
        <w:t>52:08  wo seekhiye. poori tareekh ko allah manage kar raha hai, poori tareekh ko. to aap manage karna seekhiye, takrao chodiye, is ko haram samjhiye.</w:t>
      </w:r>
      <w:r>
        <w:br/>
      </w:r>
      <w:r>
        <w:rPr>
          <w:sz w:val="20"/>
        </w:rPr>
        <w:t>52:23  is ko samjhiye ke andha pan samjhiye, andha pan. yahi to hai fitna dohama ke sari qaum andhi ho jayegi, is ko kuch dikhai nahi dega, kuch kiya karein, kiya na karein.</w:t>
      </w:r>
      <w:r>
        <w:br/>
      </w:r>
      <w:r>
        <w:rPr>
          <w:sz w:val="20"/>
        </w:rPr>
        <w:t>52:37  jis cheez ko aap keh rahe hain protest, wo wo phenomena hai fitna dohama ka. itne zyada raaste khule hue hain.</w:t>
      </w:r>
      <w:r>
        <w:br/>
      </w:r>
      <w:r>
        <w:rPr>
          <w:sz w:val="20"/>
        </w:rPr>
        <w:t>52:49  aap bataiye ke ek shakhs france se aata hai aur poore india mein ek empire khada kar deta hai, tata.</w:t>
      </w:r>
      <w:r>
        <w:br/>
      </w:r>
      <w:r>
        <w:rPr>
          <w:sz w:val="20"/>
        </w:rPr>
        <w:t>52:59  aap kehte hain hamein ladna hai, protest karna hai. us ne kabhi protest nahi kiya, tata ne kabhi protest nahi kiya. aur sab se bara jo hai colonial powers ka misaal,</w:t>
      </w:r>
      <w:r>
        <w:br/>
      </w:r>
      <w:r>
        <w:rPr>
          <w:sz w:val="20"/>
        </w:rPr>
        <w:t>53:19  wo log india mein aaye, french company aur british company to talwar le ke aaye the, maar maar kar ke hukoomat karna aur apna maqsad to tha apne product ko bechna, lekin maar maar kar ke.</w:t>
      </w:r>
      <w:r>
        <w:br/>
      </w:r>
      <w:r>
        <w:rPr>
          <w:sz w:val="20"/>
        </w:rPr>
        <w:t>53:39  phir unhon ne pata kiya ke maarne ki zaroorat hi kya hai? peaceful tareeqe se hum apni industry badha sakte hain poori duniya mein, yahan tak ke poori duniya mein hamari monopoly ho jaye.</w:t>
      </w:r>
      <w:r>
        <w:br/>
      </w:r>
      <w:r>
        <w:rPr>
          <w:sz w:val="20"/>
        </w:rPr>
        <w:t>53:52  aap ghaur kijiye, aaj monopoly hai, jaisa ke maine arz kiya, airbus ki aur boeing ki monopoly hai sari duniya mein.</w:t>
      </w:r>
      <w:r>
        <w:br/>
      </w:r>
      <w:r>
        <w:rPr>
          <w:sz w:val="20"/>
        </w:rPr>
        <w:t>54:06  to kya koi talwar le ke yeh monopoly qaim kiya unhon ne? gun chala kar kiya hai? apne standard se. india ki kamzori yeh hai ke aaj koi standard ki cheez milti nahi.</w:t>
      </w:r>
      <w:r>
        <w:br/>
      </w:r>
      <w:r>
        <w:rPr>
          <w:sz w:val="20"/>
        </w:rPr>
        <w:t>54:21  agar india in standard ki cheezein banaye to is ki bhi monopoly qaim ho jayegi. lekin india mein koi cheez standard ki milti nahi.</w:t>
      </w:r>
      <w:r>
        <w:br/>
      </w:r>
      <w:r>
        <w:rPr>
          <w:sz w:val="20"/>
        </w:rPr>
        <w:t>54:35  is zamane mein yaad rakhiye, standard ki taqat hai, talwar ki taqat nahi hai. is zamane mein jo taqat hai na, woh standard ki taqat hai.</w:t>
      </w:r>
      <w:r>
        <w:br/>
      </w:r>
      <w:r>
        <w:rPr>
          <w:sz w:val="20"/>
        </w:rPr>
        <w:t>54:46  talwar ki koi taqat nahi hai. koi bhi cheez aap standard ki banaiye, sari duniya jhook markar kharede gi. lekin india mein koi ek cheez bhi standard ki nahi milti.</w:t>
      </w:r>
      <w:r>
        <w:br/>
      </w:r>
      <w:r>
        <w:rPr>
          <w:sz w:val="20"/>
        </w:rPr>
        <w:t>55:00  isi liye yahan par log bohat si cheezein late hain.</w:t>
      </w:r>
      <w:r>
        <w:br/>
      </w:r>
      <w:r>
        <w:rPr>
          <w:sz w:val="20"/>
        </w:rPr>
        <w:t>55:07  bohat hi ajeeb baat hai ke parhe likhe log bhi haqeeqaton ko nahi jante. mujhe taajjub hota hai. baat karte hain protest ki, baat karo standard ki, quality education ki.</w:t>
      </w:r>
      <w:r>
        <w:br/>
      </w:r>
      <w:r>
        <w:rPr>
          <w:sz w:val="20"/>
        </w:rPr>
        <w:t>55:21  yeh parhe likhe log hain jo baatein karte hain, yeh sab protest.</w:t>
      </w:r>
      <w:r>
        <w:br/>
      </w:r>
      <w:r>
        <w:rPr>
          <w:sz w:val="20"/>
        </w:rPr>
        <w:t>55:28  aaj ke daur mein baat karo quality education ki, standard ki. mujhe bohat taajjub hota hai ke parhe likhe log itne bekhauf, bekhabar hain.</w:t>
      </w:r>
      <w:r>
        <w:br/>
      </w:r>
      <w:r>
        <w:rPr>
          <w:sz w:val="20"/>
        </w:rPr>
        <w:t>55:39  isi liye mujhe lagta hai ke yahi hai fitna dohama, yahi fitna dohama hai. Maulana, Mumbai se sawal kiya hai Fawad Siddiqui sahab ne.</w:t>
      </w:r>
      <w:r>
        <w:br/>
      </w:r>
      <w:r>
        <w:rPr>
          <w:sz w:val="20"/>
        </w:rPr>
        <w:t>55:51  unhone likha hai: "Molana, polytheism exists even today like it existed at the time of Prophet of Islam.</w:t>
      </w:r>
      <w:r>
        <w:br/>
      </w:r>
      <w:r>
        <w:rPr>
          <w:sz w:val="20"/>
        </w:rPr>
        <w:t>56:00  So what is wrong if Muslims are engaging in conflict with polytheists as this is what Prophet and later sahaba did, which helped in spreading of Islam?</w:t>
      </w:r>
      <w:r>
        <w:br/>
      </w:r>
      <w:r>
        <w:rPr>
          <w:sz w:val="20"/>
        </w:rPr>
        <w:t>56:12  So in a way Muslims are engaged in conflict with polytheists that is like following sunnat. Why is it that you stop?" is se bara koi jhoot nahi ho sakta, is se bara koi jhoot nahi ho sakta.</w:t>
      </w:r>
      <w:r>
        <w:br/>
      </w:r>
      <w:r>
        <w:rPr>
          <w:sz w:val="20"/>
        </w:rPr>
        <w:t>56:28  dekhiye, is raaz ko janiye ke shirk se murad Quran mein jo shirk jarah hai, shirk eitiqadi nahi hai.</w:t>
      </w:r>
      <w:r>
        <w:br/>
      </w:r>
      <w:r>
        <w:rPr>
          <w:sz w:val="20"/>
        </w:rPr>
        <w:t>56:40  shirk eitiqadi to kabhi khatam hi nahi hoga, Allah ke script ke mutabiq. shirk eitiqadi na kabhi khatam hua, na kabhi khatam hoga.</w:t>
      </w:r>
      <w:r>
        <w:br/>
      </w:r>
      <w:r>
        <w:rPr>
          <w:sz w:val="20"/>
        </w:rPr>
        <w:t>56:50  shirk jarah ko Quran ne khatam kar diya aur inqalabat jo aaye duniya mein, is ne khatam kar diya. to Allah ka jo matlab tha, woh yeh nahi tha ke shirk eitiqadi khatam ho jaye.</w:t>
      </w:r>
      <w:r>
        <w:br/>
      </w:r>
      <w:r>
        <w:rPr>
          <w:sz w:val="20"/>
        </w:rPr>
        <w:t>57:06  iska matlab tha ke shirk jarah khatam ho jaye. qatil fitna, yahan shirk se murad hai shirk jarah.</w:t>
      </w:r>
      <w:r>
        <w:br/>
      </w:r>
      <w:r>
        <w:rPr>
          <w:sz w:val="20"/>
        </w:rPr>
        <w:t>57:16  kaise ajeeb hai, parhe likhe log ki baaton ko samajhte nahi aur bari bari baatein karte hain.</w:t>
      </w:r>
      <w:r>
        <w:br/>
      </w:r>
      <w:r>
        <w:rPr>
          <w:sz w:val="20"/>
        </w:rPr>
        <w:t>57:24  Maulana, agla comment lena chahenge. yeh bheja hai Mahboob bhai ne Mumbai se. unhone likha hai: "Molana, today you said a sentence: Musalmanon ne ladai ko namaz ka darja de rakha hai.</w:t>
      </w:r>
      <w:r>
        <w:br/>
      </w:r>
      <w:r>
        <w:rPr>
          <w:sz w:val="20"/>
        </w:rPr>
        <w:t>57:41  This is the path-breaking sentence for any Muslim to break his conditioning in this regard. Maulana, definitely my conviction has doubled towards you.</w:t>
      </w:r>
      <w:r>
        <w:br/>
      </w:r>
      <w:r>
        <w:rPr>
          <w:sz w:val="20"/>
        </w:rPr>
        <w:t>57:52  Jazak Allah." Dr. Najma Siddiqui ne Dubai se likha hai: "Very meaningfully described historical gist from the Islamic perspective,</w:t>
      </w:r>
      <w:r>
        <w:br/>
      </w:r>
      <w:r>
        <w:rPr>
          <w:sz w:val="20"/>
        </w:rPr>
        <w:t>58:06  focusing on various shocks for learning process, for learning lessons. Also pointing out our mistakes and need for global da'wah work.</w:t>
      </w:r>
      <w:r>
        <w:br/>
      </w:r>
      <w:r>
        <w:rPr>
          <w:sz w:val="20"/>
        </w:rPr>
        <w:t>58:16  May Allah help all of us in this work. Jazak Allah." Maulana, Sahar Saleem ne likha hai Kashmir se: "Molana sahib, in today's lecture we all again got the broader vision for da'wah.</w:t>
      </w:r>
      <w:r>
        <w:br/>
      </w:r>
      <w:r>
        <w:rPr>
          <w:sz w:val="20"/>
        </w:rPr>
        <w:t>58:34  We should be thankful to today's time where it is so easy and convenient to make da'wah empire. We should take global dawah as an opportunity by truly understanding what it really means.</w:t>
      </w:r>
    </w:p>
    <w:p>
      <w:pPr>
        <w:pStyle w:val="Heading2"/>
      </w:pPr>
      <w:r>
        <w:t>Communication gap and communal riots</w:t>
      </w:r>
    </w:p>
    <w:p>
      <w:r>
        <w:rPr>
          <w:color w:val="666666"/>
          <w:sz w:val="18"/>
        </w:rPr>
        <w:t>Society &amp; Dawah · Lessons from My Journey to Agra October 27, 2013 · 5m 18s · at 1:10:12 · https://youtu.be/Gg2N0h4ETH8?t=4212</w:t>
      </w:r>
    </w:p>
    <w:p>
      <w:r>
        <w:rPr>
          <w:i/>
        </w:rPr>
        <w:t>“Is communication gap the main culprit for the increase of communal riots in India?”</w:t>
      </w:r>
    </w:p>
    <w:p>
      <w:r>
        <w:rPr>
          <w:sz w:val="20"/>
        </w:rPr>
        <w:t>1:10:12  Maulana, agla sawal Dr. Iqbal Pardhan ka hai Delhi se. unhon ne likha hai: "Maulana, last month i got a call of a dear friend Mr. Swe Ram Tutia from Modi Nagar in UP.</w:t>
      </w:r>
      <w:r>
        <w:br/>
      </w:r>
      <w:r>
        <w:rPr>
          <w:sz w:val="20"/>
        </w:rPr>
        <w:t>1:10:28  he was very concerned about me because of the communal riots in Muzaffarnagar. he advised me that i should not visit the riot affected areas.</w:t>
      </w:r>
      <w:r>
        <w:br/>
      </w:r>
      <w:r>
        <w:rPr>
          <w:sz w:val="20"/>
        </w:rPr>
        <w:t>1:10:38  Maulana, my question is that is communication gap the main culprit for increase of communal right communal rights that we see in India?" nahi, dekhen, communication gap ki baat nahi hai ye.</w:t>
      </w:r>
      <w:r>
        <w:br/>
      </w:r>
      <w:r>
        <w:rPr>
          <w:sz w:val="20"/>
        </w:rPr>
        <w:t>1:10:53  ye patience na hone ki baat</w:t>
      </w:r>
      <w:r>
        <w:br/>
      </w:r>
      <w:r>
        <w:rPr>
          <w:sz w:val="20"/>
        </w:rPr>
        <w:t>1:10:57  hai. sabr nahi hai logon ke andar. zara si baat pe bhadak uthte hain. communication gap nahi hai. sab ki jeb mein mobile hai. har aaj kal kis ki jeb mein mobile nahi hai?</w:t>
      </w:r>
      <w:r>
        <w:br/>
      </w:r>
      <w:r>
        <w:rPr>
          <w:sz w:val="20"/>
        </w:rPr>
        <w:t>1:11:09  to communication gap kahan hai? asal cheez ye hai ke haan, yani hamare andar ye mizaj ban gaya hai ke hum sabr nahi kar paate,</w:t>
      </w:r>
      <w:r>
        <w:br/>
      </w:r>
      <w:r>
        <w:rPr>
          <w:sz w:val="20"/>
        </w:rPr>
        <w:t>1:11:22  tolerate nahi kar paate, avoid nahi paate. bas zara si koi baat pe bhadak a</w:t>
      </w:r>
      <w:r>
        <w:br/>
      </w:r>
      <w:r>
        <w:rPr>
          <w:sz w:val="20"/>
        </w:rPr>
        <w:t>1:11:26  the, koi baat suni, bhadak uthe. to logon ko sab se zaroori cheez jo hai wo ke andar sabr ka mizaj paida karen, patience ka mizaj paida karen, avoidance ka, a'raz ka.</w:t>
      </w:r>
      <w:r>
        <w:br/>
      </w:r>
      <w:r>
        <w:rPr>
          <w:sz w:val="20"/>
        </w:rPr>
        <w:t>1:11:42  is se communal dot khatam ho gayi. communication se is ka koi ta'alluq nahi kyunke communication ka har aadmi ke jeb mein mobile hai.</w:t>
      </w:r>
      <w:r>
        <w:br/>
      </w:r>
      <w:r>
        <w:rPr>
          <w:sz w:val="20"/>
        </w:rPr>
        <w:t>1:11:52  communication to khoob khoob hai.</w:t>
      </w:r>
      <w:r>
        <w:br/>
      </w:r>
      <w:r>
        <w:rPr>
          <w:sz w:val="20"/>
        </w:rPr>
        <w:t>1:11:56  main ne jo india mein right hotay hain, is ka main ne kuch kuch kuch rights ko test case ke tor par mutala kiya hai.</w:t>
      </w:r>
      <w:r>
        <w:br/>
      </w:r>
      <w:r>
        <w:rPr>
          <w:sz w:val="20"/>
        </w:rPr>
        <w:t>1:12:05  hamesha main ne paya hai ke jo cheez jo cheez maujood nahi thi, woh patience maujood nahi tha. is liye bhark utha mamla aur fasad ho gaya. zara si baat to zara si baat to ghar pe hoti hai.</w:t>
      </w:r>
      <w:r>
        <w:br/>
      </w:r>
      <w:r>
        <w:rPr>
          <w:sz w:val="20"/>
        </w:rPr>
        <w:t>1:12:17  zara si baat to hamesha hogi.</w:t>
      </w:r>
      <w:r>
        <w:br/>
      </w:r>
      <w:r>
        <w:rPr>
          <w:sz w:val="20"/>
        </w:rPr>
        <w:t>1:12:20  jab bhi aap mil jul kar rahengay, social life mein thori thori baatein hamesha hoti rahengi. chahe hindu musalman hon ya sirf musalman hon ya sirf hindu hon, hoga woh.</w:t>
      </w:r>
      <w:r>
        <w:br/>
      </w:r>
      <w:r>
        <w:rPr>
          <w:sz w:val="20"/>
        </w:rPr>
        <w:t>1:12:33  to sirf is ka hal sirf yeh hai ke log yani bharkna chorein, provoke na hon, patience se kaam kaam lein, choti choti baaton ko nazar andaaz karein aur koi hal is ka doosra hai nahi.</w:t>
      </w:r>
      <w:r>
        <w:br/>
      </w:r>
      <w:r>
        <w:rPr>
          <w:sz w:val="20"/>
        </w:rPr>
        <w:t>1:12:52  is par hum bohat likh chukay hain. merit ka fasad hua tha 1986 mein to bohat lambi report hum ne likhi thi.</w:t>
      </w:r>
      <w:r>
        <w:br/>
      </w:r>
      <w:r>
        <w:rPr>
          <w:sz w:val="20"/>
        </w:rPr>
        <w:t>1:13:01  poora risala is mein 50 safhay ki is mein yeh sab baatein likhi theen tafseel ke sath ke india ka right jo hai, is ki sab genesis yahi hai ke mil jul kar rehna hi parta hai.</w:t>
      </w:r>
      <w:r>
        <w:br/>
      </w:r>
      <w:r>
        <w:rPr>
          <w:sz w:val="20"/>
        </w:rPr>
        <w:t>1:13:15  humein social life to hamari hoti hi hoti hai,</w:t>
      </w:r>
      <w:r>
        <w:br/>
      </w:r>
      <w:r>
        <w:rPr>
          <w:sz w:val="20"/>
        </w:rPr>
        <w:t>1:13:18  lekin to social life mein aisa lazman hoga ke kisi ke khilaf kuch baat ho jayegi. choti si baat, is choti si baat ko aap avoid kijiye, nazar andaaz kijiye, is ko bardasht kar lijye.</w:t>
      </w:r>
      <w:r>
        <w:br/>
      </w:r>
      <w:r>
        <w:rPr>
          <w:sz w:val="20"/>
        </w:rPr>
        <w:t>1:13:32  aur nahi to phir kya hoga? woh main ne ek hadith is mein naqal ki thi. ek sahabi ka qaul hai ke "malayurda bil qaleel mimma yati bis safheeyarada bil kaseer"</w:t>
      </w:r>
      <w:r>
        <w:br/>
      </w:r>
      <w:r>
        <w:rPr>
          <w:sz w:val="20"/>
        </w:rPr>
        <w:t>1:13:47  . yani jo aadmi chotay shar ko bardasht nahi karega ijtamai zindagi mein, us ko ijtamai zindagi ke baray shar ko bardasht karna padega.</w:t>
      </w:r>
      <w:r>
        <w:br/>
      </w:r>
      <w:r>
        <w:rPr>
          <w:sz w:val="20"/>
        </w:rPr>
        <w:t>1:13:59  yani social life mein jo option hai, woh hai less evil aur get evil ka. yani evil aur no evil ka option nahi hai.</w:t>
      </w:r>
      <w:r>
        <w:br/>
      </w:r>
      <w:r>
        <w:rPr>
          <w:sz w:val="20"/>
        </w:rPr>
        <w:t>1:14:08  is ko achi tarah samajh lijye. yeh sara yani jo misr mein jo kuch ho raha hai ya iraq aur pakistan mein jo kuch ho raha hai ya india mein jo kuch ho raha hai, har jagah hi apply hota hai formula ke zindagi mein jo hamein option hai,</w:t>
      </w:r>
      <w:r>
        <w:br/>
      </w:r>
      <w:r>
        <w:rPr>
          <w:sz w:val="20"/>
        </w:rPr>
        <w:t>1:14:27  between evil aur no evil nahi hai, balkay between get evil aur less evil hai.</w:t>
      </w:r>
      <w:r>
        <w:br/>
      </w:r>
      <w:r>
        <w:rPr>
          <w:sz w:val="20"/>
        </w:rPr>
        <w:t>1:14:35  aap ko less evil ko bardasht karna hi padega ta ke aap get evil se bacha sakein apne aap ko. kyunke no evil ki situation to kabhi pai hi nahi jayegi.</w:t>
      </w:r>
      <w:r>
        <w:br/>
      </w:r>
      <w:r>
        <w:rPr>
          <w:sz w:val="20"/>
        </w:rPr>
        <w:t>1:14:48  no evil ki situation chahe peghamabari duniya mein hon, tab bhi nahi ho sakti. tab bhi mumkin nahi hai aisa. kyunke ijtamai zindagi mein hamesha kuch na kuch hota rehta hai.</w:t>
      </w:r>
      <w:r>
        <w:br/>
      </w:r>
      <w:r>
        <w:rPr>
          <w:sz w:val="20"/>
        </w:rPr>
        <w:t>1:15:00  ijtamai zindagi mein namumkin hai ke kuch na kuch unwanted situation paida na ho. to main phir repeat karunga ke is duniya mein aadmi ke liye jo choice hai, woh between evil aur no evil nahi hai.</w:t>
      </w:r>
      <w:r>
        <w:br/>
      </w:r>
      <w:r>
        <w:rPr>
          <w:sz w:val="20"/>
        </w:rPr>
        <w:t>1:15:17  woh between get evil aur less evil hai. to aap less evil ka choice le lijye ta ke aap get evil se bacha sakein.</w:t>
      </w:r>
    </w:p>
    <w:p>
      <w:pPr>
        <w:pStyle w:val="Heading2"/>
      </w:pPr>
      <w:r>
        <w:t>Criticism of Al-Risala mission's scope</w:t>
      </w:r>
    </w:p>
    <w:p>
      <w:r>
        <w:rPr>
          <w:color w:val="666666"/>
          <w:sz w:val="18"/>
        </w:rPr>
        <w:t>Society &amp; Dawah · Personality Building January 05, 2014 · 5m 31s · at 47:33 · https://youtu.be/3Zppdm2K4ug?t=2853</w:t>
      </w:r>
    </w:p>
    <w:p>
      <w:r>
        <w:rPr>
          <w:i/>
        </w:rPr>
        <w:t>“Someone said that the Al-Risala mission is not interested in social issues. He also said that this mission is correct for India, but for the whole world, only dawah and peace activity is not possible. Please comment on this.”</w:t>
      </w:r>
    </w:p>
    <w:p>
      <w:r>
        <w:rPr>
          <w:sz w:val="20"/>
        </w:rPr>
        <w:t>47:33  maulana, un ka ek aur sawal hai. unhon ne likha hai: "maulana, ek sahib ne kaha ke Al-Risala mission ko ijtamai masail se dilchaspi nahi hai."</w:t>
      </w:r>
      <w:r>
        <w:br/>
      </w:r>
      <w:r>
        <w:rPr>
          <w:sz w:val="20"/>
        </w:rPr>
        <w:t>47:46  unhon ne yeh bhi kaha ke yeh mission India ke liye to sahi hai lekin saari dunya ke liye sirf dawat aur aman wali activity mumkin nahi hai.</w:t>
      </w:r>
      <w:r>
        <w:br/>
      </w:r>
      <w:r>
        <w:rPr>
          <w:sz w:val="20"/>
        </w:rPr>
        <w:t>47:57  maulana, is par kuch farmayein. dekhiye, yeh soch jo hai, is mein ghalati kya hai? yeh soch apne mind set ko le kar ke hai.</w:t>
      </w:r>
      <w:r>
        <w:br/>
      </w:r>
      <w:r>
        <w:rPr>
          <w:sz w:val="20"/>
        </w:rPr>
        <w:t>48:07  un ke mind mein ek model hai, us model ko le kar yeh bol rahe hain.</w:t>
      </w:r>
      <w:r>
        <w:br/>
      </w:r>
      <w:r>
        <w:rPr>
          <w:sz w:val="20"/>
        </w:rPr>
        <w:t>48:14  un se aap puchiye ke kya unhon ne kabhi aisa kiya ke apne mind ko preoccupation se khali kar ke poore Quran ko padha?</w:t>
      </w:r>
      <w:r>
        <w:br/>
      </w:r>
      <w:r>
        <w:rPr>
          <w:sz w:val="20"/>
        </w:rPr>
        <w:t>48:26  unhon ne a z tak ke dekhen quran kya batata hai. to india ho, chahe america ho, quran mein farq nahin hai.</w:t>
      </w:r>
      <w:r>
        <w:br/>
      </w:r>
      <w:r>
        <w:rPr>
          <w:sz w:val="20"/>
        </w:rPr>
        <w:t>48:37  yahan bhi wahi karna hai jo wahan woh karna hai.</w:t>
      </w:r>
      <w:r>
        <w:br/>
      </w:r>
      <w:r>
        <w:rPr>
          <w:sz w:val="20"/>
        </w:rPr>
        <w:t>48:41  to main ne allah ke fazl se bar bar quran ko parha hai is nazariye se ke quran khud kya kehta hai, apne mind set ko le kar nahin.</w:t>
      </w:r>
      <w:r>
        <w:br/>
      </w:r>
      <w:r>
        <w:rPr>
          <w:sz w:val="20"/>
        </w:rPr>
        <w:t>48:56  to main ne yahi paya hai ke quran mein jo baat kahi gayi hai, woh sab se zyada jo quran mein aap payenge, koi bhi page kholen to main apne lafzon mein kahunga ke khaliq ke creation plan ko batane ke liye ke duniya yeh banayi gayi hai tumhare liye.</w:t>
      </w:r>
      <w:r>
        <w:br/>
      </w:r>
      <w:r>
        <w:rPr>
          <w:sz w:val="20"/>
        </w:rPr>
        <w:t>49:21  tum yahan hamesha nahin rahoge, tum ko marna hai.</w:t>
      </w:r>
      <w:r>
        <w:br/>
      </w:r>
      <w:r>
        <w:rPr>
          <w:sz w:val="20"/>
        </w:rPr>
        <w:t>49:25  yeh tumhara tumhare liye tumhara yeh habitat nahin hai, yeh tumhara mustaqil aboard nahin hai. apne ko tayyar karo ke agli duniya jo jo tumhara habitat hai, tumhara eternal aboard hai, wahan ke liye tum deserve karo ke wahan tumhe settle settle kiya ja sake.</w:t>
      </w:r>
      <w:r>
        <w:br/>
      </w:r>
      <w:r>
        <w:rPr>
          <w:sz w:val="20"/>
        </w:rPr>
        <w:t>49:44  yeh sare quran mein yeh cheez bhari hui hai. koi aadmi jo is se inkar karta hai, us ko chahiye ke koi quran ki koi ayat bataye.</w:t>
      </w:r>
      <w:r>
        <w:br/>
      </w:r>
      <w:r>
        <w:rPr>
          <w:sz w:val="20"/>
        </w:rPr>
        <w:t>49:58  to log quran ki ayat ko nahin batate, apne mind set ko le kar bolte hain. to zahir hai, kisi ke mind set ka koi se koi baat sabit nahin hoti.</w:t>
      </w:r>
      <w:r>
        <w:br/>
      </w:r>
      <w:r>
        <w:rPr>
          <w:sz w:val="20"/>
        </w:rPr>
        <w:t>50:11  kisi ka mind set jo hai, woh koi woh woh koi authentic cheez nahin ke us ko le kar hum rai banayein. jab</w:t>
      </w:r>
      <w:r>
        <w:br/>
      </w:r>
      <w:r>
        <w:rPr>
          <w:sz w:val="20"/>
        </w:rPr>
        <w:t>50:20  tak aap ek mashhoor aalim ka qaul hai ke "yatuni shai'an min kitabi allahi ta'aqqalu" ke quran ki koi ayat le ke aao, tab main to jawab doonga.</w:t>
      </w:r>
      <w:r>
        <w:br/>
      </w:r>
      <w:r>
        <w:rPr>
          <w:sz w:val="20"/>
        </w:rPr>
        <w:t>50:33  aise kaise jawab doon? tum apne mind set se bol rahe ho, to main is ka jawab kya doonga? "yatuni shai'an min kitabi allahi ta'aqqalu".</w:t>
      </w:r>
      <w:r>
        <w:br/>
      </w:r>
      <w:r>
        <w:rPr>
          <w:sz w:val="20"/>
        </w:rPr>
        <w:t>50:42  lao koi quran majeed ka koi ayat.</w:t>
      </w:r>
      <w:r>
        <w:br/>
      </w:r>
      <w:r>
        <w:rPr>
          <w:sz w:val="20"/>
        </w:rPr>
        <w:t>50:45  to yeh jo log is tarah ki baatein bolte hain, un ko chahiye ke woh quran ki ayat pesh karein, phir main is ka bataoon ke is ka matlab kya hai.</w:t>
      </w:r>
      <w:r>
        <w:br/>
      </w:r>
      <w:r>
        <w:rPr>
          <w:sz w:val="20"/>
        </w:rPr>
        <w:t>50:55  jaise ek misaal deta hoon main ke quran ki ayaton ko log galat taur par refer karte hain.</w:t>
      </w:r>
      <w:r>
        <w:br/>
      </w:r>
      <w:r>
        <w:rPr>
          <w:sz w:val="20"/>
        </w:rPr>
        <w:t>51:02  maslan dekhiye, quran mein ek ayat hai: "kunoo quwwami bil qist". yani a logon, tum qist par qaim hone wale bano.</w:t>
      </w:r>
      <w:r>
        <w:br/>
      </w:r>
      <w:r>
        <w:rPr>
          <w:sz w:val="20"/>
        </w:rPr>
        <w:t>51:17  "kunoo quwwami bil qist". qist matlab hota hai justice, aadil. justice par justice ko follow karne wale bano.</w:t>
      </w:r>
      <w:r>
        <w:br/>
      </w:r>
      <w:r>
        <w:rPr>
          <w:sz w:val="20"/>
        </w:rPr>
        <w:t>51:29  a logon, tum justice ko follow karne wale bano. ab is ko unhon ne kya kiya? yeh passive sense mein active sense bana diya is ko ke tum duniya mein jhanda uthao, justice kaho, duniya mein justice qaim karo.</w:t>
      </w:r>
      <w:r>
        <w:br/>
      </w:r>
      <w:r>
        <w:rPr>
          <w:sz w:val="20"/>
        </w:rPr>
        <w:t>51:45  yeh hai hi nahin is ayat mein. woh ayat, woh ayat jo hai, woh woh passive sense mein hai, active sense mein nahin hai.</w:t>
      </w:r>
      <w:r>
        <w:br/>
      </w:r>
      <w:r>
        <w:rPr>
          <w:sz w:val="20"/>
        </w:rPr>
        <w:t>51:54  yani apne aap ko tum, ab tum khud follow karo justice ko. tum khud apne aap ko ek just insaan ke taur par develop karo.</w:t>
      </w:r>
      <w:r>
        <w:br/>
      </w:r>
      <w:r>
        <w:rPr>
          <w:sz w:val="20"/>
        </w:rPr>
        <w:t>52:05  to koi aisi ayat bataye mujhe jahan likha ho ke tum ko yeh kaam karna hai ke justice ka system, justice ka nizam duniya mein qaim karna hai.</w:t>
      </w:r>
      <w:r>
        <w:br/>
      </w:r>
      <w:r>
        <w:rPr>
          <w:sz w:val="20"/>
        </w:rPr>
        <w:t>52:14  yeh kaun si ayat hai? aisi koi ayat nahin.</w:t>
      </w:r>
      <w:r>
        <w:br/>
      </w:r>
      <w:r>
        <w:rPr>
          <w:sz w:val="20"/>
        </w:rPr>
        <w:t>52:18  aisi dekhiye, quran mein hai ke "inna arsalna rusulana bil bayyinati wal kitaba wal mizana li yaquma nasu bil qist".</w:t>
      </w:r>
      <w:r>
        <w:br/>
      </w:r>
      <w:r>
        <w:rPr>
          <w:sz w:val="20"/>
        </w:rPr>
        <w:t>52:29  yani peghambar ke zariye allah ne bheja hidayat "li yaquma nasu bil qist". yani taake log qist ko follow karein, log justice ko follow karein.</w:t>
      </w:r>
      <w:r>
        <w:br/>
      </w:r>
      <w:r>
        <w:rPr>
          <w:sz w:val="20"/>
        </w:rPr>
        <w:t>52:42  to justice ko follow kar, yeh to ayat hai bohat maujood hai quran majeed mein, lekin yeh kaha hai ke justice ek system ba tour system ke duniya mein nafiz karo, hukumaton ko todo, nizam ko badlo.</w:t>
      </w:r>
      <w:r>
        <w:br/>
      </w:r>
      <w:r>
        <w:rPr>
          <w:sz w:val="20"/>
        </w:rPr>
        <w:t>52:53  yeh to kahin hai hi nahin. to jab tak koi aadmi is tarah ki ayat par yani na bataye, tab tak us ki baat jo hai, valid nahin hogi, invalid hogi.</w:t>
      </w:r>
    </w:p>
    <w:p>
      <w:pPr>
        <w:pStyle w:val="Heading2"/>
      </w:pPr>
      <w:r>
        <w:t>Did Muslim Reaction Increase Curiosity for Film?</w:t>
      </w:r>
    </w:p>
    <w:p>
      <w:r>
        <w:rPr>
          <w:color w:val="666666"/>
          <w:sz w:val="18"/>
        </w:rPr>
        <w:t>Society &amp; Dawah · Creative Solution or Ijtihadi Hal September 16, 2012 · 6m 37s · at 1:20:07 · https://youtu.be/yBKbiu0d_1A?t=4807</w:t>
      </w:r>
    </w:p>
    <w:p>
      <w:r>
        <w:rPr>
          <w:i/>
        </w:rPr>
        <w:t>“Times of India says: "Had Muslims not reacted violently, very few people would have watched the film. Not only has it increased people's curiosity, but now YouTube plans to put the complete video online." What are your thoughts on this?”</w:t>
      </w:r>
    </w:p>
    <w:p>
      <w:r>
        <w:rPr>
          <w:sz w:val="20"/>
        </w:rPr>
        <w:t>1:20:07  maulana, agla sawal dilli se hai doctor farida khanam ka.</w:t>
      </w:r>
      <w:r>
        <w:br/>
      </w:r>
      <w:r>
        <w:rPr>
          <w:sz w:val="20"/>
        </w:rPr>
        <w:t>1:20:11  unhon ne likha hai ke maulana, yeh jo abhi present violence hua hai movie ko le ke, to is mein unhon ne likha hai ke times of india mein aaya hai ke "head muslims not reacted violently, very few people would have watch the film.</w:t>
      </w:r>
      <w:r>
        <w:br/>
      </w:r>
      <w:r>
        <w:rPr>
          <w:sz w:val="20"/>
        </w:rPr>
        <w:t>1:20:28  not only has it increased the curiosity of people, but now youtube plans to put the complete video on line." maulana, what is your thoughts on in this?</w:t>
      </w:r>
      <w:r>
        <w:br/>
      </w:r>
      <w:r>
        <w:rPr>
          <w:sz w:val="20"/>
        </w:rPr>
        <w:t>1:20:38  yeh to</w:t>
      </w:r>
      <w:r>
        <w:br/>
      </w:r>
      <w:r>
        <w:rPr>
          <w:sz w:val="20"/>
        </w:rPr>
        <w:t>1:20:39  bohat sahi baat hai. maine hi padha hai wiedia ke is is report ko. yeh to musalman, maine thoda sa dekha internet par, thoda sa dekha hai is ko.</w:t>
      </w:r>
      <w:r>
        <w:br/>
      </w:r>
      <w:r>
        <w:rPr>
          <w:sz w:val="20"/>
        </w:rPr>
        <w:t>1:20:52  itna absurd hai woh bilkul, yaani itni theme is ki fazool hai ke woh is qabil nahin ke koi dekhe der tak.</w:t>
      </w:r>
      <w:r>
        <w:br/>
      </w:r>
      <w:r>
        <w:rPr>
          <w:sz w:val="20"/>
        </w:rPr>
        <w:t>1:21:00  is ko aadmi is ko zara sa dekhe ga, is ke baad chhod de ga. is ko</w:t>
      </w:r>
      <w:r>
        <w:br/>
      </w:r>
      <w:r>
        <w:rPr>
          <w:sz w:val="20"/>
        </w:rPr>
        <w:t>1:21:07  yeh to musalman ne shorgon bachaya, shorgon bachaya to is ki ahmiyat paida kar di. shorgon bacha ke yahi baat hui thi salman rushdie ke muamle mein ke woh kitaab bhi bilkul is ki theme bohat thi, third class ki theme hai is ki.</w:t>
      </w:r>
      <w:r>
        <w:br/>
      </w:r>
      <w:r>
        <w:rPr>
          <w:sz w:val="20"/>
        </w:rPr>
        <w:t>1:21:24  aur lekin wahan jo shor bachaya hai, tab logon ko khwab hi kya ke is ko padho, kya baat hai is kitaab mein. to salman rushdie ke muamle mein bhi musalmanon ne shorgor kar ke is ki ahmiyat</w:t>
      </w:r>
      <w:r>
        <w:br/>
      </w:r>
      <w:r>
        <w:rPr>
          <w:sz w:val="20"/>
        </w:rPr>
        <w:t>1:21:36  badha di. aise hi is baar bhi shorgor kar ke is ki ahmiyat badha di. warna koi bhi shakhs is kitaab ko padhe ya is ah yeh innocent substance ko dekhe, itna zyada laagu hai, itna zyada absurd hai ke aadmi kahe ke la haula wala quwwat, kahe ke chhod de ga is ko.</w:t>
      </w:r>
      <w:r>
        <w:br/>
      </w:r>
      <w:r>
        <w:rPr>
          <w:sz w:val="20"/>
        </w:rPr>
        <w:t>1:21:57  koi is se koi problem hi koi hone wala nahin hai, har giz nahin. koi ek aadmi is is se koi asar lene wala nahin hai.</w:t>
      </w:r>
      <w:r>
        <w:br/>
      </w:r>
      <w:r>
        <w:rPr>
          <w:sz w:val="20"/>
        </w:rPr>
        <w:t>1:22:07  lekin jab shorgol karein ge aap to ahmiyat badh jaye gi. shorgol karne ki wajah se ahmiyat badh gayi is ki. maulana, un ka ek aur sawal hai.</w:t>
      </w:r>
      <w:r>
        <w:br/>
      </w:r>
      <w:r>
        <w:rPr>
          <w:sz w:val="20"/>
        </w:rPr>
        <w:t>1:22:18  unhon ne likha hai "one of my students told me that after completing his studies, he would join jihad.</w:t>
      </w:r>
      <w:r>
        <w:br/>
      </w:r>
      <w:r>
        <w:rPr>
          <w:sz w:val="20"/>
        </w:rPr>
        <w:t>1:22:27  i asked him the reason for his doing so. he replied that our brothers are being killed in assam</w:t>
      </w:r>
      <w:r>
        <w:br/>
      </w:r>
      <w:r>
        <w:rPr>
          <w:sz w:val="20"/>
        </w:rPr>
        <w:t>1:22:35  . how can we remain silent at such operation? we have to retaliate." maulana, what is your comment? dekhein, yeh sara muamla yeh hai ke musalmanon ke jo so called jo leader hain,</w:t>
      </w:r>
      <w:r>
        <w:br/>
      </w:r>
      <w:r>
        <w:rPr>
          <w:sz w:val="20"/>
        </w:rPr>
        <w:t>1:22:50  bilkul musalmanon mein third class log jo hain, aa kar ke bolte hain. aur is mein stage par aur woh urdu akhbaron mein sab aata hai.</w:t>
      </w:r>
      <w:r>
        <w:br/>
      </w:r>
      <w:r>
        <w:rPr>
          <w:sz w:val="20"/>
        </w:rPr>
        <w:t>1:23:00  zyada tar urdu akhbaron mein sab baatein hoti hain.</w:t>
      </w:r>
      <w:r>
        <w:br/>
      </w:r>
      <w:r>
        <w:rPr>
          <w:sz w:val="20"/>
        </w:rPr>
        <w:t>1:23:03  woh samajhte hain ke wahan zulm ho raha hai. akhbari reporton mein one sided reporting hoti hai, yak tarfa reporting, yaani khud musalmanon ne kya kiya, yeh nahin hoti.</w:t>
      </w:r>
      <w:r>
        <w:br/>
      </w:r>
      <w:r>
        <w:rPr>
          <w:sz w:val="20"/>
        </w:rPr>
        <w:t>1:23:16  main is ki ek misaal deta hoon ke burma mein aap internet se check kar lijiye ke burma mein mashhoor hai ke burma mein zulm ho raha hai, zulm ho raha hai, zulm ho raha hai.</w:t>
      </w:r>
      <w:r>
        <w:br/>
      </w:r>
      <w:r>
        <w:rPr>
          <w:sz w:val="20"/>
        </w:rPr>
        <w:t>1:23:27  musalmanon ko maar rahe hain. to in dilli ke kuch yahi jo so called leader hain musalmanon ke, unhon ne dilli ke jo burma ka ambassador hai, us ko letter likha ke sahib, aap se milna chahte hain.</w:t>
      </w:r>
      <w:r>
        <w:br/>
      </w:r>
      <w:r>
        <w:rPr>
          <w:sz w:val="20"/>
        </w:rPr>
        <w:t>1:23:44  us jo zulm musalmanon ke khilaf ho raha hai, us se baat karne ke liye.</w:t>
      </w:r>
      <w:r>
        <w:br/>
      </w:r>
      <w:r>
        <w:rPr>
          <w:sz w:val="20"/>
        </w:rPr>
        <w:t>1:23:48  to us ne ek letter likha. us letter ko us ne internet pe daal diya. aap dekh sakte ho us letter ko. burma ke safeer ne, jo dilli mein hai, us ne kaha ke aap log waqiyat se ko ko poori tarah se li jiye.</w:t>
      </w:r>
      <w:r>
        <w:br/>
      </w:r>
      <w:r>
        <w:rPr>
          <w:sz w:val="20"/>
        </w:rPr>
        <w:t>1:24:04  aap be khabar hain is waqeye se</w:t>
      </w:r>
      <w:r>
        <w:br/>
      </w:r>
      <w:r>
        <w:rPr>
          <w:sz w:val="20"/>
        </w:rPr>
        <w:t>1:24:06  . us ne kaha ke wahan par aisa hua ke ek ek buddhist ladki ko, buddhist ladki ko kai musalman ladkon ne gang rape kiya aur phir maar bhi dala us ko.</w:t>
      </w:r>
      <w:r>
        <w:br/>
      </w:r>
      <w:r>
        <w:rPr>
          <w:sz w:val="20"/>
        </w:rPr>
        <w:t>1:24:22  to zahir hai ke use, use, use, use to wahan par ek trigger hona hi tha. yeh sab baatein aap dekh lijiye, internet maujood hai.</w:t>
      </w:r>
      <w:r>
        <w:br/>
      </w:r>
      <w:r>
        <w:rPr>
          <w:sz w:val="20"/>
        </w:rPr>
        <w:t>1:24:32  to is tarah ki hum hum hum huma kaana harkatein jo ki jaati hain, is ko report nahi karte akhbar wale. is ke retaliation ki report karte hain.</w:t>
      </w:r>
      <w:r>
        <w:br/>
      </w:r>
      <w:r>
        <w:rPr>
          <w:sz w:val="20"/>
        </w:rPr>
        <w:t>1:24:41  in ko main kehta hoon one sided reporting. to yeh, yeh, yeh, yeh sab se zyada yeh musalmanon ke akhbar hain, woh aag lagate hain.</w:t>
      </w:r>
      <w:r>
        <w:br/>
      </w:r>
      <w:r>
        <w:rPr>
          <w:sz w:val="20"/>
        </w:rPr>
        <w:t>1:24:50  musalmanon ke akhbar mein sab se zyada one sided reporting hoti hai.</w:t>
      </w:r>
      <w:r>
        <w:br/>
      </w:r>
      <w:r>
        <w:rPr>
          <w:sz w:val="20"/>
        </w:rPr>
        <w:t>1:24:54  main ne ek mazmoon likha tha ke musalmanon ki jo sahafat hai, ye yellow sahafat, yellow journals ki sab se bari misaal hai.</w:t>
      </w:r>
      <w:r>
        <w:br/>
      </w:r>
      <w:r>
        <w:rPr>
          <w:sz w:val="20"/>
        </w:rPr>
        <w:t>1:25:04  jitne musalmanon ke akhbarat the, chahe urdu ho ya angrezi mein hon, sab yellow journals ki misaal hote hain. yaani adhi baat na kehna, adhi baat kehna, ise log bhadak bhadak kar ke kehte hain.</w:t>
      </w:r>
      <w:r>
        <w:br/>
      </w:r>
      <w:r>
        <w:rPr>
          <w:sz w:val="20"/>
        </w:rPr>
        <w:t>1:25:16  to assam mein kuch nahi hai, na burma mein kuch hai.</w:t>
      </w:r>
      <w:r>
        <w:br/>
      </w:r>
      <w:r>
        <w:rPr>
          <w:sz w:val="20"/>
        </w:rPr>
        <w:t>1:25:21  har jagah musalmanon ko batana chahiye ke tum ne jo hamakatein ki thin, us ko band karo. yeh retaliation hai. retaliation ko woh zulm batate hain.</w:t>
      </w:r>
      <w:r>
        <w:br/>
      </w:r>
      <w:r>
        <w:rPr>
          <w:sz w:val="20"/>
        </w:rPr>
        <w:t>1:25:32  burma mein bhi retaliation hai, assam mein bhi retaliation hai. to jo jo talib ilm bechara aisa soch raha hai, woh woh janta hi nahi kuch.</w:t>
      </w:r>
      <w:r>
        <w:br/>
      </w:r>
      <w:r>
        <w:rPr>
          <w:sz w:val="20"/>
        </w:rPr>
        <w:t>1:25:42  is ko haqeeqat khabar nahi. is musalmanon ke akhbar ne parh liya, us ne bas samajhta hai ke yahi waqia hai.</w:t>
      </w:r>
      <w:r>
        <w:br/>
      </w:r>
      <w:r>
        <w:rPr>
          <w:sz w:val="20"/>
        </w:rPr>
        <w:t>1:25:48  halanke musalmanon ke akhbar mein yak tarafah reporting rehti hai. to is ko agar samjha diya jaye ke tum poori soorat-e-haal ko pata karo ke kya hai, to maloom hoga ke yeh musalman innocent nahi hain.</w:t>
      </w:r>
      <w:r>
        <w:br/>
      </w:r>
      <w:r>
        <w:rPr>
          <w:sz w:val="20"/>
        </w:rPr>
        <w:t>1:26:09  yaani musalmanon ka koi innocent dikhate hain. saare urdu urdu akhbarat aur musalmanon ke angrezi akhbar, urdu akhbar jate hain, musalmanon ko innocent dikhate hain, masoom bilkul.</w:t>
      </w:r>
      <w:r>
        <w:br/>
      </w:r>
      <w:r>
        <w:rPr>
          <w:sz w:val="20"/>
        </w:rPr>
        <w:t>1:26:21  isi se log bhadakte hain ke hum to bilkul innocent hain, hamare khilaf khwamkhwah zulm ho raha hai. bhai, yeh bilkul aisa nahi hai. aap is ki ek misaal bhi maine di aap ko.</w:t>
      </w:r>
      <w:r>
        <w:br/>
      </w:r>
      <w:r>
        <w:rPr>
          <w:sz w:val="20"/>
        </w:rPr>
        <w:t>1:26:30  aap internet pe check kar lijiye ke burma ka safeer jo india mein hai,</w:t>
      </w:r>
      <w:r>
        <w:br/>
      </w:r>
      <w:r>
        <w:rPr>
          <w:sz w:val="20"/>
        </w:rPr>
        <w:t>1:26:35  us ne jo khat likha tha, us ko us ne daal diya hai internet par. use us ko download kar ke parh lijiye aap.</w:t>
      </w:r>
    </w:p>
    <w:p>
      <w:pPr>
        <w:pStyle w:val="Heading2"/>
      </w:pPr>
      <w:r>
        <w:t>Difference Between Khan's Group and Other Groups</w:t>
      </w:r>
    </w:p>
    <w:p>
      <w:r>
        <w:rPr>
          <w:color w:val="666666"/>
          <w:sz w:val="18"/>
        </w:rPr>
        <w:t>Society &amp; Dawah · In Conversation on Maulana Wahiduddin Khan with Omries October 9, 2022 · 28m 40s · at 18:24 · https://youtu.be/zMfnWSEr95I?t=1104</w:t>
      </w:r>
    </w:p>
    <w:p>
      <w:r>
        <w:rPr>
          <w:i/>
        </w:rPr>
        <w:t>“In relation to this, I want to ask you: What difference did you find? One difference became clear to you upon meeting, but Maulana Wahiduddin Khan Sahib has one group with a claim, and there are many groups in the world; you both travelled widely. So what difference did you find?”</w:t>
      </w:r>
    </w:p>
    <w:p>
      <w:r>
        <w:rPr>
          <w:sz w:val="20"/>
        </w:rPr>
        <w:t>18:24  To isi ke hawale se hi mein aap se poochna chah raha hoon agla sawal ke aap ne kya difference paya</w:t>
      </w:r>
      <w:r>
        <w:br/>
      </w:r>
      <w:r>
        <w:rPr>
          <w:sz w:val="20"/>
        </w:rPr>
        <w:t>18:31  ? Ek difference to aap ko milte hi zahir ho gaya, lekin Maulana Wahiduddin Khan sahab ka ek dawah group hai, aur dunya bhar mein bohat se group hain, aur aap ne khoob travel kiya, dono ne.</w:t>
      </w:r>
      <w:r>
        <w:br/>
      </w:r>
      <w:r>
        <w:rPr>
          <w:sz w:val="20"/>
        </w:rPr>
        <w:t>18:41  Ji to kya difference paya aap ne?</w:t>
      </w:r>
      <w:r>
        <w:br/>
      </w:r>
      <w:r>
        <w:rPr>
          <w:sz w:val="20"/>
        </w:rPr>
        <w:t>18:45  Ah, difference yeh tha, mein Maulana se agar mein kahoon ke agarche 97 se Maulana ko parh raha tha, mein 2000 mein Maulana se mila bhi, lekin Maulana ko parhne ke bawajood mukammal taur par Maulana ko samajhne ka jo mauqa mila, woh 2009 mein hai.</w:t>
      </w:r>
      <w:r>
        <w:br/>
      </w:r>
      <w:r>
        <w:rPr>
          <w:sz w:val="20"/>
        </w:rPr>
        <w:t>19:02  Jab Maulana se hum mustaqil milne ke liye aate the, Maulana ke sath</w:t>
      </w:r>
      <w:r>
        <w:br/>
      </w:r>
      <w:r>
        <w:rPr>
          <w:sz w:val="20"/>
        </w:rPr>
        <w:t>19:07  bethakein hoti theen, to is mein Maulana ke sath rehte hue dawah aur marifat ke bohat ah, woh darwaze khulne lage jo kitabon mein se hum ko wazeh nahi ho rahi theen.</w:t>
      </w:r>
      <w:r>
        <w:br/>
      </w:r>
      <w:r>
        <w:rPr>
          <w:sz w:val="20"/>
        </w:rPr>
        <w:t>19:16  Ya kitab hum parhte the, lekin chounke hamari ek rawayati soch thi, conditioned mind tha, us ke parhne ki wajah se hum apni pasand ki baat us se le lete the, aur jo hum ko samajh mein nahi aati, chhod dete the.</w:t>
      </w:r>
      <w:r>
        <w:br/>
      </w:r>
      <w:r>
        <w:rPr>
          <w:sz w:val="20"/>
        </w:rPr>
        <w:t>19:26  Ji to Maulana ki bethakon mein baithne ke baad woh conditioning hamari tooti. To us ke baad hum ko farq yeh maloom hua ke hum jo mukhtalif dawah group ke sath kaam karte hain, us</w:t>
      </w:r>
      <w:r>
        <w:br/>
      </w:r>
      <w:r>
        <w:rPr>
          <w:sz w:val="20"/>
        </w:rPr>
        <w:t>19:37  mein aur Maulana ke dawah groups mein bohat zyada farq hai. Ji to us ke baad hum ne faisla kiya ke Maulana ka guidance ke sath hum dawah ka kaam karein ge.</w:t>
      </w:r>
      <w:r>
        <w:br/>
      </w:r>
      <w:r>
        <w:rPr>
          <w:sz w:val="20"/>
        </w:rPr>
        <w:t>19:45  Maulana jis tarah kahein, dawah ka kaam waisa karein ge. Ji to 2010 mein jab hum ne faisla kiya to mere ek ustad ne poocha, bhai aap Maulana ke sath dawah ka kaam kar rahe hain?</w:t>
      </w:r>
      <w:r>
        <w:br/>
      </w:r>
      <w:r>
        <w:rPr>
          <w:sz w:val="20"/>
        </w:rPr>
        <w:t>19:54  To pehle bhi aap bohat se logon ke sath dawah ka kaam kar rahe the, to unhi ke sath rehte, farq kya hai? Woh bhi dawah ka kaam karte hain, aap bhi dawah ka kaam karte hain. To us waqt mere zehan mein ek baat aayi, to un se mein ne kaha, dekhiye, Maulana</w:t>
      </w:r>
      <w:r>
        <w:br/>
      </w:r>
      <w:r>
        <w:rPr>
          <w:sz w:val="20"/>
        </w:rPr>
        <w:t>20:07  ke dawah ke kaam mein aur doosron ke dawah ke kaam mein ek farq hai. Woh yeh hai ke Maulana jo hai, nawakhiz dawah sikh</w:t>
      </w:r>
      <w:r>
        <w:br/>
      </w:r>
      <w:r>
        <w:rPr>
          <w:sz w:val="20"/>
        </w:rPr>
        <w:t>20:14  ate hain. Ek term hai shariyat ki, kehte hain nawakhiz al-salat, yani aap jab namaz parhte hain to us ki kuch conditions hain, usi ke sath aap parhein ge.</w:t>
      </w:r>
      <w:r>
        <w:br/>
      </w:r>
      <w:r>
        <w:rPr>
          <w:sz w:val="20"/>
        </w:rPr>
        <w:t>20:23  Agar aap woh conditions tod dein ge to aap ki namaz khatam. Ji us ko kehte hain nawakhiz al-salat. Jis tarah namaz mein hum baat cheet nahi karein ge, khana nahi khayein ge, pani nahi peyein ge, agar hum namaz mein yeh karein ge to hamari namaz khatam.</w:t>
      </w:r>
      <w:r>
        <w:br/>
      </w:r>
      <w:r>
        <w:rPr>
          <w:sz w:val="20"/>
        </w:rPr>
        <w:t>20:36  Jis tarah hum haj ko jate hain to haj ki shart yeh hai ke hum ihram bandh ke rahein, hunting na karein. Agar hum ne apna ihram nikal diya aur sadhe kapde pehne to haj ke haj khatam.</w:t>
      </w:r>
      <w:r>
        <w:br/>
      </w:r>
      <w:r>
        <w:rPr>
          <w:sz w:val="20"/>
        </w:rPr>
        <w:t>20:46  Hamara us ko kehte hain nawakhiz al-haj. To har jo ibadat hai, us ka ek nawakhiz bhi bataya jata hai, us ke conditions bhi kya hain, aur us ko khatam karne wali cheezein bhi kya hain.</w:t>
      </w:r>
      <w:r>
        <w:br/>
      </w:r>
      <w:r>
        <w:rPr>
          <w:sz w:val="20"/>
        </w:rPr>
        <w:t>20:55  Ji Maulana se milne se mujhe maloom hua</w:t>
      </w:r>
      <w:r>
        <w:br/>
      </w:r>
      <w:r>
        <w:rPr>
          <w:sz w:val="20"/>
        </w:rPr>
        <w:t>20:58  ke dawah ki ek spirit hai, aur us spirit ko bhi khatam karne wali kuch cheezein hain. Woh yeh hain ke jis mad'u qaum se hum, jis ko hum Khuda ka paigham pahunchana chahte hain, use one-sided hum us ke well-wisher banein.</w:t>
      </w:r>
      <w:r>
        <w:br/>
      </w:r>
      <w:r>
        <w:rPr>
          <w:sz w:val="20"/>
        </w:rPr>
        <w:t>21:12  Woh kuch bhi hamare sath karein, acha ya bura, hum us ke sath well-wishing karein, aur kabhi bhi us se nafrat na karein. Agar thodi bhi hamare andar nafrat aa jaye, khwah woh kisi bhi mamle ko le kar, to samajho ke hamari dawah spirit khatam ho gayi.</w:t>
      </w:r>
      <w:r>
        <w:br/>
      </w:r>
      <w:r>
        <w:rPr>
          <w:sz w:val="20"/>
        </w:rPr>
        <w:t>21:26  ma</w:t>
      </w:r>
      <w:r>
        <w:br/>
      </w:r>
      <w:r>
        <w:rPr>
          <w:sz w:val="20"/>
        </w:rPr>
        <w:t>21:27  sha Allah! Yeh bohat hi mind, bohat mujhe laga ke us waqt jo ustad se baat kiya to woh khamosh ho gaye. To is tarah jab mein dekhne laga to waqai Maulana ka jo literature hai, unhone ummat ko aagah kiya hai ke kya cheezein hain jo dawah spirit ko kill karne wali cheezein hain.</w:t>
      </w:r>
      <w:r>
        <w:br/>
      </w:r>
      <w:r>
        <w:rPr>
          <w:sz w:val="20"/>
        </w:rPr>
        <w:t>21:42  Jis tarah mad'u qaum se aap kabhi nafrat nahi karein ge, agar nafrat karein ge to yeh cheez kill ho jayegi. Right oriented nahi honge, aap apne kisi bhi sathiyon se ya apne insanon se apne rights ko mangna, yeh bhi us ko kill karne wala hai.</w:t>
      </w:r>
      <w:r>
        <w:br/>
      </w:r>
      <w:r>
        <w:rPr>
          <w:sz w:val="20"/>
        </w:rPr>
        <w:t>21:57  One-sided aap un ki takleefon par sabr ke sath rahenge, aur yeh baatein Quran mein bhi zikr ki gayi hain. Jis tarah ke ke Allah jitne bhi nabi aate the, woh log kehte the ke la asalukum alaihim najran, hum apni dawah par aap se koi right nahi mangte, koi cheez nahi mangte.</w:t>
      </w:r>
      <w:r>
        <w:br/>
      </w:r>
      <w:r>
        <w:rPr>
          <w:sz w:val="20"/>
        </w:rPr>
        <w:t>22:14  isi tarah hazrat musa ne kaha, jitni bhi aap log takleef denge, is par hum sabr karenge.</w:t>
      </w:r>
      <w:r>
        <w:br/>
      </w:r>
      <w:r>
        <w:rPr>
          <w:sz w:val="20"/>
        </w:rPr>
        <w:t>22:21  gaye. to khair, zamana bhi badal chuka, ab woh takleefein bhi nahi rahin, woh religious persecution ka age bhi nahi raha. to madu qom se aur zyada hum valuing hona chahiye.</w:t>
      </w:r>
      <w:r>
        <w:br/>
      </w:r>
      <w:r>
        <w:rPr>
          <w:sz w:val="20"/>
        </w:rPr>
        <w:t>22:30  to yeh agar hamare andar valuing khatam ho gayi to goya ke woh dawah spirit ko kill karne wali cheezein hain. ji to yeh farq Maulana se milne se aur unke dawah group se mujhe mila.</w:t>
      </w:r>
      <w:r>
        <w:br/>
      </w:r>
      <w:r>
        <w:rPr>
          <w:sz w:val="20"/>
        </w:rPr>
        <w:t>22:40  mashallah! bohat achhe se wazeh kiya aap ne, Maulana Israr sahib. Maulana Iqbal sahib, aap is mein kuch add karna chahenge?</w:t>
      </w:r>
      <w:r>
        <w:br/>
      </w:r>
      <w:r>
        <w:rPr>
          <w:sz w:val="20"/>
        </w:rPr>
        <w:t>22:47  ji, khateeb Israr sahib ne kafi achhe tareeqe se Maulana ki baat batai, dawah ke silsile mein farq hai.</w:t>
      </w:r>
      <w:r>
        <w:br/>
      </w:r>
      <w:r>
        <w:rPr>
          <w:sz w:val="20"/>
        </w:rPr>
        <w:t>22:57  main is mein ek add karna chahunga ke aksar hamare saath, hum jin logon se bhi, jin group mein bhi hum log the, un logon ka nishana ghair wazeh tha.</w:t>
      </w:r>
      <w:r>
        <w:br/>
      </w:r>
      <w:r>
        <w:rPr>
          <w:sz w:val="20"/>
        </w:rPr>
        <w:t>23:07  asal mein jaise Maulana ka nishana yeh hai ke madu tak paigham ko pahuncha diya jaye, yeh Maulana ka nishana tha.</w:t>
      </w:r>
      <w:r>
        <w:br/>
      </w:r>
      <w:r>
        <w:rPr>
          <w:sz w:val="20"/>
        </w:rPr>
        <w:t>23:16  lekin un logon ka nishana dawah se koi inqilab, dawah se demographic change, dawah se falan falan, to Maulana ka nishana pahuncha dena chahiye.</w:t>
      </w:r>
      <w:r>
        <w:br/>
      </w:r>
      <w:r>
        <w:rPr>
          <w:sz w:val="20"/>
        </w:rPr>
        <w:t>23:27  dawah ko inzar ka, dawah ka mani hai inzar, Allah taala ke paigham ko logon tak pahuncha</w:t>
      </w:r>
      <w:r>
        <w:br/>
      </w:r>
      <w:r>
        <w:rPr>
          <w:sz w:val="20"/>
        </w:rPr>
        <w:t>23:34  ein. isi tarah Maulana ne hum ko aakhri tak jo ek dam aisa hum ko target diya hai ke jaisa ke hadith mein aata hai ke la bait madr wa la wabr illa adkhal Allah kalmat al Islam.</w:t>
      </w:r>
      <w:r>
        <w:br/>
      </w:r>
      <w:r>
        <w:rPr>
          <w:sz w:val="20"/>
        </w:rPr>
        <w:t>23:47  to yahan par Maulana kehte hain ke hadith mein jo zimmedari di gayi hai ke kalmat al Islam ko har ghar mein pahuncha diya jaye, na ke har dil mein utar diya jaye.</w:t>
      </w:r>
      <w:r>
        <w:br/>
      </w:r>
      <w:r>
        <w:rPr>
          <w:sz w:val="20"/>
        </w:rPr>
        <w:t>23:59  e. to yeh asal mein jo Maulana ne hum ko target diya hai ke Allah se aur aakhirat se logon ko aagah kar diya jaye, yeh aap ki zimmedari hai.</w:t>
      </w:r>
      <w:r>
        <w:br/>
      </w:r>
      <w:r>
        <w:rPr>
          <w:sz w:val="20"/>
        </w:rPr>
        <w:t>24:11  to aksar main dekhta hoon ke jo bhi dawah group hain, woh bilkul mayusi mein mubtala rehte hain. woh dawah hamari zimmedari hai, hidayat Allah ki zimmedari hai, bol kar dawah ke liye kya kya zaroori cheezein hain, woh unke paas nahi hain.</w:t>
      </w:r>
      <w:r>
        <w:br/>
      </w:r>
      <w:r>
        <w:rPr>
          <w:sz w:val="20"/>
        </w:rPr>
        <w:t>24:27  jaise Maulana ne 200 ke qareeb kitabein likhin, madu ki zuban ko samjha, zamane ko samjha, aur zamane ke laiq rehnumai ki, yeh sab sari cheezein Maulana ke paas pai jati hain.</w:t>
      </w:r>
      <w:r>
        <w:br/>
      </w:r>
      <w:r>
        <w:rPr>
          <w:sz w:val="20"/>
        </w:rPr>
        <w:t>24:40  doosron ke paas sirf dawah ka lafz hai, lekin is ke liye jo kuch rehnumai karna hai, woh cheez nahi thi.</w:t>
      </w:r>
      <w:r>
        <w:br/>
      </w:r>
      <w:r>
        <w:rPr>
          <w:sz w:val="20"/>
        </w:rPr>
        <w:t>24:48  to hum ne logon se poocha, hamare zimmedaron se ke agar is ke muqable mein koi achhi rehnumai hai to dijiye.</w:t>
      </w:r>
      <w:r>
        <w:br/>
      </w:r>
      <w:r>
        <w:rPr>
          <w:sz w:val="20"/>
        </w:rPr>
        <w:t>24:58  to aaj tak koi achhi rehnumai nahi de sake.</w:t>
      </w:r>
      <w:r>
        <w:br/>
      </w:r>
      <w:r>
        <w:rPr>
          <w:sz w:val="20"/>
        </w:rPr>
        <w:t>25:01  e. to Maulana hi ka jo kuch diya hai, diya hua hai, woh sare insano ko samajh mein bhi aata hai, universal hai.</w:t>
      </w:r>
      <w:r>
        <w:br/>
      </w:r>
      <w:r>
        <w:rPr>
          <w:sz w:val="20"/>
        </w:rPr>
        <w:t>25:10  to is ke liye hum Maulana ki baat ko mante hain. jazak Allah, Maulana Iqbal sahib. Maulana Israr sahib, abhi aap ne jaise hum sab ko bataya ke kis tarah Maulana ke group aur baqi group mein difference hai, aap ne bohat achhe se</w:t>
      </w:r>
      <w:r>
        <w:br/>
      </w:r>
      <w:r>
        <w:rPr>
          <w:sz w:val="20"/>
        </w:rPr>
        <w:t>25:26  wazeh kiya. to zahir si baat hai ke woh Maulana Wahiduddin Khan sahib ki jo fikr hai, woh bilkul unique thi. ji, aur yeh bhi hum jante hain ke kai log aur groups jo hain, woh unki fikr se ikhtilaf rakhte the.</w:t>
      </w:r>
      <w:r>
        <w:br/>
      </w:r>
      <w:r>
        <w:rPr>
          <w:sz w:val="20"/>
        </w:rPr>
        <w:t>25:41  to aap kis nuqte nazar se is ko dekhte hain, is ke bare mein hum sab ko bataein.</w:t>
      </w:r>
      <w:r>
        <w:br/>
      </w:r>
      <w:r>
        <w:rPr>
          <w:sz w:val="20"/>
        </w:rPr>
        <w:t>25:46  haan, is ko Maulana se main samajhta hoon ke musalmanon ki tamam jo school of thoughts hain ya jo mukhtalif log hain, tamam ikhtilaf rakhte hain.</w:t>
      </w:r>
      <w:r>
        <w:br/>
      </w:r>
      <w:r>
        <w:rPr>
          <w:sz w:val="20"/>
        </w:rPr>
        <w:t>25:58  ji, is ka sabab ek yeh hai, main yeh samajhta hoon ek hadith mein aap ko yahan par quote karna chahunga. Allah ke rasool ne kaha: "badal Islam ghareeban sa yaood kama ba</w:t>
      </w:r>
      <w:r>
        <w:br/>
      </w:r>
      <w:r>
        <w:rPr>
          <w:sz w:val="20"/>
        </w:rPr>
        <w:t>26:10  da". Islam ek strange way mein shuru hua, initiate mein woh ek yani ajnabi deen tha, unknown deen tha.</w:t>
      </w:r>
      <w:r>
        <w:br/>
      </w:r>
      <w:r>
        <w:rPr>
          <w:sz w:val="20"/>
        </w:rPr>
        <w:t>26:19  phir baad mein phir woh unknown ban jayega. ji, to is ki tashreeh yeh hai ke Islam shuru mein jab aayega, rasool Allah ke zamane mein jo deen tha, sahaba ke us mein, woh bilkul pure apni shakal mein tha.</w:t>
      </w:r>
      <w:r>
        <w:br/>
      </w:r>
      <w:r>
        <w:rPr>
          <w:sz w:val="20"/>
        </w:rPr>
        <w:t>26:32  lekin jyon jyon door guzarta gaya to log apni conditioning ke mutabiq, apni traditions ke mutabiq, is mein bohat si cheezein daakhil karte gae. is mein bohat se parde pad jaate hain.</w:t>
      </w:r>
      <w:r>
        <w:br/>
      </w:r>
      <w:r>
        <w:rPr>
          <w:sz w:val="20"/>
        </w:rPr>
        <w:t>26:42  to Maulana ne in pardon ko hataya. ji, deen par jo parde the, woh sab hat</w:t>
      </w:r>
      <w:r>
        <w:br/>
      </w:r>
      <w:r>
        <w:rPr>
          <w:sz w:val="20"/>
        </w:rPr>
        <w:t>26:47  aya. to chounke poore log apne kisi akabir ko le kar, apne aslaf ko le kar, ya apne maslak ko le kar conditioned hain, to is ko tod kar is cheez ko samajh nahin sake.</w:t>
      </w:r>
      <w:r>
        <w:br/>
      </w:r>
      <w:r>
        <w:rPr>
          <w:sz w:val="20"/>
        </w:rPr>
        <w:t>26:58  Maulana ne is ko tod kar, in pardon ko hata kar, jo asal deen tha Rasool Allah ke zamane ka, us ko pesh kiya. to woh cheez qabil-e-hazm nahin rahi ulama ke liye.</w:t>
      </w:r>
      <w:r>
        <w:br/>
      </w:r>
      <w:r>
        <w:rPr>
          <w:sz w:val="20"/>
        </w:rPr>
        <w:t>27:08  hmm, jis tarah misaal ke taur par main batata hoon ke hamare darmiyan Quran ki tilawat ki bohat ziyada ahmiyat hai.</w:t>
      </w:r>
      <w:r>
        <w:br/>
      </w:r>
      <w:r>
        <w:rPr>
          <w:sz w:val="20"/>
        </w:rPr>
        <w:t>27:15  to goya ke Quran ek kitaab-e-tilawat hai. lekin Maulana ne bataya ke yeh sirf kitaab-e-tilawat nahin hai, yeh woh kitaab hai jis se hum naseehat haasil karein aur jis se tadabbur aur tafakkur kar ke, ghore-o-fikr kar ke apni zindagi ke liye rehnumai haasil karein.</w:t>
      </w:r>
      <w:r>
        <w:br/>
      </w:r>
      <w:r>
        <w:rPr>
          <w:sz w:val="20"/>
        </w:rPr>
        <w:t>27:30  lekin aam taur par yeh hamare paas kitaab-e-tilawat bani hui hai. isi tarah jo ibadatein hain hamari, to aam taur par aap ibaadat ke bare mein poochenge to form-based ibaadat hi batayi jayengi.</w:t>
      </w:r>
      <w:r>
        <w:br/>
      </w:r>
      <w:r>
        <w:rPr>
          <w:sz w:val="20"/>
        </w:rPr>
        <w:t>27:42  yani ibaadat par mabni bar masail hote hain. Maulana</w:t>
      </w:r>
      <w:r>
        <w:br/>
      </w:r>
      <w:r>
        <w:rPr>
          <w:sz w:val="20"/>
        </w:rPr>
        <w:t>27:45  ke paas ibaadat ki tashreeh jo hai, woh khushu' beiz hai. yani is ki spirit ko Maulana ne wazeh kiya hai. isi tarah aap lenge Rasool Sallallahu Alaihi Wasallam ko lenge to Rasool Allah ke silsile mein log ishq-e-Rasool ko to jaante hain, Rasool Allah ke ishq mein hangame karna jaante hain.</w:t>
      </w:r>
      <w:r>
        <w:br/>
      </w:r>
      <w:r>
        <w:rPr>
          <w:sz w:val="20"/>
        </w:rPr>
        <w:t>28:01  lekin it'at-e-Rasool kya hai? Rasool Allah ki zimmedari zindagi mein hamare liye bas ah role kya hai? is ko koi nahin jaanta. is ko Maulana ne wazeh kiya.</w:t>
      </w:r>
      <w:r>
        <w:br/>
      </w:r>
      <w:r>
        <w:rPr>
          <w:sz w:val="20"/>
        </w:rPr>
        <w:t>28:09  to jab Maulana is ko wazeh karte the to zahir si baat hai ke in jo makatib hain, jo thoughts hain, in</w:t>
      </w:r>
      <w:r>
        <w:br/>
      </w:r>
      <w:r>
        <w:rPr>
          <w:sz w:val="20"/>
        </w:rPr>
        <w:t>28:16  ke jo بڑon ne jo bataya hai, woh baat is ke khilaf dikhti thi. to log qabool karna un ko samajh mein nahin aata tha. to is se ikhtilaf karte the. to bas mein yahi samajhta hoon ke Maulana ne chounke pure ah deen ko pesh kiya, is ke pardon ko chaak kar ke logon ke samne, to chounke logon ke paas jo deen hai, us pe parde pade hue hain, condition hai, to is ko na samajhne ki wajah se woh log Maulana ke mukhalif hain.</w:t>
      </w:r>
      <w:r>
        <w:br/>
      </w:r>
      <w:r>
        <w:rPr>
          <w:sz w:val="20"/>
        </w:rPr>
        <w:t>28:37  ji ji ji. aur Maulana Iqbal Sahab, main jaanta hoon is baat ko ke aap ne khud is ikhtilaf ko</w:t>
      </w:r>
      <w:r>
        <w:br/>
      </w:r>
      <w:r>
        <w:rPr>
          <w:sz w:val="20"/>
        </w:rPr>
        <w:t>28:44  face kiya hai, experience kiya hai. to aap is par kuch kehna chahenge?</w:t>
      </w:r>
      <w:r>
        <w:br/>
      </w:r>
      <w:r>
        <w:rPr>
          <w:sz w:val="20"/>
        </w:rPr>
        <w:t>28:49  jaisa khateeb Sahab ne farmaya, wahi ke Islam ajnabi Islam ko jab revive karte hain to logon ko baatein ajnabi maloom ho jati hain.</w:t>
      </w:r>
      <w:r>
        <w:br/>
      </w:r>
      <w:r>
        <w:rPr>
          <w:sz w:val="20"/>
        </w:rPr>
        <w:t>29:00  to Arabi mein ek maqoola hai ke "al-nas jahil". log jis ko jaante nahin, us ko le ke dushmani karne lagte hain.</w:t>
      </w:r>
      <w:r>
        <w:br/>
      </w:r>
      <w:r>
        <w:rPr>
          <w:sz w:val="20"/>
        </w:rPr>
        <w:t>29:09  to mazeed is mein ek baat yeh hai ke Maulana ne jo ah hamari asal shanakht batayi hai Musalmanon ki ke Musalman da'i qaum hai aur baqi sab sare log mad'u hain.</w:t>
      </w:r>
      <w:r>
        <w:br/>
      </w:r>
      <w:r>
        <w:rPr>
          <w:sz w:val="20"/>
        </w:rPr>
        <w:t>29:24  to yeh jo Maulana ne hum ko bataya hai, yeh cheez ummat samajh nahin paayi ke hamari asal kya zimmedari hai aur hum mad'u se kaisa sulook</w:t>
      </w:r>
      <w:r>
        <w:br/>
      </w:r>
      <w:r>
        <w:rPr>
          <w:sz w:val="20"/>
        </w:rPr>
        <w:t>29:35  karein. to yeh asal cheez hai jis ki wajah se Maulana ki jitni bhi policies hain, woh da'wa aur mad'u based policies Quran o Hadees ke mutabiq hain ke mad'u ke sare haq jitne bhi hain, woh Maulana jahan se bhi mil sake, mad'u ke liye haq, woh haq Maulana sabit karna chahte hain.</w:t>
      </w:r>
      <w:r>
        <w:br/>
      </w:r>
      <w:r>
        <w:rPr>
          <w:sz w:val="20"/>
        </w:rPr>
        <w:t>29:52  ummat chounke ummat chahe woh secular tabqa ho ya religious tabqa ho, yeh is zehan ko samajh nahin saka.</w:t>
      </w:r>
      <w:r>
        <w:br/>
      </w:r>
      <w:r>
        <w:rPr>
          <w:sz w:val="20"/>
        </w:rPr>
        <w:t>30:00  is liye Maulana ki jo bhi policies hain, is se ikhtilaf karne ki wajah se goya Maulana ko samajhne se bhi ah door rahe, ikhtilaf kiye hain.</w:t>
      </w:r>
      <w:r>
        <w:br/>
      </w:r>
      <w:r>
        <w:rPr>
          <w:sz w:val="20"/>
        </w:rPr>
        <w:t>30:10  to asal mein har ek yeh sabit karne ki koshish karta hai ke wajood-e-adawat kya hai? "faiz alladhi bainaka wa bainahu adawat" yani adawat</w:t>
      </w:r>
      <w:r>
        <w:br/>
      </w:r>
      <w:r>
        <w:rPr>
          <w:sz w:val="20"/>
        </w:rPr>
        <w:t>30:20  kya hai? har ek sabit karne ki koshish karta hai "faiz alladhi bainaka wa bainahu adawat". ka'annahu wali hamim. hamamat kaise paida karna hai?</w:t>
      </w:r>
      <w:r>
        <w:br/>
      </w:r>
      <w:r>
        <w:rPr>
          <w:sz w:val="20"/>
        </w:rPr>
        <w:t>30:29  hamamat kaise sabit karna hai? yani sachi khair khwahi, sachi dosti kaise sabit karna hai? yeh ummat ko maloom nahin hai. adawat kahan ho rahi hai?</w:t>
      </w:r>
      <w:r>
        <w:br/>
      </w:r>
      <w:r>
        <w:rPr>
          <w:sz w:val="20"/>
        </w:rPr>
        <w:t>30:38  is ko kaise inkishaf karna hai? is ko kaise unfold karna hai? yeh sari cheezein un ko samajh mein aati hain. to inshallah halaat aise hain ke zaroor</w:t>
      </w:r>
      <w:r>
        <w:br/>
      </w:r>
      <w:r>
        <w:rPr>
          <w:sz w:val="20"/>
        </w:rPr>
        <w:t>30:48  maulana ke paigham ko log samajh rahe hain, maulana ke dard ko log samajh rahe hain. jaisa ke hum abhi mukhtalif jagah se hote hue, book fair se hote hue aaye hue hain, hum to wahan jante hain ke maulana ki kitabon ko english mein, hindi mein log padhna chahte hain, maulana ki baaton ko sunna chahte hain.</w:t>
      </w:r>
      <w:r>
        <w:br/>
      </w:r>
      <w:r>
        <w:rPr>
          <w:sz w:val="20"/>
        </w:rPr>
        <w:t>31:06  yeh sari cheezen iski daleel hain ke ab log samajhne lage hain ke maulana ka asal paigham kya hai. ji maulana iqbal sahab, bahut achha kaha aap ne ke maulana ke dard ko log samajh</w:t>
      </w:r>
      <w:r>
        <w:br/>
      </w:r>
      <w:r>
        <w:rPr>
          <w:sz w:val="20"/>
        </w:rPr>
        <w:t>31:18  rahe hain, unki kitabon ko padh rahe hain. unki soch jo hai, woh dheere dheere hum khud bhi is cheez ko mehsoos bhi kar rahe hain aur hum ne isko witness bhi kiya hai ke kis tarah poori duniya mein woh</w:t>
      </w:r>
      <w:r>
        <w:br/>
      </w:r>
      <w:r>
        <w:rPr>
          <w:sz w:val="20"/>
        </w:rPr>
        <w:t>31:28  phail raha hai. ah ek sawal yahan pe yeh aata hai ke maulana wahiduddin khan sahab ka jo khaas mauzu tha, woh tha marifat aur tazkiya.</w:t>
      </w:r>
      <w:r>
        <w:br/>
      </w:r>
      <w:r>
        <w:rPr>
          <w:sz w:val="20"/>
        </w:rPr>
        <w:t>31:37  to main chahunga iske bare mein aap zaroor bataein.</w:t>
      </w:r>
      <w:r>
        <w:br/>
      </w:r>
      <w:r>
        <w:rPr>
          <w:sz w:val="20"/>
        </w:rPr>
        <w:t>31:40  maulana ne jo marifat aur tazkiya ki baat ki hai, woh bilkul daur jadeed ki nisbat se jo cheezen ah unfold hui hain, is silsile mein rakhte hue ah intellectual tabqe ke liye ek bahut bada sawal hai ke islam mein intellectual base kya hai?</w:t>
      </w:r>
      <w:r>
        <w:br/>
      </w:r>
      <w:r>
        <w:rPr>
          <w:sz w:val="20"/>
        </w:rPr>
        <w:t>32:04  kya dil hai ya dimagh hai?</w:t>
      </w:r>
      <w:r>
        <w:br/>
      </w:r>
      <w:r>
        <w:rPr>
          <w:sz w:val="20"/>
        </w:rPr>
        <w:t>32:07  to yeh sabse bada masla hai. isi liye jo is secular log hain, woh religious ko ek bas aise hi khayali pulao samajhte hain, balkeh usko intellectual base yeh argument hai, iska usko koi nahi janta.</w:t>
      </w:r>
      <w:r>
        <w:br/>
      </w:r>
      <w:r>
        <w:rPr>
          <w:sz w:val="20"/>
        </w:rPr>
        <w:t>32:23  iski wajah yeh hai ke sare logon ke paas tazkiya aur marifat ka base, ah sufiyon ke paas ho ya ghair sufiyon ke paas ho, woh jo hai heart</w:t>
      </w:r>
      <w:r>
        <w:br/>
      </w:r>
      <w:r>
        <w:rPr>
          <w:sz w:val="20"/>
        </w:rPr>
        <w:t>32:34  base hai. maulana usko mind base kehte hain. chuki ah aaj kal jo science se wazeh hota hai ke sochne samajhne ki salahiyat dimagh mein hoti hai.</w:t>
      </w:r>
      <w:r>
        <w:br/>
      </w:r>
      <w:r>
        <w:rPr>
          <w:sz w:val="20"/>
        </w:rPr>
        <w:t>32:47  jab is nuqte nazar se hum dekhte hain to tazkiya aur marifat ek shaoori amal hai, na ke sirf ek ghair shaoori koi ek state hai.</w:t>
      </w:r>
      <w:r>
        <w:br/>
      </w:r>
      <w:r>
        <w:rPr>
          <w:sz w:val="20"/>
        </w:rPr>
        <w:t>32:58  balkeh jab is nuqte nazar se quran ko dekhte hain hum to quran ki aayaten, kainat ki aayaten, aayate allah hain, ayyam allah hain, al-maut wa ba'dahu hai, yeh sab waqeyat tazkiya ke waqeyat ho jate hain.</w:t>
      </w:r>
      <w:r>
        <w:br/>
      </w:r>
      <w:r>
        <w:rPr>
          <w:sz w:val="20"/>
        </w:rPr>
        <w:t>33:11  balkeh kainat ki har cheez se kaise tazkiya hasil karna hai, kaise marifat hasil karna hai, iska shaoori tareeqa hai.</w:t>
      </w:r>
      <w:r>
        <w:br/>
      </w:r>
      <w:r>
        <w:rPr>
          <w:sz w:val="20"/>
        </w:rPr>
        <w:t>33:19  yani maulana ka ka tazkiya yeh hai ke aadmi aankh khol kar tazkiya kare, aankh bandh kar nahi, bandh kar ke nahi</w:t>
      </w:r>
      <w:r>
        <w:br/>
      </w:r>
      <w:r>
        <w:rPr>
          <w:sz w:val="20"/>
        </w:rPr>
        <w:t>33:27  , balkeh yeh yeh marifat aur tazkiya ke bab mein maulana ne jo kuch kaha hai, woh bahut zyada samajhne ki cheez hai ke shaoori tazkiya kya hota hai.</w:t>
      </w:r>
      <w:r>
        <w:br/>
      </w:r>
      <w:r>
        <w:rPr>
          <w:sz w:val="20"/>
        </w:rPr>
        <w:t>33:39  to shaoor ke tazkiye par maulana base karte hain aur shaoor insan ko woh heart pump, heart chuki sirf pumping organ hai, wahan nahi hai balkeh dimagh</w:t>
      </w:r>
      <w:r>
        <w:br/>
      </w:r>
      <w:r>
        <w:rPr>
          <w:sz w:val="20"/>
        </w:rPr>
        <w:t>33:51  mein hai. dimaghi shaoor ke sath is mind base spirituality ki jo baat karte hain, yeh asal ah farq hai.</w:t>
      </w:r>
      <w:r>
        <w:br/>
      </w:r>
      <w:r>
        <w:rPr>
          <w:sz w:val="20"/>
        </w:rPr>
        <w:t>34:00  ji bahut aham baat hai yeh maulana iqbal sahab ke maulana ka jo ah emphasis tha, woh mind base spirituality pe tha, heart based spirituality pe nahi.</w:t>
      </w:r>
      <w:r>
        <w:br/>
      </w:r>
      <w:r>
        <w:rPr>
          <w:sz w:val="20"/>
        </w:rPr>
        <w:t>34:11  aur yeh bahut achhi baat aap ne batai ke tazkiya band aankhon se nahi, balkeh khuli hui aankhon se hota hai.</w:t>
      </w:r>
      <w:r>
        <w:br/>
      </w:r>
      <w:r>
        <w:rPr>
          <w:sz w:val="20"/>
        </w:rPr>
        <w:t>34:19  yeh bahut hi important subject hai. to maulana asrar sahab, main chahunga aap bhi zaroor is par kuch bataein.</w:t>
      </w:r>
      <w:r>
        <w:br/>
      </w:r>
      <w:r>
        <w:rPr>
          <w:sz w:val="20"/>
        </w:rPr>
        <w:t>34:25  haan, yeh sahi baat hai ke maulana ne jo marifat aur tazkiya ka tasawwur hum ko diya hai, woh bilkul alag hai jo muslim literature mein paya jata hai.</w:t>
      </w:r>
      <w:r>
        <w:br/>
      </w:r>
      <w:r>
        <w:rPr>
          <w:sz w:val="20"/>
        </w:rPr>
        <w:t>34:33  ji, hum muslim literature mein jo marifat aur tazkiya ki baat hoti hai, woh murakabe ki baat hoti hai. meditation karne se samajhte hain ke khuda ki marifat hasil hogi.</w:t>
      </w:r>
      <w:r>
        <w:br/>
      </w:r>
      <w:r>
        <w:rPr>
          <w:sz w:val="20"/>
        </w:rPr>
        <w:t>34:43  ji, lekin maulana ne isko meditation se hata kar soch ki buniyad par rakh diya hai. ji ke aap kisi cheez par sochein, reason out karein to aap ki khuda ki badi marifat hasil ho sakti hai.</w:t>
      </w:r>
      <w:r>
        <w:br/>
      </w:r>
      <w:r>
        <w:rPr>
          <w:sz w:val="20"/>
        </w:rPr>
        <w:t>34:53  ji, iski wajah se main dekhta</w:t>
      </w:r>
      <w:r>
        <w:br/>
      </w:r>
      <w:r>
        <w:rPr>
          <w:sz w:val="20"/>
        </w:rPr>
        <w:t>34:55  hoon ke hamari zindagi mein bhi kafi faida hua. ji, iski ek misaal main aap ke samne pesh karunga. mera ek chhota, mera bachcha jab chhota tha, god mein to main ghar mein tha to woh achhanak rone laga,</w:t>
      </w:r>
      <w:r>
        <w:br/>
      </w:r>
      <w:r>
        <w:rPr>
          <w:sz w:val="20"/>
        </w:rPr>
        <w:t>35:09  bahut ziyada rone laga. to us ki maan bhaag ke aai aur dekhi ke woh pyasa ho gaya hai, to pani la ke us ko pila di. ji, to us waqt mujhe yaad aaya woh waqia hazrat hajra aur hazrat ismail ka, mashaa'allah, ke ismail jab ro rahe the to hajra bhaag daud ke kaafi mehnat karne ke baad un</w:t>
      </w:r>
      <w:r>
        <w:br/>
      </w:r>
      <w:r>
        <w:rPr>
          <w:sz w:val="20"/>
        </w:rPr>
        <w:t>35:25  ko zam zam ka pani mila. aur hamare liye allah taala ne pani itna aasan kiya hai ke ek botal ya glass milaao aur pila do. to us waqt mujhe yeh discovery hui ke jo pani hum peete hain, log umooman zam zam pani barkat ka samajh ke peete hain.</w:t>
      </w:r>
      <w:r>
        <w:br/>
      </w:r>
      <w:r>
        <w:rPr>
          <w:sz w:val="20"/>
        </w:rPr>
        <w:t>35:39  bhai, us waqt se mera yeh ehsaas ho gaya hai ke jo bhi pani mujhe milta hai, woh khud zam zam hai mere liye. khud quran mein kehta hai: "khuda</w:t>
      </w:r>
      <w:r>
        <w:br/>
      </w:r>
      <w:r>
        <w:rPr>
          <w:sz w:val="20"/>
        </w:rPr>
        <w:t>35:47  mubarakah" jo pani hum ne aasman se utara hai, woh barkat ka pani hai. ji, to jo bhi pani, khwah hum kahin bhi rahein, kahin se bhi woh pani milta ho, woh sirf woh bhi hamare liye ek zam zam ki haisiyat hai.</w:t>
      </w:r>
      <w:r>
        <w:br/>
      </w:r>
      <w:r>
        <w:rPr>
          <w:sz w:val="20"/>
        </w:rPr>
        <w:t>35:59  khuda agar sikha de to koi us ko nahi la sakta. to woh ehsaas jab paida hota hai, woh soch ki buniyad par hi mila. to jab bhi main pani ka ek qatra bhi peeta hoon, to mujhe woh zam zam ka hi feeling ke saath mein peeta hoon.</w:t>
      </w:r>
      <w:r>
        <w:br/>
      </w:r>
      <w:r>
        <w:rPr>
          <w:sz w:val="20"/>
        </w:rPr>
        <w:t>36:11  ji, to yeh molana ki marifat aur tazkiya ki jo tarbiyat thi, us ka samajhta hoon main ek asar tha. ji ji, to kuch</w:t>
      </w:r>
      <w:r>
        <w:br/>
      </w:r>
      <w:r>
        <w:rPr>
          <w:sz w:val="20"/>
        </w:rPr>
        <w:t>36:17  kitabein aap batana chahenge, kuch titles jo log dekh rahe hain, us ko woh cps website se download kar sakte hain ya good word book se khareed sakte hain.</w:t>
      </w:r>
      <w:r>
        <w:br/>
      </w:r>
      <w:r>
        <w:rPr>
          <w:sz w:val="20"/>
        </w:rPr>
        <w:t>36:26  kuch aise titles aap bataiye hum sab ko. haan, dekhein, is mein buniyadi taur par jo aham kitab hai, "al-rabbaniyah allah o akbar". ji, ah yeh shuru buniyadi taur par har jo beginners hain, us ko padhna chahiye.</w:t>
      </w:r>
      <w:r>
        <w:br/>
      </w:r>
      <w:r>
        <w:rPr>
          <w:sz w:val="20"/>
        </w:rPr>
        <w:t>36:38  ji, is ke baad "kitab marifat khuda ki". ji, "daryaft ah god arizis". ji, yeh kitabein hain jin ke padhne se ah baraah-e-raast marifat ka aap ko molana ki jo rehnumai hai, us ko mile gi.</w:t>
      </w:r>
      <w:r>
        <w:br/>
      </w:r>
      <w:r>
        <w:rPr>
          <w:sz w:val="20"/>
        </w:rPr>
        <w:t>36:51  ji, aur waise poora literature mol</w:t>
      </w:r>
      <w:r>
        <w:br/>
      </w:r>
      <w:r>
        <w:rPr>
          <w:sz w:val="20"/>
        </w:rPr>
        <w:t>36:53  ana ka "al-risalah khusoosi" woh marifat par hi mabni hai. ji, is se marifat ki hi ghiza milti hai. hmm, ji ji, jazak allah molana iqbal sahib.</w:t>
      </w:r>
      <w:r>
        <w:br/>
      </w:r>
      <w:r>
        <w:rPr>
          <w:sz w:val="20"/>
        </w:rPr>
        <w:t>37:02  molana ki tafsir "tazkir al-quran" bahut ah popular hai aur bahut widely read hai. ah, aur is baat par aap bhi agree karenge ke marifat ka khazana hai.</w:t>
      </w:r>
      <w:r>
        <w:br/>
      </w:r>
      <w:r>
        <w:rPr>
          <w:sz w:val="20"/>
        </w:rPr>
        <w:t>37:12  woh ah agar hamein quran ko apni daily life mein apply karna hai to woh hum ah un ki tafsir se yeh jaan</w:t>
      </w:r>
      <w:r>
        <w:br/>
      </w:r>
      <w:r>
        <w:rPr>
          <w:sz w:val="20"/>
        </w:rPr>
        <w:t>37:20  sakte hain. balkeh agar un ki tafsir ka mutalaah karein to main yeh kahunga ke poori personality insaan ki badal sakti hai.</w:t>
      </w:r>
      <w:r>
        <w:br/>
      </w:r>
      <w:r>
        <w:rPr>
          <w:sz w:val="20"/>
        </w:rPr>
        <w:t>37:28  poori 360 degree a person can change into a spiritual person. to ah main chahunga molana iqbal sahib ki un ki tafsir ke bare mein aap hum sab ko zaroor bataein.</w:t>
      </w:r>
      <w:r>
        <w:br/>
      </w:r>
      <w:r>
        <w:rPr>
          <w:sz w:val="20"/>
        </w:rPr>
        <w:t>37:41  asal mein jaisa ke aap ko maloom hai ke ah jo bhi tazkir aur dawati kaam karte hain, un logon ke paas dawat aur tazkir base koi tafsir nahi hai.</w:t>
      </w:r>
      <w:r>
        <w:br/>
      </w:r>
      <w:r>
        <w:rPr>
          <w:sz w:val="20"/>
        </w:rPr>
        <w:t>37:56  hum log taqreeban das saal tak bahut mehnat ke. hum logon ka tareeqa yeh rehta tha ke hum log apne saath ek diary rakhte the, yaani molana se milne se pehle, aur quran se jo nikaat hote hain, woh likha karte the aur sab jama kar ke sab padhne ki koshish karte the.</w:t>
      </w:r>
      <w:r>
        <w:br/>
      </w:r>
      <w:r>
        <w:rPr>
          <w:sz w:val="20"/>
        </w:rPr>
        <w:t>38:14  ah, lekin mera jahan tak khayal hai, koi badi baat ya koi ah aisi baat jis mein tazkir aur dawat ka itna wazeh pehlu saamne aaye, aisi koi tafsir ya koi aisi study circle mein hum ne nahi paya.</w:t>
      </w:r>
      <w:r>
        <w:br/>
      </w:r>
      <w:r>
        <w:rPr>
          <w:sz w:val="20"/>
        </w:rPr>
        <w:t>38:28  jab hum ne, jab maine molana ki "tazkir al-quran" padha to wahan har</w:t>
      </w:r>
      <w:r>
        <w:br/>
      </w:r>
      <w:r>
        <w:rPr>
          <w:sz w:val="20"/>
        </w:rPr>
        <w:t>38:35  har safhe mein aap ko ya to dawat ki baat mile gi ya to tazkir ki baat mile gi. koi na koi kainaati baat mil hi jaye gi is mein. to maine arabi tafaseer bhi dekhein, baaqiya urdu tafaseer bhi dekhein.</w:t>
      </w:r>
      <w:r>
        <w:br/>
      </w:r>
      <w:r>
        <w:rPr>
          <w:sz w:val="20"/>
        </w:rPr>
        <w:t>38:46  "dawat al-quran" ke naam se bhi ek tafsir hai, lekin is mein dawat ka woh andaaz ya woh baatein jo dawat ki hon, tazkir ki hon, woh baatein maine nahi paein.</w:t>
      </w:r>
      <w:r>
        <w:br/>
      </w:r>
      <w:r>
        <w:rPr>
          <w:sz w:val="20"/>
        </w:rPr>
        <w:t>38:55  "tazkir al-quran" ek aisi kitab hai,</w:t>
      </w:r>
      <w:r>
        <w:br/>
      </w:r>
      <w:r>
        <w:rPr>
          <w:sz w:val="20"/>
        </w:rPr>
        <w:t>38:57  yaqeenan woh quran mein tazkir ke bare mein "fazakkir bil quran" tazkir ke bare mein jo bhi aayatein hain, us ki amli tafsir hai.</w:t>
      </w:r>
      <w:r>
        <w:br/>
      </w:r>
      <w:r>
        <w:rPr>
          <w:sz w:val="20"/>
        </w:rPr>
        <w:t>39:06  to woh "tazkir al-quran" hai. aap is mein har safha, ek safha padhte hi asal tazkir kya hai, is mein maloom ho jati hai. to aam taur se log "rujoo ila al-quran" ki baat to karte hain, yaani quran ki taraf laut kar aao, lekin kaise lotein, kis bab mein lootna chahiye, kaise lootna chahiye, lootne ke liye kya karna chahiye, woh saari cheezein "tazkir al-quran"</w:t>
      </w:r>
      <w:r>
        <w:br/>
      </w:r>
      <w:r>
        <w:rPr>
          <w:sz w:val="20"/>
        </w:rPr>
        <w:t>39:28  mein hum ko mile gi. ji ji, jazak allah molana israr sahib, is pe kuch aap add karna chahenge? haan, main iqbal sahib ne is ko bahut acha wazeh kiya.</w:t>
      </w:r>
      <w:r>
        <w:br/>
      </w:r>
      <w:r>
        <w:rPr>
          <w:sz w:val="20"/>
        </w:rPr>
        <w:t>39:38  "tazkir al quran" ki ahmiyat is liye bhi hai ke waise sainkaron tafaseer arabi aur urdu mein maujood hain, lekin un ke parhne se aap ko maloomat to mile gi, lekin is se globedia to aap ko quran ka mil jayega.</w:t>
      </w:r>
      <w:r>
        <w:br/>
      </w:r>
      <w:r>
        <w:rPr>
          <w:sz w:val="20"/>
        </w:rPr>
        <w:t>39:51  lekin quran jo apne aap ko kehta hai, jaisa quran apna</w:t>
      </w:r>
      <w:r>
        <w:br/>
      </w:r>
      <w:r>
        <w:rPr>
          <w:sz w:val="20"/>
        </w:rPr>
        <w:t>39:55  taaruf karate hue kehta hai: "innaha illa zikr lil alameen" . quran ek sare logon ke liye naseehat hai. isi tarah quran kehta hai ke "haza balaghun lin nas" .</w:t>
      </w:r>
      <w:r>
        <w:br/>
      </w:r>
      <w:r>
        <w:rPr>
          <w:sz w:val="20"/>
        </w:rPr>
        <w:t>40:05  yeh logon ke liye ek message hai, is ko logon tak pahunchana chahiye aur logon ko is ka paigham pahunchaya jaye. to lekin is do pehlu se tafaseer khali hain.</w:t>
      </w:r>
      <w:r>
        <w:br/>
      </w:r>
      <w:r>
        <w:rPr>
          <w:sz w:val="20"/>
        </w:rPr>
        <w:t>40:15  to maulana ne in do pehluon ko le ke "tazkir al quran" likha hai. aap is ko</w:t>
      </w:r>
      <w:r>
        <w:br/>
      </w:r>
      <w:r>
        <w:rPr>
          <w:sz w:val="20"/>
        </w:rPr>
        <w:t>40:19  parhenge to is mein aap ko naseehat ki baatein milengi. quran mein jo lessons hain, hamare learnings hain, is ko bataya gaya hai. aur isi tarah da'wati zehn saazi bhi is mein ki gayi hai.</w:t>
      </w:r>
      <w:r>
        <w:br/>
      </w:r>
      <w:r>
        <w:rPr>
          <w:sz w:val="20"/>
        </w:rPr>
        <w:t>40:30  aur teesra ek aham pehlu is ka yeh hai ke musalmanon ki jo</w:t>
      </w:r>
      <w:r>
        <w:br/>
      </w:r>
      <w:r>
        <w:rPr>
          <w:sz w:val="20"/>
        </w:rPr>
        <w:t>40:35  aap jante hain ke jo koi qaum jab zawaal yafta ho jati hai to us ke conditions ho jate hain. aur zawaal yafta qaum ki jo nafsiyat hoti hain, woh mili ho jati hain, qaumi ho jati hain.</w:t>
      </w:r>
      <w:r>
        <w:br/>
      </w:r>
      <w:r>
        <w:rPr>
          <w:sz w:val="20"/>
        </w:rPr>
        <w:t>40:46  ji, to siyasi ho jati hain. is ko maulana ne bohat achhi tarah se is mein toda hai. ji, agar aap is mein parhenge to aap khuda ke sahi banda ban ke niklenge, na ke ek qaumi insan, na ke ek mili insan.</w:t>
      </w:r>
      <w:r>
        <w:br/>
      </w:r>
      <w:r>
        <w:rPr>
          <w:sz w:val="20"/>
        </w:rPr>
        <w:t>40:59  ji, to is concept ko maulana ne, yaani ek zawaal yafta nafsiyat ka, is mein bohat hi achha maulana ne tajziya kiya hai. aur</w:t>
      </w:r>
      <w:r>
        <w:br/>
      </w:r>
      <w:r>
        <w:rPr>
          <w:sz w:val="20"/>
        </w:rPr>
        <w:t>41:05  ek sahi momin ki nafsiyat kya hoti hain, is ko is mein pesh kiya hai. is lihaaz se is ka parhna hamare liye behad zaroori hai. ji ji ji, to jo maulana israr sahib, jo log program dekh rahe hain is waqt, un ko kuch ah quran ke mauzu par maulana wahiduddin khan sahib ki kuch kitabein aap recommend karenge?</w:t>
      </w:r>
      <w:r>
        <w:br/>
      </w:r>
      <w:r>
        <w:rPr>
          <w:sz w:val="20"/>
        </w:rPr>
        <w:t>41:22  haan, is mein ah aham kitabein yeh hain: "mutala quran", ji "azmat quran",</w:t>
      </w:r>
      <w:r>
        <w:br/>
      </w:r>
      <w:r>
        <w:rPr>
          <w:sz w:val="20"/>
        </w:rPr>
        <w:t>41:29  aur "quran ka matloob insan", "marifat quran". to yeh kitabein hain jis se is ka faida istefada kiya ja sakta hai. aur khud "tazkir al quran" ka jo introduction hai, muqaddama, woh bohat hi zyada ahmiyat rakhta hai.</w:t>
      </w:r>
      <w:r>
        <w:br/>
      </w:r>
      <w:r>
        <w:rPr>
          <w:sz w:val="20"/>
        </w:rPr>
        <w:t>41:41  ji ji ji, to quran ke hawaale se sawal tha, to seerat pe bhi main poochna chahunga. ji ke maulana wahiduddin khan sahib ke nuqta nazar se</w:t>
      </w:r>
      <w:r>
        <w:br/>
      </w:r>
      <w:r>
        <w:rPr>
          <w:sz w:val="20"/>
        </w:rPr>
        <w:t>41:51  ah seerat rasool ke bunyadi pehlu kya hain? ji, is ko bhi aap wazeh karein. haan, yeh sawal aaj ke din ke lihaaz se bhi bohat aham hai.</w:t>
      </w:r>
      <w:r>
        <w:br/>
      </w:r>
      <w:r>
        <w:rPr>
          <w:sz w:val="20"/>
        </w:rPr>
        <w:t>42:00  ji, kyunke aaj 12 rabi ul awal hai. ji, to rasool allah ki aaj paidaish hai.</w:t>
      </w:r>
      <w:r>
        <w:br/>
      </w:r>
      <w:r>
        <w:rPr>
          <w:sz w:val="20"/>
        </w:rPr>
        <w:t>42:04  hmm, to seerat ka jo mauzu hai, is par ka main samajhta hoon urdu zaban mein kafi kitabein likhi gayi hain. ji,</w:t>
      </w:r>
      <w:r>
        <w:br/>
      </w:r>
      <w:r>
        <w:rPr>
          <w:sz w:val="20"/>
        </w:rPr>
        <w:t>42:12  lekin yeh tamam kitabein maulana ne "mutala seerat" ke ah muqaddame mein likha hai ke pure ah jo seerat ki kitabein hain, woh tamam kitabein ya to taqlidi andaaz mein likhi gayi hain ya aqeedatmandana andaaz mein likhi gayi hain.</w:t>
      </w:r>
      <w:r>
        <w:br/>
      </w:r>
      <w:r>
        <w:rPr>
          <w:sz w:val="20"/>
        </w:rPr>
        <w:t>42:27  taqlidana andaaz ka matlab yeh hai ke ek traditional way jo tareekh ka chalta aa raha tha pehle se, us lihaaz se likha gaya hai. to is se bohat bada jo nuqsaan hua, yeh hai ke rasool allah ki wafat ke baad tareekh jab likhi gayi to rasool allah ki jo</w:t>
      </w:r>
      <w:r>
        <w:br/>
      </w:r>
      <w:r>
        <w:rPr>
          <w:sz w:val="20"/>
        </w:rPr>
        <w:t>42:42  asal hesiyat thi, yaani da'i, aap logon ko khuda ka paigham pahunchane wale the, khuda ka realization karane wale the. ji, to woh hesiyat kam ho gayi.</w:t>
      </w:r>
      <w:r>
        <w:br/>
      </w:r>
      <w:r>
        <w:rPr>
          <w:sz w:val="20"/>
        </w:rPr>
        <w:t>42:51  chunki us waqt jo tareekhein likhi jati thi, yeh tha ke woh king ki tareekh likhi jati thi, is ko base kar ke likha jata tha. ji, ke woh king ne kitni junghein ki, kaise fateh hasil ki, us ki pasalar kaisa tha, us ki quwwat kaisi thi, kaise logon ko phacharta tha.</w:t>
      </w:r>
      <w:r>
        <w:br/>
      </w:r>
      <w:r>
        <w:rPr>
          <w:sz w:val="20"/>
        </w:rPr>
        <w:t>43:04  to is tarah ki woh is mein baatein hoti thi. to isi nahaj se seerat ko bhi likh diya gaya. bohat important baat hai yeh. ji, to shuru se hi seerat ka</w:t>
      </w:r>
      <w:r>
        <w:br/>
      </w:r>
      <w:r>
        <w:rPr>
          <w:sz w:val="20"/>
        </w:rPr>
        <w:t>43:12  naam jo tha, "life of prophet muhammad" ke bajaye "al maghazi" rakh diya gaya. ji, "al maghazi" kehte hain waris. waris to pehli mere khayal se hai ke jo seerat ah urwah bin zubair ki seerat batai jati hai, jo ek sahabi ke bete hain, tab'i, uska naam "al maghazi" rakha gaya.</w:t>
      </w:r>
      <w:r>
        <w:br/>
      </w:r>
      <w:r>
        <w:rPr>
          <w:sz w:val="20"/>
        </w:rPr>
        <w:t>43:29  phir ibn ishaq, ibn hisham, ji, pura un ki seerat ka hi naam ho gaya "al maghazi". to isi tarah musalmanon ke zehn mein bhi ji yeh chha gaya ke ek rasool allah jangju the, ek fateh the, aap dunya ko fateh karne aur maghloob karne ke liye</w:t>
      </w:r>
      <w:r>
        <w:br/>
      </w:r>
      <w:r>
        <w:rPr>
          <w:sz w:val="20"/>
        </w:rPr>
        <w:t>43:42  aate hain, aap ek achhe commander the, ek achhe hakim the. ji, lekin quran jo hum ko batata hai, woh yeh hai: "barah direct alfaaz mein inna arsalnak shahidan wa mubashiran wa naziran wa da'iyan ila allahi bi iznihi wa sirajan munira".</w:t>
      </w:r>
      <w:r>
        <w:br/>
      </w:r>
      <w:r>
        <w:rPr>
          <w:sz w:val="20"/>
        </w:rPr>
        <w:t>43:57  is mein rasool Allah ki panch baatein batai gayi hain. ji, five words bhi jo aik hi maani batata hai, woh hai: aap</w:t>
      </w:r>
      <w:r>
        <w:br/>
      </w:r>
      <w:r>
        <w:rPr>
          <w:sz w:val="20"/>
        </w:rPr>
        <w:t>44:04  daai thay. ji, yani nazeer logon ko aakhirat se darrane walay thay, khushkhabri dene walay thay, Allah ki taraf bulane walay thay, aur aap aik roshan charagh thay.</w:t>
      </w:r>
      <w:r>
        <w:br/>
      </w:r>
      <w:r>
        <w:rPr>
          <w:sz w:val="20"/>
        </w:rPr>
        <w:t>44:13  to rasool Allah ki jo is hesiyat se seerat ki kitabon mein mutala nahi kiya gaya. ji, to pehli baar Maulana ne is cheez ko wazeh kiya aur seerat ke is pehlu ko le kar bataya.</w:t>
      </w:r>
      <w:r>
        <w:br/>
      </w:r>
      <w:r>
        <w:rPr>
          <w:sz w:val="20"/>
        </w:rPr>
        <w:t>44:23  to is se aik aur wazeh hua ke umoomi taur par jab daur jadeed mein peace aur harmony ki baat ki gayi to dunya mein bohat si mukhtalif shakhsiyaton ki misaal pesh ki gayi.</w:t>
      </w:r>
      <w:r>
        <w:br/>
      </w:r>
      <w:r>
        <w:rPr>
          <w:sz w:val="20"/>
        </w:rPr>
        <w:t>44:35  to Maulana ne sab se pehle pesh kiya ke agar koi prophet of peace ho sakta hai to Muhammad hain. hmm, koi messenger of peace ho sakta hai to woh Muhammad hain. ji, to aap jante hain is par kitab bhi Maulana ki aayi hai: "Prophet of Peace".</w:t>
      </w:r>
      <w:r>
        <w:br/>
      </w:r>
      <w:r>
        <w:rPr>
          <w:sz w:val="20"/>
        </w:rPr>
        <w:t>44:46  ji, to woh mein samajhta hoon is lihaaz se</w:t>
      </w:r>
      <w:r>
        <w:br/>
      </w:r>
      <w:r>
        <w:rPr>
          <w:sz w:val="20"/>
        </w:rPr>
        <w:t>44:49  ah seerat ka mutala nahi kiya gaya. to Maulana ne rasool Allah ke ah daawati pehluon ko bohat achhi tarah ujaagar kiya aur yeh bhi bataya ke aap ka jo rasool Allah ka jo life style tha, woh hamare liye bohat practical hai aur wisdom full hai.</w:t>
      </w:r>
      <w:r>
        <w:br/>
      </w:r>
      <w:r>
        <w:rPr>
          <w:sz w:val="20"/>
        </w:rPr>
        <w:t>45:04  to is ko le kar hum bohat aage barh sakte hain. woh koi aqeedatmandana cheez ya is ko kuch manane wali cheez nahi hai. ji, ji, yeh bohat aham hai. ji, ji,</w:t>
      </w:r>
      <w:r>
        <w:br/>
      </w:r>
      <w:r>
        <w:rPr>
          <w:sz w:val="20"/>
        </w:rPr>
        <w:t>45:12  bohat important baat aap ne clear kari, Maulana Israr sahib, ke generally aur yahi dekha gaya hai, log yahi samajhte hain ke ah rasool Allah aik war general thay, lekin jo unhon ne moral consciousness awaken kari society mein, jo aik daai wala role unhon ne play kara, aur jo peace, ah jo aman, ah us ko establish kiya, yeh bilkul history mein aur kitabon mein, aur jo aksar log debate karte hain, us mein woh zahir hi nahi karte.</w:t>
      </w:r>
      <w:r>
        <w:br/>
      </w:r>
      <w:r>
        <w:rPr>
          <w:sz w:val="20"/>
        </w:rPr>
        <w:t>45:38  to yeh aap ne bohat important baat, yeh aaj is ko achhe se wazeh kiya Maulana Wahiduddin Khan sahib ke literature ke hawale se. ah Maulana Iqbal sahib, ah aap is pe kuch aur add karna chahenge?</w:t>
      </w:r>
      <w:r>
        <w:br/>
      </w:r>
      <w:r>
        <w:rPr>
          <w:sz w:val="20"/>
        </w:rPr>
        <w:t>45:51  khateeb sahib ne bilkul sahi baat farmayi ke jo aman ka peghamabar hai, aman ka pehlu jo aik dam bilkul ah tareekh mein chhip gaya tha, to us ko Maulana ne wazeh kiya hai.</w:t>
      </w:r>
      <w:r>
        <w:br/>
      </w:r>
      <w:r>
        <w:rPr>
          <w:sz w:val="20"/>
        </w:rPr>
        <w:t>46:03  to is par Maulana ne jo bhi kitabein likhi hain, jaise "Mutala-e-Seerat" hai, "Paigham-e-Inqilab" hai, "Prophet of Peace" hai,</w:t>
      </w:r>
      <w:r>
        <w:br/>
      </w:r>
      <w:r>
        <w:rPr>
          <w:sz w:val="20"/>
        </w:rPr>
        <w:t>46:12  jitni bhi Maulana ne tehreerein likhi hain, is ka yahi raha ke "Prophet of War" ke bajaye yeh "Prophet of Peace" hain. is ke liye kai misalein di hain.</w:t>
      </w:r>
      <w:r>
        <w:br/>
      </w:r>
      <w:r>
        <w:rPr>
          <w:sz w:val="20"/>
        </w:rPr>
        <w:t>46:22  the hundred walay ne yeh to kaha ke supremely successful person, lekin us ki wajah nahi batai. ji, un ko wajah yeh kehni chahiye tha ke conflict management aala darje ka hai, yani jangon ke tareekh ko Maulana ne Sulah Hudaibiyah mein badal diya.</w:t>
      </w:r>
      <w:r>
        <w:br/>
      </w:r>
      <w:r>
        <w:rPr>
          <w:sz w:val="20"/>
        </w:rPr>
        <w:t>46:37  phir isi tarah saare jitne bhi jang lade jaate thay, us ko aap ne buffering policy se us ko aik dam yeh kar diya, manage kar diya.</w:t>
      </w:r>
      <w:r>
        <w:br/>
      </w:r>
      <w:r>
        <w:rPr>
          <w:sz w:val="20"/>
        </w:rPr>
        <w:t>46:46  isi tarah rasool Allah sallallahu alaihi wasallam ne taqreeban jitne bhi jang hue hain, us ko Maulana yeh kehte hain ke woh bas jhadapon mein badal diya.</w:t>
      </w:r>
      <w:r>
        <w:br/>
      </w:r>
      <w:r>
        <w:rPr>
          <w:sz w:val="20"/>
        </w:rPr>
        <w:t>46:55  yeh jo rasool Allah sallallahu alaihi wasallam ki pur aman programming thi, yeh wazeh nahi hua abhi tak logon ke samne. ji, to sahi baat</w:t>
      </w:r>
    </w:p>
    <w:p>
      <w:pPr>
        <w:pStyle w:val="Heading2"/>
      </w:pPr>
      <w:r>
        <w:t>Effect of Muslim approach on Western attitude</w:t>
      </w:r>
    </w:p>
    <w:p>
      <w:r>
        <w:rPr>
          <w:color w:val="666666"/>
          <w:sz w:val="18"/>
        </w:rPr>
        <w:t>Society &amp; Dawah · The Age of Opportunity Explosion December 2, 2018 Maulana Wahiduddin Khan · 10m 47s · at 49:51 · https://youtu.be/LqGWdCG81hc?t=2991</w:t>
      </w:r>
    </w:p>
    <w:p>
      <w:r>
        <w:rPr>
          <w:i/>
        </w:rPr>
        <w:t>“If Muslims change their approach towards Western powers, then do you think West will change their attitude towards the Muslim world immediately? What is your comment on this?”</w:t>
      </w:r>
    </w:p>
    <w:p>
      <w:r>
        <w:rPr>
          <w:sz w:val="20"/>
        </w:rPr>
        <w:t>49:51  yeh sawal bheja hai fawad kadoi sahib ne bhopal se. unhon ne likha hai, "molana, if muslims change their approach towards western powers, then do you think west will change their attitude towards the muslim world immediately?</w:t>
      </w:r>
      <w:r>
        <w:br/>
      </w:r>
      <w:r>
        <w:rPr>
          <w:sz w:val="20"/>
        </w:rPr>
        <w:t>50:11  what is your comment on this?" dekhiye, mujhe aap ke is sawal par bible ka ek</w:t>
      </w:r>
      <w:r>
        <w:br/>
      </w:r>
      <w:r>
        <w:rPr>
          <w:sz w:val="20"/>
        </w:rPr>
        <w:t>50:25  ek bible ki ek ayat yaad aa gayi jo ek paighambar ka qaul hai. ek paighambar ka qaul hai,</w:t>
      </w:r>
      <w:r>
        <w:br/>
      </w:r>
      <w:r>
        <w:rPr>
          <w:sz w:val="20"/>
        </w:rPr>
        <w:t>50:38  bible mein paighambaron ka kalam hai tarjume ki shakal mein.</w:t>
      </w:r>
      <w:r>
        <w:br/>
      </w:r>
      <w:r>
        <w:rPr>
          <w:sz w:val="20"/>
        </w:rPr>
        <w:t>50:46  to ek ek ek paighambar ne kaha tha apne zamane ke logon ko khitab karte hue, "main tum se kehta hoon ke agar insan chup chup rahen to pathar chalayenge."</w:t>
      </w:r>
      <w:r>
        <w:br/>
      </w:r>
      <w:r>
        <w:rPr>
          <w:sz w:val="20"/>
        </w:rPr>
        <w:t>51:06  kaisi ajib baat thi</w:t>
      </w:r>
      <w:r>
        <w:br/>
      </w:r>
      <w:r>
        <w:rPr>
          <w:sz w:val="20"/>
        </w:rPr>
        <w:t>51:07  ! yeh future ki zaban bol rahe the woh ke aaj tum pathar ban jao to ban jao, ek waqt aayega ke ke pathar ko bhi zaban ho jayegi, west ko bhi zaban ho jayegi, east ko bhi zaban ho jayegi.</w:t>
      </w:r>
      <w:r>
        <w:br/>
      </w:r>
      <w:r>
        <w:rPr>
          <w:sz w:val="20"/>
        </w:rPr>
        <w:t>51:23  yeh future ki zaban thi. paighambar ne kaha tha ke, "ae mere mukhatibeen!</w:t>
      </w:r>
      <w:r>
        <w:br/>
      </w:r>
      <w:r>
        <w:rPr>
          <w:sz w:val="20"/>
        </w:rPr>
        <w:t>51:31  agar tum meri baat na mano, agar tum chup ho jao sachai ke itraf mein, ek zamana aayega jab allah patharon ko zaban dega,</w:t>
      </w:r>
      <w:r>
        <w:br/>
      </w:r>
      <w:r>
        <w:rPr>
          <w:sz w:val="20"/>
        </w:rPr>
        <w:t>51:43  fajir logon ko bhi zaban dega bukhari ki zaban mein, aur fajir log bhi sachai ki zaban bolna shuru kar denge." to aap allah ki rehmat ko dekhiye,</w:t>
      </w:r>
      <w:r>
        <w:br/>
      </w:r>
      <w:r>
        <w:rPr>
          <w:sz w:val="20"/>
        </w:rPr>
        <w:t>51:57  kaun kya kar raha hai, us ko na dekhiye.</w:t>
      </w:r>
      <w:r>
        <w:br/>
      </w:r>
      <w:r>
        <w:rPr>
          <w:sz w:val="20"/>
        </w:rPr>
        <w:t>52:02  allah ne kya ailan kar rakha hai, us ko dekhiye. musalmanon ka mizaj ban gaya hai ke bas negative baat, negative baat bolte hain. jo isi mein positive aspect hai, woh us ko dekh dekh nahi paate hain.</w:t>
      </w:r>
      <w:r>
        <w:br/>
      </w:r>
      <w:r>
        <w:rPr>
          <w:sz w:val="20"/>
        </w:rPr>
        <w:t>52:17  main dunya ke future ko bright dekh raha hoon, aap bhi yahi adat daliye.</w:t>
      </w:r>
      <w:r>
        <w:br/>
      </w:r>
      <w:r>
        <w:rPr>
          <w:sz w:val="20"/>
        </w:rPr>
        <w:t>52:30  molana ayaz ahmed sahib ne jamshedpur se likha hai, "alhamdulillah! dunya mein aayi hui tabdili ko molana ne bilkul naye andaaz mein pesh kiya.</w:t>
      </w:r>
      <w:r>
        <w:br/>
      </w:r>
      <w:r>
        <w:rPr>
          <w:sz w:val="20"/>
        </w:rPr>
        <w:t>52:40  aaj har insan ko jitni asaniyan moassar hain, woh dawat ke imkan ko bohat badal deti hain.</w:t>
      </w:r>
      <w:r>
        <w:br/>
      </w:r>
      <w:r>
        <w:rPr>
          <w:sz w:val="20"/>
        </w:rPr>
        <w:t>52:50  allah hum sab ko in imkanat ko istemal karne ki tofeeq ata kar." doctor aslam sahib ne saharanpur se likha hai, "jab dimagh se creativity nikal jati hai to nafrat is dimagh mein apna ghar bana leti hai." miss qurtulain ne kashmir se likha hai,</w:t>
      </w:r>
      <w:r>
        <w:br/>
      </w:r>
      <w:r>
        <w:rPr>
          <w:sz w:val="20"/>
        </w:rPr>
        <w:t>53:09  explaining atar darkness and positive aspect of Islamic age is a starting, is a startling revelation for Muslims.</w:t>
      </w:r>
      <w:r>
        <w:br/>
      </w:r>
      <w:r>
        <w:rPr>
          <w:sz w:val="20"/>
        </w:rPr>
        <w:t>53:18  equating western civilization, which in fact is pro Islam with western culture, is a maznomar of Muslims.</w:t>
      </w:r>
      <w:r>
        <w:br/>
      </w:r>
      <w:r>
        <w:rPr>
          <w:sz w:val="20"/>
        </w:rPr>
        <w:t>53:27  this resulted in westophobia and prove suicidal and stumbling block in the war work of Muslims.</w:t>
      </w:r>
      <w:r>
        <w:br/>
      </w:r>
      <w:r>
        <w:rPr>
          <w:sz w:val="20"/>
        </w:rPr>
        <w:t>53:37  the sooner we get rid of this phobia, better it is. Western civilization is exploring natural laws and it is most beneficial in spreading word of God.</w:t>
      </w:r>
      <w:r>
        <w:br/>
      </w:r>
      <w:r>
        <w:rPr>
          <w:sz w:val="20"/>
        </w:rPr>
        <w:t>53:49  Muslims dilemma not is not to dealing culture from civilization is unfortunate. So it is high time we overcome this dilemma and istemal the western progress and scientific achievements in favor of the war work.</w:t>
      </w:r>
      <w:r>
        <w:br/>
      </w:r>
      <w:r>
        <w:rPr>
          <w:sz w:val="20"/>
        </w:rPr>
        <w:t>54:05  it is age of peace, opportunity and tolerance, and we must istemal this opportunity." Jazakumullah.</w:t>
      </w:r>
      <w:r>
        <w:br/>
      </w:r>
      <w:r>
        <w:rPr>
          <w:sz w:val="20"/>
        </w:rPr>
        <w:t>54:13  Mus Rubhana Ansari ne likha hai, "Pakistan se negativity is the darkness. Dohema is in terms of result which made it westophobia because of unawareness of Muslims.</w:t>
      </w:r>
      <w:r>
        <w:br/>
      </w:r>
      <w:r>
        <w:rPr>
          <w:sz w:val="20"/>
        </w:rPr>
        <w:t>54:28  although it was a super news for support of Islam and Muslims. Jazak Allah Maulana sahib! Its only you who enlighten us always." Maulana Maulana Iqbal Umri ne Chennai se likha hai, "Maulana!</w:t>
      </w:r>
      <w:r>
        <w:br/>
      </w:r>
      <w:r>
        <w:rPr>
          <w:sz w:val="20"/>
        </w:rPr>
        <w:t>54:44  aaj mujhe fitna dohema kya hai, yeh wazeh hua. Musalmanon ki fikri halat hai." Maulana, ab ek sawal lena chahenge.</w:t>
      </w:r>
      <w:r>
        <w:br/>
      </w:r>
      <w:r>
        <w:rPr>
          <w:sz w:val="20"/>
        </w:rPr>
        <w:t>54:55  yeh bheja hai Kanpur se Ayaz sahib ne. Unhon ne likha hai, "Maulana!</w:t>
      </w:r>
      <w:r>
        <w:br/>
      </w:r>
      <w:r>
        <w:rPr>
          <w:sz w:val="20"/>
        </w:rPr>
        <w:t>55:04  if conveying the message of Islam to the whole world is the biggest priority of every Muslim. Then why Muslims don't understand that?</w:t>
      </w:r>
      <w:r>
        <w:br/>
      </w:r>
      <w:r>
        <w:rPr>
          <w:sz w:val="20"/>
        </w:rPr>
        <w:t>55:14  that the whole world includes western world also, and that they will not listen to your message if you talk, or you try if you talk in a negative way by hurting them or killing them.</w:t>
      </w:r>
      <w:r>
        <w:br/>
      </w:r>
      <w:r>
        <w:rPr>
          <w:sz w:val="20"/>
        </w:rPr>
        <w:t>55:29  the negative talk will further take the maddo community away from receiving Quran. Maulana! Why this disconnect is so rampant among Muslims?" Dekhiye, rampant nahi hai, naya daur shuru ho chuka hai.</w:t>
      </w:r>
      <w:r>
        <w:br/>
      </w:r>
      <w:r>
        <w:rPr>
          <w:sz w:val="20"/>
        </w:rPr>
        <w:t>55:45  suraj nikal raha hai, nikal chuka hai. Suraj nikal chuka hai, naya daur shuru ho chuka hai.</w:t>
      </w:r>
      <w:r>
        <w:br/>
      </w:r>
      <w:r>
        <w:rPr>
          <w:sz w:val="20"/>
        </w:rPr>
        <w:t>55:55  aap hamari mission ki jo activities hain,</w:t>
      </w:r>
      <w:r>
        <w:br/>
      </w:r>
      <w:r>
        <w:rPr>
          <w:sz w:val="20"/>
        </w:rPr>
        <w:t>56:01  aaj subah ko main ne apne qareebi saathi se kaha, aaj hi subah ki baat hai ke mera dream tha ke hamare saathi khud se karne lagen, khud program banayein, khud is ko execute karein,</w:t>
      </w:r>
      <w:r>
        <w:br/>
      </w:r>
      <w:r>
        <w:rPr>
          <w:sz w:val="20"/>
        </w:rPr>
        <w:t>56:18  baghair kisi central direction ke. To us ne kaha ke yeh to already ho chuka hai.</w:t>
      </w:r>
      <w:r>
        <w:br/>
      </w:r>
      <w:r>
        <w:rPr>
          <w:sz w:val="20"/>
        </w:rPr>
        <w:t>56:28  har din hamare saathi dunya bhar mein, yahan se wahan, wahan se wahan ja rahe hain aur Allah ke paigham ko pahuncha rahe hain, Quran ko phaila rahe hain. Lekin hum kaam kar rahe hain low profile mein.</w:t>
      </w:r>
      <w:r>
        <w:br/>
      </w:r>
      <w:r>
        <w:rPr>
          <w:sz w:val="20"/>
        </w:rPr>
        <w:t>56:42  jo log kuch karte nahi, high profile mein chala rahe hain to log samajhte hain ke woh kaam kar rahe hain. Sir ki yaad rakhiye, sir ki taqat hai.</w:t>
      </w:r>
      <w:r>
        <w:br/>
      </w:r>
      <w:r>
        <w:rPr>
          <w:sz w:val="20"/>
        </w:rPr>
        <w:t>56:53  high profile mein cheekh rahe hain to aap samajhte hain ke woh kar rahe hain kuch. Hamare saathi low profile mein kaam kar rahe hain to aap ko dikhai nahi deta.</w:t>
      </w:r>
      <w:r>
        <w:br/>
      </w:r>
      <w:r>
        <w:rPr>
          <w:sz w:val="20"/>
        </w:rPr>
        <w:t>57:04  sara mamla yeh hai ke aap shar ki taqaton ke high profile ko lete hain aur khair ki taqaton ke low profile ko nahi pakad paate.</w:t>
      </w:r>
      <w:r>
        <w:br/>
      </w:r>
      <w:r>
        <w:rPr>
          <w:sz w:val="20"/>
        </w:rPr>
        <w:t>57:15  aaj woh daur aa chuka hai, aa chuka hai.</w:t>
      </w:r>
      <w:r>
        <w:br/>
      </w:r>
      <w:r>
        <w:rPr>
          <w:sz w:val="20"/>
        </w:rPr>
        <w:t>57:22  lekin woh hamesha yaad rakhiye, paighambar bhi. Aap ko maloom hai ke sare paighambar history mein record nahi ho paye,</w:t>
      </w:r>
      <w:r>
        <w:br/>
      </w:r>
      <w:r>
        <w:rPr>
          <w:sz w:val="20"/>
        </w:rPr>
        <w:t>57:40  sirf Rasool Allah ke mission ka record hua, woh bhi Roman Empire ke reference mein. Is ko, is ko samajh lijiye ke Rasool Allah ka mission jo hai, history mein record hua hai Roman Empire ke reference mein.</w:t>
      </w:r>
      <w:r>
        <w:br/>
      </w:r>
      <w:r>
        <w:rPr>
          <w:sz w:val="20"/>
        </w:rPr>
        <w:t>57:59  bahut ajeeb baat hai. Aur doosre paighambar to record hi nahi hue.</w:t>
      </w:r>
      <w:r>
        <w:br/>
      </w:r>
      <w:r>
        <w:rPr>
          <w:sz w:val="20"/>
        </w:rPr>
        <w:t>58:06  is ko samajh lijiye, phir se sochiye aap ke rasool Allah ka mission jo tareekh mein record ho gaya hai, aap ek paighambar of history ban rahe hain, woh Roman Empire ke reference mein hua.</w:t>
      </w:r>
      <w:r>
        <w:br/>
      </w:r>
      <w:r>
        <w:rPr>
          <w:sz w:val="20"/>
        </w:rPr>
        <w:t>58:23  to hamare saathi chuki kaam kar rahe hain low profile mein, is liye logon ko dikhai nahi deta. abhi hum high profile mein karein, bomb marein to sari dunya mein khabar phail jayegi.</w:t>
      </w:r>
      <w:r>
        <w:br/>
      </w:r>
      <w:r>
        <w:rPr>
          <w:sz w:val="20"/>
        </w:rPr>
        <w:t>58:36  to shukr ki jiye, shukr, shikayat mat kijiye. main aap sab logon se kahunga ke aap shikayat ki boli chhod dijiye, shor ki boli boliye.</w:t>
      </w:r>
      <w:r>
        <w:br/>
      </w:r>
      <w:r>
        <w:rPr>
          <w:sz w:val="20"/>
        </w:rPr>
        <w:t>58:48  Allah ke aage sajde mein gir padiye ke Allah ne jise log, jis jis ko log kehte the, firqa dohima, woh ulta ho gaya, ujale ke, ujale ka zamana ban gaya.</w:t>
      </w:r>
      <w:r>
        <w:br/>
      </w:r>
      <w:r>
        <w:rPr>
          <w:sz w:val="20"/>
        </w:rPr>
        <w:t>59:03  is par sab logon ko chahiye ke gir padein is sajde mein ke jis cheez ko log tareeki ki fateh keh rahe the, woh ujale ka zamana ban gaya.</w:t>
      </w:r>
      <w:r>
        <w:br/>
      </w:r>
      <w:r>
        <w:rPr>
          <w:sz w:val="20"/>
        </w:rPr>
        <w:t>59:16  shukr, shukr, shukr, aur kuch nahi.</w:t>
      </w:r>
      <w:r>
        <w:br/>
      </w:r>
      <w:r>
        <w:rPr>
          <w:sz w:val="20"/>
        </w:rPr>
        <w:t>59:23  Muhammad Irfan Rasheedi sahib ne Nagpur se likha hai, "af we want to come out of fitne dohima, we must develop positive thinking.</w:t>
      </w:r>
      <w:r>
        <w:br/>
      </w:r>
      <w:r>
        <w:rPr>
          <w:sz w:val="20"/>
        </w:rPr>
        <w:t>59:33  Maulana sahib, no person is more positive thinker than you." Muhammad Shafiq sahib ne Ambur, Tamil Nadu se likha hai, "that is true, many non muslim brothers are following teachings of Islam perfectly compare to our muslim brothers, because of either our laziness or lack of spirit in us." Tariq Badar sahib ne Pakistan, Lahore se likha hai, "Maulana sahib, today lecture made us positive again.</w:t>
      </w:r>
      <w:r>
        <w:br/>
      </w:r>
      <w:r>
        <w:rPr>
          <w:sz w:val="20"/>
        </w:rPr>
        <w:t>1:00:02  we will explore opportunities and focus on planning. jazak Allah." Mahboob bhai ne Mumbai se likha hai, "Maulana team Mumbai is listening to today class together.</w:t>
      </w:r>
      <w:r>
        <w:br/>
      </w:r>
      <w:r>
        <w:rPr>
          <w:sz w:val="20"/>
        </w:rPr>
        <w:t>1:00:17  jazak Allah Maulana for another wonderful session." Shahid Hussain sahib ne Kashmir se likha hai, "an illustration of two great predictions of Quran and Hadith, which symbolize great opportunities for the divine mission and apprehension of misguided muslim perception.</w:t>
      </w:r>
    </w:p>
    <w:p>
      <w:pPr>
        <w:pStyle w:val="Heading2"/>
      </w:pPr>
      <w:r>
        <w:t>Excuse of inflation for neglecting religion</w:t>
      </w:r>
    </w:p>
    <w:p>
      <w:r>
        <w:rPr>
          <w:color w:val="666666"/>
          <w:sz w:val="18"/>
        </w:rPr>
        <w:t>Society &amp; Dawah · Divine Management in History April 7, 2013 · 7m 27s · at 57:57 · https://youtu.be/wcBzG56LuPY?t=3477</w:t>
      </w:r>
    </w:p>
    <w:p>
      <w:r>
        <w:rPr>
          <w:i/>
        </w:rPr>
        <w:t>“When people are invited to Islam, they say that inflation is so high they have no time to think about religion. What is your opinion on this?”</w:t>
      </w:r>
    </w:p>
    <w:p>
      <w:r>
        <w:rPr>
          <w:sz w:val="20"/>
        </w:rPr>
        <w:t>57:57  Maulana, yeh sawal aaya hai Karachi Pakistan se Abdul Latif sahib ka. Unhon ne likha hai: "Aaj ke insaan ko jab deen ki taraf bulaya jata hai to woh yeh uzr batate hain ke mehangai itni zyada ho gayi hai ke humein waqt hi nahi milta ke hum deen ke bare mein sochein." Maulana sahib, is bare mein aap ki kya rai hai?</w:t>
      </w:r>
      <w:r>
        <w:br/>
      </w:r>
      <w:r>
        <w:rPr>
          <w:sz w:val="20"/>
        </w:rPr>
        <w:t>58:24  dekhein, main bhi is dunya mein rehta hoon,</w:t>
      </w:r>
      <w:r>
        <w:br/>
      </w:r>
      <w:r>
        <w:rPr>
          <w:sz w:val="20"/>
        </w:rPr>
        <w:t>58:27  isi dunya mein jahan mehangai bohat zyada hai. Main ne dono daur dekha hai, azadi se pehle isi dunya mein mehangai bilkul nahi thi.</w:t>
      </w:r>
      <w:r>
        <w:br/>
      </w:r>
      <w:r>
        <w:rPr>
          <w:sz w:val="20"/>
        </w:rPr>
        <w:t>58:41  mujhe ab tak yaad hai ek waqia ke Maulana Mujeeb Ullah Nadvi ghar se yani apne ghar walon ko bataye baghair parhne ke liye Nadvah aa gaye,</w:t>
      </w:r>
      <w:r>
        <w:br/>
      </w:r>
      <w:r>
        <w:rPr>
          <w:sz w:val="20"/>
        </w:rPr>
        <w:t>58:56  ghar wale nadwa ke khilaf thay is zamane mein.</w:t>
      </w:r>
      <w:r>
        <w:br/>
      </w:r>
      <w:r>
        <w:rPr>
          <w:sz w:val="20"/>
        </w:rPr>
        <w:t>59:00  to unhon ne bataya ke ab sirf mere paas paanch rupiya tha, us waqt</w:t>
      </w:r>
      <w:r>
        <w:br/>
      </w:r>
      <w:r>
        <w:rPr>
          <w:sz w:val="20"/>
        </w:rPr>
        <w:t>59:06  paanch rupiya, aur kahe unhon ne bataya ke ek mahine tak maine is paanch rupay se bohat</w:t>
      </w:r>
      <w:r>
        <w:br/>
      </w:r>
      <w:r>
        <w:rPr>
          <w:sz w:val="20"/>
        </w:rPr>
        <w:t>59:13  itminan ke sath</w:t>
      </w:r>
      <w:r>
        <w:br/>
      </w:r>
      <w:r>
        <w:rPr>
          <w:sz w:val="20"/>
        </w:rPr>
        <w:t>59:16  yani khaya, nashta aur khana aur</w:t>
      </w:r>
      <w:r>
        <w:br/>
      </w:r>
      <w:r>
        <w:rPr>
          <w:sz w:val="20"/>
        </w:rPr>
        <w:t>59:21  dopehar ka aur sham ka, sab paanch rupay mein ek mahine tak.</w:t>
      </w:r>
      <w:r>
        <w:br/>
      </w:r>
      <w:r>
        <w:rPr>
          <w:sz w:val="20"/>
        </w:rPr>
        <w:t>59:28  ab jo hai, har aadmi janta hai ke ab paanch rupay koi value nahi hai. To main bhi is dunya mein hoon. Asal baat dekhein, mehangai nahi hai.</w:t>
      </w:r>
      <w:r>
        <w:br/>
      </w:r>
      <w:r>
        <w:rPr>
          <w:sz w:val="20"/>
        </w:rPr>
        <w:t>59:42  asal baat yeh nahi ke mehangai barh gayi hai, asal baat yeh hai ke logon ne apne ikhrajaat barha liye hain. Har aadmi ne kharch barha rakha hai, itna zyada kharch karte hain har mad mein.</w:t>
      </w:r>
      <w:r>
        <w:br/>
      </w:r>
      <w:r>
        <w:rPr>
          <w:sz w:val="20"/>
        </w:rPr>
        <w:t>59:56  bachon ke kapra, bachon ki khwahishein poori karna, bachon ki pampering, shadi byah yani koi mad aisi nahi hai jis mein log bohat zyada kharch na karte hon.</w:t>
      </w:r>
      <w:r>
        <w:br/>
      </w:r>
      <w:r>
        <w:rPr>
          <w:sz w:val="20"/>
        </w:rPr>
        <w:t>1:00:09  mera koi kharch nahi hai, to mujhe koi is qism ki pareshani bhi nahi.</w:t>
      </w:r>
      <w:r>
        <w:br/>
      </w:r>
      <w:r>
        <w:rPr>
          <w:sz w:val="20"/>
        </w:rPr>
        <w:t>1:00:18  main ne koi kharch hi nahi, jo hai wahi kha liya hai, jo hai wahi pi liya.</w:t>
      </w:r>
      <w:r>
        <w:br/>
      </w:r>
      <w:r>
        <w:rPr>
          <w:sz w:val="20"/>
        </w:rPr>
        <w:t>1:00:25  to logon ko chahiye ke is tarah ki shikayatein karne ke baad apne kharch ko ghatayein,</w:t>
      </w:r>
      <w:r>
        <w:br/>
      </w:r>
      <w:r>
        <w:rPr>
          <w:sz w:val="20"/>
        </w:rPr>
        <w:t>1:00:34  jaisa ke main ne ghata rakha hai. Apne kharch ko ghatayein, phir aap ko mehangai ki shikayat nahi hogi.</w:t>
      </w:r>
      <w:r>
        <w:br/>
      </w:r>
      <w:r>
        <w:rPr>
          <w:sz w:val="20"/>
        </w:rPr>
        <w:t>1:00:43  yeh main apne tajrube ki buniyad par poore yaqeen ke sath keh sakta hoon. Maulana, agla ek comment aaya hai aur ek sawal bhi aaya hai Kashmir se Muhammad Saleem Mir sahib</w:t>
      </w:r>
      <w:r>
        <w:br/>
      </w:r>
      <w:r>
        <w:rPr>
          <w:sz w:val="20"/>
        </w:rPr>
        <w:t>1:00:54  ka. Pehle un ka comment padhte hain. Unhon ne likha hai: "In Al-Risala issue March titled Azdawaj-e-Zindagi, you have quoted a verse from Surah Al-Baqarah in light of home partner and life partner.</w:t>
      </w:r>
      <w:r>
        <w:br/>
      </w:r>
      <w:r>
        <w:rPr>
          <w:sz w:val="20"/>
        </w:rPr>
        <w:t>1:01:10  The interpretation in this regard which I was trying to find out in Quranic verses other than Tazkir-ul-Quran was never comprehended by my mind,</w:t>
      </w:r>
      <w:r>
        <w:br/>
      </w:r>
      <w:r>
        <w:rPr>
          <w:sz w:val="20"/>
        </w:rPr>
        <w:t>1:01:22  and it was the first time that I understood the divine plan in terms of home partner and a life partner." Aur Maulana, unhon ne ek sawal kiya hai.</w:t>
      </w:r>
      <w:r>
        <w:br/>
      </w:r>
      <w:r>
        <w:rPr>
          <w:sz w:val="20"/>
        </w:rPr>
        <w:t>1:01:33  un ka sawal yeh hai: "The one who always thinks regarding the accountability of the Day of Judgment is called a God-oriented thinker.</w:t>
      </w:r>
      <w:r>
        <w:br/>
      </w:r>
      <w:r>
        <w:rPr>
          <w:sz w:val="20"/>
        </w:rPr>
        <w:t>1:01:45  My question is how to develop such pattern of thinking among the Muslims who are not even ready to accept the basics of creation plan of God?" Is ke bare mein batayein.</w:t>
      </w:r>
      <w:r>
        <w:br/>
      </w:r>
      <w:r>
        <w:rPr>
          <w:sz w:val="20"/>
        </w:rPr>
        <w:t>1:02:01  dekhiye, is ka koi, is ka koi</w:t>
      </w:r>
      <w:r>
        <w:br/>
      </w:r>
      <w:r>
        <w:rPr>
          <w:sz w:val="20"/>
        </w:rPr>
        <w:t>1:02:07  yani koi tarasumati tareeqa nahi hai.</w:t>
      </w:r>
      <w:r>
        <w:br/>
      </w:r>
      <w:r>
        <w:rPr>
          <w:sz w:val="20"/>
        </w:rPr>
        <w:t>1:02:14  wohi ke jo main ne kiya, Allah ke fazl se matlab Quran ko main ne tilawat nahi ki balkeh study ki.</w:t>
      </w:r>
      <w:r>
        <w:br/>
      </w:r>
      <w:r>
        <w:rPr>
          <w:sz w:val="20"/>
        </w:rPr>
        <w:t>1:02:24  Quran ki main ne sirf tilawat nahi ki balkeh study ki. Aise hi main ne jo sunnat-e-Rasool hai, us ko gehrai ke sath parha aur jo relevant literature hai, sab ko parha.</w:t>
      </w:r>
      <w:r>
        <w:br/>
      </w:r>
      <w:r>
        <w:rPr>
          <w:sz w:val="20"/>
        </w:rPr>
        <w:t>1:02:39  to Allah ke fazl se mere andar yeh cheez develop ho gayi.</w:t>
      </w:r>
      <w:r>
        <w:br/>
      </w:r>
      <w:r>
        <w:rPr>
          <w:sz w:val="20"/>
        </w:rPr>
        <w:t>1:02:45  mujhe is qism ki Allah ke fazl se koi shikayat nahi hai. to koi, koi doosra tareeqa nahi hai. isi Allah ki kitab ko parhna, isi rasool ki sunnat ka mutalea karna aur kainat ko khuli aankhon se dekhna,</w:t>
      </w:r>
      <w:r>
        <w:br/>
      </w:r>
      <w:r>
        <w:rPr>
          <w:sz w:val="20"/>
        </w:rPr>
        <w:t>1:03:04  kainat ko khuli aankhon se dekhna</w:t>
      </w:r>
      <w:r>
        <w:br/>
      </w:r>
      <w:r>
        <w:rPr>
          <w:sz w:val="20"/>
        </w:rPr>
        <w:t>1:03:09  to isi se sab baatein paida hoti hain.</w:t>
      </w:r>
      <w:r>
        <w:br/>
      </w:r>
      <w:r>
        <w:rPr>
          <w:sz w:val="20"/>
        </w:rPr>
        <w:t>1:03:13  ab mein kya, aap ko kal, kal, kal parson ka ek, ek tajruba batata hoon ke mein apne ghar ke samne jo mera jo balcony hai, us par baitha hua tha.</w:t>
      </w:r>
      <w:r>
        <w:br/>
      </w:r>
      <w:r>
        <w:rPr>
          <w:sz w:val="20"/>
        </w:rPr>
        <w:t>1:03:27  subah ka waqt tha aur suraj abhi bhi nikla tha. to ek sahib milne ke liye aa gaye. to meri aadat hai ke mein poochta hoon aadmi se ke aap ke paas koi nai news hai?</w:t>
      </w:r>
      <w:r>
        <w:br/>
      </w:r>
      <w:r>
        <w:rPr>
          <w:sz w:val="20"/>
        </w:rPr>
        <w:t>1:03:43  to mein usay hi poochta hoon ke aap ke paas koi nai news hai? to unhon ne kuch der soch kar kaha ke nahi, koi nai news to nahi hai.</w:t>
      </w:r>
      <w:r>
        <w:br/>
      </w:r>
      <w:r>
        <w:rPr>
          <w:sz w:val="20"/>
        </w:rPr>
        <w:t>1:03:56  to mere dimagh se nikla ke dekhen, suraj nikla hua hai, yeh new nai news nahi hai. raat ki tareeki ke baad suraj nikal aaya aur sara alam jagmaga raha tha ke nai news nahi hai.</w:t>
      </w:r>
      <w:r>
        <w:br/>
      </w:r>
      <w:r>
        <w:rPr>
          <w:sz w:val="20"/>
        </w:rPr>
        <w:t>1:04:11  hawaein chal rahi hain, hawaein rukengi nahi, nai news nahi hai. oxygen ki supply jari hai, band nahi hui. kaha yeh nai news, news nahi hai.</w:t>
      </w:r>
      <w:r>
        <w:br/>
      </w:r>
      <w:r>
        <w:rPr>
          <w:sz w:val="20"/>
        </w:rPr>
        <w:t>1:04:21  zameen apne bohat hi zyada yaani sahi tor par revalu kar rahi hai.</w:t>
      </w:r>
      <w:r>
        <w:br/>
      </w:r>
      <w:r>
        <w:rPr>
          <w:sz w:val="20"/>
        </w:rPr>
        <w:t>1:04:32  kya nai news nahi hai? phir mein ne kaha ke aap ne sham ko khana khaya hoga aur subah ko woh hazam ho gaya. kaha yeh news nahi, nahi, news nahi hai.</w:t>
      </w:r>
      <w:r>
        <w:br/>
      </w:r>
      <w:r>
        <w:rPr>
          <w:sz w:val="20"/>
        </w:rPr>
        <w:t>1:04:44  raat ko aap ki aankh band ho gayi thi, us waqt aankh khuli hai, aap sab dunya ko dekh rahe hain. kya nai news nahi hai?</w:t>
      </w:r>
      <w:r>
        <w:br/>
      </w:r>
      <w:r>
        <w:rPr>
          <w:sz w:val="20"/>
        </w:rPr>
        <w:t>1:04:50  asal cheez yeh hai ke log jo hain jante hain nahi dunya mein kaise rehna hai. ab yeh sab baatein jo mein ne kahin, agar aap yeh sochen to shukr ka samandar aap ke andar aa jayega.</w:t>
      </w:r>
      <w:r>
        <w:br/>
      </w:r>
      <w:r>
        <w:rPr>
          <w:sz w:val="20"/>
        </w:rPr>
        <w:t>1:05:04  shukr ka samandar, marfat ka samandar, rabaniyat ka samandar.</w:t>
      </w:r>
      <w:r>
        <w:br/>
      </w:r>
      <w:r>
        <w:rPr>
          <w:sz w:val="20"/>
        </w:rPr>
        <w:t>1:05:12  to hamari jo kitabein hain, risala jo hai, isi ke liye to hai. is ko parhen, log baqayda bar bar parhen to is se yeh cheez develop hogi.</w:t>
      </w:r>
    </w:p>
    <w:p>
      <w:pPr>
        <w:pStyle w:val="Heading2"/>
      </w:pPr>
      <w:r>
        <w:t>Explaining peace to border Pathans</w:t>
      </w:r>
    </w:p>
    <w:p>
      <w:r>
        <w:rPr>
          <w:color w:val="666666"/>
          <w:sz w:val="18"/>
        </w:rPr>
        <w:t>Society &amp; Dawah · Building A Creative Personality | 20 Nov 2011 · 6m 04s · at 1:33:23 · https://youtu.be/jdfhpwfEvKg?t=5603</w:t>
      </w:r>
    </w:p>
    <w:p>
      <w:r>
        <w:rPr>
          <w:i/>
        </w:rPr>
        <w:t>“How can we explain complete peace to border Pathans or people of their temperament, given that the Quran also considers them?”</w:t>
      </w:r>
    </w:p>
    <w:p>
      <w:r>
        <w:rPr>
          <w:sz w:val="20"/>
        </w:rPr>
        <w:t>1:33:23  gala sawal kya hai? Mr Shakeel Ahmed ne Delhi se, unhon ne likha hai: jaisa ke Islam sab</w:t>
      </w:r>
      <w:r>
        <w:br/>
      </w:r>
      <w:r>
        <w:rPr>
          <w:sz w:val="20"/>
        </w:rPr>
        <w:t>1:33:29  ke liye hai aur is mein sabhi ki riayat ki gayi hai, to hum sarhadi pathan ya un</w:t>
      </w:r>
      <w:r>
        <w:br/>
      </w:r>
      <w:r>
        <w:rPr>
          <w:sz w:val="20"/>
        </w:rPr>
        <w:t>1:33:35  ke mizaj ke logon ko mukammal peace ki baat kaise samjhayein? jabke Quran mein bhi un ki riayat</w:t>
      </w:r>
      <w:r>
        <w:br/>
      </w:r>
      <w:r>
        <w:rPr>
          <w:sz w:val="20"/>
        </w:rPr>
        <w:t>1:33:41  ki gayi hai ke aankh ka badla aankh, hath ka badla hath waghera, lekin zulm na ho aur</w:t>
      </w:r>
      <w:r>
        <w:br/>
      </w:r>
      <w:r>
        <w:rPr>
          <w:sz w:val="20"/>
        </w:rPr>
        <w:t>1:33:48  maaf kar do</w:t>
      </w:r>
      <w:r>
        <w:br/>
      </w:r>
      <w:r>
        <w:rPr>
          <w:sz w:val="20"/>
        </w:rPr>
        <w:t>1:33:54  to behtar hai agar tum jante ho.</w:t>
      </w:r>
      <w:r>
        <w:br/>
      </w:r>
      <w:r>
        <w:rPr>
          <w:sz w:val="20"/>
        </w:rPr>
        <w:t>1:33:59  kis ke bare mein? pathan? kis ke bare mein? pathan, sarhadi pathan ya un ke jaisay mizaj ke</w:t>
      </w:r>
      <w:r>
        <w:br/>
      </w:r>
      <w:r>
        <w:rPr>
          <w:sz w:val="20"/>
        </w:rPr>
        <w:t>1:34:04  log? dekhen, yeh jo pathan log hain, afghani log hain, yeh asal mein muamla hai ke woh tribal</w:t>
      </w:r>
      <w:r>
        <w:br/>
      </w:r>
      <w:r>
        <w:rPr>
          <w:sz w:val="20"/>
        </w:rPr>
        <w:t>1:34:09  culture par hain.</w:t>
      </w:r>
      <w:r>
        <w:br/>
      </w:r>
      <w:r>
        <w:rPr>
          <w:sz w:val="20"/>
        </w:rPr>
        <w:t>1:34:14  tribal culture mein sab se bari cheez hoti thi revenge, inteqam.</w:t>
      </w:r>
      <w:r>
        <w:br/>
      </w:r>
      <w:r>
        <w:rPr>
          <w:sz w:val="20"/>
        </w:rPr>
        <w:t>1:34:19  yeh jo in ka aap dekhte hain maar dhaarr, woh is ka talluq Islam se nahi hai.</w:t>
      </w:r>
      <w:r>
        <w:br/>
      </w:r>
      <w:r>
        <w:rPr>
          <w:sz w:val="20"/>
        </w:rPr>
        <w:t>1:34:24  woh jihad ka naam len, tab bhi Islam se nahi hai.</w:t>
      </w:r>
      <w:r>
        <w:br/>
      </w:r>
      <w:r>
        <w:rPr>
          <w:sz w:val="20"/>
        </w:rPr>
        <w:t>1:34:28  woh hai tribal culture.</w:t>
      </w:r>
      <w:r>
        <w:br/>
      </w:r>
      <w:r>
        <w:rPr>
          <w:sz w:val="20"/>
        </w:rPr>
        <w:t>1:34:32  tribal culture mein kya hota tha? inteqam sab se bari cheez in ke haan hai.</w:t>
      </w:r>
      <w:r>
        <w:br/>
      </w:r>
      <w:r>
        <w:rPr>
          <w:sz w:val="20"/>
        </w:rPr>
        <w:t>1:34:37  mein jab Afghanistan gaya tha to aik naujawan se poocha, maine: "tum kya karte ho?" to us</w:t>
      </w:r>
      <w:r>
        <w:br/>
      </w:r>
      <w:r>
        <w:rPr>
          <w:sz w:val="20"/>
        </w:rPr>
        <w:t>1:34:41  ne kaha ke "meri maa mujh ko school bhejti hai parhne ke liye." phir khud hi kehta hai</w:t>
      </w:r>
      <w:r>
        <w:br/>
      </w:r>
      <w:r>
        <w:rPr>
          <w:sz w:val="20"/>
        </w:rPr>
        <w:t>1:34:45  ke "mujhe parhna parhna nahi hai.</w:t>
      </w:r>
      <w:r>
        <w:br/>
      </w:r>
      <w:r>
        <w:rPr>
          <w:sz w:val="20"/>
        </w:rPr>
        <w:t>1:34:49  mujhe to aap ne dada ya</w:t>
      </w:r>
      <w:r>
        <w:br/>
      </w:r>
      <w:r>
        <w:rPr>
          <w:sz w:val="20"/>
        </w:rPr>
        <w:t>1:34:54  kaha tha, baap kaha tha, us ka badla lena hai. us ke dada ya baap ko kisi ne maar dala tha." to bas us ke zehan mein sab se badi cheez parhna nahi hai. us ka inteqam jab tak na le, woh us ka yani maamla pakka nahi hoga. to yeh sirf arbon mein yahi tha. yani arbon mein bhi ladai bhidai hoti rehti thi inteqam ki wajah se. to tribal culture mein har jagah, jahan bhi tribal culture hai,</w:t>
      </w:r>
      <w:r>
        <w:br/>
      </w:r>
      <w:r>
        <w:rPr>
          <w:sz w:val="20"/>
        </w:rPr>
        <w:t>1:35:24  wahan par sab se bari cheez hoti hai revenge, inteqam.</w:t>
      </w:r>
      <w:r>
        <w:br/>
      </w:r>
      <w:r>
        <w:rPr>
          <w:sz w:val="20"/>
        </w:rPr>
        <w:t>1:35:28  is ka talluq Islam se kuch bhi nahi hai.</w:t>
      </w:r>
      <w:r>
        <w:br/>
      </w:r>
      <w:r>
        <w:rPr>
          <w:sz w:val="20"/>
        </w:rPr>
        <w:t>1:35:32  woh jihad ka naam lete hain, tab bhi woh intiqami hai, woh jihad nahi hai.</w:t>
      </w:r>
      <w:r>
        <w:br/>
      </w:r>
      <w:r>
        <w:rPr>
          <w:sz w:val="20"/>
        </w:rPr>
        <w:t>1:35:35  to is ki wajah kya hai? in ka taleem nahi hui.</w:t>
      </w:r>
      <w:r>
        <w:br/>
      </w:r>
      <w:r>
        <w:rPr>
          <w:sz w:val="20"/>
        </w:rPr>
        <w:t>1:35:39  jahan jahan taleem hui hai, mein khud bhi aik afghani hoon, wohin se hamare baap dada aaye the,</w:t>
      </w:r>
      <w:r>
        <w:br/>
      </w:r>
      <w:r>
        <w:rPr>
          <w:sz w:val="20"/>
        </w:rPr>
        <w:t>1:35:43  lekin taleem ne mere zehn badal diye.</w:t>
      </w:r>
      <w:r>
        <w:br/>
      </w:r>
      <w:r>
        <w:rPr>
          <w:sz w:val="20"/>
        </w:rPr>
        <w:t>1:35:47  asal cheez jo zaroorat hai in in logon mein, woh yeh hai ke khoob taleem phailai jaye, khoob</w:t>
      </w:r>
      <w:r>
        <w:br/>
      </w:r>
      <w:r>
        <w:rPr>
          <w:sz w:val="20"/>
        </w:rPr>
        <w:t>1:35:51  taleem phailai jaye</w:t>
      </w:r>
      <w:r>
        <w:br/>
      </w:r>
      <w:r>
        <w:rPr>
          <w:sz w:val="20"/>
        </w:rPr>
        <w:t>1:35:55  taake qadeem riwayat jo hain, woh khatam ho jayen aur naye tarz par sochna un ko aa jaye.</w:t>
      </w:r>
      <w:r>
        <w:br/>
      </w:r>
      <w:r>
        <w:rPr>
          <w:sz w:val="20"/>
        </w:rPr>
        <w:t>1:36:02  aur koi hal nahi hai siwaye taleem ke, aur koi hal nahi hai wahan par.</w:t>
      </w:r>
      <w:r>
        <w:br/>
      </w:r>
      <w:r>
        <w:rPr>
          <w:sz w:val="20"/>
        </w:rPr>
        <w:t>1:36:10  Maulana Faizuddin Umri ne Karnataka se likha hai: aap ne farmaya tha ke jo log sachai ko</w:t>
      </w:r>
      <w:r>
        <w:br/>
      </w:r>
      <w:r>
        <w:rPr>
          <w:sz w:val="20"/>
        </w:rPr>
        <w:t>1:36:17  صرف کسی انسان کے بتانے سے مان لیں، وہ سچائی کو underestimate کرتے ہیں۔ سچائی کو</w:t>
      </w:r>
      <w:r>
        <w:br/>
      </w:r>
      <w:r>
        <w:rPr>
          <w:sz w:val="20"/>
        </w:rPr>
        <w:t>1:36:25  sirf is insaan ne jana jis ne use is ko self discovery ke level par daryaft kiya.</w:t>
      </w:r>
      <w:r>
        <w:br/>
      </w:r>
      <w:r>
        <w:rPr>
          <w:sz w:val="20"/>
        </w:rPr>
        <w:t>1:36:30  is baat ko aap wazeh farmayen.</w:t>
      </w:r>
      <w:r>
        <w:br/>
      </w:r>
      <w:r>
        <w:rPr>
          <w:sz w:val="20"/>
        </w:rPr>
        <w:t>1:36:35  dekhen, yeh aala mayar hai.</w:t>
      </w:r>
      <w:r>
        <w:br/>
      </w:r>
      <w:r>
        <w:rPr>
          <w:sz w:val="20"/>
        </w:rPr>
        <w:t>1:36:40  har cheez mein do meyar hotay hain: aik aala, aik secondary.</w:t>
      </w:r>
      <w:r>
        <w:br/>
      </w:r>
      <w:r>
        <w:rPr>
          <w:sz w:val="20"/>
        </w:rPr>
        <w:t>1:36:45  to aala meyar to yahi hai, lekin har aadmi yeh nahi kar sakta aisa.</w:t>
      </w:r>
      <w:r>
        <w:br/>
      </w:r>
      <w:r>
        <w:rPr>
          <w:sz w:val="20"/>
        </w:rPr>
        <w:t>1:36:50  is wajah se main manta hoon ke kisi ko, jis koi aalim jis par us ko bharosa</w:t>
      </w:r>
      <w:r>
        <w:br/>
      </w:r>
      <w:r>
        <w:rPr>
          <w:sz w:val="20"/>
        </w:rPr>
        <w:t>1:36:55  ho, us ki baat ko maan le.</w:t>
      </w:r>
      <w:r>
        <w:br/>
      </w:r>
      <w:r>
        <w:rPr>
          <w:sz w:val="20"/>
        </w:rPr>
        <w:t>1:37:01  woh to aik hai, woh iman jo self discovery, self discovery discovery pe khara ho, yani khud daryaft kardah iman.</w:t>
      </w:r>
      <w:r>
        <w:br/>
      </w:r>
      <w:r>
        <w:rPr>
          <w:sz w:val="20"/>
        </w:rPr>
        <w:t>1:37:07  lekin yeh aala meyar hai, sab log yahan tak nahi puhanch sakte.</w:t>
      </w:r>
      <w:r>
        <w:br/>
      </w:r>
      <w:r>
        <w:rPr>
          <w:sz w:val="20"/>
        </w:rPr>
        <w:t>1:37:14  aam logon ke liye main kehta hoon ke un ke liye taqleed hai, yani kisi aalim ko pakar</w:t>
      </w:r>
      <w:r>
        <w:br/>
      </w:r>
      <w:r>
        <w:rPr>
          <w:sz w:val="20"/>
        </w:rPr>
        <w:t>1:37:20  lein jis par un ko bharosa ho, woh jo kahe, woh karein. bas.</w:t>
      </w:r>
      <w:r>
        <w:br/>
      </w:r>
      <w:r>
        <w:rPr>
          <w:sz w:val="20"/>
        </w:rPr>
        <w:t>1:37:26  Mr. Abdul Rasheed ne dilli se likha hai: maujooda zamanay ke musalmanon ke andar shaoori iman nahi hai.</w:t>
      </w:r>
      <w:r>
        <w:br/>
      </w:r>
      <w:r>
        <w:rPr>
          <w:sz w:val="20"/>
        </w:rPr>
        <w:t>1:37:34  isi tarah hindu bhaiyon ke andar bhi shaoori maujood nahi, shaoor maujood nahi.</w:t>
      </w:r>
      <w:r>
        <w:br/>
      </w:r>
      <w:r>
        <w:rPr>
          <w:sz w:val="20"/>
        </w:rPr>
        <w:t>1:37:42  aisi halat mein dono qomon ke beech dawat ka mu'assir kaam kaise kiya jaye? aik hi hai, shor paida kijiye.</w:t>
      </w:r>
      <w:r>
        <w:br/>
      </w:r>
      <w:r>
        <w:rPr>
          <w:sz w:val="20"/>
        </w:rPr>
        <w:t>1:37:50  un ke andar bhi, un ke andar bhi.</w:t>
      </w:r>
      <w:r>
        <w:br/>
      </w:r>
      <w:r>
        <w:rPr>
          <w:sz w:val="20"/>
        </w:rPr>
        <w:t>1:37:57  is mein to koi do tareeqa nahi hoga.</w:t>
      </w:r>
      <w:r>
        <w:br/>
      </w:r>
      <w:r>
        <w:rPr>
          <w:sz w:val="20"/>
        </w:rPr>
        <w:t>1:38:03  main jahan tak samjha hai, asal cheez jo baat jananay ki hai, yaad rakhiye, woh hai creation plan of God.</w:t>
      </w:r>
      <w:r>
        <w:br/>
      </w:r>
      <w:r>
        <w:rPr>
          <w:sz w:val="20"/>
        </w:rPr>
        <w:t>1:38:09  asal cheez yeh hai.</w:t>
      </w:r>
      <w:r>
        <w:br/>
      </w:r>
      <w:r>
        <w:rPr>
          <w:sz w:val="20"/>
        </w:rPr>
        <w:t>1:38:15  aaj hi subah main soch raha tha ke rozana log paida hotay hain, rozana mar jatay hain.</w:t>
      </w:r>
      <w:r>
        <w:br/>
      </w:r>
      <w:r>
        <w:rPr>
          <w:sz w:val="20"/>
        </w:rPr>
        <w:t>1:38:21  to maut ke baad</w:t>
      </w:r>
      <w:r>
        <w:br/>
      </w:r>
      <w:r>
        <w:rPr>
          <w:sz w:val="20"/>
        </w:rPr>
        <w:t>1:38:27  kya pesh aane wala hai, us se bilkul bekhabar. duniya mein samajhte hain jab tak zinda hain, woh ke kamayo, ghar banao, family ko khush karo wagerah. lekin marte hi achanak ek nai soorat-e-haal. is se bilkul bekhabar hain log. aap kahin bhi jaiye, na maut ka charchaa hai, na aakhirat ka charchaa hai, na hashar ka charchaa hai, na Allah ke samne accountability ka charchaa hai. to asal masla yeh hai, cha</w:t>
      </w:r>
      <w:r>
        <w:br/>
      </w:r>
      <w:r>
        <w:rPr>
          <w:sz w:val="20"/>
        </w:rPr>
        <w:t>1:38:57  chahay hindu ho ya musalman.</w:t>
      </w:r>
      <w:r>
        <w:br/>
      </w:r>
      <w:r>
        <w:rPr>
          <w:sz w:val="20"/>
        </w:rPr>
        <w:t>1:39:02  musalman bhi jo bazahir deendar aap samajhte hain jin ko, woh bhi un ka wahi deendari hai, form</w:t>
      </w:r>
      <w:r>
        <w:br/>
      </w:r>
      <w:r>
        <w:rPr>
          <w:sz w:val="20"/>
        </w:rPr>
        <w:t>1:39:06  ki ho, form wali.</w:t>
      </w:r>
      <w:r>
        <w:br/>
      </w:r>
      <w:r>
        <w:rPr>
          <w:sz w:val="20"/>
        </w:rPr>
        <w:t>1:39:11  dekhiye, deendari woh hai jahan insaan ke andar Allah ki azmat ho, Allah ka khauf ho, Allah se</w:t>
      </w:r>
      <w:r>
        <w:br/>
      </w:r>
      <w:r>
        <w:rPr>
          <w:sz w:val="20"/>
        </w:rPr>
        <w:t>1:39:15  mohabbat ho, Allah ki pakar ka andesha ho.</w:t>
      </w:r>
      <w:r>
        <w:br/>
      </w:r>
      <w:r>
        <w:rPr>
          <w:sz w:val="20"/>
        </w:rPr>
        <w:t>1:39:19  nahi to koi deendari kuch bhi nahi.</w:t>
      </w:r>
      <w:r>
        <w:br/>
      </w:r>
      <w:r>
        <w:rPr>
          <w:sz w:val="20"/>
        </w:rPr>
        <w:t>1:39:24  deendari kisi waza' qata' ka naam nahi hai, kisi ritual ka naam nahi hai.</w:t>
      </w:r>
    </w:p>
    <w:p>
      <w:pPr>
        <w:pStyle w:val="Heading2"/>
      </w:pPr>
      <w:r>
        <w:t>Fine line between need and comfort consumerism</w:t>
      </w:r>
    </w:p>
    <w:p>
      <w:r>
        <w:rPr>
          <w:color w:val="666666"/>
          <w:sz w:val="18"/>
        </w:rPr>
        <w:t>Society &amp; Dawah · Age of Consumerism January 6, 2013 · 5m 28s · at 1:12:04 · https://youtu.be/zJRZ1OKUhgA?t=4324</w:t>
      </w:r>
    </w:p>
    <w:p>
      <w:r>
        <w:rPr>
          <w:i/>
        </w:rPr>
        <w:t>“Thanks a lot for explaining modern consumerism. My question is the fine line between need-based consumerism and comfort-based consumerism. It is disappearing so quickly that it often becomes difficult to define what is need and what is comfort, especially if parents provide the needful to children.”</w:t>
      </w:r>
    </w:p>
    <w:p>
      <w:r>
        <w:rPr>
          <w:sz w:val="20"/>
        </w:rPr>
        <w:t>1:12:04  maulana, agla sawal delhi se hai, ah, miss s ahmad ka. unhon ne likha hai: "maulana, thanks a lot for explaining the modern consumerism and making us rethink the whole idea of shopping.</w:t>
      </w:r>
      <w:r>
        <w:br/>
      </w:r>
      <w:r>
        <w:rPr>
          <w:sz w:val="20"/>
        </w:rPr>
        <w:t>1:12:21  however, i have a little doubt. my question is the fine line between need based consumerism and comfort based consumerism."</w:t>
      </w:r>
      <w:r>
        <w:br/>
      </w:r>
      <w:r>
        <w:rPr>
          <w:sz w:val="20"/>
        </w:rPr>
        <w:t>1:12:33  it is disappearing so quickly that it is often, it often becomes difficult to define what is need and what is comfort, especially if parents provide the need full to children.</w:t>
      </w:r>
      <w:r>
        <w:br/>
      </w:r>
      <w:r>
        <w:rPr>
          <w:sz w:val="20"/>
        </w:rPr>
        <w:t>1:12:46  the children often demands or sometimes complain for extra comfort. so what should one do? how should a person plan a strategy for it?"</w:t>
      </w:r>
      <w:r>
        <w:br/>
      </w:r>
      <w:r>
        <w:rPr>
          <w:sz w:val="20"/>
        </w:rPr>
        <w:t>1:12:58  bhai, dekhiye, na bachche criterion hain, na parent criterion hain. jo log is mein phanse rahenge, to woh to isi mein phanse rahenge.</w:t>
      </w:r>
      <w:r>
        <w:br/>
      </w:r>
      <w:r>
        <w:rPr>
          <w:sz w:val="20"/>
        </w:rPr>
        <w:t>1:13:08  woh to kabhi in ko chhutti nahi milegi marne se pehle. main to logon se kehta hoon ke dekhiye, quran mein aaya hai ke</w:t>
      </w:r>
      <w:r>
        <w:br/>
      </w:r>
      <w:r>
        <w:rPr>
          <w:sz w:val="20"/>
        </w:rPr>
        <w:t>1:13:20  do aayatein hain quran majeed ki. aaj kal saare log family mein phanse rehte hain. do aayatein hain, woh padhein. woh</w:t>
      </w:r>
      <w:r>
        <w:br/>
      </w:r>
      <w:r>
        <w:rPr>
          <w:sz w:val="20"/>
        </w:rPr>
        <w:t>1:13:27  ek aayat yeh hai ke jahannami log jo hain, un ke bare mein woh aayat hai: "kaan fi ahli masroorah" ke apne family mein khoob khush rehte thay.</w:t>
      </w:r>
      <w:r>
        <w:br/>
      </w:r>
      <w:r>
        <w:rPr>
          <w:sz w:val="20"/>
        </w:rPr>
        <w:t>1:13:40  woh yaani family ki demand poori karna aur family ki ko khush rakhna, un ki company karna, un ke liye har item daala ke dena un ko.</w:t>
      </w:r>
      <w:r>
        <w:br/>
      </w:r>
      <w:r>
        <w:rPr>
          <w:sz w:val="20"/>
        </w:rPr>
        <w:t>1:13:51  to "kaan fi ahli masroorah"</w:t>
      </w:r>
      <w:r>
        <w:br/>
      </w:r>
      <w:r>
        <w:rPr>
          <w:sz w:val="20"/>
        </w:rPr>
        <w:t>1:13:53  woh aadmi family mein jeeta tha, family ke mein khush kharam rehta tha. woh jahanum mein jayega, yeh jahanum ke liye hai.</w:t>
      </w:r>
      <w:r>
        <w:br/>
      </w:r>
      <w:r>
        <w:rPr>
          <w:sz w:val="20"/>
        </w:rPr>
        <w:t>1:14:03  aur jannat ke liye kya hai? "ana kina fi ahleena mashriqeen" mushrik maani khauf, dara hua ke jannat wale kahenge ke hum apne family mein, apne ghar mein khauf ban ke rehte thay, andesha naak ban ke rehte thay,</w:t>
      </w:r>
      <w:r>
        <w:br/>
      </w:r>
      <w:r>
        <w:rPr>
          <w:sz w:val="20"/>
        </w:rPr>
        <w:t>1:14:23  allah ki pakad se dar, jahanum se dar, qayamat ki accountability se dar. is mein jeete thay hum. yeh do tasveerein hain, aap dekh lijiye.</w:t>
      </w:r>
      <w:r>
        <w:br/>
      </w:r>
      <w:r>
        <w:rPr>
          <w:sz w:val="20"/>
        </w:rPr>
        <w:t>1:14:32  yeh zamane ke musalmanon mein shayad hi koi ghar ho jo aap ko mile, woh is ka namoona. is sab wohi ab family mein khush hain, family ke liye saamaan la rahe hain, kama kama kar un ko de rahe hain taake woh bachche khush rahein,</w:t>
      </w:r>
      <w:r>
        <w:br/>
      </w:r>
      <w:r>
        <w:rPr>
          <w:sz w:val="20"/>
        </w:rPr>
        <w:t>1:14:49  ghar wale khush rahein, family wale khush rahein.</w:t>
      </w:r>
      <w:r>
        <w:br/>
      </w:r>
      <w:r>
        <w:rPr>
          <w:sz w:val="20"/>
        </w:rPr>
        <w:t>1:14:53  to yeh to aap yeh rai, yaani yeh yeh mat sochein ke bachche kya kya chahte hain, parent kya chahte hain. aap dekhiye ke jannat walon ki tasveer quran mein kya hai aur jahanum walon ki tasveer quran majeed mein kya hai.</w:t>
      </w:r>
      <w:r>
        <w:br/>
      </w:r>
      <w:r>
        <w:rPr>
          <w:sz w:val="20"/>
        </w:rPr>
        <w:t>1:15:05  is se faisla kijiye. maulana, un ka ek hissa question ka yeh bhi tha ke woh difference jaanna chah rahi thi ke butween fine line butween need based consumerism and comfort based consumers</w:t>
      </w:r>
      <w:r>
        <w:br/>
      </w:r>
      <w:r>
        <w:rPr>
          <w:sz w:val="20"/>
        </w:rPr>
        <w:t>1:15:20  m. dekhiye, haan, is ka bahut aasaan hai. woh jo hadith sunai main ne aap ko, usi hadith samajh lijiye ke dunya mein zinda rehne ke liye jo zaroori ho, wohi need based hai.</w:t>
      </w:r>
      <w:r>
        <w:br/>
      </w:r>
      <w:r>
        <w:rPr>
          <w:sz w:val="20"/>
        </w:rPr>
        <w:t>1:15:35  aur jo jab aap aap jhoote hain, lazzat dhoondh rahe hain, aaram dhoondh rahe hain aur raunaq dhoondh rahe hain aur shandar dhoondh rahe hain, to wahan par woh consumers aa gaya,</w:t>
      </w:r>
      <w:r>
        <w:br/>
      </w:r>
      <w:r>
        <w:rPr>
          <w:sz w:val="20"/>
        </w:rPr>
        <w:t>1:15:50  consumers aa gaya.</w:t>
      </w:r>
      <w:r>
        <w:br/>
      </w:r>
      <w:r>
        <w:rPr>
          <w:sz w:val="20"/>
        </w:rPr>
        <w:t>1:15:53  bahut aasaan hai, bahut aasaan hai. main to dekhiye, yahan rehta hoon jahan 1983 se us waqt jo mera jo kursi thi ya jo furniture tha, wohi aaj bhi hai.</w:t>
      </w:r>
      <w:r>
        <w:br/>
      </w:r>
      <w:r>
        <w:rPr>
          <w:sz w:val="20"/>
        </w:rPr>
        <w:t>1:16:07  is beech mein aap colony mein ghoomiye, doosron ke haan kitni baar badal chuke honge. woh to badal zaroorat hi nahi badla. unhon ne market mein gaye, dekha ke naye qism ka sofa chataiya hai, naye qism ka kursiyan aayi hain, to woh khareed liya, pichla wala hata diya.</w:t>
      </w:r>
      <w:r>
        <w:br/>
      </w:r>
      <w:r>
        <w:rPr>
          <w:sz w:val="20"/>
        </w:rPr>
        <w:t>1:16:23  to</w:t>
      </w:r>
      <w:r>
        <w:br/>
      </w:r>
      <w:r>
        <w:rPr>
          <w:sz w:val="20"/>
        </w:rPr>
        <w:t>1:16:24  aadmi bahut aasani se samajh sakta hai ke dunya mein jeene ke liye waqai zaroorat meri kya hai, bas isi par raazi ho jaaoon.</w:t>
      </w:r>
      <w:r>
        <w:br/>
      </w:r>
      <w:r>
        <w:rPr>
          <w:sz w:val="20"/>
        </w:rPr>
        <w:t>1:16:33  aur doosri ke shauq ke liye aur khwahish ke liye, lazzat ke liye, raunaq ke liye, logon ko khush karne ke liye</w:t>
      </w:r>
      <w:r>
        <w:br/>
      </w:r>
      <w:r>
        <w:rPr>
          <w:sz w:val="20"/>
        </w:rPr>
        <w:t>1:16:45  zyadatar is liye hota hai. yeh yeh social status ka maamla hota hai ke log kya kahenge.</w:t>
      </w:r>
      <w:r>
        <w:br/>
      </w:r>
      <w:r>
        <w:rPr>
          <w:sz w:val="20"/>
        </w:rPr>
        <w:t>1:16:51  social status ke aap aap chhoti gaadi mein baithte hain, doosra wala padosi badi gaadi mein baithta hai, to aap ko lagta hai ke mera darja ghat gaya.</w:t>
      </w:r>
      <w:r>
        <w:br/>
      </w:r>
      <w:r>
        <w:rPr>
          <w:sz w:val="20"/>
        </w:rPr>
        <w:t>1:17:01  aap flat mein rehte hain, doosra kothi mein rehta hai, to aap samajhte hain mera darja ghat gaya. aap ke kamre mein sirf mamooli kursiyan hain, us ke sofa set hai, to aap samajhte hain mera darja ghat gaya.</w:t>
      </w:r>
      <w:r>
        <w:br/>
      </w:r>
      <w:r>
        <w:rPr>
          <w:sz w:val="20"/>
        </w:rPr>
        <w:t>1:17:14  to social status jo hai, woh logon ke zehan mein basa hua rehta hai, bachon ke zehan mein aur parent ke zehan mein. yeh sab jahili soch hai, jahili.</w:t>
      </w:r>
      <w:r>
        <w:br/>
      </w:r>
      <w:r>
        <w:rPr>
          <w:sz w:val="20"/>
        </w:rPr>
        <w:t>1:17:23  bas zindagi guzarne ke liye jo zaroori cheez hai, woh har aadmi samajh sakta hai bohat aasani se. bas isi par raazi ho jaiye.</w:t>
      </w:r>
    </w:p>
    <w:p>
      <w:pPr>
        <w:pStyle w:val="Heading2"/>
      </w:pPr>
      <w:r>
        <w:t>First thing to present when inviting non-Muslims</w:t>
      </w:r>
    </w:p>
    <w:p>
      <w:r>
        <w:rPr>
          <w:color w:val="666666"/>
          <w:sz w:val="18"/>
        </w:rPr>
        <w:t>Society &amp; Dawah · Understanding Islam (In Conversation with Maulana) June 20, 2010 Maulana Wahidudidn Khan · 10m 40s · at 22:08 · https://youtu.be/7UylaPL-iO8?t=1328</w:t>
      </w:r>
    </w:p>
    <w:p>
      <w:r>
        <w:rPr>
          <w:i/>
        </w:rPr>
        <w:t>“If we want to invite a non-Muslim to Islam, what should we present to them first?”</w:t>
      </w:r>
    </w:p>
    <w:p>
      <w:r>
        <w:rPr>
          <w:sz w:val="20"/>
        </w:rPr>
        <w:t>22:08  agle sawal hai nafees shairaz ka new delhi se. yadi hum kisi non muslim ko islam ki dawat dena chahein to hamein sab se pehle kaun si baat us ke samne rakhni chahiye?</w:t>
      </w:r>
      <w:r>
        <w:br/>
      </w:r>
      <w:r>
        <w:rPr>
          <w:sz w:val="20"/>
        </w:rPr>
        <w:t>22:24  sab se pehle use mohabbat karna chahiye. agar mohabbat nahi hai to dawat bhi mat dijiye.</w:t>
      </w:r>
      <w:r>
        <w:br/>
      </w:r>
      <w:r>
        <w:rPr>
          <w:sz w:val="20"/>
        </w:rPr>
        <w:t>22:33  apne dil ko tatoliye ke kya aap ko aap ke dil mein doosron ke liye nafrat hai, shikayat hai ya aap ka dil bilkul doosron ke liye positive hai.</w:t>
      </w:r>
      <w:r>
        <w:br/>
      </w:r>
      <w:r>
        <w:rPr>
          <w:sz w:val="20"/>
        </w:rPr>
        <w:t>22:46  here is the starting point. jo aadmi dawat ka kaam karna chahta hai to sab se pehle us ko apne dil ko pak karna padega nafrat se, negative thought se.</w:t>
      </w:r>
      <w:r>
        <w:br/>
      </w:r>
      <w:r>
        <w:rPr>
          <w:sz w:val="20"/>
        </w:rPr>
        <w:t>22:59  nahi to us ko dawat ka koi Allah taala ka inaam nahi milega.</w:t>
      </w:r>
      <w:r>
        <w:br/>
      </w:r>
      <w:r>
        <w:rPr>
          <w:sz w:val="20"/>
        </w:rPr>
        <w:t>23:05  dawat ka matlab sirf yeh nahi hai ke aap announce kar dein. dawat ka matlab yeh hai ke aap us ke sachhe khair khwah banein, us ke well wisher banein, us ki hidayat ke haris banein.</w:t>
      </w:r>
      <w:r>
        <w:br/>
      </w:r>
      <w:r>
        <w:rPr>
          <w:sz w:val="20"/>
        </w:rPr>
        <w:t>23:17  jab aap aise ban jayenge to phir sari baatein khul jayengi sab. aap ko aap ka yani kisi se pooche pooche baghair sab kuch program aap ka set ho jayega.</w:t>
      </w:r>
      <w:r>
        <w:br/>
      </w:r>
      <w:r>
        <w:rPr>
          <w:sz w:val="20"/>
        </w:rPr>
        <w:t>23:32  das question is from miss aisha zakwan from new delhi. there is a hadith where the prophet says that person is a miser who does not send durood on me when my name is mentioned.</w:t>
      </w:r>
      <w:r>
        <w:br/>
      </w:r>
      <w:r>
        <w:rPr>
          <w:sz w:val="20"/>
        </w:rPr>
        <w:t>23:49  maulana please explain the concept of durood.</w:t>
      </w:r>
      <w:r>
        <w:br/>
      </w:r>
      <w:r>
        <w:rPr>
          <w:sz w:val="20"/>
        </w:rPr>
        <w:t>23:57  aj kal is ko aik ritual ke taur par liya gaya hai. rasool Allah ka naam aaye to foran kahein sallallahu alaihi wasallam. yeh matlab is ka nahi hai. yeh is ka matlab nahi hai.</w:t>
      </w:r>
      <w:r>
        <w:br/>
      </w:r>
      <w:r>
        <w:rPr>
          <w:sz w:val="20"/>
        </w:rPr>
        <w:t>24:12  is ka matlab yeh hai ke rasool Allah ne jo kaam kiya woh bilashubah aik bohat hi bada yani sacrifice ka kaam tha.</w:t>
      </w:r>
      <w:r>
        <w:br/>
      </w:r>
      <w:r>
        <w:rPr>
          <w:sz w:val="20"/>
        </w:rPr>
        <w:t>24:24  yani aise dor mein jab ke yeh kehna ke Khuda ek hai us par pathar mare jate thay. Aaj ka zamana nahi tha woh.</w:t>
      </w:r>
      <w:r>
        <w:br/>
      </w:r>
      <w:r>
        <w:rPr>
          <w:sz w:val="20"/>
        </w:rPr>
        <w:t>24:33  Aaj aap ko azadi hai, religious freedom waisa nahi tha wahan par.</w:t>
      </w:r>
      <w:r>
        <w:br/>
      </w:r>
      <w:r>
        <w:rPr>
          <w:sz w:val="20"/>
        </w:rPr>
        <w:t>24:43  Chunancha aap ko bohat takleefein di gayeen. Misal ke taur par Taif gaye aap yahi paigham le kar ke Khuda ek hai to wahan ke sardaron se mile aap.</w:t>
      </w:r>
      <w:r>
        <w:br/>
      </w:r>
      <w:r>
        <w:rPr>
          <w:sz w:val="20"/>
        </w:rPr>
        <w:t>24:54  Sardaron ne kya kiya?</w:t>
      </w:r>
      <w:r>
        <w:br/>
      </w:r>
      <w:r>
        <w:rPr>
          <w:sz w:val="20"/>
        </w:rPr>
        <w:t>24:56  Mazak uraya aap ke ke tum Khuda ko tum hi mile thay paighambar banane ke liye? Dekho apni shakal. Bhai woh hamare aap jaisay insan thay Rasool Allah.</w:t>
      </w:r>
      <w:r>
        <w:br/>
      </w:r>
      <w:r>
        <w:rPr>
          <w:sz w:val="20"/>
        </w:rPr>
        <w:t>25:09  Koi hathi aur pahar to thay nahi. To unhon ne kaha Rasool Khuda ko tum bhi mile thay ke tum ko paighambar bana ke bhej diya?</w:t>
      </w:r>
      <w:r>
        <w:br/>
      </w:r>
      <w:r>
        <w:rPr>
          <w:sz w:val="20"/>
        </w:rPr>
        <w:t>25:18  Tum to kuch hum ko nahi lagte koi khaas aadmi ho. Aaj aap Rasool Allah ko is ki tareekhi waqiat ke sath shamil kar ke dekhte hain to lagta hai ke Rasool Allah bohat hi baray dikhai partay hain aap.</w:t>
      </w:r>
      <w:r>
        <w:br/>
      </w:r>
      <w:r>
        <w:rPr>
          <w:sz w:val="20"/>
        </w:rPr>
        <w:t>25:31  Us waqt ek aam insan thay. To unhon ne apne larkon ko kaha ke in ko maar ke bhagao. Pathar mara un logon ne.</w:t>
      </w:r>
      <w:r>
        <w:br/>
      </w:r>
      <w:r>
        <w:rPr>
          <w:sz w:val="20"/>
        </w:rPr>
        <w:t>25:44  To pathar martay martay bahar le gaye aur wahan par aap ke aap body zakhmi ho gaya, khoon banne laga.</w:t>
      </w:r>
      <w:r>
        <w:br/>
      </w:r>
      <w:r>
        <w:rPr>
          <w:sz w:val="20"/>
        </w:rPr>
        <w:t>25:57  Khoon banne laga na khilaya na pilaya na chaye na sharbat na pani. Maar ke bhaga diya.</w:t>
      </w:r>
      <w:r>
        <w:br/>
      </w:r>
      <w:r>
        <w:rPr>
          <w:sz w:val="20"/>
        </w:rPr>
        <w:t>26:06  Us waqt Allah taala ne Malik-ul-Jawal ko bheja, paharon ka farishtay ko bheja ke woh aya.</w:t>
      </w:r>
      <w:r>
        <w:br/>
      </w:r>
      <w:r>
        <w:rPr>
          <w:sz w:val="20"/>
        </w:rPr>
        <w:t>26:17  Us ne kaha ke aye Muhammad mein Malik-ul-Jawal hoon.</w:t>
      </w:r>
      <w:r>
        <w:br/>
      </w:r>
      <w:r>
        <w:rPr>
          <w:sz w:val="20"/>
        </w:rPr>
        <w:t>26:23  Yeh mere hath mein paharon ko ult palat kar sakta hoon mein. To Taif jo tha us mein dono taraf pahariyan theen. Beech mein woh town tha, idhar udhar pahariyan theen.</w:t>
      </w:r>
      <w:r>
        <w:br/>
      </w:r>
      <w:r>
        <w:rPr>
          <w:sz w:val="20"/>
        </w:rPr>
        <w:t>26:35  Kaha ke agar aap mere paas woh taqat taqat hai ke mein dono pahariyon ko aise mila doon aur log us ko pas kar reh jayen to aap mujhe kya hukum dete hain?</w:t>
      </w:r>
      <w:r>
        <w:br/>
      </w:r>
      <w:r>
        <w:rPr>
          <w:sz w:val="20"/>
        </w:rPr>
        <w:t>26:50  Unhon ne jo aap ka zulm kiya hai woh Allah ne dekha to mujhe bheja hai aap ke paas. To aap ne farmaya ke nahi.</w:t>
      </w:r>
      <w:r>
        <w:br/>
      </w:r>
      <w:r>
        <w:rPr>
          <w:sz w:val="20"/>
        </w:rPr>
        <w:t>27:04  Mein chahta hoon ke zinda rahen, un ki naslein paida hon, un ke bete pote paida hon. Un mein log milen ge jo jo sachai ko manen aur sachay kaam karen.</w:t>
      </w:r>
      <w:r>
        <w:br/>
      </w:r>
      <w:r>
        <w:rPr>
          <w:sz w:val="20"/>
        </w:rPr>
        <w:t>27:14  Yani na sirf present ko balkay future tak se aap un ke hope lagaye hue thay. To kitna ziyada aap ne qurbaniyan dein.</w:t>
      </w:r>
      <w:r>
        <w:br/>
      </w:r>
      <w:r>
        <w:rPr>
          <w:sz w:val="20"/>
        </w:rPr>
        <w:t>27:27  Aap ki qurbaniyon se ek inqilab aaya ke insani tareekh religious persecution ke dor se nikal kar ke religious freedom ke dor mein aai.</w:t>
      </w:r>
      <w:r>
        <w:br/>
      </w:r>
      <w:r>
        <w:rPr>
          <w:sz w:val="20"/>
        </w:rPr>
        <w:t>27:38  Yeh mamooli baat nahi hai. Aisi hazaron cheezein hain. Woh jab aap ka naam aaya to aap ko yaad aana chahiye ke aap sach much benefactor hain.</w:t>
      </w:r>
      <w:r>
        <w:br/>
      </w:r>
      <w:r>
        <w:rPr>
          <w:sz w:val="20"/>
        </w:rPr>
        <w:t>27:50  Sab se bara sacrifice kiya aap ne insani tareekh ko to hum parsay se nikal kar ke science mein laye. Insani tareekh ko religious persecution se nikal kar ke religious freedom ke dor mein laye.</w:t>
      </w:r>
      <w:r>
        <w:br/>
      </w:r>
      <w:r>
        <w:rPr>
          <w:sz w:val="20"/>
        </w:rPr>
        <w:t>28:03  Ek poora ek naya zamana paida kiya aap ne. Tab hum aaj is tarah aitmad se yahan baith kar baatein kar rahay hain. To Rasool Allah ka jo contribution hai history mein, contribution us ko yaad kar ke jab hum kehte hain to isi ka naam Durood hai.</w:t>
      </w:r>
      <w:r>
        <w:br/>
      </w:r>
      <w:r>
        <w:rPr>
          <w:sz w:val="20"/>
        </w:rPr>
        <w:t>28:21  Aur aaj kal jo logon ka riwaj hai woh to kuch bhi nahi, woh to nothing hai, kuch bhi nahi. Kuch bhi ho, lip service hai woh.</w:t>
      </w:r>
      <w:r>
        <w:br/>
      </w:r>
      <w:r>
        <w:rPr>
          <w:sz w:val="20"/>
        </w:rPr>
        <w:t>28:31  Woh to acknowledge karna hai Rasool Allah ke sacrifice ka, acknowledge karna hai Rasool Allah ke contribution ka. Log jantay bhi nahi kya contribution Rasool Allah ka hai.</w:t>
      </w:r>
      <w:r>
        <w:br/>
      </w:r>
      <w:r>
        <w:rPr>
          <w:sz w:val="20"/>
        </w:rPr>
        <w:t>28:43  To jo aadmi Rasool Allah ke contribution ko, yani historical contribution jo aap ka hai, us ko janay, us ko jan kar keh paray ke Khuda ya to is insan ke liye meri taraf se duaein likh le,</w:t>
      </w:r>
      <w:r>
        <w:br/>
      </w:r>
      <w:r>
        <w:rPr>
          <w:sz w:val="20"/>
        </w:rPr>
        <w:t>28:56  is insan ke liye meri taraf se Durood likh le to us ka naam hai Durood. Baqi aaj kal jo kiya jata hai woh lip service, woh to nothing hai.</w:t>
      </w:r>
      <w:r>
        <w:br/>
      </w:r>
      <w:r>
        <w:rPr>
          <w:sz w:val="20"/>
        </w:rPr>
        <w:t>29:10  das question is from miss sadia khan from new delhi. does missionary activity require an ideological base?</w:t>
      </w:r>
      <w:r>
        <w:br/>
      </w:r>
      <w:r>
        <w:rPr>
          <w:sz w:val="20"/>
        </w:rPr>
        <w:t>29:20  what propels the christians to do missionary work?</w:t>
      </w:r>
      <w:r>
        <w:br/>
      </w:r>
      <w:r>
        <w:rPr>
          <w:sz w:val="20"/>
        </w:rPr>
        <w:t>29:27  un ki aik ideology hai, bohat bari ideology hai un ki. is ideology ne un ko active kar rakha hai.</w:t>
      </w:r>
      <w:r>
        <w:br/>
      </w:r>
      <w:r>
        <w:rPr>
          <w:sz w:val="20"/>
        </w:rPr>
        <w:t>29:42  un ki ideology jo hai hum us ko nahi mante lekin bari ideology bohat zabardast hai. woh ideology yeh hai un ki ke salvation jo hai insan ko kaise mile gi?</w:t>
      </w:r>
      <w:r>
        <w:br/>
      </w:r>
      <w:r>
        <w:rPr>
          <w:sz w:val="20"/>
        </w:rPr>
        <w:t>29:53  salvation. kyunke hum aap dono, hum hum aap jo mante hain wahi mante hain jannat aur jahannum. aik christian ka bhi yahi manna hai ke maut ke baad jannat aur jahannum hai.</w:t>
      </w:r>
      <w:r>
        <w:br/>
      </w:r>
      <w:r>
        <w:rPr>
          <w:sz w:val="20"/>
        </w:rPr>
        <w:t>30:05  is mein koi difference nahi hai. lekin aadmi kaise bache ga?</w:t>
      </w:r>
      <w:r>
        <w:br/>
      </w:r>
      <w:r>
        <w:rPr>
          <w:sz w:val="20"/>
        </w:rPr>
        <w:t>30:11  salvation kaise mile gi? toh un ka manna yeh hai ke jo aadmi is yeh aqeedah rakhe, is baat ko maane ke hazrat masih jo hai woh unhone qurbani de di apni apni insaniyat ke jo original sin jo tha us ko us se insan ko bachane ke liye.</w:t>
      </w:r>
      <w:r>
        <w:br/>
      </w:r>
      <w:r>
        <w:rPr>
          <w:sz w:val="20"/>
        </w:rPr>
        <w:t>30:29  un ka manna hai ke hazrat adam ne jo khaya tha yani fabrin tree toh sari nasal hi gunahgar ho gayi.</w:t>
      </w:r>
      <w:r>
        <w:br/>
      </w:r>
      <w:r>
        <w:rPr>
          <w:sz w:val="20"/>
        </w:rPr>
        <w:t>30:38  us ko kehte hain original sin kehte hain us ko woh paidaishi gunah. toh is paidaishi gunah se bahar kaise aye ga in</w:t>
      </w:r>
      <w:r>
        <w:br/>
      </w:r>
      <w:r>
        <w:rPr>
          <w:sz w:val="20"/>
        </w:rPr>
        <w:t>30:46  saan? toh Allah ne apne bete ko bheja taake woh apne ko crucify karaye kar ke insan ko us se nikale, us original original sin se nikale.</w:t>
      </w:r>
      <w:r>
        <w:br/>
      </w:r>
      <w:r>
        <w:rPr>
          <w:sz w:val="20"/>
        </w:rPr>
        <w:t>30:56  toh ab woh samajhte hain ke humein insan ko batana hai ke aye insano tum masih ke is sacrifice ko mano, masih ke is contribution ko mano, us ko acknowledge karo, tabhi tum ko salvation mile gi.</w:t>
      </w:r>
      <w:r>
        <w:br/>
      </w:r>
      <w:r>
        <w:rPr>
          <w:sz w:val="20"/>
        </w:rPr>
        <w:t>31:09  yeh un ki ideology hai. hum us ko ideology sahi nahi samajhte hain lekin behal yahi ideology hai jis ne un ko active kar rakha hai sari duniya mein.</w:t>
      </w:r>
      <w:r>
        <w:br/>
      </w:r>
      <w:r>
        <w:rPr>
          <w:sz w:val="20"/>
        </w:rPr>
        <w:t>31:22  maulana her next question is i often find people who go to graveyards to do fateha. has this been sanctioned in islam?</w:t>
      </w:r>
      <w:r>
        <w:br/>
      </w:r>
      <w:r>
        <w:rPr>
          <w:sz w:val="20"/>
        </w:rPr>
        <w:t>31:34  yeh kis ka hai? sadia ka hi hai. doosra sawal hai me</w:t>
      </w:r>
      <w:r>
        <w:br/>
      </w:r>
      <w:r>
        <w:rPr>
          <w:sz w:val="20"/>
        </w:rPr>
        <w:t>31:37  ra. yeh toh bilkul absurd hai. yeh jate hain jo log fateha khwani ke liye. kuch bhi nahi hai is ka, koi na sawab hai na azab hai.</w:t>
      </w:r>
      <w:r>
        <w:br/>
      </w:r>
      <w:r>
        <w:rPr>
          <w:sz w:val="20"/>
        </w:rPr>
        <w:t>31:48  waqt waqt time ko waste karna hai. dekhiye qabar pe jane ka sirf aik hi baat hai, aik hi maqsad hai.</w:t>
      </w:r>
      <w:r>
        <w:br/>
      </w:r>
      <w:r>
        <w:rPr>
          <w:sz w:val="20"/>
        </w:rPr>
        <w:t>31:57  woh hai maut ko yaad karna. maut ko yaad karna. rasool Allah guzre aik martaba qabristan se, Allah ne farmaya ke assalam o alaikum ya al quboor, inna insha Allah bikum lahiqoon.</w:t>
      </w:r>
      <w:r>
        <w:br/>
      </w:r>
      <w:r>
        <w:rPr>
          <w:sz w:val="20"/>
        </w:rPr>
        <w:t>32:14  yani aye qabar walon, hum bhi tum se milne wale hain, matlab hum bhi marne wale hain. toh qabar jo hai woh maut ka spot hai ke yahan aik aadmi bury kiya gaya hai.</w:t>
      </w:r>
      <w:r>
        <w:br/>
      </w:r>
      <w:r>
        <w:rPr>
          <w:sz w:val="20"/>
        </w:rPr>
        <w:t>32:26  qabar batati hai ke aik aadmi yahan mara, wahan us ko bury kiya gaya. us ko yaad karna. achha, hum bhi marenge, hum bhi kahin bury kar diye jayenge.</w:t>
      </w:r>
      <w:r>
        <w:br/>
      </w:r>
      <w:r>
        <w:rPr>
          <w:sz w:val="20"/>
        </w:rPr>
        <w:t>32:36  bas waqia fateha khwani waghera toh nothing, bilkul hi koi is ka matlab hi nahi hai. na quran mein hai, na hadith mein hai.</w:t>
      </w:r>
    </w:p>
    <w:p>
      <w:pPr>
        <w:pStyle w:val="Heading2"/>
      </w:pPr>
      <w:r>
        <w:t>Formula for complaint-free culture in mission</w:t>
      </w:r>
    </w:p>
    <w:p>
      <w:r>
        <w:rPr>
          <w:color w:val="666666"/>
          <w:sz w:val="18"/>
        </w:rPr>
        <w:t>Society &amp; Dawah · Peace of Mind June 29, 2014 · 9m 08s · at 53:36 · https://youtu.be/oVwRc_FcAGk?t=3216</w:t>
      </w:r>
    </w:p>
    <w:p>
      <w:r>
        <w:rPr>
          <w:i/>
        </w:rPr>
        <w:t>“What is the formula of a complaint-free culture in a mission?”</w:t>
      </w:r>
    </w:p>
    <w:p>
      <w:r>
        <w:rPr>
          <w:sz w:val="20"/>
        </w:rPr>
        <w:t>53:36  Maulana, agla sawal kya hai Miss Naghma Siddiqui ne Delhi se, aur unhon ne aap se poocha hai ke what is the formula of a complaint free culture in a mission?</w:t>
      </w:r>
      <w:r>
        <w:br/>
      </w:r>
      <w:r>
        <w:rPr>
          <w:sz w:val="20"/>
        </w:rPr>
        <w:t>53:50  formula to banta ji, self management. kabhi bhi agar aap discussion karenge aur pooch gach karenge to kuch hone wala nahi hai, kabhi nahi ho sakta.</w:t>
      </w:r>
      <w:r>
        <w:br/>
      </w:r>
      <w:r>
        <w:rPr>
          <w:sz w:val="20"/>
        </w:rPr>
        <w:t>54:03  pooch gach jahan hoga, jahan discussion kiya jaye ga, yani cheezon par charcha kiya jaye ga, wahan complaint free mahol ban nahi sakta hai.</w:t>
      </w:r>
      <w:r>
        <w:br/>
      </w:r>
      <w:r>
        <w:rPr>
          <w:sz w:val="20"/>
        </w:rPr>
        <w:t>54:15  complaint free mahol banega jab ke aap self management aap ke andar ho, khud hi khud is ko diffuse kar len, khud hi khud.</w:t>
      </w:r>
      <w:r>
        <w:br/>
      </w:r>
      <w:r>
        <w:rPr>
          <w:sz w:val="20"/>
        </w:rPr>
        <w:t>54:24  jaise maine ek misaal is se pehle mein bata chuka hoon aap ko ke Hazrat Khalid jo the, un ko Khalifa Umar ne mazool kar diya, yani mazool karne ke maani yeh the ke woh general the, general, is ko soldier bana diya, mamooli soldier bana diya.</w:t>
      </w:r>
      <w:r>
        <w:br/>
      </w:r>
      <w:r>
        <w:rPr>
          <w:sz w:val="20"/>
        </w:rPr>
        <w:t>54:43  to ek shakliya hai ke ja kar pooch gach karte, woh ke kaise bana diya aap ne, kaun si bari ghalati thi?</w:t>
      </w:r>
      <w:r>
        <w:br/>
      </w:r>
      <w:r>
        <w:rPr>
          <w:sz w:val="20"/>
        </w:rPr>
        <w:t>54:51  pooch gach karte aur sathiyon ko jama karte, sathiyon mein charcha karte ke dekho. lekin unhon ne yeh nahi kiya, khud hi khud manage kar liya is ko.</w:t>
      </w:r>
      <w:r>
        <w:br/>
      </w:r>
      <w:r>
        <w:rPr>
          <w:sz w:val="20"/>
        </w:rPr>
        <w:t>55:02  unhon ne kaha hai ke unhon ne keh diya ke in inni la qatil fi sabil Umar, wa la qatil fi sabil Rabb Umar. mein jo kuch kar raha tha, woh woh woh Umar ke liye thori kar raha tha, Allah ke liye kar raha hoon.</w:t>
      </w:r>
      <w:r>
        <w:br/>
      </w:r>
      <w:r>
        <w:rPr>
          <w:sz w:val="20"/>
        </w:rPr>
        <w:t>55:18  to mera mera taluq Allah se hai, kisi Khalifa se nahi hai. bas baat khatam ho gayi. to jis samaj mein logon ke andar pooch gach ka mizaj ho aur discussion ka mizaj ho, shikayaton par shikayaton ko le le kar is ki chhan been karen, woh samaj kabhi bhi aaj positive samaj nahi ban sakta,</w:t>
      </w:r>
      <w:r>
        <w:br/>
      </w:r>
      <w:r>
        <w:rPr>
          <w:sz w:val="20"/>
        </w:rPr>
        <w:t>55:43  kyun ke shikayaton ke itne zyada shakh dar shakh hote hain, woh kabhi khatam hi nahi honge. shikayat se zyada buri cheez mujhe nahi maloom.</w:t>
      </w:r>
      <w:r>
        <w:br/>
      </w:r>
      <w:r>
        <w:rPr>
          <w:sz w:val="20"/>
        </w:rPr>
        <w:t>55:52  mera apna jo deen hai, woh yeh ke shikayat is se zyada buri cheez hai ke aap sharab piyen, khizr gosht khayen. aap khizr gosht khayen to choti burai hai, aur shikayat dil mein li hai, woh bari burai hai.</w:t>
      </w:r>
      <w:r>
        <w:br/>
      </w:r>
      <w:r>
        <w:rPr>
          <w:sz w:val="20"/>
        </w:rPr>
        <w:t>56:08  mera apna jo mutala hai deen ka, mein shikayat ko super haram samajhta hoon,</w:t>
      </w:r>
      <w:r>
        <w:br/>
      </w:r>
      <w:r>
        <w:rPr>
          <w:sz w:val="20"/>
        </w:rPr>
        <w:t>56:16  aur is ka ilaaj yahi samajhta hoon ke self management khud hi khud is ko soch lijiye, khud hi khud khatam kar do. koi pooch gachh nahin, koi pooch gachh nahin ke aap kisi ko ja kar milein, telephone karein, khat likhein, yeh sab kuch hota hua nahin, hota nahin, kuch nahin hone wala.</w:t>
      </w:r>
      <w:r>
        <w:br/>
      </w:r>
      <w:r>
        <w:rPr>
          <w:sz w:val="20"/>
        </w:rPr>
        <w:t>56:37  kyunke shikayaton ko itne shakh dar shakh is ke itne pehlu hote hain ke koi kuch bhi kahe ga, aap ki shikayat khatam nahin hogi. kisi bhi wazahat se aap ki shikayat khatam nahin hogi.</w:t>
      </w:r>
      <w:r>
        <w:br/>
      </w:r>
      <w:r>
        <w:rPr>
          <w:sz w:val="20"/>
        </w:rPr>
        <w:t>56:51  shikayat aap khud ya to khatam karein ge ya kabhi khatam hi nahin hogi. shikayat yeh meri zindagi ke barq ka tajruba hai ke shikayat ko ya to ya to aadmi khud kill karta hai ya hamesha shikayat jeeta hai, isi mein mar jata hai.</w:t>
      </w:r>
      <w:r>
        <w:br/>
      </w:r>
      <w:r>
        <w:rPr>
          <w:sz w:val="20"/>
        </w:rPr>
        <w:t>57:04  woh</w:t>
      </w:r>
      <w:r>
        <w:br/>
      </w:r>
      <w:r>
        <w:rPr>
          <w:sz w:val="20"/>
        </w:rPr>
        <w:t>57:06  is ko phir sun lijiye aap ke quran o hadith ka mutala, zindagi ka tajruba dono se maine yeh samjha hai ke shikayat jo hai, aisi buri cheez hai ke agar aadmi khud khat ko khatam kare to khatam ho jaye gi,</w:t>
      </w:r>
      <w:r>
        <w:br/>
      </w:r>
      <w:r>
        <w:rPr>
          <w:sz w:val="20"/>
        </w:rPr>
        <w:t>57:26  jaise sahaba khatam karte thay. aur agar is ne chaha ke pooch gachh se khatam karein to kabhi khatam nahin hogi,</w:t>
      </w:r>
      <w:r>
        <w:br/>
      </w:r>
      <w:r>
        <w:rPr>
          <w:sz w:val="20"/>
        </w:rPr>
        <w:t>57:36  kyunke woh ek angrez dekhe ga waqea ko, doosra angrez dekhe ga, aur koi bhi wazahat ki jaye, phir bhi aap ki shikayat baqi rahe gi.</w:t>
      </w:r>
      <w:r>
        <w:br/>
      </w:r>
      <w:r>
        <w:rPr>
          <w:sz w:val="20"/>
        </w:rPr>
        <w:t>57:46  mera tajruba hai ke kabhi bhi wazahat se shikayat khatam nahin hoti, khatam hi nahin hoti, woh pari rehti hai. to jis aadmi ko Allah ko samne khare hone ka ehsas hai, jo aadmi jannat chahta hai, to us ko chahiye ke shikayat ko kill kare,</w:t>
      </w:r>
      <w:r>
        <w:br/>
      </w:r>
      <w:r>
        <w:rPr>
          <w:sz w:val="20"/>
        </w:rPr>
        <w:t>58:06  self killing seekhe shikayat ke moamle mein.</w:t>
      </w:r>
      <w:r>
        <w:br/>
      </w:r>
      <w:r>
        <w:rPr>
          <w:sz w:val="20"/>
        </w:rPr>
        <w:t>58:12  aur nahin to phir yeh risk le ke Allah ke samne us ko khara hona pare ga aur jawab nahin de paye ga. woh you have to learn the art of self killing.</w:t>
      </w:r>
      <w:r>
        <w:br/>
      </w:r>
      <w:r>
        <w:rPr>
          <w:sz w:val="20"/>
        </w:rPr>
        <w:t>58:22  khud hi khud apne andar kill kar diye, khatam kar dijiye is ko. koi pooch gachh nahin, koi discussion nahin, kuch nahin.</w:t>
      </w:r>
      <w:r>
        <w:br/>
      </w:r>
      <w:r>
        <w:rPr>
          <w:sz w:val="20"/>
        </w:rPr>
        <w:t>58:32  yeh meri pakki yaqeen hai quran o hadith ke mutale se, zai tajrube se aur aql se, dono har har pehlu se maine is par ghhor kiya hai. to main yeh yeh is nateejay pohancha hoon ke shikayat ko ya to aadmi khud khat parta hai, nahin to shikayat kabhi khatam hi nahin hoti.</w:t>
      </w:r>
      <w:r>
        <w:br/>
      </w:r>
      <w:r>
        <w:rPr>
          <w:sz w:val="20"/>
        </w:rPr>
        <w:t>58:50  woh jeeta hai shikayaton, marta hai shikayaton mein.</w:t>
      </w:r>
      <w:r>
        <w:br/>
      </w:r>
      <w:r>
        <w:rPr>
          <w:sz w:val="20"/>
        </w:rPr>
        <w:t>58:56  maulana, agla question kya hai? mister naveed kapoor ne dilli se, aur unhon ne likha hai ke what is the difference between a healthy discussion and an unhealthy discussion?</w:t>
      </w:r>
      <w:r>
        <w:br/>
      </w:r>
      <w:r>
        <w:rPr>
          <w:sz w:val="20"/>
        </w:rPr>
        <w:t>59:09  is ke bare mein batayein. dekhiye, healthy discussion mein us ko maanu ga jo marifat par ho, dawat par ho, aur shikayaton par ho, to woh woh healthy discussion nahin hai.</w:t>
      </w:r>
      <w:r>
        <w:br/>
      </w:r>
      <w:r>
        <w:rPr>
          <w:sz w:val="20"/>
        </w:rPr>
        <w:t>59:20  woh</w:t>
      </w:r>
      <w:r>
        <w:br/>
      </w:r>
      <w:r>
        <w:rPr>
          <w:sz w:val="20"/>
        </w:rPr>
        <w:t>59:21  jo log shikayaton par discussion karein, woh unhealthy discussion karte hain, woh kyunke is ka koi end nahin hai.</w:t>
      </w:r>
      <w:r>
        <w:br/>
      </w:r>
      <w:r>
        <w:rPr>
          <w:sz w:val="20"/>
        </w:rPr>
        <w:t>59:31  maine bohat tajruba aap se hua ke jis ke dil mein shikayatein aa gayin, kuch bhi kehte rahiye, woh shikayat khatam nahin hoti. is ki</w:t>
      </w:r>
      <w:r>
        <w:br/>
      </w:r>
      <w:r>
        <w:rPr>
          <w:sz w:val="20"/>
        </w:rPr>
        <w:t>59:40  main main misalein de kar bata sakta hoon ke kis tarah logon ne aisa, yani shikayat ab paida hui to kuch bhi kaho, kuch bhi kaho, woh shikayat baqi hai, khatam nahin hoti.</w:t>
      </w:r>
      <w:r>
        <w:br/>
      </w:r>
      <w:r>
        <w:rPr>
          <w:sz w:val="20"/>
        </w:rPr>
        <w:t>59:52  is liye main dekh, shikayat ki baaton par is discussion kar raha hoon, woh unhealthy discussion hai.</w:t>
      </w:r>
      <w:r>
        <w:br/>
      </w:r>
      <w:r>
        <w:rPr>
          <w:sz w:val="20"/>
        </w:rPr>
        <w:t>1:00:00  healthy discussion woh hai jo marifat par ho, rabbaniyat par ho, jo dawat par ho, jo islam ki jo zimmedariyan hain, is par ho.</w:t>
      </w:r>
      <w:r>
        <w:br/>
      </w:r>
      <w:r>
        <w:rPr>
          <w:sz w:val="20"/>
        </w:rPr>
        <w:t>1:00:12  woh main us ko healthy discussion samajhta hoon. jo discussion ka koi end hi na ho, woh health unhealthy rahe ga, is ka rahe ga.</w:t>
      </w:r>
      <w:r>
        <w:br/>
      </w:r>
      <w:r>
        <w:rPr>
          <w:sz w:val="20"/>
        </w:rPr>
        <w:t>1:00:24  qaumon mein bhi yeh hota hai. aap jante hain ke aisi qaumein mein jo shikayatein aapas mein hain,</w:t>
      </w:r>
      <w:r>
        <w:br/>
      </w:r>
      <w:r>
        <w:rPr>
          <w:sz w:val="20"/>
        </w:rPr>
        <w:t>1:00:29  pachas pachas saal se discussion chal rahe hain, aaj tak khatam nahin hua. abhi aaj bhi akhbar mein parh raha tha main ke do harif qaumein, do rival qaumon ka discussion ka qissa to chal raha hai pachas saal se, so saal se discussion, woh khatam hi nahin hota.</w:t>
      </w:r>
      <w:r>
        <w:br/>
      </w:r>
      <w:r>
        <w:rPr>
          <w:sz w:val="20"/>
        </w:rPr>
        <w:t>1:00:46  chahe individual ka moamla ho ya nation ka moamla ho, agar aap shikayaton ko le kar ke discussion karein ge to kabhi khatam nahin hoga.</w:t>
      </w:r>
      <w:r>
        <w:br/>
      </w:r>
      <w:r>
        <w:rPr>
          <w:sz w:val="20"/>
        </w:rPr>
        <w:t>1:00:55  to positive subject par discussion kijiye.</w:t>
      </w:r>
      <w:r>
        <w:br/>
      </w:r>
      <w:r>
        <w:rPr>
          <w:sz w:val="20"/>
        </w:rPr>
        <w:t>1:00:58  positive subject, positive subject matlab yeh hai jo islam ke aitbar se ke marifat ka subject, dawat ka subject, rabbaniyat ka subject, shukr ka subject,</w:t>
      </w:r>
      <w:r>
        <w:br/>
      </w:r>
      <w:r>
        <w:rPr>
          <w:sz w:val="20"/>
        </w:rPr>
        <w:t>1:01:13  yeh yeh yeh hai, yeh hai healthy discussion, aur iska hamesha iska faida hi hoga, iska koi nuksan nahi hoga.</w:t>
      </w:r>
      <w:r>
        <w:br/>
      </w:r>
      <w:r>
        <w:rPr>
          <w:sz w:val="20"/>
        </w:rPr>
        <w:t>1:01:28  maulana, agla question lene se pehle ek comment padhna chahenge jo abhi abhi khwaja kaleemuddin sahib ne bheja hai pennsylvania usa se, aur unhone likha hai ke maulana sahib, der is an eminence demand for spanish translation of the quran.</w:t>
      </w:r>
      <w:r>
        <w:br/>
      </w:r>
      <w:r>
        <w:rPr>
          <w:sz w:val="20"/>
        </w:rPr>
        <w:t>1:01:46  der isnt a good and affordable spanish translation of quran available in the market,</w:t>
      </w:r>
      <w:r>
        <w:br/>
      </w:r>
      <w:r>
        <w:rPr>
          <w:sz w:val="20"/>
        </w:rPr>
        <w:t>1:01:53  but by the grace of allah and with the collaboration of good word and cps usa, a spanish translation is being prepared.</w:t>
      </w:r>
      <w:r>
        <w:br/>
      </w:r>
      <w:r>
        <w:rPr>
          <w:sz w:val="20"/>
        </w:rPr>
        <w:t>1:02:03  inshallah, with in with in a month or two, it will be ready. in this connection, der is a need to also know the working knowledge of spanish language, so that effective quranic distribution can take place.</w:t>
      </w:r>
      <w:r>
        <w:br/>
      </w:r>
      <w:r>
        <w:rPr>
          <w:sz w:val="20"/>
        </w:rPr>
        <w:t>1:02:19  d</w:t>
      </w:r>
      <w:r>
        <w:br/>
      </w:r>
      <w:r>
        <w:rPr>
          <w:sz w:val="20"/>
        </w:rPr>
        <w:t>1:02:20  er for, as a ramadan resolution this year, i have started learning spanish language, so that the distribution becomes easier.</w:t>
      </w:r>
      <w:r>
        <w:br/>
      </w:r>
      <w:r>
        <w:rPr>
          <w:sz w:val="20"/>
        </w:rPr>
        <w:t>1:02:29  maulana sahib, i request you to make dua for all of us. hum sab log dua karte hain, bhai yeh to bohat bari news hai. ji, hum sab log dua karte hain, allah taala khoob khoob madad farmaye.</w:t>
      </w:r>
      <w:r>
        <w:br/>
      </w:r>
      <w:r>
        <w:rPr>
          <w:sz w:val="20"/>
        </w:rPr>
        <w:t>1:02:41  yeh to bohat bari news hai, bohat hi achi news hai.</w:t>
      </w:r>
    </w:p>
    <w:p>
      <w:pPr>
        <w:pStyle w:val="Heading2"/>
      </w:pPr>
      <w:r>
        <w:t>Fulfilling responsibility of conveying God's message</w:t>
      </w:r>
    </w:p>
    <w:p>
      <w:r>
        <w:rPr>
          <w:color w:val="666666"/>
          <w:sz w:val="18"/>
        </w:rPr>
        <w:t>Society &amp; Dawah · Signs of Doomsday November 7, 2021 Prof. Farida Khanam · 5m 30s · at 40:59 · https://youtu.be/RQZchtP6uRg?t=2459</w:t>
      </w:r>
    </w:p>
    <w:p>
      <w:r>
        <w:rPr>
          <w:i/>
        </w:rPr>
        <w:t>“With such less time available, what should we do to fulfill our responsibility of conveying God's message to mankind?”</w:t>
      </w:r>
    </w:p>
    <w:p>
      <w:r>
        <w:rPr>
          <w:sz w:val="20"/>
        </w:rPr>
        <w:t>40:59  Allah taala hum ko istiqamat de. ameen. jazak Allah aap ka." Muhammad Ammar sahib ne Delhi se bheja hai: "apa, after the coming of covid 19 and getting involved more into cps dawa work, i daily feel the nearness of qayamat." apa, agla sawal leta hoon.</w:t>
      </w:r>
      <w:r>
        <w:br/>
      </w:r>
      <w:r>
        <w:rPr>
          <w:sz w:val="20"/>
        </w:rPr>
        <w:t>41:21  yeh Bangalore se Javed Ali sahib ne bheja hai. unhone likha hai: "with such less time available, what should we do to fulfill our responsibility of conveying God's message to mankind?" ab yeh abhi jaise Farah sahib ne kaha ke sab se pehle to hamein apne andar se dushmani ka, hatred ka yeh sara nikal ke mahaul ko normalize karna hai.</w:t>
      </w:r>
      <w:r>
        <w:br/>
      </w:r>
      <w:r>
        <w:rPr>
          <w:sz w:val="20"/>
        </w:rPr>
        <w:t>41:51  is un ke liye duaen karna hai aur jo bhi hamare paas literature hai, aap is ko de sakte hain aur aap is ko achhi baatein bata sakte hain.</w:t>
      </w:r>
      <w:r>
        <w:br/>
      </w:r>
      <w:r>
        <w:rPr>
          <w:sz w:val="20"/>
        </w:rPr>
        <w:t>42:00  bahut sari baatein to logon ko maloom hi rehti hain. un se baat kijiye, dialogue kariye un se aur un ko bataiye jo creation plan bataiye.</w:t>
      </w:r>
      <w:r>
        <w:br/>
      </w:r>
      <w:r>
        <w:rPr>
          <w:sz w:val="20"/>
        </w:rPr>
        <w:t>42:10  sab se badi baat jo hai woh creation plan hai ke is duniya mein hum hamesha ke liye aaye hi nahi hain. yeh duniya jo hai temporary aboard hai hamara aur yeh duniya khatm hone wali hai.</w:t>
      </w:r>
      <w:r>
        <w:br/>
      </w:r>
      <w:r>
        <w:rPr>
          <w:sz w:val="20"/>
        </w:rPr>
        <w:t>42:22  aur is ke baad jo hai doosri duniya aaye gi. to is doosri duniya ke liye hamein tayyar apne aap ko karna hai. to tayyari karni zaroori hai.</w:t>
      </w:r>
      <w:r>
        <w:br/>
      </w:r>
      <w:r>
        <w:rPr>
          <w:sz w:val="20"/>
        </w:rPr>
        <w:t>42:32  to tayyari apni bhi tayyari karni hai aur doosron ko bhi is ke liye tayyar karna hai ke jab woh Khuda ke aage ab hazir kiye jayein to to woh un un ko ko un ko pachtana na pade ke unhone apni pichhli zindagi mein waste kar diya hai.</w:t>
      </w:r>
      <w:r>
        <w:br/>
      </w:r>
      <w:r>
        <w:rPr>
          <w:sz w:val="20"/>
        </w:rPr>
        <w:t>42:52  to bas yahi karna hai. mujhe ek waqia yaad aata hai: Rasool Allah Sal Allah o Alaihe Wasallam ke zamane mein kisi aadmi ne koi galati kar di to sab us ko bura bhala kehne lage.</w:t>
      </w:r>
      <w:r>
        <w:br/>
      </w:r>
      <w:r>
        <w:rPr>
          <w:sz w:val="20"/>
        </w:rPr>
        <w:t>43:04  yahan tak ke ek aadmi ne yeh kaha ke Allah taala tum ko ruswa kare. Rasool Allah Sal Allah o Alaihe Wasallam ne sun liya to kaha ke tum aise mat kaho: "apne bhai ke khilaaf shaitan ke madadgar mat bano" balkeh yeh kaho ke "Allah taala tum par reham kare, Allah taala tum ko hidayat de" yeh dua karo.</w:t>
      </w:r>
      <w:r>
        <w:br/>
      </w:r>
      <w:r>
        <w:rPr>
          <w:sz w:val="20"/>
        </w:rPr>
        <w:t>43:20  to yeh basic jo bahut hi buniyadi point Rasool Allah Sal Allah o Alaihe Wasallam ne is mein bataya tha ke apne bhai ke khilaaf shaitan ke madadgar mat bano.</w:t>
      </w:r>
      <w:r>
        <w:br/>
      </w:r>
      <w:r>
        <w:rPr>
          <w:sz w:val="20"/>
        </w:rPr>
        <w:t>43:29  shaitan ki madad karna kya hai? sari koshish jo shaitan ki ho rahi hai woh yahi ho rahi hai ke hum kisi bhi tareeqe se insaan ko Allah ke raaste se hata kar hamesha ke liye ruswai aur Allah ki narazgi mein is ko daal dein.</w:t>
      </w:r>
      <w:r>
        <w:br/>
      </w:r>
      <w:r>
        <w:rPr>
          <w:sz w:val="20"/>
        </w:rPr>
        <w:t>43:44  kisi bhi tareeqe se. to ab yahan par hum koi aisa kaam karte hain jis ki wajah se insaan Allah se door ho jata hai hamare reason se. to hum ne shaitan ki madad ki.</w:t>
      </w:r>
      <w:r>
        <w:br/>
      </w:r>
      <w:r>
        <w:rPr>
          <w:sz w:val="20"/>
        </w:rPr>
        <w:t>43:54  hum ne koi bad dua kiya jaise bad dua karte hain: "Allah dammir diyarahum wa shattit shimlaha" yeh sab dua karte hain, "qunoot e nazila" karte hain. yeh sab cheezein kya hain?</w:t>
      </w:r>
      <w:r>
        <w:br/>
      </w:r>
      <w:r>
        <w:rPr>
          <w:sz w:val="20"/>
        </w:rPr>
        <w:t>44:02  apne bhai ke khilaaf shaitan ki madad kar di hain. yeh sab cheezein bilkul na karein. hatred nikal dein. dua karein un ko dawat ka kaam pohanchayein. is se barh kar Allah taala ki raza ka koi doosra kaam nahi ho sakta.</w:t>
      </w:r>
      <w:r>
        <w:br/>
      </w:r>
      <w:r>
        <w:rPr>
          <w:sz w:val="20"/>
        </w:rPr>
        <w:t>44:19  ek aur important cheez jo kyunke sawal mein yeh bhi poocha gaya ke "what should we do to fulfill our responsibility of conveying God's message?" and Quran mein bhi jaise aaya hai ke yeh bola gaya ke yeh message jo hai Quran ka woh logon tak pohanchaya jaye taake aakhirat mein koi excuse na le sake Allah taala ke samne ke hamein bataya nahi gaya.</w:t>
      </w:r>
      <w:r>
        <w:br/>
      </w:r>
      <w:r>
        <w:rPr>
          <w:sz w:val="20"/>
        </w:rPr>
        <w:t>44:42  aur aaj ke daur mein jab multimedia aur internet hai to Maulana sahib hum sab logon ko bahut zyada is cheez ke bare mein kehte the ke "fill the internet and social media with the message of the Quran".</w:t>
      </w:r>
      <w:r>
        <w:br/>
      </w:r>
      <w:r>
        <w:rPr>
          <w:sz w:val="20"/>
        </w:rPr>
        <w:t>44:57  so CPS international is increasingly creating new material, adding articles, videos into internet, because potentially internet has made it possible that it reaches each and every home.</w:t>
      </w:r>
      <w:r>
        <w:br/>
      </w:r>
      <w:r>
        <w:rPr>
          <w:sz w:val="20"/>
        </w:rPr>
        <w:t>45:15  and this is what prophet had said: "that there will be no house big or small where the word of God has not entered". and social media and internet practically makes it possible.</w:t>
      </w:r>
      <w:r>
        <w:br/>
      </w:r>
      <w:r>
        <w:rPr>
          <w:sz w:val="20"/>
        </w:rPr>
        <w:t>45:27  so all of you who cannot upload it, you can use CPS website, CPS social media handles like Facebook, YouTube, Instagram, and you can share it in your circle, you know, your colleagues, your friends, your neighbors.</w:t>
      </w:r>
      <w:r>
        <w:br/>
      </w:r>
      <w:r>
        <w:rPr>
          <w:sz w:val="20"/>
        </w:rPr>
        <w:t>45:43  and that is a biggest work or the biggest responsibility that you will fulfill, you know, from your side, and you will be able to use the time in a right manner.</w:t>
      </w:r>
      <w:r>
        <w:br/>
      </w:r>
      <w:r>
        <w:rPr>
          <w:sz w:val="20"/>
        </w:rPr>
        <w:t>45:56  so thats another important thing.</w:t>
      </w:r>
      <w:r>
        <w:br/>
      </w:r>
      <w:r>
        <w:rPr>
          <w:sz w:val="20"/>
        </w:rPr>
        <w:t>46:02  apa aik comment aur parhna chahunga. yeh sister baseerat taj ne bheja hai: "i like it simple to the point, normal, no rambling stories, no theatrical speech.</w:t>
      </w:r>
      <w:r>
        <w:br/>
      </w:r>
      <w:r>
        <w:rPr>
          <w:sz w:val="20"/>
        </w:rPr>
        <w:t>46:17  i wonder why why why we cant have such a simple preacher on other side of border."</w:t>
      </w:r>
    </w:p>
    <w:p>
      <w:pPr>
        <w:pStyle w:val="Heading2"/>
      </w:pPr>
      <w:r>
        <w:t>Harsh punishments versus peace message in Islam</w:t>
      </w:r>
    </w:p>
    <w:p>
      <w:r>
        <w:rPr>
          <w:color w:val="666666"/>
          <w:sz w:val="18"/>
        </w:rPr>
        <w:t>Society &amp; Dawah · Communal Harmony October 16, 2022 · 5m 15s · at 56:55 · https://youtu.be/Ob4BVozf3KY?t=3415</w:t>
      </w:r>
    </w:p>
    <w:p>
      <w:r>
        <w:rPr>
          <w:i/>
        </w:rPr>
        <w:t>“Why does Islam have harsh punishments like in Arab countries if it gives a message of peace? Please explain.”</w:t>
      </w:r>
    </w:p>
    <w:p>
      <w:r>
        <w:rPr>
          <w:sz w:val="20"/>
        </w:rPr>
        <w:t>56:55  y, to is ke baad halaat badle. ji, apa yeh ek sawal Amritsar se likha hai Rohit Kumar ji ne. unhone likha hai ke apa ji jo log poochte hain ke Islam agar shanti ka sandesh deta hai to itni sakht sazaein kyun hain jaise Arab mein karte hain?</w:t>
      </w:r>
      <w:r>
        <w:br/>
      </w:r>
      <w:r>
        <w:rPr>
          <w:sz w:val="20"/>
        </w:rPr>
        <w:t>57:15  is is ko bhi aap hamein samjhaiye. unko sakht sazaein jo hain is mein bhi bahut concession hota hai.</w:t>
      </w:r>
      <w:r>
        <w:br/>
      </w:r>
      <w:r>
        <w:rPr>
          <w:sz w:val="20"/>
        </w:rPr>
        <w:t>57:23  ab Arab log karte hain lekin profit to nahi karte the. to har waqt concession ko woh lete the. to sazaein kuch hain jo deterrent punishment jisko hum kehte hain.</w:t>
      </w:r>
      <w:r>
        <w:br/>
      </w:r>
      <w:r>
        <w:rPr>
          <w:sz w:val="20"/>
        </w:rPr>
        <w:t>57:35  ab dekhiye ke log itna darte hain wahan ki punishment se ke koi bhi jurm wahan nahi hota. ab kabhi bhi raat ke aadhi aadhi raat ko bhi auratein bahar nikal sakti hain.</w:t>
      </w:r>
      <w:r>
        <w:br/>
      </w:r>
      <w:r>
        <w:rPr>
          <w:sz w:val="20"/>
        </w:rPr>
        <w:t>57:46  koi cheez unki raaste mein gir jaati hai to woh gum nahi hoti.</w:t>
      </w:r>
      <w:r>
        <w:br/>
      </w:r>
      <w:r>
        <w:rPr>
          <w:sz w:val="20"/>
        </w:rPr>
        <w:t>57:50  kahin bhi ek baar Maulana haj karne gaye the to ek poora briefcase unke saath ek Arab gaye the, Sulaiman Al-Qaid. to poora briefcase jis mein saara paisa unka tha, woh Jeddah airport par bhool gaye.</w:t>
      </w:r>
      <w:r>
        <w:br/>
      </w:r>
      <w:r>
        <w:rPr>
          <w:sz w:val="20"/>
        </w:rPr>
        <w:t>58:03  woh bhool kar woh aage aah Mecca, Mecca aa gaye. to Mecca aaye ya Madina aa gaye. baad mein unhein yaad aaya ke paisa to hai hi nahi, woh to poora briefcase hi chhoot gaya.</w:t>
      </w:r>
      <w:r>
        <w:br/>
      </w:r>
      <w:r>
        <w:rPr>
          <w:sz w:val="20"/>
        </w:rPr>
        <w:t>58:15  foran woh wapas</w:t>
      </w:r>
      <w:r>
        <w:br/>
      </w:r>
      <w:r>
        <w:rPr>
          <w:sz w:val="20"/>
        </w:rPr>
        <w:t>58:16  gaye. woh baqayda briefcase intact, woh police ki custody mein rakha hua tha. to deterrent punishment ka yeh matlab nahi ke sab ke haath kate hue honge.</w:t>
      </w:r>
      <w:r>
        <w:br/>
      </w:r>
      <w:r>
        <w:rPr>
          <w:sz w:val="20"/>
        </w:rPr>
        <w:t>58:26  woh darane ke liye hai ke jurm nahi ho. ab yahan par jaise itna zyada jurm hota hai, itne zyada log maare jaate hain, kaate jaate hain. kisi ka haath kata hai, kisi ka paon kata hai.</w:t>
      </w:r>
      <w:r>
        <w:br/>
      </w:r>
      <w:r>
        <w:rPr>
          <w:sz w:val="20"/>
        </w:rPr>
        <w:t>58:37  ab wahan to kya hoga? agar ek ka haath paon kat jayega na to saare log dar ke maare seham jayenge aur jurm khatam ho jayega. to is ko hum deterrent punishment kehte hain.</w:t>
      </w:r>
      <w:r>
        <w:br/>
      </w:r>
      <w:r>
        <w:rPr>
          <w:sz w:val="20"/>
        </w:rPr>
        <w:t>58:47  aur Rasool Allah Sallallahu Alaihi Wasallam hamesha logon ko maaf kiya karte the</w:t>
      </w:r>
      <w:r>
        <w:br/>
      </w:r>
      <w:r>
        <w:rPr>
          <w:sz w:val="20"/>
        </w:rPr>
        <w:t>58:50  aur toba par zor dete the ke toba karein aur aindah is tarike ke gunah na karein. to is mein concessions bhi hain, khali punishment hi nahi hai.</w:t>
      </w:r>
      <w:r>
        <w:br/>
      </w:r>
      <w:r>
        <w:rPr>
          <w:sz w:val="20"/>
        </w:rPr>
        <w:t>59:00  woh kuch political bhi woh move hota hai, political purposes se bhi sazaein di jaati hain. to waise Islam mein maafi ke liye bahut zyada ganjayish hai.</w:t>
      </w:r>
      <w:r>
        <w:br/>
      </w:r>
      <w:r>
        <w:rPr>
          <w:sz w:val="20"/>
        </w:rPr>
        <w:t>59:12  ji, apa bahut sawal aur bhi hain lekin ab waqt ho chuka hai. aah, to main ek hi aakhri sawal lena chahunga</w:t>
      </w:r>
      <w:r>
        <w:br/>
      </w:r>
      <w:r>
        <w:rPr>
          <w:sz w:val="20"/>
        </w:rPr>
        <w:t>59:19  ga. aah, jo Miss Shagufta ne bheja hai Gwalior se, unhone likha hai ke raaye ki qurbani kaise dein?</w:t>
      </w:r>
      <w:r>
        <w:br/>
      </w:r>
      <w:r>
        <w:rPr>
          <w:sz w:val="20"/>
        </w:rPr>
        <w:t>59:28  aah, is ke bare mein aap batayein. hum ego ko khatam kar dein. asal to ego hai, hamara ego hurt ho jata hai.</w:t>
      </w:r>
      <w:r>
        <w:br/>
      </w:r>
      <w:r>
        <w:rPr>
          <w:sz w:val="20"/>
        </w:rPr>
        <w:t>59:38  ego ko khatam kar dein, soch lein ke bhai hamara ego kya? ego to asal Allah ka hai. Allah ne kaha hai ke kibriyai mera chadar hai, jo is ko chheene ga woh is ko main zaleel kar doonga.</w:t>
      </w:r>
      <w:r>
        <w:br/>
      </w:r>
      <w:r>
        <w:rPr>
          <w:sz w:val="20"/>
        </w:rPr>
        <w:t>59:50  to hamara ego kya? hum ko jo kuch bhi hai hamare paas woh Khuda ka diya hua hai. hamare paas to kuch hai hi nahi, hum to ek choti bhi paida nahi kar sakte.</w:t>
      </w:r>
      <w:r>
        <w:br/>
      </w:r>
      <w:r>
        <w:rPr>
          <w:sz w:val="20"/>
        </w:rPr>
        <w:t>59:58  to khuda jab chahta hai chheen leta hai. aap musalsal aap society mein dekhte hain, aaj kisi ke paas hai, kal nahi hai. to apna ego khatam karen, sochna padega, thinking process chalana padega.</w:t>
      </w:r>
      <w:r>
        <w:br/>
      </w:r>
      <w:r>
        <w:rPr>
          <w:sz w:val="20"/>
        </w:rPr>
        <w:t>1:00:10  ego khatam kar den to koi baat nahi, agar hamari baat nahi suni gayi to koi baat nahi. phir bhi hum mission mein lage rahenge ke mission to khuda ka mission hai na?</w:t>
      </w:r>
      <w:r>
        <w:br/>
      </w:r>
      <w:r>
        <w:rPr>
          <w:sz w:val="20"/>
        </w:rPr>
        <w:t>1:00:19  is is insan jis ne hamari baat nahi suni, is ka mission thori hai. mission to khuda</w:t>
      </w:r>
      <w:r>
        <w:br/>
      </w:r>
      <w:r>
        <w:rPr>
          <w:sz w:val="20"/>
        </w:rPr>
        <w:t>1:00:24  ka hai. to is liye hum is ko khuda ka mission samajh ke is mein lage rahenge. ji, jazak allah apaa. bohat achhe aap ne aaj jawab diye aur yeh aah bilkul directional aah aur poori wisdom ke sath bhare hue jawab the.</w:t>
      </w:r>
      <w:r>
        <w:br/>
      </w:r>
      <w:r>
        <w:rPr>
          <w:sz w:val="20"/>
        </w:rPr>
        <w:t>1:00:41  thank you so much for taking today session. we we'll end the session here and there are few comments that i have seen where people have expressed their interest to join cps international.</w:t>
      </w:r>
      <w:r>
        <w:br/>
      </w:r>
      <w:r>
        <w:rPr>
          <w:sz w:val="20"/>
        </w:rPr>
        <w:t>1:00:54  please write to info at cps global dot org and we will connect you with the local teams in your respective countries. aah, also if you want to become a quran distributor, then write with your details again in info at cps global dot org.</w:t>
      </w:r>
      <w:r>
        <w:br/>
      </w:r>
      <w:r>
        <w:rPr>
          <w:sz w:val="20"/>
        </w:rPr>
        <w:t>1:01:10  so we will end today session. we will be back next sunday at 10:30 am. thank you.</w:t>
      </w:r>
    </w:p>
    <w:p>
      <w:pPr>
        <w:pStyle w:val="Heading2"/>
      </w:pPr>
      <w:r>
        <w:t>How should the Head of State be selected?</w:t>
      </w:r>
    </w:p>
    <w:p>
      <w:r>
        <w:rPr>
          <w:color w:val="666666"/>
          <w:sz w:val="18"/>
        </w:rPr>
        <w:t>Society &amp; Dawah · Islam and Politics November 17, 2013 · 19m 11s · at 26:03 · https://youtu.be/LgKA8wg4NPc?t=1563</w:t>
      </w:r>
    </w:p>
    <w:p>
      <w:r>
        <w:rPr>
          <w:i/>
        </w:rPr>
        <w:t>“How should the Head of State be selected? There is nothing in the Quran and Hadith about how to elect or select the Head of State. Practically, the four Caliphs were all selected by different methods. For example, when Abu Bakr was selected, Madinah was like a town, not a city like Delhi. The people of Madinah, the Companions, gathered in Saqifah Bani Sa'idah, and even that was not all the people of Madinah.”</w:t>
      </w:r>
    </w:p>
    <w:p>
      <w:r>
        <w:rPr>
          <w:sz w:val="20"/>
        </w:rPr>
        <w:t>26:03  head of the state yaani sadar ya wazir-e-azam ya jo bhi lafz bolein aap head of the state ko kaise muntakhib kiya jaye yeh pehla sawal hai lekin aap dekhiye Quran o Hadees mein kuch bhi is ke bare mein nahi hai</w:t>
      </w:r>
      <w:r>
        <w:br/>
      </w:r>
      <w:r>
        <w:rPr>
          <w:sz w:val="20"/>
        </w:rPr>
        <w:t>26:21  yaani head of the state ko kaise aap elect karein kaise muntakhib karein is ke bare mein Quran o Hadees mein kuch bhi nahi ab practical taur par kya hai</w:t>
      </w:r>
      <w:r>
        <w:br/>
      </w:r>
      <w:r>
        <w:rPr>
          <w:sz w:val="20"/>
        </w:rPr>
        <w:t>26:31  jo char khulafa the charon alag alag tareeqe se muntakhib kiye gaye maslan dekhiye Hazrat Abu Bakr jo the to Madine mein us waqt Madina us waqt ek ek town jaisa tha koi dilli aisa shehar nahi tha woh ek town tha bas to Madine mein jo log the jo sahaba woh jama hue saqifa bani sa'ada mein woh bhi sare ahl-e-Madina nahi</w:t>
      </w:r>
      <w:r>
        <w:br/>
      </w:r>
      <w:r>
        <w:rPr>
          <w:sz w:val="20"/>
        </w:rPr>
        <w:t>27:01  woh jo jama hue the unhon ne ailan kar diya ke Rasool Allah ke baad ab Abu Bakr jo hain woh hamare Ameer-ul-Momineen hain</w:t>
      </w:r>
      <w:r>
        <w:br/>
      </w:r>
      <w:r>
        <w:rPr>
          <w:sz w:val="20"/>
        </w:rPr>
        <w:t>27:11  achha is ke baad Hazrat Umar ka mamla hai to pehle khalifa ne namzad kar diya ke mere baad Umar khalifa honge is tarah woh ban gaye</w:t>
      </w:r>
      <w:r>
        <w:br/>
      </w:r>
      <w:r>
        <w:rPr>
          <w:sz w:val="20"/>
        </w:rPr>
        <w:t>27:23  teesre khalifa jo the Hazrat Hazrat Usman un ka mamla yeh hua ke second khalifa ne ek board banaya tha chhe aadmiyon ka aur kaha gaya chhe aadmi jo jis ko bana de woh khalifa ho jayega</w:t>
      </w:r>
      <w:r>
        <w:br/>
      </w:r>
      <w:r>
        <w:rPr>
          <w:sz w:val="20"/>
        </w:rPr>
        <w:t>27:38  chauthe khalifa Hazrat Ali jo the woh to anarchy ki shakal thi wahan par</w:t>
      </w:r>
      <w:r>
        <w:br/>
      </w:r>
      <w:r>
        <w:rPr>
          <w:sz w:val="20"/>
        </w:rPr>
        <w:t>27:45  woh to bas aisi baat ho gaya niza' ki halat qaim thi chunancha Ali khalifa ho gaye tab bhi ladaiyan huin Ali se aur Muawiya se yaani khalifa un ko ailan kar diya ke Ali khalifa hain lekin Muawiya ne aur Banu Umayya ne un ka un ke revolt revolt kar diya</w:t>
      </w:r>
      <w:r>
        <w:br/>
      </w:r>
      <w:r>
        <w:rPr>
          <w:sz w:val="20"/>
        </w:rPr>
        <w:t>28:07  to charon ka char model to aap ghor kijiye ke jo system ka jo number one masla hai political system ka ke head of the state kaise banaya jaye wahi clear nahi hai na as a theory aur na as a practice to yeh dekhiye kami ki baat nahi aayi koi</w:t>
      </w:r>
      <w:r>
        <w:br/>
      </w:r>
      <w:r>
        <w:rPr>
          <w:sz w:val="20"/>
        </w:rPr>
        <w:t>28:32  yeh to Islam ki ek islaah hai ek contribution Islam ka ke kis tareeqe se ek abadi violence jo hai abadi niza' abadi takrao ko khatm kiya jaye yaani puri tareekh mein insan ladta raha hai ladta hai kis ke liye political power ko qabza karne ke liye har ek ke mind mein apna ek ek ek naqsha hai us ko implement karna hai us ko</w:t>
      </w:r>
      <w:r>
        <w:br/>
      </w:r>
      <w:r>
        <w:rPr>
          <w:sz w:val="20"/>
        </w:rPr>
        <w:t>29:02  to sari tareekh mein takrao takrao takrao jahan takrao hai wahan kya hai hate hai hate hai hate hai wahan normalcy nahi hai jab normalcy na ho halaat ma'adal na hon to kya hoga koi bhi constructive kaam achhe tareeqe se anjam nahi pa sakta</w:t>
      </w:r>
      <w:r>
        <w:br/>
      </w:r>
      <w:r>
        <w:rPr>
          <w:sz w:val="20"/>
        </w:rPr>
        <w:t>29:24  yaani jo values hain values mohabbat ki values kaise flush karengi jahan takrao ho jahan hate ho to Islam ne ek bahut hi yaani practical formula diya balki yahi ek hi formula hai jo practi</w:t>
      </w:r>
      <w:r>
        <w:br/>
      </w:r>
      <w:r>
        <w:rPr>
          <w:sz w:val="20"/>
        </w:rPr>
        <w:t>29:47  cally possible bole woh yeh hai ke apni zaat ke bare mein idealist aur kharji system ke mamle mein pragmatism</w:t>
      </w:r>
      <w:r>
        <w:br/>
      </w:r>
      <w:r>
        <w:rPr>
          <w:sz w:val="20"/>
        </w:rPr>
        <w:t>29:59  yaani zaati idealism aur ijtimai pragmatism ya status quoism</w:t>
      </w:r>
      <w:r>
        <w:br/>
      </w:r>
      <w:r>
        <w:rPr>
          <w:sz w:val="20"/>
        </w:rPr>
        <w:t>30:11  to kitna zabardast yeh islaah ki hai Islam ne</w:t>
      </w:r>
      <w:r>
        <w:br/>
      </w:r>
      <w:r>
        <w:rPr>
          <w:sz w:val="20"/>
        </w:rPr>
        <w:t>30:18  bahut hi zabardast islaah ki</w:t>
      </w:r>
      <w:r>
        <w:br/>
      </w:r>
      <w:r>
        <w:rPr>
          <w:sz w:val="20"/>
        </w:rPr>
        <w:t>30:22  yeh Islam mein koi kami ki baat nahi hai balki Islam ka yeh bahut hi bada contribution hai puri human history ke liye sare insano ke liye to yeh main yaani main pure aitmad se keh sakta hoon ke yeh mukammal Islam complete system ka nazariya jo hai yeh shaitan ki tazeen hai</w:t>
      </w:r>
      <w:r>
        <w:br/>
      </w:r>
      <w:r>
        <w:rPr>
          <w:sz w:val="20"/>
        </w:rPr>
        <w:t>30:46  is mein koi shaq nahi is mein koi shaq nahi acha dekhen is ka kya nuqsan hua do cheezon se musalman bilkul khali ho gaye mohabbat khondawandi aur dawat lilah kyunke jab aap heat karenge heat culture jahan aya wahan love culture chala gaya</w:t>
      </w:r>
      <w:r>
        <w:br/>
      </w:r>
      <w:r>
        <w:rPr>
          <w:sz w:val="20"/>
        </w:rPr>
        <w:t>31:15  sari dunya se aap heat kar rahe hain aap to love culture kahan se ayega jis dil mein nafrat hogi us dil mein mohabbat ikatha nahi ho sakti yeh bilkul yani psychological baat hai natural baat hai aur tajrube ki baat hai aur quran mein hai ke yahi baat quran mein in alfaz mein kahi gayi hai ke ke Allah ne ek seene mein do dil nahi banaye</w:t>
      </w:r>
      <w:r>
        <w:br/>
      </w:r>
      <w:r>
        <w:rPr>
          <w:sz w:val="20"/>
        </w:rPr>
        <w:t>31:44  maazallah min</w:t>
      </w:r>
      <w:r>
        <w:br/>
      </w:r>
      <w:r>
        <w:rPr>
          <w:sz w:val="20"/>
        </w:rPr>
        <w:t>31:51  qalbin fi jaufi to jahan jab aap nafrat bhar lenge apne seene mein sare insano ke liye nafrat kyunke aap ka system jo hai wo nahi wo qaim kar rahe hain to is bare mein mohabbat ilahi to khatam ho gayi aur phir doosron se aap nafrat karenge to dawat kahan dega unko dawat ki shart hai khair khwahi jab</w:t>
      </w:r>
      <w:r>
        <w:br/>
      </w:r>
      <w:r>
        <w:rPr>
          <w:sz w:val="20"/>
        </w:rPr>
        <w:t>32:14  insan se khair khwahi nahi to to dawat bhi nahi</w:t>
      </w:r>
      <w:r>
        <w:br/>
      </w:r>
      <w:r>
        <w:rPr>
          <w:sz w:val="20"/>
        </w:rPr>
        <w:t>32:20  insan se khair khwahi nahi dawat bhi nahi ab mein aap ko ek hadith sunata hoon jo bohat hi ba-mani hai agarche sharheen ne is ko ahmiyat ke sath samjha nahi ek hadith hai jo mukhtalif kitabon mein ayi hai aur mishkat mein is ka number hai 197</w:t>
      </w:r>
      <w:r>
        <w:br/>
      </w:r>
      <w:r>
        <w:rPr>
          <w:sz w:val="20"/>
        </w:rPr>
        <w:t>32:46  is ke alfaz yeh hain ke innalah farza faraiz fala tujhe yuha wahad hudoodan fala ta'tadwah</w:t>
      </w:r>
      <w:r>
        <w:br/>
      </w:r>
      <w:r>
        <w:rPr>
          <w:sz w:val="20"/>
        </w:rPr>
        <w:t>33:06  wahurrumatun fala tantakukooh</w:t>
      </w:r>
      <w:r>
        <w:br/>
      </w:r>
      <w:r>
        <w:rPr>
          <w:sz w:val="20"/>
        </w:rPr>
        <w:t>33:10  is ke baad farmaya ke wasakata in ashya min ghair nithani fala tuwasi mujhe isi aakhri tukre se</w:t>
      </w:r>
      <w:r>
        <w:br/>
      </w:r>
      <w:r>
        <w:rPr>
          <w:sz w:val="20"/>
        </w:rPr>
        <w:t>33:17  matlab hai yani is hadith mein bataya gaya hai ke ye ye allah taala ne ye bataya ye</w:t>
      </w:r>
      <w:r>
        <w:br/>
      </w:r>
      <w:r>
        <w:rPr>
          <w:sz w:val="20"/>
        </w:rPr>
        <w:t>33:23  bataya bataya is mein ye hai ke</w:t>
      </w:r>
      <w:r>
        <w:br/>
      </w:r>
      <w:r>
        <w:rPr>
          <w:sz w:val="20"/>
        </w:rPr>
        <w:t>33:27  allah kuch cheezon ke bare mein khamosh raha hai baghair bhule hue to tum us se behas mat</w:t>
      </w:r>
      <w:r>
        <w:br/>
      </w:r>
      <w:r>
        <w:rPr>
          <w:sz w:val="20"/>
        </w:rPr>
        <w:t>33:34  karo wasakata in ashya min ghair nithani fala tuwasi</w:t>
      </w:r>
      <w:r>
        <w:br/>
      </w:r>
      <w:r>
        <w:rPr>
          <w:sz w:val="20"/>
        </w:rPr>
        <w:t>33:43  na yani Allah ne tum ko hidayaten jo di hain jo talimat quran Allah ki taraf se ayi hain is mein kuch cheezen ghair mazkoor hain</w:t>
      </w:r>
      <w:r>
        <w:br/>
      </w:r>
      <w:r>
        <w:rPr>
          <w:sz w:val="20"/>
        </w:rPr>
        <w:t>33:56  to is ghair mazkoor ko behas kar ke apna waqt zaya na karo kyunke woh ghair mazkoor jo hain woh woh maqsood ke taur par wohi maqsood ilahi hai</w:t>
      </w:r>
      <w:r>
        <w:br/>
      </w:r>
      <w:r>
        <w:rPr>
          <w:sz w:val="20"/>
        </w:rPr>
        <w:t>34:10  wasakata ashya min ghair nithani fala tawsa'na yani Allah chup raha hai kuch cheezon ke bare mein baghair bhule hue to to woh behas mat karo ab aap sochiye is ke bare mein</w:t>
      </w:r>
      <w:r>
        <w:br/>
      </w:r>
      <w:r>
        <w:rPr>
          <w:sz w:val="20"/>
        </w:rPr>
        <w:t>34:25  to jin logon ne islam ka political interpretation diya jinhon ne islam ka mukammal nizam bataya jinhon ne is qism ke paise nikale woh yahi to kiya unhon ne ke Allah ne jin cheezon ko zikr nahi kiya tha jin ke bare mein woh sukoot ikhtiyar kiya tha us par behas kar rahe hain us par behas kar rahe hain us pe behas kar rahe hain bilkul literal taur par sahi yeh baat hai jo mein arz kar raha hoon</w:t>
      </w:r>
      <w:r>
        <w:br/>
      </w:r>
      <w:r>
        <w:rPr>
          <w:sz w:val="20"/>
        </w:rPr>
        <w:t>34:53  ke Allah ne quran jo quran utara aur rasool Allah ne jo is ki tashreeh ki dono ko le kar mein keh raha hoon is mein kahin bhi zikr nahi hai is baat ka ke islam mein hukoomat qaim karo islam mein qanoon nafiz karo</w:t>
      </w:r>
      <w:r>
        <w:br/>
      </w:r>
      <w:r>
        <w:rPr>
          <w:sz w:val="20"/>
        </w:rPr>
        <w:t>35:13  aqim dawlatul islam naffiz shariatul islam yeh alfaz kahan hain</w:t>
      </w:r>
      <w:r>
        <w:br/>
      </w:r>
      <w:r>
        <w:rPr>
          <w:sz w:val="20"/>
        </w:rPr>
        <w:t>35:19  yeh log jo batate hain is ke mutabiq to aise alfaz hone chahiye ke aqim dawlatul islam naffiz shariatul islam islam mein hukoomat qaim karo islam mein qanoon ko nafiz karo yeh to koi hai nahi sare quran mein na na hadith mein bhi nahi nahi hai to is ka matlab hai ke yeh woh hissa hai jahan Allah ne sukoot farmaya yeh bohat hi serious baat hai sochne ki</w:t>
      </w:r>
      <w:r>
        <w:br/>
      </w:r>
      <w:r>
        <w:rPr>
          <w:sz w:val="20"/>
        </w:rPr>
        <w:t>35:49  wasakata ashya min ghair nithani fala tawsa'na</w:t>
      </w:r>
      <w:r>
        <w:br/>
      </w:r>
      <w:r>
        <w:rPr>
          <w:sz w:val="20"/>
        </w:rPr>
        <w:t>35:53  to kya hai ke yeh yeh woh yeh woh maidan hai yeh woh daira hai jis mein Allah ne Allah ke peghambar ne sukoot ikhtiyar farmaya hai ab log is ko khud se is mein nikal nikal kar ke aur aise dawe kar rahe hain jis ka koi saboot quran o hadith mein nahi hai</w:t>
      </w:r>
      <w:r>
        <w:br/>
      </w:r>
      <w:r>
        <w:rPr>
          <w:sz w:val="20"/>
        </w:rPr>
        <w:t>36:20  to kitna bara yani jisarat tha ghaur kijiye kitni bari zimmedari apne sar le rahe hain woh log ke jis mamle mein Allah ne sukoot ikhtiyar farmaya hai us ko apni taraf se nikal nikal kar bayan kar rahe hain to sukoot jo tha kisi kami ki wajah se nahi tha</w:t>
      </w:r>
      <w:r>
        <w:br/>
      </w:r>
      <w:r>
        <w:rPr>
          <w:sz w:val="20"/>
        </w:rPr>
        <w:t>36:40  sukoot is liye tha ke agar is is mamle mein tum khud se koi addition karoge izafa karoge to kya hoga abadi ladai abadi nafrat ab wohi ho gaya is zamane mein musalman jo lad rahe hain is ki wahid wajah political interpretation hai</w:t>
      </w:r>
      <w:r>
        <w:br/>
      </w:r>
      <w:r>
        <w:rPr>
          <w:sz w:val="20"/>
        </w:rPr>
        <w:t>37:03  wahid wajah hai har jagah aap musalman lad rahe hain har jagah aap musalman lad rahe hain nahi lad rahe to kam az kam nafrat kar rahe hain</w:t>
      </w:r>
      <w:r>
        <w:br/>
      </w:r>
      <w:r>
        <w:rPr>
          <w:sz w:val="20"/>
        </w:rPr>
        <w:t>37:10  is ka ek hi sabab hai woh hai political interpretation of islam</w:t>
      </w:r>
      <w:r>
        <w:br/>
      </w:r>
      <w:r>
        <w:rPr>
          <w:sz w:val="20"/>
        </w:rPr>
        <w:t>37:19  arab arab dunya mein syed qutb is ke champion hain un ki aap tafsir padhiye fi zilal al quran woh isi qism ki baton se bhari hui hai lekin bayania andaaz khateebana andaaz mein koi is mein daleel daleel nahi hoti jo chahe padh le is ko</w:t>
      </w:r>
      <w:r>
        <w:br/>
      </w:r>
      <w:r>
        <w:rPr>
          <w:sz w:val="20"/>
        </w:rPr>
        <w:t>37:37  is kitab ko arabi mein bhi hai urdu mein bhi hai english mein bhi hai koi bhi shakhs padh ke mujhe bataye ke kahan unhon ne bataya hai ke daleel ke sath ke islam hukum deta hai ke hukoomat qaim karo qanoon nafiz karo daleel ke sath kahan bataya hai</w:t>
      </w:r>
      <w:r>
        <w:br/>
      </w:r>
      <w:r>
        <w:rPr>
          <w:sz w:val="20"/>
        </w:rPr>
        <w:t>38:00  aur jo logon ne is tarah kitaben likhi hain is mozu par sab ka hal yeh hai ke bayania andaaz mein kitaben hain un ki</w:t>
      </w:r>
      <w:r>
        <w:br/>
      </w:r>
      <w:r>
        <w:rPr>
          <w:sz w:val="20"/>
        </w:rPr>
        <w:t>38:07  daleel ke sath nahi hain to Allah taala ke sukoot bohat hi meaningful tha yeh mein kehna chahta hoon</w:t>
      </w:r>
      <w:r>
        <w:br/>
      </w:r>
      <w:r>
        <w:rPr>
          <w:sz w:val="20"/>
        </w:rPr>
        <w:t>38:18  allah ta'ala ka yeh sukoot jo tha bohat meaning full tha ke is ne fard ke liye to sab kuch bata diya ijtima ke liye sirf kuch isharay hain bas aur kuch is se ziyada kuch nahi hai</w:t>
      </w:r>
      <w:r>
        <w:br/>
      </w:r>
      <w:r>
        <w:rPr>
          <w:sz w:val="20"/>
        </w:rPr>
        <w:t>38:31  kyun ke fard jo hai jis ko allah ta'ala ne fard ke liye jo kuch bataya hai is ke liye to mein apne kamray mein is ka amal karun to koi problem nahi woh ek no problem islam hai fard ke liye jo islam hai woh ek no problem islam hai</w:t>
      </w:r>
      <w:r>
        <w:br/>
      </w:r>
      <w:r>
        <w:rPr>
          <w:sz w:val="20"/>
        </w:rPr>
        <w:t>38:49  fard ke liye jo islam ki taleemat hain is ke lehaz se ap dekhiye to islam ek no problem religion hai no problem religion hai</w:t>
      </w:r>
      <w:r>
        <w:br/>
      </w:r>
      <w:r>
        <w:rPr>
          <w:sz w:val="20"/>
        </w:rPr>
        <w:t>38:58  lekin jaise hi ap kahain ge ke ek mukammal system hai hamein har jagah islam mein hukoomat qaim karna hai to full for islam ek problem religion ban jata hai problem religion aur phir ladiye ladiye ladiye nafrat kijiye nafrat kijiye nafrat kijiye tashaddud kijiye tashaddud kijiye aur kuch na banaye to aakhir mein suicide bombing kijiye</w:t>
      </w:r>
      <w:r>
        <w:br/>
      </w:r>
      <w:r>
        <w:rPr>
          <w:sz w:val="20"/>
        </w:rPr>
        <w:t>39:25  to kitni bari bhool hai jis mein sari ummat e muslema mubtala hai sari ki sari ummat e muslema agar ap ka khayal ho ke nahi mubtala to mujhe naam bataiye us kitab bataiye woh kitab kon si hai jo sabit karti hai ke log is bhool mein mubtala nahi hain</w:t>
      </w:r>
      <w:r>
        <w:br/>
      </w:r>
      <w:r>
        <w:rPr>
          <w:sz w:val="20"/>
        </w:rPr>
        <w:t>39:48  printing press ka zamanay aya isi zamanay mein yeh fitna phaila phaila hai printing press ke zamanay mein</w:t>
      </w:r>
      <w:r>
        <w:br/>
      </w:r>
      <w:r>
        <w:rPr>
          <w:sz w:val="20"/>
        </w:rPr>
        <w:t>39:58  printing press allah ta'ala ne paida kiya tha ta ke hum islam ka ta'amiri kaam karein marifat par kitabein likhein allah ki mohabbat aur khauf par kitabein likhein dawat ke mozu par kitabein likhein lekin kitabein log likh dali kya isi tarah jhagray walay mozu par</w:t>
      </w:r>
      <w:r>
        <w:br/>
      </w:r>
      <w:r>
        <w:rPr>
          <w:sz w:val="20"/>
        </w:rPr>
        <w:t>40:19  to printing press ek fitna ban gaya bohat hi ajeeb baat hai</w:t>
      </w:r>
      <w:r>
        <w:br/>
      </w:r>
      <w:r>
        <w:rPr>
          <w:sz w:val="20"/>
        </w:rPr>
        <w:t>40:29  to yeh baat jo mein kar raha hoon yeh shikayat ke liye nahi balkay ap log jo is mission mein juri hui hain woh samjhein ke un ka kya karna hai un ko kya zimmedari un ki hai is ko samajhne ke liye</w:t>
      </w:r>
      <w:r>
        <w:br/>
      </w:r>
      <w:r>
        <w:rPr>
          <w:sz w:val="20"/>
        </w:rPr>
        <w:t>40:49  ke ummat ek dadal mein phansi hui hai is se hamein nikalna hai to ye baat mein kisi</w:t>
      </w:r>
      <w:r>
        <w:br/>
      </w:r>
      <w:r>
        <w:rPr>
          <w:sz w:val="20"/>
        </w:rPr>
        <w:t>40:53  tanqeed ke taur par keh raha hoon na shikayat ke taur par balkeh ap ko ap ki zimme</w:t>
      </w:r>
      <w:r>
        <w:br/>
      </w:r>
      <w:r>
        <w:rPr>
          <w:sz w:val="20"/>
        </w:rPr>
        <w:t>40:59  dari yaad dilane ke liye keh raha hoon</w:t>
      </w:r>
      <w:r>
        <w:br/>
      </w:r>
      <w:r>
        <w:rPr>
          <w:sz w:val="20"/>
        </w:rPr>
        <w:t>41:03  kaam ka nature kya hai is ko batane ke liye keh raha hoon</w:t>
      </w:r>
      <w:r>
        <w:br/>
      </w:r>
      <w:r>
        <w:rPr>
          <w:sz w:val="20"/>
        </w:rPr>
        <w:t>41:08  ummat e muslima ke islah ka jo</w:t>
      </w:r>
      <w:r>
        <w:br/>
      </w:r>
      <w:r>
        <w:rPr>
          <w:sz w:val="20"/>
        </w:rPr>
        <w:t>41:13  starting point hai is ko wazeh karne ke liye keh raha hoon</w:t>
      </w:r>
      <w:r>
        <w:br/>
      </w:r>
      <w:r>
        <w:rPr>
          <w:sz w:val="20"/>
        </w:rPr>
        <w:t>41:21  to hum sab ka yeh farz hai ke hum</w:t>
      </w:r>
      <w:r>
        <w:br/>
      </w:r>
      <w:r>
        <w:rPr>
          <w:sz w:val="20"/>
        </w:rPr>
        <w:t>41:26  is mamlay mein jo poori dunya ke musalmanon mein jo ek ek ek ek ek ghalat zehan ban gaya hai aur is ghalat zehan ne musalmanon ko mehroom kar diya hai positive thinking se mohabbat insani se dawat e allah se creative thinking se har cheez se mehroom kar diya hai</w:t>
      </w:r>
      <w:r>
        <w:br/>
      </w:r>
      <w:r>
        <w:rPr>
          <w:sz w:val="20"/>
        </w:rPr>
        <w:t>41:51  ab musalman sirf kha kama rahe hain bas khane kamane ke siwa woh kahin dikhai nahi dete woh</w:t>
      </w:r>
      <w:r>
        <w:br/>
      </w:r>
      <w:r>
        <w:rPr>
          <w:sz w:val="20"/>
        </w:rPr>
        <w:t>42:01  yani is zamanay mein jo mawaqe mile hain khane kamane ke ghar banao ghar khareedo aur beton ko parhao isi mein nazar aate hain mus</w:t>
      </w:r>
      <w:r>
        <w:br/>
      </w:r>
      <w:r>
        <w:rPr>
          <w:sz w:val="20"/>
        </w:rPr>
        <w:t>42:09  alman baqi jo maidan hai marifat ka aur dawat e allah ka aur</w:t>
      </w:r>
      <w:r>
        <w:br/>
      </w:r>
      <w:r>
        <w:rPr>
          <w:sz w:val="20"/>
        </w:rPr>
        <w:t>42:21  education ka is mein dikhai nahi dete woh kyun isi isi ki wajah se</w:t>
      </w:r>
      <w:r>
        <w:br/>
      </w:r>
      <w:r>
        <w:rPr>
          <w:sz w:val="20"/>
        </w:rPr>
        <w:t>42:32  to yeh bohat ziyada sochne wali baat hai</w:t>
      </w:r>
      <w:r>
        <w:br/>
      </w:r>
      <w:r>
        <w:rPr>
          <w:sz w:val="20"/>
        </w:rPr>
        <w:t>42:38  bohat ziyada sochne wali baat hai</w:t>
      </w:r>
      <w:r>
        <w:br/>
      </w:r>
      <w:r>
        <w:rPr>
          <w:sz w:val="20"/>
        </w:rPr>
        <w:t>42:44  mein kahoon ke yeh jar ki baat hai</w:t>
      </w:r>
      <w:r>
        <w:br/>
      </w:r>
      <w:r>
        <w:rPr>
          <w:sz w:val="20"/>
        </w:rPr>
        <w:t>42:49  to meri dua hai ke allah ta'ala mujh ko aur ap ko tofeeq de ke hum deen ko is ki asal rooh ke sath samjhein aur phir is ko dunya walon tak pohnchayein khud samajhna aur doosron ko batana</w:t>
      </w:r>
      <w:r>
        <w:br/>
      </w:r>
      <w:r>
        <w:rPr>
          <w:sz w:val="20"/>
        </w:rPr>
        <w:t>43:11  yeh hamara mission hai lekin allah ki tofeeq ke baghair aadmi na to baat ko samajhta aur na is ko follow kar sakta baat ko samajhna bhi allah ki tofeeq is ke liye chahiye aur is par amal karna is par bhi allah ki tofeeq chahiye</w:t>
      </w:r>
      <w:r>
        <w:br/>
      </w:r>
      <w:r>
        <w:rPr>
          <w:sz w:val="20"/>
        </w:rPr>
        <w:t>43:33  to mein apne liye aur ap ke liye yeh dua karta hoon ke allah ta'ala mujh ko aur ap ko yeh tofeeq de ta ke hum</w:t>
      </w:r>
      <w:r>
        <w:br/>
      </w:r>
      <w:r>
        <w:rPr>
          <w:sz w:val="20"/>
        </w:rPr>
        <w:t>43:46  allah ke haan pohanchayen kyun ke beharhaal maut ani hai aur allah ka samna pesh ana hai</w:t>
      </w:r>
      <w:r>
        <w:br/>
      </w:r>
      <w:r>
        <w:rPr>
          <w:sz w:val="20"/>
        </w:rPr>
        <w:t>43:57  to is waqt hum allah ke woh bande qarar payein jin ke liye allah jannat ka faisla farmaye yeh hai hamara goal yeh hamara nishana</w:t>
      </w:r>
      <w:r>
        <w:br/>
      </w:r>
      <w:r>
        <w:rPr>
          <w:sz w:val="20"/>
        </w:rPr>
        <w:t>44:15  to isi ke liye mein dua karta hoon apne liye bhi isi liye dua karta hoon ap ke liye bhi</w:t>
      </w:r>
      <w:r>
        <w:br/>
      </w:r>
      <w:r>
        <w:rPr>
          <w:sz w:val="20"/>
        </w:rPr>
        <w:t>44:23  wahi kamyab hai haqeeqat mein jis aitbar se kamyab hua aur wahi nakam hai jo is aitbar se nakam hua</w:t>
      </w:r>
      <w:r>
        <w:br/>
      </w:r>
      <w:r>
        <w:rPr>
          <w:sz w:val="20"/>
        </w:rPr>
        <w:t>44:37  yahi yani isi ka naam hai islami zindagi isi ka naam hai sirat e mustaqeem aur baghair allah ki tofeeq se ye cheez kisi ko hasil nahi ho sakti</w:t>
      </w:r>
      <w:r>
        <w:br/>
      </w:r>
      <w:r>
        <w:rPr>
          <w:sz w:val="20"/>
        </w:rPr>
        <w:t>44:55  aqool qawli haza wastaghfirullaha li walakum ajmaeen</w:t>
      </w:r>
    </w:p>
    <w:p>
      <w:pPr>
        <w:pStyle w:val="Heading2"/>
      </w:pPr>
      <w:r>
        <w:t>How to Explain Complete Peace to Border Pathans</w:t>
      </w:r>
    </w:p>
    <w:p>
      <w:r>
        <w:rPr>
          <w:color w:val="666666"/>
          <w:sz w:val="18"/>
        </w:rPr>
        <w:t>Society &amp; Dawah · Q&amp;A 20 Nov 2011 Maulana Wahiduddin Khan · 6m 27s · at 31:54 · https://youtu.be/7sNDn8Y6jUc?t=1914</w:t>
      </w:r>
    </w:p>
    <w:p>
      <w:r>
        <w:rPr>
          <w:i/>
        </w:rPr>
        <w:t>“Since Islam is for everyone and takes everyone into consideration, how can we explain the message of complete peace to the border Pathans or people of their temperament? The Quran also makes allowance for them, saying an eye for an eye, a hand for a hand, etc., but if you forgo retaliation and forgive, it is better if you know. What is the reason for their temperament—is it because they are Pathans, border Pathans, or people of similar temperament?”</w:t>
      </w:r>
    </w:p>
    <w:p>
      <w:r>
        <w:rPr>
          <w:sz w:val="20"/>
        </w:rPr>
        <w:t>31:54  maulana agla sawal kya hai mister shakeel ahmed ne dilli se. unhon ne likha hai. jaisa ke islam sab ke liye hai aur is mein sabhi ki riayat ki gayi hai to hum sarhadi pathan ya un ke mizaj ke logon ko mukammal peace ki baat kaise samjhayein?</w:t>
      </w:r>
      <w:r>
        <w:br/>
      </w:r>
      <w:r>
        <w:rPr>
          <w:sz w:val="20"/>
        </w:rPr>
        <w:t>32:14  jabke quran mein bhi un ki riayat ki gayi hai ke aankh ka badla aankh, hath ka badla hath wagera lekin zulm na ho aur maaf kar do to behtar hai agar tum jante ho.</w:t>
      </w:r>
      <w:r>
        <w:br/>
      </w:r>
      <w:r>
        <w:rPr>
          <w:sz w:val="20"/>
        </w:rPr>
        <w:t>32:31  kis ki wajah se? pathan? pathan sarhadi pathan ya un ke jaise mizaj ke log? dekhein yeh jo pathan log hain afghani log hain yeh asal mein mamla hai ke woh tribal culture par hain.</w:t>
      </w:r>
      <w:r>
        <w:br/>
      </w:r>
      <w:r>
        <w:rPr>
          <w:sz w:val="20"/>
        </w:rPr>
        <w:t>32:45  tribal culture mein sab se bari cheez hoti thi revenge inteqam.</w:t>
      </w:r>
      <w:r>
        <w:br/>
      </w:r>
      <w:r>
        <w:rPr>
          <w:sz w:val="20"/>
        </w:rPr>
        <w:t>32:50  yeh jo in ka aap dekhte hain maar dhaad woh is ka talluq islam se nahi hai. woh jehad ka naam lein tab bhi islam se nahi hai. woh hai tribal culture.</w:t>
      </w:r>
      <w:r>
        <w:br/>
      </w:r>
      <w:r>
        <w:rPr>
          <w:sz w:val="20"/>
        </w:rPr>
        <w:t>32:59  tribal culture mein kya hota tha? inteqam sab se bari cheez in ke haan hai. main jab afghanistan gaya tha</w:t>
      </w:r>
      <w:r>
        <w:br/>
      </w:r>
      <w:r>
        <w:rPr>
          <w:sz w:val="20"/>
        </w:rPr>
        <w:t>33:08  to ek naujawan se poocha maine tum kya karte ho? to us ne kaha ke main meri maan mujh ko school bhejti hai parhne ke liye.</w:t>
      </w:r>
      <w:r>
        <w:br/>
      </w:r>
      <w:r>
        <w:rPr>
          <w:sz w:val="20"/>
        </w:rPr>
        <w:t>33:18  phir khud hi kehta hai ke mujhe parhna parhna nahi hai. mujhe to aap ne dada ya kaha tha baap kaha tha is ka badla lena hai.</w:t>
      </w:r>
      <w:r>
        <w:br/>
      </w:r>
      <w:r>
        <w:rPr>
          <w:sz w:val="20"/>
        </w:rPr>
        <w:t>33:28  us ke dada ya baap ko kisi ne maar dala tha. to bas us ke zehan mein sab se bari cheez parhna nahi hai. is ka inteqam jab tak na le woh is ka yaani mamle ka pakka nahi hoga.</w:t>
      </w:r>
      <w:r>
        <w:br/>
      </w:r>
      <w:r>
        <w:rPr>
          <w:sz w:val="20"/>
        </w:rPr>
        <w:t>33:44  to yeh sirf arbon mein yahi tha. yaani arbon mein bhi ladai bhadai hoti rehti thi inteqam ki wajah se.</w:t>
      </w:r>
      <w:r>
        <w:br/>
      </w:r>
      <w:r>
        <w:rPr>
          <w:sz w:val="20"/>
        </w:rPr>
        <w:t>33:51  to tribal culture mein har jagah jahan bhi tribal culture hai wahan par sab se bari cheez hoti hai revenge inteqam. is ka talluq islam se kuch bhi nahi hai.</w:t>
      </w:r>
      <w:r>
        <w:br/>
      </w:r>
      <w:r>
        <w:rPr>
          <w:sz w:val="20"/>
        </w:rPr>
        <w:t>34:01  woh jehad ka naam lete hain tab bhi woh inteqami hai woh jehad nahi hai. to is ki wajah kya hai? is ki taleem nahi hui.</w:t>
      </w:r>
      <w:r>
        <w:br/>
      </w:r>
      <w:r>
        <w:rPr>
          <w:sz w:val="20"/>
        </w:rPr>
        <w:t>34:09  jahan jahan taleem hui hai. main khud bhi ek afghani hoon. wohin se hamare baap dada aaye the. lekin taleem ne mere zehan mein badal diya.</w:t>
      </w:r>
      <w:r>
        <w:br/>
      </w:r>
      <w:r>
        <w:rPr>
          <w:sz w:val="20"/>
        </w:rPr>
        <w:t>34:19  asal cheez jo zarurat hai in in logo mein woh yeh hai ke khoob taleem phailai jaye. khoob taleem phailai jaye.</w:t>
      </w:r>
      <w:r>
        <w:br/>
      </w:r>
      <w:r>
        <w:rPr>
          <w:sz w:val="20"/>
        </w:rPr>
        <w:t>34:26  taake qadeem riwayat jo hain woh khatm ho jayein aur naye tarz par sochna unko aa jaye. aur koi hal nahi hai. siwaye taleem ke aur koi hal nahi hai wahan par.</w:t>
      </w:r>
      <w:r>
        <w:br/>
      </w:r>
      <w:r>
        <w:rPr>
          <w:sz w:val="20"/>
        </w:rPr>
        <w:t>34:40  maulana faizuddin umri ne karnataka se likha hai. aap ne farmaya tha ke jo log sachai ko sirf kisi insan ke batane se maan lein woh sachai ko underestimate karte hain.</w:t>
      </w:r>
      <w:r>
        <w:br/>
      </w:r>
      <w:r>
        <w:rPr>
          <w:sz w:val="20"/>
        </w:rPr>
        <w:t>34:56  sachai ko sirf is insan ne jana jis ne use us ko self discovery ke level par daryaft kiya. is baat ko aap wazeh farmayein.</w:t>
      </w:r>
      <w:r>
        <w:br/>
      </w:r>
      <w:r>
        <w:rPr>
          <w:sz w:val="20"/>
        </w:rPr>
        <w:t>35:07  dekhein yeh aala mayar hai. har cheez mein do mayar hote hain. ek aala ek secondary. toh aala mayar toh yahi hai.</w:t>
      </w:r>
      <w:r>
        <w:br/>
      </w:r>
      <w:r>
        <w:rPr>
          <w:sz w:val="20"/>
        </w:rPr>
        <w:t>35:16  lekin har aadmi yeh nahi kar sakta aisa. is wajah se main manta hoon ke kisi ko jis koi aalim jis par us ko bharosa ho us ki baat ko maan le woh.</w:t>
      </w:r>
      <w:r>
        <w:br/>
      </w:r>
      <w:r>
        <w:rPr>
          <w:sz w:val="20"/>
        </w:rPr>
        <w:t>35:30  toh ek hai woh iman jo self discovery discovery pe khada ho yani khud daryaft kardah iman.</w:t>
      </w:r>
      <w:r>
        <w:br/>
      </w:r>
      <w:r>
        <w:rPr>
          <w:sz w:val="20"/>
        </w:rPr>
        <w:t>35:40  lekin yeh aala mayar hai sab log yahan tak nahi pahunch sakte. aam logo ke liye main kehta hoon ke un ke liye taqleed hai. yani kisi aalim ko pakad lein jis par un ko bharosa ho woh jo kahe woh karein.</w:t>
      </w:r>
      <w:r>
        <w:br/>
      </w:r>
      <w:r>
        <w:rPr>
          <w:sz w:val="20"/>
        </w:rPr>
        <w:t>35:52  bas.</w:t>
      </w:r>
      <w:r>
        <w:br/>
      </w:r>
      <w:r>
        <w:rPr>
          <w:sz w:val="20"/>
        </w:rPr>
        <w:t>35:57  mister abdul rasheed ne dilli se likha hai. maujooda zamane ke musalmanon ke andar shaoori iman nahi hai.</w:t>
      </w:r>
      <w:r>
        <w:br/>
      </w:r>
      <w:r>
        <w:rPr>
          <w:sz w:val="20"/>
        </w:rPr>
        <w:t>36:07  isi tarah hindu bhaiyon ke andar bhi shaoori maujood nahi. shaoor maujood nahi. aisi halat mein dono qomon ke beech dawat ka asarangez kaam kaise kiya jaye?</w:t>
      </w:r>
      <w:r>
        <w:br/>
      </w:r>
      <w:r>
        <w:rPr>
          <w:sz w:val="20"/>
        </w:rPr>
        <w:t>36:21  ek hi hai ke shor paida kijiye. un ke andar bhi un ke andar bhi.</w:t>
      </w:r>
      <w:r>
        <w:br/>
      </w:r>
      <w:r>
        <w:rPr>
          <w:sz w:val="20"/>
        </w:rPr>
        <w:t>36:29  is mein toh koi do tarah ka nahi hoga.</w:t>
      </w:r>
      <w:r>
        <w:br/>
      </w:r>
      <w:r>
        <w:rPr>
          <w:sz w:val="20"/>
        </w:rPr>
        <w:t>36:37  main jahan tak samjha hai asal cheez jo baat janne ki hai yaad rakhiye woh hai creation plan of god.</w:t>
      </w:r>
      <w:r>
        <w:br/>
      </w:r>
      <w:r>
        <w:rPr>
          <w:sz w:val="20"/>
        </w:rPr>
        <w:t>36:47  asal cheez yeh hai. aaj hi subah main soch raha tha ke</w:t>
      </w:r>
      <w:r>
        <w:br/>
      </w:r>
      <w:r>
        <w:rPr>
          <w:sz w:val="20"/>
        </w:rPr>
        <w:t>36:53  rozana log paida hote hain rozana mar jate hain. toh maut ke baad kya pesh aane wala hai us se bilkul bekhabar.</w:t>
      </w:r>
      <w:r>
        <w:br/>
      </w:r>
      <w:r>
        <w:rPr>
          <w:sz w:val="20"/>
        </w:rPr>
        <w:t>37:03  duniya mein samajhte hain jab tak zinda hain woh ke kamayo ghar banao family</w:t>
      </w:r>
      <w:r>
        <w:br/>
      </w:r>
      <w:r>
        <w:rPr>
          <w:sz w:val="20"/>
        </w:rPr>
        <w:t>37:10  ko khush karo wagera. lekin marte hi achaanak ek nayi surat-e-haal. us se bilkul bekhabar hain log. aap kahin bhi jaiye na maut ka charcha hai na akhirat ka charcha hai na hashar ka charcha hai na allah ke samne accountability ka charcha hai.</w:t>
      </w:r>
      <w:r>
        <w:br/>
      </w:r>
      <w:r>
        <w:rPr>
          <w:sz w:val="20"/>
        </w:rPr>
        <w:t>37:27  toh asal masla yeh hai chahe hindu ho ya musalman.</w:t>
      </w:r>
      <w:r>
        <w:br/>
      </w:r>
      <w:r>
        <w:rPr>
          <w:sz w:val="20"/>
        </w:rPr>
        <w:t>37:31  musalman bhi jo bazahir deendar aap samajhte hain jin ko woh bhi un ka wahi deendari hai. form ki ho form wali. dekhein deendari woh hai jahan insan ke andar allah ki azmat ho.</w:t>
      </w:r>
      <w:r>
        <w:br/>
      </w:r>
      <w:r>
        <w:rPr>
          <w:sz w:val="20"/>
        </w:rPr>
        <w:t>37:47  allah ka khauf ho. allah se mohabbat ho. allah ki pakad ka andesha ho. nahi toh koi deendari kuch bhi nahi. deendari kisi waza qata ka naam nahi hai.</w:t>
      </w:r>
      <w:r>
        <w:br/>
      </w:r>
      <w:r>
        <w:rPr>
          <w:sz w:val="20"/>
        </w:rPr>
        <w:t>37:57  kisi ritual ka naam nahi hai. deendari kisi form ka naam nahi hai. deendari taalluq billah ka naam hai. toh woh hindu musalman ke aitbar se na dekhiye insan ke aitbar se dekhiye aap.</w:t>
      </w:r>
      <w:r>
        <w:br/>
      </w:r>
      <w:r>
        <w:rPr>
          <w:sz w:val="20"/>
        </w:rPr>
        <w:t>38:10  ke woh insan kis kis tarah ki zindagi guzar raha hai woh. insan ke aitbar se insano ko dekhiye na ke hindu muslim ke aitbar se.</w:t>
      </w:r>
    </w:p>
    <w:p>
      <w:pPr>
        <w:pStyle w:val="Heading2"/>
      </w:pPr>
      <w:r>
        <w:t>How to make people understand political power's purpose?</w:t>
      </w:r>
    </w:p>
    <w:p>
      <w:r>
        <w:rPr>
          <w:color w:val="666666"/>
          <w:sz w:val="18"/>
        </w:rPr>
        <w:t>Society &amp; Dawah · The Importance of the Quran May 15, 2016 Maulana Wahiduddin Khan · 5m 12s · at 56:23 · https://youtu.be/9a-OOUR_bLg?t=3383</w:t>
      </w:r>
    </w:p>
    <w:p>
      <w:r>
        <w:rPr>
          <w:i/>
        </w:rPr>
        <w:t>“Maulana, you said political power is for stability. How can people be made to understand this? Please give us your guidance.”</w:t>
      </w:r>
    </w:p>
    <w:p>
      <w:r>
        <w:rPr>
          <w:sz w:val="20"/>
        </w:rPr>
        <w:t>56:23  Maulana, agla sawal Dilli se kiya hai Miss Naghma Siddiqui ne aur unhone likha hai: "Maulana, you said political power is for stability.</w:t>
      </w:r>
      <w:r>
        <w:br/>
      </w:r>
      <w:r>
        <w:rPr>
          <w:sz w:val="20"/>
        </w:rPr>
        <w:t>56:35  How can people be made to understand this?</w:t>
      </w:r>
      <w:r>
        <w:br/>
      </w:r>
      <w:r>
        <w:rPr>
          <w:sz w:val="20"/>
        </w:rPr>
        <w:t>56:39  pliz giv as yor gaidans." dekhein, quran mein kahin bhi yeh nahi hai ke iqam daulat al-islam nafi shariat al-islamiyah kahin nahi hai.</w:t>
      </w:r>
      <w:r>
        <w:br/>
      </w:r>
      <w:r>
        <w:rPr>
          <w:sz w:val="20"/>
        </w:rPr>
        <w:t>56:54  yani ke is ke baad jo lafz hai, woh tamkeen ka lafz hai: "alladhina makkanna fi al-ard." to islam mein hukoomat ka purpose tamkeen hai, yani stebiliti.</w:t>
      </w:r>
      <w:r>
        <w:br/>
      </w:r>
      <w:r>
        <w:rPr>
          <w:sz w:val="20"/>
        </w:rPr>
        <w:t>57:09  naafiz nizam ka naafiz karna yeh hai hi nahi. kyun? asal jo kaam hai, woh dawat Allah ka kaam, islaahi akhlaq, social islaah, akhlaqi islaah aur literature zamane ke mutabiq literature tayyar karna.</w:t>
      </w:r>
      <w:r>
        <w:br/>
      </w:r>
      <w:r>
        <w:rPr>
          <w:sz w:val="20"/>
        </w:rPr>
        <w:t>57:29  jo asal kaam hai, is ke liye sirf stebiliti chahiye, hamein pis chahiye. baqi jo log bana rakha hai, us ko agar aap asal banayenge to raaj ho raha hoga.</w:t>
      </w:r>
      <w:r>
        <w:br/>
      </w:r>
      <w:r>
        <w:rPr>
          <w:sz w:val="20"/>
        </w:rPr>
        <w:t>57:40  is ki misaal misr hai ke misr mein unhone banaya yeh ke justice qaim karna. justice party banayi unhone to 60 saal se lad rahe hain, bas lad rahe hain, lad rahe hain, kuch bhi, kuch bhi nahi hua.</w:t>
      </w:r>
      <w:r>
        <w:br/>
      </w:r>
      <w:r>
        <w:rPr>
          <w:sz w:val="20"/>
        </w:rPr>
        <w:t>57:54  jabke misr mein dunya ki bohat zyada tadad aati thi, aati hai touriston ki.</w:t>
      </w:r>
      <w:r>
        <w:br/>
      </w:r>
      <w:r>
        <w:rPr>
          <w:sz w:val="20"/>
        </w:rPr>
        <w:t>58:03  yeh tourist jo hai, saare ke saare muaddal mad'u hain hamare liye. itna bara chance kho kho diya unhone 60 saal mein kyunke unko islam pahuncha nahi hai.</w:t>
      </w:r>
      <w:r>
        <w:br/>
      </w:r>
      <w:r>
        <w:rPr>
          <w:sz w:val="20"/>
        </w:rPr>
        <w:t>58:14  bhai, lar rahe hain jo hukumat aati hai, usay larte hain ke justice qaim karo.</w:t>
      </w:r>
      <w:r>
        <w:br/>
      </w:r>
      <w:r>
        <w:rPr>
          <w:sz w:val="20"/>
        </w:rPr>
        <w:t>58:23  is liye goal jo hai, wahi rahega jis se jo jo quran mein hai, yani taqeen, stability, is ki bane, is ko bane, is ki sharait sharah karti hui kaha ke stability se sare islam ke kaam anjam paate hain.</w:t>
      </w:r>
      <w:r>
        <w:br/>
      </w:r>
      <w:r>
        <w:rPr>
          <w:sz w:val="20"/>
        </w:rPr>
        <w:t>58:41  yeh taleem hai, dawat hai, jo islam ka asal kaam hai, yani spirit ka revival hai, woh sab ke liye stability chahiye.</w:t>
      </w:r>
      <w:r>
        <w:br/>
      </w:r>
      <w:r>
        <w:rPr>
          <w:sz w:val="20"/>
        </w:rPr>
        <w:t>58:55  stability se aati hai peace aur peace se sari opportunities khulti hain.</w:t>
      </w:r>
      <w:r>
        <w:br/>
      </w:r>
      <w:r>
        <w:rPr>
          <w:sz w:val="20"/>
        </w:rPr>
        <w:t>59:04  maulana, agla ek comment parhna chahenge jo miss farhana tahir sahibah ne bheja hai USA se aur unhon ne likha hai ke aap ne pichle lecture mein bilkul sahi kaha tha ke muslims agar tashaddud na karein to muslims bilkul azaad hain.</w:t>
      </w:r>
      <w:r>
        <w:br/>
      </w:r>
      <w:r>
        <w:rPr>
          <w:sz w:val="20"/>
        </w:rPr>
        <w:t>59:24  western log bohat achhe hain. nine eleven ke baad kuch waqeat hue musalman ke khilaaf lekin mostly jo log yahan par hain, woh achhe hain.</w:t>
      </w:r>
      <w:r>
        <w:br/>
      </w:r>
      <w:r>
        <w:rPr>
          <w:sz w:val="20"/>
        </w:rPr>
        <w:t>59:36  main hamesha apne husband se kehti hoon ke sab ko muskara kar greet karo. as we are ambassadors of islam, we should think positively and love them so that we can convey the message of islam to them.</w:t>
      </w:r>
      <w:r>
        <w:br/>
      </w:r>
      <w:r>
        <w:rPr>
          <w:sz w:val="20"/>
        </w:rPr>
        <w:t>59:55  maulana, ek aur comment aur sawal aaya hai miss salma ka pakistan se. un ka comment jo hai, pehle woh padhte hain.</w:t>
      </w:r>
      <w:r>
        <w:br/>
      </w:r>
      <w:r>
        <w:rPr>
          <w:sz w:val="20"/>
        </w:rPr>
        <w:t>1:00:04  unhon ne likha hai ke while distributing your tazkir, maulana sahib, i have discovered that giving full tazkir with commentary to students of deeni madrasa is more beneficial than just giving them only the translation.</w:t>
      </w:r>
      <w:r>
        <w:br/>
      </w:r>
      <w:r>
        <w:rPr>
          <w:sz w:val="20"/>
        </w:rPr>
        <w:t>1:00:22  my question is in one of your lectures while explaining the hadith of Ghazwa-e-Hind, you had mentioned about the good news of the Muslims of Hind which was mentioned in the hadith.</w:t>
      </w:r>
      <w:r>
        <w:br/>
      </w:r>
      <w:r>
        <w:rPr>
          <w:sz w:val="20"/>
        </w:rPr>
        <w:t>1:00:37  do the Muslims who reside in Pakistan are also included in it or not? what is your opinion in this?</w:t>
      </w:r>
      <w:r>
        <w:br/>
      </w:r>
      <w:r>
        <w:rPr>
          <w:sz w:val="20"/>
        </w:rPr>
        <w:t>1:00:47  kya baat hai? samjhaein ke maulana, woh jo Ghazwa-e-Hind ke hawale se jo hadith hai, hmm, ke mujhe wahan se thandi hawaein aati hain, to woh yeh janna chahti hai ke kya is Ghazwa-e-Hind ke is se tha?</w:t>
      </w:r>
      <w:r>
        <w:br/>
      </w:r>
      <w:r>
        <w:rPr>
          <w:sz w:val="20"/>
        </w:rPr>
        <w:t>1:01:02  to kya pakistan bhi is mein included hai? abhi aaye</w:t>
      </w:r>
      <w:r>
        <w:br/>
      </w:r>
      <w:r>
        <w:rPr>
          <w:sz w:val="20"/>
        </w:rPr>
        <w:t>1:01:11  pakistan, aap ne koi hind ka part samjha to hai? pakistan ne apne ko hind ka part samjha hai to zaroor hai. woh kya khayal hai aap ka?</w:t>
      </w:r>
      <w:r>
        <w:br/>
      </w:r>
      <w:r>
        <w:rPr>
          <w:sz w:val="20"/>
        </w:rPr>
        <w:t>1:01:21  ji, ji, maulana, is the same subcontinent. so in that context, ah, it can be construed as yes. haan, poora subcontinent mein to yahi samajhta hoon, poora subcontinent is ka is mein included hai.</w:t>
      </w:r>
    </w:p>
    <w:p>
      <w:pPr>
        <w:pStyle w:val="Heading2"/>
      </w:pPr>
      <w:r>
        <w:t>Ideal role of Muslim da'i in modern times</w:t>
      </w:r>
    </w:p>
    <w:p>
      <w:r>
        <w:rPr>
          <w:color w:val="666666"/>
          <w:sz w:val="18"/>
        </w:rPr>
        <w:t>Society &amp; Dawah · The Straight Path October 30, 2011 Maulana Wahiduddin Khan · 7m 15s · at 1:15:00 · https://youtu.be/PKFHe82Jz58?t=4500</w:t>
      </w:r>
    </w:p>
    <w:p>
      <w:r>
        <w:rPr>
          <w:i/>
        </w:rPr>
        <w:t>“What is the ideal role of a Muslim as a da'i (caller to Islam) in the modern context, when other ideologies are being more forcefully propagated?”</w:t>
      </w:r>
    </w:p>
    <w:p>
      <w:r>
        <w:rPr>
          <w:sz w:val="20"/>
        </w:rPr>
        <w:t>1:15:00  koi aawaaz aasman se aawaaz nahi aayegi. agla sawal Jammu o Kashmir se Abdul Qayyum Nadvi sahib ka hai.</w:t>
      </w:r>
      <w:r>
        <w:br/>
      </w:r>
      <w:r>
        <w:rPr>
          <w:sz w:val="20"/>
        </w:rPr>
        <w:t>1:15:08  unhone likha hai: "what is an ideal role of a muslim as a da'i in the modern context of things when other ideologies are being more forcefully propagated?" main to nahi maanta ke more forcefully woh propagate kar rahe hain.</w:t>
      </w:r>
      <w:r>
        <w:br/>
      </w:r>
      <w:r>
        <w:rPr>
          <w:sz w:val="20"/>
        </w:rPr>
        <w:t>1:15:25  jitna main padhta hoon, yaqeen kijiye ke without any exception hai ke confusion hota hai, kahin clarity nahi hoti.</w:t>
      </w:r>
      <w:r>
        <w:br/>
      </w:r>
      <w:r>
        <w:rPr>
          <w:sz w:val="20"/>
        </w:rPr>
        <w:t>1:15:33  agar aap ke nazdeek koi hai, kisi ke paas koi aisi kitaab jis mein clarity ho to mujhe bataayein us ka naam. kyunke dekhiye, jo sirat e mustaqeem hai, yeh jo Quran ka paigham hai, isi mein clarity hai, us ke bahar confusion hai.</w:t>
      </w:r>
      <w:r>
        <w:br/>
      </w:r>
      <w:r>
        <w:rPr>
          <w:sz w:val="20"/>
        </w:rPr>
        <w:t>1:15:50  wa ma ba'd al-haqq illadhalaal. haq ke ilawa jo hoga, us mein confusion hoga, contradiction hoga, inconsistency hogi.</w:t>
      </w:r>
      <w:r>
        <w:br/>
      </w:r>
      <w:r>
        <w:rPr>
          <w:sz w:val="20"/>
        </w:rPr>
        <w:t>1:16:00  yahi hai sab mein.</w:t>
      </w:r>
      <w:r>
        <w:br/>
      </w:r>
      <w:r>
        <w:rPr>
          <w:sz w:val="20"/>
        </w:rPr>
        <w:t>1:16:02  kyunke idhar is side pe log kuch kar nahi rahe hain. saare hamare ulama jo hain, one to all, without any exception, rawaiti baatein dohraate hain.</w:t>
      </w:r>
      <w:r>
        <w:br/>
      </w:r>
      <w:r>
        <w:rPr>
          <w:sz w:val="20"/>
        </w:rPr>
        <w:t>1:16:13  koi mujhe ek bhi aalim nahi maloom jo aaj ke mind ko padhe, us ke lihaaz se us ko address kare. to kya hoga? yeh hoga woh forceful nahi hai, woh forceful nahi hai, woh sirf ek maidan khali hai, woh daud rahe hain.</w:t>
      </w:r>
      <w:r>
        <w:br/>
      </w:r>
      <w:r>
        <w:rPr>
          <w:sz w:val="20"/>
        </w:rPr>
        <w:t>1:16:26  woh</w:t>
      </w:r>
      <w:r>
        <w:br/>
      </w:r>
      <w:r>
        <w:rPr>
          <w:sz w:val="20"/>
        </w:rPr>
        <w:t>1:16:28  yaani modern jo maidan paida hua hai, wahan wahan ulama hain hi nahi. ulama to masle masail bayan karte hain, fatwe dete hain. modern jo maidan hai, woh reason ka, modern reason, reason based Islam koi pesh hi nahi kar raha hai.</w:t>
      </w:r>
      <w:r>
        <w:br/>
      </w:r>
      <w:r>
        <w:rPr>
          <w:sz w:val="20"/>
        </w:rPr>
        <w:t>1:16:45  fatwe dete hain, rawaiti baatein karte hain, kahaniyan sunate hain, fazail ki kahaniyan sunate hain. to baat yeh nahi ke forceful tareeqe se woh pesh kar rahe hain.</w:t>
      </w:r>
      <w:r>
        <w:br/>
      </w:r>
      <w:r>
        <w:rPr>
          <w:sz w:val="20"/>
        </w:rPr>
        <w:t>1:16:56  woh ek un ko un ka maadi maidan khali hai. main to kitni saari kitaabein padhi hain logon ki, har kitaab mein confusion hai, kisi kitaab mein koi clarity nahi hoti.</w:t>
      </w:r>
      <w:r>
        <w:br/>
      </w:r>
      <w:r>
        <w:rPr>
          <w:sz w:val="20"/>
        </w:rPr>
        <w:t>1:17:07  kyunke wa ma ba'd al-haqq illadhalaal. to is liye yeh nahi samjhiye ke woh kuch kar rahe hain, yeh ke ek ulama nahi kar rahe, us ka masla hai.</w:t>
      </w:r>
      <w:r>
        <w:br/>
      </w:r>
      <w:r>
        <w:rPr>
          <w:sz w:val="20"/>
        </w:rPr>
        <w:t>1:17:19  aur jo koi kare, to us ko appreciate bhi nahi karte.</w:t>
      </w:r>
      <w:r>
        <w:br/>
      </w:r>
      <w:r>
        <w:rPr>
          <w:sz w:val="20"/>
        </w:rPr>
        <w:t>1:17:23  hamare ulama ka haal yeh hai, koi agar kare to appreciate bhi nahi karte us ko. na khud khard, na bakasrat jahad ka maamla un ka ho raha hai. to jo log ke jadeed yaani afkaar ke muballigh hain, woh khali maidan mein daud rahe hain, bas wahan par koi hai hi nahi un ko oppose karne wala, un ke saamne koi pesh karne wala baat ko.</w:t>
      </w:r>
      <w:r>
        <w:br/>
      </w:r>
      <w:r>
        <w:rPr>
          <w:sz w:val="20"/>
        </w:rPr>
        <w:t>1:17:48  main main main bas bas samajhta hoon ke saari jo jo is mein jo responsibility hai, woh ulama ki hai, na khud kiya, na karne walon ko appreciate kiya unhone.</w:t>
      </w:r>
      <w:r>
        <w:br/>
      </w:r>
      <w:r>
        <w:rPr>
          <w:sz w:val="20"/>
        </w:rPr>
        <w:t>1:18:00  yeh mein bilkul soch samajh ke yeh baat kar raha hoon ke agar koi kare to us ko appreciate hi karte hain aur khud karte nahin.</w:t>
      </w:r>
      <w:r>
        <w:br/>
      </w:r>
      <w:r>
        <w:rPr>
          <w:sz w:val="20"/>
        </w:rPr>
        <w:t>1:18:10  is par mein bohat si misalein de sakta hoon. agar koi janna chahe to inshallah.</w:t>
      </w:r>
      <w:r>
        <w:br/>
      </w:r>
      <w:r>
        <w:rPr>
          <w:sz w:val="20"/>
        </w:rPr>
        <w:t>1:18:17  maulana abid rahmani sahib ne jammu kashmir se likha hai: "do so saal ke daur mein ummat ne dawat ko chhod diya.</w:t>
      </w:r>
      <w:r>
        <w:br/>
      </w:r>
      <w:r>
        <w:rPr>
          <w:sz w:val="20"/>
        </w:rPr>
        <w:t>1:18:26  kya is daur mein dawat ka kaam poori tarah chhoota raha ya juzwi taur par?" dekhiye, mein jab jald bolta hoon, is ke maani kya hote hain?</w:t>
      </w:r>
      <w:r>
        <w:br/>
      </w:r>
      <w:r>
        <w:rPr>
          <w:sz w:val="20"/>
        </w:rPr>
        <w:t>1:18:38  ek hai deen ka apne aap, yaani deen apne aap jaari rahe aur is ka amal jaari rahe.</w:t>
      </w:r>
      <w:r>
        <w:br/>
      </w:r>
      <w:r>
        <w:rPr>
          <w:sz w:val="20"/>
        </w:rPr>
        <w:t>1:18:47  yeh yeh to hamesha hi rahega. hum aap is ko khatm karein to khatm nahin kar sakte. deen ka tasalsul hum khatm nahin kar sakte. allah ta'ala ki taraf se woh chalta rehta hai.</w:t>
      </w:r>
      <w:r>
        <w:br/>
      </w:r>
      <w:r>
        <w:rPr>
          <w:sz w:val="20"/>
        </w:rPr>
        <w:t>1:19:00  to poore is daur mein log islam qubool karte rahe, islam ka kaam hota raha apni apni taqat se.</w:t>
      </w:r>
      <w:r>
        <w:br/>
      </w:r>
      <w:r>
        <w:rPr>
          <w:sz w:val="20"/>
        </w:rPr>
        <w:t>1:19:08  lekin jo jin ki responsibility thi, unhone yeh kaam nahin kiya. woh to wohi teen afai daryaft kiya, unhone teen saanpon ke peeche daudte rahe.</w:t>
      </w:r>
      <w:r>
        <w:br/>
      </w:r>
      <w:r>
        <w:rPr>
          <w:sz w:val="20"/>
        </w:rPr>
        <w:t>1:19:19  to mein yeh sirf is sense mein bolta hoon ke duty jin ki thi, unhone to kuch kaam anjaam nahin diya, lekin islam deen haq tha, quran aakhri mehfooz kitaab thi, is liye khud apne zor par woh amal karti rahi.</w:t>
      </w:r>
      <w:r>
        <w:br/>
      </w:r>
      <w:r>
        <w:rPr>
          <w:sz w:val="20"/>
        </w:rPr>
        <w:t>1:19:33  is maani aap keh sakte hain ke juzwi taur par hua.</w:t>
      </w:r>
      <w:r>
        <w:br/>
      </w:r>
      <w:r>
        <w:rPr>
          <w:sz w:val="20"/>
        </w:rPr>
        <w:t>1:19:37  yeh lafz bohat zyada sahi shayad na ho, lekin phir bhi aap bol sakte hain aise. maulana sharukh hussain ne dilli se likha hai: "ek sahib ne kaha ke hum apne mad'u ko poora quran dene ke bajaye sirf wohi ayat padh kar sunayein jis ki us ko zaroorat hai.</w:t>
      </w:r>
      <w:r>
        <w:br/>
      </w:r>
      <w:r>
        <w:rPr>
          <w:sz w:val="20"/>
        </w:rPr>
        <w:t>1:19:57  jis tarah doctor apne mareez ko medicine book nahin deta, balkeh us ki bimari ke mutabiq particular medicine deta hai."</w:t>
      </w:r>
      <w:r>
        <w:br/>
      </w:r>
      <w:r>
        <w:rPr>
          <w:sz w:val="20"/>
        </w:rPr>
        <w:t>1:20:06  maulana sahib meharbani kar kar is ki wazahat farmayein. yeh misaal bilkul galat hai. aap medicine ki misaal ek se mein mind ka apply kar rahe hain is ko.</w:t>
      </w:r>
      <w:r>
        <w:br/>
      </w:r>
      <w:r>
        <w:rPr>
          <w:sz w:val="20"/>
        </w:rPr>
        <w:t>1:20:17  nahin, poora quran dijiye. insaan khud select karta hai, khud wahan pahunchta hai. jab to woh ghore karta hai. woh medicine ki misaal yahan apply nahin hoti hai.</w:t>
      </w:r>
      <w:r>
        <w:br/>
      </w:r>
      <w:r>
        <w:rPr>
          <w:sz w:val="20"/>
        </w:rPr>
        <w:t>1:20:30  albata quran ki soorat mein yeh kahoon ga ke daur jadeed ke lehaz se aap ko aur kitabein literature dena padega, jis ko mein kehta hoon ke madadgar literature.</w:t>
      </w:r>
      <w:r>
        <w:br/>
      </w:r>
      <w:r>
        <w:rPr>
          <w:sz w:val="20"/>
        </w:rPr>
        <w:t>1:20:41  yaani quran bhi dijiye aur madadgar literature bhi dijiye. woh mein is ke qael nahin hoon ke ke kuch hissa padh sunayein, kuch hissa chhapayein.</w:t>
      </w:r>
      <w:r>
        <w:br/>
      </w:r>
      <w:r>
        <w:rPr>
          <w:sz w:val="20"/>
        </w:rPr>
        <w:t>1:20:51  ek para chhap ke dein, do para chhap ke dein. yeh sab is ko mein unnatural samajhta hoon.</w:t>
      </w:r>
      <w:r>
        <w:br/>
      </w:r>
      <w:r>
        <w:rPr>
          <w:sz w:val="20"/>
        </w:rPr>
        <w:t>1:20:56  poora quran dijiye, lekin saath saath madadgar literature bhi aap ko dena padega taake aaj ke lehaz se us ke liye quran understandable ho jaye.</w:t>
      </w:r>
      <w:r>
        <w:br/>
      </w:r>
      <w:r>
        <w:rPr>
          <w:sz w:val="20"/>
        </w:rPr>
        <w:t>1:21:05  yeh jaise mein ne aap ko misaal di, abhi do auraton ki gawahi wali baat. to quran mein jo ayatein padhe ga, to us ko is tashreeh chahiye.</w:t>
      </w:r>
      <w:r>
        <w:br/>
      </w:r>
      <w:r>
        <w:rPr>
          <w:sz w:val="20"/>
        </w:rPr>
        <w:t>1:21:15  us ki tashreeh, us ki tashreeh ke liye aap aur koi literature dena padega.</w:t>
      </w:r>
      <w:r>
        <w:br/>
      </w:r>
      <w:r>
        <w:rPr>
          <w:sz w:val="20"/>
        </w:rPr>
        <w:t>1:21:20  in ayaton ko samajhne ke liye ek madadgar literature ya ek tashreehi literature chahiye. woh bhi aap dijiye saath saath, lekin poora quran dijiye.</w:t>
      </w:r>
      <w:r>
        <w:br/>
      </w:r>
      <w:r>
        <w:rPr>
          <w:sz w:val="20"/>
        </w:rPr>
        <w:t>1:21:32  is mein ek baat yeh bhi dekhiye, aap nahin jaan sakte kaun si ayat us ko strike kare gi. mein bohat se qisse jaanta hoon aise ke ajeeb o ghareeb tor par kis cheez kis ayat ne us ko strike kiya.</w:t>
      </w:r>
      <w:r>
        <w:br/>
      </w:r>
      <w:r>
        <w:rPr>
          <w:sz w:val="20"/>
        </w:rPr>
        <w:t>1:21:44  maslan woh yusuf alaihissalam wali baat bani gayi.</w:t>
      </w:r>
      <w:r>
        <w:br/>
      </w:r>
      <w:r>
        <w:rPr>
          <w:sz w:val="20"/>
        </w:rPr>
        <w:t>1:21:47  mein ne kabhi socha bhi nahin tha yeh baat ke khuda mujh se khud khitab kar raha hai. eyha insaan! isi ko yahi us ko strike kar gaya. us ko yahi us ko strike kar gaya.</w:t>
      </w:r>
      <w:r>
        <w:br/>
      </w:r>
      <w:r>
        <w:rPr>
          <w:sz w:val="20"/>
        </w:rPr>
        <w:t>1:21:59  to ab hum ko peshgi taur par nahin pata hai kaun si us ko strike kare gi. is liye poora quran dijiye, lekin saath saath madadgar literature bhi zaroor dijiye.</w:t>
      </w:r>
      <w:r>
        <w:br/>
      </w:r>
      <w:r>
        <w:rPr>
          <w:sz w:val="20"/>
        </w:rPr>
        <w:t>1:22:09  supportive jo mein kehta hoon, supportive literature.</w:t>
      </w:r>
    </w:p>
    <w:p>
      <w:pPr>
        <w:pStyle w:val="Heading2"/>
      </w:pPr>
      <w:r>
        <w:t>Importance of Al-Risala mission for scholars</w:t>
      </w:r>
    </w:p>
    <w:p>
      <w:r>
        <w:rPr>
          <w:color w:val="666666"/>
          <w:sz w:val="18"/>
        </w:rPr>
        <w:t>Society &amp; Dawah · The Straight Path October 30, 2011 Maulana Wahiduddin Khan · 9m 20s · at 1:22:15 · https://youtu.be/PKFHe82Jz58?t=4935</w:t>
      </w:r>
    </w:p>
    <w:p>
      <w:r>
        <w:rPr>
          <w:i/>
        </w:rPr>
        <w:t>“What is the importance of the Al-Risala mission for scholars and people with Arabic background? And how can scholars fully benefit from this mission?”</w:t>
      </w:r>
    </w:p>
    <w:p>
      <w:r>
        <w:rPr>
          <w:sz w:val="20"/>
        </w:rPr>
        <w:t>1:22:15  asrar ul hasan umri sahib ne tamil nadu se sawal kiya hai. unhon ne likha hai: "ulama aur arabic background wale logon ke liye al risala mission ki ahmiyat kya hai?</w:t>
      </w:r>
      <w:r>
        <w:br/>
      </w:r>
      <w:r>
        <w:rPr>
          <w:sz w:val="20"/>
        </w:rPr>
        <w:t>1:22:28  aur ulama kis tarah is mission ko poora faida utha sakte hain?" dekhiye, ulama jo hain zyada behtar taur par is position mein hain ke woh is mission ko samjhein.</w:t>
      </w:r>
      <w:r>
        <w:br/>
      </w:r>
      <w:r>
        <w:rPr>
          <w:sz w:val="20"/>
        </w:rPr>
        <w:t>1:22:41  kyunki is mission mein jo terminology istemal hoti hai, us ko samajhne ke liye background chahiye. woh background ulama ke paas hota hai.</w:t>
      </w:r>
      <w:r>
        <w:br/>
      </w:r>
      <w:r>
        <w:rPr>
          <w:sz w:val="20"/>
        </w:rPr>
        <w:t>1:22:52  agar ulama ke paas woh background nahi hota to doosre log sirf sirf juzwi taur par is ko pakad payenge. jaise maine abhi qissa bataya aap ko: "faida hai talqaf paya fukoon." ab jo log quran padhe hue hain, arabi jante hain, zyada achhi tarah is ko pakad payenge.</w:t>
      </w:r>
      <w:r>
        <w:br/>
      </w:r>
      <w:r>
        <w:rPr>
          <w:sz w:val="20"/>
        </w:rPr>
        <w:t>1:23:09  yaani un ke andar grass zyada hoga, aks zyada hoga.</w:t>
      </w:r>
      <w:r>
        <w:br/>
      </w:r>
      <w:r>
        <w:rPr>
          <w:sz w:val="20"/>
        </w:rPr>
        <w:t>1:23:14  to is mani mein ulama jo hain, woh hamare mukhatib awwal hain. kyunki un ke paas woh background hai jis se woh samajh sakte hain in baaton ko.</w:t>
      </w:r>
      <w:r>
        <w:br/>
      </w:r>
      <w:r>
        <w:rPr>
          <w:sz w:val="20"/>
        </w:rPr>
        <w:t>1:23:23  doosre log jo hain, woh itna zyada grass is ka nahi hoga un ka. kyunki un ka background background nahi hua.</w:t>
      </w:r>
      <w:r>
        <w:br/>
      </w:r>
      <w:r>
        <w:rPr>
          <w:sz w:val="20"/>
        </w:rPr>
        <w:t>1:23:35  qudratullah sahib ne dilli se sawal kiya</w:t>
      </w:r>
      <w:r>
        <w:br/>
      </w:r>
      <w:r>
        <w:rPr>
          <w:sz w:val="20"/>
        </w:rPr>
        <w:t>1:23:38  hai. unhon ne likha hai: "aap ke ilm ke mutabiq is waqt woh kaun sa firqa hai jo quran aur hadith se zyada qareeb hai?" achha, koi firqa kabhi nahi hota.</w:t>
      </w:r>
      <w:r>
        <w:br/>
      </w:r>
      <w:r>
        <w:rPr>
          <w:sz w:val="20"/>
        </w:rPr>
        <w:t>1:23:51  afraad hote hain. yaad rakhiye, hamesha afraad hote hain. firqa nahi hua karta koi. yeh soch hi bilkul baseless soch hai.</w:t>
      </w:r>
      <w:r>
        <w:br/>
      </w:r>
      <w:r>
        <w:rPr>
          <w:sz w:val="20"/>
        </w:rPr>
        <w:t>1:24:01  buniyad par firqa, buniyad par system, buniyad par hukumat, yeh soch hi bilkul baseless hai.</w:t>
      </w:r>
      <w:r>
        <w:br/>
      </w:r>
      <w:r>
        <w:rPr>
          <w:sz w:val="20"/>
        </w:rPr>
        <w:t>1:24:08  afraad ka aitbar sochiye bas.</w:t>
      </w:r>
      <w:r>
        <w:br/>
      </w:r>
      <w:r>
        <w:rPr>
          <w:sz w:val="20"/>
        </w:rPr>
        <w:t>1:24:14  aur aur doosri baat yeh hai ke aap ki zimmedari nahi hai. yeh allah ka mamla hai. aap ki zimmedari hai ke aap khud daryaft karein sachai ko aur us par chalne lagien.</w:t>
      </w:r>
      <w:r>
        <w:br/>
      </w:r>
      <w:r>
        <w:rPr>
          <w:sz w:val="20"/>
        </w:rPr>
        <w:t>1:24:25  kaun sa firqa zyada jo hadith mein aata hai ke ke meri ummat jo hai 73 firqon mein bat jayegi.</w:t>
      </w:r>
      <w:r>
        <w:br/>
      </w:r>
      <w:r>
        <w:rPr>
          <w:sz w:val="20"/>
        </w:rPr>
        <w:t>1:24:36  aur aap ne farmaya ke is mein se kul fi nar illa millatun wahida. to yeh aap ki zimmedari nahi hai. yeh allah ki zimmedari hai ke woh un mein jaane ke us ko kaun kahan hai.</w:t>
      </w:r>
      <w:r>
        <w:br/>
      </w:r>
      <w:r>
        <w:rPr>
          <w:sz w:val="20"/>
        </w:rPr>
        <w:t>1:24:48  aap ki zimmedari sirf yeh hai ke aap sachai ko daryaft karein aur khud apne ko is raaste par daal dein. bas.</w:t>
      </w:r>
      <w:r>
        <w:br/>
      </w:r>
      <w:r>
        <w:rPr>
          <w:sz w:val="20"/>
        </w:rPr>
        <w:t>1:24:57  maulana iqbal umri ne tamil nadu se likha hai: "maujooda daur mein quran ke sound art ka daway se kya role hai?"</w:t>
      </w:r>
      <w:r>
        <w:br/>
      </w:r>
      <w:r>
        <w:rPr>
          <w:sz w:val="20"/>
        </w:rPr>
        <w:t>1:25:11  dekhiye, mera matlab yeh nahi ke hum is ke qirat sunayen logon ko. yeh mera matlab harghiz nahi hai. yeh is ka zimni pehlu hai.</w:t>
      </w:r>
      <w:r>
        <w:br/>
      </w:r>
      <w:r>
        <w:rPr>
          <w:sz w:val="20"/>
        </w:rPr>
        <w:t>1:25:22  abhi bhi aise waqiyat hain aur bhi bohat se. maslan woh jo hai arbry, ek angrez tha, woh morocco gaya ek baar.</w:t>
      </w:r>
      <w:r>
        <w:br/>
      </w:r>
      <w:r>
        <w:rPr>
          <w:sz w:val="20"/>
        </w:rPr>
        <w:t>1:25:35  to ek hotel mein thehra. to hotel mein kisi aur doosre hotel mein ek arab thehra hua tha.</w:t>
      </w:r>
      <w:r>
        <w:br/>
      </w:r>
      <w:r>
        <w:rPr>
          <w:sz w:val="20"/>
        </w:rPr>
        <w:t>1:25:43  to us ne tape khola, koi kisi arab arab qari ki qirat. woh arab log bohat sunte hain, qirat hain.</w:t>
      </w:r>
      <w:r>
        <w:br/>
      </w:r>
      <w:r>
        <w:rPr>
          <w:sz w:val="20"/>
        </w:rPr>
        <w:t>1:25:56  to woh sun raha tha, khol kar ke. to arbry kaan mein awaz aayi. to us ki awaz us ko bohat hi, yaani bohat hi zyada pasand aayi us ko.</w:t>
      </w:r>
      <w:r>
        <w:br/>
      </w:r>
      <w:r>
        <w:rPr>
          <w:sz w:val="20"/>
        </w:rPr>
        <w:t>1:26:06  to us ne tehqeeq ki, aakhir kaun kaun si, kaisi awaz thi yeh. to maloom hua ke yeh to quran tha.</w:t>
      </w:r>
      <w:r>
        <w:br/>
      </w:r>
      <w:r>
        <w:rPr>
          <w:sz w:val="20"/>
        </w:rPr>
        <w:t>1:26:13  to arbry ne is ke baad arabi padhi, arabi padh ke quran padha. aur phir us ne quran ka tarjuma kiya. arbry ka tarjuma hai quran majeed ka english zaban mein mashhoor hai.</w:t>
      </w:r>
      <w:r>
        <w:br/>
      </w:r>
      <w:r>
        <w:rPr>
          <w:sz w:val="20"/>
        </w:rPr>
        <w:t>1:26:26  to is ka qissa yeh hai: pehle is ne qirat suni, phir arabi parhi, aur phir is ke baad is ne</w:t>
      </w:r>
      <w:r>
        <w:br/>
      </w:r>
      <w:r>
        <w:rPr>
          <w:sz w:val="20"/>
        </w:rPr>
        <w:t>1:26:37  quran ka tarjuma kiya.</w:t>
      </w:r>
      <w:r>
        <w:br/>
      </w:r>
      <w:r>
        <w:rPr>
          <w:sz w:val="20"/>
        </w:rPr>
        <w:t>1:26:38  aise hi woh hai mauj baqai bhi kaha lijie. woh french zaban thi us ki. phir is ne arabi parhi, arabi parh ke quran parha, aur phir is ne bohat zabardast kitab likhi.</w:t>
      </w:r>
      <w:r>
        <w:br/>
      </w:r>
      <w:r>
        <w:rPr>
          <w:sz w:val="20"/>
        </w:rPr>
        <w:t>1:26:50  to is mein shakk nahi ke quran mein sound art bohat zyada hai. lekin is ka matlab nahi ke isi ko le ke hum, yani le ke hum wohi, wohi, wohi koi sab se asal kaam wohi hai.</w:t>
      </w:r>
      <w:r>
        <w:br/>
      </w:r>
      <w:r>
        <w:rPr>
          <w:sz w:val="20"/>
        </w:rPr>
        <w:t>1:27:06  asal kaam quran ke mani hain. kyunke asal cheez yeh hai ke insan ke andar aap khuda ka darr paida karein, khuda ki mohabbat paida karein, jannat ka shoq paida karein, jahannum ka andesha karne lage aadmi aise insan paida karein.</w:t>
      </w:r>
      <w:r>
        <w:br/>
      </w:r>
      <w:r>
        <w:rPr>
          <w:sz w:val="20"/>
        </w:rPr>
        <w:t>1:27:22  yeh sab baatein matloob hain.</w:t>
      </w:r>
      <w:r>
        <w:br/>
      </w:r>
      <w:r>
        <w:rPr>
          <w:sz w:val="20"/>
        </w:rPr>
        <w:t>1:27:26  maulana abdul basit umri ne doha, qatar se likha hai:</w:t>
      </w:r>
      <w:r>
        <w:br/>
      </w:r>
      <w:r>
        <w:rPr>
          <w:sz w:val="20"/>
        </w:rPr>
        <w:t>1:27:31  "maulana, aksar log bar bar yeh kehte hain ke falah kitabein mat parho, falah ki tafsir ka mutaliya mat karo, warna tum gumrah ho jao ge.</w:t>
      </w:r>
      <w:r>
        <w:br/>
      </w:r>
      <w:r>
        <w:rPr>
          <w:sz w:val="20"/>
        </w:rPr>
        <w:t>1:27:41  sirf salaf ki kitabein hi mustand hain. maulana, mujhe yeh baat bohat ajeeb lagti hai. maulana, koi yeh nahi kehta ke allah zinda hai, kisi ki bhi kitabon ka mutaliya karne se mat daro.</w:t>
      </w:r>
      <w:r>
        <w:br/>
      </w:r>
      <w:r>
        <w:rPr>
          <w:sz w:val="20"/>
        </w:rPr>
        <w:t>1:27:55  allah ke hote hue tumhein kuch nahi hoga.</w:t>
      </w:r>
      <w:r>
        <w:br/>
      </w:r>
      <w:r>
        <w:rPr>
          <w:sz w:val="20"/>
        </w:rPr>
        <w:t>1:27:58  dua ke zariye tum har ghalti se bach sakte ho. aisa lagta hai ke khuda par aqida zinda aqida nahi. logon ko itminan dilane ki bajaye darrate rehte hain.</w:t>
      </w:r>
      <w:r>
        <w:br/>
      </w:r>
      <w:r>
        <w:rPr>
          <w:sz w:val="20"/>
        </w:rPr>
        <w:t>1:28:10  is ke bare mein kuch bataein. bilkul sahi kaha unhone. log jante hi nahi ke ke allah se bande ka contact hota hai. anaji rabbahu hadith mein aata hai.</w:t>
      </w:r>
      <w:r>
        <w:br/>
      </w:r>
      <w:r>
        <w:rPr>
          <w:sz w:val="20"/>
        </w:rPr>
        <w:t>1:28:22  anaji rabbahu bande aur khuda ke darmiyan sargoshi hoti hai. is ko log jante hi nahi.</w:t>
      </w:r>
      <w:r>
        <w:br/>
      </w:r>
      <w:r>
        <w:rPr>
          <w:sz w:val="20"/>
        </w:rPr>
        <w:t>1:28:29  to mein apna tajruba arz karta hoon. bohat pehle ki baat hai jab adam bada darta tha. to ek baar tha wahan ke shibli national college hai, wahan par.</w:t>
      </w:r>
      <w:r>
        <w:br/>
      </w:r>
      <w:r>
        <w:rPr>
          <w:sz w:val="20"/>
        </w:rPr>
        <w:t>1:28:40  wahan gaya mein. pehle mein libraryon mein jaya karta tha. to wahan par burton russell ka poora set aaya hua tha. jo mashhoor falsafi hai, british falsafi burton russell.</w:t>
      </w:r>
      <w:r>
        <w:br/>
      </w:r>
      <w:r>
        <w:rPr>
          <w:sz w:val="20"/>
        </w:rPr>
        <w:t>1:28:52  to is ka set aaya hua tha, kai kitabein</w:t>
      </w:r>
      <w:r>
        <w:br/>
      </w:r>
      <w:r>
        <w:rPr>
          <w:sz w:val="20"/>
        </w:rPr>
        <w:t>1:28:54  theen. to mein library se kaha ke yeh kitabein mujhe aap de sakte hain. to unhone kaha yeh to bas aa ke rakhi hui hain, koi parhta hi nahi is ko.</w:t>
      </w:r>
      <w:r>
        <w:br/>
      </w:r>
      <w:r>
        <w:rPr>
          <w:sz w:val="20"/>
        </w:rPr>
        <w:t>1:29:03  aaj tak kisi ne is ko liya nahi. aap zaroor le jaiye. to sari kitabein mein ek hi din use le kar aaya. aur is ko parhna shuru kiya.</w:t>
      </w:r>
      <w:r>
        <w:br/>
      </w:r>
      <w:r>
        <w:rPr>
          <w:sz w:val="20"/>
        </w:rPr>
        <w:t>1:29:14  jab mein ghar le aaya to meri biwi theen. to meri biwi ne kaha ke ab to aap zaroor gumrah ho jayenge.</w:t>
      </w:r>
      <w:r>
        <w:br/>
      </w:r>
      <w:r>
        <w:rPr>
          <w:sz w:val="20"/>
        </w:rPr>
        <w:t>1:29:21  kyunke mashhoor tha ke maine un se kaha bhi tha ke burton russell zamane sahib bada mulhid aadmi hai. to unhone kaha aap to zaroor gumrah ho jayenge.</w:t>
      </w:r>
      <w:r>
        <w:br/>
      </w:r>
      <w:r>
        <w:rPr>
          <w:sz w:val="20"/>
        </w:rPr>
        <w:t>1:29:32  mein aap se kehta hoon ke burton russell ki kitabon mein mujhe woh azeem nuqta tauheed ka jo kisi kitab mein nahi mila tha. sare ulama ki kitabon mein nahi mila tha.</w:t>
      </w:r>
      <w:r>
        <w:br/>
      </w:r>
      <w:r>
        <w:rPr>
          <w:sz w:val="20"/>
        </w:rPr>
        <w:t>1:29:42  bohat kitabein mein ne ulama ki parhi hain.</w:t>
      </w:r>
      <w:r>
        <w:br/>
      </w:r>
      <w:r>
        <w:rPr>
          <w:sz w:val="20"/>
        </w:rPr>
        <w:t>1:29:46  agar aap chahenge to is ki tafseel bayan kar sakta hoon mein kisi is mein ke ek kitni bari baat mili us ki kitab mein mujhe jo tauheed ke haq mein thi.</w:t>
      </w:r>
      <w:r>
        <w:br/>
      </w:r>
      <w:r>
        <w:rPr>
          <w:sz w:val="20"/>
        </w:rPr>
        <w:t>1:29:55  is ka matlab yeh nahi tha ke woh khud muwahid tha ya woh khud مبلغ tha, yeh matlab nahi hai. aap ke andar aql honi chahiye. mein woh kitabein parhin, dua kar ke.</w:t>
      </w:r>
      <w:r>
        <w:br/>
      </w:r>
      <w:r>
        <w:rPr>
          <w:sz w:val="20"/>
        </w:rPr>
        <w:t>1:30:06  mein tareeqa yeh tha ke mein do rak'at namaz parhta tha, dua karta tha, phir kitab parhta tha. to mein ne dua kar ke kitab parh</w:t>
      </w:r>
      <w:r>
        <w:br/>
      </w:r>
      <w:r>
        <w:rPr>
          <w:sz w:val="20"/>
        </w:rPr>
        <w:t>1:30:13  he. to yeh ilhad mein dakhil ho kar is mein mujhe tauheed mili. to aap ab khuda par, yani yeh to zaeef ul-itiqadi ki baat hai.</w:t>
      </w:r>
      <w:r>
        <w:br/>
      </w:r>
      <w:r>
        <w:rPr>
          <w:sz w:val="20"/>
        </w:rPr>
        <w:t>1:30:22  aap ko khuda par bharosa nahi ke khuda aap ki rehnumai karega. yani rozana hum namaz parhte hain, ihdina al-sirat al-mustaqim, lekin amal mein kuch bhi nahi.</w:t>
      </w:r>
      <w:r>
        <w:br/>
      </w:r>
      <w:r>
        <w:rPr>
          <w:sz w:val="20"/>
        </w:rPr>
        <w:t>1:30:33  Allah se dua kar ke kitab parhiye. jo log aisa kehte hain, woh yaqeen kijiye ke woh Allah par bad-gumani kar rahe hain.</w:t>
      </w:r>
      <w:r>
        <w:br/>
      </w:r>
      <w:r>
        <w:rPr>
          <w:sz w:val="20"/>
        </w:rPr>
        <w:t>1:30:43  Allah ka underestimate kar rahe hain. Allah ka naoozubillah, naoozubillah, izzat bayan kar rahe hain. aise logon ko main bohat zyada, yani be-khabar samajhta hoon.</w:t>
      </w:r>
      <w:r>
        <w:br/>
      </w:r>
      <w:r>
        <w:rPr>
          <w:sz w:val="20"/>
        </w:rPr>
        <w:t>1:30:54  bilkul be-khabar. insaan ke andar jo zehn, dimagh, Allah ne is se hi be-khabar hain. woh Allah ki taqat se be-khabar hain. aise log jo log aisi baatein kehte hain, un ko na pata hai ke insaan ka to kitna potential hai, us ke dimagh ka itni salah</w:t>
      </w:r>
      <w:r>
        <w:br/>
      </w:r>
      <w:r>
        <w:rPr>
          <w:sz w:val="20"/>
        </w:rPr>
        <w:t>1:31:09  yat hai. nahi yeh pata hai ke Allah kehta tha, insaan ki rehnumai karta hai. kisi ko pata nahi. aur yeh wajah hai ke aaj ke zamane mein jo ek sahib ne kaha na ke forceful tareeqe se woh log aa rahe hain, is liye aa rahe hain ke jo jinho ne pesh karna tha Islam ko,</w:t>
      </w:r>
      <w:r>
        <w:br/>
      </w:r>
      <w:r>
        <w:rPr>
          <w:sz w:val="20"/>
        </w:rPr>
        <w:t>1:31:27  woh woh isi qism ki be-khabari mein mubtala hain. yani ke be-khabari, ek case be-khabari.</w:t>
      </w:r>
    </w:p>
    <w:p>
      <w:pPr>
        <w:pStyle w:val="Heading2"/>
      </w:pPr>
      <w:r>
        <w:t>Importance of Peace and Non-violence in Islam</w:t>
      </w:r>
    </w:p>
    <w:p>
      <w:r>
        <w:rPr>
          <w:color w:val="666666"/>
          <w:sz w:val="18"/>
        </w:rPr>
        <w:t>Society &amp; Dawah · Culture of Peace and Non Voilence in Islam January 14, 2023 · 34m 28s · at 0:41 · https://youtu.be/INrBUtThaRw?t=41</w:t>
      </w:r>
    </w:p>
    <w:p>
      <w:r>
        <w:rPr>
          <w:i/>
        </w:rPr>
        <w:t>“What is the importance of peace and non-violence in Islam? Please tell us about it.”</w:t>
      </w:r>
    </w:p>
    <w:p>
      <w:r>
        <w:rPr>
          <w:sz w:val="20"/>
        </w:rPr>
        <w:t>0:41  to sab se pehla sawal to mera yahi hai ke what is the importance of peace and non violence in Islam? ah, is ke bare mein aap hamein bataein. ji, sahi farmaya aap ne.</w:t>
      </w:r>
      <w:r>
        <w:br/>
      </w:r>
      <w:r>
        <w:rPr>
          <w:sz w:val="20"/>
        </w:rPr>
        <w:t>0:51  aaj kal jitni zyada zarurat hai peace building ki, utna pehle shayad nahi thi.</w:t>
      </w:r>
      <w:r>
        <w:br/>
      </w:r>
      <w:r>
        <w:rPr>
          <w:sz w:val="20"/>
        </w:rPr>
        <w:t>0:58  kyun ke pehle log mehdood darye mein raha karte thay. ab bohat zyada communication ki wajah se bohat zyada milna julna hai.</w:t>
      </w:r>
      <w:r>
        <w:br/>
      </w:r>
      <w:r>
        <w:rPr>
          <w:sz w:val="20"/>
        </w:rPr>
        <w:t>1:08  to is baat ko bohat ache tareeqe se samajhna chahiye ke islam mein aman ki bohat itni zyada ahmiyat hai ke islam ka lafz hi mein aman ka mafhoom shamil hai.</w:t>
      </w:r>
      <w:r>
        <w:br/>
      </w:r>
      <w:r>
        <w:rPr>
          <w:sz w:val="20"/>
        </w:rPr>
        <w:t>1:21  islam ka root word jo hai woh salam hai. salam ke maani hi hain peace and security.</w:t>
      </w:r>
      <w:r>
        <w:br/>
      </w:r>
      <w:r>
        <w:rPr>
          <w:sz w:val="20"/>
        </w:rPr>
        <w:t>1:28  to aap is se samajh sakte hain ke islam kitna zyada, ah, aman par zor deta hai. to aik hadith hai jo ke bukhari mein aayi hai ke islam ke maani salamti ke hain.</w:t>
      </w:r>
      <w:r>
        <w:br/>
      </w:r>
      <w:r>
        <w:rPr>
          <w:sz w:val="20"/>
        </w:rPr>
        <w:t>1:43  to is se maloom hota hai ke salamti jo hai woh islam ka juz hai, islam ka part and parcel hai. ab, ah, allah taala ka naam yani attributes jo ke 99 attributes bataye jatay hain</w:t>
      </w:r>
      <w:r>
        <w:br/>
      </w:r>
      <w:r>
        <w:rPr>
          <w:sz w:val="20"/>
        </w:rPr>
        <w:t>1:57  , waise to be hisab attributes hain, un ki koi unlimited attributes hain, lekin 99 jo hamein bataye gaye hain is mein se aik hai assalam.</w:t>
      </w:r>
      <w:r>
        <w:br/>
      </w:r>
      <w:r>
        <w:rPr>
          <w:sz w:val="20"/>
        </w:rPr>
        <w:t>2:08  yeh surah al hashr mein aaya hai, ah, ayat 23. to</w:t>
      </w:r>
      <w:r>
        <w:br/>
      </w:r>
      <w:r>
        <w:rPr>
          <w:sz w:val="20"/>
        </w:rPr>
        <w:t>2:14  is se bhi pata chalta hai quran se, hadith se, prophet ki example se ke islam poora ka poora aman culture hai, aman culture hi mein woh believe karta hai.</w:t>
      </w:r>
      <w:r>
        <w:br/>
      </w:r>
      <w:r>
        <w:rPr>
          <w:sz w:val="20"/>
        </w:rPr>
        <w:t>2:26  aur jo non violent culture hai woh to satanic culture hai.</w:t>
      </w:r>
      <w:r>
        <w:br/>
      </w:r>
      <w:r>
        <w:rPr>
          <w:sz w:val="20"/>
        </w:rPr>
        <w:t>2:31  to is wajah se hamein bohat zyada is baat par sochna chahiye, ghor o fikr karna chahiye ke kis tareeqe se hum society mein, hum, ah, peace ko qaim karein aur logon ko batayein ke is ki kitni zyada ahmiyat hai.</w:t>
      </w:r>
      <w:r>
        <w:br/>
      </w:r>
      <w:r>
        <w:rPr>
          <w:sz w:val="20"/>
        </w:rPr>
        <w:t>2:48  kyun ke dekhiye, har har kaam jo hai woh jab tak peaceful atmosphere na ho, koi kaam nahi ho sakta. to jangain aaj kal bhi bohat jagah jagah jang</w:t>
      </w:r>
      <w:r>
        <w:br/>
      </w:r>
      <w:r>
        <w:rPr>
          <w:sz w:val="20"/>
        </w:rPr>
        <w:t>2:59  ho rahi hain. aap samajh sakte hain ke koi bhi constructive activities, positive activities, aur islam ka jo sab se bara jo kaam hai woh marifat hasil karna allah taala ki, to woh, ah, war ke mahol mein kuch ho hi nahi sakta.</w:t>
      </w:r>
      <w:r>
        <w:br/>
      </w:r>
      <w:r>
        <w:rPr>
          <w:sz w:val="20"/>
        </w:rPr>
        <w:t>3:15  to is wajah se war jo hai bilkul hi counter productive hai. hamara jo goal hai, hamara jo maqsad hai islam ka,</w:t>
      </w:r>
      <w:r>
        <w:br/>
      </w:r>
      <w:r>
        <w:rPr>
          <w:sz w:val="20"/>
        </w:rPr>
        <w:t>3:24  to hamein, ah, is baat ko logon ko ache tareeqe se samjhana hai, batana hai ke aman ke liye woh zyada se zyada kaam karein, aman individuals mein, aman society mein.</w:t>
      </w:r>
      <w:r>
        <w:br/>
      </w:r>
      <w:r>
        <w:rPr>
          <w:sz w:val="20"/>
        </w:rPr>
        <w:t>3:36  kyun ke aman aik aisi cheez hai jis ko Maulana ne kaha hai ke master stroke ki tarah kaam karta hai ke aman aa gaya to aap har ache kaam society mein kar sakte hain,</w:t>
      </w:r>
      <w:r>
        <w:br/>
      </w:r>
      <w:r>
        <w:rPr>
          <w:sz w:val="20"/>
        </w:rPr>
        <w:t>3:49  apne liye bhi aur society ke liye bhi. dunya ki bhi is mein falah hai aur akhirat ki bhi falah hai. to hadith mein aaya hai ke "god grants to gentleness what he does not grant to violence".</w:t>
      </w:r>
      <w:r>
        <w:br/>
      </w:r>
      <w:r>
        <w:rPr>
          <w:sz w:val="20"/>
        </w:rPr>
        <w:t>4:02  aur aap dekh sakte hain ke rasool ALLAH صلی اللہ علیہ وسلم ki poori zindagi aman hi par woh hai, matlab sari activities aman based hain rasool ALLAH صلی اللہ علیہ وسلم ki.</w:t>
      </w:r>
      <w:r>
        <w:br/>
      </w:r>
      <w:r>
        <w:rPr>
          <w:sz w:val="20"/>
        </w:rPr>
        <w:t>4:16  to rasool ALLAH صلی اللہ علیہ وسلم ne farmaya: "spread the greeting of peace and you will be safe". ab dekhiye kitni bari baat hai ke tum peace qaim karo society mein, aur isi mein tumhari safety aur security isi mein shamil hai.</w:t>
      </w:r>
      <w:r>
        <w:br/>
      </w:r>
      <w:r>
        <w:rPr>
          <w:sz w:val="20"/>
        </w:rPr>
        <w:t>4:33  ji, bohat achhe se apa aap ne wazeh kiya ke war is counter productive and importance of peace jo aap ne batai apa, ah, woh bohat ziyada aham hai.</w:t>
      </w:r>
      <w:r>
        <w:br/>
      </w:r>
      <w:r>
        <w:rPr>
          <w:sz w:val="20"/>
        </w:rPr>
        <w:t>4:42  ah</w:t>
      </w:r>
      <w:r>
        <w:br/>
      </w:r>
      <w:r>
        <w:rPr>
          <w:sz w:val="20"/>
        </w:rPr>
        <w:t>4:43  Maulana wahiduddin khan sahib ne apni book "age of peace" mein bohat achha ek acknowledge di hai ke "peace is like soil". ah, ab jaise, ah, without soil plantation and trees can not come into this world, and we can not take vegetables or fruits directly from the soil.</w:t>
      </w:r>
      <w:r>
        <w:br/>
      </w:r>
      <w:r>
        <w:rPr>
          <w:sz w:val="20"/>
        </w:rPr>
        <w:t>5:01  to soil woh properties provide karta hai taake plants aur trees jo hain grow kar saken, and we can then, ah, you know, take fruits and vegi</w:t>
      </w:r>
      <w:r>
        <w:br/>
      </w:r>
      <w:r>
        <w:rPr>
          <w:sz w:val="20"/>
        </w:rPr>
        <w:t>5:10  tables. so he has written that peace is like soil, just because, just, just like without soil there can be no trees, so without peace there can be no social development.</w:t>
      </w:r>
      <w:r>
        <w:br/>
      </w:r>
      <w:r>
        <w:rPr>
          <w:sz w:val="20"/>
        </w:rPr>
        <w:t>5:23  to peace ki itni ziyada ahmiyat hai for everybody, for all of us to progress and flourish in this world, and to actually actualize potential.</w:t>
      </w:r>
      <w:r>
        <w:br/>
      </w:r>
      <w:r>
        <w:rPr>
          <w:sz w:val="20"/>
        </w:rPr>
        <w:t>5:33  apa, lekin ek sawal yahan pe yeh bhi aata hai ke aksar islam ki baat hoti hai to peace se pehle jihad word aa jata hai. to main chahunga ke thoda jihad ko bhi aap achhe se wazeh karen.</w:t>
      </w:r>
      <w:r>
        <w:br/>
      </w:r>
      <w:r>
        <w:rPr>
          <w:sz w:val="20"/>
        </w:rPr>
        <w:t>5:47  asal mein jihad ke maani qital nahin hain. jihad aur qital synonymous words nahin hain. jang jo hai ke liye qital ka word bola jata hai.</w:t>
      </w:r>
      <w:r>
        <w:br/>
      </w:r>
      <w:r>
        <w:rPr>
          <w:sz w:val="20"/>
        </w:rPr>
        <w:t>5:59  jihad ke liye hai ke jihad ke maani hain strive, struggle, khoob ziyada mehnat karna. to khoob ziyada mehnat karna ALLAH ki rah mein.</w:t>
      </w:r>
      <w:r>
        <w:br/>
      </w:r>
      <w:r>
        <w:rPr>
          <w:sz w:val="20"/>
        </w:rPr>
        <w:t>6:08  to is mein jo is mein ziyada tar wohi aata hai ke hum apni apne aap ke ke andar intellectual development, spiritual development ka kaam karen, society mein kaam karen, logon tak khuda ka paigham pohnchayen.</w:t>
      </w:r>
      <w:r>
        <w:br/>
      </w:r>
      <w:r>
        <w:rPr>
          <w:sz w:val="20"/>
        </w:rPr>
        <w:t>6:23  is mein mehnat karna, deen mein mehnat karna,</w:t>
      </w:r>
      <w:r>
        <w:br/>
      </w:r>
      <w:r>
        <w:rPr>
          <w:sz w:val="20"/>
        </w:rPr>
        <w:t>6:26  aur apni personality development mein mehnat karna. lekin wohi hai ke kabhi kabhi aisa ho jata hai ke halaat kharab ho jate hain, to kabhi kabhi aisa ho jata hai ke difa karna parta hai.</w:t>
      </w:r>
      <w:r>
        <w:br/>
      </w:r>
      <w:r>
        <w:rPr>
          <w:sz w:val="20"/>
        </w:rPr>
        <w:t>6:39  lekin yeh peace jo hai wohi rule hai, aur jo non violence hai, peace to rule hai, aur violence jo hai woh exception hai.</w:t>
      </w:r>
      <w:r>
        <w:br/>
      </w:r>
      <w:r>
        <w:rPr>
          <w:sz w:val="20"/>
        </w:rPr>
        <w:t>6:51  woh kabhi kabhi aisa hota hai. to jihad to ke maani hi nahin hain qital.</w:t>
      </w:r>
      <w:r>
        <w:br/>
      </w:r>
      <w:r>
        <w:rPr>
          <w:sz w:val="20"/>
        </w:rPr>
        <w:t>6:57  jihad ke maani hain khoob khoob mehnat karna, striving, struggling kisi achhe kaam ke liye. to woh to jihad sara zindagi bhar jari rehta hai.</w:t>
      </w:r>
      <w:r>
        <w:br/>
      </w:r>
      <w:r>
        <w:rPr>
          <w:sz w:val="20"/>
        </w:rPr>
        <w:t>7:08  kyunke hum jis duniya mein paida hue hain woh hamari apni banai hui duniya nahin hai, khuda ki banai hui duniya hai. to yahan hum ko khuda ki marzi ke mutabiq zindagi guzarni hai.</w:t>
      </w:r>
      <w:r>
        <w:br/>
      </w:r>
      <w:r>
        <w:rPr>
          <w:sz w:val="20"/>
        </w:rPr>
        <w:t>7:19  to khuda ki marzi ke mutabiq zindagi guzarnay mein humein mehnat karni parti hai. kyunke apni khwahish ke mutabiq zindagi guzarnay mein ziyada aasaniyan</w:t>
      </w:r>
      <w:r>
        <w:br/>
      </w:r>
      <w:r>
        <w:rPr>
          <w:sz w:val="20"/>
        </w:rPr>
        <w:t>7:27  hoti hain. to har waqt humein yahan jihad karna hai. to yahan shaitan behkata hai, log galat galat baaten dimagh mein dalte hain, tarah tarah ke hurdles create karte hain hamare kaam mein.</w:t>
      </w:r>
      <w:r>
        <w:br/>
      </w:r>
      <w:r>
        <w:rPr>
          <w:sz w:val="20"/>
        </w:rPr>
        <w:t>7:40  to humein har waqt is mein jo sabr o bardasht karna parta hai, to woh sari cheezen jo hain woh is woh jihad mein aa jati hain, jis ko hum crusade ka word bolte hain.</w:t>
      </w:r>
      <w:r>
        <w:br/>
      </w:r>
      <w:r>
        <w:rPr>
          <w:sz w:val="20"/>
        </w:rPr>
        <w:t>7:51  to hum jaise farz kariye hum taleem ke liye mehnat karen apni society mein, apne mahol mein,</w:t>
      </w:r>
      <w:r>
        <w:br/>
      </w:r>
      <w:r>
        <w:rPr>
          <w:sz w:val="20"/>
        </w:rPr>
        <w:t>7:58  to apne mulk mein mehnat karen taake tamam logon ko achhi education milay. yeh bhi kahenge crusade hai, yeh jaise sir syed ne kiya.</w:t>
      </w:r>
      <w:r>
        <w:br/>
      </w:r>
      <w:r>
        <w:rPr>
          <w:sz w:val="20"/>
        </w:rPr>
        <w:t>8:08  to yeh har cheez mein jihad ka word istemal ho sakta hai. khoob khoob mehnat karna, logon ke akhlaq sudharna hai, logon ke andar deen ki spirit bharna hai.</w:t>
      </w:r>
      <w:r>
        <w:br/>
      </w:r>
      <w:r>
        <w:rPr>
          <w:sz w:val="20"/>
        </w:rPr>
        <w:t>8:20  to yeh sab ka sab jo hai woh jihad mein aayega.</w:t>
      </w:r>
      <w:r>
        <w:br/>
      </w:r>
      <w:r>
        <w:rPr>
          <w:sz w:val="20"/>
        </w:rPr>
        <w:t>8:23  lekin jo hai kabhi kabhi aisa ho jata hai ke logon ki taraf se bohat ziyada rukawaton par bhi jihad nahi hai. lekin jab physically, physical attack ho jaye na, tab hum apna defense kar sakte hain.</w:t>
      </w:r>
      <w:r>
        <w:br/>
      </w:r>
      <w:r>
        <w:rPr>
          <w:sz w:val="20"/>
        </w:rPr>
        <w:t>8:39  rukawaton par to aap rasool Allah sal Allah alaihi wasallam ki zindagi ko dekhiye, rukawatein hi rukawatein theen. har din rukawatein theen. to aap ne to kabhi bhi jihad, woh is qital ke mani mein jihad nahi kiya.</w:t>
      </w:r>
      <w:r>
        <w:br/>
      </w:r>
      <w:r>
        <w:rPr>
          <w:sz w:val="20"/>
        </w:rPr>
        <w:t>8:51  aap sabr karte, bardasht karte, logon ke liye duaein karte. to yahi, yahi, yahi jihad tha. ab aap jaise aap madina gaye to wahan par abdullah ibn abi ko ko log leader banane ja rahe thay, yahan tak ke uska, aah, uska crown jo hai woh bhi banne ko chala gaya tha.</w:t>
      </w:r>
      <w:r>
        <w:br/>
      </w:r>
      <w:r>
        <w:rPr>
          <w:sz w:val="20"/>
        </w:rPr>
        <w:t>9:11  to woh bohat ziyada ghussa ho gaya kyunke aap gaye to logon ne aap ko sardar man liya.</w:t>
      </w:r>
      <w:r>
        <w:br/>
      </w:r>
      <w:r>
        <w:rPr>
          <w:sz w:val="20"/>
        </w:rPr>
        <w:t>9:16  to ab us ne jo hai woh sabr bardasht nahi kiya aur musalsal aap ke khilaf, aah, kuch na kuch rashadmaniyan karta rehta raha.</w:t>
      </w:r>
      <w:r>
        <w:br/>
      </w:r>
      <w:r>
        <w:rPr>
          <w:sz w:val="20"/>
        </w:rPr>
        <w:t>9:26  to woh hai ke hum is tarah ki rukawatein hum ko har mauqe par, har qadam par rukawatein aati hain. to hamein yeh karna hai, sabr karna hai, bardasht karna hai.</w:t>
      </w:r>
      <w:r>
        <w:br/>
      </w:r>
      <w:r>
        <w:rPr>
          <w:sz w:val="20"/>
        </w:rPr>
        <w:t>9:37  aur aap jante hain ke sabr ke baray mein bohat ziyada, aah, aayatein hain, hadisein hain ke sabr ka bohat bara ajr hai. isi liye keun</w:t>
      </w:r>
      <w:r>
        <w:br/>
      </w:r>
      <w:r>
        <w:rPr>
          <w:sz w:val="20"/>
        </w:rPr>
        <w:t>9:46  ke sabr ke baghair aap koi kaam bhi nahi kar sakte, aap ulajh ke reh jayenge zindagi mein. to har waqt masail aate hi rehte hain. apa, bohat hi ziyada actually misconstrued word hai jihad.</w:t>
      </w:r>
      <w:r>
        <w:br/>
      </w:r>
      <w:r>
        <w:rPr>
          <w:sz w:val="20"/>
        </w:rPr>
        <w:t>9:58  ab jaise aap ne bohat achhe se bataya, ek riwayat bhi hai hazrat ibn abbas se, aah, ek shakhs ne poocha jihad ko le kar to unhon ne bohat saaf alfazon mein kaha ke "should i not tell you something which is superior for you then jihad?</w:t>
      </w:r>
      <w:r>
        <w:br/>
      </w:r>
      <w:r>
        <w:rPr>
          <w:sz w:val="20"/>
        </w:rPr>
        <w:t>10:13  " phir unhon ne batana shuru kiya ke "it is building of musk, it is reading of the quran, learning of the sunnat and the fiqh." to unhon ne yeh nahi kaha ke haan jihad bohat superior cheez hai, lekin log aksar jis mani mein lete hain woh bilkul opposite hai, jaisa ke aap ne abhi is ko bohat achhe se samjhaya.</w:t>
      </w:r>
      <w:r>
        <w:br/>
      </w:r>
      <w:r>
        <w:rPr>
          <w:sz w:val="20"/>
        </w:rPr>
        <w:t>10:31  in fact, apa, islam is a, is a completely is a peaceful ideology. to jihad also can not have any, aah, violent ideological base.</w:t>
      </w:r>
      <w:r>
        <w:br/>
      </w:r>
      <w:r>
        <w:rPr>
          <w:sz w:val="20"/>
        </w:rPr>
        <w:t>10:41  to main chahunga ke ideologically speaking, aah, is ko aap agar thoda sa wazeh karein. woh jo jang ke liye jo jihad ka lafz istemal kiya jane laga hai na, ji, woh uska extended use hai ya istemali use hai ke woh kyunke jang mein bohat ziyada mehnat karni parti hai,</w:t>
      </w:r>
      <w:r>
        <w:br/>
      </w:r>
      <w:r>
        <w:rPr>
          <w:sz w:val="20"/>
        </w:rPr>
        <w:t>10:59  aur to is ke liye jihad ka lafz istemal kiya jane laga, warna asal lafz jo hai na woh qital hai. ji, to</w:t>
      </w:r>
      <w:r>
        <w:br/>
      </w:r>
      <w:r>
        <w:rPr>
          <w:sz w:val="20"/>
        </w:rPr>
        <w:t>11:09  jihad jo hai na woh ideological struggle ke sense mein to non violent struggle hi hai. to woh is liye hota hai ke woh jab bhi hum koi, aah, kaam achha karein society mein, aur chunke hum log ek daawa group hain, achha aur achhi baat ko society mein hamein pahunchana hai, lekin jab hum jate hain kaam karne to pata chalta hai ke har aadmi ek conditioned insan hai.</w:t>
      </w:r>
      <w:r>
        <w:br/>
      </w:r>
      <w:r>
        <w:rPr>
          <w:sz w:val="20"/>
        </w:rPr>
        <w:t>11:35  to apni conditioning ki wajah se woh hamare paigham ko nahi samajhta. jo rasool Allah sal Allah alaihi wasallam ko itni ziyada opposition hui, woh isi liye, is liye hi nahi ke arab ke log bure thay, balkeh woh conditioned insan thay.</w:t>
      </w:r>
      <w:r>
        <w:br/>
      </w:r>
      <w:r>
        <w:rPr>
          <w:sz w:val="20"/>
        </w:rPr>
        <w:t>11:49  to woh conditioning ki wajah se woh nahi samjhe ke yeh nayi nayi baatein jo hamein sikha rahe hain, yeh kya cheez hai. to us waqt to yeh tha, woh kehte thay ke ek Khuda se kaise kaam chalega?</w:t>
      </w:r>
      <w:r>
        <w:br/>
      </w:r>
      <w:r>
        <w:rPr>
          <w:sz w:val="20"/>
        </w:rPr>
        <w:t>12:02  wahan to har qabiley ka but juda tha na. j</w:t>
      </w:r>
      <w:r>
        <w:br/>
      </w:r>
      <w:r>
        <w:rPr>
          <w:sz w:val="20"/>
        </w:rPr>
        <w:t>12:05  y, to is tarah ki conditioning ho jati hai. woh samajhte thay ke woh wahan buton par nazrane aate thay. ab samajhte thay ke agar hum ek Khuda ko mante hain to hamari to economy sab kharab ho jayegi.</w:t>
      </w:r>
      <w:r>
        <w:br/>
      </w:r>
      <w:r>
        <w:rPr>
          <w:sz w:val="20"/>
        </w:rPr>
        <w:t>12:16  to different kind ki conditioning hoti hai. ab jaise hum spirit ko ubharne ke liye kahein, namaz ki, roze ki, hajj ki, zakat ki, to spirit ko ubharne ke liye kahein ge to woh to form se itna manoos ho chuke hain</w:t>
      </w:r>
      <w:r>
        <w:br/>
      </w:r>
      <w:r>
        <w:rPr>
          <w:sz w:val="20"/>
        </w:rPr>
        <w:t>12:32  , conditioned ho chuke hain, to un ki samajh mein nahi aata ke yeh kya cheez hai. spirit wala deen un ke liye ajnabi deen ban gaya hai. to is liye daai ko bohat sakht mehnat karni parti hai, jis ko ideological jihad bhi Maulana ne kahin istemal kiya hai.</w:t>
      </w:r>
      <w:r>
        <w:br/>
      </w:r>
      <w:r>
        <w:rPr>
          <w:sz w:val="20"/>
        </w:rPr>
        <w:t>12:49  aur is chunke ab agar hum is waqt lad jayein to hum apna kaam aage badha nahi sakte. aur agar hum sabr kar lein, bardasht kar lein to is ka matlab yeh hai ke hamein is ko hum time de rahe hain.</w:t>
      </w:r>
      <w:r>
        <w:br/>
      </w:r>
      <w:r>
        <w:rPr>
          <w:sz w:val="20"/>
        </w:rPr>
        <w:t>13:02  is ko, is ko time chahiye. agar ek conditioned insan hai to us ko time chahiye taake woh baaton ko gehrai se samajh sake.</w:t>
      </w:r>
      <w:r>
        <w:br/>
      </w:r>
      <w:r>
        <w:rPr>
          <w:sz w:val="20"/>
        </w:rPr>
        <w:t>13:11  har insan ghor o fikr to karta hi hai. koi nayi baat kisi se kahi jaye to woh us par sochta hai. sochte sochte kabhi na kabhi us ko baat samajh mein aa jati hai.</w:t>
      </w:r>
      <w:r>
        <w:br/>
      </w:r>
      <w:r>
        <w:rPr>
          <w:sz w:val="20"/>
        </w:rPr>
        <w:t>13:21  itna sare sahaba ki yahi misaal hai. hazrat umar ji itne bare sahabi hain, ab un ko bhi samajh mein nahi aa raha tha. un ko bhi time chahiye tha.</w:t>
      </w:r>
      <w:r>
        <w:br/>
      </w:r>
      <w:r>
        <w:rPr>
          <w:sz w:val="20"/>
        </w:rPr>
        <w:t>13:30  to</w:t>
      </w:r>
      <w:r>
        <w:br/>
      </w:r>
      <w:r>
        <w:rPr>
          <w:sz w:val="20"/>
        </w:rPr>
        <w:t>13:31  chunki insanon ko time chahiye samajhne ke liye, to is wajah se sabr jo hai woh zaroori hai. sabr karna bhi ek jihad hai.</w:t>
      </w:r>
      <w:r>
        <w:br/>
      </w:r>
      <w:r>
        <w:rPr>
          <w:sz w:val="20"/>
        </w:rPr>
        <w:t>13:40  ji, kyunke sab se zyada mehnat to sabr karne mein lagti hai. to to isi liye jo hai kaha gaya hai Quran mein ke Quran se jihad karo.</w:t>
      </w:r>
      <w:r>
        <w:br/>
      </w:r>
      <w:r>
        <w:rPr>
          <w:sz w:val="20"/>
        </w:rPr>
        <w:t>13:53  jihad bil Quran to</w:t>
      </w:r>
      <w:r>
        <w:br/>
      </w:r>
      <w:r>
        <w:rPr>
          <w:sz w:val="20"/>
        </w:rPr>
        <w:t>13:55  balkeh is ko jihad kabir kaha gaya hai ke "wajahidhum bihi jihad kabirah". kyunke is mein sab se zyada opposition hoti hai. un ko samajh mein aata nahi hai, to woh oppose karte hain.</w:t>
      </w:r>
      <w:r>
        <w:br/>
      </w:r>
      <w:r>
        <w:rPr>
          <w:sz w:val="20"/>
        </w:rPr>
        <w:t>14:07  lekin woh to behrahal is zamane mein, aah, bilkul hi insan open nahi tha na. koi bhi nai ideology is ko samajh mein nahi aati thi.</w:t>
      </w:r>
      <w:r>
        <w:br/>
      </w:r>
      <w:r>
        <w:rPr>
          <w:sz w:val="20"/>
        </w:rPr>
        <w:t>14:16  ji, to is wajah se itna zyada wahan par, aah, opposition hui aur itna isi mein kai jangain bhi huin. ji ji, bilkul.</w:t>
      </w:r>
      <w:r>
        <w:br/>
      </w:r>
      <w:r>
        <w:rPr>
          <w:sz w:val="20"/>
        </w:rPr>
        <w:t>14:24  in fact, when the prophet returned from the Tabuk expedition, he made this statement that we have come from a lesser jihad towards a greater jihad.</w:t>
      </w:r>
      <w:r>
        <w:br/>
      </w:r>
      <w:r>
        <w:rPr>
          <w:sz w:val="20"/>
        </w:rPr>
        <w:t>14:32  and greater jihad is exactly like what you explained. its more about intellectual awakening, struggle, strive. apa, aap ne, aah, jihad ko define kiya.</w:t>
      </w:r>
      <w:r>
        <w:br/>
      </w:r>
      <w:r>
        <w:rPr>
          <w:sz w:val="20"/>
        </w:rPr>
        <w:t>14:41  aap ne sabr ke bare mein bhi kaha. sabr pe hum baad mein</w:t>
      </w:r>
      <w:r>
        <w:br/>
      </w:r>
      <w:r>
        <w:rPr>
          <w:sz w:val="20"/>
        </w:rPr>
        <w:t>14:44  aayenge, lekin, aah, main yahan pe yeh bhi chahunga ke aap peace ko bhi aap define kar dein ke becaz peace today has multiple, aah, definitions.</w:t>
      </w:r>
      <w:r>
        <w:br/>
      </w:r>
      <w:r>
        <w:rPr>
          <w:sz w:val="20"/>
        </w:rPr>
        <w:t>14:54  aah, aaj ki date mein peace ki ek simple definition bhi nahi hai. to how would you define peace and why is it so important for the mission? woh ek article mein Maulana ne likha hai ke aman ki tareef ki jati hai absence of war, lekin woh kehte hain yeh negative definition</w:t>
      </w:r>
      <w:r>
        <w:br/>
      </w:r>
      <w:r>
        <w:rPr>
          <w:sz w:val="20"/>
        </w:rPr>
        <w:t>15:12  hai. ji, kyunke yeh sirf itna hi nahi hai ke aman qaim ho gaya, bas itni hi baat kal baat nahi hai. balkeh aman ke qayam se jo sari musbat, positive, constructive activities shuru ho jati hain na, bilkul aisa unhon ne misaal diya hai jaise koi band jo hai khul jaye, band toot jaye to pani ka bahao bohat tezi se aage aage aata hai.</w:t>
      </w:r>
      <w:r>
        <w:br/>
      </w:r>
      <w:r>
        <w:rPr>
          <w:sz w:val="20"/>
        </w:rPr>
        <w:t>15:36  jaise ke woh jo jo non violence hai aur yeh sab jo hai is tarah ki baatein, yeh bilkul band ki jagah kaam kar deti hain.</w:t>
      </w:r>
      <w:r>
        <w:br/>
      </w:r>
      <w:r>
        <w:rPr>
          <w:sz w:val="20"/>
        </w:rPr>
        <w:t>15:47  kyunke aadmi jo hai na doosre se contact freely, free atmosphere mein kar sakta hai, na doosre se apni baat ko pohncha sakta hai. dushmani hoti hai, hatred hoti hai.</w:t>
      </w:r>
      <w:r>
        <w:br/>
      </w:r>
      <w:r>
        <w:rPr>
          <w:sz w:val="20"/>
        </w:rPr>
        <w:t>15:58  to is mein agar hum un se koi baat kehte bhi hain to un ko baat woh samajh mein nahi aati hai.</w:t>
      </w:r>
      <w:r>
        <w:br/>
      </w:r>
      <w:r>
        <w:rPr>
          <w:sz w:val="20"/>
        </w:rPr>
        <w:t>16:04  to jaise aap, aah, yeh sulah qaim karein, halaat ko normalize karein to waise hi aap ki jo hai tamam, aah, activities qaim ho jati hain, musbat activities, aur is ka result bohat acha hota hai.</w:t>
      </w:r>
      <w:r>
        <w:br/>
      </w:r>
      <w:r>
        <w:rPr>
          <w:sz w:val="20"/>
        </w:rPr>
        <w:t>16:19  jaise sulah Hudaybiyah mein hua, is se pehle kuch kaam nahi ho raha tha kyunke bohat zyada rukawatein theen. log ek doosre se milna bhi pasand nahi karte the.</w:t>
      </w:r>
      <w:r>
        <w:br/>
      </w:r>
      <w:r>
        <w:rPr>
          <w:sz w:val="20"/>
        </w:rPr>
        <w:t>16:29  kai logon ko to kaha gaya ke apne kaan mein rooi daal lo, Muhammad ki baat mat suno to bad-deen ho jaoge. to lekin jab yeh sulah ho gayi to sare log ek doosre se milne lage aur itni tezi se aap ka paigham phail gaya.</w:t>
      </w:r>
      <w:r>
        <w:br/>
      </w:r>
      <w:r>
        <w:rPr>
          <w:sz w:val="20"/>
        </w:rPr>
        <w:t>16:44  to aise hi aaj kal ke to bohat zyada mawaqe hain, pehle to itne mawaqe bhi nahi the. to yeh samajh lijiye ke aman ka qayam jo hai na woh ek master key hai, tamam band darwaze is se khul jate hain.</w:t>
      </w:r>
      <w:r>
        <w:br/>
      </w:r>
      <w:r>
        <w:rPr>
          <w:sz w:val="20"/>
        </w:rPr>
        <w:t>16:59  to isi tarah se Maulana ne misaal di hai ke kainat ka mazhab jo hai woh bhi aman hi hai, aman culture hi poori kainat mein prevail kar raha hai. kyunke aap jante hain ke poori kainat mutharrik hai, aur billions and billions of stars jo hain woh sab move kar rahe hain apne apne orbit mein, koi kisi se clash nahi karta.</w:t>
      </w:r>
      <w:r>
        <w:br/>
      </w:r>
      <w:r>
        <w:rPr>
          <w:sz w:val="20"/>
        </w:rPr>
        <w:t>17:19  Surah Yaseen mein is ko describe kiya gaya hai. to</w:t>
      </w:r>
      <w:r>
        <w:br/>
      </w:r>
      <w:r>
        <w:rPr>
          <w:sz w:val="20"/>
        </w:rPr>
        <w:t>17:23  koi clash nahi hai, koi tashaddud culture nahi hai. to poori kainat mein, to jab kainat mein arbon saal se, arbon saal se kainat chal rahi hai aur koi clash nahi hai, agar is mein clash ho to poori kainat jo hai tabah ho jaye, khatam ho jaye.</w:t>
      </w:r>
      <w:r>
        <w:br/>
      </w:r>
      <w:r>
        <w:rPr>
          <w:sz w:val="20"/>
        </w:rPr>
        <w:t>17:40  to yahi, yeh hamare liye yeh sari cheezein jo nature ki hain, woh sab hamare liye model ki hesiyat rakhti hain. to humein bhi isi model ko apnana hai.</w:t>
      </w:r>
      <w:r>
        <w:br/>
      </w:r>
      <w:r>
        <w:rPr>
          <w:sz w:val="20"/>
        </w:rPr>
        <w:t>17:51  jagah jagah Maulana ne nature ki misaal di hai ke woh hamare liye model hai aur isi ko humein apnana hai. to bas sirf farq itna hai kainat mein aur insan mein ke kainat mein sab kuch determined hai.</w:t>
      </w:r>
      <w:r>
        <w:br/>
      </w:r>
      <w:r>
        <w:rPr>
          <w:sz w:val="20"/>
        </w:rPr>
        <w:t>18:06  woh, woh jo kar rahe hain, woh waise hi karenge. un ka apni koi free will nahi hai, lekin insan ko free will di gayi hai kyunke insan is duniya mein test ke liye aa</w:t>
      </w:r>
      <w:r>
        <w:br/>
      </w:r>
      <w:r>
        <w:rPr>
          <w:sz w:val="20"/>
        </w:rPr>
        <w:t>18:18  ya hai to is waja se is ko free will di gai hai ta k wo apna test de sake aur is ka jo hai badla jo hai, is ko reward akhirat mein jannat ki shakal mein mile ga.</w:t>
      </w:r>
      <w:r>
        <w:br/>
      </w:r>
      <w:r>
        <w:rPr>
          <w:sz w:val="20"/>
        </w:rPr>
        <w:t>18:31  ji, ah, apa miss fareeda kamran ne comment bheja hai pakistan se. unhon ne likha hai: "jazak allah nicely explain most important lesson with practical wisdom." ah</w:t>
      </w:r>
      <w:r>
        <w:br/>
      </w:r>
      <w:r>
        <w:rPr>
          <w:sz w:val="20"/>
        </w:rPr>
        <w:t>18:44  , miss ayesha butto ne likha hai: "beshak allah sabar karne walon ke sath hai." doctor aslam khan sahab ne saharanpur se likha hai: "you are right, doctor fareeda.</w:t>
      </w:r>
      <w:r>
        <w:br/>
      </w:r>
      <w:r>
        <w:rPr>
          <w:sz w:val="20"/>
        </w:rPr>
        <w:t>18:55  now we should start ideological jihad. really, it is a greater jihad and it should start with wisdom." ah, muhammad farooq sahab ne lahore se likha hai: "moreover, peace is a tool that paves the way for suc</w:t>
      </w:r>
      <w:r>
        <w:br/>
      </w:r>
      <w:r>
        <w:rPr>
          <w:sz w:val="20"/>
        </w:rPr>
        <w:t>19:10  cess. when we are peaceful, we can focus on our goals and overcome any obstacles. peace also helps us to connect with others and create positive relations.</w:t>
      </w:r>
      <w:r>
        <w:br/>
      </w:r>
      <w:r>
        <w:rPr>
          <w:sz w:val="20"/>
        </w:rPr>
        <w:t>19:21  peace is not just the absence of conflict, but the presence of harmony and joy. peace is a powerful force that can transform our life and the world." apa, lekin ek sawal yeh bhi aata hai ke, ah, log aksar kehte hain ke conspiracies enemies karte rehte hain.</w:t>
      </w:r>
      <w:r>
        <w:br/>
      </w:r>
      <w:r>
        <w:rPr>
          <w:sz w:val="20"/>
        </w:rPr>
        <w:t>19:40  ah, to kya solution hai in conspiracies ka? you can not deny conspiracies being hatched. ah, but what is the solution to these conspiracies?</w:t>
      </w:r>
      <w:r>
        <w:br/>
      </w:r>
      <w:r>
        <w:rPr>
          <w:sz w:val="20"/>
        </w:rPr>
        <w:t>19:51  conspiracy to hazrat adam jab pehle pehli family dunya mein aai, un ke beton mein ho gaya dushmani.</w:t>
      </w:r>
      <w:r>
        <w:br/>
      </w:r>
      <w:r>
        <w:rPr>
          <w:sz w:val="20"/>
        </w:rPr>
        <w:t>19:59  to yeh to part and parcel hai is life ka. ji,</w:t>
      </w:r>
      <w:r>
        <w:br/>
      </w:r>
      <w:r>
        <w:rPr>
          <w:sz w:val="20"/>
        </w:rPr>
        <w:t>20:03  kyun ke insan apni khwahish ke mutabiq zindagi guzarta hai, apne mafad ke mutabiq zindagi guzarna chahta hai. to yeh to hoga, yeh to hum maan ke chalenge, yeh hoga.</w:t>
      </w:r>
      <w:r>
        <w:br/>
      </w:r>
      <w:r>
        <w:rPr>
          <w:sz w:val="20"/>
        </w:rPr>
        <w:t>20:14  ab hamein dekhna hai ke is ka solution kya hai. ji, quran mein, hadith mein, prophet ki zindagi mein kya solution hai? main, main to samajhti hoon ke logon ne, ah, prophet ki jo examples hain, is ko samajhne ki koi koshish nahi ki</w:t>
      </w:r>
      <w:r>
        <w:br/>
      </w:r>
      <w:r>
        <w:rPr>
          <w:sz w:val="20"/>
        </w:rPr>
        <w:t>20:30  hai. wo prophet ko bas unhon ne apna hero bana liya hai. to hero se to hero to hamara model hota nahi hai. to agar aap har mamla jo aap ko parhe aur aap prophet ki zindagi ko dekhen to aap ke haan har tarah ki examples hain.</w:t>
      </w:r>
      <w:r>
        <w:br/>
      </w:r>
      <w:r>
        <w:rPr>
          <w:sz w:val="20"/>
        </w:rPr>
        <w:t>20:46  ek bar molana ne likh diya tha ke prophet ki examples ko, jo ke uswa hasna, halan ke yeh quran ka lafz hai, to logon ne bohat zyada mukhalifat ki thi ke uswa kamila, uswa hasna nahi</w:t>
      </w:r>
      <w:r>
        <w:br/>
      </w:r>
      <w:r>
        <w:rPr>
          <w:sz w:val="20"/>
        </w:rPr>
        <w:t>20:59  . uswa kamila manne ke liye hai, bolne ke liye hai, lekin apne amal mein wo kuch nahi, is ko samajhna, samajhne ki koi koshish nahi karte.</w:t>
      </w:r>
      <w:r>
        <w:br/>
      </w:r>
      <w:r>
        <w:rPr>
          <w:sz w:val="20"/>
        </w:rPr>
        <w:t>21:09  warna har cheez mein prophet ki example un ko aap ko mile gi. aur quran aur prophet ki example yeh kafi hai ke hum apne har masle ko hal kar saken.</w:t>
      </w:r>
      <w:r>
        <w:br/>
      </w:r>
      <w:r>
        <w:rPr>
          <w:sz w:val="20"/>
        </w:rPr>
        <w:t>21:21  to quran mein aaya hai chapter third aur verse 120 mein ke agar tum sabar karo aur allah ka taqwa ikhtiyar karo to un ki koi sazish tum ko hargiz nuqsan na pohanchaye gi.</w:t>
      </w:r>
      <w:r>
        <w:br/>
      </w:r>
      <w:r>
        <w:rPr>
          <w:sz w:val="20"/>
        </w:rPr>
        <w:t>21:34  to ab jab allah taala keh raha hai ke hargiz nuqsan nahi tumhein pohanche ga, to hamein thora sa sochna chahiye na ke kya matlab hai ke sabar karo aur allah ka taqwa ikhtiyar karo, allah se daro, allah ki jo guidelines</w:t>
      </w:r>
      <w:r>
        <w:br/>
      </w:r>
      <w:r>
        <w:rPr>
          <w:sz w:val="20"/>
        </w:rPr>
        <w:t>21:49  hain, wo is ke mutabiq apni zindagi guzaro. to sabar aur planning jo hai, wo har sazish ko nakam bana deti hai.</w:t>
      </w:r>
      <w:r>
        <w:br/>
      </w:r>
      <w:r>
        <w:rPr>
          <w:sz w:val="20"/>
        </w:rPr>
        <w:t>21:58  ab aap be hisab, be shumar misalein aap ko milengi, ah, rasool allah salallahu alaihi wasallam ki hi zindagi mein ke har sazish ko aap ne nakam bana diya.</w:t>
      </w:r>
      <w:r>
        <w:br/>
      </w:r>
      <w:r>
        <w:rPr>
          <w:sz w:val="20"/>
        </w:rPr>
        <w:t>22:07  jab aap ko marne ki sazish hui makkah mein to aap ne kitni khamoshi se adhi raat ko makkah se madina chale gaye. to wo sazish ko nakami banana</w:t>
      </w:r>
      <w:r>
        <w:br/>
      </w:r>
      <w:r>
        <w:rPr>
          <w:sz w:val="20"/>
        </w:rPr>
        <w:t>22:18  hua na? aisa nahi ke aaj ki dunya hamare khilaf ho gai hai, aaj sazish ho rahi hai. sazish to insan awal se hi ho rahi hai, bas hum samajh nahi rahe hain ke sazish ko nakam kaise karein.</w:t>
      </w:r>
      <w:r>
        <w:br/>
      </w:r>
      <w:r>
        <w:rPr>
          <w:sz w:val="20"/>
        </w:rPr>
        <w:t>22:30  hum retaliate karte hain, hum jang shuru kar dete hain aur jang ko dekhte hain ke jang se koi nateeja baramad nahi ho raha,</w:t>
      </w:r>
      <w:r>
        <w:br/>
      </w:r>
      <w:r>
        <w:rPr>
          <w:sz w:val="20"/>
        </w:rPr>
        <w:t>22:38  barbad ho rahe hain sari hamare resources. lekin bas ghusse, ghussa, wo is mein hadith mein aaya hai muslim, ah, sahih muslim mein ke dajjal kyun nikle ga?</w:t>
      </w:r>
      <w:r>
        <w:br/>
      </w:r>
      <w:r>
        <w:rPr>
          <w:sz w:val="20"/>
        </w:rPr>
        <w:t>22:50  dajjal ghussa hoga, is ka ghussa us ko nikale ga. to aaj musalman ghussa hain, ghusse mein kuch bhi kar rahe hain, be soche samjhe apne hi ko barbad kar rahe hain.</w:t>
      </w:r>
      <w:r>
        <w:br/>
      </w:r>
      <w:r>
        <w:rPr>
          <w:sz w:val="20"/>
        </w:rPr>
        <w:t>23:01  to wahi agar yeh log samjhen, quran ko samjhen, jin ki urdu zaban hai, wo bhi nahi samajhte to</w:t>
      </w:r>
      <w:r>
        <w:br/>
      </w:r>
      <w:r>
        <w:rPr>
          <w:sz w:val="20"/>
        </w:rPr>
        <w:t>23:08  woh aaj jo hai kitnay ziyada, aah, mawaqe hain aaj peaceful, aah, work karne ke liye. to woh saare mawaqe ko istemaal karte aur dunya ko bhi aik behtar jagah banate aur aakhirat mein bhi un ko apni is ka reward milta.</w:t>
      </w:r>
      <w:r>
        <w:br/>
      </w:r>
      <w:r>
        <w:rPr>
          <w:sz w:val="20"/>
        </w:rPr>
        <w:t>23:28  to sulah se jo rasool ALLAH صلی اللہ علیہ وسلم ne dab kar sulah ki, to aik bohat hi bara namona hai hamare liye</w:t>
      </w:r>
      <w:r>
        <w:br/>
      </w:r>
      <w:r>
        <w:rPr>
          <w:sz w:val="20"/>
        </w:rPr>
        <w:t>23:36  ke sulah se hamein tamam mawaqe mil jaate hain aur phir in mawaqe ko istemaal kar ke hum har kuch haasil kar sakte hain jo hum chahte hain.</w:t>
      </w:r>
      <w:r>
        <w:br/>
      </w:r>
      <w:r>
        <w:rPr>
          <w:sz w:val="20"/>
        </w:rPr>
        <w:t>23:45  aur takhreeb mein, yaani destructive activities mein, to hamari tamam taaqatein sirf zaya ho rahi hain. to hamein parman tadbeer karna hai.</w:t>
      </w:r>
      <w:r>
        <w:br/>
      </w:r>
      <w:r>
        <w:rPr>
          <w:sz w:val="20"/>
        </w:rPr>
        <w:t>23:56  aik molana ne aik likha hai booklet mein ke replanning</w:t>
      </w:r>
      <w:r>
        <w:br/>
      </w:r>
      <w:r>
        <w:rPr>
          <w:sz w:val="20"/>
        </w:rPr>
        <w:t>24:01  par woh zabardast hai ke aik planning agar fail ho jaye to phir aap replan karo. is mein bohat achi woh booklet hai. to hum, hum kya kar rahe hain?</w:t>
      </w:r>
      <w:r>
        <w:br/>
      </w:r>
      <w:r>
        <w:rPr>
          <w:sz w:val="20"/>
        </w:rPr>
        <w:t>24:11  bomb pe bomb maar rahe hain. hamein bomb ko diffuse karna hai, bomb pe bomb nahi maarna hai. to jang se dekhiye, kabhi bhi nahi koi nateeja nikla hai, na aaj koi nateeja nikle ga kyunke yeh ALLAH ki,</w:t>
      </w:r>
      <w:r>
        <w:br/>
      </w:r>
      <w:r>
        <w:rPr>
          <w:sz w:val="20"/>
        </w:rPr>
        <w:t>24:24  aah, marzi ke khilaaf hai.</w:t>
      </w:r>
      <w:r>
        <w:br/>
      </w:r>
      <w:r>
        <w:rPr>
          <w:sz w:val="20"/>
        </w:rPr>
        <w:t>24:26  ALLAH ne is dunya mein, aah, peaceful aik dunya mein, aah, aik matlab peace qaim kar diya hai ALLAH taala ne.</w:t>
      </w:r>
      <w:r>
        <w:br/>
      </w:r>
      <w:r>
        <w:rPr>
          <w:sz w:val="20"/>
        </w:rPr>
        <w:t>24:36  ab hum is ko peace ko destroy kar rahe hain, disturb kar rahe hain. to is mein hum ko kabhi bhi ALLAH taala ki madad nahi mile gi. aur aap jante hain, agar ALLAH ki madad na mile to hamara koi bhi plan jo hai woh kamyab nahi ho sakta hai.</w:t>
      </w:r>
      <w:r>
        <w:br/>
      </w:r>
      <w:r>
        <w:rPr>
          <w:sz w:val="20"/>
        </w:rPr>
        <w:t>24:51  to</w:t>
      </w:r>
      <w:r>
        <w:br/>
      </w:r>
      <w:r>
        <w:rPr>
          <w:sz w:val="20"/>
        </w:rPr>
        <w:t>24:52  madad ALLAH taala ki mile gi jab hum, aah, achhe ta'alluqat banayenge, logon se dooriyan khatam karenge aur jo hai un ko khuda ka paigham pahunchayenge.</w:t>
      </w:r>
      <w:r>
        <w:br/>
      </w:r>
      <w:r>
        <w:rPr>
          <w:sz w:val="20"/>
        </w:rPr>
        <w:t>25:05  tab hamein khuda ki madad mile gi. aaj kal bohat achhe tareeqe se jo interfaith program hote hain, jo khaas taur par christians interfaith program kar rahe hain, woh bohat achha kaam hai.</w:t>
      </w:r>
      <w:r>
        <w:br/>
      </w:r>
      <w:r>
        <w:rPr>
          <w:sz w:val="20"/>
        </w:rPr>
        <w:t>25:16  log milte hain, bohat sari cheezein to aisi hoti hain ke doori se misunderstanding develop ho jati hai. to ab musalman doori khatam karein, logon se mulaqatein karein, logon ko apni baat peaceful andaaz mein rakhein to saare masail to khud hi khatam ho jayenge.</w:t>
      </w:r>
      <w:r>
        <w:br/>
      </w:r>
      <w:r>
        <w:rPr>
          <w:sz w:val="20"/>
        </w:rPr>
        <w:t>25:32  dekhiye, christians ne kis tareeqe se apne masail ko saara isi tareeqe se khatam kiya.</w:t>
      </w:r>
      <w:r>
        <w:br/>
      </w:r>
      <w:r>
        <w:rPr>
          <w:sz w:val="20"/>
        </w:rPr>
        <w:t>25:38  musalsal woh aise program karte rehte hain. to musalmanon ko bhi is tarah ke program karna hai, logon se milna hai aur khuda ka paigham un ko, kyunke hum to duty bound hain ke khuda ka paigham peaceful tareeqe se doosron ko pahunchayein.</w:t>
      </w:r>
      <w:r>
        <w:br/>
      </w:r>
      <w:r>
        <w:rPr>
          <w:sz w:val="20"/>
        </w:rPr>
        <w:t>25:54  ji, aur apa, yeh bhi, aah, bohat zaroori hai samajhna kyunke jaise aap ne quran ki abhi ayat batai, aah, ke "if you persevere and fear god, then their conspiracies will not harm you".</w:t>
      </w:r>
      <w:r>
        <w:br/>
      </w:r>
      <w:r>
        <w:rPr>
          <w:sz w:val="20"/>
        </w:rPr>
        <w:t>26:05  to</w:t>
      </w:r>
      <w:r>
        <w:br/>
      </w:r>
      <w:r>
        <w:rPr>
          <w:sz w:val="20"/>
        </w:rPr>
        <w:t>26:06  aik tareeqe se yeh bohat hi zabardast, aah, aah, aik, aik, aah, words of hope hai ke "conspiracies will never harm you".</w:t>
      </w:r>
      <w:r>
        <w:br/>
      </w:r>
      <w:r>
        <w:rPr>
          <w:sz w:val="20"/>
        </w:rPr>
        <w:t>26:14  to molana ne bara achha likha hai ke "we are living in a world of competition and people have freedom, they will definitely misuse their freedom".</w:t>
      </w:r>
      <w:r>
        <w:br/>
      </w:r>
      <w:r>
        <w:rPr>
          <w:sz w:val="20"/>
        </w:rPr>
        <w:t>26:23  to it is not a case of, you know, having conspiracies,</w:t>
      </w:r>
      <w:r>
        <w:br/>
      </w:r>
      <w:r>
        <w:rPr>
          <w:sz w:val="20"/>
        </w:rPr>
        <w:t>26:28  but the problem is that people do not have patience and sincerity, and we cannot eliminate conspiracies in this world.</w:t>
      </w:r>
      <w:r>
        <w:br/>
      </w:r>
      <w:r>
        <w:rPr>
          <w:sz w:val="20"/>
        </w:rPr>
        <w:t>26:36  conspiracies to rahe gi, rahe gi, lekin asal cheez yeh hai ke hum apne aap ko conspiracy se kaise bachayein. aur wohi jaise aap ne bataya, "i mean by being patient, by being sincere in our approach, by replanning".</w:t>
      </w:r>
      <w:r>
        <w:br/>
      </w:r>
      <w:r>
        <w:rPr>
          <w:sz w:val="20"/>
        </w:rPr>
        <w:t>26:48  replanning ka bara achha unhon ne bataya ke "it is adding experience to your previous planning, and then in the light of new information, planning again".</w:t>
      </w:r>
      <w:r>
        <w:br/>
      </w:r>
      <w:r>
        <w:rPr>
          <w:sz w:val="20"/>
        </w:rPr>
        <w:t>26:57  to</w:t>
      </w:r>
      <w:r>
        <w:br/>
      </w:r>
      <w:r>
        <w:rPr>
          <w:sz w:val="20"/>
        </w:rPr>
        <w:t>26:58  is liye, aah, kal mila ke success depends on what is our response. if our response is negative, then it will definitely lead to failure, but if our response is positive, then it will lead to success.</w:t>
      </w:r>
      <w:r>
        <w:br/>
      </w:r>
      <w:r>
        <w:rPr>
          <w:sz w:val="20"/>
        </w:rPr>
        <w:t>27:12  aah, acha, apa, yahan pe ek sawal yeh bhi aata hai ke "we do see in islamic history that there were wars that were fought during the time of the prophet".</w:t>
      </w:r>
      <w:r>
        <w:br/>
      </w:r>
      <w:r>
        <w:rPr>
          <w:sz w:val="20"/>
        </w:rPr>
        <w:t>27:22  to is ko aap kaise explain kareen</w:t>
      </w:r>
      <w:r>
        <w:br/>
      </w:r>
      <w:r>
        <w:rPr>
          <w:sz w:val="20"/>
        </w:rPr>
        <w:t>27:24  ge? kyunke aksar log in wars ka hi hawala dete hain, and they take things out of context. so, how would you explain that?</w:t>
      </w:r>
      <w:r>
        <w:br/>
      </w:r>
      <w:r>
        <w:rPr>
          <w:sz w:val="20"/>
        </w:rPr>
        <w:t>27:35  maulana, yeh kitaab hai "aman-e-alam", is mein yeh saari baaton par bohat detail mein discuss kiya gaya hai. to is mein hai ke "non-violence is the rule in islam, and war is only an exception".</w:t>
      </w:r>
      <w:r>
        <w:br/>
      </w:r>
      <w:r>
        <w:rPr>
          <w:sz w:val="20"/>
        </w:rPr>
        <w:t>27:50  to asal mein to non-violence aur peace hi islam ki base hai, lekin jangain kuch huin.</w:t>
      </w:r>
      <w:r>
        <w:br/>
      </w:r>
      <w:r>
        <w:rPr>
          <w:sz w:val="20"/>
        </w:rPr>
        <w:t>27:59  wo jangon ki wo ek practical reasons hain, kyunke wo zamani reasons hain, wo zamana tha religious persecution ka.</w:t>
      </w:r>
      <w:r>
        <w:br/>
      </w:r>
      <w:r>
        <w:rPr>
          <w:sz w:val="20"/>
        </w:rPr>
        <w:t>28:10  to aap koi bhi nayi baat, aap koi bhi nayi baat society mein kahe karte thay to log aap ke khilaaf ho jatay thay. khali mazhabi nahi, wo ek greek mathematician tha, scientist tha,</w:t>
      </w:r>
      <w:r>
        <w:br/>
      </w:r>
      <w:r>
        <w:rPr>
          <w:sz w:val="20"/>
        </w:rPr>
        <w:t>28:24  archimedes, jahan tak mujhe yaad hai. to wo rait mein koi maths ka kuch formula rait mein likh raha</w:t>
      </w:r>
      <w:r>
        <w:br/>
      </w:r>
      <w:r>
        <w:rPr>
          <w:sz w:val="20"/>
        </w:rPr>
        <w:t>28:33  tha. ab logon ne samjha yeh pata nahi kya nayi cheez is ne nikali hai, matlab innovation jo hai, is se log bohat zyada badaktay thay.</w:t>
      </w:r>
      <w:r>
        <w:br/>
      </w:r>
      <w:r>
        <w:rPr>
          <w:sz w:val="20"/>
        </w:rPr>
        <w:t>28:42  to us wahin us ko maar diya aur tamam baray baray greek scientist ko, philosopherz ko, zyada tar ko mara hi gaya. wo wo age factor hai.</w:t>
      </w:r>
      <w:r>
        <w:br/>
      </w:r>
      <w:r>
        <w:rPr>
          <w:sz w:val="20"/>
        </w:rPr>
        <w:t>28:52  plato ko zehar ka piyala pilaya gaya ke hamare youth ko, aah, kharab kar raha hai.</w:t>
      </w:r>
      <w:r>
        <w:br/>
      </w:r>
      <w:r>
        <w:rPr>
          <w:sz w:val="20"/>
        </w:rPr>
        <w:t>28:58  aur wo jo baatein batatay thay, aah, us se logon ne samjha ke youth jo hain, fail karein ge ke hum free hain, hum kuch bhi bol sakte hain.</w:t>
      </w:r>
      <w:r>
        <w:br/>
      </w:r>
      <w:r>
        <w:rPr>
          <w:sz w:val="20"/>
        </w:rPr>
        <w:t>29:08  ek Noshirwan bohat hi adil badshah tha, to ek din us ne apne court mein kaha ke agar hamari policies se kisi ko ikhtilaf ho to wo yahan bata sakta hai.</w:t>
      </w:r>
      <w:r>
        <w:br/>
      </w:r>
      <w:r>
        <w:rPr>
          <w:sz w:val="20"/>
        </w:rPr>
        <w:t>29:21  us ne khud invite kiya.</w:t>
      </w:r>
      <w:r>
        <w:br/>
      </w:r>
      <w:r>
        <w:rPr>
          <w:sz w:val="20"/>
        </w:rPr>
        <w:t>29:23  to ek aadmi zara seedha tha, us zamane mein badshah ke khilaaf to koi bol hi nahi sakta tha. ek aadmi zara seedha tha, us ne bola ke falan tax jo aap ne lagaya hai, wo hamari is se thora zyada hai, itna is mein,</w:t>
      </w:r>
      <w:r>
        <w:br/>
      </w:r>
      <w:r>
        <w:rPr>
          <w:sz w:val="20"/>
        </w:rPr>
        <w:t>29:37  aah, yield itni hoti nahi hai. ab wo us ne badshah ghussa ho gaya ke us ki himmat hamare khilaaf bol raha hai. to wo jo qalamdan tha, pehle zamane mein qalamdan hotay thay baray baray lakri ke,</w:t>
      </w:r>
      <w:r>
        <w:br/>
      </w:r>
      <w:r>
        <w:rPr>
          <w:sz w:val="20"/>
        </w:rPr>
        <w:t>29:53  to wo kaha ke isi apne ko qabil samajhta hai, isi qalamdan maar maar ke us ka sir tod do. to yeh zamana tha, aap sochiye ke is zamane mein prophet aaye aur logon ko aap ko hukum hua ke tamam yeh paigham tamam logon tak pohncha do.</w:t>
      </w:r>
      <w:r>
        <w:br/>
      </w:r>
      <w:r>
        <w:rPr>
          <w:sz w:val="20"/>
        </w:rPr>
        <w:t>30:12  ab aap ne pohnchana jab shuru kiya to zabardast mukhalifat hui. aap ne koi bhi aisa kaam nahi kiya jis se violence ke zariye se aap ne koi kaam kiya</w:t>
      </w:r>
      <w:r>
        <w:br/>
      </w:r>
      <w:r>
        <w:rPr>
          <w:sz w:val="20"/>
        </w:rPr>
        <w:t>30:22  ho. aap ne to logon ko jawab tak nahi diya, aap ko logon ko itna bura bhala kaha, lekin aap ne jawab bhi nahi diya. lekin jab Madinah gaye aap to Madinah mein log baqayda Makkah se poori poori fauj Madinah mein charhai.</w:t>
      </w:r>
      <w:r>
        <w:br/>
      </w:r>
      <w:r>
        <w:rPr>
          <w:sz w:val="20"/>
        </w:rPr>
        <w:t>30:38  Madinah par to wahan aap sochiye ke aisay halaat mein sirf char jangain huin. Maulana ne is ko gina hai ke sirf adhay adhay din ki char jangain huin.</w:t>
      </w:r>
      <w:r>
        <w:br/>
      </w:r>
      <w:r>
        <w:rPr>
          <w:sz w:val="20"/>
        </w:rPr>
        <w:t>30:51  aur aaj musalman saalon ladte rehtay hain, un ko jang khatam hi nahi kartay. Rasool Allah (SAW) ne adhay din mein ek jang khatam kar di jis ko hum jang bhi nahi kehtay, skirmish kehtay hain.</w:t>
      </w:r>
      <w:r>
        <w:br/>
      </w:r>
      <w:r>
        <w:rPr>
          <w:sz w:val="20"/>
        </w:rPr>
        <w:t>31:03  to hawala dein ge ke Rasool Allah ke haan jang hui, wo to age hi different tha, wo to religious persecution ka age tha. wahan aap kuch bhi kaam nahi kar sakte thay, jo badshah ka mazhab tha, wahi riaya ka mazhab hota tha.</w:t>
      </w:r>
      <w:r>
        <w:br/>
      </w:r>
      <w:r>
        <w:rPr>
          <w:sz w:val="20"/>
        </w:rPr>
        <w:t>31:18  to is wajah se kabhi kabhi wo majburan difaa karni pari aur us ko Rasool Allah (SAW) ne bilkul limit kar diya,</w:t>
      </w:r>
      <w:r>
        <w:br/>
      </w:r>
      <w:r>
        <w:rPr>
          <w:sz w:val="20"/>
        </w:rPr>
        <w:t>31:26  kam se kam ho. isi wajah se Sulah Hudaibiyah kiya ke jang khatam ho taake kaam jo jo sab se bara kaam hai ke logon tak Khuda ka paigham pohnchana hai, wo paigham pohanchaya ja sake azadana mahol mein.</w:t>
      </w:r>
      <w:r>
        <w:br/>
      </w:r>
      <w:r>
        <w:rPr>
          <w:sz w:val="20"/>
        </w:rPr>
        <w:t>31:41  to islam mein musalman kehte hain ke sari dunya hamari dushman hai, to dushman ke liye jang islam mein hai hi nahin. islam farq karta hai dushman aur hamla aawar mein.</w:t>
      </w:r>
      <w:r>
        <w:br/>
      </w:r>
      <w:r>
        <w:rPr>
          <w:sz w:val="20"/>
        </w:rPr>
        <w:t>31:53  to hamla aawar, hamla to musalmanon ne aksar, musalman khud hi ham</w:t>
      </w:r>
      <w:r>
        <w:br/>
      </w:r>
      <w:r>
        <w:rPr>
          <w:sz w:val="20"/>
        </w:rPr>
        <w:t>31:58  h karte hain, shuruat musalman hi karte hain. abhi bhi jo jang ho rahi hai, use musalmanon ne shuru kiya hai. to is woh sirf agar koi doosra hamla karta hai to musalman defend kar sakte hain, agar zaroorat hai to.</w:t>
      </w:r>
      <w:r>
        <w:br/>
      </w:r>
      <w:r>
        <w:rPr>
          <w:sz w:val="20"/>
        </w:rPr>
        <w:t>32:14  defend ke liye bhi bohat ziyada koshish ki jaye gi ke is ko avoid karen, jaisa ke rasool Allah sal Allah alaih wasallam ki zindagi se hamein milt</w:t>
      </w:r>
      <w:r>
        <w:br/>
      </w:r>
      <w:r>
        <w:rPr>
          <w:sz w:val="20"/>
        </w:rPr>
        <w:t>32:22  a hai. jang e khandaq jo aap ne khodi ko, sare sahaba ke sath mil kar aap khud is mein shamil the ke dushman ki fouj jo hai, madine ke andar enter na ho paye.</w:t>
      </w:r>
      <w:r>
        <w:br/>
      </w:r>
      <w:r>
        <w:rPr>
          <w:sz w:val="20"/>
        </w:rPr>
        <w:t>32:34  to kyun ke jang se kuch milta thori hai, khali dil ki bhadas hoti hai. hum enemy ko nuqsan pohnchaye, is nuqsan pohnchane mein hum is se ziyada apna nuqsan pohnchate hain.</w:t>
      </w:r>
      <w:r>
        <w:br/>
      </w:r>
      <w:r>
        <w:rPr>
          <w:sz w:val="20"/>
        </w:rPr>
        <w:t>32:45  to isi liye Allah taala ne kaha hai ke sabr karo, aise mauqe par, aise mauqe to honge, ghar ke andar bhi hoga, ghar ke bahir bhi hoga, qomon mein bhi hoga.</w:t>
      </w:r>
      <w:r>
        <w:br/>
      </w:r>
      <w:r>
        <w:rPr>
          <w:sz w:val="20"/>
        </w:rPr>
        <w:t>32:56  to is mauqe par sabr karna hai, sulah ki rastay talash karne hain, achhe taluqat qaim karne hain, kyun ke jang to ek necessary evil hai.</w:t>
      </w:r>
      <w:r>
        <w:br/>
      </w:r>
      <w:r>
        <w:rPr>
          <w:sz w:val="20"/>
        </w:rPr>
        <w:t>33:06  to jang se avoid karna hai. dekhiye, is dunya mein insan aya hai apni personality develop karne ke liye.</w:t>
      </w:r>
      <w:r>
        <w:br/>
      </w:r>
      <w:r>
        <w:rPr>
          <w:sz w:val="20"/>
        </w:rPr>
        <w:t>33:14  jang ke zaman mein to kuch bhi nahin hota, kuch ho bhi nahin sakta, koi kaam nahin ho sakta constructive. to hum personality development ke liye jo hum ko time chahiye, woh time hum ko jang, jang ki halat mein hamein milta hi nahin.</w:t>
      </w:r>
      <w:r>
        <w:br/>
      </w:r>
      <w:r>
        <w:rPr>
          <w:sz w:val="20"/>
        </w:rPr>
        <w:t>33:28  to jab akhirat mein jab hum jayenge aur hamara personality development na hua hua hoga, to hum ko jannat accept hi nahin kare gi.</w:t>
      </w:r>
      <w:r>
        <w:br/>
      </w:r>
      <w:r>
        <w:rPr>
          <w:sz w:val="20"/>
        </w:rPr>
        <w:t>33:36  ke wahan to ek spiritual personality chahiye jannat ko,</w:t>
      </w:r>
      <w:r>
        <w:br/>
      </w:r>
      <w:r>
        <w:rPr>
          <w:sz w:val="20"/>
        </w:rPr>
        <w:t>33:41  jaisa aaj kal hota hai na, automatic doors hote hain, to jannat apna darwaza hi nahin khole gi. to is wajah se hamein bohat ziyada is mamle mein serious hona hai ke sab se pehle hamein apni personality ko develop karna hai, phir is ke baad woh paigham doosron tak pohnchana hai.</w:t>
      </w:r>
      <w:r>
        <w:br/>
      </w:r>
      <w:r>
        <w:rPr>
          <w:sz w:val="20"/>
        </w:rPr>
        <w:t>34:00  aur jang to sirf majboori, majboora hoti hai aur bilkul limited time frame ke liye hoti hai.</w:t>
      </w:r>
      <w:r>
        <w:br/>
      </w:r>
      <w:r>
        <w:rPr>
          <w:sz w:val="20"/>
        </w:rPr>
        <w:t>34:08  yeh nahin ke jang shuru ho gayi to ab khatam hi nahin ho rahi hai. hadith mein aya hai: "tum log dushman se mudbhed ki tamanna na karo aur Allah se aman mango." quran mein aya hai: "jab kabhi woh ladaai ki aag bhadkate hain to Allah usay bujha deta hai." dekhiye, Allah khud keh raha hai ke hum ladaai nahin, us ko Allah ko pasand hai.</w:t>
      </w:r>
      <w:r>
        <w:br/>
      </w:r>
      <w:r>
        <w:rPr>
          <w:sz w:val="20"/>
        </w:rPr>
        <w:t>34:29  to jo cheez Allah ko pasand nahin hai, woh kaam aap karenge to aap ko Khuda ki madad kaise mile gi? aap soch sakte hain, kyun ke rasool Allah sal Allah alaih wasallam ki example mein hum dekhte hain</w:t>
      </w:r>
      <w:r>
        <w:br/>
      </w:r>
      <w:r>
        <w:rPr>
          <w:sz w:val="20"/>
        </w:rPr>
        <w:t>34:39  ke jaisa makkah fateh hua, balkeh sulah hudaibiya se hi aap ne shuru kar diya tha ke qomon se muahde kiye, qomon se jangain nahin kin, balkeh qomon se muahde kiye, sab ko apna banaya.</w:t>
      </w:r>
      <w:r>
        <w:br/>
      </w:r>
      <w:r>
        <w:rPr>
          <w:sz w:val="20"/>
        </w:rPr>
        <w:t>34:52  kyun ke islam ka goal jo hai, logon ke dilo ko jeetna hai, gardan zani islam ka goal nahin hai.</w:t>
      </w:r>
      <w:r>
        <w:br/>
      </w:r>
      <w:r>
        <w:rPr>
          <w:sz w:val="20"/>
        </w:rPr>
        <w:t>34:58  to is wajah se yeh islam ka goal jo hai, woh tabhi ho sakta hai jab hum aman ke halaat qaim karen aur is mein phir Khuda ka paigham doosron tak pohnchayein.</w:t>
      </w:r>
    </w:p>
    <w:p>
      <w:pPr>
        <w:pStyle w:val="Heading2"/>
      </w:pPr>
      <w:r>
        <w:t>Is Babri Masjid response like Palestine?</w:t>
      </w:r>
    </w:p>
    <w:p>
      <w:r>
        <w:rPr>
          <w:color w:val="666666"/>
          <w:sz w:val="18"/>
        </w:rPr>
        <w:t>Society &amp; Dawah · Art of Crisis Management October 3, 2010 · 8m 42s · at 1:40:22 · https://youtu.be/sKdyThFThXo?t=6022</w:t>
      </w:r>
    </w:p>
    <w:p>
      <w:r>
        <w:rPr>
          <w:i/>
        </w:rPr>
        <w:t>“Regarding the Babri Masjid verdict, the court gave a share to Muslims, which was better than before; Muslims could have accepted it and focused on dawah, but instead they are filing a Supreme Court case. Is this not the same situation as what happened in Palestine?”</w:t>
      </w:r>
    </w:p>
    <w:p>
      <w:r>
        <w:rPr>
          <w:sz w:val="20"/>
        </w:rPr>
        <w:t>1:40:22  maulana, yeh sawal kiya hai maulana abdul basit omri ne doha qatar se. unhon ne likha hai: "maulana babri masjid se mutalliq adalat adalati faisle mein musalmanon ko bhi ek hissa dene ki baat kahi gayi hai.</w:t>
      </w:r>
      <w:r>
        <w:br/>
      </w:r>
      <w:r>
        <w:rPr>
          <w:sz w:val="20"/>
        </w:rPr>
        <w:t>1:40:38  yeh pehle se to behtar thi, musalman is ko accept karte aur dawat ul Allah ke liye poori tarah mustaed hote, magar aisa nahi hua.</w:t>
      </w:r>
      <w:r>
        <w:br/>
      </w:r>
      <w:r>
        <w:rPr>
          <w:sz w:val="20"/>
        </w:rPr>
        <w:t>1:40:50  ab supreme court mein muqadma dair karne ki baat kar rahe hain. kya yeh soorat e haal wahi nahi hai jo arab mein falasteen ke mutalliq hua?</w:t>
      </w:r>
      <w:r>
        <w:br/>
      </w:r>
      <w:r>
        <w:rPr>
          <w:sz w:val="20"/>
        </w:rPr>
        <w:t>1:41:01  1947 mein jo baat kahi gayi, to usay musalmanon ne mana nahi. ab musalman is se bhi hath dho bethe hain.</w:t>
      </w:r>
      <w:r>
        <w:br/>
      </w:r>
      <w:r>
        <w:rPr>
          <w:sz w:val="20"/>
        </w:rPr>
        <w:t>1:41:11  is ke baray mein batayen. haan, sahi baat hai.</w:t>
      </w:r>
      <w:r>
        <w:br/>
      </w:r>
      <w:r>
        <w:rPr>
          <w:sz w:val="20"/>
        </w:rPr>
        <w:t>1:41:15  1948 mein falasteen ko taqseem kiya gaya, us ko partition kiya gaya. roughly adha diya gaya yahoodi logon ko, adha diya arabon ko.</w:t>
      </w:r>
      <w:r>
        <w:br/>
      </w:r>
      <w:r>
        <w:rPr>
          <w:sz w:val="20"/>
        </w:rPr>
        <w:t>1:41:28  musalmanon ko milna chahiye tha is ko, maan lekin unhon ne kaam laga diya, aur aaj tak kaam hi lag raha hai. aur jo tha, woh bhi kho kho diya arabon ne.</w:t>
      </w:r>
      <w:r>
        <w:br/>
      </w:r>
      <w:r>
        <w:rPr>
          <w:sz w:val="20"/>
        </w:rPr>
        <w:t>1:41:40  dekhiye, controversial mamlaat mein aap ko status quo ko manna parta hai. yaad rakhiye, controversial mamlaat mein agar status quo na manen to kabhi bhi baat khatam nahi hoti,</w:t>
      </w:r>
      <w:r>
        <w:br/>
      </w:r>
      <w:r>
        <w:rPr>
          <w:sz w:val="20"/>
        </w:rPr>
        <w:t>1:41:55  kabhi baat khatam nahi hoti. 48 mein jo status quo tha falasteen ka, us ko manna chahiye tha. un ko kashmir mein yahi jo 47 ke baad jo status quo tha, us ko manna chahiye tha.</w:t>
      </w:r>
      <w:r>
        <w:br/>
      </w:r>
      <w:r>
        <w:rPr>
          <w:sz w:val="20"/>
        </w:rPr>
        <w:t>1:42:09  aisi yahan bhi jo status quo tha babri masjid mein, woh maan lena chahiye tha. is ko nahi mana to dekhiye, lad rahe hain, mar rahe hain, kat rahe hain, tabaah ho rahe hain, har har har jagah faida kuch bhi nahi.</w:t>
      </w:r>
      <w:r>
        <w:br/>
      </w:r>
      <w:r>
        <w:rPr>
          <w:sz w:val="20"/>
        </w:rPr>
        <w:t>1:42:24  you have to accept the status quo, these only option for you.</w:t>
      </w:r>
      <w:r>
        <w:br/>
      </w:r>
      <w:r>
        <w:rPr>
          <w:sz w:val="20"/>
        </w:rPr>
        <w:t>1:42:32  maulana, yeh sawal kiya hai mr faiz ne california se.</w:t>
      </w:r>
      <w:r>
        <w:br/>
      </w:r>
      <w:r>
        <w:rPr>
          <w:sz w:val="20"/>
        </w:rPr>
        <w:t>1:42:37  unhon ne poocha hai ke abu huraira, abu huraira reported that allah messenger once said: "when a human being dies, all of his deeds are terminated, except for three types:</w:t>
      </w:r>
      <w:r>
        <w:br/>
      </w:r>
      <w:r>
        <w:rPr>
          <w:sz w:val="20"/>
        </w:rPr>
        <w:t>1:42:55  an ongoing sadaqa, a knowledge of islam from which others benefit, and thirdly a righteous child who makes dua for him."</w:t>
      </w:r>
      <w:r>
        <w:br/>
      </w:r>
      <w:r>
        <w:rPr>
          <w:sz w:val="20"/>
        </w:rPr>
        <w:t>1:43:07  the abu hadith clearly indicates that dua is helpful to the dead. what is your comment on this? nahi, nahi, woh aap ne sahi hadith nahi naqal ki hai.</w:t>
      </w:r>
      <w:r>
        <w:br/>
      </w:r>
      <w:r>
        <w:rPr>
          <w:sz w:val="20"/>
        </w:rPr>
        <w:t>1:43:17  is tarah nahi hai.</w:t>
      </w:r>
      <w:r>
        <w:br/>
      </w:r>
      <w:r>
        <w:rPr>
          <w:sz w:val="20"/>
        </w:rPr>
        <w:t>1:43:20  woh hadith is tareeqay se hai ke woh beta jis ke bananay mein baap ka haath ho, to choonke is bete ko baap ne banaya hai,</w:t>
      </w:r>
      <w:r>
        <w:br/>
      </w:r>
      <w:r>
        <w:rPr>
          <w:sz w:val="20"/>
        </w:rPr>
        <w:t>1:43:33  saaleh banaya hai, naik banaya hai, to is wajah se is ko sawab milta rahega. yeh nahi ke woh beta dua kar dega to is ko sawab mil jayega. yeh matlab nahi hai.</w:t>
      </w:r>
      <w:r>
        <w:br/>
      </w:r>
      <w:r>
        <w:rPr>
          <w:sz w:val="20"/>
        </w:rPr>
        <w:t>1:43:42  is hadith ko phir se parhiye. hmm, y</w:t>
      </w:r>
      <w:r>
        <w:br/>
      </w:r>
      <w:r>
        <w:rPr>
          <w:sz w:val="20"/>
        </w:rPr>
        <w:t>1:43:45  ani woh cheez jo baap ke marne ke baad baqi rahi, woh ek saaleh beta hai jis ke bananay mein baap ka hissa tha.</w:t>
      </w:r>
      <w:r>
        <w:br/>
      </w:r>
      <w:r>
        <w:rPr>
          <w:sz w:val="20"/>
        </w:rPr>
        <w:t>1:43:53  agar baap ki niyat na ho shamil, apne aap woh saaleh hoga, tab bhi nahi kuch milega is ko. yaad rakhiye, yani baap ka intention agar shamil hai bete ko bananay mein, to choonke baap ne banaya hai bete ko,</w:t>
      </w:r>
      <w:r>
        <w:br/>
      </w:r>
      <w:r>
        <w:rPr>
          <w:sz w:val="20"/>
        </w:rPr>
        <w:t>1:44:09  to yeh is ka ek amal qarar payega.</w:t>
      </w:r>
      <w:r>
        <w:br/>
      </w:r>
      <w:r>
        <w:rPr>
          <w:sz w:val="20"/>
        </w:rPr>
        <w:t>1:44:12  yeh baap ka ek amal qarar payega ke is ne aap bete ko saaleh banaya. is amal ka is ko ajr milega. ya yeh unhon ne naqal kiya hai na?</w:t>
      </w:r>
      <w:r>
        <w:br/>
      </w:r>
      <w:r>
        <w:rPr>
          <w:sz w:val="20"/>
        </w:rPr>
        <w:t>1:44:21  yeh in ko mein kahunga ke phir se is ke text ko parhen. text ko. hmm, un ka ek sawal aur hai.</w:t>
      </w:r>
      <w:r>
        <w:br/>
      </w:r>
      <w:r>
        <w:rPr>
          <w:sz w:val="20"/>
        </w:rPr>
        <w:t>1:44:30  maulana, unhon ne poocha hai: "why was slavery not abolished in islam? like alcohol consumption and eating pork was declared haram?"</w:t>
      </w:r>
      <w:r>
        <w:br/>
      </w:r>
      <w:r>
        <w:rPr>
          <w:sz w:val="20"/>
        </w:rPr>
        <w:t>1:44:42  nahi, aisa nahi hai. alcohol bhi dekhiye, achanak khatam nahi kiya gaya tha. kai stages mein khatam kiya gaya tha. islam ka tareeqa yeh nahi hai ke radically aap achanak elaan kar den ke sab khatam hai.</w:t>
      </w:r>
      <w:r>
        <w:br/>
      </w:r>
      <w:r>
        <w:rPr>
          <w:sz w:val="20"/>
        </w:rPr>
        <w:t>1:44:55  gradual tareeqay se khatam kiya jata hai. to slavery bhi khatam ki gayi gradual tareeqay se ke woh slavery jo hai, aaj aap samajh nahi paate ke slavery kya cheez hai.</w:t>
      </w:r>
      <w:r>
        <w:br/>
      </w:r>
      <w:r>
        <w:rPr>
          <w:sz w:val="20"/>
        </w:rPr>
        <w:t>1:45:04  slavery us zamane ki employment thi.</w:t>
      </w:r>
      <w:r>
        <w:br/>
      </w:r>
      <w:r>
        <w:rPr>
          <w:sz w:val="20"/>
        </w:rPr>
        <w:t>1:45:10  log samajhte nahi slavery kya cheez hai.</w:t>
      </w:r>
      <w:r>
        <w:br/>
      </w:r>
      <w:r>
        <w:rPr>
          <w:sz w:val="20"/>
        </w:rPr>
        <w:t>1:45:12  us zamane mein jab ke aaj kal ki tarah se industry nahi thi, aaj ki tarah se yeh jo itne saare tareeqay hain kamane ke, woh sab nahi thay.</w:t>
      </w:r>
      <w:r>
        <w:br/>
      </w:r>
      <w:r>
        <w:rPr>
          <w:sz w:val="20"/>
        </w:rPr>
        <w:t>1:45:22  to us zamane mein slavery ek ek employment tha. to achanak abolish kar diya jaye to bohat saare log be rozgar ho jayenge.</w:t>
      </w:r>
      <w:r>
        <w:br/>
      </w:r>
      <w:r>
        <w:rPr>
          <w:sz w:val="20"/>
        </w:rPr>
        <w:t>1:45:33  is tarah woh kahan khappen ge? woh log achaanak bohat se log be rozgar ho jayen ge.</w:t>
      </w:r>
      <w:r>
        <w:br/>
      </w:r>
      <w:r>
        <w:rPr>
          <w:sz w:val="20"/>
        </w:rPr>
        <w:t>1:45:38  is liye islam ne is ko gradual tareeqe se khatam kiya. ek arab ne bohat acha likha hai. ek un ka mein ne parha, un ki ek kitaab hai, woh mushkilat ul quran, is ka naam hai ke islam ne slavery ke mamle mein ek form jo usool ikhtiyar kiya, woh yeh tha ke tazeeque al madkhal aur tawsee al makhraj,</w:t>
      </w:r>
      <w:r>
        <w:br/>
      </w:r>
      <w:r>
        <w:rPr>
          <w:sz w:val="20"/>
        </w:rPr>
        <w:t>1:46:07  yani gradual tor par yeh karna ke naye slave na banen aur pichle slave jo hain, woh khatam hote chale, khatam hote chale jayen.</w:t>
      </w:r>
      <w:r>
        <w:br/>
      </w:r>
      <w:r>
        <w:rPr>
          <w:sz w:val="20"/>
        </w:rPr>
        <w:t>1:46:17  mukhtalif cheezon mein, maslan kaffara ada karna, mukhtalif cheezon ko aazad karne ka sawab jo bataya gaya waghera. to islam ne yeh tareeqa ikhtiyar kiya ke achaanak khatam na kar ke gradual tor par khatam karna.</w:t>
      </w:r>
      <w:r>
        <w:br/>
      </w:r>
      <w:r>
        <w:rPr>
          <w:sz w:val="20"/>
        </w:rPr>
        <w:t>1:46:31  aur woh tareeqa yeh tha ke nayi slavery to band ki gayi, kar di gayi isi waqt</w:t>
      </w:r>
      <w:r>
        <w:br/>
      </w:r>
      <w:r>
        <w:rPr>
          <w:sz w:val="20"/>
        </w:rPr>
        <w:t>1:46:37  , lekin jo already jo slave thay, un ke liye mukhtalif tareeqon se yeh kiya gaya ke dheere dheere, dheere dheere woh aazad ho kar society mein absorb hote chale jayen.</w:t>
      </w:r>
      <w:r>
        <w:br/>
      </w:r>
      <w:r>
        <w:rPr>
          <w:sz w:val="20"/>
        </w:rPr>
        <w:t>1:46:47  isi ko unhon ne kaha hai ke tazeeque al makhraj, tawsee al madkhal. yeh bohat sab bohat hi sahi hai. mein samajhta hoon ke is ko</w:t>
      </w:r>
      <w:r>
        <w:br/>
      </w:r>
      <w:r>
        <w:rPr>
          <w:sz w:val="20"/>
        </w:rPr>
        <w:t>1:46:56  to islam mein yeh ho ke naye slave na banaye jayen aur pichle jo slave hain, jo goya ke un ka rozgar wahi tha kahin, to un ko dheere dheere, dheere dheere khatam kiya jaye aur un ko society mein absorb kar diya jaye.</w:t>
      </w:r>
      <w:r>
        <w:br/>
      </w:r>
      <w:r>
        <w:rPr>
          <w:sz w:val="20"/>
        </w:rPr>
        <w:t>1:47:12  aaj koi slave banaye to bilkul haram hoga. woh slave bana ab islam mein jaiz nahi hai. jo thay mazi ke, bas woh thay slave. aaj aap slave banaye to jaiz nahi hai.</w:t>
      </w:r>
      <w:r>
        <w:br/>
      </w:r>
      <w:r>
        <w:rPr>
          <w:sz w:val="20"/>
        </w:rPr>
        <w:t>1:47:26  maulana, yeh sawal kiya hai miss sadia ne new delhi se: "christians and jews, you said according to the law of nature, degenerated.</w:t>
      </w:r>
      <w:r>
        <w:br/>
      </w:r>
      <w:r>
        <w:rPr>
          <w:sz w:val="20"/>
        </w:rPr>
        <w:t>1:47:37  would you say that even today, both jews and christians have failed to regenerate their people?" haan, un ka woh masle paida nahi hue.</w:t>
      </w:r>
      <w:r>
        <w:br/>
      </w:r>
      <w:r>
        <w:rPr>
          <w:sz w:val="20"/>
        </w:rPr>
        <w:t>1:47:51  hum logon ki jo mission hai, aisa mission kahin nahi hai. yaad rakhiye, nahi, nahi, yahudiyon mein nahi, isaiyon mein.</w:t>
      </w:r>
      <w:r>
        <w:br/>
      </w:r>
      <w:r>
        <w:rPr>
          <w:sz w:val="20"/>
        </w:rPr>
        <w:t>1:47:57  un ke haan woh social social kaam hota hai. sab ke haan, sab ka social kaam hota hai. baqi yeh jo kaam hamare haan ho raha hai, re engineering of mind, yeh is original mazhab ko phir se revive karna, yeh to kahin bhi nahi ho raha.</w:t>
      </w:r>
      <w:r>
        <w:br/>
      </w:r>
      <w:r>
        <w:rPr>
          <w:sz w:val="20"/>
        </w:rPr>
        <w:t>1:48:16  yeh to Allah taala ne yeh mission jo khara kiya hai, bohat unique hai.</w:t>
      </w:r>
      <w:r>
        <w:br/>
      </w:r>
      <w:r>
        <w:rPr>
          <w:sz w:val="20"/>
        </w:rPr>
        <w:t>1:48:21  na aisa muslim mission musalmanon mein kahin hai, na yahudiyon mein hai, na isaiyon mein hai. aap log shukar karna chahiye ke aap log is se jure aur aap logon ke zamane mein yeh mission khara hua.</w:t>
      </w:r>
      <w:r>
        <w:br/>
      </w:r>
      <w:r>
        <w:rPr>
          <w:sz w:val="20"/>
        </w:rPr>
        <w:t>1:48:33  warna yeh to is ke, is ke yani sare muslim dunya mein jo hai, kuch tha hi nahi. siwa andhere, andhere, andhere ke christian aur yahudiyon ki bhi kuch bhi nahi thi.</w:t>
      </w:r>
      <w:r>
        <w:br/>
      </w:r>
      <w:r>
        <w:rPr>
          <w:sz w:val="20"/>
        </w:rPr>
        <w:t>1:48:47  political tareeqe un ke haan hain aur social kaam hain aur doosre doosre kaam hain.</w:t>
      </w:r>
      <w:r>
        <w:br/>
      </w:r>
      <w:r>
        <w:rPr>
          <w:sz w:val="20"/>
        </w:rPr>
        <w:t>1:48:55  yeh yeh jo revival hai, yeh to yeh to aaj kahin bhi nahi, kahin bhi nahi hai.</w:t>
      </w:r>
    </w:p>
    <w:p>
      <w:pPr>
        <w:pStyle w:val="Heading2"/>
      </w:pPr>
      <w:r>
        <w:t>Is it appropriate for a da'i to only meet like-minded people?</w:t>
      </w:r>
    </w:p>
    <w:p>
      <w:r>
        <w:rPr>
          <w:color w:val="666666"/>
          <w:sz w:val="18"/>
        </w:rPr>
        <w:t>Society &amp; Dawah · The Message of Eid Al-Adha November 6, 2011 Maulana Wahiduddin Khan · 8m 35s · at 1:18:30 · https://youtu.be/y59PU_RD2cg?t=4710</w:t>
      </w:r>
    </w:p>
    <w:p>
      <w:r>
        <w:rPr>
          <w:i/>
        </w:rPr>
        <w:t>“Generally, people have the tendency to only meet like-minded people. They do not interact with those who are not like-minded. What is this temperament like for a da'i (caller to Islam)?”</w:t>
      </w:r>
    </w:p>
    <w:p>
      <w:r>
        <w:rPr>
          <w:sz w:val="20"/>
        </w:rPr>
        <w:t>1:18:30  maulana, agla sawal aaya hai maulana zikwan nadvi ka dilli se. unhon ne likha hai: "aam taur par logon ka yeh mizaj hota hai ke woh sirf like minded logon se milte hain.</w:t>
      </w:r>
      <w:r>
        <w:br/>
      </w:r>
      <w:r>
        <w:rPr>
          <w:sz w:val="20"/>
        </w:rPr>
        <w:t>1:18:42  jo log like minded nahi hote, un ke sath woh interaction nahi karte. ek daai ke liye is tarah ka mizaj kaisa hai?" daai to aise mizaj ko afford nahi kar sakta.</w:t>
      </w:r>
      <w:r>
        <w:br/>
      </w:r>
      <w:r>
        <w:rPr>
          <w:sz w:val="20"/>
        </w:rPr>
        <w:t>1:18:58  aisa mizaj ho, daawti kaam kaise karega woh?</w:t>
      </w:r>
      <w:r>
        <w:br/>
      </w:r>
      <w:r>
        <w:rPr>
          <w:sz w:val="20"/>
        </w:rPr>
        <w:t>1:19:03  daai ko to un like minded logon par jana parta hai. kaise daawti kaam karega agar is se parhez kare to woh? aur dekhiye, mera zindagi ke waqt tajurba aaya hai ke logon ke mizaj aam taur par yahi hota hai.</w:t>
      </w:r>
      <w:r>
        <w:br/>
      </w:r>
      <w:r>
        <w:rPr>
          <w:sz w:val="20"/>
        </w:rPr>
        <w:t>1:19:17  like minded logon ko le ke bait</w:t>
      </w:r>
      <w:r>
        <w:br/>
      </w:r>
      <w:r>
        <w:rPr>
          <w:sz w:val="20"/>
        </w:rPr>
        <w:t>1:19:19  h jaate hain. har jagah mein ne dekha hai, yaani hatta ke qabristan mein aur shadiyon mein, ijtimaat mein like minded logon ke sath baith ke baatein karte hain.</w:t>
      </w:r>
      <w:r>
        <w:br/>
      </w:r>
      <w:r>
        <w:rPr>
          <w:sz w:val="20"/>
        </w:rPr>
        <w:t>1:19:30  is ka nuksan kya hai? is ka nuksan yeh hai ke aap ka intellectual development nahi hota. intellectual development nahi hota aap ka.</w:t>
      </w:r>
      <w:r>
        <w:br/>
      </w:r>
      <w:r>
        <w:rPr>
          <w:sz w:val="20"/>
        </w:rPr>
        <w:t>1:19:40  to daai ke liye double nuksan hai.</w:t>
      </w:r>
      <w:r>
        <w:br/>
      </w:r>
      <w:r>
        <w:rPr>
          <w:sz w:val="20"/>
        </w:rPr>
        <w:t>1:19:43  ek to apna intellectual development ruk jayega. intellectual stagnation aa jayega aap ke andar. kyun ke jo woh sochta hai, wahi aap bhi soch rahe hain.</w:t>
      </w:r>
      <w:r>
        <w:br/>
      </w:r>
      <w:r>
        <w:rPr>
          <w:sz w:val="20"/>
        </w:rPr>
        <w:t>1:19:54  to kaise development hoga?</w:t>
      </w:r>
      <w:r>
        <w:br/>
      </w:r>
      <w:r>
        <w:rPr>
          <w:sz w:val="20"/>
        </w:rPr>
        <w:t>1:19:59  aur daawti kaam mein aap un logon ke paas jaane se ghabrayenge jin ki soch alag ho, jin ka ilm aap se zyada ho. to daai ko to apne ko tayyar karna parta hai ke har ek ke paas ja kar ja sake, har ek se apna paigham de sake.</w:t>
      </w:r>
      <w:r>
        <w:br/>
      </w:r>
      <w:r>
        <w:rPr>
          <w:sz w:val="20"/>
        </w:rPr>
        <w:t>1:20:17  mera mizaj, yaani ajeeb baat hai ke paidaishi to baqiya mere andar hai. jaise mein vegetarian hoon, paidaishi taur par e</w:t>
      </w:r>
      <w:r>
        <w:br/>
      </w:r>
      <w:r>
        <w:rPr>
          <w:sz w:val="20"/>
        </w:rPr>
        <w:t>1:20:25  se hi un like minded logon se milna, un like minded logon se, yeh bhi mere paidaishi taur par. jaise mein jab tha adam, mein ne gaon mein jab tha bohat pehle to mere milna julna teen aadmiyon se hota tha mera,</w:t>
      </w:r>
      <w:r>
        <w:br/>
      </w:r>
      <w:r>
        <w:rPr>
          <w:sz w:val="20"/>
        </w:rPr>
        <w:t>1:20:42  aur teeno angrezan the, jab ke mein angrez zyada nahi tha is zamane mein. mr. ateeq ahmad ansari aur ali hamd abbasi, khalil ur rehman azmi, yeh sab teeno angrezan the.</w:t>
      </w:r>
      <w:r>
        <w:br/>
      </w:r>
      <w:r>
        <w:rPr>
          <w:sz w:val="20"/>
        </w:rPr>
        <w:t>1:20:54  zyada tar mujhe mil jata tha, jab ke woh khud angrez is zamane mein nahi aata tha. is zamane mein sirf molvi wala taleem meri hui thi. to is se un se mein maloomat leta tha, un se zuban seekhta tha, un ke tareeqe maloom karta tha.</w:t>
      </w:r>
      <w:r>
        <w:br/>
      </w:r>
      <w:r>
        <w:rPr>
          <w:sz w:val="20"/>
        </w:rPr>
        <w:t>1:21:12  to mera bachpan se yeh mizaj hai ke mein, yaani un like minded logon hi se milta hoon zyada. is se mujhe faida hota hai.</w:t>
      </w:r>
      <w:r>
        <w:br/>
      </w:r>
      <w:r>
        <w:rPr>
          <w:sz w:val="20"/>
        </w:rPr>
        <w:t>1:21:20  to behal yeh na sirf daai ke liye, balke aam insan ke liye bhi yeh cheez bohat, yaani nuksan wali hai.</w:t>
      </w:r>
      <w:r>
        <w:br/>
      </w:r>
      <w:r>
        <w:rPr>
          <w:sz w:val="20"/>
        </w:rPr>
        <w:t>1:21:31  kyun ke is se aap ka, yaani intellectual development ruk jayega. maulana, un ka ek aur sawal hai.</w:t>
      </w:r>
      <w:r>
        <w:br/>
      </w:r>
      <w:r>
        <w:rPr>
          <w:sz w:val="20"/>
        </w:rPr>
        <w:t>1:21:40  unhon ne likha hai: "ek missionary aadmi ke liye kya sirf yeh baat kafi hai ke woh daawti literature logon tak pohanchaye,</w:t>
      </w:r>
      <w:r>
        <w:br/>
      </w:r>
      <w:r>
        <w:rPr>
          <w:sz w:val="20"/>
        </w:rPr>
        <w:t>1:21:49  ya mission ke liye zaroori hai ke kuch individuals ko le kar un ke mind ki re engineering ki jaye, aur individuals par focus kar ke dawat aur maarfat ki nisbat se un ko train karein?" haan, dekhein, dono kaam karna hai.</w:t>
      </w:r>
      <w:r>
        <w:br/>
      </w:r>
      <w:r>
        <w:rPr>
          <w:sz w:val="20"/>
        </w:rPr>
        <w:t>1:22:06  ek to</w:t>
      </w:r>
      <w:r>
        <w:br/>
      </w:r>
      <w:r>
        <w:rPr>
          <w:sz w:val="20"/>
        </w:rPr>
        <w:t>1:22:09  jahan tak mumkin ho, aap quran pohanchayein, literature pohanchayein. yeh to karna hi karna hai. lekin isi ke sath sath aap apne aas paas ke logon mein kuch logon ko select karein, select jinke andar seekhne ki rooh ho, jo sincere hon, jo baat samajh sakte hon.</w:t>
      </w:r>
      <w:r>
        <w:br/>
      </w:r>
      <w:r>
        <w:rPr>
          <w:sz w:val="20"/>
        </w:rPr>
        <w:t>1:22:28  un se bar bar milein, un ko kitabein dein, un ke mind ko train karein</w:t>
      </w:r>
      <w:r>
        <w:br/>
      </w:r>
      <w:r>
        <w:rPr>
          <w:sz w:val="20"/>
        </w:rPr>
        <w:t>1:22:35  ۔ yaani individual based, jis ko mein kehta hoon. to aap ko, yaani aam taur par bhi message pohanchana hai.</w:t>
      </w:r>
      <w:r>
        <w:br/>
      </w:r>
      <w:r>
        <w:rPr>
          <w:sz w:val="20"/>
        </w:rPr>
        <w:t>1:22:47  jaise kisi aaj gaye kisi seminar mein, wahan bohat se log aaye hue hain. woh ek hi baar aap se mulaqat ho rahi hai un ki, to un ko aap ne kitaben de din.</w:t>
      </w:r>
      <w:r>
        <w:br/>
      </w:r>
      <w:r>
        <w:rPr>
          <w:sz w:val="20"/>
        </w:rPr>
        <w:t>1:22:55  woh ghar ja ke</w:t>
      </w:r>
      <w:r>
        <w:br/>
      </w:r>
      <w:r>
        <w:rPr>
          <w:sz w:val="20"/>
        </w:rPr>
        <w:t>1:22:56  parhen ge. yeh bhi kaam hai. lekin isi ke sath kuch logon ko aap ko, yani select kar ke ek ek ek individual ke tor par, ek fard ke tor par un par mehnat karna hai.</w:t>
      </w:r>
      <w:r>
        <w:br/>
      </w:r>
      <w:r>
        <w:rPr>
          <w:sz w:val="20"/>
        </w:rPr>
        <w:t>1:23:10  yeh bohat hi zaroori hai, yeh kaam.</w:t>
      </w:r>
      <w:r>
        <w:br/>
      </w:r>
      <w:r>
        <w:rPr>
          <w:sz w:val="20"/>
        </w:rPr>
        <w:t>1:23:15  maulana, mister sajid anwar ne roorkee se sawal</w:t>
      </w:r>
      <w:r>
        <w:br/>
      </w:r>
      <w:r>
        <w:rPr>
          <w:sz w:val="20"/>
        </w:rPr>
        <w:t>1:23:18  kiya hai. unhon ne likha hai: "maulana, once you explain that god will grant throne of truth to selected persons in the day of judgment, but those who are involved in kazb, yani jhoot bolna, whether hidden or open, will not be chosen for that.</w:t>
      </w:r>
      <w:r>
        <w:br/>
      </w:r>
      <w:r>
        <w:rPr>
          <w:sz w:val="20"/>
        </w:rPr>
        <w:t>1:23:38  maulana, please guide us how to save ourselves from kazb khafi, that is hidden lie."</w:t>
      </w:r>
      <w:r>
        <w:br/>
      </w:r>
      <w:r>
        <w:rPr>
          <w:sz w:val="20"/>
        </w:rPr>
        <w:t>1:23:49  yeh to aadmi ke hath mein mera tajurba hai ke logon ki aadat pad jati hai. yani kazb e jali jo hai, khula khula kazb, jaise aap yeh nahi kahen ke main is waqt washington mein hoon.</w:t>
      </w:r>
      <w:r>
        <w:br/>
      </w:r>
      <w:r>
        <w:rPr>
          <w:sz w:val="20"/>
        </w:rPr>
        <w:t>1:24:03  khula khula jhoot hai. yeh kaun manega is ko ke aap kahen ke is waqt mein washington mein hoon? to khula khula jhoot to koi nahi bolta, kyun ke woh justify nahi kar paye ga is ko.</w:t>
      </w:r>
      <w:r>
        <w:br/>
      </w:r>
      <w:r>
        <w:rPr>
          <w:sz w:val="20"/>
        </w:rPr>
        <w:t>1:24:15  lekin kazb e khafi jo hai, woh logon ki aadat pad jati hai.</w:t>
      </w:r>
      <w:r>
        <w:br/>
      </w:r>
      <w:r>
        <w:rPr>
          <w:sz w:val="20"/>
        </w:rPr>
        <w:t>1:24:19  yani apne apne aap ko acha banaye rakhne ke liye, apne yeh koshish mein ke main logon ki nazar mein galat na thehroon, main is ke liye aadmi koi toast kar ke bolta hai.</w:t>
      </w:r>
      <w:r>
        <w:br/>
      </w:r>
      <w:r>
        <w:rPr>
          <w:sz w:val="20"/>
        </w:rPr>
        <w:t>1:24:32  jo angrezon ko kehta hai, toast kar ke bolna, yani saaf saaf na kar ke, na kar ke yeh kuch bolta hai. woh to toast kar ke bolna bhi kazb e khafi hai.</w:t>
      </w:r>
      <w:r>
        <w:br/>
      </w:r>
      <w:r>
        <w:rPr>
          <w:sz w:val="20"/>
        </w:rPr>
        <w:t>1:24:45  to yeh yeh aadat pad jati hai bachpan se. bachpan se aadat pad jati hai ke aadmi is tarah se baat karta hai ke woh is par blame na jaye.</w:t>
      </w:r>
      <w:r>
        <w:br/>
      </w:r>
      <w:r>
        <w:rPr>
          <w:sz w:val="20"/>
        </w:rPr>
        <w:t>1:24:58  woh doosron ki nazar mein acha bana rahe hain. yeh ek mizaj hota hai jo bachpan se hote hote aadmi isi mein conditioned ho jata hai. mera tajurba yeh hai ke log conditioned ho jate hain kazb e khafi</w:t>
      </w:r>
      <w:r>
        <w:br/>
      </w:r>
      <w:r>
        <w:rPr>
          <w:sz w:val="20"/>
        </w:rPr>
        <w:t>1:25:12  ke, yani</w:t>
      </w:r>
      <w:r>
        <w:br/>
      </w:r>
      <w:r>
        <w:rPr>
          <w:sz w:val="20"/>
        </w:rPr>
        <w:t>1:25:16  chote chote jhoot jo hote hain. to jab tak aap apna introspection na karen, apna muhasba na karen, dhoond dhoond kar na nikalein apni aadatein, apni ghaltiyan,</w:t>
      </w:r>
      <w:r>
        <w:br/>
      </w:r>
      <w:r>
        <w:rPr>
          <w:sz w:val="20"/>
        </w:rPr>
        <w:t>1:25:31  to yeh aadatein itni barh jati hain ke aadmi isi ka addict ho jata hai. addict wohi us ko acha lagta hai</w:t>
      </w:r>
      <w:r>
        <w:br/>
      </w:r>
      <w:r>
        <w:rPr>
          <w:sz w:val="20"/>
        </w:rPr>
        <w:t>1:25:38  ke toast kar ke bole, apni apni safai, apne aap ko saaf suthra banaye rahe, doosron ki nazar mein galat na dikhai de. woh to yeh aadmi ka ek mizaj ban jata hai.</w:t>
      </w:r>
      <w:r>
        <w:br/>
      </w:r>
      <w:r>
        <w:rPr>
          <w:sz w:val="20"/>
        </w:rPr>
        <w:t>1:25:50  to yeh to bohat mehnat karni pare gi. yeh aam tor par taqreeban 70 feesad logon mein yeh baat hai. to bohat zyada mehnat karni pare gi apne aap ko is se bachane ke liye.</w:t>
      </w:r>
      <w:r>
        <w:br/>
      </w:r>
      <w:r>
        <w:rPr>
          <w:sz w:val="20"/>
        </w:rPr>
        <w:t>1:26:03  mera mamla aisa hua ke main bachpan se alag thalag rehta tha. bohat zyada alag thalag. to mere andar yeh mizaj bana nahi. lekin log aam tor par society mein rehte hain.</w:t>
      </w:r>
      <w:r>
        <w:br/>
      </w:r>
      <w:r>
        <w:rPr>
          <w:sz w:val="20"/>
        </w:rPr>
        <w:t>1:26:13  main family mein bhi door rehta tha logon se. yani family mein bhi alag thalag kahin rehta tha. to family mein, society mein, kahin pe main mil jul kar nahi rehta tha.</w:t>
      </w:r>
      <w:r>
        <w:br/>
      </w:r>
      <w:r>
        <w:rPr>
          <w:sz w:val="20"/>
        </w:rPr>
        <w:t>1:26:24  to mil jul kar aanay se yeh sab mizaj banta hai ke doosron ki nazar mein ache dikhane ke liye.</w:t>
      </w:r>
      <w:r>
        <w:br/>
      </w:r>
      <w:r>
        <w:rPr>
          <w:sz w:val="20"/>
        </w:rPr>
        <w:t>1:26:31  to main alag thalag rehta tha, is liye mere andar yeh mizaj bana nahi. kitaben parhta tha, sochta tha. is tarah ki meri life thi. to aam tor par log social zindagi guzarte hain.</w:t>
      </w:r>
      <w:r>
        <w:br/>
      </w:r>
      <w:r>
        <w:rPr>
          <w:sz w:val="20"/>
        </w:rPr>
        <w:t>1:26:43  to bohat zyada logon ko aadat pad jati hai. taqreeban aisa mujhe mera khayal hai ke logon ko exception dhoondna mushkil hai.</w:t>
      </w:r>
      <w:r>
        <w:br/>
      </w:r>
      <w:r>
        <w:rPr>
          <w:sz w:val="20"/>
        </w:rPr>
        <w:t>1:26:52  to yeh kaam har aadmi ka hai ke dhoond dhoond kar apni ghalti nikale, apni aadaton ko durust kare.</w:t>
      </w:r>
      <w:r>
        <w:br/>
      </w:r>
      <w:r>
        <w:rPr>
          <w:sz w:val="20"/>
        </w:rPr>
        <w:t>1:26:58  nahi to woh kazb-e-khafi mein jiye ga, kazb-e-khafi mare ga.</w:t>
      </w:r>
    </w:p>
    <w:p>
      <w:pPr>
        <w:pStyle w:val="Heading2"/>
      </w:pPr>
      <w:r>
        <w:t>Is political interpretation of Islam correct?</w:t>
      </w:r>
    </w:p>
    <w:p>
      <w:r>
        <w:rPr>
          <w:color w:val="666666"/>
          <w:sz w:val="18"/>
        </w:rPr>
        <w:t>Society &amp; Dawah · Problem of Dajjal 29 sept, 2019 - Maulana Wahiduddin Khan · 5m 16s · at 42:23 · https://youtu.be/PL-Kv-sE68w?t=2543</w:t>
      </w:r>
    </w:p>
    <w:p>
      <w:r>
        <w:rPr>
          <w:i/>
        </w:rPr>
        <w:t>“What is wrong with political interpretation? Don't you think if Islam becomes a political goal, it will be easier to spread and follow the Quran? The Quran spread at the time of Prophet Muhammad because in Mecca and Medina Islam became a system. So we should follow the same.”</w:t>
      </w:r>
    </w:p>
    <w:p>
      <w:r>
        <w:rPr>
          <w:sz w:val="20"/>
        </w:rPr>
        <w:t>42:23  maulana, agla comment lene se pehle ek sawal lena chahenge. yeh sawal bheja hai lucknow se israr ahmed sahib ne.</w:t>
      </w:r>
      <w:r>
        <w:br/>
      </w:r>
      <w:r>
        <w:rPr>
          <w:sz w:val="20"/>
        </w:rPr>
        <w:t>42:35  unhon ne likha hai: "maulana sahib, what is wrong with political interpretation? don't you think if islam becomes political goal, then it will be easier to spread and follow quran.</w:t>
      </w:r>
      <w:r>
        <w:br/>
      </w:r>
      <w:r>
        <w:rPr>
          <w:sz w:val="20"/>
        </w:rPr>
        <w:t>42:49  quran spread at the time of prophet muhammad, because in makkah and madinah islam became a system. so we should follow the same." bilkul galat baat hai yeh.</w:t>
      </w:r>
      <w:r>
        <w:br/>
      </w:r>
      <w:r>
        <w:rPr>
          <w:sz w:val="20"/>
        </w:rPr>
        <w:t>43:01  koi ayat pesh kijiye, koi hadith pesh kijiye ke islam mukammal nizam hai aur islam ki hukumat qaim karo aur is is is ko nafiz karo.</w:t>
      </w:r>
      <w:r>
        <w:br/>
      </w:r>
      <w:r>
        <w:rPr>
          <w:sz w:val="20"/>
        </w:rPr>
        <w:t>43:10  yeh kahan hai bhai? kis ayat mein, kis quran mein hai? yeh to sara false false foot pe khade hue hain yeh log. false foot pe badi badi taqreeren karte hain.</w:t>
      </w:r>
      <w:r>
        <w:br/>
      </w:r>
      <w:r>
        <w:rPr>
          <w:sz w:val="20"/>
        </w:rPr>
        <w:t>43:21  haan, padhiye. ah maulana, inka wahi ah phir jo aakhri hissa woh yahi tha ke "what is wrong with this thought and should we not follow this?" wrong yeh hai ke quran mein ya hadith mein koi reference nahi hai.</w:t>
      </w:r>
      <w:r>
        <w:br/>
      </w:r>
      <w:r>
        <w:rPr>
          <w:sz w:val="20"/>
        </w:rPr>
        <w:t>43:37  main ne arz kiya ke kahan hai nafsh shariat al-islam? kahan hai hukm dawlat al-islam? jo ayat hai surah shura ki, us se bhi nahi nikalta.</w:t>
      </w:r>
      <w:r>
        <w:br/>
      </w:r>
      <w:r>
        <w:rPr>
          <w:sz w:val="20"/>
        </w:rPr>
        <w:t>43:48  main ne paanch sau safhe kitab padhi hai, likhi hai, woh chhap chuki hai. taabeer ki ghalati us ko padh gaya, koi ek bhi is daleel nahi hai.</w:t>
      </w:r>
      <w:r>
        <w:br/>
      </w:r>
      <w:r>
        <w:rPr>
          <w:sz w:val="20"/>
        </w:rPr>
        <w:t>43:59  yeh khitabat, insha'bardari, bade bade alfaaz is par qaim hain, is liye is ko dajali kaha gaya hai. ah sajid ahmed khan sahib ne comment bheja hai nagpur se.</w:t>
      </w:r>
      <w:r>
        <w:br/>
      </w:r>
      <w:r>
        <w:rPr>
          <w:sz w:val="20"/>
        </w:rPr>
        <w:t>44:10  unhon ne likha hai: "this is indeed the only solution for a present age muslims to follow the true islam in their own life.</w:t>
      </w:r>
      <w:r>
        <w:br/>
      </w:r>
      <w:r>
        <w:rPr>
          <w:sz w:val="20"/>
        </w:rPr>
        <w:t>44:20  all the problems of present muslim world is due to misinterpretation of islam, to which maulana correctly call dajaliyat.</w:t>
      </w:r>
      <w:r>
        <w:br/>
      </w:r>
      <w:r>
        <w:rPr>
          <w:sz w:val="20"/>
        </w:rPr>
        <w:t>44:30  may allah guide us all to rethink, replan and reconstruct the true islam in our own life. may allah bless you maulana for simplifying the facts.</w:t>
      </w:r>
      <w:r>
        <w:br/>
      </w:r>
      <w:r>
        <w:rPr>
          <w:sz w:val="20"/>
        </w:rPr>
        <w:t>44:41  jazak allah maulana." dekhiye, jo usool hai, usool daleel istidlal ka, usool istidlal ka, usool woh yeh hai ke sab se pehle aap ko yeh prove karna hoga quran se ya hadith se ke islam ek mukammal nizam hai,</w:t>
      </w:r>
      <w:r>
        <w:br/>
      </w:r>
      <w:r>
        <w:rPr>
          <w:sz w:val="20"/>
        </w:rPr>
        <w:t>45:04  islam ek mukammal system hai, aur is ko qaim karne ke liye hukumat chahiye. to hukumat, jo log hukumat qaim hain, un se un ki iqtidaar ki kurjiyan chheno,</w:t>
      </w:r>
      <w:r>
        <w:br/>
      </w:r>
      <w:r>
        <w:rPr>
          <w:sz w:val="20"/>
        </w:rPr>
        <w:t>45:18  iqtidaar ki kurjiyan chheno, aur iqtidaar qaim karo zameen par taake islam ki hukumat har jagah qaim ho jaye.</w:t>
      </w:r>
      <w:r>
        <w:br/>
      </w:r>
      <w:r>
        <w:rPr>
          <w:sz w:val="20"/>
        </w:rPr>
        <w:t>45:27  yeh kahan hai? kaun si hadith hai? kaun si ayat hai? yeh sab khitabat, insha'bardari, bade bade alfaaz bol kar ke yeh baat kahi jati hai.</w:t>
      </w:r>
      <w:r>
        <w:br/>
      </w:r>
      <w:r>
        <w:rPr>
          <w:sz w:val="20"/>
        </w:rPr>
        <w:t>45:38  logical way mein koi bhi daleel is ki nahi hai. main ne paanch sau safhe kitab likhi hai, taabeer ki ghalati us ko padh lijiye aap.</w:t>
      </w:r>
      <w:r>
        <w:br/>
      </w:r>
      <w:r>
        <w:rPr>
          <w:sz w:val="20"/>
        </w:rPr>
        <w:t>45:54  ah maulana faraz khan sahib ne dilli se likha hai: "maulana, thanks for making us aware about the dajaliyat of today age.</w:t>
      </w:r>
      <w:r>
        <w:br/>
      </w:r>
      <w:r>
        <w:rPr>
          <w:sz w:val="20"/>
        </w:rPr>
        <w:t>46:03  it is not radicalization, rather islamization of violence. we need to spread the real message of islam. islam hai allah ki rehmat mein dakhil ho jana, allah se darna.</w:t>
      </w:r>
      <w:r>
        <w:br/>
      </w:r>
      <w:r>
        <w:rPr>
          <w:sz w:val="20"/>
        </w:rPr>
        <w:t>46:16  islam hai. we have to make this our mission."</w:t>
      </w:r>
      <w:r>
        <w:br/>
      </w:r>
      <w:r>
        <w:rPr>
          <w:sz w:val="20"/>
        </w:rPr>
        <w:t>46:23  yeh amreeka wale bohat bolte hain, yeh log radicalization, yeh lafzi galat hai, yeh term bhi galat hai. Kar is mein ke clear nahi hai, is se woh asal baat clear nahi hoti.</w:t>
      </w:r>
      <w:r>
        <w:br/>
      </w:r>
      <w:r>
        <w:rPr>
          <w:sz w:val="20"/>
        </w:rPr>
        <w:t>46:39  saheeh lafz yeh hai ke tasaddud ko islamize karna, islamized of violence, yeh saheeh lafz hai.</w:t>
      </w:r>
      <w:r>
        <w:br/>
      </w:r>
      <w:r>
        <w:rPr>
          <w:sz w:val="20"/>
        </w:rPr>
        <w:t>46:48  aur is ki wajah kya hui ke agar aap yeh kahein ke aye logon, namaz parho to is mein koi aap ko ladne ki zaroorat nahi hai, lekin aap yeh kahein ke islam ek mukammal nizam hai,</w:t>
      </w:r>
      <w:r>
        <w:br/>
      </w:r>
      <w:r>
        <w:rPr>
          <w:sz w:val="20"/>
        </w:rPr>
        <w:t>47:01  zindagi ke har shobay mein is ko qaim karna, to bohat se log hain jo apna jhanda gaade hue hain, political jhanda, un se aap ladenge, un ke jhande chhenenge, to from the outset, it becomes violence.</w:t>
      </w:r>
      <w:r>
        <w:br/>
      </w:r>
      <w:r>
        <w:rPr>
          <w:sz w:val="20"/>
        </w:rPr>
        <w:t>47:23  maulana, agla comment maulana yaqoob umri ne bheja hai lucknow book fair se, aur woh program dekh rahe hain. Unhone kaha hai ke maulana, many students have been visiting our stall, and they have purchased especially your books, and they are aspiring to meet you in delhi.</w:t>
      </w:r>
    </w:p>
    <w:p>
      <w:pPr>
        <w:pStyle w:val="Heading2"/>
      </w:pPr>
      <w:r>
        <w:t>Islam's View on Overthrowing Governments</w:t>
      </w:r>
    </w:p>
    <w:p>
      <w:r>
        <w:rPr>
          <w:color w:val="666666"/>
          <w:sz w:val="18"/>
        </w:rPr>
        <w:t>Society &amp; Dawah · Importance of Peace December 16, 2012 · 5m 29s · at 1:18:20 · https://youtu.be/nymyorYyEz4?t=4700</w:t>
      </w:r>
    </w:p>
    <w:p>
      <w:r>
        <w:rPr>
          <w:i/>
        </w:rPr>
        <w:t>“What is Islam's position on overthrowing established governments as was done in the Arab Spring?”</w:t>
      </w:r>
    </w:p>
    <w:p>
      <w:r>
        <w:rPr>
          <w:sz w:val="20"/>
        </w:rPr>
        <w:t>1:18:20  Maulana, agla sawal Miss Naghma Siddiqui ka hai Delhi se. unhon ne likha hai: "What is Islam's position on overthrowing of established governments as was done in Arab Spring</w:t>
      </w:r>
      <w:r>
        <w:br/>
      </w:r>
      <w:r>
        <w:rPr>
          <w:sz w:val="20"/>
        </w:rPr>
        <w:t>1:18:34  ?" dekhiye, is mamle mein Islam ka nuqta nazar jo hai, woh pragmatism par mabni hai. pragmatism yaani practical wisdom par.</w:t>
      </w:r>
      <w:r>
        <w:br/>
      </w:r>
      <w:r>
        <w:rPr>
          <w:sz w:val="20"/>
        </w:rPr>
        <w:t>1:18:47  kyunke dekhen, hukoomaton ko overthrow karna is se kabhi bhi koi faida nahi milta, sirf nuqsan hi pohanchta hai. is daur mein bar bar musalmanon ne aisa kiya hai, kisi hukoomat ko overthrow kiya, us ko</w:t>
      </w:r>
      <w:r>
        <w:br/>
      </w:r>
      <w:r>
        <w:rPr>
          <w:sz w:val="20"/>
        </w:rPr>
        <w:t>1:19:02  ulta. lekin nateeja kya nikla? ek nayi tabahi, ek nayi tabahi, ek nayi tabahi.</w:t>
      </w:r>
      <w:r>
        <w:br/>
      </w:r>
      <w:r>
        <w:rPr>
          <w:sz w:val="20"/>
        </w:rPr>
        <w:t>1:19:11  is wajah se sahi tareeqa wahi jo hai jo Yusuf (AS) ne kiya tha ke hukoomat ko mante hue aap ne us ke tehat mawaqe ko istemal kiya.</w:t>
      </w:r>
      <w:r>
        <w:br/>
      </w:r>
      <w:r>
        <w:rPr>
          <w:sz w:val="20"/>
        </w:rPr>
        <w:t>1:19:23  yeh sahi model hai. isi ko Quran mein kaha hai ke asal al-qasas. asal al-qasas ka matlab behtareen model, behtareen ma</w:t>
      </w:r>
      <w:r>
        <w:br/>
      </w:r>
      <w:r>
        <w:rPr>
          <w:sz w:val="20"/>
        </w:rPr>
        <w:t>1:19:31  dal. isi liye mera nazariya is se jo bana hai, woh yeh hai ke Islam mein political status quoism hai,</w:t>
      </w:r>
      <w:r>
        <w:br/>
      </w:r>
      <w:r>
        <w:rPr>
          <w:sz w:val="20"/>
        </w:rPr>
        <w:t>1:19:41  da'wah activism aur political status quoism. yaani peaceful da'wah ke liye aap amal karen ge, lekin jahan tak political power ki baat hai, wahan aap status quo ko maintain karen ge.</w:t>
      </w:r>
      <w:r>
        <w:br/>
      </w:r>
      <w:r>
        <w:rPr>
          <w:sz w:val="20"/>
        </w:rPr>
        <w:t>1:19:54  hazrat Yusuf ka jo usool tha, woh yahi hai. yaani political status quoism aur da'wah activism,</w:t>
      </w:r>
      <w:r>
        <w:br/>
      </w:r>
      <w:r>
        <w:rPr>
          <w:sz w:val="20"/>
        </w:rPr>
        <w:t>1:20:02  yahi Islam hai. baqi jo log kar rahe hain kaam, woh Islam se koi is ka ta'alluq nahi hai. woh to sarakshi mein nazdeek hai. jo Muslim countries mein hukoomaton ko ultate palte hain, woh sarakshi karte hain.</w:t>
      </w:r>
      <w:r>
        <w:br/>
      </w:r>
      <w:r>
        <w:rPr>
          <w:sz w:val="20"/>
        </w:rPr>
        <w:t>1:20:13  is ka islam se koi to nahin. islam ka naam le ke karen to is se islam nahin ban jayega. woh kyunke ek hadith yeh bhi hai, dekhiye ke rasool Allah ne farmaya tha ke baad ke zamane mein aisa hoga ke log sharab peene lagenge.</w:t>
      </w:r>
      <w:r>
        <w:br/>
      </w:r>
      <w:r>
        <w:rPr>
          <w:sz w:val="20"/>
        </w:rPr>
        <w:t>1:20:30  to sahaba ne poocha ke aisa kaise karenge ke sharab piyenge? to aap ne farmaya ke baghair ism yuhalliluna, yaani is ka naam badal denge, naam badal ke is ko jaiz kar denge.</w:t>
      </w:r>
      <w:r>
        <w:br/>
      </w:r>
      <w:r>
        <w:rPr>
          <w:sz w:val="20"/>
        </w:rPr>
        <w:t>1:20:45  to sharab ka lafz wahan par alamaati hai, alamaati hai. yeh sab isi mein shamil hai. kar rahe hain ek ek sarkashi ka kaam,</w:t>
      </w:r>
      <w:r>
        <w:br/>
      </w:r>
      <w:r>
        <w:rPr>
          <w:sz w:val="20"/>
        </w:rPr>
        <w:t>1:20:56  ek siyasat, yaani yaani ek ek siyasat bazi ka kaam, leadery ka kaam. lekin naam rakh rakha hai islam is ko, is ka naam hai islamization.</w:t>
      </w:r>
      <w:r>
        <w:br/>
      </w:r>
      <w:r>
        <w:rPr>
          <w:sz w:val="20"/>
        </w:rPr>
        <w:t>1:21:07  yeh to hai baghair ism ya luna, is ka naam badal denge aur phir jaiz kar lenge. is ko yeh to shaitani siyasat hai.</w:t>
      </w:r>
      <w:r>
        <w:br/>
      </w:r>
      <w:r>
        <w:rPr>
          <w:sz w:val="20"/>
        </w:rPr>
        <w:t>1:21:18  shaitan ne takra kiya tha Allah taala se, woh isi ki, isi wohi jari hai, wohi continue hai ab tak.</w:t>
      </w:r>
      <w:r>
        <w:br/>
      </w:r>
      <w:r>
        <w:rPr>
          <w:sz w:val="20"/>
        </w:rPr>
        <w:t>1:21:27  yaani establishment se takrana, yeh islam nahin hai. yeh yeh yeh secular parties hain, yeh secular parties hain.</w:t>
      </w:r>
      <w:r>
        <w:br/>
      </w:r>
      <w:r>
        <w:rPr>
          <w:sz w:val="20"/>
        </w:rPr>
        <w:t>1:21:38  sab se pehli misaal qaim ki thi shaitan ne establishment se, yaani Allah taala se takraya tha. woh aaj tak wohi case case chala ja raha hai.</w:t>
      </w:r>
      <w:r>
        <w:br/>
      </w:r>
      <w:r>
        <w:rPr>
          <w:sz w:val="20"/>
        </w:rPr>
        <w:t>1:21:48  saaf dekhen, seedhi si baat hai ke aap in logon ko jo yeh jo kar rahe hain, aap aap jaanchen in ko in terms of result. result to kuch bhi nahin mila.</w:t>
      </w:r>
      <w:r>
        <w:br/>
      </w:r>
      <w:r>
        <w:rPr>
          <w:sz w:val="20"/>
        </w:rPr>
        <w:t>1:22:00  aap Imam Nawawi ki jo sharah hai, Muslim mein aap is ko padh lijie. mere paas woh kitab maujood hai. Imam Nawawi bahut bade aalim hain, woh hadith ki sharah karte hue likhte hain ke is hadith ka matlab</w:t>
      </w:r>
      <w:r>
        <w:br/>
      </w:r>
      <w:r>
        <w:rPr>
          <w:sz w:val="20"/>
        </w:rPr>
        <w:t>1:22:13  is mein likhte hain ke ek hukumat jo qaim hai, us ko hukumat ke khilaf baghavat, jis ko jis ko arab mein khurooj kaha jata hai, khurooj haram hai, haram hai bilkul.</w:t>
      </w:r>
      <w:r>
        <w:br/>
      </w:r>
      <w:r>
        <w:rPr>
          <w:sz w:val="20"/>
        </w:rPr>
        <w:t>1:22:27  baqayda likhte hain aur ijma is par ijma hai.</w:t>
      </w:r>
      <w:r>
        <w:br/>
      </w:r>
      <w:r>
        <w:rPr>
          <w:sz w:val="20"/>
        </w:rPr>
        <w:t>1:22:31  un ke alfaaz yeh hain ke agar aap ko ikhtilaf hai to person to person baat kijiye, yaani hakim se miliye, hakim mil ke us ko naseehat kijiye.</w:t>
      </w:r>
      <w:r>
        <w:br/>
      </w:r>
      <w:r>
        <w:rPr>
          <w:sz w:val="20"/>
        </w:rPr>
        <w:t>1:22:43  person to person is mein lafz hai fima bain wa bainahu, fima bain wa bainahu ke matlab person to person baat karna.</w:t>
      </w:r>
      <w:r>
        <w:br/>
      </w:r>
      <w:r>
        <w:rPr>
          <w:sz w:val="20"/>
        </w:rPr>
        <w:t>1:22:52  phir kehte hain ke wa in khurooj alaihim wa haram bi ijma al muslimeen walaw kanoo fasaqah walaw kanoo zaleemeen. aur jahan tak taluq hai in ko overthrow karne ka, khurooj ka to haram hai ijma se.</w:t>
      </w:r>
      <w:r>
        <w:br/>
      </w:r>
      <w:r>
        <w:rPr>
          <w:sz w:val="20"/>
        </w:rPr>
        <w:t>1:23:08  chahe aap ko fasiq nazar ayen, chahe woh aap ko aap ko zalim nazar ayen, tab bhi Imam Taymiyyah se poocha gaya ke aage sharab pi hai, tab bhi kya hum us ko yaani bardasht karen?</w:t>
      </w:r>
      <w:r>
        <w:br/>
      </w:r>
      <w:r>
        <w:rPr>
          <w:sz w:val="20"/>
        </w:rPr>
        <w:t>1:23:22  to hum ne kaha wa in, tab bhi wa in. kyun? kyunke nateeja ulta nikalta hai hamesha.</w:t>
      </w:r>
      <w:r>
        <w:br/>
      </w:r>
      <w:r>
        <w:rPr>
          <w:sz w:val="20"/>
        </w:rPr>
        <w:t>1:23:33  us ko arib kehte hain counter productive.</w:t>
      </w:r>
      <w:r>
        <w:br/>
      </w:r>
      <w:r>
        <w:rPr>
          <w:sz w:val="20"/>
        </w:rPr>
        <w:t>1:23:36  to islam be nateeja kaam ke khilaf hai. man hasana al islam marruhu tarqu ma la yani yeh islam ka nuqta nazar hai.</w:t>
      </w:r>
    </w:p>
    <w:p>
      <w:pPr>
        <w:pStyle w:val="Heading2"/>
      </w:pPr>
      <w:r>
        <w:t>Islam's position on women and segregation</w:t>
      </w:r>
    </w:p>
    <w:p>
      <w:r>
        <w:rPr>
          <w:color w:val="666666"/>
          <w:sz w:val="18"/>
        </w:rPr>
        <w:t>Society &amp; Dawah · Age of Alternatives April 05, 2015 · 8m 40s · at 49:54 · https://youtu.be/4v0uCM2BZuA?t=2994</w:t>
      </w:r>
    </w:p>
    <w:p>
      <w:r>
        <w:rPr>
          <w:i/>
        </w:rPr>
        <w:t>“Please explain Islam's stand on the position of women in Islam with reference to the segregation of male and female.”</w:t>
      </w:r>
    </w:p>
    <w:p>
      <w:r>
        <w:rPr>
          <w:sz w:val="20"/>
        </w:rPr>
        <w:t>49:54  maulana, agla sawal ah sumeena sahiba ne kiya hai dilli se. unhone aapse poocha hai ke: "maulana sahib, please explain Islam stand on the position of women in Islam with reference to the segregation of male and female."</w:t>
      </w:r>
      <w:r>
        <w:br/>
      </w:r>
      <w:r>
        <w:rPr>
          <w:sz w:val="20"/>
        </w:rPr>
        <w:t>50:16  dekhen, yeh bohat bara masla hai aur mein chahta hoon ke is par mein jo mein parha hai, maine jo jo study ki hai, us ki roshni mein kuch arz karoon.</w:t>
      </w:r>
      <w:r>
        <w:br/>
      </w:r>
      <w:r>
        <w:rPr>
          <w:sz w:val="20"/>
        </w:rPr>
        <w:t>50:30  dekhen, segregation jo hai, apne aap mein ek natural tareeqa hai kyunke dekhiye, jab marriage hoti hai to apne aap ek segregation ho jata hai.</w:t>
      </w:r>
      <w:r>
        <w:br/>
      </w:r>
      <w:r>
        <w:rPr>
          <w:sz w:val="20"/>
        </w:rPr>
        <w:t>50:44  partial sense mein</w:t>
      </w:r>
      <w:r>
        <w:br/>
      </w:r>
      <w:r>
        <w:rPr>
          <w:sz w:val="20"/>
        </w:rPr>
        <w:t>50:48  marriage kar ke hamesha aise hi hota hai ke ek segregation ki situation paida hoti hai. sab se buri cheez jo is zamane mein hai, wo kya hai?</w:t>
      </w:r>
      <w:r>
        <w:br/>
      </w:r>
      <w:r>
        <w:rPr>
          <w:sz w:val="20"/>
        </w:rPr>
        <w:t>50:58  unmarried couple ka concept. sab se buri cheez it is unmarried. it is the concept of unmarried couples that has created problems.</w:t>
      </w:r>
      <w:r>
        <w:br/>
      </w:r>
      <w:r>
        <w:rPr>
          <w:sz w:val="20"/>
        </w:rPr>
        <w:t>51:11  unmarried couples ke concept</w:t>
      </w:r>
      <w:r>
        <w:br/>
      </w:r>
      <w:r>
        <w:rPr>
          <w:sz w:val="20"/>
        </w:rPr>
        <w:t>51:13  se kya hua? perhaps society aayi, nudity aayi aur ghalat doosri bohat sari buraiyan paida huin.</w:t>
      </w:r>
      <w:r>
        <w:br/>
      </w:r>
      <w:r>
        <w:rPr>
          <w:sz w:val="20"/>
        </w:rPr>
        <w:t>51:23  agar natural formula ko apnaya jaye ke jaise hi baligh hon log, wo shadi kar len, apne aap mein ek natural segregation paida qaim ho jata hai.</w:t>
      </w:r>
      <w:r>
        <w:br/>
      </w:r>
      <w:r>
        <w:rPr>
          <w:sz w:val="20"/>
        </w:rPr>
        <w:t>51:36  acha, is ke baad kuch zarooraten aisi zindagi ki hain jahan hum ko de-segregation ka tareeqa ikhtiyar karna parta hai. de-segregation yani aurten bahar aayen, kaam karen.</w:t>
      </w:r>
      <w:r>
        <w:br/>
      </w:r>
      <w:r>
        <w:rPr>
          <w:sz w:val="20"/>
        </w:rPr>
        <w:t>51:50  to yeh Islam mein bhi maujood hai aur hamesha rahega. maslan dekhiye, rasool Allah ke zamane mein khawateen ghazwaat mein shareek hoti theen.</w:t>
      </w:r>
      <w:r>
        <w:br/>
      </w:r>
      <w:r>
        <w:rPr>
          <w:sz w:val="20"/>
        </w:rPr>
        <w:t>52:05  that was against the segregation. da'wati sargarmian bhi karti theen. misaal ke taur par, mein cyprus gaya to wahan par ek sahabi khatoon wahan pahunchi theen ek da'wati team ke sath.</w:t>
      </w:r>
      <w:r>
        <w:br/>
      </w:r>
      <w:r>
        <w:rPr>
          <w:sz w:val="20"/>
        </w:rPr>
        <w:t>52:19  wahin un ka intiqal hoga, wahin un ki qabr hai aur aaj bhi woh qabr maujood hai. wahan par woh mein ne khud dekha apni aankh se. quran mein kaha gaya hai: "khawateen ke liye saaye haath safar karne wali" yani da'wati safar karne wali.</w:t>
      </w:r>
      <w:r>
        <w:br/>
      </w:r>
      <w:r>
        <w:rPr>
          <w:sz w:val="20"/>
        </w:rPr>
        <w:t>52:34  to khud sahabi ne da'wati safar kiya. to mein samajhta hoon ke yani segregation ek natural had mein apne aap hi maujood hota hai lekin zaroorat ki wajah se kahin hum ko de-segregation ka bhi istemal karna tareeqa karna parta hai.</w:t>
      </w:r>
      <w:r>
        <w:br/>
      </w:r>
      <w:r>
        <w:rPr>
          <w:sz w:val="20"/>
        </w:rPr>
        <w:t>52:53  tareeqa to hum ne apne mission mein yani limited sense mein de-segregation ka tareeqa apnaya hai.</w:t>
      </w:r>
      <w:r>
        <w:br/>
      </w:r>
      <w:r>
        <w:rPr>
          <w:sz w:val="20"/>
        </w:rPr>
        <w:t>53:02  wo kyun</w:t>
      </w:r>
      <w:r>
        <w:br/>
      </w:r>
      <w:r>
        <w:rPr>
          <w:sz w:val="20"/>
        </w:rPr>
        <w:t>53:04  ? kyunke is zamane mein dekhiye, technology ka zamana hai, hamein logon se kaam lena hai to hamein aadmi nahi milte.</w:t>
      </w:r>
      <w:r>
        <w:br/>
      </w:r>
      <w:r>
        <w:rPr>
          <w:sz w:val="20"/>
        </w:rPr>
        <w:t>53:15  agar hum yeh tareeqa ikhtiyar karen ke strict segregation to hamein aadmi nahi milenge, kaam hi nahi chalega. to mein samajhta hoon ke Islam ki tareekh mein maujood hai de-segregation ka tareeqa partial sense mein.</w:t>
      </w:r>
      <w:r>
        <w:br/>
      </w:r>
      <w:r>
        <w:rPr>
          <w:sz w:val="20"/>
        </w:rPr>
        <w:t>53:32  wahi hum ne apply kiya hai yahan par. aur agar koi yeh samajhta ho ke segregation itna zyada zaroori hai, tab bhi mein usay kahunga ke fiqh mein ek mana hua principle hai:</w:t>
      </w:r>
      <w:r>
        <w:br/>
      </w:r>
      <w:r>
        <w:rPr>
          <w:sz w:val="20"/>
        </w:rPr>
        <w:t>53:45  "al-zarurat tubih al-mahzurāt"۔ yeh fiqh ka saare ulama mante hain: "al-zarurat tubih al-mahzurāt" yaani necessity makes unlawful lawful۔</w:t>
      </w:r>
      <w:r>
        <w:br/>
      </w:r>
      <w:r>
        <w:rPr>
          <w:sz w:val="20"/>
        </w:rPr>
        <w:t>53:57  to yahan par hamein agar hum strict sense mein segregation ka formula apnayein to yeh mission band karna parega۔</w:t>
      </w:r>
      <w:r>
        <w:br/>
      </w:r>
      <w:r>
        <w:rPr>
          <w:sz w:val="20"/>
        </w:rPr>
        <w:t>54:06  nahi chal sakta, chal hi nahi sakta۔ to</w:t>
      </w:r>
      <w:r>
        <w:br/>
      </w:r>
      <w:r>
        <w:rPr>
          <w:sz w:val="20"/>
        </w:rPr>
        <w:t>54:11  mein do baatein kahunga ke natural dayre mein de-segregation apne aap maujood hai pehle bhi aur aaj bhi۔</w:t>
      </w:r>
      <w:r>
        <w:br/>
      </w:r>
      <w:r>
        <w:rPr>
          <w:sz w:val="20"/>
        </w:rPr>
        <w:t>54:20  aur is zarurat ke tehat agar aap ikhtiyar karna chahein is ko to yeh bhi maujood hai۔ is yeh masla bhi ke "al-zarurat tubih al-mahzurāt" aap ikhtiyar kar sakte hain۔</w:t>
      </w:r>
      <w:r>
        <w:br/>
      </w:r>
      <w:r>
        <w:rPr>
          <w:sz w:val="20"/>
        </w:rPr>
        <w:t>54:33  mein samajhta hoon ke khawateen ke bare mein jo nazariya sahi hai, woh hai jo allama nasseruddin al-bani ne apni kitab mein likha hai۔ is ki kitab ka naam hai: "hijab al-marat al-muslima"۔</w:t>
      </w:r>
      <w:r>
        <w:br/>
      </w:r>
      <w:r>
        <w:rPr>
          <w:sz w:val="20"/>
        </w:rPr>
        <w:t>54:45  "hijab al-marat al-muslima" is mein unhon ne likha hai ke segregation yeh koi islam ka principle nahi hai۔</w:t>
      </w:r>
      <w:r>
        <w:br/>
      </w:r>
      <w:r>
        <w:rPr>
          <w:sz w:val="20"/>
        </w:rPr>
        <w:t>54:53  unhon ne ek misaal di hai ke ek hadith mein ek hadith hai ke rasool Allah ke zamane mein auratein fajar ki namaz mein aati theen۔</w:t>
      </w:r>
      <w:r>
        <w:br/>
      </w:r>
      <w:r>
        <w:rPr>
          <w:sz w:val="20"/>
        </w:rPr>
        <w:t>55:04  to is mein lafz hai, rawi ne yeh lafz istemal kiya hai ke: "wa la yu'rafna min al-ghalas"۔</w:t>
      </w:r>
      <w:r>
        <w:br/>
      </w:r>
      <w:r>
        <w:rPr>
          <w:sz w:val="20"/>
        </w:rPr>
        <w:t>55:15  is is hadith ko riwayat naqal kiya allama al-bani ne ke: "wa la yu'rafna min al-ghalas" aur andhere ki wajah se pehchani nahi jati thi۔ aap ghor kijiye ke mein yani agar wahan sab log burqa posh hon, chehre ko chhupaye hue hon to andhera ho, chahe ujala nahi pehchane jayenge۔</w:t>
      </w:r>
      <w:r>
        <w:br/>
      </w:r>
      <w:r>
        <w:rPr>
          <w:sz w:val="20"/>
        </w:rPr>
        <w:t>55:38  woh to aaj "wa la yu'rafna min al-ghalas" ke ma'ni andhere ki wajah se pehchani jat</w:t>
      </w:r>
      <w:r>
        <w:br/>
      </w:r>
      <w:r>
        <w:rPr>
          <w:sz w:val="20"/>
        </w:rPr>
        <w:t>55:44  i thi۔ is ka ma'ni hai ke wahan yeh segregation nahi tha jo aaj kal bana rakha hai logon ne۔ yeh yeh nahi tha۔ to allama al-bani likhte hain ke asal cheez jo hai aurat ke ma'amle mein woh hai satar poshi aur aur woh sadgi aur yani jo purpose society jo jis ko kaha jata hai, us se door rehna, nudity se door rehna۔</w:t>
      </w:r>
      <w:r>
        <w:br/>
      </w:r>
      <w:r>
        <w:rPr>
          <w:sz w:val="20"/>
        </w:rPr>
        <w:t>56:14  yeh baqi hai ke burqa aur aur bilkul jaise chehra chhupa hua hai, yeh yeh koi islam nahi hai۔ doosri baat mein yeh arz karunga ke fiqh hanafi jo hai, fiqh hanafi mein teen cheezon ko exempt kiya gaya hai parde se:</w:t>
      </w:r>
      <w:r>
        <w:br/>
      </w:r>
      <w:r>
        <w:rPr>
          <w:sz w:val="20"/>
        </w:rPr>
        <w:t>56:32  face aur kaffain aur qadamain yani chehra aur aur haath aur paon۔</w:t>
      </w:r>
      <w:r>
        <w:br/>
      </w:r>
      <w:r>
        <w:rPr>
          <w:sz w:val="20"/>
        </w:rPr>
        <w:t>56:40  yeh fiqh</w:t>
      </w:r>
      <w:r>
        <w:br/>
      </w:r>
      <w:r>
        <w:rPr>
          <w:sz w:val="20"/>
        </w:rPr>
        <w:t>56:41  hanafi mein is ko mustasna qarar diya gaya hai۔ woh is ayat se le kar unhon ne banaya hai masla: "illa ma dhahara minha"۔</w:t>
      </w:r>
      <w:r>
        <w:br/>
      </w:r>
      <w:r>
        <w:rPr>
          <w:sz w:val="20"/>
        </w:rPr>
        <w:t>56:52  to hum ne jo ikhtiyar kiya hai tareeqa, yeh ulama ke maslak se hargiz hata hua nahi hai۔ khud ulama hate hue hain ke jo cheez islam mein nahi hai, us ko unhon ne impose kar rakha hai۔</w:t>
      </w:r>
      <w:r>
        <w:br/>
      </w:r>
      <w:r>
        <w:rPr>
          <w:sz w:val="20"/>
        </w:rPr>
        <w:t>57:04  islam mein kabhi burqa nahi tha۔</w:t>
      </w:r>
      <w:r>
        <w:br/>
      </w:r>
      <w:r>
        <w:rPr>
          <w:sz w:val="20"/>
        </w:rPr>
        <w:t>57:07  koi sabit nahi kar sakta ke rasool Allah aur sahaba ke zamane mein burqa tha to aap burqa bana rakha hai۔ to ulama hate hue hain, hum kahan hate hain؟ ab khud jab fiqh hanafi mein yeh masla hai ke ke face aur haath aur qadam yeh yeh khol khol sakti hain auratein, to aap kaun hote hain is ke khilaf masla banane wale؟</w:t>
      </w:r>
      <w:r>
        <w:br/>
      </w:r>
      <w:r>
        <w:rPr>
          <w:sz w:val="20"/>
        </w:rPr>
        <w:t>57:34  to hamare bare mein koi agar yeh kahe ke hum shariat se hate hue hain to bilkul galat jhoot kehta hai۔ woh hum wohi tareeqa ikhtiyar kiye hue hain jo quran hadith sabit hai, jo fiqh hanafi ka masla hai aur jo jo sabit hota hai۔</w:t>
      </w:r>
      <w:r>
        <w:br/>
      </w:r>
      <w:r>
        <w:rPr>
          <w:sz w:val="20"/>
        </w:rPr>
        <w:t>57:52  to khulasa yeh hai ke asal cheez khawateen ke liye hai ke woh sadgi mein rahein, hawa na karein, woh free mixing na karein aur jaiz hudood mein kaam karein aur purpose full un ka jo de-segregation ho, purpose purpose full ho to bilkul islami hoga۔</w:t>
      </w:r>
      <w:r>
        <w:br/>
      </w:r>
      <w:r>
        <w:rPr>
          <w:sz w:val="20"/>
        </w:rPr>
        <w:t>58:11  woh yahi hamare haan hai, hum is ko kharab nahi karte۔</w:t>
      </w:r>
      <w:r>
        <w:br/>
      </w:r>
      <w:r>
        <w:rPr>
          <w:sz w:val="20"/>
        </w:rPr>
        <w:t>58:16  jo jo ulama ka jo traditional tareeqa raaj hoga segregation ka, woh islam se is ka koi ta'alluq nahi۔</w:t>
      </w:r>
      <w:r>
        <w:br/>
      </w:r>
      <w:r>
        <w:rPr>
          <w:sz w:val="20"/>
        </w:rPr>
        <w:t>58:25  kisi ko shakk ho is mein to allama al-bani ki kitab padh lein: "hijab al-marat al-muslima"۔</w:t>
      </w:r>
    </w:p>
    <w:p>
      <w:pPr>
        <w:pStyle w:val="Heading2"/>
      </w:pPr>
      <w:r>
        <w:t>Islamic leadership criteria and unity</w:t>
      </w:r>
    </w:p>
    <w:p>
      <w:r>
        <w:rPr>
          <w:color w:val="666666"/>
          <w:sz w:val="18"/>
        </w:rPr>
        <w:t>Society &amp; Dawah · Art of Crisis Management I 3 October, 2010 Maulana Wahiduddin Khan · 6m 04s · at 1:12:57 · https://youtu.be/mcJZ0YEOolk?t=4377</w:t>
      </w:r>
    </w:p>
    <w:p>
      <w:r>
        <w:rPr>
          <w:i/>
        </w:rPr>
        <w:t>“What is the concept of leadership in Islam, what are the criteria to judge a leader, and how can Muslims take decisions unitedly given the many leaders? Is there any possibility of this, or are we doomed to live under incompetent leaders?”</w:t>
      </w:r>
    </w:p>
    <w:p>
      <w:r>
        <w:rPr>
          <w:sz w:val="20"/>
        </w:rPr>
        <w:t>1:12:57  maulana, yeh sawal doctor farida khanam ne kiya hai nai dilli se. unhon ne poocha hai: "what is the concept of leadership in islam?</w:t>
      </w:r>
      <w:r>
        <w:br/>
      </w:r>
      <w:r>
        <w:rPr>
          <w:sz w:val="20"/>
        </w:rPr>
        <w:t>1:13:07  what is the criteria to judge a leader? there are innumerable leaders among the muslims. how can they take a decision unitedly?</w:t>
      </w:r>
      <w:r>
        <w:br/>
      </w:r>
      <w:r>
        <w:rPr>
          <w:sz w:val="20"/>
        </w:rPr>
        <w:t>1:13:17  is there any possibility of this? or we are doomed to live under the shadow of incompetent leaders."</w:t>
      </w:r>
      <w:r>
        <w:br/>
      </w:r>
      <w:r>
        <w:rPr>
          <w:sz w:val="20"/>
        </w:rPr>
        <w:t>1:13:34  dekhiye, islam mein leader ko imam kaha jata hai. imam to islam ka usool hai: "amruhum shura baynahum".</w:t>
      </w:r>
      <w:r>
        <w:br/>
      </w:r>
      <w:r>
        <w:rPr>
          <w:sz w:val="20"/>
        </w:rPr>
        <w:t>1:13:47  yani jab zaroorat ho imam muqarrar karne ki, leader muqarrar karne ki,</w:t>
      </w:r>
      <w:r>
        <w:br/>
      </w:r>
      <w:r>
        <w:rPr>
          <w:sz w:val="20"/>
        </w:rPr>
        <w:t>1:13:52  to is ke liye mashwara kiya jaye, discuss kiya jaye, sab log baith kar rai karen, aur consensus se jis aadmi ko tay ho jaye, us ko imam maan liya jaye.</w:t>
      </w:r>
      <w:r>
        <w:br/>
      </w:r>
      <w:r>
        <w:rPr>
          <w:sz w:val="20"/>
        </w:rPr>
        <w:t>1:14:05  yeh to ideal baat hai, ideal baat</w:t>
      </w:r>
      <w:r>
        <w:br/>
      </w:r>
      <w:r>
        <w:rPr>
          <w:sz w:val="20"/>
        </w:rPr>
        <w:t>1:14:10  ke jab bhi ek leader fit ho gaya, mar gaya, leader ne resign kar diya, kisi bhi baat se woh paida hoga, yani leader ki na raha,</w:t>
      </w:r>
      <w:r>
        <w:br/>
      </w:r>
      <w:r>
        <w:rPr>
          <w:sz w:val="20"/>
        </w:rPr>
        <w:t>1:14:25  to log baithen</w:t>
      </w:r>
      <w:r>
        <w:br/>
      </w:r>
      <w:r>
        <w:rPr>
          <w:sz w:val="20"/>
        </w:rPr>
        <w:t>1:14:28  aur discuss karen, aur jis aadmi ke naam par consensus ho jaye, sab log us ko yeh leader man len, sab log man len us ko.</w:t>
      </w:r>
      <w:r>
        <w:br/>
      </w:r>
      <w:r>
        <w:rPr>
          <w:sz w:val="20"/>
        </w:rPr>
        <w:t>1:14:40  yeh hai ideal soorat. doosri soorat jo hai</w:t>
      </w:r>
      <w:r>
        <w:br/>
      </w:r>
      <w:r>
        <w:rPr>
          <w:sz w:val="20"/>
        </w:rPr>
        <w:t>1:14:45  secondary darjay mein, woh kya hai? woh hai, is ke liye bhi hadees mein bata diya gaya hai, woh yeh hai ke "ittiba-e-sawad-e-azam".</w:t>
      </w:r>
      <w:r>
        <w:br/>
      </w:r>
      <w:r>
        <w:rPr>
          <w:sz w:val="20"/>
        </w:rPr>
        <w:t>1:15:00  ittiba-e-sawad-e-azam ka matlab yeh hai ke kisi bhi tareeqay se agar koi aadmi leader ban gaya, chahe ghalat tareeqay se bana ho kyun na ho, to maan lo us ke sath jhanda na uthao.</w:t>
      </w:r>
      <w:r>
        <w:br/>
      </w:r>
      <w:r>
        <w:rPr>
          <w:sz w:val="20"/>
        </w:rPr>
        <w:t>1:15:14  yani ek ideal shakal yeh hai ke mashware se, discussion se ke</w:t>
      </w:r>
      <w:r>
        <w:br/>
      </w:r>
      <w:r>
        <w:rPr>
          <w:sz w:val="20"/>
        </w:rPr>
        <w:t>1:15:22  kisi shakhs ko banaya jaye aur sab log us ko man len. lekin agar yeh ideal shakal possible na ho aur koi aadmi kisi bhi aur tareeqay se leader ban jaye, to phir us ko hi maan lijiye aap taake kam se kam peace to qaim rahe.</w:t>
      </w:r>
      <w:r>
        <w:br/>
      </w:r>
      <w:r>
        <w:rPr>
          <w:sz w:val="20"/>
        </w:rPr>
        <w:t>1:15:40  aap jab maan lenge to kam se kam پیس to qaaim ho jayega. bas yeh do shakalें hain. teesri shakal jo aaj kal musalmanon mein hai ke khade ho jate hain jhanda le kar ke,</w:t>
      </w:r>
      <w:r>
        <w:br/>
      </w:r>
      <w:r>
        <w:rPr>
          <w:sz w:val="20"/>
        </w:rPr>
        <w:t>1:15:56  jaise musalmanon ke muslim karne mein democracy kyun nahin hai? is ki misaal aap Pakistan dekh lijiye, ek election hoga, koi jeetega, ab kya hai?</w:t>
      </w:r>
      <w:r>
        <w:br/>
      </w:r>
      <w:r>
        <w:rPr>
          <w:sz w:val="20"/>
        </w:rPr>
        <w:t>1:16:06  doosra khada ho jayega, rigging hui hai, rigging hui hai, rigging hui hai. ab is ko down karne ke liye yeh Islam mein jaaiz nahin hai.</w:t>
      </w:r>
      <w:r>
        <w:br/>
      </w:r>
      <w:r>
        <w:rPr>
          <w:sz w:val="20"/>
        </w:rPr>
        <w:t>1:16:16  Islam mein jaaiz hi nahin hai. yeh jaise bhi elect ho kar ke, jaise bhi woh ban kar ke seat par aa gaya, to bas maan lijiye is ko.</w:t>
      </w:r>
      <w:r>
        <w:br/>
      </w:r>
      <w:r>
        <w:rPr>
          <w:sz w:val="20"/>
        </w:rPr>
        <w:t>1:16:28  yeh hai Islam ka tareeqa. kyunke Islam mein dekhiye, jo jo supreme hai, woh kya hai? normal si پیس. yeh hai supreme Islam.</w:t>
      </w:r>
      <w:r>
        <w:br/>
      </w:r>
      <w:r>
        <w:rPr>
          <w:sz w:val="20"/>
        </w:rPr>
        <w:t>1:16:41  is par bohat sari hadeesein hain aur yahan par detail ka mauqa nahin hai</w:t>
      </w:r>
      <w:r>
        <w:br/>
      </w:r>
      <w:r>
        <w:rPr>
          <w:sz w:val="20"/>
        </w:rPr>
        <w:t>1:16:47  kyunke main mukhtasaran yahi kahunga ke agar musalmanon mein, yaani constructive soch ho, woh is position mein hon ke discussion kar ke ek aadmi ko bana dein, to bara acha hai.</w:t>
      </w:r>
      <w:r>
        <w:br/>
      </w:r>
      <w:r>
        <w:rPr>
          <w:sz w:val="20"/>
        </w:rPr>
        <w:t>1:17:00  nahin to jo aadmi bhi kisi bhi tareeqe se ho jaye, woh chahe rigging kar ke ho jaye, tab bhi</w:t>
      </w:r>
      <w:r>
        <w:br/>
      </w:r>
      <w:r>
        <w:rPr>
          <w:sz w:val="20"/>
        </w:rPr>
        <w:t>1:17:05  is ko maan lijiye kyunke ittaba sawad al aazam farmaya Rasool Allah salallahu alaihi wasallam ne. Maulana, in ka ek sawal aur hai.</w:t>
      </w:r>
      <w:r>
        <w:br/>
      </w:r>
      <w:r>
        <w:rPr>
          <w:sz w:val="20"/>
        </w:rPr>
        <w:t>1:17:16  unhon ne likha hai ke "there was no media in the thirteenth century, that is why Muslims were able to opt for the policy of inaction.</w:t>
      </w:r>
      <w:r>
        <w:br/>
      </w:r>
      <w:r>
        <w:rPr>
          <w:sz w:val="20"/>
        </w:rPr>
        <w:t>1:17:26  now is there any possibility of Muslims refraining from giving provocative statements in the media and aggravating the situation further?" bilkul, hum ko dekhiye, hamari team yeh sab nahin kaam kar rahi hai.</w:t>
      </w:r>
      <w:r>
        <w:br/>
      </w:r>
      <w:r>
        <w:rPr>
          <w:sz w:val="20"/>
        </w:rPr>
        <w:t>1:17:44  train karne ki zaroorat hai. hum train kar rahe hain logon ko</w:t>
      </w:r>
      <w:r>
        <w:br/>
      </w:r>
      <w:r>
        <w:rPr>
          <w:sz w:val="20"/>
        </w:rPr>
        <w:t>1:17:47  to hamare jo itne saathi hain, koi sab kaam nahin karta. pehle jo hai, traditionally log aise the. ab aap ko logon ke mind ki re-engineering karni hogi.</w:t>
      </w:r>
      <w:r>
        <w:br/>
      </w:r>
      <w:r>
        <w:rPr>
          <w:sz w:val="20"/>
        </w:rPr>
        <w:t>1:18:00  bas yeh hai. pehle to apne aap hi log jo the, woh kingship ka zamana tha, log chup chap rehte the.</w:t>
      </w:r>
      <w:r>
        <w:br/>
      </w:r>
      <w:r>
        <w:rPr>
          <w:sz w:val="20"/>
        </w:rPr>
        <w:t>1:18:09  ab woh daur khatam ho gaya, woh zamana khatam ho gaya, woh tradition toot gayi. lekin ab aap logon ke mind ki re-engineering kijiye, logon ko phir se samjhaiye.</w:t>
      </w:r>
      <w:r>
        <w:br/>
      </w:r>
      <w:r>
        <w:rPr>
          <w:sz w:val="20"/>
        </w:rPr>
        <w:t>1:18:20  abhi aaj mere paas ek talib ilm aaya, ek sahab ka, subah unhon ne kaha ke "aap ki kitabein parhne se pehle main sab ko dushman samajhta tha ke sab dushman hain, Hindu dushman hain, Yahudi dushman hain, American dushman hain, Islam ke sab khilaf side se karte hain.</w:t>
      </w:r>
      <w:r>
        <w:br/>
      </w:r>
      <w:r>
        <w:rPr>
          <w:sz w:val="20"/>
        </w:rPr>
        <w:t>1:18:34  sab ke khilaf mere dil mein dushmani hoti thi.</w:t>
      </w:r>
      <w:r>
        <w:br/>
      </w:r>
      <w:r>
        <w:rPr>
          <w:sz w:val="20"/>
        </w:rPr>
        <w:t>1:18:39  aap ki kitabein parhne ke baad mera zehan bilkul badal gaya. ab main samajhta hoon ke sab insaan hain, koi dushman nahin hai. yeh hai re-engineering of mind.</w:t>
      </w:r>
      <w:r>
        <w:br/>
      </w:r>
      <w:r>
        <w:rPr>
          <w:sz w:val="20"/>
        </w:rPr>
        <w:t>1:18:53  to pehle jo cheez apne aap haasil ho jati thi, us ke liye aap ko koshish karni padegi. itna hi farq hua hai.</w:t>
      </w:r>
    </w:p>
    <w:p>
      <w:pPr>
        <w:pStyle w:val="Heading2"/>
      </w:pPr>
      <w:r>
        <w:t>Islamophobia in present times views</w:t>
      </w:r>
    </w:p>
    <w:p>
      <w:r>
        <w:rPr>
          <w:color w:val="666666"/>
          <w:sz w:val="18"/>
        </w:rPr>
        <w:t>Society &amp; Dawah · Mission of Tajdeed (Revival of Islam) September 15, 2019 Maulana Wahiduddin Khan · 8m 03s · at 40:17 · https://youtu.be/jGfoAffJ4-8?t=2417</w:t>
      </w:r>
    </w:p>
    <w:p>
      <w:r>
        <w:rPr>
          <w:i/>
        </w:rPr>
        <w:t>“You talk about Islamophobia and its misinterpretation in the past. I want to know your views on the conceived notion of Islamophobia in present times.”</w:t>
      </w:r>
    </w:p>
    <w:p>
      <w:r>
        <w:rPr>
          <w:sz w:val="20"/>
        </w:rPr>
        <w:t>40:17  if you want these books in quantity, then please write to us on info at cps global dot org. maulana, agla sawal bheja hai waseem sahib ne kashmir se.</w:t>
      </w:r>
      <w:r>
        <w:br/>
      </w:r>
      <w:r>
        <w:rPr>
          <w:sz w:val="20"/>
        </w:rPr>
        <w:t>40:33  ji, unhon ne likha hai: "maulana sahib, you talk about the islamophobia and its misinterpretation in the past.</w:t>
      </w:r>
      <w:r>
        <w:br/>
      </w:r>
      <w:r>
        <w:rPr>
          <w:sz w:val="20"/>
        </w:rPr>
        <w:t>40:43  i want to know about your views on the conceived notion of islamophobia of present times." is ke bare mein batayen.</w:t>
      </w:r>
      <w:r>
        <w:br/>
      </w:r>
      <w:r>
        <w:rPr>
          <w:sz w:val="20"/>
        </w:rPr>
        <w:t>40:53  bhai, islamophobia ka term hi galat hai. koi islamophobia duniya mein nahi hai. sare log islam ke bare mein positive hain, parhte hain, madad karte hain.</w:t>
      </w:r>
      <w:r>
        <w:br/>
      </w:r>
      <w:r>
        <w:rPr>
          <w:sz w:val="20"/>
        </w:rPr>
        <w:t>41:08  hum ne america ka kam az kam barah bar safar kiya hai, har bar hum ko logon ne cooperation diya. yeh to bilkul be be baseless baat hai, baseless.</w:t>
      </w:r>
      <w:r>
        <w:br/>
      </w:r>
      <w:r>
        <w:rPr>
          <w:sz w:val="20"/>
        </w:rPr>
        <w:t>41:21  is ka koi, is ki koi haqeeqat nahi hai. main aap ko ek qissa batata hoon ke ek waqt, us waqt kya hua ke hum ko america mein bulaya gaya,</w:t>
      </w:r>
      <w:r>
        <w:br/>
      </w:r>
      <w:r>
        <w:rPr>
          <w:sz w:val="20"/>
        </w:rPr>
        <w:t>41:38  kisi party ne bulaya to hum bohat sare</w:t>
      </w:r>
      <w:r>
        <w:br/>
      </w:r>
      <w:r>
        <w:rPr>
          <w:sz w:val="20"/>
        </w:rPr>
        <w:t>41:46  bundle kitabon ke le ke gaye. to jab utre airport par to itna sa bundle tha kitabon ka, lekin jo jinhon ne bulaya tha,</w:t>
      </w:r>
      <w:r>
        <w:br/>
      </w:r>
      <w:r>
        <w:rPr>
          <w:sz w:val="20"/>
        </w:rPr>
        <w:t>41:59  woh woh pahunche nahi the kisi wajah se airport par. ab hum airport par utar kar ke un ko dekh dhoond rahe hain, woh mil mile nahi.</w:t>
      </w:r>
      <w:r>
        <w:br/>
      </w:r>
      <w:r>
        <w:rPr>
          <w:sz w:val="20"/>
        </w:rPr>
        <w:t>42:09  woh to aakhir mein hum ne kya kiya ke bundalon ko le kar ke hum hotel mein chale gaye. sara bundle hotel mein ja ke dher kar diya.</w:t>
      </w:r>
      <w:r>
        <w:br/>
      </w:r>
      <w:r>
        <w:rPr>
          <w:sz w:val="20"/>
        </w:rPr>
        <w:t>42:19  is ke baad kya hua? isi shaam ko ek aadmi apni biwi ke saath aaya, isi shaam ko amreeka ka, woh amreeka hi ka aadmi tha.</w:t>
      </w:r>
      <w:r>
        <w:br/>
      </w:r>
      <w:r>
        <w:rPr>
          <w:sz w:val="20"/>
        </w:rPr>
        <w:t>42:31  to is ko hum ne bataya ke bhai aisa hua hai, hum ne kitaabein laaye the, lekin kisi wajah se woh log aa nahin sake airport par.</w:t>
      </w:r>
      <w:r>
        <w:br/>
      </w:r>
      <w:r>
        <w:rPr>
          <w:sz w:val="20"/>
        </w:rPr>
        <w:t>42:42  ab hum yahan dher kar diya la kar ke. to kya hua? isi din, isi din woh saahab apne khud aur apni biwi aur apni ladki bhi shaayad thi, sab log mil gaye, is ko sab utha le gaye, saari kitaab utha le gaye aur ja kar khud woh kitaabon ko logon ko diya.</w:t>
      </w:r>
      <w:r>
        <w:br/>
      </w:r>
      <w:r>
        <w:rPr>
          <w:sz w:val="20"/>
        </w:rPr>
        <w:t>43:03  diya kya? balkeh sell kiya, sell kiya, saari kitaabein sell kar ke is ka paisa hum ko de diya. hum ne kaha un ka koi ta'alluq is se nahin tha.</w:t>
      </w:r>
      <w:r>
        <w:br/>
      </w:r>
      <w:r>
        <w:rPr>
          <w:sz w:val="20"/>
        </w:rPr>
        <w:t>43:14  to yeh to bohat hi cooperative log hain, bohat zyada cooperative. koi islamophobia nahin hai, yeh bilkul un par ilzaam hai. islamophobia hai hi nahin wahan par.</w:t>
      </w:r>
      <w:r>
        <w:br/>
      </w:r>
      <w:r>
        <w:rPr>
          <w:sz w:val="20"/>
        </w:rPr>
        <w:t>43:26  islam se hamdardi hai, islam se cooperation hai, islam ke baare mein positive thinking hai. main samajhta hoon ke amreeka ke log bohat hi zyada achhe log hain.</w:t>
      </w:r>
      <w:r>
        <w:br/>
      </w:r>
      <w:r>
        <w:rPr>
          <w:sz w:val="20"/>
        </w:rPr>
        <w:t>43:40  khaas baat yeh hai ke woh kabhi jhoot nahin bolte. jo american log hain, woh kabhi jhoot nahin bolte. to yeh to hamare liye bohat achhi baat hai, un se aap trust kar sakte hain.</w:t>
      </w:r>
      <w:r>
        <w:br/>
      </w:r>
      <w:r>
        <w:rPr>
          <w:sz w:val="20"/>
        </w:rPr>
        <w:t>43:53  to mujhe kabhi tajruba nahin hua is ka. misaal ke taur par dekhiye, ek martaba khabar chhapi thi ke india ke ek saahab gaye aur amreeka ke airport par un ke joote utarwaaye gaye.</w:t>
      </w:r>
      <w:r>
        <w:br/>
      </w:r>
      <w:r>
        <w:rPr>
          <w:sz w:val="20"/>
        </w:rPr>
        <w:t>44:09  to is ko chhipa india mein bohat hi bure andaaz mein, ke ke is ko taakhir ke andaaz mein. main bhi gaya ittefaq se inhi dinon.</w:t>
      </w:r>
      <w:r>
        <w:br/>
      </w:r>
      <w:r>
        <w:rPr>
          <w:sz w:val="20"/>
        </w:rPr>
        <w:t>44:20  to airport par police ka aadmi baitha khada hua tha. to us ne ishaara kiya ke main joota apna utaar doon.</w:t>
      </w:r>
      <w:r>
        <w:br/>
      </w:r>
      <w:r>
        <w:rPr>
          <w:sz w:val="20"/>
        </w:rPr>
        <w:t>44:29  main ne jaldi se utaar diya. koi bhi is pe woh nahin hua. to us ne ek joote ko check kiya, doosre ko kaha jaa jaa.</w:t>
      </w:r>
      <w:r>
        <w:br/>
      </w:r>
      <w:r>
        <w:rPr>
          <w:sz w:val="20"/>
        </w:rPr>
        <w:t>44:42  check hi nahin kiya poora. to jhoot mein jeete hain hamare log. aur yeh islamophobia ek ek bilkul baseless ilzaam hai ahle maghrib par.</w:t>
      </w:r>
      <w:r>
        <w:br/>
      </w:r>
      <w:r>
        <w:rPr>
          <w:sz w:val="20"/>
        </w:rPr>
        <w:t>44:56  wahan koi islamophobia nahin hai.</w:t>
      </w:r>
      <w:r>
        <w:br/>
      </w:r>
      <w:r>
        <w:rPr>
          <w:sz w:val="20"/>
        </w:rPr>
        <w:t>45:07  maulana riyaz bhatt saahab ne bangalore se aap se poocha hai ke unhone apna comment aur question ke is mein bheja hai.</w:t>
      </w:r>
      <w:r>
        <w:br/>
      </w:r>
      <w:r>
        <w:rPr>
          <w:sz w:val="20"/>
        </w:rPr>
        <w:t>45:17  unhone likha hai: "thanks for clearing the conceptions regarding tajdeed</w:t>
      </w:r>
      <w:r>
        <w:br/>
      </w:r>
      <w:r>
        <w:rPr>
          <w:sz w:val="20"/>
        </w:rPr>
        <w:t>45:22  ۔ it is regarding tajdeed. tajdeed. it is natural that over a period there may be a derailment of any concept.</w:t>
      </w:r>
      <w:r>
        <w:br/>
      </w:r>
      <w:r>
        <w:rPr>
          <w:sz w:val="20"/>
        </w:rPr>
        <w:t>45:31  hence god has warned us through prophets regarding the same and made it mandatory for scholars to bring the islam as a concept back on rails from derailment in different ages." Maulana saahab, am i correct?</w:t>
      </w:r>
      <w:r>
        <w:br/>
      </w:r>
      <w:r>
        <w:rPr>
          <w:sz w:val="20"/>
        </w:rPr>
        <w:t>45:52  dekhiye, derailment ek natural phenomenon hai aur derailment koi masla nahin hai.</w:t>
      </w:r>
      <w:r>
        <w:br/>
      </w:r>
      <w:r>
        <w:rPr>
          <w:sz w:val="20"/>
        </w:rPr>
        <w:t>46:03  that yani derailment jab hota hai to aur aur interaction hota hai.</w:t>
      </w:r>
      <w:r>
        <w:br/>
      </w:r>
      <w:r>
        <w:rPr>
          <w:sz w:val="20"/>
        </w:rPr>
        <w:t>46:12  log sawaal karte hain, jawaab bhi aata hai. to derailment jo hai, woh to enhancement hai. yani khoob equity badhti hai, sawaal jawaab badhte hain, islam ke study badhti hai.</w:t>
      </w:r>
      <w:r>
        <w:br/>
      </w:r>
      <w:r>
        <w:rPr>
          <w:sz w:val="20"/>
        </w:rPr>
        <w:t>46:28  koi masla hai hi nahin. woh hamare kuch logon ne khwaah makhwaah is ko masla bana rakha hai.</w:t>
      </w:r>
      <w:r>
        <w:br/>
      </w:r>
      <w:r>
        <w:rPr>
          <w:sz w:val="20"/>
        </w:rPr>
        <w:t>46:39  maulana yaqoob umri ne dilli se likha hai: "maulana, tajdeed ka ta'alluq shakhsiyat se nahin balkeh daur se hai, magar musalmanon ne is ko laqab baaz laqab baazi ka mozu bana liya.</w:t>
      </w:r>
      <w:r>
        <w:br/>
      </w:r>
      <w:r>
        <w:rPr>
          <w:sz w:val="20"/>
        </w:rPr>
        <w:t>46:54  jazak Allah khair for this clarity." misaal ke taur par dekhiye, main batata hoon aap ko ek baat to amreeka mein hai.</w:t>
      </w:r>
      <w:r>
        <w:br/>
      </w:r>
      <w:r>
        <w:rPr>
          <w:sz w:val="20"/>
        </w:rPr>
        <w:t>47:04  main ne ek is ka ek bade scholar se meri baat cheet hui to main ne poocha is ke baare mein, difference ke baare mein ke islam se aap ko kya ikhtilaaf hai.</w:t>
      </w:r>
      <w:r>
        <w:br/>
      </w:r>
      <w:r>
        <w:rPr>
          <w:sz w:val="20"/>
        </w:rPr>
        <w:t>47:21  to unhone ek bohat badi baat batai ke aap hamara koi difference nahin islam mein. hamara difference ka term hi istemaal nahin hota.</w:t>
      </w:r>
      <w:r>
        <w:br/>
      </w:r>
      <w:r>
        <w:rPr>
          <w:sz w:val="20"/>
        </w:rPr>
        <w:t>47:33  hum decent ka lafz istemal karte hain. hamara jo term hai, woh difference nahi hai. decent, d i w s e n t.</w:t>
      </w:r>
      <w:r>
        <w:br/>
      </w:r>
      <w:r>
        <w:rPr>
          <w:sz w:val="20"/>
        </w:rPr>
        <w:t>47:44  toh aap jante hain ke decent ek neutral term hai. neutral, decent neutral term hai.</w:t>
      </w:r>
      <w:r>
        <w:br/>
      </w:r>
      <w:r>
        <w:rPr>
          <w:sz w:val="20"/>
        </w:rPr>
        <w:t>47:53  mujhe ek ajeeb nai baat dariaft hui. toh khwah makhwah log hawa bana lete hain baaton ko.</w:t>
      </w:r>
      <w:r>
        <w:br/>
      </w:r>
      <w:r>
        <w:rPr>
          <w:sz w:val="20"/>
        </w:rPr>
        <w:t>48:09  doctor junaid shaikh ne mumbai se likha hai: "Today's lecture increased my clarity and conviction in mission, and this is what God Almighty wants fr</w:t>
      </w:r>
    </w:p>
    <w:p>
      <w:pPr>
        <w:pStyle w:val="Heading2"/>
      </w:pPr>
      <w:r>
        <w:t>Learning from Jewish Progress Despite Discrimination</w:t>
      </w:r>
    </w:p>
    <w:p>
      <w:r>
        <w:rPr>
          <w:color w:val="666666"/>
          <w:sz w:val="18"/>
        </w:rPr>
        <w:t>Society &amp; Dawah · Revival and Revivalist June 7, 2015 · 5m 39s · at 1:00:46 · https://youtu.be/MCY8AJ87BXc?t=3646</w:t>
      </w:r>
    </w:p>
    <w:p>
      <w:r>
        <w:rPr>
          <w:i/>
        </w:rPr>
        <w:t>“So-called discrimination against Muslims is nothing compared to the scale of discrimination faced by Jews in many places around the world. But despite the problems, Jews have progressed far better than others. How did they do it and what can we learn from it?”</w:t>
      </w:r>
    </w:p>
    <w:p>
      <w:r>
        <w:rPr>
          <w:sz w:val="20"/>
        </w:rPr>
        <w:t>1:00:46  Maulana, yeh agla sawal aya hai Idrees sahib ka Raipur se. So called discrimination against Muslims is nothing compared to the scale of discrimination faced by Jews in many places around the world.</w:t>
      </w:r>
      <w:r>
        <w:br/>
      </w:r>
      <w:r>
        <w:rPr>
          <w:sz w:val="20"/>
        </w:rPr>
        <w:t>1:01:02  But despite the problems, Jews have progressed far better than others. How they could do it and what we can learn from it?</w:t>
      </w:r>
      <w:r>
        <w:br/>
      </w:r>
      <w:r>
        <w:rPr>
          <w:sz w:val="20"/>
        </w:rPr>
        <w:t>1:01:14  Dekhiye, is ka jawab is se milta hai jahan hum</w:t>
      </w:r>
      <w:r>
        <w:br/>
      </w:r>
      <w:r>
        <w:rPr>
          <w:sz w:val="20"/>
        </w:rPr>
        <w:t>1:01:21  Yahud ki history ko parhein. Yahud ke sath kya hua? Yeh Quran mein bataya gaya ke martain, yani do bar, un ko apne Falasteen se nikalna para.</w:t>
      </w:r>
      <w:r>
        <w:br/>
      </w:r>
      <w:r>
        <w:rPr>
          <w:sz w:val="20"/>
        </w:rPr>
        <w:t>1:01:33  Aik bar Iraq ke badshah ne hamla kiya, doosri taraf Iran ke badshah ne hamla kiya. Yeh Quran mein maujood hai. To woh woh chalay gaye diaspora mein,</w:t>
      </w:r>
      <w:r>
        <w:br/>
      </w:r>
      <w:r>
        <w:rPr>
          <w:sz w:val="20"/>
        </w:rPr>
        <w:t>1:01:44  yani Falasteen chor kar diaspora mein chalay gaye. Yeh log us waqt ziyadatar gaye Europe mulk, Europe mein ziyadatar gaye. Us waqt ke halaat aisay thay. To Europe mein kya hua ke unhon ne yeh science ki education li.</w:t>
      </w:r>
      <w:r>
        <w:br/>
      </w:r>
      <w:r>
        <w:rPr>
          <w:sz w:val="20"/>
        </w:rPr>
        <w:t>1:01:59  Science ki education mein un ke andar aik transformation aa gaya. Musalmanon ke sath aisa nahi hua. Musalman isi ghettos mein rehte hain, isi ghettos mein.</w:t>
      </w:r>
      <w:r>
        <w:br/>
      </w:r>
      <w:r>
        <w:rPr>
          <w:sz w:val="20"/>
        </w:rPr>
        <w:t>1:02:09  Yani</w:t>
      </w:r>
      <w:r>
        <w:br/>
      </w:r>
      <w:r>
        <w:rPr>
          <w:sz w:val="20"/>
        </w:rPr>
        <w:t>1:02:10  Agar agar Falasteen se nikala na gaya hota Yahud ko to woh bhi isi tarah paray rehtay hain. Woh lekin nikal kar ke gaye Europe mein. Aaj aap jantay hain ke har European mulk Yahud hain maujood.</w:t>
      </w:r>
      <w:r>
        <w:br/>
      </w:r>
      <w:r>
        <w:rPr>
          <w:sz w:val="20"/>
        </w:rPr>
        <w:t>1:02:21  wahan ja kar unhon ne modern education li, science parha. to aaj ke zamanay se waqif hi hain. woh aaj ka zamana kya hai?</w:t>
      </w:r>
      <w:r>
        <w:br/>
      </w:r>
      <w:r>
        <w:rPr>
          <w:sz w:val="20"/>
        </w:rPr>
        <w:t>1:02:31  is ke mutabiq un ki zehn mana. musalmanon ke sath yeh waqia pesh nahi aya. musalman to apne gheton mein thay, isi gheton mein reh gaye.</w:t>
      </w:r>
      <w:r>
        <w:br/>
      </w:r>
      <w:r>
        <w:rPr>
          <w:sz w:val="20"/>
        </w:rPr>
        <w:t>1:02:41  isi liye main yeh kaha karta hoon ke jin logon ne muslim idaray banaye, muslim college, muslim university, to woh kuch zyada acha kaam nahi tha.</w:t>
      </w:r>
      <w:r>
        <w:br/>
      </w:r>
      <w:r>
        <w:rPr>
          <w:sz w:val="20"/>
        </w:rPr>
        <w:t>1:02:51  musalmanon ko chahiye tha dhakay do is ko isi system mein jo already hai, yani hindu college aur christian college ya government college, sab jayen musalman bhi taake un ko un ko cooperation pesh aye.</w:t>
      </w:r>
      <w:r>
        <w:br/>
      </w:r>
      <w:r>
        <w:rPr>
          <w:sz w:val="20"/>
        </w:rPr>
        <w:t>1:03:08  to musalmanon ke apne jo idaray banaye gaye, woh sab favor pe pesh karte thay. favor khoob un ko favor diya gaya to un ko cooperation pesh nahi ayi.</w:t>
      </w:r>
      <w:r>
        <w:br/>
      </w:r>
      <w:r>
        <w:rPr>
          <w:sz w:val="20"/>
        </w:rPr>
        <w:t>1:03:19  aur yahood ko cooperation pesh ayi Europe Africa mein. to main samajhta hoon ke yeh cooperation aur challenge tha jis ne yahood ko badal diya.</w:t>
      </w:r>
      <w:r>
        <w:br/>
      </w:r>
      <w:r>
        <w:rPr>
          <w:sz w:val="20"/>
        </w:rPr>
        <w:t>1:03:32  musalman abhi is se bekhabar hain. musalman abhi bhi wohi boli bolte hain jise Arab kehte hain. ya aap ne al-qardah. mujhe taajjub hota hai ke abhi bhi Arab yeh boli bolte hain.</w:t>
      </w:r>
      <w:r>
        <w:br/>
      </w:r>
      <w:r>
        <w:rPr>
          <w:sz w:val="20"/>
        </w:rPr>
        <w:t>1:03:41  ya aap ne al-qardah. aye brother bandaron ki aulad. halankay woh bandaron ki aulad nahi hai. woh modern education ki aulad hai. woh</w:t>
      </w:r>
      <w:r>
        <w:br/>
      </w:r>
      <w:r>
        <w:rPr>
          <w:sz w:val="20"/>
        </w:rPr>
        <w:t>1:03:50  jo yahoodi thay, rasool Allah ke zamanay thay, aaj woh yahoodi nahi hain. kisi musalman ko khabar nahi hai is ki. wohi boli bolte hain ab bhi.</w:t>
      </w:r>
      <w:r>
        <w:br/>
      </w:r>
      <w:r>
        <w:rPr>
          <w:sz w:val="20"/>
        </w:rPr>
        <w:t>1:04:00  jo yahoodi thay rasool Allah ke zamanay mein, woh woh yahoodi scientific age se pehle ke yahoodi thay.</w:t>
      </w:r>
      <w:r>
        <w:br/>
      </w:r>
      <w:r>
        <w:rPr>
          <w:sz w:val="20"/>
        </w:rPr>
        <w:t>1:04:08  ab woh jo gaye diaspora mein aur zyada tar Europe mein, America mein gaye to un ko wahan challenge pesh aya.</w:t>
      </w:r>
      <w:r>
        <w:br/>
      </w:r>
      <w:r>
        <w:rPr>
          <w:sz w:val="20"/>
        </w:rPr>
        <w:t>1:04:18  wahan unhon ne modern education li, science ki taleem li, modern jo sir activities hain, un se dakhil hue.</w:t>
      </w:r>
      <w:r>
        <w:br/>
      </w:r>
      <w:r>
        <w:rPr>
          <w:sz w:val="20"/>
        </w:rPr>
        <w:t>1:04:27  is ne un ko bilkul aaj ka yahoodi bilkul different hai, lekin musalman is ko jante nahi.</w:t>
      </w:r>
      <w:r>
        <w:br/>
      </w:r>
      <w:r>
        <w:rPr>
          <w:sz w:val="20"/>
        </w:rPr>
        <w:t>1:04:36  ab jo musalman hain, is waqt main samajhta hoon ke un ko favor dena, un ke sath dushmani karna hai, har giz favor nahi dena chahiye. un ko karna chahiye ke jao comprehension mein apne aap ko, apne aap ko prove karo apni apni salahiyat ko.</w:t>
      </w:r>
      <w:r>
        <w:br/>
      </w:r>
      <w:r>
        <w:rPr>
          <w:sz w:val="20"/>
        </w:rPr>
        <w:t>1:04:52  koi favor nahi mile de diya jaye ga tum ko. main samajhta hoon ke musalmanon ke sath dushmani yeh hai ke dost musalmanon ke sath dosti yeh hai ke un ko favor na diya jaye.</w:t>
      </w:r>
      <w:r>
        <w:br/>
      </w:r>
      <w:r>
        <w:rPr>
          <w:sz w:val="20"/>
        </w:rPr>
        <w:t>1:05:03  favor zyada dushmani dosti nahi hai.</w:t>
      </w:r>
      <w:r>
        <w:br/>
      </w:r>
      <w:r>
        <w:rPr>
          <w:sz w:val="20"/>
        </w:rPr>
        <w:t>1:05:07  aap dekhen, main aik baat arz karta hoon aap ko ke America mein aik sahib, aik musalman ki taleem America mein hui, aik yahood ke college mein, yahoodi college mein America mein.</w:t>
      </w:r>
      <w:r>
        <w:br/>
      </w:r>
      <w:r>
        <w:rPr>
          <w:sz w:val="20"/>
        </w:rPr>
        <w:t>1:05:19  un se main ne poocha ke ab aap batayen yahood ke baray mein kya tajruba aap ka hai? unhon ne kaha ke hamare college mein yeh halat thi ke yahood ka zyada sakht imtehan le aata tha.</w:t>
      </w:r>
      <w:r>
        <w:br/>
      </w:r>
      <w:r>
        <w:rPr>
          <w:sz w:val="20"/>
        </w:rPr>
        <w:t>1:05:33  koi grace bar nahi milta tha un ko.</w:t>
      </w:r>
      <w:r>
        <w:br/>
      </w:r>
      <w:r>
        <w:rPr>
          <w:sz w:val="20"/>
        </w:rPr>
        <w:t>1:05:36  hum logon ko grace bar mil jata tha. yani yahood ke apne college mein zyada sakht test le aata tha yahood ka. kabhi un ko grace bar nahi diya gaya.</w:t>
      </w:r>
      <w:r>
        <w:br/>
      </w:r>
      <w:r>
        <w:rPr>
          <w:sz w:val="20"/>
        </w:rPr>
        <w:t>1:05:47  koi favor nahi kiya gaya un ke sath. aur doosron ko grace bar de ke agay barha dete thay. yeh yeh soch jo ayi yahood mein, yeh musalman mein maujood nahi hai.</w:t>
      </w:r>
      <w:r>
        <w:br/>
      </w:r>
      <w:r>
        <w:rPr>
          <w:sz w:val="20"/>
        </w:rPr>
        <w:t>1:05:59  musalman jo hai grace bar de kar ke agay barh dete hain.</w:t>
      </w:r>
      <w:r>
        <w:br/>
      </w:r>
      <w:r>
        <w:rPr>
          <w:sz w:val="20"/>
        </w:rPr>
        <w:t>1:06:04  musalman jante hi nahi importance of, yani yeh jo comprehension ki importance jo hai, challenge ki jo importance hai, musalman is ko jante hi nahi.</w:t>
      </w:r>
      <w:r>
        <w:br/>
      </w:r>
      <w:r>
        <w:rPr>
          <w:sz w:val="20"/>
        </w:rPr>
        <w:t>1:06:14  sab se bara masla musalmanon ko yahi hai ke woh favor ko jante hain aur challenge ko nahi jante.</w:t>
      </w:r>
    </w:p>
    <w:p>
      <w:pPr>
        <w:pStyle w:val="Heading2"/>
      </w:pPr>
      <w:r>
        <w:t>Madrasa Curriculum Reform and Leading Role</w:t>
      </w:r>
    </w:p>
    <w:p>
      <w:r>
        <w:rPr>
          <w:color w:val="666666"/>
          <w:sz w:val="18"/>
        </w:rPr>
        <w:t>Society &amp; Dawah · The Companions and the Hadith Scholars June 24, 2012 · 5m 11s · at 1:17:41 · https://youtu.be/Dj4QiYnxgBs?t=4661</w:t>
      </w:r>
    </w:p>
    <w:p>
      <w:r>
        <w:rPr>
          <w:i/>
        </w:rPr>
        <w:t>“Curriculum change is considered an ongoing process in the field of education. How difficult is it to have open discussion and bring meaningful changes in Madrasa curriculum? Who can take a leading role for such work?”</w:t>
      </w:r>
    </w:p>
    <w:p>
      <w:r>
        <w:rPr>
          <w:sz w:val="20"/>
        </w:rPr>
        <w:t>1:17:41  maulana, agla sawal Delhi se hai, Dr. Najma Siddiqui ka. unhon ne likha hai: "Curriculum change is considered an ongoing process in the field of education.</w:t>
      </w:r>
      <w:r>
        <w:br/>
      </w:r>
      <w:r>
        <w:rPr>
          <w:sz w:val="20"/>
        </w:rPr>
        <w:t>1:17:54  How difficult is it to have open discussion and bring meaningful changes in Madrasa curriculum? Who can take a leading role for such work?"</w:t>
      </w:r>
      <w:r>
        <w:br/>
      </w:r>
      <w:r>
        <w:rPr>
          <w:sz w:val="20"/>
        </w:rPr>
        <w:t>1:18:06  dekhen, main is concept hi ko, yani nahin manta ke curriculum change karne se koi inqilab aa jayega.</w:t>
      </w:r>
      <w:r>
        <w:br/>
      </w:r>
      <w:r>
        <w:rPr>
          <w:sz w:val="20"/>
        </w:rPr>
        <w:t>1:18:16  main is ko nahin manta. India mein hum ne dekha hai ke British daur mein, 1938 mein, ek curriculum banaya gaya tha.</w:t>
      </w:r>
      <w:r>
        <w:br/>
      </w:r>
      <w:r>
        <w:rPr>
          <w:sz w:val="20"/>
        </w:rPr>
        <w:t>1:18:26  Lord Macaulay ne banaya tha. is ke baad se pata nahin kitni baar curriculum change kiya gaya hai. aur halaat kya? halaat achhe ho rahe hain,</w:t>
      </w:r>
      <w:r>
        <w:br/>
      </w:r>
      <w:r>
        <w:rPr>
          <w:sz w:val="20"/>
        </w:rPr>
        <w:t>1:18:35  bad se badtar ho rahe hain. jo zamana maine dekha tha, 1938 mein, aaj is ke muqable mein bohat hi zyada bura haal ho chuka hai.</w:t>
      </w:r>
      <w:r>
        <w:br/>
      </w:r>
      <w:r>
        <w:rPr>
          <w:sz w:val="20"/>
        </w:rPr>
        <w:t>1:18:44  halanke curriculum to kam az kam, yani dasiyon baar change ho chuka hai. jo hukoomat aati hai, woh curriculum mein change kar jati hai.</w:t>
      </w:r>
      <w:r>
        <w:br/>
      </w:r>
      <w:r>
        <w:rPr>
          <w:sz w:val="20"/>
        </w:rPr>
        <w:t>1:18:54  The concept itself is wrong ke curriculum ke badalne se koi naya change aa jayega.</w:t>
      </w:r>
      <w:r>
        <w:br/>
      </w:r>
      <w:r>
        <w:rPr>
          <w:sz w:val="20"/>
        </w:rPr>
        <w:t>1:19:01  jo insaan bane thay, lord mekayle ke jo system mein, waisay insaan aaj kahan ban rahay hain? isi mein to banay thay sab.</w:t>
      </w:r>
      <w:r>
        <w:br/>
      </w:r>
      <w:r>
        <w:rPr>
          <w:sz w:val="20"/>
        </w:rPr>
        <w:t>1:19:10  gandhi ho, nehru ho, doctor prasad, raja krishan, zakir hussain, doctor raman, sab ke log. ab kahan wohi log paida ho rahay hain?</w:t>
      </w:r>
      <w:r>
        <w:br/>
      </w:r>
      <w:r>
        <w:rPr>
          <w:sz w:val="20"/>
        </w:rPr>
        <w:t>1:19:21  ab woh log kahan paida ho rahay hain? to curriculum change karnay ka jo concept hai, woh mein us ko bilkul nahi manta.</w:t>
      </w:r>
      <w:r>
        <w:br/>
      </w:r>
      <w:r>
        <w:rPr>
          <w:sz w:val="20"/>
        </w:rPr>
        <w:t>1:19:30  agar koi manta ho to saboot day woh ke waisay afraad aaj kyun nahi paida ho rahay hain? jitnay hamaray top ke, yaani log paida huay, woh sab isi british curriculum ke zariye paida huay thay.</w:t>
      </w:r>
      <w:r>
        <w:br/>
      </w:r>
      <w:r>
        <w:rPr>
          <w:sz w:val="20"/>
        </w:rPr>
        <w:t>1:19:45  yeh so-called aaj kal ka jo curriculum hai, is mein koi bhi, sab media kar paida ho rahay hain, media kar. is liye mein us ko</w:t>
      </w:r>
      <w:r>
        <w:br/>
      </w:r>
      <w:r>
        <w:rPr>
          <w:sz w:val="20"/>
        </w:rPr>
        <w:t>1:19:52  nahi manta. madrasay mein bhi jo log dhoom machatay hain, curriculum badlein to, yaani kon sa result hai jis ka refer karein gay woh?</w:t>
      </w:r>
      <w:r>
        <w:br/>
      </w:r>
      <w:r>
        <w:rPr>
          <w:sz w:val="20"/>
        </w:rPr>
        <w:t>1:20:01  universityon ke curriculum mein agar natija nikla hota bohat bara to kehtay hain ke koi badla hua hai. jab collegeon, universityon mein, schoolon mein kuch bhi nahi, farq faida hua.</w:t>
      </w:r>
      <w:r>
        <w:br/>
      </w:r>
      <w:r>
        <w:rPr>
          <w:sz w:val="20"/>
        </w:rPr>
        <w:t>1:20:13  kuch bhi faida nahi</w:t>
      </w:r>
      <w:r>
        <w:br/>
      </w:r>
      <w:r>
        <w:rPr>
          <w:sz w:val="20"/>
        </w:rPr>
        <w:t>1:20:14  hua. to to kis, yaani kis kis, yaani kis result ke hawala say woh mutalba kartay hain ke madrasay badlo?</w:t>
      </w:r>
      <w:r>
        <w:br/>
      </w:r>
      <w:r>
        <w:rPr>
          <w:sz w:val="20"/>
        </w:rPr>
        <w:t>1:20:24  kuch bhi faida nahi hoga madrasay badla jaye tab bhi. to sochna yeh chahiye ke aur kiya cheez darkar hai?</w:t>
      </w:r>
      <w:r>
        <w:br/>
      </w:r>
      <w:r>
        <w:rPr>
          <w:sz w:val="20"/>
        </w:rPr>
        <w:t>1:20:32  to mera jo, meri jo finding hai ke aur jo cheez darkar hai, woh hai, woh hai, woh yaani aik hai dekhein forward education, aik in-forward education.</w:t>
      </w:r>
      <w:r>
        <w:br/>
      </w:r>
      <w:r>
        <w:rPr>
          <w:sz w:val="20"/>
        </w:rPr>
        <w:t>1:20:47  meray nazdeek insaan bantay hain in-forward education ke zariye. forward education mein kabhi bhi insaan nahi bantay. yeh dhoom macha rakhi hai logon nay.</w:t>
      </w:r>
      <w:r>
        <w:br/>
      </w:r>
      <w:r>
        <w:rPr>
          <w:sz w:val="20"/>
        </w:rPr>
        <w:t>1:20:56  sochtay hain ke education se yeh ho jaye ga, woh ho jaye ga. tagore is ke badshah thay.</w:t>
      </w:r>
      <w:r>
        <w:br/>
      </w:r>
      <w:r>
        <w:rPr>
          <w:sz w:val="20"/>
        </w:rPr>
        <w:t>1:21:01  tagore nay shanti niketan banai. woh samjhtay thay ke shanti niketan mein aik naye indian banain gay. koi aik bhi aadmi nahi bana. kuch bhi nahi hua.</w:t>
      </w:r>
      <w:r>
        <w:br/>
      </w:r>
      <w:r>
        <w:rPr>
          <w:sz w:val="20"/>
        </w:rPr>
        <w:t>1:21:10  kuch bhi nahi hua. to meray nazdeek insaan se dekhein, aik hai insaan saazi. aik hai profession.</w:t>
      </w:r>
      <w:r>
        <w:br/>
      </w:r>
      <w:r>
        <w:rPr>
          <w:sz w:val="20"/>
        </w:rPr>
        <w:t>1:21:20  yaani professional skill ke liye hai forward education. service lainay ke liye, is tarah ke kamon ke liye hai.</w:t>
      </w:r>
      <w:r>
        <w:br/>
      </w:r>
      <w:r>
        <w:rPr>
          <w:sz w:val="20"/>
        </w:rPr>
        <w:t>1:21:30  to professional skill ke liye to bilashuba woh woh education bohat mufeed hai. lekin insaan bananay ke liye in-forward education ki sari ahmiyat, sari ahmiyat in-forward education ki hai.</w:t>
      </w:r>
      <w:r>
        <w:br/>
      </w:r>
      <w:r>
        <w:rPr>
          <w:sz w:val="20"/>
        </w:rPr>
        <w:t>1:21:45  yeh meri soch hai aur lambay tajribay ke baad mein nay yeh soch banai hai. isi liye mein kabhi bhi yeh nahi kehta ke madrasay ka nisaab badlo.</w:t>
      </w:r>
      <w:r>
        <w:br/>
      </w:r>
      <w:r>
        <w:rPr>
          <w:sz w:val="20"/>
        </w:rPr>
        <w:t>1:21:56  aik aik futile demand samajhta h</w:t>
      </w:r>
      <w:r>
        <w:br/>
      </w:r>
      <w:r>
        <w:rPr>
          <w:sz w:val="20"/>
        </w:rPr>
        <w:t>1:21:59  oon is ko. badlo ya na badlo, is se kuch farq nahi honay wala hai. acha, doosri baat mein yeh bataoon, kai madrasay aisay qaim huay jo nisaab badalnay hi ke is banay thay, isi par.</w:t>
      </w:r>
      <w:r>
        <w:br/>
      </w:r>
      <w:r>
        <w:rPr>
          <w:sz w:val="20"/>
        </w:rPr>
        <w:t>1:22:10  mislan nadva, mislan islah, mislan jamiat ul falah. kai madrasay baqayda isi liye banay thay ke jo qadeem jo nisaab jo kehtay hain, dars-e-nizami, us ke siwa aik aur nisaab, us mein kon aadmi paida hua?</w:t>
      </w:r>
      <w:r>
        <w:br/>
      </w:r>
      <w:r>
        <w:rPr>
          <w:sz w:val="20"/>
        </w:rPr>
        <w:t>1:22:24  yaani already yeh tajurba kiya ja chuka hai.</w:t>
      </w:r>
      <w:r>
        <w:br/>
      </w:r>
      <w:r>
        <w:rPr>
          <w:sz w:val="20"/>
        </w:rPr>
        <w:t>1:22:27  bohat se madrasay qaim huay, aik do nahi, bohat se madrasay qaim huay jinhon nay kaha ke dars-e-nizami ki bajaye hum aik aur nisaab chalayein gay.</w:t>
      </w:r>
      <w:r>
        <w:br/>
      </w:r>
      <w:r>
        <w:rPr>
          <w:sz w:val="20"/>
        </w:rPr>
        <w:t>1:22:36  aur chalaya unhon nay. aadmi aik bhi nahi bana. aadmi banta hai in-forward education se. forward education sirf yaani profession walay bantay hain bas, aur is tarah se kuch nahi.</w:t>
      </w:r>
    </w:p>
    <w:p>
      <w:pPr>
        <w:pStyle w:val="Heading2"/>
      </w:pPr>
      <w:r>
        <w:t>Madrasa curriculum change and leadership</w:t>
      </w:r>
    </w:p>
    <w:p>
      <w:r>
        <w:rPr>
          <w:color w:val="666666"/>
          <w:sz w:val="18"/>
        </w:rPr>
        <w:t>Society &amp; Dawah · Sahaba and Muhaddithin 24th June 2012 - Maulana Wahiduddin Khan · 5m 32s · at 1:23:20 · https://youtu.be/tUPo7MI0Bdo?t=5000</w:t>
      </w:r>
    </w:p>
    <w:p>
      <w:r>
        <w:rPr>
          <w:i/>
        </w:rPr>
        <w:t>“Curriculum change is considered an ongoing process in education. How difficult is it to have open discussion and bring meaningful changes in madrasa curriculum? Who can take a leading role for such work?”</w:t>
      </w:r>
    </w:p>
    <w:p>
      <w:r>
        <w:rPr>
          <w:sz w:val="20"/>
        </w:rPr>
        <w:t>1:23:20  maulana, agla sawal delhi se hai, dr najma siddiqui ka. unhone likha hai: "Curriculum change is considered an ongoing process in the field of education.</w:t>
      </w:r>
      <w:r>
        <w:br/>
      </w:r>
      <w:r>
        <w:rPr>
          <w:sz w:val="20"/>
        </w:rPr>
        <w:t>1:23:34  How difficult is it to have open discussion and bring meaningful changes in madrasa curriculum?</w:t>
      </w:r>
      <w:r>
        <w:br/>
      </w:r>
      <w:r>
        <w:rPr>
          <w:sz w:val="20"/>
        </w:rPr>
        <w:t>1:23:42  Who can take a leading role for such work?" dekhein, main is concept hi ko yani nahi maanta ke curriculum change karne se koi inqilab aa jayega.</w:t>
      </w:r>
      <w:r>
        <w:br/>
      </w:r>
      <w:r>
        <w:rPr>
          <w:sz w:val="20"/>
        </w:rPr>
        <w:t>1:23:56  main isko nahi maanta.</w:t>
      </w:r>
      <w:r>
        <w:br/>
      </w:r>
      <w:r>
        <w:rPr>
          <w:sz w:val="20"/>
        </w:rPr>
        <w:t>1:23:58  india mein hum ne dekha hai ke british daur mein 1938 mein ek curriculum banaya gaya tha, lord macaulay ne banaya tha.</w:t>
      </w:r>
      <w:r>
        <w:br/>
      </w:r>
      <w:r>
        <w:rPr>
          <w:sz w:val="20"/>
        </w:rPr>
        <w:t>1:24:10  iske baad se pata nahi kitni baar curriculum change kiya gaya hai. haalat kya? haalat achhe ho rahe hain, bad se badtar ho rahe hain.</w:t>
      </w:r>
      <w:r>
        <w:br/>
      </w:r>
      <w:r>
        <w:rPr>
          <w:sz w:val="20"/>
        </w:rPr>
        <w:t>1:24:18  jo zamana maine dekha tha 1938 mein, aaj iske muqable mein bahut hi zyada bura haal ho chuka hai. halanke curriculum to kam az kam yani dasiyon baar change ho chuka hai.</w:t>
      </w:r>
      <w:r>
        <w:br/>
      </w:r>
      <w:r>
        <w:rPr>
          <w:sz w:val="20"/>
        </w:rPr>
        <w:t>1:24:31  jo hukoomat aati hai, woh curriculum mein change kar laati hai.</w:t>
      </w:r>
      <w:r>
        <w:br/>
      </w:r>
      <w:r>
        <w:rPr>
          <w:sz w:val="20"/>
        </w:rPr>
        <w:t>1:24:36  the concept itself is wrong ke curriculum ke badalne se koi naya change aa jayega. jo insaan bane the millat macaulay ke jo system mein, waise insaan aaj kahan ban rahe hain?</w:t>
      </w:r>
      <w:r>
        <w:br/>
      </w:r>
      <w:r>
        <w:rPr>
          <w:sz w:val="20"/>
        </w:rPr>
        <w:t>1:24:51  isi mein to bane the sab: gandhi aur nehru aur dr prasad, raja krishan, zakir hussain,</w:t>
      </w:r>
      <w:r>
        <w:br/>
      </w:r>
      <w:r>
        <w:rPr>
          <w:sz w:val="20"/>
        </w:rPr>
        <w:t>1:24:58  dr dr raman, top ke log. ab kahan woh isi log paida ho rahe hain? ab woh log kahan paida ho rahe hain? to curriculum change karne ka jo concept hai, woh main isko bilkul nahi maanta.</w:t>
      </w:r>
      <w:r>
        <w:br/>
      </w:r>
      <w:r>
        <w:rPr>
          <w:sz w:val="20"/>
        </w:rPr>
        <w:t>1:25:13  agar koi manta ho to saboot de woh ke waise afraad aaj kyon nahi paida ho rahe hain?</w:t>
      </w:r>
      <w:r>
        <w:br/>
      </w:r>
      <w:r>
        <w:rPr>
          <w:sz w:val="20"/>
        </w:rPr>
        <w:t>1:25:20  jitne hamare top ke yani log paida hue, wo sab isi British curriculum ke zariye paida hue the. ye so called aaj kal ka jo curriculum hai, is mein koi bhi sab media kar paida ho rahe hain, media kar.</w:t>
      </w:r>
      <w:r>
        <w:br/>
      </w:r>
      <w:r>
        <w:rPr>
          <w:sz w:val="20"/>
        </w:rPr>
        <w:t>1:25:35  is liye main is ko nahi manta. madarse mein bhi jo log dhoom machate hain, creculum badle to</w:t>
      </w:r>
      <w:r>
        <w:br/>
      </w:r>
      <w:r>
        <w:rPr>
          <w:sz w:val="20"/>
        </w:rPr>
        <w:t>1:25:41  yani kon sa result hai jis jis ka refer karenge? wo universityon ke creculum mein agar nateeja nikla hota bohat bara to kehte hain ke koi badlo.</w:t>
      </w:r>
      <w:r>
        <w:br/>
      </w:r>
      <w:r>
        <w:rPr>
          <w:sz w:val="20"/>
        </w:rPr>
        <w:t>1:25:51  haan, jab collegeon, universityon mein, schoolon mein kuch bhi nahi, farq faida hua,</w:t>
      </w:r>
      <w:r>
        <w:br/>
      </w:r>
      <w:r>
        <w:rPr>
          <w:sz w:val="20"/>
        </w:rPr>
        <w:t>1:25:58  kuch bhi faida nahi hua. to to kis yani kis kis yani kis result ke hawale se wo mutalba karte hain ke madarson badlo?</w:t>
      </w:r>
      <w:r>
        <w:br/>
      </w:r>
      <w:r>
        <w:rPr>
          <w:sz w:val="20"/>
        </w:rPr>
        <w:t>1:26:10  kuch bhi faida nahi hoga madarson badla jaye tab bhi. to sochna ye chahiye ke aur kya cheez darkar hai?</w:t>
      </w:r>
      <w:r>
        <w:br/>
      </w:r>
      <w:r>
        <w:rPr>
          <w:sz w:val="20"/>
        </w:rPr>
        <w:t>1:26:19  to mera jo meri jo finding hai ke aur jo cheez darkar hai, wo hai, wo hai, wo yani ek hai.</w:t>
      </w:r>
      <w:r>
        <w:br/>
      </w:r>
      <w:r>
        <w:rPr>
          <w:sz w:val="20"/>
        </w:rPr>
        <w:t>1:26:30  dekhen, forward education, ek an forward education. mere nazdeek insan bante hain an forward education ke zariye.</w:t>
      </w:r>
      <w:r>
        <w:br/>
      </w:r>
      <w:r>
        <w:rPr>
          <w:sz w:val="20"/>
        </w:rPr>
        <w:t>1:26:38  forward education mein kabhi bhi insan nahi bante. ye dhoom macha rakhi hai logon ne ke sochte hain ke education se ye ho jayega, wo ho jayega. tagore is ke badshah the.</w:t>
      </w:r>
      <w:r>
        <w:br/>
      </w:r>
      <w:r>
        <w:rPr>
          <w:sz w:val="20"/>
        </w:rPr>
        <w:t>1:26:48  tagore ne shanti niketan banai. wo samajhte the ke shanti niketan mein ek naye indian banenge. koi ek bhi aadmi nahi bana, kuch bhi nahi hua, kuch bhi nahi hua.</w:t>
      </w:r>
      <w:r>
        <w:br/>
      </w:r>
      <w:r>
        <w:rPr>
          <w:sz w:val="20"/>
        </w:rPr>
        <w:t>1:27:01  to mere nazdeek insan sa dekhen, ek hai insan saazi, ek hai profession. yani professional skill ke liye hai forward education, service lene ke liye, is tarah ke kamon ke liye hai.</w:t>
      </w:r>
      <w:r>
        <w:br/>
      </w:r>
      <w:r>
        <w:rPr>
          <w:sz w:val="20"/>
        </w:rPr>
        <w:t>1:27:19  to professional skill ke liye to bilashuba wo wo education bohat mufeed hai. lekin insan banne ke liye an forward education ki sari ahmiyat, sari ahmiyat an forward education ki hai.</w:t>
      </w:r>
      <w:r>
        <w:br/>
      </w:r>
      <w:r>
        <w:rPr>
          <w:sz w:val="20"/>
        </w:rPr>
        <w:t>1:27:34  ye meri soch hai</w:t>
      </w:r>
      <w:r>
        <w:br/>
      </w:r>
      <w:r>
        <w:rPr>
          <w:sz w:val="20"/>
        </w:rPr>
        <w:t>1:27:36  aur lambe tajrube ke baad maine ye soch banai hai. isi liye main kabhi bhi ye nahi kehta ke madarse ka nisaab badlo.</w:t>
      </w:r>
      <w:r>
        <w:br/>
      </w:r>
      <w:r>
        <w:rPr>
          <w:sz w:val="20"/>
        </w:rPr>
        <w:t>1:27:46  ye ek ek futile demand samajhta hoon. is ko badlo ya na badlo, is se kuch farq nahi hone wala hai.</w:t>
      </w:r>
      <w:r>
        <w:br/>
      </w:r>
      <w:r>
        <w:rPr>
          <w:sz w:val="20"/>
        </w:rPr>
        <w:t>1:27:52  achha, doosri baat main ye batata hoon, kai madarse aise qaim hue jo nisaab badalne hi ke is bane the. isi par mislan nadwa, mislan islah, mislan jab falah.</w:t>
      </w:r>
      <w:r>
        <w:br/>
      </w:r>
      <w:r>
        <w:rPr>
          <w:sz w:val="20"/>
        </w:rPr>
        <w:t>1:28:06  kai madarse baqayda isi liye bane the ke jo qadeem jo nizami, jo</w:t>
      </w:r>
      <w:r>
        <w:br/>
      </w:r>
      <w:r>
        <w:rPr>
          <w:sz w:val="20"/>
        </w:rPr>
        <w:t>1:28:12  nizami kya kehte hain, dars e nizami, qadeem jo nisaab jo kehte hain, dars e nizami, is ke siwa ek aur nisaab, is mein kon aadmi paida hua?</w:t>
      </w:r>
      <w:r>
        <w:br/>
      </w:r>
      <w:r>
        <w:rPr>
          <w:sz w:val="20"/>
        </w:rPr>
        <w:t>1:28:23  yani already ye tajruba kiya ja chuka hai. bohat se madarse qaim hue, ek do nahi,</w:t>
      </w:r>
      <w:r>
        <w:br/>
      </w:r>
      <w:r>
        <w:rPr>
          <w:sz w:val="20"/>
        </w:rPr>
        <w:t>1:28:29  bohat se madarse qaim hue jinhon ne kaha ke dars e nizami ki bajaye hum ek aur nisaab chalayenge. aur chalaya unhon ne. aadmi ek bhi nahi bana.</w:t>
      </w:r>
      <w:r>
        <w:br/>
      </w:r>
      <w:r>
        <w:rPr>
          <w:sz w:val="20"/>
        </w:rPr>
        <w:t>1:28:40  aadmi banta hai an forward education se. forward education sirf yani</w:t>
      </w:r>
      <w:r>
        <w:br/>
      </w:r>
      <w:r>
        <w:rPr>
          <w:sz w:val="20"/>
        </w:rPr>
        <w:t>1:28:46  profession wale bante hain bas, aur is se zyada kuch nahi.</w:t>
      </w:r>
    </w:p>
    <w:p>
      <w:pPr>
        <w:pStyle w:val="Heading2"/>
      </w:pPr>
      <w:r>
        <w:t>Making Muslims understand importance of dawah</w:t>
      </w:r>
    </w:p>
    <w:p>
      <w:r>
        <w:rPr>
          <w:color w:val="666666"/>
          <w:sz w:val="18"/>
        </w:rPr>
        <w:t>Society &amp; Dawah · The Straight Path October 30, 2011 Maulana Wahiduddin Khan · 5m 46s · at 1:42:47 · https://youtu.be/PKFHe82Jz58?t=6167</w:t>
      </w:r>
    </w:p>
    <w:p>
      <w:r>
        <w:rPr>
          <w:i/>
        </w:rPr>
        <w:t>“I have realized that the solution to the Muslim problem is the dawah of the Quran, but Muslims are so involved in community work that they do not understand the importance of dawah. How can they be made to understand this?”</w:t>
      </w:r>
    </w:p>
    <w:p>
      <w:r>
        <w:rPr>
          <w:sz w:val="20"/>
        </w:rPr>
        <w:t>1:42:47  maulana, agla sawal miss naghma siddiqui ka hai dilli se. unhon ne likha hai: "maulana, aap ki kitaab tajdeed deen mein ulama ke uth jaane ka matlab khushu ka khatm hona bataya gaya hai.</w:t>
      </w:r>
      <w:r>
        <w:br/>
      </w:r>
      <w:r>
        <w:rPr>
          <w:sz w:val="20"/>
        </w:rPr>
        <w:t>1:43:05  is ke bare mein kuch bataen." dekhiye, main to mainly work ko kuch bhi nahin samajhta hoon.</w:t>
      </w:r>
      <w:r>
        <w:br/>
      </w:r>
      <w:r>
        <w:rPr>
          <w:sz w:val="20"/>
        </w:rPr>
        <w:t>1:43:14  jis ko kehte hain Muslim empowerment, mein us ko kuch bhi nothing samajhta hoon. us ko mein yeh kehta hoon ke yeh law of nature ke khilaaf hai.</w:t>
      </w:r>
      <w:r>
        <w:br/>
      </w:r>
      <w:r>
        <w:rPr>
          <w:sz w:val="20"/>
        </w:rPr>
        <w:t>1:43:26  mein us ko law of nature ke khilaaf samajhta hoon. mainly work jo hai, us ko aaj kal dhoom machi hui hai. mainly work ki</w:t>
      </w:r>
      <w:r>
        <w:br/>
      </w:r>
      <w:r>
        <w:rPr>
          <w:sz w:val="20"/>
        </w:rPr>
        <w:t>1:43:33  karonron arbon rupay logon ko mil ja raha hai, mil raha hai. mainly work ka kaam hone ke aur kuch bhi nahi, koi faida nahi. entrance result kuch bhi nahi. dekhiye, Allah taala ki scheme ke khilaaf yeh hai kyun?</w:t>
      </w:r>
      <w:r>
        <w:br/>
      </w:r>
      <w:r>
        <w:rPr>
          <w:sz w:val="20"/>
        </w:rPr>
        <w:t>1:43:45  Allah taala ne aap ke andar bohat potential diya hai aur is potential ko actual banane ke liye aap ko mawaqe diye hain.</w:t>
      </w:r>
      <w:r>
        <w:br/>
      </w:r>
      <w:r>
        <w:rPr>
          <w:sz w:val="20"/>
        </w:rPr>
        <w:t>1:43:57  to har cheez jo matloob hai, woh hard work hai.</w:t>
      </w:r>
      <w:r>
        <w:br/>
      </w:r>
      <w:r>
        <w:rPr>
          <w:sz w:val="20"/>
        </w:rPr>
        <w:t>1:44:01  yeh riayatein aur madad, yeh sab cheezein nahi hain. aap musalmanon ki riayatein karwayein, madad un ki karein, is se kuch nahi hota.</w:t>
      </w:r>
      <w:r>
        <w:br/>
      </w:r>
      <w:r>
        <w:rPr>
          <w:sz w:val="20"/>
        </w:rPr>
        <w:t>1:44:10  koi faida is ka nahi hai. sab se buri cheez hai easy money, easy money. yeh yeh jo Muslim empowerment jo hai, woh easy job, easy money, yeh yeh yeh sab hai ke log mehnat na karein, dakhle mil jayein, mehnat na karein aur un ko job mil jaye.</w:t>
      </w:r>
      <w:r>
        <w:br/>
      </w:r>
      <w:r>
        <w:rPr>
          <w:sz w:val="20"/>
        </w:rPr>
        <w:t>1:44:27  yeh koi kaam nahi hai. mehnat na karein, paisa mil jaye.</w:t>
      </w:r>
      <w:r>
        <w:br/>
      </w:r>
      <w:r>
        <w:rPr>
          <w:sz w:val="20"/>
        </w:rPr>
        <w:t>1:44:31  yeh yeh Khuda ki scheme hi nahi hai. Khuda ki scheme hai ke aap apne potential ko actual banayein, mehnatain karein, apni shakhsiyat ko taameer karein.</w:t>
      </w:r>
      <w:r>
        <w:br/>
      </w:r>
      <w:r>
        <w:rPr>
          <w:sz w:val="20"/>
        </w:rPr>
        <w:t>1:44:43  to mein us ko bilkul khilaaf hoon. us ko hoon mainly work ke aur yeh muslim empowerment jo hai, us ko bilkul mein khilaaf hoon. us ko sirf khilaaf is mani mein ke woh Khuda ke planning ke khilaaf hai.</w:t>
      </w:r>
      <w:r>
        <w:br/>
      </w:r>
      <w:r>
        <w:rPr>
          <w:sz w:val="20"/>
        </w:rPr>
        <w:t>1:44:57  yeh Khuda ki yeh planning nahi hai ke aap us ko riayatein dein.</w:t>
      </w:r>
      <w:r>
        <w:br/>
      </w:r>
      <w:r>
        <w:rPr>
          <w:sz w:val="20"/>
        </w:rPr>
        <w:t>1:45:03  us ko riayatein dein. aap aaj kal sari duniya mein isi ka hangama hai mainly work ka aur khoob is par log donation dete hain, arbon kharbon rupay dete hain.</w:t>
      </w:r>
      <w:r>
        <w:br/>
      </w:r>
      <w:r>
        <w:rPr>
          <w:sz w:val="20"/>
        </w:rPr>
        <w:t>1:45:16  ab lekin aap talash kijiye ke in koshishon ka result kya nikla to kuch bhi result nahi, kuch bhi result nahi. kyunke easy money de kar is ki salahiyaton ko aap sla dete hain, woh dead kar dete hain, us ko dead.</w:t>
      </w:r>
      <w:r>
        <w:br/>
      </w:r>
      <w:r>
        <w:rPr>
          <w:sz w:val="20"/>
        </w:rPr>
        <w:t>1:45:33  to mere nazdeek sab se bara kaam hai insaan ke is qael banana ke woh apne potential ko actual bana rahe hain. woh is ka tareeqa hai hard labor.</w:t>
      </w:r>
      <w:r>
        <w:br/>
      </w:r>
      <w:r>
        <w:rPr>
          <w:sz w:val="20"/>
        </w:rPr>
        <w:t>1:45:43  jaise aaj kal reservation ki baat ho rahi hai, reservation mein is ke khilaaf bilkul hoon ke logon se kahiye ke khoob mehnat karo, top karo, achhe number lao.</w:t>
      </w:r>
      <w:r>
        <w:br/>
      </w:r>
      <w:r>
        <w:rPr>
          <w:sz w:val="20"/>
        </w:rPr>
        <w:t>1:45:54  riayat kya hai?</w:t>
      </w:r>
      <w:r>
        <w:br/>
      </w:r>
      <w:r>
        <w:rPr>
          <w:sz w:val="20"/>
        </w:rPr>
        <w:t>1:45:57  to mein zahiri taur par is ke khilaaf hoon aur mein us ko yani Khuda ke mansoobe ke khilaaf samajhta hoon. us ko</w:t>
      </w:r>
      <w:r>
        <w:br/>
      </w:r>
      <w:r>
        <w:rPr>
          <w:sz w:val="20"/>
        </w:rPr>
        <w:t>1:46:07  Mr Shah Imran Hasan ne Delhi se likha hai: "har saal musalman bakrid ke mauqe par janwaron ko kaatte hain. kya yeh jeeo hatya nahi?</w:t>
      </w:r>
      <w:r>
        <w:br/>
      </w:r>
      <w:r>
        <w:rPr>
          <w:sz w:val="20"/>
        </w:rPr>
        <w:t>1:46:18  kripa kar ke us ko spasht karein."</w:t>
      </w:r>
      <w:r>
        <w:br/>
      </w:r>
      <w:r>
        <w:rPr>
          <w:sz w:val="20"/>
        </w:rPr>
        <w:t>1:46:24  dekhiye, yeh jeeo hatya nahi, yeh self hatya. asal qurbani self hatya hai, apne aap ko qurban karna. woh to alamaati hai.</w:t>
      </w:r>
      <w:r>
        <w:br/>
      </w:r>
      <w:r>
        <w:rPr>
          <w:sz w:val="20"/>
        </w:rPr>
        <w:t>1:46:33  log alamaati zabeeha karte hain aur asal zabeeha koi nahi karta, koi bhi nahi karta.</w:t>
      </w:r>
      <w:r>
        <w:br/>
      </w:r>
      <w:r>
        <w:rPr>
          <w:sz w:val="20"/>
        </w:rPr>
        <w:t>1:46:43  asal apna zabeeha Hazrat Hazrat Ibrahim ne apne bete ko sehra mein daal diya.</w:t>
      </w:r>
      <w:r>
        <w:br/>
      </w:r>
      <w:r>
        <w:rPr>
          <w:sz w:val="20"/>
        </w:rPr>
        <w:t>1:46:53  kaun hai jo apne beta beti ko ke liye aisa kare? apne bete beti ke liye koi aisa kare, mujhe bataein is ka naam. sari aap energy kharch karte hain ke mera beta, meri beti jo hai, us ko jo kuch mere paas hai, sab kuch koi de doon.</w:t>
      </w:r>
      <w:r>
        <w:br/>
      </w:r>
      <w:r>
        <w:rPr>
          <w:sz w:val="20"/>
        </w:rPr>
        <w:t>1:47:09  unhon ne kaha un ko sehra mein daal diya taake khoob daudein wahan, khoob mehnat karein</w:t>
      </w:r>
      <w:r>
        <w:br/>
      </w:r>
      <w:r>
        <w:rPr>
          <w:sz w:val="20"/>
        </w:rPr>
        <w:t>1:47:16  aur Allah ke deen ke liye tayyar hon.</w:t>
      </w:r>
      <w:r>
        <w:br/>
      </w:r>
      <w:r>
        <w:rPr>
          <w:sz w:val="20"/>
        </w:rPr>
        <w:t>1:47:20  to qurbani jo hai, asal mein sach poochhein to naam hai dedication ka, apne ko dedicate karne ka. woh to alamat hai. to alamati qurbani ki dham machi hui hai aur asal jo cheez hai, apne aap ko self dedication, iska koi wajood hi nahi,</w:t>
      </w:r>
      <w:r>
        <w:br/>
      </w:r>
      <w:r>
        <w:rPr>
          <w:sz w:val="20"/>
        </w:rPr>
        <w:t>1:47:40  iska koi wajood nahi. iska to main to isko kuch bhi nahi samajhta.</w:t>
      </w:r>
      <w:r>
        <w:br/>
      </w:r>
      <w:r>
        <w:rPr>
          <w:sz w:val="20"/>
        </w:rPr>
        <w:t>1:47:46  koi bhi iska koi natija nahi, na dunya ke aisa lehaz se aur na akhirat ke lehaz se, jahan tak mere ilm hai. jab tak aap ka self dedication na ho, apne aap ko deen ke liye waqf karne ka mizaj na ho,</w:t>
      </w:r>
      <w:r>
        <w:br/>
      </w:r>
      <w:r>
        <w:rPr>
          <w:sz w:val="20"/>
        </w:rPr>
        <w:t>1:48:03  apne aap ko, apni aulad ko, apni family ko deen ke liye waqf karne ka mizaj hona chahiye, tab woh qurbani hogi warna qurbani nahi hai.</w:t>
      </w:r>
      <w:r>
        <w:br/>
      </w:r>
      <w:r>
        <w:rPr>
          <w:sz w:val="20"/>
        </w:rPr>
        <w:t>1:48:16  khaas taur par apni apni aamdani, apni income. log apni jo asal jo unka tawajjuh hai, jo unki energy hai, jo unki income hai, woh de dete hain apni family ke liye aur waqti taur par ek janwar zabah kar ke samajhte hain hum ne bohat bara kaam kar diya.</w:t>
      </w:r>
    </w:p>
    <w:p>
      <w:pPr>
        <w:pStyle w:val="Heading2"/>
      </w:pPr>
      <w:r>
        <w:t>Marriage of Muslim Man and Hindu Woman</w:t>
      </w:r>
    </w:p>
    <w:p>
      <w:r>
        <w:rPr>
          <w:color w:val="666666"/>
          <w:sz w:val="18"/>
        </w:rPr>
        <w:t>Society &amp; Dawah · Importance of Creative Thinking December 11, 2011 · 5m 09s · at 1:16:49 · https://youtu.be/jfML9Arb0S4?t=4609</w:t>
      </w:r>
    </w:p>
    <w:p>
      <w:r>
        <w:rPr>
          <w:i/>
        </w:rPr>
        <w:t>“Is marriage between a Muslim man and a Hindu woman allowed in Islam? It is a practical matter faced by several in America.”</w:t>
      </w:r>
    </w:p>
    <w:p>
      <w:r>
        <w:rPr>
          <w:sz w:val="20"/>
        </w:rPr>
        <w:t>1:16:49  maulana, agla sawal hai mr. faiz ka california se. unhon ne likha hai: "is marriage between muslim man and a hindu woman allowed in islam?" it is a practical matter faced by several in america.</w:t>
      </w:r>
      <w:r>
        <w:br/>
      </w:r>
      <w:r>
        <w:rPr>
          <w:sz w:val="20"/>
        </w:rPr>
        <w:t>1:17:07  kya phir se parhiye? "is marriage between muslim man and a hindu woman allowed in islam?" it is a practical matter faced by several in america.</w:t>
      </w:r>
      <w:r>
        <w:br/>
      </w:r>
      <w:r>
        <w:rPr>
          <w:sz w:val="20"/>
        </w:rPr>
        <w:t>1:17:20  dekhen, is maamle mein jo ulama ka maslak hai, woh sab ko maloom hai. wahi mera bhi maslak hai. main alag koi maslak nahin hoon. sab log jante hain ke ulama ka maslak kya hai.</w:t>
      </w:r>
      <w:r>
        <w:br/>
      </w:r>
      <w:r>
        <w:rPr>
          <w:sz w:val="20"/>
        </w:rPr>
        <w:t>1:17:32  ulama ki rai kya hai is maamle mein? wahi meri bhi rai hai. ab is ko koi manta hai ya na maane, ab freedom is zamane mein hai, azaadi hai. aap maaniye ya na maaniye, lekin aap aisa to nahin kar sakte ke aap masle ko badal den.</w:t>
      </w:r>
      <w:r>
        <w:br/>
      </w:r>
      <w:r>
        <w:rPr>
          <w:sz w:val="20"/>
        </w:rPr>
        <w:t>1:17:43  aap masla nahin badal jayega.</w:t>
      </w:r>
      <w:r>
        <w:br/>
      </w:r>
      <w:r>
        <w:rPr>
          <w:sz w:val="20"/>
        </w:rPr>
        <w:t>1:17:46  ulama ka maslak is bare mein sahi hai, aur main isi ko sahi manta hoon. to isi ko agar quran o hadith ko follow karna hai to maane, is ko nahin to kahe ke main quran o hadith ko nahin manta.</w:t>
      </w:r>
      <w:r>
        <w:br/>
      </w:r>
      <w:r>
        <w:rPr>
          <w:sz w:val="20"/>
        </w:rPr>
        <w:t>1:17:59  to is ke bhi option is ko is zamane mein mila hua hai, is ko. lekin yaani quran ko aur hadith ko apni marzi mein dhalna, yeh to main samajhta hoon ke ghalati aur surkhi ka izafa hai.</w:t>
      </w:r>
      <w:r>
        <w:br/>
      </w:r>
      <w:r>
        <w:rPr>
          <w:sz w:val="20"/>
        </w:rPr>
        <w:t>1:18:12  bahut ghalat hai yeh.</w:t>
      </w:r>
      <w:r>
        <w:br/>
      </w:r>
      <w:r>
        <w:rPr>
          <w:sz w:val="20"/>
        </w:rPr>
        <w:t>1:18:14  aur doosri baat yeh hai ke yeh, main ne bahut dekha hai aise logon ko, yeh log shadi ko love ki cheez samajhte hain.</w:t>
      </w:r>
      <w:r>
        <w:br/>
      </w:r>
      <w:r>
        <w:rPr>
          <w:sz w:val="20"/>
        </w:rPr>
        <w:t>1:18:23  abe, bilkul yeh ghalat baat hai. shadi adjustment ki cheez hai. shadi love ki cheez hai hi nahin. yeh wajah hai ke jitni shadiyan hoti hain, sab tootti hain.</w:t>
      </w:r>
      <w:r>
        <w:br/>
      </w:r>
      <w:r>
        <w:rPr>
          <w:sz w:val="20"/>
        </w:rPr>
        <w:t>1:18:34  jitni shadiyan is tarah ki main ne dekhi hain, woh sab tootti hain.</w:t>
      </w:r>
      <w:r>
        <w:br/>
      </w:r>
      <w:r>
        <w:rPr>
          <w:sz w:val="20"/>
        </w:rPr>
        <w:t>1:18:38  main ne ek ek mazmoon padha tha, ek ek london se ek parcha nikalta hai, woh islamic review ghaliban is ka naam hai.</w:t>
      </w:r>
      <w:r>
        <w:br/>
      </w:r>
      <w:r>
        <w:rPr>
          <w:sz w:val="20"/>
        </w:rPr>
        <w:t>1:18:48  to is mein ek khatoon ka mazmoon tha, gail birth, ek british khatoon. to us ne kaha ke main ne ek pakistani musalman se shadi ki, aur main christian family mein paida hui thi.</w:t>
      </w:r>
      <w:r>
        <w:br/>
      </w:r>
      <w:r>
        <w:rPr>
          <w:sz w:val="20"/>
        </w:rPr>
        <w:t>1:19:02  main aur hamesha mere uth ke darmiyan masla aaj tak baqi hai.</w:t>
      </w:r>
      <w:r>
        <w:br/>
      </w:r>
      <w:r>
        <w:rPr>
          <w:sz w:val="20"/>
        </w:rPr>
        <w:t>1:19:06  kabhi hum log khushgawar zindagi nahin bani hamari. to is mein likha tha us ne ke international marriage kabhi nahin karna chahiye. apne tajrube ki bina par us ne kaha tha.</w:t>
      </w:r>
      <w:r>
        <w:br/>
      </w:r>
      <w:r>
        <w:rPr>
          <w:sz w:val="20"/>
        </w:rPr>
        <w:t>1:19:16  to chahe hindu muslim ki shadi ho ya christian muslim ki shadi ho, yeh bilkul ghalat hai mere nazdeek. yeh ek ek masle ki baat hai. doosri baat yeh hai ke chalta nahin.</w:t>
      </w:r>
      <w:r>
        <w:br/>
      </w:r>
      <w:r>
        <w:rPr>
          <w:sz w:val="20"/>
        </w:rPr>
        <w:t>1:19:26  woh ab shadi karte hain is liye ke mil jul kar rahe hain, lekin wahan par jhagda f</w:t>
      </w:r>
      <w:r>
        <w:br/>
      </w:r>
      <w:r>
        <w:rPr>
          <w:sz w:val="20"/>
        </w:rPr>
        <w:t>1:19:31  sad aur aur ya to break ho jata hai, talaq ho jata hai, ya hamesha aapas mein takrao chalta rehta hai.</w:t>
      </w:r>
      <w:r>
        <w:br/>
      </w:r>
      <w:r>
        <w:rPr>
          <w:sz w:val="20"/>
        </w:rPr>
        <w:t>1:19:41  to is ka faida shadi se? shadi to is liye hoti hai ke ek khushi ki zindagi guzaren, aap dono mil ke ek ghar banayen, wahan khushgawar tareeqe se rahen.</w:t>
      </w:r>
      <w:r>
        <w:br/>
      </w:r>
      <w:r>
        <w:rPr>
          <w:sz w:val="20"/>
        </w:rPr>
        <w:t>1:19:49  woh hota hi nahin. to main bahut badi fallacy hai ke log shadi ko love ka masla samajhte hain.</w:t>
      </w:r>
      <w:r>
        <w:br/>
      </w:r>
      <w:r>
        <w:rPr>
          <w:sz w:val="20"/>
        </w:rPr>
        <w:t>1:19:57  hargiz nahin. shadi jo hai, adjustment ka masla hai, aur yeh itni badi ghalati hai.</w:t>
      </w:r>
      <w:r>
        <w:br/>
      </w:r>
      <w:r>
        <w:rPr>
          <w:sz w:val="20"/>
        </w:rPr>
        <w:t>1:20:05  is mein sari duniya mubtala hai. jitne naujawan hain, sab mubtala hain is mein. woh samajhte hain ke bas jahan love hai, wahan wahan khushi hai.</w:t>
      </w:r>
      <w:r>
        <w:br/>
      </w:r>
      <w:r>
        <w:rPr>
          <w:sz w:val="20"/>
        </w:rPr>
        <w:t>1:20:15  nahin, jahan love hai, wahan khushi nahin hai. jahan adjustment hai, wahan khushi hai.</w:t>
      </w:r>
      <w:r>
        <w:br/>
      </w:r>
      <w:r>
        <w:rPr>
          <w:sz w:val="20"/>
        </w:rPr>
        <w:t>1:20:20  main bahut misalen janta hoon is mein ke jinhon ne love affair chalaya, love bridge ki, woh bilkul nakaam rahe.</w:t>
      </w:r>
      <w:r>
        <w:br/>
      </w:r>
      <w:r>
        <w:rPr>
          <w:sz w:val="20"/>
        </w:rPr>
        <w:t>1:20:28  woh koi faida nahin. yaani ya to un ka talaq hua, ya hamesha aapas mein rift raha. hamesha rift raha aap</w:t>
      </w:r>
      <w:r>
        <w:br/>
      </w:r>
      <w:r>
        <w:rPr>
          <w:sz w:val="20"/>
        </w:rPr>
        <w:t>1:20:36  s mein. lekin jo yeh samajh kar shadi kare ke hum ek ek partner hum apni zindagi ke liye le rahe hain, mujh ko is se adjust karna hai, is ko mujh se adjust karna hai taake hum ek ghar banayen, taake hum society ka ek yaani healthy part banen, tab woh kamyab hoti hai.</w:t>
      </w:r>
      <w:r>
        <w:br/>
      </w:r>
      <w:r>
        <w:rPr>
          <w:sz w:val="20"/>
        </w:rPr>
        <w:t>1:20:53  shadi love ka masla hai hi nahin. yeh</w:t>
      </w:r>
      <w:r>
        <w:br/>
      </w:r>
      <w:r>
        <w:rPr>
          <w:sz w:val="20"/>
        </w:rPr>
        <w:t>1:20:58  itne tajrube ho chuke hain, itne tajrube ho chuke hain, phir bhi log yeh sawal karte hain. yeh</w:t>
      </w:r>
      <w:r>
        <w:br/>
      </w:r>
      <w:r>
        <w:rPr>
          <w:sz w:val="20"/>
        </w:rPr>
        <w:t>1:21:03  Europe, America mein bohat ziyada 50 percent jo hai, separation hota hai. isi wajah se ab kya chala hai wahan ke baghair marriage ke saath raho?</w:t>
      </w:r>
      <w:r>
        <w:br/>
      </w:r>
      <w:r>
        <w:rPr>
          <w:sz w:val="20"/>
        </w:rPr>
        <w:t>1:21:13  woh toh jaise just like animal banna banna chahte hain. woh ab western world mein yeh chala hua hai ke marriage chuki chalti nahi, is liye without marriage raho.</w:t>
      </w:r>
      <w:r>
        <w:br/>
      </w:r>
      <w:r>
        <w:rPr>
          <w:sz w:val="20"/>
        </w:rPr>
        <w:t>1:21:23  yani aise hi raho animal ke tareeqe se. yeh yeh koi ek koi concept hai.</w:t>
      </w:r>
      <w:r>
        <w:br/>
      </w:r>
      <w:r>
        <w:rPr>
          <w:sz w:val="20"/>
        </w:rPr>
        <w:t>1:21:29  kyun aise abhi tak log jab samajh nahi sake ke yeh ke is duniya mein hum sirf natural way ko follow karein, tab kamyabi bhi mile gi.</w:t>
      </w:r>
      <w:r>
        <w:br/>
      </w:r>
      <w:r>
        <w:rPr>
          <w:sz w:val="20"/>
        </w:rPr>
        <w:t>1:21:38  un natural way ko follow karein ge toh kamyabi bhi nahi mile gi. humein log samajhte nahi ke main heran hue itne tajrube ke baad bhi. yeh duniya jis ne banai hai, us ne ek law of nature qaim kiya yahan par.</w:t>
      </w:r>
      <w:r>
        <w:br/>
      </w:r>
      <w:r>
        <w:rPr>
          <w:sz w:val="20"/>
        </w:rPr>
        <w:t>1:21:51  toh har mamle mein main kahunga ke sirf natural way ko follow karne mein kamyabi hai.</w:t>
      </w:r>
    </w:p>
    <w:p>
      <w:pPr>
        <w:pStyle w:val="Heading2"/>
      </w:pPr>
      <w:r>
        <w:t>Maulana's sect and stance on sectarianism</w:t>
      </w:r>
    </w:p>
    <w:p>
      <w:r>
        <w:rPr>
          <w:color w:val="666666"/>
          <w:sz w:val="18"/>
        </w:rPr>
        <w:t>Society &amp; Dawah · The Age of Giving Global Thanks Dec 15. 2019—Maulana Wahiduddin Khan · 5m 10s · at 40:39 · https://youtu.be/254Pgn6Ldts?t=2439</w:t>
      </w:r>
    </w:p>
    <w:p>
      <w:r>
        <w:rPr>
          <w:i/>
        </w:rPr>
        <w:t>“Which sect does Maulana Wahiduddin Khan belong to? If he does not belong to any sect, then why does he not urge Muslims to repent from sectarianism?”</w:t>
      </w:r>
    </w:p>
    <w:p>
      <w:r>
        <w:rPr>
          <w:sz w:val="20"/>
        </w:rPr>
        <w:t>40:39  maulana, agla sawal dohra dun se javed alam sahib ne bheja hai. unhon ne likha hai: "maulana wahiduddin khan sahib kis firqe ko belong karte hain?</w:t>
      </w:r>
      <w:r>
        <w:br/>
      </w:r>
      <w:r>
        <w:rPr>
          <w:sz w:val="20"/>
        </w:rPr>
        <w:t>40:50  agar un ka taaluq kisi firqe se nahi hai to musalmanon ko firqa parasti se toba ki taakeed kyun nahi karte?" yeh ajeeb o ghareeb hai.</w:t>
      </w:r>
      <w:r>
        <w:br/>
      </w:r>
      <w:r>
        <w:rPr>
          <w:sz w:val="20"/>
        </w:rPr>
        <w:t>41:05  main manta hi nahi ke firqa parasti kahin hai. yeh to kuch logon ne islam ko badnaam karne ke liye shor macha rakha hai.</w:t>
      </w:r>
      <w:r>
        <w:br/>
      </w:r>
      <w:r>
        <w:rPr>
          <w:sz w:val="20"/>
        </w:rPr>
        <w:t>41:15  cheunti ke barabar firqa bandi jo aap kehte hain, woh cheunti ke barabar ek masla hai.</w:t>
      </w:r>
      <w:r>
        <w:br/>
      </w:r>
      <w:r>
        <w:rPr>
          <w:sz w:val="20"/>
        </w:rPr>
        <w:t>41:25  woh koi koi bada masla nahi hai. hum to hamare saathi jo hain, sari duniya mein kaam kar rahe hain.</w:t>
      </w:r>
      <w:r>
        <w:br/>
      </w:r>
      <w:r>
        <w:rPr>
          <w:sz w:val="20"/>
        </w:rPr>
        <w:t>41:35  kahin aaj tak kisi ne report nahi kiya ke yahan firqa bandi masla hai. hamari kisi saathi ne, hamare kisi saathi ne, abhi hamare kuch saathi gaye hain Kigali Africa mein.</w:t>
      </w:r>
      <w:r>
        <w:br/>
      </w:r>
      <w:r>
        <w:rPr>
          <w:sz w:val="20"/>
        </w:rPr>
        <w:t>41:53  yeh aisa nahi hua ke wahan se woh report baje ke are bhai Kigali mein to firqa bandi ka masla hai. yeh jo log jin ke apne mind mein firqa bandi hai, woh unhi ko yeh sab dikhai de deta hai.</w:t>
      </w:r>
      <w:r>
        <w:br/>
      </w:r>
      <w:r>
        <w:rPr>
          <w:sz w:val="20"/>
        </w:rPr>
        <w:t>42:08  hamare saathi to kahin bhi nahi kehte ke hamare samne firqa bandi ka masla hai. yeh hai hi nahi, yeh kahin nahi. unhi ke logon ke mind mein hai jo shor karte hain.</w:t>
      </w:r>
      <w:r>
        <w:br/>
      </w:r>
      <w:r>
        <w:rPr>
          <w:sz w:val="20"/>
        </w:rPr>
        <w:t>42:23  mein apna qissa batata hoon aap ko. apna qissa europe ke aik shehar mein mein gaya. europe ka, europe mein teen baray shehar hain.</w:t>
      </w:r>
      <w:r>
        <w:br/>
      </w:r>
      <w:r>
        <w:rPr>
          <w:sz w:val="20"/>
        </w:rPr>
        <w:t>42:40  england mein, england mein teen baray shehar hain. is mein se aik shehar mein to wahan juma ki namaz mein mein shareek hua.</w:t>
      </w:r>
      <w:r>
        <w:br/>
      </w:r>
      <w:r>
        <w:rPr>
          <w:sz w:val="20"/>
        </w:rPr>
        <w:t>42:53  to aap jantay hain ke kuch log hain hamaray sathiyon mein jo</w:t>
      </w:r>
      <w:r>
        <w:br/>
      </w:r>
      <w:r>
        <w:rPr>
          <w:sz w:val="20"/>
        </w:rPr>
        <w:t>43:05  kaam karte hain islam par. kya kehte hain is ko? kaam karte hain na?</w:t>
      </w:r>
      <w:r>
        <w:br/>
      </w:r>
      <w:r>
        <w:rPr>
          <w:sz w:val="20"/>
        </w:rPr>
        <w:t>43:18  rasool allah ka naam aata hai to khara ho jata hoon. durood o salam. durood o salam.</w:t>
      </w:r>
      <w:r>
        <w:br/>
      </w:r>
      <w:r>
        <w:rPr>
          <w:sz w:val="20"/>
        </w:rPr>
        <w:t>43:28  durood o salam. durood o salam. woh kharay hotay hain. ji to mein hanafi hoon, deobandi maslak mein raha hai.</w:t>
      </w:r>
      <w:r>
        <w:br/>
      </w:r>
      <w:r>
        <w:rPr>
          <w:sz w:val="20"/>
        </w:rPr>
        <w:t>43:37  mein khara ho gaya to meray andar difference. meray andar difference. aur woh log bohat khush hue, un ka ke hum aap ko, un ka jo bohat bara wahan par trust tha, trust is mein ho raha tha.</w:t>
      </w:r>
      <w:r>
        <w:br/>
      </w:r>
      <w:r>
        <w:rPr>
          <w:sz w:val="20"/>
        </w:rPr>
        <w:t>43:52  woh unhon ne kaha ke hum aap ko apnay trust ka sadar banatay hain. sadar. yeh sab kahani ki baatein hain.</w:t>
      </w:r>
      <w:r>
        <w:br/>
      </w:r>
      <w:r>
        <w:rPr>
          <w:sz w:val="20"/>
        </w:rPr>
        <w:t>44:03  woh jantay thay ke mein hanafi hoon, jantay thay ke mein deobandi fikr aadmi hoon. phir unhon ne kaha ke hum aap ko sadar banatay hain.</w:t>
      </w:r>
      <w:r>
        <w:br/>
      </w:r>
      <w:r>
        <w:rPr>
          <w:sz w:val="20"/>
        </w:rPr>
        <w:t>44:13  yeh sab kuch nahi, yeh sab kuch logon ke mind mein hai, haqeeqat mein kuch nahi hai.</w:t>
      </w:r>
      <w:r>
        <w:br/>
      </w:r>
      <w:r>
        <w:rPr>
          <w:sz w:val="20"/>
        </w:rPr>
        <w:t>44:22  doctor naghma siddiqui ne dilli se comment bheja hai. unhon ne likha hai: "maulana, you always universalize the message of god and islam.</w:t>
      </w:r>
      <w:r>
        <w:br/>
      </w:r>
      <w:r>
        <w:rPr>
          <w:sz w:val="20"/>
        </w:rPr>
        <w:t>44:32  to explain this, you have prepared quran translation and commentary literature and thousands of lectures. jazak allah.</w:t>
      </w:r>
      <w:r>
        <w:br/>
      </w:r>
      <w:r>
        <w:rPr>
          <w:sz w:val="20"/>
        </w:rPr>
        <w:t>44:41  you have further given all of us a global dawah mission. we have realized this and will stay on it till our last breath</w:t>
      </w:r>
      <w:r>
        <w:br/>
      </w:r>
      <w:r>
        <w:rPr>
          <w:sz w:val="20"/>
        </w:rPr>
        <w:t>44:50  . may god accept it from us." mashallah. asad pervez sahib ne boston, usa se likha hai: "maulana, the population of thailand is seventy million people.</w:t>
      </w:r>
      <w:r>
        <w:br/>
      </w:r>
      <w:r>
        <w:rPr>
          <w:sz w:val="20"/>
        </w:rPr>
        <w:t>45:04  with the efforts of the cps team and everyone involved, the quran is now available to seventy million people in their language.</w:t>
      </w:r>
      <w:r>
        <w:br/>
      </w:r>
      <w:r>
        <w:rPr>
          <w:sz w:val="20"/>
        </w:rPr>
        <w:t>45:13  they can finally read the message of god.</w:t>
      </w:r>
      <w:r>
        <w:br/>
      </w:r>
      <w:r>
        <w:rPr>
          <w:sz w:val="20"/>
        </w:rPr>
        <w:t>45:16  this is truly a moment that has made my eyes water. may allah help and guide us so we may reach the whole world." inshallah.</w:t>
      </w:r>
      <w:r>
        <w:br/>
      </w:r>
      <w:r>
        <w:rPr>
          <w:sz w:val="20"/>
        </w:rPr>
        <w:t>45:29  aamina nasreen, miss aamina nasreen ne bangalore se likha hai: "i totally agree with maulana sahib that the muslim community should take this opportunity to build a mosque and a center to spread the message of islam throughout the world."</w:t>
      </w:r>
    </w:p>
    <w:p>
      <w:pPr>
        <w:pStyle w:val="Heading2"/>
      </w:pPr>
      <w:r>
        <w:t>Minority role and thinking in India</w:t>
      </w:r>
    </w:p>
    <w:p>
      <w:r>
        <w:rPr>
          <w:color w:val="666666"/>
          <w:sz w:val="18"/>
        </w:rPr>
        <w:t>Society &amp; Dawah · Communal Harmony October 16, 2022 · 12m 25s · at 37:17 · https://youtu.be/Ob4BVozf3KY?t=2237</w:t>
      </w:r>
    </w:p>
    <w:p>
      <w:r>
        <w:rPr>
          <w:i/>
        </w:rPr>
        <w:t>“We live in minority in India, so what can we do? Please advise what should be our thinking.”</w:t>
      </w:r>
    </w:p>
    <w:p>
      <w:r>
        <w:rPr>
          <w:sz w:val="20"/>
        </w:rPr>
        <w:t>37:17  apa, ek comment aya aur isi se mein agla sawal bhi jodna chahunga jo bheja hai Kanpur se. comment bheja hai Imran Ahmed sahib ne Dilli se, unho'n ne likha hai: "ma sha Allah, apa middle nation hone ke bana par hamari zimmedari hai ke hum kisi bhi qeemat par India mein aur poori duniya mein peaceful mahaul</w:t>
      </w:r>
      <w:r>
        <w:br/>
      </w:r>
      <w:r>
        <w:rPr>
          <w:sz w:val="20"/>
        </w:rPr>
        <w:t>37:39  qaim rakhein." jazak Allah, apa. ab agla sawal jo hai, woh ek tareeqe se related hai is comment se. yeh Rafiq sahib ne bheja hai Kanpur se, unho'n ne likha hai: "apa, we live in minority in India, so what can we do?</w:t>
      </w:r>
      <w:r>
        <w:br/>
      </w:r>
      <w:r>
        <w:rPr>
          <w:sz w:val="20"/>
        </w:rPr>
        <w:t>37:53  please advise on what should be our thinking." to is ke bare mein apa bataein. yeh Maulana ne likha tha ke minority majority kuch bhi nahi hai.</w:t>
      </w:r>
      <w:r>
        <w:br/>
      </w:r>
      <w:r>
        <w:rPr>
          <w:sz w:val="20"/>
        </w:rPr>
        <w:t>38:06  yeh to meri ek dost theen, hain Rozala Jang, to unho'n ne kaha ke jo minority institute banaya gaya hai, us mein hum to aur zyada advantageous position mein hain.</w:t>
      </w:r>
      <w:r>
        <w:br/>
      </w:r>
      <w:r>
        <w:rPr>
          <w:sz w:val="20"/>
        </w:rPr>
        <w:t>38:20  minority se hamari kisi baat mein hamari koi kami nahi aayi hai, balkeh humein hamare institution ko safeguard karna, us ko mazeed fund dena, aur hamari aur zyada izzat hoti hai minor</w:t>
      </w:r>
      <w:r>
        <w:br/>
      </w:r>
      <w:r>
        <w:rPr>
          <w:sz w:val="20"/>
        </w:rPr>
        <w:t>38:33  ity mein. kyunke woh samajhte hain ke humein un ko protect karna hai, un ki madad karni hai. to minority ki wajah se humein kabhi bhi koi problem nahi hai, balkeh hamari jo hum mil jul kar nahi rehte, hum taluqat nahi banate, hum log alag alag rehte hain, apne festival bhi alag alag manate hain.</w:t>
      </w:r>
      <w:r>
        <w:br/>
      </w:r>
      <w:r>
        <w:rPr>
          <w:sz w:val="20"/>
        </w:rPr>
        <w:t>38:54  apne school kholenge to woh sirf Muslim Muslim logo'n ke liye kholenge. to</w:t>
      </w:r>
      <w:r>
        <w:br/>
      </w:r>
      <w:r>
        <w:rPr>
          <w:sz w:val="20"/>
        </w:rPr>
        <w:t>39:00  yeh mil jul kar khaas taur par school level par saath jab hota hai na, mukhtalif firqe ke logo'n ko, to woh bohat hi gehri bonding ho jati hai.</w:t>
      </w:r>
      <w:r>
        <w:br/>
      </w:r>
      <w:r>
        <w:rPr>
          <w:sz w:val="20"/>
        </w:rPr>
        <w:t>39:10  to minority hona kuch problem nahi hai. minority ke to ke liye to kabhi bhi koi masla nahi hua. ab bare se achhe se achhe schoolo'n mein hamare bachcho'n ke dakhle hote hain, to job milta hai, business hum kar sakte hain, bohat achhe achhe halaat mein Musalman hain.</w:t>
      </w:r>
      <w:r>
        <w:br/>
      </w:r>
      <w:r>
        <w:rPr>
          <w:sz w:val="20"/>
        </w:rPr>
        <w:t>39:28  bas agar koi apni nadani se koi harkat karega, kyunke hamare haan bohat se jahalat bhi bohat hai, to jo jahil hain, be rozgar hain, wohi ladai karte hain.</w:t>
      </w:r>
      <w:r>
        <w:br/>
      </w:r>
      <w:r>
        <w:rPr>
          <w:sz w:val="20"/>
        </w:rPr>
        <w:t>39:41  jab koi jaloos nikal raha hai, khaas taur par to jaloos ke mauqe par un ko rastay se hat jana chahiye, woh masla khud khatm ho jayega.</w:t>
      </w:r>
      <w:r>
        <w:br/>
      </w:r>
      <w:r>
        <w:rPr>
          <w:sz w:val="20"/>
        </w:rPr>
        <w:t>39:50  ab naujawan log jate hain aur ladne lagte hain, route badlo. Maulana likhte hain ke ab ek slogan hi lagate hain.</w:t>
      </w:r>
      <w:r>
        <w:br/>
      </w:r>
      <w:r>
        <w:rPr>
          <w:sz w:val="20"/>
        </w:rPr>
        <w:t>39:58  ek slogan jo hai na, woh lesser evil hai, chhota shar hai. agar hum slogan ko bardasht kar le'n, woh do minute mein slogan lagate hue woh jaloos guzar jayega, lekin hum us ko bardasht nahi karte, araz nahi karte, phir hum us se ladai shuru kar dete hain.</w:t>
      </w:r>
      <w:r>
        <w:br/>
      </w:r>
      <w:r>
        <w:rPr>
          <w:sz w:val="20"/>
        </w:rPr>
        <w:t>40:14  phir woh bohat bada, woh greater evil ban jata hai aur bada fasad bhark uthta hai. to hum advantageous position mein hain, hamare liye koi bhi rasta ruka hua nahi hai.</w:t>
      </w:r>
      <w:r>
        <w:br/>
      </w:r>
      <w:r>
        <w:rPr>
          <w:sz w:val="20"/>
        </w:rPr>
        <w:t>40:26  hamari apni koi kami hogi jis ki wajah se hum samajhte hain ke hum minority mein hain. woh us ko Maulana likhte hain ke hum sabr kare'n, araz kare'n, koi aisa masla hai to baat cheet ka andaaz ikhtiyar kare'n.</w:t>
      </w:r>
      <w:r>
        <w:br/>
      </w:r>
      <w:r>
        <w:rPr>
          <w:sz w:val="20"/>
        </w:rPr>
        <w:t>40:41  bohat jagah aisa hua hai, fasadat par mein padh rahi thi ke bohat jagah aisa hua hai ke Musalmano'n ne fasadat nahi hone diye. woh baqayda us ki khabar rakhte the ke kahan kya ho raha hai, aur jahan kuch dekhte the, koi galat baat ho rahi hai, to woh police ko</w:t>
      </w:r>
      <w:r>
        <w:br/>
      </w:r>
      <w:r>
        <w:rPr>
          <w:sz w:val="20"/>
        </w:rPr>
        <w:t>40:57  woh karte the, police ko khabar karte the, aur woh police apna law and order apne haath mein nahi lete the. jab law and order apne haath mein le dein, tab baat bigadti hai.</w:t>
      </w:r>
      <w:r>
        <w:br/>
      </w:r>
      <w:r>
        <w:rPr>
          <w:sz w:val="20"/>
        </w:rPr>
        <w:t>41:09  to police ko khabar karte the, police aa ke sab masla hal kar deti thi. to yeh bohat sare waqiyat Maulana ne apni kitabo'n mein likhe hain. ji, aur apa is mein add karna chahunga, mujhe ek program bhi yaad agaya Maulana sahib se, yahi aise hi related ques</w:t>
      </w:r>
      <w:r>
        <w:br/>
      </w:r>
      <w:r>
        <w:rPr>
          <w:sz w:val="20"/>
        </w:rPr>
        <w:t>41:26  tion poocha tha. to unho'n ne bohat hi sahi baat kahi, unho'n ne kaha ke dekhein, yeh minority majority ka masla jo aap ne dimagh mein rakha hua hai, yeh bilkul aisa sahi nahi hai.</w:t>
      </w:r>
      <w:r>
        <w:br/>
      </w:r>
      <w:r>
        <w:rPr>
          <w:sz w:val="20"/>
        </w:rPr>
        <w:t>41:38  kehte hain, ab mera mera case lijiye, Maulana ne apni taraf point karte hue kaha, kehte hain, main sochta hoon ke main ek Indian hoon, ek Indian Muslim hoon. Jaise hi main yeh sochta hoon ke main ek Indian hoon, main automatically majority ka hissa ban gaya.</w:t>
      </w:r>
      <w:r>
        <w:br/>
      </w:r>
      <w:r>
        <w:rPr>
          <w:sz w:val="20"/>
        </w:rPr>
        <w:t>41:50  to aap yeh samjhein ke aaj ka jo daur hai, woh merit merit b</w:t>
      </w:r>
      <w:r>
        <w:br/>
      </w:r>
      <w:r>
        <w:rPr>
          <w:sz w:val="20"/>
        </w:rPr>
        <w:t>41:56  yes daur hai. To Hazrat Ali ka call bhi hai ke value of a person lies in his excellence. So agar Maulana ne phir kaha ke agar aap doosre ki zaroorat ban jayen, to woh kabhi bhi aap ko nahi chhodega.</w:t>
      </w:r>
      <w:r>
        <w:br/>
      </w:r>
      <w:r>
        <w:rPr>
          <w:sz w:val="20"/>
        </w:rPr>
        <w:t>42:10  so you have to realize that, that in the present world, jaise apa ne kaha ke hamari ek advantageous posi</w:t>
      </w:r>
      <w:r>
        <w:br/>
      </w:r>
      <w:r>
        <w:rPr>
          <w:sz w:val="20"/>
        </w:rPr>
        <w:t>42:19  tion hai. So if we focus on developing our self, in making our self value asset to the society, to automatically aap ko jo samaj hai aur jo doosre faith ke log hain, woh aap ko bahut zyada pasand karenge, accept karenge.</w:t>
      </w:r>
      <w:r>
        <w:br/>
      </w:r>
      <w:r>
        <w:rPr>
          <w:sz w:val="20"/>
        </w:rPr>
        <w:t>42:37  so it is a change of thinking that</w:t>
      </w:r>
      <w:r>
        <w:br/>
      </w:r>
      <w:r>
        <w:rPr>
          <w:sz w:val="20"/>
        </w:rPr>
        <w:t>42:40  one needs to do. Merit par ek ji qissa mujhe yaad aaya, hamare chacha jaan jo the, abba ke bade chhote bhai, to woh Banaras Hindu University se engineering kar rahe the.</w:t>
      </w:r>
      <w:r>
        <w:br/>
      </w:r>
      <w:r>
        <w:rPr>
          <w:sz w:val="20"/>
        </w:rPr>
        <w:t>42:52  to unhone ek saal padha, iske baad woh ghar chale gaye, koi wajah se time par aa nahi sake. Kai mahina guzar gaya, chaar paanch mahina shayad, phir woh aaye, chaar paanch mahine ke baad to kehne lage, mujhe dakhila chahiye.</w:t>
      </w:r>
      <w:r>
        <w:br/>
      </w:r>
      <w:r>
        <w:rPr>
          <w:sz w:val="20"/>
        </w:rPr>
        <w:t>43:10  ab woh jo hai principal tha ya head of the department tha, woh ghussa hone lage, itne dinon ke baad, chaar paanch mahine, tareekh nikal chuki, ab tum ko kaisa woh milega, dakhila kaise milega?</w:t>
      </w:r>
      <w:r>
        <w:br/>
      </w:r>
      <w:r>
        <w:rPr>
          <w:sz w:val="20"/>
        </w:rPr>
        <w:t>43:24  woh unko baithne ke liye bhi nahi kaha. Phir bas ghusse ke andaaz mein unhone kaha, kya tumhare marks kitne marks hain? To unhone kaha, 80 percent.</w:t>
      </w:r>
      <w:r>
        <w:br/>
      </w:r>
      <w:r>
        <w:rPr>
          <w:sz w:val="20"/>
        </w:rPr>
        <w:t>43:34  woh zamana tha angrezon ka zamana, to marks bahut mushkil se aate the.</w:t>
      </w:r>
      <w:r>
        <w:br/>
      </w:r>
      <w:r>
        <w:rPr>
          <w:sz w:val="20"/>
        </w:rPr>
        <w:t>43:38  to jab unhone kaha, 80 percent, to unhone kaha, baitho, baitho, baitho, ab back date mein unka dakhila karaya. To yeh tareeqa hai aage badhne ka ke hum apne aap ko merit par saabit karen ke hum is mulk ke liye ji, hum mufeed ek hissa ban sakte hain.</w:t>
      </w:r>
      <w:r>
        <w:br/>
      </w:r>
      <w:r>
        <w:rPr>
          <w:sz w:val="20"/>
        </w:rPr>
        <w:t>43:56  bilkul, bilkul sahi kaha apa aap ne. Apa kuch aur comments hain. Muhammad Yaqoob Umri sahib ne likha hai,</w:t>
      </w:r>
      <w:r>
        <w:br/>
      </w:r>
      <w:r>
        <w:rPr>
          <w:sz w:val="20"/>
        </w:rPr>
        <w:t>44:05  jazak Allah apa for your lecture on such and important topic, communal harmony is the soil where spirituality and dawah work can grow.</w:t>
      </w:r>
      <w:r>
        <w:br/>
      </w:r>
      <w:r>
        <w:rPr>
          <w:sz w:val="20"/>
        </w:rPr>
        <w:t>44:16  is par main ji ji zaroor kehna cha rahi thi ke Maulana jo itna zyada zor dete the na, peace par, woh isi liye ke baghair peace ke koi kaam nahi ho sakta, aur khaas taur par dawah work, jo uske liye peaceful circumstances jo hain, woh essential hain.</w:t>
      </w:r>
      <w:r>
        <w:br/>
      </w:r>
      <w:r>
        <w:rPr>
          <w:sz w:val="20"/>
        </w:rPr>
        <w:t>44:33  to is wajah se woh bahut zyada chahte the ke peace qaim ho, communal harmony ho, peace qaim ho taake yeh kaam jo hai aage badhaya ja sake.</w:t>
      </w:r>
      <w:r>
        <w:br/>
      </w:r>
      <w:r>
        <w:rPr>
          <w:sz w:val="20"/>
        </w:rPr>
        <w:t>44:43  ji, Zahid Ali sahib ne likha hai, Farida apa, we need more empowered women in India to step forward in mobilizing women wings.</w:t>
      </w:r>
      <w:r>
        <w:br/>
      </w:r>
      <w:r>
        <w:rPr>
          <w:sz w:val="20"/>
        </w:rPr>
        <w:t>44:58  to is pe to apa, main main hi add karta hoon ke bahut sari ladies CPS ladies group se jud rahi hain, baqayda group bada hota ja raha hai, aur aap ne jo is mein aap ne likha hai, to woh waqai woh ho raha hai.</w:t>
      </w:r>
      <w:r>
        <w:br/>
      </w:r>
      <w:r>
        <w:rPr>
          <w:sz w:val="20"/>
        </w:rPr>
        <w:t>45:12  aur aaj ke lecture ke madhyam se main yeh bhi kehna chahunga ke agar if there are more women who want to join the CPS ladies wing, then you can write to us with your details at info at cpsglobal dot org</w:t>
      </w:r>
      <w:r>
        <w:br/>
      </w:r>
      <w:r>
        <w:rPr>
          <w:sz w:val="20"/>
        </w:rPr>
        <w:t>45:27  y. Yeh ek bahut hi positive group hai, aur yeh bahut zyada jo hai activities mein involved hai, how to spread positive thinking, how to develop ones personality, how to become God oriented and spiritual in ones daily life.</w:t>
      </w:r>
      <w:r>
        <w:br/>
      </w:r>
      <w:r>
        <w:rPr>
          <w:sz w:val="20"/>
        </w:rPr>
        <w:t>45:45  bahut si jo ladies hain, unke bahut zabardast comments aur experiences bhi yahan pe hum ne kai dafa share kiye hain ke kaise unki zindagi badli</w:t>
      </w:r>
      <w:r>
        <w:br/>
      </w:r>
      <w:r>
        <w:rPr>
          <w:sz w:val="20"/>
        </w:rPr>
        <w:t>45:55  aur. To yeh zaroor, yeh jo group hai, yeh isi tarah se badhta rahega. Ji, aur woh aurat ne hamari insaniyat padhayen, khud ba khud sari ladies jo hain, inspire ho jayengi.</w:t>
      </w:r>
      <w:r>
        <w:br/>
      </w:r>
      <w:r>
        <w:rPr>
          <w:sz w:val="20"/>
        </w:rPr>
        <w:t>46:08  ji ji, Muhammad Akram sahib ne likha hai, conclusion regarding the inf peace in the light of respected Mrs Khan is to focus on providing service of humans.</w:t>
      </w:r>
      <w:r>
        <w:br/>
      </w:r>
      <w:r>
        <w:rPr>
          <w:sz w:val="20"/>
        </w:rPr>
        <w:t>46:22  jazak Allah. Abdullah Bhatti sahib ne likha hai, mam, main Abdullah Pakistan Multan se hoon, paanch times namaz regular padhta hoon aur Quran bhi padhta hoon, lekin mujhe امی aur abu ki baat ka baat karta hoon to mujhe ghussa aa jata hai, mujh se badtameezi ho jati hai, lekin baad mein main Allah se maafii maang leta hoon.</w:t>
      </w:r>
      <w:r>
        <w:br/>
      </w:r>
      <w:r>
        <w:rPr>
          <w:sz w:val="20"/>
        </w:rPr>
        <w:t>46:49  kya meri maafii qabool hogi aur use main kaise khatam karoon, uske baare mein mujhe advice karen. Namaz jab padhen to bahut dhyan se padhen, uski spirit ke saath padhen.</w:t>
      </w:r>
      <w:r>
        <w:br/>
      </w:r>
      <w:r>
        <w:rPr>
          <w:sz w:val="20"/>
        </w:rPr>
        <w:t>47:03  namaz koi ritual nahi hai ke bas time ho gaya aur namaz uthak baithak kar liya. to aap spirit ke sath parhenge, tabhi to wo spirit aap ke andar aayegi,</w:t>
      </w:r>
      <w:r>
        <w:br/>
      </w:r>
      <w:r>
        <w:rPr>
          <w:sz w:val="20"/>
        </w:rPr>
        <w:t>47:13  kyunki quran mein likha hai ke kitna zyada maa ne tum ko dukh par dukh seh seh kar tum ko bada kiya. to gratefulness jo hai na, agar hum apne apne jo maa baap hain, apne jo log jinhone bhi hamari madad karte hain, hamare kaam aate hain, insan matlab insano ke liye agar hum hamare andar gratefulness nahi hai to hum khuda ke liye bhi grateful nahi ho</w:t>
      </w:r>
      <w:r>
        <w:br/>
      </w:r>
      <w:r>
        <w:rPr>
          <w:sz w:val="20"/>
        </w:rPr>
        <w:t>47:41  sakte, kyunki ye ek spirit hai. to ye spirit insano ke zariye se hamare andar jagti hai, aur jab ye spirit jaagegi, tabhi hum khuda ke grateful bande banenge.</w:t>
      </w:r>
      <w:r>
        <w:br/>
      </w:r>
      <w:r>
        <w:rPr>
          <w:sz w:val="20"/>
        </w:rPr>
        <w:t>47:52  to Maulana to yahan tak keh dete hain, jo grateful nahi hoga, wo jannat mein nahi jayega. to ye bahut hi serious baat hai, aap is par sochiye aur apne ghusse ko control kariye.</w:t>
      </w:r>
      <w:r>
        <w:br/>
      </w:r>
      <w:r>
        <w:rPr>
          <w:sz w:val="20"/>
        </w:rPr>
        <w:t>48:03  kabhi kabhi ho jata hai galtiyan to iske Allah taala maaf karte hain, lekin roz roz nahi hona chahiye. aur kyunki agar aap ne aisa nahi kiya to phir aap khuda ke bhi nashukre bande qarar payenge.</w:t>
      </w:r>
      <w:r>
        <w:br/>
      </w:r>
      <w:r>
        <w:rPr>
          <w:sz w:val="20"/>
        </w:rPr>
        <w:t>48:19  to ye aap kaise bardasht kar sakte hain? ji,</w:t>
      </w:r>
      <w:r>
        <w:br/>
      </w:r>
      <w:r>
        <w:rPr>
          <w:sz w:val="20"/>
        </w:rPr>
        <w:t>48:23  ek jagah Maulana ne likha bhi tha ke strong person is not one who overcoms his opponent, but a strong person is one who controls his anger.</w:t>
      </w:r>
      <w:r>
        <w:br/>
      </w:r>
      <w:r>
        <w:rPr>
          <w:sz w:val="20"/>
        </w:rPr>
        <w:t>48:34  to ye aap ki personality strong aur Maulana kya karte the? khamosh ho jate the. ghusse ki baatein to hoti hi rehti hain.</w:t>
      </w:r>
      <w:r>
        <w:br/>
      </w:r>
      <w:r>
        <w:rPr>
          <w:sz w:val="20"/>
        </w:rPr>
        <w:t>48:43  ji, to agar jab ghussa aaye na to aap thodi der ke liye, chand minute ke liye, chand secondon ke liye aap khamosh ho jaiye.</w:t>
      </w:r>
      <w:r>
        <w:br/>
      </w:r>
      <w:r>
        <w:rPr>
          <w:sz w:val="20"/>
        </w:rPr>
        <w:t>48:51  wo ghussa jo hai, wo jab para chadhta hai, ab aaj kal ke zamane mein keh sakte hain BP badh jata hai, wo ghussa chadhta hai, wo thodi der mein wo para utar jata hai, aur wo bilkul hum normal ho jate hain.</w:t>
      </w:r>
      <w:r>
        <w:br/>
      </w:r>
      <w:r>
        <w:rPr>
          <w:sz w:val="20"/>
        </w:rPr>
        <w:t>49:02  phir iske baad hum ko lagta hai ke hum kis baat pe ghussa hue the, koi baat to thi nahi. ji, to bas thodi der ke liye khamosh ho jayein ya apni jagah badal dein. Maulana kai baar mein dekhti thi ke barje mein ja ke thaharne lagte the.</w:t>
      </w:r>
      <w:r>
        <w:br/>
      </w:r>
      <w:r>
        <w:rPr>
          <w:sz w:val="20"/>
        </w:rPr>
        <w:t>49:14  ji, to apni jagah badalni to ghussa khud ba khud khatam ho jata hai.</w:t>
      </w:r>
      <w:r>
        <w:br/>
      </w:r>
      <w:r>
        <w:rPr>
          <w:sz w:val="20"/>
        </w:rPr>
        <w:t>49:18  ye apa aap ne bahut sahi advice diya, kyunki Maulana yahi Rasool Allah ki advice ko yahi kehte the ke Rasool Allah ne kaha tha ke when one of you becomes angry, he should keep quiet.</w:t>
      </w:r>
      <w:r>
        <w:br/>
      </w:r>
      <w:r>
        <w:rPr>
          <w:sz w:val="20"/>
        </w:rPr>
        <w:t>49:34  aur tamam emotions mein sab se destructive emotion jo hai, wo anger hi hai. to isliye bahut ye important hai.</w:t>
      </w:r>
    </w:p>
    <w:p>
      <w:pPr>
        <w:pStyle w:val="Heading2"/>
      </w:pPr>
      <w:r>
        <w:t>Muslim role after Ayodhya verdict</w:t>
      </w:r>
    </w:p>
    <w:p>
      <w:r>
        <w:rPr>
          <w:color w:val="666666"/>
          <w:sz w:val="18"/>
        </w:rPr>
        <w:t>Society &amp; Dawah · Art of Crisis Management October 3, 2010 · 11m 43s · at 1:07:34 · https://youtu.be/sKdyThFThXo?t=4054</w:t>
      </w:r>
    </w:p>
    <w:p>
      <w:r>
        <w:rPr>
          <w:i/>
        </w:rPr>
        <w:t>“What should be the role of an individual Muslim after the Ayodhya verdict?”</w:t>
      </w:r>
    </w:p>
    <w:p>
      <w:r>
        <w:rPr>
          <w:sz w:val="20"/>
        </w:rPr>
        <w:t>1:07:34  maulana raipur se miss shwana ne sawal kiya hai, unhone likha hai: "what should be the role of individual muslim after the ayodhya verdict?" yahi yahi ke masjid ja ke dua karein.</w:t>
      </w:r>
      <w:r>
        <w:br/>
      </w:r>
      <w:r>
        <w:rPr>
          <w:sz w:val="20"/>
        </w:rPr>
        <w:t>1:07:53  aaj kal jo taqreerein hoti hain na, band kar do ayodhya ki masjid ke bare mein. taqreerein band karo, jalse band karo, allah taala se dua karo.</w:t>
      </w:r>
      <w:r>
        <w:br/>
      </w:r>
      <w:r>
        <w:rPr>
          <w:sz w:val="20"/>
        </w:rPr>
        <w:t>1:08:03  bas agar koi aql nahi, kaam nahi karti aap ki. aur mera formula to aap lein, to aap raazi ho jayein is pe.</w:t>
      </w:r>
      <w:r>
        <w:br/>
      </w:r>
      <w:r>
        <w:rPr>
          <w:sz w:val="20"/>
        </w:rPr>
        <w:t>1:08:11  relocation par abhi baat khatam.</w:t>
      </w:r>
      <w:r>
        <w:br/>
      </w:r>
      <w:r>
        <w:rPr>
          <w:sz w:val="20"/>
        </w:rPr>
        <w:t>1:08:18  yaani main wahan gaya hoon pehle, ab bhi gaya hoon. pehle to wahan hua karta tha, ab main gaya hoon to wahan koi ek eent ka ek tukra bhi nahi hai babri masjid ka.</w:t>
      </w:r>
      <w:r>
        <w:br/>
      </w:r>
      <w:r>
        <w:rPr>
          <w:sz w:val="20"/>
        </w:rPr>
        <w:t>1:08:29  yaani babri masjid jo hai, wahan exist hi nahi karti, sarr se roeen ki shakal mein bhi nahi hai. yaad rakhiye, log samajhte hain ke babri masjid khadi hui hai wahan par.</w:t>
      </w:r>
      <w:r>
        <w:br/>
      </w:r>
      <w:r>
        <w:rPr>
          <w:sz w:val="20"/>
        </w:rPr>
        <w:t>1:08:40  wahan to babri masjid ki ek eent bhi nahi hai, wahan to back shift mandir hai, woh non existent hai. woh to jo babri masjid exist nahi karti, us ke upar tehreekein chal rahi hain.</w:t>
      </w:r>
      <w:r>
        <w:br/>
      </w:r>
      <w:r>
        <w:rPr>
          <w:sz w:val="20"/>
        </w:rPr>
        <w:t>1:08:54  ab dekhein, is se zyada stable policy koi ho sakti hai?</w:t>
      </w:r>
      <w:r>
        <w:br/>
      </w:r>
      <w:r>
        <w:rPr>
          <w:sz w:val="20"/>
        </w:rPr>
        <w:t>1:09:02  yaani kisi ko yaani. aur ek bahut badi ek gunah kar rahe hain musalman. yaad rakhiye, woh bhi sun lijiye aap is mamle mein. ek gunah, gunah, gunah!</w:t>
      </w:r>
      <w:r>
        <w:br/>
      </w:r>
      <w:r>
        <w:rPr>
          <w:sz w:val="20"/>
        </w:rPr>
        <w:t>1:09:12  woh kya hadees mein aata hai ke sirf teen masjidon ka special mamla hai, woh hai makka ki masjid aur madine ki masjid aur yerushalam ki masjid.</w:t>
      </w:r>
      <w:r>
        <w:br/>
      </w:r>
      <w:r>
        <w:rPr>
          <w:sz w:val="20"/>
        </w:rPr>
        <w:t>1:09:30  baqi sab masjidien barabar hain. yeh baqayda hadees hai ke teen masjidon ke sath sari masjidien barabar hain. ab aap ko agar pata ho, nahi pata ho to ja kar ke dekhiye border par rajasthan aur haryana aur punjab, jahan ke pakistan sarhadein milti hain,</w:t>
      </w:r>
      <w:r>
        <w:br/>
      </w:r>
      <w:r>
        <w:rPr>
          <w:sz w:val="20"/>
        </w:rPr>
        <w:t>1:09:50  abhi bhi wahan pe masjidon ki roeen padi hui hai. masjidien tod di gayi hain.</w:t>
      </w:r>
      <w:r>
        <w:br/>
      </w:r>
      <w:r>
        <w:rPr>
          <w:sz w:val="20"/>
        </w:rPr>
        <w:t>1:09:56  mein ne khud dekha hai, koi masjid tod di gai. is masjid ko unhon ne ghar bana liya, yeh masjid bail bandhne lage, kuch bhi kiya.</w:t>
      </w:r>
      <w:r>
        <w:br/>
      </w:r>
      <w:r>
        <w:rPr>
          <w:sz w:val="20"/>
        </w:rPr>
        <w:t>1:10:07  to wahan par kyun nahi aap yeh jahad karte hain? aap babri masjid single out kyun karte hain? kisi ek masjid ko single out karna, yeh to islam mein bilkul jaiz hi nahi hai.</w:t>
      </w:r>
      <w:r>
        <w:br/>
      </w:r>
      <w:r>
        <w:rPr>
          <w:sz w:val="20"/>
        </w:rPr>
        <w:t>1:10:21  sawa teen ke agar aap ko tehreek chalana hai to sari masjidon ke liye chalaie.</w:t>
      </w:r>
      <w:r>
        <w:br/>
      </w:r>
      <w:r>
        <w:rPr>
          <w:sz w:val="20"/>
        </w:rPr>
        <w:t>1:10:27  sainkaron masjidain jo dhai gai hain partition ke waqt border par, un sab ke liye aap chalaie. hangama kijiye!</w:t>
      </w:r>
      <w:r>
        <w:br/>
      </w:r>
      <w:r>
        <w:rPr>
          <w:sz w:val="20"/>
        </w:rPr>
        <w:t>1:10:37  ek masjid ko agar aap kar ke us par tehreek chalate hain to aap gunah ka kaam karte hain. yaad rakhiye,</w:t>
      </w:r>
      <w:r>
        <w:br/>
      </w:r>
      <w:r>
        <w:rPr>
          <w:sz w:val="20"/>
        </w:rPr>
        <w:t>1:10:45  kisi ek masjid ko single out nahi kar sakte aap, ya aap ko ijazat hi nahi hai islam mein. hadith mein aata hai ke "la tashudd ar rihal illa as salah wal masajid".</w:t>
      </w:r>
      <w:r>
        <w:br/>
      </w:r>
      <w:r>
        <w:rPr>
          <w:sz w:val="20"/>
        </w:rPr>
        <w:t>1:10:57  yeh makka ki bait, makka ki jo woh hai masjid haram makka, us ko kaha jata hai. madine ki masjid ko masjid nabwi kaha jata hai aur yerushalayim ki masjid ko masjid aqsa kaha jata hai.</w:t>
      </w:r>
      <w:r>
        <w:br/>
      </w:r>
      <w:r>
        <w:rPr>
          <w:sz w:val="20"/>
        </w:rPr>
        <w:t>1:11:13  yeh teen masjidain jo hain islam mein, in ka khaas darja mana gaya hai. baqi sab barabar hain. to kaise musalmanon ne aisa kiya ke babri masjid ko unhon ne single out kiya?</w:t>
      </w:r>
      <w:r>
        <w:br/>
      </w:r>
      <w:r>
        <w:rPr>
          <w:sz w:val="20"/>
        </w:rPr>
        <w:t>1:11:26  is mein hangama 60 baras hangama kiye hue hain, jabke isi desh mein sainkaron masjidain aaj bhi ja ke koi dekh le un ki halat border par.</w:t>
      </w:r>
      <w:r>
        <w:br/>
      </w:r>
      <w:r>
        <w:rPr>
          <w:sz w:val="20"/>
        </w:rPr>
        <w:t>1:11:39  wohi haal hua hai jo jo ayodhya mein hua. us waqt aap chup kyun hain? yeh to islam mein jaiz hi nahi hai.</w:t>
      </w:r>
      <w:r>
        <w:br/>
      </w:r>
      <w:r>
        <w:rPr>
          <w:sz w:val="20"/>
        </w:rPr>
        <w:t>1:11:50  to bohat hi zyada sochne ki zaroorat hai ke sara is mein musalmanon ka jo hai tareeqa, sab ka sab islam ke khilaf hai.</w:t>
      </w:r>
      <w:r>
        <w:br/>
      </w:r>
      <w:r>
        <w:rPr>
          <w:sz w:val="20"/>
        </w:rPr>
        <w:t>1:12:00  a se zed tak babri masjid ke muamle mein musalmanon ka tareeqa ek zed tak, aur yeh bohat zabardast allah taala ka sawal kiya ja raha hai musalmanon se.</w:t>
      </w:r>
      <w:r>
        <w:br/>
      </w:r>
      <w:r>
        <w:rPr>
          <w:sz w:val="20"/>
        </w:rPr>
        <w:t>1:12:12  bohat zabardast sawal kiya ja raha hai. yaad rakhiye, isi point ko kya musalman jawab de sakte hain? allah taala kya tum ka right tha?</w:t>
      </w:r>
      <w:r>
        <w:br/>
      </w:r>
      <w:r>
        <w:rPr>
          <w:sz w:val="20"/>
        </w:rPr>
        <w:t>1:12:20  is is right se tum ne ek masjid ko single out kiya, aur baqi masjidon ko jab ka wahi anjam hua to us ke bare mein chup ho gaye. tum kyun tum ne aisa kiya?</w:t>
      </w:r>
      <w:r>
        <w:br/>
      </w:r>
      <w:r>
        <w:rPr>
          <w:sz w:val="20"/>
        </w:rPr>
        <w:t>1:12:32  yeh saada baat nahi. yaad rakhiye, bohat hi gum bheer baat hai, bohat hi serious baat hai, bohat serious baat hai. yeh masla hindu muslim ka nahi hai, yeh masla barah e rast islam ka hai,</w:t>
      </w:r>
      <w:r>
        <w:br/>
      </w:r>
      <w:r>
        <w:rPr>
          <w:sz w:val="20"/>
        </w:rPr>
        <w:t>1:12:48  barah e rast allah taala ke qanoon ka hai. aur bilashuba is mein musalmanon se poocha jayega qayamat mein ke tum ne kis right, kis haq se tum ne ek masjid ko single out kiya?</w:t>
      </w:r>
      <w:r>
        <w:br/>
      </w:r>
      <w:r>
        <w:rPr>
          <w:sz w:val="20"/>
        </w:rPr>
        <w:t>1:13:01  batao to kya musalman jawab denge is ka? yaad rakhiye, yeh saada baat nahi hai.</w:t>
      </w:r>
      <w:r>
        <w:br/>
      </w:r>
      <w:r>
        <w:rPr>
          <w:sz w:val="20"/>
        </w:rPr>
        <w:t>1:13:13  maulana, yeh sawal doctor farida khanam ne kiya hai nai dilli se.</w:t>
      </w:r>
      <w:r>
        <w:br/>
      </w:r>
      <w:r>
        <w:rPr>
          <w:sz w:val="20"/>
        </w:rPr>
        <w:t>1:13:17  unhon ne poocha hai: "what is the concept of leadership in islam? what is the criteria to judge a leader?</w:t>
      </w:r>
      <w:r>
        <w:br/>
      </w:r>
      <w:r>
        <w:rPr>
          <w:sz w:val="20"/>
        </w:rPr>
        <w:t>1:13:26  there are innumerable leaders among the muslims. how can they take a decision unitedly? is there any possibility of this?</w:t>
      </w:r>
      <w:r>
        <w:br/>
      </w:r>
      <w:r>
        <w:rPr>
          <w:sz w:val="20"/>
        </w:rPr>
        <w:t>1:13:36  or we are doomed to live under the shadow of incompetent leaders?"</w:t>
      </w:r>
      <w:r>
        <w:br/>
      </w:r>
      <w:r>
        <w:rPr>
          <w:sz w:val="20"/>
        </w:rPr>
        <w:t>1:13:49  dekhiye, islam mein leader ko imam kaha jata hai. imam to islam ka usool hai: "amruhum shura baynahum".</w:t>
      </w:r>
      <w:r>
        <w:br/>
      </w:r>
      <w:r>
        <w:rPr>
          <w:sz w:val="20"/>
        </w:rPr>
        <w:t>1:14:02  yani jab zaroorat ho imam muqarrar karne ki, yani leader muqarrar karne ki, to us ke liye mashwara kiya jaye, discuss kiya jaye, sab log baith kar rai karein, aur consensus se jis aadmi ko tay ho jaye, us ka imam maan liya jaye.</w:t>
      </w:r>
      <w:r>
        <w:br/>
      </w:r>
      <w:r>
        <w:rPr>
          <w:sz w:val="20"/>
        </w:rPr>
        <w:t>1:14:20  yeh to ideal baat hai, ideal baat ke jab bhi ek leader farz kiye mar gaya, ek leader ne resign kar diya kisi bhi baat se,</w:t>
      </w:r>
      <w:r>
        <w:br/>
      </w:r>
      <w:r>
        <w:rPr>
          <w:sz w:val="20"/>
        </w:rPr>
        <w:t>1:14:33  wo paida hoga. yani</w:t>
      </w:r>
      <w:r>
        <w:br/>
      </w:r>
      <w:r>
        <w:rPr>
          <w:sz w:val="20"/>
        </w:rPr>
        <w:t>1:14:37  leader ki na raha to log baithein aur discuss karein, aur jis aadmi ke naam par consensus ho jaye,</w:t>
      </w:r>
      <w:r>
        <w:br/>
      </w:r>
      <w:r>
        <w:rPr>
          <w:sz w:val="20"/>
        </w:rPr>
        <w:t>1:14:51  sab log us ko jo leader maan lein, sab log maan lein us ko. Yeh hai ideal surat. Doosri surat jo hai secondary darje mein, woh kya hai?</w:t>
      </w:r>
      <w:r>
        <w:br/>
      </w:r>
      <w:r>
        <w:rPr>
          <w:sz w:val="20"/>
        </w:rPr>
        <w:t>1:15:03  woh hai is ke liye bhi hadith mein bata diya gaya hai, woh yeh hai ke "ittaba' sawad al-a'zam".</w:t>
      </w:r>
      <w:r>
        <w:br/>
      </w:r>
      <w:r>
        <w:rPr>
          <w:sz w:val="20"/>
        </w:rPr>
        <w:t>1:15:15  ittaba' sawad al-a'zam ka matlab yeh hai ke kisi bhi tareeqe se agar koi aadmi leader ban gaya, chahe ghalat tareeqe se bana ho kyun na ho, to maan lo us ke saath jhanda na uthao.</w:t>
      </w:r>
      <w:r>
        <w:br/>
      </w:r>
      <w:r>
        <w:rPr>
          <w:sz w:val="20"/>
        </w:rPr>
        <w:t>1:15:30  yani ek ideal shakal yeh hai ke mashware se, discussion se</w:t>
      </w:r>
      <w:r>
        <w:br/>
      </w:r>
      <w:r>
        <w:rPr>
          <w:sz w:val="20"/>
        </w:rPr>
        <w:t>1:15:37  ke kisi shakhs ko banaya jaye aur sab log us ko maan lein. Lekin agar yeh ideal shakal possible na ho aur koi aadmi kisi bhi aur tareeqe se leader ban jaye to phir us ko maan lijiyega aap taake kam se kam peace qaim rahe.</w:t>
      </w:r>
      <w:r>
        <w:br/>
      </w:r>
      <w:r>
        <w:rPr>
          <w:sz w:val="20"/>
        </w:rPr>
        <w:t>1:15:55  aap jab maan lenge to kam se kam peace to qaim ho jayegi.</w:t>
      </w:r>
      <w:r>
        <w:br/>
      </w:r>
      <w:r>
        <w:rPr>
          <w:sz w:val="20"/>
        </w:rPr>
        <w:t>1:16:00  bas yeh do shakalain hain. Teesri shakal jo aaj kal musalmanon mein hai ke khare ho jatay hain jhanda le kar ke,</w:t>
      </w:r>
      <w:r>
        <w:br/>
      </w:r>
      <w:r>
        <w:rPr>
          <w:sz w:val="20"/>
        </w:rPr>
        <w:t>1:16:11  jaise musalmanon ke muslim karne mein democracy kyun nahi hai? Is ki misaal aap Pakistan dekh lijiyega,</w:t>
      </w:r>
      <w:r>
        <w:br/>
      </w:r>
      <w:r>
        <w:rPr>
          <w:sz w:val="20"/>
        </w:rPr>
        <w:t>1:16:18  ek election hoga, koi jeetega, ab kya hai? Doosra khara ho jayega. Rigging hui hai, rigging hui hai, rigging hui hai. Ab is ko down karne ke liye yeh Islam mein jaiz nahi hai.</w:t>
      </w:r>
      <w:r>
        <w:br/>
      </w:r>
      <w:r>
        <w:rPr>
          <w:sz w:val="20"/>
        </w:rPr>
        <w:t>1:16:31  Islam mein jaiz hi nahi hai. Yeh jaise bhi elect ho kar ke, jaise bhi woh ban kar ke seat par aa gaya to bas maan lijiyega us ko.</w:t>
      </w:r>
      <w:r>
        <w:br/>
      </w:r>
      <w:r>
        <w:rPr>
          <w:sz w:val="20"/>
        </w:rPr>
        <w:t>1:16:43  yeh hai Islam ka tareeqa. Kyun ke Islam mein dekhiye, jo jo supreme hai, woh kya hai? Normal si peace. Yeh hai supreme Islam mein.</w:t>
      </w:r>
      <w:r>
        <w:br/>
      </w:r>
      <w:r>
        <w:rPr>
          <w:sz w:val="20"/>
        </w:rPr>
        <w:t>1:16:56  is par bohat sari hadithain hain aur yahan par detail ka mauqa nahi hai</w:t>
      </w:r>
      <w:r>
        <w:br/>
      </w:r>
      <w:r>
        <w:rPr>
          <w:sz w:val="20"/>
        </w:rPr>
        <w:t>1:17:02  kyun ke main mukhtasaran yahi kahunga ke agar musalmanon mein yani constructive soch ho, woh is position mein hon ke discussion kar ke ek aadmi ko bana dein to bara acha hai.</w:t>
      </w:r>
      <w:r>
        <w:br/>
      </w:r>
      <w:r>
        <w:rPr>
          <w:sz w:val="20"/>
        </w:rPr>
        <w:t>1:17:15  nahi to jo aadmi bhi kisi bhi tareeqe se ho jaye, woh chahe rigging kar ke ho jaye, tab bhi us ko maan lijiyega kyun ke ittaba' sawad al-a'zam farmaya Rasool Allah (SAW) ne.</w:t>
      </w:r>
      <w:r>
        <w:br/>
      </w:r>
      <w:r>
        <w:rPr>
          <w:sz w:val="20"/>
        </w:rPr>
        <w:t>1:17:29  Maulana, un ka ek sawal</w:t>
      </w:r>
      <w:r>
        <w:br/>
      </w:r>
      <w:r>
        <w:rPr>
          <w:sz w:val="20"/>
        </w:rPr>
        <w:t>1:17:31  aur hai. Unhon ne likha hai ke "there was no media in the thirteen century, that is why Muslims were able to opt for the policy of inaction.</w:t>
      </w:r>
      <w:r>
        <w:br/>
      </w:r>
      <w:r>
        <w:rPr>
          <w:sz w:val="20"/>
        </w:rPr>
        <w:t>1:17:42  Now is there any possibility of Muslims refraining from giving provocative statements in the media and aggravating the situation further?" Bilkul, hum ko dekhiye, hamari team yeh sab nahi kaam kar rahi hai.</w:t>
      </w:r>
      <w:r>
        <w:br/>
      </w:r>
      <w:r>
        <w:rPr>
          <w:sz w:val="20"/>
        </w:rPr>
        <w:t>1:17:59  train</w:t>
      </w:r>
      <w:r>
        <w:br/>
      </w:r>
      <w:r>
        <w:rPr>
          <w:sz w:val="20"/>
        </w:rPr>
        <w:t>1:18:00  karne ki zaroorat hai. Hum train kar rahe hain logon ko to hamare jo itne saathi hain, koi sab kaam nahi karta. Pehle jo hai traditionally log aise thay, ab aap ko logon ki combine ki re-engineering karni hogi.</w:t>
      </w:r>
      <w:r>
        <w:br/>
      </w:r>
      <w:r>
        <w:rPr>
          <w:sz w:val="20"/>
        </w:rPr>
        <w:t>1:18:15  Bas yeh hai. Pehle to apne aap hi log jo thay, woh kingship ka zamana tha. Log chup chap rehtay thay. Ab woh daur khatam ho gaya, woh zamana khatam ho gaya, woh tradition toot gayi.</w:t>
      </w:r>
      <w:r>
        <w:br/>
      </w:r>
      <w:r>
        <w:rPr>
          <w:sz w:val="20"/>
        </w:rPr>
        <w:t>1:18:29  Lekin ab aap logon ke mind ki re-engineering kijiye, logon ko phir se samjhaiye.</w:t>
      </w:r>
      <w:r>
        <w:br/>
      </w:r>
      <w:r>
        <w:rPr>
          <w:sz w:val="20"/>
        </w:rPr>
        <w:t>1:18:36  Abhi aaj mere paas ek talib ilm aaye, ek sahab ka, subah unhon ne kaha ke aap ki kitabein parhne se pehle main sab ko dushman samajhta tha. Sab dushman hain, Hindu dushman hain, Yahudi dushman hain, American dushman hain, Islam ke sab khilaf sazishain karte hain.</w:t>
      </w:r>
      <w:r>
        <w:br/>
      </w:r>
      <w:r>
        <w:rPr>
          <w:sz w:val="20"/>
        </w:rPr>
        <w:t>1:18:50  Sab ke khilaf mere dil mein dushmani hoti thi. Aap ki kitabein parhne ke baad mera zehan bilkul badal gaya. Ab main samajhta hoon ke sab insaan hain,</w:t>
      </w:r>
      <w:r>
        <w:br/>
      </w:r>
      <w:r>
        <w:rPr>
          <w:sz w:val="20"/>
        </w:rPr>
        <w:t>1:18:59  koi dushman nahi hai. Yeh hai re-engineering of mind.</w:t>
      </w:r>
      <w:r>
        <w:br/>
      </w:r>
      <w:r>
        <w:rPr>
          <w:sz w:val="20"/>
        </w:rPr>
        <w:t>1:19:08  to pehle jo cheez apne aap haasil ho jati thi, us ke liye aap ko koshish karni paregi. itna hi farq hua hai.</w:t>
      </w:r>
    </w:p>
    <w:p>
      <w:pPr>
        <w:pStyle w:val="Heading2"/>
      </w:pPr>
      <w:r>
        <w:t>Muslims in Pakistan and Allah's Help</w:t>
      </w:r>
    </w:p>
    <w:p>
      <w:r>
        <w:rPr>
          <w:color w:val="666666"/>
          <w:sz w:val="18"/>
        </w:rPr>
        <w:t>Society &amp; Dawah · Dars-e-Quran, Hadith-e-Jibril October 29, 2017 · 10m 01s · at 1:15:10 · https://youtu.be/CaMTvkwqQqo?t=4510</w:t>
      </w:r>
    </w:p>
    <w:p>
      <w:r>
        <w:rPr>
          <w:i/>
        </w:rPr>
        <w:t>“Reference to today's lecture, how Muslims in Pakistan would know where they made mistake and they are not receiving Allah's help? Tell about this.”</w:t>
      </w:r>
    </w:p>
    <w:p>
      <w:r>
        <w:rPr>
          <w:sz w:val="20"/>
        </w:rPr>
        <w:t>1:15:10  ne wahin isi group mein abdul rehman sahib ne ek sawal bheja hai unhon ne likha hai ke reference</w:t>
      </w:r>
      <w:r>
        <w:br/>
      </w:r>
      <w:r>
        <w:rPr>
          <w:sz w:val="20"/>
        </w:rPr>
        <w:t>1:15:18  to today's lecture how Muslims in Pakistan would know where they made mistake and they are not receiving</w:t>
      </w:r>
      <w:r>
        <w:br/>
      </w:r>
      <w:r>
        <w:rPr>
          <w:sz w:val="20"/>
        </w:rPr>
        <w:t>1:15:27  allah help is ke bare mein bataein aaj mein waqea yeh hai ke isi baat par soch raha</w:t>
      </w:r>
      <w:r>
        <w:br/>
      </w:r>
      <w:r>
        <w:rPr>
          <w:sz w:val="20"/>
        </w:rPr>
        <w:t>1:15:36  tha</w:t>
      </w:r>
      <w:r>
        <w:br/>
      </w:r>
      <w:r>
        <w:rPr>
          <w:sz w:val="20"/>
        </w:rPr>
        <w:t>1:15:40  meri paidaish up mein hui ek gaon mein</w:t>
      </w:r>
      <w:r>
        <w:br/>
      </w:r>
      <w:r>
        <w:rPr>
          <w:sz w:val="20"/>
        </w:rPr>
        <w:t>1:15:44  hamare gaon ke</w:t>
      </w:r>
      <w:r>
        <w:br/>
      </w:r>
      <w:r>
        <w:rPr>
          <w:sz w:val="20"/>
        </w:rPr>
        <w:t>1:15:47  mili hui ek sadak hoti thi</w:t>
      </w:r>
      <w:r>
        <w:br/>
      </w:r>
      <w:r>
        <w:rPr>
          <w:sz w:val="20"/>
        </w:rPr>
        <w:t>1:15:51  jo shahganj se adampur tak jati thi</w:t>
      </w:r>
      <w:r>
        <w:br/>
      </w:r>
      <w:r>
        <w:rPr>
          <w:sz w:val="20"/>
        </w:rPr>
        <w:t>1:15:55  to kai bar maine dekha ke muslim naujawan</w:t>
      </w:r>
      <w:r>
        <w:br/>
      </w:r>
      <w:r>
        <w:rPr>
          <w:sz w:val="20"/>
        </w:rPr>
        <w:t>1:15:59  group bana kar</w:t>
      </w:r>
      <w:r>
        <w:br/>
      </w:r>
      <w:r>
        <w:rPr>
          <w:sz w:val="20"/>
        </w:rPr>
        <w:t>1:16:01  road par chal rahe the un ke hath mein banner hota tha banner</w:t>
      </w:r>
      <w:r>
        <w:br/>
      </w:r>
      <w:r>
        <w:rPr>
          <w:sz w:val="20"/>
        </w:rPr>
        <w:t>1:16:07  aur woh</w:t>
      </w:r>
      <w:r>
        <w:br/>
      </w:r>
      <w:r>
        <w:rPr>
          <w:sz w:val="20"/>
        </w:rPr>
        <w:t>1:16:11  yeh baat kehte the</w:t>
      </w:r>
      <w:r>
        <w:br/>
      </w:r>
      <w:r>
        <w:rPr>
          <w:sz w:val="20"/>
        </w:rPr>
        <w:t>1:16:16  ke yeh waqt ki baat hai jab ke Pakistan ki tehreek chal rahi thi 1947 se pehle ki baat to aap ko pata hoga ke jab Pakistan ki tehreek chal rahi thi to all India tehreek thi woh</w:t>
      </w:r>
      <w:r>
        <w:br/>
      </w:r>
      <w:r>
        <w:rPr>
          <w:sz w:val="20"/>
        </w:rPr>
        <w:t>1:16:36  yani woh tehreek sirf Pakistan mein nahi thi all India thi har jagah to woh naujawan aawaz dete the Pakistan ka matlab kya la ilaha illallah</w:t>
      </w:r>
      <w:r>
        <w:br/>
      </w:r>
      <w:r>
        <w:rPr>
          <w:sz w:val="20"/>
        </w:rPr>
        <w:t>1:16:50  pakistan ka matlab kya la ilaha illallah</w:t>
      </w:r>
      <w:r>
        <w:br/>
      </w:r>
      <w:r>
        <w:rPr>
          <w:sz w:val="20"/>
        </w:rPr>
        <w:t>1:16:54  to aaj mein yahi soch raha tha</w:t>
      </w:r>
      <w:r>
        <w:br/>
      </w:r>
      <w:r>
        <w:rPr>
          <w:sz w:val="20"/>
        </w:rPr>
        <w:t>1:16:58  ke india ke musalmanon ne khas taur par pakistan ke musalmanon ne</w:t>
      </w:r>
      <w:r>
        <w:br/>
      </w:r>
      <w:r>
        <w:rPr>
          <w:sz w:val="20"/>
        </w:rPr>
        <w:t>1:17:06  in alfaaz ke sath goya allah se wada kiya tha ke khuda ya tu hamein pakistan de aur hum</w:t>
      </w:r>
      <w:r>
        <w:br/>
      </w:r>
      <w:r>
        <w:rPr>
          <w:sz w:val="20"/>
        </w:rPr>
        <w:t>1:17:15  la ilaha illallah ko sare dunya mein phaila dein allah ne hamein aur aap ko is tarah</w:t>
      </w:r>
      <w:r>
        <w:br/>
      </w:r>
      <w:r>
        <w:rPr>
          <w:sz w:val="20"/>
        </w:rPr>
        <w:t>1:17:20  hamein yahi sare wasail ko istemal kar ke allah ke kalam ko quran ko har zaban mein tarjuma</w:t>
      </w:r>
      <w:r>
        <w:br/>
      </w:r>
      <w:r>
        <w:rPr>
          <w:sz w:val="20"/>
        </w:rPr>
        <w:t>1:17:28  kar ke phaila dein</w:t>
      </w:r>
      <w:r>
        <w:br/>
      </w:r>
      <w:r>
        <w:rPr>
          <w:sz w:val="20"/>
        </w:rPr>
        <w:t>1:17:31  yahi keh rahe the goya kyunke la ilaha illallah to kalma quran hai</w:t>
      </w:r>
      <w:r>
        <w:br/>
      </w:r>
      <w:r>
        <w:rPr>
          <w:sz w:val="20"/>
        </w:rPr>
        <w:t>1:17:36  lekin</w:t>
      </w:r>
      <w:r>
        <w:br/>
      </w:r>
      <w:r>
        <w:rPr>
          <w:sz w:val="20"/>
        </w:rPr>
        <w:t>1:17:37  aap dekhiye Pakistan banne ke baad kya hua log aapas mein ladne lage aapas mein ladne lage jaise ke kisi ne hijack kar liya cricket cricket mein aik term hai sledging</w:t>
      </w:r>
      <w:r>
        <w:br/>
      </w:r>
      <w:r>
        <w:rPr>
          <w:sz w:val="20"/>
        </w:rPr>
        <w:t>1:17:57  ap mujh se zyada jante hain ke jab do team khel rahi ho</w:t>
      </w:r>
      <w:r>
        <w:br/>
      </w:r>
      <w:r>
        <w:rPr>
          <w:sz w:val="20"/>
        </w:rPr>
        <w:t>1:18:03  aur ek team</w:t>
      </w:r>
      <w:r>
        <w:br/>
      </w:r>
      <w:r>
        <w:rPr>
          <w:sz w:val="20"/>
        </w:rPr>
        <w:t>1:18:07  acchi performance dikha rahi ho</w:t>
      </w:r>
      <w:r>
        <w:br/>
      </w:r>
      <w:r>
        <w:rPr>
          <w:sz w:val="20"/>
        </w:rPr>
        <w:t>1:18:12  to doosri team is ko kuch aisi baat kahe gi</w:t>
      </w:r>
      <w:r>
        <w:br/>
      </w:r>
      <w:r>
        <w:rPr>
          <w:sz w:val="20"/>
        </w:rPr>
        <w:t>1:18:17  ke wo is ka tempo khatm ho jaye</w:t>
      </w:r>
      <w:r>
        <w:br/>
      </w:r>
      <w:r>
        <w:rPr>
          <w:sz w:val="20"/>
        </w:rPr>
        <w:t>1:18:23  ek bari zabardast tempo ke sath wo khel rahe hain wo jeetne wale hain to haarne wali team</w:t>
      </w:r>
      <w:r>
        <w:br/>
      </w:r>
      <w:r>
        <w:rPr>
          <w:sz w:val="20"/>
        </w:rPr>
        <w:t>1:18:29  kuch aisi baat kahe gi provoke karne wali un ko</w:t>
      </w:r>
      <w:r>
        <w:br/>
      </w:r>
      <w:r>
        <w:rPr>
          <w:sz w:val="20"/>
        </w:rPr>
        <w:t>1:18:35  ke un ka tempo khatm ho jaye wo haar jayen is ko kehte hain sledging</w:t>
      </w:r>
      <w:r>
        <w:br/>
      </w:r>
      <w:r>
        <w:rPr>
          <w:sz w:val="20"/>
        </w:rPr>
        <w:t>1:18:42  to</w:t>
      </w:r>
      <w:r>
        <w:br/>
      </w:r>
      <w:r>
        <w:rPr>
          <w:sz w:val="20"/>
        </w:rPr>
        <w:t>1:18:43  pakistan ke baad yahi hua</w:t>
      </w:r>
      <w:r>
        <w:br/>
      </w:r>
      <w:r>
        <w:rPr>
          <w:sz w:val="20"/>
        </w:rPr>
        <w:t>1:18:46  kuch aur taqaten</w:t>
      </w:r>
      <w:r>
        <w:br/>
      </w:r>
      <w:r>
        <w:rPr>
          <w:sz w:val="20"/>
        </w:rPr>
        <w:t>1:18:49  ubhren jinho ne is tempo ko highjack kar liya</w:t>
      </w:r>
      <w:r>
        <w:br/>
      </w:r>
      <w:r>
        <w:rPr>
          <w:sz w:val="20"/>
        </w:rPr>
        <w:t>1:18:54  jo tempo ubhra tha pakistan ka matlab ke la ilaha illallah ek tempo</w:t>
      </w:r>
      <w:r>
        <w:br/>
      </w:r>
      <w:r>
        <w:rPr>
          <w:sz w:val="20"/>
        </w:rPr>
        <w:t>1:19:00  to kuch taqaton ne is ko highjack is tarah kiya ke shikayat ki baaten bohat zyada phaila</w:t>
      </w:r>
      <w:r>
        <w:br/>
      </w:r>
      <w:r>
        <w:rPr>
          <w:sz w:val="20"/>
        </w:rPr>
        <w:t>1:19:05  deen hum mazloom hain bohat zyada phaila diya bas ladaai bhadaai shuru ho gayi jis ko dekhiye bas hum</w:t>
      </w:r>
      <w:r>
        <w:br/>
      </w:r>
      <w:r>
        <w:rPr>
          <w:sz w:val="20"/>
        </w:rPr>
        <w:t>1:19:13  mazloom hain hamare sath bura sulook hua hai hamare sath haq talfi hui hai</w:t>
      </w:r>
      <w:r>
        <w:br/>
      </w:r>
      <w:r>
        <w:rPr>
          <w:sz w:val="20"/>
        </w:rPr>
        <w:t>1:19:22  is tarah se kuch taqaton ne ek political sledging ki</w:t>
      </w:r>
      <w:r>
        <w:br/>
      </w:r>
      <w:r>
        <w:rPr>
          <w:sz w:val="20"/>
        </w:rPr>
        <w:t>1:19:28  aur</w:t>
      </w:r>
      <w:r>
        <w:br/>
      </w:r>
      <w:r>
        <w:rPr>
          <w:sz w:val="20"/>
        </w:rPr>
        <w:t>1:19:28  is tempo ko high jack kar liya aur pakistan ke log is ka shikar ho gaye</w:t>
      </w:r>
      <w:r>
        <w:br/>
      </w:r>
      <w:r>
        <w:rPr>
          <w:sz w:val="20"/>
        </w:rPr>
        <w:t>1:19:39  is unho ne hijackers ke fareb mein aa gaye</w:t>
      </w:r>
      <w:r>
        <w:br/>
      </w:r>
      <w:r>
        <w:rPr>
          <w:sz w:val="20"/>
        </w:rPr>
        <w:t>1:19:43  yani pakistan ke tempo ko</w:t>
      </w:r>
      <w:r>
        <w:br/>
      </w:r>
      <w:r>
        <w:rPr>
          <w:sz w:val="20"/>
        </w:rPr>
        <w:t>1:19:47  unho ne highjack kiya aur khud pakistan ke log is ka shikar ho gaye lage hue hain</w:t>
      </w:r>
      <w:r>
        <w:br/>
      </w:r>
      <w:r>
        <w:rPr>
          <w:sz w:val="20"/>
        </w:rPr>
        <w:t>1:19:53  koi is kaam karne ka</w:t>
      </w:r>
      <w:r>
        <w:br/>
      </w:r>
      <w:r>
        <w:rPr>
          <w:sz w:val="20"/>
        </w:rPr>
        <w:t>1:19:56  mujhe ek waqia yaad ata hai ek banda mein gaya tha iraq</w:t>
      </w:r>
      <w:r>
        <w:br/>
      </w:r>
      <w:r>
        <w:rPr>
          <w:sz w:val="20"/>
        </w:rPr>
        <w:t>1:20:02  to iraq mein ek pakistani shia aaye the ziyarat ke liye</w:t>
      </w:r>
      <w:r>
        <w:br/>
      </w:r>
      <w:r>
        <w:rPr>
          <w:sz w:val="20"/>
        </w:rPr>
        <w:t>1:20:09  wo senior the wo</w:t>
      </w:r>
      <w:r>
        <w:br/>
      </w:r>
      <w:r>
        <w:rPr>
          <w:sz w:val="20"/>
        </w:rPr>
        <w:t>1:20:12  pakistani shia to un se mein ne poocha acha woh dilli se gaye thay pakistan dilli se</w:t>
      </w:r>
      <w:r>
        <w:br/>
      </w:r>
      <w:r>
        <w:rPr>
          <w:sz w:val="20"/>
        </w:rPr>
        <w:t>1:20:22  migrate kar ke pakistan banne ke baad to</w:t>
      </w:r>
      <w:r>
        <w:br/>
      </w:r>
      <w:r>
        <w:rPr>
          <w:sz w:val="20"/>
        </w:rPr>
        <w:t>1:20:25  mein ne un se poocha ke aap ne pakistan banne se pehle bhi dekha hai aur pakistan banne</w:t>
      </w:r>
      <w:r>
        <w:br/>
      </w:r>
      <w:r>
        <w:rPr>
          <w:sz w:val="20"/>
        </w:rPr>
        <w:t>1:20:32  ke baad bhi dekha hai is mulk ko</w:t>
      </w:r>
      <w:r>
        <w:br/>
      </w:r>
      <w:r>
        <w:rPr>
          <w:sz w:val="20"/>
        </w:rPr>
        <w:t>1:20:36  aap ka kya</w:t>
      </w:r>
      <w:r>
        <w:br/>
      </w:r>
      <w:r>
        <w:rPr>
          <w:sz w:val="20"/>
        </w:rPr>
        <w:t>1:20:38  tajurba hai to woh rone lage</w:t>
      </w:r>
      <w:r>
        <w:br/>
      </w:r>
      <w:r>
        <w:rPr>
          <w:sz w:val="20"/>
        </w:rPr>
        <w:t>1:20:44  woh buzurg jo thay rone lage ro kar unhon ne kaha</w:t>
      </w:r>
      <w:r>
        <w:br/>
      </w:r>
      <w:r>
        <w:rPr>
          <w:sz w:val="20"/>
        </w:rPr>
        <w:t>1:20:50  ab tak mujhe yaad hai</w:t>
      </w:r>
      <w:r>
        <w:br/>
      </w:r>
      <w:r>
        <w:rPr>
          <w:sz w:val="20"/>
        </w:rPr>
        <w:t>1:20:52  ke haal kya pehle hum log hindu musalman ka naam pe ladte thay ab hum ladte hain shia</w:t>
      </w:r>
      <w:r>
        <w:br/>
      </w:r>
      <w:r>
        <w:rPr>
          <w:sz w:val="20"/>
        </w:rPr>
        <w:t>1:21:00  sunni shia ke naam par</w:t>
      </w:r>
      <w:r>
        <w:br/>
      </w:r>
      <w:r>
        <w:rPr>
          <w:sz w:val="20"/>
        </w:rPr>
        <w:t>1:21:03  pehlay hindu muslim jhagray thay ab shia sunni jhagray hain</w:t>
      </w:r>
      <w:r>
        <w:br/>
      </w:r>
      <w:r>
        <w:rPr>
          <w:sz w:val="20"/>
        </w:rPr>
        <w:t>1:21:08  woh mujhe yaad aya</w:t>
      </w:r>
      <w:r>
        <w:br/>
      </w:r>
      <w:r>
        <w:rPr>
          <w:sz w:val="20"/>
        </w:rPr>
        <w:t>1:21:13  to ek waqia hai ke 1947 se pehle pure muslim mein ek tempo aaya tha tempo pakistan ka matlab kya la ilaha illallah to la ilaha illallah ek paigham hai ek kalma toheed ka is naam par logon ka to ek tempo paida hua tha ke hamein la ilaha ko sari dunya mein phailana hai aisa lagta tha ke wo waqia ho jayega ke</w:t>
      </w:r>
      <w:r>
        <w:br/>
      </w:r>
      <w:r>
        <w:rPr>
          <w:sz w:val="20"/>
        </w:rPr>
        <w:t>1:21:42  wallah laib laghnad ar rab ma balagh laib an nahar laib laib laghnad ar rab ma balagh laib an nahar to lagta</w:t>
      </w:r>
      <w:r>
        <w:br/>
      </w:r>
      <w:r>
        <w:rPr>
          <w:sz w:val="20"/>
        </w:rPr>
        <w:t>1:21:53  tha ke yeh tempo la ilah ke naam par aya hai</w:t>
      </w:r>
      <w:r>
        <w:br/>
      </w:r>
      <w:r>
        <w:rPr>
          <w:sz w:val="20"/>
        </w:rPr>
        <w:t>1:21:58  jo rasool Allah ne wahan par</w:t>
      </w:r>
      <w:r>
        <w:br/>
      </w:r>
      <w:r>
        <w:rPr>
          <w:sz w:val="20"/>
        </w:rPr>
        <w:t>1:22:02  rasool Allah ne ka tareeqa tha makkah mein</w:t>
      </w:r>
      <w:r>
        <w:br/>
      </w:r>
      <w:r>
        <w:rPr>
          <w:sz w:val="20"/>
        </w:rPr>
        <w:t>1:22:06  qoolo la ilah ill Allah taflou</w:t>
      </w:r>
      <w:r>
        <w:br/>
      </w:r>
      <w:r>
        <w:rPr>
          <w:sz w:val="20"/>
        </w:rPr>
        <w:t>1:22:10  aap wahan par majmay majamay mein jatay thay aur kehtay thay ayaha nas qoolo la ilah ill Allah</w:t>
      </w:r>
      <w:r>
        <w:br/>
      </w:r>
      <w:r>
        <w:rPr>
          <w:sz w:val="20"/>
        </w:rPr>
        <w:t>1:22:17  taflou to aisa lagta tha ke woh kaam to hua tha makkah mein ab jo ummat muslema ke</w:t>
      </w:r>
      <w:r>
        <w:br/>
      </w:r>
      <w:r>
        <w:rPr>
          <w:sz w:val="20"/>
        </w:rPr>
        <w:t>1:22:24  andar tempo paida hua hai la ilah ka to sari</w:t>
      </w:r>
      <w:r>
        <w:br/>
      </w:r>
      <w:r>
        <w:rPr>
          <w:sz w:val="20"/>
        </w:rPr>
        <w:t>1:22:28  duniya mein woh phail jayen ge</w:t>
      </w:r>
      <w:r>
        <w:br/>
      </w:r>
      <w:r>
        <w:rPr>
          <w:sz w:val="20"/>
        </w:rPr>
        <w:t>1:22:31  aur kahain ge duniya se aye logon toheed ka rasta pakro aye logon quran ko parho</w:t>
      </w:r>
      <w:r>
        <w:br/>
      </w:r>
      <w:r>
        <w:rPr>
          <w:sz w:val="20"/>
        </w:rPr>
        <w:t>1:22:39  lekin aisa lagta hai ke koi shaitan kood pada</w:t>
      </w:r>
      <w:r>
        <w:br/>
      </w:r>
      <w:r>
        <w:rPr>
          <w:sz w:val="20"/>
        </w:rPr>
        <w:t>1:22:45  aur us ne hijack kar liya is tempe ko</w:t>
      </w:r>
      <w:r>
        <w:br/>
      </w:r>
      <w:r>
        <w:rPr>
          <w:sz w:val="20"/>
        </w:rPr>
        <w:t>1:22:50  aur woh tempo an awail reh gaya</w:t>
      </w:r>
      <w:r>
        <w:br/>
      </w:r>
      <w:r>
        <w:rPr>
          <w:sz w:val="20"/>
        </w:rPr>
        <w:t>1:22:53  woh jo tempo tha woh in awail reh gaya</w:t>
      </w:r>
      <w:r>
        <w:br/>
      </w:r>
      <w:r>
        <w:rPr>
          <w:sz w:val="20"/>
        </w:rPr>
        <w:t>1:22:59  to meri dua hai ke Allah taala</w:t>
      </w:r>
      <w:r>
        <w:br/>
      </w:r>
      <w:r>
        <w:rPr>
          <w:sz w:val="20"/>
        </w:rPr>
        <w:t>1:23:02  al Pakistan ko</w:t>
      </w:r>
      <w:r>
        <w:br/>
      </w:r>
      <w:r>
        <w:rPr>
          <w:sz w:val="20"/>
        </w:rPr>
        <w:t>1:23:05  samajh de aur dobara is tempo ko revive kare woh</w:t>
      </w:r>
      <w:r>
        <w:br/>
      </w:r>
      <w:r>
        <w:rPr>
          <w:sz w:val="20"/>
        </w:rPr>
        <w:t>1:23:11  dobara is tempo ko revive kare aur Rasool Allah ki jo sunnat dawat thi aap kehte the logon</w:t>
      </w:r>
      <w:r>
        <w:br/>
      </w:r>
      <w:r>
        <w:rPr>
          <w:sz w:val="20"/>
        </w:rPr>
        <w:t>1:23:17  ke paas ja ja kar ke qolo</w:t>
      </w:r>
      <w:r>
        <w:br/>
      </w:r>
      <w:r>
        <w:rPr>
          <w:sz w:val="20"/>
        </w:rPr>
        <w:t>1:23:21  la ilaha illallah aihya nas qolo la ilaha illallah taflon</w:t>
      </w:r>
      <w:r>
        <w:br/>
      </w:r>
      <w:r>
        <w:rPr>
          <w:sz w:val="20"/>
        </w:rPr>
        <w:t>1:23:26  to ahl e Pakistan dunya ke samne khare ho kar kahein aey logon Quran ko parho</w:t>
      </w:r>
      <w:r>
        <w:br/>
      </w:r>
      <w:r>
        <w:rPr>
          <w:sz w:val="20"/>
        </w:rPr>
        <w:t>1:23:34  a logon hum tumhari apni qabil understandable zuban mein quran tumhare paas laye hain ahl e pakistan is waqt Allah ne phaila bhi diya in ko</w:t>
      </w:r>
      <w:r>
        <w:br/>
      </w:r>
      <w:r>
        <w:rPr>
          <w:sz w:val="20"/>
        </w:rPr>
        <w:t>1:23:47  dunya mein taqreeban 200 mulk hain lekin ek martaba mein ne parhi thi report to taqreeban sare hi mulk mein ahl e pakistan phailay hue hain</w:t>
      </w:r>
      <w:r>
        <w:br/>
      </w:r>
      <w:r>
        <w:rPr>
          <w:sz w:val="20"/>
        </w:rPr>
        <w:t>1:24:00  to woh woh tempo revive revive ho aur ahl e pakistan ja ja kar har jagah kahen un ki apni zuban mein keh lo ke hum quran ko tumhari understandable language mein le kar aaye hain parho is ko yeh tumhare tumhare rab ka kalam hai to is tempo ko revive karna hai</w:t>
      </w:r>
      <w:r>
        <w:br/>
      </w:r>
      <w:r>
        <w:rPr>
          <w:sz w:val="20"/>
        </w:rPr>
        <w:t>1:24:27  here we miss the train</w:t>
      </w:r>
      <w:r>
        <w:br/>
      </w:r>
      <w:r>
        <w:rPr>
          <w:sz w:val="20"/>
        </w:rPr>
        <w:t>1:24:31  here we missed the train is train ko pakro pakriye is tempo ko revive kijiye aur sari dunya ke samne Allah ne aap ko pohncha diya hai aap pohnche hain aap dollar kamane ke liye ab khade ho jaiye quran ko le kar aur kahiye ke a logon tumhari apni understandable language mein hum laye hain Khuda ka kalam lo us ko parh</w:t>
      </w:r>
      <w:r>
        <w:br/>
      </w:r>
      <w:r>
        <w:rPr>
          <w:sz w:val="20"/>
        </w:rPr>
        <w:t>1:24:59  wohi meri dua hai wohi mein Allah taala se dua karta hoon</w:t>
      </w:r>
    </w:p>
    <w:p>
      <w:pPr>
        <w:pStyle w:val="Heading2"/>
      </w:pPr>
      <w:r>
        <w:t>Muslims' Proper Response to Movie Violence</w:t>
      </w:r>
    </w:p>
    <w:p>
      <w:r>
        <w:rPr>
          <w:color w:val="666666"/>
          <w:sz w:val="18"/>
        </w:rPr>
        <w:t>Society &amp; Dawah · Creative Solution or Ijtihadi Hul 16th Sep '12 SLOW · 7m 19s · at 1:22:46 · https://youtu.be/Ri7r6K65b2Y?t=4966</w:t>
      </w:r>
    </w:p>
    <w:p>
      <w:r>
        <w:rPr>
          <w:i/>
        </w:rPr>
        <w:t>“Maulana, regarding the recent violence that occurred over a movie, the Times of India reported something like 'Head Muslims not reacting'. What is the proper response for Muslims in such situations?”</w:t>
      </w:r>
    </w:p>
    <w:p>
      <w:r>
        <w:rPr>
          <w:sz w:val="20"/>
        </w:rPr>
        <w:t>1:22:46  Maulana, agla sawal Dilli se hai Dr. Fareeda Khanam ka.</w:t>
      </w:r>
      <w:r>
        <w:br/>
      </w:r>
      <w:r>
        <w:rPr>
          <w:sz w:val="20"/>
        </w:rPr>
        <w:t>1:22:51  unhon ne likha hai ke Maulana, yeh jo abhi present violence hua hai movie ko le ke, to</w:t>
      </w:r>
      <w:r>
        <w:br/>
      </w:r>
      <w:r>
        <w:rPr>
          <w:sz w:val="20"/>
        </w:rPr>
        <w:t>1:22:58  اس میں انہوں نے لکھا ہے کہ ٹائمز آف انڈیا میں آیا ہے کہ "Had Muslims not re</w:t>
      </w:r>
      <w:r>
        <w:br/>
      </w:r>
      <w:r>
        <w:rPr>
          <w:sz w:val="20"/>
        </w:rPr>
        <w:t>1:23:06  acted violently.</w:t>
      </w:r>
      <w:r>
        <w:br/>
      </w:r>
      <w:r>
        <w:rPr>
          <w:sz w:val="20"/>
        </w:rPr>
        <w:t>1:23:08  Very few people would have watched the film.</w:t>
      </w:r>
      <w:r>
        <w:br/>
      </w:r>
      <w:r>
        <w:rPr>
          <w:sz w:val="20"/>
        </w:rPr>
        <w:t>1:23:11  Not only has it increased the curiosity of people, but now YouTube plans to put the complete video</w:t>
      </w:r>
      <w:r>
        <w:br/>
      </w:r>
      <w:r>
        <w:rPr>
          <w:sz w:val="20"/>
        </w:rPr>
        <w:t>1:23:19  آن لائن۔" Maulana, what are your thoughts on this? یہ تو بہت صحیح بات ہے۔</w:t>
      </w:r>
      <w:r>
        <w:br/>
      </w:r>
      <w:r>
        <w:rPr>
          <w:sz w:val="20"/>
        </w:rPr>
        <w:t>1:23:26  main ne parha hai Dr. Sahib ke is is report ko.</w:t>
      </w:r>
      <w:r>
        <w:br/>
      </w:r>
      <w:r>
        <w:rPr>
          <w:sz w:val="20"/>
        </w:rPr>
        <w:t>1:23:30  yeh to Musalman, main ne thora sa dekha internet par, thora sa dekha hai is ko.</w:t>
      </w:r>
      <w:r>
        <w:br/>
      </w:r>
      <w:r>
        <w:rPr>
          <w:sz w:val="20"/>
        </w:rPr>
        <w:t>1:23:37  itna absurd hai woh bilkul, yani itni theme is ki fazool hai ke woh is qabil nahi ke</w:t>
      </w:r>
      <w:r>
        <w:br/>
      </w:r>
      <w:r>
        <w:rPr>
          <w:sz w:val="20"/>
        </w:rPr>
        <w:t>1:23:45  koi dekhe der tak.</w:t>
      </w:r>
      <w:r>
        <w:br/>
      </w:r>
      <w:r>
        <w:rPr>
          <w:sz w:val="20"/>
        </w:rPr>
        <w:t>1:23:47  is ko aadmi is ko zara sa dekhe ga aur us ke baad chhod de ga.</w:t>
      </w:r>
      <w:r>
        <w:br/>
      </w:r>
      <w:r>
        <w:rPr>
          <w:sz w:val="20"/>
        </w:rPr>
        <w:t>1:23:53  is ko yeh to Musalman shor machaye, shor machaye to is ki ahmiyat paida karti hai.</w:t>
      </w:r>
      <w:r>
        <w:br/>
      </w:r>
      <w:r>
        <w:rPr>
          <w:sz w:val="20"/>
        </w:rPr>
        <w:t>1:24:00  shor ke baad yahi baat hui thi Salman Rushdie ke muamle mein ke woh kitaab bhi bilkul is</w:t>
      </w:r>
      <w:r>
        <w:br/>
      </w:r>
      <w:r>
        <w:rPr>
          <w:sz w:val="20"/>
        </w:rPr>
        <w:t>1:24:08  ki theme bohat thi, third class ki theme hai is ki.</w:t>
      </w:r>
      <w:r>
        <w:br/>
      </w:r>
      <w:r>
        <w:rPr>
          <w:sz w:val="20"/>
        </w:rPr>
        <w:t>1:24:13  aur lekin wahan jo shor machaya hai, tab logon ko khwab kya ke is ko parho.</w:t>
      </w:r>
      <w:r>
        <w:br/>
      </w:r>
      <w:r>
        <w:rPr>
          <w:sz w:val="20"/>
        </w:rPr>
        <w:t>1:24:20  kya baat hai is kitab mein? to Salma Rushdie ke mamle mein bhi musalmanon ne shor o shor kar ke</w:t>
      </w:r>
      <w:r>
        <w:br/>
      </w:r>
      <w:r>
        <w:rPr>
          <w:sz w:val="20"/>
        </w:rPr>
        <w:t>1:24:27  is ki ahmiyat barha di.</w:t>
      </w:r>
      <w:r>
        <w:br/>
      </w:r>
      <w:r>
        <w:rPr>
          <w:sz w:val="20"/>
        </w:rPr>
        <w:t>1:24:29  aise hi is bar bhi shor o shor kar ke is ki ahmiyat barha di.</w:t>
      </w:r>
      <w:r>
        <w:br/>
      </w:r>
      <w:r>
        <w:rPr>
          <w:sz w:val="20"/>
        </w:rPr>
        <w:t>1:24:35  warna koi bhi shakhs is kitab ko parhe ya is ah, yeh Innocence of Muslims ko dekhe, itna</w:t>
      </w:r>
      <w:r>
        <w:br/>
      </w:r>
      <w:r>
        <w:rPr>
          <w:sz w:val="20"/>
        </w:rPr>
        <w:t>1:24:43  ziyada laow hai, itna ziyada absurd hai ke aadmi kahe ke "la haula wala quwwata" keh ke chhod</w:t>
      </w:r>
      <w:r>
        <w:br/>
      </w:r>
      <w:r>
        <w:rPr>
          <w:sz w:val="20"/>
        </w:rPr>
        <w:t>1:24:50  de ga.</w:t>
      </w:r>
      <w:r>
        <w:br/>
      </w:r>
      <w:r>
        <w:rPr>
          <w:sz w:val="20"/>
        </w:rPr>
        <w:t>1:24:52  is ko is se koi problem hi koi hone wala nahi hai, har giz nahi.</w:t>
      </w:r>
      <w:r>
        <w:br/>
      </w:r>
      <w:r>
        <w:rPr>
          <w:sz w:val="20"/>
        </w:rPr>
        <w:t>1:24:57  koi ek aadmi is is se koi asar lene wala nahi hai.</w:t>
      </w:r>
      <w:r>
        <w:br/>
      </w:r>
      <w:r>
        <w:rPr>
          <w:sz w:val="20"/>
        </w:rPr>
        <w:t>1:25:03  lekin jab shorgul karenge aap to ahmiyat barh jayegi.</w:t>
      </w:r>
      <w:r>
        <w:br/>
      </w:r>
      <w:r>
        <w:rPr>
          <w:sz w:val="20"/>
        </w:rPr>
        <w:t>1:25:07  shorgul karne ki wajah se ahmiyat barh gayi is ki.</w:t>
      </w:r>
      <w:r>
        <w:br/>
      </w:r>
      <w:r>
        <w:rPr>
          <w:sz w:val="20"/>
        </w:rPr>
        <w:t>1:25:12  Maulana, un ka ek aur sawal hai.</w:t>
      </w:r>
      <w:r>
        <w:br/>
      </w:r>
      <w:r>
        <w:rPr>
          <w:sz w:val="20"/>
        </w:rPr>
        <w:t>1:25:15  انہوں نے لکھا ہے: "One of my students told me that after completing his studies, he would join</w:t>
      </w:r>
      <w:r>
        <w:br/>
      </w:r>
      <w:r>
        <w:rPr>
          <w:sz w:val="20"/>
        </w:rPr>
        <w:t>1:25:22  Jihad.</w:t>
      </w:r>
      <w:r>
        <w:br/>
      </w:r>
      <w:r>
        <w:rPr>
          <w:sz w:val="20"/>
        </w:rPr>
        <w:t>1:25:24  I asked him the reason for his doing so.</w:t>
      </w:r>
      <w:r>
        <w:br/>
      </w:r>
      <w:r>
        <w:rPr>
          <w:sz w:val="20"/>
        </w:rPr>
        <w:t>1:25:28  He replied that our brothers are being killed in Assam.</w:t>
      </w:r>
      <w:r>
        <w:br/>
      </w:r>
      <w:r>
        <w:rPr>
          <w:sz w:val="20"/>
        </w:rPr>
        <w:t>1:25:32  "How can we remain silent at such oppression? We have to retaliate." Maulana, what is your? Dekhiye, yeh</w:t>
      </w:r>
      <w:r>
        <w:br/>
      </w:r>
      <w:r>
        <w:rPr>
          <w:sz w:val="20"/>
        </w:rPr>
        <w:t>1:25:40  sara mamla yeh hai ke musalmanon ke jo so called jo leader hain, bilkul musalmanon mein third class</w:t>
      </w:r>
      <w:r>
        <w:br/>
      </w:r>
      <w:r>
        <w:rPr>
          <w:sz w:val="20"/>
        </w:rPr>
        <w:t>1:25:47  log jo hain, aa kar ke bolte hain.</w:t>
      </w:r>
      <w:r>
        <w:br/>
      </w:r>
      <w:r>
        <w:rPr>
          <w:sz w:val="20"/>
        </w:rPr>
        <w:t>1:25:51  aur is mein stage par aur urdu akhbaron mein chhapta hai.</w:t>
      </w:r>
      <w:r>
        <w:br/>
      </w:r>
      <w:r>
        <w:rPr>
          <w:sz w:val="20"/>
        </w:rPr>
        <w:t>1:25:56  ziyadatar urdu akhbaron mein yeh sab baatein hoti hain.</w:t>
      </w:r>
      <w:r>
        <w:br/>
      </w:r>
      <w:r>
        <w:rPr>
          <w:sz w:val="20"/>
        </w:rPr>
        <w:t>1:26:00  phir woh samajhte hain ke wahan zulm ho raha hai.</w:t>
      </w:r>
      <w:r>
        <w:br/>
      </w:r>
      <w:r>
        <w:rPr>
          <w:sz w:val="20"/>
        </w:rPr>
        <w:t>1:26:04  akhbari reporton mein one sided reporting hoti hai, yak tarfa reporting hoti hai.</w:t>
      </w:r>
      <w:r>
        <w:br/>
      </w:r>
      <w:r>
        <w:rPr>
          <w:sz w:val="20"/>
        </w:rPr>
        <w:t>1:26:09  yani khud musalmanon ne kya kiya, yeh nahi hoti.</w:t>
      </w:r>
      <w:r>
        <w:br/>
      </w:r>
      <w:r>
        <w:rPr>
          <w:sz w:val="20"/>
        </w:rPr>
        <w:t>1:26:13  main is ki ek misaal deta hoon ke Burma mein aap internet se check kar lijiye ke Burma</w:t>
      </w:r>
      <w:r>
        <w:br/>
      </w:r>
      <w:r>
        <w:rPr>
          <w:sz w:val="20"/>
        </w:rPr>
        <w:t>1:26:21  mein mashhoor hai ke Burma mein zulm ho raha hai, zulm ho raha hai, zulm ho raha hai.</w:t>
      </w:r>
      <w:r>
        <w:br/>
      </w:r>
      <w:r>
        <w:rPr>
          <w:sz w:val="20"/>
        </w:rPr>
        <w:t>1:26:29  musalmanon ko maar rahe hain.</w:t>
      </w:r>
      <w:r>
        <w:br/>
      </w:r>
      <w:r>
        <w:rPr>
          <w:sz w:val="20"/>
        </w:rPr>
        <w:t>1:26:31  to in dilli ke kuch yahi jo so called leader hain musalmanon ke, unhon ne dilli ke jo</w:t>
      </w:r>
      <w:r>
        <w:br/>
      </w:r>
      <w:r>
        <w:rPr>
          <w:sz w:val="20"/>
        </w:rPr>
        <w:t>1:26:38  burma ka ambassador hai, is ko letter likha ke sahib, aap se milna chahte hain is jo zulm</w:t>
      </w:r>
      <w:r>
        <w:br/>
      </w:r>
      <w:r>
        <w:rPr>
          <w:sz w:val="20"/>
        </w:rPr>
        <w:t>1:26:46  musalmanon ke khilaf ho raha hai, is se baat karne ke liye.</w:t>
      </w:r>
      <w:r>
        <w:br/>
      </w:r>
      <w:r>
        <w:rPr>
          <w:sz w:val="20"/>
        </w:rPr>
        <w:t>1:26:51  to is ne ek letter likha.</w:t>
      </w:r>
      <w:r>
        <w:br/>
      </w:r>
      <w:r>
        <w:rPr>
          <w:sz w:val="20"/>
        </w:rPr>
        <w:t>1:26:54  is letter ko is ne internet pe daal diya.</w:t>
      </w:r>
      <w:r>
        <w:br/>
      </w:r>
      <w:r>
        <w:rPr>
          <w:sz w:val="20"/>
        </w:rPr>
        <w:t>1:26:58  aap dekh sakte ho is letter ko.</w:t>
      </w:r>
      <w:r>
        <w:br/>
      </w:r>
      <w:r>
        <w:rPr>
          <w:sz w:val="20"/>
        </w:rPr>
        <w:t>1:27:01  burma ke safeer ne jo dilli mein hai, us ne kaha ke aap log waqiaat se ko ko</w:t>
      </w:r>
      <w:r>
        <w:br/>
      </w:r>
      <w:r>
        <w:rPr>
          <w:sz w:val="20"/>
        </w:rPr>
        <w:t>1:27:08  poori tarah se li jiye.</w:t>
      </w:r>
      <w:r>
        <w:br/>
      </w:r>
      <w:r>
        <w:rPr>
          <w:sz w:val="20"/>
        </w:rPr>
        <w:t>1:27:10  aap be khabar hain is waqie se.</w:t>
      </w:r>
      <w:r>
        <w:br/>
      </w:r>
      <w:r>
        <w:rPr>
          <w:sz w:val="20"/>
        </w:rPr>
        <w:t>1:27:13  us ne kaha ke wahan par aisa hua ke ek ek buddhist larki ko, buddhist larki ko kai</w:t>
      </w:r>
      <w:r>
        <w:br/>
      </w:r>
      <w:r>
        <w:rPr>
          <w:sz w:val="20"/>
        </w:rPr>
        <w:t>1:27:21  musalman larkon ne gang rape kiya aur phir maar bhi dala is ko.</w:t>
      </w:r>
      <w:r>
        <w:br/>
      </w:r>
      <w:r>
        <w:rPr>
          <w:sz w:val="20"/>
        </w:rPr>
        <w:t>1:27:26  to zahir hai ke use sirf use yeh to wahan par activator hona hi tha.</w:t>
      </w:r>
      <w:r>
        <w:br/>
      </w:r>
      <w:r>
        <w:rPr>
          <w:sz w:val="20"/>
        </w:rPr>
        <w:t>1:27:33  yeh sab baatein aap dekhein, internet maujood hai.</w:t>
      </w:r>
      <w:r>
        <w:br/>
      </w:r>
      <w:r>
        <w:rPr>
          <w:sz w:val="20"/>
        </w:rPr>
        <w:t>1:27:36  to is tarah ki hum hum hum huma kaana harkatein jo ki jaati hain, is ko report nahi</w:t>
      </w:r>
      <w:r>
        <w:br/>
      </w:r>
      <w:r>
        <w:rPr>
          <w:sz w:val="20"/>
        </w:rPr>
        <w:t>1:27:44  karte akhbar wale.</w:t>
      </w:r>
      <w:r>
        <w:br/>
      </w:r>
      <w:r>
        <w:rPr>
          <w:sz w:val="20"/>
        </w:rPr>
        <w:t>1:27:45  is ke retaliation ki report karte hain.</w:t>
      </w:r>
      <w:r>
        <w:br/>
      </w:r>
      <w:r>
        <w:rPr>
          <w:sz w:val="20"/>
        </w:rPr>
        <w:t>1:27:48  in ko main kehta hoon one sided reporting.</w:t>
      </w:r>
      <w:r>
        <w:br/>
      </w:r>
      <w:r>
        <w:rPr>
          <w:sz w:val="20"/>
        </w:rPr>
        <w:t>1:27:52  to yeh yeh yeh yeh sab se zyada yeh musalmanon ke akhbar hain, woh aag lagate hain.</w:t>
      </w:r>
      <w:r>
        <w:br/>
      </w:r>
      <w:r>
        <w:rPr>
          <w:sz w:val="20"/>
        </w:rPr>
        <w:t>1:27:59  musalmanon ke akhbar mein sab se zyada one sided reporting hoti hai.</w:t>
      </w:r>
      <w:r>
        <w:br/>
      </w:r>
      <w:r>
        <w:rPr>
          <w:sz w:val="20"/>
        </w:rPr>
        <w:t>1:28:04  main ne ek mazmoon likha tha ke musalmanon ki jo sahafat hai, woh yellow sahafat, yellow journals ki</w:t>
      </w:r>
      <w:r>
        <w:br/>
      </w:r>
      <w:r>
        <w:rPr>
          <w:sz w:val="20"/>
        </w:rPr>
        <w:t>1:28:12  sab se badi misaal hai.</w:t>
      </w:r>
      <w:r>
        <w:br/>
      </w:r>
      <w:r>
        <w:rPr>
          <w:sz w:val="20"/>
        </w:rPr>
        <w:t>1:28:14  jitne musalmanon ke akhbarat hain, chahe urdu ho ya angrezi na ho, sab yellow journals ki misaal hote</w:t>
      </w:r>
      <w:r>
        <w:br/>
      </w:r>
      <w:r>
        <w:rPr>
          <w:sz w:val="20"/>
        </w:rPr>
        <w:t>1:28:22  hain.</w:t>
      </w:r>
      <w:r>
        <w:br/>
      </w:r>
      <w:r>
        <w:rPr>
          <w:sz w:val="20"/>
        </w:rPr>
        <w:t>1:28:23  yani adhi baat na kehna, adhi baat kehna, ise log bhark bhark kar ke hote hain.</w:t>
      </w:r>
      <w:r>
        <w:br/>
      </w:r>
      <w:r>
        <w:rPr>
          <w:sz w:val="20"/>
        </w:rPr>
        <w:t>1:28:30  to assam mein kuch nahi hai, na burma mein kuch hai.</w:t>
      </w:r>
      <w:r>
        <w:br/>
      </w:r>
      <w:r>
        <w:rPr>
          <w:sz w:val="20"/>
        </w:rPr>
        <w:t>1:28:35  har jagah musalmanon ko batana chahiye ke tum ne jo hamakatein ki thin, us ko band karo.</w:t>
      </w:r>
      <w:r>
        <w:br/>
      </w:r>
      <w:r>
        <w:rPr>
          <w:sz w:val="20"/>
        </w:rPr>
        <w:t>1:28:42  yeh detilation hai.</w:t>
      </w:r>
      <w:r>
        <w:br/>
      </w:r>
      <w:r>
        <w:rPr>
          <w:sz w:val="20"/>
        </w:rPr>
        <w:t>1:28:44  retilation ko woh zulm batate hain.</w:t>
      </w:r>
      <w:r>
        <w:br/>
      </w:r>
      <w:r>
        <w:rPr>
          <w:sz w:val="20"/>
        </w:rPr>
        <w:t>1:28:46  burma mein bhi retilation hai, assam mein bhi retilation hai.</w:t>
      </w:r>
      <w:r>
        <w:br/>
      </w:r>
      <w:r>
        <w:rPr>
          <w:sz w:val="20"/>
        </w:rPr>
        <w:t>1:28:51  to jo jo talib ilm bechara aisa soch raha hai, woh woh jante hi nahin kuch.</w:t>
      </w:r>
      <w:r>
        <w:br/>
      </w:r>
      <w:r>
        <w:rPr>
          <w:sz w:val="20"/>
        </w:rPr>
        <w:t>1:28:57  is ko haq khabar nahin hai.</w:t>
      </w:r>
      <w:r>
        <w:br/>
      </w:r>
      <w:r>
        <w:rPr>
          <w:sz w:val="20"/>
        </w:rPr>
        <w:t>1:29:00  is musalman ke akhbar ne parh liya, is ne samajhta hai ke yahi waqea hai.</w:t>
      </w:r>
      <w:r>
        <w:br/>
      </w:r>
      <w:r>
        <w:rPr>
          <w:sz w:val="20"/>
        </w:rPr>
        <w:t>1:29:06  halankeh musalmanon ke akhbar mein yak tarfa reporting rehti hai.</w:t>
      </w:r>
      <w:r>
        <w:br/>
      </w:r>
      <w:r>
        <w:rPr>
          <w:sz w:val="20"/>
        </w:rPr>
        <w:t>1:29:10  to is ko agar samjha diya jaye ke tum poori soorat-e-haal ko pata karo ke kya hai, to</w:t>
      </w:r>
      <w:r>
        <w:br/>
      </w:r>
      <w:r>
        <w:rPr>
          <w:sz w:val="20"/>
        </w:rPr>
        <w:t>1:29:18  maloom hoga ke ke musalman innocent nahin hai.</w:t>
      </w:r>
      <w:r>
        <w:br/>
      </w:r>
      <w:r>
        <w:rPr>
          <w:sz w:val="20"/>
        </w:rPr>
        <w:t>1:29:21  yani musalmanon ka koi innocent dikhate hain.</w:t>
      </w:r>
      <w:r>
        <w:br/>
      </w:r>
      <w:r>
        <w:rPr>
          <w:sz w:val="20"/>
        </w:rPr>
        <w:t>1:29:24  sare urdu urdu akhbarat aur musalmanon ke angrezi akhbar urdu akhbar jitne hain, musalmanon ko innocent dikhate hain,</w:t>
      </w:r>
      <w:r>
        <w:br/>
      </w:r>
      <w:r>
        <w:rPr>
          <w:sz w:val="20"/>
        </w:rPr>
        <w:t>1:29:32  masoom bilkul.</w:t>
      </w:r>
      <w:r>
        <w:br/>
      </w:r>
      <w:r>
        <w:rPr>
          <w:sz w:val="20"/>
        </w:rPr>
        <w:t>1:29:34  isi se log bhadakte hain ke hum to bilkul innocent hain, hamare khilaf khwamkhwah zulm ho raha hai.</w:t>
      </w:r>
      <w:r>
        <w:br/>
      </w:r>
      <w:r>
        <w:rPr>
          <w:sz w:val="20"/>
        </w:rPr>
        <w:t>1:29:41  aur yeh bilkul aisa nahin hai.</w:t>
      </w:r>
      <w:r>
        <w:br/>
      </w:r>
      <w:r>
        <w:rPr>
          <w:sz w:val="20"/>
        </w:rPr>
        <w:t>1:29:44  aap is ki aik misaal bhi ban jati hai.</w:t>
      </w:r>
      <w:r>
        <w:br/>
      </w:r>
      <w:r>
        <w:rPr>
          <w:sz w:val="20"/>
        </w:rPr>
        <w:t>1:29:48  aap ko aap internet pe check kar lijiye ke burma ka safeer jo india mein hai, us ne</w:t>
      </w:r>
      <w:r>
        <w:br/>
      </w:r>
      <w:r>
        <w:rPr>
          <w:sz w:val="20"/>
        </w:rPr>
        <w:t>1:29:56  jo khat likha tha, us ko us ne daal diya hai internet par.</w:t>
      </w:r>
      <w:r>
        <w:br/>
      </w:r>
      <w:r>
        <w:rPr>
          <w:sz w:val="20"/>
        </w:rPr>
        <w:t>1:30:01  us ko us ko download kar ke parh lijiyee.</w:t>
      </w:r>
    </w:p>
    <w:p>
      <w:pPr>
        <w:pStyle w:val="Heading2"/>
      </w:pPr>
      <w:r>
        <w:t>Muslims' failure to understand democracy</w:t>
      </w:r>
    </w:p>
    <w:p>
      <w:r>
        <w:rPr>
          <w:color w:val="666666"/>
          <w:sz w:val="18"/>
        </w:rPr>
        <w:t>Society &amp; Dawah · Concept of Jihad in Islam September 7, 2014 · 5m 24s · at 1:09:47 · https://youtu.be/GnKBYM8HbuQ?t=4187</w:t>
      </w:r>
    </w:p>
    <w:p>
      <w:r>
        <w:rPr>
          <w:i/>
        </w:rPr>
        <w:t>“Why is it that Muslims failed to understand the importance of democracy which is exactly in accordance with the spirit of Islam?”</w:t>
      </w:r>
    </w:p>
    <w:p>
      <w:r>
        <w:rPr>
          <w:sz w:val="20"/>
        </w:rPr>
        <w:t>1:09:47  maulana, agla sawal doctor farida khanam ka hai, deli se.</w:t>
      </w:r>
      <w:r>
        <w:br/>
      </w:r>
      <w:r>
        <w:rPr>
          <w:sz w:val="20"/>
        </w:rPr>
        <w:t>1:09:51  unhon ne likha hai ke why is it that Muslims failed to understand the importance of democracy which</w:t>
      </w:r>
      <w:r>
        <w:br/>
      </w:r>
      <w:r>
        <w:rPr>
          <w:sz w:val="20"/>
        </w:rPr>
        <w:t>1:09:59  is exactly in accordance with the spirit of Islam dekhiye, Quran mein khud jamhooriyat ka usool maujood hai.</w:t>
      </w:r>
      <w:r>
        <w:br/>
      </w:r>
      <w:r>
        <w:rPr>
          <w:sz w:val="20"/>
        </w:rPr>
        <w:t>1:10:07  amruhum shura baynahum yahi to jamhooriyat hai.</w:t>
      </w:r>
      <w:r>
        <w:br/>
      </w:r>
      <w:r>
        <w:rPr>
          <w:sz w:val="20"/>
        </w:rPr>
        <w:t>1:10:10  asal cheez yeh hui, is se pehle mein yeh baat arz kar chuka hoon ke jis zamane mein</w:t>
      </w:r>
      <w:r>
        <w:br/>
      </w:r>
      <w:r>
        <w:rPr>
          <w:sz w:val="20"/>
        </w:rPr>
        <w:t>1:10:17  jamhooriyat aayi, western civilization aayi, modern taraqqiyan aayin, modern communication aayi, yeh sari press ka zamana aaya.</w:t>
      </w:r>
      <w:r>
        <w:br/>
      </w:r>
      <w:r>
        <w:rPr>
          <w:sz w:val="20"/>
        </w:rPr>
        <w:t>1:10:25  jis zamane mein, theek usi zamane mein aik waqea hua, woh kya hai? colonialism aa gaya.</w:t>
      </w:r>
      <w:r>
        <w:br/>
      </w:r>
      <w:r>
        <w:rPr>
          <w:sz w:val="20"/>
        </w:rPr>
        <w:t>1:10:31  yani Europe ki taqatein dunya mein phaili aur unhon ne Muslim mulkon mein jagah jagah apna dabdaba qaim</w:t>
      </w:r>
      <w:r>
        <w:br/>
      </w:r>
      <w:r>
        <w:rPr>
          <w:sz w:val="20"/>
        </w:rPr>
        <w:t>1:10:39  kar liya.</w:t>
      </w:r>
      <w:r>
        <w:br/>
      </w:r>
      <w:r>
        <w:rPr>
          <w:sz w:val="20"/>
        </w:rPr>
        <w:t>1:10:40  is ke jo musalmanon mein political reaction hua, wahi political reaction musalmanon mein chha gaya, aaj</w:t>
      </w:r>
      <w:r>
        <w:br/>
      </w:r>
      <w:r>
        <w:rPr>
          <w:sz w:val="20"/>
        </w:rPr>
        <w:t>1:10:48  tak chhaya hua hai.</w:t>
      </w:r>
      <w:r>
        <w:br/>
      </w:r>
      <w:r>
        <w:rPr>
          <w:sz w:val="20"/>
        </w:rPr>
        <w:t>1:10:50  wo be khabar ho gaye ke yeh jo tarqqiyan hain, is ko hum ne dawat ke liye avail</w:t>
      </w:r>
      <w:r>
        <w:br/>
      </w:r>
      <w:r>
        <w:rPr>
          <w:sz w:val="20"/>
        </w:rPr>
        <w:t>1:10:57  karna hai.</w:t>
      </w:r>
      <w:r>
        <w:br/>
      </w:r>
      <w:r>
        <w:rPr>
          <w:sz w:val="20"/>
        </w:rPr>
        <w:t>1:10:59  dawat ke liye avail karna hai.</w:t>
      </w:r>
      <w:r>
        <w:br/>
      </w:r>
      <w:r>
        <w:rPr>
          <w:sz w:val="20"/>
        </w:rPr>
        <w:t>1:11:01  hamare haan Adam Barg mein ek khandan ka mujhe pata hai, pachees saal tak wo log ladte rahe</w:t>
      </w:r>
      <w:r>
        <w:br/>
      </w:r>
      <w:r>
        <w:rPr>
          <w:sz w:val="20"/>
        </w:rPr>
        <w:t>1:11:09  aapas mein.</w:t>
      </w:r>
      <w:r>
        <w:br/>
      </w:r>
      <w:r>
        <w:rPr>
          <w:sz w:val="20"/>
        </w:rPr>
        <w:t>1:11:11  do family, do zameendar family, pachees saal tak.</w:t>
      </w:r>
      <w:r>
        <w:br/>
      </w:r>
      <w:r>
        <w:rPr>
          <w:sz w:val="20"/>
        </w:rPr>
        <w:t>1:11:14  yeh meri aankhon ke samne ki baat hai.</w:t>
      </w:r>
      <w:r>
        <w:br/>
      </w:r>
      <w:r>
        <w:rPr>
          <w:sz w:val="20"/>
        </w:rPr>
        <w:t>1:11:18  aur kuch, koi, kuch nahi, in ko hum maar rahe hain, in ko hum maar rahe hain, in</w:t>
      </w:r>
      <w:r>
        <w:br/>
      </w:r>
      <w:r>
        <w:rPr>
          <w:sz w:val="20"/>
        </w:rPr>
        <w:t>1:11:25  ka khet kaat rahe hain, in ka khet kaat rahe hain.</w:t>
      </w:r>
      <w:r>
        <w:br/>
      </w:r>
      <w:r>
        <w:rPr>
          <w:sz w:val="20"/>
        </w:rPr>
        <w:t>1:11:30  yeh mere samne ki baat hai.</w:t>
      </w:r>
      <w:r>
        <w:br/>
      </w:r>
      <w:r>
        <w:rPr>
          <w:sz w:val="20"/>
        </w:rPr>
        <w:t>1:11:33  bohat baad ko unhon ne daryaft kiya ke ab to education ka zamana hai.</w:t>
      </w:r>
      <w:r>
        <w:br/>
      </w:r>
      <w:r>
        <w:rPr>
          <w:sz w:val="20"/>
        </w:rPr>
        <w:t>1:11:39  education ka zamana hai, hum kyun lad rahe hain khwamkhwah? Ab isi family ke mutaliq mujhe pata hai,</w:t>
      </w:r>
      <w:r>
        <w:br/>
      </w:r>
      <w:r>
        <w:rPr>
          <w:sz w:val="20"/>
        </w:rPr>
        <w:t>1:11:46  abhi mein gaya tha Adam Barg.</w:t>
      </w:r>
      <w:r>
        <w:br/>
      </w:r>
      <w:r>
        <w:rPr>
          <w:sz w:val="20"/>
        </w:rPr>
        <w:t>1:11:49  Ab isi family ke koi professor hai, koi engineer hai, koi doctor hai.</w:t>
      </w:r>
      <w:r>
        <w:br/>
      </w:r>
      <w:r>
        <w:rPr>
          <w:sz w:val="20"/>
        </w:rPr>
        <w:t>1:11:54  Ab chhod diya unhon ne ladai bhadai.</w:t>
      </w:r>
      <w:r>
        <w:br/>
      </w:r>
      <w:r>
        <w:rPr>
          <w:sz w:val="20"/>
        </w:rPr>
        <w:t>1:11:57  to unhein khabar nahi thi, un families ko yeh khabar nahi thi ke wo family jeete the purane</w:t>
      </w:r>
      <w:r>
        <w:br/>
      </w:r>
      <w:r>
        <w:rPr>
          <w:sz w:val="20"/>
        </w:rPr>
        <w:t>1:12:05  tribal age mein.</w:t>
      </w:r>
      <w:r>
        <w:br/>
      </w:r>
      <w:r>
        <w:rPr>
          <w:sz w:val="20"/>
        </w:rPr>
        <w:t>1:12:07  jab ladai bhadai hai, sab kuch hoti thi.</w:t>
      </w:r>
      <w:r>
        <w:br/>
      </w:r>
      <w:r>
        <w:rPr>
          <w:sz w:val="20"/>
        </w:rPr>
        <w:t>1:12:10  wa ahya ana la bakhr akheen iza ma lam yajid allahu akhanana to isi obsession mein the ke ladna</w:t>
      </w:r>
      <w:r>
        <w:br/>
      </w:r>
      <w:r>
        <w:rPr>
          <w:sz w:val="20"/>
        </w:rPr>
        <w:t>1:12:18  bhadna koi kaam hai.</w:t>
      </w:r>
      <w:r>
        <w:br/>
      </w:r>
      <w:r>
        <w:rPr>
          <w:sz w:val="20"/>
        </w:rPr>
        <w:t>1:12:19  phir unhein pata chal gaya ke nahi, yeh to education ka zamana hai.</w:t>
      </w:r>
      <w:r>
        <w:br/>
      </w:r>
      <w:r>
        <w:rPr>
          <w:sz w:val="20"/>
        </w:rPr>
        <w:t>1:12:25  education lo, aap tarqqiyan karo, khoob khoob.</w:t>
      </w:r>
      <w:r>
        <w:br/>
      </w:r>
      <w:r>
        <w:rPr>
          <w:sz w:val="20"/>
        </w:rPr>
        <w:t>1:12:28  ab isi family ka koi aadmi london mein hai, koi aadmi kahin kahan hai, koi kahan hai, koi</w:t>
      </w:r>
      <w:r>
        <w:br/>
      </w:r>
      <w:r>
        <w:rPr>
          <w:sz w:val="20"/>
        </w:rPr>
        <w:t>1:12:36  doctor hai, koi engineer hai, koi kuch hai.</w:t>
      </w:r>
      <w:r>
        <w:br/>
      </w:r>
      <w:r>
        <w:rPr>
          <w:sz w:val="20"/>
        </w:rPr>
        <w:t>1:12:39  asal mein yeh hai sara unawareness.</w:t>
      </w:r>
      <w:r>
        <w:br/>
      </w:r>
      <w:r>
        <w:rPr>
          <w:sz w:val="20"/>
        </w:rPr>
        <w:t>1:12:42  musalman jante hi nahin, abhi bhi qaumi hesiyat se ke dunya mein ek naya daur aa gaya hai.</w:t>
      </w:r>
      <w:r>
        <w:br/>
      </w:r>
      <w:r>
        <w:rPr>
          <w:sz w:val="20"/>
        </w:rPr>
        <w:t>1:12:49  woh isi daur mein jee rahe hain, tribal age mein.</w:t>
      </w:r>
      <w:r>
        <w:br/>
      </w:r>
      <w:r>
        <w:rPr>
          <w:sz w:val="20"/>
        </w:rPr>
        <w:t>1:12:53  aur wohi gun chala rahe hain, wohi bomb chala rahe hain.</w:t>
      </w:r>
      <w:r>
        <w:br/>
      </w:r>
      <w:r>
        <w:rPr>
          <w:sz w:val="20"/>
        </w:rPr>
        <w:t>1:12:58  to hamara jo mission hai, sach poochhein to logon ko is unawareness se bahar lana.</w:t>
      </w:r>
      <w:r>
        <w:br/>
      </w:r>
      <w:r>
        <w:rPr>
          <w:sz w:val="20"/>
        </w:rPr>
        <w:t>1:13:04  is unawareness se bahar lana.</w:t>
      </w:r>
      <w:r>
        <w:br/>
      </w:r>
      <w:r>
        <w:rPr>
          <w:sz w:val="20"/>
        </w:rPr>
        <w:t>1:13:07  jitne musalman bahar aayenge, jaise maine Adam Berg ki family ki baat batai na, wohi poori</w:t>
      </w:r>
      <w:r>
        <w:br/>
      </w:r>
      <w:r>
        <w:rPr>
          <w:sz w:val="20"/>
        </w:rPr>
        <w:t>1:13:14  ummat ka haal wohi ho jayega.</w:t>
      </w:r>
      <w:r>
        <w:br/>
      </w:r>
      <w:r>
        <w:rPr>
          <w:sz w:val="20"/>
        </w:rPr>
        <w:t>1:13:17  maulana, yeh ek comment aaya hai jo Maulana Iqbal Umri ne bheja hai Chennai se.</w:t>
      </w:r>
      <w:r>
        <w:br/>
      </w:r>
      <w:r>
        <w:rPr>
          <w:sz w:val="20"/>
        </w:rPr>
        <w:t>1:13:24  hum is ko parhte hain.</w:t>
      </w:r>
      <w:r>
        <w:br/>
      </w:r>
      <w:r>
        <w:rPr>
          <w:sz w:val="20"/>
        </w:rPr>
        <w:t>1:13:26  is mein likha hai: "aaj ki hadith al-jihad al-mazin mein jo shubah tha, woh khatam ho gaya.</w:t>
      </w:r>
      <w:r>
        <w:br/>
      </w:r>
      <w:r>
        <w:rPr>
          <w:sz w:val="20"/>
        </w:rPr>
        <w:t>1:13:33  hadith ke mukammal alfaaz na milne se confusion tha.</w:t>
      </w:r>
      <w:r>
        <w:br/>
      </w:r>
      <w:r>
        <w:rPr>
          <w:sz w:val="20"/>
        </w:rPr>
        <w:t>1:13:37  ab yeh wazeh ho gaya ke alfaaz yeh hain: al-da'wah al-mazin ila yawm al-qiyamah.</w:t>
      </w:r>
      <w:r>
        <w:br/>
      </w:r>
      <w:r>
        <w:rPr>
          <w:sz w:val="20"/>
        </w:rPr>
        <w:t>1:13:43  theek hai, yeh sahi hai, masha Allah, bohat sahi hai.</w:t>
      </w:r>
      <w:r>
        <w:br/>
      </w:r>
      <w:r>
        <w:rPr>
          <w:sz w:val="20"/>
        </w:rPr>
        <w:t>1:13:47  yani is ka matlab yeh hai ke dawah hamesha jaari rahegi qayamat tak.</w:t>
      </w:r>
      <w:r>
        <w:br/>
      </w:r>
      <w:r>
        <w:rPr>
          <w:sz w:val="20"/>
        </w:rPr>
        <w:t>1:13:53  jihad bil-saif nahin, dawah.</w:t>
      </w:r>
      <w:r>
        <w:br/>
      </w:r>
      <w:r>
        <w:rPr>
          <w:sz w:val="20"/>
        </w:rPr>
        <w:t>1:13:55  is ka matlab yeh hai.</w:t>
      </w:r>
      <w:r>
        <w:br/>
      </w:r>
      <w:r>
        <w:rPr>
          <w:sz w:val="20"/>
        </w:rPr>
        <w:t>1:13:57  Okay, so we will end this session.</w:t>
      </w:r>
      <w:r>
        <w:br/>
      </w:r>
      <w:r>
        <w:rPr>
          <w:sz w:val="20"/>
        </w:rPr>
        <w:t>1:14:00  There is one announcement: the Delhi Dawa Field team will be having their monthly meeting, so all the</w:t>
      </w:r>
      <w:r>
        <w:br/>
      </w:r>
      <w:r>
        <w:rPr>
          <w:sz w:val="20"/>
        </w:rPr>
        <w:t>1:14:08  members are requested to stay back after this session.</w:t>
      </w:r>
      <w:r>
        <w:br/>
      </w:r>
      <w:r>
        <w:rPr>
          <w:sz w:val="20"/>
        </w:rPr>
        <w:t>1:14:12  Thank you.</w:t>
      </w:r>
    </w:p>
    <w:p>
      <w:pPr>
        <w:pStyle w:val="Heading2"/>
      </w:pPr>
      <w:r>
        <w:t>Necessity of Muslim leader today</w:t>
      </w:r>
    </w:p>
    <w:p>
      <w:r>
        <w:rPr>
          <w:color w:val="666666"/>
          <w:sz w:val="18"/>
        </w:rPr>
        <w:t>Society &amp; Dawah · Divine Help September 22, 2015 · 6m 46s · at 36:17 · https://youtu.be/sozrNCif0Gg?t=2177</w:t>
      </w:r>
    </w:p>
    <w:p>
      <w:r>
        <w:rPr>
          <w:i/>
        </w:rPr>
        <w:t>“I have heard from many Muslims in the West say that they need a leader or a strong community leadership. What are your thoughts on this? Is a Muslim leader really needed in today's age?”</w:t>
      </w:r>
    </w:p>
    <w:p>
      <w:r>
        <w:rPr>
          <w:sz w:val="20"/>
        </w:rPr>
        <w:t>36:17  molana, agla sawal lete hain. yeh asad parvez sahib ne likha hai Kuwait se. unhon ne likha hai: "Molana, I have heard from many Muslims in the West say that they need a leader or a strong community leadership.</w:t>
      </w:r>
      <w:r>
        <w:br/>
      </w:r>
      <w:r>
        <w:rPr>
          <w:sz w:val="20"/>
        </w:rPr>
        <w:t>36:37  Molana, what are your thoughts on this? Is a Muslim leader really needed in today's age?"</w:t>
      </w:r>
      <w:r>
        <w:br/>
      </w:r>
      <w:r>
        <w:rPr>
          <w:sz w:val="20"/>
        </w:rPr>
        <w:t>36:46  dekhiye, yeh mere nazdeek bohat bari bhool hai. aaj musalman jo</w:t>
      </w:r>
      <w:r>
        <w:br/>
      </w:r>
      <w:r>
        <w:rPr>
          <w:sz w:val="20"/>
        </w:rPr>
        <w:t>36:59  lack of acceptance of leadership ka moamla hai, yeh lack of leadership ka moamla nahi hai. hamara jo hamara jo mission hai, hamare jo sathi hain, woh leadership to faraham kar rahe hain, to accept nahi karte musalman.</w:t>
      </w:r>
      <w:r>
        <w:br/>
      </w:r>
      <w:r>
        <w:rPr>
          <w:sz w:val="20"/>
        </w:rPr>
        <w:t>37:16  to maujooda zamane mein jo musalman aaya hai, woh lack of leadership ka hergiz nahi, hergiz nahi. woh lack of acceptance of leadership ka hai.</w:t>
      </w:r>
      <w:r>
        <w:br/>
      </w:r>
      <w:r>
        <w:rPr>
          <w:sz w:val="20"/>
        </w:rPr>
        <w:t>37:27  hamari poori team leadership to faraham kar rahi hai, is ko accept kijiye.</w:t>
      </w:r>
      <w:r>
        <w:br/>
      </w:r>
      <w:r>
        <w:rPr>
          <w:sz w:val="20"/>
        </w:rPr>
        <w:t>37:34  is ko support dijiye. is ko apna paisa dijiye, apni energy dijiye, apna time dijiye.</w:t>
      </w:r>
      <w:r>
        <w:br/>
      </w:r>
      <w:r>
        <w:rPr>
          <w:sz w:val="20"/>
        </w:rPr>
        <w:t>37:43  khawamkhwah leader nahi to leader ka aap koi shaitan nikle ga jo aap ka leader banay ga? leader aa chukay hain maidan mein, ab woh kaam kar rahay hain.</w:t>
      </w:r>
      <w:r>
        <w:br/>
      </w:r>
      <w:r>
        <w:rPr>
          <w:sz w:val="20"/>
        </w:rPr>
        <w:t>37:57  ji haan, to aaj ka jo masla lack of leadership ka hergiz nahi hai, lack of acceptance of leadership ka hai. maulana, aik comment aur sawal hai.</w:t>
      </w:r>
      <w:r>
        <w:br/>
      </w:r>
      <w:r>
        <w:rPr>
          <w:sz w:val="20"/>
        </w:rPr>
        <w:t>38:08  muhammad imran talha sahib ne bheja hai kareem nagar se.</w:t>
      </w:r>
      <w:r>
        <w:br/>
      </w:r>
      <w:r>
        <w:rPr>
          <w:sz w:val="20"/>
        </w:rPr>
        <w:t>38:13  unhon ne likha hai: "aaj baatein lecture mein jo huin, is se pata chala ke pehle sahaba aur tabieen quran phailatay thay.</w:t>
      </w:r>
      <w:r>
        <w:br/>
      </w:r>
      <w:r>
        <w:rPr>
          <w:sz w:val="20"/>
        </w:rPr>
        <w:t>38:23  aaj outsourcing ke zariye allah ka kaam ho raha hai. aaj to age of communication aa gayi hai. aur maulana, aap ne kaha ke secular logon se bhi allah deen ka kaam letay hain.</w:t>
      </w:r>
      <w:r>
        <w:br/>
      </w:r>
      <w:r>
        <w:rPr>
          <w:sz w:val="20"/>
        </w:rPr>
        <w:t>38:37  allah ki bohat bari blessing hai aaj ki age of communication mein</w:t>
      </w:r>
      <w:r>
        <w:br/>
      </w:r>
      <w:r>
        <w:rPr>
          <w:sz w:val="20"/>
        </w:rPr>
        <w:t>38:42  . technology ki waja se hi aaj hum sab log aap ke video ko live dekh pa rahay hain. alhamdulillah.</w:t>
      </w:r>
      <w:r>
        <w:br/>
      </w:r>
      <w:r>
        <w:rPr>
          <w:sz w:val="20"/>
        </w:rPr>
        <w:t>38:52  masha allah. maulana, mera sawal hai ke jab insan par koi mushkil aati hai to allah ki taraf se hai ya hamari galtiyon ki waja se hai?</w:t>
      </w:r>
      <w:r>
        <w:br/>
      </w:r>
      <w:r>
        <w:rPr>
          <w:sz w:val="20"/>
        </w:rPr>
        <w:t>39:02  hum is ko kesay maloom karein? dekhiye, yeh quran mein kai aayatein hain, is ko mutala kijiye aap.</w:t>
      </w:r>
      <w:r>
        <w:br/>
      </w:r>
      <w:r>
        <w:rPr>
          <w:sz w:val="20"/>
        </w:rPr>
        <w:t>39:11  hamari ghalt planning hoti hai, hamein apni planning ko sahi karna chahiye.</w:t>
      </w:r>
      <w:r>
        <w:br/>
      </w:r>
      <w:r>
        <w:rPr>
          <w:sz w:val="20"/>
        </w:rPr>
        <w:t>39:22  ghalt planning. aur musalman bar bar yeh kaam karte hain. misaal ke tor par dekhiye, falasteen mein israel aa gaye to khawamkhwah larh rahay hain.</w:t>
      </w:r>
      <w:r>
        <w:br/>
      </w:r>
      <w:r>
        <w:rPr>
          <w:sz w:val="20"/>
        </w:rPr>
        <w:t>39:35  mein khud kai baar gaya hoon wahan, woh bohat hi disciplined log</w:t>
      </w:r>
      <w:r>
        <w:br/>
      </w:r>
      <w:r>
        <w:rPr>
          <w:sz w:val="20"/>
        </w:rPr>
        <w:t>39:39  hain. woh modern education ko mili hui hai, woh jantay hain ke sachai ko accept karna hi karna hum scientist ka outlook hai.</w:t>
      </w:r>
      <w:r>
        <w:br/>
      </w:r>
      <w:r>
        <w:rPr>
          <w:sz w:val="20"/>
        </w:rPr>
        <w:t>39:50  yani mein aap ko aik misaal bataon ke hamare saathi gaye israel, wahan unhon ne quran ka stall lagaya.</w:t>
      </w:r>
      <w:r>
        <w:br/>
      </w:r>
      <w:r>
        <w:rPr>
          <w:sz w:val="20"/>
        </w:rPr>
        <w:t>40:06  to aap jantay hain ke wahan ziyada tar hebrew zaban chalti hai. hebrew zaban. to wahan par samjhanay ke maslay tha ke kesay bataya jaye ke yeh quran hai, yeh quran hai.</w:t>
      </w:r>
      <w:r>
        <w:br/>
      </w:r>
      <w:r>
        <w:rPr>
          <w:sz w:val="20"/>
        </w:rPr>
        <w:t>40:22  to yahoodi larkay kharay ho gaye, wahan khud hi khud. yahoodi larkay khud hi khud kharay ho gaye ke dekho bhai, yeh islam ki kitab hai, quran.</w:t>
      </w:r>
      <w:r>
        <w:br/>
      </w:r>
      <w:r>
        <w:rPr>
          <w:sz w:val="20"/>
        </w:rPr>
        <w:t>40:32  is ko is ke lo, is ko parho. khud hi khud lagay elaan karne. yeh door ki baat hai. musalman jantay hi nahi ke aaj ka yahoodi doosra hai, woh yahoodi nahi jo madinay mein tha.</w:t>
      </w:r>
      <w:r>
        <w:br/>
      </w:r>
      <w:r>
        <w:rPr>
          <w:sz w:val="20"/>
        </w:rPr>
        <w:t>40:47  jo yahoodi madinay mein tha, woh aaj nahi hai. aaj ke yahoodi woh hain jo diaspora mein gaya, europe, america mein.</w:t>
      </w:r>
      <w:r>
        <w:br/>
      </w:r>
      <w:r>
        <w:rPr>
          <w:sz w:val="20"/>
        </w:rPr>
        <w:t>40:57  aur wahan se train ho kar aaya israel. to yeh jo jo israel yahoodi, jo jo yahoodi israel mein hai, woh madinay se nahi aaya hai.</w:t>
      </w:r>
      <w:r>
        <w:br/>
      </w:r>
      <w:r>
        <w:rPr>
          <w:sz w:val="20"/>
        </w:rPr>
        <w:t>41:12  woh gaya europe mein, america mein. wahan us ki training hui. us ko naye ideas diye gaye. us ne taleem hasil ki.</w:t>
      </w:r>
      <w:r>
        <w:br/>
      </w:r>
      <w:r>
        <w:rPr>
          <w:sz w:val="20"/>
        </w:rPr>
        <w:t>41:20  phir woh lauta.</w:t>
      </w:r>
      <w:r>
        <w:br/>
      </w:r>
      <w:r>
        <w:rPr>
          <w:sz w:val="20"/>
        </w:rPr>
        <w:t>41:22  yeh musalman itna bhi nahi jantay. saaray arab is ko nahi jantay. saaray alam is ko nahi janta ke aaj ka yahoodi jo hai israel mein, woh lauta hua yahoodi hai.</w:t>
      </w:r>
      <w:r>
        <w:br/>
      </w:r>
      <w:r>
        <w:rPr>
          <w:sz w:val="20"/>
        </w:rPr>
        <w:t>41:34  yani pehle woh gaya diasp</w:t>
      </w:r>
      <w:r>
        <w:br/>
      </w:r>
      <w:r>
        <w:rPr>
          <w:sz w:val="20"/>
        </w:rPr>
        <w:t>41:36  ora mein. phir wahan pe us ki training hui. to us ki education hui. phir woh lauta america mein, europe mein. to woh to aap ka bana banaya madu hai.</w:t>
      </w:r>
      <w:r>
        <w:br/>
      </w:r>
      <w:r>
        <w:rPr>
          <w:sz w:val="20"/>
        </w:rPr>
        <w:t>41:46  jis ki maine misaal di aap ko. main teen baar gaya hoon Israel. aur bohat deep strategy bani ki hai. to aaj ka Yahoodi bilkul hi aik aur qaum hai.</w:t>
      </w:r>
      <w:r>
        <w:br/>
      </w:r>
      <w:r>
        <w:rPr>
          <w:sz w:val="20"/>
        </w:rPr>
        <w:t>42:02  woh qaum nahi hai jo Madine mein tha. yeh itni baat nahi jaante log. bas ladte hain, ladte hain. pathar maarte hain, bomb maarte hain.</w:t>
      </w:r>
      <w:r>
        <w:br/>
      </w:r>
      <w:r>
        <w:rPr>
          <w:sz w:val="20"/>
        </w:rPr>
        <w:t>42:12  kuch bhi nahi jaante bilkul. yahi to hai fitna-e-dajjal. isi ka naam fitna-e-dajjal hai. yaani andha fitna.</w:t>
      </w:r>
      <w:r>
        <w:br/>
      </w:r>
      <w:r>
        <w:rPr>
          <w:sz w:val="20"/>
        </w:rPr>
        <w:t>42:26  Professor Najma Siddiqui ne Delhi se comment likha hai: "The takeaways from your talk today are many.</w:t>
      </w:r>
      <w:r>
        <w:br/>
      </w:r>
      <w:r>
        <w:rPr>
          <w:sz w:val="20"/>
        </w:rPr>
        <w:t>42:36  Firstly, wherever you open the Quran, there is learning. It is not limited. May Allah open our minds to learn lessons and apply on ourselves.</w:t>
      </w:r>
      <w:r>
        <w:br/>
      </w:r>
      <w:r>
        <w:rPr>
          <w:sz w:val="20"/>
        </w:rPr>
        <w:t>42:48  Secondly, the two phases of Quran expansion, the concept of outsourcing, the way you have explained, makes a lot of sense." Jazak Allah Maulana.</w:t>
      </w:r>
    </w:p>
    <w:p>
      <w:pPr>
        <w:pStyle w:val="Heading2"/>
      </w:pPr>
      <w:r>
        <w:t>Overcoming negativity from rejection in dawah</w:t>
      </w:r>
    </w:p>
    <w:p>
      <w:r>
        <w:rPr>
          <w:color w:val="666666"/>
          <w:sz w:val="18"/>
        </w:rPr>
        <w:t>Society &amp; Dawah · Contemplation on The Quran December 16, 2018 Maulana Wahiduddin Khan · 6m 22s · at 57:22 · https://youtu.be/bSOe1_KKEYk?t=3442</w:t>
      </w:r>
    </w:p>
    <w:p>
      <w:r>
        <w:rPr>
          <w:i/>
        </w:rPr>
        <w:t>“While distributing the Holy Quran and other literature among non-Muslims, sometimes it happens that some people don't accept the literature and they return it back. At that time I confront a feeling of negativity. That feeling discourages me a bit. How to overcome such a negative feeling?”</w:t>
      </w:r>
    </w:p>
    <w:p>
      <w:r>
        <w:rPr>
          <w:sz w:val="20"/>
        </w:rPr>
        <w:t>57:22  Maulana, agla sawal lete hain. yeh Kashmir se bheja hai Miss Heena Manzoor ne. unhon ne likha hai ke "while distributing the holy Quran or other literature among non Muslims,</w:t>
      </w:r>
      <w:r>
        <w:br/>
      </w:r>
      <w:r>
        <w:rPr>
          <w:sz w:val="20"/>
        </w:rPr>
        <w:t>57:35  sometimes it happens that some people don't accept the literature and they return it back. at that time I confront a feeling of negativity.</w:t>
      </w:r>
      <w:r>
        <w:br/>
      </w:r>
      <w:r>
        <w:rPr>
          <w:sz w:val="20"/>
        </w:rPr>
        <w:t>57:48  that feeling discourages me a bit." Maulana sahib, my question is how to overcome such a negative feeling? dekhiye, aap ki negative feeling bilkul baseless hai, baseless,</w:t>
      </w:r>
      <w:r>
        <w:br/>
      </w:r>
      <w:r>
        <w:rPr>
          <w:sz w:val="20"/>
        </w:rPr>
        <w:t>58:05  baseless hai. kyunke dekhiye, ek lakh se zyada Allah ne payghambar bheje, sab arsalna rusulana tatra,</w:t>
      </w:r>
      <w:r>
        <w:br/>
      </w:r>
      <w:r>
        <w:rPr>
          <w:sz w:val="20"/>
        </w:rPr>
        <w:t>58:21  aur khud Quran ki gawahi hai ke sare nabiyon ko un ke zamane ki qaum ne radd kar diya, radd kar diya.</w:t>
      </w:r>
      <w:r>
        <w:br/>
      </w:r>
      <w:r>
        <w:rPr>
          <w:sz w:val="20"/>
        </w:rPr>
        <w:t>58:36  to qayamat mein jab woh khare honge to un ke sath qaum ki bheed nahi hogi.</w:t>
      </w:r>
      <w:r>
        <w:br/>
      </w:r>
      <w:r>
        <w:rPr>
          <w:sz w:val="20"/>
        </w:rPr>
        <w:t>58:44  to aap ko to woh darja mil raha hai jo nabiyon ka darja hai.</w:t>
      </w:r>
      <w:r>
        <w:br/>
      </w:r>
      <w:r>
        <w:rPr>
          <w:sz w:val="20"/>
        </w:rPr>
        <w:t>58:52  kesi aap baat karte hain?</w:t>
      </w:r>
      <w:r>
        <w:br/>
      </w:r>
      <w:r>
        <w:rPr>
          <w:sz w:val="20"/>
        </w:rPr>
        <w:t>58:58  yani itne saare nabi Allah ki taraf se aaye aur</w:t>
      </w:r>
      <w:r>
        <w:br/>
      </w:r>
      <w:r>
        <w:rPr>
          <w:sz w:val="20"/>
        </w:rPr>
        <w:t>59:06  saare nabiyon ka muamla yeh hua ke un ki qaum ne un ko radd kar diya. woh Allah ke saamne khade honge gawahi dene ke liye ke maine Allah ka kalam pesh kar diya.</w:t>
      </w:r>
      <w:r>
        <w:br/>
      </w:r>
      <w:r>
        <w:rPr>
          <w:sz w:val="20"/>
        </w:rPr>
        <w:t>59:23  to aap ko woh darja mil raha hai. kesi ajib baat aap ne keh di.</w:t>
      </w:r>
      <w:r>
        <w:br/>
      </w:r>
      <w:r>
        <w:rPr>
          <w:sz w:val="20"/>
        </w:rPr>
        <w:t>59:32  yani</w:t>
      </w:r>
      <w:r>
        <w:br/>
      </w:r>
      <w:r>
        <w:rPr>
          <w:sz w:val="20"/>
        </w:rPr>
        <w:t>59:35  main jab gaya tha yerooshlem aur masjid aqsa mein namaz padhi thi to maine wahan dua ki thi ke khudaaya!</w:t>
      </w:r>
      <w:r>
        <w:br/>
      </w:r>
      <w:r>
        <w:rPr>
          <w:sz w:val="20"/>
        </w:rPr>
        <w:t>59:49  yeh woh maqam hai jahan tamam anbiya ikhatta hue aur rasool Allah sal Allah alaih wasallam ne un ki imamat ki.</w:t>
      </w:r>
      <w:r>
        <w:br/>
      </w:r>
      <w:r>
        <w:rPr>
          <w:sz w:val="20"/>
        </w:rPr>
        <w:t>1:00:00  to main ne kaha to tere nazdeek zamane mein aaj ka aur kal ka main ne koi farq nahin. to chahe to zamane ko samet de aur mujhe is zamane mein khada kar de jahan jab ke yahan rasool Allah namaz padh rahe the aur tamam sahaba un ke peeche khade hue, tamam anbiya se khadi hui thi.</w:t>
      </w:r>
      <w:r>
        <w:br/>
      </w:r>
      <w:r>
        <w:rPr>
          <w:sz w:val="20"/>
        </w:rPr>
        <w:t>1:00:22  to aap ko woh darja hasil hai ke anbiya ki saf mein khadi hui hain aap,</w:t>
      </w:r>
      <w:r>
        <w:br/>
      </w:r>
      <w:r>
        <w:rPr>
          <w:sz w:val="20"/>
        </w:rPr>
        <w:t>1:00:31  aap, aap ko Allah ki nemmat par shukr karna chahiye ke quran agar mehfooz na hota. yaad rakhiye, agar quran mehfooz na hota to yeh darja kaise milta hai aap ko?</w:t>
      </w:r>
      <w:r>
        <w:br/>
      </w:r>
      <w:r>
        <w:rPr>
          <w:sz w:val="20"/>
        </w:rPr>
        <w:t>1:00:45  jaise pichhle anbiya ki kitabein mehfooz nahin hain to un ke manne walon ke liye na nemmat hasil nahin hai.</w:t>
      </w:r>
      <w:r>
        <w:br/>
      </w:r>
      <w:r>
        <w:rPr>
          <w:sz w:val="20"/>
        </w:rPr>
        <w:t>1:00:56  pichhle anbiya par kitabein bheji gayin, woh mehfooz nahin hain. to quran mehfooz hai, as it is. is ki wajah se aap ko yeh darja mil raha hai ke aap nabiyon ke saf mein khade ho sake.</w:t>
      </w:r>
      <w:r>
        <w:br/>
      </w:r>
      <w:r>
        <w:rPr>
          <w:sz w:val="20"/>
        </w:rPr>
        <w:t>1:01:09  agar aap ke andar neeyat durust hai to hargiz negative khayalat mat laiye. aur jis aadmi ko aap quran pesh karein, woh chahe padha jaye ya taaq par rakh de, yeh aap ki zimmedari nahin hai.</w:t>
      </w:r>
      <w:r>
        <w:br/>
      </w:r>
      <w:r>
        <w:rPr>
          <w:sz w:val="20"/>
        </w:rPr>
        <w:t>1:01:31  aap ne is ke haath mein quran de diya to aap ki zimmedari poori ho gayi. to shukr kijiye ke Allah ne aap ko quran ko mehfooz kar ke aap ko yeh mauqa diya hai ke aap woh kaam kar rahe hain jo nabiyon ne kiya.</w:t>
      </w:r>
      <w:r>
        <w:br/>
      </w:r>
      <w:r>
        <w:rPr>
          <w:sz w:val="20"/>
        </w:rPr>
        <w:t>1:01:54  mus kawsar izhar ne usa se comment bheja hai. unhone likha hai:</w:t>
      </w:r>
      <w:r>
        <w:br/>
      </w:r>
      <w:r>
        <w:rPr>
          <w:sz w:val="20"/>
        </w:rPr>
        <w:t>1:02:01  "Maulana Gibbons, he had the human history in mind only when he portrayed the crimes and negativity of the humans. But when we read Quran with contemplation, we have greater picture of God's world, which is zero defect.</w:t>
      </w:r>
      <w:r>
        <w:br/>
      </w:r>
      <w:r>
        <w:rPr>
          <w:sz w:val="20"/>
        </w:rPr>
        <w:t>1:02:19  and when we use common sense, we see the hope for ourselves in this world. we need to make sure we are in nature and common sense." faisal saleem sahib ne likha hai, unhone apni location nahin likhi hai.</w:t>
      </w:r>
      <w:r>
        <w:br/>
      </w:r>
      <w:r>
        <w:rPr>
          <w:sz w:val="20"/>
        </w:rPr>
        <w:t>1:02:34  un ka comment hai: "molana sahib, once again, what a great session!</w:t>
      </w:r>
      <w:r>
        <w:br/>
      </w:r>
      <w:r>
        <w:rPr>
          <w:sz w:val="20"/>
        </w:rPr>
        <w:t>1:02:39  today i have learned that we need to use common sense to know the existence of god through with all the amenities available to us.</w:t>
      </w:r>
      <w:r>
        <w:br/>
      </w:r>
      <w:r>
        <w:rPr>
          <w:sz w:val="20"/>
        </w:rPr>
        <w:t>1:02:50  we just need to capitalize what we have received from god. automatically the presence of god will prevail." mashallah, mashallah!</w:t>
      </w:r>
      <w:r>
        <w:br/>
      </w:r>
      <w:r>
        <w:rPr>
          <w:sz w:val="20"/>
        </w:rPr>
        <w:t>1:03:01  ayaz ahmed sahib ne jamshedpur se likha hai: "alhamdulillah, quran ko tadabbur ke saath padho." molana, aap ne ek nayi baat hum par wazeh ki ke quran ke mutale ke liye sirf tafsir, tafsir padhna kafi nahin hai, balke khud tadabbur kiya jaye, tabhi aap ko pata chalega ke quran ke ajayeb kabhi khatam na honge.</w:t>
      </w:r>
      <w:r>
        <w:br/>
      </w:r>
      <w:r>
        <w:rPr>
          <w:sz w:val="20"/>
        </w:rPr>
        <w:t>1:03:27  molana, abhi tak hum log samajhte the ke mukhtalif tafaseer quran ko samajhne ka zariya hain. aaj aap ne hum sab ko ek naya zariya, ek naye zariye se quran samajhne ki baat batai.</w:t>
      </w:r>
      <w:r>
        <w:br/>
      </w:r>
      <w:r>
        <w:rPr>
          <w:sz w:val="20"/>
        </w:rPr>
        <w:t>1:03:40  alhamdulillah, mashallah!</w:t>
      </w:r>
    </w:p>
    <w:p>
      <w:pPr>
        <w:pStyle w:val="Heading2"/>
      </w:pPr>
      <w:r>
        <w:t>Overcoming westernophobia in Muslim community</w:t>
      </w:r>
    </w:p>
    <w:p>
      <w:r>
        <w:rPr>
          <w:color w:val="666666"/>
          <w:sz w:val="18"/>
        </w:rPr>
        <w:t>Society &amp; Dawah · How God Manages Human History December 23, 2018 · 7m 01s · at 1:10:40 · https://youtu.be/j_yxigrCl5U?t=4240</w:t>
      </w:r>
    </w:p>
    <w:p>
      <w:r>
        <w:rPr>
          <w:i/>
        </w:rPr>
        <w:t>“Due to biased culture and negative thinking, today Muslim community is unable to utilize Islam to spread the word of Islam. Maulana, how is it possible for us in such an atmosphere to get rid of westernophobia? Please guide us.”</w:t>
      </w:r>
    </w:p>
    <w:p>
      <w:r>
        <w:rPr>
          <w:sz w:val="20"/>
        </w:rPr>
        <w:t>1:10:40  maulana, agla sawal ah ashaq kamal qadri sahib ne kiya hai haiderabad se. unhon ne likha hai: "Due to biased culture and negative thinking, today Muslim community is unable to utilize Islam to spread the word of Islam.</w:t>
      </w:r>
      <w:r>
        <w:br/>
      </w:r>
      <w:r>
        <w:rPr>
          <w:sz w:val="20"/>
        </w:rPr>
        <w:t>1:10:59  maulana, how is how it is possible for us in such an atmosphere to get rid of westernophobia? Please guide us." bas logon ko samjhaiye, literature phailaiye,</w:t>
      </w:r>
      <w:r>
        <w:br/>
      </w:r>
      <w:r>
        <w:rPr>
          <w:sz w:val="20"/>
        </w:rPr>
        <w:t>1:11:15  communication ko istemal kijiye,</w:t>
      </w:r>
      <w:r>
        <w:br/>
      </w:r>
      <w:r>
        <w:rPr>
          <w:sz w:val="20"/>
        </w:rPr>
        <w:t>1:11:21  print media, electronic media dono ko istemal kijiye. bas yahi kafi hai.</w:t>
      </w:r>
      <w:r>
        <w:br/>
      </w:r>
      <w:r>
        <w:rPr>
          <w:sz w:val="20"/>
        </w:rPr>
        <w:t>1:11:30  naseer sunah sahib ne tamapur se likha hai: "maulana, ek hadith mein peshin goi hai ke aakhri zamane mein sher aur bakri sath mein charen ge.</w:t>
      </w:r>
      <w:r>
        <w:br/>
      </w:r>
      <w:r>
        <w:rPr>
          <w:sz w:val="20"/>
        </w:rPr>
        <w:t>1:11:43  shayad yeh wahi aman ka daur hai, aaj yeh yahi aman ka daur hai. maulana, kya yeh sahi hai?" dekhiye, sahi hai magar is mein condition ke ke sath hai.</w:t>
      </w:r>
      <w:r>
        <w:br/>
      </w:r>
      <w:r>
        <w:rPr>
          <w:sz w:val="20"/>
        </w:rPr>
        <w:t>1:11:55  sher aur bakri ek sath ka matlab yeh nahi hai ke physical sense mein, yeh matlab nahi hai. yeh possible ho gaya, ho jayega ke agar aadmi manage kar sake to yeh us ke us ko yeh faida utha sakta hai.</w:t>
      </w:r>
      <w:r>
        <w:br/>
      </w:r>
      <w:r>
        <w:rPr>
          <w:sz w:val="20"/>
        </w:rPr>
        <w:t>1:12:11  woh to aisi cheezen log manage karna jante nahi hain aur blame dete hain.</w:t>
      </w:r>
      <w:r>
        <w:br/>
      </w:r>
      <w:r>
        <w:rPr>
          <w:sz w:val="20"/>
        </w:rPr>
        <w:t>1:12:19  manage karna jante nahi hain aur blame dete hain.</w:t>
      </w:r>
      <w:r>
        <w:br/>
      </w:r>
      <w:r>
        <w:rPr>
          <w:sz w:val="20"/>
        </w:rPr>
        <w:t>1:12:24  aap you have to learn the art of management. is ke baad sab kuch woh hal ho jayega, sab kuch khatam.</w:t>
      </w:r>
      <w:r>
        <w:br/>
      </w:r>
      <w:r>
        <w:rPr>
          <w:sz w:val="20"/>
        </w:rPr>
        <w:t>1:12:37  art of management. maulana, dilli se management ka main ek misal deta hoon. yeh yeh divine method hai.</w:t>
      </w:r>
      <w:r>
        <w:br/>
      </w:r>
      <w:r>
        <w:rPr>
          <w:sz w:val="20"/>
        </w:rPr>
        <w:t>1:12:48  jaise main srinagar gaya to wahan ke maidan mein jab main dekh raha tha to ek shakhs ne bataya ke dekhiye, paharon par jo chamak raha hai, woh woh barf hai.</w:t>
      </w:r>
      <w:r>
        <w:br/>
      </w:r>
      <w:r>
        <w:rPr>
          <w:sz w:val="20"/>
        </w:rPr>
        <w:t>1:13:01  hum khade the aur paharon par chamak raha tha to woh woh barf thi. is waqt mujhe pehli bar discover hua ke khuda management ka tarika ikhtiyar karta hai.</w:t>
      </w:r>
      <w:r>
        <w:br/>
      </w:r>
      <w:r>
        <w:rPr>
          <w:sz w:val="20"/>
        </w:rPr>
        <w:t>1:13:17  yani yahan maidani ilaqe mein pani barta hai to mousla dhar barish hoti hai. pahari ilaqe mein mousla dhar barish nahi hoti.</w:t>
      </w:r>
      <w:r>
        <w:br/>
      </w:r>
      <w:r>
        <w:rPr>
          <w:sz w:val="20"/>
        </w:rPr>
        <w:t>1:13:29  wahan yeh jo snow kehte hain, us ko snow parti hai. to snow kya hai? woh mousla dhar barish ka badal hai.</w:t>
      </w:r>
      <w:r>
        <w:br/>
      </w:r>
      <w:r>
        <w:rPr>
          <w:sz w:val="20"/>
        </w:rPr>
        <w:t>1:13:43  yani upar se snow aati hai, bilkul rooi ke rooi ke tarike se woh jam jati hai, barf ban jati hai.</w:t>
      </w:r>
      <w:r>
        <w:br/>
      </w:r>
      <w:r>
        <w:rPr>
          <w:sz w:val="20"/>
        </w:rPr>
        <w:t>1:13:53  to barf kya cheez hai? woh is yeh store ki hui barish hai, store kiya hua pani hai.</w:t>
      </w:r>
      <w:r>
        <w:br/>
      </w:r>
      <w:r>
        <w:rPr>
          <w:sz w:val="20"/>
        </w:rPr>
        <w:t>1:14:05  ab woh barf jo hai, jam gayi aur dhire dhire dhoop se, suraj se pighalti hai, pighal ke koi behti hai.</w:t>
      </w:r>
      <w:r>
        <w:br/>
      </w:r>
      <w:r>
        <w:rPr>
          <w:sz w:val="20"/>
        </w:rPr>
        <w:t>1:14:19  to mousla dhar barish mein pani nadiyon ke zariye yahan se wahan pahunch jata hai. aur jahan pahari ilaqe hain, wahan nadiyaan is tarah ki nahi hoti hain jaise ke maidani ilaqe mein.</w:t>
      </w:r>
      <w:r>
        <w:br/>
      </w:r>
      <w:r>
        <w:rPr>
          <w:sz w:val="20"/>
        </w:rPr>
        <w:t>1:14:32  to woh to pahari ilaqon mein barf pighal kar ke pani pahunchata hai aur maidani ilaqon mein barish nadiyon ke zariye pahunchti hai.</w:t>
      </w:r>
      <w:r>
        <w:br/>
      </w:r>
      <w:r>
        <w:rPr>
          <w:sz w:val="20"/>
        </w:rPr>
        <w:t>1:14:50  jagah yeh hamare management hai. to management to khud khuda ka tarika hai, wohi insan ko karna chahiye.</w:t>
      </w:r>
      <w:r>
        <w:br/>
      </w:r>
      <w:r>
        <w:rPr>
          <w:sz w:val="20"/>
        </w:rPr>
        <w:t>1:15:10  maulana, dilli se mister ss poori ne sawal bheje hain. un ke do sawal jo milte julte hain, hum un ko lena chahenge.</w:t>
      </w:r>
      <w:r>
        <w:br/>
      </w:r>
      <w:r>
        <w:rPr>
          <w:sz w:val="20"/>
        </w:rPr>
        <w:t>1:15:19  unhon ne likha hai ke: "In today's saffron regime, will peaceful efforts bring any result?</w:t>
      </w:r>
      <w:r>
        <w:br/>
      </w:r>
      <w:r>
        <w:rPr>
          <w:sz w:val="20"/>
        </w:rPr>
        <w:t>1:15:29  if you talk against majority, you are you are termed as a traitor. kaho ya saho." phir un ka doosra sawal hai ke: "ji when isi ko pehle lijie.</w:t>
      </w:r>
      <w:r>
        <w:br/>
      </w:r>
      <w:r>
        <w:rPr>
          <w:sz w:val="20"/>
        </w:rPr>
        <w:t>1:15:41  ji yeh sab manta nahi. yeh to gaali ka lafz hai. saffron regime dekhiye, hamara tarika islam ka tarika yeh hai ke kisi ko wohi kaho jo khud apna naam de rakha hai us ne.</w:t>
      </w:r>
      <w:r>
        <w:br/>
      </w:r>
      <w:r>
        <w:rPr>
          <w:sz w:val="20"/>
        </w:rPr>
        <w:t>1:15:54  agar aap ne woh kaha hai ke yeh saffron regime hai to kahiye un ko. nahi to woh gaali hai.</w:t>
      </w:r>
      <w:r>
        <w:br/>
      </w:r>
      <w:r>
        <w:rPr>
          <w:sz w:val="20"/>
        </w:rPr>
        <w:t>1:16:02  jaise qadiyani apne ko qadiyani nahi kehte to aap un ko qadiyani kahein to yeh gaali ho jayega. woh apne ko ahmadi kehte hain to aap bhi ahmadi kahein.</w:t>
      </w:r>
      <w:r>
        <w:br/>
      </w:r>
      <w:r>
        <w:rPr>
          <w:sz w:val="20"/>
        </w:rPr>
        <w:t>1:16:12  apna naam jo unhon ne de rakha hai, wohi lijiye. doosra naam mat lijiye. to woh apne ko saffron regime nahi kehte to aap ko kehte hain.</w:t>
      </w:r>
      <w:r>
        <w:br/>
      </w:r>
      <w:r>
        <w:rPr>
          <w:sz w:val="20"/>
        </w:rPr>
        <w:t>1:16:21  ab gaali kyon dete hain?</w:t>
      </w:r>
      <w:r>
        <w:br/>
      </w:r>
      <w:r>
        <w:rPr>
          <w:sz w:val="20"/>
        </w:rPr>
        <w:t>1:16:26  bhai, pehle pehle to aap apni apni zuban badliye, apni soch badliye. tab aap ko right thinking aayegi aap ke andar.</w:t>
      </w:r>
      <w:r>
        <w:br/>
      </w:r>
      <w:r>
        <w:rPr>
          <w:sz w:val="20"/>
        </w:rPr>
        <w:t>1:16:36  aur doosra kya tha? "When a whole community is branded as terrorist." nahi, bilkul. "When what can they?" galat hai yeh.</w:t>
      </w:r>
      <w:r>
        <w:br/>
      </w:r>
      <w:r>
        <w:rPr>
          <w:sz w:val="20"/>
        </w:rPr>
        <w:t>1:16:46  ji sari community ko terrorist kaun kehta hai? kaun kehta hai? main bhi doosri community ka fard hoon, mujhe to koi nahi kehta. hmm, is sari community ko branded un ko woh yaani keh diya ke yeh sab terrorist hain.</w:t>
      </w:r>
      <w:r>
        <w:br/>
      </w:r>
      <w:r>
        <w:rPr>
          <w:sz w:val="20"/>
        </w:rPr>
        <w:t>1:17:03  yeh bilkul galat baat hai. maulana, shayad woh kuch aise debates ko mention kar rahe hon jahan pe aapas mein do log argument karte hain.</w:t>
      </w:r>
      <w:r>
        <w:br/>
      </w:r>
      <w:r>
        <w:rPr>
          <w:sz w:val="20"/>
        </w:rPr>
        <w:t>1:17:13  to woh to kuch bhi ho sakta hai. debate mein to ek aadmi farzi tor par bolta hai, ek ek pro bolega, ek against mein bolega.</w:t>
      </w:r>
      <w:r>
        <w:br/>
      </w:r>
      <w:r>
        <w:rPr>
          <w:sz w:val="20"/>
        </w:rPr>
        <w:t>1:17:24  debate karne ke liye is ko kyon misaal diya unhon ne? actual misaal dijiye. ji, koi aisa idea mein kuch nahi hai.</w:t>
      </w:r>
      <w:r>
        <w:br/>
      </w:r>
      <w:r>
        <w:rPr>
          <w:sz w:val="20"/>
        </w:rPr>
        <w:t>1:17:35  khwamkhwah woh to title de rakha hai.</w:t>
      </w:r>
    </w:p>
    <w:p>
      <w:pPr>
        <w:pStyle w:val="Heading2"/>
      </w:pPr>
      <w:r>
        <w:t>Palestinian issue vs Sunnah</w:t>
      </w:r>
    </w:p>
    <w:p>
      <w:r>
        <w:rPr>
          <w:color w:val="666666"/>
          <w:sz w:val="18"/>
        </w:rPr>
        <w:t>Society &amp; Dawah · Importance of Wisdom | August 24, 2014 · 5m 00s · at 1:02:21 · https://youtu.be/ZVPLm7fV0t0?t=3741</w:t>
      </w:r>
    </w:p>
    <w:p>
      <w:r>
        <w:rPr>
          <w:i/>
        </w:rPr>
        <w:t>“Muslims are so much charged about the Palestinian issue that it has become impossible to express the view that the Palestinian stance is completely against the Sunnah of Prophet Muhammad.”</w:t>
      </w:r>
    </w:p>
    <w:p>
      <w:r>
        <w:rPr>
          <w:sz w:val="20"/>
        </w:rPr>
        <w:t>1:02:21  agar is mein erosion nahi hai aur level of feeling mein kami, yaani kabhi hoti hai, kabhi zyada hota hai, kabhi kabhi, kabhi zyada, to is mein koi koi pareshani ki baat nahi hai. it is but natural, yeh to hoga. Maulana, agla sawal Pennsylvania USA se Khwaja Kaleemuddin sahib ne kiya hai. unhone likha hai ke: Maulana sahib, Muslims are so much charged about the pa</w:t>
      </w:r>
      <w:r>
        <w:br/>
      </w:r>
      <w:r>
        <w:rPr>
          <w:sz w:val="20"/>
        </w:rPr>
        <w:t>1:02:51  Palestinian issue that it has become impossible to express the view that the Palestinian stance is completely against</w:t>
      </w:r>
      <w:r>
        <w:br/>
      </w:r>
      <w:r>
        <w:rPr>
          <w:sz w:val="20"/>
        </w:rPr>
        <w:t>1:02:56  the sunnah of prophet Muhammad.</w:t>
      </w:r>
      <w:r>
        <w:br/>
      </w:r>
      <w:r>
        <w:rPr>
          <w:sz w:val="20"/>
        </w:rPr>
        <w:t>1:03:01  what should we do in this regard? yeh to sahi hai, yeh to koi nai baat nahi hai.</w:t>
      </w:r>
      <w:r>
        <w:br/>
      </w:r>
      <w:r>
        <w:rPr>
          <w:sz w:val="20"/>
        </w:rPr>
        <w:t>1:03:06  hamesha aisa hota hai.</w:t>
      </w:r>
      <w:r>
        <w:br/>
      </w:r>
      <w:r>
        <w:rPr>
          <w:sz w:val="20"/>
        </w:rPr>
        <w:t>1:03:11  jo maine qissa bataya aap ko, Siffin ka, woh Hazrat Usman ke qatl par, woh tha, woh</w:t>
      </w:r>
      <w:r>
        <w:br/>
      </w:r>
      <w:r>
        <w:rPr>
          <w:sz w:val="20"/>
        </w:rPr>
        <w:t>1:03:17  jo Hazrat Usman ko unhon ne qatl kar diya tha, to dam Usman ka masla paida hua tha.</w:t>
      </w:r>
      <w:r>
        <w:br/>
      </w:r>
      <w:r>
        <w:rPr>
          <w:sz w:val="20"/>
        </w:rPr>
        <w:t>1:03:22  is par charge thay, woh charge thay, tabhi to mar gaye satar hazar aadmi maar dala ya aapas</w:t>
      </w:r>
      <w:r>
        <w:br/>
      </w:r>
      <w:r>
        <w:rPr>
          <w:sz w:val="20"/>
        </w:rPr>
        <w:t>1:03:27  mein aik doosre ko.</w:t>
      </w:r>
      <w:r>
        <w:br/>
      </w:r>
      <w:r>
        <w:rPr>
          <w:sz w:val="20"/>
        </w:rPr>
        <w:t>1:03:32  to tareekh mein aise waqiat paish aate hain ke log charge hotay hain kisi baat ko le kar ke.</w:t>
      </w:r>
      <w:r>
        <w:br/>
      </w:r>
      <w:r>
        <w:rPr>
          <w:sz w:val="20"/>
        </w:rPr>
        <w:t>1:03:37  Hazrat Aisha nikal padin ke mujhe Usman ke khoon ka badla lena hai.</w:t>
      </w:r>
      <w:r>
        <w:br/>
      </w:r>
      <w:r>
        <w:rPr>
          <w:sz w:val="20"/>
        </w:rPr>
        <w:t>1:03:42  itna zyada un ke andar josh aa gaya Hazrat Aisha ke andar ke dekhiye, literally taur par qaum</w:t>
      </w:r>
      <w:r>
        <w:br/>
      </w:r>
      <w:r>
        <w:rPr>
          <w:sz w:val="20"/>
        </w:rPr>
        <w:t>1:03:47  mein likha hua tha ke</w:t>
      </w:r>
      <w:r>
        <w:br/>
      </w:r>
      <w:r>
        <w:rPr>
          <w:sz w:val="20"/>
        </w:rPr>
        <w:t>1:03:53  gharron mein thehro, yani Ummahat ul Momineen ke baray mein.</w:t>
      </w:r>
      <w:r>
        <w:br/>
      </w:r>
      <w:r>
        <w:rPr>
          <w:sz w:val="20"/>
        </w:rPr>
        <w:t>1:03:57  ae azwaj e Rasool, tum log gharron mein thehro.</w:t>
      </w:r>
      <w:r>
        <w:br/>
      </w:r>
      <w:r>
        <w:rPr>
          <w:sz w:val="20"/>
        </w:rPr>
        <w:t>1:04:01  lekin woh nikal padin.</w:t>
      </w:r>
      <w:r>
        <w:br/>
      </w:r>
      <w:r>
        <w:rPr>
          <w:sz w:val="20"/>
        </w:rPr>
        <w:t>1:04:06  to wahi to hai ke itna charge ho gaye thay log dam Usman ke maslay par, khoon ka</w:t>
      </w:r>
      <w:r>
        <w:br/>
      </w:r>
      <w:r>
        <w:rPr>
          <w:sz w:val="20"/>
        </w:rPr>
        <w:t>1:04:10  badla lena hai, khoon Usman ka.</w:t>
      </w:r>
      <w:r>
        <w:br/>
      </w:r>
      <w:r>
        <w:rPr>
          <w:sz w:val="20"/>
        </w:rPr>
        <w:t>1:04:15  to aise waqiat tareekh mein bar bar paish aate hain.</w:t>
      </w:r>
      <w:r>
        <w:br/>
      </w:r>
      <w:r>
        <w:rPr>
          <w:sz w:val="20"/>
        </w:rPr>
        <w:t>1:04:19  to hamein yahi karna hai ke in ke jazbat ko thanda karein</w:t>
      </w:r>
      <w:r>
        <w:br/>
      </w:r>
      <w:r>
        <w:rPr>
          <w:sz w:val="20"/>
        </w:rPr>
        <w:t>1:04:23  aur in ko aqal dein.</w:t>
      </w:r>
      <w:r>
        <w:br/>
      </w:r>
      <w:r>
        <w:rPr>
          <w:sz w:val="20"/>
        </w:rPr>
        <w:t>1:04:28  aur main samajhta hoon ke poori ummat jo hai, woh is ke is ke paas ikhlas hai, ibadat</w:t>
      </w:r>
      <w:r>
        <w:br/>
      </w:r>
      <w:r>
        <w:rPr>
          <w:sz w:val="20"/>
        </w:rPr>
        <w:t>1:04:33  hai, lekin wisdom nahi hai.</w:t>
      </w:r>
      <w:r>
        <w:br/>
      </w:r>
      <w:r>
        <w:rPr>
          <w:sz w:val="20"/>
        </w:rPr>
        <w:t>1:04:39  har jagah, chahe America ke log hon, chahe India ke hon ya Pakistan ke hon, wisdom se maroof hain.</w:t>
      </w:r>
      <w:r>
        <w:br/>
      </w:r>
      <w:r>
        <w:rPr>
          <w:sz w:val="20"/>
        </w:rPr>
        <w:t>1:04:44  mujhe koi wisdom wala aadmi milta nahi, na hamare ulama ne logon ko wisdom sikhaya.</w:t>
      </w:r>
      <w:r>
        <w:br/>
      </w:r>
      <w:r>
        <w:rPr>
          <w:sz w:val="20"/>
        </w:rPr>
        <w:t>1:04:49  to wisdom ko logon ko logon ke andar aqal ke sath sochna</w:t>
      </w:r>
      <w:r>
        <w:br/>
      </w:r>
      <w:r>
        <w:rPr>
          <w:sz w:val="20"/>
        </w:rPr>
        <w:t>1:04:54  sikhana parega humein.</w:t>
      </w:r>
      <w:r>
        <w:br/>
      </w:r>
      <w:r>
        <w:rPr>
          <w:sz w:val="20"/>
        </w:rPr>
        <w:t>1:04:58  to is ke liye lambi muddat darkar hai.</w:t>
      </w:r>
      <w:r>
        <w:br/>
      </w:r>
      <w:r>
        <w:rPr>
          <w:sz w:val="20"/>
        </w:rPr>
        <w:t>1:05:03  jab tak log logon ke andar aql aur basirat ke sath sochna nahi aye ga, is tarah ke</w:t>
      </w:r>
      <w:r>
        <w:br/>
      </w:r>
      <w:r>
        <w:rPr>
          <w:sz w:val="20"/>
        </w:rPr>
        <w:t>1:05:07  waqiat hote rahen ge.</w:t>
      </w:r>
      <w:r>
        <w:br/>
      </w:r>
      <w:r>
        <w:rPr>
          <w:sz w:val="20"/>
        </w:rPr>
        <w:t>1:05:12  yani kitni khuli hui baat hai ke jab yaktarfa tabahi ho rahi hai to ladai jari rakhne ka</w:t>
      </w:r>
      <w:r>
        <w:br/>
      </w:r>
      <w:r>
        <w:rPr>
          <w:sz w:val="20"/>
        </w:rPr>
        <w:t>1:05:16  kya matlab hai? kis liye ladai? jab yaktarfa tabahi ho rahi hai, yani ek tarfa tor par arab</w:t>
      </w:r>
      <w:r>
        <w:br/>
      </w:r>
      <w:r>
        <w:rPr>
          <w:sz w:val="20"/>
        </w:rPr>
        <w:t>1:05:21  tabah ho rahe hain, to ladai jari rakhne ka matlab kya hai?</w:t>
      </w:r>
      <w:r>
        <w:br/>
      </w:r>
      <w:r>
        <w:rPr>
          <w:sz w:val="20"/>
        </w:rPr>
        <w:t>1:05:25  lekin log jazbat mein hain, sunte nahi. to wahan bhi jazbat mein the. Hazrat Khalid loote the to madine ke musalmanon ne kaha tha ke: ya farar! to rasool Allah sal Allah aleh wasallam ne un ko thanda kiya. to beharhaal logon ke andar art of thinking laani padegi. logon ke andar aql laana padegi. logon ke andar baseerat laana padegi. jo hadith mein aata hai ke</w:t>
      </w:r>
      <w:r>
        <w:br/>
      </w:r>
      <w:r>
        <w:rPr>
          <w:sz w:val="20"/>
        </w:rPr>
        <w:t>1:05:55  momin ki ek sifat yeh hai ke: in yakun basiran be zamana.</w:t>
      </w:r>
      <w:r>
        <w:br/>
      </w:r>
      <w:r>
        <w:rPr>
          <w:sz w:val="20"/>
        </w:rPr>
        <w:t>1:05:59  aur is par time lage ga.</w:t>
      </w:r>
      <w:r>
        <w:br/>
      </w:r>
      <w:r>
        <w:rPr>
          <w:sz w:val="20"/>
        </w:rPr>
        <w:t>1:06:04  lekin mujhe kal kuch logon ke waqiat maloom hue aur arbon ke.</w:t>
      </w:r>
      <w:r>
        <w:br/>
      </w:r>
      <w:r>
        <w:rPr>
          <w:sz w:val="20"/>
        </w:rPr>
        <w:t>1:06:08  to arbon mein ek nai thinking bhi aa rahi hai, yeh bhi sahi hai.</w:t>
      </w:r>
      <w:r>
        <w:br/>
      </w:r>
      <w:r>
        <w:rPr>
          <w:sz w:val="20"/>
        </w:rPr>
        <w:t>1:06:12  ek sahib gaye the Kuwait aur Dubai, woh arbon se un ki mulaqat hui.</w:t>
      </w:r>
      <w:r>
        <w:br/>
      </w:r>
      <w:r>
        <w:rPr>
          <w:sz w:val="20"/>
        </w:rPr>
        <w:t>1:06:17  to nojawan arbon se.</w:t>
      </w:r>
      <w:r>
        <w:br/>
      </w:r>
      <w:r>
        <w:rPr>
          <w:sz w:val="20"/>
        </w:rPr>
        <w:t>1:06:21  to arab mein nojawan</w:t>
      </w:r>
      <w:r>
        <w:br/>
      </w:r>
      <w:r>
        <w:rPr>
          <w:sz w:val="20"/>
        </w:rPr>
        <w:t>1:06:25  on ka ek tabqa hai jo kehta hai: nayi thinking aa rahi hai, yeh is ko badness samajhta hai is policy ko. kal hi mujhe maloom hua. to aisa nahi hai ke sab log, yaani one to all, sab ke sab isi mein beh gaye hon. isi mein aise log nikal rahe hain. ek ek yaani ek naya process shuru ho gaya hai. khud Arabon mein ek naya process shuru ho gaya hai. balkeh unhone bata rahe the woh telephone par ke unhone ke</w:t>
      </w:r>
      <w:r>
        <w:br/>
      </w:r>
      <w:r>
        <w:rPr>
          <w:sz w:val="20"/>
        </w:rPr>
        <w:t>1:06:55  a mere bare mein.</w:t>
      </w:r>
      <w:r>
        <w:br/>
      </w:r>
      <w:r>
        <w:rPr>
          <w:sz w:val="20"/>
        </w:rPr>
        <w:t>1:06:59  to unhon ne kaha ke hum to un ki chezen parhte hain download kar ke aur hum</w:t>
      </w:r>
      <w:r>
        <w:br/>
      </w:r>
      <w:r>
        <w:rPr>
          <w:sz w:val="20"/>
        </w:rPr>
        <w:t>1:07:03  is se milna chahte hain.</w:t>
      </w:r>
      <w:r>
        <w:br/>
      </w:r>
      <w:r>
        <w:rPr>
          <w:sz w:val="20"/>
        </w:rPr>
        <w:t>1:07:07  to is mein shaq nahi ke majority is waqt jazbat mein hai, lekin ek naya process bhi shuru</w:t>
      </w:r>
      <w:r>
        <w:br/>
      </w:r>
      <w:r>
        <w:rPr>
          <w:sz w:val="20"/>
        </w:rPr>
        <w:t>1:07:10  ho gaya hai.</w:t>
      </w:r>
      <w:r>
        <w:br/>
      </w:r>
      <w:r>
        <w:rPr>
          <w:sz w:val="20"/>
        </w:rPr>
        <w:t>1:07:14  aur aise afraad, khas tor par arab nojawanon mein paida ho rahe hain jo is ko badness samajhte hain.</w:t>
      </w:r>
      <w:r>
        <w:br/>
      </w:r>
      <w:r>
        <w:rPr>
          <w:sz w:val="20"/>
        </w:rPr>
        <w:t>1:07:18  woh chahte hain ke nai policy ikhtiyar ki jaye.</w:t>
      </w:r>
    </w:p>
    <w:p>
      <w:pPr>
        <w:pStyle w:val="Heading2"/>
      </w:pPr>
      <w:r>
        <w:t>Practical application of one man one mission formula</w:t>
      </w:r>
    </w:p>
    <w:p>
      <w:r>
        <w:rPr>
          <w:color w:val="666666"/>
          <w:sz w:val="18"/>
        </w:rPr>
        <w:t>Society &amp; Dawah · The Secret of Divine Wisdom September 2, 2012 · 6m 29s · at 1:28:12 · https://youtu.be/ZXQlrW7PqAE?t=5292</w:t>
      </w:r>
    </w:p>
    <w:p>
      <w:r>
        <w:rPr>
          <w:i/>
        </w:rPr>
        <w:t>“You have often mentioned in your lectures and in Al-Risala a formula: 'one man one mission, one man two missions'. My question is, how will this formula be practically applicable? Please explain.”</w:t>
      </w:r>
    </w:p>
    <w:p>
      <w:r>
        <w:rPr>
          <w:sz w:val="20"/>
        </w:rPr>
        <w:t>1:28:12  maulana agla sawal dilli se hai maulana zakwan nadvi sahib ka unho'n ne likha hai aap ne kai bar apne lecture mein aur al risala mein ek formula bataya hai woh formula hai one man one mission one man two mission mera sawal yeh hai ke practically yeh formula kaise applicable hoga is ke bare mein bataiye bohat dilchasp sawal hai yeh</w:t>
      </w:r>
      <w:r>
        <w:br/>
      </w:r>
      <w:r>
        <w:rPr>
          <w:sz w:val="20"/>
        </w:rPr>
        <w:t>1:28:39  aj main ne ek qissa parha aj hi ki baat ek thay maulana hasrat mohani yani freedom struggle ke zamanay mein un ka kafi naam aata tha maulana hasrat mohani bohat radical qism ke aadmi thay woh bohat radical to</w:t>
      </w:r>
      <w:r>
        <w:br/>
      </w:r>
      <w:r>
        <w:rPr>
          <w:sz w:val="20"/>
        </w:rPr>
        <w:t>1:29:04  british government ne un ko arrest kiya aur un ko jail mein daal diya to jail mein un ko kaam diya gaya yani jis ko kehte hain rigorous imprisonment yani bamushaqqat qaid to un ko chaki peesna hota tha chaki yani yani qaidiyon ke liye jo aata hota hai woh bahar se piswaya nahi jata ise log peeste hain isi un ki rotiyan banti</w:t>
      </w:r>
      <w:r>
        <w:br/>
      </w:r>
      <w:r>
        <w:rPr>
          <w:sz w:val="20"/>
        </w:rPr>
        <w:t>1:29:33  hain pehle aisa tha aj kal bajne walon to behrhaal un ko rigorous imprisonment diya gaya yani qaid bamushaqqat aur chaki peesna hota tha un ko to woh thay shair bhi mahazr mohani jo thay freedom party bhi thay aur shair bhi thay to apne chaki peeste thay aur shairi bhi karte thay</w:t>
      </w:r>
      <w:r>
        <w:br/>
      </w:r>
      <w:r>
        <w:rPr>
          <w:sz w:val="20"/>
        </w:rPr>
        <w:t>1:29:55  to un ka ek shair isi hawale mein kaha tha unho'n ne ke hai mashq e sukhan jari chaki ki mushaqqat bhi</w:t>
      </w:r>
      <w:r>
        <w:br/>
      </w:r>
      <w:r>
        <w:rPr>
          <w:sz w:val="20"/>
        </w:rPr>
        <w:t>1:30:09  hai mashq e sukhan jari chaki ki mushaqqat bhi matlab yahi sahi hai hai da'i ka mu'amla ke matlab jo bhi Allah ta'ala ki taraf se us ko jis kaam mein dala gaya hai chahe business hai ya job hai koi bhi to woh woh bhi jari rahega aur sakht aur sakht sath sath kya hai mashq e sukhan bhi rahegi</w:t>
      </w:r>
      <w:r>
        <w:br/>
      </w:r>
      <w:r>
        <w:rPr>
          <w:sz w:val="20"/>
        </w:rPr>
        <w:t>1:30:36  yani yani ma'rifat yani ma'rifat ki baat hai sochna dawat ke moqe hon dawat dena samajhta hoon ke woh jo formula jo main ne diya tha woh shayad ziyada realistic formula nahi tha ab main yeh kahunga ke har aadmi ka ek hi formula hai hai mashq e sukhan jari chaki ki mushaqqat bhi</w:t>
      </w:r>
      <w:r>
        <w:br/>
      </w:r>
      <w:r>
        <w:rPr>
          <w:sz w:val="20"/>
        </w:rPr>
        <w:t>1:30:56  yani jo aap kaam kar rahe hain aap halaat ne aap ko jis kaam tak pohanchaya hai aap jis zer zira'at karte hain business karte hain aap job karte hain to karte rahiye is ko</w:t>
      </w:r>
      <w:r>
        <w:br/>
      </w:r>
      <w:r>
        <w:rPr>
          <w:sz w:val="20"/>
        </w:rPr>
        <w:t>1:31:08  lekin waqt zaroorat aur isi ke sath moqe se halaat ke lihaz se aap yani Allah ke liye tadabbur kijiye Allah ki ma'rifat hasil kijiye cheezon se tosum kijiye aur jahan moqa ho dawat ka dawat dete rahiye yeh dono cheezein sath sath chalen gi</w:t>
      </w:r>
      <w:r>
        <w:br/>
      </w:r>
      <w:r>
        <w:rPr>
          <w:sz w:val="20"/>
        </w:rPr>
        <w:t>1:31:30  alag alag nahi hai main samajhta hoon ke ek hi formula hai ke waqt zaroorat waqt zaroorat apni ma'ash hasil karna aur apne aap ko Allah ki ma'rifat mein Allah ki dawat mein involve rakhna yeh sath sath chalega dono ka bilkul wahi formula rahega ke hai mashwara sukhan jari chaki ki mushaqqat bhi sab ke liye ek hi formula hai main samajhta hoon ke do formula nahi hain</w:t>
      </w:r>
      <w:r>
        <w:br/>
      </w:r>
      <w:r>
        <w:rPr>
          <w:sz w:val="20"/>
        </w:rPr>
        <w:t>1:32:00  albata yeh formula jab aap chala payenge jab ke aap aram aur rahat aur aish luxury ke chakkar mein na paden balkeh waqt zaroorat par iktafa karen</w:t>
      </w:r>
      <w:r>
        <w:br/>
      </w:r>
      <w:r>
        <w:rPr>
          <w:sz w:val="20"/>
        </w:rPr>
        <w:t>1:32:13  maulana agla ek comment aaya hai mr shahnawaz zafar sahib ka dilli se unho'n ne likha hai maulana sahib i just wanted to share that i have felt a lot of changes in me after joining your classes</w:t>
      </w:r>
      <w:r>
        <w:br/>
      </w:r>
      <w:r>
        <w:rPr>
          <w:sz w:val="20"/>
        </w:rPr>
        <w:t>1:32:29  now i can say that i love a dearest Allah the most in this world at the time of saying a last good bye to my company i have sent the mail which i am sharing with you this way of thinking is only because of your teachings maulana is mein unho'n ne apna woh mail share kara hai is mein likha hai respected seniors and dear colleagues hearty greetings of the day to all of you</w:t>
      </w:r>
      <w:r>
        <w:br/>
      </w:r>
      <w:r>
        <w:rPr>
          <w:sz w:val="20"/>
        </w:rPr>
        <w:t>1:32:58  time has given this opportunity to inform you all that the moment has come to say a very good bye to all of you in the journey of my life it was my fate to spend the time of eight months with all of you this short span of time was a very unique and wonderful learning experience i would like to gift you all some good thoughts which will help you in achieving real success in your life</w:t>
      </w:r>
      <w:r>
        <w:br/>
      </w:r>
      <w:r>
        <w:rPr>
          <w:sz w:val="20"/>
        </w:rPr>
        <w:t>1:33:27  in quran chapter 23 verse number 115 Allah says do you imagine that we created you without any purpose and you would not be brought back to us for account here quran guides us that the creator of the universe has created all human beings for a test only</w:t>
      </w:r>
      <w:r>
        <w:br/>
      </w:r>
      <w:r>
        <w:rPr>
          <w:sz w:val="20"/>
        </w:rPr>
        <w:t>1:33:48  as a part of test he has given us freedom and it is up to us whether to</w:t>
      </w:r>
      <w:r>
        <w:br/>
      </w:r>
      <w:r>
        <w:rPr>
          <w:sz w:val="20"/>
        </w:rPr>
        <w:t>1:33:54  use it in a proper way or misuse it the freedom exists only for a limited period</w:t>
      </w:r>
      <w:r>
        <w:br/>
      </w:r>
      <w:r>
        <w:rPr>
          <w:sz w:val="20"/>
        </w:rPr>
        <w:t>1:34:00  of testing life testing time when the testing time is over there will be a day of judgment</w:t>
      </w:r>
      <w:r>
        <w:br/>
      </w:r>
      <w:r>
        <w:rPr>
          <w:sz w:val="20"/>
        </w:rPr>
        <w:t>1:34:07  when everyone of us be brought back in front of him for account settlement the reward or</w:t>
      </w:r>
      <w:r>
        <w:br/>
      </w:r>
      <w:r>
        <w:rPr>
          <w:sz w:val="20"/>
        </w:rPr>
        <w:t>1:34:15  punishment be subject to the performance level</w:t>
      </w:r>
      <w:r>
        <w:br/>
      </w:r>
      <w:r>
        <w:rPr>
          <w:sz w:val="20"/>
        </w:rPr>
        <w:t>1:34:18  hence and of the day all the common man business heads branch heads regional heads and country heads have to report to the universe head the owner of any organization tolerate his employees not following company guidelines then how come almighty god tolerate any one of this nature in his world</w:t>
      </w:r>
    </w:p>
    <w:p>
      <w:pPr>
        <w:pStyle w:val="Heading2"/>
      </w:pPr>
      <w:r>
        <w:t>Problem with baseless claims about Maulana</w:t>
      </w:r>
    </w:p>
    <w:p>
      <w:r>
        <w:rPr>
          <w:color w:val="666666"/>
          <w:sz w:val="18"/>
        </w:rPr>
        <w:t>Society &amp; Dawah · Lessons and Experiences May 22, 2011 Maulana Wahiduddin Khan · 15m 50s · at 1:23:40 · https://youtu.be/j4Qx-MsDQWc?t=5020</w:t>
      </w:r>
    </w:p>
    <w:p>
      <w:r>
        <w:rPr>
          <w:i/>
        </w:rPr>
        <w:t>“A new booklet has been printed about you, claiming that you have made some claim. Despite reading the booklet and your books many times, I could not find any such claim. What is the problem of those who write and speak such baseless things?”</w:t>
      </w:r>
    </w:p>
    <w:p>
      <w:r>
        <w:rPr>
          <w:sz w:val="20"/>
        </w:rPr>
        <w:t>1:23:40  i suggest such article should frequently appear in the paper agla sawal hai mister amanullah ka delhi se unhon ne likha hai aap ke bare mein ek naya booklet chapa hai is mein bataya gaya hai ke aap ne koi daway kar diya hai magar booklet ko kai bar parhne ke bawajood mein is mein ya aap ki kitabon mein aisa koi daway pane mein nakam raha</w:t>
      </w:r>
      <w:r>
        <w:br/>
      </w:r>
      <w:r>
        <w:rPr>
          <w:sz w:val="20"/>
        </w:rPr>
        <w:t>1:24:07  is tarah ki be daleel baatein likhne aur bolne walon ki problem kya hai</w:t>
      </w:r>
      <w:r>
        <w:br/>
      </w:r>
      <w:r>
        <w:rPr>
          <w:sz w:val="20"/>
        </w:rPr>
        <w:t>1:24:15  problem yeh hai ke woh maaf kijiyega shaitan ko follow karte hain woh</w:t>
      </w:r>
      <w:r>
        <w:br/>
      </w:r>
      <w:r>
        <w:rPr>
          <w:sz w:val="20"/>
        </w:rPr>
        <w:t>1:24:22  yeh shaitan ka tareeqa hai ke yani doosre ko blame dena bila daleel jaise dekhiye Allah taala ne insan ko paida kiya to us waqt do aur makhlooq thin</w:t>
      </w:r>
      <w:r>
        <w:br/>
      </w:r>
      <w:r>
        <w:rPr>
          <w:sz w:val="20"/>
        </w:rPr>
        <w:t>1:24:37  yani jinat aur malaika to Allah taala ne sab se kaha ke Adam ke aage jhuk jao to malaika to jhuk gaye aur jinat nahi jhuke jin ka sardar tha Iblees</w:t>
      </w:r>
      <w:r>
        <w:br/>
      </w:r>
      <w:r>
        <w:rPr>
          <w:sz w:val="20"/>
        </w:rPr>
        <w:t>1:24:54  to Allah taala ne us ko woh kar diya yani us pe laanat kar di rehmat se laanat hua to woh rehmat se door kar diya to us waqt shaitan ne kya kaha tha</w:t>
      </w:r>
      <w:r>
        <w:br/>
      </w:r>
      <w:r>
        <w:rPr>
          <w:sz w:val="20"/>
        </w:rPr>
        <w:t>1:25:05  rab bima aghwayni</w:t>
      </w:r>
      <w:r>
        <w:br/>
      </w:r>
      <w:r>
        <w:rPr>
          <w:sz w:val="20"/>
        </w:rPr>
        <w:t>1:25:10  yani naoozubillah naoozubillah naoozubillah us ne Allah taala ko naoozubillah conspirator keh diya</w:t>
      </w:r>
      <w:r>
        <w:br/>
      </w:r>
      <w:r>
        <w:rPr>
          <w:sz w:val="20"/>
        </w:rPr>
        <w:t>1:25:19  to admi jo hai yeh yeh yeh shaitan sab ko shakata hai yeh boli bolne ke liye ke daleel ki zuban mein tum koi proof na kar sakte ho to bohat asan hai ilzaam ki zuban bolo</w:t>
      </w:r>
      <w:r>
        <w:br/>
      </w:r>
      <w:r>
        <w:rPr>
          <w:sz w:val="20"/>
        </w:rPr>
        <w:t>1:25:36  yani shaitan jo tha daleel ki zuban mein reason ki zuban mein Khuda ko nahi naoozubillah keh sakta hai ghalati ki hai Khuda ne to kya kiya us ne ilzaam ki zuban bola woh yeh ilzaam ki zuban hai rab aghwat yeh ilzaam ki zuban hai yeh</w:t>
      </w:r>
      <w:r>
        <w:br/>
      </w:r>
      <w:r>
        <w:rPr>
          <w:sz w:val="20"/>
        </w:rPr>
        <w:t>1:25:54  to dekhiye admi ko kya chahiye ke agar woh daleel ki zuban mein apna jo stand hai us ko proof nahi kar sakta to us ko maan lena chahiye ke bhai mere paas koi daleel hai nahi lekin kya karta hai admi ke daleel ke maidan mein apne ko khali pa kar ke woh kya karta hai ilzaam ki allegation ki boli bolne lagta hai character assassination karne lagta hai aib lagane lagta hai</w:t>
      </w:r>
      <w:r>
        <w:br/>
      </w:r>
      <w:r>
        <w:rPr>
          <w:sz w:val="20"/>
        </w:rPr>
        <w:t>1:26:24  yeh yeh shaitan ki pairwi hai ke jahan tumhare paas daleel na ho to ilzaam lagao yani shaitan ke paas yani Iblees ke paas Allah ke khilaf koi daleel nahi thi to us ne ilzaam laga diya rab aghwayni to ne mujhe bhaga diya</w:t>
      </w:r>
      <w:r>
        <w:br/>
      </w:r>
      <w:r>
        <w:rPr>
          <w:sz w:val="20"/>
        </w:rPr>
        <w:t>1:26:44  to yeh jo log aisa karein unhein darna chahiye ke kahin woh kis category mein apne aap ko shamil kar rahe hain kis category mein behal hamare hamare saathi hain in ko bohat zyada is se bachna chahiye in ko yeh karna chahiye ke mun kan ahadees mein aata hai ke mun kan yoom billahi wal yoom al akhir fal ya khair wal thobut</w:t>
      </w:r>
      <w:r>
        <w:br/>
      </w:r>
      <w:r>
        <w:rPr>
          <w:sz w:val="20"/>
        </w:rPr>
        <w:t>1:27:08  jo Allah par aur aakhirat par yaqeen rakhta ho us ko yeh chahiye ke agar us ke paas koi thos baat hai to kahe nahi to chup rahe matlab daleel ho to bole nahi to chup rahe yeh woh log hain ke daleel to hai nahi hamare kisi ek sentence bhi nahi nikal sake woh jis mein ke daway ki zuban istemal ki</w:t>
      </w:r>
      <w:r>
        <w:br/>
      </w:r>
      <w:r>
        <w:rPr>
          <w:sz w:val="20"/>
        </w:rPr>
        <w:t>1:27:32  gayi ho ek bhi single sentence nahi</w:t>
      </w:r>
      <w:r>
        <w:br/>
      </w:r>
      <w:r>
        <w:rPr>
          <w:sz w:val="20"/>
        </w:rPr>
        <w:t>1:27:35  to chup hona chahiye tha ke bhai is mein daawa to kuch hai nahi</w:t>
      </w:r>
      <w:r>
        <w:br/>
      </w:r>
      <w:r>
        <w:rPr>
          <w:sz w:val="20"/>
        </w:rPr>
        <w:t>1:27:40  ek masle ko explain karna yeh koi bhi kar sakta hai</w:t>
      </w:r>
      <w:r>
        <w:br/>
      </w:r>
      <w:r>
        <w:rPr>
          <w:sz w:val="20"/>
        </w:rPr>
        <w:t>1:27:45  ek masle ko explain karna koi bhi kar sakta hai misaal ke taur par hajj ko lijiye koi</w:t>
      </w:r>
      <w:r>
        <w:br/>
      </w:r>
      <w:r>
        <w:rPr>
          <w:sz w:val="20"/>
        </w:rPr>
        <w:t>1:27:50  bhi shakhs kar sakta hai aisa ke hajj ko bataye ke hajj kya cheez hai hajj mabroor kya</w:t>
      </w:r>
      <w:r>
        <w:br/>
      </w:r>
      <w:r>
        <w:rPr>
          <w:sz w:val="20"/>
        </w:rPr>
        <w:t>1:27:56  hota hai hajj mabroor kehte hain jis ko ke Allah taala ne qabool kar liya ho aisa hajj</w:t>
      </w:r>
      <w:r>
        <w:br/>
      </w:r>
      <w:r>
        <w:rPr>
          <w:sz w:val="20"/>
        </w:rPr>
        <w:t>1:28:02  us ko kehte hain hajj mabroor to hajj mabroor ko explain karne ke liye aap likh sakte hain</w:t>
      </w:r>
      <w:r>
        <w:br/>
      </w:r>
      <w:r>
        <w:rPr>
          <w:sz w:val="20"/>
        </w:rPr>
        <w:t>1:28:08  ke yeh daawa kare ke main woh shakhs hoon jis ka hajj mabroor hajj hai kya daawa karne</w:t>
      </w:r>
      <w:r>
        <w:br/>
      </w:r>
      <w:r>
        <w:rPr>
          <w:sz w:val="20"/>
        </w:rPr>
        <w:t>1:28:13  ka haq nahi hai aap ko</w:t>
      </w:r>
      <w:r>
        <w:br/>
      </w:r>
      <w:r>
        <w:rPr>
          <w:sz w:val="20"/>
        </w:rPr>
        <w:t>1:28:15  to there is difference between the two</w:t>
      </w:r>
      <w:r>
        <w:br/>
      </w:r>
      <w:r>
        <w:rPr>
          <w:sz w:val="20"/>
        </w:rPr>
        <w:t>1:28:19  aap ko bilashuba yeh right hai ke aap yeh bataye ke what is hajj mabroor</w:t>
      </w:r>
      <w:r>
        <w:br/>
      </w:r>
      <w:r>
        <w:rPr>
          <w:sz w:val="20"/>
        </w:rPr>
        <w:t>1:28:25  aap ko yeh haq nahi hai ke aap kahein ke mera hajj hajj mabroor tha yeh daawa ho</w:t>
      </w:r>
      <w:r>
        <w:br/>
      </w:r>
      <w:r>
        <w:rPr>
          <w:sz w:val="20"/>
        </w:rPr>
        <w:t>1:28:30  jayega</w:t>
      </w:r>
      <w:r>
        <w:br/>
      </w:r>
      <w:r>
        <w:rPr>
          <w:sz w:val="20"/>
        </w:rPr>
        <w:t>1:28:32  to jab meri tehreeron mein kahin bhi daway ki zuban nahi hai to aap ko kahan kahin kehne ka ke mein daway kar raha hoon mein ek cheez explain kar raha hoon explain karne ka right har ek ko hota hai kisi bhi shakhs ko yeh right hai ke explain kare kisi baat ko jo Quran o Hadees mein aayi hai to un hazrat ko chahiye ke woh jab padha unhon ne aur dekha ke is mein daway ki zuban nahi hai to chup rehte hain woh</w:t>
      </w:r>
      <w:r>
        <w:br/>
      </w:r>
      <w:r>
        <w:rPr>
          <w:sz w:val="20"/>
        </w:rPr>
        <w:t>1:29:02  lekin chup rehne ke bajaye unhon ne kya kiya ke ilzaam ki zuban bolne lage allegation lagane lage to yeh bohat hi khatarnak baat hai kyunke yeh naoozubillah yeh shaitan ke tareeqe ki pairwi hai to admi ko aise admi ko darna chahiye ke woh kis category mein Allah taala ke haan woh likha jayega aisa admi bohat darna chahiye</w:t>
      </w:r>
      <w:r>
        <w:br/>
      </w:r>
      <w:r>
        <w:rPr>
          <w:sz w:val="20"/>
        </w:rPr>
        <w:t>1:29:28  miss aparajita verma ne delhi se likha hai Maulana ji how to differentiate between the relevant and the irrelevant sometimes what appears relevant now becomes irrelevant in the long run also what is relevant to me may not be relevant to other or vice versa whom should be listen to Maulana ji please solve this dilemma</w:t>
      </w:r>
      <w:r>
        <w:br/>
      </w:r>
      <w:r>
        <w:rPr>
          <w:sz w:val="20"/>
        </w:rPr>
        <w:t>1:29:57  bhai dekhiye yeh itna difficult question hai poori history ka sab se difficult question hai yeh poori history ka sab se zyada difficult question hai yeh</w:t>
      </w:r>
      <w:r>
        <w:br/>
      </w:r>
      <w:r>
        <w:rPr>
          <w:sz w:val="20"/>
        </w:rPr>
        <w:t>1:30:17  mein ne bohat padha hai bohat padha hai bohat padha hai is is ke baad mein aisa keh raha hoon</w:t>
      </w:r>
      <w:r>
        <w:br/>
      </w:r>
      <w:r>
        <w:rPr>
          <w:sz w:val="20"/>
        </w:rPr>
        <w:t>1:30:22  ek sahib the justice qazi woh high court ke judge the woh justice MM qazi to woh bombay mein hote the ab un ka intaqal ho gaya to woh hamari kitabein bohat padhte the sari kitabein hamari padhi hui thin to ek martaba mein wahan bombay mein gaya to wahan par abhi ghar unhon ne thahraya tha hum us ko</w:t>
      </w:r>
      <w:r>
        <w:br/>
      </w:r>
      <w:r>
        <w:rPr>
          <w:sz w:val="20"/>
        </w:rPr>
        <w:t>1:30:48  to unhon ne kaha ke aap kitabein mein ne padhi hain aap ki baatein suni hain aap ke andar relevant aur irrelevant ka jo acute sense hai woh mein ne aaj tak kisi mein paya nahi</w:t>
      </w:r>
      <w:r>
        <w:br/>
      </w:r>
      <w:r>
        <w:rPr>
          <w:sz w:val="20"/>
        </w:rPr>
        <w:t>1:31:06  yeh yeh taqreeban yeh mein ne is time chhapa tha un ka yeh baat ke aap ke andar relevant aur irrelevant ka jo acute sense hai woh mein ne kisi ke andar nahi paya</w:t>
      </w:r>
      <w:r>
        <w:br/>
      </w:r>
      <w:r>
        <w:rPr>
          <w:sz w:val="20"/>
        </w:rPr>
        <w:t>1:31:16  yeh to bohat hi mushkil sawal hai</w:t>
      </w:r>
      <w:r>
        <w:br/>
      </w:r>
      <w:r>
        <w:rPr>
          <w:sz w:val="20"/>
        </w:rPr>
        <w:t>1:31:21  yeh to i started of plato mein nahi jate the ke dono ki taraf farq kaise karen aur na koi janta mein samajhta hoon ke poori history khali hai aise insan se mujhe Allah taala ne tofeeq di hai</w:t>
      </w:r>
      <w:r>
        <w:br/>
      </w:r>
      <w:r>
        <w:rPr>
          <w:sz w:val="20"/>
        </w:rPr>
        <w:t>1:31:37  Allah ke fazal se mein relevant irrelevant ka farq samajh pata hoon lekin mujhe to koi aur doosra nazar hi nahi aya ke jo farq sab samajh sake isi logon ka confusion rehta hai ab sawal yeh hai ke aisa yani aisa mind kaise banaya jaye</w:t>
      </w:r>
      <w:r>
        <w:br/>
      </w:r>
      <w:r>
        <w:rPr>
          <w:sz w:val="20"/>
        </w:rPr>
        <w:t>1:32:00  aisa byte kaise banaya jaye yeh is se bhi zyada mushkil sawal hai</w:t>
      </w:r>
      <w:r>
        <w:br/>
      </w:r>
      <w:r>
        <w:rPr>
          <w:sz w:val="20"/>
        </w:rPr>
        <w:t>1:32:07  apne tajurbe ke bare mein mein keh sakta hoon jo mera jo ek tajurba hai ke mujhe do cheezon se faida hua hai</w:t>
      </w:r>
      <w:r>
        <w:br/>
      </w:r>
      <w:r>
        <w:rPr>
          <w:sz w:val="20"/>
        </w:rPr>
        <w:t>1:32:23  do cheezon se faida hua mujhe ek yeh hai ke sari zindagi maine parha itna itna parha itna parha ke mein aaj tak apne ko student samajhta hoon student</w:t>
      </w:r>
      <w:r>
        <w:br/>
      </w:r>
      <w:r>
        <w:rPr>
          <w:sz w:val="20"/>
        </w:rPr>
        <w:t>1:32:36  mein jab adab board pe tha aur mera haal yeh tha ke ghar se nikalta tha to mere hath mein kitab hoti thi zyada tar paidal chalta tha mein to road par chal raha hoon woh hath mein kitab yeh parh raha hoon to meri maan kehti thi ke yeh aadmi jo hai kahin na kahin road par marega matlab accident ho jayega woh marega road par kyunke chalte hue kitab parhna jo hai woh bohat hi risky baat hai</w:t>
      </w:r>
      <w:r>
        <w:br/>
      </w:r>
      <w:r>
        <w:rPr>
          <w:sz w:val="20"/>
        </w:rPr>
        <w:t>1:33:04  to ek to maine sari zindagi parhne mein guzari parhne mein parhne mein parhne mein aur doosri baat yeh hai</w:t>
      </w:r>
      <w:r>
        <w:br/>
      </w:r>
      <w:r>
        <w:rPr>
          <w:sz w:val="20"/>
        </w:rPr>
        <w:t>1:33:15  dua Allah se dua dekhen mera jo aqeeda Allah ka hai Khuda ka Khuda ko mein ek ek ek zinda hasti samajhta hoon jaise hum aap ek zinda hasti hain yani meri taraf se Khuda kahin maujood hai</w:t>
      </w:r>
      <w:r>
        <w:br/>
      </w:r>
      <w:r>
        <w:rPr>
          <w:sz w:val="20"/>
        </w:rPr>
        <w:t>1:33:31  ek living being ke taur par ek person ke taur par mere andar jo mind hai to Khuda kehte hain super mind hai</w:t>
      </w:r>
      <w:r>
        <w:br/>
      </w:r>
      <w:r>
        <w:rPr>
          <w:sz w:val="20"/>
        </w:rPr>
        <w:t>1:33:44  is ke maani kya</w:t>
      </w:r>
      <w:r>
        <w:br/>
      </w:r>
      <w:r>
        <w:rPr>
          <w:sz w:val="20"/>
        </w:rPr>
        <w:t>1:33:45  hain ek bohat hi yeh yeh meri taqat ka raaz yahi hai ke mein Khuda ko ek living ek living par hasti ke taur par maine daryaft kiya hai ke meri tarah ka meri tarah ka mera hi ka ek greater form hai mera aur yeh Bukhari mein hadith hai ke in Allah khalaq khalaq Allah Adam ala suratuhu</w:t>
      </w:r>
      <w:r>
        <w:br/>
      </w:r>
      <w:r>
        <w:rPr>
          <w:sz w:val="20"/>
        </w:rPr>
        <w:t>1:34:12  insan ke andar jo salahiyaten hain minor scale par wahi Khuda ke andar greater scale par hain</w:t>
      </w:r>
      <w:r>
        <w:br/>
      </w:r>
      <w:r>
        <w:rPr>
          <w:sz w:val="20"/>
        </w:rPr>
        <w:t>1:34:21  to mujhe yaqeen hai ke mein jab bhi Allah ko dua karoon to mera Allah se contact qaim ho jata hai aur mujhe lagta hai ke mujhe koi inspiration aa raha hai yani idhar se mein mang raha hoon aur idhar se pa raha hoon</w:t>
      </w:r>
      <w:r>
        <w:br/>
      </w:r>
      <w:r>
        <w:rPr>
          <w:sz w:val="20"/>
        </w:rPr>
        <w:t>1:34:40  to ek hai ke maine bohat zyada parha doosri jagah maine bohat zyada duaen ki</w:t>
      </w:r>
      <w:r>
        <w:br/>
      </w:r>
      <w:r>
        <w:rPr>
          <w:sz w:val="20"/>
        </w:rPr>
        <w:t>1:34:46  dua karte karte mein aap soch nahi sakte ke mein kaisi duaen karta hoon kya kya duaen karta hoon</w:t>
      </w:r>
      <w:r>
        <w:br/>
      </w:r>
      <w:r>
        <w:rPr>
          <w:sz w:val="20"/>
        </w:rPr>
        <w:t>1:34:59  is ko aap soch nahi sakte kyunke log duaon mein jeena jante nahi aur Khuda ke bare mein dekhen jo monistic concept hai Khuda ka us ko mein us ke bare mein yahi maine kehna hai ke monistic concept Khuda ka jo hai us mein aap aap ko connection kahan se ayega us mein to aap akele ho jate hain yani Khuda jo hai koi zinda hasti nahi Khuda se aap contact nahi ho sakta</w:t>
      </w:r>
      <w:r>
        <w:br/>
      </w:r>
      <w:r>
        <w:rPr>
          <w:sz w:val="20"/>
        </w:rPr>
        <w:t>1:35:29  Khuda to ek aap ke liye ek sirf ek ek supposition hai ke zare zare mein Khuda hai aap contact kaise karen is se contact jab karwayenge jab Khuda ek person ho</w:t>
      </w:r>
      <w:r>
        <w:br/>
      </w:r>
      <w:r>
        <w:rPr>
          <w:sz w:val="20"/>
        </w:rPr>
        <w:t>1:35:43  to jo log Khuda ko as a person nahi mante woh bohat bari mahroomi mein hain woh un ka woh dunya mein loneliness loneliness mein jeete hain akele pan mein jeete hain</w:t>
      </w:r>
      <w:r>
        <w:br/>
      </w:r>
      <w:r>
        <w:rPr>
          <w:sz w:val="20"/>
        </w:rPr>
        <w:t>1:35:58  un ka contact Khuda se nahi hota Khuda se un ka whisper nahi hota Khuda se un ki baaten nahi hoti mein keh sakta hoon ke mein Khuda se yani rozana mein Khuda se contact mein rehta hoon Khuda se mangta hoon Khuda to apni taraf se mere paas aata hai</w:t>
      </w:r>
      <w:r>
        <w:br/>
      </w:r>
      <w:r>
        <w:rPr>
          <w:sz w:val="20"/>
        </w:rPr>
        <w:t>1:36:21  dekhen Islam mein yeh mana gaya hai ke ek hai revelation ek hai inspiration</w:t>
      </w:r>
      <w:r>
        <w:br/>
      </w:r>
      <w:r>
        <w:rPr>
          <w:sz w:val="20"/>
        </w:rPr>
        <w:t>1:36:28  Islam mein mana gaya hai ke revelation jo hai woh sirf peghamabar ko hota hai lekin inspiration kisi ko bhi ho sakta hai kisi ko bhi ho sakta hai jo apne aap ko purify kare jo sach much hi Allah se mange jo sach much hi Khuda se contact banaye apna sach much hi banaye</w:t>
      </w:r>
      <w:r>
        <w:br/>
      </w:r>
      <w:r>
        <w:rPr>
          <w:sz w:val="20"/>
        </w:rPr>
        <w:t>1:36:56  to mera to daily ka ek tajurba hai ke mujhe nai nai baaten maloom hoti hain nai nai baaten woh kaise dua ke through nai nai baaten dua ke through maloom hoti hain</w:t>
      </w:r>
      <w:r>
        <w:br/>
      </w:r>
      <w:r>
        <w:rPr>
          <w:sz w:val="20"/>
        </w:rPr>
        <w:t>1:37:12  aap meri kitaben parhiye aur doosron ki kitaben parhiye aap to meri baaten mein nai baaten bhari hui hongi mein rawaiytee baaten nahi karta</w:t>
      </w:r>
      <w:r>
        <w:br/>
      </w:r>
      <w:r>
        <w:rPr>
          <w:sz w:val="20"/>
        </w:rPr>
        <w:t>1:37:25  bohat zyada creativity payenge meri meri kitab ke andar aap woh kaisa hota hai woh isi tarah se hota hai dekhen study aap ko prepared mind banati hai study agar na ho to inspiration bhi aap ko faida nahi dega study aap ko prepared mind banati hai aur phir dua se aap ko inspiration aata hai</w:t>
      </w:r>
      <w:r>
        <w:br/>
      </w:r>
      <w:r>
        <w:rPr>
          <w:sz w:val="20"/>
        </w:rPr>
        <w:t>1:37:47  phir woh salahiyat paida hoti hai ke aap relevant aur irrelevant mein aap farq kar saken yeh bohat hi mushkil hai bohat hi mushkil hai ke kon sa relevant point hai kon sa irrelevant point hai sab is mein phanse rehte hain sab phanse rehte hain isi mein</w:t>
      </w:r>
      <w:r>
        <w:br/>
      </w:r>
      <w:r>
        <w:rPr>
          <w:sz w:val="20"/>
        </w:rPr>
        <w:t>1:38:10  to yeh bohat bari kisi ki khush qismati hai ke woh is is farq ko jaan jaye ki</w:t>
      </w:r>
      <w:r>
        <w:br/>
      </w:r>
      <w:r>
        <w:rPr>
          <w:sz w:val="20"/>
        </w:rPr>
        <w:t>1:38:18  unke isi mein aa ke wisdom sari chupi hui hai sara wisdom jo hai woh isi mein hai sara wisdom isi mein hai</w:t>
      </w:r>
      <w:r>
        <w:br/>
      </w:r>
      <w:r>
        <w:rPr>
          <w:sz w:val="20"/>
        </w:rPr>
        <w:t>1:38:29  jo bari bari baatein hain jo bari bari hikmatein hain woh sab isi mein chupi hui hain</w:t>
      </w:r>
      <w:r>
        <w:br/>
      </w:r>
      <w:r>
        <w:rPr>
          <w:sz w:val="20"/>
        </w:rPr>
        <w:t>1:38:39  meri kitab mein to sach mein to sab isi poori sari kitabein isi subject pe hoti hain</w:t>
      </w:r>
      <w:r>
        <w:br/>
      </w:r>
      <w:r>
        <w:rPr>
          <w:sz w:val="20"/>
        </w:rPr>
        <w:t>1:38:46  jo log parhte hain baqayda woh jante hain</w:t>
      </w:r>
      <w:r>
        <w:br/>
      </w:r>
      <w:r>
        <w:rPr>
          <w:sz w:val="20"/>
        </w:rPr>
        <w:t>1:38:52  ke sari baatein jo isi isi is subject pe hoti hain</w:t>
      </w:r>
      <w:r>
        <w:br/>
      </w:r>
      <w:r>
        <w:rPr>
          <w:sz w:val="20"/>
        </w:rPr>
        <w:t>1:39:01  to khair is ke baray mein main apna personal tajurba to zaroor bata sakta hoon lekin mere paas koi aisa method nahi hai jo main kisi ko kahoon ke yeh method dohrao to aisa ho jayega</w:t>
      </w:r>
      <w:r>
        <w:br/>
      </w:r>
      <w:r>
        <w:rPr>
          <w:sz w:val="20"/>
        </w:rPr>
        <w:t>1:39:19  sirf apna personal experience bata sakta hoon</w:t>
      </w:r>
      <w:r>
        <w:br/>
      </w:r>
      <w:r>
        <w:rPr>
          <w:sz w:val="20"/>
        </w:rPr>
        <w:t>1:39:25  is mamle mein</w:t>
      </w:r>
    </w:p>
    <w:p>
      <w:pPr>
        <w:pStyle w:val="Heading2"/>
      </w:pPr>
      <w:r>
        <w:t>Producing indigenous scholars in USA</w:t>
      </w:r>
    </w:p>
    <w:p>
      <w:r>
        <w:rPr>
          <w:color w:val="666666"/>
          <w:sz w:val="18"/>
        </w:rPr>
        <w:t>Society &amp; Dawah · Living in a World of Competition October 24, 2010 · 7m 05s · at 58:32 · https://youtu.be/0DRVM8YxM5U?t=3512</w:t>
      </w:r>
    </w:p>
    <w:p>
      <w:r>
        <w:rPr>
          <w:i/>
        </w:rPr>
        <w:t>“There is a trend here in the USA to produce indigenous muftis and scholars. For this reason, they are establishing sprawling Darul Ulooms and producing turbocharged hafiz, muftis, and scholars. They think this way they will bring an Islamic revolution in the USA. My question to you is: Is it a positive trend?”</w:t>
      </w:r>
    </w:p>
    <w:p>
      <w:r>
        <w:rPr>
          <w:sz w:val="20"/>
        </w:rPr>
        <w:t>58:32  yeh sawal poocha hai Mr. Khwaja Kaleemuddin ne Pennsylvania se. unhon ne likha hai: "Maulana sahib, there is a trend here in the USA to produce indigenous muftis and ulema.</w:t>
      </w:r>
      <w:r>
        <w:br/>
      </w:r>
      <w:r>
        <w:rPr>
          <w:sz w:val="20"/>
        </w:rPr>
        <w:t>58:48  for this reason, they are establishing sprawling darul uloom and producing young turbanized hafeez, muftis and ulema.</w:t>
      </w:r>
      <w:r>
        <w:br/>
      </w:r>
      <w:r>
        <w:rPr>
          <w:sz w:val="20"/>
        </w:rPr>
        <w:t>58:59  this way they think that they will bring an Islamic revolution here in the US. my question to you is: is it a positive trend?</w:t>
      </w:r>
      <w:r>
        <w:br/>
      </w:r>
      <w:r>
        <w:rPr>
          <w:sz w:val="20"/>
        </w:rPr>
        <w:t>59:11  will it bring a desired revolution? if not, what should Muslims do here? kindly c</w:t>
      </w:r>
      <w:r>
        <w:br/>
      </w:r>
      <w:r>
        <w:rPr>
          <w:sz w:val="20"/>
        </w:rPr>
        <w:t>59:19  ment." dekhiye, agar maqsad yeh ho madaris qaim karne ka western countries mein ke is se kuch nikah parhane wale aur janaza parhane wale aur fatwa dene wale kuch log paida ho jayen to yeh baat to haazir ho sakti hai.</w:t>
      </w:r>
      <w:r>
        <w:br/>
      </w:r>
      <w:r>
        <w:rPr>
          <w:sz w:val="20"/>
        </w:rPr>
        <w:t>59:40  lekin western countries mein revolution lana Islami, yeh to bilkul yani food is paradise mein jeena hai.</w:t>
      </w:r>
      <w:r>
        <w:br/>
      </w:r>
      <w:r>
        <w:rPr>
          <w:sz w:val="20"/>
        </w:rPr>
        <w:t>59:57  dekhen, maine baar baar safar kiya in countries ka, America ka bhi. maine paya hai ke log bilkul hi nahi jante ke America kya hai.</w:t>
      </w:r>
      <w:r>
        <w:br/>
      </w:r>
      <w:r>
        <w:rPr>
          <w:sz w:val="20"/>
        </w:rPr>
        <w:t>1:00:07  wahan rehte hain sirf kamane ke liye,</w:t>
      </w:r>
      <w:r>
        <w:br/>
      </w:r>
      <w:r>
        <w:rPr>
          <w:sz w:val="20"/>
        </w:rPr>
        <w:t>1:00:11  milte hain aapas mein. yeh Americanon se in ki koi mulaqaat nahi hoti siwaye yani workplace ke.</w:t>
      </w:r>
      <w:r>
        <w:br/>
      </w:r>
      <w:r>
        <w:rPr>
          <w:sz w:val="20"/>
        </w:rPr>
        <w:t>1:00:23  kuch un ka contact nahi, yahan tak ke jo ulema India se jate hain wahan ya Pakistan se jo woh jate hain wahan ya ya urf jate hain wahan, unhein bhi kuch khabar nahi ke America kya hai.</w:t>
      </w:r>
      <w:r>
        <w:br/>
      </w:r>
      <w:r>
        <w:rPr>
          <w:sz w:val="20"/>
        </w:rPr>
        <w:t>1:00:38  kyun? apne logon mein rehte hain, bas</w:t>
      </w:r>
      <w:r>
        <w:br/>
      </w:r>
      <w:r>
        <w:rPr>
          <w:sz w:val="20"/>
        </w:rPr>
        <w:t>1:00:41  apne logon mein khayen peeyen ge, apne logon mein hansi mazaq karenge, apne logon mein ho ha karenge, wahan par wapas aa jayen ge. American society se koi ta'alluq nahi, is liye woh jante nahi ke America kya hai, western thought kya hai, modern thinking kya hai.</w:t>
      </w:r>
      <w:r>
        <w:br/>
      </w:r>
      <w:r>
        <w:rPr>
          <w:sz w:val="20"/>
        </w:rPr>
        <w:t>1:00:58  to aap revolution, revolution kahan se layenge? modern mind ko aap address kaise karenge? aap</w:t>
      </w:r>
      <w:r>
        <w:br/>
      </w:r>
      <w:r>
        <w:rPr>
          <w:sz w:val="20"/>
        </w:rPr>
        <w:t>1:01:05  jaise misaal ke taur par dekhiye ke sari dunya ke musalman mashhoor America aur Europe ke ke yahan koi cheez ho jati hai ke cartoon chhap gaya, koi ya koi kitab chhap gayi, aur shor machate hain is ke khilaf.</w:t>
      </w:r>
      <w:r>
        <w:br/>
      </w:r>
      <w:r>
        <w:rPr>
          <w:sz w:val="20"/>
        </w:rPr>
        <w:t>1:01:21  it is against the speed of the age. aap bahar ja ke rehte hain to is liye rehte hain ke wahan azadi hai.</w:t>
      </w:r>
      <w:r>
        <w:br/>
      </w:r>
      <w:r>
        <w:rPr>
          <w:sz w:val="20"/>
        </w:rPr>
        <w:t>1:01:32  to</w:t>
      </w:r>
      <w:r>
        <w:br/>
      </w:r>
      <w:r>
        <w:rPr>
          <w:sz w:val="20"/>
        </w:rPr>
        <w:t>1:01:33  aaj ki dunya jo hai, freedom of express, expression ko bohat important deti hai. yani freedom of expression in ka kalma hai, azadi-e-rai,</w:t>
      </w:r>
      <w:r>
        <w:br/>
      </w:r>
      <w:r>
        <w:rPr>
          <w:sz w:val="20"/>
        </w:rPr>
        <w:t>1:01:47  yeh in ka kalma hai. in ka aap shor machate hain, yani kuch bhi aap ko pata nahi ke wahan ka soch kya hai, wahan ke thinking kya hai.</w:t>
      </w:r>
      <w:r>
        <w:br/>
      </w:r>
      <w:r>
        <w:rPr>
          <w:sz w:val="20"/>
        </w:rPr>
        <w:t>1:01:58  shor kya machana hai?</w:t>
      </w:r>
      <w:r>
        <w:br/>
      </w:r>
      <w:r>
        <w:rPr>
          <w:sz w:val="20"/>
        </w:rPr>
        <w:t>1:02:00  aap article likhein, aap kitab likhein, aap logon se miliye, logon ko samjhaiye. hangama karna aur kehna ke in ko maro, in ko kato, yani kuch bhi unhein alif be te se bhi nahi maloom hai wahan ki dunya ka haal.</w:t>
      </w:r>
      <w:r>
        <w:br/>
      </w:r>
      <w:r>
        <w:rPr>
          <w:sz w:val="20"/>
        </w:rPr>
        <w:t>1:02:15  yeh aur revolution layenge, yeh wahan bhi inqilab barpa karenge. yeh to foods paradise mein jeena hai.</w:t>
      </w:r>
      <w:r>
        <w:br/>
      </w:r>
      <w:r>
        <w:rPr>
          <w:sz w:val="20"/>
        </w:rPr>
        <w:t>1:02:24  to main arz karunga ke yeh jo madaris wahan qaim ho rahe hain, agar un ka maqsad yeh ho ke jo cultural zarooraten hain musalmanon ki, cultural zarooraten hain, jaise namaz, janaze ki namaz padhana,</w:t>
      </w:r>
      <w:r>
        <w:br/>
      </w:r>
      <w:r>
        <w:rPr>
          <w:sz w:val="20"/>
        </w:rPr>
        <w:t>1:02:40  eidain ki namaz padhana, kuch juzviyat mein masle mein fatwa dena waghera, yeh zaroorat poori ho sakti hai.</w:t>
      </w:r>
      <w:r>
        <w:br/>
      </w:r>
      <w:r>
        <w:rPr>
          <w:sz w:val="20"/>
        </w:rPr>
        <w:t>1:02:51  lekin is ka is se koi bhi taluq nahi hai ke wahan ki dunya mein islami inqilab aaye, kyunke islami inqilab maine kaha ke Islam ko aap ise un ke mind ko ke mutabiq, un ke muaine ke mutabiq, aap Islam ko un ke liye understandable banayein,</w:t>
      </w:r>
      <w:r>
        <w:br/>
      </w:r>
      <w:r>
        <w:rPr>
          <w:sz w:val="20"/>
        </w:rPr>
        <w:t>1:03:11  isko reason out karein, aise dalail dein ke un ka mind address ho. tab to woh sochega, woh nahi sochega hi nahi,</w:t>
      </w:r>
      <w:r>
        <w:br/>
      </w:r>
      <w:r>
        <w:rPr>
          <w:sz w:val="20"/>
        </w:rPr>
        <w:t>1:03:20  sochega bhi nahi. abhi to jitni bhi kitabein chhapi hain, hamare mission mein jo kitabein hain, us ko chhod dijiye, sab Muslim oriented kitabein hain, one to all,</w:t>
      </w:r>
      <w:r>
        <w:br/>
      </w:r>
      <w:r>
        <w:rPr>
          <w:sz w:val="20"/>
        </w:rPr>
        <w:t>1:03:32  one to all Muslim oriented kitabein hain. main America mein masjidon mein namaz padhi, maine wahan bhi wahi duaein Quran, wahan bhi Quran nazla padhi jati hai, Allahumma ahlil kafarata wal mushrikeen, wahan bhi hota hai.</w:t>
      </w:r>
      <w:r>
        <w:br/>
      </w:r>
      <w:r>
        <w:rPr>
          <w:sz w:val="20"/>
        </w:rPr>
        <w:t>1:03:45  ab bataiye ke jin logon ko aap, jin logon ke darmiyan aap Islam ko phailana hai, un ke un ko badduaen kar rahe hain, wahan par kuch log Islam qubool karte hain, woh apne aap karte hain, musalmanon ka is se koi taluq nahi hai,</w:t>
      </w:r>
      <w:r>
        <w:br/>
      </w:r>
      <w:r>
        <w:rPr>
          <w:sz w:val="20"/>
        </w:rPr>
        <w:t>1:03:59  kuch bhi nahi. poori tareekh mein aisa hua hai ke log Islam apne aap qubool karte rahe, fitrat ki gawahi par, fitrat ki gawahi par.</w:t>
      </w:r>
      <w:r>
        <w:br/>
      </w:r>
      <w:r>
        <w:rPr>
          <w:sz w:val="20"/>
        </w:rPr>
        <w:t>1:04:12  jaise ek American musalman hua tha, to us se poocha gaya ke musalman to ab kyun hue? to us ne kaha ke main musalman nahi hua hoon, I was reverted to my own birthright religion.</w:t>
      </w:r>
      <w:r>
        <w:br/>
      </w:r>
      <w:r>
        <w:rPr>
          <w:sz w:val="20"/>
        </w:rPr>
        <w:t>1:04:23  to apni fitrat ki taraf lot ta hai woh, ya to bas wahan par wahi apne mulk ko culture chalate hain, Arab log apna culture chalate hain, Pakistani apna chahte hain, Indian ko apna chalate hain, isi mein rehte hain.</w:t>
      </w:r>
      <w:r>
        <w:br/>
      </w:r>
      <w:r>
        <w:rPr>
          <w:sz w:val="20"/>
        </w:rPr>
        <w:t>1:04:36  bas</w:t>
      </w:r>
      <w:r>
        <w:br/>
      </w:r>
      <w:r>
        <w:rPr>
          <w:sz w:val="20"/>
        </w:rPr>
        <w:t>1:04:41  to main aise madaris ke khilaf nahi hoon, lekin jis goal ko samne rakh kar ke madaris banaye jate hain, woh us ke khilaf hoon, kyunke yeh goal kabhi hasil hone wala nahi hai.</w:t>
      </w:r>
      <w:r>
        <w:br/>
      </w:r>
      <w:r>
        <w:rPr>
          <w:sz w:val="20"/>
        </w:rPr>
        <w:t>1:04:52  yeh jo hum log yahan har haftah ikattha hote hain, hamein samjhein ke hum ikattha hote hote hote yahan par India mein hum apna hukumat qaim kar lenge, to yeh kaam makana baat hogi, kyunke yeh to non political hai.</w:t>
      </w:r>
      <w:r>
        <w:br/>
      </w:r>
      <w:r>
        <w:rPr>
          <w:sz w:val="20"/>
        </w:rPr>
        <w:t>1:05:04  hamara mission</w:t>
      </w:r>
      <w:r>
        <w:br/>
      </w:r>
      <w:r>
        <w:rPr>
          <w:sz w:val="20"/>
        </w:rPr>
        <w:t>1:05:06  yahan party se koi baat nahi, na hamare is classes se sare India mein log hum ko vote dein, vote dene lagenge. yeh to aap makana soch ho gaya, ho jayegi.</w:t>
      </w:r>
      <w:r>
        <w:br/>
      </w:r>
      <w:r>
        <w:rPr>
          <w:sz w:val="20"/>
        </w:rPr>
        <w:t>1:05:19  to kam az kam yeh janiye ke aap jo kaam kar rahe hain, is ka result kya nikalne wala hai.</w:t>
      </w:r>
      <w:r>
        <w:br/>
      </w:r>
      <w:r>
        <w:rPr>
          <w:sz w:val="20"/>
        </w:rPr>
        <w:t>1:05:28  yani aap lagayen babal ka peR aur saare is mein aam phalein ge, to zahir hai ke bilkul isi ko kehte hain ke living in foods paradise.</w:t>
      </w:r>
    </w:p>
    <w:p>
      <w:pPr>
        <w:pStyle w:val="Heading2"/>
      </w:pPr>
      <w:r>
        <w:t>Protests for Kashmir Human Rights</w:t>
      </w:r>
    </w:p>
    <w:p>
      <w:r>
        <w:rPr>
          <w:color w:val="666666"/>
          <w:sz w:val="18"/>
        </w:rPr>
        <w:t>Society &amp; Dawah · From The Spiritual Tree August 8, 2010 · 9m 51s · at 59:14 · https://youtu.be/H6e9NOrqgHI?t=3554</w:t>
      </w:r>
    </w:p>
    <w:p>
      <w:r>
        <w:rPr>
          <w:i/>
        </w:rPr>
        <w:t>“These days many people are complaining and holding demonstrations in the name of human rights violations in Kashmir. Is this justified, and will it yield any result?”</w:t>
      </w:r>
    </w:p>
    <w:p>
      <w:r>
        <w:rPr>
          <w:sz w:val="20"/>
        </w:rPr>
        <w:t>59:14  Maulana, yeh sawal Miss Maria ka hai New Delhi se. Unhon ne likha hai ke "These days many people are complaining and holding demonstrations in the name of human rights violation in Kashmir.</w:t>
      </w:r>
      <w:r>
        <w:br/>
      </w:r>
      <w:r>
        <w:rPr>
          <w:sz w:val="20"/>
        </w:rPr>
        <w:t>59:30  Is this justified and would it entail any result?</w:t>
      </w:r>
      <w:r>
        <w:br/>
      </w:r>
      <w:r>
        <w:rPr>
          <w:sz w:val="20"/>
        </w:rPr>
        <w:t>59:35  " Result to nikalna hota hai, nikal chuka hota hai. 60 baras se nikalne wala to nikal chuka hota hai. Dekhein, yahan mein ek baat bohat hi important baat arz karna chahta hoon ke sari duniya ke Musalman is pe obssessed hain.</w:t>
      </w:r>
      <w:r>
        <w:br/>
      </w:r>
      <w:r>
        <w:rPr>
          <w:sz w:val="20"/>
        </w:rPr>
        <w:t>59:49  Isi se human rights ke naam par hum tareeqe chala rahe hain. Woh yeh ek bohat bari cheez hai, kisi ko kisi ko pata nahi, na ulma ko pata hai, na mister logon ko pata hai.</w:t>
      </w:r>
      <w:r>
        <w:br/>
      </w:r>
      <w:r>
        <w:rPr>
          <w:sz w:val="20"/>
        </w:rPr>
        <w:t>1:00:01  Is zamane mein Musalmanon ne ek bohat bari hamakat, nadani ki hai.</w:t>
      </w:r>
      <w:r>
        <w:br/>
      </w:r>
      <w:r>
        <w:rPr>
          <w:sz w:val="20"/>
        </w:rPr>
        <w:t>1:00:06  Woh ek human rights ke concept par apni sari tareekh chala rakhi hai. Unhon ne aur human rights kya hai? Yeh jo West se nikla hai, mein is ko extremism manta hoon.</w:t>
      </w:r>
      <w:r>
        <w:br/>
      </w:r>
      <w:r>
        <w:rPr>
          <w:sz w:val="20"/>
        </w:rPr>
        <w:t>1:00:19  Ek extremism ka shikar Musalman hi nahi hai, West bhi hai. Farq yeh hai ke un ka un ka jo hai, secular extremism hai. Hamara religious extremism hai.</w:t>
      </w:r>
      <w:r>
        <w:br/>
      </w:r>
      <w:r>
        <w:rPr>
          <w:sz w:val="20"/>
        </w:rPr>
        <w:t>1:00:30  Poora West jo hai, secular extremism mein mubtala hai. Woh kaise?</w:t>
      </w:r>
      <w:r>
        <w:br/>
      </w:r>
      <w:r>
        <w:rPr>
          <w:sz w:val="20"/>
        </w:rPr>
        <w:t>1:00:34  Un ka gender equality concept, freedom ka concept aur human rights ka concept, yeh sab extremism hai. Extremism hai yeh sab.</w:t>
      </w:r>
      <w:r>
        <w:br/>
      </w:r>
      <w:r>
        <w:rPr>
          <w:sz w:val="20"/>
        </w:rPr>
        <w:t>1:00:45  Woh kaise</w:t>
      </w:r>
      <w:r>
        <w:br/>
      </w:r>
      <w:r>
        <w:rPr>
          <w:sz w:val="20"/>
        </w:rPr>
        <w:t>1:00:47  ? Dekhein, yeh jo jo jo artistic Musalman liye hue hain, jise napte hain, kehte hain ke human rights ka violation hua hai.</w:t>
      </w:r>
      <w:r>
        <w:br/>
      </w:r>
      <w:r>
        <w:rPr>
          <w:sz w:val="20"/>
        </w:rPr>
        <w:t>1:00:58  To Islam ke se dekhein, aap Islam ki artistics dekhein, aap Quran Majeed mein saaf saaf ayat hai ke "Ittqoo fitnatan laa tusibannallazeena zalamum minkum khassah".</w:t>
      </w:r>
      <w:r>
        <w:br/>
      </w:r>
      <w:r>
        <w:rPr>
          <w:sz w:val="20"/>
        </w:rPr>
        <w:t>1:01:14  "Ittqoo fitnatan laa tusibannallazeena mink</w:t>
      </w:r>
      <w:r>
        <w:br/>
      </w:r>
      <w:r>
        <w:rPr>
          <w:sz w:val="20"/>
        </w:rPr>
        <w:t>1:01:18  um khassah" Surah Anfal mein. Is fitne se bacho jo tumhare khaas logon hi ko nahi, apne lapet mein le ga, balkeh aam logon ko lapet mein le le ga.</w:t>
      </w:r>
      <w:r>
        <w:br/>
      </w:r>
      <w:r>
        <w:rPr>
          <w:sz w:val="20"/>
        </w:rPr>
        <w:t>1:01:31  Woh kya hai? Islam chahta hai ke initial stage hi mein aap apna precaution lein.</w:t>
      </w:r>
      <w:r>
        <w:br/>
      </w:r>
      <w:r>
        <w:rPr>
          <w:sz w:val="20"/>
        </w:rPr>
        <w:t>1:01:40  Agar aap initial is se precaution na lein aur lagataar tareeqe chala dein to aap jab ek jab kuch ek mob hai, patharav kare ga to goliyan chalengi to bohat se woh bhi marenge jo jo jo jo jo kahin sarak par khadi hui thi, kinare woh hoga.</w:t>
      </w:r>
      <w:r>
        <w:br/>
      </w:r>
      <w:r>
        <w:rPr>
          <w:sz w:val="20"/>
        </w:rPr>
        <w:t>1:01:58  There is but natural jo nafrat bhare gi, nafrat ke shikar sab log honge.</w:t>
      </w:r>
      <w:r>
        <w:br/>
      </w:r>
      <w:r>
        <w:rPr>
          <w:sz w:val="20"/>
        </w:rPr>
        <w:t>1:02:06  To Kashmir ke bare mein dekhiye, mein bohat baar likh chuka hoon ke Kashmir jo hai, Kashmiriyon ki apni Kashmiris are paying the price of their own their own yani stepped policies.</w:t>
      </w:r>
      <w:r>
        <w:br/>
      </w:r>
      <w:r>
        <w:rPr>
          <w:sz w:val="20"/>
        </w:rPr>
        <w:t>1:02:21  Yeh mein likh chuka hoon. Aap aap agar padh lein meri kitab "Kashmir mein Aman" ke India mein jis zamane mein jo pehli government bani thi 47 ke baad to Sardar Patel is zamane mein Home Minister the.</w:t>
      </w:r>
      <w:r>
        <w:br/>
      </w:r>
      <w:r>
        <w:rPr>
          <w:sz w:val="20"/>
        </w:rPr>
        <w:t>1:02:38  To is zamane mein do states ka jhagda tha, Hyderabad ka aur Kashmir ka.</w:t>
      </w:r>
      <w:r>
        <w:br/>
      </w:r>
      <w:r>
        <w:rPr>
          <w:sz w:val="20"/>
        </w:rPr>
        <w:t>1:02:45  To yeh yeh cheez, yeh cheez, yeh cheez record mein hai ke Sardar Patel ne peshkash kiya kyunke Pakistanion ne kiya kiya tha ke Hyderabad ko apna apna ilhaq kar rakha tha.</w:t>
      </w:r>
      <w:r>
        <w:br/>
      </w:r>
      <w:r>
        <w:rPr>
          <w:sz w:val="20"/>
        </w:rPr>
        <w:t>1:02:59  Pata hai, Hyderabad jo hai, Indian Union mein hai aur is ka Nawab itna nadan tha ke us ne yeh woh kar liya tha, un ko affiliation kar liya tha, ilhaq Pakistan se.</w:t>
      </w:r>
      <w:r>
        <w:br/>
      </w:r>
      <w:r>
        <w:rPr>
          <w:sz w:val="20"/>
        </w:rPr>
        <w:t>1:03:10  Wahan is ka daftar khol diya tha Karachi mein.</w:t>
      </w:r>
      <w:r>
        <w:br/>
      </w:r>
      <w:r>
        <w:rPr>
          <w:sz w:val="20"/>
        </w:rPr>
        <w:t>1:03:14  to sardar patel ne kaha ke is ko band karo, haiderabad india ka hissa hai, ye maan lo tum. to kashmir ke bare mein ham ham maan len ge tumhara claim.</w:t>
      </w:r>
      <w:r>
        <w:br/>
      </w:r>
      <w:r>
        <w:rPr>
          <w:sz w:val="20"/>
        </w:rPr>
        <w:t>1:03:25  lekin is waqt liaqat ali khan prime minister the, unhon ne nibhani nahi is cheez ko, radd kar diya bilkul. meri kitab parhiye, is mein baqayda khud pakistani reference se maine dikhaya hai ke is ki is poori poori zimmedari kashmiyon par hai, pakistanion par hai.</w:t>
      </w:r>
      <w:r>
        <w:br/>
      </w:r>
      <w:r>
        <w:rPr>
          <w:sz w:val="20"/>
        </w:rPr>
        <w:t>1:03:41  to jab initially stage par aap ne nadani ki to aap is ko sab bhugte. human rights ka masla nahi hai, ye ur paying da price of of your of your own state policies.</w:t>
      </w:r>
      <w:r>
        <w:br/>
      </w:r>
      <w:r>
        <w:rPr>
          <w:sz w:val="20"/>
        </w:rPr>
        <w:t>1:03:56  ye hai islam ka tareeqa. wo europe mein jo hai, human rights wo to ek romantic hai, romantic jo kab chalne chal nahi sakta hai.</w:t>
      </w:r>
      <w:r>
        <w:br/>
      </w:r>
      <w:r>
        <w:rPr>
          <w:sz w:val="20"/>
        </w:rPr>
        <w:t>1:04:05  wo kahin nahi chal raha hai, wo na iraq mein chal raha hai, na afghanistan mein chal raha hai, na europe mein chal raha hai.</w:t>
      </w:r>
      <w:r>
        <w:br/>
      </w:r>
      <w:r>
        <w:rPr>
          <w:sz w:val="20"/>
        </w:rPr>
        <w:t>1:04:10  ye first world war, second world war mein nahi chala. wo yaani is mein is mein ye bataya gaya hai ke direct aap jo involve ho, usi ko aap goli maar sakte hain.</w:t>
      </w:r>
      <w:r>
        <w:br/>
      </w:r>
      <w:r>
        <w:rPr>
          <w:sz w:val="20"/>
        </w:rPr>
        <w:t>1:04:21  to kya second world war mein first world war mein wahi goli mari gayi?</w:t>
      </w:r>
      <w:r>
        <w:br/>
      </w:r>
      <w:r>
        <w:rPr>
          <w:sz w:val="20"/>
        </w:rPr>
        <w:t>1:04:31  wo wo bilkul ek ek romantic concept hai, wo romantic concept hai.</w:t>
      </w:r>
      <w:r>
        <w:br/>
      </w:r>
      <w:r>
        <w:rPr>
          <w:sz w:val="20"/>
        </w:rPr>
        <w:t>1:04:40  yaani beshumar wo log mare second world war mein, first world war mein jo direct tor par involve nahi the, wo is mein jang mein kyunke wo mare. kyunke jab aap invite karenge war ko to bhugte, is ke sath aap ko bhugatni pare gi,</w:t>
      </w:r>
      <w:r>
        <w:br/>
      </w:r>
      <w:r>
        <w:rPr>
          <w:sz w:val="20"/>
        </w:rPr>
        <w:t>1:04:55  aap ko bhugatni pare gi. is ke sath isi liye islam mein ye hai ke tum wo kaam na karo jis ka result ulta ulta nikalne wala ho. jis ko aalim kehte hain counter productive.</w:t>
      </w:r>
      <w:r>
        <w:br/>
      </w:r>
      <w:r>
        <w:rPr>
          <w:sz w:val="20"/>
        </w:rPr>
        <w:t>1:05:06  wo kaam na karo jis ka natija ulta nikle.</w:t>
      </w:r>
      <w:r>
        <w:br/>
      </w:r>
      <w:r>
        <w:rPr>
          <w:sz w:val="20"/>
        </w:rPr>
        <w:t>1:05:10  ye islam ka concept hai. ye jo concept europe america ka hai, jo international mein mana gaya hai, wo main is ko romantic concept samajhta hoon.</w:t>
      </w:r>
      <w:r>
        <w:br/>
      </w:r>
      <w:r>
        <w:rPr>
          <w:sz w:val="20"/>
        </w:rPr>
        <w:t>1:05:19  romantic concept kyunke hone wala nahi hai, wo hone wala nahi hai.</w:t>
      </w:r>
      <w:r>
        <w:br/>
      </w:r>
      <w:r>
        <w:rPr>
          <w:sz w:val="20"/>
        </w:rPr>
        <w:t>1:05:29  yaani is concept ka matlab ye hai ke agar kisi ne aap ke sath action kiya hai kuch to itna hi badla lijie. aap matlab ek aadmi ne pathar mara, aap bhi pathar ek mar dijiye.</w:t>
      </w:r>
      <w:r>
        <w:br/>
      </w:r>
      <w:r>
        <w:rPr>
          <w:sz w:val="20"/>
        </w:rPr>
        <w:t>1:05:39  is ko aisa ho nahi sakta. aap pathar maren ge, is ke hath mein gun hai, gun hai to gun chalaye ga. wo agar aap apne aap ka jo aadmi rival jo aap ka hai, wo gun liye hue hain, aaj hamara pathar to aisa nahi ke gun phenk de aur ja ke pathar ke dhoond ke laye.</w:t>
      </w:r>
      <w:r>
        <w:br/>
      </w:r>
      <w:r>
        <w:rPr>
          <w:sz w:val="20"/>
        </w:rPr>
        <w:t>1:05:56  wo aisa nahi kare ga, wo</w:t>
      </w:r>
      <w:r>
        <w:br/>
      </w:r>
      <w:r>
        <w:rPr>
          <w:sz w:val="20"/>
        </w:rPr>
        <w:t>1:05:58  gun chalaye ga. wo gun chalaye ga to bohat se log banen ge. to aap kyun pathar marte hain is ko? ye islam ka concept hai. wo concept jo hai european, wo khud europe mein is par amal nahi hota,</w:t>
      </w:r>
      <w:r>
        <w:br/>
      </w:r>
      <w:r>
        <w:rPr>
          <w:sz w:val="20"/>
        </w:rPr>
        <w:t>1:06:13  kabhi amal nahi hua, aaj bhi nahi hua. na first world war mein hua, na second world war hua, na aaj wo ho sakta hai. is par amal koi</w:t>
      </w:r>
      <w:r>
        <w:br/>
      </w:r>
      <w:r>
        <w:rPr>
          <w:sz w:val="20"/>
        </w:rPr>
        <w:t>1:06:22  islam dekhen, result ko dekhta hai, result ko ke wo kaam aap na karen jis ka result ulta ulta nikle.</w:t>
      </w:r>
      <w:r>
        <w:br/>
      </w:r>
      <w:r>
        <w:rPr>
          <w:sz w:val="20"/>
        </w:rPr>
        <w:t>1:06:29  hadith mein aata hai ke rasool Allah ne farmaya ke "la nafs" yaani momin ko nahi chahiye ke khud apne aap ko musibat mein dale, apne ko zaleel kare, apne ko marwaye.</w:t>
      </w:r>
      <w:r>
        <w:br/>
      </w:r>
      <w:r>
        <w:rPr>
          <w:sz w:val="20"/>
        </w:rPr>
        <w:t>1:06:47  to kisi ne poocha ke aisa kaise hoga ke aadmi khud hi apne ko zaleel karwaye ga?</w:t>
      </w:r>
      <w:r>
        <w:br/>
      </w:r>
      <w:r>
        <w:rPr>
          <w:sz w:val="20"/>
        </w:rPr>
        <w:t>1:06:53  to aap ne farmaya ke yaani ek aise muamle mein yaani kood pare jis ka result ulta nikalne wala ho.</w:t>
      </w:r>
      <w:r>
        <w:br/>
      </w:r>
      <w:r>
        <w:rPr>
          <w:sz w:val="20"/>
        </w:rPr>
        <w:t>1:07:07  jis ko kehte hain angrezi mein kehte hain ke "fools rush in where angels fear to tread". wo kar dale. to islam mein ye hai ke natije ko dekh kar action lena, natije ko dekh kar qdam karna.</w:t>
      </w:r>
      <w:r>
        <w:br/>
      </w:r>
      <w:r>
        <w:rPr>
          <w:sz w:val="20"/>
        </w:rPr>
        <w:t>1:07:21  to ye jo quom mutahida mein nations mein jo hai universal declaration of human rights, main is ko romantic samajhta hoon. romantic kuch hissa sahi bhi hai ke kuch hissa is ko romantic hai.</w:t>
      </w:r>
      <w:r>
        <w:br/>
      </w:r>
      <w:r>
        <w:rPr>
          <w:sz w:val="20"/>
        </w:rPr>
        <w:t>1:07:31  ab musalman is ko le le kar ke taqdeer karte hain. to sawal ye hai ke tumhari taqreeron se kuch hua kyun nahi? 60 baras mein na falasteen mein kuch hua, na kashmir mein kuch hua.</w:t>
      </w:r>
      <w:r>
        <w:br/>
      </w:r>
      <w:r>
        <w:rPr>
          <w:sz w:val="20"/>
        </w:rPr>
        <w:t>1:07:43  to result ko dekho, result result ko dekho.</w:t>
      </w:r>
      <w:r>
        <w:br/>
      </w:r>
      <w:r>
        <w:rPr>
          <w:sz w:val="20"/>
        </w:rPr>
        <w:t>1:07:48  kashmir ka jis bhi mere nazdeek apni stepped policies ki price de rahe hain, woh falasteen mein bhi arab apni stepped policies ki price de rahe hain.</w:t>
      </w:r>
      <w:r>
        <w:br/>
      </w:r>
      <w:r>
        <w:rPr>
          <w:sz w:val="20"/>
        </w:rPr>
        <w:t>1:07:56  woh dono jagah ek hi case hai.</w:t>
      </w:r>
      <w:r>
        <w:br/>
      </w:r>
      <w:r>
        <w:rPr>
          <w:sz w:val="20"/>
        </w:rPr>
        <w:t>1:08:01  yani arab mein, yani falasteen mein arbon ne stepped policies ikhtiyar ki, iski price de rahe hain. woh kashmir mein in logon ne stepped policies ikhtiyar ki, matlab in realistic policies, iski price de rahe hain.</w:t>
      </w:r>
      <w:r>
        <w:br/>
      </w:r>
      <w:r>
        <w:rPr>
          <w:sz w:val="20"/>
        </w:rPr>
        <w:t>1:08:16  woh ab woh international ke in mein rights chalate hain to woh bilkul in, yani woh chalne wala nahi hai. woh woh kahan?</w:t>
      </w:r>
      <w:r>
        <w:br/>
      </w:r>
      <w:r>
        <w:rPr>
          <w:sz w:val="20"/>
        </w:rPr>
        <w:t>1:08:25  mujhe bataiye ke kahan chala hai? woh kahin bataiye, koi duniya bataiye jahan chali ho? kya vietnam mein chala woh? kya woh japan mein chala woh?</w:t>
      </w:r>
      <w:r>
        <w:br/>
      </w:r>
      <w:r>
        <w:rPr>
          <w:sz w:val="20"/>
        </w:rPr>
        <w:t>1:08:35  kya woh first war, second world war mein chala? woh kahan woh chala? mujhe bataiye, woh toh likha hua hai. khali</w:t>
      </w:r>
      <w:r>
        <w:br/>
      </w:r>
      <w:r>
        <w:rPr>
          <w:sz w:val="20"/>
        </w:rPr>
        <w:t>1:08:42  is wajah se musalmanon ko chahiye ke quran o hadith mein jo tareeqa bataya, usko len. yani result oriented action ka tareeqa ikhtiyar karen, nateeje ko dekh kar iqdam karen.</w:t>
      </w:r>
      <w:r>
        <w:br/>
      </w:r>
      <w:r>
        <w:rPr>
          <w:sz w:val="20"/>
        </w:rPr>
        <w:t>1:08:53  yeh nahi ke aap pathar maaren, phir woh phir woh gun maare aur bomb maare to aap kahhen, "ae dekho, human rights ka violation ho raha hai". yeh mere nazdeek un Islamic hai.</w:t>
      </w:r>
    </w:p>
    <w:p>
      <w:pPr>
        <w:pStyle w:val="Heading2"/>
      </w:pPr>
      <w:r>
        <w:t>Quranic approach to communal violence</w:t>
      </w:r>
    </w:p>
    <w:p>
      <w:r>
        <w:rPr>
          <w:color w:val="666666"/>
          <w:sz w:val="18"/>
        </w:rPr>
        <w:t>Society &amp; Dawah · Study of The Quran November 30, 2014 · 5m 32s · at 1:14:19 · https://youtu.be/x3fcJ2nlDow?t=4459</w:t>
      </w:r>
    </w:p>
    <w:p>
      <w:r>
        <w:rPr>
          <w:i/>
        </w:rPr>
        <w:t>“In India, regarding communal violence, what is the application of the Quran? Is it only to suffer beatings and make non-violent claims?”</w:t>
      </w:r>
    </w:p>
    <w:p>
      <w:r>
        <w:rPr>
          <w:sz w:val="20"/>
        </w:rPr>
        <w:t>1:14:19  maulana, agla sawal dilli se kya hai mahmood asim sahib ne, aur unhone likha hai: hindustan mein jo communal violence ka issue hai, us se niptne ke liye quran ka application kya hai?</w:t>
      </w:r>
      <w:r>
        <w:br/>
      </w:r>
      <w:r>
        <w:rPr>
          <w:sz w:val="20"/>
        </w:rPr>
        <w:t>1:14:33  sirf maar khana aur non-violently dawah karna? is ke bare mein? ji, kaun sahib hain yeh jo sawal kar rahe hain? humm, kaun sahib sawal kar rahe hain?</w:t>
      </w:r>
      <w:r>
        <w:br/>
      </w:r>
      <w:r>
        <w:rPr>
          <w:sz w:val="20"/>
        </w:rPr>
        <w:t>1:14:43  shayad pehli baar aaye hain yahan par woh. ji. beharhal, is par maine kitabein likhi hain, aap padh lijie. aur muslim jo communal rights hain, us ko bohat deeply mein ne un ki study ki hai.</w:t>
      </w:r>
      <w:r>
        <w:br/>
      </w:r>
      <w:r>
        <w:rPr>
          <w:sz w:val="20"/>
        </w:rPr>
        <w:t>1:14:59  sare communal rights jo hote hain, un ki beginning jo hoti hai, musalman bhadakne wali qaum ban gaye hain, bhadakte hain, bas fasad shuru ho jata hai. jahan jahan bhi hua, aghaz dekhiye aap.</w:t>
      </w:r>
      <w:r>
        <w:br/>
      </w:r>
      <w:r>
        <w:rPr>
          <w:sz w:val="20"/>
        </w:rPr>
        <w:t>1:15:14  aghaz kahan se? mislan mauo mein hamara jo zila hai, adam padh, wahan mauo ek town hai. to wahan par fasad hua. bohat zabardast fasad hua.</w:t>
      </w:r>
      <w:r>
        <w:br/>
      </w:r>
      <w:r>
        <w:rPr>
          <w:sz w:val="20"/>
        </w:rPr>
        <w:t>1:15:24  to maine direct mauo mein is ki tehqeeq ki.</w:t>
      </w:r>
      <w:r>
        <w:br/>
      </w:r>
      <w:r>
        <w:rPr>
          <w:sz w:val="20"/>
        </w:rPr>
        <w:t>1:15:28  jo chupa tha muslim akhbaron mein, kya tha? ke hinduo ne yeh itna mara, hinduo ne itna mara. yani hinduo ke hinduo ne jo jalaya, phoonka, us ka zikr to khoob khoob tha.</w:t>
      </w:r>
      <w:r>
        <w:br/>
      </w:r>
      <w:r>
        <w:rPr>
          <w:sz w:val="20"/>
        </w:rPr>
        <w:t>1:15:39  asal baat ka zikr nahi. maine wahan par tehqeeq ki to khud musalmano ne bataya ke asal baat yeh thi ke wahan par ek mandir tha, us mandir mein bhajan ho raha tha, kirtan.</w:t>
      </w:r>
      <w:r>
        <w:br/>
      </w:r>
      <w:r>
        <w:rPr>
          <w:sz w:val="20"/>
        </w:rPr>
        <w:t>1:15:53  to musalmano ne ja ke mana kiya ke tum kirtan mat karo.</w:t>
      </w:r>
      <w:r>
        <w:br/>
      </w:r>
      <w:r>
        <w:rPr>
          <w:sz w:val="20"/>
        </w:rPr>
        <w:t>1:15:57  haan, woh hamari masjid mein namaz ho rahi hai. to unhone kaha ke hum ne artificial se ijazat le li hai, hum nahi rokenge.</w:t>
      </w:r>
      <w:r>
        <w:br/>
      </w:r>
      <w:r>
        <w:rPr>
          <w:sz w:val="20"/>
        </w:rPr>
        <w:t>1:16:07  to unhone is ko mic ko tod diya. to kya aap samajhte hain ke mic ko todenge, aap ko fasad nahi hoga? communal rights jo hai, yeh lafzi galat hai mere nazdeek.</w:t>
      </w:r>
      <w:r>
        <w:br/>
      </w:r>
      <w:r>
        <w:rPr>
          <w:sz w:val="20"/>
        </w:rPr>
        <w:t>1:16:21  humein jitne bhi rights hue hain, un sab ke bare mein mein keh sakta hoon ke maine bohat se rights ki tehqeeq ki hai. ke musalman jazbati qaum hain, mushtael ho jate hain, bhadak uthte hain.</w:t>
      </w:r>
      <w:r>
        <w:br/>
      </w:r>
      <w:r>
        <w:rPr>
          <w:sz w:val="20"/>
        </w:rPr>
        <w:t>1:16:32  to woh ja kar wahan, yani kuch na kuch kar baithte hain. abhi dekhiye, bhagalpur ki report abhi aayi hai.</w:t>
      </w:r>
      <w:r>
        <w:br/>
      </w:r>
      <w:r>
        <w:rPr>
          <w:sz w:val="20"/>
        </w:rPr>
        <w:t>1:16:41  bhagalpur ki direct maine tehqeeq kar ke batata hoon aap ko, jo bhagalpur rights hua tha.</w:t>
      </w:r>
      <w:r>
        <w:br/>
      </w:r>
      <w:r>
        <w:rPr>
          <w:sz w:val="20"/>
        </w:rPr>
        <w:t>1:16:48  ek sahib jo is par moti si kitab likhi thi, unhone. bhagalpur ka fasad. bohat hi mashhoor tha fasad bhagalpur ka.</w:t>
      </w:r>
      <w:r>
        <w:br/>
      </w:r>
      <w:r>
        <w:rPr>
          <w:sz w:val="20"/>
        </w:rPr>
        <w:t>1:16:58  bhagalpur ka fasad. to mujhe la ke kitab diya unhone. is kitab mein maine dekha ke hinduo ne jo wahan par kiya tha, us ka bohat tasweer tazkira tha.</w:t>
      </w:r>
      <w:r>
        <w:br/>
      </w:r>
      <w:r>
        <w:rPr>
          <w:sz w:val="20"/>
        </w:rPr>
        <w:t>1:17:10  musalmano ka kuch bhi nahi tha.</w:t>
      </w:r>
      <w:r>
        <w:br/>
      </w:r>
      <w:r>
        <w:rPr>
          <w:sz w:val="20"/>
        </w:rPr>
        <w:t>1:17:12  sirf ek jagah ek lafz tha ke hinduon ne jlas juloos nikala, is ke baad muslim naujawanon ne ek step liya. is waqt fasaad shuru ho gaya.</w:t>
      </w:r>
      <w:r>
        <w:br/>
      </w:r>
      <w:r>
        <w:rPr>
          <w:sz w:val="20"/>
        </w:rPr>
        <w:t>1:17:21  to main ne kaha ke yeh step, yeh step kya tha? aap ne mubham kyun kar</w:t>
      </w:r>
      <w:r>
        <w:br/>
      </w:r>
      <w:r>
        <w:rPr>
          <w:sz w:val="20"/>
        </w:rPr>
        <w:t>1:17:26  diya? hinduon ki baat to aap ne saaf saaf likhi hai, unhon ne falan dukaan jalai, falan ghar mein aisa kiya. yahan aap keh rahe hain ke musalman, muslim naujawanon ne step liya.</w:t>
      </w:r>
      <w:r>
        <w:br/>
      </w:r>
      <w:r>
        <w:rPr>
          <w:sz w:val="20"/>
        </w:rPr>
        <w:t>1:17:36  What is step? to batate nahin the. bahut zyada main un ki scrutiny ki to bata raha hoon ke step ke dasti bomb un ke paas tha, mara unhon ne.</w:t>
      </w:r>
      <w:r>
        <w:br/>
      </w:r>
      <w:r>
        <w:rPr>
          <w:sz w:val="20"/>
        </w:rPr>
        <w:t>1:17:48  jab unhon ne is khud, unhon ne bataya, unhon ne ke hinduon ka juloos jo tha, us ko rokte the woh ke route badlo, route badlo, route badlo.</w:t>
      </w:r>
      <w:r>
        <w:br/>
      </w:r>
      <w:r>
        <w:rPr>
          <w:sz w:val="20"/>
        </w:rPr>
        <w:t>1:17:58  to woh badalte nahin the. to muslim jo naujawanon ne dasti bomb phenka. aur sab dhuan bhar gaya wahan par sarak par.</w:t>
      </w:r>
      <w:r>
        <w:br/>
      </w:r>
      <w:r>
        <w:rPr>
          <w:sz w:val="20"/>
        </w:rPr>
        <w:t>1:18:08  to kya is ke baad fasaad nahin hoga?</w:t>
      </w:r>
      <w:r>
        <w:br/>
      </w:r>
      <w:r>
        <w:rPr>
          <w:sz w:val="20"/>
        </w:rPr>
        <w:t>1:18:12  fasaad nahin hoga is ke baad? arabi mein kaha tha ke albadi azlam jo shuru kare wohi zalim hai. wa hum badaukum awwal marra quran mein hai.</w:t>
      </w:r>
      <w:r>
        <w:br/>
      </w:r>
      <w:r>
        <w:rPr>
          <w:sz w:val="20"/>
        </w:rPr>
        <w:t>1:18:23  to badi har jagah quran musalman hote hain.</w:t>
      </w:r>
      <w:r>
        <w:br/>
      </w:r>
      <w:r>
        <w:rPr>
          <w:sz w:val="20"/>
        </w:rPr>
        <w:t>1:18:26  kisi ko koi agar ikhtilaf ho to mujhe woh jagah bataen ke kahan par musalman badi nahin the. yani bigidar. badi matlab bigidar.</w:t>
      </w:r>
      <w:r>
        <w:br/>
      </w:r>
      <w:r>
        <w:rPr>
          <w:sz w:val="20"/>
        </w:rPr>
        <w:t>1:18:36  to aap bigidar karain to is ko, is ko then you are pricing the price and you are estimating the policy</w:t>
      </w:r>
      <w:r>
        <w:br/>
      </w:r>
      <w:r>
        <w:rPr>
          <w:sz w:val="20"/>
        </w:rPr>
        <w:t>1:18:46  . communal riot ka lafz hi galat hai mere nazdeek. kyunke hota yeh hai ke musalman mushtael qaum ban gaye hain, jazbati qaum ban gaye hain. choti si baat pe bhark uthte hain.</w:t>
      </w:r>
      <w:r>
        <w:br/>
      </w:r>
      <w:r>
        <w:rPr>
          <w:sz w:val="20"/>
        </w:rPr>
        <w:t>1:18:56  badh kar ke kahin pathar maren ge, kahin kuch karen ge. to woh retaliate kare ga. Retaliation hota hai jis ke nateejay mein fasaad hota hai.</w:t>
      </w:r>
      <w:r>
        <w:br/>
      </w:r>
      <w:r>
        <w:rPr>
          <w:sz w:val="20"/>
        </w:rPr>
        <w:t>1:19:06  agar jis ko shak ho is par to mujhe us jagah ka naam batao ke falan jagah aisa nahin hua. to main ja ke tehqeeq karoon ga.</w:t>
      </w:r>
      <w:r>
        <w:br/>
      </w:r>
      <w:r>
        <w:rPr>
          <w:sz w:val="20"/>
        </w:rPr>
        <w:t>1:19:13  main ja kar wahan se tehqeeq karoon ga is ki. koi ek spot mujhe bataya jaye ke falan jagah jo hai, is mein musalmanon ne koi beginning nahin ki thi, phir bhi fasaad ho gaya.</w:t>
      </w:r>
      <w:r>
        <w:br/>
      </w:r>
      <w:r>
        <w:rPr>
          <w:sz w:val="20"/>
        </w:rPr>
        <w:t>1:19:25  woh mujhe bataiye is ko. to main jaon ga wahan par. har jagah musalman begin karte hain aur is ke baad woh retaliate karte hain, is se fasaad hota hai.</w:t>
      </w:r>
      <w:r>
        <w:br/>
      </w:r>
      <w:r>
        <w:rPr>
          <w:sz w:val="20"/>
        </w:rPr>
        <w:t>1:19:39  is par main ne baqayda kitaab likhi hai, aap is ko parh lijiyey.</w:t>
      </w:r>
      <w:r>
        <w:br/>
      </w:r>
      <w:r>
        <w:rPr>
          <w:sz w:val="20"/>
        </w:rPr>
        <w:t>1:19:43  moti si kitaab hai, is par main ne bohat si is mein baaten likhi hain.</w:t>
      </w:r>
    </w:p>
    <w:p>
      <w:pPr>
        <w:pStyle w:val="Heading2"/>
      </w:pPr>
      <w:r>
        <w:t>Reality of Urs and its popularity</w:t>
      </w:r>
    </w:p>
    <w:p>
      <w:r>
        <w:rPr>
          <w:color w:val="666666"/>
          <w:sz w:val="18"/>
        </w:rPr>
        <w:t>Society &amp; Dawah · Understanding Islam (In Conversation with Maulana) June 20, 2010 Maulana Wahidudidn Khan · 8m 39s · at 7:26 · https://youtu.be/7UylaPL-iO8?t=446</w:t>
      </w:r>
    </w:p>
    <w:p>
      <w:r>
        <w:rPr>
          <w:i/>
        </w:rPr>
        <w:t>“What is the phenomenon of Urs? What is it that so many people go to attend Urs? I saw on TV recently, there was an Urs going on, and someone was interviewing a person there.”</w:t>
      </w:r>
    </w:p>
    <w:p>
      <w:r>
        <w:rPr>
          <w:sz w:val="20"/>
        </w:rPr>
        <w:t>7:26  Maulana, yeh agla sawal hai Mr Shah Imran Hasan Delhi se. woh pooch rahe hain ke urs ka phenomenon kya hai?</w:t>
      </w:r>
      <w:r>
        <w:br/>
      </w:r>
      <w:r>
        <w:rPr>
          <w:sz w:val="20"/>
        </w:rPr>
        <w:t>7:36  aisa aisa kya hai ke itne saare log urs karne jate hain? is ki haqeeqat kya hai?</w:t>
      </w:r>
      <w:r>
        <w:br/>
      </w:r>
      <w:r>
        <w:rPr>
          <w:sz w:val="20"/>
        </w:rPr>
        <w:t>7:49  kal parson main TV par dekh raha tha, ek urs chal raha hai aaj kal. to is mein koi TV wale is se interview le raha tha.</w:t>
      </w:r>
      <w:r>
        <w:br/>
      </w:r>
      <w:r>
        <w:rPr>
          <w:sz w:val="20"/>
        </w:rPr>
        <w:t>8:00  to jis se poochta tha woh, aam taur par log yahi kehte the, "yahan hamari sab muradein poori ho jati hain. sab hamare masle hal ho jate hain.</w:t>
      </w:r>
      <w:r>
        <w:br/>
      </w:r>
      <w:r>
        <w:rPr>
          <w:sz w:val="20"/>
        </w:rPr>
        <w:t>8:10  jo hum mangte hain,</w:t>
      </w:r>
      <w:r>
        <w:br/>
      </w:r>
      <w:r>
        <w:rPr>
          <w:sz w:val="20"/>
        </w:rPr>
        <w:t>8:15  Huzoor se woh sab mil jata hai hum ko." yeh hai raaz ke galat ya sahi yeh phaila diya gaya hai ke yahan par aaoge to tumhari sab muradein poori ho jayengi.</w:t>
      </w:r>
      <w:r>
        <w:br/>
      </w:r>
      <w:r>
        <w:rPr>
          <w:sz w:val="20"/>
        </w:rPr>
        <w:t>8:26  main is ko kehta hoon false hopes business. koi dargah ya koi qabar kisi ke murad ko poora nahi kar sakti.</w:t>
      </w:r>
      <w:r>
        <w:br/>
      </w:r>
      <w:r>
        <w:rPr>
          <w:sz w:val="20"/>
        </w:rPr>
        <w:t>8:35  bilkul hi yeh absurd baat hai. lekin yeh afwah phaili hui hai. to yeh false hopes business hai. logon ko yeh yani farzi yaqeen ho gaya hai ke yahan hum aayenge to hamara sab poora ho jayega.</w:t>
      </w:r>
      <w:r>
        <w:br/>
      </w:r>
      <w:r>
        <w:rPr>
          <w:sz w:val="20"/>
        </w:rPr>
        <w:t>8:51  mujhe apne gaon ka qissa yaad aata hai ke hamare gaon mein ek sahab the, ab un ki death ho chuki hai. to woh dargahon mein jaate the, yaani qabron, jahan qabrein hoti hain wahan par.</w:t>
      </w:r>
      <w:r>
        <w:br/>
      </w:r>
      <w:r>
        <w:rPr>
          <w:sz w:val="20"/>
        </w:rPr>
        <w:t>9:02  to hamare ghar mein, hamare gaon mein ek sahab the jo bohat hi shariyat wale aadmi the, un ka bhi intqaal ho chuka hai. to unhon ne is se kaha jo jaate the dargahon mein ke yeh jab qabron mein jaate ho to wahan qabron mein ja ke tum mangte ho, muraden mangte ho, yeh to galat hai Islam mein.</w:t>
      </w:r>
      <w:r>
        <w:br/>
      </w:r>
      <w:r>
        <w:rPr>
          <w:sz w:val="20"/>
        </w:rPr>
        <w:t>9:21  to woh sunte sunte sunte sunte us ne chila kar kaha, "hum to jayenge, hum ko faida hai." yeh keh ke chala aaya woh. yaani woh buzurg se, us jo buzurg samjha rahe the us ko, woh buzurg se us ne kaha ke "hum to jayenge, hum ko faida hai." to yeh jo hai false hopes business hai.</w:t>
      </w:r>
      <w:r>
        <w:br/>
      </w:r>
      <w:r>
        <w:rPr>
          <w:sz w:val="20"/>
        </w:rPr>
        <w:t>9:40  koi buzurg, koi qabar, koi dargah aap ko one percent bhi koi faida nahi pohncha sakti hai. namumkin baat hai.</w:t>
      </w:r>
      <w:r>
        <w:br/>
      </w:r>
      <w:r>
        <w:rPr>
          <w:sz w:val="20"/>
        </w:rPr>
        <w:t>9:49  bilkul hi yeh absurd baat hai yeh. lekin ek afwah phaili hui hai. log daude chale ja rahe hain. jis se bhi poochhiye aap yahi kahega.</w:t>
      </w:r>
      <w:r>
        <w:br/>
      </w:r>
      <w:r>
        <w:rPr>
          <w:sz w:val="20"/>
        </w:rPr>
        <w:t>10:01  ek baar to ab mein safar kar raha tha train mein to Pakistan ke kuch log mil gaye jo dargah ja rahe the. yaani dargah se loot rahe the woh. to unhon ne poocha ke wahan gaye the aap kis liye?</w:t>
      </w:r>
      <w:r>
        <w:br/>
      </w:r>
      <w:r>
        <w:rPr>
          <w:sz w:val="20"/>
        </w:rPr>
        <w:t>10:13  to unhon ne bataya ke meri, yaani Pakistan ka tha woh aadmi, ke meri kitni betiyan hain, abhi to un ki shadi nahi hui hai, wahan mein ne arzi laga di hai ja kar ke.</w:t>
      </w:r>
      <w:r>
        <w:br/>
      </w:r>
      <w:r>
        <w:rPr>
          <w:sz w:val="20"/>
        </w:rPr>
        <w:t>10:24  yaani wahan par dargah mein likh kar diya hoga ke bhai itni betiyon ki shadi ho jaye aur mein chadar chadhau ga ya itna degh pakwao ga, khilao ga.</w:t>
      </w:r>
      <w:r>
        <w:br/>
      </w:r>
      <w:r>
        <w:rPr>
          <w:sz w:val="20"/>
        </w:rPr>
        <w:t>10:35  to yeh sara mamla hai false hopes business ka hai. kyunke hamara aqeedah hai ke sirf Allah nafe o azaar hai. jo kuch hota hai woh Allah ki taraf se hota hai.</w:t>
      </w:r>
      <w:r>
        <w:br/>
      </w:r>
      <w:r>
        <w:rPr>
          <w:sz w:val="20"/>
        </w:rPr>
        <w:t>10:46  kisi qabar wale ko, kisi dargah wale ko. yeh ikhtiyar hi nahi ke woh kisi ko faida pohncha de. lekin ek phaila hua hai.</w:t>
      </w:r>
      <w:r>
        <w:br/>
      </w:r>
      <w:r>
        <w:rPr>
          <w:sz w:val="20"/>
        </w:rPr>
        <w:t>10:55  hindu India mein hai zyada tar hai, bahar nahi hai yeh sab. yeh jo phenomena hai yeh India ka phenomena hai. maslan jo jaise log jaate hain mandiron mein aur woh un ke jo hote hain bare bare maqamat, teerath, theek wahi hai, yeh bhi yeh mamla hai.</w:t>
      </w:r>
      <w:r>
        <w:br/>
      </w:r>
      <w:r>
        <w:rPr>
          <w:sz w:val="20"/>
        </w:rPr>
        <w:t>11:14  hindu log wahan jaate hain is liye ke agar wahan chale gaye, wahan darshan de diya, wahan kuch chadhawa chadhawa diya to un ki murad poori ho jayegi. aise samajhte hain musalman ke yahan chale gaye, wahan chadar chadhawa di to hamari murad poori ho jayegi.</w:t>
      </w:r>
      <w:r>
        <w:br/>
      </w:r>
      <w:r>
        <w:rPr>
          <w:sz w:val="20"/>
        </w:rPr>
        <w:t>11:30  to mein is ko false hopes business samajhta hoon, is ke siwa kuch nahi.</w:t>
      </w:r>
      <w:r>
        <w:br/>
      </w:r>
      <w:r>
        <w:rPr>
          <w:sz w:val="20"/>
        </w:rPr>
        <w:t>11:38  maulana, das question is from miss sadia khan from new delhi. how can somebody become one man to mission?</w:t>
      </w:r>
      <w:r>
        <w:br/>
      </w:r>
      <w:r>
        <w:rPr>
          <w:sz w:val="20"/>
        </w:rPr>
        <w:t>11:48  it is often difficult to draw the line. that is, it is difficult to balance work and missionary activities.</w:t>
      </w:r>
      <w:r>
        <w:br/>
      </w:r>
      <w:r>
        <w:rPr>
          <w:sz w:val="20"/>
        </w:rPr>
        <w:t>12:07  dekhiye, har ek se, har ek ko aisa nahi karna hai ke woh one man one mission bane. har ek ko nahi karna hai.</w:t>
      </w:r>
      <w:r>
        <w:br/>
      </w:r>
      <w:r>
        <w:rPr>
          <w:sz w:val="20"/>
        </w:rPr>
        <w:t>12:16  har ek ko to sirf one man to mission banna hai. yaani koi koi aisa aadmi hota hai ke apne ko dedicate kar deta hai.</w:t>
      </w:r>
      <w:r>
        <w:br/>
      </w:r>
      <w:r>
        <w:rPr>
          <w:sz w:val="20"/>
        </w:rPr>
        <w:t>12:27  to woh to koi karoron mein ek hota hai. baqi logon se wahi one man to mission hi matloob hai, wahi bas.</w:t>
      </w:r>
      <w:r>
        <w:br/>
      </w:r>
      <w:r>
        <w:rPr>
          <w:sz w:val="20"/>
        </w:rPr>
        <w:t>12:37  ke fifty percent, fifty fifty ka woh rakhen. fifty percent aap ne khana kamana, fifty percent dawat ka kaam karna.</w:t>
      </w:r>
      <w:r>
        <w:br/>
      </w:r>
      <w:r>
        <w:rPr>
          <w:sz w:val="20"/>
        </w:rPr>
        <w:t>12:47  one man one mission jo hai sab log nahi ho sakte. yeh impossible hai. ab kyunke is ke liye, is ke liye to bas sirf yeh hai ke ek junoon chahiye, ek madness chahiye.</w:t>
      </w:r>
      <w:r>
        <w:br/>
      </w:r>
      <w:r>
        <w:rPr>
          <w:sz w:val="20"/>
        </w:rPr>
        <w:t>13:00  to sab log agar mad ban jayen to dunya ka kaam hi khatam ho jayega.</w:t>
      </w:r>
      <w:r>
        <w:br/>
      </w:r>
      <w:r>
        <w:rPr>
          <w:sz w:val="20"/>
        </w:rPr>
        <w:t>13:06  to koi koi aisa hota hai jo one man one mission ban jata hai, baqi to wahi one man to mission wale hote hain. aur woh bhi Allah taala ke haan maqbool bande hain, un ko bhi Allah taala ke haan inaam milega.</w:t>
      </w:r>
      <w:r>
        <w:br/>
      </w:r>
      <w:r>
        <w:rPr>
          <w:sz w:val="20"/>
        </w:rPr>
        <w:t>13:21  das question is from doctor muslima siddiqui from new delhi. what is the islamic way of repentance?</w:t>
      </w:r>
      <w:r>
        <w:br/>
      </w:r>
      <w:r>
        <w:rPr>
          <w:sz w:val="20"/>
        </w:rPr>
        <w:t>13:31  can we be forgiven by lord for our bad deeds committed in the past? kindly comment.</w:t>
      </w:r>
      <w:r>
        <w:br/>
      </w:r>
      <w:r>
        <w:rPr>
          <w:sz w:val="20"/>
        </w:rPr>
        <w:t>13:40  dekhiye, Quran mein hai ke jo tauba karta hai to us ki tauba maaf ho jati hai. tauba ka maani hai lotna, paltna.</w:t>
      </w:r>
      <w:r>
        <w:br/>
      </w:r>
      <w:r>
        <w:rPr>
          <w:sz w:val="20"/>
        </w:rPr>
        <w:t>13:52  to toba ke liye ulama ne teen shartein batai hain. toba, toba mein is ko english mein keh sakte hain woh introspection,</w:t>
      </w:r>
      <w:r>
        <w:br/>
      </w:r>
      <w:r>
        <w:rPr>
          <w:sz w:val="20"/>
        </w:rPr>
        <w:t>14:05  repentance, introspection. to toba ki teen shartein batai hain. number one, nadamat. al tobat al naddm kaha gaya hai.</w:t>
      </w:r>
      <w:r>
        <w:br/>
      </w:r>
      <w:r>
        <w:rPr>
          <w:sz w:val="20"/>
        </w:rPr>
        <w:t>14:16  yani repentance. ke bohat ziyada ehsas ho ke maine ghalati kar dali. bohat ziyada ehsas ho ke maine ghalati kar dali. bohat ziyada ehsas.</w:t>
      </w:r>
      <w:r>
        <w:br/>
      </w:r>
      <w:r>
        <w:rPr>
          <w:sz w:val="20"/>
        </w:rPr>
        <w:t>14:27  isi ko hum repentance, yani pehli shart hai, sab se bari shart balkeh hai, repentance. yeh hadith mein aata hai ke al tobat al naddm.</w:t>
      </w:r>
      <w:r>
        <w:br/>
      </w:r>
      <w:r>
        <w:rPr>
          <w:sz w:val="20"/>
        </w:rPr>
        <w:t>14:36  ke toba ki harkat nadamat hai, sharmindagi hai. doosri cheez kya hai ke yeh, yeh ahad karna hai ke ab mein aisa nahi karunga.</w:t>
      </w:r>
      <w:r>
        <w:br/>
      </w:r>
      <w:r>
        <w:rPr>
          <w:sz w:val="20"/>
        </w:rPr>
        <w:t>14:49  yani ek hai sharminda hona, doosra yeh ke yeh tay karna hai ke ab mein aisa nahi karne wala hoon. ek baar to ghalati ho gayi, ho gayi. once was inf.</w:t>
      </w:r>
      <w:r>
        <w:br/>
      </w:r>
      <w:r>
        <w:rPr>
          <w:sz w:val="20"/>
        </w:rPr>
        <w:t>15:00  teesri shart yeh hai ke agar insan ka muamla hai, maslan insan ka hum ne paisa loot liya hai. to uska paisa lotana, us ko maar kar zakhmi kar diya to uska dawa ilaj ka intizam karna,</w:t>
      </w:r>
      <w:r>
        <w:br/>
      </w:r>
      <w:r>
        <w:rPr>
          <w:sz w:val="20"/>
        </w:rPr>
        <w:t>15:14  compensate karna. yeh khuda ke muamle mein hua to us ko hum compensate nahi kar sakte. insan ke muamle mein agar hua to hum compensate karenge.</w:t>
      </w:r>
      <w:r>
        <w:br/>
      </w:r>
      <w:r>
        <w:rPr>
          <w:sz w:val="20"/>
        </w:rPr>
        <w:t>15:25  to toba ki teen shartein hain. number one, nadim hona jis ko repentance kaha jata hai. doosra, yeh pakka irada karna, bohat hi determination ke sath ke ab mein aisi ghaltiyan nahi karunga.</w:t>
      </w:r>
      <w:r>
        <w:br/>
      </w:r>
      <w:r>
        <w:rPr>
          <w:sz w:val="20"/>
        </w:rPr>
        <w:t>15:43  khuda aap mujhe maaf kar de. aur teesra yeh hai ke agar insan ke sath ghalati hui hai aur insan ko koi nuqsan pohanchaya aap ne to compensate karna hai us ko.</w:t>
      </w:r>
      <w:r>
        <w:br/>
      </w:r>
      <w:r>
        <w:rPr>
          <w:sz w:val="20"/>
        </w:rPr>
        <w:t>15:53  yeh teen shartein hain. aur jo aadmi yeh shartein pura kar de to khula hua hai, quran majeed mein likha hua hai ke us ko Allah taala maaf kar deta hai.</w:t>
      </w:r>
    </w:p>
    <w:p>
      <w:pPr>
        <w:pStyle w:val="Heading2"/>
      </w:pPr>
      <w:r>
        <w:t>Reassessing Scholars' Writings on Islam's Image</w:t>
      </w:r>
    </w:p>
    <w:p>
      <w:r>
        <w:rPr>
          <w:color w:val="666666"/>
          <w:sz w:val="18"/>
        </w:rPr>
        <w:t>Society &amp; Dawah · Blasphemy in Islam November 24, 2024 · 25m 38s · at 16:39 · https://youtu.be/IjG5T6KZDxs?t=999</w:t>
      </w:r>
    </w:p>
    <w:p>
      <w:r>
        <w:rPr>
          <w:i/>
        </w:rPr>
        <w:t>“Should we reassess what our jurists and scholars have written on this issue, since it has become a matter of Islam's image disruption and the world sees Muslims as an intolerant community with a barbaric mindset?”</w:t>
      </w:r>
    </w:p>
    <w:p>
      <w:r>
        <w:rPr>
          <w:sz w:val="20"/>
        </w:rPr>
        <w:t>16:39  Maulana Farhan sahib, aap ka sawal bahut hi aham hai. ab yeh waqt aa gaya hai ke jo hai hamare fuqaha aur ulama ne is silsile mein jo kuch likha hai ya kaha hai,</w:t>
      </w:r>
      <w:r>
        <w:br/>
      </w:r>
      <w:r>
        <w:rPr>
          <w:sz w:val="20"/>
        </w:rPr>
        <w:t>16:52  us ko reassess kiya jaye, us par nazar sani ki jaye. is ka waqt hai. jaise ke hamare Maulana Inayat sahib farma rahe hain ke yeh jo hai masla islam ki image disruption ka ban gaya hai.</w:t>
      </w:r>
      <w:r>
        <w:br/>
      </w:r>
      <w:r>
        <w:rPr>
          <w:sz w:val="20"/>
        </w:rPr>
        <w:t>17:06  yani is se yeh message ja raha hai duniya ke andar ke musalman ek intolerant community hai aur jo hai musalman jo hai ek barbarik mindset rakhte hain jo ke hamare is modern daur ke liye bahut hi nuksan deh hai.</w:t>
      </w:r>
      <w:r>
        <w:br/>
      </w:r>
      <w:r>
        <w:rPr>
          <w:sz w:val="20"/>
        </w:rPr>
        <w:t>17:24  to yeh image building ka masla ban chuka hai aur doosri taraf jo hai world peace ke liye jo hai ek challenge hai yeh fat</w:t>
      </w:r>
      <w:r>
        <w:br/>
      </w:r>
      <w:r>
        <w:rPr>
          <w:sz w:val="20"/>
        </w:rPr>
        <w:t>17:32  wa. to ab hamein jo hai hamare ulama aur fuqaha ne is silsile mein jo kuch likha hai, hamare ulama waqai woh scholar the, unko quran o hadith ka deep ilm tha aur jo hai unhone badi khidmat anjam di hain.</w:t>
      </w:r>
      <w:r>
        <w:br/>
      </w:r>
      <w:r>
        <w:rPr>
          <w:sz w:val="20"/>
        </w:rPr>
        <w:t>17:49  lekin jaise ke aap ko pata hai arabi mein kaha jata hai: "lakli javad qaboot". har jo hai ghode ko, chahe woh ghoda kitni bhi aala nasal ka ho, us ke liye kahin na kahin ek qaboot hota hai, kahin na kahin ek thokkar hoti</w:t>
      </w:r>
      <w:r>
        <w:br/>
      </w:r>
      <w:r>
        <w:rPr>
          <w:sz w:val="20"/>
        </w:rPr>
        <w:t>18:03  hai. to hum yeh keh sakte hain ke hamare ulama ko yahan thokkar lagi hai, jaisi thokkar is se pehle ulama e bani israel ko lagi thi.</w:t>
      </w:r>
      <w:r>
        <w:br/>
      </w:r>
      <w:r>
        <w:rPr>
          <w:sz w:val="20"/>
        </w:rPr>
        <w:t>18:12  ulama e bani israel ne bhi jo hai, aap yeh padh lein torat aur bible wagera to is mein bhi is type ke thought paye jate hain ke blasphemy ko jo hai hum bardasht nahi karenge aur aise waise karenge.</w:t>
      </w:r>
      <w:r>
        <w:br/>
      </w:r>
      <w:r>
        <w:rPr>
          <w:sz w:val="20"/>
        </w:rPr>
        <w:t>18:26  to</w:t>
      </w:r>
      <w:r>
        <w:br/>
      </w:r>
      <w:r>
        <w:rPr>
          <w:sz w:val="20"/>
        </w:rPr>
        <w:t>18:27  jaise ke rasool Allah sallallahu alaihi wasallam ne farmaya tha ke tum jo hai agli kitabi qomon ki tarah ki tum ko jo hai na thokarein lagen gi. unhone jo thokkar khai thi woh jahan gire the wahin tum bhi ja kar giro ge.</w:t>
      </w:r>
      <w:r>
        <w:br/>
      </w:r>
      <w:r>
        <w:rPr>
          <w:sz w:val="20"/>
        </w:rPr>
        <w:t>18:40  agar woh kisi zab ke jo wild chipkali jo hai jangli chipkali ka jo ghar hota hai, us mein bhi agar woh log ghuse the to tum bhi wahin ghus padoge.</w:t>
      </w:r>
      <w:r>
        <w:br/>
      </w:r>
      <w:r>
        <w:rPr>
          <w:sz w:val="20"/>
        </w:rPr>
        <w:t>18:52  yani matlab itna jo hai ek hadith mein kaha gaya: "hazb al-nal bil-nar". yani bilkul jo hai unke footstep par hi chalegi yeh ummat. to aisa lagta hai ke jo hai hamare Islamic scholars aur hamare sulaha ulama in ka ehteraam sar ankhon par.</w:t>
      </w:r>
      <w:r>
        <w:br/>
      </w:r>
      <w:r>
        <w:rPr>
          <w:sz w:val="20"/>
        </w:rPr>
        <w:t>19:08  lekin jo hai is baat mein jo hai unko sar ankhon par nahi rakha ja sakta jahan unhone agli kitabon ke, agli qaumon ki tarah ki jahan unhone ghaltiyan</w:t>
      </w:r>
      <w:r>
        <w:br/>
      </w:r>
      <w:r>
        <w:rPr>
          <w:sz w:val="20"/>
        </w:rPr>
        <w:t>19:19  ki hain. to wahan hamein jo hai Quran o hadith yeh haq dete hain ke hum unke khayal ko, unke fatwe ko, unke opinion ko re-assess karein, nazar sani karein aur agar is ke khilaf jo hai boldly statement dena pade to yeh hamara boldly statement nahi hoga.</w:t>
      </w:r>
      <w:r>
        <w:br/>
      </w:r>
      <w:r>
        <w:rPr>
          <w:sz w:val="20"/>
        </w:rPr>
        <w:t>19:35  yeh goya ke Rasool ka bold statement hoga, Khuda ki kitab ka yeh bold statement hoga. to jaisa ke aap keh rahe hain ke kya is ke liye koi buniyad hai ke shaatim ko qatl kiya jaye?</w:t>
      </w:r>
      <w:r>
        <w:br/>
      </w:r>
      <w:r>
        <w:rPr>
          <w:sz w:val="20"/>
        </w:rPr>
        <w:t>19:48  to</w:t>
      </w:r>
      <w:r>
        <w:br/>
      </w:r>
      <w:r>
        <w:rPr>
          <w:sz w:val="20"/>
        </w:rPr>
        <w:t>19:49  yeh bohat hi ahem sawal hai. to is sawal ke pehle jo hai hum yeh samajh sakte hain ke yahan Maulana ka ek frame laga hua hai.</w:t>
      </w:r>
      <w:r>
        <w:br/>
      </w:r>
      <w:r>
        <w:rPr>
          <w:sz w:val="20"/>
        </w:rPr>
        <w:t>19:58  is center mein CPS International ke Delhi center mein agar aap apne liye freedom chahte hain to aap ko doosron ki freedom ko secure karna padega.</w:t>
      </w:r>
      <w:r>
        <w:br/>
      </w:r>
      <w:r>
        <w:rPr>
          <w:sz w:val="20"/>
        </w:rPr>
        <w:t>20:08  doosron ko freedom dene ki shart par aap ko duniya mein freedom milegi. jaise mislan hum Indian Muslims hain.</w:t>
      </w:r>
      <w:r>
        <w:br/>
      </w:r>
      <w:r>
        <w:rPr>
          <w:sz w:val="20"/>
        </w:rPr>
        <w:t>20:14  hum Indian Muslims hain aur yahan ek major chunks of Muslims hain balki jo hai duniya ka jo hai Indonesia ke baad sab se bada Muslim chunk yahan rehta hai world ka population.</w:t>
      </w:r>
      <w:r>
        <w:br/>
      </w:r>
      <w:r>
        <w:rPr>
          <w:sz w:val="20"/>
        </w:rPr>
        <w:t>20:24  to agar jo hai hum Indian Muslim, hamare scenario mein baat kar raha hoon, hum chahte hain ke hum ko freedom mile to hamein sab se pehle jo hai yahan ke hamare co-citizens hain, unki freedom ko bhi jo hai secure karna padega.</w:t>
      </w:r>
      <w:r>
        <w:br/>
      </w:r>
      <w:r>
        <w:rPr>
          <w:sz w:val="20"/>
        </w:rPr>
        <w:t>20:36  yeh samajhne ki</w:t>
      </w:r>
      <w:r>
        <w:br/>
      </w:r>
      <w:r>
        <w:rPr>
          <w:sz w:val="20"/>
        </w:rPr>
        <w:t>20:37  baat hai. aap ke is sawal ki taraf aate hain ke kya Quran o hadith mein koi text hai ke abusers ko ya blasphemer ko jo hai qatl kiya</w:t>
      </w:r>
      <w:r>
        <w:br/>
      </w:r>
      <w:r>
        <w:rPr>
          <w:sz w:val="20"/>
        </w:rPr>
        <w:t>20:47  jaye? to sab se pehle is silsile mein janne ki baat yeh hai ke there is no text, no any single word, there is no any single paragraph in the Quran and in whole Islamic text.</w:t>
      </w:r>
      <w:r>
        <w:br/>
      </w:r>
      <w:r>
        <w:rPr>
          <w:sz w:val="20"/>
        </w:rPr>
        <w:t>21:02  yani meri murad hai Quran aur Sunnat jo yeh kehta ho ke jo hai blasphemer ko ya abuser ko jo hai qatl kiya jaye. koi aise jo hai</w:t>
      </w:r>
      <w:r>
        <w:br/>
      </w:r>
      <w:r>
        <w:rPr>
          <w:sz w:val="20"/>
        </w:rPr>
        <w:t>21:11  Muslims kehte hain ke jo hai Islam ek preserved religion hai. yani Quran jo hai jaisa Paighambar par utra woh aaj tak waise hi bahu hai. aur jo hai hadithon ko hum ne jo hai save karne ke liye, preserve karne ke liye jo hai Himalayan struggle ki aur hazaron hadithon ko jama kiya.</w:t>
      </w:r>
      <w:r>
        <w:br/>
      </w:r>
      <w:r>
        <w:rPr>
          <w:sz w:val="20"/>
        </w:rPr>
        <w:t>21:26  in ahadith ke collection mein kahin bhi ek aisa statement nahi hai. to Maulana ne jo hai bohat achhi is silsile mein baat kahi hai shatm-e-Rasool mein.</w:t>
      </w:r>
      <w:r>
        <w:br/>
      </w:r>
      <w:r>
        <w:rPr>
          <w:sz w:val="20"/>
        </w:rPr>
        <w:t>21:33  Hafiz Ibn Taymiyyah, Hafiz kaha jata hai unko Allama Ibn Taymiyyah jinhone Al-Sarim al-Maslul ala shatim al-Rasul likhi hai. to Maulana is kitab ko assess karte hue, re-assess karte hue yeh kehte hain ke sari kitab mein khud Allama Ibn Taymiyyah, Hafiz Ibn Taymiyyah jo jinke bare mein ulama yeh mante hain ke kal hadith la yalamhu Ibn Taymiyyah fa huwa laysa bi hadith.</w:t>
      </w:r>
      <w:r>
        <w:br/>
      </w:r>
      <w:r>
        <w:rPr>
          <w:sz w:val="20"/>
        </w:rPr>
        <w:t>21:54  yani har woh hadith jis ko Ibn Taymiyyah ka ilm na ho woh hadith hi nahi hai. yani itne zyada bade woh scholar hain ke koi hadith un se choti nahi hai. to unki jo kitab hai</w:t>
      </w:r>
      <w:r>
        <w:br/>
      </w:r>
      <w:r>
        <w:rPr>
          <w:sz w:val="20"/>
        </w:rPr>
        <w:t>22:04  iska weakness, vague Maulana yeh batate hain ke is kitab ki basic ghalti yeh hai ke woh khud mante hain ke koi is silsile mein hadith nahi hai. ek hadith woh batate hain ke man sabba nabiyyan min al-anbiya' faqtuluhu.</w:t>
      </w:r>
      <w:r>
        <w:br/>
      </w:r>
      <w:r>
        <w:rPr>
          <w:sz w:val="20"/>
        </w:rPr>
        <w:t>22:18  aur kehte hain ke yeh za'eef hai. agar</w:t>
      </w:r>
      <w:r>
        <w:br/>
      </w:r>
      <w:r>
        <w:rPr>
          <w:sz w:val="20"/>
        </w:rPr>
        <w:t>22:20  yeh hadith sahih hoti to yeh base ban sakti thi. to goya ke jo hai jo ilhad ke masle ko jante hain, atheism ko jante hain to atheism mein ek study hoti hai missing link ki.</w:t>
      </w:r>
      <w:r>
        <w:br/>
      </w:r>
      <w:r>
        <w:rPr>
          <w:sz w:val="20"/>
        </w:rPr>
        <w:t>22:31  yani poori theory mein jo hai unhone ek theory to bana di lekin beech mein jo hai kuch missing links hain. to woh missing link ki wajah se jo hai atheism ke case ko, evolution ke case ko jo hai yeh samjha jata hai ke ek workable theory</w:t>
      </w:r>
      <w:r>
        <w:br/>
      </w:r>
      <w:r>
        <w:rPr>
          <w:sz w:val="20"/>
        </w:rPr>
        <w:t>22:44  hai. lekin jo hai Ibn Taymiyyah ke is fatwe mein ya hamari in teen kitabon ke fatwe mein hum kahenge foundational, foundation hi miss hai, foundational missing hum kahenge.</w:t>
      </w:r>
      <w:r>
        <w:br/>
      </w:r>
      <w:r>
        <w:rPr>
          <w:sz w:val="20"/>
        </w:rPr>
        <w:t>22:53  agar jo hai evolution theory ke andar missing links hain aur us ko abhi tak jo hai yeh nahi kiya gaya, fill up nahi kiya gaya to hamare is case ke andar yeh masla is se zyada yeh hai ke missing link ka masla nahi hai.</w:t>
      </w:r>
      <w:r>
        <w:br/>
      </w:r>
      <w:r>
        <w:rPr>
          <w:sz w:val="20"/>
        </w:rPr>
        <w:t>23:05  foundation missing ka masla hai. yani Quran aur hadith ke poore zakhire mein aisa koi statement hi maujood nahi hai. aur Musalman jo hai dhoom machaye hue hain poori zameen par.</w:t>
      </w:r>
      <w:r>
        <w:br/>
      </w:r>
      <w:r>
        <w:rPr>
          <w:sz w:val="20"/>
        </w:rPr>
        <w:t>23:13  to kiya musalman apni koi aik alag nai shariat invent karna chahte hain jo khuda aur rasool se hat kar hai? to musalmanon ko sochna chahiye. agar musalman is baat par misar hain ke shaatim ko qatl hi kiya jaye to un se yeh sawal kiya jaye ga ke woh sab se pehle jo hai hato burhanakum</w:t>
      </w:r>
      <w:r>
        <w:br/>
      </w:r>
      <w:r>
        <w:rPr>
          <w:sz w:val="20"/>
        </w:rPr>
        <w:t>23:30  , lao tumhare paas jo text mehfooz hai us ko le kar ao. is ke andar kahan yeh likha hua hai? hum bhi to parhein, hum bhi to dekhein. to musalmanon ko jo hai yeh sabit karne ke liye aise batana parega jaise is waqe ko batate hain ke alzani walzani fatjldo kal wahid minhuma miata jaldah.</w:t>
      </w:r>
      <w:r>
        <w:br/>
      </w:r>
      <w:r>
        <w:rPr>
          <w:sz w:val="20"/>
        </w:rPr>
        <w:t>23:47  ke zani aur zania, fornikeetr ko jo hai so jald, so koray maro. surah noor ki jo ayat mein jaise woh batate hain ya</w:t>
      </w:r>
      <w:r>
        <w:br/>
      </w:r>
      <w:r>
        <w:rPr>
          <w:sz w:val="20"/>
        </w:rPr>
        <w:t>23:57  alsariq walsariqat faqt'u aydihima. chor aur male chor, female chor ka jo hai hath kato. to yeh jo hai text mein maujood hai. to musalman yahan to yeh haq rakhte hain ke jo hai hamari hukumatain jo hai chor aur chor, female chor ka hath kat dein.</w:t>
      </w:r>
      <w:r>
        <w:br/>
      </w:r>
      <w:r>
        <w:rPr>
          <w:sz w:val="20"/>
        </w:rPr>
        <w:t>24:09  lekin musalman jo hai aisi koi pure hamare zakhire mein quran aur hadith ke aisi koi text nahi bata sakte ke alshatim walshatimat faqtulohuma.</w:t>
      </w:r>
      <w:r>
        <w:br/>
      </w:r>
      <w:r>
        <w:rPr>
          <w:sz w:val="20"/>
        </w:rPr>
        <w:t>24:18  ke male shatim, male abuser aur female abuser dono ko qatl kar do. aisi koi jo hai text hum jo hai produce</w:t>
      </w:r>
      <w:r>
        <w:br/>
      </w:r>
      <w:r>
        <w:rPr>
          <w:sz w:val="20"/>
        </w:rPr>
        <w:t>24:26  nahi kar sakte. agar hai to jo hai woh le kar aein. ibn taimiyah ne to apni bata di baat ke agar yeh zaeef hadith hai, agar yeh sahi hoti to yeh is ke liye base ban sakti thi.</w:t>
      </w:r>
      <w:r>
        <w:br/>
      </w:r>
      <w:r>
        <w:rPr>
          <w:sz w:val="20"/>
        </w:rPr>
        <w:t>24:34  to hum kahengay ke jo hai maulana yeh hum musalmanon ke is amal ke peechay missing link ka case nahi hai yeh. yeh jo hai foundation missing ka hi case hai.</w:t>
      </w:r>
      <w:r>
        <w:br/>
      </w:r>
      <w:r>
        <w:rPr>
          <w:sz w:val="20"/>
        </w:rPr>
        <w:t>24:43  to hum jo hai is ko theek karein warna jo hai aisa ho sakta hai ke jo hai hum logon ki freedom cheen cheen ne jayein aur hamari hi freedom cheen jaye aur hum phir jo hai dekhte reh j</w:t>
      </w:r>
      <w:r>
        <w:br/>
      </w:r>
      <w:r>
        <w:rPr>
          <w:sz w:val="20"/>
        </w:rPr>
        <w:t>24:54  aein. to ghaliban jo hai aap ka sawal jawab ho gaya hoga. mazeed kuch wazahat hai to hum phir baat kar sakte hain. shukriya maulana fiaz sahib.</w:t>
      </w:r>
      <w:r>
        <w:br/>
      </w:r>
      <w:r>
        <w:rPr>
          <w:sz w:val="20"/>
        </w:rPr>
        <w:t>25:04  aap ki baaton mein mujhe teen bohat hi strong ki point lage aur is se jo baat samajh mein aayi mujhe woh batata hoon. sab se pehli cheez jo aap ne batayi ke musalman jo cheez karte hain us se musalmanon ki image kharab hoti hai.</w:t>
      </w:r>
      <w:r>
        <w:br/>
      </w:r>
      <w:r>
        <w:rPr>
          <w:sz w:val="20"/>
        </w:rPr>
        <w:t>25:17  khud Allah ke rasool sallallahu alaihi wasallam ki image kharab hoti hai aur Allah taala ki bhi image kharab hoti hai. to is aitbar se agar dekhein is ka logical end karein to woh yahi hoga ke musalman in direct tor par Allah ke rasool sallallahu alaihi wasallam ke khud abuser hain.</w:t>
      </w:r>
      <w:r>
        <w:br/>
      </w:r>
      <w:r>
        <w:rPr>
          <w:sz w:val="20"/>
        </w:rPr>
        <w:t>25:34  kyun ke woh kya karte hain ke woh jo kaam karte hain us buniyad par Allah ke rasool sallallahu alaihi wasallam ki bad</w:t>
      </w:r>
      <w:r>
        <w:br/>
      </w:r>
      <w:r>
        <w:rPr>
          <w:sz w:val="20"/>
        </w:rPr>
        <w:t>25:40  nami hoti hai. is se bari kiya hai shatm ki baat koi doosri nahi ho sakti. aur aap ne to quran o hadith ki baat batayi.</w:t>
      </w:r>
      <w:r>
        <w:br/>
      </w:r>
      <w:r>
        <w:rPr>
          <w:sz w:val="20"/>
        </w:rPr>
        <w:t>25:48  maine aik martaba yeh kiya ke dekhoon fiqh mein jo jahan par zikr kiya jata hai kis cheez par capital punishment ho sakta hai. to maine kaha dekhta hoon kiya hai.</w:t>
      </w:r>
      <w:r>
        <w:br/>
      </w:r>
      <w:r>
        <w:rPr>
          <w:sz w:val="20"/>
        </w:rPr>
        <w:t>25:58  to hud ke is mein maine dekha</w:t>
      </w:r>
      <w:r>
        <w:br/>
      </w:r>
      <w:r>
        <w:rPr>
          <w:sz w:val="20"/>
        </w:rPr>
        <w:t>26:01  muqaranat alfiqh par aik mashhoor kitab hai ibn rushd ki bidayat almujtahid. to is mein jo diye gaye hain is mein yeh is ka zikr nahi ke shatm rasool par qatl kiya jaye.</w:t>
      </w:r>
      <w:r>
        <w:br/>
      </w:r>
      <w:r>
        <w:rPr>
          <w:sz w:val="20"/>
        </w:rPr>
        <w:t>26:10  is par hai hi nahi is mein. aur Allah taala ko rasool sallallahu alaihi wasallam ka itna khayal tha aap dekhein ke aik martaba aisa hua ke koi dawat thi Allah ke rasool sallallahu alaihi wasallam ke ghar mein to kuch log der tak baith gaye.</w:t>
      </w:r>
      <w:r>
        <w:br/>
      </w:r>
      <w:r>
        <w:rPr>
          <w:sz w:val="20"/>
        </w:rPr>
        <w:t>26:23  Allah ke rasool sallallahu alaihi wasallam ko nagawar hua lekin woh haya ki wajah se bol nahi paaye to Allah taala ne aik ayat bazabta utari ke tumhari wajah se takleef ho rahi hai tum</w:t>
      </w:r>
      <w:r>
        <w:br/>
      </w:r>
      <w:r>
        <w:rPr>
          <w:sz w:val="20"/>
        </w:rPr>
        <w:t>26:31  aisa nahi kar sakte ho. to yeh kis Allah ke rasool sallallahu alaihi wasallam ke sath jo shatm ka waqea pesh aaye ga yeh to aur bohat bari baat hai.</w:t>
      </w:r>
      <w:r>
        <w:br/>
      </w:r>
      <w:r>
        <w:rPr>
          <w:sz w:val="20"/>
        </w:rPr>
        <w:t>26:40  is par aur lambi ayat utarni chahiye thi lekin woh nahi utri. balkay yahan par jo bataya gaya takleef hoti hai, eiza de rahe ho tum. in ke bare mein bhi aya tha ke tum aisa nahi karoge.</w:t>
      </w:r>
      <w:r>
        <w:br/>
      </w:r>
      <w:r>
        <w:rPr>
          <w:sz w:val="20"/>
        </w:rPr>
        <w:t>26:48  yeh nahi kaha ke tum ne takleef di hai, tum bhi shatim karne wale ho, tum ko bhi saza mile gi. to hum samajh sakte hain ke is par quran aur hadith mein is par bilkul khamoshi hai.</w:t>
      </w:r>
      <w:r>
        <w:br/>
      </w:r>
      <w:r>
        <w:rPr>
          <w:sz w:val="20"/>
        </w:rPr>
        <w:t>26:58  reason yeh hai ke koi bhi paighambar jo aata hai woh aata hai paigham pohanchane ke liye. to koi bhi jo rahe ga, naya aadmi rahe ga, bhadke ga is par, us ko takleef hogi to woh kuch na kuch kar sakta hai.</w:t>
      </w:r>
      <w:r>
        <w:br/>
      </w:r>
      <w:r>
        <w:rPr>
          <w:sz w:val="20"/>
        </w:rPr>
        <w:t>27:08  to is liye nahi diya gaya kyun ke woh is se sara maqsad hi faut ho jata hai. to ab main sawal karunga maulana basit umri sahib se ke</w:t>
      </w:r>
      <w:r>
        <w:br/>
      </w:r>
      <w:r>
        <w:rPr>
          <w:sz w:val="20"/>
        </w:rPr>
        <w:t>27:19  Allah ke rasool sallallahu alaihi wasallam ka amal tha ke abuser jo hain, shatim karne wale hain, us ko ignore karo. is se kiya sabak lena chahiye?</w:t>
      </w:r>
      <w:r>
        <w:br/>
      </w:r>
      <w:r>
        <w:rPr>
          <w:sz w:val="20"/>
        </w:rPr>
        <w:t>27:29  dekhiye,</w:t>
      </w:r>
      <w:r>
        <w:br/>
      </w:r>
      <w:r>
        <w:rPr>
          <w:sz w:val="20"/>
        </w:rPr>
        <w:t>27:34  mein pehle ek buniyadi baat batata hoon ke shatme rasool ke masle mein</w:t>
      </w:r>
      <w:r>
        <w:br/>
      </w:r>
      <w:r>
        <w:rPr>
          <w:sz w:val="20"/>
        </w:rPr>
        <w:t>27:44  kuch daleelein waqeyat ki shakal mein ulma ne di hain.</w:t>
      </w:r>
      <w:r>
        <w:br/>
      </w:r>
      <w:r>
        <w:rPr>
          <w:sz w:val="20"/>
        </w:rPr>
        <w:t>27:49  isi tarah Maulana ne bhi</w:t>
      </w:r>
      <w:r>
        <w:br/>
      </w:r>
      <w:r>
        <w:rPr>
          <w:sz w:val="20"/>
        </w:rPr>
        <w:t>27:55  yaani seerat-e-rasool se yeh daleelein di hain ke shaatim-e-rasool ko Allah ke rasool ne qatl nahi kiya, use nazar andaaz kiya.</w:t>
      </w:r>
      <w:r>
        <w:br/>
      </w:r>
      <w:r>
        <w:rPr>
          <w:sz w:val="20"/>
        </w:rPr>
        <w:t>28:10  to is masle mein ek saahib ne aitraaz bhi kiya ke Maulana apni kitabon mein sirf un waqeyat ko naqal karte hain jis mein Rasool Allah ne shaatim-e-rasool ko nazar andaaz kiya.</w:t>
      </w:r>
      <w:r>
        <w:br/>
      </w:r>
      <w:r>
        <w:rPr>
          <w:sz w:val="20"/>
        </w:rPr>
        <w:t>28:24  Maulana un waqeyat ko nahi lete jin waqeyat mein Allah ke Rasool ne un ko qatl kiya, haalankeh woh shatme rasool ka masla nahi tha, koi aur masla tha.</w:t>
      </w:r>
      <w:r>
        <w:br/>
      </w:r>
      <w:r>
        <w:rPr>
          <w:sz w:val="20"/>
        </w:rPr>
        <w:t>28:34  mein is mauzu mein nahi jaunga</w:t>
      </w:r>
      <w:r>
        <w:br/>
      </w:r>
      <w:r>
        <w:rPr>
          <w:sz w:val="20"/>
        </w:rPr>
        <w:t>28:36  a. mein sirf yeh batana chahta hoon ke aap samajhte hain ke is masle mein do daleelein hain.</w:t>
      </w:r>
      <w:r>
        <w:br/>
      </w:r>
      <w:r>
        <w:rPr>
          <w:sz w:val="20"/>
        </w:rPr>
        <w:t>28:44  ek taraf Maulana ne bhi diye hain, ek taraf aur ulma ne bhi diye hain. to is mein Maulana ko tarjeeh dene ke liye, Maulana ki baat ko samajhne ke liye hamein ek aur daleel mil</w:t>
      </w:r>
      <w:r>
        <w:br/>
      </w:r>
      <w:r>
        <w:rPr>
          <w:sz w:val="20"/>
        </w:rPr>
        <w:t>28:58  ti hai. Maulana ne apni kitaab mein is waqey ko naqal kiya hai Abdullah bin Ubay ke ke un ko Allah ke Rasool ne qatl nahi kiya.</w:t>
      </w:r>
      <w:r>
        <w:br/>
      </w:r>
      <w:r>
        <w:rPr>
          <w:sz w:val="20"/>
        </w:rPr>
        <w:t>29:11  woh zaahir baat hai munafiqon ke sardar thay. woh to dushman-e-Islam thay, yeh to waazeh tha sab par.</w:t>
      </w:r>
      <w:r>
        <w:br/>
      </w:r>
      <w:r>
        <w:rPr>
          <w:sz w:val="20"/>
        </w:rPr>
        <w:t>29:21  is ke bawajood bhi Allah ke Rasool ne qatl nahi kiya sirf ek wajah se.</w:t>
      </w:r>
      <w:r>
        <w:br/>
      </w:r>
      <w:r>
        <w:rPr>
          <w:sz w:val="20"/>
        </w:rPr>
        <w:t>29:25  woh wajah khud Allah ke Rasool ne bata diya ke woh wajah yeh hai ke log kahenge ke Rasool apne hi saathiyon ko qatl kar rahe hain.</w:t>
      </w:r>
      <w:r>
        <w:br/>
      </w:r>
      <w:r>
        <w:rPr>
          <w:sz w:val="20"/>
        </w:rPr>
        <w:t>29:35  to is waqey mein Maulana ne bohat achhe se yeh baat samjhai ke Islam ki image ko damage hone se bachana yeh bohat badi baat hai.</w:t>
      </w:r>
      <w:r>
        <w:br/>
      </w:r>
      <w:r>
        <w:rPr>
          <w:sz w:val="20"/>
        </w:rPr>
        <w:t>29:52  Rasool Allah ne dushman-e-Islam ko bhi nazar andaaz kar diya. is image, image Islam ki jo image hai, us ko bachane ke liye ek munafiqon ka sardar, dushman-e-Islam, jo saare musalmanon par waazeh tha, khud Allah ke Rasool par waazeh tha, us ke bawajood bhi Islam ki image ko bachane ke liye Rasool Allah ne unhein kuch nahi kiya.</w:t>
      </w:r>
      <w:r>
        <w:br/>
      </w:r>
      <w:r>
        <w:rPr>
          <w:sz w:val="20"/>
        </w:rPr>
        <w:t>30:16  to Maulana ki yeh baat hum ko lena chahiye.</w:t>
      </w:r>
      <w:r>
        <w:br/>
      </w:r>
      <w:r>
        <w:rPr>
          <w:sz w:val="20"/>
        </w:rPr>
        <w:t>30:20  yeh mera zehan appeal karta hai ke Islam ki image ko bachane ke liye musalman is masle mein nazar-e-saani kare.</w:t>
      </w:r>
      <w:r>
        <w:br/>
      </w:r>
      <w:r>
        <w:rPr>
          <w:sz w:val="20"/>
        </w:rPr>
        <w:t>30:29  woh yaani apne masle par misar na ho. yeh zyada ek sanjeeda insaan ke liye zaroori hai. to mujhe jo is masle mein Maulana ki yeh baat bohat zyada qabil-e-fehm lagi aur yeh baat aur musalmanon ko bhi sochna chahiye.</w:t>
      </w:r>
      <w:r>
        <w:br/>
      </w:r>
      <w:r>
        <w:rPr>
          <w:sz w:val="20"/>
        </w:rPr>
        <w:t>30:50  is par nazar-e-saani karna chahiye. shukriya Maulana Abdul Basit saahib. aap ne bohat hi aham baat batai. is par mein ek waqey add karna chahunga.</w:t>
      </w:r>
      <w:r>
        <w:br/>
      </w:r>
      <w:r>
        <w:rPr>
          <w:sz w:val="20"/>
        </w:rPr>
        <w:t>31:00  Allah ke Rasool Sallallahu Alaihi Wasallam ke zamane ka waqey, bilkul aakhri zamane ka.</w:t>
      </w:r>
      <w:r>
        <w:br/>
      </w:r>
      <w:r>
        <w:rPr>
          <w:sz w:val="20"/>
        </w:rPr>
        <w:t>31:07  Hazrat Abu Hurairah Razi Allahu Anhu Rasool Sallallahu Alaihi Wasallam ke paas aaye thay. yeh ghaleban saat hijri ya us ke baad ka waqey hai. aur un ke saath un ki maa bhi aai thi.</w:t>
      </w:r>
      <w:r>
        <w:br/>
      </w:r>
      <w:r>
        <w:rPr>
          <w:sz w:val="20"/>
        </w:rPr>
        <w:t>31:17  Abu Hurairah Razi Allahu Anhu to musalman thay, un ki maa kya thi? musalman nahi thi. to Abu Hurairah un ko ja kar baatein bataya karte thay. to ek din bohat naraz ho gayi aur us ne aisi baat kahi jis ko sab kaha ja sakta hai.</w:t>
      </w:r>
      <w:r>
        <w:br/>
      </w:r>
      <w:r>
        <w:rPr>
          <w:sz w:val="20"/>
        </w:rPr>
        <w:t>31:30  Abu Hurairah Razi Allahu Anhu chuki maa thi, un ka adab tha aur Allah ke Rasool Sallallahu Alaihi Wasallam ka bhi adab tha, to woh rote hue Allah ke Rasool Sallallahu Alaihi Wasallam ke paas aaye aur aa kar kaha ke mein apni maa ko Islam ki baatein bataya karta tha, woh naraz ho gayi.</w:t>
      </w:r>
      <w:r>
        <w:br/>
      </w:r>
      <w:r>
        <w:rPr>
          <w:sz w:val="20"/>
        </w:rPr>
        <w:t>31:45  fasam'atni feeka ma akram ke mujhe aap ke bare mein aisi baat sunai jis ko mein napasand karta hoon. zaahir si baat hai, woh sab ka hi waqey hoga.</w:t>
      </w:r>
      <w:r>
        <w:br/>
      </w:r>
      <w:r>
        <w:rPr>
          <w:sz w:val="20"/>
        </w:rPr>
        <w:t>31:56  to ab aap aisa kijiyega ke meri maan ki hidayat ke liye dua kar dijiye. agar woh had ka waqia hota to Allah ke Rasool sallallahu alaihi wasallam kehte hain, aye Abu Hurairah, yeh waqia jo had ka hai, is mein dua nahi hogi, is mein kya hai?</w:t>
      </w:r>
      <w:r>
        <w:br/>
      </w:r>
      <w:r>
        <w:rPr>
          <w:sz w:val="20"/>
        </w:rPr>
        <w:t>32:09  saza milegi. lekin Allah ke Rasool sallallahu alaihi wasallam ne unke liye dua ki. isi dua ke nateeje mein woh kya hai?</w:t>
      </w:r>
      <w:r>
        <w:br/>
      </w:r>
      <w:r>
        <w:rPr>
          <w:sz w:val="20"/>
        </w:rPr>
        <w:t>32:18  Allah ke Rasool sallallahu alaihi wasallam ki sacchi saathi ban gayi. to is se sabaq hum le sakte hain ke Allah ke Rasool sallallahu alaihi wasallam ka tareeqa kya tha aur hum bhi wahi tareeqa ikhtiyar kar sakte hain.</w:t>
      </w:r>
      <w:r>
        <w:br/>
      </w:r>
      <w:r>
        <w:rPr>
          <w:sz w:val="20"/>
        </w:rPr>
        <w:t>32:28  hamare paas</w:t>
      </w:r>
      <w:r>
        <w:br/>
      </w:r>
      <w:r>
        <w:rPr>
          <w:sz w:val="20"/>
        </w:rPr>
        <w:t>32:30  agar woh asbab nahi hain ke jo Allah ke Rasool sallallahu alaihi wasallam ko sab kar raha hai, us tak pahunch sake to hum us ke liye dua kar sakte hain. yeh milta hai is waqiye se.</w:t>
      </w:r>
      <w:r>
        <w:br/>
      </w:r>
      <w:r>
        <w:rPr>
          <w:sz w:val="20"/>
        </w:rPr>
        <w:t>32:39  aur aisa aur kai waqie hain ke ek aadmi ne aa kar kaha ke aye Muhammad, tum ne adl se kaam nahi liya, be insafi se kaam le rahe ho. to Hazrat Umar ko ghussa utha, unhon ne kaha, ab ijazat dein to main un ki gardan maar doon.</w:t>
      </w:r>
      <w:r>
        <w:br/>
      </w:r>
      <w:r>
        <w:rPr>
          <w:sz w:val="20"/>
        </w:rPr>
        <w:t>32:51  to Allah ke Rasool sallallahu alaihi wasallam ne kaha, nahi, d'ao la yatuhaddath al-nasu ann Muhammad yeqtulu ashabahu.</w:t>
      </w:r>
      <w:r>
        <w:br/>
      </w:r>
      <w:r>
        <w:rPr>
          <w:sz w:val="20"/>
        </w:rPr>
        <w:t>33:00  chhod do, tum logon ko yeh kehne ka mauqa na do ke Muhammad apne ashab ko qatl karte hain. aise kai kai waqiyat seerat aur hadith ki kitabon mein aaye hain. to main samajhta hoon ke aap ne bahut aham baat batai ke logon ko is par nahi dhyan dena chahiye ke woh kya sochte hain, balke is par dhyan dena chahiye ke waqai Quran aur Sunnat mein kya likha hua hai.</w:t>
      </w:r>
      <w:r>
        <w:br/>
      </w:r>
      <w:r>
        <w:rPr>
          <w:sz w:val="20"/>
        </w:rPr>
        <w:t>33:19  to ab main Maulana Inayat Umri sahib se isi pas manzar mein sawal karunga aur yeh mera aakhri sawal hai ke shaatim ki saza ke liye ulama e Islam jin waqiyat se istidlal karte hain, is silsile mein Maulana Wahiduddin Khan sahib ki rai kya hai?</w:t>
      </w:r>
      <w:r>
        <w:br/>
      </w:r>
      <w:r>
        <w:rPr>
          <w:sz w:val="20"/>
        </w:rPr>
        <w:t>33:36  ji, bahut hi aham sawal hai yeh. dekhiye, bazahir bahut se aise waqiyat milte hain seerat ki kitabon mein jin se ulama ne yeh istidlal kiya hai ke dekho, Rasool Allah ne yeh jo saza di, woh shatm ki wajah se di.</w:t>
      </w:r>
      <w:r>
        <w:br/>
      </w:r>
      <w:r>
        <w:rPr>
          <w:sz w:val="20"/>
        </w:rPr>
        <w:t>33:58  dekhiye, is mamle mein basic baat jo samajhne ki hai, woh yeh hai ke agar saza shatm jo hai, qabil e had jurm hai to aisa nahi ho sakta ke ek ko saza mile, ek ko maafi mile.</w:t>
      </w:r>
      <w:r>
        <w:br/>
      </w:r>
      <w:r>
        <w:rPr>
          <w:sz w:val="20"/>
        </w:rPr>
        <w:t>34:14  jaise abhi hamare Farhad Salafi sahib ne bataya ke Abu Hurairah ki maan ke liye Rasool Allah ne dua ki aur doosre log shatm ke mujrim hain, un ko saza mil rahi hai.</w:t>
      </w:r>
      <w:r>
        <w:br/>
      </w:r>
      <w:r>
        <w:rPr>
          <w:sz w:val="20"/>
        </w:rPr>
        <w:t>34:31  dekhiye, is mamle mein yeh usool hai. yeh</w:t>
      </w:r>
      <w:r>
        <w:br/>
      </w:r>
      <w:r>
        <w:rPr>
          <w:sz w:val="20"/>
        </w:rPr>
        <w:t>34:34  hum jante hain ke Rasool Allah sallallahu alaihi wasallam ke zamane mein jo qabila e Makhzum ki ek ladki ne, jinka naam Fatima tha, chori ki to bade khandan ki thi, bade gharane ki thi.</w:t>
      </w:r>
      <w:r>
        <w:br/>
      </w:r>
      <w:r>
        <w:rPr>
          <w:sz w:val="20"/>
        </w:rPr>
        <w:t>34:49  to unhon ne ja kar request ki Usama bin Zaid se ke Usama se Rasool Allah zyada mohabbat karte hain,</w:t>
      </w:r>
      <w:r>
        <w:br/>
      </w:r>
      <w:r>
        <w:rPr>
          <w:sz w:val="20"/>
        </w:rPr>
        <w:t>34:59  agar woh ja kar sifarish karein to shayad saza par nazar sani ki jayegi. to Usama bin Zaid Nabi sallallahu alaihi wasallam ke paas pahunche sifarish ke karne ke liye to aap ne farmaya ke atashfa'u fi haddin min hududillah.</w:t>
      </w:r>
      <w:r>
        <w:br/>
      </w:r>
      <w:r>
        <w:rPr>
          <w:sz w:val="20"/>
        </w:rPr>
        <w:t>35:19  Usama, kya tum Khuda ke hudood mein sifarish karne kar rahe ho? tum ya</w:t>
      </w:r>
      <w:r>
        <w:br/>
      </w:r>
      <w:r>
        <w:rPr>
          <w:sz w:val="20"/>
        </w:rPr>
        <w:t>35:25  yani agar woh had hai to saza nafiz hogi, maafi nahi milegi aur woh jurm koi bhi kare, us ko saza mil kar rahegi.</w:t>
      </w:r>
      <w:r>
        <w:br/>
      </w:r>
      <w:r>
        <w:rPr>
          <w:sz w:val="20"/>
        </w:rPr>
        <w:t>35:35  aur aap ne yahan tak kaha is mamle mein ke walaw ann Fatima bint Muhammad yusraqu laqata'a Muhammad yaduha. ke agar is jagah Fatima bint qabila e Makhzum ki ladki Fatima nahi, agar Muhammad sallallahu alaihi wasallam ki meri apni beti Fatima bhi hoti to main apni beti ka haath bhi kaat deta.</w:t>
      </w:r>
      <w:r>
        <w:br/>
      </w:r>
      <w:r>
        <w:rPr>
          <w:sz w:val="20"/>
        </w:rPr>
        <w:t>36:00  dekhiye, is ka matlab yeh hai ke agar koi saza qabil e had hai, koi koi jurm qabil e had hai to wahan par maafi nahi di ja sakti.</w:t>
      </w:r>
      <w:r>
        <w:br/>
      </w:r>
      <w:r>
        <w:rPr>
          <w:sz w:val="20"/>
        </w:rPr>
        <w:t>36:11  hum dekh rahe hain ke yahan Rasool Allah ne sallallahu alaihi wasallam ne Abu Hurairah ki maan ko maaf kiya aur aap ne Abdullah bin Ubayi ko koi saza nahi di aur doosre kitne shaatimeen hain, aap ne un ko saza nahi di.</w:t>
      </w:r>
      <w:r>
        <w:br/>
      </w:r>
      <w:r>
        <w:rPr>
          <w:sz w:val="20"/>
        </w:rPr>
        <w:t>36:28  balke is silsile mein hum jante hain ke Suhail bin Amr, jinhon ne Sulah Hudaibiyah ke mauqe par Rahman ur Rahim mitane ke liye israr kiya aur Rasool Allah ka lafz mitane ke liye israr kiya, lekin un ko bhi toheen e risalat ka jo mujrim nahi qarar diya gaya.</w:t>
      </w:r>
      <w:r>
        <w:br/>
      </w:r>
      <w:r>
        <w:rPr>
          <w:sz w:val="20"/>
        </w:rPr>
        <w:t>36:50  balke mamla yeh hua ke aap ne Sahaba e Karam ko wasiyat ki, nasihat ki.</w:t>
      </w:r>
      <w:r>
        <w:br/>
      </w:r>
      <w:r>
        <w:rPr>
          <w:sz w:val="20"/>
        </w:rPr>
        <w:t>36:57  jab Makkah fateh ho raha tha, us mauqe par aap ne kaha ke man laqiya Suhail ibn Amr fala yuhaddu ilayhi al-nazar, fa inna Suhailan lahu aqlun wa sharafun, wa mithlu Suhailin la yujhalu al-islama.</w:t>
      </w:r>
      <w:r>
        <w:br/>
      </w:r>
      <w:r>
        <w:rPr>
          <w:sz w:val="20"/>
        </w:rPr>
        <w:t>37:12  aap ne kaha ke dekho, Suhail bin Amr ne Sulah Hudaibiyah ke mauqe par jo kuch kiya, us ko dil mein rakh kar agar un se tumhara aamna samna ho jaye to un ko nazron se bhi aisa mat dekho ke un ko bura lage.</w:t>
      </w:r>
      <w:r>
        <w:br/>
      </w:r>
      <w:r>
        <w:rPr>
          <w:sz w:val="20"/>
        </w:rPr>
        <w:t>37:28  phir aap ne kaha ke fan suhail lah aql o sharaf, suhail bohat ba-izzat aadmi, bohat jaaniyon aadmi, aqalmand aadmi hain.</w:t>
      </w:r>
      <w:r>
        <w:br/>
      </w:r>
      <w:r>
        <w:rPr>
          <w:sz w:val="20"/>
        </w:rPr>
        <w:t>37:37  main nahi chahta hoon ke tumhari aisi kisi harkat ki wajah se woh Islam se aur zyada door ho jaye. hmm, aur hua bhi yahi ke aap ki jo yeh umeed thi, aap ka jo yeh expectation tha, yeh poora hua, filfil hua.</w:t>
      </w:r>
      <w:r>
        <w:br/>
      </w:r>
      <w:r>
        <w:rPr>
          <w:sz w:val="20"/>
        </w:rPr>
        <w:t>37:51  aur woh jinhone kisi zamane mein Rehman o Rahim mitaya tha, woh jinhone Rasool Allah mitane par israr kiya tha, woh khud Allah ki rehmat ke saaye mein aa gaye.</w:t>
      </w:r>
      <w:r>
        <w:br/>
      </w:r>
      <w:r>
        <w:rPr>
          <w:sz w:val="20"/>
        </w:rPr>
        <w:t>38:02  ab baqi woh log jo bazahir lagta hai ke unki saza jo hai, shatm ki buniyad par di gayi, jaise ek waqia Ka'b bin Ashraf ka aur doosre aise kuch waqiat zikr kiye jaate hain ke unko jo saza di gayi, woh shatm ki buniyad par.</w:t>
      </w:r>
      <w:r>
        <w:br/>
      </w:r>
      <w:r>
        <w:rPr>
          <w:sz w:val="20"/>
        </w:rPr>
        <w:t>38:19  to aap is usool ko samne rakh kar agar baat ko samjhein to samajh mein aa jayega ke agar shatm koi qabil had jurm hai to us par saza hogi.</w:t>
      </w:r>
      <w:r>
        <w:br/>
      </w:r>
      <w:r>
        <w:rPr>
          <w:sz w:val="20"/>
        </w:rPr>
        <w:t>38:30  to</w:t>
      </w:r>
      <w:r>
        <w:br/>
      </w:r>
      <w:r>
        <w:rPr>
          <w:sz w:val="20"/>
        </w:rPr>
        <w:t>38:31  yahan aap ne maafi di, yahan aap ne duaein dein, yahan aap ne umeedien rakhi aur doosri taraf aap ne saza di, yeh mumkin nahi. to phir hum ko yeh dekhna padega ke unko kis jurm par saza di gayi.</w:t>
      </w:r>
      <w:r>
        <w:br/>
      </w:r>
      <w:r>
        <w:rPr>
          <w:sz w:val="20"/>
        </w:rPr>
        <w:t>38:43  to unka jurm shatm ka nahi, balke baghavat ka jurm tha.</w:t>
      </w:r>
      <w:r>
        <w:br/>
      </w:r>
      <w:r>
        <w:rPr>
          <w:sz w:val="20"/>
        </w:rPr>
        <w:t>38:49  aur hum jante hain ke baghavat ki saza dunya ke kisi bhi qanoon mein, kisi bhi mulk mein, aadmi agar apne mulk se baghavat karta hai to uski saza sakht se sakht hoti hai aur Quran mein bhi uski saza sakht hai.</w:t>
      </w:r>
      <w:r>
        <w:br/>
      </w:r>
      <w:r>
        <w:rPr>
          <w:sz w:val="20"/>
        </w:rPr>
        <w:t>39:01  to Ka'b bin Ashraf waghera ka jo case hai, unka case baghavat ka case ke Ka'b bin Ashraf Ghazwa-e-Khandaq ka sabab bhi wohi shakhs bana tha.</w:t>
      </w:r>
      <w:r>
        <w:br/>
      </w:r>
      <w:r>
        <w:rPr>
          <w:sz w:val="20"/>
        </w:rPr>
        <w:t>39:14  aise bohat se unke aise cases the jo baghavat ko explain karte hain, na ke shatm ko. to hum in tamam baaton se andaza laga sakte hain ke baat bohat wazeh hai, clear hai ke shatm ki jo saza Musalman logon ko qatl ki shakal mein dena chahte hain,</w:t>
      </w:r>
      <w:r>
        <w:br/>
      </w:r>
      <w:r>
        <w:rPr>
          <w:sz w:val="20"/>
        </w:rPr>
        <w:t>39:38  woh Quran se sabit nahi hai,</w:t>
      </w:r>
      <w:r>
        <w:br/>
      </w:r>
      <w:r>
        <w:rPr>
          <w:sz w:val="20"/>
        </w:rPr>
        <w:t>39:41  Seerat se bhi nahi milta hai aur Ahadees mein bhi hum ko aisi koi baat nahi milti hai. to is mamle mein, jaisa ke hamare saathi ne kaha ke ahl-e-Islam ko, ulama-e-Islam ko, sab ko apni rai par nazar sani karni chahiye aur dekhni chahiye ke is wajah se Islam ki aur zyada badnami ho rahi hai.</w:t>
      </w:r>
      <w:r>
        <w:br/>
      </w:r>
      <w:r>
        <w:rPr>
          <w:sz w:val="20"/>
        </w:rPr>
        <w:t>40:01  to hamein Islam ko badnami se bachane ke liye apne fatwe par agar hum nazar sani karein to insha Allah al-aziz, Islam ki image hum durust kar sakte hain.</w:t>
      </w:r>
      <w:r>
        <w:br/>
      </w:r>
      <w:r>
        <w:rPr>
          <w:sz w:val="20"/>
        </w:rPr>
        <w:t>40:13  to meri baat mukammal ho gayi. Jazak Allah khair. Shukriya aap teeno sahiban ka. jo aap tamam logon ki baaton se samajh mein aaya, woh yeh hai ke Musalman shatm-e-Rasool par hassas hone ki bajaye is baat par hassas hon</w:t>
      </w:r>
      <w:r>
        <w:br/>
      </w:r>
      <w:r>
        <w:rPr>
          <w:sz w:val="20"/>
        </w:rPr>
        <w:t>40:29  ke taleem-e-Rasool kaise tamam logon tak pahunchai jaye taake sahi baat sab logon ke samne aaye. to woh shaatim banne ki bajaye Rasool Sallallahu Alaihi Wasallam ke sadiq ban jayein, dost ban jayein, siddiq ban jayein.</w:t>
      </w:r>
      <w:r>
        <w:br/>
      </w:r>
      <w:r>
        <w:rPr>
          <w:sz w:val="20"/>
        </w:rPr>
        <w:t>40:41  yeh achhi baat hogi. is se kya hoga? Paighambar-e-Islam Sallallahu Alaihi Wasallam ka jo maqsad tha ke logon ko Allah ke raste par laya jaye, jannat ke raste par laya jaye, yeh maqsad poora hoga.</w:t>
      </w:r>
      <w:r>
        <w:br/>
      </w:r>
      <w:r>
        <w:rPr>
          <w:sz w:val="20"/>
        </w:rPr>
        <w:t>40:52  aur agar hum shaatim keh kar bhadakte hain, ehtejaj karte hain to woh maqsad</w:t>
      </w:r>
      <w:r>
        <w:br/>
      </w:r>
      <w:r>
        <w:rPr>
          <w:sz w:val="20"/>
        </w:rPr>
        <w:t>40:57  poora nahi hoga, balke log Allah ke deen se door ho jayenge galat fehmi ki buniyad par. Islam yahi sikhata hai. to main isi par apni baat khatm karta hoon aur main dua karta hoon ke Allah taala hum tamam logon ko Allah ke Rasool Sallallahu Alaihi Wasallam ka jo maqsad tha, usko samajhne aur uske aitbar se logon ke sath pesh aane ki tofeeq ata farmaye.</w:t>
      </w:r>
      <w:r>
        <w:br/>
      </w:r>
      <w:r>
        <w:rPr>
          <w:sz w:val="20"/>
        </w:rPr>
        <w:t>41:18  Ameen. Assalamu Alaikum wa Rahmatullahi.</w:t>
      </w:r>
    </w:p>
    <w:p>
      <w:pPr>
        <w:pStyle w:val="Heading2"/>
      </w:pPr>
      <w:r>
        <w:t>Reassessing what constitutes a Muslim</w:t>
      </w:r>
    </w:p>
    <w:p>
      <w:r>
        <w:rPr>
          <w:color w:val="666666"/>
          <w:sz w:val="18"/>
        </w:rPr>
        <w:t>Society &amp; Dawah · Art of Crisis Management I 3 October, 2010 Maulana Wahiduddin Khan · 5m 47s · at 1:19:02 · https://youtu.be/mcJZ0YEOolk?t=4742</w:t>
      </w:r>
    </w:p>
    <w:p>
      <w:r>
        <w:rPr>
          <w:i/>
        </w:rPr>
        <w:t>“Quite often one sees that Islamic principles and values are being better observed by non-Muslims than by Muslims. At the same time, some Muslims have abandoned the principles of Islam while claiming allegiance to the religion of the Prophet. Is it time for us to reassess what constitutes a Muslim? Should we not consider a Muslim as one who adheres to Islamic values?”</w:t>
      </w:r>
    </w:p>
    <w:p>
      <w:r>
        <w:rPr>
          <w:sz w:val="20"/>
        </w:rPr>
        <w:t>1:19:02  Maulana, agla sawal kya hai? Mr. John Butt ne Afghanistan se. unhon ne poocha hai ke "quite often one sees that Islamic principles and values are being better observed by non-Muslims than by Muslims.</w:t>
      </w:r>
      <w:r>
        <w:br/>
      </w:r>
      <w:r>
        <w:rPr>
          <w:sz w:val="20"/>
        </w:rPr>
        <w:t>1:19:19  at the same time, some Muslims have abandoned the principles of Islam while claiming allegiance to the religion of the Prophet.</w:t>
      </w:r>
      <w:r>
        <w:br/>
      </w:r>
      <w:r>
        <w:rPr>
          <w:sz w:val="20"/>
        </w:rPr>
        <w:t>1:19:29  is it time for us to reassess what constitutes a Muslim? should we not consider a Muslim as one who adheres to Islamic values</w:t>
      </w:r>
      <w:r>
        <w:br/>
      </w:r>
      <w:r>
        <w:rPr>
          <w:sz w:val="20"/>
        </w:rPr>
        <w:t>1:19:41  rather than one who claims allegiance to Islam while contravening its principles?" kindly comment.</w:t>
      </w:r>
      <w:r>
        <w:br/>
      </w:r>
      <w:r>
        <w:rPr>
          <w:sz w:val="20"/>
        </w:rPr>
        <w:t>1:19:52  agar main sahi samajhta hoon, samjha hoon is question ko to is ka matlab غالباً yeh hai ke hum declare karein ke yeh Musalman jo hai, Islam se door ho gaya. غالباً yeh matlab hai.</w:t>
      </w:r>
      <w:r>
        <w:br/>
      </w:r>
      <w:r>
        <w:rPr>
          <w:sz w:val="20"/>
        </w:rPr>
        <w:t>1:20:04  Maulana, jo Islam ko adhere kar raha hai, ji, us ko kahein ke bhai yeh true Muslim hai. jo hat gaya, us ko declare karein ke Islam se hat gaya. yeh matlab hai.</w:t>
      </w:r>
      <w:r>
        <w:br/>
      </w:r>
      <w:r>
        <w:rPr>
          <w:sz w:val="20"/>
        </w:rPr>
        <w:t>1:20:13  maulana, deklair ka word nahin aaya, but jo aap matlab yahi hai, matlab yahi hai. haan,</w:t>
      </w:r>
      <w:r>
        <w:br/>
      </w:r>
      <w:r>
        <w:rPr>
          <w:sz w:val="20"/>
        </w:rPr>
        <w:t>1:20:19  dekhen, yeh islam ki taleem nahin hai. islam mein dekhiye, ek hai ideal, ek hai practical. ek hai ideal, ek hai practical.</w:t>
      </w:r>
      <w:r>
        <w:br/>
      </w:r>
      <w:r>
        <w:rPr>
          <w:sz w:val="20"/>
        </w:rPr>
        <w:t>1:20:34  to ideal situation agar yani achievable na ho to hamein practical par raazi hona padta hai. to ideal to wahi hai ke main saare musalman islam ko follow kar rahe hon,</w:t>
      </w:r>
      <w:r>
        <w:br/>
      </w:r>
      <w:r>
        <w:rPr>
          <w:sz w:val="20"/>
        </w:rPr>
        <w:t>1:20:49  woh achhi baat hai.</w:t>
      </w:r>
      <w:r>
        <w:br/>
      </w:r>
      <w:r>
        <w:rPr>
          <w:sz w:val="20"/>
        </w:rPr>
        <w:t>1:20:51  lekin islam ko agar follow na karen, un mein barbaricity aa jaye, tab hamein kya karna hai? hamein samjhana hai, preaching karna hai, fatwa nahin dena hai.</w:t>
      </w:r>
      <w:r>
        <w:br/>
      </w:r>
      <w:r>
        <w:rPr>
          <w:sz w:val="20"/>
        </w:rPr>
        <w:t>1:21:06  fatwa activism islam mein hai nahin. aaj kal jo fatwa active chala hua hai na, islam mein nahin hai. yeh</w:t>
      </w:r>
      <w:r>
        <w:br/>
      </w:r>
      <w:r>
        <w:rPr>
          <w:sz w:val="20"/>
        </w:rPr>
        <w:t>1:21:13  sab galat hai. misaal ke taur par dekhiye, ek firqa hai, us ko ahmadi firqa kehte hain, kuch log qadiyani kehte hain is ko. is ke baad khoob fatwa activism chalaya gaya.</w:t>
      </w:r>
      <w:r>
        <w:br/>
      </w:r>
      <w:r>
        <w:rPr>
          <w:sz w:val="20"/>
        </w:rPr>
        <w:t>1:21:25  yeh mere nazdeek sar-ta-pa galat tha bilkul. yani agar kisi ne aisa</w:t>
      </w:r>
      <w:r>
        <w:br/>
      </w:r>
      <w:r>
        <w:rPr>
          <w:sz w:val="20"/>
        </w:rPr>
        <w:t>1:21:31  yani baat kahi thi jo aap ke nazdeek islam ke khilaaf hai to aap samjhaiye bujhayein is ko. fatwa dene ka matlab kya hai?</w:t>
      </w:r>
      <w:r>
        <w:br/>
      </w:r>
      <w:r>
        <w:rPr>
          <w:sz w:val="20"/>
        </w:rPr>
        <w:t>1:21:39  yeh kafir hain, yeh islam se nikal gaye hain, yeh islam mein hai hi nahin.</w:t>
      </w:r>
      <w:r>
        <w:br/>
      </w:r>
      <w:r>
        <w:rPr>
          <w:sz w:val="20"/>
        </w:rPr>
        <w:t>1:21:46  imam muslim ne likha hai, mere paas maujood hai kitab ke</w:t>
      </w:r>
      <w:r>
        <w:br/>
      </w:r>
      <w:r>
        <w:rPr>
          <w:sz w:val="20"/>
        </w:rPr>
        <w:t>1:21:55  woh "la yukaffir ahadun min ahl al-qibla" yani jo qibla rukh par namaz padhaye, us ki takfeer nahin ki jayegi.</w:t>
      </w:r>
      <w:r>
        <w:br/>
      </w:r>
      <w:r>
        <w:rPr>
          <w:sz w:val="20"/>
        </w:rPr>
        <w:t>1:22:05  ab aap jaiye, agar qadiyaniyon ko dekhiye, ahmadi logon ko dekhen to qibla ki taraf namaz padhte hain. woh un ka, woh namaz padhte hain, un ka, un ka, un ka kaba, un ka qibla bhi kaba hai.</w:t>
      </w:r>
      <w:r>
        <w:br/>
      </w:r>
      <w:r>
        <w:rPr>
          <w:sz w:val="20"/>
        </w:rPr>
        <w:t>1:22:18  to aap ne takfeer kyun ki hai in ki? to yeh jo saare ulama mashghool the, yani qadiyaniyon ya ahmadiyon ki takfeer bhi, yeh bilkul galat kaam kiya unhone.</w:t>
      </w:r>
      <w:r>
        <w:br/>
      </w:r>
      <w:r>
        <w:rPr>
          <w:sz w:val="20"/>
        </w:rPr>
        <w:t>1:22:30  aap ko dawat karna hai, aap ko samjhana hai, aap ko yeh right hai nahin ke takfeer karen. aap deklair karen ke yeh kafir hai, yeh phir jindiq hai, yeh falaan hai.</w:t>
      </w:r>
      <w:r>
        <w:br/>
      </w:r>
      <w:r>
        <w:rPr>
          <w:sz w:val="20"/>
        </w:rPr>
        <w:t>1:22:43  aap ko, aap ko "you have no right to declare such fatwa". "you have no right to issue such fatwa". to chahe qadiyani ka masla ho, chahe ahmadi ka masla ho, chahe brelvi ka masla ho, koi bhi masla</w:t>
      </w:r>
      <w:r>
        <w:br/>
      </w:r>
      <w:r>
        <w:rPr>
          <w:sz w:val="20"/>
        </w:rPr>
        <w:t>1:23:02  mein aap ko ikhtilaf ho sakta hai, lekin aap fatwa dene ka haq nahin hai. aap ko samjhaiye, islaah kijiye, tablegh kijiye, dawat kijiye.</w:t>
      </w:r>
      <w:r>
        <w:br/>
      </w:r>
      <w:r>
        <w:rPr>
          <w:sz w:val="20"/>
        </w:rPr>
        <w:t>1:23:18  to yeh bahut, yeh, yeh, yeh is ko kehte hain "ghulu extremism". extremism islam mein hai nahin. "la ghuluwa fil islam".</w:t>
      </w:r>
      <w:r>
        <w:br/>
      </w:r>
      <w:r>
        <w:rPr>
          <w:sz w:val="20"/>
        </w:rPr>
        <w:t>1:23:27  yeh dars fatwa dete hain to qadiyaniyon ke muamle mein ya ahmadiyon ke muamle mein jo ulama ne kiya, woh sab ghulu tha. ghulu dars fatwa de diya ke yeh kafir hain,</w:t>
      </w:r>
      <w:r>
        <w:br/>
      </w:r>
      <w:r>
        <w:rPr>
          <w:sz w:val="20"/>
        </w:rPr>
        <w:t>1:23:39  aur halanke un mein se kisi ne jahan tak main jaanta hoon, yeh nahin kiya ke woh logon se mile, humdardi ke sath, khirqa ke sath samjhaye ke tumhara aqeedah kya hai.</w:t>
      </w:r>
      <w:r>
        <w:br/>
      </w:r>
      <w:r>
        <w:rPr>
          <w:sz w:val="20"/>
        </w:rPr>
        <w:t>1:23:51  samjhe is ko ke aqeedah ko kya waqai tum daawa karte ho ke main nabi hoon ya kuch aur tum kehte ho, us ko samjho.</w:t>
      </w:r>
      <w:r>
        <w:br/>
      </w:r>
      <w:r>
        <w:rPr>
          <w:sz w:val="20"/>
        </w:rPr>
        <w:t>1:23:59  aur phir agar tumhare nazdeek woh galat un ka aqeedah hai to us ko samjhao, un ke aqeedah ko durust karo. bas fatwa dena jaiz nahin, aur marna kaata aur bhi najaaiz hai.</w:t>
      </w:r>
      <w:r>
        <w:br/>
      </w:r>
      <w:r>
        <w:rPr>
          <w:sz w:val="20"/>
        </w:rPr>
        <w:t>1:24:12  aaj kal kya hai? maarne kaatne shuru kar dete hain,</w:t>
      </w:r>
      <w:r>
        <w:br/>
      </w:r>
      <w:r>
        <w:rPr>
          <w:sz w:val="20"/>
        </w:rPr>
        <w:t>1:24:16  yaqtul al-had shuru ho jata hai. yeh sab bilkul islam ke khilaaf hai. sirf hamare liye ek hi option hai, woh hai dawat, islaah, tafheem.</w:t>
      </w:r>
      <w:r>
        <w:br/>
      </w:r>
      <w:r>
        <w:rPr>
          <w:sz w:val="20"/>
        </w:rPr>
        <w:t>1:24:27  bas "we have no option other than this".</w:t>
      </w:r>
      <w:r>
        <w:br/>
      </w:r>
      <w:r>
        <w:rPr>
          <w:sz w:val="20"/>
        </w:rPr>
        <w:t>1:24:35  yeh mein poore, yaani poore conviction se keh raha hoon ke yahi Islam hai, aur is ke khilaaf jo baat log kehte hain, woh Islam nahi hai, woh un ke apne ghar banaya hua Islam hai.</w:t>
      </w:r>
    </w:p>
    <w:p>
      <w:pPr>
        <w:pStyle w:val="Heading2"/>
      </w:pPr>
      <w:r>
        <w:t>Request lecture on sectarianism and Quetta incident</w:t>
      </w:r>
    </w:p>
    <w:p>
      <w:r>
        <w:rPr>
          <w:color w:val="666666"/>
          <w:sz w:val="18"/>
        </w:rPr>
        <w:t>Society &amp; Dawah · Present Day Muslims Jan 13, 2013 · 5m 34s · at 1:11:00 · https://youtu.be/CVcbWVYitog?t=4260</w:t>
      </w:r>
    </w:p>
    <w:p>
      <w:r>
        <w:rPr>
          <w:i/>
        </w:rPr>
        <w:t>“Maulana, please give a lecture on sectarianism. The incident that happened in Quetta three days ago is a result of sectarianism.”</w:t>
      </w:r>
    </w:p>
    <w:p>
      <w:r>
        <w:rPr>
          <w:sz w:val="20"/>
        </w:rPr>
        <w:t>1:11:00  maulana, agla sawal lahore pakistan se hai umar abdul aziz sahib ka. unhon ne likha hai: "maulana sahib, aap firqa warait ke baray mein aik lecture dein.</w:t>
      </w:r>
      <w:r>
        <w:br/>
      </w:r>
      <w:r>
        <w:rPr>
          <w:sz w:val="20"/>
        </w:rPr>
        <w:t>1:11:12  teen din pehle jo quetta mein waqia pesh aya hai, woh firqa warait ka hi nateeja hai." . dekhiye, asal cheez firqa warait nahi hai.</w:t>
      </w:r>
      <w:r>
        <w:br/>
      </w:r>
      <w:r>
        <w:rPr>
          <w:sz w:val="20"/>
        </w:rPr>
        <w:t>1:11:24  asal cheez hai directionless hona. hona pakistan aur doosri jaghon par musalmanon ke paas koi line of action nahi, koi direction nahi, koi goal nahi.</w:t>
      </w:r>
      <w:r>
        <w:br/>
      </w:r>
      <w:r>
        <w:rPr>
          <w:sz w:val="20"/>
        </w:rPr>
        <w:t>1:11:39  aik hi goal sahi hai, woh hai dawat-e-ilallah. dawat-e-ilallah mein koi takrao ki baat nahi hoti. sab barabar ke ho jatay hain.</w:t>
      </w:r>
      <w:r>
        <w:br/>
      </w:r>
      <w:r>
        <w:rPr>
          <w:sz w:val="20"/>
        </w:rPr>
        <w:t>1:11:49  to pakistan ka sab se bari jo kamzori hai, woh firqa warait nahi hai.</w:t>
      </w:r>
      <w:r>
        <w:br/>
      </w:r>
      <w:r>
        <w:rPr>
          <w:sz w:val="20"/>
        </w:rPr>
        <w:t>1:11:54  woh yeh hai ke wahan ke rehnuma, wahan ke ulama, wahan ke logon ko sahi target nahi de sakay. yani dawat ka target.</w:t>
      </w:r>
      <w:r>
        <w:br/>
      </w:r>
      <w:r>
        <w:rPr>
          <w:sz w:val="20"/>
        </w:rPr>
        <w:t>1:12:05  main ne aik pakistan ke aik leader se mujhe mulaqat hui, well-known leader. to main ne kaha ke aap dawat ka kaam kyun nahi karte?</w:t>
      </w:r>
      <w:r>
        <w:br/>
      </w:r>
      <w:r>
        <w:rPr>
          <w:sz w:val="20"/>
        </w:rPr>
        <w:t>1:12:15  pakistan mein hindu hain, pakistan mein christian hain, pakistan mein tourist atay hain, pakistan mein khud musalmanon mein bohat se aisay log hain jo islam mein paida hue lekin woh un ko islam mein shaq o shubah par gaya.</w:t>
      </w:r>
      <w:r>
        <w:br/>
      </w:r>
      <w:r>
        <w:rPr>
          <w:sz w:val="20"/>
        </w:rPr>
        <w:t>1:12:30  yeh sab madu hain. dawat ka kaam kijiye. to ab tak mujhe yaad hai ke unhon ne jumla jo kaha tha ke pakistan mein in cheezon ki kis ko parwah hai?</w:t>
      </w:r>
      <w:r>
        <w:br/>
      </w:r>
      <w:r>
        <w:rPr>
          <w:sz w:val="20"/>
        </w:rPr>
        <w:t>1:12:42  to yeh hai, ghalti yahan hai. firqa warait to aik aik aik phir woh hai, aik zahiri cheez hai.</w:t>
      </w:r>
      <w:r>
        <w:br/>
      </w:r>
      <w:r>
        <w:rPr>
          <w:sz w:val="20"/>
        </w:rPr>
        <w:t>1:12:51  asal cheez nahi hai. asal cheez yeh hai ke nishani galat hai. woh nishani nahi diya gaya. saray log mil kar ke musalmanon ko yeh batayein ke tumhara nishana dawat-e-ilallah hai aur koi cheez nishana nahi hai.</w:t>
      </w:r>
      <w:r>
        <w:br/>
      </w:r>
      <w:r>
        <w:rPr>
          <w:sz w:val="20"/>
        </w:rPr>
        <w:t>1:13:06  tab ja kar ke yeh sab khatam hoga. aap firqa warait ke khilaf likhte rahein, likhte rahein to us se firqa warait khatam nahi honay wali hai. kyunke jar to baqi rahegi, to khatam kaise ho jaye ga?</w:t>
      </w:r>
      <w:r>
        <w:br/>
      </w:r>
      <w:r>
        <w:rPr>
          <w:sz w:val="20"/>
        </w:rPr>
        <w:t>1:13:19  main umar abdul aziz sahib ko yeh bhi batana chahunga kyunke unhon ne poocha hai ke maulana sahib ke puranay lectures woh kahan se le saktay hain. to aap maulana sahib ke puranay lectures www.cpsglobal.org se le saktay hain.</w:t>
      </w:r>
      <w:r>
        <w:br/>
      </w:r>
      <w:r>
        <w:rPr>
          <w:sz w:val="20"/>
        </w:rPr>
        <w:t>1:13:35  us mein videos aur podcast ke do buttons hain. aap us ko agar press karein ge, wahan se aap ko saray download mil jayein g</w:t>
      </w:r>
      <w:r>
        <w:br/>
      </w:r>
      <w:r>
        <w:rPr>
          <w:sz w:val="20"/>
        </w:rPr>
        <w:t>1:13:43  e. doosri cheez yeh ke maulana sahib roz subah lectures detay hain to woh bhi uploaded hain on daily basis.</w:t>
      </w:r>
      <w:r>
        <w:br/>
      </w:r>
      <w:r>
        <w:rPr>
          <w:sz w:val="20"/>
        </w:rPr>
        <w:t>1:13:51  woh aap ko milenge www.alquranmission.org. wahan se aap us ko download kar saktay hain. doosra sawal letay hain.</w:t>
      </w:r>
      <w:r>
        <w:br/>
      </w:r>
      <w:r>
        <w:rPr>
          <w:sz w:val="20"/>
        </w:rPr>
        <w:t>1:14:01  doosra sawal maulana sahib greater noida se hai, danish khan sahib</w:t>
      </w:r>
      <w:r>
        <w:br/>
      </w:r>
      <w:r>
        <w:rPr>
          <w:sz w:val="20"/>
        </w:rPr>
        <w:t>1:14:07  ka. unhon ne likha hai "In today's talk, you mentioned work of education. Did you mean to say that Muslims should be involved in opening schools, colleges, and universities?</w:t>
      </w:r>
      <w:r>
        <w:br/>
      </w:r>
      <w:r>
        <w:rPr>
          <w:sz w:val="20"/>
        </w:rPr>
        <w:t>1:14:22  kindly elaborate." . nahi, dekhiye, khud apni banana muslim school, muslim college, muslim sipahi us ke khilaf ho. jo aaye system us mein shamil ho jaiye.</w:t>
      </w:r>
      <w:r>
        <w:br/>
      </w:r>
      <w:r>
        <w:rPr>
          <w:sz w:val="20"/>
        </w:rPr>
        <w:t>1:14:34  chahe kisi ka bhi ho</w:t>
      </w:r>
      <w:r>
        <w:br/>
      </w:r>
      <w:r>
        <w:rPr>
          <w:sz w:val="20"/>
        </w:rPr>
        <w:t>1:14:36  ۔ yeh jo musalmanon ka mizaj ke muslim school banao, muslim college banao, muslim university banao, us ki wajah se firqa warait paida hui. us ki wajah se woh us din barhta raha.</w:t>
      </w:r>
      <w:r>
        <w:br/>
      </w:r>
      <w:r>
        <w:rPr>
          <w:sz w:val="20"/>
        </w:rPr>
        <w:t>1:14:46  wohi aik taraf pride, aik taraf nafrat.</w:t>
      </w:r>
      <w:r>
        <w:br/>
      </w:r>
      <w:r>
        <w:rPr>
          <w:sz w:val="20"/>
        </w:rPr>
        <w:t>1:14:49  nahi, woh isi mein shamil ho jaiye. Isi main stream mein. Aur dhoom se padhiye. Mehnat kijiye. Alag se koi zaroorat nahi hai.</w:t>
      </w:r>
      <w:r>
        <w:br/>
      </w:r>
      <w:r>
        <w:rPr>
          <w:sz w:val="20"/>
        </w:rPr>
        <w:t>1:14:59  Alag se agar banayein bhi to Muslim school mat banaiye. Muslim college mat banaiye. Balkay aap secular banaiye, secular andaaz mein.</w:t>
      </w:r>
      <w:r>
        <w:br/>
      </w:r>
      <w:r>
        <w:rPr>
          <w:sz w:val="20"/>
        </w:rPr>
        <w:t>1:15:08  Sab sab log padhein, aap bhi padhein, doosre bhi padhein. Taleem mein dekhiye, sectarianism bilkul galat hai.</w:t>
      </w:r>
      <w:r>
        <w:br/>
      </w:r>
      <w:r>
        <w:rPr>
          <w:sz w:val="20"/>
        </w:rPr>
        <w:t>1:15:17  Taleem mein yeh ilhadgi nahi honi chahiye. Musalmanon, Hinduo'n ki alag, unki alag, is Christian ki alag, yeh nahi hona chahiye.</w:t>
      </w:r>
      <w:r>
        <w:br/>
      </w:r>
      <w:r>
        <w:rPr>
          <w:sz w:val="20"/>
        </w:rPr>
        <w:t>1:15:27  Taleem jo hai, sab ke liye common cheez hona chahiye. Aur yeh ghalati Musalmanon mein hui hai. Aur sab se baray zimmedar is ke ulama hain.</w:t>
      </w:r>
      <w:r>
        <w:br/>
      </w:r>
      <w:r>
        <w:rPr>
          <w:sz w:val="20"/>
        </w:rPr>
        <w:t>1:15:36  Ke unhon ne aisay fatway diye ke Musalman jo hai, is se shareek nahi hon gay. Government school tab nahi jayen gay, Hindu school tab nahi jayen gay, Christian school tab nahi jayen gay.</w:t>
      </w:r>
      <w:r>
        <w:br/>
      </w:r>
      <w:r>
        <w:rPr>
          <w:sz w:val="20"/>
        </w:rPr>
        <w:t>1:15:48  Apna school tha nahi.</w:t>
      </w:r>
      <w:r>
        <w:br/>
      </w:r>
      <w:r>
        <w:rPr>
          <w:sz w:val="20"/>
        </w:rPr>
        <w:t>1:15:51  Nahi, jo jo school banay hue hain already, us mein dakhil ho jaiye khoob. Aur dhoom se padhiye. Achay number laiye.</w:t>
      </w:r>
      <w:r>
        <w:br/>
      </w:r>
      <w:r>
        <w:rPr>
          <w:sz w:val="20"/>
        </w:rPr>
        <w:t>1:16:02  Yeh mera is mamlay mein mera nazariya hai. Mein is ko bilkul yani galat samajhta hoon ke alag aik apna aik parallel apna nizam banayein.</w:t>
      </w:r>
      <w:r>
        <w:br/>
      </w:r>
      <w:r>
        <w:rPr>
          <w:sz w:val="20"/>
        </w:rPr>
        <w:t>1:16:14  Muslim taleemi nizam. Mein is ke khilaf h</w:t>
      </w:r>
      <w:r>
        <w:br/>
      </w:r>
      <w:r>
        <w:rPr>
          <w:sz w:val="20"/>
        </w:rPr>
        <w:t>1:16:16  oon. Madaris, madrasay ka tak theek hai. Lekin secular education mein nahi. Madrasay mein aap apni mazhabi taleem dijiye.</w:t>
      </w:r>
      <w:r>
        <w:br/>
      </w:r>
      <w:r>
        <w:rPr>
          <w:sz w:val="20"/>
        </w:rPr>
        <w:t>1:16:25  Lekin jo secular education hai, us mein koi Muslim aur non-Muslim ka farq nahi hai.</w:t>
      </w:r>
    </w:p>
    <w:p>
      <w:pPr>
        <w:pStyle w:val="Heading2"/>
      </w:pPr>
      <w:r>
        <w:t>Role of Muslims after Ayodhya verdict</w:t>
      </w:r>
    </w:p>
    <w:p>
      <w:r>
        <w:rPr>
          <w:color w:val="666666"/>
          <w:sz w:val="18"/>
        </w:rPr>
        <w:t>Society &amp; Dawah · Art of Crisis Management I 3 October, 2010 Maulana Wahiduddin Khan · 5m 31s · at 1:07:25 · https://youtu.be/mcJZ0YEOolk?t=4045</w:t>
      </w:r>
    </w:p>
    <w:p>
      <w:r>
        <w:rPr>
          <w:i/>
        </w:rPr>
        <w:t>“What should be the role of individual Muslim after the Ayodhya verdict?”</w:t>
      </w:r>
    </w:p>
    <w:p>
      <w:r>
        <w:rPr>
          <w:sz w:val="20"/>
        </w:rPr>
        <w:t>1:07:25  simply chup ho jaiye, to sab theek ho jayega. is ke Maulana Raipr se Miss Shwana ne sawal kiya hai, unho ne likha hai: "what should be the role of individual Muslim after the Ayodhya verdict?" yahi yahi ke masjid ja ke dua karen.</w:t>
      </w:r>
      <w:r>
        <w:br/>
      </w:r>
      <w:r>
        <w:rPr>
          <w:sz w:val="20"/>
        </w:rPr>
        <w:t>1:07:49  aaj kal jo taqreeren hoti hain na, band kar do Ayodhya ki masjid ke bare mein. taqreeren band karo, jalsay band karo, Allah taala se dua karo.</w:t>
      </w:r>
      <w:r>
        <w:br/>
      </w:r>
      <w:r>
        <w:rPr>
          <w:sz w:val="20"/>
        </w:rPr>
        <w:t>1:07:59  bas agar koi aql nahi, kaam nahi karti aap ki. aur mera formula to aap len, to aap razi ho jayen is pe.</w:t>
      </w:r>
      <w:r>
        <w:br/>
      </w:r>
      <w:r>
        <w:rPr>
          <w:sz w:val="20"/>
        </w:rPr>
        <w:t>1:08:08  relocation par abhi baat khatam.</w:t>
      </w:r>
      <w:r>
        <w:br/>
      </w:r>
      <w:r>
        <w:rPr>
          <w:sz w:val="20"/>
        </w:rPr>
        <w:t>1:08:15  yani main wahan gaya hoon pehle, ab bhi gaya hoon. gaya hoon to wahan koi ek eent ka ek tukra bhi nahi hai bab masjid ka. yani bab masjid jo hai, wahan exist hi nahi karti.</w:t>
      </w:r>
      <w:r>
        <w:br/>
      </w:r>
      <w:r>
        <w:rPr>
          <w:sz w:val="20"/>
        </w:rPr>
        <w:t>1:08:26  saray se roin ki shakal mein bhi nahi hai. yaad rakhiye, log samajhte hain ke bab masjid khari hui hai wahan par. wahan to Babri Masjid ki ek eent bhi nahi hai,</w:t>
      </w:r>
      <w:r>
        <w:br/>
      </w:r>
      <w:r>
        <w:rPr>
          <w:sz w:val="20"/>
        </w:rPr>
        <w:t>1:08:38  wahan to back shift mandir hai, wo non existent hai. wo to jo Babri Masjid exist nahi karti, us ke upar tehreekein chal rahi hain.</w:t>
      </w:r>
      <w:r>
        <w:br/>
      </w:r>
      <w:r>
        <w:rPr>
          <w:sz w:val="20"/>
        </w:rPr>
        <w:t>1:08:48  ab dekhiye, is se zyada stable policy koi ho sakti hai?</w:t>
      </w:r>
      <w:r>
        <w:br/>
      </w:r>
      <w:r>
        <w:rPr>
          <w:sz w:val="20"/>
        </w:rPr>
        <w:t>1:08:56  yani kisi ko yeh nahi. aur ek bohat bari ek gunah kar rahe hain Musalman. yaad rakhiye, wo bhi sun lijiye aap is mamle mein. wo kya hadith mein aata hai ke sirf teen masjidon ka special mamla hai,</w:t>
      </w:r>
      <w:r>
        <w:br/>
      </w:r>
      <w:r>
        <w:rPr>
          <w:sz w:val="20"/>
        </w:rPr>
        <w:t>1:09:13  wo hai Makkah ki masjid aur Madine ki masjid aur Jerusalem ki masjid. baqi sab masjidain barabar hain.</w:t>
      </w:r>
      <w:r>
        <w:br/>
      </w:r>
      <w:r>
        <w:rPr>
          <w:sz w:val="20"/>
        </w:rPr>
        <w:t>1:09:23  yeh baqayda hadith hai ke teen masjidon ke sath sari masjidain barabar hain.</w:t>
      </w:r>
      <w:r>
        <w:br/>
      </w:r>
      <w:r>
        <w:rPr>
          <w:sz w:val="20"/>
        </w:rPr>
        <w:t>1:09:30  ab aap ko agar pata ho, nahi pata ho to ja kar ke dekhiye border par Rajasthan aur Haryana aur Punjab, jahan ke Pakistan sarhaden milti hain, abhi bhi wahan masjidon ki roin pari hui hain.</w:t>
      </w:r>
      <w:r>
        <w:br/>
      </w:r>
      <w:r>
        <w:rPr>
          <w:sz w:val="20"/>
        </w:rPr>
        <w:t>1:09:44  masjidain tod di gayi hain.</w:t>
      </w:r>
      <w:r>
        <w:br/>
      </w:r>
      <w:r>
        <w:rPr>
          <w:sz w:val="20"/>
        </w:rPr>
        <w:t>1:09:48  main ne khud dekha hai, koi masjid tod di gayi. is masjid ko unho ne ghar bana liya, yeh bail bandhne lage, kuch bhi kiya.</w:t>
      </w:r>
      <w:r>
        <w:br/>
      </w:r>
      <w:r>
        <w:rPr>
          <w:sz w:val="20"/>
        </w:rPr>
        <w:t>1:09:58  to wahan par kyun nahi aap jihad karte hain? aap Babri Masjid single out kyun karte hain?</w:t>
      </w:r>
      <w:r>
        <w:br/>
      </w:r>
      <w:r>
        <w:rPr>
          <w:sz w:val="20"/>
        </w:rPr>
        <w:t>1:10:06  kisi ek masjid ko single out karna, yeh to Islam mein bilkul jaiz hi nahi hai. sawa teen ke, aur aap ko tehreek chalana hai to sari masjidon ke liye chalaieye.</w:t>
      </w:r>
      <w:r>
        <w:br/>
      </w:r>
      <w:r>
        <w:rPr>
          <w:sz w:val="20"/>
        </w:rPr>
        <w:t>1:10:18  sainkaron masjidain jo dhai gayi hain partition ke waqt</w:t>
      </w:r>
      <w:r>
        <w:br/>
      </w:r>
      <w:r>
        <w:rPr>
          <w:sz w:val="20"/>
        </w:rPr>
        <w:t>1:10:22  border par, un sab ke liye aap chalaieye. hungama kijiye. ek masjid ko agar aap tehreek chalate hain to aap gunah ka kaam karte hain.</w:t>
      </w:r>
      <w:r>
        <w:br/>
      </w:r>
      <w:r>
        <w:rPr>
          <w:sz w:val="20"/>
        </w:rPr>
        <w:t>1:10:31  yaad rakhiye,</w:t>
      </w:r>
      <w:r>
        <w:br/>
      </w:r>
      <w:r>
        <w:rPr>
          <w:sz w:val="20"/>
        </w:rPr>
        <w:t>1:10:36  kisi ek masjid ko single out nahi kar sakte aap. yeh aap ko ijazat hi nahi hai. Islam mein hadith mein aata hai ke "la tashudd ar rihal illa ila thalath masajid".</w:t>
      </w:r>
      <w:r>
        <w:br/>
      </w:r>
      <w:r>
        <w:rPr>
          <w:sz w:val="20"/>
        </w:rPr>
        <w:t>1:10:48  yeh Makkah ke bait, Makkah ki jo wo hai masjid</w:t>
      </w:r>
      <w:r>
        <w:br/>
      </w:r>
      <w:r>
        <w:rPr>
          <w:sz w:val="20"/>
        </w:rPr>
        <w:t>1:10:54  haram Makkah, us ko kaha jata hai. Madine ki masjid ko Masjid Nabwi kaha jata hai, aur Jerusalem ki masjid ko Masjid Aqsa kaha jata hai. yeh teen masjidain jo hain Islam mein, in ka khaas darja mana gaya hai.</w:t>
      </w:r>
      <w:r>
        <w:br/>
      </w:r>
      <w:r>
        <w:rPr>
          <w:sz w:val="20"/>
        </w:rPr>
        <w:t>1:11:09  baqi sab barabar hain.</w:t>
      </w:r>
      <w:r>
        <w:br/>
      </w:r>
      <w:r>
        <w:rPr>
          <w:sz w:val="20"/>
        </w:rPr>
        <w:t>1:11:11  to kaise musalmanon ne aisa kiya ke babri masjid ko unhon ne single out kiya? is mein hangama 60 baras hangama kiye hue hain, jabke isi desh mein sankaron masjidain aaj bhi ja kar koi dekh le un ki halat border par.</w:t>
      </w:r>
      <w:r>
        <w:br/>
      </w:r>
      <w:r>
        <w:rPr>
          <w:sz w:val="20"/>
        </w:rPr>
        <w:t>1:11:29  wohi haal hua hai jo jo ayodhya mein hua. is waqt aap chup kyun hain? yeh to islam mein jaiz hi nahin hai.</w:t>
      </w:r>
      <w:r>
        <w:br/>
      </w:r>
      <w:r>
        <w:rPr>
          <w:sz w:val="20"/>
        </w:rPr>
        <w:t>1:11:40  to bohat hi zyada sochne ki zaroorat hai ke sara is mein musalmanon ka jo hai tareeqa, sab ka sab islam ke khilaf hai,</w:t>
      </w:r>
      <w:r>
        <w:br/>
      </w:r>
      <w:r>
        <w:rPr>
          <w:sz w:val="20"/>
        </w:rPr>
        <w:t>1:11:50  a se z tak. aur yeh bohat zabardast hai. allah taala ka hi sawal kiya jayega in musalmanon se. bohat zabardast sawal kiya jayega. yaad rakhiye, isi point ko kya musalman jawab de sakte hain?</w:t>
      </w:r>
      <w:r>
        <w:br/>
      </w:r>
      <w:r>
        <w:rPr>
          <w:sz w:val="20"/>
        </w:rPr>
        <w:t>1:12:01  allah taala kya tumhara right tha? kis kis right se tum ne ek masjid ko single out kiya?</w:t>
      </w:r>
      <w:r>
        <w:br/>
      </w:r>
      <w:r>
        <w:rPr>
          <w:sz w:val="20"/>
        </w:rPr>
        <w:t>1:12:08  aur baqi masjidon ka wohi anjam hua tha. is ke baray mein chup ho gaye tum. kyun tum ne aisa kiya?</w:t>
      </w:r>
      <w:r>
        <w:br/>
      </w:r>
      <w:r>
        <w:rPr>
          <w:sz w:val="20"/>
        </w:rPr>
        <w:t>1:12:17  yeh saada baat nahin. yaad rakhiye, bohat hi gambheer baat hai, bohat hi serious baat hai, bohat serious baat hai. yeh masla hindu muslim ka nahin hai, yeh masla barah e rast islam ka hai, barah e rast allah taala ke qanoon ka hai.</w:t>
      </w:r>
      <w:r>
        <w:br/>
      </w:r>
      <w:r>
        <w:rPr>
          <w:sz w:val="20"/>
        </w:rPr>
        <w:t>1:12:36  ab bilashuba is mein musalmanon se poocha jayega qayamat mein ke tum ne kis right, kis haq se tum ne ek masjid ko single out kiya?</w:t>
      </w:r>
      <w:r>
        <w:br/>
      </w:r>
      <w:r>
        <w:rPr>
          <w:sz w:val="20"/>
        </w:rPr>
        <w:t>1:12:45  batao to kya musalman jawab denge is ka? yaad rakhiye, yeh saada baat nahin hai.</w:t>
      </w:r>
    </w:p>
    <w:p>
      <w:pPr>
        <w:pStyle w:val="Heading2"/>
      </w:pPr>
      <w:r>
        <w:t>Shariah status of establishing caliphate</w:t>
      </w:r>
    </w:p>
    <w:p>
      <w:r>
        <w:rPr>
          <w:color w:val="666666"/>
          <w:sz w:val="18"/>
        </w:rPr>
        <w:t>Society &amp; Dawah · Kingdom of God August 25, 2018 · 9m 48s · at 39:19 · https://youtu.be/SrnWPkMbEQw?t=2359</w:t>
      </w:r>
    </w:p>
    <w:p>
      <w:r>
        <w:rPr>
          <w:i/>
        </w:rPr>
        <w:t>“What is the shariah status of establishing a caliphate? And what would be its method in this time? Where is it mentioned in the Quran and Hadith?”</w:t>
      </w:r>
    </w:p>
    <w:p>
      <w:r>
        <w:rPr>
          <w:sz w:val="20"/>
        </w:rPr>
        <w:t>39:19  maulana, agla sawal deoband se bheja hai rahal kabiri sahib ne. unhon ne likha hai ke khilafat qaim karne ki sharai hesiyat kya hai?</w:t>
      </w:r>
      <w:r>
        <w:br/>
      </w:r>
      <w:r>
        <w:rPr>
          <w:sz w:val="20"/>
        </w:rPr>
        <w:t>39:32  iska kuch bhi nahi, nothing hai. iska tareeqa is zamane mein kya hoga? nahi, woh woh woh to ek false. yani khilafat ka kahin bataiye, kahan likha hai?</w:t>
      </w:r>
      <w:r>
        <w:br/>
      </w:r>
      <w:r>
        <w:rPr>
          <w:sz w:val="20"/>
        </w:rPr>
        <w:t>39:44  quran majeed mein, hadith mein kahan likha hai? aye mus</w:t>
      </w:r>
      <w:r>
        <w:br/>
      </w:r>
      <w:r>
        <w:rPr>
          <w:sz w:val="20"/>
        </w:rPr>
        <w:t>39:47  almanon, tumhara farz hai ke tum sari dunya mein khilafat elahiya qaim karo. kahan likha hai? yeh to jhooti baat hai.</w:t>
      </w:r>
      <w:r>
        <w:br/>
      </w:r>
      <w:r>
        <w:rPr>
          <w:sz w:val="20"/>
        </w:rPr>
        <w:t>39:56  kahin kahin sahib, quran mein, hadith mein kahin hai? yeh nahi, haan</w:t>
      </w:r>
      <w:r>
        <w:br/>
      </w:r>
      <w:r>
        <w:rPr>
          <w:sz w:val="20"/>
        </w:rPr>
        <w:t>40:01  hai hi nahi. yeh yeh to bana rakha hai logon ne khud se. jo quran mein likha hua hai, woh to hai ke dawat do. us ko bhula diya hai.</w:t>
      </w:r>
      <w:r>
        <w:br/>
      </w:r>
      <w:r>
        <w:rPr>
          <w:sz w:val="20"/>
        </w:rPr>
        <w:t>40:12  aur jo nahi likha hua, use likh rakha hai. woh ayat parhiye, woh ayat yaktaboon behadihim. woh ayat parhiye. khud se likhte hain aur kehte hain ke Allah ki baat hai.</w:t>
      </w:r>
      <w:r>
        <w:br/>
      </w:r>
      <w:r>
        <w:rPr>
          <w:sz w:val="20"/>
        </w:rPr>
        <w:t>40:28  us ko parhiye, is ka tarjuma kijiye.</w:t>
      </w:r>
      <w:r>
        <w:br/>
      </w:r>
      <w:r>
        <w:rPr>
          <w:sz w:val="20"/>
        </w:rPr>
        <w:t>40:39  is ka tarjuma parhiye. aur barbadi hai un logon ke liye jo kitab ko apne hathon se likhte hain, phir woh kehte hain ke yeh Allah ki janib se hain taake is ke zariye se woh thodi si qeemat kamayein.</w:t>
      </w:r>
      <w:r>
        <w:br/>
      </w:r>
      <w:r>
        <w:rPr>
          <w:sz w:val="20"/>
        </w:rPr>
        <w:t>40:54  fowaylluhum mimma katabat aydihim, waylluhum mimma yaksiboon. to barbadi hai un cheezon ke liye, un cheezon par jo woh apne hathon se likhte hain.</w:t>
      </w:r>
      <w:r>
        <w:br/>
      </w:r>
      <w:r>
        <w:rPr>
          <w:sz w:val="20"/>
        </w:rPr>
        <w:t>41:05  aur barbadi hai un ke liye jo kuch woh kamate hain. is ayat par ek jo hai, jo baat hai, us ko sochiye. sari quran mein so bar parhiye.</w:t>
      </w:r>
      <w:r>
        <w:br/>
      </w:r>
      <w:r>
        <w:rPr>
          <w:sz w:val="20"/>
        </w:rPr>
        <w:t>41:19  bataiye mujhe ke kahan likha hua hai ke hukoomat elahiya qaim karo? kahan likha hua hai ke khilafat elahiya qaim karo? na quran mein, na hadith mein.</w:t>
      </w:r>
      <w:r>
        <w:br/>
      </w:r>
      <w:r>
        <w:rPr>
          <w:sz w:val="20"/>
        </w:rPr>
        <w:t>41:32  to khud se likhta hai aur kehta hai ke dekho, yeh yeh khuda ka hukum hai. yeh jo ayat parhi, lan tanal albir hatta tunfiqo mimma tuhibbun, is mein jo yeh infaq ya charity ya kharch karna aaya hai, yeh dawat ke mad mein hai ya aam charitable kamon mein?</w:t>
      </w:r>
      <w:r>
        <w:br/>
      </w:r>
      <w:r>
        <w:rPr>
          <w:sz w:val="20"/>
        </w:rPr>
        <w:t>41:54  chounke aam tor se musalman in is tarah ki aayaton ko in mad mein lete hain jaise ghareebon ki madad karna, yateemon ki madad karna, school kholna, masjid banana, madrasa banana.</w:t>
      </w:r>
      <w:r>
        <w:br/>
      </w:r>
      <w:r>
        <w:rPr>
          <w:sz w:val="20"/>
        </w:rPr>
        <w:t>42:09  to yeh baat wazeh nahi hoti ke yeh ah jo ah kaha gaya hai, yeh dawat ke liye hai ya ek general ah woh hai.</w:t>
      </w:r>
      <w:r>
        <w:br/>
      </w:r>
      <w:r>
        <w:rPr>
          <w:sz w:val="20"/>
        </w:rPr>
        <w:t>42:21  bhai, agar koi mujh se pooche to main to yeh kahunga ke aaj kal jo musalmanon ka mizaj hai, kharch ke hawale mein, aaj kal ke musalmanon mein musalman paisa kharch karte hain lekin woh badar teresa ke culture par hain.</w:t>
      </w:r>
      <w:r>
        <w:br/>
      </w:r>
      <w:r>
        <w:rPr>
          <w:sz w:val="20"/>
        </w:rPr>
        <w:t>42:39  woh kyunke dekhiye, agar aap quran ko padhein aur hadith ko padhein to sab se zyada jo jazba ubhrega, woh dawat ka jazba hai.</w:t>
      </w:r>
      <w:r>
        <w:br/>
      </w:r>
      <w:r>
        <w:rPr>
          <w:sz w:val="20"/>
        </w:rPr>
        <w:t>42:54  kyunke rasool Allah dawat ke liye bheje gaye. quran mein yeh hai: "lalak bakh nafsak Allah yakoon momineen".</w:t>
      </w:r>
      <w:r>
        <w:br/>
      </w:r>
      <w:r>
        <w:rPr>
          <w:sz w:val="20"/>
        </w:rPr>
        <w:t>43:08  yani logon ko deen nahi pahunch raha hai, yeh soch kar shayad tum apne ko halak kar loge. to rasool Allah ki subah, shaam, raat, din, har waqt ki jo tadap thi,</w:t>
      </w:r>
      <w:r>
        <w:br/>
      </w:r>
      <w:r>
        <w:rPr>
          <w:sz w:val="20"/>
        </w:rPr>
        <w:t>43:22  woh tadap thi ke Allah ka paigham insanon tak pahunche. aaj kal ke musalmanon ki tadap kya hai ke woh</w:t>
      </w:r>
      <w:r>
        <w:br/>
      </w:r>
      <w:r>
        <w:rPr>
          <w:sz w:val="20"/>
        </w:rPr>
        <w:t>43:36  bill gates aur mother teresa? kyunke dekhiye, yeh saada baat nahi hai. saada baat nahi hai.</w:t>
      </w:r>
      <w:r>
        <w:br/>
      </w:r>
      <w:r>
        <w:rPr>
          <w:sz w:val="20"/>
        </w:rPr>
        <w:t>43:46  yeh dekhein, agar aap dawat ke kaam mein kharch karein, quran phailane mein kharch karein, quran ko har zaban mein tarjuma kar ke phailane mein kharch karein to aap ki koi wah wah nahi hogi.</w:t>
      </w:r>
      <w:r>
        <w:br/>
      </w:r>
      <w:r>
        <w:rPr>
          <w:sz w:val="20"/>
        </w:rPr>
        <w:t>44:00  kahin kahin wah wah nahi hogi. lekin yeh badar teresa wali jo mother hain, is pe jab aap kharch karte hain to sab wah wah hoti hai.</w:t>
      </w:r>
      <w:r>
        <w:br/>
      </w:r>
      <w:r>
        <w:rPr>
          <w:sz w:val="20"/>
        </w:rPr>
        <w:t>44:10  yahan se le ke america tak,</w:t>
      </w:r>
      <w:r>
        <w:br/>
      </w:r>
      <w:r>
        <w:rPr>
          <w:sz w:val="20"/>
        </w:rPr>
        <w:t>44:18  yeh raaz hai is mein. aur aur is mein aur bhi faide hain. aap ka income tax bachta hai.</w:t>
      </w:r>
      <w:r>
        <w:br/>
      </w:r>
      <w:r>
        <w:rPr>
          <w:sz w:val="20"/>
        </w:rPr>
        <w:t>44:28  income tax bachta hai to kaun income tax nahi bachayega? aur tareeqe to galat hisab pesh kar ke bachate hain.</w:t>
      </w:r>
      <w:r>
        <w:br/>
      </w:r>
      <w:r>
        <w:rPr>
          <w:sz w:val="20"/>
        </w:rPr>
        <w:t>44:37  yahan to free bach raha hai.</w:t>
      </w:r>
      <w:r>
        <w:br/>
      </w:r>
      <w:r>
        <w:rPr>
          <w:sz w:val="20"/>
        </w:rPr>
        <w:t>44:43  aur tareeqe jo ikhtiyar karte hain log to galat hisab se bachate hain. lekin yahan to yeh hai ke government khud is ko, yani accepted mad manti hai aur income tax aap ka kat jata hai.</w:t>
      </w:r>
      <w:r>
        <w:br/>
      </w:r>
      <w:r>
        <w:rPr>
          <w:sz w:val="20"/>
        </w:rPr>
        <w:t>45:08  to yeh jo mother teresa ka jo culture culture hai, is mein to faida hi faida hai. aur dawat ka jo culture hai, is ko kuch faida hi nahi siwaye is ke ke Allah taala yahan aap ko umeed hai ke is ka inaam milega.</w:t>
      </w:r>
      <w:r>
        <w:br/>
      </w:r>
      <w:r>
        <w:rPr>
          <w:sz w:val="20"/>
        </w:rPr>
        <w:t>45:26  behhal, quran ko padhiye aap</w:t>
      </w:r>
      <w:r>
        <w:br/>
      </w:r>
      <w:r>
        <w:rPr>
          <w:sz w:val="20"/>
        </w:rPr>
        <w:t>45:31  objective andaaz mein to is mein koi shakk nahi rahega ke Allah ka jo paigham hai, jo rasool Allah ne choda hai, ab koi paigham, koi rasool aane wala nahi hai.</w:t>
      </w:r>
      <w:r>
        <w:br/>
      </w:r>
      <w:r>
        <w:rPr>
          <w:sz w:val="20"/>
        </w:rPr>
        <w:t>45:47  to hamari zimmedari hai ke hum is ko pahunchayein. to phir aap isi pe inteha dhan isi pe apne aap ko laga denge.</w:t>
      </w:r>
      <w:r>
        <w:br/>
      </w:r>
      <w:r>
        <w:rPr>
          <w:sz w:val="20"/>
        </w:rPr>
        <w:t>45:57  lekin seriously log sochte nahi, seriously padhte nahi quran ko. farmooda un se kaha gaya tha ke is ko phailao lekin woh is ko chhod chhod denge.</w:t>
      </w:r>
      <w:r>
        <w:br/>
      </w:r>
      <w:r>
        <w:rPr>
          <w:sz w:val="20"/>
        </w:rPr>
        <w:t>46:14  to quran hadith mein aata hai ke tum wohi karoge jo yahood ne kiya hai. to woh yahi hai.</w:t>
      </w:r>
      <w:r>
        <w:br/>
      </w:r>
      <w:r>
        <w:rPr>
          <w:sz w:val="20"/>
        </w:rPr>
        <w:t>46:23  yeh question wahan se aaya Maulana. jab hum eid ke baad jab distribution kar rahe the to wahan pe kuch log nikal rahe the to woh yeh keh rahe the: "dekhho, bana fazool ke diye ja rahe hain, koi maang to raha nahi hai, aise hi baante ja rahe hain." ek aadmi keh raha hai ke "aap aap be adabi kar rahe hain, kyun baant rahe hain?</w:t>
      </w:r>
      <w:r>
        <w:br/>
      </w:r>
      <w:r>
        <w:rPr>
          <w:sz w:val="20"/>
        </w:rPr>
        <w:t>46:39  is ki be adabi hogi." to aise logon ko kya baat hai? ya rasool Allah ko log bulate the ke "aap ko quran sunao." rasool Allah ko log pukarte the: "gaye Muhammad, aao hum ko quran sunao." woh khud jaate the.</w:t>
      </w:r>
      <w:r>
        <w:br/>
      </w:r>
      <w:r>
        <w:rPr>
          <w:sz w:val="20"/>
        </w:rPr>
        <w:t>46:56  yeh bilkul woh dhattayi ki jis ko kehte hain urdu mein na yeh dhattayi ki baatein hain. isi liye yeh question pooch raha hoon mujhe ke in ko un ke dimagh mein yeh kyun nahi hai ke daawa work ek important cheez hai ke jo yeh log kar rahe hain woh doosron ko bhi karna chahiye?</w:t>
      </w:r>
      <w:r>
        <w:br/>
      </w:r>
      <w:r>
        <w:rPr>
          <w:sz w:val="20"/>
        </w:rPr>
        <w:t>47:13  dekhein, jahan tak maine socha hai, musalmanon ne ek hadith gadh rakhi hai, ek hadith gadh rakhi hai.</w:t>
      </w:r>
      <w:r>
        <w:br/>
      </w:r>
      <w:r>
        <w:rPr>
          <w:sz w:val="20"/>
        </w:rPr>
        <w:t>47:22  woh hadith us ko kehte hain hadith hadith shafa'at. woh samajhte hain ke rasool Allah wahan khare ho jayenge jannat ke paas aur sab ko bulayenge: "mere moti, aao</w:t>
      </w:r>
      <w:r>
        <w:br/>
      </w:r>
      <w:r>
        <w:rPr>
          <w:sz w:val="20"/>
        </w:rPr>
        <w:t>47:38  aao aao!" aur sab ko dakhil kar denge. ji ji, yeh bilkul ghari hui hadith hai. toh jis ko bhi aap baat karenge aap na toh woh woh woh mante hain ke musalman toh is ki shafa'at ho chuki hai.</w:t>
      </w:r>
      <w:r>
        <w:br/>
      </w:r>
      <w:r>
        <w:rPr>
          <w:sz w:val="20"/>
        </w:rPr>
        <w:t>47:53  woh toh woh toh jannati bhi jayega. sab ke dil mein baitha hua hai. jis ko bhi aap pakad ke dekhiye.</w:t>
      </w:r>
      <w:r>
        <w:br/>
      </w:r>
      <w:r>
        <w:rPr>
          <w:sz w:val="20"/>
        </w:rPr>
        <w:t>48:07  maulana, jo</w:t>
      </w:r>
    </w:p>
    <w:p>
      <w:pPr>
        <w:pStyle w:val="Heading2"/>
      </w:pPr>
      <w:r>
        <w:t>Should we correct ourselves before dawah?</w:t>
      </w:r>
    </w:p>
    <w:p>
      <w:r>
        <w:rPr>
          <w:color w:val="666666"/>
          <w:sz w:val="18"/>
        </w:rPr>
        <w:t>Society &amp; Dawah · Spirit of Ramadan | June 14, 2015 · 5m 51s · at 48:59 · https://youtu.be/LMQxfxQcnxQ?t=2939</w:t>
      </w:r>
    </w:p>
    <w:p>
      <w:r>
        <w:rPr>
          <w:i/>
        </w:rPr>
        <w:t>“You mentioned in today's lecture that dawah means spreading the message which you have discovered, but many scholars say first we need to correct our own selves and then spread the message. What is the correct approach?”</w:t>
      </w:r>
    </w:p>
    <w:p>
      <w:r>
        <w:rPr>
          <w:sz w:val="20"/>
        </w:rPr>
        <w:t>48:59  ana, yeh agla sawal aaya hai mr imran ka bahrain se.</w:t>
      </w:r>
      <w:r>
        <w:br/>
      </w:r>
      <w:r>
        <w:rPr>
          <w:sz w:val="20"/>
        </w:rPr>
        <w:t>49:06  maulana sahib, you mentioned in today lecture ke dawah means spreading the message which you have discovered, but</w:t>
      </w:r>
      <w:r>
        <w:br/>
      </w:r>
      <w:r>
        <w:rPr>
          <w:sz w:val="20"/>
        </w:rPr>
        <w:t>49:14  many ulama say first we need to correct ourselves and then spread the message.</w:t>
      </w:r>
      <w:r>
        <w:br/>
      </w:r>
      <w:r>
        <w:rPr>
          <w:sz w:val="20"/>
        </w:rPr>
        <w:t>49:22  my question is, since the process of self correction is lifelong, then when to do dawah? dekhen, main</w:t>
      </w:r>
      <w:r>
        <w:br/>
      </w:r>
      <w:r>
        <w:rPr>
          <w:sz w:val="20"/>
        </w:rPr>
        <w:t>49:29  aasiron se bohat mila hoon, un se main poochta hoon ke koi ayat bataiye quran ki, koi quran ki ayat ya hadith bataiye ke pehle apne ko theek karo, is ke baad dawah ka kaam karna hai. yeh to yeh to bilkul baseless baat hai, koi ek ayat nahi quran majeed mein, koi ek hadith nahi jo yeh kehti ho ke pehle apni islaah karo, phir dawah ka kaam baat ko hoga. yeh to farzi baat hai, jo log aisa kehte hain un se aap poochhein ke koi hawala do quran o sunnat ka hawala do, koi hawala de s</w:t>
      </w:r>
      <w:r>
        <w:br/>
      </w:r>
      <w:r>
        <w:rPr>
          <w:sz w:val="20"/>
        </w:rPr>
        <w:t>49:59  akte ho. main bohat asar baatein keen, main is ko bohat zyada galat samajhta hoon yeh kehne ko ke pehle apni islaah karo, phir dawah ka kaam. yani yeh main is ko bohat hi zyada galat samajhta hoon aur yeh jissarat samajhta hoon ke deen mein ek aisi baat zahiri daakhil kar rahe hain jo deen mein hai nahi. ek aisi baat jo deen mein nahi hai. yeh tasawwur quran aur hadith mein ajnabi hai ke pehle apni islaah kar lo, phir baat baat ko dawah ka kaam hoga. yeh tasawwur quran aur ha</w:t>
      </w:r>
      <w:r>
        <w:br/>
      </w:r>
      <w:r>
        <w:rPr>
          <w:sz w:val="20"/>
        </w:rPr>
        <w:t>50:29  deeth mein ajnabi hai.</w:t>
      </w:r>
      <w:r>
        <w:br/>
      </w:r>
      <w:r>
        <w:rPr>
          <w:sz w:val="20"/>
        </w:rPr>
        <w:t>50:34  kya haq hai kisi ko aisi baat karne ka? to jo aap se kahe, ab us se poochhen,</w:t>
      </w:r>
      <w:r>
        <w:br/>
      </w:r>
      <w:r>
        <w:rPr>
          <w:sz w:val="20"/>
        </w:rPr>
        <w:t>50:39  reference poochhen, us ko sun kar mat maan lijiye.</w:t>
      </w:r>
      <w:r>
        <w:br/>
      </w:r>
      <w:r>
        <w:rPr>
          <w:sz w:val="20"/>
        </w:rPr>
        <w:t>50:44  mona, yeh sawal aaya hai mr amir jaan ka kashmir se.</w:t>
      </w:r>
      <w:r>
        <w:br/>
      </w:r>
      <w:r>
        <w:rPr>
          <w:sz w:val="20"/>
        </w:rPr>
        <w:t>50:49  it is rightly said that ramadan is all about desire management.</w:t>
      </w:r>
      <w:r>
        <w:br/>
      </w:r>
      <w:r>
        <w:rPr>
          <w:sz w:val="20"/>
        </w:rPr>
        <w:t>50:54  why is it that majority of people</w:t>
      </w:r>
      <w:r>
        <w:br/>
      </w:r>
      <w:r>
        <w:rPr>
          <w:sz w:val="20"/>
        </w:rPr>
        <w:t>50:59  are able to manage their desires in this month, but once its over, their desires again take control</w:t>
      </w:r>
      <w:r>
        <w:br/>
      </w:r>
      <w:r>
        <w:rPr>
          <w:sz w:val="20"/>
        </w:rPr>
        <w:t>51:07  and they follow the wrong path to meet their desires? kindly guide.</w:t>
      </w:r>
      <w:r>
        <w:br/>
      </w:r>
      <w:r>
        <w:rPr>
          <w:sz w:val="20"/>
        </w:rPr>
        <w:t>51:15  bhai, yeh yeh is ka jawab bilkul saada hai ke har masjid mein aap jaiye to sirf misaal</w:t>
      </w:r>
      <w:r>
        <w:br/>
      </w:r>
      <w:r>
        <w:rPr>
          <w:sz w:val="20"/>
        </w:rPr>
        <w:t>51:23  bayan kiye jayenge ke roza kab tootta hai aur sehri ka waqt kab shuru hota hai.</w:t>
      </w:r>
      <w:r>
        <w:br/>
      </w:r>
      <w:r>
        <w:rPr>
          <w:sz w:val="20"/>
        </w:rPr>
        <w:t>51:30  yeh jo masail hain, woh bayan kiye jaate hain.</w:t>
      </w:r>
      <w:r>
        <w:br/>
      </w:r>
      <w:r>
        <w:rPr>
          <w:sz w:val="20"/>
        </w:rPr>
        <w:t>51:35  yaani haqeeqat hai ramadan kahin batai batai nahi jaati.</w:t>
      </w:r>
      <w:r>
        <w:br/>
      </w:r>
      <w:r>
        <w:rPr>
          <w:sz w:val="20"/>
        </w:rPr>
        <w:t>51:40  aap jaiye kisi masjid mein, ek ek chart laga hoga, wahan chart masail ramadan.</w:t>
      </w:r>
      <w:r>
        <w:br/>
      </w:r>
      <w:r>
        <w:rPr>
          <w:sz w:val="20"/>
        </w:rPr>
        <w:t>51:45  koi chart nahi dekhenge aap jo haqeeqat hai ramadan, rooh ramadan par ho.</w:t>
      </w:r>
      <w:r>
        <w:br/>
      </w:r>
      <w:r>
        <w:rPr>
          <w:sz w:val="20"/>
        </w:rPr>
        <w:t>51:51  to yeh jo log masjidon mein chala rahe hain, un ki zimmedari hai ke woh yani form</w:t>
      </w:r>
      <w:r>
        <w:br/>
      </w:r>
      <w:r>
        <w:rPr>
          <w:sz w:val="20"/>
        </w:rPr>
        <w:t>51:56  based religion chala rakha hai, unhon ne spirit based reli</w:t>
      </w:r>
      <w:r>
        <w:br/>
      </w:r>
      <w:r>
        <w:rPr>
          <w:sz w:val="20"/>
        </w:rPr>
        <w:t>52:01  jin ki baatein nahin karte.</w:t>
      </w:r>
      <w:r>
        <w:br/>
      </w:r>
      <w:r>
        <w:rPr>
          <w:sz w:val="20"/>
        </w:rPr>
        <w:t>52:06  woh isi ke wajeh se yeh sab, yeh sab hai, yeh haalat hai.</w:t>
      </w:r>
      <w:r>
        <w:br/>
      </w:r>
      <w:r>
        <w:rPr>
          <w:sz w:val="20"/>
        </w:rPr>
        <w:t>52:11  mona, yeh agla comment aur question hai Mr Danish Fazil ka Lucknow se.</w:t>
      </w:r>
      <w:r>
        <w:br/>
      </w:r>
      <w:r>
        <w:rPr>
          <w:sz w:val="20"/>
        </w:rPr>
        <w:t>52:16  thank you Maulana sahib for giving us such a valuable thought provoking gift for Ramadan, that is giving spirit.</w:t>
      </w:r>
      <w:r>
        <w:br/>
      </w:r>
      <w:r>
        <w:rPr>
          <w:sz w:val="20"/>
        </w:rPr>
        <w:t>52:21  today I really discovered the spirit of Ramadan.</w:t>
      </w:r>
      <w:r>
        <w:br/>
      </w:r>
      <w:r>
        <w:rPr>
          <w:sz w:val="20"/>
        </w:rPr>
        <w:t>52:26  un ka sawal hai: while in the state of tadabbur</w:t>
      </w:r>
      <w:r>
        <w:br/>
      </w:r>
      <w:r>
        <w:rPr>
          <w:sz w:val="20"/>
        </w:rPr>
        <w:t>52:31  , we might go astray because of less knowledge of islam. so how can we save us from unauthentic distractive things? unhone likha hai ke in the state of tadabbur, agar humare paas islam ki knowledge kam hai to hum arasta bhatak sakte hain because of unauthentic things which are there. bhai, is ka ta'alluq knowledge se nahi hai. har insaan ke paas nature hai, consciousness hai, sochne</w:t>
      </w:r>
      <w:r>
        <w:br/>
      </w:r>
      <w:r>
        <w:rPr>
          <w:sz w:val="20"/>
        </w:rPr>
        <w:t>53:01  ki taqat hai.</w:t>
      </w:r>
      <w:r>
        <w:br/>
      </w:r>
      <w:r>
        <w:rPr>
          <w:sz w:val="20"/>
        </w:rPr>
        <w:t>53:07  bas bhai, kafi hai sochne ke liye, wohi sochne ke liye kafi hai.</w:t>
      </w:r>
      <w:r>
        <w:br/>
      </w:r>
      <w:r>
        <w:rPr>
          <w:sz w:val="20"/>
        </w:rPr>
        <w:t>53:13  jaise main bol raha tha to main ajeeb, mera haal hua ke main kaise bol raha hoon.</w:t>
      </w:r>
      <w:r>
        <w:br/>
      </w:r>
      <w:r>
        <w:rPr>
          <w:sz w:val="20"/>
        </w:rPr>
        <w:t>53:19  yani dimagh ne socha, zuban par woh thought kaise aaya, zuban kaise boli, kaise woh dhal gaye alfaaz mein.</w:t>
      </w:r>
      <w:r>
        <w:br/>
      </w:r>
      <w:r>
        <w:rPr>
          <w:sz w:val="20"/>
        </w:rPr>
        <w:t>53:25  is ke liye kya zaroorat hai ke aap scientific degree lein? scientific degree zaroorat hai.</w:t>
      </w:r>
      <w:r>
        <w:br/>
      </w:r>
      <w:r>
        <w:rPr>
          <w:sz w:val="20"/>
        </w:rPr>
        <w:t>53:31  abhi kal jab main, main khana bohat mamooli khana khata hoon, saada khana, jab main kha raha tha to main ne apa se kaha ke dekho, yeh yeh hum pet mein daal dete hain, haan, is ke baad humein kuch nahi karna. apne aap hi ek ek factory chal jaati hai jo is ko tarah tarah ke slow mein tabdeel karti hai. yani khoon banta hai, gosht banta hai, naakhun banta hai, baal banta hai. is ke liye scientific degree kya zaroorat hai? yeh aqal</w:t>
      </w:r>
      <w:r>
        <w:br/>
      </w:r>
      <w:r>
        <w:rPr>
          <w:sz w:val="20"/>
        </w:rPr>
        <w:t>54:01  jo hai, us ko kehte hain aql e aam, common sense.</w:t>
      </w:r>
      <w:r>
        <w:br/>
      </w:r>
      <w:r>
        <w:rPr>
          <w:sz w:val="20"/>
        </w:rPr>
        <w:t>54:06  dekhein, tadabbur hota hai common sense ke zariye se, degree ke zariye se nahin.</w:t>
      </w:r>
      <w:r>
        <w:br/>
      </w:r>
      <w:r>
        <w:rPr>
          <w:sz w:val="20"/>
        </w:rPr>
        <w:t>54:10  isi liye jo bade bade degree yafta hain, un ka tadabbur hai hi nahin.</w:t>
      </w:r>
      <w:r>
        <w:br/>
      </w:r>
      <w:r>
        <w:rPr>
          <w:sz w:val="20"/>
        </w:rPr>
        <w:t>54:14  bade bade degree yafta ka maine tadabbur nahin paya.</w:t>
      </w:r>
      <w:r>
        <w:br/>
      </w:r>
      <w:r>
        <w:rPr>
          <w:sz w:val="20"/>
        </w:rPr>
        <w:t>54:19  aap bhi dhoond lijiye, tadabbur hota hai common sense ke zariye se, aur common sense aap ko khalique</w:t>
      </w:r>
      <w:r>
        <w:br/>
      </w:r>
      <w:r>
        <w:rPr>
          <w:sz w:val="20"/>
        </w:rPr>
        <w:t>54:23  ki taraf se milta hai, khalique ki taraf se.</w:t>
      </w:r>
      <w:r>
        <w:br/>
      </w:r>
      <w:r>
        <w:rPr>
          <w:sz w:val="20"/>
        </w:rPr>
        <w:t>54:27  yeh bilkul galat soch hai ke degreeon wale soch</w:t>
      </w:r>
      <w:r>
        <w:br/>
      </w:r>
      <w:r>
        <w:rPr>
          <w:sz w:val="20"/>
        </w:rPr>
        <w:t>54:32  tadabbur kar sakte hain.</w:t>
      </w:r>
      <w:r>
        <w:br/>
      </w:r>
      <w:r>
        <w:rPr>
          <w:sz w:val="20"/>
        </w:rPr>
        <w:t>54:35  degree wale tadabbur karte hi nahin kyunke woh technical knowledge un ko hoti hai, fanni knowledge hoti hai,</w:t>
      </w:r>
      <w:r>
        <w:br/>
      </w:r>
      <w:r>
        <w:rPr>
          <w:sz w:val="20"/>
        </w:rPr>
        <w:t>54:39  fanniyat mein phanse rehte hain.</w:t>
      </w:r>
      <w:r>
        <w:br/>
      </w:r>
      <w:r>
        <w:rPr>
          <w:sz w:val="20"/>
        </w:rPr>
        <w:t>54:43  woh yeh soch, bhai, bilkul bilkul baseless samajhta hoon.</w:t>
      </w:r>
      <w:r>
        <w:br/>
      </w:r>
      <w:r>
        <w:rPr>
          <w:sz w:val="20"/>
        </w:rPr>
        <w:t>54:47  aisi soch ko mona.</w:t>
      </w:r>
    </w:p>
    <w:p>
      <w:pPr>
        <w:pStyle w:val="Heading2"/>
      </w:pPr>
      <w:r>
        <w:t>Solution to Materialism and Extremism</w:t>
      </w:r>
    </w:p>
    <w:p>
      <w:r>
        <w:rPr>
          <w:color w:val="666666"/>
          <w:sz w:val="18"/>
        </w:rPr>
        <w:t>Society &amp; Dawah · Experience of Hyderabad CPS Meet December 1, 2013 · 5m 28s · at 55:38 · https://youtu.be/Y8mcxF2Lhyc?t=3338</w:t>
      </w:r>
    </w:p>
    <w:p>
      <w:r>
        <w:rPr>
          <w:i/>
        </w:rPr>
        <w:t>“In today's lecture you talked about developed and Muslim countries and their ambitions of materialism and extremism respectively. What is the solution according to you to these inherent problems?”</w:t>
      </w:r>
    </w:p>
    <w:p>
      <w:r>
        <w:rPr>
          <w:sz w:val="20"/>
        </w:rPr>
        <w:t>55:38  maulana, agla sawal dilli se hai juna hassan sahib ka. unhon ne likha hai: "respected sir, in today lecture you talk about the developed and muslim countries and their ambitions of materialism and extremism respectively.</w:t>
      </w:r>
      <w:r>
        <w:br/>
      </w:r>
      <w:r>
        <w:rPr>
          <w:sz w:val="20"/>
        </w:rPr>
        <w:t>55:59  what is the solution according to you to these inherent problems?"</w:t>
      </w:r>
      <w:r>
        <w:br/>
      </w:r>
      <w:r>
        <w:rPr>
          <w:sz w:val="20"/>
        </w:rPr>
        <w:t>56:07  inherent nahi kahunga main. aisa culture develop ho gaya hai extiviz ki wajah se. jaise dekhiye, kisi bhi muslim country mein aap quran ka distribute nahi kar sakte.</w:t>
      </w:r>
      <w:r>
        <w:br/>
      </w:r>
      <w:r>
        <w:rPr>
          <w:sz w:val="20"/>
        </w:rPr>
        <w:t>56:21  kisi anokhi baat hai! kisi anokhi baat! ab yeh yeh is mein likha hua hai: "the quran". muslim countries mein kya aitraz hota hai is par ke likh diya yeh quran kahan hai?</w:t>
      </w:r>
      <w:r>
        <w:br/>
      </w:r>
      <w:r>
        <w:rPr>
          <w:sz w:val="20"/>
        </w:rPr>
        <w:t>56:33  yeh to angrezi mein hai. acha, agar translation tab bhi kahin ke translation ho nahi sakta, khuda ki baat ka</w:t>
      </w:r>
      <w:r>
        <w:br/>
      </w:r>
      <w:r>
        <w:rPr>
          <w:sz w:val="20"/>
        </w:rPr>
        <w:t>56:40  to kya likhwate hain? "meaning of the quran". isko call karte hain. isko yani muslim countries mein yeh haal hai ke aap arabi quran chhap kar logon ko bantiye bator tohfa.</w:t>
      </w:r>
      <w:r>
        <w:br/>
      </w:r>
      <w:r>
        <w:rPr>
          <w:sz w:val="20"/>
        </w:rPr>
        <w:t>56:53  woh to uski ijazat hogi aap ko. jahan aap translation chhapa, aap ne foran wahan par awaz uthe gi: "yeh to haram hai!</w:t>
      </w:r>
      <w:r>
        <w:br/>
      </w:r>
      <w:r>
        <w:rPr>
          <w:sz w:val="20"/>
        </w:rPr>
        <w:t>57:03  yeh to najayaz hai!"</w:t>
      </w:r>
      <w:r>
        <w:br/>
      </w:r>
      <w:r>
        <w:rPr>
          <w:sz w:val="20"/>
        </w:rPr>
        <w:t>57:06  " yani kyun? baghair text ke tarjuma un ke nazdeek najayaz hai. acha, agar text ke sath chhapiye tab kahain ge: "yeh to behurmati hoti hai!"</w:t>
      </w:r>
      <w:r>
        <w:br/>
      </w:r>
      <w:r>
        <w:rPr>
          <w:sz w:val="20"/>
        </w:rPr>
        <w:t>57:17  aap de nahi sakte! yeh muqaddas kalam hai!" to baghair text ke chhapiye to chhapna haram, aur text ke sath chhapiye to dena haram.</w:t>
      </w:r>
      <w:r>
        <w:br/>
      </w:r>
      <w:r>
        <w:rPr>
          <w:sz w:val="20"/>
        </w:rPr>
        <w:t>57:30  har muslim country mein, kisi muslim country mein is mein exception nahi hai. ek museebat hai.</w:t>
      </w:r>
      <w:r>
        <w:br/>
      </w:r>
      <w:r>
        <w:rPr>
          <w:sz w:val="20"/>
        </w:rPr>
        <w:t>57:38  main ek qissa bata raha tha na aap ko? ek ek ek hindu bombay ke woh bohat barson tak wahan thay, woh arab mein un ka kuch hijab tha.</w:t>
      </w:r>
      <w:r>
        <w:br/>
      </w:r>
      <w:r>
        <w:rPr>
          <w:sz w:val="20"/>
        </w:rPr>
        <w:t>57:53  to shuyookh bohat se milay un se, miltay thay to woh quran pesh karte thay, aur woh sab ka arabi bohat bithpal chhupa hua.</w:t>
      </w:r>
      <w:r>
        <w:br/>
      </w:r>
      <w:r>
        <w:rPr>
          <w:sz w:val="20"/>
        </w:rPr>
        <w:t>58:04  to hamare saathi bombay mein hain, woh un se milay thay ke unhon ne un ko jab tarjuma diya to rone lagay. woh ke mere pas shayad 16 ek kehte hain quran thay arabi mein.</w:t>
      </w:r>
      <w:r>
        <w:br/>
      </w:r>
      <w:r>
        <w:rPr>
          <w:sz w:val="20"/>
        </w:rPr>
        <w:t>58:16  mein sochta tha mein is ko kya karoon to masjidon mein de diya. maine ab aap ne mujhe tarjuma diya, mein is ko zaroor parhoon ga. yeh halat har muslim country ki hai kyunke unhon ne bana liya hai Quran ko aik bas muqaddas kalam, bohat hi mystery sense mein.</w:t>
      </w:r>
      <w:r>
        <w:br/>
      </w:r>
      <w:r>
        <w:rPr>
          <w:sz w:val="20"/>
        </w:rPr>
        <w:t>58:32  bas k</w:t>
      </w:r>
      <w:r>
        <w:br/>
      </w:r>
      <w:r>
        <w:rPr>
          <w:sz w:val="20"/>
        </w:rPr>
        <w:t>58:33  chah is ko oopar rakhna hai, is ko neeche nahi girne dena hai, aur is ko koi kuch ghair muslim shae nahi. aur is ki zimmedari saare ulma ke oopar hai.</w:t>
      </w:r>
      <w:r>
        <w:br/>
      </w:r>
      <w:r>
        <w:rPr>
          <w:sz w:val="20"/>
        </w:rPr>
        <w:t>58:45  awam khud se zehan nahi banate, ulma banate hain zehan. lekin ab sadiyon se yeh zehan bante bante itna develop ho gaya hai ke kisi bhi muslim country mein aap Quran ka distribution nahi kar sakte.</w:t>
      </w:r>
      <w:r>
        <w:br/>
      </w:r>
      <w:r>
        <w:rPr>
          <w:sz w:val="20"/>
        </w:rPr>
        <w:t>58:58  tarjume ka arabi baante to arabi baantne se faida kya hai?</w:t>
      </w:r>
      <w:r>
        <w:br/>
      </w:r>
      <w:r>
        <w:rPr>
          <w:sz w:val="20"/>
        </w:rPr>
        <w:t>59:06  ajeeb ghareeb zehan hai, behurmati ka tasawwur hai, behurmati ka na Quran mein hai na hadith mein hai. to dekhiye, yeh masla yeh hai ke yeh zawal ka phenomena hai.</w:t>
      </w:r>
      <w:r>
        <w:br/>
      </w:r>
      <w:r>
        <w:rPr>
          <w:sz w:val="20"/>
        </w:rPr>
        <w:t>59:21  is waqt jo musalman hain, hamare ulma ne is ko khair ummat bana rakha hai. jis ko dekhiye, woh is ko khair ummat kar ke khitab karta hai. yeh khair ummat koi laqab nahi hai musalmanon ka.</w:t>
      </w:r>
      <w:r>
        <w:br/>
      </w:r>
      <w:r>
        <w:rPr>
          <w:sz w:val="20"/>
        </w:rPr>
        <w:t>59:36  mauja musalman apne zawal ke daur mein hain, yaani degeneration ke daur mein hain. yeh sab kuch zawal ka phenomena hai, zawal ka phenomena hai.</w:t>
      </w:r>
      <w:r>
        <w:br/>
      </w:r>
      <w:r>
        <w:rPr>
          <w:sz w:val="20"/>
        </w:rPr>
        <w:t>59:47  to ab yeh aap kar sakte hain ke in ko samjhaiye, aur jahan mauqa ho wahan istemal kijiye. tamam muslim countries mein bohat tourist aate hain, bohat mukhtalif asbab se wahan ghair muslim aate hain,</w:t>
      </w:r>
      <w:r>
        <w:br/>
      </w:r>
      <w:r>
        <w:rPr>
          <w:sz w:val="20"/>
        </w:rPr>
        <w:t>1:00:02  tourism ke liye, job ke liye, business</w:t>
      </w:r>
      <w:r>
        <w:br/>
      </w:r>
      <w:r>
        <w:rPr>
          <w:sz w:val="20"/>
        </w:rPr>
        <w:t>1:00:05  ke liye. aur kitna mauqa hai ke aap in ko, yaani madu aap ke darwaze pahunch raha hai, in ko Quran ka translation diya hai un ki zuban mein.</w:t>
      </w:r>
      <w:r>
        <w:br/>
      </w:r>
      <w:r>
        <w:rPr>
          <w:sz w:val="20"/>
        </w:rPr>
        <w:t>1:00:15  lekin aap nahi de sakte, denge to aap ko bahar daalenge, aap ko jail bhej denge. to musalmanon ka masla sirf aik hi hai ke woh apne zawal ke daur mein hain.</w:t>
      </w:r>
      <w:r>
        <w:br/>
      </w:r>
      <w:r>
        <w:rPr>
          <w:sz w:val="20"/>
        </w:rPr>
        <w:t>1:00:28  yeh jo Iqbal ne kaha tha: "zara num hoti hai mitti, bohat zara khars hisaqi", yeh to shayari hai,</w:t>
      </w:r>
      <w:r>
        <w:br/>
      </w:r>
      <w:r>
        <w:rPr>
          <w:sz w:val="20"/>
        </w:rPr>
        <w:t>1:00:34  haqeeqat se koi ta'alluq is ka nahi hai. to is is raaz ko janiye ke tamam qaumon par zawal aata hai, musalmanon par zawal aa chuka hai.</w:t>
      </w:r>
      <w:r>
        <w:br/>
      </w:r>
      <w:r>
        <w:rPr>
          <w:sz w:val="20"/>
        </w:rPr>
        <w:t>1:00:44  to aap naokhvani ko karte hain, yeh to law of nature hai. sab par zawal aaya hai to aap par zawal nahi aayega. aik haqeeqat hai, is ko tasleem kijiye, aur is haqeeqat ke hote hue aap manage kijiye apne mission ko.</w:t>
      </w:r>
      <w:r>
        <w:br/>
      </w:r>
      <w:r>
        <w:rPr>
          <w:sz w:val="20"/>
        </w:rPr>
        <w:t>1:01:02  yahi mein mashwara doon ga.</w:t>
      </w:r>
    </w:p>
    <w:p>
      <w:pPr>
        <w:pStyle w:val="Heading2"/>
      </w:pPr>
      <w:r>
        <w:t>Topics for meeting to establish peace</w:t>
      </w:r>
    </w:p>
    <w:p>
      <w:r>
        <w:rPr>
          <w:color w:val="666666"/>
          <w:sz w:val="18"/>
        </w:rPr>
        <w:t>Society &amp; Dawah · Communal Harmony October 16, 2022 · 5m 12s · at 32:05 · https://youtu.be/Ob4BVozf3KY?t=1925</w:t>
      </w:r>
    </w:p>
    <w:p>
      <w:r>
        <w:rPr>
          <w:i/>
        </w:rPr>
        <w:t>“What should we talk about when meeting people to establish peace in society?”</w:t>
      </w:r>
    </w:p>
    <w:p>
      <w:r>
        <w:rPr>
          <w:sz w:val="20"/>
        </w:rPr>
        <w:t>32:05  ah apa, yeh aik sawal aur aya hai: Arman Khan sahib ne likha hai ke: "hum logon se mil kar kiya baat karein jis se muashre mein ah peace qaim ho?" to is ke baray mein bhi kuch advice dein.</w:t>
      </w:r>
      <w:r>
        <w:br/>
      </w:r>
      <w:r>
        <w:rPr>
          <w:sz w:val="20"/>
        </w:rPr>
        <w:t>32:22  sirf milna julna bhi kafi hai, baat to koi bhi controversial baat nahi karna chahiye, aur aapas mein milein julein.</w:t>
      </w:r>
      <w:r>
        <w:br/>
      </w:r>
      <w:r>
        <w:rPr>
          <w:sz w:val="20"/>
        </w:rPr>
        <w:t>32:31  interaction in itself is is enough. jab aap milein ge to achi baatein hi karein ge, taluqat banein ge. kabhi un ki koi zaroorat hai aur aap poori kar sakte hain to is ko aap poori kariye.</w:t>
      </w:r>
      <w:r>
        <w:br/>
      </w:r>
      <w:r>
        <w:rPr>
          <w:sz w:val="20"/>
        </w:rPr>
        <w:t>32:43  to aise bohat sare mauqe hain jis par hum kisi ke liye hum ne kuch kaam kiya to woh bohat ziyada grateful ho jata hai. to kisi ko taleem mein khaas tor par is ke liye kaam kariye, kyunke taleem hamare mulk mein bohat kam hai aur Muslims mein to taleem mein bohat peechay hain.</w:t>
      </w:r>
      <w:r>
        <w:br/>
      </w:r>
      <w:r>
        <w:rPr>
          <w:sz w:val="20"/>
        </w:rPr>
        <w:t>33:01  to jo hai Islam ki khaas tor par Maulana jo kehte thay, woh</w:t>
      </w:r>
      <w:r>
        <w:br/>
      </w:r>
      <w:r>
        <w:rPr>
          <w:sz w:val="20"/>
        </w:rPr>
        <w:t>33:06  Islam ki jo peaceful teachings hain, us ko discuss kariye. doosre ka bhi dekhna parhe ga na ke woh kis tarike ki cheezon mein interest rakhta hai, to is ka bhi khayal rakhna parhe ga.</w:t>
      </w:r>
      <w:r>
        <w:br/>
      </w:r>
      <w:r>
        <w:rPr>
          <w:sz w:val="20"/>
        </w:rPr>
        <w:t>33:17  aur foran hum controversial baat na karne lagein. to jaise mein ne abhi bataya ke woh trinity par log baat karna shuru kar dete hain, to in jo common ground hai, us par baat karein</w:t>
      </w:r>
      <w:r>
        <w:br/>
      </w:r>
      <w:r>
        <w:rPr>
          <w:sz w:val="20"/>
        </w:rPr>
        <w:t>33:30  . ab woh doosre log agar society mein peace lana chahte hain, social work karna chahte hain to aap us par baat kariye.</w:t>
      </w:r>
      <w:r>
        <w:br/>
      </w:r>
      <w:r>
        <w:rPr>
          <w:sz w:val="20"/>
        </w:rPr>
        <w:t>33:38  aur jaise jaise mauqa ho, waise baat kariye. agar Maulana se koi poochta tha ke bhai namaz ke baray mein bataiye, roze ke baray mein bataiye, tab woh batate thay.</w:t>
      </w:r>
      <w:r>
        <w:br/>
      </w:r>
      <w:r>
        <w:rPr>
          <w:sz w:val="20"/>
        </w:rPr>
        <w:t>33:50  to jaisa mauqa ho, waise hi baat kariye, warna general baatein kariye, interaction kariye, dialogue kariye. is is ki is ka bhi point of view suniye.</w:t>
      </w:r>
      <w:r>
        <w:br/>
      </w:r>
      <w:r>
        <w:rPr>
          <w:sz w:val="20"/>
        </w:rPr>
        <w:t>34:00  dialogue ka matlab hi hai sharing, to is ki baat suniye. kyunke har aadmi ke paas kuch achi baatein hoti hain, us se hum learning kar sakte hain.</w:t>
      </w:r>
      <w:r>
        <w:br/>
      </w:r>
      <w:r>
        <w:rPr>
          <w:sz w:val="20"/>
        </w:rPr>
        <w:t>34:11  to Maulana aise hi kiya karte thay, to apni baat bhi kahiye aur us ki baat bhi suniye. log kiya karte hain? bas apni baat bolte rehte hain, apni baat bolte rehte hain.</w:t>
      </w:r>
      <w:r>
        <w:br/>
      </w:r>
      <w:r>
        <w:rPr>
          <w:sz w:val="20"/>
        </w:rPr>
        <w:t>34:21  to is tarike se dialogue nahi chalta hai. to baat karte karte woh khud hi samajh mein anay lage ga ke kiya kaise baat karni chahiye.</w:t>
      </w:r>
      <w:r>
        <w:br/>
      </w:r>
      <w:r>
        <w:rPr>
          <w:sz w:val="20"/>
        </w:rPr>
        <w:t>34:30  to kyunke insaan ki fitrat mein hai mil jul kar rehna, peaceful tarike se rehna, mil jul kar rehna, aik doosre se achay taluqat karna. yeh to waqti tor par aisa ho jata hai ke kisi baat par ke ghussa dila diya jaye.</w:t>
      </w:r>
      <w:r>
        <w:br/>
      </w:r>
      <w:r>
        <w:rPr>
          <w:sz w:val="20"/>
        </w:rPr>
        <w:t>34:43  misal ke tor par</w:t>
      </w:r>
      <w:r>
        <w:br/>
      </w:r>
      <w:r>
        <w:rPr>
          <w:sz w:val="20"/>
        </w:rPr>
        <w:t>34:45  yahan par juloos bohat niklte hain, barat ka bhi juloos hota hai, festivals mein juloos hote hain. to Musalman kiya kehte hain? ke masjid ke samne se juloos guzre ga to route badlo.</w:t>
      </w:r>
      <w:r>
        <w:br/>
      </w:r>
      <w:r>
        <w:rPr>
          <w:sz w:val="20"/>
        </w:rPr>
        <w:t>34:57  to ab juloos mein aik bar aik police officer ne Maulana ko bataya tha ke juloos mein kai hazar log aam tor par hotay hain, to woh log apne aap ko bohat hi powerful samajhte hain.</w:t>
      </w:r>
      <w:r>
        <w:br/>
      </w:r>
      <w:r>
        <w:rPr>
          <w:sz w:val="20"/>
        </w:rPr>
        <w:t>35:08  woh aik individual akela nahi hai ke aap ki baat sun le ga. woh samajhte hain hamari bohat taqat hai, hamein kaun kuch kar sakta hai. to</w:t>
      </w:r>
      <w:r>
        <w:br/>
      </w:r>
      <w:r>
        <w:rPr>
          <w:sz w:val="20"/>
        </w:rPr>
        <w:t>35:15  woh baat nahi sunte, woh route badalne par, woh route na badalne par israr karte hain. to baat nahi sunte, wahan se phir ghussa hota hai, woh maar peet shuru ho jati hai, jhagda shuru ho jata hai.</w:t>
      </w:r>
      <w:r>
        <w:br/>
      </w:r>
      <w:r>
        <w:rPr>
          <w:sz w:val="20"/>
        </w:rPr>
        <w:t>35:28  to is tarike se baat aage barhte barhte barhte woh fasad ki shakal ikhtiyar kar leta hai. to hamein chahiye ke hum baat ko wahin khatam kar dein.</w:t>
      </w:r>
      <w:r>
        <w:br/>
      </w:r>
      <w:r>
        <w:rPr>
          <w:sz w:val="20"/>
        </w:rPr>
        <w:t>35:37  to Maulana ne bar bar bataya ke wahin khatam kar dijiye. wahan kai bar bataya ke wahan kuch haar rakh ke rahiye, aap un ko leaderon ko pehna dijiye. aur woh leaderon, leader jo hain, woh sare khush ho jatay hain, sara masla hal.</w:t>
      </w:r>
      <w:r>
        <w:br/>
      </w:r>
      <w:r>
        <w:rPr>
          <w:sz w:val="20"/>
        </w:rPr>
        <w:t>35:50  aur aik bar aik Maulana Akbaruddin sahib thay, yeh wohi log thay jinhone Maulana ki literature ko bohat</w:t>
      </w:r>
      <w:r>
        <w:br/>
      </w:r>
      <w:r>
        <w:rPr>
          <w:sz w:val="20"/>
        </w:rPr>
        <w:t>35:56  parha hua tha. to woh Hyderabad mein thay, woh ittefaq aisa tha ke kabhi kabhi aisa hota hai ke do tehwar jo hain, woh mil jatay hain. to Eid Milad un Nabi ke mauqe par un ke haan woh un ka aik school bhi tha, to woh aik program kar rahe thay, bahar tent laga hua tha.</w:t>
      </w:r>
      <w:r>
        <w:br/>
      </w:r>
      <w:r>
        <w:rPr>
          <w:sz w:val="20"/>
        </w:rPr>
        <w:t>36:13  aur ittefaq aisa tha ke woh hinduo'n ka bhi jaloos nikal raha tha. to jaloos jab qareeb aaya to us ne kaha ke aap apna yeh sab hata lijiye, kursi kursi, hamara jaloos guzarne wala hai.</w:t>
      </w:r>
      <w:r>
        <w:br/>
      </w:r>
      <w:r>
        <w:rPr>
          <w:sz w:val="20"/>
        </w:rPr>
        <w:t>36:24  to maulana akbaruddin sahib ne kaha ke theek hai, aap mujhe bas das pandrah minute de dijiyega, hum abhi hata lete hain. itna kehna tha ke woh log naram pad gaye.</w:t>
      </w:r>
      <w:r>
        <w:br/>
      </w:r>
      <w:r>
        <w:rPr>
          <w:sz w:val="20"/>
        </w:rPr>
        <w:t>36:33  aur kyunke ego jab hurt hota hai, jab aadmi gussa hota hai ke yeh hamari baat nahi maan rahe hain, to unho'n ne jab kaha ke hum to das minute pandrah minute de dijiyega, hum hata lete hain, to unho'n ne kaha molvi sahib, molvi sahib, aap apna program karte rahiye, hum unho'n ne khud kaha ke hum apna route badal lenge.</w:t>
      </w:r>
      <w:r>
        <w:br/>
      </w:r>
      <w:r>
        <w:rPr>
          <w:sz w:val="20"/>
        </w:rPr>
        <w:t>36:49  to yeh tareeqa hai baat karne ka. yeh sab baat cheet ka jo tareeqa hai na</w:t>
      </w:r>
      <w:r>
        <w:br/>
      </w:r>
      <w:r>
        <w:rPr>
          <w:sz w:val="20"/>
        </w:rPr>
        <w:t>36:54  a, yeh jitna zyada baat cheet karenge, utna hi samajh mein aayega ke logo'n se baat cheet kis tareeqe se kare'n. to yeh is mein matlab amli masla hai, baat cheet karne se khud ba khud samajh mein aayega.</w:t>
      </w:r>
      <w:r>
        <w:br/>
      </w:r>
      <w:r>
        <w:rPr>
          <w:sz w:val="20"/>
        </w:rPr>
        <w:t>37:07  ji, unho'n ne ek aur comment bhi jha hai ke CPS team Allah aap logo'n ke kaam mein barkat aur khair ata kare, aameen.</w:t>
      </w:r>
    </w:p>
    <w:p>
      <w:pPr>
        <w:pStyle w:val="Heading2"/>
      </w:pPr>
      <w:r>
        <w:t>What should Muslims do when internationally tortured?</w:t>
      </w:r>
    </w:p>
    <w:p>
      <w:r>
        <w:rPr>
          <w:color w:val="666666"/>
          <w:sz w:val="18"/>
        </w:rPr>
        <w:t>Society &amp; Dawah · Importance of Peace August 17, 2014 · 5m 26s · at 1:00:53 · https://youtu.be/ifxSwh2Jckw?t=3653</w:t>
      </w:r>
    </w:p>
    <w:p>
      <w:r>
        <w:rPr>
          <w:i/>
        </w:rPr>
        <w:t>“No doubt you are right that Japan and Germany developed after renouncing war, but Muslims are internationally tortured and instigated. Then what should Muslims do?”</w:t>
      </w:r>
    </w:p>
    <w:p>
      <w:r>
        <w:rPr>
          <w:sz w:val="20"/>
        </w:rPr>
        <w:t>1:00:53  Maulana, agla sawal Dilli se hai aur Shahab Haider sahib ne kiya hai.</w:t>
      </w:r>
      <w:r>
        <w:br/>
      </w:r>
      <w:r>
        <w:rPr>
          <w:sz w:val="20"/>
        </w:rPr>
        <w:t>1:00:58  unhone likha hai ke No doubt you are right in saying that Japan and Germany were developed after seizing and stopping war, but Muslims are internationally tortured and instigated.</w:t>
      </w:r>
      <w:r>
        <w:br/>
      </w:r>
      <w:r>
        <w:rPr>
          <w:sz w:val="20"/>
        </w:rPr>
        <w:t>1:01:13  Then what should Muslims do? yeh is se bada jhoot koi nahi hai ke musalman torture kiye ja rahe hain. is liye ke yeh nauzubillah Khuda ka inkar hai.</w:t>
      </w:r>
      <w:r>
        <w:br/>
      </w:r>
      <w:r>
        <w:rPr>
          <w:sz w:val="20"/>
        </w:rPr>
        <w:t>1:01:26  Quran mein hai kan haqqan alaihi nasul mu'mineen to kya Khuda nauzubillah so gaya hai? jo log yeh kehte hain ke musalmanon par torture ho raha hai, musalmanon par zulm ho raha hai, woh bohat bhaari gunah ka kaam karte hain.</w:t>
      </w:r>
      <w:r>
        <w:br/>
      </w:r>
      <w:r>
        <w:rPr>
          <w:sz w:val="20"/>
        </w:rPr>
        <w:t>1:01:41  is ayat ki nafi karte hain, Allah ke wajood ka inkar karte hain. "kan haqqan alayhi nasul mu'mineen" yani Allah taala farma rahe hain ke mere upar wajib hai ke main musalmanon ki madad karoon.</w:t>
      </w:r>
      <w:r>
        <w:br/>
      </w:r>
      <w:r>
        <w:rPr>
          <w:sz w:val="20"/>
        </w:rPr>
        <w:t>1:01:53  to kya Allah taala so gaya hai? yeh aap ko yeh manna padega ke ya ya to is ayat ko galat manen ya is is is is is baat ko galat manen ke torture kiya ja raha hai.</w:t>
      </w:r>
      <w:r>
        <w:br/>
      </w:r>
      <w:r>
        <w:rPr>
          <w:sz w:val="20"/>
        </w:rPr>
        <w:t>1:02:06  hargiz torture nahi kiya ja raha hai. woh musalmanon ki yani hamakaton ki price pa rahe hain musalman. Muslims are paying the price of their own stupid policies jaise abhi jo falasteen mein aap dekhiye, aaghaz kahan se hua?</w:t>
      </w:r>
      <w:r>
        <w:br/>
      </w:r>
      <w:r>
        <w:rPr>
          <w:sz w:val="20"/>
        </w:rPr>
        <w:t>1:02:24  teen israeli ko woh pakad kar laye, abduct kiya aur us ko maar dala. to us ke baad jo shuru hui war, to musalman is ko zulm kehte hain.</w:t>
      </w:r>
      <w:r>
        <w:br/>
      </w:r>
      <w:r>
        <w:rPr>
          <w:sz w:val="20"/>
        </w:rPr>
        <w:t>1:02:34  No, that was retaliation.</w:t>
      </w:r>
      <w:r>
        <w:br/>
      </w:r>
      <w:r>
        <w:rPr>
          <w:sz w:val="20"/>
        </w:rPr>
        <w:t>1:02:37  jab aap apni taraf se yeh sab karwaiyan karenge to Allah madad nahi karega aap ki. Allah ki madad na aane ka masla yeh hai. torture ka masla nahi hai.</w:t>
      </w:r>
      <w:r>
        <w:br/>
      </w:r>
      <w:r>
        <w:rPr>
          <w:sz w:val="20"/>
        </w:rPr>
        <w:t>1:02:48  yaad rakhiye, is waqt jo ho raha hai musalmanon ke sath, woh Allah ki madad na aane ka masla hai. doosri qaumon ko torture karne ka masla nahi hai.</w:t>
      </w:r>
      <w:r>
        <w:br/>
      </w:r>
      <w:r>
        <w:rPr>
          <w:sz w:val="20"/>
        </w:rPr>
        <w:t>1:02:59  isi raat ko jo musalman samajh jayenge, un ki taqdeer badal jayegi. un ka ek naya future ka darwaza khul jayega un ke liye. haan, ke jo kuch is waqt ho raha hai, woh Allah ki madad na aane ka masla hai.</w:t>
      </w:r>
      <w:r>
        <w:br/>
      </w:r>
      <w:r>
        <w:rPr>
          <w:sz w:val="20"/>
        </w:rPr>
        <w:t>1:03:14  woh torture ka masla nahi hai.</w:t>
      </w:r>
      <w:r>
        <w:br/>
      </w:r>
      <w:r>
        <w:rPr>
          <w:sz w:val="20"/>
        </w:rPr>
        <w:t>1:03:17  jaise misaal ke tor par dekhiye, aap agar sookha padta hai, khat aata hai to woh Allah ki barish rukne ka masla hai.</w:t>
      </w:r>
      <w:r>
        <w:br/>
      </w:r>
      <w:r>
        <w:rPr>
          <w:sz w:val="20"/>
        </w:rPr>
        <w:t>1:03:28  zulm ka masla nahi hai. to farmaya bataya gaya ke ja ke istisqa ki namaz padho. aur istisqa ki namaz jab bhi padhi gayi hai sahi tareeqe se to barish hoti hai.</w:t>
      </w:r>
      <w:r>
        <w:br/>
      </w:r>
      <w:r>
        <w:rPr>
          <w:sz w:val="20"/>
        </w:rPr>
        <w:t>1:03:41  main khud jab padhta tha madrasa Islam mein to bohat sookha pada. barish ruk gayi. to madrasa ke logon ne tay kiya ke hum istisqa ki namaz padhenge.</w:t>
      </w:r>
      <w:r>
        <w:br/>
      </w:r>
      <w:r>
        <w:rPr>
          <w:sz w:val="20"/>
        </w:rPr>
        <w:t>1:03:54  to wahan ek gaon hai bina para, madrasa ke qareeb. wahan ek bohat bada maidan tha. hum sab log, sare madrasa ke log wahan gaye.</w:t>
      </w:r>
      <w:r>
        <w:br/>
      </w:r>
      <w:r>
        <w:rPr>
          <w:sz w:val="20"/>
        </w:rPr>
        <w:t>1:04:03  gaon ke log bhi aaye, aas pas ke. aur mujhe maloom hai, yaad hai ke ek the Maulana Saeed sahab, Maulana Saeed Ahmed Nadvi.</w:t>
      </w:r>
      <w:r>
        <w:br/>
      </w:r>
      <w:r>
        <w:rPr>
          <w:sz w:val="20"/>
        </w:rPr>
        <w:t>1:04:14  bohat hi buzurg, bohat hi naik aadmi the woh. woh wahan hadith padhate the. main un ka, un se main ne hadith padhi hai.</w:t>
      </w:r>
      <w:r>
        <w:br/>
      </w:r>
      <w:r>
        <w:rPr>
          <w:sz w:val="20"/>
        </w:rPr>
        <w:t>1:04:22  Maulana Saeed Ahmed Nadvi. unhon ne imamat ki thi. mujhe yaad hai ke hum log madrasa se jab chale the to bilkul suraj garam, suraj har taraf bikhra hua tha, us ki garmi.</w:t>
      </w:r>
      <w:r>
        <w:br/>
      </w:r>
      <w:r>
        <w:rPr>
          <w:sz w:val="20"/>
        </w:rPr>
        <w:t>1:04:38  aur wapas aaye to hum sab yani pahunchte pahunchte bheeg chuke the. yeh mera apna zaati waqia hai.</w:t>
      </w:r>
      <w:r>
        <w:br/>
      </w:r>
      <w:r>
        <w:rPr>
          <w:sz w:val="20"/>
        </w:rPr>
        <w:t>1:04:49  to barish jab ruke to yeh mat kahiye ke zulm ho raha hai, zulm ho raha hai, zulm ho raha hai. istisqa ki namaz padhiye.</w:t>
      </w:r>
      <w:r>
        <w:br/>
      </w:r>
      <w:r>
        <w:rPr>
          <w:sz w:val="20"/>
        </w:rPr>
        <w:t>1:04:58  to ab jo waqia ho raha hai, yeh mat chiye ke zulm ho raha hai, torture. nahi, Allah ki taraf rujoo kijiye. Allah ke hukum ko apnaie ke tum apni taraf se bad amal karo.</w:t>
      </w:r>
      <w:r>
        <w:br/>
      </w:r>
      <w:r>
        <w:rPr>
          <w:sz w:val="20"/>
        </w:rPr>
        <w:t>1:05:13  bad jo hai musalmanon ke sath hota, woh ret</w:t>
      </w:r>
      <w:r>
        <w:br/>
      </w:r>
      <w:r>
        <w:rPr>
          <w:sz w:val="20"/>
        </w:rPr>
        <w:t>1:05:17  aliate karte hain. is ko khatam karo.</w:t>
      </w:r>
      <w:r>
        <w:br/>
      </w:r>
      <w:r>
        <w:rPr>
          <w:sz w:val="20"/>
        </w:rPr>
        <w:t>1:05:22  is ki clear misaal yeh hai ke falasteen mein pehle teen israeliyon ko pakad laye, kahin se mauqa se pa gaye, woh la kar ke maar dala us ko.</w:t>
      </w:r>
      <w:r>
        <w:br/>
      </w:r>
      <w:r>
        <w:rPr>
          <w:sz w:val="20"/>
        </w:rPr>
        <w:t>1:05:32  khatam kar diya us ko. yeh bhi nahi kaha ke hostage banate, maar dala. to unhon ne retaliate kiya. yeh Allah ke usool ke khilaf hai.</w:t>
      </w:r>
      <w:r>
        <w:br/>
      </w:r>
      <w:r>
        <w:rPr>
          <w:sz w:val="20"/>
        </w:rPr>
        <w:t>1:05:48  to musalmanon ko is waqt jo karna hai, woh yeh karna hai ke woh apne hisse ka, yani tashaddud had tak padhen.</w:t>
      </w:r>
      <w:r>
        <w:br/>
      </w:r>
      <w:r>
        <w:rPr>
          <w:sz w:val="20"/>
        </w:rPr>
        <w:t>1:06:01  idhar ka tashaddud apne aap khatam ho jayega. agar aap peace chahte hain, taraqqi chahte hain to apne hisse ka tashaddud had tak padhna padega.</w:t>
      </w:r>
      <w:r>
        <w:br/>
      </w:r>
      <w:r>
        <w:rPr>
          <w:sz w:val="20"/>
        </w:rPr>
        <w:t>1:06:10  to idhar tashaddud khatam. woh nahi, woh chain war chali gi. woh chain war chal rahi hai is waqt.</w:t>
      </w:r>
    </w:p>
    <w:p>
      <w:pPr>
        <w:pStyle w:val="Heading2"/>
      </w:pPr>
      <w:r>
        <w:t>When to do dawah if self-correction is lifelong</w:t>
      </w:r>
    </w:p>
    <w:p>
      <w:r>
        <w:rPr>
          <w:color w:val="666666"/>
          <w:sz w:val="18"/>
        </w:rPr>
        <w:t>Society &amp; Dawah · Spirit of Ramadan June 14, 2015 · 5m 32s · at 48:43 · https://youtu.be/mKQdhE2rhdQ?t=2923</w:t>
      </w:r>
    </w:p>
    <w:p>
      <w:r>
        <w:rPr>
          <w:i/>
        </w:rPr>
        <w:t>“You mentioned that dawah means spreading the message you have discovered, but many scholars say first we need to correct ourselves. Since self-correction is lifelong, when should we do dawah?”</w:t>
      </w:r>
    </w:p>
    <w:p>
      <w:r>
        <w:rPr>
          <w:sz w:val="20"/>
        </w:rPr>
        <w:t>48:43  maulana, yeh agla sawal aya hai mr imran ka bahrain se: "maulana sahib, you mentioned in today lecture ke dawah means spreading the message which you have discovered,</w:t>
      </w:r>
      <w:r>
        <w:br/>
      </w:r>
      <w:r>
        <w:rPr>
          <w:sz w:val="20"/>
        </w:rPr>
        <w:t>48:56  but many ulama say first we need to correct our self and then spread the message. my question is, since the process of self correction is life long, then when to do dawah?" dekhen, main aashiron se bohat m</w:t>
      </w:r>
      <w:r>
        <w:br/>
      </w:r>
      <w:r>
        <w:rPr>
          <w:sz w:val="20"/>
        </w:rPr>
        <w:t>49:15  la hoon, un se main poochta hoon ke koi ayat bataiye quran ki, koi quran ki ayat ya hadith bataiye ke pehle apne ko theek karen, is ke baad dawat ka kaam karna hai.</w:t>
      </w:r>
      <w:r>
        <w:br/>
      </w:r>
      <w:r>
        <w:rPr>
          <w:sz w:val="20"/>
        </w:rPr>
        <w:t>49:23  yeh to yeh to bilkul baseless baat hai, koi ek ayat nahi quran majeed mein, koi ek hadith nahi jo yeh kehti ho ke pehle apni islah karo, phir dawat ka kaam baat ko hoga.</w:t>
      </w:r>
      <w:r>
        <w:br/>
      </w:r>
      <w:r>
        <w:rPr>
          <w:sz w:val="20"/>
        </w:rPr>
        <w:t>49:36  yeh to farzi baat hai, jo log aisa kehte hain un se aap poochhen ke koi hawala do quran o sunnat ka hawala do, koi hawala d</w:t>
      </w:r>
      <w:r>
        <w:br/>
      </w:r>
      <w:r>
        <w:rPr>
          <w:sz w:val="20"/>
        </w:rPr>
        <w:t>49:44  e sakte ho. main bohat asar baaten keen, main is ko bohat zyada galat samajhta hoon yeh kehne ko ke pehle apni islah karo, phir dawat ka kaam. yani yeh main is ko bohat hi zyada galat samajhta hoon aur yeh جسارت samajhta hoon ke deen mein ek aisi baat zalim dakhil kar rahe hain jo deen mein hai nahi,</w:t>
      </w:r>
      <w:r>
        <w:br/>
      </w:r>
      <w:r>
        <w:rPr>
          <w:sz w:val="20"/>
        </w:rPr>
        <w:t>50:03  ek aisi baat jo deen mein hai nahi. yeh tasawwur quran aur hadith ajnabi hai ke pehle apni islah kar lo, phir baat baat ko dawat ka ho</w:t>
      </w:r>
      <w:r>
        <w:br/>
      </w:r>
      <w:r>
        <w:rPr>
          <w:sz w:val="20"/>
        </w:rPr>
        <w:t>50:12  ga. yeh tasawwur quran aur hadith mein ajnabi hai, kya haq hai kisi ko aisi baat kehne ka? to jo aap se kahe, ab us se poochhen, reference poochhen, us ko sun kar mat maan lijiye.</w:t>
      </w:r>
      <w:r>
        <w:br/>
      </w:r>
      <w:r>
        <w:rPr>
          <w:sz w:val="20"/>
        </w:rPr>
        <w:t>50:29  mona, yeh sawal aya hai mr amir jaan ka kashmir se: "it is rightly said that ramzan is all about desire management</w:t>
      </w:r>
      <w:r>
        <w:br/>
      </w:r>
      <w:r>
        <w:rPr>
          <w:sz w:val="20"/>
        </w:rPr>
        <w:t>50:40  ۔ why is it that majority of people are able to manage their desires in this month, but once its over, their desires again take control and they follow the wrong path to meet their desires?" kindly guide</w:t>
      </w:r>
      <w:r>
        <w:br/>
      </w:r>
      <w:r>
        <w:rPr>
          <w:sz w:val="20"/>
        </w:rPr>
        <w:t>50:59  bhai, yeh yeh is ka jawab bilkul saada hai ke har masjid mein aap jaiye to sirf misaal bayan kiye jayenge ke roza kab tootta hai aur sehri ka waqt kab shuru hota hai.</w:t>
      </w:r>
      <w:r>
        <w:br/>
      </w:r>
      <w:r>
        <w:rPr>
          <w:sz w:val="20"/>
        </w:rPr>
        <w:t>51:15  yeh jo masail hain, woh bayan kiye jate hain, yani haqeeqat hai ramzan kahin batai batai nahi jati. aap jaiye kisi masjid mein, ek ek chart laga hoga, wahan chart masail ramzan,</w:t>
      </w:r>
      <w:r>
        <w:br/>
      </w:r>
      <w:r>
        <w:rPr>
          <w:sz w:val="20"/>
        </w:rPr>
        <w:t>51:29  koi chart nahi dekhenge aap jo haqeeqat hai ramzan. rooh ramzan par ho to yeh jo log masjidon aur madarson ko chala rahe hain, un ki zimmedari hai ke woh form based region chala rakha hai, unhon ne spirit based region ki baaten nahi karte.</w:t>
      </w:r>
      <w:r>
        <w:br/>
      </w:r>
      <w:r>
        <w:rPr>
          <w:sz w:val="20"/>
        </w:rPr>
        <w:t>51:47  woh isi ka wajah se yeh sab hai, yeh halat hai. maulana, yeh agla comment aur question hai mr danish fazal ka lucknow se</w:t>
      </w:r>
      <w:r>
        <w:br/>
      </w:r>
      <w:r>
        <w:rPr>
          <w:sz w:val="20"/>
        </w:rPr>
        <w:t>51:57  : "thank you maulana sahib for giving us such a valuable thought provoking gift for ramzan, that is giving spirit.</w:t>
      </w:r>
      <w:r>
        <w:br/>
      </w:r>
      <w:r>
        <w:rPr>
          <w:sz w:val="20"/>
        </w:rPr>
        <w:t>52:07  today i really discovered the spirit of ramzan." un ka sawal hai: "while in the state of tadabbur, we might go astray because of less knowledge of islam.</w:t>
      </w:r>
      <w:r>
        <w:br/>
      </w:r>
      <w:r>
        <w:rPr>
          <w:sz w:val="20"/>
        </w:rPr>
        <w:t>52:21  so how can we save us from un authentic distractive things?" distractive things</w:t>
      </w:r>
      <w:r>
        <w:br/>
      </w:r>
      <w:r>
        <w:rPr>
          <w:sz w:val="20"/>
        </w:rPr>
        <w:t>52:27  bhai, is ka taalluq knowledge se nahi hai. har insan ke paas nature hai, consciousness hai, sochne ki taqat hai. bas bhai, kafi hai sochne ke liye, wahi sochne ke liye kafi hai.</w:t>
      </w:r>
      <w:r>
        <w:br/>
      </w:r>
      <w:r>
        <w:rPr>
          <w:sz w:val="20"/>
        </w:rPr>
        <w:t>52:43  jaise main bol raha tha to main ajeeb, mera haal hua ke main kaise bol raha hoon. yani dimagh ne socha, zuban par woh thought kaise aya, zuban kaise boli,</w:t>
      </w:r>
      <w:r>
        <w:br/>
      </w:r>
      <w:r>
        <w:rPr>
          <w:sz w:val="20"/>
        </w:rPr>
        <w:t>52:55  kaise woh dhal gaya alfaaz mein. is ke liye kya zaroorat hai ke aap scientific degree len? scientific degree zaroorat hai.</w:t>
      </w:r>
      <w:r>
        <w:br/>
      </w:r>
      <w:r>
        <w:rPr>
          <w:sz w:val="20"/>
        </w:rPr>
        <w:t>53:04  abhi kal jab main main khana bohat mamooli khana khata hoon, saada khana, jab main kha raha tha to main ne apa se kaha ke dekho, yeh yeh hum pet mein daal dete hain, is ke baad hamein kuch nahi karna.</w:t>
      </w:r>
      <w:r>
        <w:br/>
      </w:r>
      <w:r>
        <w:rPr>
          <w:sz w:val="20"/>
        </w:rPr>
        <w:t>53:17  apne aap hi ek ek factory chal jati hai jo is ko tarah tarah ke cell mein tabdeel karti hai. yani khoon banta hai, gosht banta hai, naakhoon banta hai, baal banta hai.</w:t>
      </w:r>
      <w:r>
        <w:br/>
      </w:r>
      <w:r>
        <w:rPr>
          <w:sz w:val="20"/>
        </w:rPr>
        <w:t>53:30  is ke liye scientific degree kya zaroorat hai? yeh aqal jo hai, is ko kehte hain aqal aam, common sense.</w:t>
      </w:r>
      <w:r>
        <w:br/>
      </w:r>
      <w:r>
        <w:rPr>
          <w:sz w:val="20"/>
        </w:rPr>
        <w:t>53:39  dekhen, tadabbur hota hai common sense ke zariye se, degree ke zariye se nahi.</w:t>
      </w:r>
      <w:r>
        <w:br/>
      </w:r>
      <w:r>
        <w:rPr>
          <w:sz w:val="20"/>
        </w:rPr>
        <w:t>53:45  isi liye jo bare bare degree yafta hain, un ka tadabbur hai hi nahi. bare bare degree yafta ka main ne tadabbur nahi paya. aap bhi dhoond lijiye, tadabbur hota hai common sense ke zariye se, aur common sense aap ko khalq ki taraf se milta hai.</w:t>
      </w:r>
      <w:r>
        <w:br/>
      </w:r>
      <w:r>
        <w:rPr>
          <w:sz w:val="20"/>
        </w:rPr>
        <w:t>54:02  khaliq ki taraf se yeh bilkul galat soch hai ke degreeon wale soch tadabbur kar sakte hain. degree wale tadabbur karte hi nahi kyunke woh technical knowledge in ko hoti hai, fanni knowledge hoti hai.</w:t>
      </w:r>
      <w:r>
        <w:br/>
      </w:r>
      <w:r>
        <w:rPr>
          <w:sz w:val="20"/>
        </w:rPr>
        <w:t>54:13  fanniyat mein phanse rehte hain woh.</w:t>
      </w:r>
    </w:p>
    <w:p>
      <w:pPr>
        <w:pStyle w:val="Heading2"/>
      </w:pPr>
      <w:r>
        <w:t>Who will succeed Maulana as writer and speaker?</w:t>
      </w:r>
    </w:p>
    <w:p>
      <w:r>
        <w:rPr>
          <w:color w:val="666666"/>
          <w:sz w:val="18"/>
        </w:rPr>
        <w:t>Society &amp; Dawah · Purpose Of Human Life -12th Feb. '12 · 11m 03s · at 1:02:38 · https://youtu.be/TCGYvGJHf7w?t=3758</w:t>
      </w:r>
    </w:p>
    <w:p>
      <w:r>
        <w:rPr>
          <w:i/>
        </w:rPr>
        <w:t>“Who is going to be like Maulana after he has passed away? Did he prepare anyone like him who is going to be a prolific writer and speaker?”</w:t>
      </w:r>
    </w:p>
    <w:p>
      <w:r>
        <w:rPr>
          <w:sz w:val="20"/>
        </w:rPr>
        <w:t>1:02:38  Okay, we'll start the question-answer session now. Maulana, yeh sawal aaya hai Mr. Khaja Kaleemuddin ka Pennsylvania se. unhone likha hai: "Maulana sahib, I often come across with a question from the people asking who is going to be like Maulana after he has passed away. Did he prepare anyone like him who is going to be a prolific writer and speaker?"</w:t>
      </w:r>
      <w:r>
        <w:br/>
      </w:r>
      <w:r>
        <w:rPr>
          <w:sz w:val="20"/>
        </w:rPr>
        <w:t>1:03:08  My reply to such people always has been that Maulana has never been trying to clone himself who</w:t>
      </w:r>
      <w:r>
        <w:br/>
      </w:r>
      <w:r>
        <w:rPr>
          <w:sz w:val="20"/>
        </w:rPr>
        <w:t>1:03:13  can be another Maulana Vaiduddin Khan.</w:t>
      </w:r>
      <w:r>
        <w:br/>
      </w:r>
      <w:r>
        <w:rPr>
          <w:sz w:val="20"/>
        </w:rPr>
        <w:t>1:03:19  Rather, he is trying to raise the awareness of all and sundry so that every person becomes a</w:t>
      </w:r>
      <w:r>
        <w:br/>
      </w:r>
      <w:r>
        <w:rPr>
          <w:sz w:val="20"/>
        </w:rPr>
        <w:t>1:03:24  thinking person, a person who discovers the reality on his own.</w:t>
      </w:r>
      <w:r>
        <w:br/>
      </w:r>
      <w:r>
        <w:rPr>
          <w:sz w:val="20"/>
        </w:rPr>
        <w:t>1:03:30  Maulana, with his literature, has initiated a process with which people may evolve into peaceful beings who can</w:t>
      </w:r>
      <w:r>
        <w:br/>
      </w:r>
      <w:r>
        <w:rPr>
          <w:sz w:val="20"/>
        </w:rPr>
        <w:t>1:03:35  establish peace in the world.</w:t>
      </w:r>
      <w:r>
        <w:br/>
      </w:r>
      <w:r>
        <w:rPr>
          <w:sz w:val="20"/>
        </w:rPr>
        <w:t>1:03:41  Thus, he is making a way so that someone greater than him may be born." Maulana sahib, please comment on my reply.</w:t>
      </w:r>
      <w:r>
        <w:br/>
      </w:r>
      <w:r>
        <w:rPr>
          <w:sz w:val="20"/>
        </w:rPr>
        <w:t>1:03:51  theek hai, aap ne bilkul sahi jawab diya hai.</w:t>
      </w:r>
      <w:r>
        <w:br/>
      </w:r>
      <w:r>
        <w:rPr>
          <w:sz w:val="20"/>
        </w:rPr>
        <w:t>1:03:56  haqeeqat yeh hai ke dunya mein hamesha literature hi se kaam hua hai.</w:t>
      </w:r>
      <w:r>
        <w:br/>
      </w:r>
      <w:r>
        <w:rPr>
          <w:sz w:val="20"/>
        </w:rPr>
        <w:t>1:04:01  jitne tehreekein hain, insaan to hamesha baqi nahin rehta.</w:t>
      </w:r>
      <w:r>
        <w:br/>
      </w:r>
      <w:r>
        <w:rPr>
          <w:sz w:val="20"/>
        </w:rPr>
        <w:t>1:04:06  jitne barhe barhe movement hain, woh sab literature hi se aage barhe hain.</w:t>
      </w:r>
      <w:r>
        <w:br/>
      </w:r>
      <w:r>
        <w:rPr>
          <w:sz w:val="20"/>
        </w:rPr>
        <w:t>1:04:11  chahe Marxism ho, chahe Darwinism ho, chahe Democracy ho.</w:t>
      </w:r>
      <w:r>
        <w:br/>
      </w:r>
      <w:r>
        <w:rPr>
          <w:sz w:val="20"/>
        </w:rPr>
        <w:t>1:04:16  jitne bhi tehreekein hain, literature hi ke bal par aage barhi hain.</w:t>
      </w:r>
      <w:r>
        <w:br/>
      </w:r>
      <w:r>
        <w:rPr>
          <w:sz w:val="20"/>
        </w:rPr>
        <w:t>1:04:22  aur Allah ke fazl se yahan literature aisa tayyar ho chuka hai jo har cheez ko replace karta hai.</w:t>
      </w:r>
      <w:r>
        <w:br/>
      </w:r>
      <w:r>
        <w:rPr>
          <w:sz w:val="20"/>
        </w:rPr>
        <w:t>1:04:27  abhi aaj hi mujhe ek news mili ek shehar se India ke.</w:t>
      </w:r>
      <w:r>
        <w:br/>
      </w:r>
      <w:r>
        <w:rPr>
          <w:sz w:val="20"/>
        </w:rPr>
        <w:t>1:04:32  ek saahab ko yaani daryaft hui is mission ki.</w:t>
      </w:r>
      <w:r>
        <w:br/>
      </w:r>
      <w:r>
        <w:rPr>
          <w:sz w:val="20"/>
        </w:rPr>
        <w:t>1:04:37  aur kitabon ko parha unhon ne.</w:t>
      </w:r>
      <w:r>
        <w:br/>
      </w:r>
      <w:r>
        <w:rPr>
          <w:sz w:val="20"/>
        </w:rPr>
        <w:t>1:04:42  to unhon ne andha dhundh kitabon ko phailana shuru kar diya.</w:t>
      </w:r>
      <w:r>
        <w:br/>
      </w:r>
      <w:r>
        <w:rPr>
          <w:sz w:val="20"/>
        </w:rPr>
        <w:t>1:04:47  aaj hi mujhe Masih Ibrahim kehte hain ke main ek ek insaan tak in kitabon ko pahunchaoonga.</w:t>
      </w:r>
      <w:r>
        <w:br/>
      </w:r>
      <w:r>
        <w:rPr>
          <w:sz w:val="20"/>
        </w:rPr>
        <w:t>1:04:53  to log, mere khayal se, yeh log parhte nahin.</w:t>
      </w:r>
      <w:r>
        <w:br/>
      </w:r>
      <w:r>
        <w:rPr>
          <w:sz w:val="20"/>
        </w:rPr>
        <w:t>1:04:58  woh jante nahin ke literature ki shakal mein kaisi cheez tayyar ho gayi hai.</w:t>
      </w:r>
      <w:r>
        <w:br/>
      </w:r>
      <w:r>
        <w:rPr>
          <w:sz w:val="20"/>
        </w:rPr>
        <w:t>1:05:03  aaj hi subah telephone ke zariye mujhe ek sahab ne bataya ke inke paas telephone aaya hai.</w:t>
      </w:r>
      <w:r>
        <w:br/>
      </w:r>
      <w:r>
        <w:rPr>
          <w:sz w:val="20"/>
        </w:rPr>
        <w:t>1:05:08  ke inke andar ek zabardast jazba jaag utha hai ke is literature ko mujhe saare insanon tak pahunchana hai.</w:t>
      </w:r>
      <w:r>
        <w:br/>
      </w:r>
      <w:r>
        <w:rPr>
          <w:sz w:val="20"/>
        </w:rPr>
        <w:t>1:05:13  is ke liye woh apna waqt, apna maal, apni energy sab laga rakha hai unhon ne.</w:t>
      </w:r>
      <w:r>
        <w:br/>
      </w:r>
      <w:r>
        <w:rPr>
          <w:sz w:val="20"/>
        </w:rPr>
        <w:t>1:05:18  to aap aisi baatein kyun karte hain? dekhiye, Quran mein hai ke qunoot haraam hai.</w:t>
      </w:r>
      <w:r>
        <w:br/>
      </w:r>
      <w:r>
        <w:rPr>
          <w:sz w:val="20"/>
        </w:rPr>
        <w:t>1:05:24  mayusi haraam hai.</w:t>
      </w:r>
      <w:r>
        <w:br/>
      </w:r>
      <w:r>
        <w:rPr>
          <w:sz w:val="20"/>
        </w:rPr>
        <w:t>1:05:29  to is mein main aksar sochta hoon ke mayusi ko Allah taala ne kyun haraam kiya? yaani agar</w:t>
      </w:r>
      <w:r>
        <w:br/>
      </w:r>
      <w:r>
        <w:rPr>
          <w:sz w:val="20"/>
        </w:rPr>
        <w:t>1:05:34  mayusi ke asbab maujood hon to us ko haraam nahin keh sakta.</w:t>
      </w:r>
      <w:r>
        <w:br/>
      </w:r>
      <w:r>
        <w:rPr>
          <w:sz w:val="20"/>
        </w:rPr>
        <w:t>1:05:39  pehle mayusi ke asbab ko khatam karna parega tab mayusi ko haraam kar sakte hain aap.</w:t>
      </w:r>
      <w:r>
        <w:br/>
      </w:r>
      <w:r>
        <w:rPr>
          <w:sz w:val="20"/>
        </w:rPr>
        <w:t>1:05:44  yeh naam karna hai ke Allah taala mayusion ke duniya mein insan ko chhod de aur kahe ke</w:t>
      </w:r>
      <w:r>
        <w:br/>
      </w:r>
      <w:r>
        <w:rPr>
          <w:sz w:val="20"/>
        </w:rPr>
        <w:t>1:05:50  mayoos mat ho.</w:t>
      </w:r>
      <w:r>
        <w:br/>
      </w:r>
      <w:r>
        <w:rPr>
          <w:sz w:val="20"/>
        </w:rPr>
        <w:t>1:05:55  darmiyan qal darya takht bandam kardi badmi goyi kas daman tar mak hooshiyar bash aisa nahin ho sakta hai.</w:t>
      </w:r>
      <w:r>
        <w:br/>
      </w:r>
      <w:r>
        <w:rPr>
          <w:sz w:val="20"/>
        </w:rPr>
        <w:t>1:06:00  doosri baat yeh hai ke sab se badi taqat Allah taala ki hai.</w:t>
      </w:r>
      <w:r>
        <w:br/>
      </w:r>
      <w:r>
        <w:rPr>
          <w:sz w:val="20"/>
        </w:rPr>
        <w:t>1:06:05  jo har waqt aap ke liye, har waqt aap ke liye maujood hai.</w:t>
      </w:r>
      <w:r>
        <w:br/>
      </w:r>
      <w:r>
        <w:rPr>
          <w:sz w:val="20"/>
        </w:rPr>
        <w:t>1:06:10  har insan ke liye.</w:t>
      </w:r>
      <w:r>
        <w:br/>
      </w:r>
      <w:r>
        <w:rPr>
          <w:sz w:val="20"/>
        </w:rPr>
        <w:t>1:06:15  hata ke andhe ke liye bhi maujood hai.</w:t>
      </w:r>
      <w:r>
        <w:br/>
      </w:r>
      <w:r>
        <w:rPr>
          <w:sz w:val="20"/>
        </w:rPr>
        <w:t>1:06:21  main aap ka kal ka tajruba aap ko batata hoon.</w:t>
      </w:r>
      <w:r>
        <w:br/>
      </w:r>
      <w:r>
        <w:rPr>
          <w:sz w:val="20"/>
        </w:rPr>
        <w:t>1:06:26  kal, abhi kal shaam ka.</w:t>
      </w:r>
      <w:r>
        <w:br/>
      </w:r>
      <w:r>
        <w:rPr>
          <w:sz w:val="20"/>
        </w:rPr>
        <w:t>1:06:31  dilli ke ek bahut bade center mein kal ek program tha.</w:t>
      </w:r>
      <w:r>
        <w:br/>
      </w:r>
      <w:r>
        <w:rPr>
          <w:sz w:val="20"/>
        </w:rPr>
        <w:t>1:06:36  wahan ek American professor aaye hue the.</w:t>
      </w:r>
      <w:r>
        <w:br/>
      </w:r>
      <w:r>
        <w:rPr>
          <w:sz w:val="20"/>
        </w:rPr>
        <w:t>1:06:41  ek senior professor jo wahan par mazhab ko parhate hain.</w:t>
      </w:r>
      <w:r>
        <w:br/>
      </w:r>
      <w:r>
        <w:rPr>
          <w:sz w:val="20"/>
        </w:rPr>
        <w:t>1:06:46  to ek bahut zabardast program tha, scholars akatthe the is mein.</w:t>
      </w:r>
      <w:r>
        <w:br/>
      </w:r>
      <w:r>
        <w:rPr>
          <w:sz w:val="20"/>
        </w:rPr>
        <w:t>1:06:52  aur speaker sirf do the.</w:t>
      </w:r>
      <w:r>
        <w:br/>
      </w:r>
      <w:r>
        <w:rPr>
          <w:sz w:val="20"/>
        </w:rPr>
        <w:t>1:06:57  sirf do ko bolna tha wahan.</w:t>
      </w:r>
      <w:r>
        <w:br/>
      </w:r>
      <w:r>
        <w:rPr>
          <w:sz w:val="20"/>
        </w:rPr>
        <w:t>1:07:02  woh jo thay woh christian ko le kar, christianity ko le kar bolne thay.</w:t>
      </w:r>
      <w:r>
        <w:br/>
      </w:r>
      <w:r>
        <w:rPr>
          <w:sz w:val="20"/>
        </w:rPr>
        <w:t>1:07:07  yani christianity and peace, yeh un ka subject tha.</w:t>
      </w:r>
      <w:r>
        <w:br/>
      </w:r>
      <w:r>
        <w:rPr>
          <w:sz w:val="20"/>
        </w:rPr>
        <w:t>1:07:12  doosra speaker mein tha.</w:t>
      </w:r>
      <w:r>
        <w:br/>
      </w:r>
      <w:r>
        <w:rPr>
          <w:sz w:val="20"/>
        </w:rPr>
        <w:t>1:07:18  islam and peace.</w:t>
      </w:r>
      <w:r>
        <w:br/>
      </w:r>
      <w:r>
        <w:rPr>
          <w:sz w:val="20"/>
        </w:rPr>
        <w:t>1:07:23  ab pehli baar aisa hua meri zindagi mein ke aik senior american professor ke sath mein baitha hoon.</w:t>
      </w:r>
      <w:r>
        <w:br/>
      </w:r>
      <w:r>
        <w:rPr>
          <w:sz w:val="20"/>
        </w:rPr>
        <w:t>1:07:28  aik us ki taqreer, doosri meri taqreer.</w:t>
      </w:r>
      <w:r>
        <w:br/>
      </w:r>
      <w:r>
        <w:rPr>
          <w:sz w:val="20"/>
        </w:rPr>
        <w:t>1:07:33  to mein yaqeen kijiye ke mein bilkul andar se, yani dil mera kaanp raha tha ke.</w:t>
      </w:r>
      <w:r>
        <w:br/>
      </w:r>
      <w:r>
        <w:rPr>
          <w:sz w:val="20"/>
        </w:rPr>
        <w:t>1:07:38  aur woh aadmi, us ki angrezi us ki madri zuban hai.</w:t>
      </w:r>
      <w:r>
        <w:br/>
      </w:r>
      <w:r>
        <w:rPr>
          <w:sz w:val="20"/>
        </w:rPr>
        <w:t>1:07:43  wohi shobay mein taleem hasil ki hai.</w:t>
      </w:r>
      <w:r>
        <w:br/>
      </w:r>
      <w:r>
        <w:rPr>
          <w:sz w:val="20"/>
        </w:rPr>
        <w:t>1:07:49  isi ka professor hai.</w:t>
      </w:r>
      <w:r>
        <w:br/>
      </w:r>
      <w:r>
        <w:rPr>
          <w:sz w:val="20"/>
        </w:rPr>
        <w:t>1:07:54  isi par research kiya hai.</w:t>
      </w:r>
      <w:r>
        <w:br/>
      </w:r>
      <w:r>
        <w:rPr>
          <w:sz w:val="20"/>
        </w:rPr>
        <w:t>1:07:59  isi ka expert hai woh.</w:t>
      </w:r>
      <w:r>
        <w:br/>
      </w:r>
      <w:r>
        <w:rPr>
          <w:sz w:val="20"/>
        </w:rPr>
        <w:t>1:08:04  to aik american professor yahan baitha hua hai, doosri taraf mein baitha hoon.</w:t>
      </w:r>
      <w:r>
        <w:br/>
      </w:r>
      <w:r>
        <w:rPr>
          <w:sz w:val="20"/>
        </w:rPr>
        <w:t>1:08:09  mein aik madrassay ka molvi.</w:t>
      </w:r>
      <w:r>
        <w:br/>
      </w:r>
      <w:r>
        <w:rPr>
          <w:sz w:val="20"/>
        </w:rPr>
        <w:t>1:08:14  meri taleem to molvi wali taleem hui hai.</w:t>
      </w:r>
      <w:r>
        <w:br/>
      </w:r>
      <w:r>
        <w:rPr>
          <w:sz w:val="20"/>
        </w:rPr>
        <w:t>1:08:20  to us waqt aap yaqeen kijiye ke mere dil mein yeh aata tha ke kaash koi mujhe mil</w:t>
      </w:r>
      <w:r>
        <w:br/>
      </w:r>
      <w:r>
        <w:rPr>
          <w:sz w:val="20"/>
        </w:rPr>
        <w:t>1:08:25  jaye bhagne ka aaj moqa.</w:t>
      </w:r>
      <w:r>
        <w:br/>
      </w:r>
      <w:r>
        <w:rPr>
          <w:sz w:val="20"/>
        </w:rPr>
        <w:t>1:08:30  koi wajah mil jaye.</w:t>
      </w:r>
      <w:r>
        <w:br/>
      </w:r>
      <w:r>
        <w:rPr>
          <w:sz w:val="20"/>
        </w:rPr>
        <w:t>1:08:35  bas mein faint ho jaon.</w:t>
      </w:r>
      <w:r>
        <w:br/>
      </w:r>
      <w:r>
        <w:rPr>
          <w:sz w:val="20"/>
        </w:rPr>
        <w:t>1:08:40  ya koi aisi baat ho jaye ke mujhe aik aik excuse mil jaye ke mein stage chor ke chala jaon.</w:t>
      </w:r>
      <w:r>
        <w:br/>
      </w:r>
      <w:r>
        <w:rPr>
          <w:sz w:val="20"/>
        </w:rPr>
        <w:t>1:08:45  jaise aise khayalat aa rahe thay.</w:t>
      </w:r>
      <w:r>
        <w:br/>
      </w:r>
      <w:r>
        <w:rPr>
          <w:sz w:val="20"/>
        </w:rPr>
        <w:t>1:08:51  lekin zahir hai ke mein uth nahi sakta tha.</w:t>
      </w:r>
      <w:r>
        <w:br/>
      </w:r>
      <w:r>
        <w:rPr>
          <w:sz w:val="20"/>
        </w:rPr>
        <w:t>1:08:56  to mein ne Allah taala se dua ki.</w:t>
      </w:r>
      <w:r>
        <w:br/>
      </w:r>
      <w:r>
        <w:rPr>
          <w:sz w:val="20"/>
        </w:rPr>
        <w:t>1:09:01  mein ne kaha khuda ya to.</w:t>
      </w:r>
      <w:r>
        <w:br/>
      </w:r>
      <w:r>
        <w:rPr>
          <w:sz w:val="20"/>
        </w:rPr>
        <w:t>1:09:06  jab aadmi deewangi mein bolta hai to ajeeb baatein bolta hai woh.</w:t>
      </w:r>
      <w:r>
        <w:br/>
      </w:r>
      <w:r>
        <w:rPr>
          <w:sz w:val="20"/>
        </w:rPr>
        <w:t>1:09:11  jo hadith mein hai ke rub' al-shazaq matfu' bil-wab la aqsim Allah illa bar to deewane ki koi</w:t>
      </w:r>
      <w:r>
        <w:br/>
      </w:r>
      <w:r>
        <w:rPr>
          <w:sz w:val="20"/>
        </w:rPr>
        <w:t>1:09:17  zaban nahi hoti, yaad rakhiye.</w:t>
      </w:r>
      <w:r>
        <w:br/>
      </w:r>
      <w:r>
        <w:rPr>
          <w:sz w:val="20"/>
        </w:rPr>
        <w:t>1:09:22  main ne kaha khuda ya to jibril ko dobara bhej de. zameen par.</w:t>
      </w:r>
      <w:r>
        <w:br/>
      </w:r>
      <w:r>
        <w:rPr>
          <w:sz w:val="20"/>
        </w:rPr>
        <w:t>1:09:27  main bator human face ke ja raha hoon.</w:t>
      </w:r>
      <w:r>
        <w:br/>
      </w:r>
      <w:r>
        <w:rPr>
          <w:sz w:val="20"/>
        </w:rPr>
        <w:t>1:09:32  ab bolne wala jibril ho.</w:t>
      </w:r>
      <w:r>
        <w:br/>
      </w:r>
      <w:r>
        <w:rPr>
          <w:sz w:val="20"/>
        </w:rPr>
        <w:t>1:09:37  to waqea yeh hai ke is waqt jo main ne mein bola, jo chhodne walon se aap poochh lijiyey.</w:t>
      </w:r>
      <w:r>
        <w:br/>
      </w:r>
      <w:r>
        <w:rPr>
          <w:sz w:val="20"/>
        </w:rPr>
        <w:t>1:09:42  ek sahib ne is ko etiraf kiya ke jo level of confidence aap ka tha woh is ka nahi tha.</w:t>
      </w:r>
      <w:r>
        <w:br/>
      </w:r>
      <w:r>
        <w:rPr>
          <w:sz w:val="20"/>
        </w:rPr>
        <w:t>1:09:48  is Christian professor ka, American professor ka, white professor tha woh.</w:t>
      </w:r>
      <w:r>
        <w:br/>
      </w:r>
      <w:r>
        <w:rPr>
          <w:sz w:val="20"/>
        </w:rPr>
        <w:t>1:09:53  is ka level of confidence jo tha us se bohat zyada tha aap ka level of confidence.</w:t>
      </w:r>
      <w:r>
        <w:br/>
      </w:r>
      <w:r>
        <w:rPr>
          <w:sz w:val="20"/>
        </w:rPr>
        <w:t>1:09:58  aadh ghante tak bolta raha main, tees minute tak.</w:t>
      </w:r>
      <w:r>
        <w:br/>
      </w:r>
      <w:r>
        <w:rPr>
          <w:sz w:val="20"/>
        </w:rPr>
        <w:t>1:10:03  to kaise log hain jo jin ko Khuda par bharosa nahi? log apni madi zaruraton ke liye Khuda</w:t>
      </w:r>
      <w:r>
        <w:br/>
      </w:r>
      <w:r>
        <w:rPr>
          <w:sz w:val="20"/>
        </w:rPr>
        <w:t>1:10:08  se mangna jante hain.</w:t>
      </w:r>
      <w:r>
        <w:br/>
      </w:r>
      <w:r>
        <w:rPr>
          <w:sz w:val="20"/>
        </w:rPr>
        <w:t>1:10:13  dawat Allah ke liye mangna nahi jante.</w:t>
      </w:r>
      <w:r>
        <w:br/>
      </w:r>
      <w:r>
        <w:rPr>
          <w:sz w:val="20"/>
        </w:rPr>
        <w:t>1:10:19  main ne aise log dekhe hain jo tarp tarp kar dua karte hain bimari ke liye, bachche ke</w:t>
      </w:r>
      <w:r>
        <w:br/>
      </w:r>
      <w:r>
        <w:rPr>
          <w:sz w:val="20"/>
        </w:rPr>
        <w:t>1:10:24  liye, apni madi cheezon ke liye.</w:t>
      </w:r>
      <w:r>
        <w:br/>
      </w:r>
      <w:r>
        <w:rPr>
          <w:sz w:val="20"/>
        </w:rPr>
        <w:t>1:10:29  isi tarah se aap Allah se mangen to Allah ki madad uṛ paṛegi aap ke upar.</w:t>
      </w:r>
      <w:r>
        <w:br/>
      </w:r>
      <w:r>
        <w:rPr>
          <w:sz w:val="20"/>
        </w:rPr>
        <w:t>1:10:34  ek kal ek ek ek ek sahib mile mujhe, ek ek ek naujawan jo ke hamare da'wati program</w:t>
      </w:r>
      <w:r>
        <w:br/>
      </w:r>
      <w:r>
        <w:rPr>
          <w:sz w:val="20"/>
        </w:rPr>
        <w:t>1:10:39  mein lage hue hain.</w:t>
      </w:r>
      <w:r>
        <w:br/>
      </w:r>
      <w:r>
        <w:rPr>
          <w:sz w:val="20"/>
        </w:rPr>
        <w:t>1:10:45  woh barabar kaam kar rahe hain da'wati.</w:t>
      </w:r>
      <w:r>
        <w:br/>
      </w:r>
      <w:r>
        <w:rPr>
          <w:sz w:val="20"/>
        </w:rPr>
        <w:t>1:10:50  yahan bhi ate hain.</w:t>
      </w:r>
      <w:r>
        <w:br/>
      </w:r>
      <w:r>
        <w:rPr>
          <w:sz w:val="20"/>
        </w:rPr>
        <w:t>1:10:55  to unhon ne yeh kaha ke main da'wati kaam to kar raha hoon, jana paṛta hai mujhe Hinduon</w:t>
      </w:r>
      <w:r>
        <w:br/>
      </w:r>
      <w:r>
        <w:rPr>
          <w:sz w:val="20"/>
        </w:rPr>
        <w:t>1:11:00  mein, Isaiyon mein, har jagah.</w:t>
      </w:r>
      <w:r>
        <w:br/>
      </w:r>
      <w:r>
        <w:rPr>
          <w:sz w:val="20"/>
        </w:rPr>
        <w:t>1:11:05  lekin mera level of confidence jo hai woh bohat kam hai.</w:t>
      </w:r>
      <w:r>
        <w:br/>
      </w:r>
      <w:r>
        <w:rPr>
          <w:sz w:val="20"/>
        </w:rPr>
        <w:t>1:11:10  yeh kaha unhon ne.</w:t>
      </w:r>
      <w:r>
        <w:br/>
      </w:r>
      <w:r>
        <w:rPr>
          <w:sz w:val="20"/>
        </w:rPr>
        <w:t>1:11:16  jo confidence hona chahiye us ka us se main hi dawat kar pata hoon.</w:t>
      </w:r>
      <w:r>
        <w:br/>
      </w:r>
      <w:r>
        <w:rPr>
          <w:sz w:val="20"/>
        </w:rPr>
        <w:t>1:11:21  to mein ne kaha ke aaj aap maujood thay yahan par.</w:t>
      </w:r>
      <w:r>
        <w:br/>
      </w:r>
      <w:r>
        <w:rPr>
          <w:sz w:val="20"/>
        </w:rPr>
        <w:t>1:11:26  yeh qissa bataya mein ne in ko.</w:t>
      </w:r>
      <w:r>
        <w:br/>
      </w:r>
      <w:r>
        <w:rPr>
          <w:sz w:val="20"/>
        </w:rPr>
        <w:t>1:11:31  woh maujood thay kal.</w:t>
      </w:r>
      <w:r>
        <w:br/>
      </w:r>
      <w:r>
        <w:rPr>
          <w:sz w:val="20"/>
        </w:rPr>
        <w:t>1:11:36  to mujhe un se unhon ne poocha ke aap mujhe bataiye ke woh American professor tha aur mein</w:t>
      </w:r>
      <w:r>
        <w:br/>
      </w:r>
      <w:r>
        <w:rPr>
          <w:sz w:val="20"/>
        </w:rPr>
        <w:t>1:11:41  aik molvi tha.</w:t>
      </w:r>
      <w:r>
        <w:br/>
      </w:r>
      <w:r>
        <w:rPr>
          <w:sz w:val="20"/>
        </w:rPr>
        <w:t>1:11:47  donon ki taqreer suni aap ne.</w:t>
      </w:r>
      <w:r>
        <w:br/>
      </w:r>
      <w:r>
        <w:rPr>
          <w:sz w:val="20"/>
        </w:rPr>
        <w:t>1:11:52  donon mein level of confidence ke aitbaar se aap number dijiye.</w:t>
      </w:r>
      <w:r>
        <w:br/>
      </w:r>
      <w:r>
        <w:rPr>
          <w:sz w:val="20"/>
        </w:rPr>
        <w:t>1:11:57  unhon ne kaha ke aap ka level of confidence barha hua tha.</w:t>
      </w:r>
      <w:r>
        <w:br/>
      </w:r>
      <w:r>
        <w:rPr>
          <w:sz w:val="20"/>
        </w:rPr>
        <w:t>1:12:02  mein ne kaha barha hua tha, Allah hi se, Allah Allah se dua kar rahe thay.</w:t>
      </w:r>
      <w:r>
        <w:br/>
      </w:r>
      <w:r>
        <w:rPr>
          <w:sz w:val="20"/>
        </w:rPr>
        <w:t>1:12:07  mere andar kuch bhi nahi tha mere andar.</w:t>
      </w:r>
      <w:r>
        <w:br/>
      </w:r>
      <w:r>
        <w:rPr>
          <w:sz w:val="20"/>
        </w:rPr>
        <w:t>1:12:12  isi ko Hazrat Masih ne kaha tha ke mango to pao ge.</w:t>
      </w:r>
      <w:r>
        <w:br/>
      </w:r>
      <w:r>
        <w:rPr>
          <w:sz w:val="20"/>
        </w:rPr>
        <w:t>1:12:18  darwaza khatkhatao, tumhare liye khula jaye ga.</w:t>
      </w:r>
      <w:r>
        <w:br/>
      </w:r>
      <w:r>
        <w:rPr>
          <w:sz w:val="20"/>
        </w:rPr>
        <w:t>1:12:23  bohat ajeeb baat unhon ne kahi ke woh kon baap hai ke is ka beta is se machhli</w:t>
      </w:r>
      <w:r>
        <w:br/>
      </w:r>
      <w:r>
        <w:rPr>
          <w:sz w:val="20"/>
        </w:rPr>
        <w:t>1:12:28  mange, is ke haath mein saamp rakh de.</w:t>
      </w:r>
      <w:r>
        <w:br/>
      </w:r>
      <w:r>
        <w:rPr>
          <w:sz w:val="20"/>
        </w:rPr>
        <w:t>1:12:33  aik bari ajeeb taqreer hai Hazrat Masih ki Bible mein.</w:t>
      </w:r>
      <w:r>
        <w:br/>
      </w:r>
      <w:r>
        <w:rPr>
          <w:sz w:val="20"/>
        </w:rPr>
        <w:t>1:12:38  mango to pao ge.</w:t>
      </w:r>
      <w:r>
        <w:br/>
      </w:r>
      <w:r>
        <w:rPr>
          <w:sz w:val="20"/>
        </w:rPr>
        <w:t>1:12:44  darwaza khatkhatao, tumhara is se khula jaye ga.</w:t>
      </w:r>
      <w:r>
        <w:br/>
      </w:r>
      <w:r>
        <w:rPr>
          <w:sz w:val="20"/>
        </w:rPr>
        <w:t>1:12:49  woh kon baap hai ke is ka beta is se machhli mange, is ke haath mein saamp rakh de.</w:t>
      </w:r>
      <w:r>
        <w:br/>
      </w:r>
      <w:r>
        <w:rPr>
          <w:sz w:val="20"/>
        </w:rPr>
        <w:t>1:12:54  to is mission ke sath na sirf literature maujood hai na sirf Quran maujood hai balkeh Allah taala maujood hai.</w:t>
      </w:r>
      <w:r>
        <w:br/>
      </w:r>
      <w:r>
        <w:rPr>
          <w:sz w:val="20"/>
        </w:rPr>
        <w:t>1:12:59  Allah taala tamam farishton ke sath maujood hai.</w:t>
      </w:r>
      <w:r>
        <w:br/>
      </w:r>
      <w:r>
        <w:rPr>
          <w:sz w:val="20"/>
        </w:rPr>
        <w:t>1:13:04  to kis baat ka khauf, kis baat ka gham? kya aap isi Allah ke sath, isi be aitimadi</w:t>
      </w:r>
      <w:r>
        <w:br/>
      </w:r>
      <w:r>
        <w:rPr>
          <w:sz w:val="20"/>
        </w:rPr>
        <w:t>1:13:09  ke sath jiyen ge to Allah ka saamna kar paen ge aap? jo log is be aitimadi ke</w:t>
      </w:r>
      <w:r>
        <w:br/>
      </w:r>
      <w:r>
        <w:rPr>
          <w:sz w:val="20"/>
        </w:rPr>
        <w:t>1:13:15  sath jeena chahte hain duniya mein, woh is be aitimadi ko le kar kiya Allah se milna chahte</w:t>
      </w:r>
      <w:r>
        <w:br/>
      </w:r>
      <w:r>
        <w:rPr>
          <w:sz w:val="20"/>
        </w:rPr>
        <w:t>1:13:20  hain aakhirat mein? yeh sab shaitani waswase hain, yaad rakhiye.</w:t>
      </w:r>
      <w:r>
        <w:br/>
      </w:r>
      <w:r>
        <w:rPr>
          <w:sz w:val="20"/>
        </w:rPr>
        <w:t>1:13:25  aur jab bhi yeh waswase aayen to kahiye la haula wa la quwwata illa billahil azeem la haula wa la</w:t>
      </w:r>
      <w:r>
        <w:br/>
      </w:r>
      <w:r>
        <w:rPr>
          <w:sz w:val="20"/>
        </w:rPr>
        <w:t>1:13:30  quwwat illa billahil aliyyil azeem allahumma inni aoozubika min hamazatish shayateen yeh sab parhiye.</w:t>
      </w:r>
      <w:r>
        <w:br/>
      </w:r>
      <w:r>
        <w:rPr>
          <w:sz w:val="20"/>
        </w:rPr>
        <w:t>1:13:35  aur sab inshallah theek ho jayega.</w:t>
      </w:r>
    </w:p>
    <w:p>
      <w:pPr>
        <w:pStyle w:val="Heading2"/>
      </w:pPr>
      <w:r>
        <w:t>Why Muslim Brotherhood Failed in Egypt?</w:t>
      </w:r>
    </w:p>
    <w:p>
      <w:r>
        <w:rPr>
          <w:color w:val="666666"/>
          <w:sz w:val="18"/>
        </w:rPr>
        <w:t>Society &amp; Dawah · Islam and Peace August 25, 2013 · 6m 20s · at 51:17 · https://youtu.be/WbBu4W6AUUs?t=3077</w:t>
      </w:r>
    </w:p>
    <w:p>
      <w:r>
        <w:rPr>
          <w:i/>
        </w:rPr>
        <w:t>“After a long struggle, Muslim Brotherhood came into power in Egypt through democratic process. Why is it that they were unable to prevail their government? Can 'army coup' be justified in Egypt?”</w:t>
      </w:r>
    </w:p>
    <w:p>
      <w:r>
        <w:rPr>
          <w:sz w:val="20"/>
        </w:rPr>
        <w:t>51:17  maulana, agla sawal lahore pakistan se hai muhammad sajjad sahib ka. unhone likha hai: "After a long struggle, Muslim brotherhood came into power in Egypt through democratic process.</w:t>
      </w:r>
      <w:r>
        <w:br/>
      </w:r>
      <w:r>
        <w:rPr>
          <w:sz w:val="20"/>
        </w:rPr>
        <w:t>51:32  Why is it that they were unable to prevail their government? Can 'army coup' be justified in Egypt?" dekhiye, yeh 'army coup' ka maamla nahin hai.</w:t>
      </w:r>
      <w:r>
        <w:br/>
      </w:r>
      <w:r>
        <w:rPr>
          <w:sz w:val="20"/>
        </w:rPr>
        <w:t>51:44  khud murshid sahib, yaani doctor muhammad morsi, ne apni taqreer jo depose kiye jaane se pehle ki thi, unhone khud kaha tha, mein ne suna hai internet par, aap bhi sun sakte hain ke "أصفت أهانًا وأخطأت أهانًا أخرى" ۔</w:t>
      </w:r>
      <w:r>
        <w:br/>
      </w:r>
      <w:r>
        <w:rPr>
          <w:sz w:val="20"/>
        </w:rPr>
        <w:t>52:02  mein ne kuch sahi kiya, kuch ghalat kiya. achha, ghalat kiya hai, us mein unhone yeh point out nahin kiya ke ghalat mein ne kiya. yeh to maana unhone ke mein ne ghalti ki.</w:t>
      </w:r>
      <w:r>
        <w:br/>
      </w:r>
      <w:r>
        <w:rPr>
          <w:sz w:val="20"/>
        </w:rPr>
        <w:t>52:14  "أصفت أهانًا وأخطأت أهانًا أخرى" ۔ to yeh nahin bataya ke unhone ghalti kiya ki.</w:t>
      </w:r>
      <w:r>
        <w:br/>
      </w:r>
      <w:r>
        <w:rPr>
          <w:sz w:val="20"/>
        </w:rPr>
        <w:t>52:19  lekin mein ne jo tajziya kiya hai waqeaat ka, to ghalati yeh thi, ghalati yeh thi ke yeh log democracy ka naam lete hain, aur saare musalmanon ka haal yahi hai, lekin democratic culture ko nahin jaante.</w:t>
      </w:r>
      <w:r>
        <w:br/>
      </w:r>
      <w:r>
        <w:rPr>
          <w:sz w:val="20"/>
        </w:rPr>
        <w:t>52:36  woh these people don't know what is democratic culture. dekhiye, democratic culture kya hai?</w:t>
      </w:r>
      <w:r>
        <w:br/>
      </w:r>
      <w:r>
        <w:rPr>
          <w:sz w:val="20"/>
        </w:rPr>
        <w:t>52:46  fareeqe sani ki rai ko accept karna, fareeqe sani ki baat ko accept karna. kyunke democracy hamesha ek acquisition opposition rehti hai.</w:t>
      </w:r>
      <w:r>
        <w:br/>
      </w:r>
      <w:r>
        <w:rPr>
          <w:sz w:val="20"/>
        </w:rPr>
        <w:t>52:59  yani wahan par Ali khawar al musalmoon jo thay, woh ghalib hue to 32 feesad ko vote miley thay. bas 32 feesad.</w:t>
      </w:r>
      <w:r>
        <w:br/>
      </w:r>
      <w:r>
        <w:rPr>
          <w:sz w:val="20"/>
        </w:rPr>
        <w:t>53:08  is ka matlab hai ke ek bari tadad woh thi jo jo ke un ke khilaf thi, aur un ko absolute majority bhi nahi mili thi. un ko ab absolute majority nahi mili thi.</w:t>
      </w:r>
      <w:r>
        <w:br/>
      </w:r>
      <w:r>
        <w:rPr>
          <w:sz w:val="20"/>
        </w:rPr>
        <w:t>53:19  to is ke matlab hai ke ek tadad thi opposition ki, woh more than 50 feesad thi. woh log to democracy mein kya hota hai ke aap ko accept karna parta hai opposition ki.</w:t>
      </w:r>
      <w:r>
        <w:br/>
      </w:r>
      <w:r>
        <w:rPr>
          <w:sz w:val="20"/>
        </w:rPr>
        <w:t>53:28  opposition ko aap, yani hukoomat ki seat par baithe hain, tab bhi wahan pe ek opposition hai.</w:t>
      </w:r>
      <w:r>
        <w:br/>
      </w:r>
      <w:r>
        <w:rPr>
          <w:sz w:val="20"/>
        </w:rPr>
        <w:t>53:37  unhon ne opposition ko bilkul, yani khater bhi nahi laye. nahi laye. murshid sahib aise ahkam jari kiye jaise ke un ki koi haqeeqat nahi, bas hum sab kuch hain.</w:t>
      </w:r>
      <w:r>
        <w:br/>
      </w:r>
      <w:r>
        <w:rPr>
          <w:sz w:val="20"/>
        </w:rPr>
        <w:t>53:50  to main ne ek ek article likha tha, us mein us mein main ne yeh yeh baat likhi thi ke musalman jo hain, woh sirf kingship model ko jante hain, democratic model ko musalman nahi jante.</w:t>
      </w:r>
      <w:r>
        <w:br/>
      </w:r>
      <w:r>
        <w:rPr>
          <w:sz w:val="20"/>
        </w:rPr>
        <w:t>54:04  dekhiye, dono mein farq kya hai?</w:t>
      </w:r>
      <w:r>
        <w:br/>
      </w:r>
      <w:r>
        <w:rPr>
          <w:sz w:val="20"/>
        </w:rPr>
        <w:t>54:06  kingship model jo hai, woh is ka jo equation hai, woh ruler aur ruled ka hai. yani ruler aur ruled ke equation par khara hota hai kingship model.</w:t>
      </w:r>
      <w:r>
        <w:br/>
      </w:r>
      <w:r>
        <w:rPr>
          <w:sz w:val="20"/>
        </w:rPr>
        <w:t>54:20  lekin democracy mein aisa nahi hai. democracy mein jo equation hai, woh hai people aur representative of people, yani awam aur numaindagan awam.</w:t>
      </w:r>
      <w:r>
        <w:br/>
      </w:r>
      <w:r>
        <w:rPr>
          <w:sz w:val="20"/>
        </w:rPr>
        <w:t>54:32  to yeh log nahi jante is baat ko.</w:t>
      </w:r>
      <w:r>
        <w:br/>
      </w:r>
      <w:r>
        <w:rPr>
          <w:sz w:val="20"/>
        </w:rPr>
        <w:t>54:35  woh samajhte hain ke bas hum ruler hain, woh ruled hain, hum hakim hain, woh mahkoom hain. isi zehan ke sath unhon ne chaha ke hukoomat chalayein, woh aur fail ho gaye.</w:t>
      </w:r>
      <w:r>
        <w:br/>
      </w:r>
      <w:r>
        <w:rPr>
          <w:sz w:val="20"/>
        </w:rPr>
        <w:t>54:44  woh</w:t>
      </w:r>
      <w:r>
        <w:br/>
      </w:r>
      <w:r>
        <w:rPr>
          <w:sz w:val="20"/>
        </w:rPr>
        <w:t>54:47  main bohat kaafi mein is ko parhta raha hoon, yeh is phenomena ko jo Misr ka jo hai, in logon ka jo model, un ka jo mindset tha, jo un ka, jo un ka,</w:t>
      </w:r>
      <w:r>
        <w:br/>
      </w:r>
      <w:r>
        <w:rPr>
          <w:sz w:val="20"/>
        </w:rPr>
        <w:t>55:01  jo un ka mindset tha, jo sadiyon se bana hua hai, woh wohi hai. hakim aur mahkoom ke ek equation base karta hai. woh woh jo equation hai ke ek taraf people hain, doosri taraf people ke numaindagan hain, is is ko jante hi nahi.</w:t>
      </w:r>
      <w:r>
        <w:br/>
      </w:r>
      <w:r>
        <w:rPr>
          <w:sz w:val="20"/>
        </w:rPr>
        <w:t>55:16  woh</w:t>
      </w:r>
      <w:r>
        <w:br/>
      </w:r>
      <w:r>
        <w:rPr>
          <w:sz w:val="20"/>
        </w:rPr>
        <w:t>55:18  to opposition ko accept nahi karte. to jab unhon ne jab Bani Israel ka yeh qaul ke "أخطأت أهانًا أخرى" . to main ne kaha ke dekhiye, yeh jante nahi ke democracy mein aap mistake ko afford nahi kar sakte.</w:t>
      </w:r>
      <w:r>
        <w:br/>
      </w:r>
      <w:r>
        <w:rPr>
          <w:sz w:val="20"/>
        </w:rPr>
        <w:t>55:32  you cannot afford to commit a mistake in democracy. kyun? wahan pe opposition baithi hui hai, woh is woh is intezar mein hai ke aap koi ghalti karein, us ko exploit kare.</w:t>
      </w:r>
      <w:r>
        <w:br/>
      </w:r>
      <w:r>
        <w:rPr>
          <w:sz w:val="20"/>
        </w:rPr>
        <w:t>55:42  woh</w:t>
      </w:r>
      <w:r>
        <w:br/>
      </w:r>
      <w:r>
        <w:rPr>
          <w:sz w:val="20"/>
        </w:rPr>
        <w:t>55:45  democracy mein hamesha ek opposition hoti hai jo is intezar mein rehti hai ke aap koi opposition, ke aap koi ghalti karein, woh us ko exploit kare.</w:t>
      </w:r>
      <w:r>
        <w:br/>
      </w:r>
      <w:r>
        <w:rPr>
          <w:sz w:val="20"/>
        </w:rPr>
        <w:t>55:55  kyun? us ko agle term mein us ko jeetna hai election. kingship nahi hai ke jo badshah ho, butt ke gaya to 50 baras akela wohi badshahi karta rahega.</w:t>
      </w:r>
      <w:r>
        <w:br/>
      </w:r>
      <w:r>
        <w:rPr>
          <w:sz w:val="20"/>
        </w:rPr>
        <w:t>56:05  democracy mein to char baras, panch baras mein badalti hai hukoomat. to opposition ko agle election us ke samne hota hai,</w:t>
      </w:r>
      <w:r>
        <w:br/>
      </w:r>
      <w:r>
        <w:rPr>
          <w:sz w:val="20"/>
        </w:rPr>
        <w:t>56:14  agley election ke liye us ko maidan hamwar karna hai. to ruling party ko bohat ziyada mohtat rehna chahiye ke aisi koi ghalti woh na kare jis ko opposition exploit kar sake.</w:t>
      </w:r>
      <w:r>
        <w:br/>
      </w:r>
      <w:r>
        <w:rPr>
          <w:sz w:val="20"/>
        </w:rPr>
        <w:t>56:25  yeh sab kiya doctor murshi sahib ne. to ab unhon ne jo jo ek baat aur main arz karunga ke is mein western countries ki ghalti yeh hai ke unhon ne Arab dunya mein democracy ko export karna chaha,</w:t>
      </w:r>
      <w:r>
        <w:br/>
      </w:r>
      <w:r>
        <w:rPr>
          <w:sz w:val="20"/>
        </w:rPr>
        <w:t>56:43  jis ko kehte thay woh Arab Spring. Arab Spring matlab tha ke western tribe ki democracy jo hai, us ko export kar ke laya jaye Arab mein.</w:t>
      </w:r>
      <w:r>
        <w:br/>
      </w:r>
      <w:r>
        <w:rPr>
          <w:sz w:val="20"/>
        </w:rPr>
        <w:t>56:53  lekin un ki ghalati yeh thi ke woh jante nahi the ke arab mind jo hai, us ko accept karne ki tayari nahi. arbon ki jo training hai, un ka jo education hai, woh democracy pe base hi nahi karti.</w:t>
      </w:r>
      <w:r>
        <w:br/>
      </w:r>
      <w:r>
        <w:rPr>
          <w:sz w:val="20"/>
        </w:rPr>
        <w:t>57:05  woh to kingship model par jee rahe hain aaj tak.</w:t>
      </w:r>
      <w:r>
        <w:br/>
      </w:r>
      <w:r>
        <w:rPr>
          <w:sz w:val="20"/>
        </w:rPr>
        <w:t>57:09  yani arab dunya jo hai, woh aaj tak kingship model ko liye hue hai. democratic model se woh woh familiar nahi hain.</w:t>
      </w:r>
      <w:r>
        <w:br/>
      </w:r>
      <w:r>
        <w:rPr>
          <w:sz w:val="20"/>
        </w:rPr>
        <w:t>57:20  to un logon ne chaha ke woh nahi, nahi, yani western mind ki democracy ko, western type ki democracy ko export karen.</w:t>
      </w:r>
      <w:r>
        <w:br/>
      </w:r>
      <w:r>
        <w:rPr>
          <w:sz w:val="20"/>
        </w:rPr>
        <w:t>57:30  to woh export nahi ho saki. woh woh revolt kar diya. bhai, yeh yeh hai sara qissa misr ka.</w:t>
      </w:r>
    </w:p>
    <w:p>
      <w:pPr>
        <w:pStyle w:val="Heading2"/>
      </w:pPr>
      <w:r>
        <w:t>Why Muslims Are Different and Fail to Find Solutions</w:t>
      </w:r>
    </w:p>
    <w:p>
      <w:r>
        <w:rPr>
          <w:color w:val="666666"/>
          <w:sz w:val="18"/>
        </w:rPr>
        <w:t>Society &amp; Dawah · The Crises Management September 18, 2011 · 8m 55s · at 59:34 · https://youtu.be/s3cYFtQZwzw?t=3574</w:t>
      </w:r>
    </w:p>
    <w:p>
      <w:r>
        <w:rPr>
          <w:i/>
        </w:rPr>
        <w:t>“Why is it that Muslims are different from other communities? Why do they fail to find a solution to their problems?”</w:t>
      </w:r>
    </w:p>
    <w:p>
      <w:r>
        <w:rPr>
          <w:sz w:val="20"/>
        </w:rPr>
        <w:t>59:34  ah Maulana yeh sawal Dr Farida Khanam ne karaya hai Delhi se unhone likha hai why is</w:t>
      </w:r>
      <w:r>
        <w:br/>
      </w:r>
      <w:r>
        <w:rPr>
          <w:sz w:val="20"/>
        </w:rPr>
        <w:t>59:41  at that Muslims are different from other communities. Why do they fail to find a solution to their</w:t>
      </w:r>
      <w:r>
        <w:br/>
      </w:r>
      <w:r>
        <w:rPr>
          <w:sz w:val="20"/>
        </w:rPr>
        <w:t>59:48  problems dekhein is sawal ka jawab</w:t>
      </w:r>
      <w:r>
        <w:br/>
      </w:r>
      <w:r>
        <w:rPr>
          <w:sz w:val="20"/>
        </w:rPr>
        <w:t>59:53  bohat mushkil hai immediate jo immediate reason reason hai woh hai Muslim leaders ka failure</w:t>
      </w:r>
      <w:r>
        <w:br/>
      </w:r>
      <w:r>
        <w:rPr>
          <w:sz w:val="20"/>
        </w:rPr>
        <w:t>1:00:06  yeh aakhri reason nahi kah sakte ke is ki man phir yeh sawal paida ho ke khud Muslim leader kyun fail ho gaye lekin immediate reason jo hai Muslim leader jitne bhi the without any exception sab reaction shikar ho gaye reaction ke shikar ho gaye bas khali nafrat tashaddud maar dhaar yeh isi ko samjha unhone</w:t>
      </w:r>
      <w:r>
        <w:br/>
      </w:r>
      <w:r>
        <w:rPr>
          <w:sz w:val="20"/>
        </w:rPr>
        <w:t>1:00:33  mein samajhta hoon ke jo tradition thi lambi musalmanon ki empire ki us se bahar nahi aa sake woh</w:t>
      </w:r>
      <w:r>
        <w:br/>
      </w:r>
      <w:r>
        <w:rPr>
          <w:sz w:val="20"/>
        </w:rPr>
        <w:t>1:00:43  jaise mein aik aik misaal deta hoon ke abbasi daur mein aik aik regional aik tribe tha us ne kuch baghawat khabar mili ke woh baghawat karne wala hai to khalifa ke darbar mein us par baat cheet hui</w:t>
      </w:r>
      <w:r>
        <w:br/>
      </w:r>
      <w:r>
        <w:rPr>
          <w:sz w:val="20"/>
        </w:rPr>
        <w:t>1:01:11  to aik shakhs ne mashwara diya fauj bhej jao un ko kuchalne ke liye fauj doosre aadmi ne kaha nahi hamein fauj bhejne ki zaroorat nahi hai hamara dadu dadu itna zyada hai ke hum aik khat bhejenge aur masla khatam ho jayega</w:t>
      </w:r>
      <w:r>
        <w:br/>
      </w:r>
      <w:r>
        <w:rPr>
          <w:sz w:val="20"/>
        </w:rPr>
        <w:t>1:01:28  to khalifa ne aik khat bheja bohat hi warning ke chup saath baitho nahi to hum fauj bhejenge aur fauj jab pahunchegi to tum ko dhans dhans kar dalegi to jab chup ho gaye woh log to us par shayar ne shair kaha ke اذا اماں ارسل عمراء جیشن الا اعدائے ارسل الکتابہ</w:t>
      </w:r>
      <w:r>
        <w:br/>
      </w:r>
      <w:r>
        <w:rPr>
          <w:sz w:val="20"/>
        </w:rPr>
        <w:t>1:01:57  ke jahan log fauj bhejte hain wahan pe khat bhej dete hain to yeh aik tha chala aa raha tha ke hamara dab daba itna zyada hai hamein kaun bigaad sakta hai to immediate reason to yahi hai ke musalmanon mein is daur mein is poore do sau saal mein koi bhi creative rehnuma paida nahi hua</w:t>
      </w:r>
      <w:r>
        <w:br/>
      </w:r>
      <w:r>
        <w:rPr>
          <w:sz w:val="20"/>
        </w:rPr>
        <w:t>1:02:20  jo asal mein is cell mein band raha empire ke cell mein isi mein sochta raha woh ab khud muslim rehnuma koi fail ho gaye yeh alag question hai kyunke immediate reason yahi hai</w:t>
      </w:r>
      <w:r>
        <w:br/>
      </w:r>
      <w:r>
        <w:rPr>
          <w:sz w:val="20"/>
        </w:rPr>
        <w:t>1:02:43  Mr Ibrahim Khalilullah ne Pakistan se sawal kiya hai</w:t>
      </w:r>
      <w:r>
        <w:br/>
      </w:r>
      <w:r>
        <w:rPr>
          <w:sz w:val="20"/>
        </w:rPr>
        <w:t>1:02:48  unhone likha hai shaitan gunah ke kaam ko thrill banata hai aam taur par har kaam jis mein violation ho chahe woh sharab juwa ya koi aur kaam us mein aik thrill hota hai insan meri samajh ke mutabiq thrill ke peeche jata hai haqeeqat mein koi khaas pleasure nahi hota insan buraiyon ke kaam se thak bhi jata hai</w:t>
      </w:r>
      <w:r>
        <w:br/>
      </w:r>
      <w:r>
        <w:rPr>
          <w:sz w:val="20"/>
        </w:rPr>
        <w:t>1:03:16  baaz dafa woh jhoot aur gheebat kisi faide ke baghair bhi karta hai Maulana sahib mera sawal yeh</w:t>
      </w:r>
      <w:r>
        <w:br/>
      </w:r>
      <w:r>
        <w:rPr>
          <w:sz w:val="20"/>
        </w:rPr>
        <w:t>1:03:23  hai ke Shaitan buraiyon ko kis tarah beautify karta hai is ke baray mein bataein</w:t>
      </w:r>
      <w:r>
        <w:br/>
      </w:r>
      <w:r>
        <w:rPr>
          <w:sz w:val="20"/>
        </w:rPr>
        <w:t>1:03:30  mein samajhta hoon ke Quran mein is ke baray mein yeh lafz aaya hai bal unam</w:t>
      </w:r>
      <w:r>
        <w:br/>
      </w:r>
      <w:r>
        <w:rPr>
          <w:sz w:val="20"/>
        </w:rPr>
        <w:t>1:03:38  mein unhein khwahishon mein dalunga</w:t>
      </w:r>
      <w:r>
        <w:br/>
      </w:r>
      <w:r>
        <w:rPr>
          <w:sz w:val="20"/>
        </w:rPr>
        <w:t>1:03:42  desire mein mubtala karunga</w:t>
      </w:r>
      <w:r>
        <w:br/>
      </w:r>
      <w:r>
        <w:rPr>
          <w:sz w:val="20"/>
        </w:rPr>
        <w:t>1:03:47  to insan ke andar desire bohat zyada hai bohat zyada khwahish</w:t>
      </w:r>
      <w:r>
        <w:br/>
      </w:r>
      <w:r>
        <w:rPr>
          <w:sz w:val="20"/>
        </w:rPr>
        <w:t>1:03:56  aur unlimited desire to yeh insan ka vulnerable point hai isi ko shaitan activate karta hai desire ko badha badha kar badha kar ke woh har taraf le aata hai is mein khushi milegi is mein thrill milega is mein yeh milega to woh is desire ka jo insan ke andar jazba hai us ko woh activate karta hai</w:t>
      </w:r>
      <w:r>
        <w:br/>
      </w:r>
      <w:r>
        <w:rPr>
          <w:sz w:val="20"/>
        </w:rPr>
        <w:t>1:04:24  ab yahan par insan ka kaam hai ke woh soche ke desire ka result kya hai result result ka yani desire peeche chalun mein to kahan pahunchunga mein to yahan shaitan ko hum yani fail kar sakte hain apne mind ko activate kar ke aur koi doosra rasta koi doosra nahi hai is ka</w:t>
      </w:r>
      <w:r>
        <w:br/>
      </w:r>
      <w:r>
        <w:rPr>
          <w:sz w:val="20"/>
        </w:rPr>
        <w:t>1:04:52  Miss Naghma ne Delhi se likha hai why is ijtihad considered a taboo by Muslims today what is its history please comment</w:t>
      </w:r>
      <w:r>
        <w:br/>
      </w:r>
      <w:r>
        <w:rPr>
          <w:sz w:val="20"/>
        </w:rPr>
        <w:t>1:05:11  yeh asal mein abbasi daur mein jo jo fuqaha paida hue un ke baad se hua hai</w:t>
      </w:r>
      <w:r>
        <w:br/>
      </w:r>
      <w:r>
        <w:rPr>
          <w:sz w:val="20"/>
        </w:rPr>
        <w:t>1:05:18  kuch fuqaha jo paida hue un ko logon ne samjha ke bhai yahi aakhri mujtahid the is ke aage ijtihad ki zaroorat nahi hai ab woh aise log paida nahi honge to ijtihad darwaza band kar diya gaya agarche kuch aise ulma hi paida hue jo kehte rahe ke ijtihad darwaza band nahi hai khula hua hai</w:t>
      </w:r>
      <w:r>
        <w:br/>
      </w:r>
      <w:r>
        <w:rPr>
          <w:sz w:val="20"/>
        </w:rPr>
        <w:t>1:05:37  lekin behal majority ulma ki woh thi jis ne maan liya ke woh jo fuqaha the daur abbasi ke wohi mujtahid mutlaq the us par mein ne tafseel se likha hai apni kitab mein fiqhi ghalti mein aur yeh bohat hi ghalt soch hai jo develop hui abbasi daur mein jo us ko tafseel mein janna chahe woh is kitab ko padh sakta hai fiqhi ghalti</w:t>
      </w:r>
      <w:r>
        <w:br/>
      </w:r>
      <w:r>
        <w:rPr>
          <w:sz w:val="20"/>
        </w:rPr>
        <w:t>1:06:07  Mr Aamir bin Yusuf ne Karachi Pakistan se likha hai hamare yahan Hafiz Quran ki bohat ahmiyat hai log apne bachon ko hifz karwane ke baad apne aap ko jannati samajhte hain is mamle ko Quran aur Hadees ki roshni mein clarify kijiye</w:t>
      </w:r>
      <w:r>
        <w:br/>
      </w:r>
      <w:r>
        <w:rPr>
          <w:sz w:val="20"/>
        </w:rPr>
        <w:t>1:06:30  clarify kahin Quran Hadees mein aayi nahi hai baat ke jo aaj musalman samajhte hain ke ghar mein aik Hafiz ho jaye to saare ghar wale jo hain jannat mein chale jayenge yeh to kahin likha nahi hai na Quran mein na Hadees mein yeh to aik khud sakhta bana rakha hai musalmanon ne Quran ka hifz karna Quran ko mehfooz karne ke liye tha jannat ke liye nahi tha</w:t>
      </w:r>
      <w:r>
        <w:br/>
      </w:r>
      <w:r>
        <w:rPr>
          <w:sz w:val="20"/>
        </w:rPr>
        <w:t>1:06:58  dono farq hai dono baaton mein yaad rakhiye aik hai Quran ko preserve karna Quran ko preserve karna to pehle yeh kaam Hafiz log karte the ab to yeh kaam printing press karta hai printing press ne is se hazar guna zyada bade pani par us ko mehfooz kar diya hai ab computer ne mehfooz kar diya hai to Hafiz ka riwaj jo pada woh Quran ko preserve karne ke liye</w:t>
      </w:r>
      <w:r>
        <w:br/>
      </w:r>
      <w:r>
        <w:rPr>
          <w:sz w:val="20"/>
        </w:rPr>
        <w:t>1:07:26  tha jannat ke liye nahi hai yaad rakhein jannat ikhlas se milti hai ikhlas Hafiz kar lein aap us se jannat mil jaye yeh bilkul yani Quran Hadees mein is ka kahin koi bhi is ka saboot nahi hai</w:t>
      </w:r>
      <w:r>
        <w:br/>
      </w:r>
      <w:r>
        <w:rPr>
          <w:sz w:val="20"/>
        </w:rPr>
        <w:t>1:07:44  jannat ki wahid shart hai ikhlas khalisatan lillah kaam karna</w:t>
      </w:r>
      <w:r>
        <w:br/>
      </w:r>
      <w:r>
        <w:rPr>
          <w:sz w:val="20"/>
        </w:rPr>
        <w:t>1:07:55  Maulana us ko kehte hain khalisatan liwajillah jo ibtigha mardarat Allah ke alfaaz aate hain us ke liye koi bhi kaam jo haqeeqatan Allah ki raza ke liye kiya gaya ho us se jannat milti hai baqi aisa nahi ke aap khandan mein kisi ko hifz karwate hain to bas sab ki jannatein pakki hain yeh to khud sakhta nazariya hai</w:t>
      </w:r>
      <w:r>
        <w:br/>
      </w:r>
      <w:r>
        <w:rPr>
          <w:sz w:val="20"/>
        </w:rPr>
        <w:t>1:08:21  Maulana inhi ki taraf se abhi abhi aik feedback aaya hai</w:t>
      </w:r>
      <w:r>
        <w:br/>
      </w:r>
      <w:r>
        <w:rPr>
          <w:sz w:val="20"/>
        </w:rPr>
        <w:t>1:08:24  woh likh rahe hain ke aaj Pakistan mein awaz bohat hi behtar aur achi sunai de rahi hai</w:t>
      </w:r>
    </w:p>
    <w:p>
      <w:pPr>
        <w:pStyle w:val="Heading2"/>
      </w:pPr>
      <w:r>
        <w:t>Why Muslims don't value peace over fighting</w:t>
      </w:r>
    </w:p>
    <w:p>
      <w:r>
        <w:rPr>
          <w:color w:val="666666"/>
          <w:sz w:val="18"/>
        </w:rPr>
        <w:t>Society &amp; Dawah · Experience of Hyderabad CPS Meet December 1, 2013 · 5m 07s · at 1:01:06 · https://youtu.be/Y8mcxF2Lhyc?t=3666</w:t>
      </w:r>
    </w:p>
    <w:p>
      <w:r>
        <w:rPr>
          <w:i/>
        </w:rPr>
        <w:t>“Why don't Muslims consider peace as a matter of greatness? They consider fighting as greatness and peaceful dawah work as unimportant.”</w:t>
      </w:r>
    </w:p>
    <w:p>
      <w:r>
        <w:rPr>
          <w:sz w:val="20"/>
        </w:rPr>
        <w:t>1:01:06  Maulana, agla sawal lene se pehle aik comment parhna chahenge jo Mahtab sahib ne Dhampur se bheja hai. unhon ne likha hai: "Maulana sahib, today lecture was a very meaningful lecture for me about what you mentioned from risalat to mission in India."</w:t>
      </w:r>
      <w:r>
        <w:br/>
      </w:r>
      <w:r>
        <w:rPr>
          <w:sz w:val="20"/>
        </w:rPr>
        <w:t>1:01:28  Maulana, agla sawal Maulana Iqbal Umri ne kiya hai Tamil Nadu</w:t>
      </w:r>
      <w:r>
        <w:br/>
      </w:r>
      <w:r>
        <w:rPr>
          <w:sz w:val="20"/>
        </w:rPr>
        <w:t>1:01:33  se. unhon ne likha hai: "Maulana, musalman aman ki baat ko azmat ki baat kyun nahi samajhte?" yaani qital ko azmat aur paraman dawati kaam ko ahmiyat nahi.</w:t>
      </w:r>
      <w:r>
        <w:br/>
      </w:r>
      <w:r>
        <w:rPr>
          <w:sz w:val="20"/>
        </w:rPr>
        <w:t>1:01:48  aisa kyun hai? dekhiye, wajah to is ki yeh hai ke baad ke daur mein musalmanon se dawat hadaf ho gayi.</w:t>
      </w:r>
      <w:r>
        <w:br/>
      </w:r>
      <w:r>
        <w:rPr>
          <w:sz w:val="20"/>
        </w:rPr>
        <w:t>1:01:59  ab jo cheez reh gayi woh jihad, kyunke yaani hukoomaten ban gayeen. hukoomaten banti hain to kisi na kisi se takrao rehta hai, kahin baghawat ho rahi hai, kahin parosi mulk mein aap ko expand karna hai.</w:t>
      </w:r>
      <w:r>
        <w:br/>
      </w:r>
      <w:r>
        <w:rPr>
          <w:sz w:val="20"/>
        </w:rPr>
        <w:t>1:02:20  to political taraqqi hui musalmanon ki, un ki hukoomaten bani paare bana. to is waqt yahi hoga ke hamein jihad karna, jihad karna, jihad karna.</w:t>
      </w:r>
      <w:r>
        <w:br/>
      </w:r>
      <w:r>
        <w:rPr>
          <w:sz w:val="20"/>
        </w:rPr>
        <w:t>1:02:32  aur dawat jo hai woh bilkul hadaf ho gayi,</w:t>
      </w:r>
      <w:r>
        <w:br/>
      </w:r>
      <w:r>
        <w:rPr>
          <w:sz w:val="20"/>
        </w:rPr>
        <w:t>1:02:37  dawat bilkul hadaf ho gayi. jab dawat hadaf ho gayi to aap koi bhi, yahan se wahan tak jitni kitabein likhi gayi hain,</w:t>
      </w:r>
      <w:r>
        <w:br/>
      </w:r>
      <w:r>
        <w:rPr>
          <w:sz w:val="20"/>
        </w:rPr>
        <w:t>1:02:46  mein apne ilm ke mutabiq yahi kehta hoon, kisi aik kitab mein bhi dawat ki ahmiyat nahi. kisi aik kitab mein, hatta ke jo bare darja de rakha hai logon ne, uska Imam Ghazali ke ya Awliyauddin ka, us mein nahi.</w:t>
      </w:r>
      <w:r>
        <w:br/>
      </w:r>
      <w:r>
        <w:rPr>
          <w:sz w:val="20"/>
        </w:rPr>
        <w:t>1:03:02  shah allah ki kitab hujjat ul barah, is mein nahin. dawat ka bab bhi hadaf hai in kitabon se, aur jo doosri kitaben hain, to musalmanon ke shaoor mein dawat hai hi nahin</w:t>
      </w:r>
      <w:r>
        <w:br/>
      </w:r>
      <w:r>
        <w:rPr>
          <w:sz w:val="20"/>
        </w:rPr>
        <w:t>1:03:13  . kya hai? political empire, hukoomat to wohi kar rahe hain. ab chounke empire khatam ho gaya hai, to lar lar ke phir chahte hain ke phir regain karen empire ko.</w:t>
      </w:r>
      <w:r>
        <w:br/>
      </w:r>
      <w:r>
        <w:rPr>
          <w:sz w:val="20"/>
        </w:rPr>
        <w:t>1:03:25  is waqt musalmanon ki sargarmian jo hain, apne khoye hue empire ko regain karne ke liye hain. dawat ka koi concept hi nahin hai, na unko insaan se koi khair khwahi hai.</w:t>
      </w:r>
      <w:r>
        <w:br/>
      </w:r>
      <w:r>
        <w:rPr>
          <w:sz w:val="20"/>
        </w:rPr>
        <w:t>1:03:36  insaan to unko dushman nazar aate hain. yeh sari zimmedari ulama ki hai, mere nazdeek awam ki nahin hai.</w:t>
      </w:r>
      <w:r>
        <w:br/>
      </w:r>
      <w:r>
        <w:rPr>
          <w:sz w:val="20"/>
        </w:rPr>
        <w:t>1:03:43  ulama ne bohat hi zyada is mein responsible hain is baat ke liye. galat zehan bana hai musalmanon ka. sare ulama, arab ke ulama bhi hain aur non arab ke ulama bhi hain.</w:t>
      </w:r>
      <w:r>
        <w:br/>
      </w:r>
      <w:r>
        <w:rPr>
          <w:sz w:val="20"/>
        </w:rPr>
        <w:t>1:03:57  mujhe is mein koi shakk nahin hai. ab jaise mein ek misaal deta hoon ke falasteen mein yahoodi aa gaye, adhe falasteen mein yahoodi, adhe falasteen mein arab.</w:t>
      </w:r>
      <w:r>
        <w:br/>
      </w:r>
      <w:r>
        <w:rPr>
          <w:sz w:val="20"/>
        </w:rPr>
        <w:t>1:04:09  to is waqt mashhoor aalim thay sheikh hasan al banna, to unhon ne juloos nikala ashqarah ke sir ke oopar, ek lakh arbon ko le kar ke, ek lakh arbon ko le kar ke:</w:t>
      </w:r>
      <w:r>
        <w:br/>
      </w:r>
      <w:r>
        <w:rPr>
          <w:sz w:val="20"/>
        </w:rPr>
        <w:t>1:04:22  "rabbak ya falasteen! rabbak ya falasteen!" ab</w:t>
      </w:r>
      <w:r>
        <w:br/>
      </w:r>
      <w:r>
        <w:rPr>
          <w:sz w:val="20"/>
        </w:rPr>
        <w:t>1:04:25  woh lad gaye. ladai ka yani zehan paida kar diya ke lado, unko maar ke nikalo. sawal yeh hai ke unhon ne yeh kyun nahin kaha ke yahoodi aa gaye hamare mulk mein, unhein paigham do?</w:t>
      </w:r>
      <w:r>
        <w:br/>
      </w:r>
      <w:r>
        <w:rPr>
          <w:sz w:val="20"/>
        </w:rPr>
        <w:t>1:04:35  allah ka hai. rasool allah ne madine ke yahudiyon ko islam ka paigham diya tha. madine mein 50 feesad yahoodi thay is waqt.</w:t>
      </w:r>
      <w:r>
        <w:br/>
      </w:r>
      <w:r>
        <w:rPr>
          <w:sz w:val="20"/>
        </w:rPr>
        <w:t>1:04:45  to hasan banna ne yeh kyun nahin kaha ke hamare apne mulk mein aa gaye hain yahoodi, ab unko islam ka paigham sunao? yeh kyun nahin kaha unhon ne</w:t>
      </w:r>
      <w:r>
        <w:br/>
      </w:r>
      <w:r>
        <w:rPr>
          <w:sz w:val="20"/>
        </w:rPr>
        <w:t>1:04:53  ? to is ko kaha jata hai trend setter. hamare ulama jo hain, bohat hi zyada zimmedar hain is baat ke ke galat trend set kiya unhon ne.</w:t>
      </w:r>
      <w:r>
        <w:br/>
      </w:r>
      <w:r>
        <w:rPr>
          <w:sz w:val="20"/>
        </w:rPr>
        <w:t>1:05:04  india mein angrezon ke khilaf jihad shuru kar diya. ulama ne sare sare ulama mil kar ke angrezon ke khilaf jihad shuru kar diya.</w:t>
      </w:r>
      <w:r>
        <w:br/>
      </w:r>
      <w:r>
        <w:rPr>
          <w:sz w:val="20"/>
        </w:rPr>
        <w:t>1:05:13  unhon ne unko maar maar ke bhagao. to bohat yeh sare ulama hi hain, trend setter hain. yeh galat galat trend set kiya unhon ne.</w:t>
      </w:r>
      <w:r>
        <w:br/>
      </w:r>
      <w:r>
        <w:rPr>
          <w:sz w:val="20"/>
        </w:rPr>
        <w:t>1:05:23  dawat ka trend set karne ke bajaye qital ka trend.</w:t>
      </w:r>
      <w:r>
        <w:br/>
      </w:r>
      <w:r>
        <w:rPr>
          <w:sz w:val="20"/>
        </w:rPr>
        <w:t>1:05:30  kuch log jo dawat ke naam lete hain, woh aur bhi zyada mere nazdeek galat kaam karte hain. naam lete hain dawat ka aur kaam karte hain ke masjidon mein ja kar ke fazail sunao.</w:t>
      </w:r>
      <w:r>
        <w:br/>
      </w:r>
      <w:r>
        <w:rPr>
          <w:sz w:val="20"/>
        </w:rPr>
        <w:t>1:05:41  yeh to aur bhi zyada galat kaam hai. masjidon mein fazail ki kahani sunayen ke kahin ke dawat ho rahi hai.</w:t>
      </w:r>
      <w:r>
        <w:br/>
      </w:r>
      <w:r>
        <w:rPr>
          <w:sz w:val="20"/>
        </w:rPr>
        <w:t>1:05:47  to ghair muslimon mein parman dawat allah ka kaam jo hai, yeh is trend set karna chahiye tha ulama ko. woh kya nahin unhon ne?</w:t>
      </w:r>
      <w:r>
        <w:br/>
      </w:r>
      <w:r>
        <w:rPr>
          <w:sz w:val="20"/>
        </w:rPr>
        <w:t>1:05:57  to behal ab jo soorat e haal hai, woh yahi hai. is ko as a matter of fact maniye aur is ko is ko mante hue apne apne mission ko aap manage kijiye.</w:t>
      </w:r>
    </w:p>
    <w:p>
      <w:pPr>
        <w:pStyle w:val="Heading2"/>
      </w:pPr>
      <w:r>
        <w:t>Why Muslims prioritize worldly power over spirituality?</w:t>
      </w:r>
    </w:p>
    <w:p>
      <w:r>
        <w:rPr>
          <w:color w:val="666666"/>
          <w:sz w:val="18"/>
        </w:rPr>
        <w:t>Society &amp; Dawah · Kingdom of God August 25, 2018 · 9m 21s · at 27:14 · https://youtu.be/SrnWPkMbEQw?t=1634</w:t>
      </w:r>
    </w:p>
    <w:p>
      <w:r>
        <w:rPr>
          <w:i/>
        </w:rPr>
        <w:t>“The world's importance is not even equal to a mosquito's wing. Then why do Muslims consider acquiring governments as the biggest goal and have not yet come out of this mistake? And why do they forget the Prophet's last sermon?”</w:t>
      </w:r>
    </w:p>
    <w:p>
      <w:r>
        <w:rPr>
          <w:sz w:val="20"/>
        </w:rPr>
        <w:t>27:14  Kashmir mein aap pathar marte hain to woh bhi aap ko marte hain. yeh sab retaliation hai aur kuch nahi. Miss Shabana Ansari ne Pakistan se sawal bheja hai Maulana.</w:t>
      </w:r>
      <w:r>
        <w:br/>
      </w:r>
      <w:r>
        <w:rPr>
          <w:sz w:val="20"/>
        </w:rPr>
        <w:t>27:28  unhon ne likha hai ke dunya ki ahmiyat to machar ke par ke barabar nahi. Allah ke nazdeek phir Muslims kyon hukoomaton ko hasil karna sab se bara maqsad samajhte hain aur abhi tak is ghalati se bahar nahi nikal sake?</w:t>
      </w:r>
      <w:r>
        <w:br/>
      </w:r>
      <w:r>
        <w:rPr>
          <w:sz w:val="20"/>
        </w:rPr>
        <w:t>27:49  aur kyon Rasool Allah ka aakhri khutba bhool jate hain?</w:t>
      </w:r>
      <w:r>
        <w:br/>
      </w:r>
      <w:r>
        <w:rPr>
          <w:sz w:val="20"/>
        </w:rPr>
        <w:t>27:57  bhai, dunya to ab mein ne kaha ke yeh to challenge ki dunya hai. har waqt shaitan bhagane mein laga hua hai.</w:t>
      </w:r>
      <w:r>
        <w:br/>
      </w:r>
      <w:r>
        <w:rPr>
          <w:sz w:val="20"/>
        </w:rPr>
        <w:t>28:08  to woh to bhagaye ga aap na bhagayein. asal cheez yeh hai ke woh bhagaye, aap na bhagayein. bhagana shaitan ki taraf se band nahi hua.</w:t>
      </w:r>
      <w:r>
        <w:br/>
      </w:r>
      <w:r>
        <w:rPr>
          <w:sz w:val="20"/>
        </w:rPr>
        <w:t>28:21  bhagna jari hai. is ko sochiye kyon log shaitan ki baaton par aa jate hain? misaal ke taur par yahi jo abhi kaha aap ne, suffering.</w:t>
      </w:r>
      <w:r>
        <w:br/>
      </w:r>
      <w:r>
        <w:rPr>
          <w:sz w:val="20"/>
        </w:rPr>
        <w:t>28:31  mein bohat baar aam jalsay mein logon se poocha ke kya suffering kya hai? aap mere sath sath mujhe batayein ke jab India azaad hua tha, us waqt aap ki condition kya thi?</w:t>
      </w:r>
      <w:r>
        <w:br/>
      </w:r>
      <w:r>
        <w:rPr>
          <w:sz w:val="20"/>
        </w:rPr>
        <w:t>28:47  aap ki aap ki mali hesiyat, aap ka standard, aap ke bachon ki education, aap ka ghar, aap ki gaadi, us waqt se compare kar ke batayein mujhe.</w:t>
      </w:r>
      <w:r>
        <w:br/>
      </w:r>
      <w:r>
        <w:rPr>
          <w:sz w:val="20"/>
        </w:rPr>
        <w:t>29:02  to har waqt, har har har aadmi ne behtar bataya. to jab jab har aadmi ka haal acha hai to kahan hai woh insaan?</w:t>
      </w:r>
      <w:r>
        <w:br/>
      </w:r>
      <w:r>
        <w:rPr>
          <w:sz w:val="20"/>
        </w:rPr>
        <w:t>29:14  yeh sab shaitan ne sikhaya hai taake musalmanon se madu friendly behaviour khatam ho. madu ko dushman samajhne lage hain.</w:t>
      </w:r>
      <w:r>
        <w:br/>
      </w:r>
      <w:r>
        <w:rPr>
          <w:sz w:val="20"/>
        </w:rPr>
        <w:t>29:25  yeh mere nazdeek bilkul shaitani hai. Maulana, why Muslims bring the version, the greatness of Allah to a reduced form?</w:t>
      </w:r>
      <w:r>
        <w:br/>
      </w:r>
      <w:r>
        <w:rPr>
          <w:sz w:val="20"/>
        </w:rPr>
        <w:t>29:34  when everything around us resonates the greatness of Allah.</w:t>
      </w:r>
      <w:r>
        <w:br/>
      </w:r>
      <w:r>
        <w:rPr>
          <w:sz w:val="20"/>
        </w:rPr>
        <w:t>29:41  kya keh rahe hain? Maulana, woh yeh keh rahe hain ke jab insaan ke charon taraf ki cheezein Allah taala ki greatness ko bata rahi hain, kya insaan ke charon taraf?</w:t>
      </w:r>
      <w:r>
        <w:br/>
      </w:r>
      <w:r>
        <w:rPr>
          <w:sz w:val="20"/>
        </w:rPr>
        <w:t>29:51  insaan ke aas pas ki cheezein poori kainat Allah taala ki azmat ko bata rahi hain. to kyon musalman Allah taala ki azmat ko reduce kar diye?</w:t>
      </w:r>
      <w:r>
        <w:br/>
      </w:r>
      <w:r>
        <w:rPr>
          <w:sz w:val="20"/>
        </w:rPr>
        <w:t>30:03  hmm, sab shaitan ne sikhaya hai.</w:t>
      </w:r>
      <w:r>
        <w:br/>
      </w:r>
      <w:r>
        <w:rPr>
          <w:sz w:val="20"/>
        </w:rPr>
        <w:t>30:09  ab mein jo bahar baitha tha, to yaqeen kijiye ke meri halat wohi hui jo Rasool Allah ke baray mein aata hai ke aap mimbar pe khare thay, aisa hil rahe thay, gir padenge.</w:t>
      </w:r>
      <w:r>
        <w:br/>
      </w:r>
      <w:r>
        <w:rPr>
          <w:sz w:val="20"/>
        </w:rPr>
        <w:t>30:21  wohi mera haal hua. to musalman jo hai, shaitan ki woh shaitan ka jo behkawa hai, woh khatam nahi hoga.</w:t>
      </w:r>
      <w:r>
        <w:br/>
      </w:r>
      <w:r>
        <w:rPr>
          <w:sz w:val="20"/>
        </w:rPr>
        <w:t>30:31  woh to rahe ga. aap is ko</w:t>
      </w:r>
      <w:r>
        <w:br/>
      </w:r>
      <w:r>
        <w:rPr>
          <w:sz w:val="20"/>
        </w:rPr>
        <w:t>30:37  isi ko mein formula banaya apni zaat ke liye, apne liye ke apni zaat ke liye yeh formula banaya hai ke haan, don't allow anyone to treat anyone ke shaitan,</w:t>
      </w:r>
      <w:r>
        <w:br/>
      </w:r>
      <w:r>
        <w:rPr>
          <w:sz w:val="20"/>
        </w:rPr>
        <w:t>30:54  don't allow shaitan to dictate you. subah shaam mein is ko yaad karta hoon aur la hawla wala quwwata illa billahil azeem parta hoon.</w:t>
      </w:r>
      <w:r>
        <w:br/>
      </w:r>
      <w:r>
        <w:rPr>
          <w:sz w:val="20"/>
        </w:rPr>
        <w:t>31:06  musalmanon ko bas paisa, paisa, paisa. jis ko dekhein, paisa hai, standard. bachon ko America bhej ke parhana, yani sara un ka diversion jo hai, woh hai material ki taraf.</w:t>
      </w:r>
      <w:r>
        <w:br/>
      </w:r>
      <w:r>
        <w:rPr>
          <w:sz w:val="20"/>
        </w:rPr>
        <w:t>31:26  to Maulana, aap ko to ehsas rahe ke shaitan hai, par baqi logon ko kaise ehsas ho ke woh shaitan hai? jo jo bekar hai, woh shaitan hai.</w:t>
      </w:r>
      <w:r>
        <w:br/>
      </w:r>
      <w:r>
        <w:rPr>
          <w:sz w:val="20"/>
        </w:rPr>
        <w:t>31:35  how do we come to know that is shaitan? hmm, woh yeh pooch rahe hain ke waise sab shaitan hi hai. aap ko to ehsas hai ke woh shaitan aisa kara raha hai ke azmat allah taala ki azmat samne nahi rehti hai.</w:t>
      </w:r>
      <w:r>
        <w:br/>
      </w:r>
      <w:r>
        <w:rPr>
          <w:sz w:val="20"/>
        </w:rPr>
        <w:t>31:49  lekin doosre log kaise janenge ke yeh shaitan hai? quran parhein. hum quran ko parhte hain. quran mein bhara hua hai yeh baat ke shaitan subah shaam tum ko bikaar aayega.</w:t>
      </w:r>
      <w:r>
        <w:br/>
      </w:r>
      <w:r>
        <w:rPr>
          <w:sz w:val="20"/>
        </w:rPr>
        <w:t>32:03  is ke bikaare mein na ho, na ho. to yahi to hamara mission hai. hum khud parhte hain aur doosron ko parhwate hain. log jo hain, shaitan yahan bika rakha hai ke bas reside kar lo.</w:t>
      </w:r>
      <w:r>
        <w:br/>
      </w:r>
      <w:r>
        <w:rPr>
          <w:sz w:val="20"/>
        </w:rPr>
        <w:t>32:18  samajhne ki zaroorat nahi hai. hmm, baghair samjhe bhi reside. ab yeh to bilkul hazrat aisha ne kaha tha ke awlaaye ka karo wa lam yakro.</w:t>
      </w:r>
      <w:r>
        <w:br/>
      </w:r>
      <w:r>
        <w:rPr>
          <w:sz w:val="20"/>
        </w:rPr>
        <w:t>32:30  unhone parha baghair nahi parha. wahi kar rahe hain saare musalman ke parhte baghair nahi parhte. ab dekhiye, aaj ke ek batata hoon aap ko apna ek.</w:t>
      </w:r>
      <w:r>
        <w:br/>
      </w:r>
      <w:r>
        <w:rPr>
          <w:sz w:val="20"/>
        </w:rPr>
        <w:t>32:44  jab mein bathroom mein gaya aur wash basin ke samne khada hua aur mein tooti ghumai, laga pani nikalne.</w:t>
      </w:r>
      <w:r>
        <w:br/>
      </w:r>
      <w:r>
        <w:rPr>
          <w:sz w:val="20"/>
        </w:rPr>
        <w:t>32:55  phir phir phir phir. to yaqeen kijiye ke mein rone laga. mein der tak istemal nahi kar saka pani ke woh kaun khuda hai?</w:t>
      </w:r>
      <w:r>
        <w:br/>
      </w:r>
      <w:r>
        <w:rPr>
          <w:sz w:val="20"/>
        </w:rPr>
        <w:t>33:05  ek itna zabardast khuda hai jis ne do gases ko liquid pani bana diya.</w:t>
      </w:r>
      <w:r>
        <w:br/>
      </w:r>
      <w:r>
        <w:rPr>
          <w:sz w:val="20"/>
        </w:rPr>
        <w:t>33:16  yeh kaisi anokhi qudrat allah ki qudrat hai ke do gases</w:t>
      </w:r>
      <w:r>
        <w:br/>
      </w:r>
      <w:r>
        <w:rPr>
          <w:sz w:val="20"/>
        </w:rPr>
        <w:t>33:27  ko is se liquid pani mein tabdeel kiya? samandar mein baha diya is ko. to sochte hi nahi log.</w:t>
      </w:r>
      <w:r>
        <w:br/>
      </w:r>
      <w:r>
        <w:rPr>
          <w:sz w:val="20"/>
        </w:rPr>
        <w:t>33:38  khali bas apna standard barhate hain, paisa kamate hain. dekhiye, yeh bohat hi zyada zaroori hai ke aap apne paise ka ka ek ek hissa, sab substantial hissa allah ki rah mein kharch karen.</w:t>
      </w:r>
      <w:r>
        <w:br/>
      </w:r>
      <w:r>
        <w:rPr>
          <w:sz w:val="20"/>
        </w:rPr>
        <w:t>33:55  warna aap woh ho jayenge, behiss ho jayenge. shaitan qabza kar lega aap ke upar. yeh bohat hi zyada zaroori hai.</w:t>
      </w:r>
      <w:r>
        <w:br/>
      </w:r>
      <w:r>
        <w:rPr>
          <w:sz w:val="20"/>
        </w:rPr>
        <w:t>34:06  lan tanalbir hatta tunfiqo mimma tuhibboon. yeh ayat pata hai? is ka hawala bataiye. har aadmi ko chahiye ke is ayat ko parhe.</w:t>
      </w:r>
      <w:r>
        <w:br/>
      </w:r>
      <w:r>
        <w:rPr>
          <w:sz w:val="20"/>
        </w:rPr>
        <w:t>34:19  lan tanalbir hatta tunfiqo mimma tuhibboon.</w:t>
      </w:r>
      <w:r>
        <w:br/>
      </w:r>
      <w:r>
        <w:rPr>
          <w:sz w:val="20"/>
        </w:rPr>
        <w:t>34:33  lan tanal albir hatta tunfiqo mimma tuhibboon. surah aal imran, chapter number three, verse number 92.</w:t>
      </w:r>
      <w:r>
        <w:br/>
      </w:r>
      <w:r>
        <w:rPr>
          <w:sz w:val="20"/>
        </w:rPr>
        <w:t>34:42  aur tum neki ko hargiz nahi pa sakte yahan tak ke tum kharch karo is cheez ko jis ko tum mehboob rakhte ho.</w:t>
      </w:r>
      <w:r>
        <w:br/>
      </w:r>
      <w:r>
        <w:rPr>
          <w:sz w:val="20"/>
        </w:rPr>
        <w:t>34:51  haan, is ko mein keh raha hoon ke apni kamai ka substantial amount aap ko allah ke raste mein kharch karna padega.</w:t>
      </w:r>
      <w:r>
        <w:br/>
      </w:r>
      <w:r>
        <w:rPr>
          <w:sz w:val="20"/>
        </w:rPr>
        <w:t>35:00  nahi to aap shaitan ke group group mein aa jayenge. is ayat ko hazar baar padhiye aur janiye kar ke apni kamai ka substantial amount allah ke raste mein dena padega.</w:t>
      </w:r>
      <w:r>
        <w:br/>
      </w:r>
      <w:r>
        <w:rPr>
          <w:sz w:val="20"/>
        </w:rPr>
        <w:t>35:14  nahi dena hai to phir phir bhooke is ki face kiye is khatre ko ke aap shaitan ke group mein aa jayenge.</w:t>
      </w:r>
      <w:r>
        <w:br/>
      </w:r>
      <w:r>
        <w:rPr>
          <w:sz w:val="20"/>
        </w:rPr>
        <w:t>35:24  haan, molana, jo aap ne is ke pehle bhi jo is ke sath jo ek aur point bataya tha, woh diversion ka. to diversion se kaise bachein? kya hua?</w:t>
      </w:r>
      <w:r>
        <w:br/>
      </w:r>
      <w:r>
        <w:rPr>
          <w:sz w:val="20"/>
        </w:rPr>
        <w:t>35:34  aap ne diversion se bachne ki baat kahi thi, distraction se. to woh kaise bacha jaye? diversion material system mein nahi hoga. achha, woh thinking mein aayega, aap ke soch mein aayega.</w:t>
      </w:r>
      <w:r>
        <w:br/>
      </w:r>
      <w:r>
        <w:rPr>
          <w:sz w:val="20"/>
        </w:rPr>
        <w:t>35:45  aap ke ab woh aa chuka hai. jis jis musalman ko dekhe, us mein aa chuka hai. koi woh kutub mera lagta hai, thoda khada ho jayega.</w:t>
      </w:r>
      <w:r>
        <w:br/>
      </w:r>
      <w:r>
        <w:rPr>
          <w:sz w:val="20"/>
        </w:rPr>
        <w:t>35:55  material sense mein woh to soch mein aayega. ab woh aa chuka hai.</w:t>
      </w:r>
      <w:r>
        <w:br/>
      </w:r>
      <w:r>
        <w:rPr>
          <w:sz w:val="20"/>
        </w:rPr>
        <w:t>36:05  woh</w:t>
      </w:r>
      <w:r>
        <w:br/>
      </w:r>
      <w:r>
        <w:rPr>
          <w:sz w:val="20"/>
        </w:rPr>
        <w:t>36:09  soch kar hum pakdenge is ko. yeh aisa nahi ke woh kutte bla khada hua hai, us ko hum dekh lenge. molana, doctor aslam khan ne saharanpur se comment bheja hai ke aaj yeh modern world apni, yani apni poori tareekh ke safar mein sab se kam suffering se guzar raha hai.</w:t>
      </w:r>
    </w:p>
    <w:p>
      <w:pPr>
        <w:pStyle w:val="Heading2"/>
      </w:pPr>
      <w:r>
        <w:t>Why do non-Muslims observe Islamic values better?</w:t>
      </w:r>
    </w:p>
    <w:p>
      <w:r>
        <w:rPr>
          <w:color w:val="666666"/>
          <w:sz w:val="18"/>
        </w:rPr>
        <w:t>Society &amp; Dawah · Art of Crisis Management October 3, 2010 · 9m 17s · at 1:19:17 · https://youtu.be/sKdyThFThXo?t=4757</w:t>
      </w:r>
    </w:p>
    <w:p>
      <w:r>
        <w:rPr>
          <w:i/>
        </w:rPr>
        <w:t>“Quite often one sees that Islamic principles and values are being better observed by non-Muslims than by Muslims. At the same time, some Muslims have abandoned the principles of Islam while claiming allegiance to the religion of the Prophet.”</w:t>
      </w:r>
    </w:p>
    <w:p>
      <w:r>
        <w:rPr>
          <w:sz w:val="20"/>
        </w:rPr>
        <w:t>1:19:17  maulana, agla sawal kya hai? mister jaan butt ne afghanistan se.</w:t>
      </w:r>
      <w:r>
        <w:br/>
      </w:r>
      <w:r>
        <w:rPr>
          <w:sz w:val="20"/>
        </w:rPr>
        <w:t>1:19:22  unhon ne poocha hai ke "quiet often one sees that islamic principles and values are being better observed by non muslims than by muslims.</w:t>
      </w:r>
      <w:r>
        <w:br/>
      </w:r>
      <w:r>
        <w:rPr>
          <w:sz w:val="20"/>
        </w:rPr>
        <w:t>1:19:35  at the same time, some muslims have abandoned the principles of islam while claiming allegiance to the religion of the prophet.</w:t>
      </w:r>
      <w:r>
        <w:br/>
      </w:r>
      <w:r>
        <w:rPr>
          <w:sz w:val="20"/>
        </w:rPr>
        <w:t>1:19:45  is it time for us to reassess what constitutes a muslim?</w:t>
      </w:r>
      <w:r>
        <w:br/>
      </w:r>
      <w:r>
        <w:rPr>
          <w:sz w:val="20"/>
        </w:rPr>
        <w:t>1:19:50  should we not consider a muslim as one who adheres to islamic values rather than one who claims allegiance to islam while contravening its principles?" kindly comment.</w:t>
      </w:r>
      <w:r>
        <w:br/>
      </w:r>
      <w:r>
        <w:rPr>
          <w:sz w:val="20"/>
        </w:rPr>
        <w:t>1:20:07  agar main sahi samajhta hoon, samjha hoon is question ko to is ka matlab ghaliban yeh hai ke hum declare karein ke yeh musalman jo hai islam se door ho gaya hai. ghaliban yeh matlab hai.</w:t>
      </w:r>
      <w:r>
        <w:br/>
      </w:r>
      <w:r>
        <w:rPr>
          <w:sz w:val="20"/>
        </w:rPr>
        <w:t>1:20:19  maulana,</w:t>
      </w:r>
      <w:r>
        <w:br/>
      </w:r>
      <w:r>
        <w:rPr>
          <w:sz w:val="20"/>
        </w:rPr>
        <w:t>1:20:20  woh islam ko adhere kar raha hai. ji, is ko kahein ke bhai yeh true muslim hai. jo hat gaya, us ko declare karein ke islam se hat gaya. yeh matlab hai. maulana, declare ka word nahi aaya, but jo aap matlab yahi hai, matlab yahi hai.</w:t>
      </w:r>
      <w:r>
        <w:br/>
      </w:r>
      <w:r>
        <w:rPr>
          <w:sz w:val="20"/>
        </w:rPr>
        <w:t>1:20:32  ji, dekhein, yeh islam ki taleem nahi hai. islam mein dekhiye, ek hai ideal, ek hai practical.</w:t>
      </w:r>
      <w:r>
        <w:br/>
      </w:r>
      <w:r>
        <w:rPr>
          <w:sz w:val="20"/>
        </w:rPr>
        <w:t>1:20:44  ek hai ideal, ek hai practical.</w:t>
      </w:r>
      <w:r>
        <w:br/>
      </w:r>
      <w:r>
        <w:rPr>
          <w:sz w:val="20"/>
        </w:rPr>
        <w:t>1:20:49  to ideal situation agar yani achievable na ho to hamein practical par raazi hona padta hai. to ideal to wohi hai ke main saare musalman islam ko follow kar rahe hon.</w:t>
      </w:r>
      <w:r>
        <w:br/>
      </w:r>
      <w:r>
        <w:rPr>
          <w:sz w:val="20"/>
        </w:rPr>
        <w:t>1:21:05  bahut achi baat hai, lekin islam ko agar follow na karein, un mein degeneration aa jaye, tab hamein kya karna hai?</w:t>
      </w:r>
      <w:r>
        <w:br/>
      </w:r>
      <w:r>
        <w:rPr>
          <w:sz w:val="20"/>
        </w:rPr>
        <w:t>1:21:13  hamein samjhana hai, preaching karna hai, fatwa nahi dena hai. fatwa activism islam mein hai nahi.</w:t>
      </w:r>
      <w:r>
        <w:br/>
      </w:r>
      <w:r>
        <w:rPr>
          <w:sz w:val="20"/>
        </w:rPr>
        <w:t>1:21:23  aaj kal jo fatwa active chala hua hai na, islam mein nahi hai. yeh sab galat hai. misaal ke taur par dekhiye, ek firqa hai, us ko ahmadi firqa kehte hain, kuch log qadiyani kehte hain is ko.</w:t>
      </w:r>
      <w:r>
        <w:br/>
      </w:r>
      <w:r>
        <w:rPr>
          <w:sz w:val="20"/>
        </w:rPr>
        <w:t>1:21:37  is ke baad khoob fatwa activism chalaya gaya. yeh mere nazdeek sarapa galat tha bilkul.</w:t>
      </w:r>
      <w:r>
        <w:br/>
      </w:r>
      <w:r>
        <w:rPr>
          <w:sz w:val="20"/>
        </w:rPr>
        <w:t>1:21:44  yani agar kisi ne aisa yani baat kahi thi jo aap ke nazdeek islam ke khilaaf hai to aap samjhaiye bujhayein is ko.</w:t>
      </w:r>
      <w:r>
        <w:br/>
      </w:r>
      <w:r>
        <w:rPr>
          <w:sz w:val="20"/>
        </w:rPr>
        <w:t>1:21:53  fatwa dene ka matlab kya hai? yeh kafir hain, yeh islam se nikal gaye hain, yeh islam mein hai hi nahi.</w:t>
      </w:r>
      <w:r>
        <w:br/>
      </w:r>
      <w:r>
        <w:rPr>
          <w:sz w:val="20"/>
        </w:rPr>
        <w:t>1:22:01  imam muslim ne likha hai, mere paas maujood hai ek kitaab ke "la yukaffir ahadun min ahlil qibla". "la yukaffir ahadun min ahlil qibla" y</w:t>
      </w:r>
      <w:r>
        <w:br/>
      </w:r>
      <w:r>
        <w:rPr>
          <w:sz w:val="20"/>
        </w:rPr>
        <w:t>1:22:14  ani jo qibla rukh par namaz padhaye, us ki takfeer nahi ki jayegi. ab aap jaiye, agar qadiyaniyon ko dekhiye, ahmadi logon ko dekhein to qibla ki taraf namaz padhte hain.</w:t>
      </w:r>
      <w:r>
        <w:br/>
      </w:r>
      <w:r>
        <w:rPr>
          <w:sz w:val="20"/>
        </w:rPr>
        <w:t>1:22:25  woh un ka, woh namaz padhte hain, un ka, un ka, un ka kaba, un ka qibla bhi kaba hai. to aap ne takfeer kyun ki un ki?</w:t>
      </w:r>
      <w:r>
        <w:br/>
      </w:r>
      <w:r>
        <w:rPr>
          <w:sz w:val="20"/>
        </w:rPr>
        <w:t>1:22:37  to yeh jo hai saare ulama mashgool the yani qadiyaniyon ya ahmadiyon ki takfeer mein, yeh bilkul galat kaam kiya unhon ne. aap ko dawat karna hai, aap ko samjhana hai, aap ko yeh right hai nahi ke takfeer karein.</w:t>
      </w:r>
      <w:r>
        <w:br/>
      </w:r>
      <w:r>
        <w:rPr>
          <w:sz w:val="20"/>
        </w:rPr>
        <w:t>1:22:53  aap declare karein ke yeh kafir hai, yeh phir siddiq hai, yeh falan hai. aap ko, aap ko "you have no right to declare such fatwa".</w:t>
      </w:r>
      <w:r>
        <w:br/>
      </w:r>
      <w:r>
        <w:rPr>
          <w:sz w:val="20"/>
        </w:rPr>
        <w:t>1:23:05  "you have no right to issue such fatwa". to chahe qadiyani ka masla ho, chahe ahmadi ka masla ho, chahe brelvi ka masla ho, koi bhi masla mein aap ko ikhtilaf ho sakta hai,</w:t>
      </w:r>
      <w:r>
        <w:br/>
      </w:r>
      <w:r>
        <w:rPr>
          <w:sz w:val="20"/>
        </w:rPr>
        <w:t>1:23:21  lekin aap ko fatwa dene ka haq nahi hai. aap ko samjhaiye, islah kijiye, tablegh kijiye, dawat kijiye.</w:t>
      </w:r>
      <w:r>
        <w:br/>
      </w:r>
      <w:r>
        <w:rPr>
          <w:sz w:val="20"/>
        </w:rPr>
        <w:t>1:23:33  to yeh bohat, yeh, yeh, yeh is ko kehte hain "ghulo extremism". extremism islam mein hai nahin. "la ghulo fil islam" yeh dard se fatwa dete hain.</w:t>
      </w:r>
      <w:r>
        <w:br/>
      </w:r>
      <w:r>
        <w:rPr>
          <w:sz w:val="20"/>
        </w:rPr>
        <w:t>1:23:46  to qadiyaniyon ke maamle mein ya ahmadiyon ke maamle mein jo ulma ne kiya, woh sab ghulo tha. ghulo dard se</w:t>
      </w:r>
      <w:r>
        <w:br/>
      </w:r>
      <w:r>
        <w:rPr>
          <w:sz w:val="20"/>
        </w:rPr>
        <w:t>1:23:52  fatwa de diya ke yeh kafir hain, aur haalankeh un mein se kisi ne jahan tak mein janta hoon, yeh nahin kiya ke woh logon se mile, hamdardi ke sath, kharkhay ke sath samjhaye ke tumhara aqeedah kya hai.</w:t>
      </w:r>
      <w:r>
        <w:br/>
      </w:r>
      <w:r>
        <w:rPr>
          <w:sz w:val="20"/>
        </w:rPr>
        <w:t>1:24:06  samjhe is poore aqeedah ko ke aap waqatan tum daawa karte ho ke main nabi hoon ya kuch aur tum kehte ho, is ko samjho. aur phir agar tumhare nazdeek woh galat un ka aqeedah hai to is ko samjhao, un ke aqeedah ko durust karo</w:t>
      </w:r>
      <w:r>
        <w:br/>
      </w:r>
      <w:r>
        <w:rPr>
          <w:sz w:val="20"/>
        </w:rPr>
        <w:t>1:24:20  . bas fatwa dena jaiz nahin, aur marna kaata aur bhi najaaiz hai. aaj kal kya hai?</w:t>
      </w:r>
      <w:r>
        <w:br/>
      </w:r>
      <w:r>
        <w:rPr>
          <w:sz w:val="20"/>
        </w:rPr>
        <w:t>1:24:29  marna kaatna shuru kar dete hain, yaqt al had shuru ho jata hai. yeh sab bilkul islam ke khilaf hai. sirf hamare liye aik hi option hai, woh hai dawat, islah, tafheem.</w:t>
      </w:r>
      <w:r>
        <w:br/>
      </w:r>
      <w:r>
        <w:rPr>
          <w:sz w:val="20"/>
        </w:rPr>
        <w:t>1:24:42  bas "we have no option other than this".</w:t>
      </w:r>
      <w:r>
        <w:br/>
      </w:r>
      <w:r>
        <w:rPr>
          <w:sz w:val="20"/>
        </w:rPr>
        <w:t>1:24:51  yeh mein poore yaani poore conviction se keh raha hoon ke yahi islam hai, aur is ke khilaf jo baat log kehte hain, woh islam nahin hai, woh un ke apne ghar banaya hua islam hai.</w:t>
      </w:r>
      <w:r>
        <w:br/>
      </w:r>
      <w:r>
        <w:rPr>
          <w:sz w:val="20"/>
        </w:rPr>
        <w:t>1:25:06  maulana, yeh sawal kiya hai maulana abdul basit ne doha, qatar se.</w:t>
      </w:r>
      <w:r>
        <w:br/>
      </w:r>
      <w:r>
        <w:rPr>
          <w:sz w:val="20"/>
        </w:rPr>
        <w:t>1:25:12  unhon ne likha hai: "maulana hazrat ali ka aik waqia mein ne parha tha ke kisi jang mein jab hazrat ali ne aik mushrik par qaboo paya to us ne ali ke munh par thook diya.</w:t>
      </w:r>
      <w:r>
        <w:br/>
      </w:r>
      <w:r>
        <w:rPr>
          <w:sz w:val="20"/>
        </w:rPr>
        <w:t>1:25:27  to hazrat ali ne aise mauqe par aik baat kahi aur use qatl karne ki bajaye chhod diya.</w:t>
      </w:r>
      <w:r>
        <w:br/>
      </w:r>
      <w:r>
        <w:rPr>
          <w:sz w:val="20"/>
        </w:rPr>
        <w:t>1:25:34  poochha gaya to bataya ke mein agar us ke thookne ke baad qatl karta to woh khuda ki rah mein na hota, balke mera jazbati amal hota." maulana, is mein jazbat ko aur iman ko alag kiya gaya hai,</w:t>
      </w:r>
      <w:r>
        <w:br/>
      </w:r>
      <w:r>
        <w:rPr>
          <w:sz w:val="20"/>
        </w:rPr>
        <w:t>1:25:51  magar aaj jazbat hi ko islam ki alamat samjha ja raha hai. aisa kyun hai?</w:t>
      </w:r>
      <w:r>
        <w:br/>
      </w:r>
      <w:r>
        <w:rPr>
          <w:sz w:val="20"/>
        </w:rPr>
        <w:t>1:26:00  bhai, aisa kyun hai? ji, musalman daur-e-zawal mein hain,</w:t>
      </w:r>
      <w:r>
        <w:br/>
      </w:r>
      <w:r>
        <w:rPr>
          <w:sz w:val="20"/>
        </w:rPr>
        <w:t>1:26:06  degeneration un ka ho chuka hai. yeh to quran hadith se sabit hai ke musalmanon ka aik zamana aaye ga ke jab koi degeneration ho jaye ga.</w:t>
      </w:r>
      <w:r>
        <w:br/>
      </w:r>
      <w:r>
        <w:rPr>
          <w:sz w:val="20"/>
        </w:rPr>
        <w:t>1:26:17  lam yabqa al islam illa ismuhu. islam ka sirf naam baqi reh jaye ga, yahan tak ke masjidon mein namazi hon ge, lekin hidayat nahin hogi un mein.</w:t>
      </w:r>
      <w:r>
        <w:br/>
      </w:r>
      <w:r>
        <w:rPr>
          <w:sz w:val="20"/>
        </w:rPr>
        <w:t>1:26:27  masajid aamirah, kharab khuda, yeh masjidain namaz bhari hon gi, lekin hidayat se khaali hon gi.</w:t>
      </w:r>
      <w:r>
        <w:br/>
      </w:r>
      <w:r>
        <w:rPr>
          <w:sz w:val="20"/>
        </w:rPr>
        <w:t>1:26:35  yeh to, yeh to hone wala tha, aur yeh to law of degeneration jo hai, sab ke liye hota hai, koi is musalman ke liye nahin. ibn khaldun ne likha hai ke "lil-quwam a'maar kama lil-afraad a'maar".</w:t>
      </w:r>
      <w:r>
        <w:br/>
      </w:r>
      <w:r>
        <w:rPr>
          <w:sz w:val="20"/>
        </w:rPr>
        <w:t>1:26:50  jis tarah se afraad jo hain jawan hote hain, phir boodhe hote hain, aisi qaumein bhi jawan hoti hain, boodhi hoti hain, matlab un ka degeneration hota hai.</w:t>
      </w:r>
      <w:r>
        <w:br/>
      </w:r>
      <w:r>
        <w:rPr>
          <w:sz w:val="20"/>
        </w:rPr>
        <w:t>1:27:01  to musalman aaj kal degenerated lot hai, mein to un ko manta hoon,</w:t>
      </w:r>
      <w:r>
        <w:br/>
      </w:r>
      <w:r>
        <w:rPr>
          <w:sz w:val="20"/>
        </w:rPr>
        <w:t>1:27:07  mein un ko degeneration ke aakhri hadd par samajhta hoon. in logon ko quran hadith in ka aik business hai, bas is ki spirit kahin maujood nahin hai.</w:t>
      </w:r>
      <w:r>
        <w:br/>
      </w:r>
      <w:r>
        <w:rPr>
          <w:sz w:val="20"/>
        </w:rPr>
        <w:t>1:27:18  jis maamle mein dekhiye, jis maamle mein dekhiye, woh quran hadith hate hue hain, woh to daur-e-zawal mein hain, yeh aur aur zawal to har qaum ko aata hai.</w:t>
      </w:r>
      <w:r>
        <w:br/>
      </w:r>
      <w:r>
        <w:rPr>
          <w:sz w:val="20"/>
        </w:rPr>
        <w:t>1:27:29  zawal, daur-e-zawal jo hai, aisa nahin ke musalman exception hain.</w:t>
      </w:r>
      <w:r>
        <w:br/>
      </w:r>
      <w:r>
        <w:rPr>
          <w:sz w:val="20"/>
        </w:rPr>
        <w:t>1:27:34  yeh isaiyon ko zawal aaya, mazhabi mazhabi zawal, yahudiyon ko mazhabi zawal aaya, to musalmanon ko mazhabi zawal aaye ga. to ab hamein jo karna hai, woh hai ke phir se phir se logon ko samjhayein,</w:t>
      </w:r>
      <w:r>
        <w:br/>
      </w:r>
      <w:r>
        <w:rPr>
          <w:sz w:val="20"/>
        </w:rPr>
        <w:t>1:27:52  phir se logon ke zehni ta'ameer karein, jis ko mein kehta hoon "re-engineering of mind".</w:t>
      </w:r>
      <w:r>
        <w:br/>
      </w:r>
      <w:r>
        <w:rPr>
          <w:sz w:val="20"/>
        </w:rPr>
        <w:t>1:28:02  jo existing situation hai musalmanon ki, woh to yahi hai, lekin hamesha aisa hota hai ke aap in ko samjha bujha kar ke aik naya insan bana sakte hain.</w:t>
      </w:r>
      <w:r>
        <w:br/>
      </w:r>
      <w:r>
        <w:rPr>
          <w:sz w:val="20"/>
        </w:rPr>
        <w:t>1:28:11  jaise maine bataya ke aaj mere paas jo telephone aaya, ke woh aadmi ne kaha ke main sab se nafrat karta tha, meri kitabein padhte padhte ab sab ka woh kharkha ban gaya, sab ko insan samajhne laga.</w:t>
      </w:r>
      <w:r>
        <w:br/>
      </w:r>
      <w:r>
        <w:rPr>
          <w:sz w:val="20"/>
        </w:rPr>
        <w:t>1:28:23  to logon ke zehan ko badlie, logon ke soch ko badlie. yahan se yeh hai "da starting point".</w:t>
      </w:r>
      <w:r>
        <w:br/>
      </w:r>
      <w:r>
        <w:rPr>
          <w:sz w:val="20"/>
        </w:rPr>
        <w:t>1:28:34  mol</w:t>
      </w:r>
    </w:p>
    <w:p>
      <w:pPr>
        <w:pStyle w:val="Heading2"/>
      </w:pPr>
      <w:r>
        <w:t>Why do people desire global dominance?</w:t>
      </w:r>
    </w:p>
    <w:p>
      <w:r>
        <w:rPr>
          <w:color w:val="666666"/>
          <w:sz w:val="18"/>
        </w:rPr>
        <w:t>Society &amp; Dawah · Between Hell and Paradise January 27, 2013 · 5m 14s · at 1:11:47 · https://youtu.be/0IItFxGXPQ4?t=4307</w:t>
      </w:r>
    </w:p>
    <w:p>
      <w:r>
        <w:rPr>
          <w:i/>
        </w:rPr>
        <w:t>“I have visited India and Gulf countries for fifteen years. When I met people, I found that both Muslims and non-Muslims live with the mindset that their nation's dominance should be worldwide. Why is that?”</w:t>
      </w:r>
    </w:p>
    <w:p>
      <w:r>
        <w:rPr>
          <w:sz w:val="20"/>
        </w:rPr>
        <w:t>1:11:47  molana, agla sawal tamil nadu se hai, molana iqbal umri ka. unhone likha hai: "Molana, pandrah saal se hindustan aur gulf mulkon ka maine visit kiya.</w:t>
      </w:r>
      <w:r>
        <w:br/>
      </w:r>
      <w:r>
        <w:rPr>
          <w:sz w:val="20"/>
        </w:rPr>
        <w:t>1:12:00  logon se mulaqat ki to maloom hua ke muslim aur non-muslim dono apni qaum ka iqtidaar saare alam mein ho, is zehan mein jeete hain.</w:t>
      </w:r>
      <w:r>
        <w:br/>
      </w:r>
      <w:r>
        <w:rPr>
          <w:sz w:val="20"/>
        </w:rPr>
        <w:t>1:12:12  molana, aisa kyun hai?"</w:t>
      </w:r>
      <w:r>
        <w:br/>
      </w:r>
      <w:r>
        <w:rPr>
          <w:sz w:val="20"/>
        </w:rPr>
        <w:t>1:12:19  yeh wahi hai. Satan jo hai woh activate ki hui hai in cheezon par jo mili hain aap ko.</w:t>
      </w:r>
      <w:r>
        <w:br/>
      </w:r>
      <w:r>
        <w:rPr>
          <w:sz w:val="20"/>
        </w:rPr>
        <w:t>1:12:26  Abhi jo mila hua hai, har ek ko mila hua hai. Yani political power hi mila hua hai, material comfort hi mila hua hai.</w:t>
      </w:r>
      <w:r>
        <w:br/>
      </w:r>
      <w:r>
        <w:rPr>
          <w:sz w:val="20"/>
        </w:rPr>
        <w:t>1:12:37  Sab cheez mili hui hai. Koi gosha ek jahan nahi mila hua hai. To bas isi par focus hai ke woh bhi mil jaye hamein, is par hamara qabza ho jaye.</w:t>
      </w:r>
      <w:r>
        <w:br/>
      </w:r>
      <w:r>
        <w:rPr>
          <w:sz w:val="20"/>
        </w:rPr>
        <w:t>1:12:47  Wahi hai yeh, isi ka wahi phenomena hai yeh.</w:t>
      </w:r>
      <w:r>
        <w:br/>
      </w:r>
      <w:r>
        <w:rPr>
          <w:sz w:val="20"/>
        </w:rPr>
        <w:t>1:12:55  Maulana, agla sawal Delhi se hai, Anwar Abbas sahab ka. Unhone likha hai: "Ek aalim ne apni kitaab mein likha hai ke Quran mein infiradi ahkam bhi hain aur ijtamai qawaneen bhi.</w:t>
      </w:r>
      <w:r>
        <w:br/>
      </w:r>
      <w:r>
        <w:rPr>
          <w:sz w:val="20"/>
        </w:rPr>
        <w:t>1:13:09  Agar hum Allah ke qanoon aur uski shariyat ko nafiz nahi karte to yeh badi nashukri hai. Surah Maidah mein irshad hua hai, chapter 5, verse number 44:</w:t>
      </w:r>
      <w:r>
        <w:br/>
      </w:r>
      <w:r>
        <w:rPr>
          <w:sz w:val="20"/>
        </w:rPr>
        <w:t>1:13:22  "Yani jo log Allah ke nazil kiye hue Quran ka mutabiq faisla nahi karte, woh to kafir hain." Maulana sahab, is ke bare mein batayein.</w:t>
      </w:r>
      <w:r>
        <w:br/>
      </w:r>
      <w:r>
        <w:rPr>
          <w:sz w:val="20"/>
        </w:rPr>
        <w:t>1:13:33  Dekhiye, yeh bahut hi yani jhooti baatein hain jo Quran ko mansoob karte hain log. Jhooti mein is liye bol raha hoon ke bahut hi zyada takleef hoti hai mujh ko, kyunke zara bhi seriousness nahi.</w:t>
      </w:r>
      <w:r>
        <w:br/>
      </w:r>
      <w:r>
        <w:rPr>
          <w:sz w:val="20"/>
        </w:rPr>
        <w:t>1:13:46  Dekhiye, Quran mein wazeh taur par yeh ayat hai ke "La yukallifullahu nafsan illa wus'aha". Ke Allah baqadr-e-istita'at mukallaf karta hai,</w:t>
      </w:r>
      <w:r>
        <w:br/>
      </w:r>
      <w:r>
        <w:rPr>
          <w:sz w:val="20"/>
        </w:rPr>
        <w:t>1:14:01  Yani jitna bas woh hai, us ki zimmedari hoti hai. To is ki hamein bas yeh bhi nahi ke hum India mein qanoon Islami nafiz karein, to woh hamare liye woh applicable nahi hoga.</w:t>
      </w:r>
      <w:r>
        <w:br/>
      </w:r>
      <w:r>
        <w:rPr>
          <w:sz w:val="20"/>
        </w:rPr>
        <w:t>1:14:14  Hamare liye</w:t>
      </w:r>
      <w:r>
        <w:br/>
      </w:r>
      <w:r>
        <w:rPr>
          <w:sz w:val="20"/>
        </w:rPr>
        <w:t>1:14:16  Yani jo hamare capacity mein nahi hai, woh hum par applicable nahi hai. Jo capacity mein hai, woh applicable hai.</w:t>
      </w:r>
      <w:r>
        <w:br/>
      </w:r>
      <w:r>
        <w:rPr>
          <w:sz w:val="20"/>
        </w:rPr>
        <w:t>1:14:27  To yeh log bahut hi zyada yani zalim hain jo aise matlab nikalte hain Quran majeed se. Ke kaise un ki himmat padti hai ke aise matlab nikalein.</w:t>
      </w:r>
      <w:r>
        <w:br/>
      </w:r>
      <w:r>
        <w:rPr>
          <w:sz w:val="20"/>
        </w:rPr>
        <w:t>1:14:38  Agar woh sanjeedgi se padhein Quran majeed to us mein yeh is usool ko bhi daryaft karein ge jo maine daryaft kiya hai.</w:t>
      </w:r>
      <w:r>
        <w:br/>
      </w:r>
      <w:r>
        <w:rPr>
          <w:sz w:val="20"/>
        </w:rPr>
        <w:t>1:14:46  Ke Quran saaf saaf yeh keh raha hai ke mukhtalif ahkam hain, lekin ahkam jo hain, un ka jo application hoga, woh tumhari apni istita'at ke mutabiq hua, apni capacity ke mutabiq hua.</w:t>
      </w:r>
      <w:r>
        <w:br/>
      </w:r>
      <w:r>
        <w:rPr>
          <w:sz w:val="20"/>
        </w:rPr>
        <w:t>1:15:00  Jo baat tumhari capacity mein hai, woh to applicable hogi tumhare upar. Jo nahi hai, woh applicable nahi hogi tumhare upar. To jo capacity mein hai, woh kya hai?</w:t>
      </w:r>
      <w:r>
        <w:br/>
      </w:r>
      <w:r>
        <w:rPr>
          <w:sz w:val="20"/>
        </w:rPr>
        <w:t>1:15:12  Dawat-e-Ilah. Woh to karte nahi hain.</w:t>
      </w:r>
      <w:r>
        <w:br/>
      </w:r>
      <w:r>
        <w:rPr>
          <w:sz w:val="20"/>
        </w:rPr>
        <w:t>1:15:14  Yani hukoomat qaim karne ke liye badi badi baatein bolte hain. Jo cheez mumkin hai, woh kyun nahi karte?</w:t>
      </w:r>
      <w:r>
        <w:br/>
      </w:r>
      <w:r>
        <w:rPr>
          <w:sz w:val="20"/>
        </w:rPr>
        <w:t>1:15:23  Sari qaumon tak Allah ka paigham pahunchao, us mein to koi rukawat nahi hai. To jo apni yani apne bas mein hai, woh na karna aur jo bas mein nahi hai, us ki baatein karna, yeh to munafiqat hai, munafiqat.</w:t>
      </w:r>
      <w:r>
        <w:br/>
      </w:r>
      <w:r>
        <w:rPr>
          <w:sz w:val="20"/>
        </w:rPr>
        <w:t>1:15:37  Yeh Islam nahi hai yeh.</w:t>
      </w:r>
      <w:r>
        <w:br/>
      </w:r>
      <w:r>
        <w:rPr>
          <w:sz w:val="20"/>
        </w:rPr>
        <w:t>1:15:43  Maulana, agla sawal Delhi se hai, Miss Nagma Siddiqui ka. Unhone likha hai: "Shukr is directly linked to positivity.</w:t>
      </w:r>
      <w:r>
        <w:br/>
      </w:r>
      <w:r>
        <w:rPr>
          <w:sz w:val="20"/>
        </w:rPr>
        <w:t>1:15:54  This comes when we focus on what we have. How can we save ourselves from Satan making our focus on what we do not have?"</w:t>
      </w:r>
      <w:r>
        <w:br/>
      </w:r>
      <w:r>
        <w:rPr>
          <w:sz w:val="20"/>
        </w:rPr>
        <w:t>1:16:05  Please tell us." Har cheez ka jo har cheez depend karti hai thinking par.</w:t>
      </w:r>
      <w:r>
        <w:br/>
      </w:r>
      <w:r>
        <w:rPr>
          <w:sz w:val="20"/>
        </w:rPr>
        <w:t>1:16:14  Har cheez depend karti hai thinking par. Aap koi soch ko jab active karein ge aap, to aap ko pata chal bar bar aap ko pata hota rahega ke kahan mujhe Satan jo hai behka raha hai.</w:t>
      </w:r>
      <w:r>
        <w:br/>
      </w:r>
      <w:r>
        <w:rPr>
          <w:sz w:val="20"/>
        </w:rPr>
        <w:t>1:16:29  Aur koi doosra tareeqa nahi hai.</w:t>
      </w:r>
      <w:r>
        <w:br/>
      </w:r>
      <w:r>
        <w:rPr>
          <w:sz w:val="20"/>
        </w:rPr>
        <w:t>1:16:32  bahut zyada apne mind ko active rakhiye, bahut zyada bahosh rahiye, bahut zyada apne andar intellectual awareness paida kijiye, to aap har lamhe par jaan lenge.</w:t>
      </w:r>
      <w:r>
        <w:br/>
      </w:r>
      <w:r>
        <w:rPr>
          <w:sz w:val="20"/>
        </w:rPr>
        <w:t>1:16:45  har lamha aap ke liye bahut aasani se aap jaan lenge ke is waqt mujhe kya karna hai, kahan satan mujhe activate kar raha hai.</w:t>
      </w:r>
      <w:r>
        <w:br/>
      </w:r>
      <w:r>
        <w:rPr>
          <w:sz w:val="20"/>
        </w:rPr>
        <w:t>1:16:55  So it all requires intellectual awakening.</w:t>
      </w:r>
    </w:p>
    <w:p>
      <w:pPr>
        <w:pStyle w:val="Heading2"/>
      </w:pPr>
      <w:r>
        <w:t>Why people fight for greatness of religion</w:t>
      </w:r>
    </w:p>
    <w:p>
      <w:r>
        <w:rPr>
          <w:color w:val="666666"/>
          <w:sz w:val="18"/>
        </w:rPr>
        <w:t>Society &amp; Dawah · The Problem of Conditioning April 22, 2012 · 5m 42s · at 1:06:19 · https://youtu.be/j-kJQzOz46g?t=3979</w:t>
      </w:r>
    </w:p>
    <w:p>
      <w:r>
        <w:rPr>
          <w:i/>
        </w:rPr>
        <w:t>“I want to know why people fight for the greatness of religion.”</w:t>
      </w:r>
    </w:p>
    <w:p>
      <w:r>
        <w:rPr>
          <w:sz w:val="20"/>
        </w:rPr>
        <w:t>1:06:19  maulana, agla sawal dilli se hai, Mr. Luvpreet Singh ne likha hai.</w:t>
      </w:r>
      <w:r>
        <w:br/>
      </w:r>
      <w:r>
        <w:rPr>
          <w:sz w:val="20"/>
        </w:rPr>
        <w:t>1:06:23  unhon ne aapse poocha hai ke "I want to know why people fight for the greatness of religion."</w:t>
      </w:r>
      <w:r>
        <w:br/>
      </w:r>
      <w:r>
        <w:rPr>
          <w:sz w:val="20"/>
        </w:rPr>
        <w:t>1:06:35  yeh to bilkul, yani mazhab ke khilaf hai ke mazhab ki greatness ki ladai jaye. yeh to political banana hai.</w:t>
      </w:r>
      <w:r>
        <w:br/>
      </w:r>
      <w:r>
        <w:rPr>
          <w:sz w:val="20"/>
        </w:rPr>
        <w:t>1:06:44  "Does it politicize religion?" yani mazhab ko political banana</w:t>
      </w:r>
      <w:r>
        <w:br/>
      </w:r>
      <w:r>
        <w:rPr>
          <w:sz w:val="20"/>
        </w:rPr>
        <w:t>1:06:50  hai. mazhab to ek spiritual message hai. spiritual development is ka nishana hota hai. to fight se kehta hai log is ka greatness kis ko milegi?</w:t>
      </w:r>
      <w:r>
        <w:br/>
      </w:r>
      <w:r>
        <w:rPr>
          <w:sz w:val="20"/>
        </w:rPr>
        <w:t>1:07:02  mazhab ko thodi jo mazhab ke naam par apna chahte hain power capture karna. to beharhal, mazhab ke greatness ke liye jo ladai ladi jaye, woh bilashuba mazhab se koi is ka taluq nahi hai.</w:t>
      </w:r>
      <w:r>
        <w:br/>
      </w:r>
      <w:r>
        <w:rPr>
          <w:sz w:val="20"/>
        </w:rPr>
        <w:t>1:07:17  woh to leadership hai. kuch log leadership karte hain mazhab ke naam par,</w:t>
      </w:r>
      <w:r>
        <w:br/>
      </w:r>
      <w:r>
        <w:rPr>
          <w:sz w:val="20"/>
        </w:rPr>
        <w:t>1:07:21  na Islam mein hai, na kisi aur mazhab mein hai. yeh is qism ki ladai jo hai, na Islam mein hai, na na kisi doosre mazhab mein hai. Mr. Mohammad Zamir Kamti sahib ne Nagpur se sawal kiya hai.</w:t>
      </w:r>
      <w:r>
        <w:br/>
      </w:r>
      <w:r>
        <w:rPr>
          <w:sz w:val="20"/>
        </w:rPr>
        <w:t>1:07:36  unhon ne likha hai: "mad'u ke liye zyada effective Islam kya hai? theoretical Islam ya practical Islam?</w:t>
      </w:r>
      <w:r>
        <w:br/>
      </w:r>
      <w:r>
        <w:rPr>
          <w:sz w:val="20"/>
        </w:rPr>
        <w:t>1:07:44  yani mutale'e wala Islam ya mushahde wala Islam?" mushahde wala Islam koi hota hi nahi. ek hi Islam hai, woh mutale'e wala hai.</w:t>
      </w:r>
      <w:r>
        <w:br/>
      </w:r>
      <w:r>
        <w:rPr>
          <w:sz w:val="20"/>
        </w:rPr>
        <w:t>1:07:54  yeh, yeh nazariya hi galat hai. yeh to ek sahib ne kitab likhi hai, shahadat-e-haq, is mein dikhaya hai ke woh qouli shahadat, amli shahadat, yeh bilashuba bilkul be-asal hai, baseless hai.</w:t>
      </w:r>
      <w:r>
        <w:br/>
      </w:r>
      <w:r>
        <w:rPr>
          <w:sz w:val="20"/>
        </w:rPr>
        <w:t>1:08:08  amli shahadat kuch nahi hoti. qooli shahadat hi fidaai dawat hoti hai. aap dekhen, rasool Allah sal Allah alaihi wasallam ne makkah mein kya kiya tha? quran sunate the, bas qooli shahadat de dete the.</w:t>
      </w:r>
      <w:r>
        <w:br/>
      </w:r>
      <w:r>
        <w:rPr>
          <w:sz w:val="20"/>
        </w:rPr>
        <w:t>1:08:19  madinah gaye sahaba to woh kya karte the? woh un ko muqarrar kehte the log, yaani parh ke sunane wala.</w:t>
      </w:r>
      <w:r>
        <w:br/>
      </w:r>
      <w:r>
        <w:rPr>
          <w:sz w:val="20"/>
        </w:rPr>
        <w:t>1:08:26  to amli shahadat ka tasawwur bilkul baseless hai. is ka Islam se koi talluq nahi. dawat yaad rakhiye, hamesha qol ke zariye hoti hai aur is ko jo taqat di jati hai, woh daleel ke zariye, amli, amli namune se nahi.</w:t>
      </w:r>
      <w:r>
        <w:br/>
      </w:r>
      <w:r>
        <w:rPr>
          <w:sz w:val="20"/>
        </w:rPr>
        <w:t>1:08:41  yeh nazariya bilkul batil hai, mere nazdeek ke koi amli namuna ho, is se aap la kar ke mutasir karen</w:t>
      </w:r>
      <w:r>
        <w:br/>
      </w:r>
      <w:r>
        <w:rPr>
          <w:sz w:val="20"/>
        </w:rPr>
        <w:t>1:08:49  madu ko. nahi, apni dawat ke haq mein jo cheezen aap ko jama karna hain, woh dalail, reason, is se is ko fortify kijiye.</w:t>
      </w:r>
      <w:r>
        <w:br/>
      </w:r>
      <w:r>
        <w:rPr>
          <w:sz w:val="20"/>
        </w:rPr>
        <w:t>1:08:58  to dawat ki taqat daleel hai. dawat ki taqat amli nizam, nizam nahi hai. yeh bilkul batil tasawwur hai ke dawat ki taqat amli nizam hai.</w:t>
      </w:r>
      <w:r>
        <w:br/>
      </w:r>
      <w:r>
        <w:rPr>
          <w:sz w:val="20"/>
        </w:rPr>
        <w:t>1:09:08  dawat ki taqat hai daleel, reason, haqaiq.</w:t>
      </w:r>
      <w:r>
        <w:br/>
      </w:r>
      <w:r>
        <w:rPr>
          <w:sz w:val="20"/>
        </w:rPr>
        <w:t>1:09:17  maulana, in ka doosra sawal yeh hai ke quran se musalmanon ki doori ka sabab kya hai? sabab kya hai?</w:t>
      </w:r>
      <w:r>
        <w:br/>
      </w:r>
      <w:r>
        <w:rPr>
          <w:sz w:val="20"/>
        </w:rPr>
        <w:t>1:09:26  yeh to hota hi hai, har qaum mein hota hai, baad ki naslon mein. to musalmanon ki baat nahi hai. fatala alaina mawat fa qasut qulubuhum tool-e-umar se qasawat aati hai, tool-e-umar se spirit khatam ho jati hai,</w:t>
      </w:r>
      <w:r>
        <w:br/>
      </w:r>
      <w:r>
        <w:rPr>
          <w:sz w:val="20"/>
        </w:rPr>
        <w:t>1:09:43  tool-e-umar se woh haqeeqi Islam jo hai, baqi nahi rehta. wahi hua hai musalmanon ke mamle mein.</w:t>
      </w:r>
      <w:r>
        <w:br/>
      </w:r>
      <w:r>
        <w:rPr>
          <w:sz w:val="20"/>
        </w:rPr>
        <w:t>1:09:53  yeh sara mamla hai, tool-e-umar ka phenomena hai. yeh maulana, yeh sawal Karachi Pakistan se hai, Mr Abdul Lateef sahib ka</w:t>
      </w:r>
      <w:r>
        <w:br/>
      </w:r>
      <w:r>
        <w:rPr>
          <w:sz w:val="20"/>
        </w:rPr>
        <w:t>1:10:05  . unhon ne likha hai: "main jis tarah toofan aur barish se paida shuda masail aur mushkilat ka hal talash karta hoon, usi tarah insanon ki taraf se paida shuda masail aur mushkilat ka hal, hal bhi ehtejaj aur shor o gul karne ke bajaye, is ka hal talash karta hoon.</w:t>
      </w:r>
      <w:r>
        <w:br/>
      </w:r>
      <w:r>
        <w:rPr>
          <w:sz w:val="20"/>
        </w:rPr>
        <w:t>1:10:28  kyun ke main dono qism ke masail ko Allah ki taraf se samajhta hoon,</w:t>
      </w:r>
      <w:r>
        <w:br/>
      </w:r>
      <w:r>
        <w:rPr>
          <w:sz w:val="20"/>
        </w:rPr>
        <w:t>1:10:34  barish ke masail ko bhi aur insan ki taraf se aanay wale masail ko bhi. kyun ke insan bhi Allah ki di hui azadi ka galat istemal kar ke masail paida karta hai.</w:t>
      </w:r>
      <w:r>
        <w:br/>
      </w:r>
      <w:r>
        <w:rPr>
          <w:sz w:val="20"/>
        </w:rPr>
        <w:t>1:10:47  maulana sahib, mera yeh, meri yeh samajh kis had tak sahi hai?"</w:t>
      </w:r>
      <w:r>
        <w:br/>
      </w:r>
      <w:r>
        <w:rPr>
          <w:sz w:val="20"/>
        </w:rPr>
        <w:t>1:10:56  haan, insan ki taraf se jo masail paida hon, is ke liye kya hai? sabr hai, sabr hai.</w:t>
      </w:r>
      <w:r>
        <w:br/>
      </w:r>
      <w:r>
        <w:rPr>
          <w:sz w:val="20"/>
        </w:rPr>
        <w:t>1:11:05  barish aaye to is ke liye aap ko chhat banana hai. barish agar aati hai to aap ko chhat banana hai. garmi ka zamana aata hai to aap ko saya talash karna hai.</w:t>
      </w:r>
      <w:r>
        <w:br/>
      </w:r>
      <w:r>
        <w:rPr>
          <w:sz w:val="20"/>
        </w:rPr>
        <w:t>1:11:15  lekin insanon ki taraf jo masail paida hote hain, un ke liye sabr karna hai. sabr ke maani kya hote hain? sabr ke maani hote hain mabni bar harkat planning, reality based planning.</w:t>
      </w:r>
      <w:r>
        <w:br/>
      </w:r>
      <w:r>
        <w:rPr>
          <w:sz w:val="20"/>
        </w:rPr>
        <w:t>1:11:28  yeh hai sabr.</w:t>
      </w:r>
      <w:r>
        <w:br/>
      </w:r>
      <w:r>
        <w:rPr>
          <w:sz w:val="20"/>
        </w:rPr>
        <w:t>1:11:30  yaani halaat ka jaiza lijiye aur dekhiye ke aap ke wasail kya hain, fareeq-e-sani ke wasail kya hain.</w:t>
      </w:r>
      <w:r>
        <w:br/>
      </w:r>
      <w:r>
        <w:rPr>
          <w:sz w:val="20"/>
        </w:rPr>
        <w:t>1:11:41  to apni taqat aur apne wasail aur halaat ko le kar ke sare mamle ka jaiza liya jaye, phir jo naqsha banaya jaye amal ka, is ka naam hai planning.</w:t>
      </w:r>
      <w:r>
        <w:br/>
      </w:r>
      <w:r>
        <w:rPr>
          <w:sz w:val="20"/>
        </w:rPr>
        <w:t>1:11:52  isi ka naam hai sabr. yeh hai yaani sahi tareeqa is mamle mein.</w:t>
      </w:r>
    </w:p>
    <w:p>
      <w:pPr>
        <w:pStyle w:val="Heading2"/>
      </w:pPr>
      <w:r>
        <w:t>Controlling the Mind Without Dehumanizing Spirituality</w:t>
      </w:r>
    </w:p>
    <w:p>
      <w:r>
        <w:rPr>
          <w:color w:val="666666"/>
          <w:sz w:val="18"/>
        </w:rPr>
        <w:t>Spirituality · Islamic Pacifism Q&amp;A 8 May 2011 · 9m 47s · at 25:50 · https://youtu.be/5ZersGDNVcw?t=1550</w:t>
      </w:r>
    </w:p>
    <w:p>
      <w:r>
        <w:rPr>
          <w:i/>
        </w:rPr>
        <w:t>“You wrote that spirituality which aims at stopping the thought process is dehumanizing and brings man to the level of animals. How then can one try to gain control over mind? Please explain.”</w:t>
      </w:r>
    </w:p>
    <w:p>
      <w:r>
        <w:rPr>
          <w:sz w:val="20"/>
        </w:rPr>
        <w:t>25:50  aah, Mr Michel Lamy ne France se sawal kiya hai. Unhone likha hai: "Maulana, you wrote that spirituality which aims at stopping the thought process is dehumanizing and brings man to the level of animals.</w:t>
      </w:r>
      <w:r>
        <w:br/>
      </w:r>
      <w:r>
        <w:rPr>
          <w:sz w:val="20"/>
        </w:rPr>
        <w:t>26:08  How then can one try to gain control over mind? Please explain."</w:t>
      </w:r>
      <w:r>
        <w:br/>
      </w:r>
      <w:r>
        <w:rPr>
          <w:sz w:val="20"/>
        </w:rPr>
        <w:t>26:14  My position is that</w:t>
      </w:r>
      <w:r>
        <w:br/>
      </w:r>
      <w:r>
        <w:rPr>
          <w:sz w:val="20"/>
        </w:rPr>
        <w:t>26:19  there are two different ways to attain spirituality. One that is heart-based and the second that is mind-based.</w:t>
      </w:r>
      <w:r>
        <w:br/>
      </w:r>
      <w:r>
        <w:rPr>
          <w:sz w:val="20"/>
        </w:rPr>
        <w:t>26:33  to I said that heart-based spirituality, although there are so many people who believe</w:t>
      </w:r>
      <w:r>
        <w:br/>
      </w:r>
      <w:r>
        <w:rPr>
          <w:sz w:val="20"/>
        </w:rPr>
        <w:t>26:41  the variety of this method, but I think that it is not correct. Through mind, through heart, those practices that are, that are heart-based practices, that are nothing.</w:t>
      </w:r>
      <w:r>
        <w:br/>
      </w:r>
      <w:r>
        <w:rPr>
          <w:sz w:val="20"/>
        </w:rPr>
        <w:t>27:02  That are physical practices. Through physical practice, you cannot attain spirituality. Heart is a physical part of your body.</w:t>
      </w:r>
      <w:r>
        <w:br/>
      </w:r>
      <w:r>
        <w:rPr>
          <w:sz w:val="20"/>
        </w:rPr>
        <w:t>27:16  So heart-based spirituality is</w:t>
      </w:r>
      <w:r>
        <w:br/>
      </w:r>
      <w:r>
        <w:rPr>
          <w:sz w:val="20"/>
        </w:rPr>
        <w:t>27:19  nothing. Heart-based spirituality means try to attain spirituality through physical method</w:t>
      </w:r>
      <w:r>
        <w:br/>
      </w:r>
      <w:r>
        <w:rPr>
          <w:sz w:val="20"/>
        </w:rPr>
        <w:t>27:32  . That is impossible. So I believe in mind-based spirituality.</w:t>
      </w:r>
      <w:r>
        <w:br/>
      </w:r>
      <w:r>
        <w:rPr>
          <w:sz w:val="20"/>
        </w:rPr>
        <w:t>27:41  Mind-based spirituality. That is, my spirituality is based on tadabbur, tafakkur, tawaṣṣum</w:t>
      </w:r>
      <w:r>
        <w:br/>
      </w:r>
      <w:r>
        <w:rPr>
          <w:sz w:val="20"/>
        </w:rPr>
        <w:t>27:50  . That is contemplation. In two words, first is based on meditation. And my spirituality is based on contemplation.</w:t>
      </w:r>
      <w:r>
        <w:br/>
      </w:r>
      <w:r>
        <w:rPr>
          <w:sz w:val="20"/>
        </w:rPr>
        <w:t>28:05  So contemplation is mind-centered method. And meditation is heart-centered method. So this is my stand in this about this matter.</w:t>
      </w:r>
      <w:r>
        <w:br/>
      </w:r>
      <w:r>
        <w:rPr>
          <w:sz w:val="20"/>
        </w:rPr>
        <w:t>28:21  Mr Muhammad Daniel ne Patna se sawal kiya hai: "Shakhsiyat ki taameer ka usool kya hai?" Is ke bare mein batayein.</w:t>
      </w:r>
      <w:r>
        <w:br/>
      </w:r>
      <w:r>
        <w:rPr>
          <w:sz w:val="20"/>
        </w:rPr>
        <w:t>28:36  dekhiye, jahan tak main sochta hoon, shakhsiyat</w:t>
      </w:r>
      <w:r>
        <w:br/>
      </w:r>
      <w:r>
        <w:rPr>
          <w:sz w:val="20"/>
        </w:rPr>
        <w:t>28:46  paidaishi taur par durust shakhsiyat hoti hai. Kyun ke hadith mein aata hai ke kul maulood yulad al-fitrah.</w:t>
      </w:r>
      <w:r>
        <w:br/>
      </w:r>
      <w:r>
        <w:rPr>
          <w:sz w:val="20"/>
        </w:rPr>
        <w:t>28:57  yani har insaan paida hota hai. Yani sahi shakhsiyat par, sahi personality par,</w:t>
      </w:r>
      <w:r>
        <w:br/>
      </w:r>
      <w:r>
        <w:rPr>
          <w:sz w:val="20"/>
        </w:rPr>
        <w:t>29:05  sahi fitrat par. Lekin is ke baad mahaul se, ghar ka mahaul, bahar ka mahaul jo is ki conditioning karta rehta hai. To conditioning jo hai, woh shakhsiyat ko bigaadti hai.</w:t>
      </w:r>
      <w:r>
        <w:br/>
      </w:r>
      <w:r>
        <w:rPr>
          <w:sz w:val="20"/>
        </w:rPr>
        <w:t>29:20  ab jo karna hai, woh yeh hai karna</w:t>
      </w:r>
      <w:r>
        <w:br/>
      </w:r>
      <w:r>
        <w:rPr>
          <w:sz w:val="20"/>
        </w:rPr>
        <w:t>29:23  keh aap apni de-conditioning karen.</w:t>
      </w:r>
      <w:r>
        <w:br/>
      </w:r>
      <w:r>
        <w:rPr>
          <w:sz w:val="20"/>
        </w:rPr>
        <w:t>29:31  lekin conditioning ka waqea to lazman hoga hi hoga. professor watson jo amreeka ka professor tha, us ne yeh baat kahi hai keh conditioning honi hi honi hai har aadmi ki.</w:t>
      </w:r>
      <w:r>
        <w:br/>
      </w:r>
      <w:r>
        <w:rPr>
          <w:sz w:val="20"/>
        </w:rPr>
        <w:t>29:44  har aadmi miss conditioned hai. lekin professor watson ko ek baat nahi jaan saka</w:t>
      </w:r>
      <w:r>
        <w:br/>
      </w:r>
      <w:r>
        <w:rPr>
          <w:sz w:val="20"/>
        </w:rPr>
        <w:t>29:51  keh de-conditioning possible hai. us ki daryaft yahi tak rahi keh har aadmi miss conditioned hai. lekin doosra jo part hai is sachai ka, woh yeh hai keh agar aadmi chahe to apni de-conditioning kar sakta hai.</w:t>
      </w:r>
      <w:r>
        <w:br/>
      </w:r>
      <w:r>
        <w:rPr>
          <w:sz w:val="20"/>
        </w:rPr>
        <w:t>30:09  yeh unhein nahi pata tha. to main yeh manta hoon keh conditioning to aap ki aur har aadmi ki hogi hi hogi.</w:t>
      </w:r>
      <w:r>
        <w:br/>
      </w:r>
      <w:r>
        <w:rPr>
          <w:sz w:val="20"/>
        </w:rPr>
        <w:t>30:19  ise to aap rok nahi sakte. yahan tak mana jata hai keh bachcha pet mein hota hai, tabhi conditioning shuru ho jati hai us ki.</w:t>
      </w:r>
      <w:r>
        <w:br/>
      </w:r>
      <w:r>
        <w:rPr>
          <w:sz w:val="20"/>
        </w:rPr>
        <w:t>30:27  maan ke through. pehle maan ke through, phir family ke through, phir society ke through. phir poora jahan bhi rehta hai, woh jo kuch parhta hai, jo kuch sunta hai, woh sab conditioning ke case ban jate hain us ke liye.</w:t>
      </w:r>
      <w:r>
        <w:br/>
      </w:r>
      <w:r>
        <w:rPr>
          <w:sz w:val="20"/>
        </w:rPr>
        <w:t>30:42  to beharhaal har aadmi miss conditioned hai. har aurat aur har mard.</w:t>
      </w:r>
      <w:r>
        <w:br/>
      </w:r>
      <w:r>
        <w:rPr>
          <w:sz w:val="20"/>
        </w:rPr>
        <w:t>30:49  ab aap agar chahte hain keh aap woh shakhsiyat banen jo Allah ko matloob hai, to aap ko apni de-conditioning karni hogi.</w:t>
      </w:r>
      <w:r>
        <w:br/>
      </w:r>
      <w:r>
        <w:rPr>
          <w:sz w:val="20"/>
        </w:rPr>
        <w:t>30:59  is ke liye Allah taala ne jo ek misaal qaim kar di hai, piaz ki. piaz yani onion. piaz aap jante hain keh ek gol cheez hoti hai.</w:t>
      </w:r>
      <w:r>
        <w:br/>
      </w:r>
      <w:r>
        <w:rPr>
          <w:sz w:val="20"/>
        </w:rPr>
        <w:t>31:09  us ke oopar layer hote hain. layer, layer, layer, layer. aakhir mein ek core hota hai, chhota sa. woh is ka piaz ka core hota hai. har insaan ki ek core personality hai.</w:t>
      </w:r>
      <w:r>
        <w:br/>
      </w:r>
      <w:r>
        <w:rPr>
          <w:sz w:val="20"/>
        </w:rPr>
        <w:t>31:21  us ke oopar layers hain conditioning ke. to conditioning ke layer ko hataye, hataye, hataye yahan tak keh aap ki jo core personality hai,</w:t>
      </w:r>
      <w:r>
        <w:br/>
      </w:r>
      <w:r>
        <w:rPr>
          <w:sz w:val="20"/>
        </w:rPr>
        <w:t>31:30  woh saamne aa jaye. yahi hai de-conditioning. is ke liye aap ko yani self-hammering karni parti hai.</w:t>
      </w:r>
      <w:r>
        <w:br/>
      </w:r>
      <w:r>
        <w:rPr>
          <w:sz w:val="20"/>
        </w:rPr>
        <w:t>31:40  self-hammering. apne yani apne against mein sochna.</w:t>
      </w:r>
      <w:r>
        <w:br/>
      </w:r>
      <w:r>
        <w:rPr>
          <w:sz w:val="20"/>
        </w:rPr>
        <w:t>31:48  aap ko apne against mein sochna parta hai. apne khilaf sochna parta hai.</w:t>
      </w:r>
      <w:r>
        <w:br/>
      </w:r>
      <w:r>
        <w:rPr>
          <w:sz w:val="20"/>
        </w:rPr>
        <w:t>31:56  yani jis tarah dushman aap ke baray mein sochta hai, us tarah sochna parta hai. tab ja kar ke aadmi apni de-conditioning kar pata hai. nahi to phir woh phansa rehta hai, phansa rehta hai, phansa rehta hai isi mein.</w:t>
      </w:r>
      <w:r>
        <w:br/>
      </w:r>
      <w:r>
        <w:rPr>
          <w:sz w:val="20"/>
        </w:rPr>
        <w:t>32:08  miss condition woh paida hota hai, miss condition woh mar jata hai.</w:t>
      </w:r>
      <w:r>
        <w:br/>
      </w:r>
      <w:r>
        <w:rPr>
          <w:sz w:val="20"/>
        </w:rPr>
        <w:t>32:15  doctor farida khanum ne dehli se question kiya hai. unhone likha hai: "recently i attended a program on spirituality in which several speeches were made on spirituality.</w:t>
      </w:r>
      <w:r>
        <w:br/>
      </w:r>
      <w:r>
        <w:rPr>
          <w:sz w:val="20"/>
        </w:rPr>
        <w:t>32:30  but no mention was made of god who is the source of spirituality. what is this kind of spirituality devoid of god?</w:t>
      </w:r>
      <w:r>
        <w:br/>
      </w:r>
      <w:r>
        <w:rPr>
          <w:sz w:val="20"/>
        </w:rPr>
        <w:t>32:41  please explain."</w:t>
      </w:r>
      <w:r>
        <w:br/>
      </w:r>
      <w:r>
        <w:rPr>
          <w:sz w:val="20"/>
        </w:rPr>
        <w:t>32:43  dekhiye, yeh bohat purana nazariya hai jis ko pehle mysticism kaha jata tha. mysticism. ab is ko spirituality kaha jata hai.</w:t>
      </w:r>
      <w:r>
        <w:br/>
      </w:r>
      <w:r>
        <w:rPr>
          <w:sz w:val="20"/>
        </w:rPr>
        <w:t>32:55  is nazariye ka jo khulasa hai, woh yeh hai keh sab kuch insaan ke andar hai.</w:t>
      </w:r>
      <w:r>
        <w:br/>
      </w:r>
      <w:r>
        <w:rPr>
          <w:sz w:val="20"/>
        </w:rPr>
        <w:t>33:02  insaan ke andar hi sachai ka reservoir hai. isi ko unfold karna hai. yani un ke nazdeek ka spirituality naam hai khud apne hi andar ke khazane ko unfold karna.</w:t>
      </w:r>
      <w:r>
        <w:br/>
      </w:r>
      <w:r>
        <w:rPr>
          <w:sz w:val="20"/>
        </w:rPr>
        <w:t>33:20  is par ek kitab hai rajneesh ki, uska naam hai "kundalini andar base". to bohat si kitabein is par hain. ek kitab ko main aap ko hawala de raha hoon.</w:t>
      </w:r>
      <w:r>
        <w:br/>
      </w:r>
      <w:r>
        <w:rPr>
          <w:sz w:val="20"/>
        </w:rPr>
        <w:t>33:31  to is mein unhone is ko explain kiya hai. yeh hindi mein yeh kitab hai.</w:t>
      </w:r>
      <w:r>
        <w:br/>
      </w:r>
      <w:r>
        <w:rPr>
          <w:sz w:val="20"/>
        </w:rPr>
        <w:t>33:38  kundalni kehte hain is ko. Yaani jo ek khaas tarah ka deer hota hai, hiran, jis mein ke ek naafah hota hai.</w:t>
      </w:r>
      <w:r>
        <w:br/>
      </w:r>
      <w:r>
        <w:rPr>
          <w:sz w:val="20"/>
        </w:rPr>
        <w:t>33:50  Yaani mushk hota hai. Khushbudar ek cheez hoti hai.</w:t>
      </w:r>
      <w:r>
        <w:br/>
      </w:r>
      <w:r>
        <w:rPr>
          <w:sz w:val="20"/>
        </w:rPr>
        <w:t>33:56  To is ko nikaal kar ke phir operation kar ke nikala jata hai, phir is ki khushbu ko bohat mehnga bikta hai woh.</w:t>
      </w:r>
      <w:r>
        <w:br/>
      </w:r>
      <w:r>
        <w:rPr>
          <w:sz w:val="20"/>
        </w:rPr>
        <w:t>34:05  Jis ko mushk kehte hain. Angrezi mein musk kehte hain. To</w:t>
      </w:r>
      <w:r>
        <w:br/>
      </w:r>
      <w:r>
        <w:rPr>
          <w:sz w:val="20"/>
        </w:rPr>
        <w:t>34:12  Woh kehte hain is mein ke woh jo naafah jab poora ho jata hai, yaani jab jab mature ho jata hai poori tarah se, to is ki khushbu nikalti hai is mein se.</w:t>
      </w:r>
      <w:r>
        <w:br/>
      </w:r>
      <w:r>
        <w:rPr>
          <w:sz w:val="20"/>
        </w:rPr>
        <w:t>34:23  Ab woh deer jo hota hai, jo hiran, khaas tarah ka hiran hota hai, woh to is ko jab khushbu milti hai to dorta, is ko khushbu ke liye dorne lagta hai, idhar udhar idhar.</w:t>
      </w:r>
      <w:r>
        <w:br/>
      </w:r>
      <w:r>
        <w:rPr>
          <w:sz w:val="20"/>
        </w:rPr>
        <w:t>34:33  Yaani khushbu ko bahar talash karta hai.</w:t>
      </w:r>
      <w:r>
        <w:br/>
      </w:r>
      <w:r>
        <w:rPr>
          <w:sz w:val="20"/>
        </w:rPr>
        <w:t>34:36  Khushbu ko bahar talash karta hai. Haalankeh khushbu is ke andar hoti hai. To is is misaal ko le kar unhon ne kaha hai: "Kundalni andar base". Yaani spirituality andar hai, bahar nahi hai.</w:t>
      </w:r>
      <w:r>
        <w:br/>
      </w:r>
      <w:r>
        <w:rPr>
          <w:sz w:val="20"/>
        </w:rPr>
        <w:t>34:47  Lekin yeh ek misaal hai, is se kuch sabit nahi hota. Analogy is the weakest form of argument kaha jata hai.</w:t>
      </w:r>
      <w:r>
        <w:br/>
      </w:r>
      <w:r>
        <w:rPr>
          <w:sz w:val="20"/>
        </w:rPr>
        <w:t>34:55  To main is misaal ko nahi manta. Main yeh bhi nahi manta ke andar sab kuch khazana bhara hua hai, is ko unfold karna hai. Nahi.</w:t>
      </w:r>
      <w:r>
        <w:br/>
      </w:r>
      <w:r>
        <w:rPr>
          <w:sz w:val="20"/>
        </w:rPr>
        <w:t>35:05  Yeh dunya mein koi bhi achievement siwaye Khuda ki madad ke nahi ho sakta hai. Insaan Khuda ke baghair jo hai.</w:t>
      </w:r>
      <w:r>
        <w:br/>
      </w:r>
      <w:r>
        <w:rPr>
          <w:sz w:val="20"/>
        </w:rPr>
        <w:t>35:14  Hadees mein aata hai ke tum "الا کلکم ذال الا من ہدیت". Tum mein se har shakhs bhatka hua hai, magar woh jis ko main rasta dikhaun.</w:t>
      </w:r>
      <w:r>
        <w:br/>
      </w:r>
      <w:r>
        <w:rPr>
          <w:sz w:val="20"/>
        </w:rPr>
        <w:t>35:27  To God-based spirituality hi spirituality hai. Baqi to sirf ek philosophy hai.</w:t>
      </w:r>
      <w:r>
        <w:br/>
      </w:r>
      <w:r>
        <w:rPr>
          <w:sz w:val="20"/>
        </w:rPr>
        <w:t>35:34  Is se zyada aur kuch nahi.</w:t>
      </w:r>
    </w:p>
    <w:p>
      <w:pPr>
        <w:pStyle w:val="Heading2"/>
      </w:pPr>
      <w:r>
        <w:t>Difference Between Ideal and Spiritual Islam</w:t>
      </w:r>
    </w:p>
    <w:p>
      <w:r>
        <w:rPr>
          <w:color w:val="666666"/>
          <w:sz w:val="18"/>
        </w:rPr>
        <w:t>Spirituality · Kashmir, A Lesson September 14, 2014 · 19m 54s · at 51:23 · https://youtu.be/JQoYEj0Vntc?t=3083</w:t>
      </w:r>
    </w:p>
    <w:p>
      <w:r>
        <w:rPr>
          <w:i/>
        </w:rPr>
        <w:t>“In the series of learning from you, and of course I am learning, I want to know the difference between ideal Islam and spiritual Islam.”</w:t>
      </w:r>
    </w:p>
    <w:p>
      <w:r>
        <w:rPr>
          <w:sz w:val="20"/>
        </w:rPr>
        <w:t>51:23  Maaz sahib, yeh agla sawal aaya hai Shahab Haider ka Delhi se</w:t>
      </w:r>
      <w:r>
        <w:br/>
      </w:r>
      <w:r>
        <w:rPr>
          <w:sz w:val="20"/>
        </w:rPr>
        <w:t>51:28  . In the series of learning from you, and of course I am learning, I want to know the difference between ideal Islam and spiritual Islam.</w:t>
      </w:r>
      <w:r>
        <w:br/>
      </w:r>
      <w:r>
        <w:rPr>
          <w:sz w:val="20"/>
        </w:rPr>
        <w:t>51:41  Ideal Islam ka jo term aap ne istemal kiya hai toh main samajhta hoon ke yeh toh kahin Quran o Hadees mein aaya nahi hai. Yeh term toh koi aaya nahi Quran o Hadees mein. Ideal Islam.</w:t>
      </w:r>
      <w:r>
        <w:br/>
      </w:r>
      <w:r>
        <w:rPr>
          <w:sz w:val="20"/>
        </w:rPr>
        <w:t>51:55  Jahan tak main jaanta hoon.</w:t>
      </w:r>
      <w:r>
        <w:br/>
      </w:r>
      <w:r>
        <w:rPr>
          <w:sz w:val="20"/>
        </w:rPr>
        <w:t>51:59  Kya ideal hai, woh Allah ko pata hai. Hum khud nahi jaan sakte ke yeh hai ideal. Hum toh bas koshish kar sakte hain.</w:t>
      </w:r>
      <w:r>
        <w:br/>
      </w:r>
      <w:r>
        <w:rPr>
          <w:sz w:val="20"/>
        </w:rPr>
        <w:t>52:10  Albatta jis cheez ko main spirituality kehta hoon, woh ek woh wahi cheez hai jis ke liye yaani Quran mein Rabania aaya hai.</w:t>
      </w:r>
      <w:r>
        <w:br/>
      </w:r>
      <w:r>
        <w:rPr>
          <w:sz w:val="20"/>
        </w:rPr>
        <w:t>52:24  KUN RABBAANIYYAN Rabania hi ke maani mein bolta hoon main spirituality ko. Aur woh Rabania kya hai?</w:t>
      </w:r>
      <w:r>
        <w:br/>
      </w:r>
      <w:r>
        <w:rPr>
          <w:sz w:val="20"/>
        </w:rPr>
        <w:t>52:35  REB-ORIENTED THINKING Rab ko apna concentrated banana.</w:t>
      </w:r>
      <w:r>
        <w:br/>
      </w:r>
      <w:r>
        <w:rPr>
          <w:sz w:val="20"/>
        </w:rPr>
        <w:t>52:41  Jab ek aadmi aisa kare ke woh Rab ko discover kare aur woh apni source ko Rab ki taraf divert kare aur cheezon mein Rab ki jhalakiyan dekhe, woh is tarah ki zindagi guzare toh isi ka naam hai Rabani zindagi.</w:t>
      </w:r>
      <w:r>
        <w:br/>
      </w:r>
      <w:r>
        <w:rPr>
          <w:sz w:val="20"/>
        </w:rPr>
        <w:t>52:59  Doosre ko kaha gaya hai KUN RABBAANIYYAN Rabani bano.</w:t>
      </w:r>
      <w:r>
        <w:br/>
      </w:r>
      <w:r>
        <w:rPr>
          <w:sz w:val="20"/>
        </w:rPr>
        <w:t>53:03  Toh Qurani lafz agar aap pasand karte hain toh woh hai Rabani. Aur agar koi aur lafz aap bolna chahein toh woh hai spirituality.</w:t>
      </w:r>
      <w:r>
        <w:br/>
      </w:r>
      <w:r>
        <w:rPr>
          <w:sz w:val="20"/>
        </w:rPr>
        <w:t>53:14  Yaani Rabani insaan hi ko sense mein bolta hoon main. Spiritual insaan. Baqi jo aap ne farmaya ideal Islam toh mere ilm ke mutabiq ideal Islam ka term jo hai Quran o Hadees mein istemal nahi hua hai.</w:t>
      </w:r>
      <w:r>
        <w:br/>
      </w:r>
      <w:r>
        <w:rPr>
          <w:sz w:val="20"/>
        </w:rPr>
        <w:t>53:32  Next question is from Raj Malik unhon ne apni location define nahi ki hai. Maulana sahib, aap se guzarish hai ke Kashmir mein aap ka kutabcha "Qayamat ka Alarm" zyada se zyada distribute kiya jaye taake log yeh samajh sakein ke Qayamat Kubra is se badi aur azeem hai.</w:t>
      </w:r>
      <w:r>
        <w:br/>
      </w:r>
      <w:r>
        <w:rPr>
          <w:sz w:val="20"/>
        </w:rPr>
        <w:t>53:57  Theek hai, inshallah aap ka yeh session acha hai aur hamare saathi'on ne kiya bhi hai, un ko phailaya hai wahan par. Abhi thoda sa crisis khatam ho toh hum un se kahenge ke bhai yeh kitaab ko aur phailaiye, aur phailaiye, inshallah.</w:t>
      </w:r>
      <w:r>
        <w:br/>
      </w:r>
      <w:r>
        <w:rPr>
          <w:sz w:val="20"/>
        </w:rPr>
        <w:t>54:14  Maaz sahib, agla question aaya hai Maulana Iqbal Umri ka Chennai se. Maulana, ideal achievement hamara goal nahi hai kya?</w:t>
      </w:r>
      <w:r>
        <w:br/>
      </w:r>
      <w:r>
        <w:rPr>
          <w:sz w:val="20"/>
        </w:rPr>
        <w:t>54:25  Is mein profits ka bhi exception hai aur woh bhi achieve nahi kar sake?</w:t>
      </w:r>
      <w:r>
        <w:br/>
      </w:r>
      <w:r>
        <w:rPr>
          <w:sz w:val="20"/>
        </w:rPr>
        <w:t>54:36  Dekhein, yeh ek question clear nahi hai. Ideal achievement ka lafz sahi nahi hai.</w:t>
      </w:r>
      <w:r>
        <w:br/>
      </w:r>
      <w:r>
        <w:rPr>
          <w:sz w:val="20"/>
        </w:rPr>
        <w:t>54:45  Agar yeh is ka matlab agar yeh le rahe hain ke ideal ko achieve karna toh ideal ko achieve karne ke silsile mein ke yaani justice ka nizam qaim karna, human rights ke voice ko khatam kar dena,</w:t>
      </w:r>
      <w:r>
        <w:br/>
      </w:r>
      <w:r>
        <w:rPr>
          <w:sz w:val="20"/>
        </w:rPr>
        <w:t>55:03  aur bohat hi mayari hukoomat qaim karna</w:t>
      </w:r>
      <w:r>
        <w:br/>
      </w:r>
      <w:r>
        <w:rPr>
          <w:sz w:val="20"/>
        </w:rPr>
        <w:t>55:09  yeh goal profit ka hota hi nahin. yeh to leaderon ne goal bana rakha hai. yeh to non-achievable hai. kyunke dekhiye, maine bar bar yeh baat kahi hai ke dunya mein Allah ne insaan ko azadi hai.</w:t>
      </w:r>
      <w:r>
        <w:br/>
      </w:r>
      <w:r>
        <w:rPr>
          <w:sz w:val="20"/>
        </w:rPr>
        <w:t>55:26  azadi bilkul absolute hai. khud Khuda bhi is ki azadi ko aap ka waris nahin karta. aap dekhen ke Khuda ke khilaf beshumar kitaben likhi gayi hain.</w:t>
      </w:r>
      <w:r>
        <w:br/>
      </w:r>
      <w:r>
        <w:rPr>
          <w:sz w:val="20"/>
        </w:rPr>
        <w:t>55:40  God delusion, God is dead pata nahin kaisi yeh kitaben hain. to kya Khuda ne in ka hath paon tod dala? woh phir bhi dandan rahe hain?</w:t>
      </w:r>
      <w:r>
        <w:br/>
      </w:r>
      <w:r>
        <w:rPr>
          <w:sz w:val="20"/>
        </w:rPr>
        <w:t>55:52  woh to yeh bohat bari baat hai. jaanna chahiye ke Allah taala ne insaan ko qayamat tak ke liye total freedom diya hai.</w:t>
      </w:r>
      <w:r>
        <w:br/>
      </w:r>
      <w:r>
        <w:rPr>
          <w:sz w:val="20"/>
        </w:rPr>
        <w:t>56:07  woh kuch bhi kahe, us ko azadi rahe gi.</w:t>
      </w:r>
      <w:r>
        <w:br/>
      </w:r>
      <w:r>
        <w:rPr>
          <w:sz w:val="20"/>
        </w:rPr>
        <w:t>56:10  pakad jo hogi, woh qayamat mein hogi. to jab aisa hai to paighambar ideal system kaise banaye ga? kaise banaye ga? bataiye. Ideal system ke liye zaroori hai ke in insanon ko zer kiya jaye jin ko freedom mila hua hai.</w:t>
      </w:r>
      <w:r>
        <w:br/>
      </w:r>
      <w:r>
        <w:rPr>
          <w:sz w:val="20"/>
        </w:rPr>
        <w:t>56:26  to kya sab ko qatl kar le ga? to qatl kar le ga to system kahan banega?</w:t>
      </w:r>
      <w:r>
        <w:br/>
      </w:r>
      <w:r>
        <w:rPr>
          <w:sz w:val="20"/>
        </w:rPr>
        <w:t>56:35  isi liye dekhiye, insaan ne Hazrat Yahya paighambar the, un ko qatl kar diya. insaan ne Hazrat Umar itne oonche darje ke khaleefa the, un ko qatl kar diya.</w:t>
      </w:r>
      <w:r>
        <w:br/>
      </w:r>
      <w:r>
        <w:rPr>
          <w:sz w:val="20"/>
        </w:rPr>
        <w:t>56:47  yeh sab hota hi hota hai. to due to human freedom it is not possible to establish ideal system in this world to kaise paighambar kare ga?</w:t>
      </w:r>
      <w:r>
        <w:br/>
      </w:r>
      <w:r>
        <w:rPr>
          <w:sz w:val="20"/>
        </w:rPr>
        <w:t>57:05  to paighambar dekhiye, apne aap ko ideal bana sakta hai. apne aap ko. aur banaya. har paighambar ne apne aap ko ideal banaya.</w:t>
      </w:r>
      <w:r>
        <w:br/>
      </w:r>
      <w:r>
        <w:rPr>
          <w:sz w:val="20"/>
        </w:rPr>
        <w:t>57:16  isi liye to kaha ke سُومُّ كَمَرَ رَأْتُمُنِي أُسَلِّ mujhe dekho, jaisa main karta hoon, waisa karo. to har paighambar ne apni zaat ko ideal banaya.</w:t>
      </w:r>
      <w:r>
        <w:br/>
      </w:r>
      <w:r>
        <w:rPr>
          <w:sz w:val="20"/>
        </w:rPr>
        <w:t>57:27  lekin yeh yeh sirf possible hi nahin hai ke system ko ideal banaya jaye.</w:t>
      </w:r>
      <w:r>
        <w:br/>
      </w:r>
      <w:r>
        <w:rPr>
          <w:sz w:val="20"/>
        </w:rPr>
        <w:t>57:32  is zamane mein kuch uthe, yani Arab mein bhi, non-Arab mein bhi, aise jinhon ne ideal system ko goal banaya.</w:t>
      </w:r>
      <w:r>
        <w:br/>
      </w:r>
      <w:r>
        <w:rPr>
          <w:sz w:val="20"/>
        </w:rPr>
        <w:t>57:41  lekin kya ideal system bana paye woh? sirf unhon ne sirf yeh kiya ke ek naya larai ka ek maidan khol diya. log lar rahe hain ideal system ke liye.</w:t>
      </w:r>
      <w:r>
        <w:br/>
      </w:r>
      <w:r>
        <w:rPr>
          <w:sz w:val="20"/>
        </w:rPr>
        <w:t>57:52  lar rahe hain, bahar ja rahe hain. halanke ideal system ban nahin sakta.</w:t>
      </w:r>
      <w:r>
        <w:br/>
      </w:r>
      <w:r>
        <w:rPr>
          <w:sz w:val="20"/>
        </w:rPr>
        <w:t>57:58  aur kitaben likhi gayi hain jo mislan Madina mein jo state qaim thi, aisi kitaben likh rakhi hain jaise ke wahan bagh o bahar tha. koi bagh o bahar nahin tha wahan pe.</w:t>
      </w:r>
      <w:r>
        <w:br/>
      </w:r>
      <w:r>
        <w:rPr>
          <w:sz w:val="20"/>
        </w:rPr>
        <w:t>58:08  bagh o bahar ho nahin sakta hai. to sare andaaz mein kitaben likh rakhi hain logon ne. to us ko le kar log samajhte hain ke wahan bagh o bahar tha.</w:t>
      </w:r>
      <w:r>
        <w:br/>
      </w:r>
      <w:r>
        <w:rPr>
          <w:sz w:val="20"/>
        </w:rPr>
        <w:t>58:20  na bagh o bahar tha aur na bagh o bahar ban sakta hai.</w:t>
      </w:r>
      <w:r>
        <w:br/>
      </w:r>
      <w:r>
        <w:rPr>
          <w:sz w:val="20"/>
        </w:rPr>
        <w:t>58:23  isi liye maine jo study ki hai to maine jaana hai ke individual level par ek aadmi apne aap ko ideal bana sakta hai.</w:t>
      </w:r>
      <w:r>
        <w:br/>
      </w:r>
      <w:r>
        <w:rPr>
          <w:sz w:val="20"/>
        </w:rPr>
        <w:t>58:33  lekin system ko ideal bana de woh, yeh impossible hai. na paighambar ke zamane mein hua, na ab ho sakta hai. dekhiye, yeh bohat bari baat hai.</w:t>
      </w:r>
      <w:r>
        <w:br/>
      </w:r>
      <w:r>
        <w:rPr>
          <w:sz w:val="20"/>
        </w:rPr>
        <w:t>58:44  isi liye hum ne dekhiye, hum ne apne CPS ka jo mission hai, us mein hamara ek goal dawat hai.</w:t>
      </w:r>
      <w:r>
        <w:br/>
      </w:r>
      <w:r>
        <w:rPr>
          <w:sz w:val="20"/>
        </w:rPr>
        <w:t>58:53  hamara goal system ko qaim karna nahin hai. hum ne jo goal ikhtiyar kiya hai, woh hai ke Allah ke message ko logon tak pahunchana.</w:t>
      </w:r>
      <w:r>
        <w:br/>
      </w:r>
      <w:r>
        <w:rPr>
          <w:sz w:val="20"/>
        </w:rPr>
        <w:t>59:08  Allah ke message ko logon tak pahunchana. yeh dawat, tablegh. yani pahunchana hamara target hai. pahunchana. System bana dalna, yeh hamara target nahin hai.</w:t>
      </w:r>
      <w:r>
        <w:br/>
      </w:r>
      <w:r>
        <w:rPr>
          <w:sz w:val="20"/>
        </w:rPr>
        <w:t>59:20  System banane ka jo target jinhon ne liya hai, jin logon ne. bohat si jamaaten hain, aap jante hain. India se le kar Arab tak. System banane ke naam par kya hai?</w:t>
      </w:r>
      <w:r>
        <w:br/>
      </w:r>
      <w:r>
        <w:rPr>
          <w:sz w:val="20"/>
        </w:rPr>
        <w:t>59:30  maar kaat, maar kaat, maar kaat. koi system to bana nahin. aur maar kaat khoob khoob hui.</w:t>
      </w:r>
      <w:r>
        <w:br/>
      </w:r>
      <w:r>
        <w:rPr>
          <w:sz w:val="20"/>
        </w:rPr>
        <w:t>59:40  is wajah se hum ne samjha hai quran o hadith ke mutalliq se ke system ke maamle mein woh jo samajh jisko sanction kare, bas.</w:t>
      </w:r>
      <w:r>
        <w:br/>
      </w:r>
      <w:r>
        <w:rPr>
          <w:sz w:val="20"/>
        </w:rPr>
        <w:t>59:55  jitna samajh accept kar raha hai, jitna samajh ke liye acceptable hai, woh itna aap samajh mein qaim kijiye.</w:t>
      </w:r>
      <w:r>
        <w:br/>
      </w:r>
      <w:r>
        <w:rPr>
          <w:sz w:val="20"/>
        </w:rPr>
        <w:t>1:00:05  albata apni zaat ke maamle mein aap khud ko ideal baniye. is mein koi rukawat nahin hai. aap jaise chahein baat kijiye, jaise chahiye sochiye, jis tarah se chahein apne ko ideal banaiye.</w:t>
      </w:r>
      <w:r>
        <w:br/>
      </w:r>
      <w:r>
        <w:rPr>
          <w:sz w:val="20"/>
        </w:rPr>
        <w:t>1:00:20  to hamara manna yeh hai ke islam ko hum yahi samajhte hain ke in terms of individual idealism, in terms of practical pragmatism</w:t>
      </w:r>
      <w:r>
        <w:br/>
      </w:r>
      <w:r>
        <w:rPr>
          <w:sz w:val="20"/>
        </w:rPr>
        <w:t>1:00:35  yeh is ko hum samajhte hain ke yahi islam hai. to society mein koi yeh goal banaye ke hum ko social justice qaim karna hai ideal sense mein, to aisi cheez hai jis se fasaad barpa hoga.</w:t>
      </w:r>
      <w:r>
        <w:br/>
      </w:r>
      <w:r>
        <w:rPr>
          <w:sz w:val="20"/>
        </w:rPr>
        <w:t>1:00:47  kyun ke social justice ke naam par aap ladenge kisi se, kisi ko hukumat ko khatam karne ke liye koshish karenge, ab hukumat bhi waar karegi aap ke upar, to aap se hukumat ladai yahan hogi.</w:t>
      </w:r>
      <w:r>
        <w:br/>
      </w:r>
      <w:r>
        <w:rPr>
          <w:sz w:val="20"/>
        </w:rPr>
        <w:t>1:00:57  jaisa ke aap jante hain, muslim mulkon mein ho raha hai yeh.</w:t>
      </w:r>
      <w:r>
        <w:br/>
      </w:r>
      <w:r>
        <w:rPr>
          <w:sz w:val="20"/>
        </w:rPr>
        <w:t>1:01:01  muslim mulkon mein roz aap jante hain ke wahan par wahan ke muslim awam aur hukumat aapas mein lad rahe hain. kyun ke leaderon ne yeh kar rakha hai ke humein humein nizam mein haq, nizam adl qaim kar rakha hai.</w:t>
      </w:r>
      <w:r>
        <w:br/>
      </w:r>
      <w:r>
        <w:rPr>
          <w:sz w:val="20"/>
        </w:rPr>
        <w:t>1:01:15  yeh bilkul bilkul hi yani ghair islami baat hai yeh.</w:t>
      </w:r>
      <w:r>
        <w:br/>
      </w:r>
      <w:r>
        <w:rPr>
          <w:sz w:val="20"/>
        </w:rPr>
        <w:t>1:01:23  samaji satah par woh hoga jis ko samajh sanction kar raha ho, itna hi is se zyada nahin.</w:t>
      </w:r>
      <w:r>
        <w:br/>
      </w:r>
      <w:r>
        <w:rPr>
          <w:sz w:val="20"/>
        </w:rPr>
        <w:t>1:01:33  apni zaat ke liye albata aap jo kar sakte hain, kijiye. aur goal jo hai, goal dawat hai Allah hai. peaceful yani peaceful dawah work mein koi rukawat nahin.</w:t>
      </w:r>
      <w:r>
        <w:br/>
      </w:r>
      <w:r>
        <w:rPr>
          <w:sz w:val="20"/>
        </w:rPr>
        <w:t>1:01:44  is mein koi takrao nahin. koi maar kaat nahin.</w:t>
      </w:r>
      <w:r>
        <w:br/>
      </w:r>
      <w:r>
        <w:rPr>
          <w:sz w:val="20"/>
        </w:rPr>
        <w:t>1:01:49  to hamara nishana jo hai, peaceful dawah work hai, hamara nishana justice ka nizam qaim karna nahin hai. isi liye. aur yahi yahi jo hai islam ka taqaza hai.</w:t>
      </w:r>
      <w:r>
        <w:br/>
      </w:r>
      <w:r>
        <w:rPr>
          <w:sz w:val="20"/>
        </w:rPr>
        <w:t>1:02:03  maulana, yeh agla question aaya hai doctor farida khanam ka Delhi se.</w:t>
      </w:r>
      <w:r>
        <w:br/>
      </w:r>
      <w:r>
        <w:rPr>
          <w:sz w:val="20"/>
        </w:rPr>
        <w:t>1:02:09  There are some people who say that Kashmir has witnessed divine wrath because of their involvement in militancy, and they are not interested in Dawa work.</w:t>
      </w:r>
      <w:r>
        <w:br/>
      </w:r>
      <w:r>
        <w:rPr>
          <w:sz w:val="20"/>
        </w:rPr>
        <w:t>1:02:27  dekhiye, do baatein ek doosre se alag alag hain.</w:t>
      </w:r>
      <w:r>
        <w:br/>
      </w:r>
      <w:r>
        <w:rPr>
          <w:sz w:val="20"/>
        </w:rPr>
        <w:t>1:02:32  ek yeh ke kashmiriyon ne jo nizam mustafa ka naarah lagaya aur jo wahan par islam ke upar tehreekein chalayin, is ko galat kehna. to main is ko galat kehta hoon.</w:t>
      </w:r>
      <w:r>
        <w:br/>
      </w:r>
      <w:r>
        <w:rPr>
          <w:sz w:val="20"/>
        </w:rPr>
        <w:t>1:02:43  main kehta hoon kashmiriyon ko chahiye ke woh dawat ka kaam karein. aur nizam mustafa bilkul hi main is ko bilkul hi galat samajhta hoon.</w:t>
      </w:r>
      <w:r>
        <w:br/>
      </w:r>
      <w:r>
        <w:rPr>
          <w:sz w:val="20"/>
        </w:rPr>
        <w:t>1:02:54  yani yeh leaderon ka naarah hai, yeh rasool Allah salallahu alaihi wasallam ka naarah nahin hai. to yeh</w:t>
      </w:r>
      <w:r>
        <w:br/>
      </w:r>
      <w:r>
        <w:rPr>
          <w:sz w:val="20"/>
        </w:rPr>
        <w:t>1:03:01  ek cheez hai. doosri cheez ke wrath hona, dabluyoo araa tee ech, ke jo kuch hua woh Allah ka ghazab tha. to yeh kisi insan ko haq nahin hai ke yeh kahe.</w:t>
      </w:r>
      <w:r>
        <w:br/>
      </w:r>
      <w:r>
        <w:rPr>
          <w:sz w:val="20"/>
        </w:rPr>
        <w:t>1:03:12  Allah ka wrath agar tha to woh Allah ko maloom hai. hum ko, aap ko nahin maloom hai. to main yeh kabhi bhi nahin kahunga ke Kashmir mein ya aur kahin jo waqiyat hote hain, woh Allah ka wrath hai.</w:t>
      </w:r>
      <w:r>
        <w:br/>
      </w:r>
      <w:r>
        <w:rPr>
          <w:sz w:val="20"/>
        </w:rPr>
        <w:t>1:03:27  yeh main nahin kahunga.</w:t>
      </w:r>
      <w:r>
        <w:br/>
      </w:r>
      <w:r>
        <w:rPr>
          <w:sz w:val="20"/>
        </w:rPr>
        <w:t>1:03:29  lekin main yeh zaroor kahunga ke musalman jahan bhi hain, jo siyasi hukumatain, siyasat tehreekein chala rahe hain, woh bilkul ghair islami hai.</w:t>
      </w:r>
      <w:r>
        <w:br/>
      </w:r>
      <w:r>
        <w:rPr>
          <w:sz w:val="20"/>
        </w:rPr>
        <w:t>1:03:38  iska islam se koi talluq nahin hai. chahe falasteen ho, chahe Kashmir ho, ya Pakistan ho, ya Iraq ho, jahan jahan islam ke naam par political tehreekein chal rahi hain, woh sab mere radd galat hain.</w:t>
      </w:r>
      <w:r>
        <w:br/>
      </w:r>
      <w:r>
        <w:rPr>
          <w:sz w:val="20"/>
        </w:rPr>
        <w:t>1:03:53  unhein dawat ka kaam karna chahiye. dawat hai Allah ka kaam.</w:t>
      </w:r>
      <w:r>
        <w:br/>
      </w:r>
      <w:r>
        <w:rPr>
          <w:sz w:val="20"/>
        </w:rPr>
        <w:t>1:03:58  to ek kaam, ek to ek cheez hai un ke un ke kaam ke baray mein ek hukum lagana. to is ka mujhe right hai.</w:t>
      </w:r>
      <w:r>
        <w:br/>
      </w:r>
      <w:r>
        <w:rPr>
          <w:sz w:val="20"/>
        </w:rPr>
        <w:t>1:04:08  woh mein karta hoon. lekin yeh kehna hai ke woh wrath tha, yeh yeh is ka mujhe right nahi hai. is liye mein yeh lafz kabhi bolta nahi.</w:t>
      </w:r>
      <w:r>
        <w:br/>
      </w:r>
      <w:r>
        <w:rPr>
          <w:sz w:val="20"/>
        </w:rPr>
        <w:t>1:04:20  maulana, yeh agla question aaya hai doctor pradhan ka Delhi se</w:t>
      </w:r>
      <w:r>
        <w:br/>
      </w:r>
      <w:r>
        <w:rPr>
          <w:sz w:val="20"/>
        </w:rPr>
        <w:t>1:04:25  . Maulana, if we had thought somebody less than us, then how should we seek forgiveness from him? dekhiye, is maamlay mein hadith se do tareeqa maloom hota hai.</w:t>
      </w:r>
      <w:r>
        <w:br/>
      </w:r>
      <w:r>
        <w:rPr>
          <w:sz w:val="20"/>
        </w:rPr>
        <w:t>1:04:38  ke agar hum ne koi aisa kaam kiya kisi ke sath jo Allah ke nazdeek ghalat tha, to ek tareeqa yeh hai ke aap us ko ja kar talafi karen, mil kar ke us se.</w:t>
      </w:r>
      <w:r>
        <w:br/>
      </w:r>
      <w:r>
        <w:rPr>
          <w:sz w:val="20"/>
        </w:rPr>
        <w:t>1:04:54  doosra tareeqa yeh hai ke agar yeh mumkin nahi hai to us ke liye dua karen. yani us ko talafi karna, compensate karna, agar mumkin ho us se mil kar ke to talafi karna chahiye.</w:t>
      </w:r>
      <w:r>
        <w:br/>
      </w:r>
      <w:r>
        <w:rPr>
          <w:sz w:val="20"/>
        </w:rPr>
        <w:t>1:05:10  aur nahi to us ke liye dua ke khudaaya mujh se yeh ghalati hui to us ke liye meri taraf se</w:t>
      </w:r>
      <w:r>
        <w:br/>
      </w:r>
      <w:r>
        <w:rPr>
          <w:sz w:val="20"/>
        </w:rPr>
        <w:t>1:05:22  koi bara inaam likh de. to to ya to talafi ya dua.</w:t>
      </w:r>
      <w:r>
        <w:br/>
      </w:r>
      <w:r>
        <w:rPr>
          <w:sz w:val="20"/>
        </w:rPr>
        <w:t>1:05:31  yeh do cheezein hadith se maloom hoti hain. halaat ke aitbaar se dono mein se koi bhi cheez ikhtiyar ki ja sakti hai.</w:t>
      </w:r>
      <w:r>
        <w:br/>
      </w:r>
      <w:r>
        <w:rPr>
          <w:sz w:val="20"/>
        </w:rPr>
        <w:t>1:05:44  maulana, yeh agla experience sharing hai ans ka Delhi se.</w:t>
      </w:r>
      <w:r>
        <w:br/>
      </w:r>
      <w:r>
        <w:rPr>
          <w:sz w:val="20"/>
        </w:rPr>
        <w:t>1:05:50  maulana, mere ek friend kuch atheist ki baaton mein aa kar behak gaye aur us ko laga ke mera mazhab Islam nahi, Islam kahin dhoka to nahi hai.</w:t>
      </w:r>
      <w:r>
        <w:br/>
      </w:r>
      <w:r>
        <w:rPr>
          <w:sz w:val="20"/>
        </w:rPr>
        <w:t>1:06:04  maulana, phir us ne God Arises padhi dobara se, bilkul neutral ho kar, aise jaise woh Muslim nahi hai.</w:t>
      </w:r>
      <w:r>
        <w:br/>
      </w:r>
      <w:r>
        <w:rPr>
          <w:sz w:val="20"/>
        </w:rPr>
        <w:t>1:06:14  phir us ko Islam rediscover hua.</w:t>
      </w:r>
      <w:r>
        <w:br/>
      </w:r>
      <w:r>
        <w:rPr>
          <w:sz w:val="20"/>
        </w:rPr>
        <w:t>1:06:17  maulana, kya yeh us ke liye marifat thi? khuli hui marifat thi. isi ka to marifat hai. marifat isi ka naam discovery ka naam marifat hai.</w:t>
      </w:r>
      <w:r>
        <w:br/>
      </w:r>
      <w:r>
        <w:rPr>
          <w:sz w:val="20"/>
        </w:rPr>
        <w:t>1:06:30  yani jis cheez ko hum traditional term mein kehte hain marifat, isi ka scientific term hai discovery.</w:t>
      </w:r>
      <w:r>
        <w:br/>
      </w:r>
      <w:r>
        <w:rPr>
          <w:sz w:val="20"/>
        </w:rPr>
        <w:t>1:06:40  donon bilkul ek hi cheez hain.</w:t>
      </w:r>
      <w:r>
        <w:br/>
      </w:r>
      <w:r>
        <w:rPr>
          <w:sz w:val="20"/>
        </w:rPr>
        <w:t>1:06:45  aap secular term use karen to discovery kahiye aur religious term use karen to us ko aap marifat kahiye.</w:t>
      </w:r>
      <w:r>
        <w:br/>
      </w:r>
      <w:r>
        <w:rPr>
          <w:sz w:val="20"/>
        </w:rPr>
        <w:t>1:06:53  donon ek hi baat hai. agla question aaya hai farhad umri sahib ka Delhi se. ek news thi ke Indian military ke tireless effort par Kashmir ke floods mein unhon ne kaam kiya.</w:t>
      </w:r>
      <w:r>
        <w:br/>
      </w:r>
      <w:r>
        <w:rPr>
          <w:sz w:val="20"/>
        </w:rPr>
        <w:t>1:07:10  yeh news mein ne apne ek Muslim dost ko dikhai to unhon ne yeh comment kiya: "duty ki hai, koi koi ehsaan nahi kiya hai." Maulana, is pe comment karen.</w:t>
      </w:r>
      <w:r>
        <w:br/>
      </w:r>
      <w:r>
        <w:rPr>
          <w:sz w:val="20"/>
        </w:rPr>
        <w:t>1:07:23  mein to samajhta hoon ke jinhon ne aisa bola, woh gunah kiya. unhon ne unhon ne duty ki hai to bolne walay ne gunah kiya. dekhiye, har haal mein humein acknowledge karna hai kisi ki khidmat ko.</w:t>
      </w:r>
      <w:r>
        <w:br/>
      </w:r>
      <w:r>
        <w:rPr>
          <w:sz w:val="20"/>
        </w:rPr>
        <w:t>1:07:39  hata ke aap ka ek yani mera tareeqa hai ke jo hamara jo driver hai, jis ko hum paisa diya jata hai, woh bhi mujhe kahin pohanchata hai to mein us ko shukriya karta hoon.</w:t>
      </w:r>
      <w:r>
        <w:br/>
      </w:r>
      <w:r>
        <w:rPr>
          <w:sz w:val="20"/>
        </w:rPr>
        <w:t>1:07:53  dekhiye, acknowledge karna hai ya kya karna hai, ek ibadat hai yeh. us ko is tarah mein nahi lena hai ke woh duty kiya unhon ne. aise log na Islam ko jante, na un ke andar sharafat hai, na insaniyat hai.</w:t>
      </w:r>
      <w:r>
        <w:br/>
      </w:r>
      <w:r>
        <w:rPr>
          <w:sz w:val="20"/>
        </w:rPr>
        <w:t>1:08:09  jo log aisa kahein ke unhon ne apni duty kiya to mere qad mein un ke andar animal animal thinking hai. animal thinking</w:t>
      </w:r>
      <w:r>
        <w:br/>
      </w:r>
      <w:r>
        <w:rPr>
          <w:sz w:val="20"/>
        </w:rPr>
        <w:t>1:08:19  hai. animal thinking hai. yeh bohat hi sasti qism ke log hain yeh. warna koi shakhs kuch bhi kare to aap ko acknowledge karna chahiye.</w:t>
      </w:r>
      <w:r>
        <w:br/>
      </w:r>
      <w:r>
        <w:rPr>
          <w:sz w:val="20"/>
        </w:rPr>
        <w:t>1:08:29  aap ka mulazim ho tab bhi kehna chahiye ke shukriya.</w:t>
      </w:r>
      <w:r>
        <w:br/>
      </w:r>
      <w:r>
        <w:rPr>
          <w:sz w:val="20"/>
        </w:rPr>
        <w:t>1:08:35  yani woh to hamare mulazim nahi hain aur woh itna kaam kar rahe hain. kehte hain bechare military ko bhi maare gaye isi mein. yani kai army ko bhi is mein inko jaan dena para.</w:t>
      </w:r>
      <w:r>
        <w:br/>
      </w:r>
      <w:r>
        <w:rPr>
          <w:sz w:val="20"/>
        </w:rPr>
        <w:t>1:08:47  is tarah se kaam kar rahe hain woh. mein to bohat zyada inko samajhta hoon ke bohat hi qabil qadar kaam kar rahe hain woh. jis ne yeh kaha to mere nazdeek gunah ki baat kahi unhon ne.</w:t>
      </w:r>
      <w:r>
        <w:br/>
      </w:r>
      <w:r>
        <w:rPr>
          <w:sz w:val="20"/>
        </w:rPr>
        <w:t>1:09:02  aur usooli baat mein yeh kehna chahta hoon ke jab aap acknowledge karte hain, shukriya ada karte hain to aap ibadat karte hain apne liye.</w:t>
      </w:r>
      <w:r>
        <w:br/>
      </w:r>
      <w:r>
        <w:rPr>
          <w:sz w:val="20"/>
        </w:rPr>
        <w:t>1:09:13  aur dekhiye, ek bohat hi zyada relevant hadith hai ke malam yashkurun nas lam yashkurullaha jo aadmi insaan ka shukr nahi karega, woh Allah ka shukr bhi nahi kar</w:t>
      </w:r>
      <w:r>
        <w:br/>
      </w:r>
      <w:r>
        <w:rPr>
          <w:sz w:val="20"/>
        </w:rPr>
        <w:t>1:09:28  ega. shukr ka matlab hota hai acknowledge karna, eteraaf karna. to</w:t>
      </w:r>
      <w:r>
        <w:br/>
      </w:r>
      <w:r>
        <w:rPr>
          <w:sz w:val="20"/>
        </w:rPr>
        <w:t>1:09:39  yani aap ko to aisa mauqa jo hai opportunity ke taur par lena chahiye, jahan aap keh saken ke mein aap ka eteraaf karta hoon, mein aap ka acknowledge karta hoon, aap ka shukr guzar hoon.</w:t>
      </w:r>
      <w:r>
        <w:br/>
      </w:r>
      <w:r>
        <w:rPr>
          <w:sz w:val="20"/>
        </w:rPr>
        <w:t>1:09:52  aise koi mauqa pesh aaye to us ko bator opportunity ke lijiye,</w:t>
      </w:r>
      <w:r>
        <w:br/>
      </w:r>
      <w:r>
        <w:rPr>
          <w:sz w:val="20"/>
        </w:rPr>
        <w:t>1:09:56  ibadat ke opportunity, maarfat ke opportunity.</w:t>
      </w:r>
      <w:r>
        <w:br/>
      </w:r>
      <w:r>
        <w:rPr>
          <w:sz w:val="20"/>
        </w:rPr>
        <w:t>1:10:03  jinhon ne yeh baat kahi, woh bilkul yani mein samajhta hoon ke insensitive ho gaye. insensitive sensitivity un ka andar nahi hogi aur na woh Quran o hadith ko samajhte honge.</w:t>
      </w:r>
      <w:r>
        <w:br/>
      </w:r>
      <w:r>
        <w:rPr>
          <w:sz w:val="20"/>
        </w:rPr>
        <w:t>1:10:16  aise hi bas animal ki tarah jeete honge, animal ki tarah un ka tareeqa hoga.</w:t>
      </w:r>
      <w:r>
        <w:br/>
      </w:r>
      <w:r>
        <w:rPr>
          <w:sz w:val="20"/>
        </w:rPr>
        <w:t>1:10:24  maulana, yeh next question aaya hai rajat malhotra ka Paris se. How can we explain to people that materialism should be need-based only?</w:t>
      </w:r>
      <w:r>
        <w:br/>
      </w:r>
      <w:r>
        <w:rPr>
          <w:sz w:val="20"/>
        </w:rPr>
        <w:t>1:10:35  dekhiye, need ka koi yani in terms of quantity aap us ko us ko define nahi kar sakte ke itne rupay, itna ghar, itna bistar, itna kapda yeh nahi ho sakta.</w:t>
      </w:r>
      <w:r>
        <w:br/>
      </w:r>
      <w:r>
        <w:rPr>
          <w:sz w:val="20"/>
        </w:rPr>
        <w:t>1:10:51  yeh aap ke apne upar hai ke aap ko khud introspection kar ke jaan na hoga ke meri need kya hai.</w:t>
      </w:r>
      <w:r>
        <w:br/>
      </w:r>
      <w:r>
        <w:rPr>
          <w:sz w:val="20"/>
        </w:rPr>
        <w:t>1:11:02  need kisi ki kam ho sakti hai, kisi ki zyada ho sakti hai.</w:t>
      </w:r>
      <w:r>
        <w:br/>
      </w:r>
      <w:r>
        <w:rPr>
          <w:sz w:val="20"/>
        </w:rPr>
        <w:t>1:11:08  to yeh koi mushkil kaam nahi hai ke aap agar aadmi ke andar sincerity ho to jaan sakta ho ke meri need kya hai.</w:t>
      </w:r>
    </w:p>
    <w:p>
      <w:pPr>
        <w:pStyle w:val="Heading2"/>
      </w:pPr>
      <w:r>
        <w:t>Distinguishing heart, mind, and soul thoughts?</w:t>
      </w:r>
    </w:p>
    <w:p>
      <w:r>
        <w:rPr>
          <w:color w:val="666666"/>
          <w:sz w:val="18"/>
        </w:rPr>
        <w:t>Spirituality · God Oriented Life July 9, 2023 · 13m 17s · at 41:03 · https://youtu.be/0bQxMeOk5c8?t=2463</w:t>
      </w:r>
    </w:p>
    <w:p>
      <w:r>
        <w:rPr>
          <w:i/>
        </w:rPr>
        <w:t>“Does our heart and mind have a connection with our soul? How do we know if the thoughts that arise are from our heart and mind or the voice of the soul? Can we hear the voice of the soul? How do we know if it is a thought from our mind or from our heart?”</w:t>
      </w:r>
    </w:p>
    <w:p>
      <w:r>
        <w:rPr>
          <w:sz w:val="20"/>
        </w:rPr>
        <w:t>41:03  apa, ek sawal bheja hai Rohit Kumar ji ne, Amritsar se program ko</w:t>
      </w:r>
      <w:r>
        <w:br/>
      </w:r>
      <w:r>
        <w:rPr>
          <w:sz w:val="20"/>
        </w:rPr>
        <w:t>41:10  dekh rahe hain. woh unhon ne likha hai, "Apa ji, kya hamare dil aur dimagh ka taluq hamari rooh se hota hai? hamare andar jo khayal paida hote hain, hamein kaise pata chale ke woh hamare dil aur dimagh ka khayal hai ya rooh ki awaz?</w:t>
      </w:r>
      <w:r>
        <w:br/>
      </w:r>
      <w:r>
        <w:rPr>
          <w:sz w:val="20"/>
        </w:rPr>
        <w:t>41:25  kya rooh ki awaz hamein sunai deti hai? hamein kaise pata chale ke yeh hamare mann ka khayal hai ya hamare dimagh ka?" apa, kripa is ko clear karen.</w:t>
      </w:r>
      <w:r>
        <w:br/>
      </w:r>
      <w:r>
        <w:rPr>
          <w:sz w:val="20"/>
        </w:rPr>
        <w:t>41:41  insaan ke andar asal cheez dimaghi hai, mind hi hai. woh hamein feel hota hai jaise hum koi bohat khush hue hain to hamein heart lagta hai ke hamara zyada beat barh gayi hai ya koi sad ho gaye hain.</w:t>
      </w:r>
      <w:r>
        <w:br/>
      </w:r>
      <w:r>
        <w:rPr>
          <w:sz w:val="20"/>
        </w:rPr>
        <w:t>41:54  to aisa heart ke level par hamein is ka effect mehsoos hota hai. woh effect hai, asal to mind hi hai. wahi hamari personality hai, wahi usi ko rooh aap keh sakte hain.</w:t>
      </w:r>
      <w:r>
        <w:br/>
      </w:r>
      <w:r>
        <w:rPr>
          <w:sz w:val="20"/>
        </w:rPr>
        <w:t>42:05  wahi consciousness jo hai, to wahi hai. mind hi yeh sab kuch hai.</w:t>
      </w:r>
      <w:r>
        <w:br/>
      </w:r>
      <w:r>
        <w:rPr>
          <w:sz w:val="20"/>
        </w:rPr>
        <w:t>42:10  woh is ka sirf ehsaas hum ko alag alag mehsoos hota hai. kabhi heart pe mehsoos hota hai. to kyunke heart jo hai na, blood ko pump karta hai.</w:t>
      </w:r>
      <w:r>
        <w:br/>
      </w:r>
      <w:r>
        <w:rPr>
          <w:sz w:val="20"/>
        </w:rPr>
        <w:t>42:21  ab hamein zyada hum woh ho gaye, bohat zyada ehtejaj mein aa gaye. kya kahein ge is ko? to woh as heart ke, us ko baray beat, heart beat barh jati hai.</w:t>
      </w:r>
      <w:r>
        <w:br/>
      </w:r>
      <w:r>
        <w:rPr>
          <w:sz w:val="20"/>
        </w:rPr>
        <w:t>42:33  to aisa lagta hai ke heart mein is ka asar, heart ki wajah se aisa hua. aisa nahi hai, woh to effect hai.</w:t>
      </w:r>
      <w:r>
        <w:br/>
      </w:r>
      <w:r>
        <w:rPr>
          <w:sz w:val="20"/>
        </w:rPr>
        <w:t>42:40  asal to mind hi hai. mind hi sochta hai, lekin mind itna zabardast tareeqay se automatic system hai woh ke foran feel kar leta hai.</w:t>
      </w:r>
      <w:r>
        <w:br/>
      </w:r>
      <w:r>
        <w:rPr>
          <w:sz w:val="20"/>
        </w:rPr>
        <w:t>42:51  is ko der nahi lagti hai fail karne mein. ji to is liye hum samajh nahi paate ke hum ko mind se humein yeh baat hui hai. humein lagta hai ke heart se hui hai.</w:t>
      </w:r>
      <w:r>
        <w:br/>
      </w:r>
      <w:r>
        <w:rPr>
          <w:sz w:val="20"/>
        </w:rPr>
        <w:t>43:01  woh asal cheez mind, insaan ke dimagh mein mind hi hai.</w:t>
      </w:r>
      <w:r>
        <w:br/>
      </w:r>
      <w:r>
        <w:rPr>
          <w:sz w:val="20"/>
        </w:rPr>
        <w:t>43:05  ji ji aur bilkul apa aap ne sahi kaha ke main cheez to mind hi hai. aur shuru se hi Allah taala ne sab ke andar, jis ka apa aya ke lafz nafs lawwama aur nafs ammara ke insaan ke andar consciousness bhi hai aur ego bhi hai.</w:t>
      </w:r>
      <w:r>
        <w:br/>
      </w:r>
      <w:r>
        <w:rPr>
          <w:sz w:val="20"/>
        </w:rPr>
        <w:t>43:20  to ab yeh aap par depend karta hai ke aap kis ko feed karte hain. to agar aap consciousness ko feed karenge to khayal achhe honge, aap ki personality positive banegi.</w:t>
      </w:r>
      <w:r>
        <w:br/>
      </w:r>
      <w:r>
        <w:rPr>
          <w:sz w:val="20"/>
        </w:rPr>
        <w:t>43:29  ego ko feed karenge to negative personality banegi.</w:t>
      </w:r>
      <w:r>
        <w:br/>
      </w:r>
      <w:r>
        <w:rPr>
          <w:sz w:val="20"/>
        </w:rPr>
        <w:t>43:33  to yeh integral part hai of the mind and of the personality. aur aksar is ko na samajhne se logon ke andar confusion ho jati hai. woh sochte hain ke rooh alag hai, dimagh alag hai, dil alag hai.</w:t>
      </w:r>
      <w:r>
        <w:br/>
      </w:r>
      <w:r>
        <w:rPr>
          <w:sz w:val="20"/>
        </w:rPr>
        <w:t>43:45  lekin asal mein main cheez aik hi hai, dimagh. aur is mein Allah taala ne aik upright nature shuru se hi dala hua hai. to yeh hamare upar depend karta hai that how we build our personalities.</w:t>
      </w:r>
      <w:r>
        <w:br/>
      </w:r>
      <w:r>
        <w:rPr>
          <w:sz w:val="20"/>
        </w:rPr>
        <w:t>43:56  asal mein woh pehle zamane mein jab researches nahi hui thi na, ji tab log samajhte the</w:t>
      </w:r>
      <w:r>
        <w:br/>
      </w:r>
      <w:r>
        <w:rPr>
          <w:sz w:val="20"/>
        </w:rPr>
        <w:t>44:02  alag alag. ab science ki jo research se pata chala hai ke asal cheez mind hi hai. bilkul ji ji apa aik sawal, yeh hashim ali sahib ne multan se kiya, pakistan se.</w:t>
      </w:r>
      <w:r>
        <w:br/>
      </w:r>
      <w:r>
        <w:rPr>
          <w:sz w:val="20"/>
        </w:rPr>
        <w:t>44:13  aap is ka jawab de chuki hain. shayad unhon ne late session ko join kiya, but yeh aap se pooch rahe hain ke what is the meaning of purification of heart?</w:t>
      </w:r>
      <w:r>
        <w:br/>
      </w:r>
      <w:r>
        <w:rPr>
          <w:sz w:val="20"/>
        </w:rPr>
        <w:t>44:23  to is ke bare mein aap batain. woh is zamane mein dekhiye, heart ka lafz bola jata tha jaise whole heartedly.</w:t>
      </w:r>
      <w:r>
        <w:br/>
      </w:r>
      <w:r>
        <w:rPr>
          <w:sz w:val="20"/>
        </w:rPr>
        <w:t>44:33  woh bola jata tha, riwaj mein tha. ab whole mindedly nahi, koi bolega. woh bola jata tha. to wohi Islam mein bhi woh alfaaz to wohi sab aa jate hain jo language mein istemal hote hain.</w:t>
      </w:r>
      <w:r>
        <w:br/>
      </w:r>
      <w:r>
        <w:rPr>
          <w:sz w:val="20"/>
        </w:rPr>
        <w:t>44:45  to asal mein purification of the mind hai. ji woh bola jata tha, is liye purification of the heart bola jane laga. ji to wohi mind, wohi is ka aik thought process poora chalana parega.</w:t>
      </w:r>
      <w:r>
        <w:br/>
      </w:r>
      <w:r>
        <w:rPr>
          <w:sz w:val="20"/>
        </w:rPr>
        <w:t>44:57  ji jahan hum ne koi ghalti ki, is ko foran is ko rectify karna parega</w:t>
      </w:r>
      <w:r>
        <w:br/>
      </w:r>
      <w:r>
        <w:rPr>
          <w:sz w:val="20"/>
        </w:rPr>
        <w:t>45:03  a. musalsal watch karna parega ke hamare andar koi ghalt idea, hum ne koi ghalt kaam kiya ho, kisi ko nuqsan pohanchaya ho.</w:t>
      </w:r>
      <w:r>
        <w:br/>
      </w:r>
      <w:r>
        <w:rPr>
          <w:sz w:val="20"/>
        </w:rPr>
        <w:t>45:12  to yeh sab cheezon ko check karte rehna parega. agar check nahi karenge to dheere dheere hamari poori personality pollute ho jayegi.</w:t>
      </w:r>
      <w:r>
        <w:br/>
      </w:r>
      <w:r>
        <w:rPr>
          <w:sz w:val="20"/>
        </w:rPr>
        <w:t>45:23  aik bar mujhe yaad aata hai ke taqreeban shayad 25, 20, 25 saal ke Maulana rahe honge. ji to un ki jeb mein kuch so do so rupiya tha kisi ka.</w:t>
      </w:r>
      <w:r>
        <w:br/>
      </w:r>
      <w:r>
        <w:rPr>
          <w:sz w:val="20"/>
        </w:rPr>
        <w:t>45:34  ab pata nahi kyun un ko aisa feel hua ke kahin mein mar jaon to pata nahi chalega kis ka paisa hai. hmm to un ko neend hi nahi aa rahi thi.</w:t>
      </w:r>
      <w:r>
        <w:br/>
      </w:r>
      <w:r>
        <w:rPr>
          <w:sz w:val="20"/>
        </w:rPr>
        <w:t>45:44  ji ji phir unhon ne lalten jalai. woh gaon ka zamana tha. lalten jalai, aik kaghaz qalam liya aur likha ke mein mar jaon to yeh paisa falan ko de diya jaye.</w:t>
      </w:r>
      <w:r>
        <w:br/>
      </w:r>
      <w:r>
        <w:rPr>
          <w:sz w:val="20"/>
        </w:rPr>
        <w:t>45:54  ji to itna zyada insaan ko conscious rehna hai ke hum se koi ghalti na ho jaye.</w:t>
      </w:r>
      <w:r>
        <w:br/>
      </w:r>
      <w:r>
        <w:rPr>
          <w:sz w:val="20"/>
        </w:rPr>
        <w:t>46:00  jab conscious rahenge to phir woh sensitivity develop ho jayegi aur phir hum har ghalt kaam se khud ba khud bachne lagenge. bohat achha example yaad dilaya apa aap ne.</w:t>
      </w:r>
      <w:r>
        <w:br/>
      </w:r>
      <w:r>
        <w:rPr>
          <w:sz w:val="20"/>
        </w:rPr>
        <w:t>46:11  to asal cheez wohi hai jo aap ne kaha ke is nature pe lotna, jis nature pe Allah taala ne insaan ko paida kiya hai. ke apne dil mein kisi ke liye hate nahi rakhna, kisi ke andar malech, kisi ke liye</w:t>
      </w:r>
      <w:r>
        <w:br/>
      </w:r>
      <w:r>
        <w:rPr>
          <w:sz w:val="20"/>
        </w:rPr>
        <w:t>46:25  malech nahi rakhna, aur doosre ke liye khair khwah banna. God oriented life bana batana. to yahi yahi hai purification of heart.</w:t>
      </w:r>
      <w:r>
        <w:br/>
      </w:r>
      <w:r>
        <w:rPr>
          <w:sz w:val="20"/>
        </w:rPr>
        <w:t>46:34  and Quran mein aya hai ke only truly dost people be entered into paradise who have sound heart. to sound heart ka matlab hi yahi hai ke purified personality.</w:t>
      </w:r>
      <w:r>
        <w:br/>
      </w:r>
      <w:r>
        <w:rPr>
          <w:sz w:val="20"/>
        </w:rPr>
        <w:t>46:45  to yeh to jannat ki condition hai apa.</w:t>
      </w:r>
      <w:r>
        <w:br/>
      </w:r>
      <w:r>
        <w:rPr>
          <w:sz w:val="20"/>
        </w:rPr>
        <w:t>46:49  to aur yeh bhi tha ke jaise ab aba jo hain baat cheet karne ke andaaz mein kabhi bohat hi matlab bohat hi koi baat nahi samajh raha hai na to thoda tez bol dete the samjhane ke is liye ke us ko samajh mein nahi aa raha hai.</w:t>
      </w:r>
      <w:r>
        <w:br/>
      </w:r>
      <w:r>
        <w:rPr>
          <w:sz w:val="20"/>
        </w:rPr>
        <w:t>47:07  ke aap ki samajh mein nahi aata aisa kuch keh diya.</w:t>
      </w:r>
      <w:r>
        <w:br/>
      </w:r>
      <w:r>
        <w:rPr>
          <w:sz w:val="20"/>
        </w:rPr>
        <w:t>47:10  aisi koi baat aisi keh di na to koi bhi time ho, raat ka time ho, din ka time ho, agar aisi koi baat ho gayi to woh us ke ghar jaate the us se maafii maangne.</w:t>
      </w:r>
      <w:r>
        <w:br/>
      </w:r>
      <w:r>
        <w:rPr>
          <w:sz w:val="20"/>
        </w:rPr>
        <w:t>47:22  to yeh mashhoor ho gaya tha ke agar yeh waheeduddin khan be waqt kisi ke ghar jayen to samajh lo maafii maangne aaye honge.</w:t>
      </w:r>
      <w:r>
        <w:br/>
      </w:r>
      <w:r>
        <w:rPr>
          <w:sz w:val="20"/>
        </w:rPr>
        <w:t>47:31  to ghaltiyaan hoti hain, insaan hain, insaan ghalti karta hai. to humein maafii maangne ke liye tayyar rehna cha</w:t>
      </w:r>
      <w:r>
        <w:br/>
      </w:r>
      <w:r>
        <w:rPr>
          <w:sz w:val="20"/>
        </w:rPr>
        <w:t>47:38  ahiye. bilkul apa bohat ziyada hum logon ki hammering hoti thi. ke aap ghalti kyun nahi maante? foran ghalti maaniye. to bohat achhe examples bataye apa aap ne.</w:t>
      </w:r>
      <w:r>
        <w:br/>
      </w:r>
      <w:r>
        <w:rPr>
          <w:sz w:val="20"/>
        </w:rPr>
        <w:t>47:48  apa aakhri sawal aaj ke session ka.</w:t>
      </w:r>
      <w:r>
        <w:br/>
      </w:r>
      <w:r>
        <w:rPr>
          <w:sz w:val="20"/>
        </w:rPr>
        <w:t>47:52  apa aap ki conversation se to yahi seekha aaj hum ne ke tazkiya makes a person, builds a person with a noble personality, brings a man closer to God, and also enables him to be a deserving candidate for the company of angels.</w:t>
      </w:r>
      <w:r>
        <w:br/>
      </w:r>
      <w:r>
        <w:rPr>
          <w:sz w:val="20"/>
        </w:rPr>
        <w:t>48:10  lekin apa ek hi cheez is ko derail kar sakti hai aur woh hai distraction.</w:t>
      </w:r>
      <w:r>
        <w:br/>
      </w:r>
      <w:r>
        <w:rPr>
          <w:sz w:val="20"/>
        </w:rPr>
        <w:t>48:17  maulana sahib kehte the ke one of the successful principle to lead a life, successful life in this world is that you should be able to abandon one thing in favor of another.</w:t>
      </w:r>
      <w:r>
        <w:br/>
      </w:r>
      <w:r>
        <w:rPr>
          <w:sz w:val="20"/>
        </w:rPr>
        <w:t>48:29  to koi bhi insaan zindagi mein do do priorities nahi rakh sakta. focus mein ek hi cheez hoti hai. to agar aap ka focus, aap ki priority tazkiya hai, so you have to abandon all those things which are irrelevant for tazkiya</w:t>
      </w:r>
      <w:r>
        <w:br/>
      </w:r>
      <w:r>
        <w:rPr>
          <w:sz w:val="20"/>
        </w:rPr>
        <w:t>48:44  . to apa kal mila ke jo ek sab se aham question hai, saare log aaj ki date mein isi mein mubtala hain, isi mein phanse hue hain.</w:t>
      </w:r>
      <w:r>
        <w:br/>
      </w:r>
      <w:r>
        <w:rPr>
          <w:sz w:val="20"/>
        </w:rPr>
        <w:t>48:55  distraction to kaise apne aap ko distraction se bachayen? yeh apa aaj ka aakhri sawal hai. isi par main chahunga ke aap session ko khatam karen.</w:t>
      </w:r>
      <w:r>
        <w:br/>
      </w:r>
      <w:r>
        <w:rPr>
          <w:sz w:val="20"/>
        </w:rPr>
        <w:t>49:07  distraction hi main cheez hai jis ki wajah se hum apna tazkiya nahi kar paate.</w:t>
      </w:r>
      <w:r>
        <w:br/>
      </w:r>
      <w:r>
        <w:rPr>
          <w:sz w:val="20"/>
        </w:rPr>
        <w:t>49:14  to baar baar hum distract hote rehte hain. aur sab se pehle humein yeh jaanna hai ke hamare paas bohat hi limited period of time hai.</w:t>
      </w:r>
      <w:r>
        <w:br/>
      </w:r>
      <w:r>
        <w:rPr>
          <w:sz w:val="20"/>
        </w:rPr>
        <w:t>49:23  hamare paas waqt bohat kam hai. agar hum is mein distract hote rahenge baar baar to pata chalega ke hamara time hi khatam ho gaya. ab hum kuch karne ki position mein hi nahi</w:t>
      </w:r>
      <w:r>
        <w:br/>
      </w:r>
      <w:r>
        <w:rPr>
          <w:sz w:val="20"/>
        </w:rPr>
        <w:t>49:34  hain. to yeh baat humein samajhna hai aur apne aap ko poori tarah se har waqt tayyar rakhna hai ke jahan bhi koi un ko jahan bhi aisa lage ke yeh cheez humein matlab sab se pehle to humein apna goal set kar lena hai ke hamara goal kya hai?</w:t>
      </w:r>
      <w:r>
        <w:br/>
      </w:r>
      <w:r>
        <w:rPr>
          <w:sz w:val="20"/>
        </w:rPr>
        <w:t>49:53  kya spirituality hamara goal hai? Khuda se connection qaim karna hamara goal hai?</w:t>
      </w:r>
      <w:r>
        <w:br/>
      </w:r>
      <w:r>
        <w:rPr>
          <w:sz w:val="20"/>
        </w:rPr>
        <w:t>49:58  ya duniya ka bhi koi goal ho to humein us goal ko sab se pehle set kar lena hai. is ke baad dekhna hai ke kya koi aisi cheez hai jo is mein hamare woh obstacle create kar rahi hai.</w:t>
      </w:r>
      <w:r>
        <w:br/>
      </w:r>
      <w:r>
        <w:rPr>
          <w:sz w:val="20"/>
        </w:rPr>
        <w:t>50:12  matlab bohat saare log hain jo lazeez khano ke chakkar mein rehte hain. aur ladies khaas taur par shopping ke chakkar mein rehti hain.</w:t>
      </w:r>
      <w:r>
        <w:br/>
      </w:r>
      <w:r>
        <w:rPr>
          <w:sz w:val="20"/>
        </w:rPr>
        <w:t>50:22  kitne hi un ke paas samaan ho lekin shopping karne chali jaati hain.</w:t>
      </w:r>
      <w:r>
        <w:br/>
      </w:r>
      <w:r>
        <w:rPr>
          <w:sz w:val="20"/>
        </w:rPr>
        <w:t>50:26  entertainment hai, daawaten hain aur bohat saari cheezen aisi hain. to yeh saari cheezon se apne aap ko bachana padega.</w:t>
      </w:r>
      <w:r>
        <w:br/>
      </w:r>
      <w:r>
        <w:rPr>
          <w:sz w:val="20"/>
        </w:rPr>
        <w:t>50:35  jab Maulana keh dete hain need based life guzarni padegi. kyunke yeh to saari zindagi bazaar mein to roz nayi nayi cheezen aati rehti hain.</w:t>
      </w:r>
      <w:r>
        <w:br/>
      </w:r>
      <w:r>
        <w:rPr>
          <w:sz w:val="20"/>
        </w:rPr>
        <w:t>50:43  agar hum yeh karenge ke hum ko roz nayi nayi cheez chahiye, ab is se hum bore ho gaye, dil bhar gaya to hum phir isi mein. Maulana ke kamre mein chaalis saal wahi ek hi</w:t>
      </w:r>
      <w:r>
        <w:br/>
      </w:r>
      <w:r>
        <w:rPr>
          <w:sz w:val="20"/>
        </w:rPr>
        <w:t>50:55  furniture raha. ji ji ji bilkul apa. woh kuch laane hi nahi dete the. abhi bhi wahi pada hai apa. ek baar kya hua, ek lambi si sofa bhi nahi thi, lambi bench thi.</w:t>
      </w:r>
      <w:r>
        <w:br/>
      </w:r>
      <w:r>
        <w:rPr>
          <w:sz w:val="20"/>
        </w:rPr>
        <w:t>51:06  achi thi woh. san usnein laye ke yeh abba ke kamre mein rakh dete hain. aur log aate hain baithne baithne ke liye. to maine kaha abba rakhne to denge nahin.</w:t>
      </w:r>
      <w:r>
        <w:br/>
      </w:r>
      <w:r>
        <w:rPr>
          <w:sz w:val="20"/>
        </w:rPr>
        <w:t>51:16  to jab woh namaz parhne lage na tab maine khamosh use ek taraf rakhwa diya.</w:t>
      </w:r>
      <w:r>
        <w:br/>
      </w:r>
      <w:r>
        <w:rPr>
          <w:sz w:val="20"/>
        </w:rPr>
        <w:t>51:21  ji namaz parha parh ke sab se pehle unhon ne is ko bahar nikala. to woh kehte thay main status ko mein change nahin karta.</w:t>
      </w:r>
      <w:r>
        <w:br/>
      </w:r>
      <w:r>
        <w:rPr>
          <w:sz w:val="20"/>
        </w:rPr>
        <w:t>51:31  kyunke woh distraction ban jata hai. ji to is tarah se woh distraction se bohat door rehte thay. koi bhi aisa kaam nahin karte thay jaise shadiyon mein jana, dawatوں mein jana, taqreebon mein jana, yeh sab nahin karte thay.</w:t>
      </w:r>
      <w:r>
        <w:br/>
      </w:r>
      <w:r>
        <w:rPr>
          <w:sz w:val="20"/>
        </w:rPr>
        <w:t>51:46  shuru shuru mein logon ne bohat shikayatein keen ke kahin aana jana nahin karte.</w:t>
      </w:r>
      <w:r>
        <w:br/>
      </w:r>
      <w:r>
        <w:rPr>
          <w:sz w:val="20"/>
        </w:rPr>
        <w:t>51:50  lekin woh dheere dheere log bhi samajh lete hain ke yeh nahin aaye jayenge to phir kehna bhi chhod dete hain woh. ji to yeh har aadmi ka distraction alag alag hota hai.</w:t>
      </w:r>
      <w:r>
        <w:br/>
      </w:r>
      <w:r>
        <w:rPr>
          <w:sz w:val="20"/>
        </w:rPr>
        <w:t>52:02  woh hamein khud hi is ko discover karna hai ke hamara kya distraction hai. to aur is se hamein apne aap ko hum bachana hai.</w:t>
      </w:r>
      <w:r>
        <w:br/>
      </w:r>
      <w:r>
        <w:rPr>
          <w:sz w:val="20"/>
        </w:rPr>
        <w:t>52:12  kyunke hamare bilkul focused hum reh</w:t>
      </w:r>
      <w:r>
        <w:br/>
      </w:r>
      <w:r>
        <w:rPr>
          <w:sz w:val="20"/>
        </w:rPr>
        <w:t>52:15  ein. jo maine kaha tha na shehad ki makhi ki tarah hum focused rahein. tabhi hum kai kar sakte hain. ab jaise hum hi logon ka hai, jagah jagah log bulane lagte hain.</w:t>
      </w:r>
      <w:r>
        <w:br/>
      </w:r>
      <w:r>
        <w:rPr>
          <w:sz w:val="20"/>
        </w:rPr>
        <w:t>52:24  kahin program bula rahe hain, kahin kuch kar rahe hain. yeh yeh kaam hai, woh kaam hai. to hum nahin jaate ke hamare paas bohat kaam hai. to is tarah se har aadmi ka alag alag distraction hota hai.</w:t>
      </w:r>
      <w:r>
        <w:br/>
      </w:r>
      <w:r>
        <w:rPr>
          <w:sz w:val="20"/>
        </w:rPr>
        <w:t>52:35  aur jab tak ke woh apne aap ko is distraction se nahin bachayega, tab tak woh focus</w:t>
      </w:r>
      <w:r>
        <w:br/>
      </w:r>
      <w:r>
        <w:rPr>
          <w:sz w:val="20"/>
        </w:rPr>
        <w:t>52:41  nahin kar sakta. jab focus nahin karega to is ko woh jo is ko paana chahta hai, woh na woh dunya ka koi goal hasil kar sakta hai, na koi akhirat ke hisab se koi goal hasil kar sakta hai.</w:t>
      </w:r>
      <w:r>
        <w:br/>
      </w:r>
      <w:r>
        <w:rPr>
          <w:sz w:val="20"/>
        </w:rPr>
        <w:t>52:54  jab tak ke woh apne aap ko har distraction se na bachaye. ji jazak Allah apa for doing a very good session today.</w:t>
      </w:r>
      <w:r>
        <w:br/>
      </w:r>
      <w:r>
        <w:rPr>
          <w:sz w:val="20"/>
        </w:rPr>
        <w:t>53:05  aap ko aaj ka session kaisa laga? aap</w:t>
      </w:r>
      <w:r>
        <w:br/>
      </w:r>
      <w:r>
        <w:rPr>
          <w:sz w:val="20"/>
        </w:rPr>
        <w:t>53:09  is ke bare mein zaroor comment section mein likhiye. and also if you want apa fareeda apa to take a topic of your choice, do mention the list of topics in the comment section.</w:t>
      </w:r>
      <w:r>
        <w:br/>
      </w:r>
      <w:r>
        <w:rPr>
          <w:sz w:val="20"/>
        </w:rPr>
        <w:t>53:21  we will be back next sunday same time. thank you for watching today sunday session.</w:t>
      </w:r>
    </w:p>
    <w:p>
      <w:pPr>
        <w:pStyle w:val="Heading2"/>
      </w:pPr>
      <w:r>
        <w:t>Dua to diffuse negative thoughts</w:t>
      </w:r>
    </w:p>
    <w:p>
      <w:r>
        <w:rPr>
          <w:color w:val="666666"/>
          <w:sz w:val="18"/>
        </w:rPr>
        <w:t>Spirituality · What is Akhirat March 12, 2006 Maulana Wahiduddin Khan · 19m 36s · at 34:03 · https://youtu.be/F41-6s4TdW0?t=2043</w:t>
      </w:r>
    </w:p>
    <w:p>
      <w:r>
        <w:rPr>
          <w:i/>
        </w:rPr>
        <w:t>“Sometimes despite my best efforts to avoid negative thoughts, I am incapable of diffusing them. Is there any dua which can help me diffuse the negative thought?”</w:t>
      </w:r>
    </w:p>
    <w:p>
      <w:r>
        <w:rPr>
          <w:sz w:val="20"/>
        </w:rPr>
        <w:t>34:03  agla sawal is from hussain bano</w:t>
      </w:r>
      <w:r>
        <w:br/>
      </w:r>
      <w:r>
        <w:rPr>
          <w:sz w:val="20"/>
        </w:rPr>
        <w:t>34:06  she says that sometimes in her case despite her best efforts to avoid negative thoughts she is incapable of diffusing that</w:t>
      </w:r>
      <w:r>
        <w:br/>
      </w:r>
      <w:r>
        <w:rPr>
          <w:sz w:val="20"/>
        </w:rPr>
        <w:t>34:18  thought so she says that is there any dua which can help her diffuse the negative thought and</w:t>
      </w:r>
      <w:r>
        <w:br/>
      </w:r>
      <w:r>
        <w:rPr>
          <w:sz w:val="20"/>
        </w:rPr>
        <w:t>34:26  deal with the life related issue</w:t>
      </w:r>
      <w:r>
        <w:br/>
      </w:r>
      <w:r>
        <w:rPr>
          <w:sz w:val="20"/>
        </w:rPr>
        <w:t>34:30  dekhiye ek baat samajh lijiye</w:t>
      </w:r>
      <w:r>
        <w:br/>
      </w:r>
      <w:r>
        <w:rPr>
          <w:sz w:val="20"/>
        </w:rPr>
        <w:t>34:33  ke negative thought</w:t>
      </w:r>
      <w:r>
        <w:br/>
      </w:r>
      <w:r>
        <w:rPr>
          <w:sz w:val="20"/>
        </w:rPr>
        <w:t>34:36  mukammal maani mein</w:t>
      </w:r>
      <w:r>
        <w:br/>
      </w:r>
      <w:r>
        <w:rPr>
          <w:sz w:val="20"/>
        </w:rPr>
        <w:t>34:39  khatm nahi hota</w:t>
      </w:r>
      <w:r>
        <w:br/>
      </w:r>
      <w:r>
        <w:rPr>
          <w:sz w:val="20"/>
        </w:rPr>
        <w:t>34:42  kisi ke liye bhi nahi khatm hota</w:t>
      </w:r>
      <w:r>
        <w:br/>
      </w:r>
      <w:r>
        <w:rPr>
          <w:sz w:val="20"/>
        </w:rPr>
        <w:t>34:45  is liye</w:t>
      </w:r>
      <w:r>
        <w:br/>
      </w:r>
      <w:r>
        <w:rPr>
          <w:sz w:val="20"/>
        </w:rPr>
        <w:t>34:48  yeh ek musalsal amal hai agar wo musalsal amal na ho to rozana aap neki kaise kamayenge</w:t>
      </w:r>
      <w:r>
        <w:br/>
      </w:r>
      <w:r>
        <w:rPr>
          <w:sz w:val="20"/>
        </w:rPr>
        <w:t>34:57  aap ghor kijiye</w:t>
      </w:r>
      <w:r>
        <w:br/>
      </w:r>
      <w:r>
        <w:rPr>
          <w:sz w:val="20"/>
        </w:rPr>
        <w:t>34:59  ke agar aap ki umar 30 saal hai usi waqt sare manfi jazbat aap ne maar kar dale</w:t>
      </w:r>
      <w:r>
        <w:br/>
      </w:r>
      <w:r>
        <w:rPr>
          <w:sz w:val="20"/>
        </w:rPr>
        <w:t>35:07  ek dam khatm kar liya to phir aap ghair qabil ho gaye</w:t>
      </w:r>
      <w:r>
        <w:br/>
      </w:r>
      <w:r>
        <w:rPr>
          <w:sz w:val="20"/>
        </w:rPr>
        <w:t>35:11  aur wo taraqqi ka amal jo hai wo to wahin ka wahin ruk gaya</w:t>
      </w:r>
      <w:r>
        <w:br/>
      </w:r>
      <w:r>
        <w:rPr>
          <w:sz w:val="20"/>
        </w:rPr>
        <w:t>35:16  is ko achhe se samjhiye ke</w:t>
      </w:r>
      <w:r>
        <w:br/>
      </w:r>
      <w:r>
        <w:rPr>
          <w:sz w:val="20"/>
        </w:rPr>
        <w:t>35:19  yeh jo jis ko mein management keh raha hoon</w:t>
      </w:r>
      <w:r>
        <w:br/>
      </w:r>
      <w:r>
        <w:rPr>
          <w:sz w:val="20"/>
        </w:rPr>
        <w:t>35:23  ke ghusse ko sambhalna</w:t>
      </w:r>
      <w:r>
        <w:br/>
      </w:r>
      <w:r>
        <w:rPr>
          <w:sz w:val="20"/>
        </w:rPr>
        <w:t>35:25  manfi khayalat ko sambhalna</w:t>
      </w:r>
      <w:r>
        <w:br/>
      </w:r>
      <w:r>
        <w:rPr>
          <w:sz w:val="20"/>
        </w:rPr>
        <w:t>35:27  yeh aik amal hai</w:t>
      </w:r>
      <w:r>
        <w:br/>
      </w:r>
      <w:r>
        <w:rPr>
          <w:sz w:val="20"/>
        </w:rPr>
        <w:t>35:30  woh amal barabar jari rahega taakeh aap ka zaati</w:t>
      </w:r>
      <w:r>
        <w:br/>
      </w:r>
      <w:r>
        <w:rPr>
          <w:sz w:val="20"/>
        </w:rPr>
        <w:t>35:34  tarraqi jo hai woh kabhi khatm na ho chalta rahe chalta rahe chalta rahe</w:t>
      </w:r>
      <w:r>
        <w:br/>
      </w:r>
      <w:r>
        <w:rPr>
          <w:sz w:val="20"/>
        </w:rPr>
        <w:t>35:39  yeh toh bohat achi baat hai ke khatm nahi hota khatm nahi ho khatm ho jaye toh is</w:t>
      </w:r>
      <w:r>
        <w:br/>
      </w:r>
      <w:r>
        <w:rPr>
          <w:sz w:val="20"/>
        </w:rPr>
        <w:t>35:44  ka matlab yeh hai ke zaati tarraqi ka amal ruk jaye ga aap ka</w:t>
      </w:r>
      <w:r>
        <w:br/>
      </w:r>
      <w:r>
        <w:rPr>
          <w:sz w:val="20"/>
        </w:rPr>
        <w:t>35:49  doosri baat dekhiye yeh hai</w:t>
      </w:r>
      <w:r>
        <w:br/>
      </w:r>
      <w:r>
        <w:rPr>
          <w:sz w:val="20"/>
        </w:rPr>
        <w:t>35:52  keh quran se yahi maloom hota hai ke 100 feesad kabhi bhi kisi ka khatm nahi hota</w:t>
      </w:r>
      <w:r>
        <w:br/>
      </w:r>
      <w:r>
        <w:rPr>
          <w:sz w:val="20"/>
        </w:rPr>
        <w:t>35:58  woh quran se maloom hota hai khuda aakhirat mein khatm karega</w:t>
      </w:r>
      <w:r>
        <w:br/>
      </w:r>
      <w:r>
        <w:rPr>
          <w:sz w:val="20"/>
        </w:rPr>
        <w:t>36:06  jin logon ke liye yeh faisla kiya jaye ga ke unhein jannat mein dakhil kiya jaye ga toh</w:t>
      </w:r>
      <w:r>
        <w:br/>
      </w:r>
      <w:r>
        <w:rPr>
          <w:sz w:val="20"/>
        </w:rPr>
        <w:t>36:13  thode bohat jo reh gaye hain is ko khuda wahan pak kar dega</w:t>
      </w:r>
      <w:r>
        <w:br/>
      </w:r>
      <w:r>
        <w:rPr>
          <w:sz w:val="20"/>
        </w:rPr>
        <w:t>36:17  isi tarah aata hai quran mein keh yaani</w:t>
      </w:r>
      <w:r>
        <w:br/>
      </w:r>
      <w:r>
        <w:rPr>
          <w:sz w:val="20"/>
        </w:rPr>
        <w:t>36:23  ahl e jannat ke darmiyan dunya mein jo aik doosre ke khilaf shikayatein aur mali the is ko khuda</w:t>
      </w:r>
      <w:r>
        <w:br/>
      </w:r>
      <w:r>
        <w:rPr>
          <w:sz w:val="20"/>
        </w:rPr>
        <w:t>36:31  nikal dega wahan</w:t>
      </w:r>
      <w:r>
        <w:br/>
      </w:r>
      <w:r>
        <w:rPr>
          <w:sz w:val="20"/>
        </w:rPr>
        <w:t>36:35  toh aik woh log hain jo management na karein isi mein jeete rahein woh toh jahannum mein jayein</w:t>
      </w:r>
      <w:r>
        <w:br/>
      </w:r>
      <w:r>
        <w:rPr>
          <w:sz w:val="20"/>
        </w:rPr>
        <w:t>36:40  ge doosre woh log hain jo management karein khuloos se</w:t>
      </w:r>
      <w:r>
        <w:br/>
      </w:r>
      <w:r>
        <w:rPr>
          <w:sz w:val="20"/>
        </w:rPr>
        <w:t>36:46  aur management karte karte kuch thoda sa phir bhi reh jaye as of in</w:t>
      </w:r>
      <w:r>
        <w:br/>
      </w:r>
      <w:r>
        <w:rPr>
          <w:sz w:val="20"/>
        </w:rPr>
        <w:t>36:53  ke liye khuda ne wada kiya hai ke un ko un ko aakhri taur par yani final purification khuda kar dega aur phir jab jannat mein jayenge wo to wo puri tarah masbat shakhsiyat le kar jayenge</w:t>
      </w:r>
      <w:r>
        <w:br/>
      </w:r>
      <w:r>
        <w:rPr>
          <w:sz w:val="20"/>
        </w:rPr>
        <w:t>37:12  this question is from ayesha</w:t>
      </w:r>
      <w:r>
        <w:br/>
      </w:r>
      <w:r>
        <w:rPr>
          <w:sz w:val="20"/>
        </w:rPr>
        <w:t>37:14  she says that according to hadith simplicity is a part of faith then can you explain the relation between the two</w:t>
      </w:r>
      <w:r>
        <w:br/>
      </w:r>
      <w:r>
        <w:rPr>
          <w:sz w:val="20"/>
        </w:rPr>
        <w:t>37:26  dekhiye simplicity jo hai woh aap ko</w:t>
      </w:r>
      <w:r>
        <w:br/>
      </w:r>
      <w:r>
        <w:rPr>
          <w:sz w:val="20"/>
        </w:rPr>
        <w:t>37:32  is qabil banati hai keh aap apne waqt ko bacha sakein apne paise ko bacha sakein apne tawajjuh</w:t>
      </w:r>
      <w:r>
        <w:br/>
      </w:r>
      <w:r>
        <w:rPr>
          <w:sz w:val="20"/>
        </w:rPr>
        <w:t>37:39  ko bacha sakein</w:t>
      </w:r>
      <w:r>
        <w:br/>
      </w:r>
      <w:r>
        <w:rPr>
          <w:sz w:val="20"/>
        </w:rPr>
        <w:t>37:41  yeh hai dono ke darmiyan taluq</w:t>
      </w:r>
      <w:r>
        <w:br/>
      </w:r>
      <w:r>
        <w:rPr>
          <w:sz w:val="20"/>
        </w:rPr>
        <w:t>37:46  jo jin logon ke beech mein jin logon ke andar simplicity na ho har waqt un ko kaha</w:t>
      </w:r>
      <w:r>
        <w:br/>
      </w:r>
      <w:r>
        <w:rPr>
          <w:sz w:val="20"/>
        </w:rPr>
        <w:t>37:51  rehta hai keh bhai aaj khana paka hai yeh sofa sirf toh purana hoga is ko badalna hai</w:t>
      </w:r>
      <w:r>
        <w:br/>
      </w:r>
      <w:r>
        <w:rPr>
          <w:sz w:val="20"/>
        </w:rPr>
        <w:t>37:57  aur car mein dekho is ka yeh ho gaya hai toh simplicity na hone ki yeh qeemat deni padti</w:t>
      </w:r>
      <w:r>
        <w:br/>
      </w:r>
      <w:r>
        <w:rPr>
          <w:sz w:val="20"/>
        </w:rPr>
        <w:t>38:03  hai keh aap ki tawajjuh har waqt bhatakti rahe</w:t>
      </w:r>
      <w:r>
        <w:br/>
      </w:r>
      <w:r>
        <w:rPr>
          <w:sz w:val="20"/>
        </w:rPr>
        <w:t>38:07  aur simplicity agar aajaye keh jo hai wohi theek hai main mizaj</w:t>
      </w:r>
      <w:r>
        <w:br/>
      </w:r>
      <w:r>
        <w:rPr>
          <w:sz w:val="20"/>
        </w:rPr>
        <w:t>38:11  allah ta'ala allah ke fazl se yeh hai ke jo hai wohi theek hai jo khana hai wohi</w:t>
      </w:r>
      <w:r>
        <w:br/>
      </w:r>
      <w:r>
        <w:rPr>
          <w:sz w:val="20"/>
        </w:rPr>
        <w:t>38:16  theek hai jo kapra hai wohi theek hai to mein apne ko status goist kehta hoon</w:t>
      </w:r>
      <w:r>
        <w:br/>
      </w:r>
      <w:r>
        <w:rPr>
          <w:sz w:val="20"/>
        </w:rPr>
        <w:t>38:21  status goist shayad mein tareekh ka sab se bara status goist hoon ke jo hai wohi theek hai</w:t>
      </w:r>
      <w:r>
        <w:br/>
      </w:r>
      <w:r>
        <w:rPr>
          <w:sz w:val="20"/>
        </w:rPr>
        <w:t>38:29  is se mein apne aap ko bachata hoon is baat se ke meri tawajjuh bhatke ho</w:t>
      </w:r>
      <w:r>
        <w:br/>
      </w:r>
      <w:r>
        <w:rPr>
          <w:sz w:val="20"/>
        </w:rPr>
        <w:t>38:36  ek hi nuqte par laga rahe yeh hai woh inaam jo milta hai is aadmi ko jo simplicity</w:t>
      </w:r>
      <w:r>
        <w:br/>
      </w:r>
      <w:r>
        <w:rPr>
          <w:sz w:val="20"/>
        </w:rPr>
        <w:t>38:44  ko apna lifestyle banaye</w:t>
      </w:r>
      <w:r>
        <w:br/>
      </w:r>
      <w:r>
        <w:rPr>
          <w:sz w:val="20"/>
        </w:rPr>
        <w:t>38:50  nighma would like to ask that sometimes we are not able to diffuse the ghussa foran can we still get the unlimited inaam for that or some part of that would be deducted</w:t>
      </w:r>
      <w:r>
        <w:br/>
      </w:r>
      <w:r>
        <w:rPr>
          <w:sz w:val="20"/>
        </w:rPr>
        <w:t>39:06  haan dekhiye yeh aasan kaam nahi hai hadees mein aata hai ke agar aap kisi se ghussa ho</w:t>
      </w:r>
      <w:r>
        <w:br/>
      </w:r>
      <w:r>
        <w:rPr>
          <w:sz w:val="20"/>
        </w:rPr>
        <w:t>39:13  jayen aur bol chaal band ho jaye to teen din ke liye maaf hai</w:t>
      </w:r>
      <w:r>
        <w:br/>
      </w:r>
      <w:r>
        <w:rPr>
          <w:sz w:val="20"/>
        </w:rPr>
        <w:t>39:21  teen din ke liye maaf hai chauthe din ke liye maaf nahi hai</w:t>
      </w:r>
      <w:r>
        <w:br/>
      </w:r>
      <w:r>
        <w:rPr>
          <w:sz w:val="20"/>
        </w:rPr>
        <w:t>39:25  kaha khuda ne aap ko allowance diya hai ek din do din teen din management karo management karo</w:t>
      </w:r>
      <w:r>
        <w:br/>
      </w:r>
      <w:r>
        <w:rPr>
          <w:sz w:val="20"/>
        </w:rPr>
        <w:t>39:32  management karo kaha qudrati muddat yahi hai</w:t>
      </w:r>
      <w:r>
        <w:br/>
      </w:r>
      <w:r>
        <w:rPr>
          <w:sz w:val="20"/>
        </w:rPr>
        <w:t>39:37  teen din jo hai woh qudrati muddat hai teen din ke baad woh ghair qudrati ho jata hai</w:t>
      </w:r>
      <w:r>
        <w:br/>
      </w:r>
      <w:r>
        <w:rPr>
          <w:sz w:val="20"/>
        </w:rPr>
        <w:t>39:42  phir woh qabil maafi nahi hai</w:t>
      </w:r>
      <w:r>
        <w:br/>
      </w:r>
      <w:r>
        <w:rPr>
          <w:sz w:val="20"/>
        </w:rPr>
        <w:t>39:46  to ya to din andeer aap diffuse karen nahi to khuda ne aap ko waqt diya hai teen</w:t>
      </w:r>
      <w:r>
        <w:br/>
      </w:r>
      <w:r>
        <w:rPr>
          <w:sz w:val="20"/>
        </w:rPr>
        <w:t>39:51  din ka teen din ke andar aap ko zaroor management kar lena chahiye is ke baad maafi nahi hogi</w:t>
      </w:r>
      <w:r>
        <w:br/>
      </w:r>
      <w:r>
        <w:rPr>
          <w:sz w:val="20"/>
        </w:rPr>
        <w:t>40:01  this question is from sadia khan</w:t>
      </w:r>
      <w:r>
        <w:br/>
      </w:r>
      <w:r>
        <w:rPr>
          <w:sz w:val="20"/>
        </w:rPr>
        <w:t>40:04  she would like to ask that people in various other disciplines they exchange and learn without any reservation then why do people become biased in the case of religious dialogue</w:t>
      </w:r>
      <w:r>
        <w:br/>
      </w:r>
      <w:r>
        <w:rPr>
          <w:sz w:val="20"/>
        </w:rPr>
        <w:t>40:22  haan yeh zyada tar india mein hai bahar ke deshon mein nahi hai kyunke india mein mazhab ko party se jod diya gaya hai</w:t>
      </w:r>
      <w:r>
        <w:br/>
      </w:r>
      <w:r>
        <w:rPr>
          <w:sz w:val="20"/>
        </w:rPr>
        <w:t>40:36  jaise nehru ne likha hai</w:t>
      </w:r>
      <w:r>
        <w:br/>
      </w:r>
      <w:r>
        <w:rPr>
          <w:sz w:val="20"/>
        </w:rPr>
        <w:t>40:39  is baat ko is tareeqe se ke pehle zamane mein jamhooriyat jab india mein nahi aayi thi</w:t>
      </w:r>
      <w:r>
        <w:br/>
      </w:r>
      <w:r>
        <w:rPr>
          <w:sz w:val="20"/>
        </w:rPr>
        <w:t>40:46  to yahan par khoob log musalman hote the yahan tak group conversion hota tha poora poora gaon akhathe</w:t>
      </w:r>
      <w:r>
        <w:br/>
      </w:r>
      <w:r>
        <w:rPr>
          <w:sz w:val="20"/>
        </w:rPr>
        <w:t>40:53  musalman ho gaye poori biradari akthi musalman ho gayi to nehru ne likha hai ke koi is ko</w:t>
      </w:r>
      <w:r>
        <w:br/>
      </w:r>
      <w:r>
        <w:rPr>
          <w:sz w:val="20"/>
        </w:rPr>
        <w:t>40:58  bara nahi manta tha</w:t>
      </w:r>
      <w:r>
        <w:br/>
      </w:r>
      <w:r>
        <w:rPr>
          <w:sz w:val="20"/>
        </w:rPr>
        <w:t>41:00  yani hindu society</w:t>
      </w:r>
      <w:r>
        <w:br/>
      </w:r>
      <w:r>
        <w:rPr>
          <w:sz w:val="20"/>
        </w:rPr>
        <w:t>41:03  bara nahi manti thi ke bohat se log musalman ho rahe hain ho jayen</w:t>
      </w:r>
      <w:r>
        <w:br/>
      </w:r>
      <w:r>
        <w:rPr>
          <w:sz w:val="20"/>
        </w:rPr>
        <w:t>41:07  yahan tak ek waqia likha unhon ne ke kashmir mein bohat se log musalman hue to jo maharajah</w:t>
      </w:r>
      <w:r>
        <w:br/>
      </w:r>
      <w:r>
        <w:rPr>
          <w:sz w:val="20"/>
        </w:rPr>
        <w:t>41:14  wahan ka tha us ne ek aadmi bheja apna banaras</w:t>
      </w:r>
      <w:r>
        <w:br/>
      </w:r>
      <w:r>
        <w:rPr>
          <w:sz w:val="20"/>
        </w:rPr>
        <w:t>41:19  ke ja kar pata karo ke kya unhein reconvert</w:t>
      </w:r>
      <w:r>
        <w:br/>
      </w:r>
      <w:r>
        <w:rPr>
          <w:sz w:val="20"/>
        </w:rPr>
        <w:t>41:21  kya jaye in hinduo ko reconvert kiya jaye to panditon ne keh diya ke nahi nahi koi</w:t>
      </w:r>
      <w:r>
        <w:br/>
      </w:r>
      <w:r>
        <w:rPr>
          <w:sz w:val="20"/>
        </w:rPr>
        <w:t>41:27  zarurat nahi ho gaye hone do un ko ye likha hai nehru ne apni kitab discovery of india</w:t>
      </w:r>
      <w:r>
        <w:br/>
      </w:r>
      <w:r>
        <w:rPr>
          <w:sz w:val="20"/>
        </w:rPr>
        <w:t>41:33  mein to wo kehte hain ke ye phenomenon jo hai jamhooriyat ka phenomenon hai jab india mein jamhooriyat</w:t>
      </w:r>
      <w:r>
        <w:br/>
      </w:r>
      <w:r>
        <w:rPr>
          <w:sz w:val="20"/>
        </w:rPr>
        <w:t>41:42  aai to number ki ahmiyat barh gayi ab har ek chahta hai ke mera number jo hai wo</w:t>
      </w:r>
      <w:r>
        <w:br/>
      </w:r>
      <w:r>
        <w:rPr>
          <w:sz w:val="20"/>
        </w:rPr>
        <w:t>41:47  ghate nahi to vote bank ki policy ne ye hassasiyat paida ki hai</w:t>
      </w:r>
      <w:r>
        <w:br/>
      </w:r>
      <w:r>
        <w:rPr>
          <w:sz w:val="20"/>
        </w:rPr>
        <w:t>41:54  jo itna conversion par itna zyada log hassas ho gaye hain wo darasal vote bank ki policy hai</w:t>
      </w:r>
      <w:r>
        <w:br/>
      </w:r>
      <w:r>
        <w:rPr>
          <w:sz w:val="20"/>
        </w:rPr>
        <w:t>42:00  aur jamhooriyat ke baad ye baat aai hai ye baat johal ne nehru ne apni kitab discovery of</w:t>
      </w:r>
      <w:r>
        <w:br/>
      </w:r>
      <w:r>
        <w:rPr>
          <w:sz w:val="20"/>
        </w:rPr>
        <w:t>42:06  india mein likhi</w:t>
      </w:r>
      <w:r>
        <w:br/>
      </w:r>
      <w:r>
        <w:rPr>
          <w:sz w:val="20"/>
        </w:rPr>
        <w:t>42:06  hai</w:t>
      </w:r>
      <w:r>
        <w:br/>
      </w:r>
      <w:r>
        <w:rPr>
          <w:sz w:val="20"/>
        </w:rPr>
        <w:t>42:10  doctor m i pradhan has a question that what is the definition of takabbur pride</w:t>
      </w:r>
      <w:r>
        <w:br/>
      </w:r>
      <w:r>
        <w:rPr>
          <w:sz w:val="20"/>
        </w:rPr>
        <w:t>42:19  dekhiye ek hadith mein bataya gaya hai is ko ek hadith mein poocha gaya yahi baat theek yahi</w:t>
      </w:r>
      <w:r>
        <w:br/>
      </w:r>
      <w:r>
        <w:rPr>
          <w:sz w:val="20"/>
        </w:rPr>
        <w:t>42:25  sawal to aap ne do lafz mein is ka jawab diya batrul haqq ke baghbatul naas</w:t>
      </w:r>
      <w:r>
        <w:br/>
      </w:r>
      <w:r>
        <w:rPr>
          <w:sz w:val="20"/>
        </w:rPr>
        <w:t>42:33  kibr kya hai aap ne bataya ke batrul haqq ke baghbatul naas yani sachai aaye to is ko</w:t>
      </w:r>
      <w:r>
        <w:br/>
      </w:r>
      <w:r>
        <w:rPr>
          <w:sz w:val="20"/>
        </w:rPr>
        <w:t>42:40  brush side kar dena is ko english mein kehte hain brush side</w:t>
      </w:r>
      <w:r>
        <w:br/>
      </w:r>
      <w:r>
        <w:rPr>
          <w:sz w:val="20"/>
        </w:rPr>
        <w:t>42:45  sachai ko brush side karna aur logon ko kam samajhna haqeer samajhna</w:t>
      </w:r>
      <w:r>
        <w:br/>
      </w:r>
      <w:r>
        <w:rPr>
          <w:sz w:val="20"/>
        </w:rPr>
        <w:t>42:52  ye kya hai ye to jahil aadmi hai ye kya hai ye to ghareeb aadmi hai to mawazna</w:t>
      </w:r>
      <w:r>
        <w:br/>
      </w:r>
      <w:r>
        <w:rPr>
          <w:sz w:val="20"/>
        </w:rPr>
        <w:t>42:58  kar ke yani kisi ek pehlu se aap zyada hon ke ilm mein zyada</w:t>
      </w:r>
      <w:r>
        <w:br/>
      </w:r>
      <w:r>
        <w:rPr>
          <w:sz w:val="20"/>
        </w:rPr>
        <w:t>43:05  hain education mein zyada hain paise mein zyada hain koi bara ghar aap ke paas hai</w:t>
      </w:r>
      <w:r>
        <w:br/>
      </w:r>
      <w:r>
        <w:rPr>
          <w:sz w:val="20"/>
        </w:rPr>
        <w:t>43:10  to wo mawazna jo hai aap ke zehn mein agar aa jaye to aap in logon ko kam samjhen</w:t>
      </w:r>
      <w:r>
        <w:br/>
      </w:r>
      <w:r>
        <w:rPr>
          <w:sz w:val="20"/>
        </w:rPr>
        <w:t>43:15  ge jin ke paas aap ke muqable mein kam hai</w:t>
      </w:r>
      <w:r>
        <w:br/>
      </w:r>
      <w:r>
        <w:rPr>
          <w:sz w:val="20"/>
        </w:rPr>
        <w:t>43:19  in term of house in term of car in term of money to batar al-haq ke baghbat al-nas</w:t>
      </w:r>
      <w:r>
        <w:br/>
      </w:r>
      <w:r>
        <w:rPr>
          <w:sz w:val="20"/>
        </w:rPr>
        <w:t>43:26  haq samne aaye to is ko aadmi jhaRk de is ko brush side kar de aur</w:t>
      </w:r>
      <w:r>
        <w:br/>
      </w:r>
      <w:r>
        <w:rPr>
          <w:sz w:val="20"/>
        </w:rPr>
        <w:t>43:33  sirf is bana par logon ko haqeer samjhe ke un ke paas</w:t>
      </w:r>
      <w:r>
        <w:br/>
      </w:r>
      <w:r>
        <w:rPr>
          <w:sz w:val="20"/>
        </w:rPr>
        <w:t>43:37  kam hai aap ke paas zyada hai material in terms of material cheez material cheezon mein ye do</w:t>
      </w:r>
      <w:r>
        <w:br/>
      </w:r>
      <w:r>
        <w:rPr>
          <w:sz w:val="20"/>
        </w:rPr>
        <w:t>43:44  cheezein batayi gayi hain hadith mein kibr ki pehchan</w:t>
      </w:r>
      <w:r>
        <w:br/>
      </w:r>
      <w:r>
        <w:rPr>
          <w:sz w:val="20"/>
        </w:rPr>
        <w:t>43:51  das question is from mariya khan</w:t>
      </w:r>
      <w:r>
        <w:br/>
      </w:r>
      <w:r>
        <w:rPr>
          <w:sz w:val="20"/>
        </w:rPr>
        <w:t>43:54  she says that india has a large number of religions and people have an open dialogue also but then why do riots take place here riots ke bare mein</w:t>
      </w:r>
      <w:r>
        <w:br/>
      </w:r>
      <w:r>
        <w:rPr>
          <w:sz w:val="20"/>
        </w:rPr>
        <w:t>44:09  dekhiye india mein ek bohat bari ghalati hui hai jis ko hum bhugat rahe hain ke prash de</w:t>
      </w:r>
      <w:r>
        <w:br/>
      </w:r>
      <w:r>
        <w:rPr>
          <w:sz w:val="20"/>
        </w:rPr>
        <w:t>44:14  rahe hain yahan ke jo thinkers the ya reformers jo the unhone ghalat formula apply karna chaha</w:t>
      </w:r>
      <w:r>
        <w:br/>
      </w:r>
      <w:r>
        <w:rPr>
          <w:sz w:val="20"/>
        </w:rPr>
        <w:t>44:23  ghair qudrati formula wo kya ke all mazahib sachhe</w:t>
      </w:r>
      <w:r>
        <w:br/>
      </w:r>
      <w:r>
        <w:rPr>
          <w:sz w:val="20"/>
        </w:rPr>
        <w:t>44:29  hain unhone ye rai banai</w:t>
      </w:r>
      <w:r>
        <w:br/>
      </w:r>
      <w:r>
        <w:rPr>
          <w:sz w:val="20"/>
        </w:rPr>
        <w:t>44:35  keh jab tak yeh na maana jaaye keh main bhi sacha tum bhi sachay tab tak jhagda hota</w:t>
      </w:r>
      <w:r>
        <w:br/>
      </w:r>
      <w:r>
        <w:rPr>
          <w:sz w:val="20"/>
        </w:rPr>
        <w:t>44:39  rehta hai main kahoon ga ghair qudrati formula hai aur khud hinduon mein kuch top ke logon ne</w:t>
      </w:r>
      <w:r>
        <w:br/>
      </w:r>
      <w:r>
        <w:rPr>
          <w:sz w:val="20"/>
        </w:rPr>
        <w:t>44:46  is ke khilaaf kaha maslan RSS ke guru thay</w:t>
      </w:r>
      <w:r>
        <w:br/>
      </w:r>
      <w:r>
        <w:rPr>
          <w:sz w:val="20"/>
        </w:rPr>
        <w:t>44:50  guru golwalkar bohat top ke aadmi thay RSS ke unhon</w:t>
      </w:r>
      <w:r>
        <w:br/>
      </w:r>
      <w:r>
        <w:rPr>
          <w:sz w:val="20"/>
        </w:rPr>
        <w:t>44:54  ne kaha keh nature abhors uniformity</w:t>
      </w:r>
      <w:r>
        <w:br/>
      </w:r>
      <w:r>
        <w:rPr>
          <w:sz w:val="20"/>
        </w:rPr>
        <w:t>44:59  nature abhors uniformity</w:t>
      </w:r>
      <w:r>
        <w:br/>
      </w:r>
      <w:r>
        <w:rPr>
          <w:sz w:val="20"/>
        </w:rPr>
        <w:t>45:02  to beharhaal ziyada logon ne</w:t>
      </w:r>
      <w:r>
        <w:br/>
      </w:r>
      <w:r>
        <w:rPr>
          <w:sz w:val="20"/>
        </w:rPr>
        <w:t>45:07  right khatam karne ka ya jhagda khatam karne ka formula yeh bataya jis ko main kehta hoon mutual</w:t>
      </w:r>
      <w:r>
        <w:br/>
      </w:r>
      <w:r>
        <w:rPr>
          <w:sz w:val="20"/>
        </w:rPr>
        <w:t>45:14  recognition tum is ko maano main tum ko maano</w:t>
      </w:r>
      <w:r>
        <w:br/>
      </w:r>
      <w:r>
        <w:rPr>
          <w:sz w:val="20"/>
        </w:rPr>
        <w:t>45:19  mun tura haji begum to mera haji bago</w:t>
      </w:r>
      <w:r>
        <w:br/>
      </w:r>
      <w:r>
        <w:rPr>
          <w:sz w:val="20"/>
        </w:rPr>
        <w:t>45:22  tum bhi sachay main bhi sacha to is ko main kehta hoon mutual recognition</w:t>
      </w:r>
      <w:r>
        <w:br/>
      </w:r>
      <w:r>
        <w:rPr>
          <w:sz w:val="20"/>
        </w:rPr>
        <w:t>45:28  that was wrong formula that was a ghair qudrati formula kyunkeh farq to hai farq kaise mitayen ge</w:t>
      </w:r>
      <w:r>
        <w:br/>
      </w:r>
      <w:r>
        <w:rPr>
          <w:sz w:val="20"/>
        </w:rPr>
        <w:t>45:34  aap sahi formula jo main ne diya hai woh hai mutual respect</w:t>
      </w:r>
      <w:r>
        <w:br/>
      </w:r>
      <w:r>
        <w:rPr>
          <w:sz w:val="20"/>
        </w:rPr>
        <w:t>45:40  mutual</w:t>
      </w:r>
      <w:r>
        <w:br/>
      </w:r>
      <w:r>
        <w:rPr>
          <w:sz w:val="20"/>
        </w:rPr>
        <w:t>45:41  respect yani follow one and respect all</w:t>
      </w:r>
      <w:r>
        <w:br/>
      </w:r>
      <w:r>
        <w:rPr>
          <w:sz w:val="20"/>
        </w:rPr>
        <w:t>45:47  تو وہ جو فارمولا دیا ان لوگوں نے mutual recognition کا اسی سے بھڑکاؤ آتا ہے کہ آپ</w:t>
      </w:r>
      <w:r>
        <w:br/>
      </w:r>
      <w:r>
        <w:rPr>
          <w:sz w:val="20"/>
        </w:rPr>
        <w:t>45:54  yeh maanein keh Islam jo hai isi par chalne se jannat mile gi woh bharkay ga aadmi yeh</w:t>
      </w:r>
      <w:r>
        <w:br/>
      </w:r>
      <w:r>
        <w:rPr>
          <w:sz w:val="20"/>
        </w:rPr>
        <w:t>46:00  kaise imaanon ki mere tareeqay se chalne par bhi jannat mile gi</w:t>
      </w:r>
      <w:r>
        <w:br/>
      </w:r>
      <w:r>
        <w:rPr>
          <w:sz w:val="20"/>
        </w:rPr>
        <w:t>46:05  ab bharkao aata hai main kehta hoon keh yeh ghair qudrati hai</w:t>
      </w:r>
      <w:r>
        <w:br/>
      </w:r>
      <w:r>
        <w:rPr>
          <w:sz w:val="20"/>
        </w:rPr>
        <w:t>46:12  aap keh nahi sakte ek moti si kitaab mere paas hai doctor bhagwan das ki is mein dikhaya</w:t>
      </w:r>
      <w:r>
        <w:br/>
      </w:r>
      <w:r>
        <w:rPr>
          <w:sz w:val="20"/>
        </w:rPr>
        <w:t>46:17  unhon ne keh saaray mazhab ek yeh bilkul saari kitaab jo hai woh yaani woh saari itni moti</w:t>
      </w:r>
      <w:r>
        <w:br/>
      </w:r>
      <w:r>
        <w:rPr>
          <w:sz w:val="20"/>
        </w:rPr>
        <w:t>46:25  si kitaab jo hai woh kya hai blunder of mistakes hai woh</w:t>
      </w:r>
      <w:r>
        <w:br/>
      </w:r>
      <w:r>
        <w:rPr>
          <w:sz w:val="20"/>
        </w:rPr>
        <w:t>46:31  to beharhaal yeh maanna keh Khuda ek hai yeh maanna keh Khuda do hai yeh maanna keh Khuda</w:t>
      </w:r>
      <w:r>
        <w:br/>
      </w:r>
      <w:r>
        <w:rPr>
          <w:sz w:val="20"/>
        </w:rPr>
        <w:t>46:36  teen hai to ek sab ek hi kaise ho sakta hai kaise ho sakta hai aap bataiye to</w:t>
      </w:r>
      <w:r>
        <w:br/>
      </w:r>
      <w:r>
        <w:rPr>
          <w:sz w:val="20"/>
        </w:rPr>
        <w:t>46:42  beharhaal main yeh kahoon ga keh jarr jo hai woh galat formula hai bad qismati se jis ko gandhi</w:t>
      </w:r>
      <w:r>
        <w:br/>
      </w:r>
      <w:r>
        <w:rPr>
          <w:sz w:val="20"/>
        </w:rPr>
        <w:t>46:48  نے بھی اختیار کیا اور بہت سے لوگوں نے بڑے ٹاپ کے لوگوں نے کہ mutual recognition</w:t>
      </w:r>
      <w:r>
        <w:br/>
      </w:r>
      <w:r>
        <w:rPr>
          <w:sz w:val="20"/>
        </w:rPr>
        <w:t>46:54  tum mujh ko sacha maano main tum ko sacha maanta hoon</w:t>
      </w:r>
      <w:r>
        <w:br/>
      </w:r>
      <w:r>
        <w:rPr>
          <w:sz w:val="20"/>
        </w:rPr>
        <w:t>46:58  main galat samajhta hoon is ko Ram Rahim ek hai galat samajhta hoon main is ko</w:t>
      </w:r>
      <w:r>
        <w:br/>
      </w:r>
      <w:r>
        <w:rPr>
          <w:sz w:val="20"/>
        </w:rPr>
        <w:t>47:05  sehi formola jo qudrati formola hai woh hai follow one and respect all</w:t>
      </w:r>
      <w:r>
        <w:br/>
      </w:r>
      <w:r>
        <w:rPr>
          <w:sz w:val="20"/>
        </w:rPr>
        <w:t>47:11  in terms of respect hai uniformity</w:t>
      </w:r>
      <w:r>
        <w:br/>
      </w:r>
      <w:r>
        <w:rPr>
          <w:sz w:val="20"/>
        </w:rPr>
        <w:t>47:16  yani</w:t>
      </w:r>
      <w:r>
        <w:br/>
      </w:r>
      <w:r>
        <w:rPr>
          <w:sz w:val="20"/>
        </w:rPr>
        <w:t>47:17  jaisa ke main ne abhi ek lady se kaha ke gender equality ke muqable mein woh bhi gender</w:t>
      </w:r>
      <w:r>
        <w:br/>
      </w:r>
      <w:r>
        <w:rPr>
          <w:sz w:val="20"/>
        </w:rPr>
        <w:t>47:23  equality bhi isi qism ki fallacy hai har mazhab sachha to sare dono barabar</w:t>
      </w:r>
      <w:r>
        <w:br/>
      </w:r>
      <w:r>
        <w:rPr>
          <w:sz w:val="20"/>
        </w:rPr>
        <w:t>47:29  gender equality ek fallacy par buniyad rakhti hai to main ne kaha ke sahi kya hai sahi yeh</w:t>
      </w:r>
      <w:r>
        <w:br/>
      </w:r>
      <w:r>
        <w:rPr>
          <w:sz w:val="20"/>
        </w:rPr>
        <w:t>47:35  hai ke equal in respect and different</w:t>
      </w:r>
      <w:r>
        <w:br/>
      </w:r>
      <w:r>
        <w:rPr>
          <w:sz w:val="20"/>
        </w:rPr>
        <w:t>47:43  in role equal in respect and different in role isi tarah se yeh aage aap rozmarra ki zindagi</w:t>
      </w:r>
      <w:r>
        <w:br/>
      </w:r>
      <w:r>
        <w:rPr>
          <w:sz w:val="20"/>
        </w:rPr>
        <w:t>47:52  mein aap letters agree aur disagree ka formula chalate hain</w:t>
      </w:r>
      <w:r>
        <w:br/>
      </w:r>
      <w:r>
        <w:rPr>
          <w:sz w:val="20"/>
        </w:rPr>
        <w:t>47:57  letters agree aur disagree wohi formula aap mazhab mein chaliye yeh kyun chahte hain ke sab mazhab</w:t>
      </w:r>
      <w:r>
        <w:br/>
      </w:r>
      <w:r>
        <w:rPr>
          <w:sz w:val="20"/>
        </w:rPr>
        <w:t>48:03  ekaan sab mazahib sacha sab mazahib ek yeh galat formula hai toh baharhal main yeh kahunga ki india mein riot ko khatam karne ka yeh formula galat hai ki mutual recognition chalaya jaye nahi hai mutual respect chalaya jaye aur peaceful dialogue ek doosre ko respect dete hue hum peaceful dialogue karein yeh hai hal meri nazar mein</w:t>
      </w:r>
      <w:r>
        <w:br/>
      </w:r>
      <w:r>
        <w:rPr>
          <w:sz w:val="20"/>
        </w:rPr>
        <w:t>48:30  faraaz ahmed would like to know what are huqooq ul ibad and how significant they are dekhiye ek hadith mein isko bahut sada andaaz mein bayan kiya gaya hai</w:t>
      </w:r>
      <w:r>
        <w:br/>
      </w:r>
      <w:r>
        <w:rPr>
          <w:sz w:val="20"/>
        </w:rPr>
        <w:t>48:47  jo apne liye chaho wahi doosron ke liye chaho yeh huqooq ul ibad hain</w:t>
      </w:r>
      <w:r>
        <w:br/>
      </w:r>
      <w:r>
        <w:rPr>
          <w:sz w:val="20"/>
        </w:rPr>
        <w:t>48:53  jo apne liye chaho woh doosre ke liye chaho masalan main chahta hoon ki mujhe gaali na de main doosre ko gaali na doon main chahta hoon ki mera maal koi na loote toh main doosre ka maal na looton main chahta hoon ki koi mere sath ista'saal ka muamla na kare toh main doosre ko ista'saal na karoon bahut sada formula</w:t>
      </w:r>
      <w:r>
        <w:br/>
      </w:r>
      <w:r>
        <w:rPr>
          <w:sz w:val="20"/>
        </w:rPr>
        <w:t>49:15  jo cheez tum apne liye chahte ho usi ko doosre ke liye chaho</w:t>
      </w:r>
      <w:r>
        <w:br/>
      </w:r>
      <w:r>
        <w:rPr>
          <w:sz w:val="20"/>
        </w:rPr>
        <w:t>49:21  haan persian mein kaha gaya hai ke yahan se barkhudmipsandi bar deegar mipsand</w:t>
      </w:r>
      <w:r>
        <w:br/>
      </w:r>
      <w:r>
        <w:rPr>
          <w:sz w:val="20"/>
        </w:rPr>
        <w:t>49:28  isi formula ko persian mein kaha gaya hai ke yahan se barkhudmipsandi bar deegar mipsand jo cheez tum</w:t>
      </w:r>
      <w:r>
        <w:br/>
      </w:r>
      <w:r>
        <w:rPr>
          <w:sz w:val="20"/>
        </w:rPr>
        <w:t>49:34  ko apne liye pasand nahi hai wohi doosron ke liye pasand karo yeh hai saada formula 10 question</w:t>
      </w:r>
      <w:r>
        <w:br/>
      </w:r>
      <w:r>
        <w:rPr>
          <w:sz w:val="20"/>
        </w:rPr>
        <w:t>49:40  is from Priya. She says, "What is the most ahem rukawat in personality development?"</w:t>
      </w:r>
      <w:r>
        <w:br/>
      </w:r>
      <w:r>
        <w:rPr>
          <w:sz w:val="20"/>
        </w:rPr>
        <w:t>49:53  adar din personality development kisi aur cheez ko ahmiyat de dena</w:t>
      </w:r>
      <w:r>
        <w:br/>
      </w:r>
      <w:r>
        <w:rPr>
          <w:sz w:val="20"/>
        </w:rPr>
        <w:t>50:02  yani yeh jo cheez hai personality development is ke sath kisi bhi doosri cheez ko aap ahmiyat de</w:t>
      </w:r>
      <w:r>
        <w:br/>
      </w:r>
      <w:r>
        <w:rPr>
          <w:sz w:val="20"/>
        </w:rPr>
        <w:t>50:09  den to bas woh kaam ruk jayega kisi bhi cheez ko duniya mein aap ko hazaron cheezon</w:t>
      </w:r>
      <w:r>
        <w:br/>
      </w:r>
      <w:r>
        <w:rPr>
          <w:sz w:val="20"/>
        </w:rPr>
        <w:t>50:19  ka samna parta hai</w:t>
      </w:r>
      <w:r>
        <w:br/>
      </w:r>
      <w:r>
        <w:rPr>
          <w:sz w:val="20"/>
        </w:rPr>
        <w:t>50:22  misalan material cheezein misalan consumers mein hazaron lakhon item hain</w:t>
      </w:r>
      <w:r>
        <w:br/>
      </w:r>
      <w:r>
        <w:rPr>
          <w:sz w:val="20"/>
        </w:rPr>
        <w:t>50:30  ab aap kahein yeh to mere pas nahi hai is ke baghair kaise kaam chalega</w:t>
      </w:r>
      <w:r>
        <w:br/>
      </w:r>
      <w:r>
        <w:rPr>
          <w:sz w:val="20"/>
        </w:rPr>
        <w:t>50:36  to jaisa main ne kal wahan hyderabad mein ek misal di thi ke log jo hain jante nahi</w:t>
      </w:r>
      <w:r>
        <w:br/>
      </w:r>
      <w:r>
        <w:rPr>
          <w:sz w:val="20"/>
        </w:rPr>
        <w:t>50:43  ke aurat kitni qeemti cheez hai is ko kam andaza karte hain</w:t>
      </w:r>
      <w:r>
        <w:br/>
      </w:r>
      <w:r>
        <w:rPr>
          <w:sz w:val="20"/>
        </w:rPr>
        <w:t>50:50  sab se bara qusoor mardon ka hai ke unhon ne aurat ki khoobiyon ko kam andaza kiya aur</w:t>
      </w:r>
      <w:r>
        <w:br/>
      </w:r>
      <w:r>
        <w:rPr>
          <w:sz w:val="20"/>
        </w:rPr>
        <w:t>50:56  aurat ka role jo hai misbat role woh duniya ke samne bohat kam aa saka jaisa main ne</w:t>
      </w:r>
      <w:r>
        <w:br/>
      </w:r>
      <w:r>
        <w:rPr>
          <w:sz w:val="20"/>
        </w:rPr>
        <w:t>51:01  bataya tha ke aap ko ek aurat dein</w:t>
      </w:r>
      <w:r>
        <w:br/>
      </w:r>
      <w:r>
        <w:rPr>
          <w:sz w:val="20"/>
        </w:rPr>
        <w:t>51:06  ek america ka sab se bara scientist paida kiya</w:t>
      </w:r>
      <w:r>
        <w:br/>
      </w:r>
      <w:r>
        <w:rPr>
          <w:sz w:val="20"/>
        </w:rPr>
        <w:t>51:11  pichhli baar mein ne bataya tha anderson</w:t>
      </w:r>
      <w:r>
        <w:br/>
      </w:r>
      <w:r>
        <w:rPr>
          <w:sz w:val="20"/>
        </w:rPr>
        <w:t>51:15  anderson ne 1300</w:t>
      </w:r>
      <w:r>
        <w:br/>
      </w:r>
      <w:r>
        <w:rPr>
          <w:sz w:val="20"/>
        </w:rPr>
        <w:t>51:18  ijadaten is se</w:t>
      </w:r>
      <w:r>
        <w:br/>
      </w:r>
      <w:r>
        <w:rPr>
          <w:sz w:val="20"/>
        </w:rPr>
        <w:t>51:21  mansoob</w:t>
      </w:r>
      <w:r>
        <w:br/>
      </w:r>
      <w:r>
        <w:rPr>
          <w:sz w:val="20"/>
        </w:rPr>
        <w:t>51:22  hain 1300 ijadaten kin is ne aur kis ne is ko banaya tha ek aurat ne is ki</w:t>
      </w:r>
      <w:r>
        <w:br/>
      </w:r>
      <w:r>
        <w:rPr>
          <w:sz w:val="20"/>
        </w:rPr>
        <w:t>51:27  maan ne to aurat ko</w:t>
      </w:r>
      <w:r>
        <w:br/>
      </w:r>
      <w:r>
        <w:rPr>
          <w:sz w:val="20"/>
        </w:rPr>
        <w:t>51:33  mard ne kam andaza kiya is liye wo is ki</w:t>
      </w:r>
      <w:r>
        <w:br/>
      </w:r>
      <w:r>
        <w:rPr>
          <w:sz w:val="20"/>
        </w:rPr>
        <w:t>51:39  is ko wo nahin kar saka</w:t>
      </w:r>
      <w:r>
        <w:br/>
      </w:r>
      <w:r>
        <w:rPr>
          <w:sz w:val="20"/>
        </w:rPr>
        <w:t>51:43  is ko yani is ko hasil nahin kar saka to personality development jo hai kisi bhi cheez ko</w:t>
      </w:r>
      <w:r>
        <w:br/>
      </w:r>
      <w:r>
        <w:rPr>
          <w:sz w:val="20"/>
        </w:rPr>
        <w:t>51:51  chahe wo koi bhi cheez ho is ko aap primary bana len is ko secondary bana den to</w:t>
      </w:r>
      <w:r>
        <w:br/>
      </w:r>
      <w:r>
        <w:rPr>
          <w:sz w:val="20"/>
        </w:rPr>
        <w:t>51:57  bas wo ruk jayega to ek hi baat meri zindagi kahne ke liye hai ke jab aap</w:t>
      </w:r>
      <w:r>
        <w:br/>
      </w:r>
      <w:r>
        <w:rPr>
          <w:sz w:val="20"/>
        </w:rPr>
        <w:t>52:02  jaan len ke personality development jo hai</w:t>
      </w:r>
      <w:r>
        <w:br/>
      </w:r>
      <w:r>
        <w:rPr>
          <w:sz w:val="20"/>
        </w:rPr>
        <w:t>52:07  ya</w:t>
      </w:r>
      <w:r>
        <w:br/>
      </w:r>
      <w:r>
        <w:rPr>
          <w:sz w:val="20"/>
        </w:rPr>
        <w:t>52:07  purification of soul jo hai sab se badi cheez hai iske baad doosra faisla yeh kar li jiye ki kisi bhi doosri cheez ko main primary ahmiyat nahi doonga bas yahi wahid formula hai</w:t>
      </w:r>
      <w:r>
        <w:br/>
      </w:r>
      <w:r>
        <w:rPr>
          <w:sz w:val="20"/>
        </w:rPr>
        <w:t>52:24  das question is from sadia khan she says that why is it that of all the countries only india is best for religious dialogue</w:t>
      </w:r>
      <w:r>
        <w:br/>
      </w:r>
      <w:r>
        <w:rPr>
          <w:sz w:val="20"/>
        </w:rPr>
        <w:t>52:34  and why is it that openness and tolerance is maximum in india as compared to other con</w:t>
      </w:r>
      <w:r>
        <w:br/>
      </w:r>
      <w:r>
        <w:rPr>
          <w:sz w:val="20"/>
        </w:rPr>
        <w:t>52:40  tries kiska question hai sadia dekhiye yeh india ka jo plus point hai wahi iska minus point bhi hai yeh is india ka plus point jo hai wahi iska minus point bhi hai ki yeh theory bahut pehle se chali aa rahi hai gita gita ke zamane se chali aa rahi hai every religion is true har rasta ek hi sachai ki taraf jata hai yeh gita chala raha hai toh yeh iska plus point hai lekin</w:t>
      </w:r>
    </w:p>
    <w:p>
      <w:pPr>
        <w:pStyle w:val="Heading2"/>
      </w:pPr>
      <w:r>
        <w:t>Focus on ego or Satan's whispers</w:t>
      </w:r>
    </w:p>
    <w:p>
      <w:r>
        <w:rPr>
          <w:color w:val="666666"/>
          <w:sz w:val="18"/>
        </w:rPr>
        <w:t>Spirituality · Q&amp;A 04 DEC 2011 Maulana Wahiduddin Khan · 6m 26s · at 19:20 · https://youtu.be/KIMNmuUZoGo?t=1160</w:t>
      </w:r>
    </w:p>
    <w:p>
      <w:r>
        <w:rPr>
          <w:i/>
        </w:rPr>
        <w:t>“To protect ourselves from Satan, what should we focus on most? Ego or Satan's whispers?”</w:t>
      </w:r>
    </w:p>
    <w:p>
      <w:r>
        <w:rPr>
          <w:sz w:val="20"/>
        </w:rPr>
        <w:t>19:20  maulana, agla sawal aya hai mr sajid ka, hyderabad se. unhon ne likha hai: "shaitan se bachne ke liye hum ko sab se zyada kis cheez par nigah rakhna chahiye?</w:t>
      </w:r>
      <w:r>
        <w:br/>
      </w:r>
      <w:r>
        <w:rPr>
          <w:sz w:val="20"/>
        </w:rPr>
        <w:t>19:33  ego par ya shaitan ke waswase par?"</w:t>
      </w:r>
      <w:r>
        <w:br/>
      </w:r>
      <w:r>
        <w:rPr>
          <w:sz w:val="20"/>
        </w:rPr>
        <w:t>19:39  shaitan se bachne ke liye zaroorat hai apna dushman banna. khud apne sath dushmani karni parti hai. tab aap shaitan se bach sakte hain.</w:t>
      </w:r>
      <w:r>
        <w:br/>
      </w:r>
      <w:r>
        <w:rPr>
          <w:sz w:val="20"/>
        </w:rPr>
        <w:t>19:50  agar aap apne dost bane hue hon to aap shaitan se bach nahi sakte aap. isi liye mein kaha karta hoon ke</w:t>
      </w:r>
      <w:r>
        <w:br/>
      </w:r>
      <w:r>
        <w:rPr>
          <w:sz w:val="20"/>
        </w:rPr>
        <w:t>19:58  merciless hammering, merciless introspection yani be rehamana muhasiba.</w:t>
      </w:r>
      <w:r>
        <w:br/>
      </w:r>
      <w:r>
        <w:rPr>
          <w:sz w:val="20"/>
        </w:rPr>
        <w:t>20:06  isi ko mein kehta hoon dushman banna parta hai. ek hi lazmi shart hai woh hai apna be rehamana muhasiba.</w:t>
      </w:r>
      <w:r>
        <w:br/>
      </w:r>
      <w:r>
        <w:rPr>
          <w:sz w:val="20"/>
        </w:rPr>
        <w:t>20:15  tab aap shaitan se bach jayen ge. matlab namumkin hai shaitan se bachna. aur aaj kal insanon ki yani jo aaj kal pehle bhi sab se bari jo kamzori insanon mein pata hoon mein ke woh ek ek lafz mil jata hai is ko to isi lafz se woh justify kar leta hai apne ko.</w:t>
      </w:r>
      <w:r>
        <w:br/>
      </w:r>
      <w:r>
        <w:rPr>
          <w:sz w:val="20"/>
        </w:rPr>
        <w:t>20:33  her aadmi ko chahe woh dako bhi kyun na ho. ek dako se unhon ne kaha ke tum dake marte ho? us ne kaha mein daka marta hoon to mein dekho logon ko paisa deta hoon.</w:t>
      </w:r>
      <w:r>
        <w:br/>
      </w:r>
      <w:r>
        <w:rPr>
          <w:sz w:val="20"/>
        </w:rPr>
        <w:t>20:46  akela thori mahaz aap ko leta hoon. kuch khud leta hoon, kuch gharibon ko de deta hoon. is se justify kar liya aap ne dako ko?</w:t>
      </w:r>
      <w:r>
        <w:br/>
      </w:r>
      <w:r>
        <w:rPr>
          <w:sz w:val="20"/>
        </w:rPr>
        <w:t>20:55  to sab se buri cheez hai alfaz ka fitna. her aadmi chahe kuch bhi kuch bhi ghalat rai banaye, kuch bhi ghair ilmi rai banaye, kuch bhi be buniyad rai banaye.</w:t>
      </w:r>
      <w:r>
        <w:br/>
      </w:r>
      <w:r>
        <w:rPr>
          <w:sz w:val="20"/>
        </w:rPr>
        <w:t>21:11  us ko lafz mil jayega.</w:t>
      </w:r>
      <w:r>
        <w:br/>
      </w:r>
      <w:r>
        <w:rPr>
          <w:sz w:val="20"/>
        </w:rPr>
        <w:t>21:14  lafz mil jayega.</w:t>
      </w:r>
      <w:r>
        <w:br/>
      </w:r>
      <w:r>
        <w:rPr>
          <w:sz w:val="20"/>
        </w:rPr>
        <w:t>21:18  misalan ek sahab ne kaha ke sahab quran mein namaz ki tafseel kahan hai? yeh aap namaz jo banai hai aap ne, aap logon ne yeh to khud sakhta hai.</w:t>
      </w:r>
      <w:r>
        <w:br/>
      </w:r>
      <w:r>
        <w:rPr>
          <w:sz w:val="20"/>
        </w:rPr>
        <w:t>21:30  to mein ne kaha koi bhi cheez jo aap mante hon ke quran mein hai us ki bhi tafseel kahan hai?</w:t>
      </w:r>
      <w:r>
        <w:br/>
      </w:r>
      <w:r>
        <w:rPr>
          <w:sz w:val="20"/>
        </w:rPr>
        <w:t>21:37  us ki bhi tafseel kahan hai? misalan un ka nazariya tha ke quran ka maqsad hai yani woh nizam-e-adil qaim karna.</w:t>
      </w:r>
      <w:r>
        <w:br/>
      </w:r>
      <w:r>
        <w:rPr>
          <w:sz w:val="20"/>
        </w:rPr>
        <w:t>21:49  yani ideal system, perfect system qaim karna. maine kaha woh kahan tafseel uski hai?</w:t>
      </w:r>
      <w:r>
        <w:br/>
      </w:r>
      <w:r>
        <w:rPr>
          <w:sz w:val="20"/>
        </w:rPr>
        <w:t>21:56  toh koi bhi cheez jo aap kahenge ke Quran mein Quran mein iska hukum diya gaya hai toh uski tafseel nahi milegi aap ko.</w:t>
      </w:r>
      <w:r>
        <w:br/>
      </w:r>
      <w:r>
        <w:rPr>
          <w:sz w:val="20"/>
        </w:rPr>
        <w:t>22:06  namazi ki baatein nahi hain. lekin phir bhi woh nahi mana unhone. kyunke kuch na kuch lafz phir mil jata hai aadmi ko. toh sab se bada fitna alfaaz ka fitna hai.</w:t>
      </w:r>
      <w:r>
        <w:br/>
      </w:r>
      <w:r>
        <w:rPr>
          <w:sz w:val="20"/>
        </w:rPr>
        <w:t>22:17  koi bhi daleel aap dijiye.</w:t>
      </w:r>
      <w:r>
        <w:br/>
      </w:r>
      <w:r>
        <w:rPr>
          <w:sz w:val="20"/>
        </w:rPr>
        <w:t>22:20  woh isko ek ek lafz mil jayega isko. ek dilchasp misaal yeh hai ke ek martaba mein Lucknow mein tha toh Hazrat Zehd ke paas ek road aise mudti thi.</w:t>
      </w:r>
      <w:r>
        <w:br/>
      </w:r>
      <w:r>
        <w:rPr>
          <w:sz w:val="20"/>
        </w:rPr>
        <w:t>22:32  wahan mein tha corner par. ek road idhar ja rahi thi, ek road idhar se mud rahi thi.</w:t>
      </w:r>
      <w:r>
        <w:br/>
      </w:r>
      <w:r>
        <w:rPr>
          <w:sz w:val="20"/>
        </w:rPr>
        <w:t>22:39  toh maine dekha ke ek ek ek ladka cycle par dodata dodata hua idhar se aaya. bahut tezi se. phir jahan mudna tha usko wahan ek dehati bechara chal raha tha paidal, use takra gaya woh.</w:t>
      </w:r>
      <w:r>
        <w:br/>
      </w:r>
      <w:r>
        <w:rPr>
          <w:sz w:val="20"/>
        </w:rPr>
        <w:t>22:54  toh dehati gir gaya.</w:t>
      </w:r>
      <w:r>
        <w:br/>
      </w:r>
      <w:r>
        <w:rPr>
          <w:sz w:val="20"/>
        </w:rPr>
        <w:t>22:58  bayaar ghareeb aadmi lagta tha woh koi. toh ladka jo hai takra gaya toh cycle bhi gir gayi, woh aadmi bhi gir gaya. toh woh aadmi kehta hai ke ghanti kyun nahi bajai?</w:t>
      </w:r>
      <w:r>
        <w:br/>
      </w:r>
      <w:r>
        <w:rPr>
          <w:sz w:val="20"/>
        </w:rPr>
        <w:t>23:15  toh ladka kehta hai ghanti na ho toh?</w:t>
      </w:r>
      <w:r>
        <w:br/>
      </w:r>
      <w:r>
        <w:rPr>
          <w:sz w:val="20"/>
        </w:rPr>
        <w:t>23:20  phir woh kehta hai ke break kyun nahi lagaya? break na ho toh? phir usne kaha bechare ne ke tumhari ghanti bhi nahi hai, break bhi nahi hai, tez kyun dodate ho?</w:t>
      </w:r>
      <w:r>
        <w:br/>
      </w:r>
      <w:r>
        <w:rPr>
          <w:sz w:val="20"/>
        </w:rPr>
        <w:t>23:31  tab bhi lafz mil gaya usko. kaha tum se pooch kyun dodau? yeh bahut hi khatarnak baat hai ke insaan ko lafz milta rehta hai.</w:t>
      </w:r>
      <w:r>
        <w:br/>
      </w:r>
      <w:r>
        <w:rPr>
          <w:sz w:val="20"/>
        </w:rPr>
        <w:t>23:41  Shaitan ko mil gaya Allah ke muqable mein lafz. ab gaur kijiye ke Allah taala ne kaha ke tum Adam ke aage sajda karo.</w:t>
      </w:r>
      <w:r>
        <w:br/>
      </w:r>
      <w:r>
        <w:rPr>
          <w:sz w:val="20"/>
        </w:rPr>
        <w:t>23:51  jhuk jao. toh Shaitan ne kya kaha? main kyun jhuku? aap ne paida kiya mujhko aag se, usko mitti se.</w:t>
      </w:r>
      <w:r>
        <w:br/>
      </w:r>
      <w:r>
        <w:rPr>
          <w:sz w:val="20"/>
        </w:rPr>
        <w:t>24:00  toh main is se superior hoon. toh Allah ke muqable pe lafz mil gaya usko.</w:t>
      </w:r>
      <w:r>
        <w:br/>
      </w:r>
      <w:r>
        <w:rPr>
          <w:sz w:val="20"/>
        </w:rPr>
        <w:t>24:07  yaad rakhiye sab se buri cheez yeh hai ke aap ko lafz milta rahe. aap speechless na ho paayein. jab tak aadmi ka zariya rok woh speechless hota ho kahin na kahein.</w:t>
      </w:r>
      <w:r>
        <w:br/>
      </w:r>
      <w:r>
        <w:rPr>
          <w:sz w:val="20"/>
        </w:rPr>
        <w:t>24:18  kahin na kahin usko daleel jhuka de. kahin na kahin Allah ka khauf jhuka de.</w:t>
      </w:r>
      <w:r>
        <w:br/>
      </w:r>
      <w:r>
        <w:rPr>
          <w:sz w:val="20"/>
        </w:rPr>
        <w:t>24:23  kahin na kahin usko uski sincerity rok de. nahi toh rokayenge nahi aap. yani bolte rahenge, bolte rahenge, bolte rahenge.</w:t>
      </w:r>
      <w:r>
        <w:br/>
      </w:r>
      <w:r>
        <w:rPr>
          <w:sz w:val="20"/>
        </w:rPr>
        <w:t>24:32  toh main isi liye main kehta hoon ke sab se bura fitna alfaaz ka fitna hai. aage aap jhukna na chahein toh Shaitan la kar aage nahi jhuka.</w:t>
      </w:r>
      <w:r>
        <w:br/>
      </w:r>
      <w:r>
        <w:rPr>
          <w:sz w:val="20"/>
        </w:rPr>
        <w:t>24:42  usko lafz milta raha, wahan bhi lafz milta raha.</w:t>
      </w:r>
      <w:r>
        <w:br/>
      </w:r>
      <w:r>
        <w:rPr>
          <w:sz w:val="20"/>
        </w:rPr>
        <w:t>24:45  toh yeh bahut hi serious baat hai. dekhiye aap maut se pehle duniya mein azaad hain toh kuch bhi bol sakte hain. maut ke baad kya karenge?</w:t>
      </w:r>
      <w:r>
        <w:br/>
      </w:r>
      <w:r>
        <w:rPr>
          <w:sz w:val="20"/>
        </w:rPr>
        <w:t>24:54  jab hajj ke maidan mein aap ikhatta honge toh kya karenge wahan? kya Allah taala ke saath bhi lafz baazi karenge aap? wahan bhi lafz bol ke jeet sakte hain aap?</w:t>
      </w:r>
      <w:r>
        <w:br/>
      </w:r>
      <w:r>
        <w:rPr>
          <w:sz w:val="20"/>
        </w:rPr>
        <w:t>25:04  aur Allah taala hukum de ke isko le jao, jahannum mein daal do. kya aap ke paas taqat hogi? aap rok lenge apne aap ko farishte se?</w:t>
      </w:r>
      <w:r>
        <w:br/>
      </w:r>
      <w:r>
        <w:rPr>
          <w:sz w:val="20"/>
        </w:rPr>
        <w:t>25:14  toh sab se bura fitna mere nazdeek alfaaz ka fitna hai. har aadmi ko woh lafz mil jata hai. jis ko dekhiye duniya ke bade bade zalim jo hain unko woh lafz mile hue the.</w:t>
      </w:r>
      <w:r>
        <w:br/>
      </w:r>
      <w:r>
        <w:rPr>
          <w:sz w:val="20"/>
        </w:rPr>
        <w:t>25:25  hum jo kar rahe hain iski wajah yeh hai. hum jo hain ke iski wajah yeh hai.</w:t>
      </w:r>
      <w:r>
        <w:br/>
      </w:r>
      <w:r>
        <w:rPr>
          <w:sz w:val="20"/>
        </w:rPr>
        <w:t>25:31  to mein Allah se panah mangta hoon ke Allah taala mujhe alfaaz ke fitne se bachaye aur afsos logon ke liye dua karta hoon ke aap logon ko Allah taala itni samajh de ke aap alfaaz ke fitne se bachein.</w:t>
      </w:r>
    </w:p>
    <w:p>
      <w:pPr>
        <w:pStyle w:val="Heading2"/>
      </w:pPr>
      <w:r>
        <w:t>Focus to avoid Satan: ego or whispers?</w:t>
      </w:r>
    </w:p>
    <w:p>
      <w:r>
        <w:rPr>
          <w:color w:val="666666"/>
          <w:sz w:val="18"/>
        </w:rPr>
        <w:t>Spirituality · The Problem of Evil December 4, 2011 · 6m 11s · at 1:18:35 · https://youtu.be/SMqtVjaGHfw?t=4715</w:t>
      </w:r>
    </w:p>
    <w:p>
      <w:r>
        <w:rPr>
          <w:i/>
        </w:rPr>
        <w:t>“To protect ourselves from Satan, what should we focus on most: the ego or Satan's whispers?”</w:t>
      </w:r>
    </w:p>
    <w:p>
      <w:r>
        <w:rPr>
          <w:sz w:val="20"/>
        </w:rPr>
        <w:t>1:18:35  maulana, agla sawal aaya hai mr sajid ka, hyderabad se. unhon ne likha hai: "shaitan se bachne ke liye hum ko sab se zyada kis cheez par nigah rakhna chahiye?</w:t>
      </w:r>
      <w:r>
        <w:br/>
      </w:r>
      <w:r>
        <w:rPr>
          <w:sz w:val="20"/>
        </w:rPr>
        <w:t>1:18:47  ego par ya shaitan ke waswase par?" shaitan se bachne ke liye zaroorat hai apna dushman banna.</w:t>
      </w:r>
      <w:r>
        <w:br/>
      </w:r>
      <w:r>
        <w:rPr>
          <w:sz w:val="20"/>
        </w:rPr>
        <w:t>1:18:57  khud apne sath dushmani karni parti hai, tab aap shaitan se bach sakte hain.</w:t>
      </w:r>
      <w:r>
        <w:br/>
      </w:r>
      <w:r>
        <w:rPr>
          <w:sz w:val="20"/>
        </w:rPr>
        <w:t>1:19:04  agar aap apne dost bane hue hain to aap shaitan se bach sakte hain. aap isi liye mein kaha karta hoon ke merciless hammering, merciless introspection yani be rehamana muhasba,</w:t>
      </w:r>
      <w:r>
        <w:br/>
      </w:r>
      <w:r>
        <w:rPr>
          <w:sz w:val="20"/>
        </w:rPr>
        <w:t>1:19:20  isi ko baqayda dushman banna parta hai.</w:t>
      </w:r>
      <w:r>
        <w:br/>
      </w:r>
      <w:r>
        <w:rPr>
          <w:sz w:val="20"/>
        </w:rPr>
        <w:t>1:19:22  ek hi laazmi shart hai, woh hai apna be rehamana muhasba, tab aap shaitan se bach jayenge. woh namumkin hai shaitan se bachna.</w:t>
      </w:r>
      <w:r>
        <w:br/>
      </w:r>
      <w:r>
        <w:rPr>
          <w:sz w:val="20"/>
        </w:rPr>
        <w:t>1:19:33  aur aaj kal insanon ki yani jo aaj kal pehle bhi sab se bari jo kamzori insanon mein pata hoon mein ke woh ek ek lafz mil jata hai us ko to usi lafz se woh justify kar leta hai apne ko.</w:t>
      </w:r>
      <w:r>
        <w:br/>
      </w:r>
      <w:r>
        <w:rPr>
          <w:sz w:val="20"/>
        </w:rPr>
        <w:t>1:19:45  har aadmi ko chahe woh dako bhi kyun na ho. ek dako se unhon ne kaha ke tum dake marte ho? mein ne kaha mein daka marta hoon to mein dekho logon ko paisa deta hoon, akela thori mehzab ko leta hoon, kuch khud leta hoon, kuch gharibon ko de deta hoon.</w:t>
      </w:r>
      <w:r>
        <w:br/>
      </w:r>
      <w:r>
        <w:rPr>
          <w:sz w:val="20"/>
        </w:rPr>
        <w:t>1:20:02  is se justify kar liya apne dake ko.</w:t>
      </w:r>
      <w:r>
        <w:br/>
      </w:r>
      <w:r>
        <w:rPr>
          <w:sz w:val="20"/>
        </w:rPr>
        <w:t>1:20:07  to sab se buri cheez hai alfaaz ka fitna. har aadmi chahe kuch bhi, kuch bhi ghalat rai banaye, kuch bhi ghair ilmi rai banaye, kuch bhi be buniyad rai banaye, us ko lafz mil jayega,</w:t>
      </w:r>
      <w:r>
        <w:br/>
      </w:r>
      <w:r>
        <w:rPr>
          <w:sz w:val="20"/>
        </w:rPr>
        <w:t>1:20:24  lafz mil jayega.</w:t>
      </w:r>
      <w:r>
        <w:br/>
      </w:r>
      <w:r>
        <w:rPr>
          <w:sz w:val="20"/>
        </w:rPr>
        <w:t>1:20:28  misalan ek sahib ne kaha ke sahib quran mein namaz ki tafseel</w:t>
      </w:r>
      <w:r>
        <w:br/>
      </w:r>
      <w:r>
        <w:rPr>
          <w:sz w:val="20"/>
        </w:rPr>
        <w:t>1:20:34  kahan hai? yeh aap namaz jo banai hai aap ne, aap logon ne, yeh to khud sakhta hai. to mein ne kaha koi bhi cheez jo aap mante hon ke quran mein hai, us ki bhi tafseel kahan hai?</w:t>
      </w:r>
      <w:r>
        <w:br/>
      </w:r>
      <w:r>
        <w:rPr>
          <w:sz w:val="20"/>
        </w:rPr>
        <w:t>1:20:47  is ki bhi tafseel kahan hai? misaal ke taur par un ka nazariya tha ke quran ka maqsad hai yani woh nizaam-e-adl qaim karna, yani ideal system, perfect system qaim karna.</w:t>
      </w:r>
      <w:r>
        <w:br/>
      </w:r>
      <w:r>
        <w:rPr>
          <w:sz w:val="20"/>
        </w:rPr>
        <w:t>1:21:02  main ne kaha woh kahan tafseel is ki hai?</w:t>
      </w:r>
      <w:r>
        <w:br/>
      </w:r>
      <w:r>
        <w:rPr>
          <w:sz w:val="20"/>
        </w:rPr>
        <w:t>1:21:04  to koi bhi cheez jo aap kahenge ke quran mein, quran mein is ka hukum diya gaya to is ki tafseel nahi milegi aap ko.</w:t>
      </w:r>
      <w:r>
        <w:br/>
      </w:r>
      <w:r>
        <w:rPr>
          <w:sz w:val="20"/>
        </w:rPr>
        <w:t>1:21:15  namazi ki baat nahi hai, lekin phir bhi woh nahi mana unhon ne kyunke kuch na kuch lafz phir mil jata hai aadmi ko. to sab se bara fitna alfaaz ka fitna hai.</w:t>
      </w:r>
      <w:r>
        <w:br/>
      </w:r>
      <w:r>
        <w:rPr>
          <w:sz w:val="20"/>
        </w:rPr>
        <w:t>1:21:25  koi bhi daleel aap dijiye, woh us ko aik aik lafz mil jayega. us ko</w:t>
      </w:r>
      <w:r>
        <w:br/>
      </w:r>
      <w:r>
        <w:rPr>
          <w:sz w:val="20"/>
        </w:rPr>
        <w:t>1:21:31  aik dilchasp misaal yeh hai ke aik martaba main lucknow mein tha to hazrat zaid ke paas aik road aise mudti thi. wahan main tha corner par, aik road idhar ja rahi thi, aik road idhar se mud rahi thi.</w:t>
      </w:r>
      <w:r>
        <w:br/>
      </w:r>
      <w:r>
        <w:rPr>
          <w:sz w:val="20"/>
        </w:rPr>
        <w:t>1:21:46  to main ne dekha ke aik aik aik larka cycle par dauda dauda hua idhar se aaya,</w:t>
      </w:r>
      <w:r>
        <w:br/>
      </w:r>
      <w:r>
        <w:rPr>
          <w:sz w:val="20"/>
        </w:rPr>
        <w:t>1:21:52  bohat tezi se. phir jahan mudna tha us ko, wahan aik dehati bechara chal raha tha paidal, use takra gaya woh to dehati gir gaya.</w:t>
      </w:r>
      <w:r>
        <w:br/>
      </w:r>
      <w:r>
        <w:rPr>
          <w:sz w:val="20"/>
        </w:rPr>
        <w:t>1:22:04  bazaahir ghareeb aadmi lagta tha woh koi. to larka jo hai takra gaya to cycle bhi gir gayi, woh aadmi bhi gir gaya. to woh aadmi kehta hai ke ghanti kyun nahi bajai?</w:t>
      </w:r>
      <w:r>
        <w:br/>
      </w:r>
      <w:r>
        <w:rPr>
          <w:sz w:val="20"/>
        </w:rPr>
        <w:t>1:22:20  to larka kehta hai ghanti na ho to phir woh kehta hai ke break kyun nahi lagaya? break na ho to phir us ne kaha bechare ne ke tumhari ghanti bhi nahi, break bhi nahi, tez kyun daudate ho?</w:t>
      </w:r>
      <w:r>
        <w:br/>
      </w:r>
      <w:r>
        <w:rPr>
          <w:sz w:val="20"/>
        </w:rPr>
        <w:t>1:22:36  tab bhi Allah lafz mil gaya us ko. kya tum se pooch kyun daudaun? yeh bohat hi khatarnak baat hai ke insaan ko lafz milta rehta hai.</w:t>
      </w:r>
      <w:r>
        <w:br/>
      </w:r>
      <w:r>
        <w:rPr>
          <w:sz w:val="20"/>
        </w:rPr>
        <w:t>1:22:45  shaitan ko mil gaya Allah ke muqable mein lafz.</w:t>
      </w:r>
      <w:r>
        <w:br/>
      </w:r>
      <w:r>
        <w:rPr>
          <w:sz w:val="20"/>
        </w:rPr>
        <w:t>1:22:49  aur ghaur kijiye ke Allah taala ne kaha ke tum Adam ke aage sajda karo, jhuk jao. to shaitan ne kya kaha?</w:t>
      </w:r>
      <w:r>
        <w:br/>
      </w:r>
      <w:r>
        <w:rPr>
          <w:sz w:val="20"/>
        </w:rPr>
        <w:t>1:22:57  main kyun jhukun? aap ne paida kiya mujh ko aag se, us ko mitti se, to main us se superior hoon. to Allah ke muqable pe lafz mil gaya us ko.</w:t>
      </w:r>
      <w:r>
        <w:br/>
      </w:r>
      <w:r>
        <w:rPr>
          <w:sz w:val="20"/>
        </w:rPr>
        <w:t>1:23:10  yaad rakhiye, sab se buri cheez yeh hai ke aap ko lafz milta rahe, aap specialist na ho paayein.</w:t>
      </w:r>
      <w:r>
        <w:br/>
      </w:r>
      <w:r>
        <w:rPr>
          <w:sz w:val="20"/>
        </w:rPr>
        <w:t>1:23:17  jab tak aadmi ka zariya rok, woh specialist hota ho, kahin na kahin, kahin na kahin us ko daleel jhuka de, kahin na kahin Allah ka khauf jhuka de, kahin na kahin us ko us ki us ki sincerity rok de.</w:t>
      </w:r>
      <w:r>
        <w:br/>
      </w:r>
      <w:r>
        <w:rPr>
          <w:sz w:val="20"/>
        </w:rPr>
        <w:t>1:23:30  nahi to rokayega nahi, aap yani bolte rahenge, bolte rahenge, bolte rahenge. to main isi liye main kehta hoon ke sab se bara fitna alfaaz ka fitna hai.</w:t>
      </w:r>
      <w:r>
        <w:br/>
      </w:r>
      <w:r>
        <w:rPr>
          <w:sz w:val="20"/>
        </w:rPr>
        <w:t>1:23:40  agar aap jhukna na chahein to shaitan la ke aage nahi jhuka, us ko lafz milta raha, wahan bhi lafz milta raha.</w:t>
      </w:r>
      <w:r>
        <w:br/>
      </w:r>
      <w:r>
        <w:rPr>
          <w:sz w:val="20"/>
        </w:rPr>
        <w:t>1:23:47  to yeh bohat hi serious baat hai. dekhiye, aap maut se pehle dunya mein azaad hain to kuch bhi bol sakte hain. maut ke baad kya karenge?</w:t>
      </w:r>
      <w:r>
        <w:br/>
      </w:r>
      <w:r>
        <w:rPr>
          <w:sz w:val="20"/>
        </w:rPr>
        <w:t>1:23:56  jab hajj ke maidan mein aap ikhatta honge to kya karenge? woh kya? Allah taala ke saath bhi lafz baazi karenge? aap wahan bhi lafz bol ke jeet sakte hain?</w:t>
      </w:r>
      <w:r>
        <w:br/>
      </w:r>
      <w:r>
        <w:rPr>
          <w:sz w:val="20"/>
        </w:rPr>
        <w:t>1:24:04  aap aur Allah taala hukum de ke us ko le jao, jahannum mein daal do? kya aap ke paas taqat hogi? aap rok lenge apne apne aap ko farishte se?</w:t>
      </w:r>
      <w:r>
        <w:br/>
      </w:r>
      <w:r>
        <w:rPr>
          <w:sz w:val="20"/>
        </w:rPr>
        <w:t>1:24:15  to sab se bara fitna mere nazdeek alfaaz ka fitna hai. har aadmi ko woh lafz mil jata hai. jis ko dekhiye, dunya ke baray baray zalim jo hain, un ko woh lafz mile hue thay ke hum jo kar rahe hain, is ki wajah yeh hai, hum jo ke is ki wajah yeh hai.</w:t>
      </w:r>
      <w:r>
        <w:br/>
      </w:r>
      <w:r>
        <w:rPr>
          <w:sz w:val="20"/>
        </w:rPr>
        <w:t>1:24:31  to main Allah se panah mangta hoon ke Allah taala mujhe alfaaz ke fitne se bachaye. aur aap sab logon ke liye dua karta hoon ke aap log Allah taala itni samajh dein ke aap alfaaz ke fitne se bachein.</w:t>
      </w:r>
    </w:p>
    <w:p>
      <w:pPr>
        <w:pStyle w:val="Heading2"/>
      </w:pPr>
      <w:r>
        <w:t>How to develop love for God?</w:t>
      </w:r>
    </w:p>
    <w:p>
      <w:r>
        <w:rPr>
          <w:color w:val="666666"/>
          <w:sz w:val="18"/>
        </w:rPr>
        <w:t>Spirituality · Discovery of God November 3, 2019 Maulana Wahiduddin Khan · 5m 49s · at 36:19 · https://youtu.be/WUaOl0Kwwng?t=2179</w:t>
      </w:r>
    </w:p>
    <w:p>
      <w:r>
        <w:rPr>
          <w:i/>
        </w:rPr>
        <w:t>“How can we develop strong affection and love of God and how does it help us?”</w:t>
      </w:r>
    </w:p>
    <w:p>
      <w:r>
        <w:rPr>
          <w:sz w:val="20"/>
        </w:rPr>
        <w:t>36:19  ameen." inshallah. molana, ab sawal lena chahenge. yeh sawal bheja hai doctor naghma siddiqui ne delhi se.</w:t>
      </w:r>
      <w:r>
        <w:br/>
      </w:r>
      <w:r>
        <w:rPr>
          <w:sz w:val="20"/>
        </w:rPr>
        <w:t>36:31  unhon ne likha hai: "how can we develop strong affection or love of god and how does it help us?" dekhiye, iska ek hi jawab hai.</w:t>
      </w:r>
      <w:r>
        <w:br/>
      </w:r>
      <w:r>
        <w:rPr>
          <w:sz w:val="20"/>
        </w:rPr>
        <w:t>36:50  aur is jawab ko maine ek tajrube se jana.</w:t>
      </w:r>
      <w:r>
        <w:br/>
      </w:r>
      <w:r>
        <w:rPr>
          <w:sz w:val="20"/>
        </w:rPr>
        <w:t>36:59  ek martaba main,</w:t>
      </w:r>
      <w:r>
        <w:br/>
      </w:r>
      <w:r>
        <w:rPr>
          <w:sz w:val="20"/>
        </w:rPr>
        <w:t>37:04  yani bachpan ke zamane mein, jab main apne sathiyon ke hamrah jaya karta tha mela dussehra dekhne ke liye,</w:t>
      </w:r>
      <w:r>
        <w:br/>
      </w:r>
      <w:r>
        <w:rPr>
          <w:sz w:val="20"/>
        </w:rPr>
        <w:t>37:17  to ek martaba aisa hua ke hum hum log pahunche jab mele mein to wahan bari bheed thi aur ek bachcha ro raha tha, daud raha tha idhar udhar.</w:t>
      </w:r>
      <w:r>
        <w:br/>
      </w:r>
      <w:r>
        <w:rPr>
          <w:sz w:val="20"/>
        </w:rPr>
        <w:t>37:35  "meri maa, meri</w:t>
      </w:r>
      <w:r>
        <w:br/>
      </w:r>
      <w:r>
        <w:rPr>
          <w:sz w:val="20"/>
        </w:rPr>
        <w:t>37:36  maa!" ek karta tha woh. to kai logon ne, auraton ne bhi, mardon ne bhi, isko kuch biscuit wagera diya aur apni god mein uthana chaha.</w:t>
      </w:r>
      <w:r>
        <w:br/>
      </w:r>
      <w:r>
        <w:rPr>
          <w:sz w:val="20"/>
        </w:rPr>
        <w:t>37:46  chhota bachcha tha woh to sab ko marta tha woh, yani "hato, hat</w:t>
      </w:r>
      <w:r>
        <w:br/>
      </w:r>
      <w:r>
        <w:rPr>
          <w:sz w:val="20"/>
        </w:rPr>
        <w:t>37:54  wahan se, hato!" na kuch khata tha, na kisi god mein jata tha woh. yahan tak ke uski jo baat thi, jo bichhad gayi thi,</w:t>
      </w:r>
      <w:r>
        <w:br/>
      </w:r>
      <w:r>
        <w:rPr>
          <w:sz w:val="20"/>
        </w:rPr>
        <w:t>38:10  woh aa gayi. jaise hi usne dekha apni maa ko, daud kar lapat gaya uske sath, daud kar lapat gaya uske sath.</w:t>
      </w:r>
      <w:r>
        <w:br/>
      </w:r>
      <w:r>
        <w:rPr>
          <w:sz w:val="20"/>
        </w:rPr>
        <w:t>38:24  to ajib baat hai ke main kaisa sahi hua. main zindagi mein bachpan se bahut si cheezon ke taraf lapka, bahut si cheezon ko apna banana chaha,</w:t>
      </w:r>
      <w:r>
        <w:br/>
      </w:r>
      <w:r>
        <w:rPr>
          <w:sz w:val="20"/>
        </w:rPr>
        <w:t>38:42  lekin thodi thodi doori mein maine chhod diya. meri raghbat hat gayi.</w:t>
      </w:r>
      <w:r>
        <w:br/>
      </w:r>
      <w:r>
        <w:rPr>
          <w:sz w:val="20"/>
        </w:rPr>
        <w:t>38:52  aakhir mein mujhe jab discovery hui allah rab ul alameen ki to sare apne wajood ke sath, apne sare jazbat ke sath, apne poori spirit ke sath usi se jud gaya.</w:t>
      </w:r>
      <w:r>
        <w:br/>
      </w:r>
      <w:r>
        <w:rPr>
          <w:sz w:val="20"/>
        </w:rPr>
        <w:t>39:10  yahan tak ke</w:t>
      </w:r>
      <w:r>
        <w:br/>
      </w:r>
      <w:r>
        <w:rPr>
          <w:sz w:val="20"/>
        </w:rPr>
        <w:t>39:14  woh kitab allah taala ne likhwai, jo angrezi mein jisko tarjuma kiya hai doctor farida khanam ne, aur aur arabi mein uska tarjuma kiya hai doctor zafar sahib khan ne.</w:t>
      </w:r>
      <w:r>
        <w:br/>
      </w:r>
      <w:r>
        <w:rPr>
          <w:sz w:val="20"/>
        </w:rPr>
        <w:t>39:35  isi tarah se bahut si zubanon mein iske tarjume hue hain aur aam taur par har jagah woh phail chuki hai.</w:t>
      </w:r>
      <w:r>
        <w:br/>
      </w:r>
      <w:r>
        <w:rPr>
          <w:sz w:val="20"/>
        </w:rPr>
        <w:t>39:46  phir ab aakhir mein mera mission yeh ban gaya ke mein Allah ki kitab ko sari dunya mein phailaoon.</w:t>
      </w:r>
      <w:r>
        <w:br/>
      </w:r>
      <w:r>
        <w:rPr>
          <w:sz w:val="20"/>
        </w:rPr>
        <w:t>39:58  to mein yeh keh sakta hoon ke Allah ko paana us ki</w:t>
      </w:r>
      <w:r>
        <w:br/>
      </w:r>
      <w:r>
        <w:rPr>
          <w:sz w:val="20"/>
        </w:rPr>
        <w:t>40:07  us ki creation ke through hota hai.</w:t>
      </w:r>
      <w:r>
        <w:br/>
      </w:r>
      <w:r>
        <w:rPr>
          <w:sz w:val="20"/>
        </w:rPr>
        <w:t>40:13  aap parhiye is is ayat ko jis ne Hazrat Musa ne kaha tha ke "Rab mere liye Khuda mujhe dikha kaisi kitab jo rooh hogi us waqt Musa ke andar.</w:t>
      </w:r>
      <w:r>
        <w:br/>
      </w:r>
      <w:r>
        <w:rPr>
          <w:sz w:val="20"/>
        </w:rPr>
        <w:t>40:27  Khuda mujhe dikha taake mein us ko dekhon." to Khuda ne ek demonstration diya us waqt ke Khuda ne apni tajalli dali</w:t>
      </w:r>
      <w:r>
        <w:br/>
      </w:r>
      <w:r>
        <w:rPr>
          <w:sz w:val="20"/>
        </w:rPr>
        <w:t>40:43  door pahaar par to pahaar reze reze ho gaya Khuda ne kaha "agar tu dekhna chahta hai to dekhne ka tareeqa yahi hai, yaani indirect mein bhi tum dekh sakte ho, us ko direct nahi,</w:t>
      </w:r>
      <w:r>
        <w:br/>
      </w:r>
      <w:r>
        <w:rPr>
          <w:sz w:val="20"/>
        </w:rPr>
        <w:t>41:02  tum mujhe direct nahi de sakte ho, indirect mein bhi." yeh wahi position hai jo jo quantum physics ki position hai ke matter ko hum yeh jo matter hai, world of matter,</w:t>
      </w:r>
      <w:r>
        <w:br/>
      </w:r>
      <w:r>
        <w:rPr>
          <w:sz w:val="20"/>
        </w:rPr>
        <w:t>41:20  us ko hum direct nahi dekh sakte, us ke effect ke through hum dekh sakte hain. to ajeeb baat hai ke Allah ne jab apne aap ko na qabil deed banaya ke insaan us ko dekh na sake to isi waqt yeh bhi muqaddar kar diya ke insaan indirect way mein Allah ko dekh sake, yaani us ki nematton ke through,</w:t>
      </w:r>
      <w:r>
        <w:br/>
      </w:r>
      <w:r>
        <w:rPr>
          <w:sz w:val="20"/>
        </w:rPr>
        <w:t>41:46  us ki creation ke through, us ki jo blessing hai, us ke through. to jitna zyada aap Allah ki blessing ko daryaft karein, utne zyada aap Allah Rab ul Alameen ko daryaft kar sakenge.</w:t>
      </w:r>
    </w:p>
    <w:p>
      <w:pPr>
        <w:pStyle w:val="Heading2"/>
      </w:pPr>
      <w:r>
        <w:t>How to maintain high state of ma'rifat</w:t>
      </w:r>
    </w:p>
    <w:p>
      <w:r>
        <w:rPr>
          <w:color w:val="666666"/>
          <w:sz w:val="18"/>
        </w:rPr>
        <w:t>Spirituality · Realization of God in the Age of Science March 1, 2020 Maulana Wahiduddin Khan · 5m 10s · at 36:19 · https://youtu.be/duUnwicq5Yw?t=2179</w:t>
      </w:r>
    </w:p>
    <w:p>
      <w:r>
        <w:rPr>
          <w:i/>
        </w:rPr>
        <w:t>“Sometimes I feel my ma'rifat is high and sometimes I feel it is low. I get very frustrated with this high and low experience. My question is: how can I always be in a state of high ma'rifat?”</w:t>
      </w:r>
    </w:p>
    <w:p>
      <w:r>
        <w:rPr>
          <w:sz w:val="20"/>
        </w:rPr>
        <w:t>36:19  a definite clash may otherwise occur. he is Allah alone as a sole power who controls and manages entire universe." molana, agla sawal bheja hai ahmedabad se</w:t>
      </w:r>
      <w:r>
        <w:br/>
      </w:r>
      <w:r>
        <w:rPr>
          <w:sz w:val="20"/>
        </w:rPr>
        <w:t>36:37  firoze khan sahib ne. unho ne likha hai: "molana, sometimes i feel my marifat is high and sometimes i feel it is low.</w:t>
      </w:r>
      <w:r>
        <w:br/>
      </w:r>
      <w:r>
        <w:rPr>
          <w:sz w:val="20"/>
        </w:rPr>
        <w:t>36:48  i get very frustrated with this high and low experience. my question is: how can i always be in a state of high marifat?</w:t>
      </w:r>
      <w:r>
        <w:br/>
      </w:r>
      <w:r>
        <w:rPr>
          <w:sz w:val="20"/>
        </w:rPr>
        <w:t>36:58  please advise." kyunke woh unnatural hai,</w:t>
      </w:r>
      <w:r>
        <w:br/>
      </w:r>
      <w:r>
        <w:rPr>
          <w:sz w:val="20"/>
        </w:rPr>
        <w:t>37:02  unnatural hai. woh kabhi bhi marifat, kabhi bhi</w:t>
      </w:r>
      <w:r>
        <w:br/>
      </w:r>
      <w:r>
        <w:rPr>
          <w:sz w:val="20"/>
        </w:rPr>
        <w:t>37:12  aso aso aso hoti hai. is mein up down hota hai. yeh bilkul natural hai. is ki tamanna nahi karna chahiye.</w:t>
      </w:r>
      <w:r>
        <w:br/>
      </w:r>
      <w:r>
        <w:rPr>
          <w:sz w:val="20"/>
        </w:rPr>
        <w:t>37:25  bas koshish, apni koshish</w:t>
      </w:r>
      <w:r>
        <w:br/>
      </w:r>
      <w:r>
        <w:rPr>
          <w:sz w:val="20"/>
        </w:rPr>
        <w:t>37:28  jaari rakhni chahiye.</w:t>
      </w:r>
      <w:r>
        <w:br/>
      </w:r>
      <w:r>
        <w:rPr>
          <w:sz w:val="20"/>
        </w:rPr>
        <w:t>37:34  zubair siddiqui sahib ne meerut se likha hai: "agar bara gunah hum se ho gaya ho to kya hum apne khalq se yeh umeed rakh sakte hain ke woh hamari galtiyon ko aakhirat mein maaf kar dega?</w:t>
      </w:r>
      <w:r>
        <w:br/>
      </w:r>
      <w:r>
        <w:rPr>
          <w:sz w:val="20"/>
        </w:rPr>
        <w:t>37:48  kaise apne dil ko sukoon mein rakhen? molana sahib, sara waqt guilt feeling mein guzar jata hai.</w:t>
      </w:r>
      <w:r>
        <w:br/>
      </w:r>
      <w:r>
        <w:rPr>
          <w:sz w:val="20"/>
        </w:rPr>
        <w:t>37:57  nahi, dekhiye, is ka jawab khud quran mein maujood hai. yaani quran mein ek ayat hai jis ko tamam jo baray baray ulma hue hain,</w:t>
      </w:r>
      <w:r>
        <w:br/>
      </w:r>
      <w:r>
        <w:rPr>
          <w:sz w:val="20"/>
        </w:rPr>
        <w:t>38:12  including sahaba,</w:t>
      </w:r>
      <w:r>
        <w:br/>
      </w:r>
      <w:r>
        <w:rPr>
          <w:sz w:val="20"/>
        </w:rPr>
        <w:t>38:14  isko quran ki sab se zyada arjo ayat kehte hain. arjo ka maani hopeful hai.</w:t>
      </w:r>
      <w:r>
        <w:br/>
      </w:r>
      <w:r>
        <w:rPr>
          <w:sz w:val="20"/>
        </w:rPr>
        <w:t>38:29  is ayat, woh ayat aap ke samne parhi jayegi aur is ka tarjuma kiya jayega. saheeh sahib,</w:t>
      </w:r>
      <w:r>
        <w:br/>
      </w:r>
      <w:r>
        <w:rPr>
          <w:sz w:val="20"/>
        </w:rPr>
        <w:t>38:41  allazina asrafoo</w:t>
      </w:r>
      <w:r>
        <w:br/>
      </w:r>
      <w:r>
        <w:rPr>
          <w:sz w:val="20"/>
        </w:rPr>
        <w:t>38:45  surah zumar, chapter number 39, verse number 53: qul ya ibadi allazina asrafoo ala anfusihim la taqnato min rahmatillah, innallaha yaghfirudh dhunuba jameea, innahu huwal ghafurur rahim.</w:t>
      </w:r>
      <w:r>
        <w:br/>
      </w:r>
      <w:r>
        <w:rPr>
          <w:sz w:val="20"/>
        </w:rPr>
        <w:t>39:02  tum kaho: aye mere bando jinho ne apne jano par zulm ki hai, Allah ki rehmat se na umeed na ho.</w:t>
      </w:r>
      <w:r>
        <w:br/>
      </w:r>
      <w:r>
        <w:rPr>
          <w:sz w:val="20"/>
        </w:rPr>
        <w:t>39:10  beshak Allah maaf karta hai tamam gunaho ko. beshak woh maghfirat karne wala, reham karne wala hai. jab mein is ayat ko parhta hoon to jo jo tamam is mein hai,</w:t>
      </w:r>
      <w:r>
        <w:br/>
      </w:r>
      <w:r>
        <w:rPr>
          <w:sz w:val="20"/>
        </w:rPr>
        <w:t>39:27  jabhi</w:t>
      </w:r>
      <w:r>
        <w:br/>
      </w:r>
      <w:r>
        <w:rPr>
          <w:sz w:val="20"/>
        </w:rPr>
        <w:t>39:28  to mujhe ajeeb maloom hota hai ke Allah taala ka yeh shayad sab se bara tohfa apne bando ke liye hai</w:t>
      </w:r>
      <w:r>
        <w:br/>
      </w:r>
      <w:r>
        <w:rPr>
          <w:sz w:val="20"/>
        </w:rPr>
        <w:t>39:41  ke agar tum tauba-e-nasuh karo, agar tum</w:t>
      </w:r>
      <w:r>
        <w:br/>
      </w:r>
      <w:r>
        <w:rPr>
          <w:sz w:val="20"/>
        </w:rPr>
        <w:t>39:49  tumhare andar repentance aaye aur tum sach much Allah se maafi mango to Allah zaroor maaf kar dega.</w:t>
      </w:r>
      <w:r>
        <w:br/>
      </w:r>
      <w:r>
        <w:rPr>
          <w:sz w:val="20"/>
        </w:rPr>
        <w:t>40:05  yeh Quran ki sab se zyada hopeful ayat hai. Ek martaba aur aap is ko parh dijiye aur hawala badal dijiye.</w:t>
      </w:r>
      <w:r>
        <w:br/>
      </w:r>
      <w:r>
        <w:rPr>
          <w:sz w:val="20"/>
        </w:rPr>
        <w:t>40:17  Surah Az-Zumar, Surah number 39, verse number 53,</w:t>
      </w:r>
      <w:r>
        <w:br/>
      </w:r>
      <w:r>
        <w:rPr>
          <w:sz w:val="20"/>
        </w:rPr>
        <w:t>40:23  ayat number 53: Qul ya ibadi allazina asrafu ala anfusihim la taqnatu min rahmatillah, innallaha yaghfirudh dhunuba jami'a, innahu huwal Ghafurur Rahim.</w:t>
      </w:r>
      <w:r>
        <w:br/>
      </w:r>
      <w:r>
        <w:rPr>
          <w:sz w:val="20"/>
        </w:rPr>
        <w:t>40:36  tum kaho: Ae mere bando jinho ne apni janon par zulm kiya hai,</w:t>
      </w:r>
      <w:r>
        <w:br/>
      </w:r>
      <w:r>
        <w:rPr>
          <w:sz w:val="20"/>
        </w:rPr>
        <w:t>40:41  Allah ki rehmat se mayoos na ho. Beshak Allah maaf karne wala hai tamam gunahon ko. Beshak woh bakhsne wala, reham karne wala hai.</w:t>
      </w:r>
      <w:r>
        <w:br/>
      </w:r>
      <w:r>
        <w:rPr>
          <w:sz w:val="20"/>
        </w:rPr>
        <w:t>41:00  Doctor Safeena Tabassum ne Saharanpur se comment bheja hai. Unhone likha hai: "Maulana sahib, aaj aap ne mere andar imaan taaza kar diya.</w:t>
      </w:r>
      <w:r>
        <w:br/>
      </w:r>
      <w:r>
        <w:rPr>
          <w:sz w:val="20"/>
        </w:rPr>
        <w:t>41:11  Inshallah, main ek nayi spirit ke sath poori tarah se is mission ka part rahungi. Allah CPS ke efforts ko kamyab dein.</w:t>
      </w:r>
      <w:r>
        <w:br/>
      </w:r>
      <w:r>
        <w:rPr>
          <w:sz w:val="20"/>
        </w:rPr>
        <w:t>41:21  Allah hum sab ko gumrahi se bachaye. Jazak Allah Maulana sahib."</w:t>
      </w:r>
      <w:r>
        <w:br/>
      </w:r>
      <w:r>
        <w:rPr>
          <w:sz w:val="20"/>
        </w:rPr>
        <w:t>41:27  Mashallah!</w:t>
      </w:r>
    </w:p>
    <w:p>
      <w:pPr>
        <w:pStyle w:val="Heading2"/>
      </w:pPr>
      <w:r>
        <w:t>How to overcome frustration and purify soul</w:t>
      </w:r>
    </w:p>
    <w:p>
      <w:r>
        <w:rPr>
          <w:color w:val="666666"/>
          <w:sz w:val="18"/>
        </w:rPr>
        <w:t>Spirituality · Hadith-e-Jibril, April 21, 2013 · 5m 54s · at 1:02:36 · https://youtu.be/0rF6Ou0pDog?t=3756</w:t>
      </w:r>
    </w:p>
    <w:p>
      <w:r>
        <w:rPr>
          <w:i/>
        </w:rPr>
        <w:t>“How can one come out of frustration and find the truth of life? How can one purify one's soul? I am in a lot of negativity.”</w:t>
      </w:r>
    </w:p>
    <w:p>
      <w:r>
        <w:rPr>
          <w:sz w:val="20"/>
        </w:rPr>
        <w:t>1:02:36  maulana, agla sawal aya hai Ghulam Ali sahib ka. unhon ne apni location nahi likhi hai par un ka sawal yeh hai Maulana sahib Please tell me how can one come out of frustration and find the truth of life?</w:t>
      </w:r>
      <w:r>
        <w:br/>
      </w:r>
      <w:r>
        <w:rPr>
          <w:sz w:val="20"/>
        </w:rPr>
        <w:t>1:02:51  How can one purify one's soul?</w:t>
      </w:r>
      <w:r>
        <w:br/>
      </w:r>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2"/>
      </w:pPr>
      <w:r>
        <w:t>Making people realize importance of personality development</w:t>
      </w:r>
    </w:p>
    <w:p>
      <w:r>
        <w:rPr>
          <w:color w:val="666666"/>
          <w:sz w:val="18"/>
        </w:rPr>
        <w:t>Spirituality · Paradise as A Goal April 26, 2015 · 5m 09s · at 47:58 · https://youtu.be/4IWLd2SIBkw?t=2878</w:t>
      </w:r>
    </w:p>
    <w:p>
      <w:r>
        <w:rPr>
          <w:i/>
        </w:rPr>
        <w:t>“People are so engrossed in their worldly activities that even an earthquake of seven point eight intensity does not jolt them out of their forgetfulness. Then how can we succeed in making them realize the importance of personality development which alone can lead them to paradise?”</w:t>
      </w:r>
    </w:p>
    <w:p>
      <w:r>
        <w:rPr>
          <w:sz w:val="20"/>
        </w:rPr>
        <w:t>47:58  maulana, yeh agla sawal kya hai? doctor farida khanum ne dehli se</w:t>
      </w:r>
      <w:r>
        <w:br/>
      </w:r>
      <w:r>
        <w:rPr>
          <w:sz w:val="20"/>
        </w:rPr>
        <w:t>48:03  : "people are so engrossed in their worldly activities that even an earth quake of seven point eight intensity does not jolt them out of their forgetfulness.</w:t>
      </w:r>
      <w:r>
        <w:br/>
      </w:r>
      <w:r>
        <w:rPr>
          <w:sz w:val="20"/>
        </w:rPr>
        <w:t>48:17  then how can we succeed in making them realize the importance of personality development which alone can lead them to paradise?"</w:t>
      </w:r>
      <w:r>
        <w:br/>
      </w:r>
      <w:r>
        <w:rPr>
          <w:sz w:val="20"/>
        </w:rPr>
        <w:t>48:31  dekhiye, humein mass level par kal parson ek saath bari mulaqaat hui. is tarah ki baat hui to main ne kaha ke dekhein, dawat ka kaam hota hai mass level par.</w:t>
      </w:r>
      <w:r>
        <w:br/>
      </w:r>
      <w:r>
        <w:rPr>
          <w:sz w:val="20"/>
        </w:rPr>
        <w:t>48:46  dawat ka kaam mass level par hota hai. lekin result jo hai, result woh individual level par milta hai.</w:t>
      </w:r>
      <w:r>
        <w:br/>
      </w:r>
      <w:r>
        <w:rPr>
          <w:sz w:val="20"/>
        </w:rPr>
        <w:t>48:55  baat to aap se sab se kahiye. dekhiye, sirf kuch individual bhi le gaye jo aap ki baat se asar lein aur apne andar koi change laayein. yeh hamesha hua hai.</w:t>
      </w:r>
      <w:r>
        <w:br/>
      </w:r>
      <w:r>
        <w:rPr>
          <w:sz w:val="20"/>
        </w:rPr>
        <w:t>49:05  yeh farq hamesha jaanna chahiye ke dawat ya tablegh ka kaam hota hai mass level par, lekin result hamesha nikalta hai individual level par.</w:t>
      </w:r>
      <w:r>
        <w:br/>
      </w:r>
      <w:r>
        <w:rPr>
          <w:sz w:val="20"/>
        </w:rPr>
        <w:t>49:17  yeh agar soch ho to aadmi, yaani is qism ka tasawwur is ke zehan mein nahin aayega.</w:t>
      </w:r>
      <w:r>
        <w:br/>
      </w:r>
      <w:r>
        <w:rPr>
          <w:sz w:val="20"/>
        </w:rPr>
        <w:t>49:31  maulana, yeh agla question kya hai? doctor sanjay ne dehli se: "reason and intuition. how to decide what is right reason?</w:t>
      </w:r>
      <w:r>
        <w:br/>
      </w:r>
      <w:r>
        <w:rPr>
          <w:sz w:val="20"/>
        </w:rPr>
        <w:t>49:42  because right may be different for different people."</w:t>
      </w:r>
      <w:r>
        <w:br/>
      </w:r>
      <w:r>
        <w:rPr>
          <w:sz w:val="20"/>
        </w:rPr>
        <w:t>49:47  dekhiye, ek hai sanjeedgi, sincerity, aur ek hai, yaani</w:t>
      </w:r>
      <w:r>
        <w:br/>
      </w:r>
      <w:r>
        <w:rPr>
          <w:sz w:val="20"/>
        </w:rPr>
        <w:t>49:59  behas karna. to jo behas kare, us ke hisaab se tautology aayegi. tautology us ko kehte hain. behas karega, behas karega, behas karega.</w:t>
      </w:r>
      <w:r>
        <w:br/>
      </w:r>
      <w:r>
        <w:rPr>
          <w:sz w:val="20"/>
        </w:rPr>
        <w:t>50:08  koi na koi technical baat mil jaye gi jis se woh doosri baat ko refute kar de.</w:t>
      </w:r>
      <w:r>
        <w:br/>
      </w:r>
      <w:r>
        <w:rPr>
          <w:sz w:val="20"/>
        </w:rPr>
        <w:t>50:14  to dekhein, is maamle mein koi compulsive reason nahin hai. aadmi ko khud jaanna padta hai ke kaun si baat mujhe reason ke mutabiq hai, kaun si reason ke mutabiq nahin.</w:t>
      </w:r>
      <w:r>
        <w:br/>
      </w:r>
      <w:r>
        <w:rPr>
          <w:sz w:val="20"/>
        </w:rPr>
        <w:t>50:29  yeh khud apne, apna, yani intellectual development se aadmi pahunchta hai is baat ko. Yeh koi do do, chaar ki tarah nahi hai ke hum bahar se is ko impose kar dein.</w:t>
      </w:r>
      <w:r>
        <w:br/>
      </w:r>
      <w:r>
        <w:rPr>
          <w:sz w:val="20"/>
        </w:rPr>
        <w:t>50:41  Aadmi maane to maane, nahi maane to milega is ko, nahi to nahi milega. Yeh kaha jata hai ke maano to dev, nahi to pathar. To sach westi yeh self discovery ki baat hai.</w:t>
      </w:r>
      <w:r>
        <w:br/>
      </w:r>
      <w:r>
        <w:rPr>
          <w:sz w:val="20"/>
        </w:rPr>
        <w:t>50:55  Aur self discovery hoti hai hamesha sincerity jis ke andar bohat zyada ho, tab hoti hai.</w:t>
      </w:r>
      <w:r>
        <w:br/>
      </w:r>
      <w:r>
        <w:rPr>
          <w:sz w:val="20"/>
        </w:rPr>
        <w:t>51:03  To behal yeh baat jo hai, ooper se bahar se hum impose nahi kar sakte. Do do, chaar ki tarah</w:t>
      </w:r>
      <w:r>
        <w:br/>
      </w:r>
      <w:r>
        <w:rPr>
          <w:sz w:val="20"/>
        </w:rPr>
        <w:t>51:11  . Jo aadmi sincere hoga, woh zaroor pahunch jayega wahan tak. Dekhein, sincerity hamesha right way mein guide, guide karti hai.</w:t>
      </w:r>
      <w:r>
        <w:br/>
      </w:r>
      <w:r>
        <w:rPr>
          <w:sz w:val="20"/>
        </w:rPr>
        <w:t>51:21  Aur sincerity na ho to aadmi bhatakta hai idhar udhar.</w:t>
      </w:r>
      <w:r>
        <w:br/>
      </w:r>
      <w:r>
        <w:rPr>
          <w:sz w:val="20"/>
        </w:rPr>
        <w:t>51:28  Maulana sahib, yeh agla question kya hai? Maulana Iqbal Umri ne Chennai se: "Maulana, kainaati universal problem ko intervention of God hai discover karne ke bajaye.</w:t>
      </w:r>
      <w:r>
        <w:br/>
      </w:r>
      <w:r>
        <w:rPr>
          <w:sz w:val="20"/>
        </w:rPr>
        <w:t>51:41  If there is God, then why mismanagement like this? Insaan kyun samajhta hai?" Mismanagement nahi hai, to maine kaha hai ke warning hoti hai.</w:t>
      </w:r>
      <w:r>
        <w:br/>
      </w:r>
      <w:r>
        <w:rPr>
          <w:sz w:val="20"/>
        </w:rPr>
        <w:t>51:54  Mismanagement ho to sari kainat mein numerous stars, planet hain, woh sab aapas mein takra jayen aapas mein. Yeh to bohat tiny waqia hai.</w:t>
      </w:r>
      <w:r>
        <w:br/>
      </w:r>
      <w:r>
        <w:rPr>
          <w:sz w:val="20"/>
        </w:rPr>
        <w:t>52:05  Yani brel trillion ke mein bhi aik se kam hai.</w:t>
      </w:r>
      <w:r>
        <w:br/>
      </w:r>
      <w:r>
        <w:rPr>
          <w:sz w:val="20"/>
        </w:rPr>
        <w:t>52:09  Yani poori universe ke lehaz se dekha jaye to beshumar waqiat hain. Wahan yeh sab baatein nahi hain. Bohat choti si zameen par aisa hota hai.</w:t>
      </w:r>
      <w:r>
        <w:br/>
      </w:r>
      <w:r>
        <w:rPr>
          <w:sz w:val="20"/>
        </w:rPr>
        <w:t>52:22  To jo zyada, yani more than 99 percent jo hissa hai universe ka, wahan to har cheez bilkul theek ho rahi hai.</w:t>
      </w:r>
      <w:r>
        <w:br/>
      </w:r>
      <w:r>
        <w:rPr>
          <w:sz w:val="20"/>
        </w:rPr>
        <w:t>52:31  Yani more than 99 percent mein aur less than one percent ka jo hissa hai, wahan par aise kuch waqiat hote hain kabhi kabhi.</w:t>
      </w:r>
      <w:r>
        <w:br/>
      </w:r>
      <w:r>
        <w:rPr>
          <w:sz w:val="20"/>
        </w:rPr>
        <w:t>52:39  To yeh Khuda par is se buland nahi aata. Yeh sochna parta hai ke jo Khuda itne bare peymane par, bohat hi precise mein har cheez ko manage kar raha hai, woh aik chote se maqam par aisa kyun ho?</w:t>
      </w:r>
      <w:r>
        <w:br/>
      </w:r>
      <w:r>
        <w:rPr>
          <w:sz w:val="20"/>
        </w:rPr>
        <w:t>52:55  Us ne pasand kiya to is ka jawab yeh hai ke woh warning ke liye, lesson ke liye, taake insaan jo so raha hai, woh jaag, woh jaag uthe.</w:t>
      </w:r>
    </w:p>
    <w:p>
      <w:pPr>
        <w:pStyle w:val="Heading2"/>
      </w:pPr>
      <w:r>
        <w:t>Meaning and components of personality building</w:t>
      </w:r>
    </w:p>
    <w:p>
      <w:r>
        <w:rPr>
          <w:color w:val="666666"/>
          <w:sz w:val="18"/>
        </w:rPr>
        <w:t>Spirituality · The Problem of Evil December 4, 2011 · 5m 32s · at 59:36 · https://youtu.be/SMqtVjaGHfw?t=3576</w:t>
      </w:r>
    </w:p>
    <w:p>
      <w:r>
        <w:rPr>
          <w:i/>
        </w:rPr>
        <w:t>“What is the meaning of personality building and what are its basic components?”</w:t>
      </w:r>
    </w:p>
    <w:p>
      <w:r>
        <w:rPr>
          <w:sz w:val="20"/>
        </w:rPr>
        <w:t>59:36  maulana, yeh sawal aaya hai maulana zikwan nadvi ka, deli se. unhon ne likha hai: "personality building ka matlab kya hai aur personality building ke bunyadi ajza kya hain?"</w:t>
      </w:r>
      <w:r>
        <w:br/>
      </w:r>
      <w:r>
        <w:rPr>
          <w:sz w:val="20"/>
        </w:rPr>
        <w:t>59:53  dekhiye, yeh koi nayi cheez nahi hai. traditional lafz jo is ke liye hai woh hai tazkiya-e-nafs.</w:t>
      </w:r>
      <w:r>
        <w:br/>
      </w:r>
      <w:r>
        <w:rPr>
          <w:sz w:val="20"/>
        </w:rPr>
        <w:t>1:00:04  rawayati zaban mein is ko log kehte rehte hain, kehte rahe hain tazkiya-e-nafs. isi tazkiya-e-nafsi ko mein aaj kal ki zaban mein kehta hoon personality building,</w:t>
      </w:r>
      <w:r>
        <w:br/>
      </w:r>
      <w:r>
        <w:rPr>
          <w:sz w:val="20"/>
        </w:rPr>
        <w:t>1:00:21  personality development. personality ka aap ka jo wajood hai, zamane mein samjha jata tha ke qalb alag hai, dimagh alag hai aur soul alag hai.</w:t>
      </w:r>
      <w:r>
        <w:br/>
      </w:r>
      <w:r>
        <w:rPr>
          <w:sz w:val="20"/>
        </w:rPr>
        <w:t>1:00:33  yeh teen cheezein mante the jism ke ilawa, kyunke char cheezein hain: ek hamara jism hai, ek soul hai, ek qalb hai, ek dimagh hai.</w:t>
      </w:r>
      <w:r>
        <w:br/>
      </w:r>
      <w:r>
        <w:rPr>
          <w:sz w:val="20"/>
        </w:rPr>
        <w:t>1:00:42  yeh science ke zamane mein is ko nahi mana jata. science ke zamane mein aap ka sirf do hi pehlu hain: ek mind hai, ek body hai. bas to body vehicle hai aap ki personality ka aur personality jo hai wohi jo mind hai, wohi personality hai.</w:t>
      </w:r>
      <w:r>
        <w:br/>
      </w:r>
      <w:r>
        <w:rPr>
          <w:sz w:val="20"/>
        </w:rPr>
        <w:t>1:00:59  to personality building ka matlab yahi hai ke Khuda ne insan ko banaya hai nature par, sahi nature par.</w:t>
      </w:r>
      <w:r>
        <w:br/>
      </w:r>
      <w:r>
        <w:rPr>
          <w:sz w:val="20"/>
        </w:rPr>
        <w:t>1:01:10  insan sahi nature pe paida hota hai lekin mahol mein us ki conditioning hoti rehti hai.</w:t>
      </w:r>
      <w:r>
        <w:br/>
      </w:r>
      <w:r>
        <w:rPr>
          <w:sz w:val="20"/>
        </w:rPr>
        <w:t>1:01:17  conditioning se hota hai ke kis cheez se nafrat karne lagta hai woh, kis cheez se mohabbat karne lagta hai woh. kisi ko dekh kar us ko ghussa aata hai, kisi ko dekh kar us ko pyar aata hai, kis cheez par woh proke aata hai,</w:t>
      </w:r>
      <w:r>
        <w:br/>
      </w:r>
      <w:r>
        <w:rPr>
          <w:sz w:val="20"/>
        </w:rPr>
        <w:t>1:01:33  kis cheez par bardasht karta hai. yeh sab cheezein kya hain? conditioning ki wajah se hoti hain.</w:t>
      </w:r>
      <w:r>
        <w:br/>
      </w:r>
      <w:r>
        <w:rPr>
          <w:sz w:val="20"/>
        </w:rPr>
        <w:t>1:01:39  to to yeh baad mein paida hota hai to yeh yeh process apne aap hi chal padta hai.</w:t>
      </w:r>
      <w:r>
        <w:br/>
      </w:r>
      <w:r>
        <w:rPr>
          <w:sz w:val="20"/>
        </w:rPr>
        <w:t>1:01:48  yani process of conditioning.</w:t>
      </w:r>
      <w:r>
        <w:br/>
      </w:r>
      <w:r>
        <w:rPr>
          <w:sz w:val="20"/>
        </w:rPr>
        <w:t>1:01:51  to sach poocho to tazkiya-e-nafs ya personality development ka matlab yeh hai ke apne ko apni de-conditioning karna, yani daryaft karna ke mein kahan kahan meri conditioning ho gayi hai,</w:t>
      </w:r>
      <w:r>
        <w:br/>
      </w:r>
      <w:r>
        <w:rPr>
          <w:sz w:val="20"/>
        </w:rPr>
        <w:t>1:02:06  kahan kahan mein mahol se, asar se kuch aadatein lag gayi hain, kuch galat soch lag gayi hai, kuch galat silsile mein ho gaya hoon.</w:t>
      </w:r>
      <w:r>
        <w:br/>
      </w:r>
      <w:r>
        <w:rPr>
          <w:sz w:val="20"/>
        </w:rPr>
        <w:t>1:02:15  yeh hai</w:t>
      </w:r>
      <w:r>
        <w:br/>
      </w:r>
      <w:r>
        <w:rPr>
          <w:sz w:val="20"/>
        </w:rPr>
        <w:t>1:02:17  to jaise aaj kal musalmanon ka haal yeh hai ke zara si baat yeh hogi to is par bhark uthte hain ke masjid ke samne koi juloos nikle, masjid koi koi nara laga de,</w:t>
      </w:r>
      <w:r>
        <w:br/>
      </w:r>
      <w:r>
        <w:rPr>
          <w:sz w:val="20"/>
        </w:rPr>
        <w:t>1:02:32  koi kahin gosht ka tukra dikhai de jaye, kuch bhi ho, koi cartoon chhap de to foran bhark uthenge. yeh bhark uthna jo hai nature nahi hai, yeh yeh conditioning hai.</w:t>
      </w:r>
      <w:r>
        <w:br/>
      </w:r>
      <w:r>
        <w:rPr>
          <w:sz w:val="20"/>
        </w:rPr>
        <w:t>1:02:44  yani hamare yani so-called rehnumaon ne aisa kiya hai ke un ko in cheezon ko bharka diya hai.</w:t>
      </w:r>
      <w:r>
        <w:br/>
      </w:r>
      <w:r>
        <w:rPr>
          <w:sz w:val="20"/>
        </w:rPr>
        <w:t>1:02:54  in cheezon ko</w:t>
      </w:r>
      <w:r>
        <w:br/>
      </w:r>
      <w:r>
        <w:rPr>
          <w:sz w:val="20"/>
        </w:rPr>
        <w:t>1:02:56  to mein aaj subah soch raha tha ke hamari tareekh jo hai, yani tareekh ke do daur hain: pre media aur post media.</w:t>
      </w:r>
      <w:r>
        <w:br/>
      </w:r>
      <w:r>
        <w:rPr>
          <w:sz w:val="20"/>
        </w:rPr>
        <w:t>1:03:08  yeh pre media daur mein insan jo tha, uska case tha misuse of freedom ka case. ab kya hai? misuse of media ka case.</w:t>
      </w:r>
      <w:r>
        <w:br/>
      </w:r>
      <w:r>
        <w:rPr>
          <w:sz w:val="20"/>
        </w:rPr>
        <w:t>1:03:17  aisi baatein chhapte hain log, aise jo log jise hain, yani negative ch</w:t>
      </w:r>
      <w:r>
        <w:br/>
      </w:r>
      <w:r>
        <w:rPr>
          <w:sz w:val="20"/>
        </w:rPr>
        <w:t>1:03:24  cheezein. har society mein dekhiye, negative aur positive dono item hote hain. lekin media kya tha? chhaat chhaat kar ke negative cheezein chhapta hai.</w:t>
      </w:r>
      <w:r>
        <w:br/>
      </w:r>
      <w:r>
        <w:rPr>
          <w:sz w:val="20"/>
        </w:rPr>
        <w:t>1:03:33  is is india mein, america mein, hatta ke israel mein, har jagah yeh qissa hai ke har jagah aisa nahi hai ke woh sab jaise log samajhte hain ke israel mein bohat hi bura hai.</w:t>
      </w:r>
      <w:r>
        <w:br/>
      </w:r>
      <w:r>
        <w:rPr>
          <w:sz w:val="20"/>
        </w:rPr>
        <w:t>1:03:44  aisa bilkul galat baat hai. wahan positive point, plus point bhi hai, negative point bhi hai.</w:t>
      </w:r>
      <w:r>
        <w:br/>
      </w:r>
      <w:r>
        <w:rPr>
          <w:sz w:val="20"/>
        </w:rPr>
        <w:t>1:03:51  lekin hamara jo muslim media jo hai, negative point ko chhapta hai, plus point ko chhod deta hai. isi se logon ko conditioning hoti hai.</w:t>
      </w:r>
      <w:r>
        <w:br/>
      </w:r>
      <w:r>
        <w:rPr>
          <w:sz w:val="20"/>
        </w:rPr>
        <w:t>1:04:00  ab barah-e-rast jab aap padhte hain, sunte hain ke israel jo hai, itna kharab hai to aap samajh jaate hain ke israel koi alag cheez hai. israel koi alag cheez nahi hai, woh bhi insaan hain, woh log bhi.</w:t>
      </w:r>
      <w:r>
        <w:br/>
      </w:r>
      <w:r>
        <w:rPr>
          <w:sz w:val="20"/>
        </w:rPr>
        <w:t>1:04:11  chahe israel ka case ho, america ka case ho, ya india mein jo extremist parties hain, unka case ho, koi bhi hundred percent bura nahi hai.</w:t>
      </w:r>
      <w:r>
        <w:br/>
      </w:r>
      <w:r>
        <w:rPr>
          <w:sz w:val="20"/>
        </w:rPr>
        <w:t>1:04:21  har jagah kuch aisi cheezein hoti hain jo aap ko pasand na hon to hamare log isi ko le kar phasalate hain, isi ko bayan karte hain. is se kya hota hai?</w:t>
      </w:r>
      <w:r>
        <w:br/>
      </w:r>
      <w:r>
        <w:rPr>
          <w:sz w:val="20"/>
        </w:rPr>
        <w:t>1:04:31  sunte sunte, padhte padhte condition aati hai. to sab log naam mein, yaani conditioning ka case ban gaye hain.</w:t>
      </w:r>
      <w:r>
        <w:br/>
      </w:r>
      <w:r>
        <w:rPr>
          <w:sz w:val="20"/>
        </w:rPr>
        <w:t>1:04:40  to</w:t>
      </w:r>
      <w:r>
        <w:br/>
      </w:r>
      <w:r>
        <w:rPr>
          <w:sz w:val="20"/>
        </w:rPr>
        <w:t>1:04:41  samajhta hoon ke personality development ka matlab yeh hai: apni de-conditioning. woh hoti hai muhasba ke zariye se.</w:t>
      </w:r>
      <w:r>
        <w:br/>
      </w:r>
      <w:r>
        <w:rPr>
          <w:sz w:val="20"/>
        </w:rPr>
        <w:t>1:04:53  jo aadmi aisa na kare to woh conditioning mein jiyega, conditioning mein marega. to bohat zaroori hai ke hum apni de-conditioning karein.</w:t>
      </w:r>
      <w:r>
        <w:br/>
      </w:r>
      <w:r>
        <w:rPr>
          <w:sz w:val="20"/>
        </w:rPr>
        <w:t>1:05:02  wohi de-conditioning ka doosra naam tazkiya-e-nafs hai, isi ka naam personality building hai. sab kuch wahi</w:t>
      </w:r>
      <w:r>
        <w:br/>
      </w:r>
      <w:r>
        <w:rPr>
          <w:sz w:val="20"/>
        </w:rPr>
        <w:t>1:05:09  tazkiya-e-nafs hai. rawayati zabaan mein woh tazkiya-e-nafs hai. aaj kal ki zabaan mein hum kahein ke woh de-conditioning hai ya personality development hai. Maulana, agla sawal aaya hai Miss Sadia Khan ka, Delhi se.</w:t>
      </w:r>
    </w:p>
    <w:p>
      <w:pPr>
        <w:pStyle w:val="Heading2"/>
      </w:pPr>
      <w:r>
        <w:t>Meaning of deep thinking</w:t>
      </w:r>
    </w:p>
    <w:p>
      <w:r>
        <w:rPr>
          <w:color w:val="666666"/>
          <w:sz w:val="18"/>
        </w:rPr>
        <w:t>Spirituality · Q&amp;A 20 Nov 2011 Maulana Wahiduddin Khan · 5m 02s · at 49:46 · https://youtu.be/7sNDn8Y6jUc?t=2986</w:t>
      </w:r>
    </w:p>
    <w:p>
      <w:r>
        <w:rPr>
          <w:i/>
        </w:rPr>
        <w:t>“What is the meaning of deep thinking? Is trying to know the reality of the soul and the mysteries of the universe deep thinking?”</w:t>
      </w:r>
    </w:p>
    <w:p>
      <w:r>
        <w:rPr>
          <w:sz w:val="20"/>
        </w:rPr>
        <w:t>49:46  maulana agla sawal lene se pehle aik comment padhna chahte hain jo ammar khan ne likha hai saharanpur se unhon ne likha hai ke I am writing to thank you aur big thank you for distinctly educating us thank you Maulana sahib</w:t>
      </w:r>
      <w:r>
        <w:br/>
      </w:r>
      <w:r>
        <w:rPr>
          <w:sz w:val="20"/>
        </w:rPr>
        <w:t>50:06  agla sawal hai mister inayatullah umri ka bangalore se unhon ne likha hai ke deep thinking ka matlab kya hai kya rooh ki haqeeqat aur kainaat ki mysteries ko janne ki koshish deep thinking hai?</w:t>
      </w:r>
      <w:r>
        <w:br/>
      </w:r>
      <w:r>
        <w:rPr>
          <w:sz w:val="20"/>
        </w:rPr>
        <w:t>50:25  dekhein deep thinking koi had nahi hai</w:t>
      </w:r>
      <w:r>
        <w:br/>
      </w:r>
      <w:r>
        <w:rPr>
          <w:sz w:val="20"/>
        </w:rPr>
        <w:t>50:31  yeh to sari umar ka masla hai har cheez mein aap deep thinking karte rahey</w:t>
      </w:r>
      <w:r>
        <w:br/>
      </w:r>
      <w:r>
        <w:rPr>
          <w:sz w:val="20"/>
        </w:rPr>
        <w:t>50:37  to talash yani</w:t>
      </w:r>
      <w:r>
        <w:br/>
      </w:r>
      <w:r>
        <w:rPr>
          <w:sz w:val="20"/>
        </w:rPr>
        <w:t>50:41  ilm ki ki talash haqeeqat ki talash yeh ek life long process hai</w:t>
      </w:r>
      <w:r>
        <w:br/>
      </w:r>
      <w:r>
        <w:rPr>
          <w:sz w:val="20"/>
        </w:rPr>
        <w:t>50:50  to koi had is ke nahi aati</w:t>
      </w:r>
      <w:r>
        <w:br/>
      </w:r>
      <w:r>
        <w:rPr>
          <w:sz w:val="20"/>
        </w:rPr>
        <w:t>50:54  to aap jis ke paas jitna waqt ho is ke lehaz se woh karega waqt na ho</w:t>
      </w:r>
      <w:r>
        <w:br/>
      </w:r>
      <w:r>
        <w:rPr>
          <w:sz w:val="20"/>
        </w:rPr>
        <w:t>50:59  to itna kijiye itna ke aap ke bas mein hai waqt zyada aap ka hai to karte rahey</w:t>
      </w:r>
      <w:r>
        <w:br/>
      </w:r>
      <w:r>
        <w:rPr>
          <w:sz w:val="20"/>
        </w:rPr>
        <w:t>51:04  karte rahey karte rahey is ka koi laga hua formula nahi hai</w:t>
      </w:r>
      <w:r>
        <w:br/>
      </w:r>
      <w:r>
        <w:rPr>
          <w:sz w:val="20"/>
        </w:rPr>
        <w:t>51:12  mister shah imran hasan ne dilli se likha hai aap ne apne lecture mein kaha ke ulama society mein ineffective hain parantu aap kehte hain ke al risala mission ko gehrai ke sath sirf ulama hi samajh sakte hain jabke waqai yeh hai ke secular log hi aap ki baaton ko ziyada mante hain.</w:t>
      </w:r>
      <w:r>
        <w:br/>
      </w:r>
      <w:r>
        <w:rPr>
          <w:sz w:val="20"/>
        </w:rPr>
        <w:t>51:35  yani mein ne aisa kabhi nahi kaha ke ulama hi samajh sakte hain pata nahi kahan se yeh baat nikli hai sab log samajhte hain quran kitab fitrat hai kitab madrasa nahi hai quran kitab madrasa nahi hai kitab fitrat hai</w:t>
      </w:r>
      <w:r>
        <w:br/>
      </w:r>
      <w:r>
        <w:rPr>
          <w:sz w:val="20"/>
        </w:rPr>
        <w:t>51:54  to fitrat har ek ke paas hai har aadmi samajh sakta hai sirf itni si baat hai jo mein kehta hoon woh kabhi mein ne kaha hoga ke jo technical term hai to woh ulama us se aashna hote hain aur jo aadmi arabi nahi janta madrasa mein pada hua nahi to us technical term se waqif nahi hota woh</w:t>
      </w:r>
      <w:r>
        <w:br/>
      </w:r>
      <w:r>
        <w:rPr>
          <w:sz w:val="20"/>
        </w:rPr>
        <w:t>52:15  to us ke liye humein is ko explain karna padta hai to mein chunke madrasa ki taleem meri hui hai to jab mein be takalluf bolta hoon to woh term meri zuban par aane lagte hain jo jis ko mein madrasa ki zindagi mein jo be duaon mein charh gaye the</w:t>
      </w:r>
      <w:r>
        <w:br/>
      </w:r>
      <w:r>
        <w:rPr>
          <w:sz w:val="20"/>
        </w:rPr>
        <w:t>52:32  to yeh masla hai yeh achi tarah yaad rakhiye ke khuda ka jo deen hai woh fitri deen hai quran kitab fitrat hai jis aadmi ko bhi allah ne paida kiya fitrat ke sath paida kiya hai woh samajh sakta hai lekin jo lekin aik language gap ka masla aik alag masla hai</w:t>
      </w:r>
      <w:r>
        <w:br/>
      </w:r>
      <w:r>
        <w:rPr>
          <w:sz w:val="20"/>
        </w:rPr>
        <w:t>52:51  ab mein chunke madrasa ki taleem ki wajah se meri zuban isi tarah ki ho gayi hai madrasa wali zuban to bohat kafi mein apne ko bachata hoon is se kyunke pehle to bohat mushkil zuban hoti thi meri bohat mushkil hoti thi aaj aaj jo zuban bolta hoon yeh bohat sakht zuban hoti hai</w:t>
      </w:r>
      <w:r>
        <w:br/>
      </w:r>
      <w:r>
        <w:rPr>
          <w:sz w:val="20"/>
        </w:rPr>
        <w:t>53:09  misal ke tor par aap meri kitab shuru zamane ki padhiye al islam woh bari mushkil zuban us ki hai kyunke wahi wahi molviyana zuban jis ko kaha jata hai woh hai us ki to yeh hai language gap ki baat aur yeh nahi ke woh quran kitab madrasa hai</w:t>
      </w:r>
      <w:r>
        <w:br/>
      </w:r>
      <w:r>
        <w:rPr>
          <w:sz w:val="20"/>
        </w:rPr>
        <w:t>53:27  aisi koi baat nahi hai mein aisa kabhi mein ne nahi kaha hai</w:t>
      </w:r>
      <w:r>
        <w:br/>
      </w:r>
      <w:r>
        <w:rPr>
          <w:sz w:val="20"/>
        </w:rPr>
        <w:t>53:33  to mein koshish karta hoon ke jab koi arabi adha log hain to un ko thoda sa mein doosre dhang se bolta hoon aur arabi adha log hain to zuban doosre dhang se ho jati hai to yeh sara maamla zuban ka hai aur kuch nahi hai.</w:t>
      </w:r>
      <w:r>
        <w:br/>
      </w:r>
      <w:r>
        <w:rPr>
          <w:sz w:val="20"/>
        </w:rPr>
        <w:t>53:48  Okay we will end this session now thank you.</w:t>
      </w:r>
    </w:p>
    <w:p>
      <w:pPr>
        <w:pStyle w:val="Heading2"/>
      </w:pPr>
      <w:r>
        <w:t>Meaning of divine inspiration explained</w:t>
      </w:r>
    </w:p>
    <w:p>
      <w:r>
        <w:rPr>
          <w:color w:val="666666"/>
          <w:sz w:val="18"/>
        </w:rPr>
        <w:t>Spirituality · Islamic Pacifism Q&amp;A 8 May 2011 · 6m 52s · at 3:51 · https://youtu.be/5ZersGDNVcw?t=231</w:t>
      </w:r>
    </w:p>
    <w:p>
      <w:r>
        <w:rPr>
          <w:i/>
        </w:rPr>
        <w:t>“In last week's talk on the intellectual journey, in response to a question you said: 'My teacher is God Himself, no other teacher. God inspires me, I speak from God's inspiration. For me, books are secondary sources. My primary source is divine inspiration, which anyone can receive through prayer. Whoever engages in prayer will surely receive divine inspiration.' Maulana, what do you mean by inspiration in this answer?”</w:t>
      </w:r>
    </w:p>
    <w:p>
      <w:r>
        <w:rPr>
          <w:sz w:val="20"/>
        </w:rPr>
        <w:t>3:51  maulana, agla sawal aaya hai mr muhammad raziuddin saudi arab. unhone likha hai ki pichhle hafte ke intellectual journey ke talk mein ek sawal ka jawab mein aapne kaha ki "mera teacher khud Allah taala hai, koi doosra teacher nahi.</w:t>
      </w:r>
      <w:r>
        <w:br/>
      </w:r>
      <w:r>
        <w:rPr>
          <w:sz w:val="20"/>
        </w:rPr>
        <w:t>4:11  Allah hi mujhe inspire karte hain, main Allah ki inspiration se bolta hoon. mere liye kitaben secondary source hain. primary source mera jo hai, wo khud divine inspiration hai, jo dua ke zariye kisi bhi shakhs ko milta hai.</w:t>
      </w:r>
      <w:r>
        <w:br/>
      </w:r>
      <w:r>
        <w:rPr>
          <w:sz w:val="20"/>
        </w:rPr>
        <w:t>4:28  jo bhi shakhs dua mein mashgool hoga, zaroor divine inspiration milegi." maulana sahib, mera sawal yeh hai ki is jawab mein inspiration se aapki kya murad hai?</w:t>
      </w:r>
      <w:r>
        <w:br/>
      </w:r>
      <w:r>
        <w:rPr>
          <w:sz w:val="20"/>
        </w:rPr>
        <w:t>4:41  kaha jata hai ke Allah taala ki marzi janne ke liye</w:t>
      </w:r>
      <w:r>
        <w:br/>
      </w:r>
      <w:r>
        <w:rPr>
          <w:sz w:val="20"/>
        </w:rPr>
        <w:t>4:45  sirf ek hi source hai, aur woh hai Prophet Muhammad Sallallahu Alaihi Wasallam. Ab qayamat tak koi direct inspiration ki zaroorat nahi.</w:t>
      </w:r>
      <w:r>
        <w:br/>
      </w:r>
      <w:r>
        <w:rPr>
          <w:sz w:val="20"/>
        </w:rPr>
        <w:t>4:55  direct inspiration ko agar mana jaye to phir deen mein nayi nayi cheezon ko dakhil karna aasan ho jata hai.</w:t>
      </w:r>
      <w:r>
        <w:br/>
      </w:r>
      <w:r>
        <w:rPr>
          <w:sz w:val="20"/>
        </w:rPr>
        <w:t>5:03  mera sawal yeh hai ke kya Prophet of Islam par iman lane ke baad bhi deeni mamlat mein Allah taala se direct inspiration ki zaroorat baqi rehti hai?</w:t>
      </w:r>
      <w:r>
        <w:br/>
      </w:r>
      <w:r>
        <w:rPr>
          <w:sz w:val="20"/>
        </w:rPr>
        <w:t>5:15  aur doosra, aap ne kaha mere liye kitabein secondary source hain.</w:t>
      </w:r>
      <w:r>
        <w:br/>
      </w:r>
      <w:r>
        <w:rPr>
          <w:sz w:val="20"/>
        </w:rPr>
        <w:t>5:20  is se aap ki kya murad hai? Yeh kaun si kitabein hain? Is ko wazeh karein.</w:t>
      </w:r>
      <w:r>
        <w:br/>
      </w:r>
      <w:r>
        <w:rPr>
          <w:sz w:val="20"/>
        </w:rPr>
        <w:t>5:27  dekhein, aap ne jo baat farmayi hai to ulma ka stand aisa nahi hai. Yeh aap ka apna zaati khayal hai yeh. Is liye ke Quran mein hai ke "Innal lazina qalu Rabbunallahu thumma istiqamu Allah</w:t>
      </w:r>
      <w:r>
        <w:br/>
      </w:r>
      <w:r>
        <w:rPr>
          <w:sz w:val="20"/>
        </w:rPr>
        <w:t>5:44  takhafu wala tahzanu".</w:t>
      </w:r>
      <w:r>
        <w:br/>
      </w:r>
      <w:r>
        <w:rPr>
          <w:sz w:val="20"/>
        </w:rPr>
        <w:t>5:50  yani farishton ke zariye se aap ko ek cheez ilqa ki jati hai. Hadees mein hai ke "unaji rabbahu".</w:t>
      </w:r>
      <w:r>
        <w:br/>
      </w:r>
      <w:r>
        <w:rPr>
          <w:sz w:val="20"/>
        </w:rPr>
        <w:t>5:59  Allah ki bande ki sargoshi Allah se hoti hai. Bande ki sargoshi Allah se hoti hai. "unaji</w:t>
      </w:r>
      <w:r>
        <w:br/>
      </w:r>
      <w:r>
        <w:rPr>
          <w:sz w:val="20"/>
        </w:rPr>
        <w:t>6:07  rabbahu" . Tamam ulma yeh mante hain ke wahi peghambar ke liye khaas hai. Wahi munqate hui.</w:t>
      </w:r>
      <w:r>
        <w:br/>
      </w:r>
      <w:r>
        <w:rPr>
          <w:sz w:val="20"/>
        </w:rPr>
        <w:t>6:16  lekin ilqa o ilham munqate nahi hua. Maslan Shah Abdullah ne likha hai ke "Alhamdulillah Rabbi".</w:t>
      </w:r>
      <w:r>
        <w:br/>
      </w:r>
      <w:r>
        <w:rPr>
          <w:sz w:val="20"/>
        </w:rPr>
        <w:t>6:24  Shah Abdullah ne apni kitab mein likha hai ke "Alhamdulillah Rabbi" . To koi nahi kehta galat kaha unhone. Koi nahi kehta Shah Abdullah sahab ne galat kaha.</w:t>
      </w:r>
      <w:r>
        <w:br/>
      </w:r>
      <w:r>
        <w:rPr>
          <w:sz w:val="20"/>
        </w:rPr>
        <w:t>6:33  kyun ke sare ulma mante hain ke wahi to nabi ka khasa hai, lekin ilqa o ilham aam hai. Woh har ek ko hota hai.</w:t>
      </w:r>
      <w:r>
        <w:br/>
      </w:r>
      <w:r>
        <w:rPr>
          <w:sz w:val="20"/>
        </w:rPr>
        <w:t>6:43  khwab mein bhi khwab ke liye aata hai ke wahi munqate hogi, lekin khwab ke zariye se Allah ki rehnumayi milti rahegi logon ko.</w:t>
      </w:r>
      <w:r>
        <w:br/>
      </w:r>
      <w:r>
        <w:rPr>
          <w:sz w:val="20"/>
        </w:rPr>
        <w:t>6:52  yeh bhi aap Bukhari mein padh lijiyey. Isi ko "mini inspiration" kaha. Yani aap ko ilqa o ilham</w:t>
      </w:r>
      <w:r>
        <w:br/>
      </w:r>
      <w:r>
        <w:rPr>
          <w:sz w:val="20"/>
        </w:rPr>
        <w:t>7:02  ke maano mein "mini inspiration" kaha. Yeh to sabit shuda hai. Quran se sabit hai, Hadees se sabit hai. Tamam ulma is ko mante hain. Is mein koi khasa nahi hai ke koi mein ne nayi baat keh di hai.</w:t>
      </w:r>
      <w:r>
        <w:br/>
      </w:r>
      <w:r>
        <w:rPr>
          <w:sz w:val="20"/>
        </w:rPr>
        <w:t>7:16  Imam Taimiya itne bade aalim thay, un ko koi ayat samajh mein nahi ayi. To unhone namaz padh kar</w:t>
      </w:r>
      <w:r>
        <w:br/>
      </w:r>
      <w:r>
        <w:rPr>
          <w:sz w:val="20"/>
        </w:rPr>
        <w:t>7:22  do rakat namaz padhi salatul hajat. Us ke baad dua kiya ke "Ya muallim Ibrahima allimni" . Yahi to hai ke Khuda ko muallim qarar de kar un se janna chaha ke is ayat ka matlab kya hai.</w:t>
      </w:r>
      <w:r>
        <w:br/>
      </w:r>
      <w:r>
        <w:rPr>
          <w:sz w:val="20"/>
        </w:rPr>
        <w:t>7:37  "Ya muallim Ibrahima allimni".</w:t>
      </w:r>
      <w:r>
        <w:br/>
      </w:r>
      <w:r>
        <w:rPr>
          <w:sz w:val="20"/>
        </w:rPr>
        <w:t>7:40  yeh to tasdeeq shuda baat hai. Baqi jo aap ne farmaya to is ka taluq wrong interpretation se hai.</w:t>
      </w:r>
      <w:r>
        <w:br/>
      </w:r>
      <w:r>
        <w:rPr>
          <w:sz w:val="20"/>
        </w:rPr>
        <w:t>7:49  aap kuch bhi karein, wrong interpretation ka darwaza band nahi ho sakta. Kabhi band nahi hua. Khud Quran mein tafaseer jo likhi gayi hain, bohat si ajeeb ajeeb tafaseer likhi gayi hain ayaton ki.</w:t>
      </w:r>
      <w:r>
        <w:br/>
      </w:r>
      <w:r>
        <w:rPr>
          <w:sz w:val="20"/>
        </w:rPr>
        <w:t>8:01  to galat tafaseer ka darwaza band nahi ho sakta hai.</w:t>
      </w:r>
      <w:r>
        <w:br/>
      </w:r>
      <w:r>
        <w:rPr>
          <w:sz w:val="20"/>
        </w:rPr>
        <w:t>8:07  yeh yeh aap ka mafroza sahi nahi hai ke inspiration manne se, ilqa o ilham manne se koi darwaza khulega. Darwaza to khulta hai galat interpretation se.</w:t>
      </w:r>
      <w:r>
        <w:br/>
      </w:r>
      <w:r>
        <w:rPr>
          <w:sz w:val="20"/>
        </w:rPr>
        <w:t>8:18  aur is ka darwaza aap kaun band karega? Misal ke taur par dekhein, mere paas ek misal deta hoon aap ko.</w:t>
      </w:r>
      <w:r>
        <w:br/>
      </w:r>
      <w:r>
        <w:rPr>
          <w:sz w:val="20"/>
        </w:rPr>
        <w:t>8:27  yani wrong interpretation ki.</w:t>
      </w:r>
      <w:r>
        <w:br/>
      </w:r>
      <w:r>
        <w:rPr>
          <w:sz w:val="20"/>
        </w:rPr>
        <w:t>8:31  aik bar to iran ke char aalim mere pas aaye. Maine un se kaha ke woh shia thay, woh. Maine kaha ke aap log Hazrat Ali ko bohat ooncha darja dete hain.</w:t>
      </w:r>
      <w:r>
        <w:br/>
      </w:r>
      <w:r>
        <w:rPr>
          <w:sz w:val="20"/>
        </w:rPr>
        <w:t>8:43  to yeh kaise sabit hota hai? Hazrat Ali ka darja jo hai, Hazrat Umar se bhi zyada, Abu Bakr se bhi zyada. To kaise sabit hota hai? Kaha yeh to Quran mein maujood hai.</w:t>
      </w:r>
      <w:r>
        <w:br/>
      </w:r>
      <w:r>
        <w:rPr>
          <w:sz w:val="20"/>
        </w:rPr>
        <w:t>8:53  kahan maujood hai? Kaha Ali kabira. Ali kabir hain. To kya aap rok sakte hain kisi ko? Ke Quran se woh nikal raha hai yeh.</w:t>
      </w:r>
      <w:r>
        <w:br/>
      </w:r>
      <w:r>
        <w:rPr>
          <w:sz w:val="20"/>
        </w:rPr>
        <w:t>9:03  Ali kabira. To dekhein, yeh insaan ko Allah taala azaadi di hai. Aap ka jo mafroza hai, us se nahi rukta insaan ka.</w:t>
      </w:r>
      <w:r>
        <w:br/>
      </w:r>
      <w:r>
        <w:rPr>
          <w:sz w:val="20"/>
        </w:rPr>
        <w:t>9:14  yani bhatakna. Insaan to bhatkega.</w:t>
      </w:r>
      <w:r>
        <w:br/>
      </w:r>
      <w:r>
        <w:rPr>
          <w:sz w:val="20"/>
        </w:rPr>
        <w:t>9:20  to asal cheez yeh hai ke aadmi ke andar sincerity ho. Aadmi sachcha seeker ho. Aadmi Allah se darta ho.</w:t>
      </w:r>
      <w:r>
        <w:br/>
      </w:r>
      <w:r>
        <w:rPr>
          <w:sz w:val="20"/>
        </w:rPr>
        <w:t>9:30  woh samajhta ho ke agar maine galat matlab nikala kisi ayat ka to main Allah ke haan pakda jaunga. Yeh cheez rokti hai. Yeh cheez rokti nahi ke aap yeh kahein ke sahib ab wahi munqata ho gayi to ilqa ya munqata, ilham bhi band, inspiration bhi band.</w:t>
      </w:r>
      <w:r>
        <w:br/>
      </w:r>
      <w:r>
        <w:rPr>
          <w:sz w:val="20"/>
        </w:rPr>
        <w:t>9:45  is se koi farq nahi padta. Yeh soorat-e-haal ka bohat hi, soorat-e-haal ko aap ne underestimate kiya hai.</w:t>
      </w:r>
      <w:r>
        <w:br/>
      </w:r>
      <w:r>
        <w:rPr>
          <w:sz w:val="20"/>
        </w:rPr>
        <w:t>9:55  Maulana, in ka aik aur sawal tha ke aap ne kaha tha ke kitabein mere liye secondary source hain. To woh pa</w:t>
      </w:r>
      <w:r>
        <w:br/>
      </w:r>
      <w:r>
        <w:rPr>
          <w:sz w:val="20"/>
        </w:rPr>
        <w:t>10:01  poch rahe hain kaun si? Kitabon se murad hai Quran o Hadees ke ilawa. Dekhein, kuch understood hoti hain. Itna to aap ko khud janna chahiye.</w:t>
      </w:r>
      <w:r>
        <w:br/>
      </w:r>
      <w:r>
        <w:rPr>
          <w:sz w:val="20"/>
        </w:rPr>
        <w:t>10:11  kuch cheezein understood hoti hain. Zahir hai ke Quran aur Hadees, yeh is ke baghair to kafi andha behra hai duniya mein.</w:t>
      </w:r>
      <w:r>
        <w:br/>
      </w:r>
      <w:r>
        <w:rPr>
          <w:sz w:val="20"/>
        </w:rPr>
        <w:t>10:22  Quran o Hadees ke ilawa jo kitabein likhi gayi hain, hazaron hazar kitabein, woh is ko maine kaha tha ke meri secondary source hai. Kaun jo aisa kahe ke Quran aur Hadees se be-niyaz jo ho jaye, woh to main samajhta hoon ke woh to mental case hai is ka.</w:t>
      </w:r>
      <w:r>
        <w:br/>
      </w:r>
      <w:r>
        <w:rPr>
          <w:sz w:val="20"/>
        </w:rPr>
        <w:t>10:38  woh qabil-e-zikr hi nahi.</w:t>
      </w:r>
    </w:p>
    <w:p>
      <w:pPr>
        <w:pStyle w:val="Heading2"/>
      </w:pPr>
      <w:r>
        <w:t>Meaning of gratitude and acknowledgment</w:t>
      </w:r>
    </w:p>
    <w:p>
      <w:r>
        <w:rPr>
          <w:color w:val="666666"/>
          <w:sz w:val="18"/>
        </w:rPr>
        <w:t>Spirituality · Importance of Shukr (Thankfulness) July 24, 2022 · 24m 13s · at 1:05 · https://youtu.be/MgWNIv0k1sk?t=65</w:t>
      </w:r>
    </w:p>
    <w:p>
      <w:r>
        <w:rPr>
          <w:i/>
        </w:rPr>
        <w:t>“What is the meaning of shukr (gratitude)? Its basic meaning is acknowledgment, but can you explain it in an elaborate way? It is very important in the Quran, because the first verse is Alhamdulillahi Rabbil Alameen. Alhamd means praise, but its real meaning is acknowledgment.”</w:t>
      </w:r>
    </w:p>
    <w:p>
      <w:r>
        <w:rPr>
          <w:sz w:val="20"/>
        </w:rPr>
        <w:t>1:05  apa, sab se pehla sawal to yahi hai ke shukr ka jo basic matlab hai woh yeh hai ke etraf. lekin is ke kya maani hain, is ko agar aap elaborate way mein hum sab ko samjha saken ke shukr kya hai?</w:t>
      </w:r>
      <w:r>
        <w:br/>
      </w:r>
      <w:r>
        <w:rPr>
          <w:sz w:val="20"/>
        </w:rPr>
        <w:t>1:22  shukr jo hai bohat hi zyada important hai quran ki ro se, kyun ke quran mein jo sab se pehli ayat hai woh hai alhamdulillah rabbil alameen.</w:t>
      </w:r>
      <w:r>
        <w:br/>
      </w:r>
      <w:r>
        <w:rPr>
          <w:sz w:val="20"/>
        </w:rPr>
        <w:t>1:34  alhamdulillah ke maani hain, aise is ka tarjuma kiya jata hai praise ke maani mein, lekin is ka asal maani hai acknowledgement.</w:t>
      </w:r>
      <w:r>
        <w:br/>
      </w:r>
      <w:r>
        <w:rPr>
          <w:sz w:val="20"/>
        </w:rPr>
        <w:t>1:43  yani tamam cheezain jo insan ko is dunya mein mili hui hain, woh khuda ki di hui hain, khuda ki blessings hain.</w:t>
      </w:r>
      <w:r>
        <w:br/>
      </w:r>
      <w:r>
        <w:rPr>
          <w:sz w:val="20"/>
        </w:rPr>
        <w:t>1:53  to khuda ko hamari kisi cheez ki koi zaroorat nahi hai,</w:t>
      </w:r>
      <w:r>
        <w:br/>
      </w:r>
      <w:r>
        <w:rPr>
          <w:sz w:val="20"/>
        </w:rPr>
        <w:t>1:58  bas sirf yeh hai ke hamein khuda ka shukr ada karna hai, aur dil se khuda ka shukr ada karna hai. wohi tamam blessings ki jo hai, wohi price hai.</w:t>
      </w:r>
      <w:r>
        <w:br/>
      </w:r>
      <w:r>
        <w:rPr>
          <w:sz w:val="20"/>
        </w:rPr>
        <w:t>2:10  to without paying the price we will become user. user matlab hum koi cheez ko istemal kar rahe hain aur is par hamara koi haq nahi hai.</w:t>
      </w:r>
      <w:r>
        <w:br/>
      </w:r>
      <w:r>
        <w:rPr>
          <w:sz w:val="20"/>
        </w:rPr>
        <w:t>2:21  to is tarah se jo alhamdulillah rabbil alameen quran ki pehli verse hai, is se pata chalta hai ke insan ko kitna zyada nematoun ka gehra ehsas hona chahiye.</w:t>
      </w:r>
      <w:r>
        <w:br/>
      </w:r>
      <w:r>
        <w:rPr>
          <w:sz w:val="20"/>
        </w:rPr>
        <w:t>2:36  kyun ke aaj kal jo log hain, woh alhamdulillah chala hua hai, jis ko hum takiya kalam kehte hain, catch phrase kehte hain, is se kaam nahi chalega.</w:t>
      </w:r>
      <w:r>
        <w:br/>
      </w:r>
      <w:r>
        <w:rPr>
          <w:sz w:val="20"/>
        </w:rPr>
        <w:t>2:45  woh</w:t>
      </w:r>
      <w:r>
        <w:br/>
      </w:r>
      <w:r>
        <w:rPr>
          <w:sz w:val="20"/>
        </w:rPr>
        <w:t>2:46  dil ki gehraiyon se khuda ke liye hamd karna, khuda ki shukr ada karna, khuda ki nematoun ka zikr karna, is ka charcha karna, tab yeh jo hota hai, is ka jo price tabhi hai jab hum is tarah se khuda ki nematoun ka zikr karen.</w:t>
      </w:r>
      <w:r>
        <w:br/>
      </w:r>
      <w:r>
        <w:rPr>
          <w:sz w:val="20"/>
        </w:rPr>
        <w:t>3:07  to is tarah se jo hai, hum jabhi hum khuda ki blessings ko hum istemal karne ke qabil thehrenge jab hum is ka poore maani mein is ka khuda ka shukr ada karen.</w:t>
      </w:r>
      <w:r>
        <w:br/>
      </w:r>
      <w:r>
        <w:rPr>
          <w:sz w:val="20"/>
        </w:rPr>
        <w:t>3:23  to shukr jo hai, woh dekhiye sirf alhamdulillah kehne se nahi ho jata, jo aaj kal bohat zyada chala hua hai, balke shukr ke liye hamein bohat kuch sochna parta hai.</w:t>
      </w:r>
      <w:r>
        <w:br/>
      </w:r>
      <w:r>
        <w:rPr>
          <w:sz w:val="20"/>
        </w:rPr>
        <w:t>3:36  soch soch kar hamein shukr ke item ko discover karna parta hai, kyunke aisa hai ke hamein har cheez mili hui hai, hamein lagta hi nahi ke hum ko koi Khuda ki taraf se yeh khaas taur par hamare liye aa rahi hai.</w:t>
      </w:r>
      <w:r>
        <w:br/>
      </w:r>
      <w:r>
        <w:rPr>
          <w:sz w:val="20"/>
        </w:rPr>
        <w:t>3:51  woh toh har cheez available hai, is mein hum bhi, is mein hamein, is mein hamein bhi hissa mil raha hai.</w:t>
      </w:r>
      <w:r>
        <w:br/>
      </w:r>
      <w:r>
        <w:rPr>
          <w:sz w:val="20"/>
        </w:rPr>
        <w:t>3:57  to hamein yeh karna hai ke is ko aisa soch soch ke is tareeqe se samjhein is ko ke sirf hamare liye Khuda ne yeh paida kiya hai.</w:t>
      </w:r>
      <w:r>
        <w:br/>
      </w:r>
      <w:r>
        <w:rPr>
          <w:sz w:val="20"/>
        </w:rPr>
        <w:t>4:11  misal ke taur par jab suraj ki roshni hamein mile to hamein lage ke Allah taala ne yeh suraj ki roshni ka intezam hamare liye kiya hai.</w:t>
      </w:r>
      <w:r>
        <w:br/>
      </w:r>
      <w:r>
        <w:rPr>
          <w:sz w:val="20"/>
        </w:rPr>
        <w:t>4:22  tabhi ek bohat bara shukr ho sakta hai,</w:t>
      </w:r>
      <w:r>
        <w:br/>
      </w:r>
      <w:r>
        <w:rPr>
          <w:sz w:val="20"/>
        </w:rPr>
        <w:t>4:26  kyunke hum log zyada sochte nahi hain. ek baar aap aaye the Maulana ke paas, ji to Maulana ne kaha ke koi nai khabar bataiye.</w:t>
      </w:r>
      <w:r>
        <w:br/>
      </w:r>
      <w:r>
        <w:rPr>
          <w:sz w:val="20"/>
        </w:rPr>
        <w:t>4:35  ji ji to aap ne kaha Maulana aaj toh koi khabar hai nahi hamare paas. ji to Maulana subah ko balcony par baithe hue the to unhone kaha dekhiye suraj nikla hua hai, ji roshni charon taraf phaili hui hai, ji mujhe yaad hai chidiyan chehchaha rahi hain, hawaein chal rahi hain, to yeh sab koi news nahi hai.</w:t>
      </w:r>
      <w:r>
        <w:br/>
      </w:r>
      <w:r>
        <w:rPr>
          <w:sz w:val="20"/>
        </w:rPr>
        <w:t>4:54  jeem</w:t>
      </w:r>
      <w:r>
        <w:br/>
      </w:r>
      <w:r>
        <w:rPr>
          <w:sz w:val="20"/>
        </w:rPr>
        <w:t>4:55  ji to har waqt woh sochte rehte the ke kya kya Khuda ki blessings hain jis ke liye hamein shukr ada karna hai. to har waqt ek nai nai nai nai blessings ko woh discover karte the.</w:t>
      </w:r>
      <w:r>
        <w:br/>
      </w:r>
      <w:r>
        <w:rPr>
          <w:sz w:val="20"/>
        </w:rPr>
        <w:t>5:08  woh sab kuch bohat zyada sochne se hota hai. to hamein apne andar soch ki faculty ko develop karna hai, tabhi hum sahi maano mein Khuda ka shukr ada kar payenge.</w:t>
      </w:r>
      <w:r>
        <w:br/>
      </w:r>
      <w:r>
        <w:rPr>
          <w:sz w:val="20"/>
        </w:rPr>
        <w:t>5:21  ji</w:t>
      </w:r>
      <w:r>
        <w:br/>
      </w:r>
      <w:r>
        <w:rPr>
          <w:sz w:val="20"/>
        </w:rPr>
        <w:t>5:22  apa bilkul aap ne bohat achhe se wazeh kiya ke soch ki faculty ko develop karna hai. agar dekha jaye to shukr jo hai ek misbat nafsiyat paida karta hai, ek positive thinking paida karta hai, aur mukammal taur par woh ek negative psychology ko khatam karta hai.</w:t>
      </w:r>
      <w:r>
        <w:br/>
      </w:r>
      <w:r>
        <w:rPr>
          <w:sz w:val="20"/>
        </w:rPr>
        <w:t>5:40  aur hum yeh jante hain ke positive thinking hi taraqqi ka raaz hai. negative thinking se aap taraqqi hasil nahi kar sakte.</w:t>
      </w:r>
      <w:r>
        <w:br/>
      </w:r>
      <w:r>
        <w:rPr>
          <w:sz w:val="20"/>
        </w:rPr>
        <w:t>5:50  achha apa agar nashukri ke bare mein sochein to yeh kaha ja sakta hai ke is ka jo source hai woh yahi hai ke shaitan ka behkawa.</w:t>
      </w:r>
      <w:r>
        <w:br/>
      </w:r>
      <w:r>
        <w:rPr>
          <w:sz w:val="20"/>
        </w:rPr>
        <w:t>6:01  jab Allah taala ne Adam ko create kiya to unhone sabhi jinon aur farishton ko woh sajda karne ke liye kaha. farishte foran sajde mein gir pade, lekin Iblees ne inkar kar diya.</w:t>
      </w:r>
      <w:r>
        <w:br/>
      </w:r>
      <w:r>
        <w:rPr>
          <w:sz w:val="20"/>
        </w:rPr>
        <w:t>6:13  aur is ke baad Iblees ne yeh challenge kiya Khuda ko ke main in ke upar aage se aaunga, peeche se aaunga, dayein se aaunga, bayein se aaunga</w:t>
      </w:r>
      <w:r>
        <w:br/>
      </w:r>
      <w:r>
        <w:rPr>
          <w:sz w:val="20"/>
        </w:rPr>
        <w:t>6:24  ga, aur you will find most of them ungrateful. to yeh jo challenge throw kiya apa us ne, aur wahin pe hum ek farishton ka bhi example dekhte hain.</w:t>
      </w:r>
      <w:r>
        <w:br/>
      </w:r>
      <w:r>
        <w:rPr>
          <w:sz w:val="20"/>
        </w:rPr>
        <w:t>6:35  to main chahunga ke is ke hawale se bhi aap is is topic ke upar thori roshni dalo.</w:t>
      </w:r>
      <w:r>
        <w:br/>
      </w:r>
      <w:r>
        <w:rPr>
          <w:sz w:val="20"/>
        </w:rPr>
        <w:t>6:41  hmm, yeh Quran mein yeh baat aayi hai ke jab in in Allah taala ne Adam ko paida kiya to Allah taala ne hukum diya farishton ko aur jinon ko ke Adam ke aage sajda karein ge, matlab Adam ke aage jhuk jayein.</w:t>
      </w:r>
      <w:r>
        <w:br/>
      </w:r>
      <w:r>
        <w:rPr>
          <w:sz w:val="20"/>
        </w:rPr>
        <w:t>6:59  kyunke insan is dunya mein aaya hai, woh bohat kamzor makhlooq hai, us ko bohat zyada support chahiye.</w:t>
      </w:r>
      <w:r>
        <w:br/>
      </w:r>
      <w:r>
        <w:rPr>
          <w:sz w:val="20"/>
        </w:rPr>
        <w:t>7:07  to unhi farishton ke support se yeh poori dunya chal rahi hai, insan ke tamam kaam chal rahe hain. to is ka ek alamati taur par Allah taala ne hukum diya tha ke sab log jo hain Adam ke aage surrender karein.</w:t>
      </w:r>
      <w:r>
        <w:br/>
      </w:r>
      <w:r>
        <w:rPr>
          <w:sz w:val="20"/>
        </w:rPr>
        <w:t>7:22  to surrender is liye ke Allah taala ne sab se pehle to shaitan ko, shaitan to baad mein bana jab woh nashukri ki, us ne matlab jinon ki takhleeq ki.</w:t>
      </w:r>
      <w:r>
        <w:br/>
      </w:r>
      <w:r>
        <w:rPr>
          <w:sz w:val="20"/>
        </w:rPr>
        <w:t>7:33  to jin bohat hi zyada strong the</w:t>
      </w:r>
      <w:r>
        <w:br/>
      </w:r>
      <w:r>
        <w:rPr>
          <w:sz w:val="20"/>
        </w:rPr>
        <w:t>7:36  un ko aag se paida kiya gaya tha. to unhone zameen mein bohat zyada khoon kharaba kiya. to Allah taala ne faisla kiya ke ab doosri makhlooq paida karenge, aur woh bohat zyada is ke andar bohat zyada aqal diya insan ko ke soch soch kar sab kaam karega, shukr ada karega.</w:t>
      </w:r>
      <w:r>
        <w:br/>
      </w:r>
      <w:r>
        <w:rPr>
          <w:sz w:val="20"/>
        </w:rPr>
        <w:t>7:58  aur woh itna zyada sakht nahi tha, kyunke insaan ko mitti se paida kiya gaya tha. to</w:t>
      </w:r>
      <w:r>
        <w:br/>
      </w:r>
      <w:r>
        <w:rPr>
          <w:sz w:val="20"/>
        </w:rPr>
        <w:t>8:05  woh bohat aasani se Khuda ke aage submit karta hai, Khuda ke aage surrender karta hai. to is liye Allah taala ne kaha ke shaitanon se, jinnaat se ke woh jhuk jayein.</w:t>
      </w:r>
      <w:r>
        <w:br/>
      </w:r>
      <w:r>
        <w:rPr>
          <w:sz w:val="20"/>
        </w:rPr>
        <w:t>8:18  lekin woh nahi jhuke, woh is liye nahi jhuka. Iblees ka Quran mein aaya hai ke ana khairun min. mein is se behtar hoon, yaani mein aag se paida kiya gaya hoon, aur insaan jo hai woh mitti se paida kiya gaya hai.</w:t>
      </w:r>
      <w:r>
        <w:br/>
      </w:r>
      <w:r>
        <w:rPr>
          <w:sz w:val="20"/>
        </w:rPr>
        <w:t>8:34  to is se pata chalta hai ke is ka jo pride tha, woh yahan manne aya, woh rastay mein aa gaya. pride to us ne pride ki wajah se Khuda ke hukum ka inkar kiya.</w:t>
      </w:r>
      <w:r>
        <w:br/>
      </w:r>
      <w:r>
        <w:rPr>
          <w:sz w:val="20"/>
        </w:rPr>
        <w:t>8:46  yahan ek aur baat hai samajhne ki ke hamein Khuda ka hukum manna hai. agar Khuda keh raha hai sajda karne ko to hamein sajda karna hai, Khuda keh raha hai jhukne ko to hamein jhukna hai.</w:t>
      </w:r>
      <w:r>
        <w:br/>
      </w:r>
      <w:r>
        <w:rPr>
          <w:sz w:val="20"/>
        </w:rPr>
        <w:t>8:58  yeh nahi sochna hai ke hum to Khuda ke aage jhukte hain, hum insaan ke aage kyun jhukein?</w:t>
      </w:r>
      <w:r>
        <w:br/>
      </w:r>
      <w:r>
        <w:rPr>
          <w:sz w:val="20"/>
        </w:rPr>
        <w:t>9:04  to Khuda ke aage, Khuda ke hukum ke aage hamein tasleem kham kar dena hai, hamein jhuk jana hai. to lekin us ne kaha jab woh, jab Allah taala bohat zyada ghazab nak hue shaitan par ke us ne Allah ka hukum nahi mana, to us ne kaha ke yeh insaan ke liye,</w:t>
      </w:r>
      <w:r>
        <w:br/>
      </w:r>
      <w:r>
        <w:rPr>
          <w:sz w:val="20"/>
        </w:rPr>
        <w:t>9:25  insaan to bohat hi kamzor makhlooq hai, mein to is ko saare ko behka doon ga.</w:t>
      </w:r>
      <w:r>
        <w:br/>
      </w:r>
      <w:r>
        <w:rPr>
          <w:sz w:val="20"/>
        </w:rPr>
        <w:t>9:31  to us ne kaha ke jo khaas baat us ne kahi ke bohat kam logon ko aap shukr karne wala payein ge.</w:t>
      </w:r>
      <w:r>
        <w:br/>
      </w:r>
      <w:r>
        <w:rPr>
          <w:sz w:val="20"/>
        </w:rPr>
        <w:t>9:40  to is ka matlab hai ke shukr jo hai woh bohat hi zyada important hai hamara Khuda se taluq banane mein.</w:t>
      </w:r>
      <w:r>
        <w:br/>
      </w:r>
      <w:r>
        <w:rPr>
          <w:sz w:val="20"/>
        </w:rPr>
        <w:t>9:50  to kyunke shaitan bohat zyada zaheen tha, us ne is baat ko pakad liya ke yeh jo insaan hai, is ke andar desires bohat zyada hain, aur yeh desires jo hain kabhi bhi saari desires kisi ki bhi poori nahi hoti.</w:t>
      </w:r>
      <w:r>
        <w:br/>
      </w:r>
      <w:r>
        <w:rPr>
          <w:sz w:val="20"/>
        </w:rPr>
        <w:t>10:04  to yeh desires ki wajah se yeh skam kar jaye ga, aur yeh gunah kare ga, aur Allah ki nafarmani kare ga.</w:t>
      </w:r>
      <w:r>
        <w:br/>
      </w:r>
      <w:r>
        <w:rPr>
          <w:sz w:val="20"/>
        </w:rPr>
        <w:t>10:11  to us ne kaha ke mein tamam logon ko tere rastay se hata doon ga, nashukra banaoon ga, aur tu in logon ko shukr guzar nahi paye ga.</w:t>
      </w:r>
      <w:r>
        <w:br/>
      </w:r>
      <w:r>
        <w:rPr>
          <w:sz w:val="20"/>
        </w:rPr>
        <w:t>10:23  to is ka us ne woh bhi kiya jo Allah taala ne hukum diya tha ke ek tree hai jannat mein, us ka phal tum mat khana.</w:t>
      </w:r>
      <w:r>
        <w:br/>
      </w:r>
      <w:r>
        <w:rPr>
          <w:sz w:val="20"/>
        </w:rPr>
        <w:t>10:34  to</w:t>
      </w:r>
      <w:r>
        <w:br/>
      </w:r>
      <w:r>
        <w:rPr>
          <w:sz w:val="20"/>
        </w:rPr>
        <w:t>10:35  chunki insaan ke andar bohat zyada desire hai, aur woh ek ideal, har ideal ki talash mein hota hai, to shaitan ne us ko behkaya ke tum agar yeh phal tum ne kha liya to tum amar ho jao ge, everlasting life tum ko mil jaye gi.</w:t>
      </w:r>
      <w:r>
        <w:br/>
      </w:r>
      <w:r>
        <w:rPr>
          <w:sz w:val="20"/>
        </w:rPr>
        <w:t>10:53  to unhon ne woh phal kha liya, phir is ke baad woh jannat se nikal kar is dunya mein bheje gaye.</w:t>
      </w:r>
      <w:r>
        <w:br/>
      </w:r>
      <w:r>
        <w:rPr>
          <w:sz w:val="20"/>
        </w:rPr>
        <w:t>11:02  to is tareeqe se shaitan ne usi waqt kaha tha ke sirf woh log tere rastay par chalenge jo tere mukhlis bande hain, yaani jin ko tu ne select kar liya hai.</w:t>
      </w:r>
      <w:r>
        <w:br/>
      </w:r>
      <w:r>
        <w:rPr>
          <w:sz w:val="20"/>
        </w:rPr>
        <w:t>11:20  to wohi log sirf rastay par tere chalenge, baqi tamam logon ko mein behka doon ga.</w:t>
      </w:r>
      <w:r>
        <w:br/>
      </w:r>
      <w:r>
        <w:rPr>
          <w:sz w:val="20"/>
        </w:rPr>
        <w:t>11:26  a. to yeh bohat hi zyada serious baat hai ke shaitan ne yeh baat kahi ke tu in logon ko shukr guzar nahi paye ga.</w:t>
      </w:r>
      <w:r>
        <w:br/>
      </w:r>
      <w:r>
        <w:rPr>
          <w:sz w:val="20"/>
        </w:rPr>
        <w:t>11:35  to shukr guzari jo hai woh bohat zyada important hai.</w:t>
      </w:r>
      <w:r>
        <w:br/>
      </w:r>
      <w:r>
        <w:rPr>
          <w:sz w:val="20"/>
        </w:rPr>
        <w:t>11:40  shukr guzari hi ke zariye se hum Khuda ki marzi ko samajhte hain, Khuda ki marzi ke mutabiq apna amal karte hain, aur isi rastay mein hamein Khuda ki saari blessings milti hain.</w:t>
      </w:r>
      <w:r>
        <w:br/>
      </w:r>
      <w:r>
        <w:rPr>
          <w:sz w:val="20"/>
        </w:rPr>
        <w:t>11:57  ji</w:t>
      </w:r>
      <w:r>
        <w:br/>
      </w:r>
      <w:r>
        <w:rPr>
          <w:sz w:val="20"/>
        </w:rPr>
        <w:t>11:58  apa to jis tareeqe se aap ne bataya, ab ek sawal yeh bhi aata hai ke ek insaan ke liye kitni zyada mushkilein barh jati hain ke ek shaitan hai jo is taaq mein rehta hai ke us ko kaise seedhe rastay se hata de.</w:t>
      </w:r>
      <w:r>
        <w:br/>
      </w:r>
      <w:r>
        <w:rPr>
          <w:sz w:val="20"/>
        </w:rPr>
        <w:t>12:13  to in sab mushkilon ke bawajood kaise insaan apne andar shukr ke jazbat ya shukr ki feeling ko paida kar sakta hai, us ke baray mein batayein.</w:t>
      </w:r>
      <w:r>
        <w:br/>
      </w:r>
      <w:r>
        <w:rPr>
          <w:sz w:val="20"/>
        </w:rPr>
        <w:t>12:27  shukr ki feelings wahi hain ke insaan jo Khuda ki jo us ko blessings mili hui hain, unhi par ghaur o fikr kare, un ko discover kare.</w:t>
      </w:r>
      <w:r>
        <w:br/>
      </w:r>
      <w:r>
        <w:rPr>
          <w:sz w:val="20"/>
        </w:rPr>
        <w:t>12:38  yeh hazaron lakhon blessings insaan ko Khuda ki taraf se mili hui hain, lekin chuki jaise hum ek bachcha duniya mein aankh kholta hai, woh dekhta hai ke har cheez us ke liye available</w:t>
      </w:r>
      <w:r>
        <w:br/>
      </w:r>
      <w:r>
        <w:rPr>
          <w:sz w:val="20"/>
        </w:rPr>
        <w:t>12:51  hai, us ke maa baap hain, us ke rishtedar hain, us ke bahar sari cheezain jo hain us ko support kar rahi hain, aur har cheez us ke liye available hai.</w:t>
      </w:r>
      <w:r>
        <w:br/>
      </w:r>
      <w:r>
        <w:rPr>
          <w:sz w:val="20"/>
        </w:rPr>
        <w:t>13:01  market hai, wahan sab cheez us ko available hai, to woh use to ho jata hai. Us ko lagta hai ke yeh sari cheezain to bas mil rahi hain, hamare paas paisa hai, hum ja ke market mein cheezain khareed lete hain.</w:t>
      </w:r>
      <w:r>
        <w:br/>
      </w:r>
      <w:r>
        <w:rPr>
          <w:sz w:val="20"/>
        </w:rPr>
        <w:t>13:13  to aisa nahi</w:t>
      </w:r>
      <w:r>
        <w:br/>
      </w:r>
      <w:r>
        <w:rPr>
          <w:sz w:val="20"/>
        </w:rPr>
        <w:t>13:14  hai, hamein bohat ziyada ghaur o fikr karna hai ke har cheez hamein Khuda ki taraf se mil rahi hai. Khuda ne tamam cheezon ko is duniya mein potential ke roop mein rakh diya hai.</w:t>
      </w:r>
      <w:r>
        <w:br/>
      </w:r>
      <w:r>
        <w:rPr>
          <w:sz w:val="20"/>
        </w:rPr>
        <w:t>13:29  insaan kya karta hai? Sirf in potential ko actual banata hai. To hum kehte hain ke scientists jo hain woh inventor hain, scientists bhi inventor nahi hain, woh sirf discover karte hain.</w:t>
      </w:r>
      <w:r>
        <w:br/>
      </w:r>
      <w:r>
        <w:rPr>
          <w:sz w:val="20"/>
        </w:rPr>
        <w:t>13:42  Allah taala ne har cheez is duniya mein potential ke roop mein rakh diya hai. Ab scientists ne mehnat kar ke us ko discover kiya, aur tamam poori jo ek civilization banai, tarah tarah ki technology banai jo aaj hamare kaam aa rahi hai.</w:t>
      </w:r>
      <w:r>
        <w:br/>
      </w:r>
      <w:r>
        <w:rPr>
          <w:sz w:val="20"/>
        </w:rPr>
        <w:t>13:59  to insaan in cheezon ko soche. Misaal ke taur par insanon ne car banai. Ab agar petrol na hota to car kaise chalti?</w:t>
      </w:r>
      <w:r>
        <w:br/>
      </w:r>
      <w:r>
        <w:rPr>
          <w:sz w:val="20"/>
        </w:rPr>
        <w:t>14:11  to Allah taala ne petrol ke khazane bhi zameen ke neeche daal diye ke Allah ko pata tha ke kal car banegi, kal hamari industries banengi, carkhane banenge, to is mein un ki zaroorat padegi.</w:t>
      </w:r>
      <w:r>
        <w:br/>
      </w:r>
      <w:r>
        <w:rPr>
          <w:sz w:val="20"/>
        </w:rPr>
        <w:t>14:24  to Allah taala ne kaha ke Quran mein aaya hai ke hum ne har woh cheez tum ko de di jis ki tumhein zaroorat thi, aur isi sath mein yeh bhi hai ke aakhirat mein har woh cheez tumhein milegi jo tum desire karoge.</w:t>
      </w:r>
      <w:r>
        <w:br/>
      </w:r>
      <w:r>
        <w:rPr>
          <w:sz w:val="20"/>
        </w:rPr>
        <w:t>14:38  to</w:t>
      </w:r>
      <w:r>
        <w:br/>
      </w:r>
      <w:r>
        <w:rPr>
          <w:sz w:val="20"/>
        </w:rPr>
        <w:t>14:39  duniya mein har zaroorat ki cheez Allah ne di, aur aakhirat mein woh jo bhi hamari desires hongi, us ke mutabiq hamein milega.</w:t>
      </w:r>
      <w:r>
        <w:br/>
      </w:r>
      <w:r>
        <w:rPr>
          <w:sz w:val="20"/>
        </w:rPr>
        <w:t>14:48  to shukr ki feeling jo hum Maulana ne sikhaya, hum logon ko ke soch soch kar hamein apne andar shukr ki feeling paida karni hai.</w:t>
      </w:r>
      <w:r>
        <w:br/>
      </w:r>
      <w:r>
        <w:rPr>
          <w:sz w:val="20"/>
        </w:rPr>
        <w:t>14:58  ek ek cheez hamein sochna hai ke yeh Khuda ki di hui hai. Agar Khuda hamein nahi deta to hamein nahi milta. Khuda hi sare asbab paida karta hai.</w:t>
      </w:r>
      <w:r>
        <w:br/>
      </w:r>
      <w:r>
        <w:rPr>
          <w:sz w:val="20"/>
        </w:rPr>
        <w:t>15:07  kai baar aisa lagta hai ke ke is yeh achaanak ho gaya jo hum expect nahi kar rahe the, aur har taraf se woh Allah taala hi ki taraf se woh sara muqaddar hota hai, wohi hamein mil mil raha hota hai.</w:t>
      </w:r>
      <w:r>
        <w:br/>
      </w:r>
      <w:r>
        <w:rPr>
          <w:sz w:val="20"/>
        </w:rPr>
        <w:t>15:21  to us ko hum ne sochna hai, ghaur o fikr karna hai. Main ek misaal se wazeh karti hoon ke ek Meerut mein ek Shahzad sahib the, to un ko halq ka cancer ho gaya</w:t>
      </w:r>
      <w:r>
        <w:br/>
      </w:r>
      <w:r>
        <w:rPr>
          <w:sz w:val="20"/>
        </w:rPr>
        <w:t>15:34  tha. Woh hamare mission ke the, bohat ziyada mission ke liye kaam karte the. Jee to woh kuch bhi kha bhi nahi sakte the, jo advanced stage mein pani bhi nahi pi sakte the.</w:t>
      </w:r>
      <w:r>
        <w:br/>
      </w:r>
      <w:r>
        <w:rPr>
          <w:sz w:val="20"/>
        </w:rPr>
        <w:t>15:45  chamche se pani pilaya jata tha. To jab un ko log dekhne ke liye aate the to woh kehte the ke aap aap mujhe dekh kar aap kya sabak le rahe hain?</w:t>
      </w:r>
      <w:r>
        <w:br/>
      </w:r>
      <w:r>
        <w:rPr>
          <w:sz w:val="20"/>
        </w:rPr>
        <w:t>15:55  aap yeh sabak lijiye ke aap shukr ada kijiye ke aap kha sakte hain, aap pi sakt</w:t>
      </w:r>
      <w:r>
        <w:br/>
      </w:r>
      <w:r>
        <w:rPr>
          <w:sz w:val="20"/>
        </w:rPr>
        <w:t>16:02  e hain. Main to mera khana jo hai, main zara bhi ek do chamche bhi khana khata hoon to mere hazam hi nahi hota, pait mein hi rakha rehta hai. To aap kha sakte hain, aap pi sakte hain, aap Khuda ka shukr ada kariye.</w:t>
      </w:r>
      <w:r>
        <w:br/>
      </w:r>
      <w:r>
        <w:rPr>
          <w:sz w:val="20"/>
        </w:rPr>
        <w:t>16:14  ab din bhar log khate peete rehte hain, woh sochte nahi ke yeh Khuda ki taraf se yeh jo hamara digestive system hai, woh Khuda ne banaya hai,</w:t>
      </w:r>
      <w:r>
        <w:br/>
      </w:r>
      <w:r>
        <w:rPr>
          <w:sz w:val="20"/>
        </w:rPr>
        <w:t>16:23  aur hum khali mun mein khana rakhte hain, aur andar woh khana hazam kar ke woh hamara gosht, khoon, aur sari sare cells bante hain, jis se hamari sare kaam hote hain.</w:t>
      </w:r>
      <w:r>
        <w:br/>
      </w:r>
      <w:r>
        <w:rPr>
          <w:sz w:val="20"/>
        </w:rPr>
        <w:t>16:36  to sochna padega,</w:t>
      </w:r>
      <w:r>
        <w:br/>
      </w:r>
      <w:r>
        <w:rPr>
          <w:sz w:val="20"/>
        </w:rPr>
        <w:t>16:38  baghair soche hue hum bilkul janwaron ki tarah zindagi guzarenge, aur mar jayenge, aur aakhirat mein pachtane se kuch hoga nahi, kyunke yeh duniya hi hamare liye mauqa faraham karti hai ke hum kaam karein, aur is ke mutabiq jo hum amal karenge, usi ke mutabiq aakhirat mein hamein ek nayi zindagi milegi.</w:t>
      </w:r>
      <w:r>
        <w:br/>
      </w:r>
      <w:r>
        <w:rPr>
          <w:sz w:val="20"/>
        </w:rPr>
        <w:t>17:01  to insan jo hai, jis ke paas sab kuch hai, woh bhi nashukra hai,</w:t>
      </w:r>
      <w:r>
        <w:br/>
      </w:r>
      <w:r>
        <w:rPr>
          <w:sz w:val="20"/>
        </w:rPr>
        <w:t>17:07  jis ke paas nahi hai, woh bhi nashukra hai.aisa aisa is liye ke insan aik aisi makhlooq hai ke woh har cheez aik ideal sense mein chahta hai, aur dunya mein ideal us ko milta nahi.</w:t>
      </w:r>
      <w:r>
        <w:br/>
      </w:r>
      <w:r>
        <w:rPr>
          <w:sz w:val="20"/>
        </w:rPr>
        <w:t>17:21  dunya mein chounke yeh dunya jo hai, aik test ke tor par banai gayi hai, logon ko freedom di gayi hai, is freedom ko log kuch log use karte hain proper, kuch log misuse karte</w:t>
      </w:r>
      <w:r>
        <w:br/>
      </w:r>
      <w:r>
        <w:rPr>
          <w:sz w:val="20"/>
        </w:rPr>
        <w:t>17:34  hain. ab jo log misuse karte hain, is se hamein takleef phochti hai. sab ke alag alag interest hain, to har aadmi jab apna interest follow karega to doosre ka nuqsan hoga.</w:t>
      </w:r>
      <w:r>
        <w:br/>
      </w:r>
      <w:r>
        <w:rPr>
          <w:sz w:val="20"/>
        </w:rPr>
        <w:t>17:45  to is tareeqe se kabhi bhi aisa nahi hota ke tamam cheezein jo hum chahte hain, woh hamein mil jayein. to hum hamesha nashukri mein hi rehte hain.</w:t>
      </w:r>
      <w:r>
        <w:br/>
      </w:r>
      <w:r>
        <w:rPr>
          <w:sz w:val="20"/>
        </w:rPr>
        <w:t>17:54  yeh nahi ke jo kuch hamein mila hua hai, is ka shukr ada karein, kyunke agar hum is ka shukr ada karein ge to Allah taala khush hon ge, aur hamein aur zyada dein ge.</w:t>
      </w:r>
      <w:r>
        <w:br/>
      </w:r>
      <w:r>
        <w:rPr>
          <w:sz w:val="20"/>
        </w:rPr>
        <w:t>18:05  lekin hum shukriya nahi ada karte, jo kuch mila hua hai, usi ka shukr nahi ada karte. to Allah taala ne jo Quran mein kaha hai ke</w:t>
      </w:r>
      <w:r>
        <w:br/>
      </w:r>
      <w:r>
        <w:rPr>
          <w:sz w:val="20"/>
        </w:rPr>
        <w:t>18:15  lan shaqartum la azeedannakum agar tum shukr ada karo ge to hum tum ko aur zyada dein ge. to hamein dekhna hai, aur hadith mein aaya hai ke apne se kam ko dekho.</w:t>
      </w:r>
      <w:r>
        <w:br/>
      </w:r>
      <w:r>
        <w:rPr>
          <w:sz w:val="20"/>
        </w:rPr>
        <w:t>18:29  ab is ki aik achi misaal hai, Sheikh Saadi jo hain, aik bohat bare shayar hain Iran ke, medieval world ke shayar hain.</w:t>
      </w:r>
      <w:r>
        <w:br/>
      </w:r>
      <w:r>
        <w:rPr>
          <w:sz w:val="20"/>
        </w:rPr>
        <w:t>18:38  to woh unhon ne is tarah ki hikayatein likhte thay, stories, moral stories.</w:t>
      </w:r>
      <w:r>
        <w:br/>
      </w:r>
      <w:r>
        <w:rPr>
          <w:sz w:val="20"/>
        </w:rPr>
        <w:t>18:44  to unhon ne aik story likhi hai ke mere paon mein joota nahi tha, aur main chal raha tha, aur bohat ghamgeen tha ke mere paas joota nahi hai. to aage ja gaya to dekha to aik aadmi ke paas paon nahi hai.</w:t>
      </w:r>
      <w:r>
        <w:br/>
      </w:r>
      <w:r>
        <w:rPr>
          <w:sz w:val="20"/>
        </w:rPr>
        <w:t>18:56  to main Khuda ka shukr ada karne laga ke Allah taala ne mere dono paon sahi salamat banaye hain. to is tareeqe se hamein soch soch kar ke hamein Khuda ki taraf se kya mila hua hai, is par hamein shukr ada karna hai.</w:t>
      </w:r>
      <w:r>
        <w:br/>
      </w:r>
      <w:r>
        <w:rPr>
          <w:sz w:val="20"/>
        </w:rPr>
        <w:t>19:11  agar hum sochein ge nahi to phir hum proper maani mein shukr nahi ada kar sakte. ji, bohat achhe se aap ne is ko wazeh kiya, aap.</w:t>
      </w:r>
      <w:r>
        <w:br/>
      </w:r>
      <w:r>
        <w:rPr>
          <w:sz w:val="20"/>
        </w:rPr>
        <w:t>19:21  aur in fact, mujhe bhi yaad aa gaya Shehzad sahib ka qissa.</w:t>
      </w:r>
      <w:r>
        <w:br/>
      </w:r>
      <w:r>
        <w:rPr>
          <w:sz w:val="20"/>
        </w:rPr>
        <w:t>19:26  in fact, hum un se pehle bhi mile thay, aur jab un ka inteqal ho gaya tha to Maulana ka bhi safar hua tha, aur Maulana phir un ke bete se mil kar un se gale lage thay.</w:t>
      </w:r>
      <w:r>
        <w:br/>
      </w:r>
      <w:r>
        <w:rPr>
          <w:sz w:val="20"/>
        </w:rPr>
        <w:t>19:37  aur aik martaba meri un se baat hui thi jab woh bohat zyada dard mein thay, to unhon ne kaha tha ke "Raza sahib, jahan aik insan ka dard peak level pe hota hai, wahan se mera dard shuru hota hai." to is qadar woh dard mein thay, lekin is ke baad bhi un ki itni musbat soch thi, kyunke Al-Risala ko regularly padhte thay, Maulana ko bohat zyada follow karte thay, bohat mante thay.</w:t>
      </w:r>
      <w:r>
        <w:br/>
      </w:r>
      <w:r>
        <w:rPr>
          <w:sz w:val="20"/>
        </w:rPr>
        <w:t>20:02  to yeh kehte thay, jaise aap ne bataya ke "aap mujh ko dekh kar shukr karein, jo bhi un se milne aata tha ke aap pani pi sakte hain, aap khana digest kar sakte hain, aap dekh sakte hain, aap chal sakte</w:t>
      </w:r>
      <w:r>
        <w:br/>
      </w:r>
      <w:r>
        <w:rPr>
          <w:sz w:val="20"/>
        </w:rPr>
        <w:t>20:13  hain. main to is bistar se uth bhi nahi sakta." to hota yahi hai, apa, ke insan aksar cheezon ko for granted le leta hai. Maulana jaise kehte thay ke "har aik insan ko 99 percent mila hua hai, lekin sirf 1 percent nahi mila hai." aur yahi Shaitan ka maamla tha ke us ko sab kuch mila hua tha, sirf woh aik 1 percent jis pe Allah taala ne kaha ke "tum sajda karo", to us ne inkar kar diya, aur woh aik ungrateful,</w:t>
      </w:r>
      <w:r>
        <w:br/>
      </w:r>
      <w:r>
        <w:rPr>
          <w:sz w:val="20"/>
        </w:rPr>
        <w:t>20:40  ungrateful qarar diya</w:t>
      </w:r>
      <w:r>
        <w:br/>
      </w:r>
      <w:r>
        <w:rPr>
          <w:sz w:val="20"/>
        </w:rPr>
        <w:t>20:42  gaya. to stress, zindagi mein jo stress hota hai, is ka bhi karan yahi hai ke mile hue ko chhod kar insan aksar jo cheez nahi mili hui hai, us ke peeche bhagta hai.</w:t>
      </w:r>
      <w:r>
        <w:br/>
      </w:r>
      <w:r>
        <w:rPr>
          <w:sz w:val="20"/>
        </w:rPr>
        <w:t>20:53  to apa, yeh jo yeh jo cheez hum dekhte hain ke hum agar human civilization ko bhi dekhein ke kaise progress hui hai, from stone age to present industrial age, aur aap ne jaise abhi zikr bhi kiya ke Quran mein aaya hai ke hum ne woh sari cheezein insan ko de dein jo us ki zaroorat hai.</w:t>
      </w:r>
      <w:r>
        <w:br/>
      </w:r>
      <w:r>
        <w:rPr>
          <w:sz w:val="20"/>
        </w:rPr>
        <w:t>21:11  to woh sara saman aaj ki date mein hum agar dekhein to hum motor gaadi mein baith kar ja sakte hain, hawai jahaz se aik jagah se doosri jagah phoch sakte hain, telephone se kisi bhi dunya mein aik insan se connect kar sakte hain.</w:t>
      </w:r>
      <w:r>
        <w:br/>
      </w:r>
      <w:r>
        <w:rPr>
          <w:sz w:val="20"/>
        </w:rPr>
        <w:t>21:22  to kyun aik insan cheezon ko for granted leta hai</w:t>
      </w:r>
      <w:r>
        <w:br/>
      </w:r>
      <w:r>
        <w:rPr>
          <w:sz w:val="20"/>
        </w:rPr>
        <w:t>21:26  ؟ aisa kyun hai ke us ki aankhon ke samne sari cheezein maujood hain? woh agar peeche mud kar dekhe to woh paye ga ke us ke paas sab kuch hai.</w:t>
      </w:r>
      <w:r>
        <w:br/>
      </w:r>
      <w:r>
        <w:rPr>
          <w:sz w:val="20"/>
        </w:rPr>
        <w:t>21:35  to aisa kyun, apa? Khuda asal mein invisible hai, woh cause and effect ke tehat kaam kar raha hai.</w:t>
      </w:r>
      <w:r>
        <w:br/>
      </w:r>
      <w:r>
        <w:rPr>
          <w:sz w:val="20"/>
        </w:rPr>
        <w:t>21:44  ji, to hamein lagta hi nahin ke khuda ki taraf se yeh kaam ho raha hai. sahih, hamein lagta hai hamari mehnat hai, hamare maa baap ki mehnat hai, hamare doosre logon ki mehnat hai.</w:t>
      </w:r>
      <w:r>
        <w:br/>
      </w:r>
      <w:r>
        <w:rPr>
          <w:sz w:val="20"/>
        </w:rPr>
        <w:t>21:56  woh mehnat se woh kaam ho raha hai hamara. hum ne mehnat ki, hum ne taleem hasil ki, hamein acha job mil gaya, aur is ki wajah se hamare saare kaam chal rahe hain.</w:t>
      </w:r>
      <w:r>
        <w:br/>
      </w:r>
      <w:r>
        <w:rPr>
          <w:sz w:val="20"/>
        </w:rPr>
        <w:t>22:05  to hamein is jo asbab ka jo parda hai, is ko pharna parega. to tabhi hum samajh sakte hain ke khuda jo hai, sab kuch khuda kar raha hai, insan nahin kar raha hai.</w:t>
      </w:r>
      <w:r>
        <w:br/>
      </w:r>
      <w:r>
        <w:rPr>
          <w:sz w:val="20"/>
        </w:rPr>
        <w:t>22:19  isi liye bar bar aisa Allah taala dikhate hain, aur khas tor par bare bare logon ko dikhate hain. jaise abdul kalam speech de rahe the, speech dete dete ek dam se woh gir pade, un ko heart attack ho gaya aur khatam ho gaye.</w:t>
      </w:r>
      <w:r>
        <w:br/>
      </w:r>
      <w:r>
        <w:rPr>
          <w:sz w:val="20"/>
        </w:rPr>
        <w:t>22:35  to Allah taala dikhata hai ke dekho, khuda ka hukum tha, is liye woh bol rahe the. ab khuda ka hukum khatam ho gaya to un ka bolna bhi khatam ho gaya. to aise bar bar hota rehta hai.</w:t>
      </w:r>
      <w:r>
        <w:br/>
      </w:r>
      <w:r>
        <w:rPr>
          <w:sz w:val="20"/>
        </w:rPr>
        <w:t>22:46  to hum ko bohat hi gehri nazar chahiye, baseerat ki aankh chahiye, jo hum dekh saken ke yeh sab kuch khuda ki wajah se ho raha hai.</w:t>
      </w:r>
      <w:r>
        <w:br/>
      </w:r>
      <w:r>
        <w:rPr>
          <w:sz w:val="20"/>
        </w:rPr>
        <w:t>22:57  aur tamam jo cheezein hain duniya mein, farz kariye ke hamein khane peene ka saman chahiye, hum bazaar mein jaate hain, hamein mil jata hai.</w:t>
      </w:r>
      <w:r>
        <w:br/>
      </w:r>
      <w:r>
        <w:rPr>
          <w:sz w:val="20"/>
        </w:rPr>
        <w:t>23:06  aur farz kariye ke abhi drought ho jaye, barish hi na ho kahin, to hamein kya milega? khuda barish barsa raha hai, is se</w:t>
      </w:r>
      <w:r>
        <w:br/>
      </w:r>
      <w:r>
        <w:rPr>
          <w:sz w:val="20"/>
        </w:rPr>
        <w:t>23:15  ghalla ug raha hai, ghalla market mein aa raha hai. ab hamara ek percent is mein hai ke hamare paas paisa hai, aur woh woh ek percent bhi nahin hai, woh bhi khuda ki wajah se hai, aur hum ja ke is se bazaar se saman khareed lete hain.</w:t>
      </w:r>
      <w:r>
        <w:br/>
      </w:r>
      <w:r>
        <w:rPr>
          <w:sz w:val="20"/>
        </w:rPr>
        <w:t>23:28  to yahi sab sochna parega ke har kaam jo hai, woh khuda kar raha hai. hum chal bhi rahe hain to khuda chalwa raha hai, kyun ke agar zameen mein gravity na ho to hum chal nahin sakte.</w:t>
      </w:r>
      <w:r>
        <w:br/>
      </w:r>
      <w:r>
        <w:rPr>
          <w:sz w:val="20"/>
        </w:rPr>
        <w:t>23:39  jaise log jaate hain chand pe to woh chal chal nahin sakte hain, uṛte hain to</w:t>
      </w:r>
      <w:r>
        <w:br/>
      </w:r>
      <w:r>
        <w:rPr>
          <w:sz w:val="20"/>
        </w:rPr>
        <w:t>23:44  hawa mein teirte hain. to is tareeqe se agar hum gehri gehrai se sochen, tab hamein lagega ke har kaam khuda karwa raha hai. to hum agar khuda ka shukr na ada karen to kitni zyada bari yeh evil hai ke hum hum har cheez khuda ki le rahe hain aur is ka shukr nahin ada kar rahe hain, kyun ke khuda ko to kisi cheez ki zaroorat nahin hai.</w:t>
      </w:r>
      <w:r>
        <w:br/>
      </w:r>
      <w:r>
        <w:rPr>
          <w:sz w:val="20"/>
        </w:rPr>
        <w:t>24:07  khuda ko to sirf hamara shukr chahiye, hamari hamd chahiye, hum Allah ko yaad karen. hum</w:t>
      </w:r>
      <w:r>
        <w:br/>
      </w:r>
      <w:r>
        <w:rPr>
          <w:sz w:val="20"/>
        </w:rPr>
        <w:t>24:12  to yeh kaam hamein karna hai, warna hum ek user per ki hamari zindagi hogi. aur hum kisi ne, ek arab ne Maulana se kaha tha, ek alaarif ke insan aaj jo hai,</w:t>
      </w:r>
      <w:r>
        <w:br/>
      </w:r>
      <w:r>
        <w:rPr>
          <w:sz w:val="20"/>
        </w:rPr>
        <w:t>24:27  ne'maton ko to khoob khoob istemal kar raha hai, aur munim ki is ko khabar nahin hai. munim ko woh janta hi nahin ke munim kaun hai, dene wala kaun hai, sirf ne'maton ko istemal kar raha hai.</w:t>
      </w:r>
      <w:r>
        <w:br/>
      </w:r>
      <w:r>
        <w:rPr>
          <w:sz w:val="20"/>
        </w:rPr>
        <w:t>24:40  to yeh duniya mein yeh sab ho raha hai, akhirat mein jab woh pahunchega, tab us ko samajh mein aayega ke sab kuch khuda tha, khuda ki duniya thi, khuda ki tamam cheezein us ne istemal keen, aur khuda ka naam liye baghair.</w:t>
      </w:r>
      <w:r>
        <w:br/>
      </w:r>
      <w:r>
        <w:rPr>
          <w:sz w:val="20"/>
        </w:rPr>
        <w:t>24:54  to us waqt us ko samajh mein aayega, lekin us waqt ka samajhna jo hai, us ke kuch kaam nahin aayega. kaam to isi duniya mein, chunke Allah taala ne is duniya ko paida hi kiya hai ke hamara test ho,</w:t>
      </w:r>
      <w:r>
        <w:br/>
      </w:r>
      <w:r>
        <w:rPr>
          <w:sz w:val="20"/>
        </w:rPr>
        <w:t>25:07  to hamara jo test ho raha hai, woh isi duniya mein ho raha hai. to is hamein bohat zyada serious hona chahiye, aur bohat zyada soch samajh kar zindagi guzarni hai.</w:t>
      </w:r>
    </w:p>
    <w:p>
      <w:pPr>
        <w:pStyle w:val="Heading2"/>
      </w:pPr>
      <w:r>
        <w:t>Means of purification for Paradise</w:t>
      </w:r>
    </w:p>
    <w:p>
      <w:r>
        <w:rPr>
          <w:color w:val="666666"/>
          <w:sz w:val="18"/>
        </w:rPr>
        <w:t>Spirituality · Man and The Paradise August 11, 2013 Maulana Wahiduddin Khan · 5m 51s · at 49:44 · https://youtu.be/m8XdpnaS95U?t=2984</w:t>
      </w:r>
    </w:p>
    <w:p>
      <w:r>
        <w:rPr>
          <w:i/>
        </w:rPr>
        <w:t>“The Quran says Paradise is for those who purify themselves. Please clarify what is the means of purification?”</w:t>
      </w:r>
    </w:p>
    <w:p>
      <w:r>
        <w:rPr>
          <w:sz w:val="20"/>
        </w:rPr>
        <w:t>49:44  maulana, agla sawal dilli se hai shah imran hassan sahab ka. unhone likha hai: "quran mein bataya gaya hai ke paradise in logon ke liye hai jo apna tazkiya karein.</w:t>
      </w:r>
      <w:r>
        <w:br/>
      </w:r>
      <w:r>
        <w:rPr>
          <w:sz w:val="20"/>
        </w:rPr>
        <w:t>49:57  please is ko wazeh karein ke tazkiya ka zariya kya hai?"</w:t>
      </w:r>
      <w:r>
        <w:br/>
      </w:r>
      <w:r>
        <w:rPr>
          <w:sz w:val="20"/>
        </w:rPr>
        <w:t>50:06  dekhein, is ka matlab yeh hai ke dunya mein hum</w:t>
      </w:r>
      <w:r>
        <w:br/>
      </w:r>
      <w:r>
        <w:rPr>
          <w:sz w:val="20"/>
        </w:rPr>
        <w:t>50:15  dunya mein hum aise halaat ke beech mein hote hain jahan har waqt hamein yaani unwanted situations sab ka pesh aata hai.</w:t>
      </w:r>
      <w:r>
        <w:br/>
      </w:r>
      <w:r>
        <w:rPr>
          <w:sz w:val="20"/>
        </w:rPr>
        <w:t>50:27  jis ko log kehte hain koi zulm kar raha hai, koi sata raha hai, koi provoke kar raha hai, koi hamein nuksan pahuncha raha hai.</w:t>
      </w:r>
      <w:r>
        <w:br/>
      </w:r>
      <w:r>
        <w:rPr>
          <w:sz w:val="20"/>
        </w:rPr>
        <w:t>50:35  yaani yeh sab hona hi hona hai, yeh sab hona hi hona hai</w:t>
      </w:r>
      <w:r>
        <w:br/>
      </w:r>
      <w:r>
        <w:rPr>
          <w:sz w:val="20"/>
        </w:rPr>
        <w:t>50:41  kyunke is ke baghair test nahi.</w:t>
      </w:r>
      <w:r>
        <w:br/>
      </w:r>
      <w:r>
        <w:rPr>
          <w:sz w:val="20"/>
        </w:rPr>
        <w:t>50:46  to in sab ke beech mein jo aap ne apne aap ko allah wale raaste par qaim rakha hai,</w:t>
      </w:r>
      <w:r>
        <w:br/>
      </w:r>
      <w:r>
        <w:rPr>
          <w:sz w:val="20"/>
        </w:rPr>
        <w:t>51:01  to woh is ne apna tazkiya kiya.</w:t>
      </w:r>
      <w:r>
        <w:br/>
      </w:r>
      <w:r>
        <w:rPr>
          <w:sz w:val="20"/>
        </w:rPr>
        <w:t>51:06  misal ke taur par dekhiye, aap logon se mulaqat kiji</w:t>
      </w:r>
      <w:r>
        <w:br/>
      </w:r>
      <w:r>
        <w:rPr>
          <w:sz w:val="20"/>
        </w:rPr>
        <w:t>51:09  ye, har aadmi shikayat ki boli bolega. koi america ki shikayat karega, koi yahoodi ki shikayat karega, koi yahood hindoo ki shikayat karega, koi apne ghar ki shikayat karega, apni family ke member ki shikayat karega, koi samaj ke logon ki shikayat karega.</w:t>
      </w:r>
      <w:r>
        <w:br/>
      </w:r>
      <w:r>
        <w:rPr>
          <w:sz w:val="20"/>
        </w:rPr>
        <w:t>51:24  yaani har aadmi koi shikayat hi boli bolega.</w:t>
      </w:r>
      <w:r>
        <w:br/>
      </w:r>
      <w:r>
        <w:rPr>
          <w:sz w:val="20"/>
        </w:rPr>
        <w:t>51:31  to kis ko kahenge log tazkiya nahi kar rahe hain apna? kyunke shikayat hi boli na bolna hi tazkiya hai.</w:t>
      </w:r>
      <w:r>
        <w:br/>
      </w:r>
      <w:r>
        <w:rPr>
          <w:sz w:val="20"/>
        </w:rPr>
        <w:t>51:40  yaani america aap ko farz ki jiye ke pareshan kare. main to nahi manta ke america pareshan kar raha hai. america hamara dushman hai.</w:t>
      </w:r>
      <w:r>
        <w:br/>
      </w:r>
      <w:r>
        <w:rPr>
          <w:sz w:val="20"/>
        </w:rPr>
        <w:t>51:50  main nahi manta is ko jhoot samajhta hoon. main jhoot. america hamara dushman hai. yeh bilashuba mere aqeeday ki jhooti baat hai. na woh islam ka dushman hai, na musalmanon ka dushman hai, na america ka yahoodi bhi dushman nahi hai.</w:t>
      </w:r>
      <w:r>
        <w:br/>
      </w:r>
      <w:r>
        <w:rPr>
          <w:sz w:val="20"/>
        </w:rPr>
        <w:t>52:03  har ek apna apna case hai. har ek apne interest par dor raha hai.</w:t>
      </w:r>
      <w:r>
        <w:br/>
      </w:r>
      <w:r>
        <w:rPr>
          <w:sz w:val="20"/>
        </w:rPr>
        <w:t>52:09  is duniya mein allah taala ne paida kiya to har aadmi apne interest par dorega. to yahoodi apne interest par dor rahe hain, america apne interest par dor raha hai, hindoo apne interest par dor rahe hain.</w:t>
      </w:r>
      <w:r>
        <w:br/>
      </w:r>
      <w:r>
        <w:rPr>
          <w:sz w:val="20"/>
        </w:rPr>
        <w:t>52:21  to aap shikayat kyun karte hain? aap bhi doriye apne interest par. to bilashuba mera aqeedah shikayat karna yaani allah ke khilaf bolna hai.</w:t>
      </w:r>
      <w:r>
        <w:br/>
      </w:r>
      <w:r>
        <w:rPr>
          <w:sz w:val="20"/>
        </w:rPr>
        <w:t>52:33  kyunke allah ne logon ko azadiyan di hain.</w:t>
      </w:r>
      <w:r>
        <w:br/>
      </w:r>
      <w:r>
        <w:rPr>
          <w:sz w:val="20"/>
        </w:rPr>
        <w:t>52:36  azadi di hai to apne interest par dorengay. woh kyun nahi dorengay? woh agar aap ko kahin dhakka lagta hai, aap ko koi nuqsan hota hai to aap us ko manage kijiye.</w:t>
      </w:r>
      <w:r>
        <w:br/>
      </w:r>
      <w:r>
        <w:rPr>
          <w:sz w:val="20"/>
        </w:rPr>
        <w:t>52:48  kyunke allah ki is qeemat badlegi nahi. yeh namumkin hai ke allah ki is qeemat badal jaye. woh to rahegi. aur jab rahegi to log aap apni azadi ko apni marzi ke mutabiq istemal karenge.</w:t>
      </w:r>
      <w:r>
        <w:br/>
      </w:r>
      <w:r>
        <w:rPr>
          <w:sz w:val="20"/>
        </w:rPr>
        <w:t>53:04  to sab se bada tazkiya yeh hai ke shikayat ki nafsiyat khatam ki jaye. nafrat ki nafsiyat khatam ki jaye.</w:t>
      </w:r>
      <w:r>
        <w:br/>
      </w:r>
      <w:r>
        <w:rPr>
          <w:sz w:val="20"/>
        </w:rPr>
        <w:t>53:16  aur ek aur baat main aap se arz karoon ke jo aadmi shikayat mein jeeta hai, bilashuba apne aap ko munafiqat ka rizq leta hai. munafiqat ka rizq.</w:t>
      </w:r>
      <w:r>
        <w:br/>
      </w:r>
      <w:r>
        <w:rPr>
          <w:sz w:val="20"/>
        </w:rPr>
        <w:t>53:26  misalan aap dekhiye, bohat se musalman milenge aap ko america ke khilaf dham se bolenge. dekhiye, inhi ke beta aur damad america mein ja kar settle ho kar aram se reh rahe hain.</w:t>
      </w:r>
      <w:r>
        <w:br/>
      </w:r>
      <w:r>
        <w:rPr>
          <w:sz w:val="20"/>
        </w:rPr>
        <w:t>53:37  in ke khilaf nahi bolenge.</w:t>
      </w:r>
      <w:r>
        <w:br/>
      </w:r>
      <w:r>
        <w:rPr>
          <w:sz w:val="20"/>
        </w:rPr>
        <w:t>53:40  yaani ek taraf america ke khilaf bolenge, doosri taraf apne bete aur damad ko america mein settle karenge. to yeh munafiqat hi to hai.</w:t>
      </w:r>
      <w:r>
        <w:br/>
      </w:r>
      <w:r>
        <w:rPr>
          <w:sz w:val="20"/>
        </w:rPr>
        <w:t>53:48  yeh to jab bhi aap reality ke khilaf bolenge, jab bhi aap allah ka jo action plan hai, us ke khilaf chalenge to lazman nateeja kya hoga?</w:t>
      </w:r>
      <w:r>
        <w:br/>
      </w:r>
      <w:r>
        <w:rPr>
          <w:sz w:val="20"/>
        </w:rPr>
        <w:t>54:00  munafiq ban jayenge aap. kyunke halaat to badlenge nahi. aap ke chahne se duniya ka naqsha to badlega nahi.</w:t>
      </w:r>
      <w:r>
        <w:br/>
      </w:r>
      <w:r>
        <w:rPr>
          <w:sz w:val="20"/>
        </w:rPr>
        <w:t>54:08  to aap apna jahan dekhen ke baraye interest to kal ho raha hai, to interest ki khatir samjho compromise bhi kar lenge.</w:t>
      </w:r>
      <w:r>
        <w:br/>
      </w:r>
      <w:r>
        <w:rPr>
          <w:sz w:val="20"/>
        </w:rPr>
        <w:t>54:18  yaani ek taraf to dhuan dhar bolenge aap ke falan dushman hai, falan dushman hai, aur doosri taraf interest ki khatir compromise bhi kiye hue honge.</w:t>
      </w:r>
      <w:r>
        <w:br/>
      </w:r>
      <w:r>
        <w:rPr>
          <w:sz w:val="20"/>
        </w:rPr>
        <w:t>54:28  to yaad rakhiye, shikayat ki nafsiyat, nafrat ki nafsiyat, aur yeh jo hai ke yeh zulm, yeh zalim hai, woh zalim, yeh jo culture hai, is mein jo aadmi jeeta hai, woh lazman munafiq banega.</w:t>
      </w:r>
      <w:r>
        <w:br/>
      </w:r>
      <w:r>
        <w:rPr>
          <w:sz w:val="20"/>
        </w:rPr>
        <w:t>54:44  bach nahi sakta is se. to bohat hi khatarnak baat hai. to tazkiya kahan se hoga? jo shikayat ki nafsiyat mein jiyenge, woh tazkiya kahan se hoga in ka</w:t>
      </w:r>
      <w:r>
        <w:br/>
      </w:r>
      <w:r>
        <w:rPr>
          <w:sz w:val="20"/>
        </w:rPr>
        <w:t>54:56  ? woh to aakhir kaar munaafiqat mein ja kar jeena paray ga in ko. to sab se bara tazkiya yeh hai ke aap Allah ke naqshay ko maanein aur logon ke sath khair khwaahi ke sath rahen.</w:t>
      </w:r>
      <w:r>
        <w:br/>
      </w:r>
      <w:r>
        <w:rPr>
          <w:sz w:val="20"/>
        </w:rPr>
        <w:t>55:15  shikayat ki nafsiyat se apne aap ko paak karen.</w:t>
      </w:r>
      <w:r>
        <w:br/>
      </w:r>
      <w:r>
        <w:rPr>
          <w:sz w:val="20"/>
        </w:rPr>
        <w:t>55:19  nafrat ki nafrat ko haraam samjhen aur har haal mein, har haal mein positive mind ke sath zindagi guzaren.</w:t>
      </w:r>
      <w:r>
        <w:br/>
      </w:r>
      <w:r>
        <w:rPr>
          <w:sz w:val="20"/>
        </w:rPr>
        <w:t>55:30  yeh sab ka tazkiya hai.</w:t>
      </w:r>
    </w:p>
    <w:p>
      <w:pPr>
        <w:pStyle w:val="Heading2"/>
      </w:pPr>
      <w:r>
        <w:t>Recognizing and avoiding wishful thinking</w:t>
      </w:r>
    </w:p>
    <w:p>
      <w:r>
        <w:rPr>
          <w:color w:val="666666"/>
          <w:sz w:val="18"/>
        </w:rPr>
        <w:t>Spirituality · Man and The Paradise August 11, 2013 Maulana Wahiduddin Khan · 7m 05s · at 1:16:15 · https://youtu.be/m8XdpnaS95U?t=4575</w:t>
      </w:r>
    </w:p>
    <w:p>
      <w:r>
        <w:rPr>
          <w:i/>
        </w:rPr>
        <w:t>“Maulana, today in the class you mentioned a term amani, that is wishful thinking. Please tell us that how can I recognize whether I am indulging in amani and how can one come out of this?”</w:t>
      </w:r>
    </w:p>
    <w:p>
      <w:r>
        <w:rPr>
          <w:sz w:val="20"/>
        </w:rPr>
        <w:t>1:16:15  maulana, agla sawal roorkee se hai. sajid anwar sahab ka, unhon ne likha hai: "maulana, today in the class you mentioned a term amani, that is wishful thinking.</w:t>
      </w:r>
      <w:r>
        <w:br/>
      </w:r>
      <w:r>
        <w:rPr>
          <w:sz w:val="20"/>
        </w:rPr>
        <w:t>1:16:27  please tell us that how can i recognize whether i am indulging in amani and how can one come out of this?"</w:t>
      </w:r>
      <w:r>
        <w:br/>
      </w:r>
      <w:r>
        <w:rPr>
          <w:sz w:val="20"/>
        </w:rPr>
        <w:t>1:16:39  dekhiye, amani ka matlab yeh hai ke apne aap hum kuch criteria bana lein khud se. ek hai woh criterion jo diya gaya hai quran o hadees mein.</w:t>
      </w:r>
      <w:r>
        <w:br/>
      </w:r>
      <w:r>
        <w:rPr>
          <w:sz w:val="20"/>
        </w:rPr>
        <w:t>1:16:50  ek to hum apne aap bana lein.</w:t>
      </w:r>
      <w:r>
        <w:br/>
      </w:r>
      <w:r>
        <w:rPr>
          <w:sz w:val="20"/>
        </w:rPr>
        <w:t>1:16:56  to apne aap jo bana lete hain, isi ko quran amani hai. to is se pehle yahood ne aise bohat se bana rakhe the. mislan in ka ek amani ki misal yeh hai ke jo aadmi yahoodi family mein paida ho jaye to bas us ki jannat pakki hai.</w:t>
      </w:r>
      <w:r>
        <w:br/>
      </w:r>
      <w:r>
        <w:rPr>
          <w:sz w:val="20"/>
        </w:rPr>
        <w:t>1:17:17  yani unhon ne salvation ko base, yani birth based bana diya.</w:t>
      </w:r>
      <w:r>
        <w:br/>
      </w:r>
      <w:r>
        <w:rPr>
          <w:sz w:val="20"/>
        </w:rPr>
        <w:t>1:17:24  yahood ne salvation ko birth based, yani yahoodi family mein paida hone hi kafi hai ke aadmi jannat mein jaye.</w:t>
      </w:r>
      <w:r>
        <w:br/>
      </w:r>
      <w:r>
        <w:rPr>
          <w:sz w:val="20"/>
        </w:rPr>
        <w:t>1:17:33  theek hai, yahi musalmanon mein aa gaya hai. ab musalman samajhte hain ke musalman ghar mein paida ho gaye to phir jannat yaqeeni hai. to birth based concept jo hai salvation ka, woh hai amani.</w:t>
      </w:r>
      <w:r>
        <w:br/>
      </w:r>
      <w:r>
        <w:rPr>
          <w:sz w:val="20"/>
        </w:rPr>
        <w:t>1:17:46  aur jo musalmanon mein bhi isi tarah aa gaya, jo tha yahudiyon mein tha.</w:t>
      </w:r>
      <w:r>
        <w:br/>
      </w:r>
      <w:r>
        <w:rPr>
          <w:sz w:val="20"/>
        </w:rPr>
        <w:t>1:17:50  aisi bohat sari cheezein hain jis ki quran o hadith mein koi buniyad nahi hai. khud hi khud bana liya hai.</w:t>
      </w:r>
      <w:r>
        <w:br/>
      </w:r>
      <w:r>
        <w:rPr>
          <w:sz w:val="20"/>
        </w:rPr>
        <w:t>1:17:58  jitne yeh jo mauzu rawaiyat hain, woh sab amani to hain. aur aur kya hain? jitni mauzu rawaiyat hain, woh sab amani hain. aaj kal musalman amani pe khade hue hain.</w:t>
      </w:r>
      <w:r>
        <w:br/>
      </w:r>
      <w:r>
        <w:rPr>
          <w:sz w:val="20"/>
        </w:rPr>
        <w:t>1:18:12  sab amani pe khade hue hain.</w:t>
      </w:r>
      <w:r>
        <w:br/>
      </w:r>
      <w:r>
        <w:rPr>
          <w:sz w:val="20"/>
        </w:rPr>
        <w:t>1:18:14  ab misal ke taur par dekhiye, jo insan hain, yani jo non muslim hain, woh hamare liye madu hain. madu musalmanon ne kya samajh rakha hai ke woh hamare liye dushman hain.</w:t>
      </w:r>
      <w:r>
        <w:br/>
      </w:r>
      <w:r>
        <w:rPr>
          <w:sz w:val="20"/>
        </w:rPr>
        <w:t>1:18:26  bas un ko maro. un se nahi mar sako to kam az kam nafrat karo un se. nafrat karoge to jannat mein jaoge.</w:t>
      </w:r>
      <w:r>
        <w:br/>
      </w:r>
      <w:r>
        <w:rPr>
          <w:sz w:val="20"/>
        </w:rPr>
        <w:t>1:18:36  yeh sab khud sakhta hain, khud hi bana rakha hai. yeh doosre insan insan hain, doosre insan madu hain.</w:t>
      </w:r>
      <w:r>
        <w:br/>
      </w:r>
      <w:r>
        <w:rPr>
          <w:sz w:val="20"/>
        </w:rPr>
        <w:t>1:18:44  un se hamein khair khwahi karna hai, un se hamein nafrat jaiz hi nahi hai. chahe woh america ho, chahe yahoodi ho, chahe hindu ho, hamare liye haram hai ke hum nafrat karein un se.</w:t>
      </w:r>
      <w:r>
        <w:br/>
      </w:r>
      <w:r>
        <w:rPr>
          <w:sz w:val="20"/>
        </w:rPr>
        <w:t>1:18:57  lekin ab musalman dhoom se nafrat kar rahe hain. sare musalman nafrat kar rahe hain. shikayatein kar rahe hain, protest kar rahe hain, gun aur bomb chala rahe hain.</w:t>
      </w:r>
      <w:r>
        <w:br/>
      </w:r>
      <w:r>
        <w:rPr>
          <w:sz w:val="20"/>
        </w:rPr>
        <w:t>1:19:07  yeh sab haram kaam hain. lekin is haram kaam ke liye unhon ne khud sakhta taur par, yani deen ke interpretation nikal rakhe hain.</w:t>
      </w:r>
      <w:r>
        <w:br/>
      </w:r>
      <w:r>
        <w:rPr>
          <w:sz w:val="20"/>
        </w:rPr>
        <w:t>1:19:17  khud sakhta taur par, khud sakhta taur par nikal rakha hai ke yeh jaiz hai. yani just is ko quran o hadith se justify kar rakha hai.</w:t>
      </w:r>
      <w:r>
        <w:br/>
      </w:r>
      <w:r>
        <w:rPr>
          <w:sz w:val="20"/>
        </w:rPr>
        <w:t>1:19:28  woh hai amani. quran o hadith justify kar rakha hai is ko amani par. jitna bhi yeh nafrat karobar hai musalmanon mein, ghair muslimon se, chahe america ke khilaf ho, chahe yahoodi ke khilaf ho, hindu ke khilaf ho, sab amani par mabni hai.</w:t>
      </w:r>
      <w:r>
        <w:br/>
      </w:r>
      <w:r>
        <w:rPr>
          <w:sz w:val="20"/>
        </w:rPr>
        <w:t>1:19:45  yani khud hi khud bana liya aise matlab quran</w:t>
      </w:r>
      <w:r>
        <w:br/>
      </w:r>
      <w:r>
        <w:rPr>
          <w:sz w:val="20"/>
        </w:rPr>
        <w:t>1:19:48  o hadith ka jis se woh justify hota ho un ka feal. to sab amani mein jeete hain yeh log aur sab ke sab Allah ke liye pakde jayenge.</w:t>
      </w:r>
      <w:r>
        <w:br/>
      </w:r>
      <w:r>
        <w:rPr>
          <w:sz w:val="20"/>
        </w:rPr>
        <w:t>1:19:58  kyun ke hamare less be amani ek amani ek ahl e kitab. yani tum khud se koi, yani ek khud se ek interpretation nikal lo, khud se ayat aur hadith ka matlab nikal lo jis se tumhara justify ho raha ho tumhara feal.</w:t>
      </w:r>
      <w:r>
        <w:br/>
      </w:r>
      <w:r>
        <w:rPr>
          <w:sz w:val="20"/>
        </w:rPr>
        <w:t>1:20:14  is se to bacho ge nahi, pakad jaoge.</w:t>
      </w:r>
      <w:r>
        <w:br/>
      </w:r>
      <w:r>
        <w:rPr>
          <w:sz w:val="20"/>
        </w:rPr>
        <w:t>1:20:17  tum pakad jaoge. jaise ek misal deta hoon main aap ko ke kuch logon se meri mulaqat, kuch logon se baat hui meri.</w:t>
      </w:r>
      <w:r>
        <w:br/>
      </w:r>
      <w:r>
        <w:rPr>
          <w:sz w:val="20"/>
        </w:rPr>
        <w:t>1:20:30  main ne kaha ke arab log jo ladai chhede hue hain yahudiyon ke khilaf, woh islam ke khilaf hai. woh anti islamic ladai hai. unhon ne kaha kaise?</w:t>
      </w:r>
      <w:r>
        <w:br/>
      </w:r>
      <w:r>
        <w:rPr>
          <w:sz w:val="20"/>
        </w:rPr>
        <w:t>1:20:39  main ne kaha ke quran mein saaf saaf likha hua hai ke falasteen yahudiyon ke liye likh diya gaya hai.</w:t>
      </w:r>
      <w:r>
        <w:br/>
      </w:r>
      <w:r>
        <w:rPr>
          <w:sz w:val="20"/>
        </w:rPr>
        <w:t>1:20:47  yani yahudiyon ke liye woh, yani goya allot kar diya gaya hai. kehna chahiye yeh likha hua hai quran majeed mein: falasteen yahudiyon ke liye allot kar diya gaya hai.</w:t>
      </w:r>
      <w:r>
        <w:br/>
      </w:r>
      <w:r>
        <w:rPr>
          <w:sz w:val="20"/>
        </w:rPr>
        <w:t>1:21:01  to aap kyun lad rahe hain un se? woh Allah ne unhein allot kar diya to maan lijiye ke woh un ki zameen hai. aap wahan ja kar rehte hain to rahiye, woh mana nahi karte aap ko rehne se.</w:t>
      </w:r>
      <w:r>
        <w:br/>
      </w:r>
      <w:r>
        <w:rPr>
          <w:sz w:val="20"/>
        </w:rPr>
        <w:t>1:21:11  lekin ladte kyon hain aap un se? to woh ayat maine padhi un ko</w:t>
      </w:r>
      <w:r>
        <w:br/>
      </w:r>
      <w:r>
        <w:rPr>
          <w:sz w:val="20"/>
        </w:rPr>
        <w:t>1:21:18  to kya kehte hain? woh to mansookh ho chuki hai. kehte hain woh to mansookh ho chuki hai. yeh kya hai? amaani hai. kyunke mansookh ho chuki hai. kahan?</w:t>
      </w:r>
      <w:r>
        <w:br/>
      </w:r>
      <w:r>
        <w:rPr>
          <w:sz w:val="20"/>
        </w:rPr>
        <w:t>1:21:26  kis ne mansookh kiya? woh kaun si ayat hai aur kaun si hadith hai jis se nikalta hai ke mansookh hui woh ayat? kaun si? kaun si ayat bataiye?</w:t>
      </w:r>
      <w:r>
        <w:br/>
      </w:r>
      <w:r>
        <w:rPr>
          <w:sz w:val="20"/>
        </w:rPr>
        <w:t>1:21:35  ya qaum ul kulu aur Allah jo Allah ne likh diya tumhare liye.</w:t>
      </w:r>
      <w:r>
        <w:br/>
      </w:r>
      <w:r>
        <w:rPr>
          <w:sz w:val="20"/>
        </w:rPr>
        <w:t>1:21:44  to kaha ke bible mein jo hai, bible mein hai ke falasteen yahudiyon ke liye promised land hai. bible mein hai ke falasteen yahudiyon ke liye promised land hai.</w:t>
      </w:r>
      <w:r>
        <w:br/>
      </w:r>
      <w:r>
        <w:rPr>
          <w:sz w:val="20"/>
        </w:rPr>
        <w:t>1:21:56  theek hai, yeh to quran majeed mein bhi hai.</w:t>
      </w:r>
      <w:r>
        <w:br/>
      </w:r>
      <w:r>
        <w:rPr>
          <w:sz w:val="20"/>
        </w:rPr>
        <w:t>1:22:01  theek, wahi to musalman, wahi to quran majeed mein bhi hai. to is mani hai ke yahudiyon ko haq hai ke woh ja ke basein falasteen mein. aap rok nahi sakte un ko.</w:t>
      </w:r>
      <w:r>
        <w:br/>
      </w:r>
      <w:r>
        <w:rPr>
          <w:sz w:val="20"/>
        </w:rPr>
        <w:t>1:22:12  baqi aap rokte nahi hain. woh</w:t>
      </w:r>
      <w:r>
        <w:br/>
      </w:r>
      <w:r>
        <w:rPr>
          <w:sz w:val="20"/>
        </w:rPr>
        <w:t>1:22:13  abhi bhi, abhi bhi falasteen mein 20 percent yeh arab rehte hain. to aap rahiye un mein. ladte kyon? un ko nikal maar ke nikalte kyon hain?</w:t>
      </w:r>
      <w:r>
        <w:br/>
      </w:r>
      <w:r>
        <w:rPr>
          <w:sz w:val="20"/>
        </w:rPr>
        <w:t>1:22:23  kyon kehte hain ke hum un ko maar ke phenk den ge? sanarbi fil burr. to kya nikal rakha hai ke woh to, woh to ayat mansookh ho gayi.</w:t>
      </w:r>
      <w:r>
        <w:br/>
      </w:r>
      <w:r>
        <w:rPr>
          <w:sz w:val="20"/>
        </w:rPr>
        <w:t>1:22:32  yeh jhoot hai, yeh jhoot hai, yeh jhoot hai. kyunke aap ko pesh karna parega koi ayat ya hadith ke woh ayat mansookh ho gayi.</w:t>
      </w:r>
      <w:r>
        <w:br/>
      </w:r>
      <w:r>
        <w:rPr>
          <w:sz w:val="20"/>
        </w:rPr>
        <w:t>1:22:41  agar aap nahi pesh kar sakte to aap jhoot bol rahe hain. to sara musalmanon ka jo case hai, sab amaani par mabni hai. amaani sara hai, chahe arab hon ya ajam hon, sab amaani pe khade hue hain.</w:t>
      </w:r>
      <w:r>
        <w:br/>
      </w:r>
      <w:r>
        <w:rPr>
          <w:sz w:val="20"/>
        </w:rPr>
        <w:t>1:22:56  to amaani pe khade hone ka mani hai ke amaani mein jab khada hota hai aadmi to kya karta hai? quran o hadith ka galat interpretation de kar us ko justify karta hai.</w:t>
      </w:r>
      <w:r>
        <w:br/>
      </w:r>
      <w:r>
        <w:rPr>
          <w:sz w:val="20"/>
        </w:rPr>
        <w:t>1:23:06  to is tarah ke justification humein nahi bachaye ga.</w:t>
      </w:r>
      <w:r>
        <w:br/>
      </w:r>
      <w:r>
        <w:rPr>
          <w:sz w:val="20"/>
        </w:rPr>
        <w:t>1:23:10  is tarah ke justification hum bach nahi sakte. Allah taala ki hamari flogging hogi, hum pakad jayenge.</w:t>
      </w:r>
    </w:p>
    <w:p>
      <w:pPr>
        <w:pStyle w:val="Heading2"/>
      </w:pPr>
      <w:r>
        <w:t>Reward for love of mission without education</w:t>
      </w:r>
    </w:p>
    <w:p>
      <w:r>
        <w:rPr>
          <w:color w:val="666666"/>
          <w:sz w:val="18"/>
        </w:rPr>
        <w:t>Spirituality · Present Day Muslims Jan 13, 2013 · 6m 32s · at 1:16:34 · https://youtu.be/CVcbWVYitog?t=4594</w:t>
      </w:r>
    </w:p>
    <w:p>
      <w:r>
        <w:rPr>
          <w:i/>
        </w:rPr>
        <w:t>“I am not educated enough to do Dawa work or education work. But I love your mission. Will Allah reward me for this love? How can I be useful for this mission?”</w:t>
      </w:r>
    </w:p>
    <w:p>
      <w:r>
        <w:rPr>
          <w:sz w:val="20"/>
        </w:rPr>
        <w:t>1:16:34  Maulana, agla sawal Dhampur se hai, Mahtab sahib ka.</w:t>
      </w:r>
      <w:r>
        <w:br/>
      </w:r>
      <w:r>
        <w:rPr>
          <w:sz w:val="20"/>
        </w:rPr>
        <w:t>1:16:38  Unhon ne likha hai: "Maulana sahib, I am not educated enough to do Dawa work better or to do education work.</w:t>
      </w:r>
      <w:r>
        <w:br/>
      </w:r>
      <w:r>
        <w:rPr>
          <w:sz w:val="20"/>
        </w:rPr>
        <w:t>1:16:49  But I love your mission and work. Will Allah give me reward for this love and tell me how can I be useful and also tell me how can I be useful for this mission?" .</w:t>
      </w:r>
      <w:r>
        <w:br/>
      </w:r>
      <w:r>
        <w:rPr>
          <w:sz w:val="20"/>
        </w:rPr>
        <w:t>1:17:01  Bhai, sab se bari cheez to love hai.</w:t>
      </w:r>
      <w:r>
        <w:br/>
      </w:r>
      <w:r>
        <w:rPr>
          <w:sz w:val="20"/>
        </w:rPr>
        <w:t>1:17:04  Love jo hai, love apnay aap mein har cheez paida kar deta hai. Aur yaqeenan aap ke andar hoga, aap kar rahay hon gay, aap apnay kaam ko ghata kar mat dekhiye.</w:t>
      </w:r>
      <w:r>
        <w:br/>
      </w:r>
      <w:r>
        <w:rPr>
          <w:sz w:val="20"/>
        </w:rPr>
        <w:t>1:17:16  Jo aap kar rahay hain, kyunkay aap ko to jo love hai, woh to yani khud hi zor maray ga aik karnay ke liye. Aur zor mar raha hoga, aap kar rahay hon gay kaam.</w:t>
      </w:r>
      <w:r>
        <w:br/>
      </w:r>
      <w:r>
        <w:rPr>
          <w:sz w:val="20"/>
        </w:rPr>
        <w:t>1:17:27  Lekin is ko ghata ke samajhte</w:t>
      </w:r>
      <w:r>
        <w:br/>
      </w:r>
      <w:r>
        <w:rPr>
          <w:sz w:val="20"/>
        </w:rPr>
        <w:t>1:17:29  hon gay. Nahi, aap ke love ne aap ko jo kuch active kar rakha hai, jitna kaam aap kar rahay hain, woh bohat bara kaam samjhiye is ko.</w:t>
      </w:r>
      <w:r>
        <w:br/>
      </w:r>
      <w:r>
        <w:rPr>
          <w:sz w:val="20"/>
        </w:rPr>
        <w:t>1:17:38  Woh karnay samjhiye is ko. Is ko underestimate mat kijiye. Har giz har giz underestimate mat kijiye.</w:t>
      </w:r>
      <w:r>
        <w:br/>
      </w:r>
      <w:r>
        <w:rPr>
          <w:sz w:val="20"/>
        </w:rPr>
        <w:t>1:17:49  Maulana, agla aik comment aur aik sawal hai jo Muhammad Yunusuddin sahib ka aaya hai. Unhon</w:t>
      </w:r>
      <w:r>
        <w:br/>
      </w:r>
      <w:r>
        <w:rPr>
          <w:sz w:val="20"/>
        </w:rPr>
        <w:t>1:17:56  ne likha hai: "Maulana, mein pichlay paanch saalon se bilkul khulay zehn ke sath aap ki kitabon aur mahnama Al-Risala ka mutalia kar raha hoon.</w:t>
      </w:r>
      <w:r>
        <w:br/>
      </w:r>
      <w:r>
        <w:rPr>
          <w:sz w:val="20"/>
        </w:rPr>
        <w:t>1:18:07  In mein Tazkir-ul-Quran, Ta'beer ki Ghalati, aur Paigham-e-Inqilab ne to meri fikr ki simt hi badal di. Mein Jamaat-e-Islami ke Students Wing se wabasta tha, us lihaaz se mein ne Jamaat-e-Islami ke literature ka bhi kafi mutalia kiya hai.</w:t>
      </w:r>
      <w:r>
        <w:br/>
      </w:r>
      <w:r>
        <w:rPr>
          <w:sz w:val="20"/>
        </w:rPr>
        <w:t>1:18:25  Is do tarafah mutalia se mujhe aap ki tehreeron mein Islam ki sahi tasweer nazar aayi. Aap ke dalail ne mujhe kafi mutasir kiya.</w:t>
      </w:r>
      <w:r>
        <w:br/>
      </w:r>
      <w:r>
        <w:rPr>
          <w:sz w:val="20"/>
        </w:rPr>
        <w:t>1:18:36  maulana, is silsile mein mera sawal yeh hai ke is waqt Egypt ke aqwam-e-muslimeen ki jo so-called political success ko le ke jamaat-e-islami ke log apne nazariye ki sadakat ke liye is ko aik misaal ke taur par pesh kar rahe hain,</w:t>
      </w:r>
      <w:r>
        <w:br/>
      </w:r>
      <w:r>
        <w:rPr>
          <w:sz w:val="20"/>
        </w:rPr>
        <w:t>1:18:55  is par aap ki wazahat chahiye. yeh to musalman aadi hain jhooti khushiyan manane ke. bar bar hi bana chuke hain jhooti khushiyan.</w:t>
      </w:r>
      <w:r>
        <w:br/>
      </w:r>
      <w:r>
        <w:rPr>
          <w:sz w:val="20"/>
        </w:rPr>
        <w:t>1:19:07  dekhiye, aap intezar kijiye result ka. abhi to election mein jeete hain. election mein jeete kaise hote hain?</w:t>
      </w:r>
      <w:r>
        <w:br/>
      </w:r>
      <w:r>
        <w:rPr>
          <w:sz w:val="20"/>
        </w:rPr>
        <w:t>1:19:15  election mein jo jeet hui hai un ki, issue Islam nahi tha woh. husni mubarak ke mazalim the.</w:t>
      </w:r>
      <w:r>
        <w:br/>
      </w:r>
      <w:r>
        <w:rPr>
          <w:sz w:val="20"/>
        </w:rPr>
        <w:t>1:19:23  jis ko kehte hain anti incompetency factor. to yani bohat hi yeh is ko log samajhte hain is baat ko ke Misr mein jo jeeti hai Muslim Brotherhood, woh theek isi tarah jeeti hai jis tarah se secular mulkon mein log anti incompetency factor ko le kar jeet te hain.</w:t>
      </w:r>
      <w:r>
        <w:br/>
      </w:r>
      <w:r>
        <w:rPr>
          <w:sz w:val="20"/>
        </w:rPr>
        <w:t>1:19:43  is ka Islam se koi talluq nahi hai. abhi to Islam kuch kuch bhi wahan par nahi dekha aap ne.</w:t>
      </w:r>
      <w:r>
        <w:br/>
      </w:r>
      <w:r>
        <w:rPr>
          <w:sz w:val="20"/>
        </w:rPr>
        <w:t>1:19:49  ab in ka term khatm ho jayega aur aur Islam ke aitbar se wahan kuch bhi nahi aayega. na aaghaz mein Islam hai, na aakhir mein Islam hai.</w:t>
      </w:r>
      <w:r>
        <w:br/>
      </w:r>
      <w:r>
        <w:rPr>
          <w:sz w:val="20"/>
        </w:rPr>
        <w:t>1:19:59  woh to anti incompetency factor hai. dekhiye, shayad aap mein se kuch log janna chahein ke kya matlab hai anti incompetency factor ka.</w:t>
      </w:r>
      <w:r>
        <w:br/>
      </w:r>
      <w:r>
        <w:rPr>
          <w:sz w:val="20"/>
        </w:rPr>
        <w:t>1:20:09  anti incompetency factor ka matlab hai ke jab bhi koi rule karta hai, chahe aik individual ho ya party ho, to log hamesha over expectation karne lagte hain.</w:t>
      </w:r>
      <w:r>
        <w:br/>
      </w:r>
      <w:r>
        <w:rPr>
          <w:sz w:val="20"/>
        </w:rPr>
        <w:t>1:20:21  over expectation. woh poora nahi karta woh aadmi. koi bhi nahi poora kar sakta. paighambar bhi nahi kar sakta poora.</w:t>
      </w:r>
      <w:r>
        <w:br/>
      </w:r>
      <w:r>
        <w:rPr>
          <w:sz w:val="20"/>
        </w:rPr>
        <w:t>1:20:29  to is ko exploit karte hain log. is ko exploit karte hain. aur is ko exploit kar ke logon ki rai apne muwafiq kar lete hain.</w:t>
      </w:r>
      <w:r>
        <w:br/>
      </w:r>
      <w:r>
        <w:rPr>
          <w:sz w:val="20"/>
        </w:rPr>
        <w:t>1:20:39  aur is tarah se election hum jeet jate hain. yeh wahan hua hai. yani wahan par jo regime thi husni mubarak ki, us ne bohat si aisi cheezein ki thin jis se logon ko dukh pahuncha tha.</w:t>
      </w:r>
      <w:r>
        <w:br/>
      </w:r>
      <w:r>
        <w:rPr>
          <w:sz w:val="20"/>
        </w:rPr>
        <w:t>1:20:52  khoob khoob is ka istemal kiya.</w:t>
      </w:r>
      <w:r>
        <w:br/>
      </w:r>
      <w:r>
        <w:rPr>
          <w:sz w:val="20"/>
        </w:rPr>
        <w:t>1:20:55  to jeet jo hui hai, aap ko maloom hai wahan par voting kitni hui thi? sirf 32%. Misr ke jo yani voter hain, un ke sirf 32% ne vote diya.</w:t>
      </w:r>
      <w:r>
        <w:br/>
      </w:r>
      <w:r>
        <w:rPr>
          <w:sz w:val="20"/>
        </w:rPr>
        <w:t>1:21:10  aur un mein se Muslim Brotherhood ko sirf 10% vote mila. to yeh jeet kya hai?</w:t>
      </w:r>
      <w:r>
        <w:br/>
      </w:r>
      <w:r>
        <w:rPr>
          <w:sz w:val="20"/>
        </w:rPr>
        <w:t>1:21:18  to behr-haal yeh jeet hai isi policy ki jo jis ko kehte hain anti incompetency factor. is ki jeet hui hai.</w:t>
      </w:r>
      <w:r>
        <w:br/>
      </w:r>
      <w:r>
        <w:rPr>
          <w:sz w:val="20"/>
        </w:rPr>
        <w:t>1:21:27  Islam ki jeet jab hogi jab aap dekhein ke wahan par Islam aa gaya. woh to abhi to kuch bhi nahi hua. abhi to taqreer ho rahi hai khali.</w:t>
      </w:r>
      <w:r>
        <w:br/>
      </w:r>
      <w:r>
        <w:rPr>
          <w:sz w:val="20"/>
        </w:rPr>
        <w:t>1:21:38  is ka intezar kijiye in ka term poora hone ka. aur us waqt dekhiye ga aap ke kya hua. Islam aaya hai ke in ki kya aaya</w:t>
      </w:r>
      <w:r>
        <w:br/>
      </w:r>
      <w:r>
        <w:rPr>
          <w:sz w:val="20"/>
        </w:rPr>
        <w:t>1:21:45  hai. main abhi se aap se peshgi kehta hoon ke kuch bhi nahi aane wala hai. kuch bhi nahi aane wala. jaise ke Pakistan ko dekh li jiye.</w:t>
      </w:r>
      <w:r>
        <w:br/>
      </w:r>
      <w:r>
        <w:rPr>
          <w:sz w:val="20"/>
        </w:rPr>
        <w:t>1:21:54  Pakistan Islam ke naam par dhoom machi thi. ban bhi gaya. is ka naam bhi rakh diya Islami Jamhooria Pakistan. lekin kuch bhi hua nahi. jis dastoor ke liye wahan par referendum hua, woh dastoor bhi Pakistan mein manzoor ho gaya.</w:t>
      </w:r>
      <w:r>
        <w:br/>
      </w:r>
      <w:r>
        <w:rPr>
          <w:sz w:val="20"/>
        </w:rPr>
        <w:t>1:22:08  phir bhi kuch nahi hua. to wohi wohi wahan wohi hone wal</w:t>
      </w:r>
      <w:r>
        <w:br/>
      </w:r>
      <w:r>
        <w:rPr>
          <w:sz w:val="20"/>
        </w:rPr>
        <w:t>1:22:14  a hai. abhi to bohat qabl az waqt hai khushi manana. yani Pakistan mein koi mein mein kehta hoon ke Pakistan mein yeh Jamaat-e-Islami mein koi aik bhi mudabir aadmi nahi hai.</w:t>
      </w:r>
      <w:r>
        <w:br/>
      </w:r>
      <w:r>
        <w:rPr>
          <w:sz w:val="20"/>
        </w:rPr>
        <w:t>1:22:24  woh kya jaane ke haqaiq halaat kya hain. aik bhi shakhs mudabir nahi hai na Pakistan ki Jamaat-e-Islami mein, na India ki Jamaat-e-Islami mein. agar aap samajhte hain mudabir to is ki koi kitaab laiye, main bata doon ga ke kitna tadabur kitna hai is ke andar.</w:t>
      </w:r>
      <w:r>
        <w:br/>
      </w:r>
      <w:r>
        <w:rPr>
          <w:sz w:val="20"/>
        </w:rPr>
        <w:t>1:22:40  bas yeh hawaein bhi jeete hain hawa mein.</w:t>
      </w:r>
      <w:r>
        <w:br/>
      </w:r>
      <w:r>
        <w:rPr>
          <w:sz w:val="20"/>
        </w:rPr>
        <w:t>1:22:43  she'r o shairi mein, adabi taqreeron mein, sahafati is mein jeete hain yeh log. behr-haal main yeh peshgi taur par yeh aap se yahi kehta hoon ke aap dekh lijiyega ke Muslim Brotherhood ka term poora ho jayega.</w:t>
      </w:r>
      <w:r>
        <w:br/>
      </w:r>
      <w:r>
        <w:rPr>
          <w:sz w:val="20"/>
        </w:rPr>
        <w:t>1:22:57  un ki hukumat khatm ho jaye gi aur koi islam waghera wahan nahi aanay wala pakistan mein. woh un ka.</w:t>
      </w:r>
    </w:p>
    <w:p>
      <w:pPr>
        <w:pStyle w:val="Heading2"/>
      </w:pPr>
      <w:r>
        <w:t>Starting point of spiritual knowledge</w:t>
      </w:r>
    </w:p>
    <w:p>
      <w:r>
        <w:rPr>
          <w:color w:val="666666"/>
          <w:sz w:val="18"/>
        </w:rPr>
        <w:t>Spirituality · The Early Life of Prophet Muhammad November 28, 2021 Dr. Saniyasnain Khan · 11m 32s · at 35:36 · https://youtu.be/xjZAqfhmg1Y?t=2136</w:t>
      </w:r>
    </w:p>
    <w:p>
      <w:r>
        <w:rPr>
          <w:i/>
        </w:rPr>
        <w:t>“What should be the starting point of ma'rifat (spiritual knowledge)?”</w:t>
      </w:r>
    </w:p>
    <w:p>
      <w:r>
        <w:rPr>
          <w:sz w:val="20"/>
        </w:rPr>
        <w:t>35:36  merat se aah, zuber siddiqi sahib ne sawal bheja hai. aah, unhon ne aap se poocha hai ke: "marifat ka starting point kya hona chahiye?" what is the starting point of marifat?</w:t>
      </w:r>
      <w:r>
        <w:br/>
      </w:r>
      <w:r>
        <w:rPr>
          <w:sz w:val="20"/>
        </w:rPr>
        <w:t>35:51  isko wazeh kar dein aap. marifat ka jo starting point hai, wohi hai distractions ko avoid karna.</w:t>
      </w:r>
      <w:r>
        <w:br/>
      </w:r>
      <w:r>
        <w:rPr>
          <w:sz w:val="20"/>
        </w:rPr>
        <w:t>36:00  chounke jab aadmi distractions ko avoid karta hai, tabhi woh apne andar yeh salahiyat paida karta hai ke woh baaton ko gehrai se samjhe.</w:t>
      </w:r>
      <w:r>
        <w:br/>
      </w:r>
      <w:r>
        <w:rPr>
          <w:sz w:val="20"/>
        </w:rPr>
        <w:t>36:10  jaise abhi aap ne kaha hai ke jo signs hain, khuda ke signs jo poore universe mein phailay hue hain, un par ghore o fikr.</w:t>
      </w:r>
      <w:r>
        <w:br/>
      </w:r>
      <w:r>
        <w:rPr>
          <w:sz w:val="20"/>
        </w:rPr>
        <w:t>36:20  to jab distraction se avoid karega, apne andar mizaj paida karega, aur quran ki baaton ko gehrai se samjhega, un ko contemplate karega, aah, tadabbur karega, tabhi woh aah, marifat ka safar shuru kar payega.</w:t>
      </w:r>
      <w:r>
        <w:br/>
      </w:r>
      <w:r>
        <w:rPr>
          <w:sz w:val="20"/>
        </w:rPr>
        <w:t>36:39  mere ko aah, doctor sahib, ek hadith bhi yaad aa rahi hai aah, marifat ke talluq se ke: "aah, prophet one said that aah, ab the person who's most superior aah, in the side of allah is the one who remembers him profusely." aah, to ek tareeqay se starting point yeh bhi hai aah, ke bohat zikr karna.</w:t>
      </w:r>
      <w:r>
        <w:br/>
      </w:r>
      <w:r>
        <w:rPr>
          <w:sz w:val="20"/>
        </w:rPr>
        <w:t>37:06  آہ، تو معرفت آہ، از مولانا کہتے تھے کہ: "معرفت is the essence of spirituality."</w:t>
      </w:r>
      <w:r>
        <w:br/>
      </w:r>
      <w:r>
        <w:rPr>
          <w:sz w:val="20"/>
        </w:rPr>
        <w:t>37:12  اینڈ وہ کہتے تھے کہ: "اپنے mind کو اس طریقے سے develop کیجئے اس extent تک کہ آپ</w:t>
      </w:r>
      <w:r>
        <w:br/>
      </w:r>
      <w:r>
        <w:rPr>
          <w:sz w:val="20"/>
        </w:rPr>
        <w:t>37:17  har cheez ko ek point of reference bana sakein, aur us ko phir aap aah, Khuda se jorein."</w:t>
      </w:r>
      <w:r>
        <w:br/>
      </w:r>
      <w:r>
        <w:rPr>
          <w:sz w:val="20"/>
        </w:rPr>
        <w:t>37:25  to jaise unhone ek ek bar barish ka zikr kiya ke: "jab barish hoti hai to ek</w:t>
      </w:r>
      <w:r>
        <w:br/>
      </w:r>
      <w:r>
        <w:rPr>
          <w:sz w:val="20"/>
        </w:rPr>
        <w:t>37:30  believer jab ah, us ko le ke sochta hai, observe karta hai, to phir woh ah, us ko</w:t>
      </w:r>
      <w:r>
        <w:br/>
      </w:r>
      <w:r>
        <w:rPr>
          <w:sz w:val="20"/>
        </w:rPr>
        <w:t>37:35  aur aage tak le ke jata hai.</w:t>
      </w:r>
      <w:r>
        <w:br/>
      </w:r>
      <w:r>
        <w:rPr>
          <w:sz w:val="20"/>
        </w:rPr>
        <w:t>37:36  ek chain reaction form hota hai us ke mind mein ke kaise barish hui, aah, matlab kaise samandar ka aah, salty water through the process that is laid down by the creator converts that salty water into fresh water." to phir us ke andar ek aur cheez aah, us ke zehan mein aati hai ke: "aah, allah taala ne hamein aise hi nahi chhod diya is duniya mein.</w:t>
      </w:r>
      <w:r>
        <w:br/>
      </w:r>
      <w:r>
        <w:rPr>
          <w:sz w:val="20"/>
        </w:rPr>
        <w:t>38:02  وہ سارے آہ، provisions آہ، اللہ تعالی نے ہمارے لیے اس custom-made universe میں رکھے ہیں۔"</w:t>
      </w:r>
      <w:r>
        <w:br/>
      </w:r>
      <w:r>
        <w:rPr>
          <w:sz w:val="20"/>
        </w:rPr>
        <w:t>38:09  تو جیسے آپ نے بھی بتایا talk میں کہ: "اس کو helplessness کا آہ، آہ، ایک احساس ہوتا</w:t>
      </w:r>
      <w:r>
        <w:br/>
      </w:r>
      <w:r>
        <w:rPr>
          <w:sz w:val="20"/>
        </w:rPr>
        <w:t>38:15  ہے، ایک acknowledgement کا احساس ہوتا ہے۔"</w:t>
      </w:r>
      <w:r>
        <w:br/>
      </w:r>
      <w:r>
        <w:rPr>
          <w:sz w:val="20"/>
        </w:rPr>
        <w:t>38:18  تو جب ہم آہ، اس کو اس طریقے سے سوچتے ہیں تو then we, you know, are able</w:t>
      </w:r>
      <w:r>
        <w:br/>
      </w:r>
      <w:r>
        <w:rPr>
          <w:sz w:val="20"/>
        </w:rPr>
        <w:t>38:23  to ah, connect with God, aur hum ek acknowledgment ke taur pe bahut zyada hamare andar ek ah,</w:t>
      </w:r>
      <w:r>
        <w:br/>
      </w:r>
      <w:r>
        <w:rPr>
          <w:sz w:val="20"/>
        </w:rPr>
        <w:t>38:30  toofan ki tarah ek shukr ka aah, jazba umadta hai.</w:t>
      </w:r>
      <w:r>
        <w:br/>
      </w:r>
      <w:r>
        <w:rPr>
          <w:sz w:val="20"/>
        </w:rPr>
        <w:t>38:34  to is tareeqay se phir woh ek marifat ka process aah, insaan ke andar jaari ho jata hai. ji, aap ne jo yeh baat kahi hai ke: "zikr humm aah, ka ehsas paida hota hai us ke andar, aur khuda ka zikr aur shukr." to zikr aam taur se log aah, jo aaj kal trend hai aah, awam mein, woh zikr samajhte hain ke: "kuch alfaaz hain, un ko dohrana." humm, yaani aah,</w:t>
      </w:r>
      <w:r>
        <w:br/>
      </w:r>
      <w:r>
        <w:rPr>
          <w:sz w:val="20"/>
        </w:rPr>
        <w:t>39:03  allah o akbar ya alhamdulillah ya subhan allah bar bar bar bar kehna to yeh hai zikr. jo Maulana ne explain kiya hai, yeh zikr nahi hai.</w:t>
      </w:r>
      <w:r>
        <w:br/>
      </w:r>
      <w:r>
        <w:rPr>
          <w:sz w:val="20"/>
        </w:rPr>
        <w:t>39:13  repetition of words zikr nahi hai. zikr to yeh hai ke aap ne koi cheez dekhi, koi cheez sochi, aur aap ka zehn khuda ki taraf gaya ke: "kaise allah ne yeh cheez banai hai?</w:t>
      </w:r>
      <w:r>
        <w:br/>
      </w:r>
      <w:r>
        <w:rPr>
          <w:sz w:val="20"/>
        </w:rPr>
        <w:t>39:29  kaise yeh cheez mere liye kitni sahi hai, appropriate hai?" jo gravity hai, for example, aap agar us ke upar sochein jo nazar nahi aati, agar yeh gravity na ho to hum chal nahi sakte.</w:t>
      </w:r>
      <w:r>
        <w:br/>
      </w:r>
      <w:r>
        <w:rPr>
          <w:sz w:val="20"/>
        </w:rPr>
        <w:t>39:42  humm, hum car nahi chala sakte, hum jahaz nahi uda sakte, hum ghar nahi bana sakte. sab cheezein patangon ki tarah urein gi. to yeh is tarah ki lakhon karoron cheezein hain jo har waqt hamare samne aati hain.</w:t>
      </w:r>
      <w:r>
        <w:br/>
      </w:r>
      <w:r>
        <w:rPr>
          <w:sz w:val="20"/>
        </w:rPr>
        <w:t>39:57  to un pe sochna aur us se gehra apne andar shukr khuda ka paida karna, aur yahi zikr hai.</w:t>
      </w:r>
      <w:r>
        <w:br/>
      </w:r>
      <w:r>
        <w:rPr>
          <w:sz w:val="20"/>
        </w:rPr>
        <w:t>40:07  aah, lafzon ko dohrana zikr nahi hai, balkeh khuda ki jo aah, creativity hai, jo khuda ki aah, banai hui cheezein hain, un ke upar ghore o fikr kar ke khuda ko yaad karna, yeh creative zikr us ko Maulana kaha karte thay.</w:t>
      </w:r>
      <w:r>
        <w:br/>
      </w:r>
      <w:r>
        <w:rPr>
          <w:sz w:val="20"/>
        </w:rPr>
        <w:t>40:23  ji, main ek cheez is mein add karna chahunga. rasool allah salallahu alaihi wasallam ka waqia hai jo zikr ko bhi elaborate karta hai, aur khuda ke sath kya talluq hona chahiye, us ko bhi elaborate karta hai.</w:t>
      </w:r>
      <w:r>
        <w:br/>
      </w:r>
      <w:r>
        <w:rPr>
          <w:sz w:val="20"/>
        </w:rPr>
        <w:t>40:38  aah, Ata ek tabi hain, woh kehte hain ke: "main Ubaid bin Umair ke sath Hazrat Aisha Razi</w:t>
      </w:r>
      <w:r>
        <w:br/>
      </w:r>
      <w:r>
        <w:rPr>
          <w:sz w:val="20"/>
        </w:rPr>
        <w:t>40:45  Allah anha ke pas gaya, aur un se kaha ke aap mujhe yeh bataiye ke Rasool Allah SAW ki kya khaas baat aap ko bohat achi lagi?"</w:t>
      </w:r>
      <w:r>
        <w:br/>
      </w:r>
      <w:r>
        <w:rPr>
          <w:sz w:val="20"/>
        </w:rPr>
        <w:t>40:49  Hazrat Aisha yeh sun kar rone lagin, aur unhone kaha ke: "Rasool Allah ki har baat achi</w:t>
      </w:r>
      <w:r>
        <w:br/>
      </w:r>
      <w:r>
        <w:rPr>
          <w:sz w:val="20"/>
        </w:rPr>
        <w:t>40:54  thi, lekin ek baat main tum ko batati hoon</w:t>
      </w:r>
      <w:r>
        <w:br/>
      </w:r>
      <w:r>
        <w:rPr>
          <w:sz w:val="20"/>
        </w:rPr>
        <w:t>41:00  ke ek raat Rasool Allah SAW ne kaha: 'Ae Aisha, aaj mujhe Allah ki ibadat</w:t>
      </w:r>
      <w:r>
        <w:br/>
      </w:r>
      <w:r>
        <w:rPr>
          <w:sz w:val="20"/>
        </w:rPr>
        <w:t>41:04  karni hai, mujhe distract nahi karna kisi kaam se apne.'"</w:t>
      </w:r>
      <w:r>
        <w:br/>
      </w:r>
      <w:r>
        <w:rPr>
          <w:sz w:val="20"/>
        </w:rPr>
        <w:t>41:09  Hazrat Aisha ne kaha: "theek hai, aap kijiye."</w:t>
      </w:r>
      <w:r>
        <w:br/>
      </w:r>
      <w:r>
        <w:rPr>
          <w:sz w:val="20"/>
        </w:rPr>
        <w:t>41:14  Rasool Allah SAW wuzu kar ke namaz ke liye khade ho gaye, aur rote rahe,</w:t>
      </w:r>
      <w:r>
        <w:br/>
      </w:r>
      <w:r>
        <w:rPr>
          <w:sz w:val="20"/>
        </w:rPr>
        <w:t>41:16  rasool Allah sal Allah alaihi wasallam wazoo kar ke namaz ke liye kharay hogaye, aur rotay rahe,</w:t>
      </w:r>
      <w:r>
        <w:br/>
      </w:r>
      <w:r>
        <w:rPr>
          <w:sz w:val="20"/>
        </w:rPr>
        <w:t>41:22  namaz parhte rahe, aur rote rahe, yahan tak ke bolne lage: "zameen bheeg gayi." phir us ke baad jab fajar ki namaz azan hui, aur Bilal uthane ke liye aaye, fajar se pehle rasool allah salallahu alaihi wasallam sote thay thori dair,</w:t>
      </w:r>
      <w:r>
        <w:br/>
      </w:r>
      <w:r>
        <w:rPr>
          <w:sz w:val="20"/>
        </w:rPr>
        <w:t>41:36  uthane ke liye aaye to dekha ke ro rahe hain. to kaha: "ae allah ke rasool, aap kyun itne thakte, thakate hain apne aap ko jabke allah taala ne aap ke aglay aur pichlay gunah maaf kar diye hain?" to rasool allah salallahu alaihi wasallam ne us waqt kaha: "kya main afla akun abdan shukra?</w:t>
      </w:r>
      <w:r>
        <w:br/>
      </w:r>
      <w:r>
        <w:rPr>
          <w:sz w:val="20"/>
        </w:rPr>
        <w:t>41:55  kya main shukr guzar banda na banu?" phir us ke baad kaha ke: "raat mujh par ek aisi ayat utri hai." us ke aage farmaya: "waylun liman qara'ahu wa lam yatafakkar fiha" ke jo wayl hai, us ke liye allah ki rehmat se doori hai, us ke liye jo us ko parhe aur us mein tafakkur na kare.</w:t>
      </w:r>
      <w:r>
        <w:br/>
      </w:r>
      <w:r>
        <w:rPr>
          <w:sz w:val="20"/>
        </w:rPr>
        <w:t>42:16  woh ayat kaun si thi? "inna fi khalqi samawati wal ardi wakhtilafi al laili wan nahar" ke beshak aasman o zameen ki paidaish mein, raat o din ke aanay janay mein, aql walon ke liye nishaniyan hain.</w:t>
      </w:r>
      <w:r>
        <w:br/>
      </w:r>
      <w:r>
        <w:rPr>
          <w:sz w:val="20"/>
        </w:rPr>
        <w:t>42:28  to rasool allah salallahu alaihi wasallam ka zikr kaisa hota tha, us se hum samajh sakte hain ke tadabbur o tafakkur, aasman o zameen ke wonders mein tadabbur o tafakkur, aur is tadabbur o tafakkur ke zariye khuda ko daryaft karna ke allah ke rasool, jis ke baray mein allah taala ne keh diya tha ke aap ke aglay aur pichlay gunah maaf hain, us ke bawajood shukr guzar banda ban kar aap rehna chahte hain.</w:t>
      </w:r>
      <w:r>
        <w:br/>
      </w:r>
      <w:r>
        <w:rPr>
          <w:sz w:val="20"/>
        </w:rPr>
        <w:t>42:55  ji haan, bohat zabardast baat aap ne kahi, aur mujhe bhi ek yaad aaya hai, ah, Abu Dardah jo bohat bare sahabi thay, ah, un ki death ke baad, ah, un ki wife ke pas kuch log aaye,</w:t>
      </w:r>
      <w:r>
        <w:br/>
      </w:r>
      <w:r>
        <w:rPr>
          <w:sz w:val="20"/>
        </w:rPr>
        <w:t>43:08  Umm Dardah ke pas, ah, aur poocha ke sab se bari ibadat kya thi Abu Dardah ki? humm, to unhon ne kaha: "al-tafakkur wal-i'tibar" yaani ghore o fikr karna aur naseehat lena.</w:t>
      </w:r>
      <w:r>
        <w:br/>
      </w:r>
      <w:r>
        <w:rPr>
          <w:sz w:val="20"/>
        </w:rPr>
        <w:t>43:22  to yahi woh cheez hai jo darasal marifat ka rasta hamein dikhati hai. ek aur cheez bhi hoti hai tadabbur o tafakkur ke liye, aadmi ko modest banna chahiye.</w:t>
      </w:r>
      <w:r>
        <w:br/>
      </w:r>
      <w:r>
        <w:rPr>
          <w:sz w:val="20"/>
        </w:rPr>
        <w:t>43:32  modesty ke baghair tadabbur o tafakkur ya marifat nahi aa sakti hai.</w:t>
      </w:r>
      <w:r>
        <w:br/>
      </w:r>
      <w:r>
        <w:rPr>
          <w:sz w:val="20"/>
        </w:rPr>
        <w:t>43:36  humm, ek hadith hai rasool Allah sal Allah alaihi wasallam ki: "man yatawada' lillahi darajatan yarfa' Allah bihi darajatan</w:t>
      </w:r>
      <w:r>
        <w:br/>
      </w:r>
      <w:r>
        <w:rPr>
          <w:sz w:val="20"/>
        </w:rPr>
        <w:t>43:44  wa man yatakabbar 'alal lahi darajatan yaza' Allah bihi darajatan hatta yaj'alahu fi asfalis safilin" jo Allah ke liye</w:t>
      </w:r>
      <w:r>
        <w:br/>
      </w:r>
      <w:r>
        <w:rPr>
          <w:sz w:val="20"/>
        </w:rPr>
        <w:t>43:54  ek darje tawazu ikhtiyar karta hai, us ko Allah taala uthata hai apni taraf ek darja,</w:t>
      </w:r>
      <w:r>
        <w:br/>
      </w:r>
      <w:r>
        <w:rPr>
          <w:sz w:val="20"/>
        </w:rPr>
        <w:t>44:03  aur jo takabbur karta hai Allah ki taraf ek darja, Allah taala usko girata hai ek darja, yahan tak ke usko asfalis safilin mein kar deta hai. to uthane ka matlab kya hai?</w:t>
      </w:r>
      <w:r>
        <w:br/>
      </w:r>
      <w:r>
        <w:rPr>
          <w:sz w:val="20"/>
        </w:rPr>
        <w:t>44:12  ke usko marifat ka rasta dikhata rehta hai, apni taraf qareeb karta rehta hai, jo modesty ikhtiyar karta hai. mere ko bhi ek incident yaad aa raha hai, doctor sahab, kyunke Maulana hum logon ki, meri khud ki life se, to Maulana, kyunke hum sab ki bohat training karte the, to poochte the ke experience bataiye apna.</w:t>
      </w:r>
      <w:r>
        <w:br/>
      </w:r>
      <w:r>
        <w:rPr>
          <w:sz w:val="20"/>
        </w:rPr>
        <w:t>44:31  to kyunke main work ke silsile mein travel karta tha, to main is liye bhi share kar raha hoon ke kaise Maulana kehte the ke aap usko badhaiye, usko kijiye.</w:t>
      </w:r>
      <w:r>
        <w:br/>
      </w:r>
      <w:r>
        <w:rPr>
          <w:sz w:val="20"/>
        </w:rPr>
        <w:t>44:41  to ek bari mera safar ho raha tha, main plane mein tha, aur ah, jab air hostess ne aa ke khana diya, to jaise hi maine khane ki bite li, ah, plane bohat upar tha, to mere andar achanak yeh dua nikli ke Allah taala to jis tarike se ah, idhar aasman mein khana mujhe de raha hai, to akhirat mein bhi mujhe khana zaroor dena.</w:t>
      </w:r>
      <w:r>
        <w:br/>
      </w:r>
      <w:r>
        <w:rPr>
          <w:sz w:val="20"/>
        </w:rPr>
        <w:t>45:06  ah, to maine aa ke jab Maulana se share ki yeh baat, to Maulana ne kaha: "haan, aap aise hi point of reference banaiye aur usko aage badhaiye, is se marifat develop hoti hai." ah, to point of reference bana ke har ek cheez ko apni zindagi mein point of reference bana ke usko Khuda se jodna, akhirat se jodna, ah, jab hum is tarah karenge to marifat zaroor develop hogi hamare andar.</w:t>
      </w:r>
      <w:r>
        <w:br/>
      </w:r>
      <w:r>
        <w:rPr>
          <w:sz w:val="20"/>
        </w:rPr>
        <w:t>45:34  ji, mujhe bhi yaad aata hai jahaz ka aap ne zikr kiya, to main Maulana ke sath tha hawai jahaz mein, to shayad mera pehla safar tha ya doosra safar, to main to aise curious ho raha tha ke kya hua yeh idhar kya hai, idhar kya hai,</w:t>
      </w:r>
      <w:r>
        <w:br/>
      </w:r>
      <w:r>
        <w:rPr>
          <w:sz w:val="20"/>
        </w:rPr>
        <w:t>45:54  sari cheezein dekh raha tha jahaz mein. Maulana bohat hi khamoshi se ek kone mein baith ke ek kagaz pe likh rahe the, is tarike se unhone kar liya tha apne, woh is tarike se baith ke seat pe likh rahe the kuch.</w:t>
      </w:r>
      <w:r>
        <w:br/>
      </w:r>
      <w:r>
        <w:rPr>
          <w:sz w:val="20"/>
        </w:rPr>
        <w:t>46:10  to maine dekha ke kya likh rahe hain, to unhone likha tha jo baad mein risale mein bhi shaya hua kisi safarnama mein ke jab hamara jahaz uda aasman ki taraf fiza mein uda,</w:t>
      </w:r>
      <w:r>
        <w:br/>
      </w:r>
      <w:r>
        <w:rPr>
          <w:sz w:val="20"/>
        </w:rPr>
        <w:t>46:28  to mujhe aisa mehsoos hua ke jaise ek bohat bari chidiya meri rooh ko le ke aasman mein ud gayi.</w:t>
      </w:r>
      <w:r>
        <w:br/>
      </w:r>
      <w:r>
        <w:rPr>
          <w:sz w:val="20"/>
        </w:rPr>
        <w:t>46:40  phir unhone wahan se akhirat ki baatein likhni shuru kar dein. to Maulana ka yeh mizaj tha ke woh observe karte the cheezon ko, woh aur is se sabak liya karte the,</w:t>
      </w:r>
      <w:r>
        <w:br/>
      </w:r>
      <w:r>
        <w:rPr>
          <w:sz w:val="20"/>
        </w:rPr>
        <w:t>46:55  aur har cheez ah mein marifat ki ghiza talash kar lete the. to yahi woh cheez hai, yahi mizaj hai, agar hum apne andar develop kar sakein to phir marifat ka khazana hamein har taraf nazar aayega.</w:t>
      </w:r>
    </w:p>
    <w:p>
      <w:pPr>
        <w:pStyle w:val="Heading2"/>
      </w:pPr>
      <w:r>
        <w:t>Validity of Khwaja Ajmeri's kalma in Fawa'id al-Salikin</w:t>
      </w:r>
    </w:p>
    <w:p>
      <w:r>
        <w:rPr>
          <w:color w:val="666666"/>
          <w:sz w:val="18"/>
        </w:rPr>
        <w:t>Spirituality · Contribution of Sufism in India May 29, 2011 · 25m 05s · at 1:10:18 · https://youtu.be/lzxSaTnomio?t=4218</w:t>
      </w:r>
    </w:p>
    <w:p>
      <w:r>
        <w:rPr>
          <w:i/>
        </w:rPr>
        <w:t>“In Fawa'id al-Salikin, Khwaja Ajmeri had his own kalma recited. Is it correct to do such a thing?”</w:t>
      </w:r>
    </w:p>
    <w:p>
      <w:r>
        <w:rPr>
          <w:sz w:val="20"/>
        </w:rPr>
        <w:t>1:10:18  woh in ka aik aur sawal hai, maulana unhon ne likha hai: "fawaid us salikeen mein khwaja ajmeri ne apna kalma parhwaya.</w:t>
      </w:r>
      <w:r>
        <w:br/>
      </w:r>
      <w:r>
        <w:rPr>
          <w:sz w:val="20"/>
        </w:rPr>
        <w:t>1:10:30  aise aisa karna kahan tak theek hai?" dekhein, yeh sab jo kitabein hain, is mein haqiqatein bhi hain aur kahaniyan bhi hain.</w:t>
      </w:r>
      <w:r>
        <w:br/>
      </w:r>
      <w:r>
        <w:rPr>
          <w:sz w:val="20"/>
        </w:rPr>
        <w:t>1:10:43  woh koi research ke andaaz mein nahin likhi gayi hain. kitabein to un ko parhte hue aap ko sochna chahiye ke mazeed tehqeeq karna chahiye.</w:t>
      </w:r>
      <w:r>
        <w:br/>
      </w:r>
      <w:r>
        <w:rPr>
          <w:sz w:val="20"/>
        </w:rPr>
        <w:t>1:10:55  yeh itni bhi kitabein likhi gayi hain, woh sab mein yahi baat hai ke is mein haqaaq bhi hain aur kahaniyan bhi hain.</w:t>
      </w:r>
      <w:r>
        <w:br/>
      </w:r>
      <w:r>
        <w:rPr>
          <w:sz w:val="20"/>
        </w:rPr>
        <w:t>1:11:05  tu khud ba safaa dam qadr ka husool ikhtiyar kijiye.</w:t>
      </w:r>
      <w:r>
        <w:br/>
      </w:r>
      <w:r>
        <w:rPr>
          <w:sz w:val="20"/>
        </w:rPr>
        <w:t>1:11:13  mus najma siddiqui ne dilli se likha hai: "is it islamically correct to go to such mazar where lot of bidats are propagating</w:t>
      </w:r>
      <w:r>
        <w:br/>
      </w:r>
      <w:r>
        <w:rPr>
          <w:sz w:val="20"/>
        </w:rPr>
        <w:t>1:11:24  ? to what extent the concept of nazrana ya chadar is correct or not correct?" dekhein, yeh controversial cheez hai.</w:t>
      </w:r>
      <w:r>
        <w:br/>
      </w:r>
      <w:r>
        <w:rPr>
          <w:sz w:val="20"/>
        </w:rPr>
        <w:t>1:11:35  mein khud to jata nahin kabhi jis ko samajh mein aaye theek ho jaye. mein zahiri taur par is sab se door rehta hoon, to mein to is ka just jo hai is ko leta hoon.</w:t>
      </w:r>
      <w:r>
        <w:br/>
      </w:r>
      <w:r>
        <w:rPr>
          <w:sz w:val="20"/>
        </w:rPr>
        <w:t>1:11:48  just jo hai is ki spirituality hai.</w:t>
      </w:r>
      <w:r>
        <w:br/>
      </w:r>
      <w:r>
        <w:rPr>
          <w:sz w:val="20"/>
        </w:rPr>
        <w:t>1:11:51  zahiri aitbaar se to har jagah kuch na kuch aisi baatein hoti hain jo qabil qabil e ghaur hoti hain. to mein zahiri taur par mizaj hai ke mein is ke just ko leta hoon, just ko is ke cracks ko leta hoon.</w:t>
      </w:r>
      <w:r>
        <w:br/>
      </w:r>
      <w:r>
        <w:rPr>
          <w:sz w:val="20"/>
        </w:rPr>
        <w:t>1:12:05  cracks jo hai woh spirituality hai aur woh mujhe pasand hai.</w:t>
      </w:r>
      <w:r>
        <w:br/>
      </w:r>
      <w:r>
        <w:rPr>
          <w:sz w:val="20"/>
        </w:rPr>
        <w:t>1:12:13  maulana sharq hussain ne dilli se likha hai: "mein aik musalman ke sath aik discussion mein shareek tha. yahan discussion ka subject khuda ki marifat tha.</w:t>
      </w:r>
      <w:r>
        <w:br/>
      </w:r>
      <w:r>
        <w:rPr>
          <w:sz w:val="20"/>
        </w:rPr>
        <w:t>1:12:26  discussion ke douran mazkoora musalman ne kaha ke discussion ka topic bohat boring topic hai. maulana, is ki kya wajah hai ke log marifat aur spirituality ke topic mein interest nahin lete?"</w:t>
      </w:r>
      <w:r>
        <w:br/>
      </w:r>
      <w:r>
        <w:rPr>
          <w:sz w:val="20"/>
        </w:rPr>
        <w:t>1:12:47  woh to hadith mein aaya hai ke aik zamana aaye ga jab sab se bari cheez maal ban jaye gi. log maal ki taraf dorein ge. wohi hai baat yeh ke dekhein, pehle zamane mein woh hua karta tha jo kehte hain dafina, yani log zameen neeche paisa dafan kar dete thay.</w:t>
      </w:r>
      <w:r>
        <w:br/>
      </w:r>
      <w:r>
        <w:rPr>
          <w:sz w:val="20"/>
        </w:rPr>
        <w:t>1:13:10  ab kon dafan karta hai? hamare bachpan ke zamane mein bhi dafine niklte</w:t>
      </w:r>
      <w:r>
        <w:br/>
      </w:r>
      <w:r>
        <w:rPr>
          <w:sz w:val="20"/>
        </w:rPr>
        <w:t>1:13:16  the, kahin khoda to kahin wahan koi sona chandi nikal aaye zameen ke neeche se. to kyun pehle paise ka istemal nahin tha?</w:t>
      </w:r>
      <w:r>
        <w:br/>
      </w:r>
      <w:r>
        <w:rPr>
          <w:sz w:val="20"/>
        </w:rPr>
        <w:t>1:13:27  yeh consumers ka daur aaya nahin tha. ab koi pahunche ka istemal itna barh gaya, itna barh gaya ke kisi ko dafan karne ki zaroorat nahin hai.</w:t>
      </w:r>
      <w:r>
        <w:br/>
      </w:r>
      <w:r>
        <w:rPr>
          <w:sz w:val="20"/>
        </w:rPr>
        <w:t>1:13:37  kam paisa aata hai to aap cycle khareediye, ziyada paisa aata hai to motor car khareediye, aur paisa aaya hai to hawajat khareediye. to koi had hi nahin hai.</w:t>
      </w:r>
      <w:r>
        <w:br/>
      </w:r>
      <w:r>
        <w:rPr>
          <w:sz w:val="20"/>
        </w:rPr>
        <w:t>1:13:45  to log toote par rahe hain paise ki taraf. yeh hai woh culture jis ka consumers pe aaya tha, is ka nateeja hai.</w:t>
      </w:r>
      <w:r>
        <w:br/>
      </w:r>
      <w:r>
        <w:rPr>
          <w:sz w:val="20"/>
        </w:rPr>
        <w:t>1:13:55  to chounke is paas dayen aur taraf dekh rahe hain ke paisa beh raha hai, to chahte hain ke hum dor kar ke paisa laein. to paisa hi maabood ban gaya hai.</w:t>
      </w:r>
      <w:r>
        <w:br/>
      </w:r>
      <w:r>
        <w:rPr>
          <w:sz w:val="20"/>
        </w:rPr>
        <w:t>1:14:04  zamane mein, pehle zamane mein paisa maabood is tareeqe se nahin bana tha kyunke paise ka istemal nahin tha. koi</w:t>
      </w:r>
      <w:r>
        <w:br/>
      </w:r>
      <w:r>
        <w:rPr>
          <w:sz w:val="20"/>
        </w:rPr>
        <w:t>1:14:14  mere apne bachpan mein paise ka koi khaas istemal nahin tha. paisa ho bhi to kare ga aadmi. ab to paisa aap ke paas hai, to aap aap billion dollar bhi naqis hain kharch karna chahein.</w:t>
      </w:r>
      <w:r>
        <w:br/>
      </w:r>
      <w:r>
        <w:rPr>
          <w:sz w:val="20"/>
        </w:rPr>
        <w:t>1:14:28  aap to</w:t>
      </w:r>
      <w:r>
        <w:br/>
      </w:r>
      <w:r>
        <w:rPr>
          <w:sz w:val="20"/>
        </w:rPr>
        <w:t>1:14:29  to paise ki ke paise ke istemal ke jo naye mawaqe khule hain, is ne logon ko aakhri had tak madi bana diya hai. materialist.</w:t>
      </w:r>
      <w:r>
        <w:br/>
      </w:r>
      <w:r>
        <w:rPr>
          <w:sz w:val="20"/>
        </w:rPr>
        <w:t>1:14:39  ab yeh hai masla. ab kya kiya jaye? in ko samjhana parega, in ke zehan ko in ko decondition karni paregi. jab tak decondition na kar lein, aap ko in ki baat samajh mein nahi ayegi.</w:t>
      </w:r>
      <w:r>
        <w:br/>
      </w:r>
      <w:r>
        <w:rPr>
          <w:sz w:val="20"/>
        </w:rPr>
        <w:t>1:14:54  in ka ek aur sawal hai, Maulana.</w:t>
      </w:r>
      <w:r>
        <w:br/>
      </w:r>
      <w:r>
        <w:rPr>
          <w:sz w:val="20"/>
        </w:rPr>
        <w:t>1:14:56  unhon ne likha hai: "soofiyon ke peaceful character aur un ki religious ideology jaise monism, kya aap dono ke beech mein farq karte hain ya dono ko yeksana taur par qabil-e-ittiba hai?" dekhein, monism ko zahiri taur par mein sahi nahi samajhta.</w:t>
      </w:r>
      <w:r>
        <w:br/>
      </w:r>
      <w:r>
        <w:rPr>
          <w:sz w:val="20"/>
        </w:rPr>
        <w:t>1:15:16  yeh woh hai ke wajood ko</w:t>
      </w:r>
      <w:r>
        <w:br/>
      </w:r>
      <w:r>
        <w:rPr>
          <w:sz w:val="20"/>
        </w:rPr>
        <w:t>1:15:19  mein tawheed ko manta hoon, lekin is waqt masla jo mere zehan mein tha, woh yeh hai ke musalmanon ka jo sara rukh chala gaya hai, us ki taraf political method ki taraf</w:t>
      </w:r>
      <w:r>
        <w:br/>
      </w:r>
      <w:r>
        <w:rPr>
          <w:sz w:val="20"/>
        </w:rPr>
        <w:t>1:15:37  laro aur jihad karo aur qabza karo, hukumat qaim karo. yeh jo ban gaya hai, to is ka yeh bilkul irrelevant hai.</w:t>
      </w:r>
      <w:r>
        <w:br/>
      </w:r>
      <w:r>
        <w:rPr>
          <w:sz w:val="20"/>
        </w:rPr>
        <w:t>1:15:49  yeh kaise is ko toda jaye? is zehan ko toda kaise jaye? is zehan ko kaise toda jaye? sab se bara, sab se bari museebat jo is waqt musalmanon ke upar hai, woh yeh hai ke woh isi mein koi aur tareeqa samajh mein nahi ata.</w:t>
      </w:r>
      <w:r>
        <w:br/>
      </w:r>
      <w:r>
        <w:rPr>
          <w:sz w:val="20"/>
        </w:rPr>
        <w:t>1:16:03  un ke ke larai, larai, larai, larai, larai, l</w:t>
      </w:r>
      <w:r>
        <w:br/>
      </w:r>
      <w:r>
        <w:rPr>
          <w:sz w:val="20"/>
        </w:rPr>
        <w:t>1:16:06  rai, har jagah larai, larai. yahan tak kuch society bombing karte hain. society bombing jo hai, woh to yani tabahi ki aakhri had hai.</w:t>
      </w:r>
      <w:r>
        <w:br/>
      </w:r>
      <w:r>
        <w:rPr>
          <w:sz w:val="20"/>
        </w:rPr>
        <w:t>1:16:15  woh bhi kar rahe hain kyunke in ke zehan mein woh chhaya hua hai ke tashaddud mein taqat hai. is ko kaise toda jaye? is ko todne ke liye mein samajhta hoon ke is ke jo baatein mein ne is waqt kahin, is isi zehan ko todne ke liye.</w:t>
      </w:r>
      <w:r>
        <w:br/>
      </w:r>
      <w:r>
        <w:rPr>
          <w:sz w:val="20"/>
        </w:rPr>
        <w:t>1:16:31  isi par aap dekhiye meri baat ko ke ek aalami, ek aalami, ek gumrahi hai musalmanon ki ke tashaddud mein taqat hai, gun mein taqat hai, bomb mein taqat hai, society bombing mein taqat hai.</w:t>
      </w:r>
      <w:r>
        <w:br/>
      </w:r>
      <w:r>
        <w:rPr>
          <w:sz w:val="20"/>
        </w:rPr>
        <w:t>1:16:44  chhaya hua hai logon ke upar. aap dekhein, mere siwa kaun hai jo condemn karta ho? ek bhi musalman nahi hai jo in ko condemn karta ho. bura kehte hain kis ko?</w:t>
      </w:r>
      <w:r>
        <w:br/>
      </w:r>
      <w:r>
        <w:rPr>
          <w:sz w:val="20"/>
        </w:rPr>
        <w:t>1:16:54  doosron ko. doosron ko bura kehte hain.</w:t>
      </w:r>
      <w:r>
        <w:br/>
      </w:r>
      <w:r>
        <w:rPr>
          <w:sz w:val="20"/>
        </w:rPr>
        <w:t>1:16:58  khud jo karte hain yeh kaam musalman, un ko koi bura nahi kehta. aisa chhaya hua hai logon ke dimagh par. yeh ek pur-tashaddud, yani tashaddud wala tareeqa, is ki azmat itni chhayi hui hai.</w:t>
      </w:r>
      <w:r>
        <w:br/>
      </w:r>
      <w:r>
        <w:rPr>
          <w:sz w:val="20"/>
        </w:rPr>
        <w:t>1:17:11  wohi hath asraat insan tanfeen. to is zehan ko todne ke liye mein ne yeh baat kahi hai. isi par aap is ko dekhiye.</w:t>
      </w:r>
      <w:r>
        <w:br/>
      </w:r>
      <w:r>
        <w:rPr>
          <w:sz w:val="20"/>
        </w:rPr>
        <w:t>1:17:20  Mr Arshad ne Delhi se sawal kiya</w:t>
      </w:r>
      <w:r>
        <w:br/>
      </w:r>
      <w:r>
        <w:rPr>
          <w:sz w:val="20"/>
        </w:rPr>
        <w:t>1:17:23  hai. unhon ne likha hai: "soofiyon ki tehreek ek rohani tehreek thi jo us waqt bhi kamyab thi, aaj bhi kamyab hai, jabke is se pehle musalmanon ki tehreek siyasi tehreek thi jo aaj poori tarah nakaam hai.</w:t>
      </w:r>
      <w:r>
        <w:br/>
      </w:r>
      <w:r>
        <w:rPr>
          <w:sz w:val="20"/>
        </w:rPr>
        <w:t>1:17:41  jab nateejay ke aitbar se baat bilkul saaf hai, to phir kyun musalman aaj bhi rohani dabdabe ke bajaye siyasi dabdaba qaim karna chahte hain?</w:t>
      </w:r>
      <w:r>
        <w:br/>
      </w:r>
      <w:r>
        <w:rPr>
          <w:sz w:val="20"/>
        </w:rPr>
        <w:t>1:17:53  itni moti baat kyun un ki samajh mein nahi ati?" ab maze ki sari duniya mein mein yeh baat bol raha hoon. hazaron hazar bolne wale hain, sab ulti boli bol rahe hain, doosri boli bol rahe hain.</w:t>
      </w:r>
      <w:r>
        <w:br/>
      </w:r>
      <w:r>
        <w:rPr>
          <w:sz w:val="20"/>
        </w:rPr>
        <w:t>1:18:05  kya kiya jaye? har akhbar mein, har radio mein, har TV mein, har jalse mein, har jagah log wohi baatein bol rahe hain. aap Delhi mein bhi, ab mere paas ek sahab telephone aaye jo Makkah Madinah mein hain.</w:t>
      </w:r>
      <w:r>
        <w:br/>
      </w:r>
      <w:r>
        <w:rPr>
          <w:sz w:val="20"/>
        </w:rPr>
        <w:t>1:18:18  us waqt, us waqt Makkah Madinah mein hain,</w:t>
      </w:r>
      <w:r>
        <w:br/>
      </w:r>
      <w:r>
        <w:rPr>
          <w:sz w:val="20"/>
        </w:rPr>
        <w:t>1:18:21  yani Haramain ki taqreerein sun rahe hain aur logon ke kahin ke yahan siwa koi koi baat hi doosre paas nahi. sazish aur aur dushman, yeh yeh sab baatein hain logon ke paas hain.</w:t>
      </w:r>
      <w:r>
        <w:br/>
      </w:r>
      <w:r>
        <w:rPr>
          <w:sz w:val="20"/>
        </w:rPr>
        <w:t>1:18:31  hamare khilaf sazish ki ja rahi hai, hum sab dushman bane hue hain, hum hum ko mitana chahte hain. yahi baatein hain wahan pe Makkah Madinah mein. yeh baatein hain to sab log wohi boli bol rahe hain.</w:t>
      </w:r>
      <w:r>
        <w:br/>
      </w:r>
      <w:r>
        <w:rPr>
          <w:sz w:val="20"/>
        </w:rPr>
        <w:t>1:18:43  to musalmanon ko woh is woh sunne mein aa raha hai, to isi ki isi zehan banega. un ka is zehan ko todne ke liye hum hamare yeh mission</w:t>
      </w:r>
      <w:r>
        <w:br/>
      </w:r>
      <w:r>
        <w:rPr>
          <w:sz w:val="20"/>
        </w:rPr>
        <w:t>1:18:52  , kyunke abhi to yeh mein nahin samajhta ke koi qabil-e-zikr aadmi mere siwa hai Muslim dunya mein jo yeh baatein bolta ho. To inshallah mustaqbil mein yahi yahi zehan chha jayega, yeh CPS ka zehan chha jayega mustaqbil mein.</w:t>
      </w:r>
      <w:r>
        <w:br/>
      </w:r>
      <w:r>
        <w:rPr>
          <w:sz w:val="20"/>
        </w:rPr>
        <w:t>1:19:05  Inshallah, abhi hamein iski koshish karna hai iske liye.</w:t>
      </w:r>
      <w:r>
        <w:br/>
      </w:r>
      <w:r>
        <w:rPr>
          <w:sz w:val="20"/>
        </w:rPr>
        <w:t>1:19:11  Maulana Zakwan Nadvi ne Dilli se likha hai: "Hadees mein aaya hai ke jis aadmi ke dil mein rai ke daane ke barabar bhi apni badai ka ehsas hoga, yaani kibr, woh jannat mein entry na pa sakega.</w:t>
      </w:r>
      <w:r>
        <w:br/>
      </w:r>
      <w:r>
        <w:rPr>
          <w:sz w:val="20"/>
        </w:rPr>
        <w:t>1:19:27  Yeh kibr kya cheez hai aur iska ilaaj kya hai?" Yeh to hadees bohat hi zyada tadpaney wali hai.</w:t>
      </w:r>
      <w:r>
        <w:br/>
      </w:r>
      <w:r>
        <w:rPr>
          <w:sz w:val="20"/>
        </w:rPr>
        <w:t>1:19:38  La yadhkhol al-jannata man kan fi qalbi mithqala habbati khardalin min kibr yaani kis qadar zyada yeh tadpaney wali hadees hai ke jis aadmi ke dil mein rai ke daane ke barabar bhi kibr hoga,</w:t>
      </w:r>
      <w:r>
        <w:br/>
      </w:r>
      <w:r>
        <w:rPr>
          <w:sz w:val="20"/>
        </w:rPr>
        <w:t>1:19:56  yaani kibr kehte hain arrogance, woh jannat dakhil nahin jayega. Kya jayega?</w:t>
      </w:r>
      <w:r>
        <w:br/>
      </w:r>
      <w:r>
        <w:rPr>
          <w:sz w:val="20"/>
        </w:rPr>
        <w:t>1:20:04  To sab se zyada aadmi ko isi par sochna hai. Dekhein, ek hota hai kibr khafi, ek hota hai kibr jali, yaani arrogance jo hai, ek khula khula hota hai, ek hidden type ka arrogance hota hai.</w:t>
      </w:r>
      <w:r>
        <w:br/>
      </w:r>
      <w:r>
        <w:rPr>
          <w:sz w:val="20"/>
        </w:rPr>
        <w:t>1:20:22  To khula khula to log jaan lete hain, hidden arrogance ko log nahin jaan paate.</w:t>
      </w:r>
      <w:r>
        <w:br/>
      </w:r>
      <w:r>
        <w:rPr>
          <w:sz w:val="20"/>
        </w:rPr>
        <w:t>1:20:28  Matlab hai ke dil mein to ehsas hai, badai hai. Abu se bol rahe hain, naram naram baatein. Main aise bohat se logon se mila hoon is tarah ka ke woh log samajhte hain ke bohat mutawazin hai, bohat naram boli.</w:t>
      </w:r>
      <w:r>
        <w:br/>
      </w:r>
      <w:r>
        <w:rPr>
          <w:sz w:val="20"/>
        </w:rPr>
        <w:t>1:20:43  Lekin unke jab maine un par tanqeed ki to bhadak uthe woh. Wahi insaan bhadak utha to baaz auqat andar kibr tha, munh se naram boli bol rahe the</w:t>
      </w:r>
      <w:r>
        <w:br/>
      </w:r>
      <w:r>
        <w:rPr>
          <w:sz w:val="20"/>
        </w:rPr>
        <w:t>1:20:53  tab tak jab tak ke log unki haan mein haan mila rahe the. Aur maine tanqeed kardi to bhadak uthe woh. To main samajhta hoon ke pehchan jo hai kibr ki, kibr hai ya nahin ke aap tanqeed ko sun saken.</w:t>
      </w:r>
      <w:r>
        <w:br/>
      </w:r>
      <w:r>
        <w:rPr>
          <w:sz w:val="20"/>
        </w:rPr>
        <w:t>1:21:11  Hindi ka ek maqoola hai ke "chot seh jo shabd ki, waaye guru mein daas".</w:t>
      </w:r>
      <w:r>
        <w:br/>
      </w:r>
      <w:r>
        <w:rPr>
          <w:sz w:val="20"/>
        </w:rPr>
        <w:t>1:21:18  To thoda sa badal ke main kahunga ke "chot seh jo shabd ki" wahi sabit karta hai ke mere andar kibr nahin hai. Tanqeed chuki jo bhadak uthe to yaqeeni proof hai ke uske andar kibr hai,</w:t>
      </w:r>
      <w:r>
        <w:br/>
      </w:r>
      <w:r>
        <w:rPr>
          <w:sz w:val="20"/>
        </w:rPr>
        <w:t>1:21:33  aur kibr hai to jannat ka gate uska nahin khulega. To yeh to sab se badi badi cheez hai jiska hamein introspection karna hai.</w:t>
      </w:r>
      <w:r>
        <w:br/>
      </w:r>
      <w:r>
        <w:rPr>
          <w:sz w:val="20"/>
        </w:rPr>
        <w:t>1:21:43  Sochte rehna hai, sochte rehna hai, sochte rehna hai.</w:t>
      </w:r>
      <w:r>
        <w:br/>
      </w:r>
      <w:r>
        <w:rPr>
          <w:sz w:val="20"/>
        </w:rPr>
        <w:t>1:21:49  Ab yeh to aadmi khud hi soch sakta hai ke yeh doosre ke, yeh doosre ka domain nahin hai. Yeh har aadmi ka apna domain hai.</w:t>
      </w:r>
      <w:r>
        <w:br/>
      </w:r>
      <w:r>
        <w:rPr>
          <w:sz w:val="20"/>
        </w:rPr>
        <w:t>1:21:59  yeh</w:t>
      </w:r>
      <w:r>
        <w:br/>
      </w:r>
      <w:r>
        <w:rPr>
          <w:sz w:val="20"/>
        </w:rPr>
        <w:t>1:22:02  main sirf iska definition bata sakta hoon. Definition,</w:t>
      </w:r>
      <w:r>
        <w:br/>
      </w:r>
      <w:r>
        <w:rPr>
          <w:sz w:val="20"/>
        </w:rPr>
        <w:t>1:22:08  definition yahi hai ke jab aap ko,</w:t>
      </w:r>
      <w:r>
        <w:br/>
      </w:r>
      <w:r>
        <w:rPr>
          <w:sz w:val="20"/>
        </w:rPr>
        <w:t>1:22:18  jab aap ko tanqeed buri na lage aur tareef par aap khush na hon, tab samjhiye ke aap sache momin hain. Yaani imaan ki aur ikhlas ki definition yahi main kar sakta hoon ke aap ke samne aap ki tareef ki jaye to aap ko acha na lage,</w:t>
      </w:r>
      <w:r>
        <w:br/>
      </w:r>
      <w:r>
        <w:rPr>
          <w:sz w:val="20"/>
        </w:rPr>
        <w:t>1:22:37  aap ka dil khush na ho us par,</w:t>
      </w:r>
      <w:r>
        <w:br/>
      </w:r>
      <w:r>
        <w:rPr>
          <w:sz w:val="20"/>
        </w:rPr>
        <w:t>1:22:42  aur aap ko tanqeed ki jaye to aap ko bura na lage, aap offend na hon. Jo offend hota hai, samajh lein ke uske andar zaroor kibr hai.</w:t>
      </w:r>
      <w:r>
        <w:br/>
      </w:r>
      <w:r>
        <w:rPr>
          <w:sz w:val="20"/>
        </w:rPr>
        <w:t>1:22:54  To main yahi bata sakta hoon ke iske aage to har aadmi ka apna kaam hai ke woh apna self-hembring kare, apna introspection kare.</w:t>
      </w:r>
      <w:r>
        <w:br/>
      </w:r>
      <w:r>
        <w:rPr>
          <w:sz w:val="20"/>
        </w:rPr>
        <w:t>1:23:06  Kyunke marne ke baad jo hai, marne ke baad koi introspection nahin hoga, marne ke baad koi islaah nahin hogi.</w:t>
      </w:r>
      <w:r>
        <w:br/>
      </w:r>
      <w:r>
        <w:rPr>
          <w:sz w:val="20"/>
        </w:rPr>
        <w:t>1:23:20  Yeh jo, yeh jo, jo tazkiya hai, jo islaah hai, jo introspection hai, yeh isi dunya mein hona hai. Mare to sab khatam, marne ke baad to bhugtna hai.</w:t>
      </w:r>
      <w:r>
        <w:br/>
      </w:r>
      <w:r>
        <w:rPr>
          <w:sz w:val="20"/>
        </w:rPr>
        <w:t>1:23:32  to bas to har aadmi ko isi crucial jo test hai, isi par sochna chahiye ke ke tareef se is ko khushi na ho aur tanqeed is ko buri na lagay.</w:t>
      </w:r>
      <w:r>
        <w:br/>
      </w:r>
      <w:r>
        <w:rPr>
          <w:sz w:val="20"/>
        </w:rPr>
        <w:t>1:23:46  tab samjhiye ke woh is is burai se bacha hua hai.</w:t>
      </w:r>
      <w:r>
        <w:br/>
      </w:r>
      <w:r>
        <w:rPr>
          <w:sz w:val="20"/>
        </w:rPr>
        <w:t>1:23:56  maulana, un ka aik aur sawal hai.</w:t>
      </w:r>
      <w:r>
        <w:br/>
      </w:r>
      <w:r>
        <w:rPr>
          <w:sz w:val="20"/>
        </w:rPr>
        <w:t>1:23:58  unhon ne likha hai: "dawati mission ke logon ke liye mutale ki ahmiyat kya hai? kya un ko al risala mission ki kitabon ke ilawa doosre literature ka bhi mutala karna chahiye?</w:t>
      </w:r>
      <w:r>
        <w:br/>
      </w:r>
      <w:r>
        <w:rPr>
          <w:sz w:val="20"/>
        </w:rPr>
        <w:t>1:24:11  misalan hayat us sahaba, etc."</w:t>
      </w:r>
      <w:r>
        <w:br/>
      </w:r>
      <w:r>
        <w:rPr>
          <w:sz w:val="20"/>
        </w:rPr>
        <w:t>1:24:19  bhai, mutala to zaroori hai, lekin har aadmi ke lehaz se is ka faisla hota hai. hum koi is ka aik rule nahi bana sakte,</w:t>
      </w:r>
      <w:r>
        <w:br/>
      </w:r>
      <w:r>
        <w:rPr>
          <w:sz w:val="20"/>
        </w:rPr>
        <w:t>1:24:27  koi aik rule is ka nahi hai. har aadmi apne lehaz se samjhe ke main kya cheez parhoon, kya cheez na parhoon. har aadmi khud apne baray mein kisi se pooche, apne kisi aalim se ke dekho,</w:t>
      </w:r>
      <w:r>
        <w:br/>
      </w:r>
      <w:r>
        <w:rPr>
          <w:sz w:val="20"/>
        </w:rPr>
        <w:t>1:24:45  mere baray mein kya mashwara aap ka hai? to yeh har aadmi pe, yani har har aadmi ka aik individual case hai.</w:t>
      </w:r>
      <w:r>
        <w:br/>
      </w:r>
      <w:r>
        <w:rPr>
          <w:sz w:val="20"/>
        </w:rPr>
        <w:t>1:24:54  yeh h</w:t>
      </w:r>
      <w:r>
        <w:br/>
      </w:r>
      <w:r>
        <w:rPr>
          <w:sz w:val="20"/>
        </w:rPr>
        <w:t>1:24:55  m koi is ko qulli usool nahi bata sakte is ka, lekin behal as a principle study zaroori hai. is se aadmi ke imaan mein izafa hota hai.</w:t>
      </w:r>
      <w:r>
        <w:br/>
      </w:r>
      <w:r>
        <w:rPr>
          <w:sz w:val="20"/>
        </w:rPr>
        <w:t>1:25:09  miss aisha ne delhi se likha hai: "maulana, please explain the chapter 33, verse number 69 of quran, where it is mentioned: 'believers do not behave like those who slandered moses.' god cleared him of their allegations."</w:t>
      </w:r>
      <w:r>
        <w:br/>
      </w:r>
      <w:r>
        <w:rPr>
          <w:sz w:val="20"/>
        </w:rPr>
        <w:t>1:25:35  hazrat musa yahood ke darmiyan aaye thay, kyun ke woh yahood ka zamana zawal ka zamana tha.</w:t>
      </w:r>
      <w:r>
        <w:br/>
      </w:r>
      <w:r>
        <w:rPr>
          <w:sz w:val="20"/>
        </w:rPr>
        <w:t>1:25:46  hazrat musa ke zamane mein misr mein kafi yahoodi</w:t>
      </w:r>
      <w:r>
        <w:br/>
      </w:r>
      <w:r>
        <w:rPr>
          <w:sz w:val="20"/>
        </w:rPr>
        <w:t>1:25:49  thay, unhi mein woh paida hue. to woh zamana yahood ke zawal ka zamana tha, yani degeneration ka zamana tha. woh to jab bhi kisi ka degeneration hota hai to us ko tanqeed bohat buri lagti hai.</w:t>
      </w:r>
      <w:r>
        <w:br/>
      </w:r>
      <w:r>
        <w:rPr>
          <w:sz w:val="20"/>
        </w:rPr>
        <w:t>1:26:06  yahan jab bible mein hai ke yahood ne kaha ke hum ko, yani hum ko naseehat mat karo, hum ko lori sunao,</w:t>
      </w:r>
      <w:r>
        <w:br/>
      </w:r>
      <w:r>
        <w:rPr>
          <w:sz w:val="20"/>
        </w:rPr>
        <w:t>1:26:17  to kaha hum par tanqeed mat mat karo, hamare upar hamein tanqeed nahi sunna hai.</w:t>
      </w:r>
      <w:r>
        <w:br/>
      </w:r>
      <w:r>
        <w:rPr>
          <w:sz w:val="20"/>
        </w:rPr>
        <w:t>1:26:23  to hazrat musa ne jab un ki naseehat ki, un ke point out kiya, un ki kamzoriyon ko, to hazrat musa ke khilaf ho gaye woh. to khilaf wali qanoon kya hain?</w:t>
      </w:r>
      <w:r>
        <w:br/>
      </w:r>
      <w:r>
        <w:rPr>
          <w:sz w:val="20"/>
        </w:rPr>
        <w:t>1:26:34  jo woh bohat se waqiat aap dekh sakte hain kitabon mein ke un par allegation lagane lagay.</w:t>
      </w:r>
      <w:r>
        <w:br/>
      </w:r>
      <w:r>
        <w:rPr>
          <w:sz w:val="20"/>
        </w:rPr>
        <w:t>1:26:43  allegation</w:t>
      </w:r>
      <w:r>
        <w:br/>
      </w:r>
      <w:r>
        <w:rPr>
          <w:sz w:val="20"/>
        </w:rPr>
        <w:t>1:26:46  to yeh allegation ki zuban, yani aib aib lagana, ilzam lagana, yeh jo zuban hai, yeh yeh is zamane ke zawal yafta yahoodiyon ki zuban thi.</w:t>
      </w:r>
      <w:r>
        <w:br/>
      </w:r>
      <w:r>
        <w:rPr>
          <w:sz w:val="20"/>
        </w:rPr>
        <w:t>1:26:57  to musalmanon ko yeh kaam nahi karna hai.</w:t>
      </w:r>
      <w:r>
        <w:br/>
      </w:r>
      <w:r>
        <w:rPr>
          <w:sz w:val="20"/>
        </w:rPr>
        <w:t>1:27:03  karna kya hai? musalman bhi is ka matlab hai ke musalman bhi daur zawal mein pohnchay gay, un mein bhi yeh phenomena zahir hoga to is se yahood ki misal se apni naseehat lo</w:t>
      </w:r>
      <w:r>
        <w:br/>
      </w:r>
      <w:r>
        <w:rPr>
          <w:sz w:val="20"/>
        </w:rPr>
        <w:t>1:27:14  aur is se bachao apne aap ko. lekin aaj ke musalman to bilkul isi mubtala hain, yahood se bhi zyada bura haal hai musalmanon ka. jahan ikhtilaf paida hua, foran aib zani, foran ilzam tarashi, foran bura bura kahengay.</w:t>
      </w:r>
      <w:r>
        <w:br/>
      </w:r>
      <w:r>
        <w:rPr>
          <w:sz w:val="20"/>
        </w:rPr>
        <w:t>1:27:28  sare musalmanon ka yeh haal hai, mera to tajurba yahi hai. main musalmanon mein aise afraad nahi pata, ulma ya ghair ulma, jo bilkul wohi baat keh rahe hain jo haqeeqatan hai.</w:t>
      </w:r>
      <w:r>
        <w:br/>
      </w:r>
      <w:r>
        <w:rPr>
          <w:sz w:val="20"/>
        </w:rPr>
        <w:t>1:27:38  jahan ikhtilaf hua, foran ilzam lagayeng,</w:t>
      </w:r>
      <w:r>
        <w:br/>
      </w:r>
      <w:r>
        <w:rPr>
          <w:sz w:val="20"/>
        </w:rPr>
        <w:t>1:27:42  foran ilzaam lagayen ge. yeh dushmanon ke agent hain aur yeh yeh aisa ya waisa, tarah tarah ke ilzaam lagayen ge. yaani khalis ilmi andaz mein tanqeed karna musalmanon ko aata hi nahin.</w:t>
      </w:r>
      <w:r>
        <w:br/>
      </w:r>
      <w:r>
        <w:rPr>
          <w:sz w:val="20"/>
        </w:rPr>
        <w:t>1:27:55  musalman jante hi nahin ke scientific andaz mein tanqeed kiya cheez hai. scientific criticism jo hai, musalmanon ko aata hi nahin. yeh daur-e-zawal ke alamaat hain, yeh musalman kar rahe hain.</w:t>
      </w:r>
      <w:r>
        <w:br/>
      </w:r>
      <w:r>
        <w:rPr>
          <w:sz w:val="20"/>
        </w:rPr>
        <w:t>1:28:07  jaise hi ikhtilaf paida hua, foran bas ilzaam ki aur allegation ki zuban shuru kar di unhon ne. to is ayat mein goya warning di gayi thi ke tum is se bachna.</w:t>
      </w:r>
      <w:r>
        <w:br/>
      </w:r>
      <w:r>
        <w:rPr>
          <w:sz w:val="20"/>
        </w:rPr>
        <w:t>1:28:20  lekin warning ke bawajood musalman bache nahin, aur aaj ka musalman jo hai, aaj ka bilkul isi mubtala hai. jahan pe koi differences aaye, jahan pe ikhtilaf hua, foran wohi bolne lagte hain, wohi zuban, allegation ki zuban.</w:t>
      </w:r>
      <w:r>
        <w:br/>
      </w:r>
      <w:r>
        <w:rPr>
          <w:sz w:val="20"/>
        </w:rPr>
        <w:t>1:28:36  yeh bohat hi bari picture hai, yeh main khud is ka shikar hoon. mere khilaf bohat chupta hai, lekin sab ka sab jhoot hota hai.</w:t>
      </w:r>
      <w:r>
        <w:br/>
      </w:r>
      <w:r>
        <w:rPr>
          <w:sz w:val="20"/>
        </w:rPr>
        <w:t>1:28:45  jhoot is tarah ke aib-zeni hoti hai, ilzaam-tarashi hoti hai. koi bhi nahin karta ke meri baaton ka quran ki roshni mein, hadith ki roshni mein tajziya kare, analysis kare.</w:t>
      </w:r>
      <w:r>
        <w:br/>
      </w:r>
      <w:r>
        <w:rPr>
          <w:sz w:val="20"/>
        </w:rPr>
        <w:t>1:28:58  jhoote ilzamat, jhoote yaani aib lagate hain, koi sar dubta hai jin baaton ko. to bohat hi buri halat hai musalmanon ki is aitbar se.</w:t>
      </w:r>
      <w:r>
        <w:br/>
      </w:r>
      <w:r>
        <w:rPr>
          <w:sz w:val="20"/>
        </w:rPr>
        <w:t>1:29:12  Allah dua hai ke Allah bachaye logon ko is burai se.</w:t>
      </w:r>
      <w:r>
        <w:br/>
      </w:r>
      <w:r>
        <w:rPr>
          <w:sz w:val="20"/>
        </w:rPr>
        <w:t>1:29:20  doctor najma siddiqui ne Dilli se likha hai: "kindly again explain the concept of empire and hukumat."</w:t>
      </w:r>
      <w:r>
        <w:br/>
      </w:r>
      <w:r>
        <w:rPr>
          <w:sz w:val="20"/>
        </w:rPr>
        <w:t>1:29:32  haan, dekhen, ek zamana tha pehle jab empire hua karti thi, ab woh daur khatm</w:t>
      </w:r>
      <w:r>
        <w:br/>
      </w:r>
      <w:r>
        <w:rPr>
          <w:sz w:val="20"/>
        </w:rPr>
        <w:t>1:29:40  ho gaya. national hukumatain ab hoti hain. empire ka matlab hai ke ek bare area mein ek hi shehanshah hukumat kar raha ho. to misaal ke taur par Roman the, woh Africa, Asia se le kar Europe tak hukumat qaim thi.</w:t>
      </w:r>
      <w:r>
        <w:br/>
      </w:r>
      <w:r>
        <w:rPr>
          <w:sz w:val="20"/>
        </w:rPr>
        <w:t>1:29:55  un ki aisi badshahat thi, un ke bare mein kaha jata hai ke un ke saltanat mein suraj gharoob nahin hota.</w:t>
      </w:r>
      <w:r>
        <w:br/>
      </w:r>
      <w:r>
        <w:rPr>
          <w:sz w:val="20"/>
        </w:rPr>
        <w:t>1:30:04  kai continent phaili hui thi, un ki hukumat</w:t>
      </w:r>
      <w:r>
        <w:br/>
      </w:r>
      <w:r>
        <w:rPr>
          <w:sz w:val="20"/>
        </w:rPr>
        <w:t>1:30:07  musalmanon ka role bhi musalmanon ka empire tha. hum hi chaye hue the sharq se ta gharb dunya mein. to ek bare raqbe mein, yaani woh bhi hukumat hoti hai,</w:t>
      </w:r>
      <w:r>
        <w:br/>
      </w:r>
      <w:r>
        <w:rPr>
          <w:sz w:val="20"/>
        </w:rPr>
        <w:t>1:30:20  lekin agar bare raqbe mein hukumat qaim ho to use kehte hain empire, aur ek chote raqbe mein jo hoti hai, us ko hukumat kaha jata hai. to us waqt bhi musalmanon ki 57 hukumatain hain,</w:t>
      </w:r>
      <w:r>
        <w:br/>
      </w:r>
      <w:r>
        <w:rPr>
          <w:sz w:val="20"/>
        </w:rPr>
        <w:t>1:30:34  empire nahin hai.</w:t>
      </w:r>
      <w:r>
        <w:br/>
      </w:r>
      <w:r>
        <w:rPr>
          <w:sz w:val="20"/>
        </w:rPr>
        <w:t>1:30:37  to empire kiska dunya mein raha? imam sahib khatm ho gaye, jaise empire bane the, yaani Roman empire khatm, British empire khatm.</w:t>
      </w:r>
      <w:r>
        <w:br/>
      </w:r>
      <w:r>
        <w:rPr>
          <w:sz w:val="20"/>
        </w:rPr>
        <w:t>1:30:47  to empire nahin khatm hoga. quran mein ek woh, woh jo jo cheez, yaani daur ko le kar jo cheez khatm hoti hai, na woh phir revive nahin hua karti.</w:t>
      </w:r>
      <w:r>
        <w:br/>
      </w:r>
      <w:r>
        <w:rPr>
          <w:sz w:val="20"/>
        </w:rPr>
        <w:t>1:31:00  kingship khatm ho gayi to kingship revive hogi. empire khatm hoga to empire phir banega. ke</w:t>
      </w:r>
      <w:r>
        <w:br/>
      </w:r>
      <w:r>
        <w:rPr>
          <w:sz w:val="20"/>
        </w:rPr>
        <w:t>1:31:06  mein musalman is ko bhi nahin samajhte ke kuch cheezain woh hoti hain jo ke daur khatm ho jata hai. jaise ek glass hai, main ne apne bachpan mein woh zamana dekha jab ke mitti ke bartan hua tha pani peene ke liye.</w:t>
      </w:r>
      <w:r>
        <w:br/>
      </w:r>
      <w:r>
        <w:rPr>
          <w:sz w:val="20"/>
        </w:rPr>
        <w:t>1:31:20  to woh daur khatm ho gaya. ab koi mitti ka bartan le ke bazaar mein beche to koi kharedega us ko? yaani mitti ka bana kar ke pehle zamane mein aata tha ke wahan to khareedte the log us ko.</w:t>
      </w:r>
      <w:r>
        <w:br/>
      </w:r>
      <w:r>
        <w:rPr>
          <w:sz w:val="20"/>
        </w:rPr>
        <w:t>1:31:31  aaj kal aur kharedega kyunke ab to sheeshe glass bik raha hai.</w:t>
      </w:r>
      <w:r>
        <w:br/>
      </w:r>
      <w:r>
        <w:rPr>
          <w:sz w:val="20"/>
        </w:rPr>
        <w:t>1:31:35  to kuch cheezain aisi hain jo ke daur khatm ho jata hai. daur daur khatm ho jata hai, us ko aap revive nahin kar sakte.</w:t>
      </w:r>
      <w:r>
        <w:br/>
      </w:r>
      <w:r>
        <w:rPr>
          <w:sz w:val="20"/>
        </w:rPr>
        <w:t>1:31:47  lekin musalman yeh bhi nahin jante, us ko angrezi mein kehte hain "anachronism". sare musalmanon ka haal yahi hai. ab kya kiya jaye musalmanon ko?</w:t>
      </w:r>
      <w:r>
        <w:br/>
      </w:r>
      <w:r>
        <w:rPr>
          <w:sz w:val="20"/>
        </w:rPr>
        <w:t>1:31:56  yaani aqal bhi nahin hai, deen bhi nahin hai. musalmanon ka haal yeh hai aaj kal ke zamane mein ke aqal bhi nahin hai, deen bhi nahin hai.</w:t>
      </w:r>
      <w:r>
        <w:br/>
      </w:r>
      <w:r>
        <w:rPr>
          <w:sz w:val="20"/>
        </w:rPr>
        <w:t>1:32:04  bas kuch paisa kama liya, is ke magar hain. to hamara mission jo hai, musalmanon ko sirf deen nahi, aql bhi dena chahta hai, wisdom bhi dena chahta hai.</w:t>
      </w:r>
      <w:r>
        <w:br/>
      </w:r>
      <w:r>
        <w:rPr>
          <w:sz w:val="20"/>
        </w:rPr>
        <w:t>1:32:18  sachi deeni spirit bhi hum revive karna chahte hain, wisdom bhi chahte hain ke logon ko aaye. aur is ko Allah ki madad se yeh kaam aage badhe to inshallah ek waqt aayega ke jab musalmanon ko aql bhi hogi aur deen bhi hoga un ke andar.</w:t>
      </w:r>
      <w:r>
        <w:br/>
      </w:r>
      <w:r>
        <w:rPr>
          <w:sz w:val="20"/>
        </w:rPr>
        <w:t>1:32:36  miss naghma siddiqui ne dili se likha hai: "what is the concept of wahdat al-wujood? is it part of sufism?"</w:t>
      </w:r>
      <w:r>
        <w:br/>
      </w:r>
      <w:r>
        <w:rPr>
          <w:sz w:val="20"/>
        </w:rPr>
        <w:t>1:32:49  part of sufism kahiye, part of theism kahiye. yani ek hai theism, ek hai atheism.</w:t>
      </w:r>
      <w:r>
        <w:br/>
      </w:r>
      <w:r>
        <w:rPr>
          <w:sz w:val="20"/>
        </w:rPr>
        <w:t>1:32:59  atheism mein hai ke Khuda ko na manna, theism mein hai Khuda ko manna.</w:t>
      </w:r>
      <w:r>
        <w:br/>
      </w:r>
      <w:r>
        <w:rPr>
          <w:sz w:val="20"/>
        </w:rPr>
        <w:t>1:33:04  to part of theism hai woh.</w:t>
      </w:r>
      <w:r>
        <w:br/>
      </w:r>
      <w:r>
        <w:rPr>
          <w:sz w:val="20"/>
        </w:rPr>
        <w:t>1:33:10  yani Khuda ke kai concept hain. ek hai jo kehte hain "polytheism", yani kai Khuda manna.</w:t>
      </w:r>
      <w:r>
        <w:br/>
      </w:r>
      <w:r>
        <w:rPr>
          <w:sz w:val="20"/>
        </w:rPr>
        <w:t>1:33:21  monism jo hai, is ka matlab hai ke yani Khuda ek person nahi hai, personal God ko nahi mante.</w:t>
      </w:r>
      <w:r>
        <w:br/>
      </w:r>
      <w:r>
        <w:rPr>
          <w:sz w:val="20"/>
        </w:rPr>
        <w:t>1:33:30  monist log woh samajhte hain ke supreme spirit ek hai</w:t>
      </w:r>
      <w:r>
        <w:br/>
      </w:r>
      <w:r>
        <w:rPr>
          <w:sz w:val="20"/>
        </w:rPr>
        <w:t>1:33:35  jo har har cheez mein woh spirit phaili hui hai. to theism, yani woh polytheism mein kai Khuda mana jata hai jo hum shirk kehte hain.</w:t>
      </w:r>
      <w:r>
        <w:br/>
      </w:r>
      <w:r>
        <w:rPr>
          <w:sz w:val="20"/>
        </w:rPr>
        <w:t>1:33:48  monism mein Khuda ko personal God ke taur par nahi mante, supreme spirit ke taur par mante hain. aur monotheism jo hai, is mein Khuda ko personal ke taur par mante hain.</w:t>
      </w:r>
      <w:r>
        <w:br/>
      </w:r>
      <w:r>
        <w:rPr>
          <w:sz w:val="20"/>
        </w:rPr>
        <w:t>1:34:01  to Islam mein, Yahudiyat mein wazeh taur par monotheism hai. Masih log bhi mante hain, lekin unhon ne is ko ajeeb o ghareeb kar rakha hai ke taslees bana rakha hai.</w:t>
      </w:r>
      <w:r>
        <w:br/>
      </w:r>
      <w:r>
        <w:rPr>
          <w:sz w:val="20"/>
        </w:rPr>
        <w:t>1:34:13  un ke haan jo hai, yani "three in one, one in three" yeh ajeeb o ghareeb un ka nazariya hai ke ek bhi hai aur teen bhi hain. jo trinity hai, trinity jo hai, qawaneen hain ke teen Khuda woh hain: "one in one",</w:t>
      </w:r>
      <w:r>
        <w:br/>
      </w:r>
      <w:r>
        <w:rPr>
          <w:sz w:val="20"/>
        </w:rPr>
        <w:t>1:34:30  teen bhi hain aur ek bhi hai, yani "three in one, one in three".</w:t>
      </w:r>
      <w:r>
        <w:br/>
      </w:r>
      <w:r>
        <w:rPr>
          <w:sz w:val="20"/>
        </w:rPr>
        <w:t>1:34:35  to behal is ko aap samajhte hain kis mein dala jaye, kis khane mein. lekin Islam aur Yahudiyat to wazeh taur par monotheism ka aqeedah rakhte hain.</w:t>
      </w:r>
      <w:r>
        <w:br/>
      </w:r>
      <w:r>
        <w:rPr>
          <w:sz w:val="20"/>
        </w:rPr>
        <w:t>1:34:45  do</w:t>
      </w:r>
      <w:r>
        <w:br/>
      </w:r>
      <w:r>
        <w:rPr>
          <w:sz w:val="20"/>
        </w:rPr>
        <w:t>1:34:48  to aur bhi kai, yani theism mein aur bhi kai shakhain hain. basically yahi teen hain, yani monism, monotheism aur polytheism.</w:t>
      </w:r>
      <w:r>
        <w:br/>
      </w:r>
      <w:r>
        <w:rPr>
          <w:sz w:val="20"/>
        </w:rPr>
        <w:t>1:35:00  yani polytheism mein bhi dekhiye, shirk jo hai, kya hai? shirk bhi Khuda ko manta hai,</w:t>
      </w:r>
      <w:r>
        <w:br/>
      </w:r>
      <w:r>
        <w:rPr>
          <w:sz w:val="20"/>
        </w:rPr>
        <w:t>1:35:06  ek ek bade Khuda ko mankar ke is ke tehat kai Khuda mante hain. to Khuda wahi mante hain. to ek atheism hai, ek theism hai.</w:t>
      </w:r>
      <w:r>
        <w:br/>
      </w:r>
      <w:r>
        <w:rPr>
          <w:sz w:val="20"/>
        </w:rPr>
        <w:t>1:35:15  to yeh jo hai, theism ka hissa hai monism jis ko hum kehte hain.</w:t>
      </w:r>
    </w:p>
    <w:p>
      <w:pPr>
        <w:pStyle w:val="Heading2"/>
      </w:pPr>
      <w:r>
        <w:t>What is spirituality and how to nurture it?</w:t>
      </w:r>
    </w:p>
    <w:p>
      <w:r>
        <w:rPr>
          <w:color w:val="666666"/>
          <w:sz w:val="18"/>
        </w:rPr>
        <w:t>Spirituality · Signs of Doomsday November 7, 2021 Prof. Farida Khanam · 5m 47s · at 53:03 · https://youtu.be/RQZchtP6uRg?t=3183</w:t>
      </w:r>
    </w:p>
    <w:p>
      <w:r>
        <w:rPr>
          <w:i/>
        </w:rPr>
        <w:t>“What is spirituality? Please tell us something about it.”</w:t>
      </w:r>
    </w:p>
    <w:p>
      <w:r>
        <w:rPr>
          <w:sz w:val="20"/>
        </w:rPr>
        <w:t>53:03  yeh matlab hai iska. apa, yeh ek sawal bheja hai kashmir se aasim abbasi sahab ne. unhone aapse poocha hai ke roohaniyat kya hai?</w:t>
      </w:r>
      <w:r>
        <w:br/>
      </w:r>
      <w:r>
        <w:rPr>
          <w:sz w:val="20"/>
        </w:rPr>
        <w:t>53:15  is ke bare mein kuch batayein. asal mein ek hai insaan ka physical self aur ek hai spiritual self. body and soul ka majmooa hai insaan.</w:t>
      </w:r>
      <w:r>
        <w:br/>
      </w:r>
      <w:r>
        <w:rPr>
          <w:sz w:val="20"/>
        </w:rPr>
        <w:t>53:25  to hum kya kar rahe hain? body ko to khoob khoob feed karte hain aur soul ko feed nahi karte hain. to isi soul ko jab hum feed karenge, woh isi se hota hai ke Khuda ki baatein karein, Khuda quran padhein, is ko samjhein aur Khuda se taalluq banayein, duaayein karein.</w:t>
      </w:r>
      <w:r>
        <w:br/>
      </w:r>
      <w:r>
        <w:rPr>
          <w:sz w:val="20"/>
        </w:rPr>
        <w:t>53:43  to yeh sab isi mein ghaur o fikr karein. to is se jo hum ko jo is spiritual provision milta hai, spiritual food milta hai, wahi roohaniyat hai.</w:t>
      </w:r>
      <w:r>
        <w:br/>
      </w:r>
      <w:r>
        <w:rPr>
          <w:sz w:val="20"/>
        </w:rPr>
        <w:t>53:55  to humein chahiye ke musalsal is mein apna waqt lagayein, apna dhyan lagayein aur need based life.</w:t>
      </w:r>
      <w:r>
        <w:br/>
      </w:r>
      <w:r>
        <w:rPr>
          <w:sz w:val="20"/>
        </w:rPr>
        <w:t>54:06  jo Maulana keh dete hain: "simple living, high thinking." to bas wahi hum logon ko guzarna hoga, need based life aur baqi tamam waqt jo hai, woh marifat mein guzarna hai.</w:t>
      </w:r>
      <w:r>
        <w:br/>
      </w:r>
      <w:r>
        <w:rPr>
          <w:sz w:val="20"/>
        </w:rPr>
        <w:t>54:18  to yahi roohaniyat hai. to Maulana, woh woh roohaniyat jo tasawwuf wali hai, us ko nahi mante the kyunke woh to sirf hamein extasy tak le jati hai.</w:t>
      </w:r>
      <w:r>
        <w:br/>
      </w:r>
      <w:r>
        <w:rPr>
          <w:sz w:val="20"/>
        </w:rPr>
        <w:t>54:30  woh ek spiritual, ek trance hota hai. isi ko woh roohaniyat samajhte hain. roohaniyat yeh nahi hai. roohaniyat hamein spiritual food, intellectual food jo hamein milta hai, Khuda ki baaton mein ghaur o fikr karne se aur Khuda ki jo nishaniyan kainat mein hain, us mein ghaur o fikr karne se jo spiritual food milta hai, woh us se hamari roohaniyat, yani hamari soul, musalsal taraqqi karti rehti hai.</w:t>
      </w:r>
      <w:r>
        <w:br/>
      </w:r>
      <w:r>
        <w:rPr>
          <w:sz w:val="20"/>
        </w:rPr>
        <w:t>54:56  to woh taraqqi karte karte is mein phir hum ko marifat hasil hone lag jati hai. jaise Hazrat Maryam ke paas jab Hazrat Zakariya aate the to woh kehte the ke tum ko yeh sab rizq kahan se milta hai?</w:t>
      </w:r>
      <w:r>
        <w:br/>
      </w:r>
      <w:r>
        <w:rPr>
          <w:sz w:val="20"/>
        </w:rPr>
        <w:t>55:11  to log samajhte nahi. log samajhte the koi baqayda tafseeron mein likha hua hai ke tray mein phal rakh rakh ke jannat se aate the.</w:t>
      </w:r>
      <w:r>
        <w:br/>
      </w:r>
      <w:r>
        <w:rPr>
          <w:sz w:val="20"/>
        </w:rPr>
        <w:t>55:21  ab aap sochiye ke paighambaron, paighambar bhooka rehta tha, us ke liye to tray mein phal nahi aaye. to Hazrat Maryam ke liye phal aate the.</w:t>
      </w:r>
      <w:r>
        <w:br/>
      </w:r>
      <w:r>
        <w:rPr>
          <w:sz w:val="20"/>
        </w:rPr>
        <w:t>55:29  to balkeh woh spiritual food hota tha. Maulana ne likha hai ke woh spiritual food hota tha. is ko woh kehte the tum ko yeh rizq kahan se milta hai?</w:t>
      </w:r>
      <w:r>
        <w:br/>
      </w:r>
      <w:r>
        <w:rPr>
          <w:sz w:val="20"/>
        </w:rPr>
        <w:t>55:39  to ab woh to full time ibadat mein lagi rehti thi. to jo bhi aisa karega, Allah Ta'ala ko apne tamam bando se equal mohabbat hai.</w:t>
      </w:r>
      <w:r>
        <w:br/>
      </w:r>
      <w:r>
        <w:rPr>
          <w:sz w:val="20"/>
        </w:rPr>
        <w:t>55:49  yeh nahi ke kisi ke liye hai, kisi ke liye nahi hai. to jo bhi Allah ke liye apne aap ko waqf karega, Allah ki baaton ko samajhne ke liye poora dhyan lagayega, to us ko spiritual food milega.</w:t>
      </w:r>
      <w:r>
        <w:br/>
      </w:r>
      <w:r>
        <w:rPr>
          <w:sz w:val="20"/>
        </w:rPr>
        <w:t>56:02  aur wahi jo hai, wahi roohaniyat hai. islam, quraani roohaniyat wahi hai.</w:t>
      </w:r>
      <w:r>
        <w:br/>
      </w:r>
      <w:r>
        <w:rPr>
          <w:sz w:val="20"/>
        </w:rPr>
        <w:t>56:11  saadi zindagi guzarni chahiye. is par ek hadith mujhe yaad aa rahi hai, woh mein sunata hoon: "man ahabb dunya</w:t>
      </w:r>
      <w:r>
        <w:br/>
      </w:r>
      <w:r>
        <w:rPr>
          <w:sz w:val="20"/>
        </w:rPr>
        <w:t>56:23  akhratahu</w:t>
      </w:r>
      <w:r>
        <w:br/>
      </w:r>
      <w:r>
        <w:rPr>
          <w:sz w:val="20"/>
        </w:rPr>
        <w:t>56:26  ma yafqah" ke jo apni dunya ko zyada chahega, woh apni akhirat ko nuqsan pohanchayega. aur jo apni akhirat ko zyada chahega, woh apni dunya ko nuqsan pohanchayega.</w:t>
      </w:r>
      <w:r>
        <w:br/>
      </w:r>
      <w:r>
        <w:rPr>
          <w:sz w:val="20"/>
        </w:rPr>
        <w:t>56:39  to jo hamesha baqi rehni hai, us ko tarjeeh do in cheezon par jo fana hone wali hain, khatam hone wali hain. to rabbaniyat ya rohaniyat, rohaniyat ko hi quran mein rabbaniyat kaha gaya hai.</w:t>
      </w:r>
      <w:r>
        <w:br/>
      </w:r>
      <w:r>
        <w:rPr>
          <w:sz w:val="20"/>
        </w:rPr>
        <w:t>56:51  rabbaniyat yahi cheez hai ke hamara soul concern hona chahiye, akhirat ko yaad karna, akhirat ko tarjeeh dena hona chahiye. ek waqia yaad aata hai hazrat umar r.a. ka, un ki khilafat ke zamane ka waqia hai ke ek sahab gaye aur un ko kafi bura bhala kehne lage, jo galat tha, magar fact nahi tha.</w:t>
      </w:r>
      <w:r>
        <w:br/>
      </w:r>
      <w:r>
        <w:rPr>
          <w:sz w:val="20"/>
        </w:rPr>
        <w:t>57:10  to hazrat umar ko ghussa aaya. to us us waqt wahan par ek aur sahab khade hue the, unhone kaha: "afi ka</w:t>
      </w:r>
      <w:r>
        <w:br/>
      </w:r>
      <w:r>
        <w:rPr>
          <w:sz w:val="20"/>
        </w:rPr>
        <w:t>57:22  mamla kijiye aur jo nadan hai, us se darguzar kijiye." yeh sunna tha ke hazrat umar bilkul thande ho gaye. yahi cheez akhirat ko yaad karna hai.</w:t>
      </w:r>
      <w:r>
        <w:br/>
      </w:r>
      <w:r>
        <w:rPr>
          <w:sz w:val="20"/>
        </w:rPr>
        <w:t>57:32  rohaniyat yahi cheez hai ke jahan hukum aaye ke khuda ka yeh hukum hai, hum bilkul thande ho jayein. hum apne jo jazbat hamare hain, woh thande ho jane chahiye.</w:t>
      </w:r>
      <w:r>
        <w:br/>
      </w:r>
      <w:r>
        <w:rPr>
          <w:sz w:val="20"/>
        </w:rPr>
        <w:t>57:43  asal cheez jo honi chahiye, woh allah aur allah ki yaad aur akhirat ki zindagi honi chahiye hamari. apa, yeh kuch comment parhna chahunga.</w:t>
      </w:r>
      <w:r>
        <w:br/>
      </w:r>
      <w:r>
        <w:rPr>
          <w:sz w:val="20"/>
        </w:rPr>
        <w:t>57:53  yeh comment bheja hai miss sofia akhtar ne. unhone likha hai: "jazak allah khair, aap</w:t>
      </w:r>
      <w:r>
        <w:br/>
      </w:r>
      <w:r>
        <w:rPr>
          <w:sz w:val="20"/>
        </w:rPr>
        <w:t>58:00  a. aap ne hamein akhirat ki yaad dilai. hamein do kaam zaroor karne hain: pehla, zyada se zyada quran samajhna aur doosron tak pohanchana hai.</w:t>
      </w:r>
      <w:r>
        <w:br/>
      </w:r>
      <w:r>
        <w:rPr>
          <w:sz w:val="20"/>
        </w:rPr>
        <w:t>58:12  doosra, positive friendly environment banana hai. allah hamein distract hone se bachayein, hamein aur naseehat karein." yeh comment bheja hai maulana yaqoob umri ne dilli se.</w:t>
      </w:r>
      <w:r>
        <w:br/>
      </w:r>
      <w:r>
        <w:rPr>
          <w:sz w:val="20"/>
        </w:rPr>
        <w:t>58:24  unhone likha hai: "jazak allah, aap</w:t>
      </w:r>
      <w:r>
        <w:br/>
      </w:r>
      <w:r>
        <w:rPr>
          <w:sz w:val="20"/>
        </w:rPr>
        <w:t>58:28  a, for the motivational lecture and making us remember our responsibility towards our self and humanity.</w:t>
      </w:r>
      <w:r>
        <w:br/>
      </w:r>
      <w:r>
        <w:rPr>
          <w:sz w:val="20"/>
        </w:rPr>
        <w:t>58:38  creating dawah friendly environment is the responsibility of every muslim, uh that that he should do." apa, yeh aakhri sawal lena chahunga aaj ka.</w:t>
      </w:r>
    </w:p>
    <w:p>
      <w:pPr>
        <w:pStyle w:val="Heading2"/>
      </w:pPr>
      <w:r>
        <w:t>When Dua Is Not Accepted, Resorting to Dargahs</w:t>
      </w:r>
    </w:p>
    <w:p>
      <w:r>
        <w:rPr>
          <w:color w:val="666666"/>
          <w:sz w:val="18"/>
        </w:rPr>
        <w:t>Spirituality · Divine Help September 22, 2015 · 6m 26s · at 29:50 · https://youtu.be/sozrNCif0Gg?t=1790</w:t>
      </w:r>
    </w:p>
    <w:p>
      <w:r>
        <w:rPr>
          <w:i/>
        </w:rPr>
        <w:t>“Some people link divine help with their duas being accepted. They think if their dua is not accepted, then God is not pleased with them, and many end up going for shortcuts like amulets and even to dargah to get their wish fulfilled. What is your opinion on this?”</w:t>
      </w:r>
    </w:p>
    <w:p>
      <w:r>
        <w:rPr>
          <w:sz w:val="20"/>
        </w:rPr>
        <w:t>29:50  jazak Allah. molana, sawal lena chahenge. yeh sawal bheja hai ahmedabad se muhammad imran sahab ne.</w:t>
      </w:r>
      <w:r>
        <w:br/>
      </w:r>
      <w:r>
        <w:rPr>
          <w:sz w:val="20"/>
        </w:rPr>
        <w:t>30:02  unhone likha hai: "Molana, some people link divine help with their duas being accepted. They think if their dua is not accepted, then God is not pleased with them,</w:t>
      </w:r>
      <w:r>
        <w:br/>
      </w:r>
      <w:r>
        <w:rPr>
          <w:sz w:val="20"/>
        </w:rPr>
        <w:t>30:17  and many end up going for shortcuts like taweez aur even to dargah to get their wish fulfilled." molana, what is your opinion on this?</w:t>
      </w:r>
      <w:r>
        <w:br/>
      </w:r>
      <w:r>
        <w:rPr>
          <w:sz w:val="20"/>
        </w:rPr>
        <w:t>30:32  dekhiye, taweez aur dargah toh bilkul absurd cheezein hain. inka Islam se koi taluq nahi hai. bilkul taluq nahi hai, bilkul taluq nahi hai.</w:t>
      </w:r>
      <w:r>
        <w:br/>
      </w:r>
      <w:r>
        <w:rPr>
          <w:sz w:val="20"/>
        </w:rPr>
        <w:t>30:43  dua jo hai, dua toh Quran se sabit hai, hadith se sabit hai, rasool Allah ki sunnat se sabit hai. dua bohat hi bari</w:t>
      </w:r>
      <w:r>
        <w:br/>
      </w:r>
      <w:r>
        <w:rPr>
          <w:sz w:val="20"/>
        </w:rPr>
        <w:t>30:51  cheez hai. lekin yaad rakhiye, dua fifty-fifty hai. dua ka muamla fifty-fifty hai. yaani aadha kaam aap karte hain, aadha kaam Allah ke hukum se, faisle karte hain.</w:t>
      </w:r>
      <w:r>
        <w:br/>
      </w:r>
      <w:r>
        <w:rPr>
          <w:sz w:val="20"/>
        </w:rPr>
        <w:t>31:11  toh aap agar apna aadha kaam na karein toh kuch bhi hone wala nahi. kuch bhi nahi hoga, kuch bhi nahi.</w:t>
      </w:r>
      <w:r>
        <w:br/>
      </w:r>
      <w:r>
        <w:rPr>
          <w:sz w:val="20"/>
        </w:rPr>
        <w:t>31:21  toh iske maani kya hain? dua shuru hoti hai discovery se, marifat se. sab se pehle aap ko jaanna padta hai ke what is the plan of God Allah ki planning kya hai?</w:t>
      </w:r>
      <w:r>
        <w:br/>
      </w:r>
      <w:r>
        <w:rPr>
          <w:sz w:val="20"/>
        </w:rPr>
        <w:t>31:38  main apne aap ko kahan khada karoon?</w:t>
      </w:r>
      <w:r>
        <w:br/>
      </w:r>
      <w:r>
        <w:rPr>
          <w:sz w:val="20"/>
        </w:rPr>
        <w:t>31:43  apne aap ko kahan khada karoon?</w:t>
      </w:r>
      <w:r>
        <w:br/>
      </w:r>
      <w:r>
        <w:rPr>
          <w:sz w:val="20"/>
        </w:rPr>
        <w:t>31:45  jaise baarish ho rahi hai, aap apne aap ko maidan mein khada karna padega. pahad ki choti par khada hoon toh baarish nahi milegi aap ko.</w:t>
      </w:r>
      <w:r>
        <w:br/>
      </w:r>
      <w:r>
        <w:rPr>
          <w:sz w:val="20"/>
        </w:rPr>
        <w:t>31:57  pahaad ki choti par khade ho jayein aap toh aap ko baarish nahi milegi. aap ko maidan mein khada karna padega, tab baarish milegi.</w:t>
      </w:r>
      <w:r>
        <w:br/>
      </w:r>
      <w:r>
        <w:rPr>
          <w:sz w:val="20"/>
        </w:rPr>
        <w:t>32:07  toh dua ka aaghaz dua ke kalmaat dua se nahi hai, harghiz nahi hai.</w:t>
      </w:r>
      <w:r>
        <w:br/>
      </w:r>
      <w:r>
        <w:rPr>
          <w:sz w:val="20"/>
        </w:rPr>
        <w:t>32:14  dua ka aaghaz hai sab se pehle yeh ek cheez janne ka, iski discovery karne ka ke Allah ki iski options kya hain, Allah ki planning kya hai.</w:t>
      </w:r>
      <w:r>
        <w:br/>
      </w:r>
      <w:r>
        <w:rPr>
          <w:sz w:val="20"/>
        </w:rPr>
        <w:t>32:30  main kaise apne aap ko is mein lagaoon? misaal ke taur par dekhiye, Allah taala ne beeswi sadi mein English zabaan ko international zabaan bana diya.</w:t>
      </w:r>
      <w:r>
        <w:br/>
      </w:r>
      <w:r>
        <w:rPr>
          <w:sz w:val="20"/>
        </w:rPr>
        <w:t>32:44  British Empire ko ek ek aalami empire bana diya. yeh kaha jata tha ke the sun never set in the British Empire toh hum is mein ladne lage.</w:t>
      </w:r>
      <w:r>
        <w:br/>
      </w:r>
      <w:r>
        <w:rPr>
          <w:sz w:val="20"/>
        </w:rPr>
        <w:t>32:58  jaane nahi ke Allah ki planning kya hai. yeh bilkul main samajhta hoon ke jo log lade woh andhe bhare log the. toh aap ko bohat is ko lena chahiye tha ba-taur opportunity ko, na ke ba-taur dushmani ko.</w:t>
      </w:r>
      <w:r>
        <w:br/>
      </w:r>
      <w:r>
        <w:rPr>
          <w:sz w:val="20"/>
        </w:rPr>
        <w:t>33:12  british empire hamari dushman nahi thi, hamari opportunity thi. yani is ne sari dunya mein darwaza khol diya dawat ka.</w:t>
      </w:r>
      <w:r>
        <w:br/>
      </w:r>
      <w:r>
        <w:rPr>
          <w:sz w:val="20"/>
        </w:rPr>
        <w:t>33:22  unhein wahi to laya dunya mein communication, unhi ki zuban mein to communication laya.</w:t>
      </w:r>
      <w:r>
        <w:br/>
      </w:r>
      <w:r>
        <w:rPr>
          <w:sz w:val="20"/>
        </w:rPr>
        <w:t>33:30  to un ke zamane mein Allah ne communication khola, international language paida ki. to doriye is is mawaqe ko avail karne ke liye.</w:t>
      </w:r>
      <w:r>
        <w:br/>
      </w:r>
      <w:r>
        <w:rPr>
          <w:sz w:val="20"/>
        </w:rPr>
        <w:t>33:40  to british empire ka zamana jadeed opportunity ko avail karne ka zamana tha. jo log british ab wahan se lade, mera khayal hai woh bilkul andhe bhare log thay.</w:t>
      </w:r>
      <w:r>
        <w:br/>
      </w:r>
      <w:r>
        <w:rPr>
          <w:sz w:val="20"/>
        </w:rPr>
        <w:t>33:52  kuch unhein pata nahi</w:t>
      </w:r>
      <w:r>
        <w:br/>
      </w:r>
      <w:r>
        <w:rPr>
          <w:sz w:val="20"/>
        </w:rPr>
        <w:t>33:53  tha. khwamkhwah lade. yani apne apne hamiyon se lade. woh to aap ke hami thay, aap ki himayat ke liye nikle thay.</w:t>
      </w:r>
      <w:r>
        <w:br/>
      </w:r>
      <w:r>
        <w:rPr>
          <w:sz w:val="20"/>
        </w:rPr>
        <w:t>34:03  woh jo lad rahe hain, is ko talwar mar rahe hain, is ko pathar mar rahe hain. yeh andha pan hi hai. isi ko kaha gaya hai ke fitna dohama.</w:t>
      </w:r>
      <w:r>
        <w:br/>
      </w:r>
      <w:r>
        <w:rPr>
          <w:sz w:val="20"/>
        </w:rPr>
        <w:t>34:16  fitna dohama jo hai, is ko kaha jata hai ke utter darkness. yeh fitna dohama tha.</w:t>
      </w:r>
      <w:r>
        <w:br/>
      </w:r>
      <w:r>
        <w:rPr>
          <w:sz w:val="20"/>
        </w:rPr>
        <w:t>34:24  phir utter jab mawaqe almi mawaqe khule to musalman utter darkness mein par gaye, andhe pan mein par gaye.</w:t>
      </w:r>
      <w:r>
        <w:br/>
      </w:r>
      <w:r>
        <w:rPr>
          <w:sz w:val="20"/>
        </w:rPr>
        <w:t>34:33  woh lad rahe hain, khwamkhwah lad rahe hain. avail nahi kiya is ko. yani sare almi mawaqe khule hain british empire ke zamane mein.</w:t>
      </w:r>
      <w:r>
        <w:br/>
      </w:r>
      <w:r>
        <w:rPr>
          <w:sz w:val="20"/>
        </w:rPr>
        <w:t>34:43  is ko avail kijiye. ladna kya hai?</w:t>
      </w:r>
      <w:r>
        <w:br/>
      </w:r>
      <w:r>
        <w:rPr>
          <w:sz w:val="20"/>
        </w:rPr>
        <w:t>34:51  molana, kuch aur comments parhna chahein ge.</w:t>
      </w:r>
      <w:r>
        <w:br/>
      </w:r>
      <w:r>
        <w:rPr>
          <w:sz w:val="20"/>
        </w:rPr>
        <w:t>34:54  sajid anwar sahib ne mumbai se likha hai: "Molana, my takeaway from today's lecture is, irrespective of the situation, one always finds himself amidst Dawa opportunities.</w:t>
      </w:r>
      <w:r>
        <w:br/>
      </w:r>
      <w:r>
        <w:rPr>
          <w:sz w:val="20"/>
        </w:rPr>
        <w:t>35:09  What we are required is to avail the same. I rededicate myself for this Dawa mission." doctor naghma siddiqui ne dilli se likha hai:</w:t>
      </w:r>
      <w:r>
        <w:br/>
      </w:r>
      <w:r>
        <w:rPr>
          <w:sz w:val="20"/>
        </w:rPr>
        <w:t>35:22  "It is thrilling to know that all of God's opportunities have been universalized. We just have to open our minds and plan, and the whole world will come to our support." mashallah.</w:t>
      </w:r>
      <w:r>
        <w:br/>
      </w:r>
      <w:r>
        <w:rPr>
          <w:sz w:val="20"/>
        </w:rPr>
        <w:t>35:39  mehtab ahmad sahib ne dhampur se likha hai: "Molana sahib, beshak aap ki baat hundred percent sahi hai.</w:t>
      </w:r>
      <w:r>
        <w:br/>
      </w:r>
      <w:r>
        <w:rPr>
          <w:sz w:val="20"/>
        </w:rPr>
        <w:t>35:48  react na karna se bohat bara benefit milta hai. is ka mujhe khud experience hua. jazak Allah molana sahib." mashallah.</w:t>
      </w:r>
      <w:r>
        <w:br/>
      </w:r>
      <w:r>
        <w:rPr>
          <w:sz w:val="20"/>
        </w:rPr>
        <w:t>36:00  doctor junaid shaikh ne mumbai se likha hai: "Molana, no one except you discovered the concept de-monopolization and outsourcing, which are greatest blessings of God Almighty.</w:t>
      </w:r>
      <w:r>
        <w:br/>
      </w:r>
      <w:r>
        <w:rPr>
          <w:sz w:val="20"/>
        </w:rPr>
        <w:t>36:14  jazak Allah. mashallah.</w:t>
      </w:r>
    </w:p>
    <w:p>
      <w:pPr>
        <w:pStyle w:val="Heading2"/>
      </w:pPr>
      <w:r>
        <w:t>Why people lack repentance?</w:t>
      </w:r>
    </w:p>
    <w:p>
      <w:r>
        <w:rPr>
          <w:color w:val="666666"/>
          <w:sz w:val="18"/>
        </w:rPr>
        <w:t>Spirituality · The Divine Purpose Behind Human Creation October 6, 2024 · 30m 33s · at 27:48 · https://youtu.be/VepgdrN7M2A?t=1668</w:t>
      </w:r>
    </w:p>
    <w:p>
      <w:r>
        <w:rPr>
          <w:i/>
        </w:rPr>
        <w:t>“Why does it happen that people do not feel repentance? Is it due to their egoistic nature or arrogance, or is there a reason that people often do not repent?”</w:t>
      </w:r>
    </w:p>
    <w:p>
      <w:r>
        <w:rPr>
          <w:sz w:val="20"/>
        </w:rPr>
        <w:t>27:48  Aapa, yeh ek sawal aaya hai Lucknow se, Muhammad Asif Khan sahab ne bheja hai. Unhone likha hai ke: "Aapa, aisa kyun hota hai ke logon ke andar repentance nahi aati hai?</w:t>
      </w:r>
      <w:r>
        <w:br/>
      </w:r>
      <w:r>
        <w:rPr>
          <w:sz w:val="20"/>
        </w:rPr>
        <w:t>28:00  Kya woh iske egoistic nature ya arrogance ki wajah se hota hai, ya kya kya kya iska ek reason hai ke log aksar repent nahi karte hain?"</w:t>
      </w:r>
      <w:r>
        <w:br/>
      </w:r>
      <w:r>
        <w:rPr>
          <w:sz w:val="20"/>
        </w:rPr>
        <w:t>28:13  Dekhiye, repentance ka jo jazba hai, woh sab ke andar hota hai. Lekin jaise agar aap ne sabse pehli baar koi galati ki hai to aap ko bahut shadeed ehsas hota hai.</w:t>
      </w:r>
      <w:r>
        <w:br/>
      </w:r>
      <w:r>
        <w:rPr>
          <w:sz w:val="20"/>
        </w:rPr>
        <w:t>28:27  Lekin agar us waqt aap chook jayein aur aap apni galati ko na maane to aindah wahi galati karenge to aap ko itna ehsas nahi hoga.</w:t>
      </w:r>
      <w:r>
        <w:br/>
      </w:r>
      <w:r>
        <w:rPr>
          <w:sz w:val="20"/>
        </w:rPr>
        <w:t>28:36  Aap galati pe galati karte chale jayenge to conscience jo hai, jis ko kehte hain ke murda ho jata hai.</w:t>
      </w:r>
      <w:r>
        <w:br/>
      </w:r>
      <w:r>
        <w:rPr>
          <w:sz w:val="20"/>
        </w:rPr>
        <w:t>28:42  To jaise jaise woh hota hai,</w:t>
      </w:r>
      <w:r>
        <w:br/>
      </w:r>
      <w:r>
        <w:rPr>
          <w:sz w:val="20"/>
        </w:rPr>
        <w:t>28:50  haan, ek hadith hai, ek hadith hai ke agar aadmi baar baar baar baar ghalati karta rehta hai to dil par har ghalati ke waqt agar hum is ki woh na karein, repent na karein to dil par ek dhabbe ki manind ho jata hai.</w:t>
      </w:r>
      <w:r>
        <w:br/>
      </w:r>
      <w:r>
        <w:rPr>
          <w:sz w:val="20"/>
        </w:rPr>
        <w:t>29:05  ji,</w:t>
      </w:r>
      <w:r>
        <w:br/>
      </w:r>
      <w:r>
        <w:rPr>
          <w:sz w:val="20"/>
        </w:rPr>
        <w:t>29:06  to jab aisi musalsal karte rahenge aur ghalati ka ehsaas bhi nahi hoga to poora dil siyah ho jata hai. hmm, yeh literal nahi lenge, hum symbolic hain, lekin hamara dil aisa ho jata hai ke phir hamein ghalati ghalati lagti nahi.</w:t>
      </w:r>
      <w:r>
        <w:br/>
      </w:r>
      <w:r>
        <w:rPr>
          <w:sz w:val="20"/>
        </w:rPr>
        <w:t>29:21  to is liye hamein apne consciousness ko bohat zyada bedaar rakhna padega. agar hum bedaar nahi rakhenge to hum phir aisa lagega ke hamare andar consciousness hai</w:t>
      </w:r>
      <w:r>
        <w:br/>
      </w:r>
      <w:r>
        <w:rPr>
          <w:sz w:val="20"/>
        </w:rPr>
        <w:t>29:35  hi nahi. is ko bedaar, is par mehnat, har kaam pe mehnat karni padti hai. main ek aap ko ek misaal deti hoon, jab main shayad 14, 15 saal ki thi to main apne ek عزیز ke haan gayi.</w:t>
      </w:r>
      <w:r>
        <w:br/>
      </w:r>
      <w:r>
        <w:rPr>
          <w:sz w:val="20"/>
        </w:rPr>
        <w:t>29:48  hamare haan to father koi aisi waisi cheez parhne ke liye kuch hota hi nahi tha. to عزیز ke haan gayi to wahan par ek jasoosi novel rakha hua tha.</w:t>
      </w:r>
      <w:r>
        <w:br/>
      </w:r>
      <w:r>
        <w:rPr>
          <w:sz w:val="20"/>
        </w:rPr>
        <w:t>29:58  hum ne to kabhi novel bhi nahi parha tha.</w:t>
      </w:r>
      <w:r>
        <w:br/>
      </w:r>
      <w:r>
        <w:rPr>
          <w:sz w:val="20"/>
        </w:rPr>
        <w:t>30:01  ab woh dekha to jasoosi novel kahin se sun liya hoga ke jasoosi novel parhne se gunah milta hai. to hum ne jab woh parhna shuru kiya, do chaar page parha hoga, jaise ek dum ghabrahat ho gayi.</w:t>
      </w:r>
      <w:r>
        <w:br/>
      </w:r>
      <w:r>
        <w:rPr>
          <w:sz w:val="20"/>
        </w:rPr>
        <w:t>30:15  phir woh mein ne us ko daba ke rakh diya, kabhi nahi parha us ko. to yeh hota hai pehli baar jo hai na, jazba jo hai, yeh jazba sab ke andar hai.</w:t>
      </w:r>
      <w:r>
        <w:br/>
      </w:r>
      <w:r>
        <w:rPr>
          <w:sz w:val="20"/>
        </w:rPr>
        <w:t>30:23  Allah taala ne sab ke andar yeh jazba paida kiya hua hai, lekin insaan ignore karta hai</w:t>
      </w:r>
      <w:r>
        <w:br/>
      </w:r>
      <w:r>
        <w:rPr>
          <w:sz w:val="20"/>
        </w:rPr>
        <w:t>30:30  is ko. aur is ko kuch, koi bhi dunyavi interest hai, koi bhi wajah hai, aur ya woh nahi kehta, hum nahi mante, koi kuch bhi kehta rahe, hum to apni marzi se, marzi se kaam karenge.</w:t>
      </w:r>
      <w:r>
        <w:br/>
      </w:r>
      <w:r>
        <w:rPr>
          <w:sz w:val="20"/>
        </w:rPr>
        <w:t>30:42  to woh jazba dheere dheere dheere dheere woh khatam ho jata hai. phir kabhi bhi woh agar repentance kare sachay dil se to woh phir woh jazba ubhar aayega.</w:t>
      </w:r>
      <w:r>
        <w:br/>
      </w:r>
      <w:r>
        <w:rPr>
          <w:sz w:val="20"/>
        </w:rPr>
        <w:t>30:51  hmm, hmm, ji,</w:t>
      </w:r>
      <w:r>
        <w:br/>
      </w:r>
      <w:r>
        <w:rPr>
          <w:sz w:val="20"/>
        </w:rPr>
        <w:t>30:53  apa, ek cheez jo aap ne baar baar hi aaj bhi talk mein kahi ke yeh jo poori zindagi hai, yeh test period hai. aur apa, yeh test period hai to isi liye Allah taala ne hum sab ko freedom bhi di hai taake hum kya moral choice lete hain, woh woh dekh sakein.</w:t>
      </w:r>
      <w:r>
        <w:br/>
      </w:r>
      <w:r>
        <w:rPr>
          <w:sz w:val="20"/>
        </w:rPr>
        <w:t>31:12  har ek insaan ko jaancha ja raha hai, isi liye to apa, nature of freedom kya hai? what is the nature of this human freedom? is ke baray mein aap thora aur wazeh karein.</w:t>
      </w:r>
      <w:r>
        <w:br/>
      </w:r>
      <w:r>
        <w:rPr>
          <w:sz w:val="20"/>
        </w:rPr>
        <w:t>31:24  dekhiye, freedom jo hai, ek hai man versus man, aur doosra hai man versus God. to man versus man jo hai, woh hamein full freedom hasil hai us waqt tak jab tak ke hum doosre ko harm na pahunchayein.</w:t>
      </w:r>
      <w:r>
        <w:br/>
      </w:r>
      <w:r>
        <w:rPr>
          <w:sz w:val="20"/>
        </w:rPr>
        <w:t>31:43  to</w:t>
      </w:r>
      <w:r>
        <w:br/>
      </w:r>
      <w:r>
        <w:rPr>
          <w:sz w:val="20"/>
        </w:rPr>
        <w:t>31:44  yeh hamari limit hai, jis ko sab log jante hain. woh qissa, America jab azaad hua to ek aadmi bohat zyada haath waath hilate hue, khushi manate hue ja raha tha.</w:t>
      </w:r>
      <w:r>
        <w:br/>
      </w:r>
      <w:r>
        <w:rPr>
          <w:sz w:val="20"/>
        </w:rPr>
        <w:t>31:55  us ka haath jo hai, kisi ke passer bhai ke nose par lag gaya. ab us ne kaha, yeh kya nonsense hai? us ne kaha, mein to khushi mana raha hoon, celebrate kar raha hoon America ki freedom ko.</w:t>
      </w:r>
      <w:r>
        <w:br/>
      </w:r>
      <w:r>
        <w:rPr>
          <w:sz w:val="20"/>
        </w:rPr>
        <w:t>32:08  to us ne kaha, "your freedom ends where my nose begins." to yeh bohat hi acha tarike se illustrate karta hai ke hamari freedom wahan khatam ho jati hai jahan hum doosre ko harm pahunchayein.</w:t>
      </w:r>
      <w:r>
        <w:br/>
      </w:r>
      <w:r>
        <w:rPr>
          <w:sz w:val="20"/>
        </w:rPr>
        <w:t>32:25  otherwise, hum total sense mein free hain.</w:t>
      </w:r>
      <w:r>
        <w:br/>
      </w:r>
      <w:r>
        <w:rPr>
          <w:sz w:val="20"/>
        </w:rPr>
        <w:t>32:29  to yeh hai. lekin jo Khuda ke sath hai, woh hai ke hum hum free nahi hain. Khuda ke is mein hum hum ko Khuda ke hukum ka paband reh kar is duniya mein zindagi guzarna hai, kyunke yeh duniya jo hai, Khuda ki banayi hui hai, hamari banayi hui nahi hai.</w:t>
      </w:r>
      <w:r>
        <w:br/>
      </w:r>
      <w:r>
        <w:rPr>
          <w:sz w:val="20"/>
        </w:rPr>
        <w:t>32:49  hamein aisa mehsoos hota hai ke yeh hamara ghar hai, yeh hamara shehar hai, yeh hamara mulk hai, sab kuch hamara hai, yeh hamari fam</w:t>
      </w:r>
      <w:r>
        <w:br/>
      </w:r>
      <w:r>
        <w:rPr>
          <w:sz w:val="20"/>
        </w:rPr>
        <w:t>32:57  ily hai. woh aisa Allah ne har cheez ko aise veil of doubt mein rakha hua hai ke hamein lagta hai yahan hum bilkul azaad hain, lekin aisa hai nahi, sab kuch Khuda ke haath mein hai.</w:t>
      </w:r>
      <w:r>
        <w:br/>
      </w:r>
      <w:r>
        <w:rPr>
          <w:sz w:val="20"/>
        </w:rPr>
        <w:t>33:10  to jab freedom, jab Allah taala ne sari cheezein di hain, isi tarike se freedom hai Allah ka gift. to jab gift hota hai to aap jante hain, us ke sath responsibility hoti hai.</w:t>
      </w:r>
      <w:r>
        <w:br/>
      </w:r>
      <w:r>
        <w:rPr>
          <w:sz w:val="20"/>
        </w:rPr>
        <w:t>33:23  to yahi responsibility hai ke hum freedom ko khuda ke hukum ke mutabiq is ko istemal karen.</w:t>
      </w:r>
      <w:r>
        <w:br/>
      </w:r>
      <w:r>
        <w:rPr>
          <w:sz w:val="20"/>
        </w:rPr>
        <w:t>33:32  aur is ke liye Allah taala ne do do tarike se insan ki in ko safeguard kiya hai. ek to hamare andar hi consciousness rakh diya hai,</w:t>
      </w:r>
      <w:r>
        <w:br/>
      </w:r>
      <w:r>
        <w:rPr>
          <w:sz w:val="20"/>
        </w:rPr>
        <w:t>33:42  humein pata chalta hai jab dekhiye, doosra koi ghalati karta hai to humein foran pata chal jata hai ke yeh aadmi galat kaam kar raha hai. aur wahi ghalati hum karenge to humein, hum hum humein apni apni desire itni zyada hain hamari ke hum kehte hain, hamara jee chah raha hai to hum kar rahe hain.</w:t>
      </w:r>
      <w:r>
        <w:br/>
      </w:r>
      <w:r>
        <w:rPr>
          <w:sz w:val="20"/>
        </w:rPr>
        <w:t>34:02  ek baar Maulana, ek pehle aap jante hain, kitabat hath se ki jati thi. ji,</w:t>
      </w:r>
      <w:r>
        <w:br/>
      </w:r>
      <w:r>
        <w:rPr>
          <w:sz w:val="20"/>
        </w:rPr>
        <w:t>34:09  to woh is ke liye kabhi kabhi Maulana koi ek amjad katib the, to un ki thori zyada umar thi, to abba kabhi kabhi un ke paas jate the.</w:t>
      </w:r>
      <w:r>
        <w:br/>
      </w:r>
      <w:r>
        <w:rPr>
          <w:sz w:val="20"/>
        </w:rPr>
        <w:t>34:18  to dekha, un ke haan ke un ki chhat par kisi ka bachcha patang uda raha tha. ab woh kehne lage ke dekhiye, chhat pe patang uda raha hai, gir jaye, yeh ho jaye, woh ho jaye, kitna galat kaam hai.</w:t>
      </w:r>
      <w:r>
        <w:br/>
      </w:r>
      <w:r>
        <w:rPr>
          <w:sz w:val="20"/>
        </w:rPr>
        <w:t>34:32  phir Maulana kehte hain ke phir un ka bachcha aaya aur unhone patang nikali aur ja ke udane laga. aur woh kuch nahi, us ko kaha, khush ho rahe hain.</w:t>
      </w:r>
      <w:r>
        <w:br/>
      </w:r>
      <w:r>
        <w:rPr>
          <w:sz w:val="20"/>
        </w:rPr>
        <w:t>34:42  ji, to yeh hai ke apna to samajh mein hi nahi aata aur doosre ka samajh mein aata hai. is ka matlab hamare andar woh ehsas hai na ke kya galat hai, kya sahi hai.</w:t>
      </w:r>
      <w:r>
        <w:br/>
      </w:r>
      <w:r>
        <w:rPr>
          <w:sz w:val="20"/>
        </w:rPr>
        <w:t>34:52  ji, to humein is ehsas ko bidaar karna hai, is ko ehsas ko jala dena hai, tabhi hum samajh sakenge kya galat hai, kya sahi hai.</w:t>
      </w:r>
      <w:r>
        <w:br/>
      </w:r>
      <w:r>
        <w:rPr>
          <w:sz w:val="20"/>
        </w:rPr>
        <w:t>35:01  to</w:t>
      </w:r>
      <w:r>
        <w:br/>
      </w:r>
      <w:r>
        <w:rPr>
          <w:sz w:val="20"/>
        </w:rPr>
        <w:t>35:02  is ke liye bohat kuch karna padta hai, ghor o fikr karna Quran o hadith mein aur learning karna har ek se.</w:t>
      </w:r>
      <w:r>
        <w:br/>
      </w:r>
      <w:r>
        <w:rPr>
          <w:sz w:val="20"/>
        </w:rPr>
        <w:t>35:11  doosra kya kaam karta hai? kis ne? Aristotle ne, Plato ne, kis ne kaha tha ke tum ne adab kis adab kahan se seekha?</w:t>
      </w:r>
      <w:r>
        <w:br/>
      </w:r>
      <w:r>
        <w:rPr>
          <w:sz w:val="20"/>
        </w:rPr>
        <w:t>35:20  to us ne kaha, be adabon se. matlab jab aap dekhte hain ke koi kaam galat kar raha hai to aap foran aap ke dimagh mein aata hai na ke yeh kaam aise hum nahi karenge.</w:t>
      </w:r>
      <w:r>
        <w:br/>
      </w:r>
      <w:r>
        <w:rPr>
          <w:sz w:val="20"/>
        </w:rPr>
        <w:t>35:29  ji, kitna galat woh kaam kar raha hai. to</w:t>
      </w:r>
      <w:r>
        <w:br/>
      </w:r>
      <w:r>
        <w:rPr>
          <w:sz w:val="20"/>
        </w:rPr>
        <w:t>35:32  yeh hai. to hamare dil o dimagh mein Allah ne sab kuch humein de kar bheja hai. kehte hain ke DNA mein sab kuch hai siwaye maut ke.</w:t>
      </w:r>
      <w:r>
        <w:br/>
      </w:r>
      <w:r>
        <w:rPr>
          <w:sz w:val="20"/>
        </w:rPr>
        <w:t>35:42  ji, ke maut kab hamari aayegi, is ke ilawa sab kuch hai. to yeh bhi hai ke hum Khuda ke aage hum surrender karen aur Khuda ke ke marzi ke mutabiq is duniya mein zindagi guzaren.</w:t>
      </w:r>
      <w:r>
        <w:br/>
      </w:r>
      <w:r>
        <w:rPr>
          <w:sz w:val="20"/>
        </w:rPr>
        <w:t>35:55  yeh to hamare andar hi hai.</w:t>
      </w:r>
      <w:r>
        <w:br/>
      </w:r>
      <w:r>
        <w:rPr>
          <w:sz w:val="20"/>
        </w:rPr>
        <w:t>35:57  doosre yeh hai ke peghambar Allah taala ne barabar bheje, woh batate rahe. ji, to is wajah se hidayat mein Allah ne koi kami nahi ki hai.</w:t>
      </w:r>
      <w:r>
        <w:br/>
      </w:r>
      <w:r>
        <w:rPr>
          <w:sz w:val="20"/>
        </w:rPr>
        <w:t>36:08  hmm, hmm, jo kami hai woh yeh hai ke hum baton ko samajhna hi nahi chahte hain. to bas farq yeh hai ke kainat mein aur insan mein ke kainat jo hai, woh compulsorily is ko submit karna hai, is ke aage koi doosra option nahi</w:t>
      </w:r>
      <w:r>
        <w:br/>
      </w:r>
      <w:r>
        <w:rPr>
          <w:sz w:val="20"/>
        </w:rPr>
        <w:t>36:25  hai. Allah ne poori kainat ko jis tarike se set kar diya hai, woh isi tarike se billions and billions saal se woh chal rahi hai. woh is ko azadi ka koi ijazat nahi hai.</w:t>
      </w:r>
      <w:r>
        <w:br/>
      </w:r>
      <w:r>
        <w:rPr>
          <w:sz w:val="20"/>
        </w:rPr>
        <w:t>36:38  all planets orbit the sun. ab yeh nahi ke woh planets jo hain, jo hamare solar system mein planet hain, woh idhar udhar bhag jayen. woh isi tarike se orbit karte rahenge jis tarike se Allah taala ne un ko set kar diya hai.</w:t>
      </w:r>
      <w:r>
        <w:br/>
      </w:r>
      <w:r>
        <w:rPr>
          <w:sz w:val="20"/>
        </w:rPr>
        <w:t>36:52  ji,</w:t>
      </w:r>
      <w:r>
        <w:br/>
      </w:r>
      <w:r>
        <w:rPr>
          <w:sz w:val="20"/>
        </w:rPr>
        <w:t>36:54  to aur doosri yeh cheez hai, hum ko nature jo hai, yeh hamari learning ke liye hai ke nature mein har cheez jo hai, profitability ke usool par chal rahi hai.</w:t>
      </w:r>
      <w:r>
        <w:br/>
      </w:r>
      <w:r>
        <w:rPr>
          <w:sz w:val="20"/>
        </w:rPr>
        <w:t>37:06  har cheez humein peed humein saya de raha hai, phal de raha hai, pahad hain, un ke upar barf jamti hai, woh hum sare sare saal is pani ko hum peete hain jab woh garam ho ke darya mein aata hai.</w:t>
      </w:r>
      <w:r>
        <w:br/>
      </w:r>
      <w:r>
        <w:rPr>
          <w:sz w:val="20"/>
        </w:rPr>
        <w:t>37:19  to</w:t>
      </w:r>
      <w:r>
        <w:br/>
      </w:r>
      <w:r>
        <w:rPr>
          <w:sz w:val="20"/>
        </w:rPr>
        <w:t>37:20  phir chand hai, raat ko hamein roshni de raha hai, thandi hawaein hain, dunya ki har cheez, woh sab profitability par chalte hain, koi hamein harm nahi pohanchata hai.</w:t>
      </w:r>
      <w:r>
        <w:br/>
      </w:r>
      <w:r>
        <w:rPr>
          <w:sz w:val="20"/>
        </w:rPr>
        <w:t>37:30  to hamein isi tarike se har taraf se learning karni hai, rozana balkeh hamein kuch aisi learning karni chahiye ke hum jab raat ko soyein to hum sochein ke aaj hamari kya learning</w:t>
      </w:r>
      <w:r>
        <w:br/>
      </w:r>
      <w:r>
        <w:rPr>
          <w:sz w:val="20"/>
        </w:rPr>
        <w:t>37:43  hui hai, chahe woh quran hadith se ho, chahe woh in apne jo personal experiences hote hain, logon se mulaqatein hoti hain.</w:t>
      </w:r>
      <w:r>
        <w:br/>
      </w:r>
      <w:r>
        <w:rPr>
          <w:sz w:val="20"/>
        </w:rPr>
        <w:t>37:52  to jaise Maulana the, koi bhi aata tha, foran puchte the, aur koi koi bataiye, kuch kya puchte the?</w:t>
      </w:r>
      <w:r>
        <w:br/>
      </w:r>
      <w:r>
        <w:rPr>
          <w:sz w:val="20"/>
        </w:rPr>
        <w:t>38:00  ji, koi aap apna experience bataein, experience bataiye. is experience se unko kai baatein aisi mil jati thi ke usko phir woh likhte the.</w:t>
      </w:r>
      <w:r>
        <w:br/>
      </w:r>
      <w:r>
        <w:rPr>
          <w:sz w:val="20"/>
        </w:rPr>
        <w:t>38:09  ji</w:t>
      </w:r>
      <w:r>
        <w:br/>
      </w:r>
      <w:r>
        <w:rPr>
          <w:sz w:val="20"/>
        </w:rPr>
        <w:t>38:10  haan, to woh bilkul jo bhi woh likhte the, woh imaginary nahi hota tha, kahani nahi hoti thi, balkeh real zindagi ke waqiat hote the, isi ko woh likhte the.</w:t>
      </w:r>
      <w:r>
        <w:br/>
      </w:r>
      <w:r>
        <w:rPr>
          <w:sz w:val="20"/>
        </w:rPr>
        <w:t>38:21  to insan ko submit karna hai by choice, kyun? by choice submit karega, tabhi usko reward milega, aur reward hai bohat hi qeemti, woh hai jannat.</w:t>
      </w:r>
      <w:r>
        <w:br/>
      </w:r>
      <w:r>
        <w:rPr>
          <w:sz w:val="20"/>
        </w:rPr>
        <w:t>38:32  to hamein Khuda ke aage apne aap ko surrender karna hai by choi</w:t>
      </w:r>
      <w:r>
        <w:br/>
      </w:r>
      <w:r>
        <w:rPr>
          <w:sz w:val="20"/>
        </w:rPr>
        <w:t>38:37  ce. ji, aur apa, ek cheez aur bhi jo maine Maulana se seekhi, isi element of freedom ko le kar ke insan har bari aisa hota hai ke is mein koi exception nahi hai ke he faces, he or she faces difficult situations, negative situations, challenging,</w:t>
      </w:r>
      <w:r>
        <w:br/>
      </w:r>
      <w:r>
        <w:rPr>
          <w:sz w:val="20"/>
        </w:rPr>
        <w:t>38:55  ah, they experience loss. ah, but Allah taala yeh nahi dekh rahe ke woh kis situation mein hain. Allah taala sirf unka concern yeh hai ke is ka response kya hai aisi situ</w:t>
      </w:r>
      <w:r>
        <w:br/>
      </w:r>
      <w:r>
        <w:rPr>
          <w:sz w:val="20"/>
        </w:rPr>
        <w:t>39:06  ation mein. to circumstances is not, is not the main thing. the response that a person gives in that situation, that is the most important thing.</w:t>
      </w:r>
      <w:r>
        <w:br/>
      </w:r>
      <w:r>
        <w:rPr>
          <w:sz w:val="20"/>
        </w:rPr>
        <w:t>39:15  aur yahin pe aap ka jo freedom, jo aap ka nature of freedom hai, that comes at work ke aap kis tarike se apne freedom ko use karte hain.</w:t>
      </w:r>
      <w:r>
        <w:br/>
      </w:r>
      <w:r>
        <w:rPr>
          <w:sz w:val="20"/>
        </w:rPr>
        <w:t>39:24  to apa, main soch raha tha isi baat ke Maulana ki is baat ko le kar</w:t>
      </w:r>
      <w:r>
        <w:br/>
      </w:r>
      <w:r>
        <w:rPr>
          <w:sz w:val="20"/>
        </w:rPr>
        <w:t>39:29  , to main apne aap ko hi samjha raha tha ke jaise agar mere paas agar koi bicycle hai aur mere paas the only wealth is 500 rupee note, and somebody comes snatches away my bicycle, takes away my 500 rupee note, and also says some ill words, hurts me emotionally.</w:t>
      </w:r>
      <w:r>
        <w:br/>
      </w:r>
      <w:r>
        <w:rPr>
          <w:sz w:val="20"/>
        </w:rPr>
        <w:t>39:46  lekin is time pe he Allah taala ne yeh rakha hua hai ke agar mera response positive rahega to mujhe bicycle ki bajaye he has probably kept a full loaded private jet, and maybe trillions of dollars.</w:t>
      </w:r>
      <w:r>
        <w:br/>
      </w:r>
      <w:r>
        <w:rPr>
          <w:sz w:val="20"/>
        </w:rPr>
        <w:t>39:58  but that is not in this world, it is in the hereafter. the everything that depends is ke main kaise respond karta hoon apni freedom ko le kar is situation mein.</w:t>
      </w:r>
      <w:r>
        <w:br/>
      </w:r>
      <w:r>
        <w:rPr>
          <w:sz w:val="20"/>
        </w:rPr>
        <w:t>40:09  woh bohat ek important aspect bhi hai. apa,</w:t>
      </w:r>
      <w:r>
        <w:br/>
      </w:r>
      <w:r>
        <w:rPr>
          <w:sz w:val="20"/>
        </w:rPr>
        <w:t>40:14  apa, agle sawal ki taraf chalte hain. jaisa ke apa, aap jante hain ke ek lakh 24 hazar payghambar aaye, aur jo final payghambar the woh Prophet Muhammad sallallahu alaihi wasallam the.</w:t>
      </w:r>
      <w:r>
        <w:br/>
      </w:r>
      <w:r>
        <w:rPr>
          <w:sz w:val="20"/>
        </w:rPr>
        <w:t>40:25  to apa, main chahunga ke thoda unka jo ek prime message tha for humanity, us ko le kar aap kuch bataein.</w:t>
      </w:r>
      <w:r>
        <w:br/>
      </w:r>
      <w:r>
        <w:rPr>
          <w:sz w:val="20"/>
        </w:rPr>
        <w:t>40:36  insan ko Allah taala ne paida kiya to koi bohat azeem maqsad raha hoga, kyunke itni bari kainat, solar system, earth, is mein sara life support system, phir farishtey itne zyada Allah ne yahan bheje insano ki madad ke liye.</w:t>
      </w:r>
      <w:r>
        <w:br/>
      </w:r>
      <w:r>
        <w:rPr>
          <w:sz w:val="20"/>
        </w:rPr>
        <w:t>40:56  to koi bohat bara maqsad hoga, to isi maqsad ko hamein samajhna hai.</w:t>
      </w:r>
      <w:r>
        <w:br/>
      </w:r>
      <w:r>
        <w:rPr>
          <w:sz w:val="20"/>
        </w:rPr>
        <w:t>41:02  yeh Maulana ne apni kitab, kitab marifat mein is par kafi likha hai. to Allah taala chahte hain ke yahan par ek ek tehzeeb, jis ko rabbani tehzeeb keh sakte hain, ek tehzeeb banaein.</w:t>
      </w:r>
      <w:r>
        <w:br/>
      </w:r>
      <w:r>
        <w:rPr>
          <w:sz w:val="20"/>
        </w:rPr>
        <w:t>41:19  insan to actually Allah ne har cheez yahan potential form mein rakhi hui hai. tamam cheezein potential form mein hain, us ko hamein discover karna hai.</w:t>
      </w:r>
      <w:r>
        <w:br/>
      </w:r>
      <w:r>
        <w:rPr>
          <w:sz w:val="20"/>
        </w:rPr>
        <w:t>41:31  to jo jo bhi science ki bhi jo discoveries hui hain, woh koi invention nahi thi, balkeh sab kuch isi duniya mein tha. us ko scientists ne bohat zyada mehnat kar ke us ko discover kiya aur itni poori ek tehzeeb bana dali.</w:t>
      </w:r>
      <w:r>
        <w:br/>
      </w:r>
      <w:r>
        <w:rPr>
          <w:sz w:val="20"/>
        </w:rPr>
        <w:t>41:46  tu woh thi material tehz</w:t>
      </w:r>
      <w:r>
        <w:br/>
      </w:r>
      <w:r>
        <w:rPr>
          <w:sz w:val="20"/>
        </w:rPr>
        <w:t>41:48  eeb. isi tareeqay say Allah taala chahtay hain aik divine tehzeeb banai jaye. tu divine tehzeeb ki shuruaat tu yahan hogi, lekin yeh tehzeeb jo hai, is ka marifat ka safar jo hai, yeh akhirat tak chalta rahega.</w:t>
      </w:r>
      <w:r>
        <w:br/>
      </w:r>
      <w:r>
        <w:rPr>
          <w:sz w:val="20"/>
        </w:rPr>
        <w:t>42:04  log samajhtay hain akhirat mein bas hum log sofe pe bethay huay khate peetay rahengay. tu aisa nahi hai. Maulana nay bataya</w:t>
      </w:r>
      <w:r>
        <w:br/>
      </w:r>
      <w:r>
        <w:rPr>
          <w:sz w:val="20"/>
        </w:rPr>
        <w:t>42:11  keh wahan poora marifat ka safar jo yahan hai, yahan tu beginning hai, aur akhirat mein yeh safar musalsal without any limitation wahan chalta rahega, aur wahin par culmination hoga, wahin par mukammal hoga.</w:t>
      </w:r>
      <w:r>
        <w:br/>
      </w:r>
      <w:r>
        <w:rPr>
          <w:sz w:val="20"/>
        </w:rPr>
        <w:t>42:26  tu is kay liye Allah taala nay do level par kaam kiya. aik tu insaan kay andar sari cheezain rakh dain.</w:t>
      </w:r>
      <w:r>
        <w:br/>
      </w:r>
      <w:r>
        <w:rPr>
          <w:sz w:val="20"/>
        </w:rPr>
        <w:t>42:35  us nay insaan samajhta hai keh sahi kiya hai, ghul</w:t>
      </w:r>
      <w:r>
        <w:br/>
      </w:r>
      <w:r>
        <w:rPr>
          <w:sz w:val="20"/>
        </w:rPr>
        <w:t>42:39  at kiya hai, woh will fully galat kaam karta hai. aisa koi bhi nahi hai, woh na samjhay keh yeh galat kaam hai. kitnay bhi dako hi achahay hon, woh dako bhi janta hai keh mein galat kaam kar raha hoon.</w:t>
      </w:r>
      <w:r>
        <w:br/>
      </w:r>
      <w:r>
        <w:rPr>
          <w:sz w:val="20"/>
        </w:rPr>
        <w:t>42:52  tu is ka matlab hai keh is kay andar bhi yeh baat hai. sab ko wahi dil diya gaya hai keh woh sab sab sab kuch samajhta hai. tu aadmi jaan boojh kar ghalti karega aur maafi nahi mangay ga, tu us ko phir Khuda ki madad nahi milegi.</w:t>
      </w:r>
      <w:r>
        <w:br/>
      </w:r>
      <w:r>
        <w:rPr>
          <w:sz w:val="20"/>
        </w:rPr>
        <w:t>43:10  aur baghair Khuda ki madad kay, farishton ki madad kay, hum is spiritual journey mein agay nahi barh saktay hain.</w:t>
      </w:r>
      <w:r>
        <w:br/>
      </w:r>
      <w:r>
        <w:rPr>
          <w:sz w:val="20"/>
        </w:rPr>
        <w:t>43:19  tu Allah taala nay kabhi bhi insaanon ko baghair guidance kay nahi chora. Hazrat Adam, jo keh pehlay peghambar thay, woh pehlay insaan thay.</w:t>
      </w:r>
      <w:r>
        <w:br/>
      </w:r>
      <w:r>
        <w:rPr>
          <w:sz w:val="20"/>
        </w:rPr>
        <w:t>43:31  unhi ko Allah taala nay pehla peghambar bhi bana diya. phir insaan kiya hai? dunya bohat attractive hai.</w:t>
      </w:r>
      <w:r>
        <w:br/>
      </w:r>
      <w:r>
        <w:rPr>
          <w:sz w:val="20"/>
        </w:rPr>
        <w:t>43:39  tu dunya kay say itna us ko attract woh hota hai keh woh sab bhool jata hai akhirat ki baatein, peghambaron ki baatein tu bhool jata hai.</w:t>
      </w:r>
      <w:r>
        <w:br/>
      </w:r>
      <w:r>
        <w:rPr>
          <w:sz w:val="20"/>
        </w:rPr>
        <w:t>43:50  is wajah say bar bar Allah nay peghambar bhijwaye. ab is zamanay mein tu koi press waghera ka daur nahi tha keh koi cheez jo hai woh mehfooz reh sakay.</w:t>
      </w:r>
      <w:r>
        <w:br/>
      </w:r>
      <w:r>
        <w:rPr>
          <w:sz w:val="20"/>
        </w:rPr>
        <w:t>44:00  bas by by by word of mouth chalta tha.</w:t>
      </w:r>
      <w:r>
        <w:br/>
      </w:r>
      <w:r>
        <w:rPr>
          <w:sz w:val="20"/>
        </w:rPr>
        <w:t>44:03  peghambar kay janay kay baad do char naslon tak woh rehta tha. phir log bhool jatay thay kyunkeh woh apni marzi kay mutabiq, apnay desires kay mutabiq woh chaltay thay.</w:t>
      </w:r>
      <w:r>
        <w:br/>
      </w:r>
      <w:r>
        <w:rPr>
          <w:sz w:val="20"/>
        </w:rPr>
        <w:t>44:13  aur kab bhooltay na bhi hon tu sirf form reh jata tha. spirit ghayab ho jati thi. tu peghambar tu aik lakh 24 hazar aaye, lekin 25 baray baray peghambaron ka zikr Quran mein aaya hai.</w:t>
      </w:r>
      <w:r>
        <w:br/>
      </w:r>
      <w:r>
        <w:rPr>
          <w:sz w:val="20"/>
        </w:rPr>
        <w:t>44:29  tu peghambar ka jo sab say bara paigham hota tha, woh tauheed ka paigham hota tha keh Khuda aik hai, Khuda kay sath shirk nahi karna hai, usi ki ibadat karni hai.</w:t>
      </w:r>
      <w:r>
        <w:br/>
      </w:r>
      <w:r>
        <w:rPr>
          <w:sz w:val="20"/>
        </w:rPr>
        <w:t>44:42  aur baqi jo hai, dunya mein jo bhi kaam karo, woh Khuda ki marzi kay mutabiq kaam karna hai. jaisay moti moti is zamanay mein bas yahi tha: jhoot nahi bolna, chori nahi karna, kisi ka maal nahi khana hai.</w:t>
      </w:r>
      <w:r>
        <w:br/>
      </w:r>
      <w:r>
        <w:rPr>
          <w:sz w:val="20"/>
        </w:rPr>
        <w:t>44:56  yeh sari jo hain</w:t>
      </w:r>
      <w:r>
        <w:br/>
      </w:r>
      <w:r>
        <w:rPr>
          <w:sz w:val="20"/>
        </w:rPr>
        <w:t>44:58  tu is tarah ki baatein har aadmi kay dil mein hi hain keh hum yeh galat hain. lekin mazeed is ko taqviyat dainay kay liye Allah taala nay peghambar bhijwaye.</w:t>
      </w:r>
      <w:r>
        <w:br/>
      </w:r>
      <w:r>
        <w:rPr>
          <w:sz w:val="20"/>
        </w:rPr>
        <w:t>45:09  tu lekin woh itna ziyada woh daur tha nature worship ka keh har numayan cheez dekhiye. science kay daur say pehlay insaan kuch samajhta hi nahi tha.</w:t>
      </w:r>
      <w:r>
        <w:br/>
      </w:r>
      <w:r>
        <w:rPr>
          <w:sz w:val="20"/>
        </w:rPr>
        <w:t>45:21  bijli karkti thi tu woh samajhtay thay keh devta ghusay ho gaye hain.</w:t>
      </w:r>
      <w:r>
        <w:br/>
      </w:r>
      <w:r>
        <w:rPr>
          <w:sz w:val="20"/>
        </w:rPr>
        <w:t>45:24  woh yeh science kay daur say pehlay ka phenomenon hai. aur suraj, Maulana nay bataya keh jab yahan sehra mein suraj itnay ab o taab say niklta hai keh woh sach much lagta hai keh koi devta hi hai,</w:t>
      </w:r>
      <w:r>
        <w:br/>
      </w:r>
      <w:r>
        <w:rPr>
          <w:sz w:val="20"/>
        </w:rPr>
        <w:t>45:39  tu unhon nay dekha tha. tu log kehtay thay: "haza rabbi, haza akbar, yahi mera rab hai, yeh tu bohat bara hai." woh tu Hazrat Ibrahim nay kaha keh "yeh mera rab kaisay ho sakta hai jo jo chup jaye?</w:t>
      </w:r>
      <w:r>
        <w:br/>
      </w:r>
      <w:r>
        <w:rPr>
          <w:sz w:val="20"/>
        </w:rPr>
        <w:t>45:53  hmm, mera rab aisa thori hai keh thori dair rahega, thori dair kay baad ghayab ho jayega." tu isi tareeqay say suraj, chand, darya, pahar, peir, janwar, har cheez ko pooja jata tha.</w:t>
      </w:r>
      <w:r>
        <w:br/>
      </w:r>
      <w:r>
        <w:rPr>
          <w:sz w:val="20"/>
        </w:rPr>
        <w:t>46:05  woh yeh samajhte thay nature mein koi mysterious force hai aur us ko poojne se hamari qismat badalti hai, badalti hai, bigadti hai.</w:t>
      </w:r>
      <w:r>
        <w:br/>
      </w:r>
      <w:r>
        <w:rPr>
          <w:sz w:val="20"/>
        </w:rPr>
        <w:t>46:16  agar woh naraz ho jayen, aap jante hain, pehle chechak hota tha toh uska ilaaj nahi hota tha. samajhte thay koi devi devta hain aur woh naraz ho gayi hain, is liye bimari hai.</w:t>
      </w:r>
      <w:r>
        <w:br/>
      </w:r>
      <w:r>
        <w:rPr>
          <w:sz w:val="20"/>
        </w:rPr>
        <w:t>46:25  woh bechare ko bhooka maar dalte thay.</w:t>
      </w:r>
      <w:r>
        <w:br/>
      </w:r>
      <w:r>
        <w:rPr>
          <w:sz w:val="20"/>
        </w:rPr>
        <w:t>46:28  yeh toh baad mein kuch toh kaam musalmanon ne kiya tha. is par kitaab bhi likhi thi. isi ko parhne ke baad ek Edward Jenner thay, unhon ne teeka banaya.</w:t>
      </w:r>
      <w:r>
        <w:br/>
      </w:r>
      <w:r>
        <w:rPr>
          <w:sz w:val="20"/>
        </w:rPr>
        <w:t>46:41  phir woh teeka diya jaane laga aur aise mein is ko aur zyada acha khana khilana chahiye. ji, ab woh hum is ko kuch nahi dete thay ke devi naraz ho jayegi.</w:t>
      </w:r>
      <w:r>
        <w:br/>
      </w:r>
      <w:r>
        <w:rPr>
          <w:sz w:val="20"/>
        </w:rPr>
        <w:t>46:51  toh yeh sab dekhiye, science se pehle ki baatein</w:t>
      </w:r>
      <w:r>
        <w:br/>
      </w:r>
      <w:r>
        <w:rPr>
          <w:sz w:val="20"/>
        </w:rPr>
        <w:t>46:54  thin. insaan kisi cheez ko explain kar nahi pata tha toh inhi inhi terms mein sochta tha. woh itna darte thay in cheezon se kyunke woh samajhte thay mysterious force hai is ke andar.</w:t>
      </w:r>
      <w:r>
        <w:br/>
      </w:r>
      <w:r>
        <w:rPr>
          <w:sz w:val="20"/>
        </w:rPr>
        <w:t>47:08  toh Hazrat Ibrahim se kehte thay aur doosre paighambaron se bhi unhon ne yahi kaha ke "agar tum ne is ko kuch bura bhala kaha toh tum andhe ho jaoge, pagal ho jaoge, barbaad ho</w:t>
      </w:r>
      <w:r>
        <w:br/>
      </w:r>
      <w:r>
        <w:rPr>
          <w:sz w:val="20"/>
        </w:rPr>
        <w:t>47:18  jaoge." toh woh darte thay ke agar aisa un ko hum ne nahi, un ko due respect diya toh hamara yeh sab ho jayega.</w:t>
      </w:r>
      <w:r>
        <w:br/>
      </w:r>
      <w:r>
        <w:rPr>
          <w:sz w:val="20"/>
        </w:rPr>
        <w:t>47:27  toh yeh hai. toh isi liye Hazrat Ibrahim ne Iraq ko chhod diya kyunke wahan ke log manne wale nahi thay.</w:t>
      </w:r>
      <w:r>
        <w:br/>
      </w:r>
      <w:r>
        <w:rPr>
          <w:sz w:val="20"/>
        </w:rPr>
        <w:t>47:35  ab masla kya ho gaya tha ke shirk jo hai is mein ek nexus ho gaya tha ke ab hum toh mante hi thay, ab badshah log manne lagay.</w:t>
      </w:r>
      <w:r>
        <w:br/>
      </w:r>
      <w:r>
        <w:rPr>
          <w:sz w:val="20"/>
        </w:rPr>
        <w:t>47:44  kyunke is ki wajah se kya tha ke har badai ko yeh log devi devta maan lete thay. toh woh, woh bhi badshah bhi bada hota tha na, toh un ko devi devta ka darja de dete thay.</w:t>
      </w:r>
      <w:r>
        <w:br/>
      </w:r>
      <w:r>
        <w:rPr>
          <w:sz w:val="20"/>
        </w:rPr>
        <w:t>47:57  toh hamare bhagwan</w:t>
      </w:r>
      <w:r>
        <w:br/>
      </w:r>
      <w:r>
        <w:rPr>
          <w:sz w:val="20"/>
        </w:rPr>
        <w:t>47:58  hain. toh is wajah se badshahon ko yeh mauqa mil jata tha awam par hukoomat karne ka. awam woh achi policy chalayen, galat chalayen, awam is in ko kuch keh nahi sakte thay.</w:t>
      </w:r>
      <w:r>
        <w:br/>
      </w:r>
      <w:r>
        <w:rPr>
          <w:sz w:val="20"/>
        </w:rPr>
        <w:t>48:10  toh ek qism ka hi jo hai na personality cult yeh ho gaya. ji, Firaun ne kaha bhi tha: "Ana Rabbukum Al-A'la, main, main, main hoon Rabb." toh yeh toh yeh kaun Firaun?</w:t>
      </w:r>
      <w:r>
        <w:br/>
      </w:r>
      <w:r>
        <w:rPr>
          <w:sz w:val="20"/>
        </w:rPr>
        <w:t>48:22  yeh kaun sa Rabb hai? Rabb toh main hoon. toh yeh sab ho gaya tha. toh yeh bohat bari evil thi.</w:t>
      </w:r>
      <w:r>
        <w:br/>
      </w:r>
      <w:r>
        <w:rPr>
          <w:sz w:val="20"/>
        </w:rPr>
        <w:t>48:29  is evil ko baad mein jo sab inqilab aaya, Islam ka inqilab, science ka inqilab, jamhoori inqilab, toh in sab cheezon ko khatam kiya is inqilab ne.</w:t>
      </w:r>
      <w:r>
        <w:br/>
      </w:r>
      <w:r>
        <w:rPr>
          <w:sz w:val="20"/>
        </w:rPr>
        <w:t>48:42  toh jamhooriyat bohat bara hamare liye bohat bari boon thi. jamhooriyat ki wajah se tamam logon ko mauqa mila kaam karne ka.</w:t>
      </w:r>
      <w:r>
        <w:br/>
      </w:r>
      <w:r>
        <w:rPr>
          <w:sz w:val="20"/>
        </w:rPr>
        <w:t>48:52  pehlay toh kya tha? jo badshah chahta tha, wahi hota tha.</w:t>
      </w:r>
      <w:r>
        <w:br/>
      </w:r>
      <w:r>
        <w:rPr>
          <w:sz w:val="20"/>
        </w:rPr>
        <w:t>48:56  agar koi badshah ke khilaf kuch bhi kar de toh uska sar qalam. toh is wajah se taraqqi kuch nahi ho pati thi. nature mein jo taskheer karna, nature ko, nature par investigation, nature par research, woh sab kuch nahi hota tha.</w:t>
      </w:r>
      <w:r>
        <w:br/>
      </w:r>
      <w:r>
        <w:rPr>
          <w:sz w:val="20"/>
        </w:rPr>
        <w:t>49:12  badshah bohat darte thay ke koi bhi naya kaam ho raha hai toh galat hi hoga. jo woh chahte thay, bas bas badshah hukmi sab kuch hota tha.</w:t>
      </w:r>
      <w:r>
        <w:br/>
      </w:r>
      <w:r>
        <w:rPr>
          <w:sz w:val="20"/>
        </w:rPr>
        <w:t>49:23  toh yeh tha. toh paighambaron ne bataya ke is duniya mein toh sirf shuruaat karni hai. hamein apne aap ko deserving candidate banana hai.</w:t>
      </w:r>
      <w:r>
        <w:br/>
      </w:r>
      <w:r>
        <w:rPr>
          <w:sz w:val="20"/>
        </w:rPr>
        <w:t>49:31  aur asal mayari duniya jo hai, woh toh jannat ki hai. wahan par asal mein dekhiye, sara limitations khatam ho jayega.</w:t>
      </w:r>
      <w:r>
        <w:br/>
      </w:r>
      <w:r>
        <w:rPr>
          <w:sz w:val="20"/>
        </w:rPr>
        <w:t>49:40  jab limitations khatam ho jayega toh hum lamahdood tor par hum kaam kar payenge. insaan ka dimagh jo hai na, woh toh hai hi lamahdood.</w:t>
      </w:r>
      <w:r>
        <w:br/>
      </w:r>
      <w:r>
        <w:rPr>
          <w:sz w:val="20"/>
        </w:rPr>
        <w:t>49:50  lekin is duniya mein itni limitations hain ke hum is ko poora istemal nahi kar paate. bohat jald insaan bimar ho jata hai, boodha ho jata hai, mar jata hai, accident ho jata hai.</w:t>
      </w:r>
      <w:r>
        <w:br/>
      </w:r>
      <w:r>
        <w:rPr>
          <w:sz w:val="20"/>
        </w:rPr>
        <w:t>50:02  aur mawaqe jo woh chahta hai, woh nahi milte hain. to is waja se woh pura kaam kar nahi</w:t>
      </w:r>
      <w:r>
        <w:br/>
      </w:r>
      <w:r>
        <w:rPr>
          <w:sz w:val="20"/>
        </w:rPr>
        <w:t>50:07  paata. aakhirat mein yeh sari limitations khatm ho jayengi. to woh hamari aakhri manzil hoga. wahan marifat ka zariya musalsal jari rahega.</w:t>
      </w:r>
      <w:r>
        <w:br/>
      </w:r>
      <w:r>
        <w:rPr>
          <w:sz w:val="20"/>
        </w:rPr>
        <w:t>50:19  aur wahan perfect shakal mein Khuda ka realization hoga. tab Allah taala apni jhalak bhi wahan dikhayenge ke jo aarif insan hai, jo Khuda ki jis ne marifat hasil ki, usi se Allah raazi hoga.</w:t>
      </w:r>
      <w:r>
        <w:br/>
      </w:r>
      <w:r>
        <w:rPr>
          <w:sz w:val="20"/>
        </w:rPr>
        <w:t>50:35  ji,</w:t>
      </w:r>
      <w:r>
        <w:br/>
      </w:r>
      <w:r>
        <w:rPr>
          <w:sz w:val="20"/>
        </w:rPr>
        <w:t>50:36  apa, Hazrat Jubair se ek riwayat hai ke Rasool Allah ne ek martaba kaha ke "what i fear most about my ummah is that they will have ambitions and wishes, becaus ambition comes in the way of the truth, and wishes makes a person careless about the hereafter." to apa, yeh bhi baat sahi hai ke every person is like a graveyard of unfulfilled desire</w:t>
      </w:r>
      <w:r>
        <w:br/>
      </w:r>
      <w:r>
        <w:rPr>
          <w:sz w:val="20"/>
        </w:rPr>
        <w:t>51:02  . woh desires ko hi le kar apni puri zindagi nikal deta hai. jabke fact is ki aap desires ko fulfill hi nahi kar sakte is duniya mein.</w:t>
      </w:r>
      <w:r>
        <w:br/>
      </w:r>
      <w:r>
        <w:rPr>
          <w:sz w:val="20"/>
        </w:rPr>
        <w:t>51:11  to is ke bare mein batayein, apa, ke kaise desire management insan kar sakta hai? desires ko kaise samajhna chahiye? is ke bare mein bhi aap hum sab ko batayein.</w:t>
      </w:r>
      <w:r>
        <w:br/>
      </w:r>
      <w:r>
        <w:rPr>
          <w:sz w:val="20"/>
        </w:rPr>
        <w:t>51:22  asal mein sab se bari cheez yahi hai ke insan creation plan ko samjhe. ab insan ek duniya mein aa</w:t>
      </w:r>
      <w:r>
        <w:br/>
      </w:r>
      <w:r>
        <w:rPr>
          <w:sz w:val="20"/>
        </w:rPr>
        <w:t>51:29  gaya, ab woh samajhta hi nahi ke is duniya mein kaise rehna hai. to aap samajh lijiye ke ab sab kaam galat hi galat karenge.</w:t>
      </w:r>
      <w:r>
        <w:br/>
      </w:r>
      <w:r>
        <w:rPr>
          <w:sz w:val="20"/>
        </w:rPr>
        <w:t>51:39  to sab se pehle insan ko Khuda ke creation plan ko samajhna hai. to creation plan ke mutabiq yeh duniya desire ke fulfillment ke liye hai hi nahi.</w:t>
      </w:r>
      <w:r>
        <w:br/>
      </w:r>
      <w:r>
        <w:rPr>
          <w:sz w:val="20"/>
        </w:rPr>
        <w:t>51:51  to kaise desire ka ful</w:t>
      </w:r>
      <w:r>
        <w:br/>
      </w:r>
      <w:r>
        <w:rPr>
          <w:sz w:val="20"/>
        </w:rPr>
        <w:t>51:53  fillment yahan hoga? kyunke yahan itni limitation, itni limitation hai ke desire ka fulfillment possible hi nahi hai. to aur insan jo hai, chunke is ke andar hai ek ideal world basi hui hai, kehte hain jab insan paida hua to us ko sab kuch jannat dikha di gayi thi.</w:t>
      </w:r>
      <w:r>
        <w:br/>
      </w:r>
      <w:r>
        <w:rPr>
          <w:sz w:val="20"/>
        </w:rPr>
        <w:t>52:11  hmm, yahan tak kehte hain ke jab bachcha paida hota hai to woh muskurata hai, kehte hain woh jannat dekh raha hai. ji, to us ko sab kuch us ke dil mein, dimagh mein, us ki jannat basi hui hai.</w:t>
      </w:r>
      <w:r>
        <w:br/>
      </w:r>
      <w:r>
        <w:rPr>
          <w:sz w:val="20"/>
        </w:rPr>
        <w:t>52:23  ab woh yeh farq nahi kar pata ke yeh jannat jo hai, us ko aakhirat mein milegi, duniya mein nahi milegi. isi waja se woh musalsal frustration mein rehta hai.</w:t>
      </w:r>
      <w:r>
        <w:br/>
      </w:r>
      <w:r>
        <w:rPr>
          <w:sz w:val="20"/>
        </w:rPr>
        <w:t>52:37  kyunke ideal ki talash karta hai aur ideal us ko milta nahi. aur bade bade logon ne kaha hai, jaise Edward Gibbon ne kaha hai: "human history is little more than the register of crimes."</w:t>
      </w:r>
      <w:r>
        <w:br/>
      </w:r>
      <w:r>
        <w:rPr>
          <w:sz w:val="20"/>
        </w:rPr>
        <w:t>52:49  to un ko, un ko samajh mein nahi aata ke is duniya mein itni suffering kyun hai, itni museebatein kyun hain, itni limitations kyun hain. bade bade insan jab mature hote hain to khatm ho jate hain, mar jate hain.</w:t>
      </w:r>
      <w:r>
        <w:br/>
      </w:r>
      <w:r>
        <w:rPr>
          <w:sz w:val="20"/>
        </w:rPr>
        <w:t>53:01  Einstein jo hai, bahut kam umar mein khatm hue. to itne bade bade log jab ke un ke time hota hai kaam karne ka, us waqt woh mar jate hain.</w:t>
      </w:r>
      <w:r>
        <w:br/>
      </w:r>
      <w:r>
        <w:rPr>
          <w:sz w:val="20"/>
        </w:rPr>
        <w:t>53:10  to yeh sari cheezein samajh mein aati nahi hain. ek Alexis Carrel ne ek kitaab likhi: "Man the</w:t>
      </w:r>
      <w:r>
        <w:br/>
      </w:r>
      <w:r>
        <w:rPr>
          <w:sz w:val="20"/>
        </w:rPr>
        <w:t>53:17  Known." us ki "Man in Known" bana hua hai. kyunke jab har cheez ka is duniya mein joda hai, isi tarah se is duniya ka bhi ek joda hai.</w:t>
      </w:r>
      <w:r>
        <w:br/>
      </w:r>
      <w:r>
        <w:rPr>
          <w:sz w:val="20"/>
        </w:rPr>
        <w:t>53:27  jab tak is jode ko le kar ke hum life ko explain na karein, tab tak hum samajh hi nahi sakte. ji, na samjhein ge to frustration hoga.</w:t>
      </w:r>
      <w:r>
        <w:br/>
      </w:r>
      <w:r>
        <w:rPr>
          <w:sz w:val="20"/>
        </w:rPr>
        <w:t>53:37  ab jaise hum log hain, CPS ke Maulana ki sari classes hum ne attend ki hain, literature padha hai. to hum logon ko bilkul clear hai ke yeh duniya sirf mehnat karne ke liye hai aur apne aap ko deserving candidate banane ke liye.</w:t>
      </w:r>
      <w:r>
        <w:br/>
      </w:r>
      <w:r>
        <w:rPr>
          <w:sz w:val="20"/>
        </w:rPr>
        <w:t>53:52  jo kuch milna hai, aakh</w:t>
      </w:r>
      <w:r>
        <w:br/>
      </w:r>
      <w:r>
        <w:rPr>
          <w:sz w:val="20"/>
        </w:rPr>
        <w:t>53:54  irat mein milna hai. to is liye hum logon ko frustration hota hi nahi ke jo mila hua hai, wahi lagta hai, wahi bohat hai. kyunke humein jo goal hai, hamari zindagi ka jo maqsad hai, us mein koi rukawat hai nahi.</w:t>
      </w:r>
      <w:r>
        <w:br/>
      </w:r>
      <w:r>
        <w:rPr>
          <w:sz w:val="20"/>
        </w:rPr>
        <w:t>54:06  to aur humein kuch chahiye nahi. to yeh hai. ab Sir James Jeans jo itna bada mathematician tha aur Nobel Prize us ko mila, us ne likha hai "The Mysterious Universe"</w:t>
      </w:r>
      <w:r>
        <w:br/>
      </w:r>
      <w:r>
        <w:rPr>
          <w:sz w:val="20"/>
        </w:rPr>
        <w:t>54:18  . isi liye ke in logon ko pata hi nahi tha ke doosri duniya hai, wahan jo hai saare hamare desires fulfill honge.</w:t>
      </w:r>
      <w:r>
        <w:br/>
      </w:r>
      <w:r>
        <w:rPr>
          <w:sz w:val="20"/>
        </w:rPr>
        <w:t>54:26  to yeh log jo hain, itne bare bare log jo hain, woh frustration mein khatam hue. ji, woh sir james jeans ne kaha: "it seems that man has strayed in a world that was not made for</w:t>
      </w:r>
      <w:r>
        <w:br/>
      </w:r>
      <w:r>
        <w:rPr>
          <w:sz w:val="20"/>
        </w:rPr>
        <w:t>54:42  hum." is ki samajh mein nahi aata, kisi ki samajh mein nahi aata. ji ke yeh duniya mein hum hum kis tareeqay se, jo hum zindagi paana chahte hain, woh kaise milay.</w:t>
      </w:r>
      <w:r>
        <w:br/>
      </w:r>
      <w:r>
        <w:rPr>
          <w:sz w:val="20"/>
        </w:rPr>
        <w:t>54:54  aik roosi writer ne kaha hai: "is duniya mein har cheez beautiful hai, sirf aik cheez beautiful nahi hai, aur woh insaan hai."</w:t>
      </w:r>
      <w:r>
        <w:br/>
      </w:r>
      <w:r>
        <w:rPr>
          <w:sz w:val="20"/>
        </w:rPr>
        <w:t>55:02  to is duniya mein insaan dekhiye, shakal, soorat, rang, sab kuch hai.</w:t>
      </w:r>
      <w:r>
        <w:br/>
      </w:r>
      <w:r>
        <w:rPr>
          <w:sz w:val="20"/>
        </w:rPr>
        <w:t>55:11  to woh aisa thori hai ke woh is ki inherently aisa hai, balkay woh hamari geographical conditions hain. koi kala hai, jaisay africa ke log hotay hain, to geographical conditions prevail karti hain.</w:t>
      </w:r>
      <w:r>
        <w:br/>
      </w:r>
      <w:r>
        <w:rPr>
          <w:sz w:val="20"/>
        </w:rPr>
        <w:t>55:25  to akhirat mein yeh sari limitations khatam ki jayen, kar di jayen gi.</w:t>
      </w:r>
      <w:r>
        <w:br/>
      </w:r>
      <w:r>
        <w:rPr>
          <w:sz w:val="20"/>
        </w:rPr>
        <w:t>55:29  aik baar rasool Allah sal Allah alayh wasallam ke paas aik boodhi aurat aayi. to rasool Allah kabhi kabhi ab halka mazaaq bhi kartay thay. to rasool Allah ne us se kaha ke "boodhiya jannat mein nahi jayen gi." haan, woh lagi ronay to rasool Allah sal Allah alayh wasallam ne kaha: "jannat mein sab jawan ho jayen gay." ji, boodhay nahi wahan rahen gay.</w:t>
      </w:r>
      <w:r>
        <w:br/>
      </w:r>
      <w:r>
        <w:rPr>
          <w:sz w:val="20"/>
        </w:rPr>
        <w:t>55:50  to wahan boodhapa hai, badsoorati hai, bimariyan hain, maut hai, yeh sab kuch wahan accident hai. wahan ya wahan yeh sab kuch nahi hoga.</w:t>
      </w:r>
      <w:r>
        <w:br/>
      </w:r>
      <w:r>
        <w:rPr>
          <w:sz w:val="20"/>
        </w:rPr>
        <w:t>56:01  lekin insaan apnay aap ko samajhta hai ke "main bilkul azaad hoon, main jo chahe karoon." to yehi jo is ki thinking hai na ke "main azaad hoon", yehi cheez is ke liye museebat ban gayi hai.</w:t>
      </w:r>
      <w:r>
        <w:br/>
      </w:r>
      <w:r>
        <w:rPr>
          <w:sz w:val="20"/>
        </w:rPr>
        <w:t>56:11  ji ke woh jab azaad hai to is ko desire ke mutabiq is ko aik zindagi milni chahiye.</w:t>
      </w:r>
      <w:r>
        <w:br/>
      </w:r>
      <w:r>
        <w:rPr>
          <w:sz w:val="20"/>
        </w:rPr>
        <w:t>56:19  lekin woh practically impossible hai. to result jo hai is ka, woh tension hai. ab woh itna samajh le ke yeh duniya is ki apni banayi hui nahi hai, balkay duniya Khuda ne banayi hai.</w:t>
      </w:r>
      <w:r>
        <w:br/>
      </w:r>
      <w:r>
        <w:rPr>
          <w:sz w:val="20"/>
        </w:rPr>
        <w:t>56:31  to yahan Khuda ki marzi ke mutabiq hi hamein is duniya mein rehna hai aur Khuda ke agay surrender karna hai. to tabhi is ko woh is qabil banay ga ke akhirat mein use Allah taala jannat mein jagah den.</w:t>
      </w:r>
      <w:r>
        <w:br/>
      </w:r>
      <w:r>
        <w:rPr>
          <w:sz w:val="20"/>
        </w:rPr>
        <w:t>56:47  to lekin insaan to limit cross kar diya,</w:t>
      </w:r>
      <w:r>
        <w:br/>
      </w:r>
      <w:r>
        <w:rPr>
          <w:sz w:val="20"/>
        </w:rPr>
        <w:t>56:52  nuclear bomb banaya sari duniya ko. ab qayamat aanay ki bhi zaroorat nahi hai, do chaar nuclear bomb phatenge, qayamat hi aa jayegi. ji to insaan jo hai, woh apni is se had se bahar chala gaya.</w:t>
      </w:r>
      <w:r>
        <w:br/>
      </w:r>
      <w:r>
        <w:rPr>
          <w:sz w:val="20"/>
        </w:rPr>
        <w:t>57:06  jabkay aap jantay hain jinnaat ko jo mazool kiya gaya tha, isi liye na ke woh duniya mein fasad barpa kar rahay thay, isi liye mazool kiya gaya tha.</w:t>
      </w:r>
      <w:r>
        <w:br/>
      </w:r>
      <w:r>
        <w:rPr>
          <w:sz w:val="20"/>
        </w:rPr>
        <w:t>57:17  ab to ab is se to hazaron lakhon guna ziyada fasad insaan kar raha hai. to kisi bhi waqt qayamat aa sakti hai. kyunkay jab Allah taala bilkul dekhenge ke ab insaan jo hai, koi acha kaam nahi karega, sirf bura hi bura karega, to us waqt phir woh qayamat aa jayegi.</w:t>
      </w:r>
      <w:r>
        <w:br/>
      </w:r>
      <w:r>
        <w:rPr>
          <w:sz w:val="20"/>
        </w:rPr>
        <w:t>57:36  to yehi hai ke hamein sab se pehlay zaroori hai ke hum ab creation plan ko samjhen aur is ke mutabiq hum apni zindagi ko, zindagi</w:t>
      </w:r>
      <w:r>
        <w:br/>
      </w:r>
      <w:r>
        <w:rPr>
          <w:sz w:val="20"/>
        </w:rPr>
        <w:t>57:46  ko chalayen. ji aur apa, agar hum Quran ko bhi parhen to is mein bohat clearly yeh cheez aa jati hai desires ko le kay. surah kahf mein jaisay hai ke "there there you will have all the that you desire and there is even more with us".</w:t>
      </w:r>
      <w:r>
        <w:br/>
      </w:r>
      <w:r>
        <w:rPr>
          <w:sz w:val="20"/>
        </w:rPr>
        <w:t>58:01  to matlab aik insaan jo tasawwur bhi nahi kar sakta desire ko le ke, us ke bhi beyond Allah taala yeh keh rahay hain ke "we have even more with us".</w:t>
      </w:r>
      <w:r>
        <w:br/>
      </w:r>
      <w:r>
        <w:rPr>
          <w:sz w:val="20"/>
        </w:rPr>
        <w:t>58:10  so</w:t>
      </w:r>
      <w:r>
        <w:br/>
      </w:r>
      <w:r>
        <w:rPr>
          <w:sz w:val="20"/>
        </w:rPr>
        <w:t>58:11  yeh aap ne bilkul bara sahi kaha ke hamein creation plan ko samajhna hai ke yeh duniya to sirf test ke level par hai. yahan pe aap fulfillment of desire nahi kar saktay, woh to aap ka akhirat mein hi hai.</w:t>
      </w:r>
    </w:p>
    <w:p>
      <w:pPr>
        <w:pStyle w:val="Heading2"/>
      </w:pPr>
      <w:r>
        <w:t>Best supplication for oneself and family</w:t>
      </w:r>
    </w:p>
    <w:p>
      <w:r>
        <w:rPr>
          <w:color w:val="666666"/>
          <w:sz w:val="18"/>
        </w:rPr>
        <w:t>Worship · The Expression of Faith (Izhar e Deen) September 1, 2013 · 5m 48s · at 45:19 · https://youtu.be/muBDJ8a_8-0?t=2719</w:t>
      </w:r>
    </w:p>
    <w:p>
      <w:r>
        <w:rPr>
          <w:i/>
        </w:rPr>
        <w:t>“Please advise the best dua that a person can ask for himself and his family.”</w:t>
      </w:r>
    </w:p>
    <w:p>
      <w:r>
        <w:rPr>
          <w:sz w:val="20"/>
        </w:rPr>
        <w:t>45:19  maulana, yeh sawal ajmer se aaya hai doctor safeena tabassum ka. unhon ne aap se poocha hai: "maulana, please advise best dua that a person can ask for himself and his family ".</w:t>
      </w:r>
      <w:r>
        <w:br/>
      </w:r>
      <w:r>
        <w:rPr>
          <w:sz w:val="20"/>
        </w:rPr>
        <w:t>45:45  dekhiye, bari baat yeh hai ke dua ke liye kitabein chhapi hui hain. agar aap ko routine ki duaen chahiyen to aap un kitabon mein dekh sakte hain.</w:t>
      </w:r>
      <w:r>
        <w:br/>
      </w:r>
      <w:r>
        <w:rPr>
          <w:sz w:val="20"/>
        </w:rPr>
        <w:t>45:58  masnoon duaen, qurani duaen, buzurgon ki duaen, sab kitabon mein maujood hain. to aap ko agar</w:t>
      </w:r>
      <w:r>
        <w:br/>
      </w:r>
      <w:r>
        <w:rPr>
          <w:sz w:val="20"/>
        </w:rPr>
        <w:t>46:09  routine ki dua chahiye to woh is mein maujood hai.</w:t>
      </w:r>
      <w:r>
        <w:br/>
      </w:r>
      <w:r>
        <w:rPr>
          <w:sz w:val="20"/>
        </w:rPr>
        <w:t>46:13  baqi jo jis dua ko main janta hoon, woh dua ke koi alfaaz nahi hote. woh dua, woh dua aap ke dil ki gehraiyon se nikalti hai.</w:t>
      </w:r>
      <w:r>
        <w:br/>
      </w:r>
      <w:r>
        <w:rPr>
          <w:sz w:val="20"/>
        </w:rPr>
        <w:t>46:27  woh isi waqt is ke alfaaz bante hain jab ke aap ke andar is ki talab paida hoti hai. peshgi tor par aap ko ek lafz bata diya jaye, us ko dohraen aap.</w:t>
      </w:r>
      <w:r>
        <w:br/>
      </w:r>
      <w:r>
        <w:rPr>
          <w:sz w:val="20"/>
        </w:rPr>
        <w:t>46:36  hai woh mere had tak woh dua nahi hai.</w:t>
      </w:r>
      <w:r>
        <w:br/>
      </w:r>
      <w:r>
        <w:rPr>
          <w:sz w:val="20"/>
        </w:rPr>
        <w:t>46:41  dua darasal yeh hai ke aap Allah ko discover karen, akhirat ke bare mein sochen. aap ka consent jannat ban jaye.</w:t>
      </w:r>
      <w:r>
        <w:br/>
      </w:r>
      <w:r>
        <w:rPr>
          <w:sz w:val="20"/>
        </w:rPr>
        <w:t>46:53  aap ko woh cheez aaye, aap ke andar jis ko main kehta hoon "God oriented thinking".</w:t>
      </w:r>
      <w:r>
        <w:br/>
      </w:r>
      <w:r>
        <w:rPr>
          <w:sz w:val="20"/>
        </w:rPr>
        <w:t>47:00  to phir aap ke andar ek naya insaan emerge karta hai, naya insaan. aur woh jo naya insaan emerge karta hai, us ki zuban alag hoti hai, us ki us ki aankh alag hoti hai, us ki soch alag hoti hai.</w:t>
      </w:r>
      <w:r>
        <w:br/>
      </w:r>
      <w:r>
        <w:rPr>
          <w:sz w:val="20"/>
        </w:rPr>
        <w:t>47:15  phir us waqt duaen nikalti hain. aur wohi asli dua hai, wohi asli dua hai.</w:t>
      </w:r>
      <w:r>
        <w:br/>
      </w:r>
      <w:r>
        <w:rPr>
          <w:sz w:val="20"/>
        </w:rPr>
        <w:t>47:24  main aap ko dua ke kuch alfaaz bata doon, woh dohra den aap. to yeh asli dua nahi hai. agar aap ko aisi duaon ki zaroorat ho to aap kitab mein chhapi hui maujood hai, bazaar mein kharid lijiye.</w:t>
      </w:r>
      <w:r>
        <w:br/>
      </w:r>
      <w:r>
        <w:rPr>
          <w:sz w:val="20"/>
        </w:rPr>
        <w:t>47:36  main to aisi dua ka qael nahi hoon. mere had tak dua se se bhi pehle ek cheez hai: pre dua. pre dua ki jo condition hai, usay poori karta hai aadmi, tab us ko dua hasil hoti hai.</w:t>
      </w:r>
      <w:r>
        <w:br/>
      </w:r>
      <w:r>
        <w:rPr>
          <w:sz w:val="20"/>
        </w:rPr>
        <w:t>47:53  wohi hai ke aap apna study barhaen, Allah ke bare mein ghore o fikr karen, aur aap ke ek naya mind aap ke andar emerge kare.</w:t>
      </w:r>
      <w:r>
        <w:br/>
      </w:r>
      <w:r>
        <w:rPr>
          <w:sz w:val="20"/>
        </w:rPr>
        <w:t>48:07  ek nayi baseerat aap ke andar paida ho. us ko le kar phir aap ke dil mein ek tadap aaye gi. woh tadap jo hogi, woh khud hi alfaaz nikalna shuru ho jayenge.</w:t>
      </w:r>
      <w:r>
        <w:br/>
      </w:r>
      <w:r>
        <w:rPr>
          <w:sz w:val="20"/>
        </w:rPr>
        <w:t>48:21  kisi kisi guide ki zaroorat nahi hai. to sab se ahem baat hai ke aap apni study barhaen, apna mutala barhaen, apne andar tadabbur ka izafa karen.</w:t>
      </w:r>
      <w:r>
        <w:br/>
      </w:r>
      <w:r>
        <w:rPr>
          <w:sz w:val="20"/>
        </w:rPr>
        <w:t>48:35  yeh sab baaten jitna taza hongi, utni aap ko</w:t>
      </w:r>
      <w:r>
        <w:br/>
      </w:r>
      <w:r>
        <w:rPr>
          <w:sz w:val="20"/>
        </w:rPr>
        <w:t>48:43  dua ki tofeeq mile gi. aur aisi dua jo Allah ka qabool ho.</w:t>
      </w:r>
      <w:r>
        <w:br/>
      </w:r>
      <w:r>
        <w:rPr>
          <w:sz w:val="20"/>
        </w:rPr>
        <w:t>48:49  jaise main aap ko ek baat arz karoon, kal ki baat ke main jo har waqt sochta hoon, tadabbur karta hoon, to aisi aisi baaten samajh mein aati hain jo poori tareekh mein kisi ne nahi sochi.</w:t>
      </w:r>
      <w:r>
        <w:br/>
      </w:r>
      <w:r>
        <w:rPr>
          <w:sz w:val="20"/>
        </w:rPr>
        <w:t>49:04  misalan kal main baitha hua soch raha tha akele mein, to main ne socha ke Quran mein chand duaen aisi hain jo tasniya ke sighay mein hain.</w:t>
      </w:r>
      <w:r>
        <w:br/>
      </w:r>
      <w:r>
        <w:rPr>
          <w:sz w:val="20"/>
        </w:rPr>
        <w:t>49:16  tasniya ka matlab hai do ka. tasniya ka sigha. masalan Hazrat Adam ne dua ki thi rabbana adlna anfusana yeh tasniya ka sigha hai.</w:t>
      </w:r>
      <w:r>
        <w:br/>
      </w:r>
      <w:r>
        <w:rPr>
          <w:sz w:val="20"/>
        </w:rPr>
        <w:t>49:29  aise hi Hazrat Musa ne dua ki, woh tasniya ke sighay mein</w:t>
      </w:r>
      <w:r>
        <w:br/>
      </w:r>
      <w:r>
        <w:rPr>
          <w:sz w:val="20"/>
        </w:rPr>
        <w:t>49:37  kanusabbaha katheeran wa nazkura katheeran yani apne ko le kar, Haroon ko le kar ke. aise hi Hazrat Rasool Allah (SAW) ne dua ki,</w:t>
      </w:r>
      <w:r>
        <w:br/>
      </w:r>
      <w:r>
        <w:rPr>
          <w:sz w:val="20"/>
        </w:rPr>
        <w:t>49:53  hazrat abubakar se aap ne kaha tha ke la takhaf inna allaha ma'ana to is bhi tasniya ke sighay mein hai. to mujhe aik ajeeb o ghareeb baat samajh aai ke aik shakhs ne dua ki, do ke haq mein qabool hui.</w:t>
      </w:r>
      <w:r>
        <w:br/>
      </w:r>
      <w:r>
        <w:rPr>
          <w:sz w:val="20"/>
        </w:rPr>
        <w:t>50:06  woh bohat ajeeb cheez hai.</w:t>
      </w:r>
      <w:r>
        <w:br/>
      </w:r>
      <w:r>
        <w:rPr>
          <w:sz w:val="20"/>
        </w:rPr>
        <w:t>50:11  adam ne dua ki, hawa ke sath do ke haq mein qabool hui. moosa ne dua ki, aur woh haroon ko le kar do ke haq mein qabool hui.</w:t>
      </w:r>
      <w:r>
        <w:br/>
      </w:r>
      <w:r>
        <w:rPr>
          <w:sz w:val="20"/>
        </w:rPr>
        <w:t>50:22  rasool Allah ne dua ki, woh abubakar ko le kar do ke haq mein qabool hui. to aik aisa darja aata hai ke aadmi, aik aadmi dua karta hai, aur do ke haq mein qabool hoti hai.</w:t>
      </w:r>
      <w:r>
        <w:br/>
      </w:r>
      <w:r>
        <w:rPr>
          <w:sz w:val="20"/>
        </w:rPr>
        <w:t>50:38  yeh bohat anokhi cheez hai.</w:t>
      </w:r>
      <w:r>
        <w:br/>
      </w:r>
      <w:r>
        <w:rPr>
          <w:sz w:val="20"/>
        </w:rPr>
        <w:t>50:42  lekin ratay hue alfaz se aisa nahi hota. ratay hue alfaz se aisa nahi hota. yeh to is ka taluq hai aap ki discovery ka level kya hai, ma'rifat ka level kya hai.</w:t>
      </w:r>
      <w:r>
        <w:br/>
      </w:r>
      <w:r>
        <w:rPr>
          <w:sz w:val="20"/>
        </w:rPr>
        <w:t>50:56  to woh cheez paida kijiye, aur is is mein is ke liye sab zaroori zaroori hai ke aap bohat ziyada study barhayen apni.</w:t>
      </w:r>
    </w:p>
    <w:p>
      <w:pPr>
        <w:pStyle w:val="Heading2"/>
      </w:pPr>
      <w:r>
        <w:t>Clarify the correct method of Tasbih Fatima</w:t>
      </w:r>
    </w:p>
    <w:p>
      <w:r>
        <w:rPr>
          <w:color w:val="666666"/>
          <w:sz w:val="18"/>
        </w:rPr>
        <w:t>Worship · The Story of Hazrat Fatima The Prophet's Cherished Daughter (Part- II) October 1, 2023 · 13m 14s · at 20:42 · https://youtu.be/-fPPxXoii24?t=1242</w:t>
      </w:r>
    </w:p>
    <w:p>
      <w:r>
        <w:rPr>
          <w:i/>
        </w:rPr>
        <w:t>“Could you elaborate on Tasbih Fatima and clarify the correct method?”</w:t>
      </w:r>
    </w:p>
    <w:p>
      <w:r>
        <w:rPr>
          <w:sz w:val="20"/>
        </w:rPr>
        <w:t>20:42  follow kar saken. ji to doctor sahib isi se agla sawal bhi nikalta hai ke tasbeeh Fatima is ke bare mein bhi aap hum sab ko bataen doctor sahib thoda elaborate karen.</w:t>
      </w:r>
      <w:r>
        <w:br/>
      </w:r>
      <w:r>
        <w:rPr>
          <w:sz w:val="20"/>
        </w:rPr>
        <w:t>20:51  haan yeh jo ah ah rasool Allah sallallahu alaihi wasallam ne bataya 33 baar kaho 33 baar aur 34 baar yeh tasbeeh Fatima ke naam se mashhoor ho gayi hai aur log samajhte hain ke tasbeeh ko ginna Allahu Akbar Allahu Akbar subhan Allah subhan Allah subhan Allah Alhamdulillah Alhamdulillah yeh yani kuch karte rahen aur yeh aise ginte rahen.</w:t>
      </w:r>
      <w:r>
        <w:br/>
      </w:r>
      <w:r>
        <w:rPr>
          <w:sz w:val="20"/>
        </w:rPr>
        <w:t>21:10  haan yeh yeh nahi hai tasbeeh Fatima.</w:t>
      </w:r>
      <w:r>
        <w:br/>
      </w:r>
      <w:r>
        <w:rPr>
          <w:sz w:val="20"/>
        </w:rPr>
        <w:t>21:13  hmm tasbeeh Fatima to dekhiye jo yeh teen words hain subhan Allah Alhamdulillah aur Allahu Akbar agar yahi bohat hi ah deep meaning hai is ke andar.</w:t>
      </w:r>
      <w:r>
        <w:br/>
      </w:r>
      <w:r>
        <w:rPr>
          <w:sz w:val="20"/>
        </w:rPr>
        <w:t>21:25  ah yani subhan Allah ka matlab hai glory be to Allah. hmm yani ah its a way of acknowledging the perfection and greatness of God.</w:t>
      </w:r>
      <w:r>
        <w:br/>
      </w:r>
      <w:r>
        <w:rPr>
          <w:sz w:val="20"/>
        </w:rPr>
        <w:t>21:35  yani jab aap koi cheez dekhte hain nature ki koi cheez dekhte hain koi cheez aap ko bohat pasand aati hai to aap subhan Allah kehte hain. yani kitna perfect hai hamare creator ke us ne yeh cheez banai yeh ek ehsaas aur yeh ya koi bhi beautiful cheez aap dekhte hain nature mein ya koi bhi to aap ke munh se nikalta hai.</w:t>
      </w:r>
      <w:r>
        <w:br/>
      </w:r>
      <w:r>
        <w:rPr>
          <w:sz w:val="20"/>
        </w:rPr>
        <w:t>21:56  yani Allah ki jo qudrat hai jo creative power hai us ko acknowledge karte hain us ka aaitraaf hai.</w:t>
      </w:r>
      <w:r>
        <w:br/>
      </w:r>
      <w:r>
        <w:rPr>
          <w:sz w:val="20"/>
        </w:rPr>
        <w:t>22:03  aise hi Alhamdulillah ka matlab hai thank you Allah. ji yani thank you Allah for everything both in good times and in tests and trials.</w:t>
      </w:r>
      <w:r>
        <w:br/>
      </w:r>
      <w:r>
        <w:rPr>
          <w:sz w:val="20"/>
        </w:rPr>
        <w:t>22:13  hmm yeh thank you Allah in ah difficult times also ke ho sakta hai ke Allah taala is se bhi mushkil halaat paida kar sakta tha.</w:t>
      </w:r>
      <w:r>
        <w:br/>
      </w:r>
      <w:r>
        <w:rPr>
          <w:sz w:val="20"/>
        </w:rPr>
        <w:t>22:23  to Alhamdulillah waise hum kehte rehte hain Alhamdulillah lekin is ko bhi yani bohat hi gehri gehra yeh ah word hai.</w:t>
      </w:r>
      <w:r>
        <w:br/>
      </w:r>
      <w:r>
        <w:rPr>
          <w:sz w:val="20"/>
        </w:rPr>
        <w:t>22:33  ah yeh emphasize karta hai ke jo saara praise aur saara hamd saara shukr Allah ke liye hai aur surah Al-Fatiha bhi aaghaz isi se hota hai Alhamdulillah Rabbil Alameen.</w:t>
      </w:r>
      <w:r>
        <w:br/>
      </w:r>
      <w:r>
        <w:rPr>
          <w:sz w:val="20"/>
        </w:rPr>
        <w:t>22:48  to aur Allahu Akbar ka matlab hai ke Allah is the greatest yani there is no power greater than Allah.</w:t>
      </w:r>
      <w:r>
        <w:br/>
      </w:r>
      <w:r>
        <w:rPr>
          <w:sz w:val="20"/>
        </w:rPr>
        <w:t>22:57  ji so we should entrust entrust our all affairs ah to Allah yani koi bhi pareshani hai koi bhi de aap ko aisi cheez hai jo aap ko pareshan kar rahi hai to Allah ke khane mein dalen jaise Maulana kehte the aur Allahu Akbar Maulana ki kitab bhi hai.</w:t>
      </w:r>
      <w:r>
        <w:br/>
      </w:r>
      <w:r>
        <w:rPr>
          <w:sz w:val="20"/>
        </w:rPr>
        <w:t>23:17  hmm bohat hi achi kitab jis ka English translation hai God's Glory is mein yahi saari baaten hain living in God's glory.</w:t>
      </w:r>
      <w:r>
        <w:br/>
      </w:r>
      <w:r>
        <w:rPr>
          <w:sz w:val="20"/>
        </w:rPr>
        <w:t>23:27  tu</w:t>
      </w:r>
      <w:r>
        <w:br/>
      </w:r>
      <w:r>
        <w:rPr>
          <w:sz w:val="20"/>
        </w:rPr>
        <w:t>23:28  maulana ka kehna tha ke yeh aik shoori takrar hai yani ap soch ke alhamdulillah aur bismillah kahein na ke na ke ghaflat mein alhamdulillah bismillah kar rahe hain aur pata nahi kya keh rahe hain sirf repeat kar rahe hain.</w:t>
      </w:r>
      <w:r>
        <w:br/>
      </w:r>
      <w:r>
        <w:rPr>
          <w:sz w:val="20"/>
        </w:rPr>
        <w:t>23:42  tu yeh yeh bohat hi ahem cheez hai aise hi maulana kehte the ke yani yeh aik zikr hai</w:t>
      </w:r>
      <w:r>
        <w:br/>
      </w:r>
      <w:r>
        <w:rPr>
          <w:sz w:val="20"/>
        </w:rPr>
        <w:t>23:50  zikr ka matlab maulana ne hamein hamesha kaha hai ke ke khuda ko daryaft karna is ki azmat ko daryaft karna maulana kehte the ke point of reference se zikr karna.</w:t>
      </w:r>
      <w:r>
        <w:br/>
      </w:r>
      <w:r>
        <w:rPr>
          <w:sz w:val="20"/>
        </w:rPr>
        <w:t>24:03  ji khuda ki yaad point of reference hai khud insan ka wajood bohat bara point of reference hai kaise woh bol raha hai kaise chal raha hai kaise dekh raha hai kaise hamara dil dharak</w:t>
      </w:r>
      <w:r>
        <w:br/>
      </w:r>
      <w:r>
        <w:rPr>
          <w:sz w:val="20"/>
        </w:rPr>
        <w:t>24:14  raha hai poore jo organs hain hamare body ke kaise chal rahe hain itne perfect andaaz mein. ji bana kisi awaz ke tu yeh sari cheezein jab bhi insan dekhta hai koi bhi aisi cheez sochta hai tu us ke liye hamd ke aur praise ke aur shukr ke jazbat us ke andar ah paida hona shuru ho jate</w:t>
      </w:r>
      <w:r>
        <w:br/>
      </w:r>
      <w:r>
        <w:rPr>
          <w:sz w:val="20"/>
        </w:rPr>
        <w:t>24:35  hain. aise hi maulana ne aik mazmoon likha tha bohat acha mazmoon tha aur tasbeeh fatima ke ooper tha aur is ka jo is ka jo unwan tha heading thi woh tasbeeh khawateen.</w:t>
      </w:r>
      <w:r>
        <w:br/>
      </w:r>
      <w:r>
        <w:rPr>
          <w:sz w:val="20"/>
        </w:rPr>
        <w:t>24:46  hmm aur likha tha ke yeh jo tasbeeh hai tasbeeh fatima yeh ah ummat ke tamam khawateen ke liye ah aik bohat hi qeemti tohfa Allah Rasool Allah ne</w:t>
      </w:r>
      <w:r>
        <w:br/>
      </w:r>
      <w:r>
        <w:rPr>
          <w:sz w:val="20"/>
        </w:rPr>
        <w:t>25:00  diya yani aik bohat hi qeemti tohfa hai. maulana ne likha tha ke ke yeh is ko tasbeeh khawateen kehna chahiye chounke jo ladies hain un ko aksar time mil jata hai ghar mein tu phir woh bas baatein idhar udhar ki karti hain koi khaas ah koi discussion aisa nahi bas idhar udhar ki baaton mein chat chet aur ji ke party warty jo aaj kal bohat zyada ho gayi hai</w:t>
      </w:r>
      <w:r>
        <w:br/>
      </w:r>
      <w:r>
        <w:rPr>
          <w:sz w:val="20"/>
        </w:rPr>
        <w:t>25:26  tu is se bachne ka bohat acha zariya hai ke tasbeeh fatima yani tasbeeh mein apna waqt lagayein aur khuda ki yaad mein apna waqt lagayein</w:t>
      </w:r>
      <w:r>
        <w:br/>
      </w:r>
      <w:r>
        <w:rPr>
          <w:sz w:val="20"/>
        </w:rPr>
        <w:t>25:38  tu yeh yani ah repetition of word ka mamla nahi hai. hmm balkeh yeh aik ah aik daryaft ka mamla hai shoori daryaft jis ko maulana ne marifat pe itna zor diya hai ke yeh realization ka kalma hai na ke kuch repetition ka kalma.</w:t>
      </w:r>
      <w:r>
        <w:br/>
      </w:r>
      <w:r>
        <w:rPr>
          <w:sz w:val="20"/>
        </w:rPr>
        <w:t>25:57  ji doctor sahib yeh bohat mein mein kahunga ke yeh bohat ahem baat hai kyunke itna zyada maulana is ko emphasize karte</w:t>
      </w:r>
      <w:r>
        <w:br/>
      </w:r>
      <w:r>
        <w:rPr>
          <w:sz w:val="20"/>
        </w:rPr>
        <w:t>26:05  the aur jaise ap ne kaha ke it is not just mere repetition ah but to think about God. ah jaise doctor sahib ah chapter 2 of the Quran mein aya bhi hai ke ah so you remember me and i will remember you</w:t>
      </w:r>
      <w:r>
        <w:br/>
      </w:r>
      <w:r>
        <w:rPr>
          <w:sz w:val="20"/>
        </w:rPr>
        <w:t>26:18  tu Allah taala ka yeh wada hai ke i will remember you ah which is a big ah hope for all of us and doctor sahib aaj ke zamane mein bhi agar hum dekhein ah matlab ritualistic to ho hi gaya hai lekin itne zyada log tension mein stress mein rehte hain and they try to find out ways to get out of that stress and negativity by either going into holidays or spending a lot of money or getting into entertain</w:t>
      </w:r>
      <w:r>
        <w:br/>
      </w:r>
      <w:r>
        <w:rPr>
          <w:sz w:val="20"/>
        </w:rPr>
        <w:t>26:44  ment tu isi mein yeh remembrance hai hi is mein itni in unequivocal terms mein Quran says in chapter 13 that surely in the remembrance of God hearts find comfort tu ap ne woh jo abhi baat batai ke har cheez mein point of reference ko dhoondna woh bohat important baat hai kyunke that only brings us closer to God tu remembrance ki yahi sirf apne zehn ko activate karna hai.</w:t>
      </w:r>
      <w:r>
        <w:br/>
      </w:r>
      <w:r>
        <w:rPr>
          <w:sz w:val="20"/>
        </w:rPr>
        <w:t>27:11  ji</w:t>
      </w:r>
      <w:r>
        <w:br/>
      </w:r>
      <w:r>
        <w:rPr>
          <w:sz w:val="20"/>
        </w:rPr>
        <w:t>27:12  woh cheezein har taraf hain yeh pani ka glass bhi hai yeh table bhi hai yeh chair bhi hai yeh mic bhi hai light bhi hai har cheez ji jis ke andar ap ko ghiza milti hai khuda ko yaad karne ki bilkul lekin aik unaware insan hai woh samajhta hai ke yeh tu glass hai yeh hum khareed ke laye hain yeh mic hai yeh tu hum wahan se laye hain yani har cheez Allah ki ata kardah hai.</w:t>
      </w:r>
      <w:r>
        <w:br/>
      </w:r>
      <w:r>
        <w:rPr>
          <w:sz w:val="20"/>
        </w:rPr>
        <w:t>27:34  Allah ka gift hai</w:t>
      </w:r>
      <w:r>
        <w:br/>
      </w:r>
      <w:r>
        <w:rPr>
          <w:sz w:val="20"/>
        </w:rPr>
        <w:t>27:36  koi bhi cheez ji jab aap is tarah se soch sochenge ke yeh carpet bhi Allah ne diya hai yeh light bhi Allah ne di hai ji tab aap ke andar bare gehre jazbat Khuda ke liye paida honge.</w:t>
      </w:r>
      <w:r>
        <w:br/>
      </w:r>
      <w:r>
        <w:rPr>
          <w:sz w:val="20"/>
        </w:rPr>
        <w:t>27:48  ji bilkul aur doctor sahib ah yeh yeh tested hai aik dam kabhi bhi jaise love feeling hai if you read some hadith you read some pages of Quran suddenly ap ko aik sukoon mil jata hai</w:t>
      </w:r>
      <w:r>
        <w:br/>
      </w:r>
      <w:r>
        <w:rPr>
          <w:sz w:val="20"/>
        </w:rPr>
        <w:t>28:02  تو وہی ایک طریقے سے صحیح معنی میں it's a true way to remember God مولانا نے وہ</w:t>
      </w:r>
      <w:r>
        <w:br/>
      </w:r>
      <w:r>
        <w:rPr>
          <w:sz w:val="20"/>
        </w:rPr>
        <w:t>28:08  waqia jo sunaya tha ah Sanjay babu ne diya hai haan haan haan ji woh bara zabardast hai</w:t>
      </w:r>
      <w:r>
        <w:br/>
      </w:r>
      <w:r>
        <w:rPr>
          <w:sz w:val="20"/>
        </w:rPr>
        <w:t>28:14  Sanjay babu ki den hai Sanjay babu ki den hai haan har cheez ke liye woh keh raha</w:t>
      </w:r>
      <w:r>
        <w:br/>
      </w:r>
      <w:r>
        <w:rPr>
          <w:sz w:val="20"/>
        </w:rPr>
        <w:t>28:17  hai Sanjay babu ki den hai ji ji ji chunchke Sanjay Gandhi ne is ki kuch help ki</w:t>
      </w:r>
      <w:r>
        <w:br/>
      </w:r>
      <w:r>
        <w:rPr>
          <w:sz w:val="20"/>
        </w:rPr>
        <w:t>28:21  thi woh kuch ban gaya tha MLA waghera ji toh woh jab gaye the milne ke</w:t>
      </w:r>
      <w:r>
        <w:br/>
      </w:r>
      <w:r>
        <w:rPr>
          <w:sz w:val="20"/>
        </w:rPr>
        <w:t>28:25  liye jo sahib toh woh charcha karta raha toh yahi cheez har momin ke liye hai ke woh</w:t>
      </w:r>
      <w:r>
        <w:br/>
      </w:r>
      <w:r>
        <w:rPr>
          <w:sz w:val="20"/>
        </w:rPr>
        <w:t>28:30  charcha karta rahe Allah ka ke yeh Allah ka diya hua hai Allah ka atiya hai Allah ka</w:t>
      </w:r>
      <w:r>
        <w:br/>
      </w:r>
      <w:r>
        <w:rPr>
          <w:sz w:val="20"/>
        </w:rPr>
        <w:t>28:35  gift hai ji toh yahi yahi woh is tasbeeh Fatima ki jazak Allah Doctor sahib bohat bohat achhe</w:t>
      </w:r>
      <w:r>
        <w:br/>
      </w:r>
      <w:r>
        <w:rPr>
          <w:sz w:val="20"/>
        </w:rPr>
        <w:t>28:40  se aap ne is ko wazeh kiya</w:t>
      </w:r>
      <w:r>
        <w:br/>
      </w:r>
      <w:r>
        <w:rPr>
          <w:sz w:val="20"/>
        </w:rPr>
        <w:t>28:42  doctor sahib mein chahunga ke kuch ap interesting kuch episodes un ki zindagi se batayein Hazrat Ali aur Hazrat Fatima ki zindagi se ah tu if you can share some through some light into it haan bara acha relationship tha un ka ah Hazrat Ali chounke ah shayar bhi the he was a poet tu he used to write funny poems for Fatima ji just to make her happy a aur kafi yani this was a house of laughter</w:t>
      </w:r>
      <w:r>
        <w:br/>
      </w:r>
      <w:r>
        <w:rPr>
          <w:sz w:val="20"/>
        </w:rPr>
        <w:t>29:11  kafi hanste the to lekin kabhi ladai bhi ho jati thi ji ek bar bada disagreement ho</w:t>
      </w:r>
      <w:r>
        <w:br/>
      </w:r>
      <w:r>
        <w:rPr>
          <w:sz w:val="20"/>
        </w:rPr>
        <w:t>29:17  gya aur hazrat ali ghar se bahar chale gaye aur ja ke masjid mein so gaye ji to</w:t>
      </w:r>
      <w:r>
        <w:br/>
      </w:r>
      <w:r>
        <w:rPr>
          <w:sz w:val="20"/>
        </w:rPr>
        <w:t>29:24  اگلے دن Prophet آئے گھر میں تو Fatima was upset تو ان کو لگا Prophet کو کچھ گڑبڑ</w:t>
      </w:r>
      <w:r>
        <w:br/>
      </w:r>
      <w:r>
        <w:rPr>
          <w:sz w:val="20"/>
        </w:rPr>
        <w:t>29:32  hai pucha kya baat hai kaha ke hamari ladai ho gayi thi aur hazrat ali chale gaye bahar</w:t>
      </w:r>
      <w:r>
        <w:br/>
      </w:r>
      <w:r>
        <w:rPr>
          <w:sz w:val="20"/>
        </w:rPr>
        <w:t>29:39  sone masjid ke andar</w:t>
      </w:r>
      <w:r>
        <w:br/>
      </w:r>
      <w:r>
        <w:rPr>
          <w:sz w:val="20"/>
        </w:rPr>
        <w:t>29:41  tu prophet gaye masjid mein dekha ke aik corner pe Hazrat Ali so rahe hain aur un ki jo shirt thi woh utar gayi hai ooper ka garment aur chounke woh us zamane mein jaise maine abhi photo dikhaya mitti ka sara farsh hota tha us waqt na carpet thi na koi marble ke floors the sirf mitti thi tu woh sari mitti dhool ah back mein chipak gayi thi</w:t>
      </w:r>
      <w:r>
        <w:br/>
      </w:r>
      <w:r>
        <w:rPr>
          <w:sz w:val="20"/>
        </w:rPr>
        <w:t>30:09  tu Rasool Allah baith gaye aur woh sab mitti chhanane lage ah un ki back se aur bole ke qoom ya abaa turab ke get up sit up o father of dirt abu turab yani father of dirt tu woh bara mashhoor nickname ban gaya Hazrat Ali ka abu turab tu phir Hazrat Ali uth gaye baith gaye aur dono hansne lage bohat</w:t>
      </w:r>
      <w:r>
        <w:br/>
      </w:r>
      <w:r>
        <w:rPr>
          <w:sz w:val="20"/>
        </w:rPr>
        <w:t>30:36  phir woh mamla theek ho gaya aur wapas chale gaye ghar</w:t>
      </w:r>
      <w:r>
        <w:br/>
      </w:r>
      <w:r>
        <w:rPr>
          <w:sz w:val="20"/>
        </w:rPr>
        <w:t>30:40  aise hi jab pehla bachcha paida hua hazrat ali ke haan to unhone naam rakha harb harb</w:t>
      </w:r>
      <w:r>
        <w:br/>
      </w:r>
      <w:r>
        <w:rPr>
          <w:sz w:val="20"/>
        </w:rPr>
        <w:t>30:49  ka matlab hota hai war asal mein woh zamana tha ke sab ladte phirte the har waqt ladai</w:t>
      </w:r>
      <w:r>
        <w:br/>
      </w:r>
      <w:r>
        <w:rPr>
          <w:sz w:val="20"/>
        </w:rPr>
        <w:t>30:55  hoti rehti thi woh tribal culture tha aur closed society thi to ladna bhadna unki zindagi ka</w:t>
      </w:r>
      <w:r>
        <w:br/>
      </w:r>
      <w:r>
        <w:rPr>
          <w:sz w:val="20"/>
        </w:rPr>
        <w:t>31:00  ek bahut hi aham hissa tha to unhone hazrat ali rz ne naam rakha bachche</w:t>
      </w:r>
      <w:r>
        <w:br/>
      </w:r>
      <w:r>
        <w:rPr>
          <w:sz w:val="20"/>
        </w:rPr>
        <w:t>31:05  ka harb yani war to rasool Allah aaye unhone kaha nahi bhai yeh harb nahi hoga naam</w:t>
      </w:r>
      <w:r>
        <w:br/>
      </w:r>
      <w:r>
        <w:rPr>
          <w:sz w:val="20"/>
        </w:rPr>
        <w:t>31:11  is bachche ka naam hoga hasan hasan ka matlab hai</w:t>
      </w:r>
      <w:r>
        <w:br/>
      </w:r>
      <w:r>
        <w:rPr>
          <w:sz w:val="20"/>
        </w:rPr>
        <w:t>31:15  goodness ya excellence to aik saal ke baad taqreeban doosra bachcha paida hua phir hazrat ali ne harb rakh diya naam is ka war to phir prophet ko pata chala prophet ne kaha nahi nahi harb nahi hoga is ka naam rakhte hain hum hussain hussain ka matlab hai little hasan is ko tasgheer kehte hain kisi word ko kisi naam ko chhota karna</w:t>
      </w:r>
      <w:r>
        <w:br/>
      </w:r>
      <w:r>
        <w:rPr>
          <w:sz w:val="20"/>
        </w:rPr>
        <w:t>31:40  hamare haan bhi hota hai jaise beti ko betiya kehte hain pyar se aise hi hasan ka hussain rasool Allah ne bana diya yani another source of goodness</w:t>
      </w:r>
      <w:r>
        <w:br/>
      </w:r>
      <w:r>
        <w:rPr>
          <w:sz w:val="20"/>
        </w:rPr>
        <w:t>31:52  to jo hasan aur hussain thay jab aik do saal ke thay to jo sab se ah un ka mehboob mashgala tha woh yeh tha ke woh rasool Allah s.a.w. jab namaz parhte thay to rasool Allah ki back pe aa ke they used to jump on the back of the prophet while he was in sajdah aur rasool Allah apna sajdah prolong kar dete</w:t>
      </w:r>
      <w:r>
        <w:br/>
      </w:r>
      <w:r>
        <w:rPr>
          <w:sz w:val="20"/>
        </w:rPr>
        <w:t>32:11  thay ji taake aur zara woh ah apna jo un ka shoq hai woh poora karein aur ah aik waqia bohat hi interesting hai ke prophet khutba de rahe thay masjid mein ji masjid ghar ke barabar mein hi thi ah he was on the pulpit giving sermon to yeh dono daurte hue aaye hasan aur hussain chhote chhote do do saal ke to</w:t>
      </w:r>
      <w:r>
        <w:br/>
      </w:r>
      <w:r>
        <w:rPr>
          <w:sz w:val="20"/>
        </w:rPr>
        <w:t>32:36  prophet ne dekha to he came down from the pulpit neeche aa gaye aur baith gaye aur hasan aur hussain ko apne lap pe bitha liya dono aap tasawwur karein ji aur phir khutba dena shuru kar diya yani he both of them sitting on prophet's lap and the prophet is giving khutba yani yeh kis qadar ah in ko mohabbat thi bachchon se yeh bhi aik human touch ji yani prophet bhi insan thay</w:t>
      </w:r>
      <w:r>
        <w:br/>
      </w:r>
      <w:r>
        <w:rPr>
          <w:sz w:val="20"/>
        </w:rPr>
        <w:t>33:04  hmm to is mein bhi hamare liye aik pehlu hai ke hum yeh na samjhein ke rasool Allah s.a.w. koi divine ah woh woh dein attribute balkeh ah woh bhi insan thay aur sari woh cheezein ah un ke sath bhi theen aise hi aik aur waqia hai ke sardi ka zamana tha winter thi to aik bohat hi bara cloak aik jabba pehan rakha tha rasool Allah ne ji bohat hi bara jabba</w:t>
      </w:r>
      <w:r>
        <w:br/>
      </w:r>
      <w:r>
        <w:rPr>
          <w:sz w:val="20"/>
        </w:rPr>
        <w:t>33:31  to yeh dono phir daurte hue aaye hasan aur hussain prophet ke paas aur prophet zameen pe baith gaye aur in dono ke dono ko apne jabbay mein le liya cloak ke andar le liya aur phir fatima ne dekha fatima aaein un ke liye bhi prophet extended his cloak for her woh bhi is mein jabbay mein aa gayeen phir ali aaye un ko bhi le l</w:t>
      </w:r>
    </w:p>
    <w:p>
      <w:pPr>
        <w:pStyle w:val="Heading2"/>
      </w:pPr>
      <w:r>
        <w:t>Importance of form versus spirit in Islam</w:t>
      </w:r>
    </w:p>
    <w:p>
      <w:r>
        <w:rPr>
          <w:color w:val="666666"/>
          <w:sz w:val="18"/>
        </w:rPr>
        <w:t>Worship · Discovering God June 30, 2019 Maulana Wahiduddin Khan · 7m 09s · at 48:59 · https://youtu.be/Yt1-eX7XzYU?t=2939</w:t>
      </w:r>
    </w:p>
    <w:p>
      <w:r>
        <w:rPr>
          <w:i/>
        </w:rPr>
        <w:t>“Maulana, MashaAllah, your lectures are full of spirit. My question is regarding those who accuse you that you don't pay attention to form. In your view, even if someone doesn't perform the form, you still consider it valid. Your entire focus is on spirit. Maulana, what do you say about this? And is form really as important as spirit or not?”</w:t>
      </w:r>
    </w:p>
    <w:p>
      <w:r>
        <w:rPr>
          <w:sz w:val="20"/>
        </w:rPr>
        <w:t>48:59  yeh sawal bheja hai lucknow se anwar hussain sahib ne. unho'n ne likha hai: "maulana, mashallah, aap ke lectures spirit se bhare hue hote hain.</w:t>
      </w:r>
      <w:r>
        <w:br/>
      </w:r>
      <w:r>
        <w:rPr>
          <w:sz w:val="20"/>
        </w:rPr>
        <w:t>49:13  mera sawal hai un logon ko le ke jo aap pe ilzam lagate hain ke aap form ko tawajjuh nahi detey. aap ke nazdeek agar koi form na bhi kare to to bhi aap us ko jaiz qarar dete hain.</w:t>
      </w:r>
      <w:r>
        <w:br/>
      </w:r>
      <w:r>
        <w:rPr>
          <w:sz w:val="20"/>
        </w:rPr>
        <w:t>49:30  aap ka sara focus spirit pe hota hai. maulana, is bare mein aap kya kahenge? aur kya form waqai itna hi zaroori hota hai jitna spirit ya phir nahi?" jo log aisa kehte hain,</w:t>
      </w:r>
      <w:r>
        <w:br/>
      </w:r>
      <w:r>
        <w:rPr>
          <w:sz w:val="20"/>
        </w:rPr>
        <w:t>49:46  un se aap sirf yeh kahiye ke tum lecture in ko suno. aaj hi lecture jo hai record ho chuka hai, us ko suno.</w:t>
      </w:r>
      <w:r>
        <w:br/>
      </w:r>
      <w:r>
        <w:rPr>
          <w:sz w:val="20"/>
        </w:rPr>
        <w:t>49:58  to sara lecture mein form with speed ki baat hoti hai, form without speed ki baat nahi hoti.</w:t>
      </w:r>
      <w:r>
        <w:br/>
      </w:r>
      <w:r>
        <w:rPr>
          <w:sz w:val="20"/>
        </w:rPr>
        <w:t>50:10  aap jo log sunte hain, un se poochen ke kya un ko sookha sookha din milta hai jis mein speed nahi hoti?</w:t>
      </w:r>
      <w:r>
        <w:br/>
      </w:r>
      <w:r>
        <w:rPr>
          <w:sz w:val="20"/>
        </w:rPr>
        <w:t>50:20  yeh kahan woh kis aasman mein rehte hain woh log jin ki woh baat kar rahe hain? har hafte hamara lecture log sunte hain sari dunya mein.</w:t>
      </w:r>
      <w:r>
        <w:br/>
      </w:r>
      <w:r>
        <w:rPr>
          <w:sz w:val="20"/>
        </w:rPr>
        <w:t>50:33  un ko pakriye, un se poochiye ke tum ko lecture se take away kya milta hai? take away kya milta hai?</w:t>
      </w:r>
      <w:r>
        <w:br/>
      </w:r>
      <w:r>
        <w:rPr>
          <w:sz w:val="20"/>
        </w:rPr>
        <w:t>50:42  to aap ka aap ko maloom hoga ke aap ne baseless mafroza ghalat kaam qaim kar rakha hai. ab kuch mat kijiye, sirf yahi kijiye ke jo log sunte hain,</w:t>
      </w:r>
      <w:r>
        <w:br/>
      </w:r>
      <w:r>
        <w:rPr>
          <w:sz w:val="20"/>
        </w:rPr>
        <w:t>50:57  chahe direct sunte hon ya indirect, un se poochen ke tum ko hamare lecture se take away kya milta hai?</w:t>
      </w:r>
      <w:r>
        <w:br/>
      </w:r>
      <w:r>
        <w:rPr>
          <w:sz w:val="20"/>
        </w:rPr>
        <w:t>51:07  bas take away mein apne aap involve hain, dono cheezen, form bhi aur speed bhi. jo log aisa kehte hain, woh to mere nazdeek andhe par ka saboot dete hain,</w:t>
      </w:r>
      <w:r>
        <w:br/>
      </w:r>
      <w:r>
        <w:rPr>
          <w:sz w:val="20"/>
        </w:rPr>
        <w:t>51:20  andhe par ka saboot dete hain. un ko yani ja ko fasiq bain fatabaiyin, woh tehqeeq karen, ghar baithe baithe koi farz kar lete hain.</w:t>
      </w:r>
      <w:r>
        <w:br/>
      </w:r>
      <w:r>
        <w:rPr>
          <w:sz w:val="20"/>
        </w:rPr>
        <w:t>51:32  woh un logon ko milen jo sunte hain hamari aur un se poochen ke tum ko hamare program se take away kya milta hai?</w:t>
      </w:r>
      <w:r>
        <w:br/>
      </w:r>
      <w:r>
        <w:rPr>
          <w:sz w:val="20"/>
        </w:rPr>
        <w:t>51:43  sensor ko hota hai ke hamari kitabon se poochhein, hamari kitabon se sensor ke program se, itwar ke program se take away kya milta hai?</w:t>
      </w:r>
      <w:r>
        <w:br/>
      </w:r>
      <w:r>
        <w:rPr>
          <w:sz w:val="20"/>
        </w:rPr>
        <w:t>51:59  take away ka matlab bata doon mein aap ko ke mein pehli baar jab London gaya to London mein mein ne dekha ke wahan kuch dukaanen hoti hain jis pe likha hota hai take away, sign board par.</w:t>
      </w:r>
      <w:r>
        <w:br/>
      </w:r>
      <w:r>
        <w:rPr>
          <w:sz w:val="20"/>
        </w:rPr>
        <w:t>52:13  sign board pe likha hota hai take away. yeh un logon ke liye hota hai jo jo prepared food lena chahte hain.</w:t>
      </w:r>
      <w:r>
        <w:br/>
      </w:r>
      <w:r>
        <w:rPr>
          <w:sz w:val="20"/>
        </w:rPr>
        <w:t>52:24  ja rahe hain office, un chahiye ke woh office ja ke kuch kha kha lein. to wahan woh sign board kehta hai ke hamare paas to hamare liye prepared food hai,</w:t>
      </w:r>
      <w:r>
        <w:br/>
      </w:r>
      <w:r>
        <w:rPr>
          <w:sz w:val="20"/>
        </w:rPr>
        <w:t>52:37  to paisa do aur le jao, pakane ki zaroorat nahi hai. tum ko kitchen mein ja ke pakana nahi hai, paisa do aur le jao packet.</w:t>
      </w:r>
      <w:r>
        <w:br/>
      </w:r>
      <w:r>
        <w:rPr>
          <w:sz w:val="20"/>
        </w:rPr>
        <w:t>52:52  to take away ka matlab hai ke wahan se bila kya? aap ne program suna to is se bila kya? aap ko to jo log aisa kehte hain, woh to Allah taala ke haan bohat zyada yani un par mein sochta hoon ke bohat zyada kadi saza hogi.</w:t>
      </w:r>
      <w:r>
        <w:br/>
      </w:r>
      <w:r>
        <w:rPr>
          <w:sz w:val="20"/>
        </w:rPr>
        <w:t>53:13  un ko kadi saza ke tehqeeq to kiya nahi aur ghar baith kar ke ek ilzaam laga diya. un ke upar ilzaam lagane ka ki saza hogi un ko ke tehqeeq tehqeeq koi nahi ki.</w:t>
      </w:r>
      <w:r>
        <w:br/>
      </w:r>
      <w:r>
        <w:rPr>
          <w:sz w:val="20"/>
        </w:rPr>
        <w:t>53:32  bohat se log the jo sunte hain program ko har jagah, to un se mil ke poochte tum ke tum ko is program ko sunne se ya kitabon ko padhne se take away kya milta hai?</w:t>
      </w:r>
      <w:r>
        <w:br/>
      </w:r>
      <w:r>
        <w:rPr>
          <w:sz w:val="20"/>
        </w:rPr>
        <w:t>53:49  baghair yeh tehqeeq ke unhone maan liya to woh to Allah ka munafiq qarar paayenge. munafiq yeh saada baat nahi hai.</w:t>
      </w:r>
      <w:r>
        <w:br/>
      </w:r>
      <w:r>
        <w:rPr>
          <w:sz w:val="20"/>
        </w:rPr>
        <w:t>53:59  jo log baghair tehqeeq ke maan lein, woh munafiq hain Allah ki nazar mein.</w:t>
      </w:r>
      <w:r>
        <w:br/>
      </w:r>
      <w:r>
        <w:rPr>
          <w:sz w:val="20"/>
        </w:rPr>
        <w:t>54:08  maulana, agla comment bheja hai professor najma siddiqui ne dilli se. unhone likha hai: "maulana, today you have re-stressed the discovery of God through our capacities of test and appreciation of nature etc.</w:t>
      </w:r>
      <w:r>
        <w:br/>
      </w:r>
      <w:r>
        <w:rPr>
          <w:sz w:val="20"/>
        </w:rPr>
        <w:t>54:27  this further helps us to discover God by reflecting on Surah Rahman in the light of today's lecture." jazak Allah maulana.</w:t>
      </w:r>
      <w:r>
        <w:br/>
      </w:r>
      <w:r>
        <w:rPr>
          <w:sz w:val="20"/>
        </w:rPr>
        <w:t>54:38  doctor naghma siddiqui ne dilli se likha hai: "maulana, I got a big takeaway from today's lecture, which was a reflection on your journey of the discovery of God as God of love.</w:t>
      </w:r>
      <w:r>
        <w:br/>
      </w:r>
      <w:r>
        <w:rPr>
          <w:sz w:val="20"/>
        </w:rPr>
        <w:t>54:52  it touched my heart. I realized today that God gives us two things at the same time for one who has discovered God.</w:t>
      </w:r>
      <w:r>
        <w:br/>
      </w:r>
      <w:r>
        <w:rPr>
          <w:sz w:val="20"/>
        </w:rPr>
        <w:t>55:01  firstly, he gives us need based things like food. secondly, at the same time, he he he has given us an introduction to paradise in it in the form of taste.</w:t>
      </w:r>
      <w:r>
        <w:br/>
      </w:r>
      <w:r>
        <w:rPr>
          <w:sz w:val="20"/>
        </w:rPr>
        <w:t>55:16  but this is for one who has discovered God and paradise. what we have to do is keep our mind open to discover these things at every moment.</w:t>
      </w:r>
      <w:r>
        <w:br/>
      </w:r>
      <w:r>
        <w:rPr>
          <w:sz w:val="20"/>
        </w:rPr>
        <w:t>55:28  then we will be able to find the inner meaning of everything. jazak Allah maulana for opening my mind." maulana, phir comment bheja hai Muhammad Zakariya sahib ne.</w:t>
      </w:r>
      <w:r>
        <w:br/>
      </w:r>
      <w:r>
        <w:rPr>
          <w:sz w:val="20"/>
        </w:rPr>
        <w:t>55:43  unhone likha hai: "thrilling ideas of maulana, opportunities are always there to spread God's message. but the problem with us is that we don't avail it and always complain with the system around." doctor safina tabassum ne saharanpur se likha hai: "really thrilled by your experiences of discovery of God.</w:t>
      </w:r>
    </w:p>
    <w:p>
      <w:pPr>
        <w:pStyle w:val="Heading2"/>
      </w:pPr>
      <w:r>
        <w:t>Levels of prayer based on intentions</w:t>
      </w:r>
    </w:p>
    <w:p>
      <w:r>
        <w:rPr>
          <w:color w:val="666666"/>
          <w:sz w:val="18"/>
        </w:rPr>
        <w:t>Worship · Wisdom of Hadith Maulana Wahiduddin Khan February 23, 2014 · 6m 46s · at 1:35:50 · https://youtu.be/5E_MIQpToK4?t=5750</w:t>
      </w:r>
    </w:p>
    <w:p>
      <w:r>
        <w:rPr>
          <w:i/>
        </w:rPr>
        <w:t>“The hadith 'Actions are by intentions' is referenced. Praying with meaning is the first level. Please explain the levels of prayer.”</w:t>
      </w:r>
    </w:p>
    <w:p>
      <w:r>
        <w:rPr>
          <w:sz w:val="20"/>
        </w:rPr>
        <w:t>1:35:50  maulana, agla sawal Delhi se kiya hai doctor zaheer abbas mir sahib ne.</w:t>
      </w:r>
      <w:r>
        <w:br/>
      </w:r>
      <w:r>
        <w:rPr>
          <w:sz w:val="20"/>
        </w:rPr>
        <w:t>1:35:56  unhon ne ek hadith ka hawala diya hai jo is tarah hai: "in amal aamal niyat".</w:t>
      </w:r>
      <w:r>
        <w:br/>
      </w:r>
      <w:r>
        <w:rPr>
          <w:sz w:val="20"/>
        </w:rPr>
        <w:t>1:36:03  unhon ne likha hai ke namaz ko meaning se parhna pehla level hai aur wo aap se janna</w:t>
      </w:r>
      <w:r>
        <w:br/>
      </w:r>
      <w:r>
        <w:rPr>
          <w:sz w:val="20"/>
        </w:rPr>
        <w:t>1:36:11  chahte hain ke namaz ko tadabbur ke sath parhne se kya murad hai, is ke baray mein batayen.</w:t>
      </w:r>
      <w:r>
        <w:br/>
      </w:r>
      <w:r>
        <w:rPr>
          <w:sz w:val="20"/>
        </w:rPr>
        <w:t>1:36:18  bhai, is par hamari sab kitaben hain, aap parhiye.</w:t>
      </w:r>
      <w:r>
        <w:br/>
      </w:r>
      <w:r>
        <w:rPr>
          <w:sz w:val="20"/>
        </w:rPr>
        <w:t>1:36:22  yahi sab baatein to kitabon mein hoti hain.</w:t>
      </w:r>
      <w:r>
        <w:br/>
      </w:r>
      <w:r>
        <w:rPr>
          <w:sz w:val="20"/>
        </w:rPr>
        <w:t>1:36:26  aap ek kitab hamari hai, is ka naam hai "kitab marifat".</w:t>
      </w:r>
      <w:r>
        <w:br/>
      </w:r>
      <w:r>
        <w:rPr>
          <w:sz w:val="20"/>
        </w:rPr>
        <w:t>1:36:30  is ko aap parhiye, mujhe yaqeen hai ke is se aap ka is sawal ka jawab mil jaye</w:t>
      </w:r>
      <w:r>
        <w:br/>
      </w:r>
      <w:r>
        <w:rPr>
          <w:sz w:val="20"/>
        </w:rPr>
        <w:t>1:36:38  ga.</w:t>
      </w:r>
      <w:r>
        <w:br/>
      </w:r>
      <w:r>
        <w:rPr>
          <w:sz w:val="20"/>
        </w:rPr>
        <w:t>1:36:40  aap is ko aap parhiye, phir bhi agar aap ko wazeh na ho to phir aainda sawal kijiye.</w:t>
      </w:r>
      <w:r>
        <w:br/>
      </w:r>
      <w:r>
        <w:rPr>
          <w:sz w:val="20"/>
        </w:rPr>
        <w:t>1:36:47  maulana, yeh last question hai jo pennsylvania se aya hai khwaja kaleemuddin sahib ka.</w:t>
      </w:r>
      <w:r>
        <w:br/>
      </w:r>
      <w:r>
        <w:rPr>
          <w:sz w:val="20"/>
        </w:rPr>
        <w:t>1:36:54  انہوں نے لکھا ہے: "To my surprise, it is amazing to learn that in almost all religions, be</w:t>
      </w:r>
      <w:r>
        <w:br/>
      </w:r>
      <w:r>
        <w:rPr>
          <w:sz w:val="20"/>
        </w:rPr>
        <w:t>1:37:01  the Semitic and non-Semitic, and Aryan, and even non-religious people, are awaiting for some sort of</w:t>
      </w:r>
      <w:r>
        <w:br/>
      </w:r>
      <w:r>
        <w:rPr>
          <w:sz w:val="20"/>
        </w:rPr>
        <w:t>1:37:09  مسیحہ ہو، will emerge before the end of the world, and fulfill divine will on Earth.</w:t>
      </w:r>
      <w:r>
        <w:br/>
      </w:r>
      <w:r>
        <w:rPr>
          <w:sz w:val="20"/>
        </w:rPr>
        <w:t>1:37:16  He will manifest, he will manifest in his person the righteousness and compassion of God, and he will</w:t>
      </w:r>
      <w:r>
        <w:br/>
      </w:r>
      <w:r>
        <w:rPr>
          <w:sz w:val="20"/>
        </w:rPr>
        <w:t>1:37:24  bring about the final defeat of evil, and establish the kingdom of heaven on earth.</w:t>
      </w:r>
      <w:r>
        <w:br/>
      </w:r>
      <w:r>
        <w:rPr>
          <w:sz w:val="20"/>
        </w:rPr>
        <w:t>1:37:30  Maulana Sahib, why this same type of thinking has been existing among various groups of people from ancient</w:t>
      </w:r>
      <w:r>
        <w:br/>
      </w:r>
      <w:r>
        <w:rPr>
          <w:sz w:val="20"/>
        </w:rPr>
        <w:t>1:37:38  times? Is this due to a religious teaching or due to a human psychological weakness? Please explain this.</w:t>
      </w:r>
      <w:r>
        <w:br/>
      </w:r>
      <w:r>
        <w:rPr>
          <w:sz w:val="20"/>
        </w:rPr>
        <w:t>1:37:46  dekhen, yeh koi yeh bohat hi controversial masla hai aur is par bohat baatein hoti rahi hain.</w:t>
      </w:r>
      <w:r>
        <w:br/>
      </w:r>
      <w:r>
        <w:rPr>
          <w:sz w:val="20"/>
        </w:rPr>
        <w:t>1:37:53  kitaben likhi gayi hain.</w:t>
      </w:r>
      <w:r>
        <w:br/>
      </w:r>
      <w:r>
        <w:rPr>
          <w:sz w:val="20"/>
        </w:rPr>
        <w:t>1:37:55  jahan tak maine samjha hai, woh yeh hai ke Allah taala ko yeh matloob hai ke ke</w:t>
      </w:r>
      <w:r>
        <w:br/>
      </w:r>
      <w:r>
        <w:rPr>
          <w:sz w:val="20"/>
        </w:rPr>
        <w:t>1:38:02  jo qayamat aye gi, jo history and of history jo jo hone wala hai, is se pehle Allah</w:t>
      </w:r>
      <w:r>
        <w:br/>
      </w:r>
      <w:r>
        <w:rPr>
          <w:sz w:val="20"/>
        </w:rPr>
        <w:t>1:38:10  ko matloob hoga ke jo Allah ka creation plan hai, jo Allah ka jo deen hai, yani Allah</w:t>
      </w:r>
      <w:r>
        <w:br/>
      </w:r>
      <w:r>
        <w:rPr>
          <w:sz w:val="20"/>
        </w:rPr>
        <w:t>1:38:18  ne jo paida kiya insan ko, zameen ko, to kyun paida kiya? is ka aakhri elaan ho jaye.</w:t>
      </w:r>
      <w:r>
        <w:br/>
      </w:r>
      <w:r>
        <w:rPr>
          <w:sz w:val="20"/>
        </w:rPr>
        <w:t>1:38:25  yani abhi main jab yahan aya to ek ajib ehsas mujhe hua ke agar koi shakhs space mein</w:t>
      </w:r>
      <w:r>
        <w:br/>
      </w:r>
      <w:r>
        <w:rPr>
          <w:sz w:val="20"/>
        </w:rPr>
        <w:t>1:38:33  ek aisi is ke pas telescope ho ke poori space ko woh dekh sakta ho, is se poori</w:t>
      </w:r>
      <w:r>
        <w:br/>
      </w:r>
      <w:r>
        <w:rPr>
          <w:sz w:val="20"/>
        </w:rPr>
        <w:t>1:38:41  space ko, to kya payega? ke kahin bilkul yani muhib khala hai, kahin sitare ke bohat bare</w:t>
      </w:r>
      <w:r>
        <w:br/>
      </w:r>
      <w:r>
        <w:rPr>
          <w:sz w:val="20"/>
        </w:rPr>
        <w:t>1:38:49  mein gaaye ke sath dhak rahe hain, kahin suraj hai, kahin chand hai, kahin planet hai.</w:t>
      </w:r>
      <w:r>
        <w:br/>
      </w:r>
      <w:r>
        <w:rPr>
          <w:sz w:val="20"/>
        </w:rPr>
        <w:t>1:38:55  is mein phir ek chota spot hai jahan insan hai, ek chota spot, aisa insan jo chalta hai,</w:t>
      </w:r>
      <w:r>
        <w:br/>
      </w:r>
      <w:r>
        <w:rPr>
          <w:sz w:val="20"/>
        </w:rPr>
        <w:t>1:39:03  jo bolta hai, jo sochta hai, jo organize karta hai, jo research karta hai, jo discovery karta hai,</w:t>
      </w:r>
      <w:r>
        <w:br/>
      </w:r>
      <w:r>
        <w:rPr>
          <w:sz w:val="20"/>
        </w:rPr>
        <w:t>1:39:11  jo station banata hai.</w:t>
      </w:r>
      <w:r>
        <w:br/>
      </w:r>
      <w:r>
        <w:rPr>
          <w:sz w:val="20"/>
        </w:rPr>
        <w:t>1:39:13  to yeh ek kaisa ajib waqea hai? kyun hua aisa? itne bare space mein exception kyun? yani itni</w:t>
      </w:r>
      <w:r>
        <w:br/>
      </w:r>
      <w:r>
        <w:rPr>
          <w:sz w:val="20"/>
        </w:rPr>
        <w:t>1:39:20  bohat hi bari hai duniya, is mein ek chota sa tiny part hai hamari zameen.</w:t>
      </w:r>
      <w:r>
        <w:br/>
      </w:r>
      <w:r>
        <w:rPr>
          <w:sz w:val="20"/>
        </w:rPr>
        <w:t>1:39:27  wahan par ek exception hai, yeh to kyun? to aakhri daur mein is ka final elaan chahe ga</w:t>
      </w:r>
      <w:r>
        <w:br/>
      </w:r>
      <w:r>
        <w:rPr>
          <w:sz w:val="20"/>
        </w:rPr>
        <w:t>1:39:34  Allah taala ka ho jaye taake insan jab Allah ke samne khara ho to koi yeh na keh</w:t>
      </w:r>
      <w:r>
        <w:br/>
      </w:r>
      <w:r>
        <w:rPr>
          <w:sz w:val="20"/>
        </w:rPr>
        <w:t>1:39:42  sake ke hum ko to pata nahi tha.</w:t>
      </w:r>
      <w:r>
        <w:br/>
      </w:r>
      <w:r>
        <w:rPr>
          <w:sz w:val="20"/>
        </w:rPr>
        <w:t>1:39:46  to main samajhta hoon ke woh final jo declaration hai, woh hone wala hai.</w:t>
      </w:r>
      <w:r>
        <w:br/>
      </w:r>
      <w:r>
        <w:rPr>
          <w:sz w:val="20"/>
        </w:rPr>
        <w:t>1:39:52  woh har mazhab mein yeh baat batai gayi hai, lekin shakal kya hogi? woh us ko log samajhte</w:t>
      </w:r>
      <w:r>
        <w:br/>
      </w:r>
      <w:r>
        <w:rPr>
          <w:sz w:val="20"/>
        </w:rPr>
        <w:t>1:39:59  hain ke hukoomat qaim hogi.</w:t>
      </w:r>
      <w:r>
        <w:br/>
      </w:r>
      <w:r>
        <w:rPr>
          <w:sz w:val="20"/>
        </w:rPr>
        <w:t>1:40:01  mein nahin samajhta ke hukoomat qaim hogi.</w:t>
      </w:r>
      <w:r>
        <w:br/>
      </w:r>
      <w:r>
        <w:rPr>
          <w:sz w:val="20"/>
        </w:rPr>
        <w:t>1:40:04  کوئی وہ ہوگا in terms of declaration, in terms of state نہیں ہوگا۔</w:t>
      </w:r>
      <w:r>
        <w:br/>
      </w:r>
      <w:r>
        <w:rPr>
          <w:sz w:val="20"/>
        </w:rPr>
        <w:t>1:40:10  to yeh to bohat hi bilkul hi neachral maloom hota hai ke khaliq ko yeh matloob ho ke</w:t>
      </w:r>
      <w:r>
        <w:br/>
      </w:r>
      <w:r>
        <w:rPr>
          <w:sz w:val="20"/>
        </w:rPr>
        <w:t>1:40:18  duniya yaani end of end of history jo hai, jo tareekh ka jo khatma hai, jab aaye, us</w:t>
      </w:r>
      <w:r>
        <w:br/>
      </w:r>
      <w:r>
        <w:rPr>
          <w:sz w:val="20"/>
        </w:rPr>
        <w:t>1:40:25  se pehle aakhri ek elaan ho jaye.</w:t>
      </w:r>
      <w:r>
        <w:br/>
      </w:r>
      <w:r>
        <w:rPr>
          <w:sz w:val="20"/>
        </w:rPr>
        <w:t>1:40:28  jaise airport par aap jante hain ke elaan hota hai final call ke abao yeh to jahaz fly</w:t>
      </w:r>
      <w:r>
        <w:br/>
      </w:r>
      <w:r>
        <w:rPr>
          <w:sz w:val="20"/>
        </w:rPr>
        <w:t>1:40:36  kar jayega.</w:t>
      </w:r>
      <w:r>
        <w:br/>
      </w:r>
      <w:r>
        <w:rPr>
          <w:sz w:val="20"/>
        </w:rPr>
        <w:t>1:40:38  to ek final call to matloob hai.</w:t>
      </w:r>
      <w:r>
        <w:br/>
      </w:r>
      <w:r>
        <w:rPr>
          <w:sz w:val="20"/>
        </w:rPr>
        <w:t>1:40:41  yeh bilkul aqal se baat hai ke ek final call honi chahiye ke itni bari duniya mein itni</w:t>
      </w:r>
      <w:r>
        <w:br/>
      </w:r>
      <w:r>
        <w:rPr>
          <w:sz w:val="20"/>
        </w:rPr>
        <w:t>1:40:48  saari activities hain, phir is mein yeh exception hai, lekin kahin se koi awaaz nahin aa rahi ke</w:t>
      </w:r>
      <w:r>
        <w:br/>
      </w:r>
      <w:r>
        <w:rPr>
          <w:sz w:val="20"/>
        </w:rPr>
        <w:t>1:40:56  kyun Allah taala ne kyun paida kiya? kyun yeh insan hai? kyun yeh duniya hai? to tareekh ke</w:t>
      </w:r>
      <w:r>
        <w:br/>
      </w:r>
      <w:r>
        <w:rPr>
          <w:sz w:val="20"/>
        </w:rPr>
        <w:t>1:41:04  khatme se pehle zaroor Allah ka yeh matloob hoga ke ek final tor par duniya ko bata diya</w:t>
      </w:r>
      <w:r>
        <w:br/>
      </w:r>
      <w:r>
        <w:rPr>
          <w:sz w:val="20"/>
        </w:rPr>
        <w:t>1:41:11  jaye ke paida karne wale ne un ko paida kiya, is ka creation plan kya tha, aur aage</w:t>
      </w:r>
      <w:r>
        <w:br/>
      </w:r>
      <w:r>
        <w:rPr>
          <w:sz w:val="20"/>
        </w:rPr>
        <w:t>1:41:19  kya hone wala hai, yeh bata diya jaye.</w:t>
      </w:r>
      <w:r>
        <w:br/>
      </w:r>
      <w:r>
        <w:rPr>
          <w:sz w:val="20"/>
        </w:rPr>
        <w:t>1:41:23  to isi isi mein is ko final call ke silsile mein leta hoon, na ke hukoomat aur kisi</w:t>
      </w:r>
      <w:r>
        <w:br/>
      </w:r>
      <w:r>
        <w:rPr>
          <w:sz w:val="20"/>
        </w:rPr>
        <w:t>1:41:30  empire qaim karne ke silsile mein.</w:t>
      </w:r>
      <w:r>
        <w:br/>
      </w:r>
      <w:r>
        <w:rPr>
          <w:sz w:val="20"/>
        </w:rPr>
        <w:t>1:41:33  aur is lihaz se mujhe bilkul sahi nazar aata hai.</w:t>
      </w:r>
      <w:r>
        <w:br/>
      </w:r>
      <w:r>
        <w:rPr>
          <w:sz w:val="20"/>
        </w:rPr>
        <w:t>1:41:37  Okay, we will end the session now, just one last announcement.</w:t>
      </w:r>
    </w:p>
    <w:p>
      <w:pPr>
        <w:pStyle w:val="Heading2"/>
      </w:pPr>
      <w:r>
        <w:t>Meaning and observance of Shab-e-Miraj</w:t>
      </w:r>
    </w:p>
    <w:p>
      <w:r>
        <w:rPr>
          <w:color w:val="666666"/>
          <w:sz w:val="18"/>
        </w:rPr>
        <w:t>Worship · Divine Ideology of Life I 11 July 2010 · 9m 55s · at 1:42:25 · https://youtu.be/wOmHVfyjMJY?t=6145</w:t>
      </w:r>
    </w:p>
    <w:p>
      <w:r>
        <w:rPr>
          <w:i/>
        </w:rPr>
        <w:t>“What is Shab-e-Miraj? What should one do on this occasion?”</w:t>
      </w:r>
    </w:p>
    <w:p>
      <w:r>
        <w:rPr>
          <w:sz w:val="20"/>
        </w:rPr>
        <w:t>1:42:25  maulana, un ka ek aur sawal hai. unhon ne poocha hai ke "What is Shab-e-Mairaj? What should one do on this occasion?" kuch nahin, aaj kal jo musalman karte hain woh sab riwaj hai un ka.</w:t>
      </w:r>
      <w:r>
        <w:br/>
      </w:r>
      <w:r>
        <w:rPr>
          <w:sz w:val="20"/>
        </w:rPr>
        <w:t>1:42:38  is ka mazhab Islam se koi ta'alluq nahin. Shab-e-Mairaj yeh bhi pata nahin kis kis din hui thi. koi sabit thodi hai is ka tareekh.</w:t>
      </w:r>
      <w:r>
        <w:br/>
      </w:r>
      <w:r>
        <w:rPr>
          <w:sz w:val="20"/>
        </w:rPr>
        <w:t>1:42:47  koi date koi sabit nahin hai. yeh to musalman ne bana rakha hai ek falan date.</w:t>
      </w:r>
      <w:r>
        <w:br/>
      </w:r>
      <w:r>
        <w:rPr>
          <w:sz w:val="20"/>
        </w:rPr>
        <w:t>1:42:56  beh-haal yeh sab baatein jo hain yeh superstitions hain. superstitions. is ka Islam se koi ta'alluq nahin hai. to us din agar ibadat kar lo to phir jannat mil jayegi?</w:t>
      </w:r>
      <w:r>
        <w:br/>
      </w:r>
      <w:r>
        <w:rPr>
          <w:sz w:val="20"/>
        </w:rPr>
        <w:t>1:43:07  aisa kuch bhi nahin hai. Shab-e-Mairaj ke bare mein aap ne ek hi kaam karna hai ke woh aap woh hadith padhein jis mein koi aap ne apne tajrubaat bataye hain.</w:t>
      </w:r>
      <w:r>
        <w:br/>
      </w:r>
      <w:r>
        <w:rPr>
          <w:sz w:val="20"/>
        </w:rPr>
        <w:t>1:43:18  ke aap ne jahannum ko dekha to wahan yeh anjaam ho raha tha. bure karne walon ka. jannat ko dekha to wahan un ko yeh inaam mil raha tha. is ko padhein, is se sabak lein. to Mairaj ka mauqa sabak lene ke liye, day manane ke liye nahin hai. Mairaj day manana yeh koi Islam nahin hai.</w:t>
      </w:r>
      <w:r>
        <w:br/>
      </w:r>
      <w:r>
        <w:rPr>
          <w:sz w:val="20"/>
        </w:rPr>
        <w:t>1:43:25  yeh Shab-e-Mairaj jo hoti nahin hai to Mairaj day manate hain. to Mairaj day Islam mein har giz nahin hai. sabak leejiyey, is hadith ko padhiye jis mein Rasool Allah (SAW) ne apne tajrubaat bataye hain.</w:t>
      </w:r>
      <w:r>
        <w:br/>
      </w:r>
      <w:r>
        <w:rPr>
          <w:sz w:val="20"/>
        </w:rPr>
        <w:t>1:43:36  to sabak lena asal hai na ke Mairaj day manana.</w:t>
      </w:r>
      <w:r>
        <w:br/>
      </w:r>
      <w:r>
        <w:rPr>
          <w:sz w:val="20"/>
        </w:rPr>
        <w:t>1:43:49  Sajid Ahmed Lucknow se pooch rahe hain Maulana ke "While reading Quran, is it necessary to recite Arabic script or only the translation will be enough?"</w:t>
      </w:r>
      <w:r>
        <w:br/>
      </w:r>
      <w:r>
        <w:rPr>
          <w:sz w:val="20"/>
        </w:rPr>
        <w:t>1:43:55  sajid ahmed lucknow se pooch rahe hain maulana ke "While reading Quran, is it necessary to recite Arabic script or only the translation will be enough?"</w:t>
      </w:r>
      <w:r>
        <w:br/>
      </w:r>
      <w:r>
        <w:rPr>
          <w:sz w:val="20"/>
        </w:rPr>
        <w:t>1:44:09  nahi to yeh to apne halaat par hai. Agar kisi ke paas itna kam time hai to tarjuma padhe. Nahi to arabi padhe, woh arabi padh kar ke is par zyada ghor o fikr kare, zyada soch sakta hai woh.</w:t>
      </w:r>
      <w:r>
        <w:br/>
      </w:r>
      <w:r>
        <w:rPr>
          <w:sz w:val="20"/>
        </w:rPr>
        <w:t>1:44:21  Arabi janne wala zyada soch sakta hai, zyada samajh sakta hai. Lekin is ka matlab nahi ke arabi padhna farz hai kisi ke upar. Jo is ke bas mein jitna hai utna woh karna chah</w:t>
      </w:r>
      <w:r>
        <w:br/>
      </w:r>
      <w:r>
        <w:rPr>
          <w:sz w:val="20"/>
        </w:rPr>
        <w:t>1:44:30  iye. Ittaqullah musta'an.</w:t>
      </w:r>
      <w:r>
        <w:br/>
      </w:r>
      <w:r>
        <w:rPr>
          <w:sz w:val="20"/>
        </w:rPr>
        <w:t>1:44:35  Maulana, yeh sawal kiya hai Mr Arshad Jamal ne New Delhi se.</w:t>
      </w:r>
      <w:r>
        <w:br/>
      </w:r>
      <w:r>
        <w:rPr>
          <w:sz w:val="20"/>
        </w:rPr>
        <w:t>1:44:41  . Unhone likha hai ke "What is the meaning of verse number 6, chapter number 49 of Quran which says, 'Believers, if an evil doer brings you news, assert the correctness of the report fully,</w:t>
      </w:r>
      <w:r>
        <w:br/>
      </w:r>
      <w:r>
        <w:rPr>
          <w:sz w:val="20"/>
        </w:rPr>
        <w:t>1:44:57  lest you unwittingly harm others and then regret what you have done'?" Haan yeh bohat ahem ayat hai</w:t>
      </w:r>
      <w:r>
        <w:br/>
      </w:r>
      <w:r>
        <w:rPr>
          <w:sz w:val="20"/>
        </w:rPr>
        <w:t>1:45:07  ke aadmi jo hai yani misunderstanding ki wajah se rai qaim kar le to yeh Islam mein bohat bara is ko bohat mana kiya gaya hai.</w:t>
      </w:r>
      <w:r>
        <w:br/>
      </w:r>
      <w:r>
        <w:rPr>
          <w:sz w:val="20"/>
        </w:rPr>
        <w:t>1:45:18  Jab tak aap ko pakki knowledge na ho aap ko rai nahi banana chahiye aap ko. Pakki knowledge hona chahiye aap ko tab rai banaiye.</w:t>
      </w:r>
      <w:r>
        <w:br/>
      </w:r>
      <w:r>
        <w:rPr>
          <w:sz w:val="20"/>
        </w:rPr>
        <w:t>1:45:27  To pakki knowledge kaise hogi aap ko tehqeeq karenge, sochenge, mamle ko jajchenge.</w:t>
      </w:r>
      <w:r>
        <w:br/>
      </w:r>
      <w:r>
        <w:rPr>
          <w:sz w:val="20"/>
        </w:rPr>
        <w:t>1:45:32  Lekin is mein ek aur baat mein kahun ke yeh baat itni sada nahi hai. Yeh baat itni sada nahi hai. Jis aadmi se aap jayenge puchne ke liye woh kaise is par bhi depend karta hai.</w:t>
      </w:r>
      <w:r>
        <w:br/>
      </w:r>
      <w:r>
        <w:rPr>
          <w:sz w:val="20"/>
        </w:rPr>
        <w:t>1:45:45  Maslan mein bataun aap ko ek sahab ne mere bare mein ek statement diya paper mein ke mein BJP ka aadmi hoon.</w:t>
      </w:r>
      <w:r>
        <w:br/>
      </w:r>
      <w:r>
        <w:rPr>
          <w:sz w:val="20"/>
        </w:rPr>
        <w:t>1:45:55  Yeh lafz likh ke mein BJP ka aadmi hoon. Mein ne is se telephone kiya</w:t>
      </w:r>
      <w:r>
        <w:br/>
      </w:r>
      <w:r>
        <w:rPr>
          <w:sz w:val="20"/>
        </w:rPr>
        <w:t>1:46:01  , mein ne kaha aap ne keh diya ke BJP ka aadmi hain aap. Kahan aap ke paas kaun sa proof hai? Kaha agar aap jate hain un ke jalse mein. Koi jalse mein jane ka matlab BJP kahan hai?</w:t>
      </w:r>
      <w:r>
        <w:br/>
      </w:r>
      <w:r>
        <w:rPr>
          <w:sz w:val="20"/>
        </w:rPr>
        <w:t>1:46:12  Hum to jate hain message, hum to hamara ek mission hai message pahunchane ke liye jate hain. Meri tauqeer sun lijiye aap jo is stage bolta hoon mein. To kya kehte hain woh?</w:t>
      </w:r>
      <w:r>
        <w:br/>
      </w:r>
      <w:r>
        <w:rPr>
          <w:sz w:val="20"/>
        </w:rPr>
        <w:t>1:46:23  Mana nahi unhone tehqeeq ke baad bhi. Lekin bohat khatarnak baat hai yeh.</w:t>
      </w:r>
      <w:r>
        <w:br/>
      </w:r>
      <w:r>
        <w:rPr>
          <w:sz w:val="20"/>
        </w:rPr>
        <w:t>1:46:29  Yeh do tarafah do dhari talwar hai yeh. Is zamane mein log sach nahi bolte. Pehle zamane mein sach bolte the.</w:t>
      </w:r>
      <w:r>
        <w:br/>
      </w:r>
      <w:r>
        <w:rPr>
          <w:sz w:val="20"/>
        </w:rPr>
        <w:t>1:46:40  Pehle zamane mein aasan tha tehqeeq karna. Ab tehqeeq karna aasan nahi hai. Ab kya aadmi safai pesh karta hai, ghuma phira ke baat karta hai, idhar udhar ki baat karta hai.</w:t>
      </w:r>
      <w:r>
        <w:br/>
      </w:r>
      <w:r>
        <w:rPr>
          <w:sz w:val="20"/>
        </w:rPr>
        <w:t>1:46:49  To unhone kya aap jante hain kya diya unhone? Ek hadith pesh kar di.</w:t>
      </w:r>
      <w:r>
        <w:br/>
      </w:r>
      <w:r>
        <w:rPr>
          <w:sz w:val="20"/>
        </w:rPr>
        <w:t>1:46:54  Ittqoo wa qe'oo al-tuhm. Tohmat ki jagahon se bacho. Matlab wahan jo hai woh ek tohmat ki jagah hai log badnaam jagah wahan kyun jate hain aap?</w:t>
      </w:r>
      <w:r>
        <w:br/>
      </w:r>
      <w:r>
        <w:rPr>
          <w:sz w:val="20"/>
        </w:rPr>
        <w:t>1:47:05  Ab ek naya shosha nikal liya unhone.</w:t>
      </w:r>
      <w:r>
        <w:br/>
      </w:r>
      <w:r>
        <w:rPr>
          <w:sz w:val="20"/>
        </w:rPr>
        <w:t>1:47:12  Yeh bohat bari musibat hai is zamane mein jeena hai yaad rakhiye. Har aadmi jo hai apni safai pesh karna chahta hai. Ke mein saaf suthra bana raha hoon. Mere par koi dhabba na lage.</w:t>
      </w:r>
      <w:r>
        <w:br/>
      </w:r>
      <w:r>
        <w:rPr>
          <w:sz w:val="20"/>
        </w:rPr>
        <w:t>1:47:23  Pehle zamane mein aadmi phir maan leta hai jaldi se. Kahan bhai mujh se ghalati hui aur baat aisi thi waisi thi. To sab tehqeeq kar ke jaldi se maloom haqeeqat maloom ho jati thi.</w:t>
      </w:r>
      <w:r>
        <w:br/>
      </w:r>
      <w:r>
        <w:rPr>
          <w:sz w:val="20"/>
        </w:rPr>
        <w:t>1:47:33  Ab maloom hi nahi thi haqeeqat ab. Kaise aap jane ke firishton ke record to aap ke paas hain nahi.</w:t>
      </w:r>
      <w:r>
        <w:br/>
      </w:r>
      <w:r>
        <w:rPr>
          <w:sz w:val="20"/>
        </w:rPr>
        <w:t>1:47:42  Aap ke paas firishton ke record nahi hain. Jis se aap puche ja rahe hain woh aadmi sahi baat batata nahi.</w:t>
      </w:r>
      <w:r>
        <w:br/>
      </w:r>
      <w:r>
        <w:rPr>
          <w:sz w:val="20"/>
        </w:rPr>
        <w:t>1:47:52  Mein aap ko aise bohat se qisse mere paas hain apni zaati. Ab bataiye ke mein ne jab keh diya use saaf saaf ke mein jata hoon BJP ke jalse mein to jata hoon mein mere saathi hote hain mein speech deta hoon Islam par phir woh Quran bantate hain un logon ko to matlab dawat ke liye jata hoon tab kya kehte hain Ittaqoo wa qe'oo al-tuhm tohmat ki jagahon se bacho matlab woh badnaam party hai to wahan jana hi nahi chahiye aap ko.</w:t>
      </w:r>
      <w:r>
        <w:br/>
      </w:r>
      <w:r>
        <w:rPr>
          <w:sz w:val="20"/>
        </w:rPr>
        <w:t>1:48:21  to kaise aap kaise aap tehqeeq karenge? jab manne wala safai pesh kare ya safai kare jhoote yani jhoote pehlu nikalta rahe shoshe ab kya karenge aap?</w:t>
      </w:r>
      <w:r>
        <w:br/>
      </w:r>
      <w:r>
        <w:rPr>
          <w:sz w:val="20"/>
        </w:rPr>
        <w:t>1:48:35  yeh aisa bura zamana aa gaya hai bura zamana ke ummat hairaan ho gaya hai hum jeena mushkil ho gaya hai. kaise jaye aadmi? pehle zamane mein log seedhe saadhe hote the.</w:t>
      </w:r>
      <w:r>
        <w:br/>
      </w:r>
      <w:r>
        <w:rPr>
          <w:sz w:val="20"/>
        </w:rPr>
        <w:t>1:48:46  ab seedha koi hai nahin. ab koi seedha hi nahin hai.</w:t>
      </w:r>
      <w:r>
        <w:br/>
      </w:r>
      <w:r>
        <w:rPr>
          <w:sz w:val="20"/>
        </w:rPr>
        <w:t>1:48:51  har aadmi charhaye har aadmi charhaye. aur is zamane mein mein kehta hoon ke saare log taqreeban yeh koshish mein hote hain ke mera mere meri meri shakhsiyat bani rahe.</w:t>
      </w:r>
      <w:r>
        <w:br/>
      </w:r>
      <w:r>
        <w:rPr>
          <w:sz w:val="20"/>
        </w:rPr>
        <w:t>1:49:03  meri shakhsiyat par koi dhabba na lagne paye. to ghuma phira ke apne ko safai pesh karte rehte hain. I was wrong kaun kehta hai mujhe bataiye. tehqeeq karne se baat khatam zaroor ho jati hai.</w:t>
      </w:r>
      <w:r>
        <w:br/>
      </w:r>
      <w:r>
        <w:rPr>
          <w:sz w:val="20"/>
        </w:rPr>
        <w:t>1:49:16  pehlay zamane mein tha ke I was wrong. I was wrong.</w:t>
      </w:r>
      <w:r>
        <w:br/>
      </w:r>
      <w:r>
        <w:rPr>
          <w:sz w:val="20"/>
        </w:rPr>
        <w:t>1:49:21  ab kaun kehta hai I was wrong. log ghumate phira baat karte hain pech up kar ke baat karte hain apni safai pesh karte hain false justification pesh karte hain baat kisi se reporting nahin karte.</w:t>
      </w:r>
      <w:r>
        <w:br/>
      </w:r>
      <w:r>
        <w:rPr>
          <w:sz w:val="20"/>
        </w:rPr>
        <w:t>1:49:34  to dekhiye do baatein hain yeh single baat nahin hai yeh. ek yeh hai ke aadmi ko chahiye ke sun kar na maan le.</w:t>
      </w:r>
      <w:r>
        <w:br/>
      </w:r>
      <w:r>
        <w:rPr>
          <w:sz w:val="20"/>
        </w:rPr>
        <w:t>1:49:44  hadith mein aata hai ke kafy bilmar'u kadhiban yahdithu bikulli ma sami'a aadmi ke jhoota hone ke liye baat kaafi hai jo sune us ko bayan kar le jo sune us ko bayan kar lega.</w:t>
      </w:r>
      <w:r>
        <w:br/>
      </w:r>
      <w:r>
        <w:rPr>
          <w:sz w:val="20"/>
        </w:rPr>
        <w:t>1:49:57  is wajah se dekhiye pehle do point hua. ek point yeh hai ke jab aap sunein to us ki tehqeeq karein. jab sunein to tehqeeq karein. relevant logon se</w:t>
      </w:r>
      <w:r>
        <w:br/>
      </w:r>
      <w:r>
        <w:rPr>
          <w:sz w:val="20"/>
        </w:rPr>
        <w:t>1:50:07  tehqeeq kar ke rai banayein. ek baat. doosri baat yeh aap yeh yeh bhi janna hai ke aap ek aise zamane mein hain jahan aap ko yeh musibat hai ke koi aadmi saaf baat karta nahin. saaf baat karta nahin to kaise aap us ko kya k</w:t>
      </w:r>
      <w:r>
        <w:br/>
      </w:r>
      <w:r>
        <w:rPr>
          <w:sz w:val="20"/>
        </w:rPr>
        <w:t>1:50:20  arein? jaise mein ne qissa bataya aap ko ke jab mein ne saaf saaf keh diya ke mein bibi chup jata hoon to mein us se koi ta'alluq nahin koi lena dena nahin hai. mein jata hoon ek message pohanchane ke liye.</w:t>
      </w:r>
      <w:r>
        <w:br/>
      </w:r>
      <w:r>
        <w:rPr>
          <w:sz w:val="20"/>
        </w:rPr>
        <w:t>1:50:30  mere saathi wahan Quran padhte hain. tab kya kehte hain ittaqu wa waqi'u al-tuhum mein ne sar peet liya ke aise logon se Khuda nipt sakta hai aise?</w:t>
      </w:r>
      <w:r>
        <w:br/>
      </w:r>
      <w:r>
        <w:rPr>
          <w:sz w:val="20"/>
        </w:rPr>
        <w:t>1:50:42  Khuda ke farishtay nipt sakte hain hum to nipt nahin sakte aise logon se. yeh mamlaat bohat hi pecheeda hain.</w:t>
      </w:r>
      <w:r>
        <w:br/>
      </w:r>
      <w:r>
        <w:rPr>
          <w:sz w:val="20"/>
        </w:rPr>
        <w:t>1:50:49  yeh zamana pecheedgi ka zamana hai. har taraf har cheez complex ho gayi hai. jaise technology complex ho gayi hai na aisi soch bhi complex ho gayi hai.</w:t>
      </w:r>
      <w:r>
        <w:br/>
      </w:r>
      <w:r>
        <w:rPr>
          <w:sz w:val="20"/>
        </w:rPr>
        <w:t>1:51:00  bohat hi har har taraf complexities. We are living in the in the midst of complexities to mein to itna zyada pareshan ho gaya yaad rakhiye rozah dua karta hoon Khuda ya mujhe maadoom kar de mera wajood mit jaye.</w:t>
      </w:r>
      <w:r>
        <w:br/>
      </w:r>
      <w:r>
        <w:rPr>
          <w:sz w:val="20"/>
        </w:rPr>
        <w:t>1:51:15  yaqeen kijiye meri sab se mehboob dua yahi hai.</w:t>
      </w:r>
      <w:r>
        <w:br/>
      </w:r>
      <w:r>
        <w:rPr>
          <w:sz w:val="20"/>
        </w:rPr>
        <w:t>1:51:20  itna zyada mera haal ho raha hai ke mein dua karta hoon Khuda mujhe maadoom kar de mera wajood hi na rahe na is duniya mein rahe na aakhirat mein rahe.</w:t>
      </w:r>
    </w:p>
    <w:p>
      <w:pPr>
        <w:pStyle w:val="Heading2"/>
      </w:pPr>
      <w:r>
        <w:t>Missing Asr Prayer Due to Work</w:t>
      </w:r>
    </w:p>
    <w:p>
      <w:r>
        <w:rPr>
          <w:color w:val="666666"/>
          <w:sz w:val="18"/>
        </w:rPr>
        <w:t>Worship · How to Lead a Life of Fulfilment September 24, 2017 · 7m 18s · at 53:04 · https://youtu.be/WUoQOo2_zd8?t=3184</w:t>
      </w:r>
    </w:p>
    <w:p>
      <w:r>
        <w:rPr>
          <w:i/>
        </w:rPr>
        <w:t>“I work in Saudi Arabia as a mechanic. My duty time is such that the Asr prayer becomes qada (missed). I cannot offer it on duty. What should I do?”</w:t>
      </w:r>
    </w:p>
    <w:p>
      <w:r>
        <w:rPr>
          <w:sz w:val="20"/>
        </w:rPr>
        <w:t>53:04  molana agla sawal saudi arabia se farooq warsi sahib ne bheja hai unhon ne likha hai molana sahib</w:t>
      </w:r>
      <w:r>
        <w:br/>
      </w:r>
      <w:r>
        <w:rPr>
          <w:sz w:val="20"/>
        </w:rPr>
        <w:t>53:13  main saudi mein job karta hoon as a mechanic</w:t>
      </w:r>
      <w:r>
        <w:br/>
      </w:r>
      <w:r>
        <w:rPr>
          <w:sz w:val="20"/>
        </w:rPr>
        <w:t>53:18  mera duty time kuch aisa hai ke namaz asar qaza ho jati hai duty par ada nahi kar</w:t>
      </w:r>
      <w:r>
        <w:br/>
      </w:r>
      <w:r>
        <w:rPr>
          <w:sz w:val="20"/>
        </w:rPr>
        <w:t>53:25  sakta kyunke mechanic work bohat mushkil kaam hai aur ziyada safai wala kaam nahi hai to kya main</w:t>
      </w:r>
      <w:r>
        <w:br/>
      </w:r>
      <w:r>
        <w:rPr>
          <w:sz w:val="20"/>
        </w:rPr>
        <w:t>53:34  namaz jama kar ke parh sakta hoon zuhar ki aur asar ki ya phir asar ki qaza namaz</w:t>
      </w:r>
      <w:r>
        <w:br/>
      </w:r>
      <w:r>
        <w:rPr>
          <w:sz w:val="20"/>
        </w:rPr>
        <w:t>53:41  ada karna acha hai is ko wazeh karein dekhiye main aap ko</w:t>
      </w:r>
      <w:r>
        <w:br/>
      </w:r>
      <w:r>
        <w:rPr>
          <w:sz w:val="20"/>
        </w:rPr>
        <w:t>53:48  aman abu hanifa ka ek</w:t>
      </w:r>
      <w:r>
        <w:br/>
      </w:r>
      <w:r>
        <w:rPr>
          <w:sz w:val="20"/>
        </w:rPr>
        <w:t>53:50  qol batata hoon bohat hi bohat hi beauty full</w:t>
      </w:r>
      <w:r>
        <w:br/>
      </w:r>
      <w:r>
        <w:rPr>
          <w:sz w:val="20"/>
        </w:rPr>
        <w:t>53:55  elustration hai amaan abu hanifa se poocha gaya ke main</w:t>
      </w:r>
      <w:r>
        <w:br/>
      </w:r>
      <w:r>
        <w:rPr>
          <w:sz w:val="20"/>
        </w:rPr>
        <w:t>54:02  mujhe bhook lagi hai aur khana agaya</w:t>
      </w:r>
      <w:r>
        <w:br/>
      </w:r>
      <w:r>
        <w:rPr>
          <w:sz w:val="20"/>
        </w:rPr>
        <w:t>54:05  aur time namaz ka bhi time agaya</w:t>
      </w:r>
      <w:r>
        <w:br/>
      </w:r>
      <w:r>
        <w:rPr>
          <w:sz w:val="20"/>
        </w:rPr>
        <w:t>54:09  yani bhook bhi hai khana bhi hai lekin namaz ka bhi time hai to main kya karoon</w:t>
      </w:r>
      <w:r>
        <w:br/>
      </w:r>
      <w:r>
        <w:rPr>
          <w:sz w:val="20"/>
        </w:rPr>
        <w:t>54:17  to unhon ne itna acha jawab diya</w:t>
      </w:r>
      <w:r>
        <w:br/>
      </w:r>
      <w:r>
        <w:rPr>
          <w:sz w:val="20"/>
        </w:rPr>
        <w:t>54:22  ke main is ko pasand karoon ga ke main khana khaoon aur namaz ko yaad karoon namaz mere</w:t>
      </w:r>
      <w:r>
        <w:br/>
      </w:r>
      <w:r>
        <w:rPr>
          <w:sz w:val="20"/>
        </w:rPr>
        <w:t>54:29  dil mein rahe is ki bajaye ke main</w:t>
      </w:r>
      <w:r>
        <w:br/>
      </w:r>
      <w:r>
        <w:rPr>
          <w:sz w:val="20"/>
        </w:rPr>
        <w:t>54:34  namaz parhoon aur aur</w:t>
      </w:r>
      <w:r>
        <w:br/>
      </w:r>
      <w:r>
        <w:rPr>
          <w:sz w:val="20"/>
        </w:rPr>
        <w:t>54:35  khane ko yaad karoon mere dil mein khana khana ho kitni bari baat yeh hai namaz dil mein parh jati hai dil mein</w:t>
      </w:r>
      <w:r>
        <w:br/>
      </w:r>
      <w:r>
        <w:rPr>
          <w:sz w:val="20"/>
        </w:rPr>
        <w:t>54:48  to ap office mein hoon duty kar rahe hain aur time hoga namaz ka to imam abu hanifa</w:t>
      </w:r>
      <w:r>
        <w:br/>
      </w:r>
      <w:r>
        <w:rPr>
          <w:sz w:val="20"/>
        </w:rPr>
        <w:t>54:55  ke is qol ke mutabiq</w:t>
      </w:r>
      <w:r>
        <w:br/>
      </w:r>
      <w:r>
        <w:rPr>
          <w:sz w:val="20"/>
        </w:rPr>
        <w:t>54:57  ap apne office ka kaam kijiye aur dil mein namaz ko rakhiye</w:t>
      </w:r>
      <w:r>
        <w:br/>
      </w:r>
      <w:r>
        <w:rPr>
          <w:sz w:val="20"/>
        </w:rPr>
        <w:t>55:03  bataur ap kar rahe hain office ka kaam lekin ap ke dil mein namaz ki adat</w:t>
      </w:r>
      <w:r>
        <w:br/>
      </w:r>
      <w:r>
        <w:rPr>
          <w:sz w:val="20"/>
        </w:rPr>
        <w:t>55:11  to yeh zyada acha hai yani kitni bari baat kahi imam abu hanifa ne ke main</w:t>
      </w:r>
      <w:r>
        <w:br/>
      </w:r>
      <w:r>
        <w:rPr>
          <w:sz w:val="20"/>
        </w:rPr>
        <w:t>55:19  khana khaoon aur namaz mere dil mein basi ho woh woh mere liye acha hai is liye ke</w:t>
      </w:r>
      <w:r>
        <w:br/>
      </w:r>
      <w:r>
        <w:rPr>
          <w:sz w:val="20"/>
        </w:rPr>
        <w:t>55:24  main main aisa karoon ke main namaz parhoon aur khana mere dil mein basa hua ho</w:t>
      </w:r>
      <w:r>
        <w:br/>
      </w:r>
      <w:r>
        <w:rPr>
          <w:sz w:val="20"/>
        </w:rPr>
        <w:t>55:34  is</w:t>
      </w:r>
      <w:r>
        <w:br/>
      </w:r>
      <w:r>
        <w:rPr>
          <w:sz w:val="20"/>
        </w:rPr>
        <w:t>55:34  se acha jawab nahi ho sakta is ka aksar log yeh baat poochte hain aap bas yahi dekhte hain ke namaz ka time ho gaya</w:t>
      </w:r>
      <w:r>
        <w:br/>
      </w:r>
      <w:r>
        <w:rPr>
          <w:sz w:val="20"/>
        </w:rPr>
        <w:t>55:44  wisdom aap ne daryaft nahi ki namaz ki wisdom yeh koi baat hi nahi ke namaz ka time ho gaya agar yeh baat hoti to Imam Hanifa yeh kehte ke bhai time jab hoga to namaz parhna hai yeh nahi kaha unhonay to namaz log parhte hain lekin namaz ki wisdom se bekhabar hain bohat hi ajeeb baat hai</w:t>
      </w:r>
      <w:r>
        <w:br/>
      </w:r>
      <w:r>
        <w:rPr>
          <w:sz w:val="20"/>
        </w:rPr>
        <w:t>56:12  aik martaba mein kya hua ke mein amreeka mein tha to mujh ko logon ne juma ki namaz parhne ke liye keh diya</w:t>
      </w:r>
      <w:r>
        <w:br/>
      </w:r>
      <w:r>
        <w:rPr>
          <w:sz w:val="20"/>
        </w:rPr>
        <w:t>56:24  to mujhe pata nahi tha ke is ke riwaj kya hai to mein khutba diya aur shayad do minute pehle mera khutba khatam ho gaya to mein muhammad ke liye khara ho gaya</w:t>
      </w:r>
      <w:r>
        <w:br/>
      </w:r>
      <w:r>
        <w:rPr>
          <w:sz w:val="20"/>
        </w:rPr>
        <w:t>56:40  namaz parha hi main ne acha sahib kiya hua</w:t>
      </w:r>
      <w:r>
        <w:br/>
      </w:r>
      <w:r>
        <w:rPr>
          <w:sz w:val="20"/>
        </w:rPr>
        <w:t>56:44  namaz jab khatam hui na to aik sahib ne hangama kar diya</w:t>
      </w:r>
      <w:r>
        <w:br/>
      </w:r>
      <w:r>
        <w:rPr>
          <w:sz w:val="20"/>
        </w:rPr>
        <w:t>56:49  hangama kar diya</w:t>
      </w:r>
      <w:r>
        <w:br/>
      </w:r>
      <w:r>
        <w:rPr>
          <w:sz w:val="20"/>
        </w:rPr>
        <w:t>56:52  to main ne pata kiya bhai yeh kya hangama kar rahe hain yeh main ne in ka hangama</w:t>
      </w:r>
      <w:r>
        <w:br/>
      </w:r>
      <w:r>
        <w:rPr>
          <w:sz w:val="20"/>
        </w:rPr>
        <w:t>56:57  yeh tha ke woh kisi se office mein kaam karte the to ghari dekh kar wahan se chalte</w:t>
      </w:r>
      <w:r>
        <w:br/>
      </w:r>
      <w:r>
        <w:rPr>
          <w:sz w:val="20"/>
        </w:rPr>
        <w:t>57:01  the apni car par theek waqt par pohanchte the jab takbeer oola hone wali thi to har har</w:t>
      </w:r>
      <w:r>
        <w:br/>
      </w:r>
      <w:r>
        <w:rPr>
          <w:sz w:val="20"/>
        </w:rPr>
        <w:t>57:10  juma ko unhein takbeer oola mil jati thi</w:t>
      </w:r>
      <w:r>
        <w:br/>
      </w:r>
      <w:r>
        <w:rPr>
          <w:sz w:val="20"/>
        </w:rPr>
        <w:t>57:14  to is tarah ka hangama kar rahe hain</w:t>
      </w:r>
      <w:r>
        <w:br/>
      </w:r>
      <w:r>
        <w:rPr>
          <w:sz w:val="20"/>
        </w:rPr>
        <w:t>57:17  mein ne kaha ke unhein woh namaz parhte hain lekin namaz ke be adab pata hi nahin</w:t>
      </w:r>
      <w:r>
        <w:br/>
      </w:r>
      <w:r>
        <w:rPr>
          <w:sz w:val="20"/>
        </w:rPr>
        <w:t>57:24  dekhie yeh bhi namaz</w:t>
      </w:r>
      <w:r>
        <w:br/>
      </w:r>
      <w:r>
        <w:rPr>
          <w:sz w:val="20"/>
        </w:rPr>
        <w:t>57:26  hai ke ap ko yeh ehsas ho ke af woh aurat to meri takbeer poora fote ho gayi</w:t>
      </w:r>
      <w:r>
        <w:br/>
      </w:r>
      <w:r>
        <w:rPr>
          <w:sz w:val="20"/>
        </w:rPr>
        <w:t>57:33  yani repentance ziyada bari cheez hai ba muqabla is ke keo mein mein mein to kabhi meri namaz</w:t>
      </w:r>
      <w:r>
        <w:br/>
      </w:r>
      <w:r>
        <w:rPr>
          <w:sz w:val="20"/>
        </w:rPr>
        <w:t>57:42  woh kabhi takbeer ul fote fote nahin hoti Allah ko yeh yeh pasand nahin hai ke ap ke dil</w:t>
      </w:r>
      <w:r>
        <w:br/>
      </w:r>
      <w:r>
        <w:rPr>
          <w:sz w:val="20"/>
        </w:rPr>
        <w:t>57:48  mein yeh ho ke mein itna zabardast namazi hoon ke meri kabhi takbeer ul fote nahin hoti nahin tawazu</w:t>
      </w:r>
      <w:r>
        <w:br/>
      </w:r>
      <w:r>
        <w:rPr>
          <w:sz w:val="20"/>
        </w:rPr>
        <w:t>57:57  modesty yeh Allah ko ziyada pasand hai</w:t>
      </w:r>
      <w:r>
        <w:br/>
      </w:r>
      <w:r>
        <w:rPr>
          <w:sz w:val="20"/>
        </w:rPr>
        <w:t>58:03  isi liye hadith mein aata hai ke agar tum gunah na karo yani Allah ko pasand hai ke insan gunah kare aur aur is ke andar repentance aaye</w:t>
      </w:r>
      <w:r>
        <w:br/>
      </w:r>
      <w:r>
        <w:rPr>
          <w:sz w:val="20"/>
        </w:rPr>
        <w:t>58:20  to Allah farmata hai ke agar tum gunah na karo to Allah aik aur makhlooq paida karega</w:t>
      </w:r>
      <w:r>
        <w:br/>
      </w:r>
      <w:r>
        <w:rPr>
          <w:sz w:val="20"/>
        </w:rPr>
        <w:t>58:27  jo gunah kare aur toba kare yeh aik woh cheez nahin hai ke bara ap ko fakhr fakhr</w:t>
      </w:r>
      <w:r>
        <w:br/>
      </w:r>
      <w:r>
        <w:rPr>
          <w:sz w:val="20"/>
        </w:rPr>
        <w:t>58:33  ho ke meri</w:t>
      </w:r>
      <w:r>
        <w:br/>
      </w:r>
      <w:r>
        <w:rPr>
          <w:sz w:val="20"/>
        </w:rPr>
        <w:t>58:36  meri takbeer takbeer ul fote nahin hoti</w:t>
      </w:r>
      <w:r>
        <w:br/>
      </w:r>
      <w:r>
        <w:rPr>
          <w:sz w:val="20"/>
        </w:rPr>
        <w:t>58:41  is fakhr se ziyada Allah ko pasand hai modesty</w:t>
      </w:r>
      <w:r>
        <w:br/>
      </w:r>
      <w:r>
        <w:rPr>
          <w:sz w:val="20"/>
        </w:rPr>
        <w:t>58:46  iftikhar apna izzat</w:t>
      </w:r>
      <w:r>
        <w:br/>
      </w:r>
      <w:r>
        <w:rPr>
          <w:sz w:val="20"/>
        </w:rPr>
        <w:t>58:50  kya namaz parhte hain log mein to samajhta hoon ke namaz parhne wale jante hain nahin ke namaz</w:t>
      </w:r>
      <w:r>
        <w:br/>
      </w:r>
      <w:r>
        <w:rPr>
          <w:sz w:val="20"/>
        </w:rPr>
        <w:t>58:54  ki wisdom kya hai</w:t>
      </w:r>
      <w:r>
        <w:br/>
      </w:r>
      <w:r>
        <w:rPr>
          <w:sz w:val="20"/>
        </w:rPr>
        <w:t>58:57  isi ko namaz samajhte hain ke takbeer ul fote nahin hui</w:t>
      </w:r>
      <w:r>
        <w:br/>
      </w:r>
      <w:r>
        <w:rPr>
          <w:sz w:val="20"/>
        </w:rPr>
        <w:t>59:02  yeh namaz parhne wale jo hai jante hi nahin</w:t>
      </w:r>
      <w:r>
        <w:br/>
      </w:r>
      <w:r>
        <w:rPr>
          <w:sz w:val="20"/>
        </w:rPr>
        <w:t>59:05  ke kya cheez hai bari zyada bari cheez kya hai ke sahib mila woh ji parhiye tarjuma is ka tarjuma bhi parhiye arabi mein yeh hadith suniye wallazi nafsi bi yadihi lawlam tudniboo la rahim Allah bikum walaja bi qawmin yudhiboon fiyastaghfiroon Allah fiyaghfir lahum</w:t>
      </w:r>
      <w:r>
        <w:br/>
      </w:r>
      <w:r>
        <w:rPr>
          <w:sz w:val="20"/>
        </w:rPr>
        <w:t>59:31  sahih muslim hadith number 2749</w:t>
      </w:r>
      <w:r>
        <w:br/>
      </w:r>
      <w:r>
        <w:rPr>
          <w:sz w:val="20"/>
        </w:rPr>
        <w:t>59:37  is zaat ki qasam jis ke hath mein meri jaan hai agar tum gunah na karo to Allah</w:t>
      </w:r>
      <w:r>
        <w:br/>
      </w:r>
      <w:r>
        <w:rPr>
          <w:sz w:val="20"/>
        </w:rPr>
        <w:t>59:42  taala tum ko le jayega aur aik aisi qaum layega jo gunah karegi phir Allah</w:t>
      </w:r>
      <w:r>
        <w:br/>
      </w:r>
      <w:r>
        <w:rPr>
          <w:sz w:val="20"/>
        </w:rPr>
        <w:t>59:49  se woh maghfirat talab karegi aur Allah un ko maaf karega</w:t>
      </w:r>
      <w:r>
        <w:br/>
      </w:r>
      <w:r>
        <w:rPr>
          <w:sz w:val="20"/>
        </w:rPr>
        <w:t>59:56  to ap hazrat hazrat abu imam abu hanifa ke is qaul ko yaad rakhiye ke unhon ne kaha</w:t>
      </w:r>
      <w:r>
        <w:br/>
      </w:r>
      <w:r>
        <w:rPr>
          <w:sz w:val="20"/>
        </w:rPr>
        <w:t>1:00:03  tha ke mujhe yeh pasand hai ke mein</w:t>
      </w:r>
      <w:r>
        <w:br/>
      </w:r>
      <w:r>
        <w:rPr>
          <w:sz w:val="20"/>
        </w:rPr>
        <w:t>1:00:08  khana khaoon aur dil mein namaz yaad arhi ho bajaye is ke ke mein namaz parhoon aur dil</w:t>
      </w:r>
      <w:r>
        <w:br/>
      </w:r>
      <w:r>
        <w:rPr>
          <w:sz w:val="20"/>
        </w:rPr>
        <w:t>1:00:15  mein khana ki yaad arhi ho</w:t>
      </w:r>
    </w:p>
    <w:p>
      <w:pPr>
        <w:pStyle w:val="Heading2"/>
      </w:pPr>
      <w:r>
        <w:t>Number of prayers from Quran?</w:t>
      </w:r>
    </w:p>
    <w:p>
      <w:r>
        <w:rPr>
          <w:color w:val="666666"/>
          <w:sz w:val="18"/>
        </w:rPr>
        <w:t>Worship · Contribution of Sufism in India May 29, 2011 · 5m 15s · at 1:39:19 · https://youtu.be/lzxSaTnomio?t=5959</w:t>
      </w:r>
    </w:p>
    <w:p>
      <w:r>
        <w:rPr>
          <w:i/>
        </w:rPr>
        <w:t>“How many daily prayers are proven from the Quran? Three or five?”</w:t>
      </w:r>
    </w:p>
    <w:p>
      <w:r>
        <w:rPr>
          <w:sz w:val="20"/>
        </w:rPr>
        <w:t>1:39:19  mr syed saleem ne hyderabad se sawal kiya hai. unhone likha hai: "quran se kal kitni namazein sabit hain?</w:t>
      </w:r>
      <w:r>
        <w:br/>
      </w:r>
      <w:r>
        <w:rPr>
          <w:sz w:val="20"/>
        </w:rPr>
        <w:t>1:39:27  teen ya paanch?" dekhiye, quran hi se paanch namaz sabit hoti hai. lafz paanch nahi hai, lekin paanch hadith mein hai.</w:t>
      </w:r>
      <w:r>
        <w:br/>
      </w:r>
      <w:r>
        <w:rPr>
          <w:sz w:val="20"/>
        </w:rPr>
        <w:t>1:39:38  aur jo log hadith quran alag karte hain, woh bilashuba gumrah hain aur bohat zyada bari gumrahi mein mubtala hain. quran ko hadith alag nahi kar sakte.</w:t>
      </w:r>
      <w:r>
        <w:br/>
      </w:r>
      <w:r>
        <w:rPr>
          <w:sz w:val="20"/>
        </w:rPr>
        <w:t>1:39:47  aap mein poochta hoon in logon se: "quran, quran kahan se mila aap ko? kya aap ka, aap ka khud apne direct aap ke ghar aa gaya hai?" yani mujhe bohat taajjub hota hai in logon par jo quran hadith ko alag karte hain.</w:t>
      </w:r>
      <w:r>
        <w:br/>
      </w:r>
      <w:r>
        <w:rPr>
          <w:sz w:val="20"/>
        </w:rPr>
        <w:t>1:40:00  pehle yeh sabit karein: quran ko kahan se mila? direct un ko jibril rakh de gaye hain? quran majeed rasool allah ne quran diya hai hum ko. rasool allah ko hadaf karein to quran bhi hadaf hai.</w:t>
      </w:r>
      <w:r>
        <w:br/>
      </w:r>
      <w:r>
        <w:rPr>
          <w:sz w:val="20"/>
        </w:rPr>
        <w:t>1:40:14  zara ghor kijiye, yani rasool allah ko hadaf kar ke quran hadaf nahi ho jayega? ji, jaise india mein agar ambedkar ko hadaf kar diya aap to kishor bhi hadaf ho jata hai.</w:t>
      </w:r>
      <w:r>
        <w:br/>
      </w:r>
      <w:r>
        <w:rPr>
          <w:sz w:val="20"/>
        </w:rPr>
        <w:t>1:40:27  agar india ki tareekh se aap ambedkar ko hadaf kar dein to dastoor bhi hadaf ho jayega. unhone to banaya tha. aise aap hadith quran rasool allah ko hadaf karein to quran bhi hadaf ho jata hai.</w:t>
      </w:r>
      <w:r>
        <w:br/>
      </w:r>
      <w:r>
        <w:rPr>
          <w:sz w:val="20"/>
        </w:rPr>
        <w:t>1:40:40  yeh to bohat zyada ghair ilmi baat hai. yeh log parhe, yani in ko ilm jo alag si baatein karte hain, in ko ilm ki hudood nahi maloom. ilm ki hudood nahi maloom hai.</w:t>
      </w:r>
      <w:r>
        <w:br/>
      </w:r>
      <w:r>
        <w:rPr>
          <w:sz w:val="20"/>
        </w:rPr>
        <w:t>1:40:54  ilm ki hudood, ilm ki aap janna chahey. ilm ka framework pe bolna chahey. Yaad rakhiye, koi baat wahi valid hai jis jo ilm ke framework pe kahi gayi ho.</w:t>
      </w:r>
      <w:r>
        <w:br/>
      </w:r>
      <w:r>
        <w:rPr>
          <w:sz w:val="20"/>
        </w:rPr>
        <w:t>1:41:05  ilm ke framework se bahar kahi gayi ho to valid hi nahi hai. Woh koi sense nahi hai. Iska Quran mein dekhiye, saaf saaf hai ke laqad kana lakum fi rasool Allahi uswatun hasana.</w:t>
      </w:r>
      <w:r>
        <w:br/>
      </w:r>
      <w:r>
        <w:rPr>
          <w:sz w:val="20"/>
        </w:rPr>
        <w:t>1:41:15  Rasool Allah model hain tumhare liye. Yani Quran ideology deta hai aur model hum ko Rasool Allah se milta hai.</w:t>
      </w:r>
      <w:r>
        <w:br/>
      </w:r>
      <w:r>
        <w:rPr>
          <w:sz w:val="20"/>
        </w:rPr>
        <w:t>1:41:23  Dono mil kar complete hota hai. Islam</w:t>
      </w:r>
      <w:r>
        <w:br/>
      </w:r>
      <w:r>
        <w:rPr>
          <w:sz w:val="20"/>
        </w:rPr>
        <w:t>1:41:29  Dono mil ke Islam complete hota hai. To Quran se ideology hum lete hain, Rasool Allah ke model lete hain. Is tarah hum ko Islam ka poora tasawwur milta hai.</w:t>
      </w:r>
      <w:r>
        <w:br/>
      </w:r>
      <w:r>
        <w:rPr>
          <w:sz w:val="20"/>
        </w:rPr>
        <w:t>1:41:40  Jo log Rasool Allah ko alag kar dein aur kahein Quran kaafi hai, woh to main samajhta hoon ke ghair ilmi baat karte hain. Ilm se koi ta'alluq nahi hai. Unko</w:t>
      </w:r>
      <w:r>
        <w:br/>
      </w:r>
      <w:r>
        <w:rPr>
          <w:sz w:val="20"/>
        </w:rPr>
        <w:t>1:41:49  Sab se pehle yeh baat janiye ke ilm ke framework pe bolna chahiye, warna aap ka bol valid nahi hai. Jo log kehte hain ke namaz paanch kahan kahan likhi hui hai, to main kahunga Quran mein namaz ki ideology hai.</w:t>
      </w:r>
      <w:r>
        <w:br/>
      </w:r>
      <w:r>
        <w:rPr>
          <w:sz w:val="20"/>
        </w:rPr>
        <w:t>1:42:07  Ginti ke ma'ano mein hum paanch jo hai, woh Hadees mein hai.</w:t>
      </w:r>
      <w:r>
        <w:br/>
      </w:r>
      <w:r>
        <w:rPr>
          <w:sz w:val="20"/>
        </w:rPr>
        <w:t>1:42:15  Yeh baatein jo hain, yani serious study ki baatein hain, yeh behas warasi ki baatein nahi hain, jalsay jaloos ki baatein nahi hain.</w:t>
      </w:r>
      <w:r>
        <w:br/>
      </w:r>
      <w:r>
        <w:rPr>
          <w:sz w:val="20"/>
        </w:rPr>
        <w:t>1:42:25  Yeh</w:t>
      </w:r>
      <w:r>
        <w:br/>
      </w:r>
      <w:r>
        <w:rPr>
          <w:sz w:val="20"/>
        </w:rPr>
        <w:t>1:42:29  Aur is mein mujhe is mein zara bhi shakk nahi ke paanch waqt ke farz hain Musalmanon par namaz, aur woh istinbat ke taur par khud Quran se bhi nikalti hai.</w:t>
      </w:r>
      <w:r>
        <w:br/>
      </w:r>
      <w:r>
        <w:rPr>
          <w:sz w:val="20"/>
        </w:rPr>
        <w:t>1:42:39  Ke ba'tor is ba'tor inference ke Quran se bhi nikalti hai paanch waqt ki namaz, aur ba'tor ibadat aur nass ke Hadees se nikalti hai. Matlab ginti paanch ki ginti ke sath Hadees se nikalti hai.</w:t>
      </w:r>
      <w:r>
        <w:br/>
      </w:r>
      <w:r>
        <w:rPr>
          <w:sz w:val="20"/>
        </w:rPr>
        <w:t>1:42:52  As a principle, woh Quran se bhi nikalti hai paanch waqt ki namaz. Is par maine mazmoon likha hai ke paanch waqt ki namaz Quran mein kis tarah nikalti hai, woh aap padh lijiye.</w:t>
      </w:r>
      <w:r>
        <w:br/>
      </w:r>
      <w:r>
        <w:rPr>
          <w:sz w:val="20"/>
        </w:rPr>
        <w:t>1:43:01  Isko risale mein aa chuka hai yeh mazmoon</w:t>
      </w:r>
      <w:r>
        <w:br/>
      </w:r>
      <w:r>
        <w:rPr>
          <w:sz w:val="20"/>
        </w:rPr>
        <w:t>1:43:03  ke paanch waqt ki namaz khud Quran mein bhi maujood hai, lekin istinbat ke andaaz mein aur ibadat o nass ke andaaz mein Hadees mein hai.</w:t>
      </w:r>
      <w:r>
        <w:br/>
      </w:r>
      <w:r>
        <w:rPr>
          <w:sz w:val="20"/>
        </w:rPr>
        <w:t>1:43:11  Woh to baharhaal main yeh keh sakta hoon ke ke Hadees agar Hadees hai to Quran Hadees Qudsi hai.</w:t>
      </w:r>
      <w:r>
        <w:br/>
      </w:r>
      <w:r>
        <w:rPr>
          <w:sz w:val="20"/>
        </w:rPr>
        <w:t>1:43:22  Is mein jo bohat hi zyada ilmi jo statement ho sakta hai, scientific statement wahi ho sakta hai ke Hadees agar Hadees hai, Hadees agar Hadees Rasool hai to Quran Hadees Qudsi hai.</w:t>
      </w:r>
      <w:r>
        <w:br/>
      </w:r>
      <w:r>
        <w:rPr>
          <w:sz w:val="20"/>
        </w:rPr>
        <w:t>1:43:38  Aur haqeeqat yeh hai ke yani jo jo jo log Hadees ko na lein, woh yani woh unko sirf behasein milti hain.</w:t>
      </w:r>
      <w:r>
        <w:br/>
      </w:r>
      <w:r>
        <w:rPr>
          <w:sz w:val="20"/>
        </w:rPr>
        <w:t>1:43:51  Behasein</w:t>
      </w:r>
      <w:r>
        <w:br/>
      </w:r>
      <w:r>
        <w:rPr>
          <w:sz w:val="20"/>
        </w:rPr>
        <w:t>1:43:53  Yani Hadees ko chhod kar ke jo Quran ko lete hain, unki qara'ein maine padhi hain, sirf behasein hoti hain. Manfi behasein, manfi behasein, bas aisi qara'ein maine padhi hain.</w:t>
      </w:r>
      <w:r>
        <w:br/>
      </w:r>
      <w:r>
        <w:rPr>
          <w:sz w:val="20"/>
        </w:rPr>
        <w:t>1:44:02  Jo log Hadees ko chhod kar ke Quran ko lete hain, sirf manfi behasein hain, manfi behasein hain. Yeh galat, woh galat, yeh galat, woh galat. Is mein koi na wisdom hai, na koi hikmat hai, na koi aqal ki baat hai.</w:t>
      </w:r>
      <w:r>
        <w:br/>
      </w:r>
      <w:r>
        <w:rPr>
          <w:sz w:val="20"/>
        </w:rPr>
        <w:t>1:44:16  To mera tajruba to yahi hai.</w:t>
      </w:r>
      <w:r>
        <w:br/>
      </w:r>
      <w:r>
        <w:rPr>
          <w:sz w:val="20"/>
        </w:rPr>
        <w:t>1:44:20  Ah, okay, Doctor Muhammad Ibrahim has asked whether Maulana Sahib conducts his lectures in English. Ah, we would like to tell him that there are more than hundred English lectures of Maulana Sahib, which is uploaded on the CPS website.</w:t>
      </w:r>
    </w:p>
    <w:p>
      <w:pPr>
        <w:pStyle w:val="Heading2"/>
      </w:pPr>
      <w:r>
        <w:t>Significance of form in Islamic worship</w:t>
      </w:r>
    </w:p>
    <w:p>
      <w:r>
        <w:rPr>
          <w:color w:val="666666"/>
          <w:sz w:val="18"/>
        </w:rPr>
        <w:t>Worship · Islam in Daily Life May 26, 2013 · 5m 32s · at 1:14:21 · https://youtu.be/iNyWPrbyyhA?t=4461</w:t>
      </w:r>
    </w:p>
    <w:p>
      <w:r>
        <w:rPr>
          <w:i/>
        </w:rPr>
        <w:t>“Some people say that the real thing is spirit. Form has no importance in Islam. My question is, what is the significance of form in Islam? For example, Salat, Hajj, etc. Please guide us.”</w:t>
      </w:r>
    </w:p>
    <w:p>
      <w:r>
        <w:rPr>
          <w:sz w:val="20"/>
        </w:rPr>
        <w:t>1:14:21  maulana agla sawal delhi se hai, ah mr n rasheed ka. unhon ne likha hai: "Some people say that the real thing is spirit.</w:t>
      </w:r>
      <w:r>
        <w:br/>
      </w:r>
      <w:r>
        <w:rPr>
          <w:sz w:val="20"/>
        </w:rPr>
        <w:t>1:14:31  Form has no importance in Islam</w:t>
      </w:r>
      <w:r>
        <w:br/>
      </w:r>
      <w:r>
        <w:rPr>
          <w:sz w:val="20"/>
        </w:rPr>
        <w:t>1:14:34  ." Maulana sahab "My question is, what is the significance of form in Islam? For example, Salat, Hajj, etc. Please guide us." dekhiye, jo log ye kahin,</w:t>
      </w:r>
      <w:r>
        <w:br/>
      </w:r>
      <w:r>
        <w:rPr>
          <w:sz w:val="20"/>
        </w:rPr>
        <w:t>1:14:48  jaise kuch sufia the, kehte hain ke "أنتُمْ مَا أَوْلَادَكُمْ وَدَانَا مَا وَارْدَاتَنَا" . ye to galat hai. ye ye nazariya galat hai.</w:t>
      </w:r>
      <w:r>
        <w:br/>
      </w:r>
      <w:r>
        <w:rPr>
          <w:sz w:val="20"/>
        </w:rPr>
        <w:t>1:14:59  dekhiye, spirit ka lazmi part hai form. spirit agar rahegi to is ko is ka expression hoga form ki surat mein.</w:t>
      </w:r>
      <w:r>
        <w:br/>
      </w:r>
      <w:r>
        <w:rPr>
          <w:sz w:val="20"/>
        </w:rPr>
        <w:t>1:15:14  aisi cheezen hain ke jo log detach kar dete hain, spirit ko alag kar ke form ko samajhte hain ke bas ye form ada kar diya to sab kuch ho gaya.</w:t>
      </w:r>
      <w:r>
        <w:br/>
      </w:r>
      <w:r>
        <w:rPr>
          <w:sz w:val="20"/>
        </w:rPr>
        <w:t>1:15:22  wo galat hai. yani spirit ko detach kar ke form be haqeeqat hai.</w:t>
      </w:r>
      <w:r>
        <w:br/>
      </w:r>
      <w:r>
        <w:rPr>
          <w:sz w:val="20"/>
        </w:rPr>
        <w:t>1:15:29  ye sahi hai. lekin wo form jo spirit ka manifestation ho, spirit ke izhar ke taur par paida ho, wo to in matloob hai.</w:t>
      </w:r>
      <w:r>
        <w:br/>
      </w:r>
      <w:r>
        <w:rPr>
          <w:sz w:val="20"/>
        </w:rPr>
        <w:t>1:15:41  jitna strong hogi spirit, utna hi zyada form aayega aap ke andar. to yaad rakhiye, ye kehna ke form ki koi zaroorat nahi hai, spirit kafi hoti hai, bilkul galat baat hai.</w:t>
      </w:r>
      <w:r>
        <w:br/>
      </w:r>
      <w:r>
        <w:rPr>
          <w:sz w:val="20"/>
        </w:rPr>
        <w:t>1:15:55  kuch sufi log the, aise jo kaha karte the "</w:t>
      </w:r>
      <w:r>
        <w:br/>
      </w:r>
      <w:r>
        <w:rPr>
          <w:sz w:val="20"/>
        </w:rPr>
        <w:t>1:15:59  ap log jo kehte hain ke spirit jo hai, wo aap ko motivate karti hai, wo muharrik banti hai, andar se aap ko jagati hai. ye ye bilkul galat nazariya hai. ye</w:t>
      </w:r>
      <w:r>
        <w:br/>
      </w:r>
      <w:r>
        <w:rPr>
          <w:sz w:val="20"/>
        </w:rPr>
        <w:t>1:16:08  lekin sahi baat ye hai ke spirit jo hai, wo aap ko motivate karti hai, wo muharrik banti hai, andar se aap ko jagati hai.</w:t>
      </w:r>
      <w:r>
        <w:br/>
      </w:r>
      <w:r>
        <w:rPr>
          <w:sz w:val="20"/>
        </w:rPr>
        <w:t>1:16:19  to phir jab jagaye gi to is ka izhaar hoga. isi izhaar ka naam form hai.</w:t>
      </w:r>
      <w:r>
        <w:br/>
      </w:r>
      <w:r>
        <w:rPr>
          <w:sz w:val="20"/>
        </w:rPr>
        <w:t>1:16:25  jab aap ko Allah ki barai se sarshaar aap hote hain aur bilkul is mein gharaq ho jate hain, to be ikhtiyar aap ka sar zameen pe gir gir parta hai.</w:t>
      </w:r>
      <w:r>
        <w:br/>
      </w:r>
      <w:r>
        <w:rPr>
          <w:sz w:val="20"/>
        </w:rPr>
        <w:t>1:16:37  aap is ko afford nahi kar sakte ke aap Allah ke barai sarshaar hon, aap ko sar zameen pe na gire. impossible hai.</w:t>
      </w:r>
      <w:r>
        <w:br/>
      </w:r>
      <w:r>
        <w:rPr>
          <w:sz w:val="20"/>
        </w:rPr>
        <w:t>1:16:47  to jahan yani jo log ye baatein karein, form spirit ke aur form wahan na ho, to un ka to spirit bhi nahi hai, kuch bhi nahi hai. main dekhein, bohat hi gumrahi ki baat hai ye kehna ke "ap log jo kehte hain ke spirit jo hai, wo aap ko motivate karti hai, wo muharrik banti hai, andar se aap ko jagati hai. ye ye bilkul galat nazariya hai. ye</w:t>
      </w:r>
      <w:r>
        <w:br/>
      </w:r>
      <w:r>
        <w:rPr>
          <w:sz w:val="20"/>
        </w:rPr>
        <w:t>1:17:06  maulana ye sawal hyderabad se hai, zubair ahmed sahab ka</w:t>
      </w:r>
      <w:r>
        <w:br/>
      </w:r>
      <w:r>
        <w:rPr>
          <w:sz w:val="20"/>
        </w:rPr>
        <w:t>1:17:10  . unhon ne likha hai: "maulana, hadithon mein aata hai ke zulm ke khilaf awaz uthana chahiye. maulana, is ki wazahat farmayein, ye kis tarah ke zulm ki baat hai?" kahan awaz uthana to kaha yahi nahi.</w:t>
      </w:r>
      <w:r>
        <w:br/>
      </w:r>
      <w:r>
        <w:rPr>
          <w:sz w:val="20"/>
        </w:rPr>
        <w:t>1:17:24  ye to musalman, ye musalmanon ki zuban hai ye. awaz uthana.</w:t>
      </w:r>
      <w:r>
        <w:br/>
      </w:r>
      <w:r>
        <w:rPr>
          <w:sz w:val="20"/>
        </w:rPr>
        <w:t>1:17:31  ye kahan likha hua hai? kis hadith mein? ke awaz uthao, jhanda uthao.</w:t>
      </w:r>
      <w:r>
        <w:br/>
      </w:r>
      <w:r>
        <w:rPr>
          <w:sz w:val="20"/>
        </w:rPr>
        <w:t>1:17:36  ye bilkul yani ye baat kahin bhi, ye musalmanon ki zuban hai ye. awaz uthana. to hadith mein hai ke ke zalim ke khair khwah bano.</w:t>
      </w:r>
      <w:r>
        <w:br/>
      </w:r>
      <w:r>
        <w:rPr>
          <w:sz w:val="20"/>
        </w:rPr>
        <w:t>1:17:50  khair khwahi farz hai, na ke awaz uthana, jhanda ut</w:t>
      </w:r>
      <w:r>
        <w:br/>
      </w:r>
      <w:r>
        <w:rPr>
          <w:sz w:val="20"/>
        </w:rPr>
        <w:t>1:17:54  hana. yani is ki islaah ke dard mand ho jana, is ki islaah ki fikr karna. sochna is ki islaah ke liye. is se mil kar ke samjhana bujhana.</w:t>
      </w:r>
      <w:r>
        <w:br/>
      </w:r>
      <w:r>
        <w:rPr>
          <w:sz w:val="20"/>
        </w:rPr>
        <w:t>1:18:03  aur ye jhanda uthana, ye to haram hai mehnat islam mein. sarkon par aa kar jaloos nikalte hain aur kehte hain ke dekho, hum zalim ke khilaf wo kar rahe hain. bilkul islam se is ka koi talluq nahi hai.</w:t>
      </w:r>
      <w:r>
        <w:br/>
      </w:r>
      <w:r>
        <w:rPr>
          <w:sz w:val="20"/>
        </w:rPr>
        <w:t>1:18:14  ye street active mein nahi hai. islam mein jo hai, wo cheez street activism hai.</w:t>
      </w:r>
      <w:r>
        <w:br/>
      </w:r>
      <w:r>
        <w:rPr>
          <w:sz w:val="20"/>
        </w:rPr>
        <w:t>1:18:24  ye achi tarah samajh lein ke islam mein street activism nahi hai. islam mein is ko kehte hain nas, noor, saad hai. nas khair khwahi. yani bloosher banna.</w:t>
      </w:r>
      <w:r>
        <w:br/>
      </w:r>
      <w:r>
        <w:rPr>
          <w:sz w:val="20"/>
        </w:rPr>
        <w:t>1:18:35  to zalim ke bloosher baniye. ye hai. zalim ke bloosher bane, zalim ke khair khwah baniye. khair khwah banne ke mani hain ke wo kijiye jo maa apne bete ke sath karti hai.</w:t>
      </w:r>
      <w:r>
        <w:br/>
      </w:r>
      <w:r>
        <w:rPr>
          <w:sz w:val="20"/>
        </w:rPr>
        <w:t>1:18:48  aur jo jhanda uthayein, wo to aur islam ke naam par parties chalate hain apne.</w:t>
      </w:r>
      <w:r>
        <w:br/>
      </w:r>
      <w:r>
        <w:rPr>
          <w:sz w:val="20"/>
        </w:rPr>
        <w:t>1:18:54  wo islam ke naam par lead nahi karte. islam se koi talluq nahi.</w:t>
      </w:r>
    </w:p>
    <w:p>
      <w:pPr>
        <w:pStyle w:val="Heading2"/>
      </w:pPr>
      <w:r>
        <w:t>Significance of post-prayer tasbih</w:t>
      </w:r>
    </w:p>
    <w:p>
      <w:r>
        <w:rPr>
          <w:color w:val="666666"/>
          <w:sz w:val="18"/>
        </w:rPr>
        <w:t>Worship · Paradise in The Making March 27, 2011 · 18m 40s · at 1:21:32 · https://youtu.be/Cn5pC7s16sY?t=4892</w:t>
      </w:r>
    </w:p>
    <w:p>
      <w:r>
        <w:rPr>
          <w:i/>
        </w:rPr>
        <w:t>“What is the significance of tasbih after prayer?”</w:t>
      </w:r>
    </w:p>
    <w:p>
      <w:r>
        <w:rPr>
          <w:sz w:val="20"/>
        </w:rPr>
        <w:t>1:21:32  Yeh farq hai dono mein. Maulana ka ek aur sawal hai, unhon ne likha hai: "What is the significance of tasbeeh after namaz?" Haan, dekhiye, is mein bohat sari riwayatein hain.</w:t>
      </w:r>
      <w:r>
        <w:br/>
      </w:r>
      <w:r>
        <w:rPr>
          <w:sz w:val="20"/>
        </w:rPr>
        <w:t>1:21:47  To log samajhte hain ke woh jo mashhoor ek hai, 33 baar, 33 baar, 33 baar, 34 baar, wahi ek riwayat nahi hai. Aur bohat si riwayatein hain, doosre alfaaz hain.</w:t>
      </w:r>
      <w:r>
        <w:br/>
      </w:r>
      <w:r>
        <w:rPr>
          <w:sz w:val="20"/>
        </w:rPr>
        <w:t>1:22:01  To is par ghor karne se samajh mein aata hai ke asal cheez dana shumari nahi hai, kuch alfaaz ko ginna nahi hai. Asal cheez yeh hai ke namaz ke baad kuch der tak aap par namaz kaifiyat taari rahe,</w:t>
      </w:r>
      <w:r>
        <w:br/>
      </w:r>
      <w:r>
        <w:rPr>
          <w:sz w:val="20"/>
        </w:rPr>
        <w:t>1:22:17  yani Allah ki tasbeeh, Allah ki badai, Allah ki hamd, yeh sab aap sochte rahen baith kar ke. To ek bohat hi yani illustrative waqea hai ke Hazrat Umar Rasool Allah ke zamane ka waqea hai ke Rasool Allah ne namaz padhai,</w:t>
      </w:r>
      <w:r>
        <w:br/>
      </w:r>
      <w:r>
        <w:rPr>
          <w:sz w:val="20"/>
        </w:rPr>
        <w:t>1:22:36  jaise salam phera, aap ne ek aadmi foran khara ho gaya sunnat parhne ke liye.</w:t>
      </w:r>
      <w:r>
        <w:br/>
      </w:r>
      <w:r>
        <w:rPr>
          <w:sz w:val="20"/>
        </w:rPr>
        <w:t>1:22:43  to Rasool Allah ne to Hazrat Umar ne us ke us ke kandhe ko aise kar ke aap baitho bithaa diya, us ko aijlas, aijlas baitho.</w:t>
      </w:r>
      <w:r>
        <w:br/>
      </w:r>
      <w:r>
        <w:rPr>
          <w:sz w:val="20"/>
        </w:rPr>
        <w:t>1:22:56  to unhon ne yeh Rasool Allah ke zamane ka waqea yeh hai ke salam pherne ke baad foran khara ho gaya sunnat parhne ke liye. To Hazrat Umar ne kaha ke aijlas baith.</w:t>
      </w:r>
      <w:r>
        <w:br/>
      </w:r>
      <w:r>
        <w:rPr>
          <w:sz w:val="20"/>
        </w:rPr>
        <w:t>1:23:07  to us waqt Hazrat Umar ne farmaya tha ke pichli qaumein is liye halak huin ke un ke do namazon ke beech mein farz nahi hota tha. Ek namaz khatam ki, dhar se doosri namaz shuru kar di.</w:t>
      </w:r>
      <w:r>
        <w:br/>
      </w:r>
      <w:r>
        <w:rPr>
          <w:sz w:val="20"/>
        </w:rPr>
        <w:t>1:23:21  pichli qaumein is liye halak huin ke un ki do namazon ke beech mein farz nahi hota tha. Yani ek namaz aap ne padhi, us ke baad aap ko sochna chahiye ke hum ne kya padha.</w:t>
      </w:r>
      <w:r>
        <w:br/>
      </w:r>
      <w:r>
        <w:rPr>
          <w:sz w:val="20"/>
        </w:rPr>
        <w:t>1:23:32  hum ne Alhamdulillah padha, hum ne Assalamu Alaikum Wa Rahmatullahi padha, hum ne yeh padha, hum ne woh padha. Is ko sochte rahiyey, Allah ki badai, Allah ki tasbeeh karte rahey.</w:t>
      </w:r>
      <w:r>
        <w:br/>
      </w:r>
      <w:r>
        <w:rPr>
          <w:sz w:val="20"/>
        </w:rPr>
        <w:t>1:23:43  koi zaroori nahi ke aap in alfaaz ko le ke ginein, is ko in alfaaz ke baghair bhi aap soch sakte hain. To maqsad yeh hai ke namaz ke khatme par woh namaz ki spirit kuch der tak aap par taari rahe.</w:t>
      </w:r>
      <w:r>
        <w:br/>
      </w:r>
      <w:r>
        <w:rPr>
          <w:sz w:val="20"/>
        </w:rPr>
        <w:t>1:24:00  to pichli qaum ne kaha tha, unhon ne form ko namaz samajh liya tha. Form pichli qaumon mein jo bigaad aaya, form yani shakal ko namaz samajh liya.</w:t>
      </w:r>
      <w:r>
        <w:br/>
      </w:r>
      <w:r>
        <w:rPr>
          <w:sz w:val="20"/>
        </w:rPr>
        <w:t>1:24:11  yeh chaar rakat namaz padhi, dhar se phir doosre do rakat sunnat shuru kar di. Yeh bhi ek form, woh bhi ek form yani spirited salat aap parhein ge, aap rooh se bhari hui salat aap parhein ge.</w:t>
      </w:r>
      <w:r>
        <w:br/>
      </w:r>
      <w:r>
        <w:rPr>
          <w:sz w:val="20"/>
        </w:rPr>
        <w:t>1:24:23  to mumkin nahi ke aap jaldi jaldi uthein doosri rakat parhne ke liye. Aap sochen ge, sochen ge, sochen ge.</w:t>
      </w:r>
      <w:r>
        <w:br/>
      </w:r>
      <w:r>
        <w:rPr>
          <w:sz w:val="20"/>
        </w:rPr>
        <w:t>1:24:31  jo aap Allah ke aage jhuke hain, Allah ki hamd bayan ki hai, aur log insanon par salamat bhejhi hai waghera waghera, to bas sochte rahen ge, sochte rahen ge, sochte rahen ge.</w:t>
      </w:r>
      <w:r>
        <w:br/>
      </w:r>
      <w:r>
        <w:rPr>
          <w:sz w:val="20"/>
        </w:rPr>
        <w:t>1:24:45  to yeh is tasbeeh ka ke rooh yeh hai ke ek namaz ke baad doosri namaz dhar se mat shuru kar do,</w:t>
      </w:r>
      <w:r>
        <w:br/>
      </w:r>
      <w:r>
        <w:rPr>
          <w:sz w:val="20"/>
        </w:rPr>
        <w:t>1:24:52  balkey yaad karte raho rooh salat ko jo namaz mein tum ne padha hai, us ko, us ko, us ko tajdeed karte, us ko revive karte raho.</w:t>
      </w:r>
      <w:r>
        <w:br/>
      </w:r>
      <w:r>
        <w:rPr>
          <w:sz w:val="20"/>
        </w:rPr>
        <w:t>1:25:04  aur it is but natural, agar aap rooh se, agar aap namaz parhein ge rooh wali namaz, to kabhi aisa nahi hoga ke dhar se uth kar ke lagayein ke jab aap form wali namaz parhte ho, aisa hota hai.</w:t>
      </w:r>
      <w:r>
        <w:br/>
      </w:r>
      <w:r>
        <w:rPr>
          <w:sz w:val="20"/>
        </w:rPr>
        <w:t>1:25:16  aur jo namaz ko form samajhte hain, samajhte hain ke chaar rakat yeh ho gaya, do rakat aur parh lo dhar dhar.</w:t>
      </w:r>
      <w:r>
        <w:br/>
      </w:r>
      <w:r>
        <w:rPr>
          <w:sz w:val="20"/>
        </w:rPr>
        <w:t>1:25:24  to Hazrat Umar ne ka matlab yeh tha ke jab namaz sirf form ka, jab jab form ko namaz samajh lete hain, to yeh hota hai. Aur jab rooh ke saath namaz padhi jaye, to yeh aisa kabhi nahi hoga.</w:t>
      </w:r>
      <w:r>
        <w:br/>
      </w:r>
      <w:r>
        <w:rPr>
          <w:sz w:val="20"/>
        </w:rPr>
        <w:t>1:25:37  to baith ke kuch der aap yani Allah ki tasbeeh karein ge, Allah ko yaad karein ge, Allah ki badai aap ke daman be maun ho jayegi. Kuch der baithe rahen ge, aap woh kaifiyat salat kuch der tak aur mazeed taari rahe gi.</w:t>
      </w:r>
      <w:r>
        <w:br/>
      </w:r>
      <w:r>
        <w:rPr>
          <w:sz w:val="20"/>
        </w:rPr>
        <w:t>1:25:50  yeh matlab hai in riwayaton ka.</w:t>
      </w:r>
      <w:r>
        <w:br/>
      </w:r>
      <w:r>
        <w:rPr>
          <w:sz w:val="20"/>
        </w:rPr>
        <w:t>1:25:54  Maulana Musheer Ahmed ne Tamil Nadu se likha hai: "Saari duniya mein Musalman duniya ki zindagi ke liye ihtijaji hain, akhirat ki nijaat ke liye ihtijaj kyun nahi is ka sabab kya hai?" Is ke baray mein bataein.</w:t>
      </w:r>
      <w:r>
        <w:br/>
      </w:r>
      <w:r>
        <w:rPr>
          <w:sz w:val="20"/>
        </w:rPr>
        <w:t>1:26:12  akhirat ke liye ihtijaj nahi kiya jata, akhirat ke liye introspection kiya jata hai. Ihtijaj to siyasat hai, qaumi siyasat hai.</w:t>
      </w:r>
      <w:r>
        <w:br/>
      </w:r>
      <w:r>
        <w:rPr>
          <w:sz w:val="20"/>
        </w:rPr>
        <w:t>1:26:21  agar akhirat ka ihtijaj hone lage to woh bhi, woh kuch nahi rahe ga, woh bhi, woh bhi siyasat ban jayegi. Woh akhirat ke liye agar protest hone lage, ihtijaj hone lage, demonstration hone lage to woh akhirat nahi hogi.</w:t>
      </w:r>
      <w:r>
        <w:br/>
      </w:r>
      <w:r>
        <w:rPr>
          <w:sz w:val="20"/>
        </w:rPr>
        <w:t>1:26:34  woh, woh to ek aur siyasat ho jayegi. Yeh jo Musalman kar rahe hain, woh to qaumi siyasat hai. Musalman apne qaumi mazhab par hain, Islam se koi taalluq nahi un ka.</w:t>
      </w:r>
      <w:r>
        <w:br/>
      </w:r>
      <w:r>
        <w:rPr>
          <w:sz w:val="20"/>
        </w:rPr>
        <w:t>1:26:46  woh qaumi siyasat un ki hai, us ke liye woh protest karte rehte hain, ihtijaj karte rehte hain. Aur akhirat to aap ko chup kar deti hai, aap ko introspection, muhasiba ada karti hai aap ke andar.</w:t>
      </w:r>
      <w:r>
        <w:br/>
      </w:r>
      <w:r>
        <w:rPr>
          <w:sz w:val="20"/>
        </w:rPr>
        <w:t>1:27:06  apne apne aap ko le kar sochte hain, aap apni zimmedari ko le kar sochte hain. Aap to ihtijaj ka lafz jo hai, woh akhirat ke liye sahi nahi hai,</w:t>
      </w:r>
      <w:r>
        <w:br/>
      </w:r>
      <w:r>
        <w:rPr>
          <w:sz w:val="20"/>
        </w:rPr>
        <w:t>1:27:15  woh sirf qaumi shahadat ke liye sahi hai, akhirat ke liye bilkul irrelevant hai. woh Mr. Muhammad Asjad Tasleem ne Dilli se likha hai: "What are the main differences between Sunni and Shia sects?"</w:t>
      </w:r>
      <w:r>
        <w:br/>
      </w:r>
      <w:r>
        <w:rPr>
          <w:sz w:val="20"/>
        </w:rPr>
        <w:t>1:27:32  According to a wide spread notion, people belonging to Shia sect are not considered or treated as Muslims.</w:t>
      </w:r>
      <w:r>
        <w:br/>
      </w:r>
      <w:r>
        <w:rPr>
          <w:sz w:val="20"/>
        </w:rPr>
        <w:t>1:27:41  Is it true according to Islamic perspective?</w:t>
      </w:r>
      <w:r>
        <w:br/>
      </w:r>
      <w:r>
        <w:rPr>
          <w:sz w:val="20"/>
        </w:rPr>
        <w:t>1:27:45  What is your comment?" Dekhiye, is mein ghalu ki wajah se aisa hua hai. Shia Sunni mein koi itna bara farq nahi tha pehle, ghalu ki wajah se ab aisa ho gaya ke woh unko samajhte hain ke woh ek Muslim nahi hain, woh unko samajhte hain ke Muslim nahi hain.</w:t>
      </w:r>
      <w:r>
        <w:br/>
      </w:r>
      <w:r>
        <w:rPr>
          <w:sz w:val="20"/>
        </w:rPr>
        <w:t>1:28:01  Woh aap jaate hain ke ladaiyan ho rahi hain Pakistan mein, to baqayda ladaiyan ho rahi hain. Yeh sab ghalu ki wajah se hota hai.</w:t>
      </w:r>
      <w:r>
        <w:br/>
      </w:r>
      <w:r>
        <w:rPr>
          <w:sz w:val="20"/>
        </w:rPr>
        <w:t>1:28:11  Basically kuch bhi farq nahi tha, wahi Quran, wahi Hadees, sab kuch tha.</w:t>
      </w:r>
      <w:r>
        <w:br/>
      </w:r>
      <w:r>
        <w:rPr>
          <w:sz w:val="20"/>
        </w:rPr>
        <w:t>1:28:15  Sirf yeh farq tha ke Rasool Allah ke baad khilafat ka haq kaun hai, haqdaraar kaun hai. Bas to Shia jo giroh tha, woh samajhte thay ke khilafat ka haqdaraar Ahl-e-Bait hain,</w:t>
      </w:r>
      <w:r>
        <w:br/>
      </w:r>
      <w:r>
        <w:rPr>
          <w:sz w:val="20"/>
        </w:rPr>
        <w:t>1:28:30  aur Sunni giroh jis ko hum kehte hain, us waqt Sunni ka lafz nahi tha. To woh samajhte hain ke nahi, is tarah se faisla kaisa hoga? Basically yahi farq tha, bas aur kuch nahi.</w:t>
      </w:r>
      <w:r>
        <w:br/>
      </w:r>
      <w:r>
        <w:rPr>
          <w:sz w:val="20"/>
        </w:rPr>
        <w:t>1:28:39  Ab ghalu karte karte, ghalu karte karte, idhar se bhi ghalu, idhar se dono taraf ghalu hua.</w:t>
      </w:r>
      <w:r>
        <w:br/>
      </w:r>
      <w:r>
        <w:rPr>
          <w:sz w:val="20"/>
        </w:rPr>
        <w:t>1:28:45  Ab ek poora mazhab ban gaya hai. To haq haqeeqatan kuch bhi farq aaj bhi Quran wahi siyon ka bhi hai, wahi jo Musalmanon ka hai, Sunnion ka.</w:t>
      </w:r>
      <w:r>
        <w:br/>
      </w:r>
      <w:r>
        <w:rPr>
          <w:sz w:val="20"/>
        </w:rPr>
        <w:t>1:28:55  Yeh jo mashhoor hai ke inka Quran doosra hai, galat hai bilkul. Shia ka Shia Quran bhi wahi hai jo Sunnion ka jo Quran hai, koi farq nahi is mein.</w:t>
      </w:r>
      <w:r>
        <w:br/>
      </w:r>
      <w:r>
        <w:rPr>
          <w:sz w:val="20"/>
        </w:rPr>
        <w:t>1:29:06  To khulasa yahi hai ke moajza Shiaat jo hai, woh ghalu ke nateejay mein bani</w:t>
      </w:r>
      <w:r>
        <w:br/>
      </w:r>
      <w:r>
        <w:rPr>
          <w:sz w:val="20"/>
        </w:rPr>
        <w:t>1:29:12  hai, aur is mein ghalu mein Shion hi ka dakhil nahi hai, Sunnion ka bhi dakhil hai. Unhon ne fatwe diye aur bahtein keen, ek daawa khara kiya Shion ke khilaaf, to unhon ne is ka radd-e-amal bhi hua, un ki taraf se hua.</w:t>
      </w:r>
      <w:r>
        <w:br/>
      </w:r>
      <w:r>
        <w:rPr>
          <w:sz w:val="20"/>
        </w:rPr>
        <w:t>1:29:27  To dono ke amal aur radd-e-amal se itna zyada doori ho gayi, warna haqeeqatan koi aisi doori nahi thi.</w:t>
      </w:r>
      <w:r>
        <w:br/>
      </w:r>
      <w:r>
        <w:rPr>
          <w:sz w:val="20"/>
        </w:rPr>
        <w:t>1:29:38  mister gps bhalwa ne delhi se likha hai:</w:t>
      </w:r>
      <w:r>
        <w:br/>
      </w:r>
      <w:r>
        <w:rPr>
          <w:sz w:val="20"/>
        </w:rPr>
        <w:t>1:29:42  "مولانا، after the establishment of paradise, as you have mentioned, will it remain permanent, or the man's tendency</w:t>
      </w:r>
      <w:r>
        <w:br/>
      </w:r>
      <w:r>
        <w:rPr>
          <w:sz w:val="20"/>
        </w:rPr>
        <w:t>1:29:52  to unfold nature, will after a considerable time, bring the paradise also to the same stage as</w:t>
      </w:r>
      <w:r>
        <w:br/>
      </w:r>
      <w:r>
        <w:rPr>
          <w:sz w:val="20"/>
        </w:rPr>
        <w:t>1:30:00  da world az today?</w:t>
      </w:r>
      <w:r>
        <w:br/>
      </w:r>
      <w:r>
        <w:rPr>
          <w:sz w:val="20"/>
        </w:rPr>
        <w:t>1:30:03  yeh bohat interesting question hai.</w:t>
      </w:r>
      <w:r>
        <w:br/>
      </w:r>
      <w:r>
        <w:rPr>
          <w:sz w:val="20"/>
        </w:rPr>
        <w:t>1:30:10  Dekhiye, jahan tak mein samjha hoon, woh yeh hai ke teesra koi duniya banni wali nahi hai, yahi do hi duniya hain: ek present world, doosra world hereafter,</w:t>
      </w:r>
      <w:r>
        <w:br/>
      </w:r>
      <w:r>
        <w:rPr>
          <w:sz w:val="20"/>
        </w:rPr>
        <w:t>1:30:25  aur nature unfolding, chuki unlimited to ab jaai nahi gi, kyunke woh itni zyada hai, itni zyada hai ke woh kabhi khatam hi na ho.</w:t>
      </w:r>
      <w:r>
        <w:br/>
      </w:r>
      <w:r>
        <w:rPr>
          <w:sz w:val="20"/>
        </w:rPr>
        <w:t>1:30:40  Quran mein ek wahi to nematullah la tuhsa, ginti mein nahi aata, woh maani faqat kalimaat Allah.</w:t>
      </w:r>
      <w:r>
        <w:br/>
      </w:r>
      <w:r>
        <w:rPr>
          <w:sz w:val="20"/>
        </w:rPr>
        <w:t>1:30:48  To jo world of nature hai, woh unlimited hai, is mein to kyunke unfolding bhi unlimited tor par jaari rahe gi, to paradise ki koi had nahi hai.</w:t>
      </w:r>
      <w:r>
        <w:br/>
      </w:r>
      <w:r>
        <w:rPr>
          <w:sz w:val="20"/>
        </w:rPr>
        <w:t>1:31:00  Paradise jo hai, eternity ka doosra naam hai. Paradise ke sath eternity juri hui hai, bilkul koi teesra world nahi hai.</w:t>
      </w:r>
      <w:r>
        <w:br/>
      </w:r>
      <w:r>
        <w:rPr>
          <w:sz w:val="20"/>
        </w:rPr>
        <w:t>1:31:11  Dr. Owais Siddiqui ne Nayi Dilli se likha hai: "Please explain how does believing in God help in developing positive thinking?"</w:t>
      </w:r>
      <w:r>
        <w:br/>
      </w:r>
      <w:r>
        <w:rPr>
          <w:sz w:val="20"/>
        </w:rPr>
        <w:t>1:31:24  Dekhiye, Allah par aqeedah rakhna aisa nahi hai jaise hum is cover par aqeedah rakhte hain. Is se humein hamari personality mein koi shaq nahi lage ga,</w:t>
      </w:r>
      <w:r>
        <w:br/>
      </w:r>
      <w:r>
        <w:rPr>
          <w:sz w:val="20"/>
        </w:rPr>
        <w:t>1:31:38  lekin Allah par aqeedah ke maani hain ke aap aise hasti ko maanna jiske samne aap accountable hain, aap jo aap ka hisab lega, jo aap ko jannat mein aur jahannum mein daalne ki taqat rakhta hai.</w:t>
      </w:r>
      <w:r>
        <w:br/>
      </w:r>
      <w:r>
        <w:rPr>
          <w:sz w:val="20"/>
        </w:rPr>
        <w:t>1:31:53  Yeh cheez to aap ko criticize kar deti hai. Jo aadmi criticize ho jaye, wahi to positive thinker hai.</w:t>
      </w:r>
      <w:r>
        <w:br/>
      </w:r>
      <w:r>
        <w:rPr>
          <w:sz w:val="20"/>
        </w:rPr>
        <w:t>1:32:01  Positive thinking jo hai, do tareeqay se aati hai: ya to aap bohat zyada aap ke andar scientific thinking ho, bohat aap objective hon, aap bohat zyada, agarche itna objective koi hota nahi,</w:t>
      </w:r>
      <w:r>
        <w:br/>
      </w:r>
      <w:r>
        <w:rPr>
          <w:sz w:val="20"/>
        </w:rPr>
        <w:t>1:32:16  poori tarah complex free hoon, to poori tarah complex free hoon, bohat objective hoon, tab aata hai positive thinking.</w:t>
      </w:r>
      <w:r>
        <w:br/>
      </w:r>
      <w:r>
        <w:rPr>
          <w:sz w:val="20"/>
        </w:rPr>
        <w:t>1:32:26  aur doosra yeh ke Allah ka khauf bohat ziyada</w:t>
      </w:r>
      <w:r>
        <w:br/>
      </w:r>
      <w:r>
        <w:rPr>
          <w:sz w:val="20"/>
        </w:rPr>
        <w:t>1:32:28  ho. koi Allah ka khauf bohat ziyada ho to aap tamam bias nikal jaate hain, subjective thinking khatam ho jaati hai, as it is thinking aati hai.</w:t>
      </w:r>
      <w:r>
        <w:br/>
      </w:r>
      <w:r>
        <w:rPr>
          <w:sz w:val="20"/>
        </w:rPr>
        <w:t>1:32:39  doosri ka naam hai positive thinking.</w:t>
      </w:r>
      <w:r>
        <w:br/>
      </w:r>
      <w:r>
        <w:rPr>
          <w:sz w:val="20"/>
        </w:rPr>
        <w:t>1:32:44  to main samajhta hoon ke objective thinking ya scientific thinking se jo aati hai positivity, uski to ek had hai, lekin Khuda ke khauf se jo aati hai positivity,</w:t>
      </w:r>
      <w:r>
        <w:br/>
      </w:r>
      <w:r>
        <w:rPr>
          <w:sz w:val="20"/>
        </w:rPr>
        <w:t>1:32:55  Khuda ka aqeedah ke mani Khuda ka khauf se juda hua hai, bilkul is se jo positive thinking aati hai, woh uski koi limit nahi hai.</w:t>
      </w:r>
      <w:r>
        <w:br/>
      </w:r>
      <w:r>
        <w:rPr>
          <w:sz w:val="20"/>
        </w:rPr>
        <w:t>1:33:07  Doctor Farida Khanam ne Delhi se likha hai: "Why is it that becoming grateful is the most difficult thing? That is why man has failed in this test.</w:t>
      </w:r>
      <w:r>
        <w:br/>
      </w:r>
      <w:r>
        <w:rPr>
          <w:sz w:val="20"/>
        </w:rPr>
        <w:t>1:33:20  Now it seems to be too late to reform our self</w:t>
      </w:r>
      <w:r>
        <w:br/>
      </w:r>
      <w:r>
        <w:rPr>
          <w:sz w:val="20"/>
        </w:rPr>
        <w:t>1:33:24  s. Please comment."</w:t>
      </w:r>
      <w:r>
        <w:br/>
      </w:r>
      <w:r>
        <w:rPr>
          <w:sz w:val="20"/>
        </w:rPr>
        <w:t>1:33:30  asal mein insaan ke andar dekhiye, ego ki tarah bohat ziyada barha hua hai, bohat ziyada. is se pride aata hai, self respect aata hai, main aata hai, ananiyat.</w:t>
      </w:r>
      <w:r>
        <w:br/>
      </w:r>
      <w:r>
        <w:rPr>
          <w:sz w:val="20"/>
        </w:rPr>
        <w:t>1:33:44  to is ki wajah se kya hai?</w:t>
      </w:r>
      <w:r>
        <w:br/>
      </w:r>
      <w:r>
        <w:rPr>
          <w:sz w:val="20"/>
        </w:rPr>
        <w:t>1:33:48  yani acknowledge karne ke mani hain ke ek cheez jo hai, doosre ke khaane mein daalna.</w:t>
      </w:r>
      <w:r>
        <w:br/>
      </w:r>
      <w:r>
        <w:rPr>
          <w:sz w:val="20"/>
        </w:rPr>
        <w:t>1:33:57  jab aap kisi ka iqraar karte hain to is ka matlab yeh hai ke aap ne is ko doosre khaane mein daal diya.</w:t>
      </w:r>
      <w:r>
        <w:br/>
      </w:r>
      <w:r>
        <w:rPr>
          <w:sz w:val="20"/>
        </w:rPr>
        <w:t>1:34:09  jaise mujhe koi cheez de, koi aadmi ek laptop de, to main jab is ka dhoom se iqraar karunga to mani ke maine is ko doosre khaane mein daal diya.</w:t>
      </w:r>
      <w:r>
        <w:br/>
      </w:r>
      <w:r>
        <w:rPr>
          <w:sz w:val="20"/>
        </w:rPr>
        <w:t>1:34:21  jo log kya karte hain? pitch up kar lete hain, ghuma phira kar bolte hain.</w:t>
      </w:r>
      <w:r>
        <w:br/>
      </w:r>
      <w:r>
        <w:rPr>
          <w:sz w:val="20"/>
        </w:rPr>
        <w:t>1:34:24  to apne fakhr ko bahar rakhne ke liye, apne so called self respect ko bahar rakhne ke liye, yeh sab kiya jaata hai.</w:t>
      </w:r>
      <w:r>
        <w:br/>
      </w:r>
      <w:r>
        <w:rPr>
          <w:sz w:val="20"/>
        </w:rPr>
        <w:t>1:34:34  aur Allah ka darr agar sahi maano mein aa jaye to yeh sab khatam ho jaati hain. yeh sab cheezein aadmi criticize ho jaata hai.</w:t>
      </w:r>
      <w:r>
        <w:br/>
      </w:r>
      <w:r>
        <w:rPr>
          <w:sz w:val="20"/>
        </w:rPr>
        <w:t>1:34:43  yeh yeh jo question hai ji,</w:t>
      </w:r>
      <w:r>
        <w:br/>
      </w:r>
      <w:r>
        <w:rPr>
          <w:sz w:val="20"/>
        </w:rPr>
        <w:t>1:34:47  Miss Naghma Siddiqui ne Delhi se likha hai:</w:t>
      </w:r>
      <w:r>
        <w:br/>
      </w:r>
      <w:r>
        <w:rPr>
          <w:sz w:val="20"/>
        </w:rPr>
        <w:t>1:34:51  "Many people are saying these natural calamities as cause and effect result. How can we make them realize the divine hand in these incidents?"</w:t>
      </w:r>
      <w:r>
        <w:br/>
      </w:r>
      <w:r>
        <w:rPr>
          <w:sz w:val="20"/>
        </w:rPr>
        <w:t>1:35:05  nahi, dekhiye, scientist to aisa kehte hain nahi. aam log kehte honge, scientist is ko cause and effect nahi batate kyunke yeh har us ko paar kar chuka hai.</w:t>
      </w:r>
      <w:r>
        <w:br/>
      </w:r>
      <w:r>
        <w:rPr>
          <w:sz w:val="20"/>
        </w:rPr>
        <w:t>1:35:16  abhi jo aa raha hai, har had ko paar kar chuka hai. yeh</w:t>
      </w:r>
      <w:r>
        <w:br/>
      </w:r>
      <w:r>
        <w:rPr>
          <w:sz w:val="20"/>
        </w:rPr>
        <w:t>1:35:23  jo cheez had na paar kare, wahan to aap keh sakte hain aisa, haalanke wahan bhi yani cause and effect jo hai, woh kaafi hai. khud cause and effect kis ne paida kiya?</w:t>
      </w:r>
      <w:r>
        <w:br/>
      </w:r>
      <w:r>
        <w:rPr>
          <w:sz w:val="20"/>
        </w:rPr>
        <w:t>1:35:34  cause and effect kis ne paida kiya? wahi to koi is ko paida karne wala hai.</w:t>
      </w:r>
      <w:r>
        <w:br/>
      </w:r>
      <w:r>
        <w:rPr>
          <w:sz w:val="20"/>
        </w:rPr>
        <w:t>1:35:43  zameen ke andar jo lava hai, woh jo active hota hai, to kis ne is ko active kiya? yeh bhi to sawal paida hota hai.</w:t>
      </w:r>
      <w:r>
        <w:br/>
      </w:r>
      <w:r>
        <w:rPr>
          <w:sz w:val="20"/>
        </w:rPr>
        <w:t>1:35:56  ek to yeh sawal, doosra yeh ke ab jo is waqt jo aa raha hai, woh is is normal limit se zyada hai. normal limit jo hua karti thi, us se bohat zyada hai.</w:t>
      </w:r>
      <w:r>
        <w:br/>
      </w:r>
      <w:r>
        <w:rPr>
          <w:sz w:val="20"/>
        </w:rPr>
        <w:t>1:36:09  to yeh to khud science-daan hairaan hain ke aakhir yeh normal limit se zyada kyun aisa ho raha hai? kya maamla hai yeh? to is ki main samajhta hoon ke is ko explain nahi kiya ja sakta jab tak yeh na maane ke is mein divine intervention ka maamla hai.</w:t>
      </w:r>
      <w:r>
        <w:br/>
      </w:r>
      <w:r>
        <w:rPr>
          <w:sz w:val="20"/>
        </w:rPr>
        <w:t>1:36:22  yeh</w:t>
      </w:r>
      <w:r>
        <w:br/>
      </w:r>
      <w:r>
        <w:rPr>
          <w:sz w:val="20"/>
        </w:rPr>
        <w:t>1:36:25  doctor Fareeda Khanam ne Dilli se likha hai: "a number of programs were held in honor of Imam Haram. The Imam as well as other speakers lavish praises of the companions, but they did not tell how we should follow the companions and what role we have to play in the guidance of the companions in present times.</w:t>
      </w:r>
      <w:r>
        <w:br/>
      </w:r>
      <w:r>
        <w:rPr>
          <w:sz w:val="20"/>
        </w:rPr>
        <w:t>1:36:50  what is your comment on this?"</w:t>
      </w:r>
      <w:r>
        <w:br/>
      </w:r>
      <w:r>
        <w:rPr>
          <w:sz w:val="20"/>
        </w:rPr>
        <w:t>1:36:52  pehli baat yeh hai ke companion ne kya? is tarah ke stage khada kiya tha? kabhi is tarah stage to bidat hai. bataiye ke kab Sahaba ne is stage bana kar ke tareefein keen aur Abu Bakr ki Umar ki tareefein mein taqreerein karne lage?</w:t>
      </w:r>
      <w:r>
        <w:br/>
      </w:r>
      <w:r>
        <w:rPr>
          <w:sz w:val="20"/>
        </w:rPr>
        <w:t>1:37:09  yeh to yeh to khitab bidat hai. yeh yeh khud yeh tareeqa stage banana aur fakhr bayan karna, tareefein karna, bare bare alfaaz bolna, yeh khud apne aap mein bidat hai.</w:t>
      </w:r>
      <w:r>
        <w:br/>
      </w:r>
      <w:r>
        <w:rPr>
          <w:sz w:val="20"/>
        </w:rPr>
        <w:t>1:37:20  Sahaba ke tareeqa khilaf hai.</w:t>
      </w:r>
      <w:r>
        <w:br/>
      </w:r>
      <w:r>
        <w:rPr>
          <w:sz w:val="20"/>
        </w:rPr>
        <w:t>1:37:23  Sahaba ka tareeqa jo hai introspection hai. introspection woh to koi karta nahi. is ko is ko is ko main kaha karta hoon stage activism.</w:t>
      </w:r>
      <w:r>
        <w:br/>
      </w:r>
      <w:r>
        <w:rPr>
          <w:sz w:val="20"/>
        </w:rPr>
        <w:t>1:37:32  aaj kal zamane mein tarah tarah ke activism nikle hain: judicial activism aur media activism aur kya kya activism?</w:t>
      </w:r>
      <w:r>
        <w:br/>
      </w:r>
      <w:r>
        <w:rPr>
          <w:sz w:val="20"/>
        </w:rPr>
        <w:t>1:37:43  bohat saare isi mein se ek yeh hai stage activism. is ka taluq na Islam se hai, na is ka koi</w:t>
      </w:r>
      <w:r>
        <w:br/>
      </w:r>
      <w:r>
        <w:rPr>
          <w:sz w:val="20"/>
        </w:rPr>
        <w:t>1:37:50  faida hai. Millat ki islaah se koi faida is ka nahi hai. ek aadmi bhi is se is ki islaah nahi hogi. yaani ek aadmi bhi aisa nahi hai, aap dhoond ke nikaliye jo is stage activism ke baad yeh kahe ke aaj se maine Sahaba ke model ko apna liya, apni zindagi ko badal liya, maine falan falan ghalti jo mere andar thi, Sahaba ke khilaf, woh theek kar liya.</w:t>
      </w:r>
      <w:r>
        <w:br/>
      </w:r>
      <w:r>
        <w:rPr>
          <w:sz w:val="20"/>
        </w:rPr>
        <w:t>1:38:11  ek aadmi mujhe jhoot ke bataiye, yeh stage activism hai. is ka koi faida na duniya mein hai, na aakhirat mein hai.</w:t>
      </w:r>
      <w:r>
        <w:br/>
      </w:r>
      <w:r>
        <w:rPr>
          <w:sz w:val="20"/>
        </w:rPr>
        <w:t>1:38:19  yeh to sirf media mein chand din ka tamasha hai. is ke baad qissa khatam.</w:t>
      </w:r>
      <w:r>
        <w:br/>
      </w:r>
      <w:r>
        <w:rPr>
          <w:sz w:val="20"/>
        </w:rPr>
        <w:t>1:38:27  Miss Saadia Khan ne Dilli se likha hai: "will man play any role in the making, sustaining and developing of the next world?" please comment.</w:t>
      </w:r>
      <w:r>
        <w:br/>
      </w:r>
      <w:r>
        <w:rPr>
          <w:sz w:val="20"/>
        </w:rPr>
        <w:t>1:38:46  ab main to yahi samajhta hoon ke woh Allah taala ka maamla hai. koi duniya ko banana Allah taala ka maamla hai. hum to sirf yeh hain ke deserving content ban saken, wahan settle hone ke liye.</w:t>
      </w:r>
      <w:r>
        <w:br/>
      </w:r>
      <w:r>
        <w:rPr>
          <w:sz w:val="20"/>
        </w:rPr>
        <w:t>1:39:01  khud is duniya ko banana,</w:t>
      </w:r>
      <w:r>
        <w:br/>
      </w:r>
      <w:r>
        <w:rPr>
          <w:sz w:val="20"/>
        </w:rPr>
        <w:t>1:39:05  wohi unhone kaha: "paradigm in the making". to is duniya ko banana to sar ta pa Allah taala ka maamla hai.</w:t>
      </w:r>
      <w:r>
        <w:br/>
      </w:r>
      <w:r>
        <w:rPr>
          <w:sz w:val="20"/>
        </w:rPr>
        <w:t>1:39:12  humein jo karna hai, woh yeh hai ke hum apne ko is ka deserving content bana saken. bas hamare bas mein yahi hai.</w:t>
      </w:r>
    </w:p>
    <w:p>
      <w:pPr>
        <w:pStyle w:val="Heading2"/>
      </w:pPr>
      <w:r>
        <w:t>Why are non-Muslims banned from Kaaba?</w:t>
      </w:r>
    </w:p>
    <w:p>
      <w:r>
        <w:rPr>
          <w:color w:val="666666"/>
          <w:sz w:val="18"/>
        </w:rPr>
        <w:t>Worship · Paradise as A Goal April 26, 2015 · 5m 00s · at 1:09:58 · https://youtu.be/4IWLd2SIBkw?t=4198</w:t>
      </w:r>
    </w:p>
    <w:p>
      <w:r>
        <w:rPr>
          <w:i/>
        </w:rPr>
        <w:t>“Why are non-Muslims not allowed inside Kaaba? Many people sincerely want to see it.”</w:t>
      </w:r>
    </w:p>
    <w:p>
      <w:r>
        <w:rPr>
          <w:sz w:val="20"/>
        </w:rPr>
        <w:t>1:09:58  Maulana, yeh agla sawal aaya hai Mr. Raj Malik ka Delhi se.</w:t>
      </w:r>
      <w:r>
        <w:br/>
      </w:r>
      <w:r>
        <w:rPr>
          <w:sz w:val="20"/>
        </w:rPr>
        <w:t>1:10:04  Maulana, hamare ek Hindu dost keh rahe the ke Ka'aba ke andar Musalmanon ke ilawa doosre dharam ke logon ko kyun nahi jaane dete?</w:t>
      </w:r>
      <w:r>
        <w:br/>
      </w:r>
      <w:r>
        <w:rPr>
          <w:sz w:val="20"/>
        </w:rPr>
        <w:t>1:10:16  Bohat se log aise hote hain jo sachay dil se darshan karna chahte hain.</w:t>
      </w:r>
      <w:r>
        <w:br/>
      </w:r>
      <w:r>
        <w:rPr>
          <w:sz w:val="20"/>
        </w:rPr>
        <w:t>1:10:24  Dekhein, is se pehle maine yeh baat batai hai ke shuru mein aisa nahi tha. Shuru mein har ek wahan aata tha,</w:t>
      </w:r>
      <w:r>
        <w:br/>
      </w:r>
      <w:r>
        <w:rPr>
          <w:sz w:val="20"/>
        </w:rPr>
        <w:t>1:10:33  lekin hua yeh ke koi aaya wahan to us ne logon ko but parasti ki baat shuru kar di ke yahan but bhi hona chahiye.</w:t>
      </w:r>
      <w:r>
        <w:br/>
      </w:r>
      <w:r>
        <w:rPr>
          <w:sz w:val="20"/>
        </w:rPr>
        <w:t>1:10:43  Dheere dheere dheere dheere wahan ek but rakh diya gaya. Log thoda is se is ke influence ho gaye. Yahan hote hote 360 but is pe ho gaye.</w:t>
      </w:r>
      <w:r>
        <w:br/>
      </w:r>
      <w:r>
        <w:rPr>
          <w:sz w:val="20"/>
        </w:rPr>
        <w:t>1:10:54  Rasool Allah ke zamane mein 360 but is ke andar rakhe hue the.</w:t>
      </w:r>
      <w:r>
        <w:br/>
      </w:r>
      <w:r>
        <w:rPr>
          <w:sz w:val="20"/>
        </w:rPr>
        <w:t>1:10:59  Tab yeh aisa hua ke band kar diya gaya ke yahan par koi but parast dakhil nahi hoga, koi mushrik dakhil nahi hoga. Is tajrube ki bina par ke log itne zyada ghair zimmedar hote hain, yeh nahi ke ja kar wahan dekha aur chale aayein.</w:t>
      </w:r>
      <w:r>
        <w:br/>
      </w:r>
      <w:r>
        <w:rPr>
          <w:sz w:val="20"/>
        </w:rPr>
        <w:t>1:11:16  Wahan woh chahein ke but bhi rakh dein. Warna is se pehle nahi tha. Yeh matlab awwal din se aisa nahi tha. Yeh baad ko aisa hua. To main samajhta hoon ke quite reasonably yeh baat hai</w:t>
      </w:r>
      <w:r>
        <w:br/>
      </w:r>
      <w:r>
        <w:rPr>
          <w:sz w:val="20"/>
        </w:rPr>
        <w:t>1:11:29  ke aage bhi kisi ko, yani koi aisa kar sakta hai, kyunke log to bohat insincere hote hain.</w:t>
      </w:r>
      <w:r>
        <w:br/>
      </w:r>
      <w:r>
        <w:rPr>
          <w:sz w:val="20"/>
        </w:rPr>
        <w:t>1:11:39  Logon mein maine paya hai ke sab se kam jo cheez sincerity hai, to ab kya kiya jayega? Woh ek tauheed ka ghar hai, sirf Allah wahid ki ibadat ka markaz hai, to is ko bahar bachana padega.</w:t>
      </w:r>
      <w:r>
        <w:br/>
      </w:r>
      <w:r>
        <w:rPr>
          <w:sz w:val="20"/>
        </w:rPr>
        <w:t>1:11:52  Humein woh koi tourist center to hai nahi.</w:t>
      </w:r>
      <w:r>
        <w:br/>
      </w:r>
      <w:r>
        <w:rPr>
          <w:sz w:val="20"/>
        </w:rPr>
        <w:t>1:11:55  Tourist center mein is tarah ki cheezon ki zaroorat nahi hoti. Tourist center mein jo bhi chahe jaye, wahan koi bhi baat hai ke chahe kare, lekin woh to ek ek, yani oneness of God ka center hai.</w:t>
      </w:r>
      <w:r>
        <w:br/>
      </w:r>
      <w:r>
        <w:rPr>
          <w:sz w:val="20"/>
        </w:rPr>
        <w:t>1:12:10  Woh to kaise bardasht kiya jayega wahan us ko? Jabke tajruba yeh hai ke insaan insincere hai, wahan yeh safar karta karta ja kar ke.</w:t>
      </w:r>
      <w:r>
        <w:br/>
      </w:r>
      <w:r>
        <w:rPr>
          <w:sz w:val="20"/>
        </w:rPr>
        <w:t>1:12:24  Maulana, yeh agla question kiya hai Mr. Khan ne. Unhon ne apni location mention nahi ki hai. Maulana sahib, the non Muslims who are doing good things in society and are also doing the tazkiyah.</w:t>
      </w:r>
      <w:r>
        <w:br/>
      </w:r>
      <w:r>
        <w:rPr>
          <w:sz w:val="20"/>
        </w:rPr>
        <w:t>1:12:40  waat wel heppen to dem? dekhiye, yeh unhi ki baat nahi hai. musalman apne ko safe side pe samajhta hai.</w:t>
      </w:r>
      <w:r>
        <w:br/>
      </w:r>
      <w:r>
        <w:rPr>
          <w:sz w:val="20"/>
        </w:rPr>
        <w:t>1:12:51  koi safe side pe nahi hai.</w:t>
      </w:r>
      <w:r>
        <w:br/>
      </w:r>
      <w:r>
        <w:rPr>
          <w:sz w:val="20"/>
        </w:rPr>
        <w:t>1:12:55  yeh allah ke ilm mein hai ke kis ke sath kya muamla hoga. rasool allah ne khud apne bare mein kaha: "mai fooli bi wala bikam".</w:t>
      </w:r>
      <w:r>
        <w:br/>
      </w:r>
      <w:r>
        <w:rPr>
          <w:sz w:val="20"/>
        </w:rPr>
        <w:t>1:13:03  mujhe kuch nahi pata ke mere sath kya hoga, tumhare sath kya hoga. to musalman aam taur par samajhte hain ke hum to safe side pe hain. safe side mein yaad rakhein, koi bhi nahi hai, koi bhi nahi hai.</w:t>
      </w:r>
      <w:r>
        <w:br/>
      </w:r>
      <w:r>
        <w:rPr>
          <w:sz w:val="20"/>
        </w:rPr>
        <w:t>1:13:16  yeh yeh allah ke domain ki baat hai ke woh kis ke liye kya</w:t>
      </w:r>
      <w:r>
        <w:br/>
      </w:r>
      <w:r>
        <w:rPr>
          <w:sz w:val="20"/>
        </w:rPr>
        <w:t>1:13:22  faisla kare, kyunke woh dil ka haal janta hai aur uska talluq dil dil se hai. dil mein insan kaisa hai, us par yani intention kaisi hai, us ki us se uska faisla hoga.</w:t>
      </w:r>
      <w:r>
        <w:br/>
      </w:r>
      <w:r>
        <w:rPr>
          <w:sz w:val="20"/>
        </w:rPr>
        <w:t>1:13:36  to matlab yeh yeh sawal jo hai, aksar log karte hain, lekin yeh sawal irrelevant sawal hai. woh kisi ke bare mein bhi yahi baat aa sakti hai, chahe woh musalman kyun na ho, ke kya mera anjam hoga wahan?</w:t>
      </w:r>
      <w:r>
        <w:br/>
      </w:r>
      <w:r>
        <w:rPr>
          <w:sz w:val="20"/>
        </w:rPr>
        <w:t>1:13:50  jab rasool allah ne keh diya ke mujhe nahi pata ke tumhara kya anjam hoga, yeh allah ko pata hai, to aap musalman kaise yeh</w:t>
      </w:r>
      <w:r>
        <w:br/>
      </w:r>
      <w:r>
        <w:rPr>
          <w:sz w:val="20"/>
        </w:rPr>
        <w:t>1:13:59  yani yeh aqeedah bana liya hai ke hum safe side mein hain? kaise right hai un ko ke yeh aqeedah banayein?</w:t>
      </w:r>
    </w:p>
    <w:p>
      <w:pPr>
        <w:pStyle w:val="Heading2"/>
      </w:pPr>
      <w:r>
        <w:t>Why is taking pictures haram for Muslims?</w:t>
      </w:r>
    </w:p>
    <w:p>
      <w:r>
        <w:rPr>
          <w:color w:val="666666"/>
          <w:sz w:val="18"/>
        </w:rPr>
        <w:t>Worship · Contribution of Sufism in India May 29, 2011 · 8m 29s · at 1:44:34 · https://youtu.be/lzxSaTnomio?t=6274</w:t>
      </w:r>
    </w:p>
    <w:p>
      <w:r>
        <w:rPr>
          <w:i/>
        </w:rPr>
        <w:t>“Why is taking pictures considered haram? I have seen many Muslims taking pictures of human beings.”</w:t>
      </w:r>
    </w:p>
    <w:p>
      <w:r>
        <w:rPr>
          <w:sz w:val="20"/>
        </w:rPr>
        <w:t>1:44:34  So, you can leave your contact details with us whenever the next English lecture takes place. We will let you know. Agla sawal hai Miss Fatima Kustandin ka: "I am a new Muslim</w:t>
      </w:r>
      <w:r>
        <w:br/>
      </w:r>
      <w:r>
        <w:rPr>
          <w:sz w:val="20"/>
        </w:rPr>
        <w:t>1:44:48  . I would like to know why taking pictures is haram. I have seen many Muslims taking pictures of human beings."</w:t>
      </w:r>
      <w:r>
        <w:br/>
      </w:r>
      <w:r>
        <w:rPr>
          <w:sz w:val="20"/>
        </w:rPr>
        <w:t>1:44:57  please, give your, please, if its possible, give your answer in english. i dont think it is haram. yeh is quite lawful.</w:t>
      </w:r>
      <w:r>
        <w:br/>
      </w:r>
      <w:r>
        <w:rPr>
          <w:sz w:val="20"/>
        </w:rPr>
        <w:t>1:45:10  it is an old fatwa</w:t>
      </w:r>
      <w:r>
        <w:br/>
      </w:r>
      <w:r>
        <w:rPr>
          <w:sz w:val="20"/>
        </w:rPr>
        <w:t>1:45:12  . previously some is called sir wishod a fatwa that that photo is haram, but now there is no aalim,</w:t>
      </w:r>
      <w:r>
        <w:br/>
      </w:r>
      <w:r>
        <w:rPr>
          <w:sz w:val="20"/>
        </w:rPr>
        <w:t>1:45:22  no such aalim. everywhere muslim ulama are yani using this technique, and it is a, it is a, it is a, it is a, it is old fatwa.</w:t>
      </w:r>
      <w:r>
        <w:br/>
      </w:r>
      <w:r>
        <w:rPr>
          <w:sz w:val="20"/>
        </w:rPr>
        <w:t>1:45:38  now there is no such fatwa.</w:t>
      </w:r>
      <w:r>
        <w:br/>
      </w:r>
      <w:r>
        <w:rPr>
          <w:sz w:val="20"/>
        </w:rPr>
        <w:t>1:45:40  i dont know any aalim who, who, who issue this subject in present day. so, there no doubt about it that photo is lawful in islam.</w:t>
      </w:r>
      <w:r>
        <w:br/>
      </w:r>
      <w:r>
        <w:rPr>
          <w:sz w:val="20"/>
        </w:rPr>
        <w:t>1:45:53  what is unlawful? that is nudity. nudity and u d i t y, nudity is haram, but photo is not haram.</w:t>
      </w:r>
      <w:r>
        <w:br/>
      </w:r>
      <w:r>
        <w:rPr>
          <w:sz w:val="20"/>
        </w:rPr>
        <w:t>1:46:07  ah, Maulana Mr. Amir bin Yusuf ka Pakistan se sawal aaya hai. unhon ne kaha hai ke aap ne abhi yeh kaha ke jis ki marzi ho, woh mazar par jaye.</w:t>
      </w:r>
      <w:r>
        <w:br/>
      </w:r>
      <w:r>
        <w:rPr>
          <w:sz w:val="20"/>
        </w:rPr>
        <w:t>1:46:17  yeh baat mujhe samajh nahi aayi. is ke bare mein phir se bataye. nahi, mein ne yeh nahi kaha ke jis ki marzi ho, yeh nahi mein ne kaha.</w:t>
      </w:r>
      <w:r>
        <w:br/>
      </w:r>
      <w:r>
        <w:rPr>
          <w:sz w:val="20"/>
        </w:rPr>
        <w:t>1:46:25  mein ne kaha jo jo jata hai, woh apni niyat ka khud jayza le ke us ki niyat kya hai, woh kya samajhta hai, kya milta hai wahan. us ko apna apna muhasba khud kare.</w:t>
      </w:r>
      <w:r>
        <w:br/>
      </w:r>
      <w:r>
        <w:rPr>
          <w:sz w:val="20"/>
        </w:rPr>
        <w:t>1:46:35  mein is ka koi muhasib nahi hoon, yeh mein ne kaha hai.</w:t>
      </w:r>
      <w:r>
        <w:br/>
      </w:r>
      <w:r>
        <w:rPr>
          <w:sz w:val="20"/>
        </w:rPr>
        <w:t>1:46:41  Maulana Zakwan Nadvi ne Delhi se likha hai: "Hadees mein aaya hai ke Allah ke kuch aise bande hain jin ke upar Qayamat ke din prophets bhi rush karenge.</w:t>
      </w:r>
      <w:r>
        <w:br/>
      </w:r>
      <w:r>
        <w:rPr>
          <w:sz w:val="20"/>
        </w:rPr>
        <w:t>1:46:54  poochne par prophet ne bataya ke yeh woh log honge jo Allah ke bande ke andar Allah ki mohabbat paida karenge."</w:t>
      </w:r>
      <w:r>
        <w:br/>
      </w:r>
      <w:r>
        <w:rPr>
          <w:sz w:val="20"/>
        </w:rPr>
        <w:t>1:47:03  Maulana, is hadees ko explain kariye. dekhiye, is par ghor karne se mujhe samajh mein aaya hai ke sab se zyada rare jo jo hai, commodity rest of rare, woh Allah se mohabbat hai.</w:t>
      </w:r>
      <w:r>
        <w:br/>
      </w:r>
      <w:r>
        <w:rPr>
          <w:sz w:val="20"/>
        </w:rPr>
        <w:t>1:47:19  yeh ajib baat hai ke hazaron saal guzre chale ja rahe hain, woh banda hi nahi paida ho raha jo Allah se hubb shadeed jis ke andar ho. bohat anokhi baat hai.</w:t>
      </w:r>
      <w:r>
        <w:br/>
      </w:r>
      <w:r>
        <w:rPr>
          <w:sz w:val="20"/>
        </w:rPr>
        <w:t>1:47:30  abhi jo mein ne bataya aap ko ke Haram se Makkah, Madinah, Telugu aaya mere paas. mein ne us ko poocha ke kya mohabbat ilahi ka koi charcha suna aap ne?</w:t>
      </w:r>
      <w:r>
        <w:br/>
      </w:r>
      <w:r>
        <w:rPr>
          <w:sz w:val="20"/>
        </w:rPr>
        <w:t>1:47:38  kaha kuch nahi, mohabbat ilahi ki koi baat hi nahi, woh kyun karta? yani Haram pe, Makkah, Madinah mein, aisi duniya bhar mein to ajib baat hai ke bohat hi rare commodity jo hai duniya mein, woh hai mohabbat ilahi.</w:t>
      </w:r>
      <w:r>
        <w:br/>
      </w:r>
      <w:r>
        <w:rPr>
          <w:sz w:val="20"/>
        </w:rPr>
        <w:t>1:47:54  yani Shaitan aisa zyada bhakata hai ke insaan ko Khuda se mohabbat na paida ho,</w:t>
      </w:r>
      <w:r>
        <w:br/>
      </w:r>
      <w:r>
        <w:rPr>
          <w:sz w:val="20"/>
        </w:rPr>
        <w:t>1:48:00  kyun ke mohabbat paida ho jayegi to Allah ka mehboob ban jayega. woh</w:t>
      </w:r>
      <w:r>
        <w:br/>
      </w:r>
      <w:r>
        <w:rPr>
          <w:sz w:val="20"/>
        </w:rPr>
        <w:t>1:48:07  to aisi halat mein woh bande, woh daai jo insano ko is is yani insaan ke andar yeh yeh zeher banaye ke woh Allah se mohabbat karne wala ban jaye, to yeh bohat hi bara kaam hai.</w:t>
      </w:r>
      <w:r>
        <w:br/>
      </w:r>
      <w:r>
        <w:rPr>
          <w:sz w:val="20"/>
        </w:rPr>
        <w:t>1:48:27  yani hazaron saal se tareekh chal rahi hai, woh insaan paida hi nahi ho rahe hain jo Allah se mohabbat karein. kyun? Shaitan ne bhaka rakha hai logon ko, bhaka rakha hai, bhaka rakha hai.</w:t>
      </w:r>
      <w:r>
        <w:br/>
      </w:r>
      <w:r>
        <w:rPr>
          <w:sz w:val="20"/>
        </w:rPr>
        <w:t>1:48:37  to woh woh daai jo hain, kitne ajib honge jo insano ko samjhayein, un ke mind ko address karein, un ke andar Allah ki mohabbat dalein, aur phir woh insaan, aadmi jo hai, Allah ko discover kar ke us se mohabbat karne wala ban jaye, to bohat anokha insaan hoga woh.</w:t>
      </w:r>
      <w:r>
        <w:br/>
      </w:r>
      <w:r>
        <w:rPr>
          <w:sz w:val="20"/>
        </w:rPr>
        <w:t>1:48:56  to Paighambar sochenge ke dekho yeh kaise log the, yeh kya itna bara kaam kar dala unhon ne. to yeh to phir fitri baat hai.</w:t>
      </w:r>
      <w:r>
        <w:br/>
      </w:r>
      <w:r>
        <w:rPr>
          <w:sz w:val="20"/>
        </w:rPr>
        <w:t>1:49:06  us ko mein ne samjha hai tareekh ki roshni mein. aaj bhi dekhiye, isi Delhi mein aap hazaron lakhon musalman jaiye, kisi majlis mein aap koi mohabbat Khuda ka, koi charcha kahin hota hai, Masjid mein jaiye, Madrase mein jaiye, Jalse mein jaiye, kahin bhi nahi mohabbat ka, Khuda ka charcha.</w:t>
      </w:r>
      <w:r>
        <w:br/>
      </w:r>
      <w:r>
        <w:rPr>
          <w:sz w:val="20"/>
        </w:rPr>
        <w:t>1:49:22  Allah se lip service ke taur par hain log yahan, sirf lip service hai,</w:t>
      </w:r>
      <w:r>
        <w:br/>
      </w:r>
      <w:r>
        <w:rPr>
          <w:sz w:val="20"/>
        </w:rPr>
        <w:t>1:49:27  laf sarvis ke taur par. mohabbat matlab hai strong affection, yani Allah se aap ko strong affection ho. is tarah se mein mujhe dhoond kar bataiye ke woh musalman kaun hai.</w:t>
      </w:r>
      <w:r>
        <w:br/>
      </w:r>
      <w:r>
        <w:rPr>
          <w:sz w:val="20"/>
        </w:rPr>
        <w:t>1:49:38  isi dilli mein sainkaron Islam ke naam par jamaatein qaim hain, sainkaron ki tadad hai. ja kar dekhiye sab ko, aur mujhe bataiye ke falan shakhs ko maine paya hai ke hubb-e-shadeed is ke andar hai Allah ke liye, to main us ko ja ke ziyarat karunga is ki tayyari ki,</w:t>
      </w:r>
      <w:r>
        <w:br/>
      </w:r>
      <w:r>
        <w:rPr>
          <w:sz w:val="20"/>
        </w:rPr>
        <w:t>1:49:54  kyun ke maine aisa paya nahi aadmi.</w:t>
      </w:r>
      <w:r>
        <w:br/>
      </w:r>
      <w:r>
        <w:rPr>
          <w:sz w:val="20"/>
        </w:rPr>
        <w:t>1:49:57  to yeh cheez jo itna zyada jis ki kami hai, wahan pe jo aadmi kaam karega, to us ko yani ajeeb ghareeb darja milega qayamat mein ke woh yeh woh insaan hai jis ne logon ko kehta hai Allah ki mohabbat paida ki, kitna bara kaam kiya us ne.</w:t>
      </w:r>
      <w:r>
        <w:br/>
      </w:r>
      <w:r>
        <w:rPr>
          <w:sz w:val="20"/>
        </w:rPr>
        <w:t>1:50:14  yani shaitan ko kuchal dala. yaad rakhiye, Allah se mohabbat paida karne ke liye shaitan se kuchalna parta hai. shaitan charon taraf se aap ko behka raha hai.</w:t>
      </w:r>
      <w:r>
        <w:br/>
      </w:r>
      <w:r>
        <w:rPr>
          <w:sz w:val="20"/>
        </w:rPr>
        <w:t>1:50:25  yani har cheez ko farz kijiye ke ek glass hai, woh sikhayega ke glass banaya hai ek insani factory ne, aur main jab glass ko dekhta hoon to lagta hai ke Khuda ki taraf bana bana chala aa raha hai.</w:t>
      </w:r>
      <w:r>
        <w:br/>
      </w:r>
      <w:r>
        <w:rPr>
          <w:sz w:val="20"/>
        </w:rPr>
        <w:t>1:50:39  is mein insani factory to kuch one percent bhi is ka hissa nahi hai, sara hissa is mein Khuda ka hai. to mujhe is ko dekh kar Khuda ki mohabbat aati hai, lekin shaitan kya karta hai?</w:t>
      </w:r>
      <w:r>
        <w:br/>
      </w:r>
      <w:r>
        <w:rPr>
          <w:sz w:val="20"/>
        </w:rPr>
        <w:t>1:50:51  use engineer, engineer, engineer dikhata hai, interest dikhata hai.</w:t>
      </w:r>
      <w:r>
        <w:br/>
      </w:r>
      <w:r>
        <w:rPr>
          <w:sz w:val="20"/>
        </w:rPr>
        <w:t>1:50:59  jaise unhon ne likha hai shair ne: "manعلم ka sang aaina sadhu" to main woh hoon ke main pathar se sheesha banata hoon.</w:t>
      </w:r>
      <w:r>
        <w:br/>
      </w:r>
      <w:r>
        <w:rPr>
          <w:sz w:val="20"/>
        </w:rPr>
        <w:t>1:51:07  bataiye ke shair ko ab khud apna wajood dikhai diya. is mein "manعلم ka sang aaina sadhu" to main woh hoon ke pathar se sheesha banata hoon.</w:t>
      </w:r>
      <w:r>
        <w:br/>
      </w:r>
      <w:r>
        <w:rPr>
          <w:sz w:val="20"/>
        </w:rPr>
        <w:t>1:51:18  yani is shishe, glass mein un ko apna wajood dikhai diya. kisi ko engineer dikhai deta hai, kisi ko industry dikhai deti hai. mujhe is mein Khuda ka, Khuda ka manzar dikhai deta hai.</w:t>
      </w:r>
      <w:r>
        <w:br/>
      </w:r>
      <w:r>
        <w:rPr>
          <w:sz w:val="20"/>
        </w:rPr>
        <w:t>1:51:30  yeh mujhe Khuda ki mohabbat ka yaad dilana ban jata hai. yeh glass to is tarah log behke hue hain.</w:t>
      </w:r>
      <w:r>
        <w:br/>
      </w:r>
      <w:r>
        <w:rPr>
          <w:sz w:val="20"/>
        </w:rPr>
        <w:t>1:51:40  har aadmi behka hua hai.</w:t>
      </w:r>
      <w:r>
        <w:br/>
      </w:r>
      <w:r>
        <w:rPr>
          <w:sz w:val="20"/>
        </w:rPr>
        <w:t>1:51:43  yani saare saare idare, saari sargharmiyan logon ko le ja rahi hain aise rastay ki taraf jahan ke Khuda se mohabbat un ke liye ek ajnabi cheez, ajnabi ban jaye cheez.</w:t>
      </w:r>
      <w:r>
        <w:br/>
      </w:r>
      <w:r>
        <w:rPr>
          <w:sz w:val="20"/>
        </w:rPr>
        <w:t>1:51:58  bolein Allah ka naam to laf sarvis ke taur par bolein. bas</w:t>
      </w:r>
      <w:r>
        <w:br/>
      </w:r>
      <w:r>
        <w:rPr>
          <w:sz w:val="20"/>
        </w:rPr>
        <w:t>1:52:04  aisi halat mein jo insaan uthe aur logon ke dilon mein Allah ki mohabbat dale, kisi insaan ko Allah se mohabbat karne wala banaye, to bilashubah woh is qabil hai ke use rash kiya jaye us ko.</w:t>
      </w:r>
    </w:p>
    <w:p>
      <w:pPr>
        <w:pStyle w:val="Heading2"/>
      </w:pPr>
      <w:r>
        <w:t>Why non-Muslims not allowed in Kaaba?</w:t>
      </w:r>
    </w:p>
    <w:p>
      <w:r>
        <w:rPr>
          <w:color w:val="666666"/>
          <w:sz w:val="18"/>
        </w:rPr>
        <w:t>Worship · Paradise as a Goal April 26, 2015 · 5m 08s · at 1:07:16 · https://youtu.be/hnHqhmSJZXA?t=4036</w:t>
      </w:r>
    </w:p>
    <w:p>
      <w:r>
        <w:rPr>
          <w:i/>
        </w:rPr>
        <w:t>“Why are people of other religions not allowed inside the Kaaba?”</w:t>
      </w:r>
    </w:p>
    <w:p>
      <w:r>
        <w:rPr>
          <w:sz w:val="20"/>
        </w:rPr>
        <w:t>1:07:16  molana yeh agla sawal aya hai mister raj malik ka deli se</w:t>
      </w:r>
      <w:r>
        <w:br/>
      </w:r>
      <w:r>
        <w:rPr>
          <w:sz w:val="20"/>
        </w:rPr>
        <w:t>1:07:21  molana hamare ek hindu dost keh rahe the ke kaba ke andar musalmanon</w:t>
      </w:r>
      <w:r>
        <w:br/>
      </w:r>
      <w:r>
        <w:rPr>
          <w:sz w:val="20"/>
        </w:rPr>
        <w:t>1:07:29  ke ilawa doosre dharm ke logon ko kyun nahi jaane dete</w:t>
      </w:r>
      <w:r>
        <w:br/>
      </w:r>
      <w:r>
        <w:rPr>
          <w:sz w:val="20"/>
        </w:rPr>
        <w:t>1:07:33  bahut se log aise hote hain jo sache dil se darshan karna chahte hain</w:t>
      </w:r>
      <w:r>
        <w:br/>
      </w:r>
      <w:r>
        <w:rPr>
          <w:sz w:val="20"/>
        </w:rPr>
        <w:t>1:07:41  dekhen is se pehle maine ek baat batai hai ke shuru mein aisa nahi tha shuru mein</w:t>
      </w:r>
      <w:r>
        <w:br/>
      </w:r>
      <w:r>
        <w:rPr>
          <w:sz w:val="20"/>
        </w:rPr>
        <w:t>1:07:48  har ek wahan aata tha</w:t>
      </w:r>
      <w:r>
        <w:br/>
      </w:r>
      <w:r>
        <w:rPr>
          <w:sz w:val="20"/>
        </w:rPr>
        <w:t>1:07:51  lekin hua yeh ke koi aya hua to usne logon ko but parasti ki baat shuru kar</w:t>
      </w:r>
      <w:r>
        <w:br/>
      </w:r>
      <w:r>
        <w:rPr>
          <w:sz w:val="20"/>
        </w:rPr>
        <w:t>1:07:58  di ke yahan but hona chahiye dheere dheere dheere dheere wahan ek but rakh diya gaya log thoda</w:t>
      </w:r>
      <w:r>
        <w:br/>
      </w:r>
      <w:r>
        <w:rPr>
          <w:sz w:val="20"/>
        </w:rPr>
        <w:t>1:08:05  is se iske influence ho gaye yahan hote hote 360 but is mein ho gaye rasool allah</w:t>
      </w:r>
      <w:r>
        <w:br/>
      </w:r>
      <w:r>
        <w:rPr>
          <w:sz w:val="20"/>
        </w:rPr>
        <w:t>1:08:12  ke zamane mein 360 but is ke andar rakhe hue the</w:t>
      </w:r>
      <w:r>
        <w:br/>
      </w:r>
      <w:r>
        <w:rPr>
          <w:sz w:val="20"/>
        </w:rPr>
        <w:t>1:08:17  tab yeh aisa hua ke band kar diya gaya ke yahan par koi</w:t>
      </w:r>
      <w:r>
        <w:br/>
      </w:r>
      <w:r>
        <w:rPr>
          <w:sz w:val="20"/>
        </w:rPr>
        <w:t>1:08:22  but parast dakhil nahi hoga ke mushrik dakhil nahi hoga is tajrube ki bina par ke log itne</w:t>
      </w:r>
      <w:r>
        <w:br/>
      </w:r>
      <w:r>
        <w:rPr>
          <w:sz w:val="20"/>
        </w:rPr>
        <w:t>1:08:29  zyada ghair zimmedar hote hain yeh nahi ke ja kar wahan dekhen aur chale aayen wahan woh</w:t>
      </w:r>
      <w:r>
        <w:br/>
      </w:r>
      <w:r>
        <w:rPr>
          <w:sz w:val="20"/>
        </w:rPr>
        <w:t>1:08:34  chahenge but rakh den</w:t>
      </w:r>
      <w:r>
        <w:br/>
      </w:r>
      <w:r>
        <w:rPr>
          <w:sz w:val="20"/>
        </w:rPr>
        <w:t>1:08:37  warna is se pehle nahi tha yeh matlab awwal din se aisa nahi tha yeh baad ko aisa</w:t>
      </w:r>
      <w:r>
        <w:br/>
      </w:r>
      <w:r>
        <w:rPr>
          <w:sz w:val="20"/>
        </w:rPr>
        <w:t>1:08:41  hua to main samajhta hoon ke quite reasonable yeh baat hai ke aage bhi kisi ko yani</w:t>
      </w:r>
      <w:r>
        <w:br/>
      </w:r>
      <w:r>
        <w:rPr>
          <w:sz w:val="20"/>
        </w:rPr>
        <w:t>1:08:51  koi aisa kar sakta hai kyunke log to bahut insincere hote hain logon mein maine paya ke</w:t>
      </w:r>
      <w:r>
        <w:br/>
      </w:r>
      <w:r>
        <w:rPr>
          <w:sz w:val="20"/>
        </w:rPr>
        <w:t>1:08:57  sab se kam jo cheez sincerity to ab kya kya jaye</w:t>
      </w:r>
      <w:r>
        <w:br/>
      </w:r>
      <w:r>
        <w:rPr>
          <w:sz w:val="20"/>
        </w:rPr>
        <w:t>1:09:02  woh tauheed ka ghar hai sirf allah wahid ki ibadat ka markaz hai to is ko behal</w:t>
      </w:r>
      <w:r>
        <w:br/>
      </w:r>
      <w:r>
        <w:rPr>
          <w:sz w:val="20"/>
        </w:rPr>
        <w:t>1:09:08  bachana padega woh koi tourist center to hai nahi tourist center mein is tarah ki cheezon ki</w:t>
      </w:r>
      <w:r>
        <w:br/>
      </w:r>
      <w:r>
        <w:rPr>
          <w:sz w:val="20"/>
        </w:rPr>
        <w:t>1:09:15  zarurat nahi hoti</w:t>
      </w:r>
      <w:r>
        <w:br/>
      </w:r>
      <w:r>
        <w:rPr>
          <w:sz w:val="20"/>
        </w:rPr>
        <w:t>1:09:18  tourist center mein jo bhi chahe jaye wahan koi bhi baat hai chahe kare lekin woh to ek</w:t>
      </w:r>
      <w:r>
        <w:br/>
      </w:r>
      <w:r>
        <w:rPr>
          <w:sz w:val="20"/>
        </w:rPr>
        <w:t>1:09:24  ek yani oneness of god ka center hai woh to kaise bardasht kiya jaye ga wahan is ko</w:t>
      </w:r>
      <w:r>
        <w:br/>
      </w:r>
      <w:r>
        <w:rPr>
          <w:sz w:val="20"/>
        </w:rPr>
        <w:t>1:09:31  jabke tajruba yeh hai ke insan insincere hai wahan yeh sab harkat karta hai ja kar ke</w:t>
      </w:r>
      <w:r>
        <w:br/>
      </w:r>
      <w:r>
        <w:rPr>
          <w:sz w:val="20"/>
        </w:rPr>
        <w:t>1:09:41  molana yeh agla question kya hai mister khan ne unhone apni location mention nahi ki hai</w:t>
      </w:r>
      <w:r>
        <w:br/>
      </w:r>
      <w:r>
        <w:rPr>
          <w:sz w:val="20"/>
        </w:rPr>
        <w:t>1:09:49  Maulana Sahib, the non-Muslims who are doing good things in society and are also doing tazkiyah</w:t>
      </w:r>
      <w:r>
        <w:br/>
      </w:r>
      <w:r>
        <w:rPr>
          <w:sz w:val="20"/>
        </w:rPr>
        <w:t>1:09:57  waat will happen to dem</w:t>
      </w:r>
      <w:r>
        <w:br/>
      </w:r>
      <w:r>
        <w:rPr>
          <w:sz w:val="20"/>
        </w:rPr>
        <w:t>1:10:01  dekhiye yeh inhi ki baat nahi hai musalman apne ko safe side pe samajhta hai</w:t>
      </w:r>
      <w:r>
        <w:br/>
      </w:r>
      <w:r>
        <w:rPr>
          <w:sz w:val="20"/>
        </w:rPr>
        <w:t>1:10:08  koi safe side pe nahi hai</w:t>
      </w:r>
      <w:r>
        <w:br/>
      </w:r>
      <w:r>
        <w:rPr>
          <w:sz w:val="20"/>
        </w:rPr>
        <w:t>1:10:12  yeh Allah ke ilm mein hai ke kis ke sath kya muamla hoga</w:t>
      </w:r>
      <w:r>
        <w:br/>
      </w:r>
      <w:r>
        <w:rPr>
          <w:sz w:val="20"/>
        </w:rPr>
        <w:t>1:10:17  rasool Allah ne khud apne bare mein kaha mai fali bi wala bikum mujhe kuch nahi pata ke</w:t>
      </w:r>
      <w:r>
        <w:br/>
      </w:r>
      <w:r>
        <w:rPr>
          <w:sz w:val="20"/>
        </w:rPr>
        <w:t>1:10:22  mere sath kya hoga tumhare sath kya hoga to musalman aam taur pe samajhte hain ke hum to</w:t>
      </w:r>
      <w:r>
        <w:br/>
      </w:r>
      <w:r>
        <w:rPr>
          <w:sz w:val="20"/>
        </w:rPr>
        <w:t>1:10:27  safe side pe hain safe side mein yaad rakhen koi bhi nahi hai koi bhi nahi hai yeh</w:t>
      </w:r>
      <w:r>
        <w:br/>
      </w:r>
      <w:r>
        <w:rPr>
          <w:sz w:val="20"/>
        </w:rPr>
        <w:t>1:10:36  yeh Allah ke domain ki baat hai ke woh kis ke liye kya faisle kare kyunke woh dil</w:t>
      </w:r>
      <w:r>
        <w:br/>
      </w:r>
      <w:r>
        <w:rPr>
          <w:sz w:val="20"/>
        </w:rPr>
        <w:t>1:10:41  ka haal janta hai aur is ka taluq dil dil se hai dil mein insan kaisa hai is</w:t>
      </w:r>
      <w:r>
        <w:br/>
      </w:r>
      <w:r>
        <w:rPr>
          <w:sz w:val="20"/>
        </w:rPr>
        <w:t>1:10:47  par yani intention kaisi hai is ki is se is ka faisla hoga</w:t>
      </w:r>
      <w:r>
        <w:br/>
      </w:r>
      <w:r>
        <w:rPr>
          <w:sz w:val="20"/>
        </w:rPr>
        <w:t>1:10:53  to matlab yeh yeh sawal jo hai aksar log karte hain lekin yeh sawal irrelevant sawal hai</w:t>
      </w:r>
      <w:r>
        <w:br/>
      </w:r>
      <w:r>
        <w:rPr>
          <w:sz w:val="20"/>
        </w:rPr>
        <w:t>1:11:01  woh kisi ke bare mein yahi baat aa sakti hai chahe woh musalman kyun na ho ke kya</w:t>
      </w:r>
      <w:r>
        <w:br/>
      </w:r>
      <w:r>
        <w:rPr>
          <w:sz w:val="20"/>
        </w:rPr>
        <w:t>1:11:06  mera anjam hoga wahan jab rasool Allah ne keh diya ke mujhe nahi pata ke mera kya anjam</w:t>
      </w:r>
      <w:r>
        <w:br/>
      </w:r>
      <w:r>
        <w:rPr>
          <w:sz w:val="20"/>
        </w:rPr>
        <w:t>1:11:11  hoga yeh Allah ko pata hai to aap ne musalman kaise yeh yani yeh aqeedah bana liya ke</w:t>
      </w:r>
      <w:r>
        <w:br/>
      </w:r>
      <w:r>
        <w:rPr>
          <w:sz w:val="20"/>
        </w:rPr>
        <w:t>1:11:19  hum safe side mein hain kaise right hai un ko ke yeh aqeedah banayein okay we line</w:t>
      </w:r>
      <w:r>
        <w:br/>
      </w:r>
      <w:r>
        <w:rPr>
          <w:sz w:val="20"/>
        </w:rPr>
        <w:t>1:11:25  i request everyone to remain seated till we save the talk.</w:t>
      </w:r>
    </w:p>
    <w:p>
      <w:pPr>
        <w:pStyle w:val="Heading2"/>
      </w:pPr>
      <w:r>
        <w:t>Witnesses for Nikah must be Muslims</w:t>
      </w:r>
    </w:p>
    <w:p>
      <w:r>
        <w:rPr>
          <w:color w:val="666666"/>
          <w:sz w:val="18"/>
        </w:rPr>
        <w:t>Worship · From The Spiritual Tree August 8, 2010 · 7m 02s · at 1:28:49 · https://youtu.be/H6e9NOrqgHI?t=5329</w:t>
      </w:r>
    </w:p>
    <w:p>
      <w:r>
        <w:rPr>
          <w:i/>
        </w:rPr>
        <w:t>“For the Nikah, do the witnesses need to be Muslims? Kindly comment.”</w:t>
      </w:r>
    </w:p>
    <w:p>
      <w:r>
        <w:rPr>
          <w:sz w:val="20"/>
        </w:rPr>
        <w:t>1:28:49  maulana, agla sawal kiya hai? mister faik ne california se,</w:t>
      </w:r>
      <w:r>
        <w:br/>
      </w:r>
      <w:r>
        <w:rPr>
          <w:sz w:val="20"/>
        </w:rPr>
        <w:t>1:28:53  unhon ne poocha hai ke "for the nikah, do the witnesses need to be muslims?" kindly comment. ji haan, do muslim.</w:t>
      </w:r>
      <w:r>
        <w:br/>
      </w:r>
      <w:r>
        <w:rPr>
          <w:sz w:val="20"/>
        </w:rPr>
        <w:t>1:29:06  ji</w:t>
      </w:r>
      <w:r>
        <w:br/>
      </w:r>
      <w:r>
        <w:rPr>
          <w:sz w:val="20"/>
        </w:rPr>
        <w:t>1:29:10  maulana, aik aur sawal kiya hai unhon ne. unhon ne likha hai ke "in USA, there is always a divide in Ramadan and starting of the Eid.</w:t>
      </w:r>
      <w:r>
        <w:br/>
      </w:r>
      <w:r>
        <w:rPr>
          <w:sz w:val="20"/>
        </w:rPr>
        <w:t>1:29:20  essentially, moon sighting becomes moon fighting.</w:t>
      </w:r>
      <w:r>
        <w:br/>
      </w:r>
      <w:r>
        <w:rPr>
          <w:sz w:val="20"/>
        </w:rPr>
        <w:t>1:29:24  some organizations and mask follow the scientific calculations saying that it is the age of nano technology. therefore, moon visibility should be based on calculations,</w:t>
      </w:r>
      <w:r>
        <w:br/>
      </w:r>
      <w:r>
        <w:rPr>
          <w:sz w:val="20"/>
        </w:rPr>
        <w:t>1:29:37  and some cite the actual sighting with naked eye to be the start for Ramadan or Eid, and narrate hadith in favor of this.</w:t>
      </w:r>
      <w:r>
        <w:br/>
      </w:r>
      <w:r>
        <w:rPr>
          <w:sz w:val="20"/>
        </w:rPr>
        <w:t>1:29:46  maulana, please tell us what should be followed.</w:t>
      </w:r>
      <w:r>
        <w:br/>
      </w:r>
      <w:r>
        <w:rPr>
          <w:sz w:val="20"/>
        </w:rPr>
        <w:t>1:29:51  "dekhen, yeh masla to hal hone wala hai nahin.</w:t>
      </w:r>
      <w:r>
        <w:br/>
      </w:r>
      <w:r>
        <w:rPr>
          <w:sz w:val="20"/>
        </w:rPr>
        <w:t>1:29:56  yeh to aaj se nahin, kam az kam do sau saal se is pe baatein chal rahi hain. baqi masla kya hai? woh arz karta hoon ke jarr kya hai.</w:t>
      </w:r>
      <w:r>
        <w:br/>
      </w:r>
      <w:r>
        <w:rPr>
          <w:sz w:val="20"/>
        </w:rPr>
        <w:t>1:30:07  jarr yeh hai ke hadith mein yeh aaya hai ke "sumo liruyyatihi, wa futro liruyyatihi". to dekh kar roza rakho, dekh kar iftar karo.</w:t>
      </w:r>
      <w:r>
        <w:br/>
      </w:r>
      <w:r>
        <w:rPr>
          <w:sz w:val="20"/>
        </w:rPr>
        <w:t>1:30:19  iftar karo, ma'ni Eid manao. dekh kar roza rakho aur dekh kar Eid manao. ab luro jo ruyyat ka lafz aa gaya na, dekh kar jo us ko literal sense mein lete hain, halanke literal sense lene ki koi wajah nahin hai.</w:t>
      </w:r>
      <w:r>
        <w:br/>
      </w:r>
      <w:r>
        <w:rPr>
          <w:sz w:val="20"/>
        </w:rPr>
        <w:t>1:30:36  kyun? Quran mein dekhen, doosra lafz aaya hai "shahid minkum al-shari'a". Quran majeed mein jo lafz aaya hai, woh dekhen, ruyyat ka lafz nahin aaya hai.</w:t>
      </w:r>
      <w:r>
        <w:br/>
      </w:r>
      <w:r>
        <w:rPr>
          <w:sz w:val="20"/>
        </w:rPr>
        <w:t>1:30:48  "shahid minkum al-shari'a". shahada ke ma'ni hain pana, maujood hona. ya'ni jo aap ne apne ko Ramadan ke mahine maujood paye,</w:t>
      </w:r>
      <w:r>
        <w:br/>
      </w:r>
      <w:r>
        <w:rPr>
          <w:sz w:val="20"/>
        </w:rPr>
        <w:t>1:31:03  ya'ni jis ke upar Ramadan ka mahina aa jaye, matlab yeh hua. shahada ka ma'ni yeh nahin ke dekha jo apni aankh se. to</w:t>
      </w:r>
      <w:r>
        <w:br/>
      </w:r>
      <w:r>
        <w:rPr>
          <w:sz w:val="20"/>
        </w:rPr>
        <w:t>1:31:11  jab aap yeh, jab aap do mutala'a karen aur dekhen ke hadith mein to ruyyat ka lafz zaroor hai, lekin Quran mein nahin hai ruyyat ka lafz.</w:t>
      </w:r>
      <w:r>
        <w:br/>
      </w:r>
      <w:r>
        <w:rPr>
          <w:sz w:val="20"/>
        </w:rPr>
        <w:t>1:31:22  to aap sochen ge, sochen ge, sochen ge to aap us waqt yeh pahunchen ge ke Quran mein jo hai, woh abadi ri'ayat hai, hadith mein zamani ri'ayat hai.</w:t>
      </w:r>
      <w:r>
        <w:br/>
      </w:r>
      <w:r>
        <w:rPr>
          <w:sz w:val="20"/>
        </w:rPr>
        <w:t>1:31:35  ya'ni is zamane mein chand ko dekhne ka ta</w:t>
      </w:r>
      <w:r>
        <w:br/>
      </w:r>
      <w:r>
        <w:rPr>
          <w:sz w:val="20"/>
        </w:rPr>
        <w:t>1:31:39  reeqa kya tha? aankh se dekhna aur koi tareeqa tha nahin. to Quran mein abadi ri'ayat karte hue kaha gaya hai "fashahid minkum al-shari'a", lekin hadith mein zamani ri'ayat hai ke jaisa dekho, waisa karo.</w:t>
      </w:r>
      <w:r>
        <w:br/>
      </w:r>
      <w:r>
        <w:rPr>
          <w:sz w:val="20"/>
        </w:rPr>
        <w:t>1:31:58  yeh baat isi liye is mutalliq nahin hai. aur bohat cheezen hain jis mein aap ko hadith mein aur Quran mein baatein milti hain. misaal ke taur par jang ka ma'mla</w:t>
      </w:r>
      <w:r>
        <w:br/>
      </w:r>
      <w:r>
        <w:rPr>
          <w:sz w:val="20"/>
        </w:rPr>
        <w:t>1:32:09  Quran majeed mein hai ke "a'iddu ma-statum min qowwah". ya'ni apne dushman ke muqable mein taqat faraham karo. taqat lafz taqat wahan par hai, a'dad quwwah.</w:t>
      </w:r>
      <w:r>
        <w:br/>
      </w:r>
      <w:r>
        <w:rPr>
          <w:sz w:val="20"/>
        </w:rPr>
        <w:t>1:32:20  aur hadith mein aata hai ke "kulla al-quwwah". sun lo ke teer marna yeh hai quwwah.</w:t>
      </w:r>
      <w:r>
        <w:br/>
      </w:r>
      <w:r>
        <w:rPr>
          <w:sz w:val="20"/>
        </w:rPr>
        <w:t>1:32:31  ab dekhen, yahan pe ikhtilaf hua ke nahin hua Quran ke bare mein, hadith ke bare mein. to yahan ulama ta'wil karte hain. ulama yeh kehte hain yahan par ke ke ke hadith mein jo hai, woh zamani e'tebar se hai aur Quran mein jo hai, woh abadi e'tebar se hai.</w:t>
      </w:r>
      <w:r>
        <w:br/>
      </w:r>
      <w:r>
        <w:rPr>
          <w:sz w:val="20"/>
        </w:rPr>
        <w:t>1:32:47  to wahan agar kehte hain to yahan bhi kar lo. yahi ulama jo hain, jo itna arsa chala aaye hain, do sau</w:t>
      </w:r>
      <w:r>
        <w:br/>
      </w:r>
      <w:r>
        <w:rPr>
          <w:sz w:val="20"/>
        </w:rPr>
        <w:t>1:32:53  saal se, yeh ulama yeh nahin kehte ke aaj jo koi hukumat ko jang pesh aaye to woh teer chalao. idhar koi aalim nahin kehta, sab hi kehte hain ke waqt ka hathiyar istemal kiya jayega,</w:t>
      </w:r>
      <w:r>
        <w:br/>
      </w:r>
      <w:r>
        <w:rPr>
          <w:sz w:val="20"/>
        </w:rPr>
        <w:t>1:33:06  jo quwwah hai aaj ki. to yeh tazad hai logon ke aur un ki rawish mein ke doosre ma'amlat mein woh ta'wil kar ke is ko zaban ke zamani ke mutabiq banate hain aur yahan ta'wil karne ke liye tayyar nahin hain.</w:t>
      </w:r>
      <w:r>
        <w:br/>
      </w:r>
      <w:r>
        <w:rPr>
          <w:sz w:val="20"/>
        </w:rPr>
        <w:t>1:33:24  ya'ni Saudi Arab mein baqayda aik aik marصد bana'i, al-marصد al-islami bana'i gayi thi. marصد ma'ni observatory, is ka naam tha al-marصد al-islami, abhi bhi hai woh.</w:t>
      </w:r>
      <w:r>
        <w:br/>
      </w:r>
      <w:r>
        <w:rPr>
          <w:sz w:val="20"/>
        </w:rPr>
        <w:t>1:33:36  lekin ulama is ko abhi bhi us waqt behas chhede hue hain ke ja'iz hai ke na-ja'iz. to main zaati taur par yeh manta hoon ke ab yeh bilkul mumkin ho gaya hai 100 fisad ke aap jaan saken ke chand nikla ke nahin nikla.</w:t>
      </w:r>
      <w:r>
        <w:br/>
      </w:r>
      <w:r>
        <w:rPr>
          <w:sz w:val="20"/>
        </w:rPr>
        <w:t>1:33:52  dekhen, chand nikalne</w:t>
      </w:r>
      <w:r>
        <w:br/>
      </w:r>
      <w:r>
        <w:rPr>
          <w:sz w:val="20"/>
        </w:rPr>
        <w:t>1:33:53  ka matlab kya hai? yeh bhi samajh lijiye, chand nikalne ka matlab kya hai? chand nikalne ka matlab yeh hai ke yani woh jab suraj tuloo ho jaye, aakhri shaam ko ramzan ki aakhri shaam ko,</w:t>
      </w:r>
      <w:r>
        <w:br/>
      </w:r>
      <w:r>
        <w:rPr>
          <w:sz w:val="20"/>
        </w:rPr>
        <w:t>1:34:08  toh us waqt chand jo hai, aath darjay ke oopar ho. aath darja jo hai, aath degree, jo yeh iski is observatory ki yeh term hai,</w:t>
      </w:r>
      <w:r>
        <w:br/>
      </w:r>
      <w:r>
        <w:rPr>
          <w:sz w:val="20"/>
        </w:rPr>
        <w:t>1:34:21  aath degree. kyunke aath degree se agar neeche rahega, tab bhi agarche nikla hua hoga, lekin dikhai nahi dega. woh</w:t>
      </w:r>
      <w:r>
        <w:br/>
      </w:r>
      <w:r>
        <w:rPr>
          <w:sz w:val="20"/>
        </w:rPr>
        <w:t>1:34:30  aath degree oopar jo hai, tab dikhai dega. koi suraj ki roshni jab suraj jo yani hamare horizon se neeche le aata hai, toh toh kuch der tak uski roshni itni zyada rehti hai ke chand ho, tab bhi nahi dekh payenge hum.</w:t>
      </w:r>
      <w:r>
        <w:br/>
      </w:r>
      <w:r>
        <w:rPr>
          <w:sz w:val="20"/>
        </w:rPr>
        <w:t>1:34:44  nahi dekh payenge hum jab jo suraj ki roshni kam hoti hai, tab hum dekh paate hain usko. toh aath degree agar se oopar agar chand hai toh dikhai dega, nahi toh nahi dikhai dega.</w:t>
      </w:r>
      <w:r>
        <w:br/>
      </w:r>
      <w:r>
        <w:rPr>
          <w:sz w:val="20"/>
        </w:rPr>
        <w:t>1:34:55  yeh bilkul pata chal jata hai aaj kal ke zamane mein.</w:t>
      </w:r>
      <w:r>
        <w:br/>
      </w:r>
      <w:r>
        <w:rPr>
          <w:sz w:val="20"/>
        </w:rPr>
        <w:t>1:34:58  ek dam bilkul accurate tor par jaan sakte hain aap ke usko maan lijiye. toh zahiri tor par toh mein yeh manta hoon ke usko maan lena chahiye, uski moon sighting ko moon fighting nahi banana chahiye.</w:t>
      </w:r>
      <w:r>
        <w:br/>
      </w:r>
      <w:r>
        <w:rPr>
          <w:sz w:val="20"/>
        </w:rPr>
        <w:t>1:35:13  lekin ab mein khamosh hoon, is par mein koi campaign nahi chalata kyunke itna zyada log traditional hain, itna zyada log rivayat pasand hain ke koi sunne ko tayyar nahi.</w:t>
      </w:r>
      <w:r>
        <w:br/>
      </w:r>
      <w:r>
        <w:rPr>
          <w:sz w:val="20"/>
        </w:rPr>
        <w:t>1:35:24  toh mein jo abhi khamoshi mein sab ke sath mein bhi ja ke namaz padh leta hoon,</w:t>
      </w:r>
      <w:r>
        <w:br/>
      </w:r>
      <w:r>
        <w:rPr>
          <w:sz w:val="20"/>
        </w:rPr>
        <w:t>1:35:31  aap bhi yahi kijiye jo mein karta hoon ke agarche meri yeh rai hai, lekin is rai ko chalane mein aur jhagda badhega.</w:t>
      </w:r>
      <w:r>
        <w:br/>
      </w:r>
      <w:r>
        <w:rPr>
          <w:sz w:val="20"/>
        </w:rPr>
        <w:t>1:35:41  jhagda badhne se acha hai ke chalo hum tumhare sath namaz padh lete hain. meri nazariya hai ke chalo yeh bhi theek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