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A friend betrayed me</w:t>
      </w:r>
    </w:p>
    <w:p>
      <w:r>
        <w:rPr>
          <w:sz w:val="18"/>
        </w:rPr>
        <w:t>Q&amp;A, lecture moments and clips · full transcripts with timestamps · exported 2026-09-21</w:t>
      </w:r>
    </w:p>
    <w:p>
      <w:pPr>
        <w:pStyle w:val="Heading1"/>
      </w:pPr>
      <w:r>
        <w:t>Maulana was asked (30)</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Advice on delayed installment due to fraud</w:t>
      </w:r>
    </w:p>
    <w:p>
      <w:r>
        <w:rPr>
          <w:color w:val="666666"/>
          <w:sz w:val="18"/>
        </w:rPr>
        <w:t>Collective Repentance I Feb 24, 2013 Maulana Wahiduddin Khan · 4m 02s · at 1:12:37 · https://youtu.be/lkkolxAL38c?t=4357</w:t>
      </w:r>
    </w:p>
    <w:p>
      <w:r>
        <w:rPr>
          <w:i/>
        </w:rPr>
        <w:t>“I have bought a flat in Gurgaon on an installment plan from a builder. I could not pay the third installment on time because my money got stuck due to someone cheating me in Dubai. Kindly advise.”</w:t>
      </w:r>
    </w:p>
    <w:p>
      <w:r>
        <w:rPr>
          <w:sz w:val="20"/>
        </w:rPr>
        <w:t>1:12:37  maulana, yeh sawal aya hai doha qatar se mister rahul bhatia ka. unhon ne likha hai: "maulana, when i was in delhi, i had attended some of your classes.</w:t>
      </w:r>
      <w:r>
        <w:br/>
      </w:r>
      <w:r>
        <w:rPr>
          <w:sz w:val="20"/>
        </w:rPr>
        <w:t>1:12:50  i have a question to ask. my question is:</w:t>
      </w:r>
      <w:r>
        <w:br/>
      </w:r>
      <w:r>
        <w:rPr>
          <w:sz w:val="20"/>
        </w:rPr>
        <w:t>1:12:53  i have bought a flat in gurgaon on installment plan from builder. i could not pay the third installment in time, as my money got stuck due to somebody cheating me in dubai.</w:t>
      </w:r>
      <w:r>
        <w:br/>
      </w:r>
      <w:r>
        <w:rPr>
          <w:sz w:val="20"/>
        </w:rPr>
        <w:t>1:13:07  due to the delayed payment, the builder has put an interest on me amounting to rupees 20 thousand.</w:t>
      </w:r>
      <w:r>
        <w:br/>
      </w:r>
      <w:r>
        <w:rPr>
          <w:sz w:val="20"/>
        </w:rPr>
        <w:t>1:13:14  i requested them to cancel the interest, but they refused. on the other hand, the bank where i hold my account have paid me an interest of rupees 13 thousand.</w:t>
      </w:r>
      <w:r>
        <w:br/>
      </w:r>
      <w:r>
        <w:rPr>
          <w:sz w:val="20"/>
        </w:rPr>
        <w:t>1:13:27  the builder is adamant to collect the interest from me.</w:t>
      </w:r>
      <w:r>
        <w:br/>
      </w:r>
      <w:r>
        <w:rPr>
          <w:sz w:val="20"/>
        </w:rPr>
        <w:t>1:13:30  would it be permissible to use the interest earned from the bank to pay the interest penalty to the builder? or should i must use my fresh salary money to pay the interest to the builder?</w:t>
      </w:r>
      <w:r>
        <w:br/>
      </w:r>
      <w:r>
        <w:rPr>
          <w:sz w:val="20"/>
        </w:rPr>
        <w:t>1:13:44  i understand that interest is haram, paying as well as receiving, but because i am in a trap, please let me know what would be the right way in the light of islam. "dekhen, yeh islam ka masla nahi hai.</w:t>
      </w:r>
      <w:r>
        <w:br/>
      </w:r>
      <w:r>
        <w:rPr>
          <w:sz w:val="20"/>
        </w:rPr>
        <w:t>1:14:02  yeh aap apni hi ghalati ki price de rahe hain. yeh jo aap ne bataya, yeh ghalati sari aap ki hai.</w:t>
      </w:r>
      <w:r>
        <w:br/>
      </w:r>
      <w:r>
        <w:rPr>
          <w:sz w:val="20"/>
        </w:rPr>
        <w:t>1:14:12  yeh zamana dekhiye, bohat hi zyada yani mukhtalif zamana hai.</w:t>
      </w:r>
      <w:r>
        <w:br/>
      </w:r>
      <w:r>
        <w:rPr>
          <w:sz w:val="20"/>
        </w:rPr>
        <w:t>1:14:21  aap ne bohat zyada law ke mutabiq kaam nahi kiya, legal framework ke mutabiq kaam nahi kiya. aap ke is mein loopholes the, is ki wajah se yeh sab gadbad hua.</w:t>
      </w:r>
      <w:r>
        <w:br/>
      </w:r>
      <w:r>
        <w:rPr>
          <w:sz w:val="20"/>
        </w:rPr>
        <w:t>1:14:33  to you have to discover your own wrong policies. yeh sab mat sochiye aap</w:t>
      </w:r>
      <w:r>
        <w:br/>
      </w:r>
      <w:r>
        <w:rPr>
          <w:sz w:val="20"/>
        </w:rPr>
        <w:t>1:14:39  ke yeh sab sochna hi galat hai. aap ka dobara aap ek nai ghalati kar rahe hain, dobara aap ek nai ghalati kar rahe hain. aap sirf yeh sochiye ke maine kahan kahan ghalati ki, jis ki wajah se woh is ki price deni pad rahi hai.</w:t>
      </w:r>
      <w:r>
        <w:br/>
      </w:r>
      <w:r>
        <w:rPr>
          <w:sz w:val="20"/>
        </w:rPr>
        <w:t>1:14:52  mujhe where i was wrong, where i was wrong, is ko daryaft kijiye.</w:t>
      </w:r>
      <w:r>
        <w:br/>
      </w:r>
      <w:r>
        <w:rPr>
          <w:sz w:val="20"/>
        </w:rPr>
        <w:t>1:14:59  aap mat yeh sab sochiye, sirf yeh sochiye, ek hi baat sochiye aur objective tor par sochiye. kisi ko blame mat dijiye ke falan ne cheat kiya, yeh mat kahiye.</w:t>
      </w:r>
      <w:r>
        <w:br/>
      </w:r>
      <w:r>
        <w:rPr>
          <w:sz w:val="20"/>
        </w:rPr>
        <w:t>1:15:10  falan ne aap ki weakness se faida uthaya, kisi ne cheat nahi kiya aap ko.</w:t>
      </w:r>
      <w:r>
        <w:br/>
      </w:r>
      <w:r>
        <w:rPr>
          <w:sz w:val="20"/>
        </w:rPr>
        <w:t>1:15:17  to apni is is soch ko badliye aur is is ko riba ke term mein mat sochiye. aap sirf yeh sochiye ke where i was wrong, kahan maine ghalati ki ke doosron ko mauqa mila ke mujhe aisi pareshani mein daal dein.</w:t>
      </w:r>
      <w:r>
        <w:br/>
      </w:r>
      <w:r>
        <w:rPr>
          <w:sz w:val="20"/>
        </w:rPr>
        <w:t>1:15:34  bas ek hi point hai</w:t>
      </w:r>
      <w:r>
        <w:br/>
      </w:r>
      <w:r>
        <w:rPr>
          <w:sz w:val="20"/>
        </w:rPr>
        <w:t>1:15:37  aap ke liye, where i was wrong, is ko daryaft kijiye aur kuch nahi.</w:t>
      </w:r>
      <w:r>
        <w:br/>
      </w:r>
      <w:r>
        <w:rPr>
          <w:sz w:val="20"/>
        </w:rPr>
        <w:t>1:15:43  dekhen, yeh duniya competition ki duniya hai. yaad rakhiye, har aadmi doosre ki weakness se faida uthata hai. achi tarah samajh lijiye, yeh duniya koi ideal duniya nahi hai, koi perfect duniya nahi hai.</w:t>
      </w:r>
      <w:r>
        <w:br/>
      </w:r>
      <w:r>
        <w:rPr>
          <w:sz w:val="20"/>
        </w:rPr>
        <w:t>1:16:01  is poori duniya ka jo jo culture hai, woh that is based on competition. jab aap ghalati karenge, doosra is ka imply karega.</w:t>
      </w:r>
      <w:r>
        <w:br/>
      </w:r>
      <w:r>
        <w:rPr>
          <w:sz w:val="20"/>
        </w:rPr>
        <w:t>1:16:15  bas to yeh ghalati dobara mat kijiye ke aap ne ghalati ki wajah se jo paida hui situation, dobara is ko kahein ke is ne cheat kiya. mujhe koi cheat nahi karta, aap ki weakness ko woh exploit karta hai.</w:t>
      </w:r>
      <w:r>
        <w:br/>
      </w:r>
      <w:r>
        <w:rPr>
          <w:sz w:val="20"/>
        </w:rPr>
        <w:t>1:16:29  to mera mashwara sirf yahi ek hai ke you have to discover your own mistake, bas aur kuch nahi.</w:t>
      </w:r>
    </w:p>
    <w:p>
      <w:pPr>
        <w:pStyle w:val="Heading2"/>
      </w:pPr>
      <w:r>
        <w:t>Helping others led to bankruptcy</w:t>
      </w:r>
    </w:p>
    <w:p>
      <w:r>
        <w:rPr>
          <w:color w:val="666666"/>
          <w:sz w:val="18"/>
        </w:rPr>
        <w:t>The Concept of Help Feb 9, 2020—Maulana Wahiduddin Khan · 27m 54s · at 1:39 · https://youtu.be/WScXmduh1AQ?t=99</w:t>
      </w:r>
    </w:p>
    <w:p>
      <w:r>
        <w:rPr>
          <w:i/>
        </w:rPr>
        <w:t>“I was always told to help others, and until date I help everyone without any hesitation. To the extent that I have reached the state of bankruptcy. My reason for writing to you is that I want to know what my mistake is, and I want you to guide me.”</w:t>
      </w:r>
    </w:p>
    <w:p>
      <w:r>
        <w:rPr>
          <w:sz w:val="20"/>
        </w:rPr>
        <w:t>1:39  guide me. Haan, aap is ko Urdu mein kahiye, Hindi mein, Hindi mein kahiye. To sawal, ah, is tarah hai ke unhon ne likha hai ke "Mere ko hamesha yeh kaha gaya tha ke mein doosron ki madad karoon, aur till date mein sab ki madad karta hoon bana kisi hesitation ke.</w:t>
      </w:r>
      <w:r>
        <w:br/>
      </w:r>
      <w:r>
        <w:rPr>
          <w:sz w:val="20"/>
        </w:rPr>
        <w:t>1:58  Yahan tak ke, ah, meri</w:t>
      </w:r>
      <w:r>
        <w:br/>
      </w:r>
      <w:r>
        <w:rPr>
          <w:sz w:val="20"/>
        </w:rPr>
        <w:t>2:12  aur main chahta hoon ke aap mujhe guide karen.</w:t>
      </w:r>
      <w:r>
        <w:br/>
      </w:r>
      <w:r>
        <w:rPr>
          <w:sz w:val="20"/>
        </w:rPr>
        <w:t>2:18  dekhiye, yeh meri discovery hai, aur main aap se arz karta hoon ke poori history mein ek obsession, saare log ek ek obsession mein mubtala rahe,</w:t>
      </w:r>
      <w:r>
        <w:br/>
      </w:r>
      <w:r>
        <w:rPr>
          <w:sz w:val="20"/>
        </w:rPr>
        <w:t>2:33  woh ke "help other, help other".</w:t>
      </w:r>
      <w:r>
        <w:br/>
      </w:r>
      <w:r>
        <w:rPr>
          <w:sz w:val="20"/>
        </w:rPr>
        <w:t>2:40  sab se bari, sab se bari, yaani achhai science samajhte hain ke logon ko madad ki jaye, madad ki jaye, madad ki jaye.</w:t>
      </w:r>
      <w:r>
        <w:br/>
      </w:r>
      <w:r>
        <w:rPr>
          <w:sz w:val="20"/>
        </w:rPr>
        <w:t>2:56  main samajhta hoon ke yeh madad jis ko kehte hain log, yeh dushman hai, dushman hai, dushman hai.</w:t>
      </w:r>
      <w:r>
        <w:br/>
      </w:r>
      <w:r>
        <w:rPr>
          <w:sz w:val="20"/>
        </w:rPr>
        <w:t>3:04  iski misaal yeh dekh li jiye aap. dekhiye, insaan paida hota hai do cheezon ko le kar: ek aql,</w:t>
      </w:r>
      <w:r>
        <w:br/>
      </w:r>
      <w:r>
        <w:rPr>
          <w:sz w:val="20"/>
        </w:rPr>
        <w:t>3:18  ya ek hi samajh lijiye, aql ke sath paida hota hai. aql, aql itni bari cheez hai, itni bari cheez hai ke woh sirf, woh sirf, woh is ke barabar koi cheez agar ho sakti hai to Khuda ki aql hai.</w:t>
      </w:r>
      <w:r>
        <w:br/>
      </w:r>
      <w:r>
        <w:rPr>
          <w:sz w:val="20"/>
        </w:rPr>
        <w:t>3:39  to tareekh mein sab se bari khair, sab se bari khoobi log samajhte rahe ke doosron ki madad karo.</w:t>
      </w:r>
      <w:r>
        <w:br/>
      </w:r>
      <w:r>
        <w:rPr>
          <w:sz w:val="20"/>
        </w:rPr>
        <w:t>3:51  lekin yeh mere nazdeek, main bohat lambe tajrube ke baad yeh arz kar raha hoon ke doosron ki madad karna, doosron ke sath dushmani karna hai, is ki wajah yeh hai ke aadmi ke andar Allah Rab ul Alameen ne potential rakhe hain, potential bohat hi zyada,</w:t>
      </w:r>
      <w:r>
        <w:br/>
      </w:r>
      <w:r>
        <w:rPr>
          <w:sz w:val="20"/>
        </w:rPr>
        <w:t>4:15  unlimited, unlimited potential.</w:t>
      </w:r>
      <w:r>
        <w:br/>
      </w:r>
      <w:r>
        <w:rPr>
          <w:sz w:val="20"/>
        </w:rPr>
        <w:t>4:22  to agar aap kisi ki khoob baat karen, koi bachcha aap ka hai, khoob us ko sab cheez den, to kya hoga jante hain?</w:t>
      </w:r>
      <w:r>
        <w:br/>
      </w:r>
      <w:r>
        <w:rPr>
          <w:sz w:val="20"/>
        </w:rPr>
        <w:t>4:34  uski nazar, nigah hat jayegi apne potential se.</w:t>
      </w:r>
      <w:r>
        <w:br/>
      </w:r>
      <w:r>
        <w:rPr>
          <w:sz w:val="20"/>
        </w:rPr>
        <w:t>4:41  woh, yaani jo</w:t>
      </w:r>
      <w:r>
        <w:br/>
      </w:r>
      <w:r>
        <w:rPr>
          <w:sz w:val="20"/>
        </w:rPr>
        <w:t>4:47  apne potential ko avail karo, apne potential ko active, active banao, is se hat jayegi, aur us ki nazar chali jayegi helper.</w:t>
      </w:r>
      <w:r>
        <w:br/>
      </w:r>
      <w:r>
        <w:rPr>
          <w:sz w:val="20"/>
        </w:rPr>
        <w:t>5:04  usi help ko istemal karega woh. isi liye jitne bachche, jin bachchon ko khoob paisa diya jata hai, un ke maa baap sab se zyada nikamme nikamme bante hain.</w:t>
      </w:r>
      <w:r>
        <w:br/>
      </w:r>
      <w:r>
        <w:rPr>
          <w:sz w:val="20"/>
        </w:rPr>
        <w:t>5:14  woh bachche jo baap, baap, baap apne bachchon ko khoob zyada paisa dete hain, nikamme bante hain. jin ladkiyon ko khoob jahalat diya jata hai, chhip jahalat diya jata hai, woh ladkiyan bilkul bekar sabit hoti hain.</w:t>
      </w:r>
      <w:r>
        <w:br/>
      </w:r>
      <w:r>
        <w:rPr>
          <w:sz w:val="20"/>
        </w:rPr>
        <w:t>5:31  yeh main apne tajrube se keh raha hoon. sab se bari help hai, is ko main kahunga ke compression.</w:t>
      </w:r>
      <w:r>
        <w:br/>
      </w:r>
      <w:r>
        <w:rPr>
          <w:sz w:val="20"/>
        </w:rPr>
        <w:t>5:42  Allah taala jab kisi se koi bara kaam lena chahte hain to compression create karte hain, compression create karte hain.</w:t>
      </w:r>
      <w:r>
        <w:br/>
      </w:r>
      <w:r>
        <w:rPr>
          <w:sz w:val="20"/>
        </w:rPr>
        <w:t>5:51  Allah ki sab se bari blessing jo hai, yaad rakhiye, compression hai.</w:t>
      </w:r>
      <w:r>
        <w:br/>
      </w:r>
      <w:r>
        <w:rPr>
          <w:sz w:val="20"/>
        </w:rPr>
        <w:t>5:59  lekin log maa baap pastay wale hote hain, woh bachche ko kisi museebat mein dekhne nahi chahte, to khoob paisa dete hain.</w:t>
      </w:r>
      <w:r>
        <w:br/>
      </w:r>
      <w:r>
        <w:rPr>
          <w:sz w:val="20"/>
        </w:rPr>
        <w:t>6:08  bachcha museebat sahaye, yahi is ki madad hai. aye maa baapon, apne bachchon ko dushman mat bano, dushman mat bano, un ko sahne do, mushkilat ko sahne do, dabao ki halat padne do taake un ke potential jaagen,</w:t>
      </w:r>
      <w:r>
        <w:br/>
      </w:r>
      <w:r>
        <w:rPr>
          <w:sz w:val="20"/>
        </w:rPr>
        <w:t>6:32  un ke potential jaagen. jitne maa baap paise wale hote hain, woh sab laad pyar mein yeh karte hain ke bachchon ke potential ko jaagne nahi dete, bas woh un ka har kaam free banta rahe, yeh koshish karte hain.</w:t>
      </w:r>
      <w:r>
        <w:br/>
      </w:r>
      <w:r>
        <w:rPr>
          <w:sz w:val="20"/>
        </w:rPr>
        <w:t>6:54  main aap ko poori history mein bohat misalein de sakta hoon ke Allah taala ka tareeqa yeh hai ke compression create karna hai, aaram dena nahi hai.</w:t>
      </w:r>
      <w:r>
        <w:br/>
      </w:r>
      <w:r>
        <w:rPr>
          <w:sz w:val="20"/>
        </w:rPr>
        <w:t>7:07  misalan dekhiye, Allah taala ne jab insaan ko paida kiya</w:t>
      </w:r>
      <w:r>
        <w:br/>
      </w:r>
      <w:r>
        <w:rPr>
          <w:sz w:val="20"/>
        </w:rPr>
        <w:t>7:15  to sab se pehle Bible mein hai ke Allah ne Eden mein ek bagh lagaya. yeh Bible mein hai, aur woh sahi mere nazdeek hai.</w:t>
      </w:r>
      <w:r>
        <w:br/>
      </w:r>
      <w:r>
        <w:rPr>
          <w:sz w:val="20"/>
        </w:rPr>
        <w:t>7:28  adan best area tha is zameen ka, best area tha. wahan par bagh, yani wahan par is ki bohat hi fertile zameen, zar khez,</w:t>
      </w:r>
      <w:r>
        <w:br/>
      </w:r>
      <w:r>
        <w:rPr>
          <w:sz w:val="20"/>
        </w:rPr>
        <w:t>7:45  har cheez bohat achi, bohat achi. to wahan pe basaya.</w:t>
      </w:r>
      <w:r>
        <w:br/>
      </w:r>
      <w:r>
        <w:rPr>
          <w:sz w:val="20"/>
        </w:rPr>
        <w:t>7:57  to wahan ke log kya hue? yahan ke log larne bari mein lag gaye. tribal sister, sister bhai avalu hua</w:t>
      </w:r>
      <w:r>
        <w:br/>
      </w:r>
      <w:r>
        <w:rPr>
          <w:sz w:val="20"/>
        </w:rPr>
        <w:t>8:14  to sab se zyada larne birban ilaaqa ban gaya, jis ko kehte hain aaj, aaj kal ke zamane mein, is ko kehte hain woh</w:t>
      </w:r>
      <w:r>
        <w:br/>
      </w:r>
      <w:r>
        <w:rPr>
          <w:sz w:val="20"/>
        </w:rPr>
        <w:t>8:29  yeh jo area hai, djalat afraad ke darmiyan, meso potta bhi hai, sab se zyada nikamba ilaaqa ban gaya mosam pathan mein ka.</w:t>
      </w:r>
      <w:r>
        <w:br/>
      </w:r>
      <w:r>
        <w:rPr>
          <w:sz w:val="20"/>
        </w:rPr>
        <w:t>8:43  to aap jante hain kya hua? Allah taala ne wahan par kya kiya? wahan par pani ka toofan aaya, aur wahan par Hazrat Nuh alaihissalam ne ek kashti banai, bohat bari kashti Allah ki rehnumai mein.</w:t>
      </w:r>
      <w:r>
        <w:br/>
      </w:r>
      <w:r>
        <w:rPr>
          <w:sz w:val="20"/>
        </w:rPr>
        <w:t>9:05  is kashti mein to un logon ko batha diya, bohat bari kashti thi woh, aur Allah ne is kashti ko kaha ke chala dal do samandar mojon mein dal do.</w:t>
      </w:r>
      <w:r>
        <w:br/>
      </w:r>
      <w:r>
        <w:rPr>
          <w:sz w:val="20"/>
        </w:rPr>
        <w:t>9:20  to meso pathanviya ka ilaaqa jo tha, wahan par toofan aaya, aur kashti ko is mein dal diya gaya. ab kashti mojon ki tarah chalne lagi.</w:t>
      </w:r>
      <w:r>
        <w:br/>
      </w:r>
      <w:r>
        <w:rPr>
          <w:sz w:val="20"/>
        </w:rPr>
        <w:t>9:32  wo kashti chalte chalte kahan ruki? moajza turki jo hai, turki ki sarhad par, jahan jo quran mein joodi kaha gaya hai, joodi.</w:t>
      </w:r>
      <w:r>
        <w:br/>
      </w:r>
      <w:r>
        <w:rPr>
          <w:sz w:val="20"/>
        </w:rPr>
        <w:t>9:44  aur jante hain yeh, yeh jo hai jagah thi, thanda ilaaqa tha, woh, woh, woh tha gurbara ka, jahan se woh bheje gaye the.</w:t>
      </w:r>
      <w:r>
        <w:br/>
      </w:r>
      <w:r>
        <w:rPr>
          <w:sz w:val="20"/>
        </w:rPr>
        <w:t>9:57  to gurb maraqbe se nikal kar thande ilaaqe mein dala gaya in ko, kyunke gurb maraqbe ki wajah se in ko dry bharai bohat barh gayi thi.</w:t>
      </w:r>
      <w:r>
        <w:br/>
      </w:r>
      <w:r>
        <w:rPr>
          <w:sz w:val="20"/>
        </w:rPr>
        <w:t>10:10  in ki woh, woh dust bani wahan, woh dust jo hai, woh larne wale, bhejane wale duston par gayi.</w:t>
      </w:r>
      <w:r>
        <w:br/>
      </w:r>
      <w:r>
        <w:rPr>
          <w:sz w:val="20"/>
        </w:rPr>
        <w:t>10:25  is ki wajah se jo wisdom hai, wisdom woh wahan develop nahi hui. mosam pathanviya ke ilaaqe mein wisdom develop nahi hui.</w:t>
      </w:r>
      <w:r>
        <w:br/>
      </w:r>
      <w:r>
        <w:rPr>
          <w:sz w:val="20"/>
        </w:rPr>
        <w:t>10:36  Allah taala ko wisdom ko develop karna tha,</w:t>
      </w:r>
      <w:r>
        <w:br/>
      </w:r>
      <w:r>
        <w:rPr>
          <w:sz w:val="20"/>
        </w:rPr>
        <w:t>10:42  to in logon ko bhej diya yahan thande ilaaqe mein, yani turki ka ilaaqa, yeh part hai europe ka, is ilaaqe mein dal diye gaye thande ilaaqe mein.</w:t>
      </w:r>
      <w:r>
        <w:br/>
      </w:r>
      <w:r>
        <w:rPr>
          <w:sz w:val="20"/>
        </w:rPr>
        <w:t>11:00  to aap jante hain ke yahi woh ilaaqa hai jahan logon ne technology ko discover kiya, kyunke woh nahi hota tha yahan wisdom ki development nahi hota tha.</w:t>
      </w:r>
      <w:r>
        <w:br/>
      </w:r>
      <w:r>
        <w:rPr>
          <w:sz w:val="20"/>
        </w:rPr>
        <w:t>11:16  is ki ek misaal mein deta hoon ke wisdom ka development ke liye zaroori hai ke aapas mein khoob discussion ho, discussion aql ko khola jaye.</w:t>
      </w:r>
      <w:r>
        <w:br/>
      </w:r>
      <w:r>
        <w:rPr>
          <w:sz w:val="20"/>
        </w:rPr>
        <w:t>11:31  to is ilaaqe mein logon ne ek kiya, difference ko negative maani mein le liya. jo muslim area ka tha, aap jante hain ke wahan is qadar ikhtilafat, ikhtilafat</w:t>
      </w:r>
      <w:r>
        <w:br/>
      </w:r>
      <w:r>
        <w:rPr>
          <w:sz w:val="20"/>
        </w:rPr>
        <w:t>11:51  aaj bhi wahan ikhtilafat bhare hue hain. to muslim area mein ikhtilaf bohat bare hue, zehni ikhtilaf aur phir sensory ikhtilaf isi mein phanse rahe log.</w:t>
      </w:r>
      <w:r>
        <w:br/>
      </w:r>
      <w:r>
        <w:rPr>
          <w:sz w:val="20"/>
        </w:rPr>
        <w:t>12:07  to in ko utha ke thande ilaaqe mein dal diya gaya. to thande ilaaqe mein in ki woh garam mizaj jo tha, woh khatam hua.</w:t>
      </w:r>
      <w:r>
        <w:br/>
      </w:r>
      <w:r>
        <w:rPr>
          <w:sz w:val="20"/>
        </w:rPr>
        <w:t>12:20  garam mizaj, yani western mulkon mein. tab aap jante hain ke yeh jo ilaaqa tha west ka, isi ne technology ko daryaft kiya.</w:t>
      </w:r>
      <w:r>
        <w:br/>
      </w:r>
      <w:r>
        <w:rPr>
          <w:sz w:val="20"/>
        </w:rPr>
        <w:t>12:39  jo musalman base the iran mein aur arab mein, woh daryaft hi nahi kar sake. woh Allah taala ko manzoor tha ke pehle Khuda ne ghoda diya, manzoor tha ke insan ki hawaajat daryaft kare.</w:t>
      </w:r>
      <w:r>
        <w:br/>
      </w:r>
      <w:r>
        <w:rPr>
          <w:sz w:val="20"/>
        </w:rPr>
        <w:t>12:55  jab insan paida hua to us ko jangalon mein ghode mil gaye, un ko trade kar ke woh ghode par sawar kar liya.</w:t>
      </w:r>
      <w:r>
        <w:br/>
      </w:r>
      <w:r>
        <w:rPr>
          <w:sz w:val="20"/>
        </w:rPr>
        <w:t>13:04  to ghoda free free mein mil gaya. ab Allah taala ko manzoor tha ke log apni aql ko istemal kar ke jo hidden technology hai, us ko daryaft karein, hawaajat banayein.</w:t>
      </w:r>
      <w:r>
        <w:br/>
      </w:r>
      <w:r>
        <w:rPr>
          <w:sz w:val="20"/>
        </w:rPr>
        <w:t>13:16  lekin itne ikhtilafat, ikhtilafat hue ke insan apni aql ka jo wisdom ka jo potential tha, us ko istemal nahi kar saka.</w:t>
      </w:r>
      <w:r>
        <w:br/>
      </w:r>
      <w:r>
        <w:rPr>
          <w:sz w:val="20"/>
        </w:rPr>
        <w:t>13:27  larai bharai, larai bharai bohat hi zyada. to yeh jo thande mulk ke log thay, thande mulkon ke log thay jin ko hum west kehte hain, unhon ne ek anokha is tarah daryaft kiya.</w:t>
      </w:r>
      <w:r>
        <w:br/>
      </w:r>
      <w:r>
        <w:rPr>
          <w:sz w:val="20"/>
        </w:rPr>
        <w:t>13:42  bohat si cheezen hain, ek hi arz karta hoon, ek anokha usool, yani different difference ko unhon ne decent bana diya.</w:t>
      </w:r>
      <w:r>
        <w:br/>
      </w:r>
      <w:r>
        <w:rPr>
          <w:sz w:val="20"/>
        </w:rPr>
        <w:t>13:55  decent, d.i.d.o.u.b.l.e.s.e.n.t, decent, yani difference ko decent bana diya. aap jante hain ke difference jo hai, woh difference mein dichotomy hoti hai.</w:t>
      </w:r>
      <w:r>
        <w:br/>
      </w:r>
      <w:r>
        <w:rPr>
          <w:sz w:val="20"/>
        </w:rPr>
        <w:t>14:11  dichotomy ko usool chalta hai, yani ek mera, ek aap ka hai, aur dono lar rahe hain aapas mein.</w:t>
      </w:r>
      <w:r>
        <w:br/>
      </w:r>
      <w:r>
        <w:rPr>
          <w:sz w:val="20"/>
        </w:rPr>
        <w:t>14:20  woh kehte hain yeh sahi hai, woh kehte hain woh sahi hai, yeh dichotomy hai. unhon ne decent nikala, d.i.d.o.u.b.l.e.s.e.n.t.</w:t>
      </w:r>
      <w:r>
        <w:br/>
      </w:r>
      <w:r>
        <w:rPr>
          <w:sz w:val="20"/>
        </w:rPr>
        <w:t>14:29  decent jo hai, ek neutral word hai, yani ek aadmi agar ikhtilaf bol raha hai to us aadmi maaf kar dein, ikhtilaf mein to dono neutral hotey hain,</w:t>
      </w:r>
      <w:r>
        <w:br/>
      </w:r>
      <w:r>
        <w:rPr>
          <w:sz w:val="20"/>
        </w:rPr>
        <w:t>14:44  dono neutral hotey hain. yani neutral rai ka tasawwur tha nahi pehle, bas dichotomy dunya mein thi.</w:t>
      </w:r>
      <w:r>
        <w:br/>
      </w:r>
      <w:r>
        <w:rPr>
          <w:sz w:val="20"/>
        </w:rPr>
        <w:t>14:56  yeh sahi ya woh sahi, yeh sahi ya woh sahi. phir thande zehnon ne yeh ijad kiya, woh garam zehan ke log jo wahan thay, pehle woh is ko daryaft nahi kar sake.</w:t>
      </w:r>
      <w:r>
        <w:br/>
      </w:r>
      <w:r>
        <w:rPr>
          <w:sz w:val="20"/>
        </w:rPr>
        <w:t>15:11  woh dichotomy mein jeete rahe, ya to sahi ya galat, ya sahi ya galat. unhon ne daryaft kiya ke yeh bhi sahi, woh bhi sahi, yeh bhi sahi, woh bhi sahi,</w:t>
      </w:r>
      <w:r>
        <w:br/>
      </w:r>
      <w:r>
        <w:rPr>
          <w:sz w:val="20"/>
        </w:rPr>
        <w:t>15:27  yani is ko kehte hain decent, d.i.d.o.u.b.l.e.s.e.n.t. tab tarqqiyan huien. to Allah taala shock, woh shock treatment karte hain,</w:t>
      </w:r>
      <w:r>
        <w:br/>
      </w:r>
      <w:r>
        <w:rPr>
          <w:sz w:val="20"/>
        </w:rPr>
        <w:t>15:44  jaise Newton ke upar, Hitler ke upar, woh gira saib. to is ko main kehta hoon saib, saib ko kahin kahin bhi keh sakta tha, is ke sar pe koi gira.</w:t>
      </w:r>
      <w:r>
        <w:br/>
      </w:r>
      <w:r>
        <w:rPr>
          <w:sz w:val="20"/>
        </w:rPr>
        <w:t>16:01  aap jante hain, upar se koi cheez gire to chot lagti hai. to yeh Allah ki taraf se sabab tha, mere khayal se ke Newton ke sar pe gira.</w:t>
      </w:r>
      <w:r>
        <w:br/>
      </w:r>
      <w:r>
        <w:rPr>
          <w:sz w:val="20"/>
        </w:rPr>
        <w:t>16:12  woh that was,</w:t>
      </w:r>
      <w:r>
        <w:br/>
      </w:r>
      <w:r>
        <w:rPr>
          <w:sz w:val="20"/>
        </w:rPr>
        <w:t>16:20  to is is ke sochne laga woh ke yeh saib jo hai, neeche kyun gaya, upar kyun chala gaya.</w:t>
      </w:r>
      <w:r>
        <w:br/>
      </w:r>
      <w:r>
        <w:rPr>
          <w:sz w:val="20"/>
        </w:rPr>
        <w:t>16:29  do afsar tha jo woh charhaya tha. to sochte sochte us ne gravitation ka process daryaft kiya.</w:t>
      </w:r>
      <w:r>
        <w:br/>
      </w:r>
      <w:r>
        <w:rPr>
          <w:sz w:val="20"/>
        </w:rPr>
        <w:t>16:39  to is ko main kehta hoon name, is ko main kehta hoon</w:t>
      </w:r>
      <w:r>
        <w:br/>
      </w:r>
      <w:r>
        <w:rPr>
          <w:sz w:val="20"/>
        </w:rPr>
        <w:t>16:49  khudai tareeqa, khudai tareeqa ke kal ka person create kar ke aaj aadmi ko sochne ki taraf le jana.</w:t>
      </w:r>
      <w:r>
        <w:br/>
      </w:r>
      <w:r>
        <w:rPr>
          <w:sz w:val="20"/>
        </w:rPr>
        <w:t>17:02  apple shock, is ko main kehta hoon apple shock. to Allah taala ka tareeqa apple shock raha. poori tareekh mein jitni bhi barqiyen huien, sab apple shock ke zariye huien hain.</w:t>
      </w:r>
      <w:r>
        <w:br/>
      </w:r>
      <w:r>
        <w:rPr>
          <w:sz w:val="20"/>
        </w:rPr>
        <w:t>17:15  ab aap apne aap ke paas jo jo bachcha paida hue, aap is ko chahte hain ke phool mein rakhein, to phool mein rakhein to yeh Allah ka tareeqa hi nahi.</w:t>
      </w:r>
      <w:r>
        <w:br/>
      </w:r>
      <w:r>
        <w:rPr>
          <w:sz w:val="20"/>
        </w:rPr>
        <w:t>17:26  un ko shock do, tab woh un ki aqal khule gi. to tamam baap jin ke paas paisa hota hai, woh apne bachon ko chahte hain phool mein rakhna.</w:t>
      </w:r>
      <w:r>
        <w:br/>
      </w:r>
      <w:r>
        <w:rPr>
          <w:sz w:val="20"/>
        </w:rPr>
        <w:t>17:40  woh apple shock ki woh nahi jante, hikmat, hikmat nahi jante, hikmat nahi jante. to main samajhta hoon ke jis beta beti ko aisa baap mil jaye jo apple shock ke bhi dunk jaane,</w:t>
      </w:r>
      <w:r>
        <w:br/>
      </w:r>
      <w:r>
        <w:rPr>
          <w:sz w:val="20"/>
        </w:rPr>
        <w:t>17:58  apple shock ki wohi aqalmand baap hai, aur usi ke bachche tarqqi karte hain. isi liye ghareeb ke bachche zyada tarqqi karte hain,</w:t>
      </w:r>
      <w:r>
        <w:br/>
      </w:r>
      <w:r>
        <w:rPr>
          <w:sz w:val="20"/>
        </w:rPr>
        <w:t>18:12  ghareeb logon ke bachche, kyun ke jo jin jin baapon ke paas paisa hota hai, woh kabhi jante hi nahi is hikmat ko, apple shock ki hikmat ko.</w:t>
      </w:r>
      <w:r>
        <w:br/>
      </w:r>
      <w:r>
        <w:rPr>
          <w:sz w:val="20"/>
        </w:rPr>
        <w:t>18:25  to Allah taala ne ghareebi paida ki. chunke insaan apple shock ko ikhtiyar nahi kar saka, to Allah taala ne ghareebi paida ki, ghareebi, museebat.</w:t>
      </w:r>
      <w:r>
        <w:br/>
      </w:r>
      <w:r>
        <w:rPr>
          <w:sz w:val="20"/>
        </w:rPr>
        <w:t>18:48  woh is sahib, woh is ke sabireen alazeen azabuh museebat, museebat shock, apple shock ka matlab hai museebat shock.</w:t>
      </w:r>
      <w:r>
        <w:br/>
      </w:r>
      <w:r>
        <w:rPr>
          <w:sz w:val="20"/>
        </w:rPr>
        <w:t>19:00  to allah ta'ala ki rehmat hai, yeh musibat. ek hadith hai, ek hadith hai ke allah ta'ala ne farmaya jibril se ke ek bachcha, ek baba, ek banda dua kar raha tha ke khuda meri musibat door kar de, meri musibat door kar de.</w:t>
      </w:r>
      <w:r>
        <w:br/>
      </w:r>
      <w:r>
        <w:rPr>
          <w:sz w:val="20"/>
        </w:rPr>
        <w:t>19:21  to allah ta'ala ne jibril se kaha ke aye jibril, la ta'ajjil khudaya, meri is bande ki musibat door karne mein jaldi mat kar, ladne do us ko musibat mein.</w:t>
      </w:r>
      <w:r>
        <w:br/>
      </w:r>
      <w:r>
        <w:rPr>
          <w:sz w:val="20"/>
        </w:rPr>
        <w:t>19:34  yeh hai na? ji, yeh hai. ji, yahi hai. fiyani yuhibbu an asmaa'a sawtahu hain.</w:t>
      </w:r>
      <w:r>
        <w:br/>
      </w:r>
      <w:r>
        <w:rPr>
          <w:sz w:val="20"/>
        </w:rPr>
        <w:t>19:43  fiyani yuhibbu an asmaa'a sawtahu. kyunke main us ki, us ki awaz ko pasand karta hoon. awaz ka matlab yeh hai ke us ke andar soch aayegi musibat se aur shakk se,</w:t>
      </w:r>
      <w:r>
        <w:br/>
      </w:r>
      <w:r>
        <w:rPr>
          <w:sz w:val="20"/>
        </w:rPr>
        <w:t>20:00  woh use mahbub. isi tarah kya hongi? isi tarah kya hongi? liqada'i hajat abdi hain.</w:t>
      </w:r>
      <w:r>
        <w:br/>
      </w:r>
      <w:r>
        <w:rPr>
          <w:sz w:val="20"/>
        </w:rPr>
        <w:t>20:10  ji, maulana. ya ya jibril, la ta'ajjil liqada'i hajat rabbi. ya jibril, la ta'ajjil liqada'i hajat rabbi.</w:t>
      </w:r>
      <w:r>
        <w:br/>
      </w:r>
      <w:r>
        <w:rPr>
          <w:sz w:val="20"/>
        </w:rPr>
        <w:t>20:23  aye jibril, mere bande ki hajat ko poori karne mein jaldi mat kar, musibat rehne de us ko, us ko thokar khane rehne do, us ke sar par pathar padne do,</w:t>
      </w:r>
      <w:r>
        <w:br/>
      </w:r>
      <w:r>
        <w:rPr>
          <w:sz w:val="20"/>
        </w:rPr>
        <w:t>20:36  kyunke us ke upar se jal gaye hain, us ke upar se jayenge, us ke andar, us ke andar jo bar rakhi hai hum ne, allah ne woh sab waqea banenge.</w:t>
      </w:r>
      <w:r>
        <w:br/>
      </w:r>
      <w:r>
        <w:rPr>
          <w:sz w:val="20"/>
        </w:rPr>
        <w:t>20:54  to main samajhta hoon ke dunya mein yeh jo chala usool, help kar, help, help nahi karo, balke us ko thokar khane do, un ko musibat uthane do taake un ke andar jo potential hai, woh jaage.</w:t>
      </w:r>
      <w:r>
        <w:br/>
      </w:r>
      <w:r>
        <w:rPr>
          <w:sz w:val="20"/>
        </w:rPr>
        <w:t>21:15  log potential ko jaagne nahi dete, potential ko jaagne nahi dete.</w:t>
      </w:r>
      <w:r>
        <w:br/>
      </w:r>
      <w:r>
        <w:rPr>
          <w:sz w:val="20"/>
        </w:rPr>
        <w:t>21:23  yeh itni badi hikmat hai. quran mein ayat likhi hai: "inna ma'al usri yusra".</w:t>
      </w:r>
      <w:r>
        <w:br/>
      </w:r>
      <w:r>
        <w:rPr>
          <w:sz w:val="20"/>
        </w:rPr>
        <w:t>21:33  "inna ma'al usri yusra". kya tarjuma is ka hai? beshak, aasani mushkil ke sath aasani hai.</w:t>
      </w:r>
      <w:r>
        <w:br/>
      </w:r>
      <w:r>
        <w:rPr>
          <w:sz w:val="20"/>
        </w:rPr>
        <w:t>21:44  haan, mushkil ke sath aasani hai. jo mushkil hai, usi ke sath aayegi aasani, yani kamyabi.</w:t>
      </w:r>
      <w:r>
        <w:br/>
      </w:r>
      <w:r>
        <w:rPr>
          <w:sz w:val="20"/>
        </w:rPr>
        <w:t>21:55  shakk chale gaye ke shakk, shakk se insaan ke raste khulenge, us ki aqal zyada kaam karegi. yeh allah ta'ala ki hikmat hai.</w:t>
      </w:r>
      <w:r>
        <w:br/>
      </w:r>
      <w:r>
        <w:rPr>
          <w:sz w:val="20"/>
        </w:rPr>
        <w:t>22:09  to is ke mani yeh hue ke allah chahta hai ke insaan apni khudadad jo aqal hai, us ko istemal kare.</w:t>
      </w:r>
      <w:r>
        <w:br/>
      </w:r>
      <w:r>
        <w:rPr>
          <w:sz w:val="20"/>
        </w:rPr>
        <w:t>22:21  aur aap jab help faraham karte hain logon ko, help to aap un ki khazana aqal ko sla dete hain, aur idhar udhar ki aqal chalata hai.</w:t>
      </w:r>
      <w:r>
        <w:br/>
      </w:r>
      <w:r>
        <w:rPr>
          <w:sz w:val="20"/>
        </w:rPr>
        <w:t>22:34  woh, woh, woh aqal jo khudadad aqal hai, woh thodi us ko sla deta hai. woh aadmi ab hum ne bohat us ki study ki hai.</w:t>
      </w:r>
      <w:r>
        <w:br/>
      </w:r>
      <w:r>
        <w:rPr>
          <w:sz w:val="20"/>
        </w:rPr>
        <w:t>22:45  jin logon ko musibat nahi padi hai, musibat padi hai, unhone taraqqiyan ki hain. khud apne gharon mein ne dekha, hamara family, hamari family bohat badi thi.</w:t>
      </w:r>
      <w:r>
        <w:br/>
      </w:r>
      <w:r>
        <w:rPr>
          <w:sz w:val="20"/>
        </w:rPr>
        <w:t>22:57  is mein mere jo barhe bhai the, abdul aziz khan, woh bohat hi khasta halat mein the, aur ghar mein un ko, un ko achhe nahi samajh aata tha.</w:t>
      </w:r>
      <w:r>
        <w:br/>
      </w:r>
      <w:r>
        <w:rPr>
          <w:sz w:val="20"/>
        </w:rPr>
        <w:t>23:14  yahan tak ke kuch, kuch logon ne un ko manhous karna shuru kar diya tha. is shakhs ke andar jo, jo, jo, jo un ko jo mashaqqatain padi hain, un ko jo musibatein padi hain, un ko jo sakht halaat ka samna karna pada, to hero hero ban gaye.</w:t>
      </w:r>
      <w:r>
        <w:br/>
      </w:r>
      <w:r>
        <w:rPr>
          <w:sz w:val="20"/>
        </w:rPr>
        <w:t>23:33  mere barhe bhai the, woh hero ban gaye. poore khandan mein sab se zyada taraqqi unhone ki, poore khandan mein sab se zyada taraqqi unhone ki.</w:t>
      </w:r>
      <w:r>
        <w:br/>
      </w:r>
      <w:r>
        <w:rPr>
          <w:sz w:val="20"/>
        </w:rPr>
        <w:t>23:43  aur jin logon ko khud aaram dega, lath pair dega, unhone kuch taraqqi nahi kar saki, kuch taraqqi nahi kar saki. to aaj main isi cheez ko chahta hoon ke aap log sochein ke yeh jo help ka tasawwur hai, woh natural nahi hai.</w:t>
      </w:r>
      <w:r>
        <w:br/>
      </w:r>
      <w:r>
        <w:rPr>
          <w:sz w:val="20"/>
        </w:rPr>
        <w:t>24:04  help ka matlab hai main help karta hoon logon ko ke main ne bohat si kitabein chhapi hain, wisdom par, raaz hayat waghera.</w:t>
      </w:r>
      <w:r>
        <w:br/>
      </w:r>
      <w:r>
        <w:rPr>
          <w:sz w:val="20"/>
        </w:rPr>
        <w:t>24:14  abhi english mein, urdu mein, hindi mein, us ko aap padhiye. to mere help ka tasawwur doosra hai.</w:t>
      </w:r>
      <w:r>
        <w:br/>
      </w:r>
      <w:r>
        <w:rPr>
          <w:sz w:val="20"/>
        </w:rPr>
        <w:t>24:25  logon ke help ka tasawwur yeh hai ke paisa banto, kapda banto, kambal banto, yani free mein logon ko cheezein do.</w:t>
      </w:r>
      <w:r>
        <w:br/>
      </w:r>
      <w:r>
        <w:rPr>
          <w:sz w:val="20"/>
        </w:rPr>
        <w:t>24:34  jo mother teresa ka jo model hai, log mother teresa ka model ko jantay hain ke free mein logon ko do, free mein do.</w:t>
      </w:r>
      <w:r>
        <w:br/>
      </w:r>
      <w:r>
        <w:rPr>
          <w:sz w:val="20"/>
        </w:rPr>
        <w:t>24:48  lekin aap jantay hain ke mother teresa ka ka mission bilkul fail hua. mother teresa ke upar us ki saheli thi, qareebi tareen us ki dost,</w:t>
      </w:r>
      <w:r>
        <w:br/>
      </w:r>
      <w:r>
        <w:rPr>
          <w:sz w:val="20"/>
        </w:rPr>
        <w:t>25:02  us ne kitab likhi hai. is kitab ka, is kitab mein us ne bataya hai ke she died in a agony.</w:t>
      </w:r>
      <w:r>
        <w:br/>
      </w:r>
      <w:r>
        <w:rPr>
          <w:sz w:val="20"/>
        </w:rPr>
        <w:t>25:13  she died in agony. mother teresa gham mein mari kyunke woh kuch mila nahi.</w:t>
      </w:r>
      <w:r>
        <w:br/>
      </w:r>
      <w:r>
        <w:rPr>
          <w:sz w:val="20"/>
        </w:rPr>
        <w:t>25:22  us ko us ke baad bulk sahib dekhiye, tata ko ke tata ne india ko aik tohfa diya,</w:t>
      </w:r>
      <w:r>
        <w:br/>
      </w:r>
      <w:r>
        <w:rPr>
          <w:sz w:val="20"/>
        </w:rPr>
        <w:t>25:34  steel ki industry, hawa jahaz, jo bari bari kitni cheezen hain jo is tata ne is mulk ko di hain.</w:t>
      </w:r>
      <w:r>
        <w:br/>
      </w:r>
      <w:r>
        <w:rPr>
          <w:sz w:val="20"/>
        </w:rPr>
        <w:t>25:48  to mein samajhta hoon ke aqalmand baap woh hai jo apne apne bete ko sakhtiyon mein chalne de,</w:t>
      </w:r>
      <w:r>
        <w:br/>
      </w:r>
      <w:r>
        <w:rPr>
          <w:sz w:val="20"/>
        </w:rPr>
        <w:t>26:03  us ko phir paisa kama kar free mein na de, apne bachon ko himayat karne de.</w:t>
      </w:r>
      <w:r>
        <w:br/>
      </w:r>
      <w:r>
        <w:rPr>
          <w:sz w:val="20"/>
        </w:rPr>
        <w:t>26:20  aap tajurba kar ke dijiye, do family ka aap compare kijiye. jis family ka baap jo hai museebaton mein raha hoga, us ko paisa itna nahi hoga ke bohat ziyada woh nawazay apne bete beti ko.</w:t>
      </w:r>
      <w:r>
        <w:br/>
      </w:r>
      <w:r>
        <w:rPr>
          <w:sz w:val="20"/>
        </w:rPr>
        <w:t>26:37  un ke bachay ziyada tarraqi karenge, aur jinho ne khoob bachon ko diya, un ko makhmal par, makhmal ke bistar par sulaya,</w:t>
      </w:r>
      <w:r>
        <w:br/>
      </w:r>
      <w:r>
        <w:rPr>
          <w:sz w:val="20"/>
        </w:rPr>
        <w:t>26:51  un ke bachay koi tarraqi nahi karte.</w:t>
      </w:r>
      <w:r>
        <w:br/>
      </w:r>
      <w:r>
        <w:rPr>
          <w:sz w:val="20"/>
        </w:rPr>
        <w:t>26:57  yeh hai law of nature.</w:t>
      </w:r>
      <w:r>
        <w:br/>
      </w:r>
      <w:r>
        <w:rPr>
          <w:sz w:val="20"/>
        </w:rPr>
        <w:t>27:01  law of nature poori tareekh mein Allah taala ne pressure ke zareeye, dabaao ke zareeye,</w:t>
      </w:r>
      <w:r>
        <w:br/>
      </w:r>
      <w:r>
        <w:rPr>
          <w:sz w:val="20"/>
        </w:rPr>
        <w:t>27:10  maseebat ke zareeye</w:t>
      </w:r>
      <w:r>
        <w:br/>
      </w:r>
      <w:r>
        <w:rPr>
          <w:sz w:val="20"/>
        </w:rPr>
        <w:t>27:13  tarraqi ke darwaze khole hain.</w:t>
      </w:r>
      <w:r>
        <w:br/>
      </w:r>
      <w:r>
        <w:rPr>
          <w:sz w:val="20"/>
        </w:rPr>
        <w:t>27:33  mein ne is pe bohat socha ke yahan tafseer ka lafz kyun hai, basharat ka lafz kyun hai, yani khushkhabri ka lafz kyun hai.</w:t>
      </w:r>
      <w:r>
        <w:br/>
      </w:r>
      <w:r>
        <w:rPr>
          <w:sz w:val="20"/>
        </w:rPr>
        <w:t>27:46  kyunke museebat hi mein tarraqian aati hain.</w:t>
      </w:r>
      <w:r>
        <w:br/>
      </w:r>
      <w:r>
        <w:rPr>
          <w:sz w:val="20"/>
        </w:rPr>
        <w:t>27:52  sabireen, sabr mein tarraqian hain. tarraqian sari ki sari sabr mein hain, aaram mein nahi hain, aaram mein nahi hain.</w:t>
      </w:r>
      <w:r>
        <w:br/>
      </w:r>
      <w:r>
        <w:rPr>
          <w:sz w:val="20"/>
        </w:rPr>
        <w:t>28:10  aap dekhiye, aaj jis ko hum kehte hain tehzeeb aur tarraqi yafta dunya, yeh kahan se nikli hai?</w:t>
      </w:r>
      <w:r>
        <w:br/>
      </w:r>
      <w:r>
        <w:rPr>
          <w:sz w:val="20"/>
        </w:rPr>
        <w:t>28:22  muslim musalmanon ne tarraqi ke zamanay mein kafi to un ka takrao hua</w:t>
      </w:r>
      <w:r>
        <w:br/>
      </w:r>
      <w:r>
        <w:rPr>
          <w:sz w:val="20"/>
        </w:rPr>
        <w:t>28:30  christian se, christian badshahaton jo qaim ho gayi theen us zamanay mein, jis ko kehte hain quraish.</w:t>
      </w:r>
      <w:r>
        <w:br/>
      </w:r>
      <w:r>
        <w:rPr>
          <w:sz w:val="20"/>
        </w:rPr>
        <w:t>28:40  quraishites, quraishites, do so saal tak quraishites ki jang jari rahi, yahan tak ke christian ko bohat zabardast nakami hui.</w:t>
      </w:r>
      <w:r>
        <w:br/>
      </w:r>
      <w:r>
        <w:rPr>
          <w:sz w:val="20"/>
        </w:rPr>
        <w:t>28:54  aik dam humanity debate hui un ko. yehi quraishites, baharon walay log jo the, wahi to modern technology unho ne develop ki,</w:t>
      </w:r>
      <w:r>
        <w:br/>
      </w:r>
      <w:r>
        <w:rPr>
          <w:sz w:val="20"/>
        </w:rPr>
        <w:t>29:07  yani zameen mein jo jo hidden khazanay the, hawa jahaz, railway, aur tamam dunya bhar ki technology, computer tak, woh kis ne discover ki?</w:t>
      </w:r>
      <w:r>
        <w:br/>
      </w:r>
      <w:r>
        <w:rPr>
          <w:sz w:val="20"/>
        </w:rPr>
        <w:t>29:23  unho ne, unho ne quraishites ki war mein bohat zabardast debate khai thi, bohat humanitarian debate.</w:t>
      </w:r>
    </w:p>
    <w:p>
      <w:pPr>
        <w:pStyle w:val="Heading2"/>
      </w:pPr>
      <w:r>
        <w:t>Deviated young boy seeking guidance</w:t>
      </w:r>
    </w:p>
    <w:p>
      <w:r>
        <w:rPr>
          <w:color w:val="666666"/>
          <w:sz w:val="18"/>
        </w:rPr>
        <w:t>Divine Guidance November 20, 2016 · 5m 03s · at 55:16 · https://youtu.be/tbcloc-fvSE?t=3316</w:t>
      </w:r>
    </w:p>
    <w:p>
      <w:r>
        <w:rPr>
          <w:i/>
        </w:rPr>
        <w:t>“I am a deviated young boy from Pakistan.”</w:t>
      </w:r>
    </w:p>
    <w:p>
      <w:r>
        <w:rPr>
          <w:sz w:val="20"/>
        </w:rPr>
        <w:t>55:16  Maulana, agla sawal lete hain jo Pakistan se ek naujawan ne bheja hai.</w:t>
      </w:r>
      <w:r>
        <w:br/>
      </w:r>
      <w:r>
        <w:rPr>
          <w:sz w:val="20"/>
        </w:rPr>
        <w:t>55:21  is ne apna naam nahin likha hai.</w:t>
      </w:r>
      <w:r>
        <w:br/>
      </w:r>
      <w:r>
        <w:rPr>
          <w:sz w:val="20"/>
        </w:rPr>
        <w:t>55:26  sawal jo hai woh is tarah hai: "Moulana صاحb, I am a deviated young boy from Pakistan.</w:t>
      </w:r>
      <w:r>
        <w:br/>
      </w:r>
      <w:r>
        <w:rPr>
          <w:sz w:val="20"/>
        </w:rPr>
        <w:t>55:32  I want to commit suicide.</w:t>
      </w:r>
      <w:r>
        <w:br/>
      </w:r>
      <w:r>
        <w:rPr>
          <w:sz w:val="20"/>
        </w:rPr>
        <w:t>55:37  I am physically and mentally fit, but I am helpless and alone.</w:t>
      </w:r>
      <w:r>
        <w:br/>
      </w:r>
      <w:r>
        <w:rPr>
          <w:sz w:val="20"/>
        </w:rPr>
        <w:t>55:42  I can't handle this hard life and feel defeated.</w:t>
      </w:r>
      <w:r>
        <w:br/>
      </w:r>
      <w:r>
        <w:rPr>
          <w:sz w:val="20"/>
        </w:rPr>
        <w:t>55:48  I cant win because I dont have potential. My parents and relatives say that I would never be a successful man. They are right. I have no brain and I am weak. My question is: can I commit suicide? No one needs me. I am a burden on this earth. Will God forgive me if I commit suicide? I am totally helpless.</w:t>
      </w:r>
      <w:r>
        <w:br/>
      </w:r>
      <w:r>
        <w:rPr>
          <w:sz w:val="20"/>
        </w:rPr>
        <w:t>56:15  Please guide me." dekhen, mera jo experience hai woh bataon ga ke aise kai se mujhe maloom hai</w:t>
      </w:r>
      <w:r>
        <w:br/>
      </w:r>
      <w:r>
        <w:rPr>
          <w:sz w:val="20"/>
        </w:rPr>
        <w:t>56:20  jin ka yeh halat thi.</w:t>
      </w:r>
      <w:r>
        <w:br/>
      </w:r>
      <w:r>
        <w:rPr>
          <w:sz w:val="20"/>
        </w:rPr>
        <w:t>56:25  lekin jab maine in ko study ki to woh halat is liye thi ke woh apne aap</w:t>
      </w:r>
      <w:r>
        <w:br/>
      </w:r>
      <w:r>
        <w:rPr>
          <w:sz w:val="20"/>
        </w:rPr>
        <w:t>56:30  ko discover nahi kar sake.</w:t>
      </w:r>
      <w:r>
        <w:br/>
      </w:r>
      <w:r>
        <w:rPr>
          <w:sz w:val="20"/>
        </w:rPr>
        <w:t>56:36  apne aap ko discover nahi kar sake.</w:t>
      </w:r>
      <w:r>
        <w:br/>
      </w:r>
      <w:r>
        <w:rPr>
          <w:sz w:val="20"/>
        </w:rPr>
        <w:t>56:41  kisi cheez ko khwamkhwah bohat zyada important de di.</w:t>
      </w:r>
      <w:r>
        <w:br/>
      </w:r>
      <w:r>
        <w:rPr>
          <w:sz w:val="20"/>
        </w:rPr>
        <w:t>56:46  misalan, ek meri aankhon ke samne ek shakhs hai.</w:t>
      </w:r>
      <w:r>
        <w:br/>
      </w:r>
      <w:r>
        <w:rPr>
          <w:sz w:val="20"/>
        </w:rPr>
        <w:t>56:52  maine is ko dekha hai ke woh itna zyada mayoos the apni zindagi se ke woh samajhte</w:t>
      </w:r>
      <w:r>
        <w:br/>
      </w:r>
      <w:r>
        <w:rPr>
          <w:sz w:val="20"/>
        </w:rPr>
        <w:t>56:57  the, un ko log kehte the ke tum munhoos ho.</w:t>
      </w:r>
      <w:r>
        <w:br/>
      </w:r>
      <w:r>
        <w:rPr>
          <w:sz w:val="20"/>
        </w:rPr>
        <w:t>57:02  log un ko munhoos samajhte the kyunke kamyab nahi the zindagi mein.</w:t>
      </w:r>
      <w:r>
        <w:br/>
      </w:r>
      <w:r>
        <w:rPr>
          <w:sz w:val="20"/>
        </w:rPr>
        <w:t>57:08  woh to waqeatan unhon ne suicide kar liya.</w:t>
      </w:r>
      <w:r>
        <w:br/>
      </w:r>
      <w:r>
        <w:rPr>
          <w:sz w:val="20"/>
        </w:rPr>
        <w:t>57:13  main aankhon ke samne un ka body dekh, mere samne hai ke ke ek cheez kha li thi</w:t>
      </w:r>
      <w:r>
        <w:br/>
      </w:r>
      <w:r>
        <w:rPr>
          <w:sz w:val="20"/>
        </w:rPr>
        <w:t>57:18  unhon ne zeher ki aur gir pade the.</w:t>
      </w:r>
      <w:r>
        <w:br/>
      </w:r>
      <w:r>
        <w:rPr>
          <w:sz w:val="20"/>
        </w:rPr>
        <w:t>57:24  woh dekhen, fori doctor bulaya gaya aur woh Allah ke fazl se woh woh zeher khatm ho gaya</w:t>
      </w:r>
      <w:r>
        <w:br/>
      </w:r>
      <w:r>
        <w:rPr>
          <w:sz w:val="20"/>
        </w:rPr>
        <w:t>57:29  aur woh zinda ho gaye.</w:t>
      </w:r>
      <w:r>
        <w:br/>
      </w:r>
      <w:r>
        <w:rPr>
          <w:sz w:val="20"/>
        </w:rPr>
        <w:t>57:34  wohi shakhs baad ko hero ban gaya.</w:t>
      </w:r>
      <w:r>
        <w:br/>
      </w:r>
      <w:r>
        <w:rPr>
          <w:sz w:val="20"/>
        </w:rPr>
        <w:t>57:40  bohat zabardast kamyabi hasil ki is ne kyunke jo jab unhon ne suicide kar liya to woh super</w:t>
      </w:r>
      <w:r>
        <w:br/>
      </w:r>
      <w:r>
        <w:rPr>
          <w:sz w:val="20"/>
        </w:rPr>
        <w:t>57:45  shock tha un ke liye.</w:t>
      </w:r>
      <w:r>
        <w:br/>
      </w:r>
      <w:r>
        <w:rPr>
          <w:sz w:val="20"/>
        </w:rPr>
        <w:t>57:50  jab super shock laga to mind aap ka bohat zyada active ho jata hai.</w:t>
      </w:r>
      <w:r>
        <w:br/>
      </w:r>
      <w:r>
        <w:rPr>
          <w:sz w:val="20"/>
        </w:rPr>
        <w:t>57:55  suicide kar ke jab woh gir pade zameen par aur woh sab qissa hua un ke sath to</w:t>
      </w:r>
      <w:r>
        <w:br/>
      </w:r>
      <w:r>
        <w:rPr>
          <w:sz w:val="20"/>
        </w:rPr>
        <w:t>58:01  woh un ke liye super shock tha.</w:t>
      </w:r>
      <w:r>
        <w:br/>
      </w:r>
      <w:r>
        <w:rPr>
          <w:sz w:val="20"/>
        </w:rPr>
        <w:t>58:06  yaad rakhiye, mind ke andar bohat zyada potential hai.</w:t>
      </w:r>
      <w:r>
        <w:br/>
      </w:r>
      <w:r>
        <w:rPr>
          <w:sz w:val="20"/>
        </w:rPr>
        <w:t>58:11  bohat bohat aate hain dormant position mein soye hue hote hain.</w:t>
      </w:r>
      <w:r>
        <w:br/>
      </w:r>
      <w:r>
        <w:rPr>
          <w:sz w:val="20"/>
        </w:rPr>
        <w:t>58:17  mind ke potential soye rehte hain to un ko jab suicide ka waqea aur super shock laga un</w:t>
      </w:r>
      <w:r>
        <w:br/>
      </w:r>
      <w:r>
        <w:rPr>
          <w:sz w:val="20"/>
        </w:rPr>
        <w:t>58:22  ko to sara mind khul gaya un ka aur bohat zabardast kamyabi hasil ki unhon ne.</w:t>
      </w:r>
      <w:r>
        <w:br/>
      </w:r>
      <w:r>
        <w:rPr>
          <w:sz w:val="20"/>
        </w:rPr>
        <w:t>58:27  bohat bare bare kaam kiye unhon ne.</w:t>
      </w:r>
      <w:r>
        <w:br/>
      </w:r>
      <w:r>
        <w:rPr>
          <w:sz w:val="20"/>
        </w:rPr>
        <w:t>58:33  to aap jo hai, aap is ko nikal diye apne mind se.</w:t>
      </w:r>
      <w:r>
        <w:br/>
      </w:r>
      <w:r>
        <w:rPr>
          <w:sz w:val="20"/>
        </w:rPr>
        <w:t>58:38  mein aap ko kahoon ga, hamari kitabein parhiye.</w:t>
      </w:r>
      <w:r>
        <w:br/>
      </w:r>
      <w:r>
        <w:rPr>
          <w:sz w:val="20"/>
        </w:rPr>
        <w:t>58:43  hamari kitabein hain: raaz hayat, taabeer hayat, rehnuma hayat, kitab zindagi.</w:t>
      </w:r>
      <w:r>
        <w:br/>
      </w:r>
      <w:r>
        <w:rPr>
          <w:sz w:val="20"/>
        </w:rPr>
        <w:t>58:49  in kitabon ko parhiye aap aur inshallah aap ka sara mamla khatm ho jaye ga.</w:t>
      </w:r>
      <w:r>
        <w:br/>
      </w:r>
      <w:r>
        <w:rPr>
          <w:sz w:val="20"/>
        </w:rPr>
        <w:t>58:54  maulana, in ke sawal ka aik hissa yeh bhi tha ke will God forgive me if I commit</w:t>
      </w:r>
      <w:r>
        <w:br/>
      </w:r>
      <w:r>
        <w:rPr>
          <w:sz w:val="20"/>
        </w:rPr>
        <w:t>58:59  suicide hargiz nahin.</w:t>
      </w:r>
      <w:r>
        <w:br/>
      </w:r>
      <w:r>
        <w:rPr>
          <w:sz w:val="20"/>
        </w:rPr>
        <w:t>59:05  ji, hadith mein aata hai ke suicide karne ke baad aadmi jahannum mein ho jata hai.</w:t>
      </w:r>
      <w:r>
        <w:br/>
      </w:r>
      <w:r>
        <w:rPr>
          <w:sz w:val="20"/>
        </w:rPr>
        <w:t>59:10  baqayda bukhari mein riwayat maujood hai ke suicide karne ke baad jahannum mein ho jata hai aadmi.</w:t>
      </w:r>
      <w:r>
        <w:br/>
      </w:r>
      <w:r>
        <w:rPr>
          <w:sz w:val="20"/>
        </w:rPr>
        <w:t>59:15  yeh to yeh option aap ke liye khula nahin hai.</w:t>
      </w:r>
      <w:r>
        <w:br/>
      </w:r>
      <w:r>
        <w:rPr>
          <w:sz w:val="20"/>
        </w:rPr>
        <w:t>59:20  yeh option hai hi nahin aap ke liye.</w:t>
      </w:r>
      <w:r>
        <w:br/>
      </w:r>
      <w:r>
        <w:rPr>
          <w:sz w:val="20"/>
        </w:rPr>
        <w:t>59:26  aap ke liye sirf yeh hai ke apne potential ko daryaft karein aur zindagi restart karein.</w:t>
      </w:r>
      <w:r>
        <w:br/>
      </w:r>
      <w:r>
        <w:rPr>
          <w:sz w:val="20"/>
        </w:rPr>
        <w:t>59:31  phir se zindagi.</w:t>
      </w:r>
      <w:r>
        <w:br/>
      </w:r>
      <w:r>
        <w:rPr>
          <w:sz w:val="20"/>
        </w:rPr>
        <w:t>59:36  bukhari mein bhi hai aur hadith ki doosri kitabon mein bhi hai ke aik aadmi ne suicide kar</w:t>
      </w:r>
      <w:r>
        <w:br/>
      </w:r>
      <w:r>
        <w:rPr>
          <w:sz w:val="20"/>
        </w:rPr>
        <w:t>59:42  liya tha halanke woh musalman tha.</w:t>
      </w:r>
      <w:r>
        <w:br/>
      </w:r>
      <w:r>
        <w:rPr>
          <w:sz w:val="20"/>
        </w:rPr>
        <w:t>59:47  woh to rasool Allah ne farmaya ke إِنْ دَهُوْا بِنِ أَهْلِ النَّارِ to suicide karna Allah ke khilaf</w:t>
      </w:r>
      <w:r>
        <w:br/>
      </w:r>
      <w:r>
        <w:rPr>
          <w:sz w:val="20"/>
        </w:rPr>
        <w:t>59:52  yani negative vote dena hai.</w:t>
      </w:r>
      <w:r>
        <w:br/>
      </w:r>
      <w:r>
        <w:rPr>
          <w:sz w:val="20"/>
        </w:rPr>
        <w:t>59:58  kese maafi hogi? jis ko kehte hain adab aitmad ka vote.</w:t>
      </w:r>
      <w:r>
        <w:br/>
      </w:r>
      <w:r>
        <w:rPr>
          <w:sz w:val="20"/>
        </w:rPr>
        <w:t>1:00:03  vote of no confidence jo suicide karta hai woh Allah ke khilaf adab aitmad ka vote deta hai.</w:t>
      </w:r>
      <w:r>
        <w:br/>
      </w:r>
      <w:r>
        <w:rPr>
          <w:sz w:val="20"/>
        </w:rPr>
        <w:t>1:00:08  vote of no confidence to woh kese maaf kiya jaye ga? woh ji, aap hamari kitabein parhiye.</w:t>
      </w:r>
      <w:r>
        <w:br/>
      </w:r>
      <w:r>
        <w:rPr>
          <w:sz w:val="20"/>
        </w:rPr>
        <w:t>1:00:14  inshallah aap aik naye aik insan aap ke andar emerge kare ga.</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Atheist's claim of relative morality</w:t>
      </w:r>
    </w:p>
    <w:p>
      <w:r>
        <w:rPr>
          <w:color w:val="666666"/>
          <w:sz w:val="18"/>
        </w:rPr>
        <w:t>On Atheism | May 22, 2016 · 1m 04s · at 55:06 · https://youtu.be/tzJmfYnSleo?t=3306</w:t>
      </w:r>
    </w:p>
    <w:p>
      <w:r>
        <w:rPr>
          <w:i/>
        </w:rPr>
        <w:t>“An atheist friend told me that what is right for you is wrong for me and what is wrong for me is right for you. Please comment.”</w:t>
      </w:r>
    </w:p>
    <w:p>
      <w:r>
        <w:rPr>
          <w:sz w:val="20"/>
        </w:rPr>
        <w:t>55:06  maulana agla sawal lete hain jo kolhapur se aya hai</w:t>
      </w:r>
      <w:r>
        <w:br/>
      </w:r>
      <w:r>
        <w:rPr>
          <w:sz w:val="20"/>
        </w:rPr>
        <w:t>55:10  zaid sahib ka aur unho ne likha hai an atheist friend told me that what is right for</w:t>
      </w:r>
      <w:r>
        <w:br/>
      </w:r>
      <w:r>
        <w:rPr>
          <w:sz w:val="20"/>
        </w:rPr>
        <w:t>55:15  You is wrong for me and what is wrong for me is right for you.</w:t>
      </w:r>
      <w:r>
        <w:br/>
      </w:r>
      <w:r>
        <w:rPr>
          <w:sz w:val="20"/>
        </w:rPr>
        <w:t>55:20  Right and wrong cannot be decided by religion as I don't believe in God.</w:t>
      </w:r>
      <w:r>
        <w:br/>
      </w:r>
      <w:r>
        <w:rPr>
          <w:sz w:val="20"/>
        </w:rPr>
        <w:t>55:25  for me law of the land is inf.</w:t>
      </w:r>
      <w:r>
        <w:br/>
      </w:r>
      <w:r>
        <w:rPr>
          <w:sz w:val="20"/>
        </w:rPr>
        <w:t>55:30  maulana sahib how should we respond to such people? bhai is se misal to puchi nahi aap ne.</w:t>
      </w:r>
      <w:r>
        <w:br/>
      </w:r>
      <w:r>
        <w:rPr>
          <w:sz w:val="20"/>
        </w:rPr>
        <w:t>55:35  yeh to ab</w:t>
      </w:r>
      <w:r>
        <w:br/>
      </w:r>
      <w:r>
        <w:rPr>
          <w:sz w:val="20"/>
        </w:rPr>
        <w:t>55:40  strict question hai.</w:t>
      </w:r>
      <w:r>
        <w:br/>
      </w:r>
      <w:r>
        <w:rPr>
          <w:sz w:val="20"/>
        </w:rPr>
        <w:t>55:44  koi aadmi bhi jo aap se abstract sawal kare to sab se pehle us ko kahein ke specific</w:t>
      </w:r>
      <w:r>
        <w:br/>
      </w:r>
      <w:r>
        <w:rPr>
          <w:sz w:val="20"/>
        </w:rPr>
        <w:t>55:48  tor par batao.</w:t>
      </w:r>
      <w:r>
        <w:br/>
      </w:r>
      <w:r>
        <w:rPr>
          <w:sz w:val="20"/>
        </w:rPr>
        <w:t>55:53  matlab ab abstract baat ka koi jawab nahi hota.</w:t>
      </w:r>
      <w:r>
        <w:br/>
      </w:r>
      <w:r>
        <w:rPr>
          <w:sz w:val="20"/>
        </w:rPr>
        <w:t>55:57  kyun rang hai? kyun right hai? bataein woh.</w:t>
      </w:r>
      <w:r>
        <w:br/>
      </w:r>
      <w:r>
        <w:rPr>
          <w:sz w:val="20"/>
        </w:rPr>
        <w:t>56:01  woh is misal ko dein ke falan baat jo hai to wali right hai, meri rang hai.</w:t>
      </w:r>
      <w:r>
        <w:br/>
      </w:r>
      <w:r>
        <w:rPr>
          <w:sz w:val="20"/>
        </w:rPr>
        <w:t>56:05  is is tum tab mein is ko analysis karunga inshallah. maulana agla</w:t>
      </w:r>
    </w:p>
    <w:p>
      <w:pPr>
        <w:pStyle w:val="Heading2"/>
      </w:pPr>
      <w:r>
        <w:t>Describing bad habits to save a sibling</w:t>
      </w:r>
    </w:p>
    <w:p>
      <w:r>
        <w:rPr>
          <w:color w:val="666666"/>
          <w:sz w:val="18"/>
        </w:rPr>
        <w:t>Divine Help September 22, 2015 · 1m 47s · at 1:09:15 · https://youtu.be/sozrNCif0Gg?t=4155</w:t>
      </w:r>
    </w:p>
    <w:p>
      <w:r>
        <w:rPr>
          <w:i/>
        </w:rPr>
        <w:t>“Sometimes I have to give my personal opinion in the form of precautionary measures to my best friends in order to save them. For example, if I want to save my sister from bad company, can I explain wholeheartedly the bad habits of the person who is spoiling my brother or sister?”</w:t>
      </w:r>
    </w:p>
    <w:p>
      <w:r>
        <w:rPr>
          <w:sz w:val="20"/>
        </w:rPr>
        <w:t>1:09:15  maulana miss shaista ramzan ne pakistan se sawal kiya hai. unhon ne likha hai: "maulana sahib, I want to ask a qu</w:t>
      </w:r>
      <w:r>
        <w:br/>
      </w:r>
      <w:r>
        <w:rPr>
          <w:sz w:val="20"/>
        </w:rPr>
        <w:t>1:09:26  estion. sometimes I have to give my personal opinion in the form of precautionary measures to my best friends in order to save them.</w:t>
      </w:r>
      <w:r>
        <w:br/>
      </w:r>
      <w:r>
        <w:rPr>
          <w:sz w:val="20"/>
        </w:rPr>
        <w:t>1:09:37  for example, if I want to save my sister from a bad company, so can I explain wholeheartedly the bad habits of that person who is spoiling my brother or sister?</w:t>
      </w:r>
      <w:r>
        <w:br/>
      </w:r>
      <w:r>
        <w:rPr>
          <w:sz w:val="20"/>
        </w:rPr>
        <w:t>1:09:50  Can I give my remarks explaining pros and cons?</w:t>
      </w:r>
      <w:r>
        <w:br/>
      </w:r>
      <w:r>
        <w:rPr>
          <w:sz w:val="20"/>
        </w:rPr>
        <w:t>1:09:54  There might be negative remarks, but it would be favorable for that person. Is it okay? dekhiye, asal shart jo hai honesty hai.</w:t>
      </w:r>
      <w:r>
        <w:br/>
      </w:r>
      <w:r>
        <w:rPr>
          <w:sz w:val="20"/>
        </w:rPr>
        <w:t>1:10:07  chahe aap apne bhai ke bare mein kahein ya apne dost ke bare mein kahein, agar aap honest hain to sab sahi hai.</w:t>
      </w:r>
      <w:r>
        <w:br/>
      </w:r>
      <w:r>
        <w:rPr>
          <w:sz w:val="20"/>
        </w:rPr>
        <w:t>1:10:16  to dishonesty ke sath koi baat karna yahi ghalati hai. Honesty ke sath karna yeh bilkul sahi hai. to hamesha check kijiye ke aap kya honest hain,</w:t>
      </w:r>
      <w:r>
        <w:br/>
      </w:r>
      <w:r>
        <w:rPr>
          <w:sz w:val="20"/>
        </w:rPr>
        <w:t>1:10:30  yeh check kijiye. kyunke hadith mein aata hai ke woh ek zamana aayega jab ke honesty uth jayegi.</w:t>
      </w:r>
      <w:r>
        <w:br/>
      </w:r>
      <w:r>
        <w:rPr>
          <w:sz w:val="20"/>
        </w:rPr>
        <w:t>1:10:43  ek zamana aayega jab ke honesty uth jayegi. diyanat dari uth jayegi. to apne ko check kijiye aap is aitbar se ke main jo kuch kar raha hoon, is mein main honest hoon ya dishonest hoon, bas.</w:t>
      </w:r>
    </w:p>
    <w:p>
      <w:pPr>
        <w:pStyle w:val="Heading2"/>
      </w:pPr>
      <w:r>
        <w:t>Addressing Accusations of Being Traitors</w:t>
      </w:r>
    </w:p>
    <w:p>
      <w:r>
        <w:rPr>
          <w:color w:val="666666"/>
          <w:sz w:val="18"/>
        </w:rPr>
        <w:t>The Prophet An Example of Modesty August 27, 2017 · 2m 43s · at 50:00 · https://youtu.be/aR3V4c8fQC4?t=3000</w:t>
      </w:r>
    </w:p>
    <w:p>
      <w:r>
        <w:rPr>
          <w:i/>
        </w:rPr>
        <w:t>“Even though I am an Indian and a proud one, still it pains me when our non-Muslim brothers mistrust us and call us traitors. How should people like me address such accusations?”</w:t>
      </w:r>
    </w:p>
    <w:p>
      <w:r>
        <w:rPr>
          <w:sz w:val="20"/>
        </w:rPr>
        <w:t>50:00  jazak Allah. Maulana, agla sawal bheja hai gufran sahab ne kanpur se, unhone likha hai, "Maulana sahab, even though I am an Indian and a proud one,</w:t>
      </w:r>
      <w:r>
        <w:br/>
      </w:r>
      <w:r>
        <w:rPr>
          <w:sz w:val="20"/>
        </w:rPr>
        <w:t>50:15  still it pains me when our non-Muslim brothers mistrust us aur call us traitors. How should people like me address such accusations?" Dekhiye,</w:t>
      </w:r>
      <w:r>
        <w:br/>
      </w:r>
      <w:r>
        <w:rPr>
          <w:sz w:val="20"/>
        </w:rPr>
        <w:t>50:31  is sawal ka jawab sirf ek hai.</w:t>
      </w:r>
      <w:r>
        <w:br/>
      </w:r>
      <w:r>
        <w:rPr>
          <w:sz w:val="20"/>
        </w:rPr>
        <w:t>50:37  Aap yeh mat dekhiye ke doosre aap ko kya kehte hain. Zindagi bhar maine yahi kiya hai, mere bahut zyada critique hai, bahut zyada.</w:t>
      </w:r>
      <w:r>
        <w:br/>
      </w:r>
      <w:r>
        <w:rPr>
          <w:sz w:val="20"/>
        </w:rPr>
        <w:t>50:50  Maine kabhi yeh nahin socha ke doosre mujhe kya kehte hain. Maine sirf apne dil mein jhaanka ke main khud kya hoon.</w:t>
      </w:r>
      <w:r>
        <w:br/>
      </w:r>
      <w:r>
        <w:rPr>
          <w:sz w:val="20"/>
        </w:rPr>
        <w:t>51:00  Agar maine paaya ke main woh nahin hoon jo log kehte hain to bas that was enough for me. Yeh maine sari zindagi kiya hai.</w:t>
      </w:r>
      <w:r>
        <w:br/>
      </w:r>
      <w:r>
        <w:rPr>
          <w:sz w:val="20"/>
        </w:rPr>
        <w:t>51:11  Aap ko pata hai ke maine poori history mein shayad itna zyada critique jitna mujh par kiya hai ke kisi aur par nahin hua.</w:t>
      </w:r>
      <w:r>
        <w:br/>
      </w:r>
      <w:r>
        <w:rPr>
          <w:sz w:val="20"/>
        </w:rPr>
        <w:t>51:23  Jaise kal ek sahab ne bataya ke aap to bahut hi zyada galat aadmi hain, aap rasool Allah ko mukammal usmani nahin mante.</w:t>
      </w:r>
      <w:r>
        <w:br/>
      </w:r>
      <w:r>
        <w:rPr>
          <w:sz w:val="20"/>
        </w:rPr>
        <w:t>51:37  Abhi kal ki baat hai ke ek sahab ne kaha ke aap bahut hi zyada galat aadmi hain kyunke aap rasool Allah ko mukammal usmani nahin mante.</w:t>
      </w:r>
      <w:r>
        <w:br/>
      </w:r>
      <w:r>
        <w:rPr>
          <w:sz w:val="20"/>
        </w:rPr>
        <w:t>51:47  To aap yaqeen kijiye ke maine un se koi behas nahin ki, apne dil mein dekha ke kya waqai mein rasool Allah ko mukammal usmani nahin manta. Mere dil ne kaha ke main mukammal se bhi zyada mukammal manta hoon,</w:t>
      </w:r>
      <w:r>
        <w:br/>
      </w:r>
      <w:r>
        <w:rPr>
          <w:sz w:val="20"/>
        </w:rPr>
        <w:t>52:03  mukammal se bhi zyada mukammal. To bas that was enough for me. Phir main un se kuch na mere dil mein koi ghussa hai na kuch nahin, koi shikayat hai na koi koi jawab diya maine un ko.</w:t>
      </w:r>
      <w:r>
        <w:br/>
      </w:r>
      <w:r>
        <w:rPr>
          <w:sz w:val="20"/>
        </w:rPr>
        <w:t>52:17  To sab se acha jawab jo main apne tajrube se hai woh yahi hai ke doosre kya kehte hain is ko mat dekhiye, aap apne dil mein jhaankiye ke aap khud kya hain, aap ke conscience ke mutabiq.</w:t>
      </w:r>
      <w:r>
        <w:br/>
      </w:r>
      <w:r>
        <w:rPr>
          <w:sz w:val="20"/>
        </w:rPr>
        <w:t>52:32  agar aap ke conscience ka hai ke aap right track par hain to bas mutmaen ho jaiye.</w:t>
      </w:r>
    </w:p>
    <w:p>
      <w:pPr>
        <w:pStyle w:val="Heading2"/>
      </w:pPr>
      <w:r>
        <w:t>How does falsehood arise in a community?</w:t>
      </w:r>
    </w:p>
    <w:p>
      <w:r>
        <w:rPr>
          <w:color w:val="666666"/>
          <w:sz w:val="18"/>
        </w:rPr>
        <w:t>Realistic Approach 30 March, 2014 · 4m 28s · at 1:11:00 · https://youtu.be/HIFxmWWiEG4?t=4260</w:t>
      </w:r>
    </w:p>
    <w:p>
      <w:r>
        <w:rPr>
          <w:i/>
        </w:rPr>
        <w:t>“How does a sense of falsehood arise within a community?”</w:t>
      </w:r>
    </w:p>
    <w:p>
      <w:r>
        <w:rPr>
          <w:sz w:val="20"/>
        </w:rPr>
        <w:t>1:11:00  maulana, agla sawal dilli se kya hai miss raziya siddiqui ne. unhon ne aapse poocha hai: "how does a sense of falsehood arise within a community?" is ke bare mein batayein.</w:t>
      </w:r>
      <w:r>
        <w:br/>
      </w:r>
      <w:r>
        <w:rPr>
          <w:sz w:val="20"/>
        </w:rPr>
        <w:t>1:11:16  dekhiye, yeh woh jo kaha tha woh mustafa scholar ne, wohi is ka behtareen jawab hai ke paranoia.</w:t>
      </w:r>
      <w:r>
        <w:br/>
      </w:r>
      <w:r>
        <w:rPr>
          <w:sz w:val="20"/>
        </w:rPr>
        <w:t>1:11:28  angrezi mein aik lafz hai paranoia, yaani paranoia develop karta hai. paranoia ka matlab hota hai jis ko hum kehte hain pershan mein padram sultan.</w:t>
      </w:r>
      <w:r>
        <w:br/>
      </w:r>
      <w:r>
        <w:rPr>
          <w:sz w:val="20"/>
        </w:rPr>
        <w:t>1:11:43  woh mera baap badshah tha,</w:t>
      </w:r>
      <w:r>
        <w:br/>
      </w:r>
      <w:r>
        <w:rPr>
          <w:sz w:val="20"/>
        </w:rPr>
        <w:t>1:11:47  tu khud tu kuch hai nahi, baap badshah tha, us pe fakhr kar rahe hain. Yeh hai paranoia. Yeh tu jab bhi aadmi tu musalmanon ka muamla yeh hai ke un ek zamana tha ke un ke hukoomatein theen, un ka empire tha,</w:t>
      </w:r>
      <w:r>
        <w:br/>
      </w:r>
      <w:r>
        <w:rPr>
          <w:sz w:val="20"/>
        </w:rPr>
        <w:t>1:12:04  unhon ne taj mahal banaya, lal qila banaya, qutub nak banaya. Ek daur tha woh, tu ab tu woh daur khatam ho gaya, ab tu kuch bhi un ke paas nahi hai.</w:t>
      </w:r>
      <w:r>
        <w:br/>
      </w:r>
      <w:r>
        <w:rPr>
          <w:sz w:val="20"/>
        </w:rPr>
        <w:t>1:12:15  lekin kitabein jo hamari likhi gayeen, mein nazdeek jitni kitabein likhe wale the us zamane ke, sab ne ek bohat bara, yaani ek bura kaam kiya apni qaum ke sath ke tareekh ke zariye ubharna chaha,</w:t>
      </w:r>
      <w:r>
        <w:br/>
      </w:r>
      <w:r>
        <w:rPr>
          <w:sz w:val="20"/>
        </w:rPr>
        <w:t>1:12:31  yaani tareekh ko yaad dila kar ko ubharna chaha. Yeh mein hairaan hoon ke logon ko bohat aql thi ke aql ke sath koshish un ke dimaghon mein thi ke guzri hui tareekh se aap kisi qaum ko ubharein ge tu tu kiya paida</w:t>
      </w:r>
      <w:r>
        <w:br/>
      </w:r>
      <w:r>
        <w:rPr>
          <w:sz w:val="20"/>
        </w:rPr>
        <w:t>1:12:44  hoga, yaani false pride aaye ga. Sare musalman is zamane ke jo hain, jo leader hain, jo leader hain, jo kitabein likhein, mein mujhe kisi ka exception nahi maloom ke mazi ke jo azmatain hain, us ko yaad dila kar ke un ko ubharna, is se tu false pride paida hoga.</w:t>
      </w:r>
      <w:r>
        <w:br/>
      </w:r>
      <w:r>
        <w:rPr>
          <w:sz w:val="20"/>
        </w:rPr>
        <w:t>1:13:06  wohi paida hua</w:t>
      </w:r>
      <w:r>
        <w:br/>
      </w:r>
      <w:r>
        <w:rPr>
          <w:sz w:val="20"/>
        </w:rPr>
        <w:t>1:13:08  tu musalmanon mein jo paranoia character hai, woh is ke zimmedar yahi muslim rehnuma, muslim writer aur muslim mustahkeen hain.</w:t>
      </w:r>
      <w:r>
        <w:br/>
      </w:r>
      <w:r>
        <w:rPr>
          <w:sz w:val="20"/>
        </w:rPr>
        <w:t>1:13:19  aap musalmanon ki jo bhi kitab le ke parhiye, sab mein wohi mazi ki azmatain bayan ki jayengi. Hum yeh the, hum woh the, hum yeh the, hum woh the,</w:t>
      </w:r>
      <w:r>
        <w:br/>
      </w:r>
      <w:r>
        <w:rPr>
          <w:sz w:val="20"/>
        </w:rPr>
        <w:t>1:13:30  hum hi the, yaani kiya woh hum hi chhaye hue the sharq se ta gharb duniya mein.</w:t>
      </w:r>
      <w:r>
        <w:br/>
      </w:r>
      <w:r>
        <w:rPr>
          <w:sz w:val="20"/>
        </w:rPr>
        <w:t>1:13:40  hum hi chhaye hue the sharq se ta gharb duniya mein. Na tha pallah kisi muslim ka duniya mein gira hum se.</w:t>
      </w:r>
      <w:r>
        <w:br/>
      </w:r>
      <w:r>
        <w:rPr>
          <w:sz w:val="20"/>
        </w:rPr>
        <w:t>1:13:51  tu yahi cheez hai ke ke woh azmat jo chali gayi, us ko yaad dila kar ke aap un ko chahte hain, un ko revive karna.</w:t>
      </w:r>
      <w:r>
        <w:br/>
      </w:r>
      <w:r>
        <w:rPr>
          <w:sz w:val="20"/>
        </w:rPr>
        <w:t>1:14:01  tu is se koi positive soch nahi aayegi, is se false pride aaye ga. Wohi aa gaya musalmanon mein, is ke zimmedar wohi log hain jinhon ne is zamane mein musalmanon ko qadeem tareekh yaad dila kar ke un ko dobara ubharna chaha.</w:t>
      </w:r>
      <w:r>
        <w:br/>
      </w:r>
      <w:r>
        <w:rPr>
          <w:sz w:val="20"/>
        </w:rPr>
        <w:t>1:14:18  koi shayar ne kaha tha ke "hudeera nawara talakh turmeeda fi zauq naghma kamyabi hudeera teez tar mikhwan jo mahmal na gira bain</w:t>
      </w:r>
      <w:r>
        <w:br/>
      </w:r>
      <w:r>
        <w:rPr>
          <w:sz w:val="20"/>
        </w:rPr>
        <w:t>1:14:29  y". Yeh yeh yahi sab cheez hai jis ne musalmanon ka yeh halat kar rakhi hai. Yaani jo musalman paranoia character ban gaye, is ki zimmedari khud un par nahi hai, un ke rehnumaon par hai jinhon ne mamle ko samjhe baghair ek galat rehnumai di un ko.</w:t>
      </w:r>
    </w:p>
    <w:p>
      <w:pPr>
        <w:pStyle w:val="Heading2"/>
      </w:pPr>
      <w:r>
        <w:t>Origin of falsehood in community</w:t>
      </w:r>
    </w:p>
    <w:p>
      <w:r>
        <w:rPr>
          <w:color w:val="666666"/>
          <w:sz w:val="18"/>
        </w:rPr>
        <w:t>Realistic Approach March 30, 2014 Maulana Wahiduddin Khan · 4m 51s · at 1:10:56 · https://youtu.be/K36UonBsGlA?t=4256</w:t>
      </w:r>
    </w:p>
    <w:p>
      <w:r>
        <w:rPr>
          <w:i/>
        </w:rPr>
        <w:t>“How does a sense of falsehood arise within a community?”</w:t>
      </w:r>
    </w:p>
    <w:p>
      <w:r>
        <w:rPr>
          <w:sz w:val="20"/>
        </w:rPr>
        <w:t>1:10:56  maulana, agla sawal dilli se kya hai miss raziya siddiqui ne. unhon ne aap se poocha hai: "how does a sense of falsehood arise within a community؟" is ke baray mein batayein.</w:t>
      </w:r>
      <w:r>
        <w:br/>
      </w:r>
      <w:r>
        <w:rPr>
          <w:sz w:val="20"/>
        </w:rPr>
        <w:t>1:11:12  dekhiye, yeh woh jo kaha tha woh stefire skilar ne, wohi is ka behtareen jawab hai ke paranoia.</w:t>
      </w:r>
      <w:r>
        <w:br/>
      </w:r>
      <w:r>
        <w:rPr>
          <w:sz w:val="20"/>
        </w:rPr>
        <w:t>1:11:24  angrezi mein ek lafz hai paranoia. yani paranoia develop karta hai. paranoia ka matlab hota hai.</w:t>
      </w:r>
      <w:r>
        <w:br/>
      </w:r>
      <w:r>
        <w:rPr>
          <w:sz w:val="20"/>
        </w:rPr>
        <w:t>1:11:35  jisko hum kehte hain persian mein padram sultan bood. mera baap badshah tha. to khud to kuch hai hi nahi.</w:t>
      </w:r>
      <w:r>
        <w:br/>
      </w:r>
      <w:r>
        <w:rPr>
          <w:sz w:val="20"/>
        </w:rPr>
        <w:t>1:11:46  baap badshah tha, us par fakhr kar rahe hain. yeh hai paranoia. yeh to jab bhi aadmi.</w:t>
      </w:r>
      <w:r>
        <w:br/>
      </w:r>
      <w:r>
        <w:rPr>
          <w:sz w:val="20"/>
        </w:rPr>
        <w:t>1:11:54  to musalmanon ka mamla yeh hai ke ek zamana tha ke un ki hukoomatein theen, un ka empire tha. unhon ne taj mahal banaya, lal qila banaya, qutub numa banaya.</w:t>
      </w:r>
      <w:r>
        <w:br/>
      </w:r>
      <w:r>
        <w:rPr>
          <w:sz w:val="20"/>
        </w:rPr>
        <w:t>1:12:03  ek daur tha woh. to ab to woh daur khatam ho gaya. ab to kuch bhi un ke paas nahi hai. lekin kitabein jo hamari likhi gayeen, mere nazdeek jitni kitabein likhi ja rahi theen is zamane ke, sab ne ek bohat bara yani ek bura kaam kiya apni qaum ke sath ke tareekh ke zariye unhein ubharna chaha.</w:t>
      </w:r>
      <w:r>
        <w:br/>
      </w:r>
      <w:r>
        <w:rPr>
          <w:sz w:val="20"/>
        </w:rPr>
        <w:t>1:12:27  yani tareekh ko yaad dila kar unhein ubharna chaha. yeh main hairaan hoon ke yeh logon ke paas aqal thi ke aqal ke siwa koi aur cheez un ke dimaghon mein thi. yeh guzri hui tareekh se aap kisi qaum ko ubharein ge to kya paida hoga?</w:t>
      </w:r>
      <w:r>
        <w:br/>
      </w:r>
      <w:r>
        <w:rPr>
          <w:sz w:val="20"/>
        </w:rPr>
        <w:t>1:12:40  yani false pride aaye ga. sare musalman is zamane ke jo hain, jo leader hain, jo leader hain, jo kitabein likhein, mujhe kisi ka exception nahi maloom ke mazi ki jo azmatein hain, us ko yaad dila kar ke unhein ubharna.</w:t>
      </w:r>
      <w:r>
        <w:br/>
      </w:r>
      <w:r>
        <w:rPr>
          <w:sz w:val="20"/>
        </w:rPr>
        <w:t>1:12:59  is se to false pride paida hoga. wohi paida hua. to musalmanon mein jo paranoic character hai, woh is ke zimmedar yahi muslim rehnuma, muslim writer aur muslim mustahiqeen hain.</w:t>
      </w:r>
      <w:r>
        <w:br/>
      </w:r>
      <w:r>
        <w:rPr>
          <w:sz w:val="20"/>
        </w:rPr>
        <w:t>1:13:15  aap musalmanon ki jo bhi kitab le ke padhiye, sab mein wohi mazi ki azmatein bayan ki jayengi. hum yeh thay, hum woh thay. hum yeh thay, hum woh thay.</w:t>
      </w:r>
      <w:r>
        <w:br/>
      </w:r>
      <w:r>
        <w:rPr>
          <w:sz w:val="20"/>
        </w:rPr>
        <w:t>1:13:27  hum hi thay, yani kya hai woh, hum hi chhaye hue thay sharq se ta gharb duniya mein.</w:t>
      </w:r>
      <w:r>
        <w:br/>
      </w:r>
      <w:r>
        <w:rPr>
          <w:sz w:val="20"/>
        </w:rPr>
        <w:t>1:13:36  hum hi chhaye hue thay sharq se ta gharb duniya mein. na tha pala kisi muslim ka duniya mein gira hum se.</w:t>
      </w:r>
      <w:r>
        <w:br/>
      </w:r>
      <w:r>
        <w:rPr>
          <w:sz w:val="20"/>
        </w:rPr>
        <w:t>1:13:47  to yahi cheez hai ke woh azmat jo chali gayi, us ko yaad dila kar ke aap unhein chahte hain, unhein revive karna.</w:t>
      </w:r>
      <w:r>
        <w:br/>
      </w:r>
      <w:r>
        <w:rPr>
          <w:sz w:val="20"/>
        </w:rPr>
        <w:t>1:13:57  to is se koi positive soch nahi aayegi. is se false pride aayega. wohi aa gaya musalmanon mein. is ke zimmedar wohi log hain jinhon ne is zamane mein musalmanon ko qadeem tareekh yaad dila kar ke unhein dobara ubharna chaha.</w:t>
      </w:r>
      <w:r>
        <w:br/>
      </w:r>
      <w:r>
        <w:rPr>
          <w:sz w:val="20"/>
        </w:rPr>
        <w:t>1:14:14  koi shayar ne kaha tha ke: "hudaira nawara talakh termiden chazooq naghma kamyabi hudaira teez tar mikhana cho mahmal na garan bini." yahi sab cheez hai jis ne musalmanon ko yeh halat kar rakhi hai.</w:t>
      </w:r>
      <w:r>
        <w:br/>
      </w:r>
      <w:r>
        <w:rPr>
          <w:sz w:val="20"/>
        </w:rPr>
        <w:t>1:14:29  yani jo musalman paranoic character ban gaye, is ki zimmedari khud un par nahi hai. un ke rehnumaon par hai. jinhon ne mamle ko samjhe baghair ek galat rehnumai deen unhein.</w:t>
      </w:r>
      <w:r>
        <w:br/>
      </w:r>
      <w:r>
        <w:rPr>
          <w:sz w:val="20"/>
        </w:rPr>
        <w:t>1:14:46  okay, we will end this session now</w:t>
      </w:r>
      <w:r>
        <w:br/>
      </w:r>
      <w:r>
        <w:rPr>
          <w:sz w:val="20"/>
        </w:rPr>
        <w:t>1:14:48  . thank you.</w:t>
      </w:r>
    </w:p>
    <w:p>
      <w:pPr>
        <w:pStyle w:val="Heading2"/>
      </w:pPr>
      <w:r>
        <w:t>Surgeon's honesty vs. patient loss</w:t>
      </w:r>
    </w:p>
    <w:p>
      <w:r>
        <w:rPr>
          <w:color w:val="666666"/>
          <w:sz w:val="18"/>
        </w:rPr>
        <w:t>Man and Paradise August 18, 2013 · 5m 51s · at 53:37 · https://youtu.be/v7eX25YAjDU?t=3217</w:t>
      </w:r>
    </w:p>
    <w:p>
      <w:r>
        <w:rPr>
          <w:i/>
        </w:rPr>
        <w:t>“I am a surgeon and I don't lie to insurance companies about the patient illness because I believe as a Muslim I should not lie to anyone. As a result, some patients leave me and find someone else who can lie and operate them. How far is my approach correct?”</w:t>
      </w:r>
    </w:p>
    <w:p>
      <w:r>
        <w:rPr>
          <w:sz w:val="20"/>
        </w:rPr>
        <w:t>53:37  maulana, agla sawal hai dilli se doctor tahir mustafa sahib ka. unhon ne likha hai: "maulana sahib, I am a surgeon and I don't lie to insurance companies about the patient illness because I believe as a Muslim I should not lie to anyone.</w:t>
      </w:r>
      <w:r>
        <w:br/>
      </w:r>
      <w:r>
        <w:rPr>
          <w:sz w:val="20"/>
        </w:rPr>
        <w:t>53:56  As a result, some patients leave me and find someone else who can lie and operate them.</w:t>
      </w:r>
      <w:r>
        <w:br/>
      </w:r>
      <w:r>
        <w:rPr>
          <w:sz w:val="20"/>
        </w:rPr>
        <w:t>54:04  " Maulana sahib, how far is my approach correct? dekhen, jhoot ke bare mein jo fuqaha ka nazariya hai, woh yeh hai: main usooli baat karta hoon, is ko aap apply kar lijiye ke agar aap ko apna jaiz haq lene ke liye jhoot bolna pade to woh woh haq, woh jhoot bol sakte hain aap.</w:t>
      </w:r>
      <w:r>
        <w:br/>
      </w:r>
      <w:r>
        <w:rPr>
          <w:sz w:val="20"/>
        </w:rPr>
        <w:t>54:26  yani waqeatan aap ka haq hai lekin woh de nahi rahe, aur kuch aap ko jhoot bolna pade tab woh mil jayega haq.</w:t>
      </w:r>
      <w:r>
        <w:br/>
      </w:r>
      <w:r>
        <w:rPr>
          <w:sz w:val="20"/>
        </w:rPr>
        <w:t>54:35  to apne waqai haq ko lene ke liye jhoot bolna fuqaha ke nazdeek jaiz hai, lekin apne waqai haq ke ilawa agar kuch aap lena chahte hain jhoot bol kar to woh jaiz nahi hai.</w:t>
      </w:r>
      <w:r>
        <w:br/>
      </w:r>
      <w:r>
        <w:rPr>
          <w:sz w:val="20"/>
        </w:rPr>
        <w:t>54:48  ab is mein aap samajh lijiye ke woh aap kitna apply hota hai, kitna apply nahi hota, yeh usool hai. Maulana, agla sa</w:t>
      </w:r>
      <w:r>
        <w:br/>
      </w:r>
      <w:r>
        <w:rPr>
          <w:sz w:val="20"/>
        </w:rPr>
        <w:t>54:55  wal lete hain. is mein ek comment bhi hai, aur yeh sawal aur comment aaya hai dilli se kanhaiya lal sharma ji ka.</w:t>
      </w:r>
      <w:r>
        <w:br/>
      </w:r>
      <w:r>
        <w:rPr>
          <w:sz w:val="20"/>
        </w:rPr>
        <w:t>55:03  unhon ne likha hai: "I read your article on occasion of recent eid. I wish you a happy and long life.</w:t>
      </w:r>
      <w:r>
        <w:br/>
      </w:r>
      <w:r>
        <w:rPr>
          <w:sz w:val="20"/>
        </w:rPr>
        <w:t>55:13  You are a unique Islamic living author. You are an honorable and widely revered person on this globe. I want to ask you a question.</w:t>
      </w:r>
      <w:r>
        <w:br/>
      </w:r>
      <w:r>
        <w:rPr>
          <w:sz w:val="20"/>
        </w:rPr>
        <w:t>55:24  My question is: what is the necessity of issuing fatwas? If anybody doesn't follow them, then what action will be taken against the person who refuses to yield to fatwas?</w:t>
      </w:r>
      <w:r>
        <w:br/>
      </w:r>
      <w:r>
        <w:rPr>
          <w:sz w:val="20"/>
        </w:rPr>
        <w:t>55:39  Are fatwas above the law of the land? In case there is a conflict between the law of the land and fatwas, what should prevail and why?"</w:t>
      </w:r>
      <w:r>
        <w:br/>
      </w:r>
      <w:r>
        <w:rPr>
          <w:sz w:val="20"/>
        </w:rPr>
        <w:t>55:51  dekhen, yeh sab jo aaj kal fatwa issue kiya jata hai, yeh sab Islam ke khilaf hai. is ka Islam se koi talluq nahi. fatwa issue karna yeh Islam mein hai hi nahi.</w:t>
      </w:r>
      <w:r>
        <w:br/>
      </w:r>
      <w:r>
        <w:rPr>
          <w:sz w:val="20"/>
        </w:rPr>
        <w:t>56:01  main aap ko batata hoon ke fatwa ka matlab kya hai. fatwa ka literal meaning hai opinion, rai.</w:t>
      </w:r>
      <w:r>
        <w:br/>
      </w:r>
      <w:r>
        <w:rPr>
          <w:sz w:val="20"/>
        </w:rPr>
        <w:t>56:12  rai, rai kis ko di jati hai?</w:t>
      </w:r>
      <w:r>
        <w:br/>
      </w:r>
      <w:r>
        <w:rPr>
          <w:sz w:val="20"/>
        </w:rPr>
        <w:t>56:16  ek shakhs jo aap se rai pooche. to fatwa ka matlab sirf itna hai ke ek shakhs mufti ke paas jata hai, apna zaati masla bayan karta hai.</w:t>
      </w:r>
      <w:r>
        <w:br/>
      </w:r>
      <w:r>
        <w:rPr>
          <w:sz w:val="20"/>
        </w:rPr>
        <w:t>56:26  to mufti batayega apni rai ke mere mere nazdeek is mamle mein sahi rai yeh hai. to fatwa means opinion, aur opinion us ko di jati hai jo aap se opinion pochi jaye.</w:t>
      </w:r>
      <w:r>
        <w:br/>
      </w:r>
      <w:r>
        <w:rPr>
          <w:sz w:val="20"/>
        </w:rPr>
        <w:t>56:41  lekin yeh fatwa issue karna yeh bilashuba Islam mein nahi hai.</w:t>
      </w:r>
      <w:r>
        <w:br/>
      </w:r>
      <w:r>
        <w:rPr>
          <w:sz w:val="20"/>
        </w:rPr>
        <w:t>56:45  yeh misal deta hoon main aap ko. jaise sania mirza jo hai. to is ka jo address hota hai, is ke khilaf ek fatwa shaya hua ke is ka address un Islamic hai.</w:t>
      </w:r>
      <w:r>
        <w:br/>
      </w:r>
      <w:r>
        <w:rPr>
          <w:sz w:val="20"/>
        </w:rPr>
        <w:t>56:58  is ko apna address badalna chahiye. to is ko jab bataya gaya to use ridicule kiya ke mufti ke haq mein mere bare mein fatwa dene ka.</w:t>
      </w:r>
      <w:r>
        <w:br/>
      </w:r>
      <w:r>
        <w:rPr>
          <w:sz w:val="20"/>
        </w:rPr>
        <w:t>57:08  to use sahi ridicule kiya.</w:t>
      </w:r>
      <w:r>
        <w:br/>
      </w:r>
      <w:r>
        <w:rPr>
          <w:sz w:val="20"/>
        </w:rPr>
        <w:t>57:10  yeh fatwa bilashuba galat tha. kyunke sania mirza ne poocha nahi tha is mufti se ke mera address Islami hai ke nahi hai.</w:t>
      </w:r>
      <w:r>
        <w:br/>
      </w:r>
      <w:r>
        <w:rPr>
          <w:sz w:val="20"/>
        </w:rPr>
        <w:t>57:19  to mufti ko fatwa dene ka haq bhi nahi hai. dekhen, aap achhe se samajh lijiye ke is maamle mein, yaani jis tarah se adalat ka maamla hai, adalat, adalat government nahi hai.</w:t>
      </w:r>
      <w:r>
        <w:br/>
      </w:r>
      <w:r>
        <w:rPr>
          <w:sz w:val="20"/>
        </w:rPr>
        <w:t>57:35  khud se adalat koi farman jaari nahi kar sakti.</w:t>
      </w:r>
      <w:r>
        <w:br/>
      </w:r>
      <w:r>
        <w:rPr>
          <w:sz w:val="20"/>
        </w:rPr>
        <w:t>57:38  adalat mein jab koi shakhs jaata hai ek case lekar ke, adalat ko refer karta hai ke tab adalat jo hai ek faisla deti hai.</w:t>
      </w:r>
      <w:r>
        <w:br/>
      </w:r>
      <w:r>
        <w:rPr>
          <w:sz w:val="20"/>
        </w:rPr>
        <w:t>57:50  baghair marrafe ke, baghair refer kiye hue adalat kabhi farman nahi jaari kare gi</w:t>
      </w:r>
      <w:r>
        <w:br/>
      </w:r>
      <w:r>
        <w:rPr>
          <w:sz w:val="20"/>
        </w:rPr>
        <w:t>57:56  ye. ye maamla fatwa mufti ka hai. fatwa mufti ko ye haq nahi ke fatwa issue kare ke falan aadmi ka address galat hai aur falan imam ki imamat najayaz hai.</w:t>
      </w:r>
      <w:r>
        <w:br/>
      </w:r>
      <w:r>
        <w:rPr>
          <w:sz w:val="20"/>
        </w:rPr>
        <w:t>58:11  is ke liye fatwe bilashuba ghair islami hain. jo aadmi pooche, us ko aap fatwa de sakte hain. aap hakim nahi hain. aap adalat, aap hakim nahi hain.</w:t>
      </w:r>
      <w:r>
        <w:br/>
      </w:r>
      <w:r>
        <w:rPr>
          <w:sz w:val="20"/>
        </w:rPr>
        <w:t>58:21  aap, aap, aap ko haq nahi hai fatwa issue karne ka.</w:t>
      </w:r>
      <w:r>
        <w:br/>
      </w:r>
      <w:r>
        <w:rPr>
          <w:sz w:val="20"/>
        </w:rPr>
        <w:t>58:25  doosri baat ye hai ke ye mufti log ye bhi nahi jaante ke India mein misaal ke taur par ek law of land hai. wo in maamlon mein bhi fatwa dene lagte hain jis ka taluq law of land se hota hai.</w:t>
      </w:r>
      <w:r>
        <w:br/>
      </w:r>
      <w:r>
        <w:rPr>
          <w:sz w:val="20"/>
        </w:rPr>
        <w:t>58:36  ye to bilkul hi galat hai. bilkul galat hai. bilkul galat hai. jin cheezon ka taluq law of land se hai, yaani qawaneen mulki se, us ka taluq kuch bhi mufti se nahi hota.</w:t>
      </w:r>
      <w:r>
        <w:br/>
      </w:r>
      <w:r>
        <w:rPr>
          <w:sz w:val="20"/>
        </w:rPr>
        <w:t>58:49  mufti ko is pe fatwa hi nahi dena chahiye. agar koi jaata hai to us ko kahe ke jaao tum adalat</w:t>
      </w:r>
      <w:r>
        <w:br/>
      </w:r>
      <w:r>
        <w:rPr>
          <w:sz w:val="20"/>
        </w:rPr>
        <w:t>58:54  mein jaao. ye hamara domain nahi hai. to abhi jo maine ek mazmoon likha tha, fatwa activism, ek chhaapa hai mera ke Islam mein fatwa hai lekin fatwa activism nahi hai.</w:t>
      </w:r>
      <w:r>
        <w:br/>
      </w:r>
      <w:r>
        <w:rPr>
          <w:sz w:val="20"/>
        </w:rPr>
        <w:t>59:08  ye log fatwa activism chala rahe hain jo Islam mein hai hi nahi.</w:t>
      </w:r>
      <w:r>
        <w:br/>
      </w:r>
      <w:r>
        <w:rPr>
          <w:sz w:val="20"/>
        </w:rPr>
        <w:t>59:16  maujooda jo shakal hai fatwa baazi ki aur fatwa activism ki, wo bilashuba Islam se koi taluq is ka nahi hai.</w:t>
      </w:r>
    </w:p>
    <w:p>
      <w:pPr>
        <w:pStyle w:val="Heading2"/>
      </w:pPr>
      <w:r>
        <w:t>Sharing a dream about a Hindu boss</w:t>
      </w:r>
    </w:p>
    <w:p>
      <w:r>
        <w:rPr>
          <w:color w:val="666666"/>
          <w:sz w:val="18"/>
        </w:rPr>
        <w:t>Replanning | February 26, 2017 · 2m 32s · at 59:17 · https://youtu.be/E120hwMH9x8?t=3557</w:t>
      </w:r>
    </w:p>
    <w:p>
      <w:r>
        <w:rPr>
          <w:i/>
        </w:rPr>
        <w:t>“I want to share a dream with you which a friend of mine told me about. Her boss who is a Hindu had a dream he saw that...”</w:t>
      </w:r>
    </w:p>
    <w:p>
      <w:r>
        <w:rPr>
          <w:sz w:val="20"/>
        </w:rPr>
        <w:t>59:17  sahee baat hai bohat sahee kaha aap ne jazaak Allah Maulana agla sawal Miss Gulzeeba Ahmed ka hai</w:t>
      </w:r>
      <w:r>
        <w:br/>
      </w:r>
      <w:r>
        <w:rPr>
          <w:sz w:val="20"/>
        </w:rPr>
        <w:t>59:25  USA se unhon ne likha hai I want to share a dream with you which a</w:t>
      </w:r>
      <w:r>
        <w:br/>
      </w:r>
      <w:r>
        <w:rPr>
          <w:sz w:val="20"/>
        </w:rPr>
        <w:t>59:32  friend of mine told me about her boss who is a Hindu had a dream he saw that</w:t>
      </w:r>
      <w:r>
        <w:br/>
      </w:r>
      <w:r>
        <w:rPr>
          <w:sz w:val="20"/>
        </w:rPr>
        <w:t>59:40  world is ending everywhere is a disaster buildings are falling he is very thirsty and he reaches a</w:t>
      </w:r>
      <w:r>
        <w:br/>
      </w:r>
      <w:r>
        <w:rPr>
          <w:sz w:val="20"/>
        </w:rPr>
        <w:t>59:50  house belonging to a Muslim he asked for water but the Muslim refused to give him any water</w:t>
      </w:r>
      <w:r>
        <w:br/>
      </w:r>
      <w:r>
        <w:rPr>
          <w:sz w:val="20"/>
        </w:rPr>
        <w:t>1:00:00  he woke upright after that Maulana what is your interpretation of this dream</w:t>
      </w:r>
      <w:r>
        <w:br/>
      </w:r>
      <w:r>
        <w:rPr>
          <w:sz w:val="20"/>
        </w:rPr>
        <w:t>1:00:10  dekhiye yeh dream bilkul khula hua hai woh water nahi mang raha tha water to kahin bhi mil sakta tha road par woh keh raha tha ke khaliq ka kya message hai batao mujh ko creator ka kya paigham hai batao mujh ko yani woh Quran mang raha tha Quran ya</w:t>
      </w:r>
      <w:r>
        <w:br/>
      </w:r>
      <w:r>
        <w:rPr>
          <w:sz w:val="20"/>
        </w:rPr>
        <w:t>1:00:40  Allah ne Musalmanon ko warning di hai warning tum ko agar tumhare paas pani hai aur tum pyason</w:t>
      </w:r>
      <w:r>
        <w:br/>
      </w:r>
      <w:r>
        <w:rPr>
          <w:sz w:val="20"/>
        </w:rPr>
        <w:t>1:00:51  ko lutao to socho ke tumhara kya anjam hoga aakhirat mein main sochta hoon ke yeh yeh warning</w:t>
      </w:r>
      <w:r>
        <w:br/>
      </w:r>
      <w:r>
        <w:rPr>
          <w:sz w:val="20"/>
        </w:rPr>
        <w:t>1:01:01  hai Allah taala ki taraf se jo ek bande ki zuban se Allah ne hamein di hai hum sab ko</w:t>
      </w:r>
      <w:r>
        <w:br/>
      </w:r>
      <w:r>
        <w:rPr>
          <w:sz w:val="20"/>
        </w:rPr>
        <w:t>1:01:11  yeh karna hai ke Quran ke liye uth jao har zaban mein Quran ka tarjuma har mulk mein Quran ko phailana har qaum mein us ko aam karna is khwab ka matlab yahi hai yeh bohat hi hila dene wala khwab hai yeh woh pani mang raha tha Khuda kitab mang raha tha woh apni zaban mein ab</w:t>
      </w:r>
      <w:r>
        <w:br/>
      </w:r>
      <w:r>
        <w:rPr>
          <w:sz w:val="20"/>
        </w:rPr>
        <w:t>1:01:41  hamein yahi kaam karna hai is ke siwa doosre har kaam ko hamein secondary banana hai secondary Maulana</w:t>
      </w:r>
    </w:p>
    <w:p>
      <w:pPr>
        <w:pStyle w:val="Heading2"/>
      </w:pPr>
      <w:r>
        <w:t>Dealing with negative people and behavior</w:t>
      </w:r>
    </w:p>
    <w:p>
      <w:r>
        <w:rPr>
          <w:color w:val="666666"/>
          <w:sz w:val="18"/>
        </w:rPr>
        <w:t>God in the Age of Science January 08, 2017 · 1m 36s · at 53:40 · https://youtu.be/au1bRdQDZ0U?t=3220</w:t>
      </w:r>
    </w:p>
    <w:p>
      <w:r>
        <w:rPr>
          <w:i/>
        </w:rPr>
        <w:t>“We often get surrounded by negative people and sometimes we get derailed by their negative behavior. Kindly guide us how we can save our self under these circumstances.”</w:t>
      </w:r>
    </w:p>
    <w:p>
      <w:r>
        <w:rPr>
          <w:sz w:val="20"/>
        </w:rPr>
        <w:t>53:40  yani meaning less comparison hota hai kuch bhi nahi Maulana agla sawal Kashmir se kiya hai aamir mori</w:t>
      </w:r>
      <w:r>
        <w:br/>
      </w:r>
      <w:r>
        <w:rPr>
          <w:sz w:val="20"/>
        </w:rPr>
        <w:t>53:47  sahib ne unhon ne likha hai ofen we get surrounded by negative people and sometimes we get</w:t>
      </w:r>
      <w:r>
        <w:br/>
      </w:r>
      <w:r>
        <w:rPr>
          <w:sz w:val="20"/>
        </w:rPr>
        <w:t>53:55  derailed by seeing their negative behavior kindly guide us how we can save our self under those circumstances</w:t>
      </w:r>
      <w:r>
        <w:br/>
      </w:r>
      <w:r>
        <w:rPr>
          <w:sz w:val="20"/>
        </w:rPr>
        <w:t>54:02  sab se aasan tareeqa bohat hi aasan hai aap yeh sochen ke Allah taala ka talba ehsan hai</w:t>
      </w:r>
      <w:r>
        <w:br/>
      </w:r>
      <w:r>
        <w:rPr>
          <w:sz w:val="20"/>
        </w:rPr>
        <w:t>54:09  ke main is se bach gaya agar aap positive hain aur doosri taraf log bheer hai negative logon</w:t>
      </w:r>
      <w:r>
        <w:br/>
      </w:r>
      <w:r>
        <w:rPr>
          <w:sz w:val="20"/>
        </w:rPr>
        <w:t>54:17  ki to yeh to bohat mashhoor ka item hai ke Allah ne mujhe negative hone se bacha liya</w:t>
      </w:r>
      <w:r>
        <w:br/>
      </w:r>
      <w:r>
        <w:rPr>
          <w:sz w:val="20"/>
        </w:rPr>
        <w:t>54:24  to jahan shukr ka mauqa hai wahan aap nashukri kar rahe hain main to kisi bhi cheez ko</w:t>
      </w:r>
      <w:r>
        <w:br/>
      </w:r>
      <w:r>
        <w:rPr>
          <w:sz w:val="20"/>
        </w:rPr>
        <w:t>54:32  dekhta hoon ek kaate ko dekhta hoon to shor karta hoon ke mujhe mujhe bhi khuda kaata bana</w:t>
      </w:r>
      <w:r>
        <w:br/>
      </w:r>
      <w:r>
        <w:rPr>
          <w:sz w:val="20"/>
        </w:rPr>
        <w:t>54:39  sakta tha mujhe kaata nahi banaya mujhe machhar bana sakta tha har lamha shukr ka lamha hai ke</w:t>
      </w:r>
      <w:r>
        <w:br/>
      </w:r>
      <w:r>
        <w:rPr>
          <w:sz w:val="20"/>
        </w:rPr>
        <w:t>54:47  Allah ne mujhe insan banaya positive thinker banaya to shukr ke item itne zyada hain itne zyada hain</w:t>
      </w:r>
      <w:r>
        <w:br/>
      </w:r>
      <w:r>
        <w:rPr>
          <w:sz w:val="20"/>
        </w:rPr>
        <w:t>54:54  itne zyada hain ke agar aadmi soche to shukr hi shukr mein woh gharaq rahega nashukri is</w:t>
      </w:r>
      <w:r>
        <w:br/>
      </w:r>
      <w:r>
        <w:rPr>
          <w:sz w:val="20"/>
        </w:rPr>
        <w:t>55:02  کے دل میں آئے گی نہیں negative thinking آئے گی نہیں ٹوٹل سینس میں وہ positive thinker بن</w:t>
      </w:r>
      <w:r>
        <w:br/>
      </w:r>
      <w:r>
        <w:rPr>
          <w:sz w:val="20"/>
        </w:rPr>
        <w:t>55:09  جائے گا یہ سب سوچ کا معاملہ ہے لوگوں کو سوچ کو develop کیجئے right thinking کو develop</w:t>
      </w:r>
    </w:p>
    <w:p>
      <w:pPr>
        <w:pStyle w:val="Heading2"/>
      </w:pPr>
      <w:r>
        <w:t>Admitting Mistakes Before the Opposite Party</w:t>
      </w:r>
    </w:p>
    <w:p>
      <w:r>
        <w:rPr>
          <w:color w:val="666666"/>
          <w:sz w:val="18"/>
        </w:rPr>
        <w:t>Dars-e-Quran, Chapter 2, Verse 37 | January  07, 2018 · 1m 54s · at 52:33 · https://youtu.be/ao6Cr57KuEM?t=3153</w:t>
      </w:r>
    </w:p>
    <w:p>
      <w:r>
        <w:rPr>
          <w:i/>
        </w:rPr>
        <w:t>“Moulana, many people feel that admitting one mistake would make them smaller in front of the opposite party. This may make the opposite party misuse the situation to his or her advantage.”</w:t>
      </w:r>
    </w:p>
    <w:p>
      <w:r>
        <w:rPr>
          <w:sz w:val="20"/>
        </w:rPr>
        <w:t>52:33  maulana, agla sawal bheja hai tahir saeed sahib ne lucknow se, unhon ne likha hai: "maulana, many people</w:t>
      </w:r>
      <w:r>
        <w:br/>
      </w:r>
      <w:r>
        <w:rPr>
          <w:sz w:val="20"/>
        </w:rPr>
        <w:t>52:43  feel that admitting one's mistake would make them smaller in front of the opposite party. This may</w:t>
      </w:r>
      <w:r>
        <w:br/>
      </w:r>
      <w:r>
        <w:rPr>
          <w:sz w:val="20"/>
        </w:rPr>
        <w:t>52:53  make the opposite party misuse the situation to his or her advantage.</w:t>
      </w:r>
      <w:r>
        <w:br/>
      </w:r>
      <w:r>
        <w:rPr>
          <w:sz w:val="20"/>
        </w:rPr>
        <w:t>53:00  so is it not better that we say i was wrong in our heart and then do not</w:t>
      </w:r>
      <w:r>
        <w:br/>
      </w:r>
      <w:r>
        <w:rPr>
          <w:sz w:val="20"/>
        </w:rPr>
        <w:t>53:06  repeat the mistake ever? if we say i was wrong aloud, then the opposite party may exploit the</w:t>
      </w:r>
      <w:r>
        <w:br/>
      </w:r>
      <w:r>
        <w:rPr>
          <w:sz w:val="20"/>
        </w:rPr>
        <w:t>53:12  situation." nahi, bilkul yeh bilkul khali baat hai.</w:t>
      </w:r>
      <w:r>
        <w:br/>
      </w:r>
      <w:r>
        <w:rPr>
          <w:sz w:val="20"/>
        </w:rPr>
        <w:t>53:19  puri history mein aisa kabhi hua nahi.</w:t>
      </w:r>
      <w:r>
        <w:br/>
      </w:r>
      <w:r>
        <w:rPr>
          <w:sz w:val="20"/>
        </w:rPr>
        <w:t>53:25  dekhiye, yahan log apni woe ko jante hain, yeh woe ki language hai jo aap bol rahe hain,</w:t>
      </w:r>
      <w:r>
        <w:br/>
      </w:r>
      <w:r>
        <w:rPr>
          <w:sz w:val="20"/>
        </w:rPr>
        <w:t>53:31  aur law of nature ko nahi jante.</w:t>
      </w:r>
      <w:r>
        <w:br/>
      </w:r>
      <w:r>
        <w:rPr>
          <w:sz w:val="20"/>
        </w:rPr>
        <w:t>53:37  law of nature jo hai, us ke andar ek cheez hai jis ko kehte hain conscious.</w:t>
      </w:r>
      <w:r>
        <w:br/>
      </w:r>
      <w:r>
        <w:rPr>
          <w:sz w:val="20"/>
        </w:rPr>
        <w:t>53:43  insan ka personality ka ek bohat hi important part hai conscious.</w:t>
      </w:r>
      <w:r>
        <w:br/>
      </w:r>
      <w:r>
        <w:rPr>
          <w:sz w:val="20"/>
        </w:rPr>
        <w:t>53:49  تو جیسے ہی فریق دوسری پارٹی یہ کہہ دے: "I was wrong</w:t>
      </w:r>
      <w:r>
        <w:br/>
      </w:r>
      <w:r>
        <w:rPr>
          <w:sz w:val="20"/>
        </w:rPr>
        <w:t>53:55  ", to conscious ko moqa mil jata hai kaam karne ka.</w:t>
      </w:r>
      <w:r>
        <w:br/>
      </w:r>
      <w:r>
        <w:rPr>
          <w:sz w:val="20"/>
        </w:rPr>
        <w:t>54:01  yani conscious jaag parta hai, aur jab conscious jaag pare to us ke baad submission ata hai, modesty</w:t>
      </w:r>
      <w:r>
        <w:br/>
      </w:r>
      <w:r>
        <w:rPr>
          <w:sz w:val="20"/>
        </w:rPr>
        <w:t>54:06  aati hai, acknowledge karna aata hai.</w:t>
      </w:r>
      <w:r>
        <w:br/>
      </w:r>
      <w:r>
        <w:rPr>
          <w:sz w:val="20"/>
        </w:rPr>
        <w:t>54:11  yeh to law of nature hai.</w:t>
      </w:r>
      <w:r>
        <w:br/>
      </w:r>
      <w:r>
        <w:rPr>
          <w:sz w:val="20"/>
        </w:rPr>
        <w:t>54:17  jo log nahi jante is ko, woh aisi baatein karte hain.</w:t>
      </w:r>
      <w:r>
        <w:br/>
      </w:r>
      <w:r>
        <w:rPr>
          <w:sz w:val="20"/>
        </w:rPr>
        <w:t>54:22  law of nature supreme hai, hamari will supreme nahi hai.</w:t>
      </w:r>
    </w:p>
    <w:p>
      <w:pPr>
        <w:pStyle w:val="Heading2"/>
      </w:pPr>
      <w:r>
        <w:t>Why men struggle to admit mistakes</w:t>
      </w:r>
    </w:p>
    <w:p>
      <w:r>
        <w:rPr>
          <w:color w:val="666666"/>
          <w:sz w:val="18"/>
        </w:rPr>
        <w:t>Lessons from My Journey to Agra October 27, 2013 · 2m 01s · at 52:39 · https://youtu.be/Gg2N0h4ETH8?t=3159</w:t>
      </w:r>
    </w:p>
    <w:p>
      <w:r>
        <w:rPr>
          <w:i/>
        </w:rPr>
        <w:t>“Why is it so difficult for a man to accept his mistake?”</w:t>
      </w:r>
    </w:p>
    <w:p>
      <w:r>
        <w:rPr>
          <w:sz w:val="20"/>
        </w:rPr>
        <w:t>52:39  maulana, agla sawal Shahnawaz saheb ka hai, Bangalore se. unhon ne aapse poocha hai ke "why is it so difficult for a man to accept his mistake?" is ke baare mein bataiye.</w:t>
      </w:r>
      <w:r>
        <w:br/>
      </w:r>
      <w:r>
        <w:rPr>
          <w:sz w:val="20"/>
        </w:rPr>
        <w:t>52:53  apni ghalti manna itna mushkil kyun?</w:t>
      </w:r>
      <w:r>
        <w:br/>
      </w:r>
      <w:r>
        <w:rPr>
          <w:sz w:val="20"/>
        </w:rPr>
        <w:t>53:05  main to samajhta hoon ke yeh shaitan ghalib rehta hai har ek ke upar, is liye aisa hota hai. aur yeh shaitan ya iblis ki sunnat hai, apni ghalti na manna.</w:t>
      </w:r>
      <w:r>
        <w:br/>
      </w:r>
      <w:r>
        <w:rPr>
          <w:sz w:val="20"/>
        </w:rPr>
        <w:t>53:20  yaani Adam ke aage jhukne ke liye hukum diya Allah taala ne. to ghalti iblis ki thi, lekin us ne naoozubillah Allah taala par blame daal diya.</w:t>
      </w:r>
      <w:r>
        <w:br/>
      </w:r>
      <w:r>
        <w:rPr>
          <w:sz w:val="20"/>
        </w:rPr>
        <w:t>53:30  rab bima aghwatanii.</w:t>
      </w:r>
      <w:r>
        <w:br/>
      </w:r>
      <w:r>
        <w:rPr>
          <w:sz w:val="20"/>
        </w:rPr>
        <w:t>53:33  to yeh ablis ki sunnat hai, chounke ziyada tar log apni baagh jo hai, shaitan ke haath mein diye rehte hain, malaika ke haath mein nahi dete.</w:t>
      </w:r>
      <w:r>
        <w:br/>
      </w:r>
      <w:r>
        <w:rPr>
          <w:sz w:val="20"/>
        </w:rPr>
        <w:t>53:45  dekhen, dunya mein zindagi jo hai, ek tarah ki zindagi guzarenge to aap malaika aap ke saathi ban jayenge. doosre tarah se guzarenge to shaitan aap ke saathi ban jayenge.</w:t>
      </w:r>
      <w:r>
        <w:br/>
      </w:r>
      <w:r>
        <w:rPr>
          <w:sz w:val="20"/>
        </w:rPr>
        <w:t>53:57  log aam taur par shaitan ko apna saathi banaye rakhte hain. to shaitan yahi sikhayega ke ghalti na mano, apne aap ko shaitan ke asar se nikaliye aur malaika ki sohbat mein laiye.</w:t>
      </w:r>
      <w:r>
        <w:br/>
      </w:r>
      <w:r>
        <w:rPr>
          <w:sz w:val="20"/>
        </w:rPr>
        <w:t>54:10  apne aap ko to aap ka mizaj badal jayega, aap ki soch badal jayegi. aap ke liye mushkil nahi hoga ke aap keh saken ke "aye wadran", balkeh aap ko acha lagega.</w:t>
      </w:r>
      <w:r>
        <w:br/>
      </w:r>
      <w:r>
        <w:rPr>
          <w:sz w:val="20"/>
        </w:rPr>
        <w:t>54:20  yeh kehte hue aap ko khushi hogi ke "aye wadran".</w:t>
      </w:r>
      <w:r>
        <w:br/>
      </w:r>
      <w:r>
        <w:rPr>
          <w:sz w:val="20"/>
        </w:rPr>
        <w:t>54:24  jo log malaika ki sohbat mein zindagi guzar rahe hain, un ko khushi hoti hai kehte hue "aye wadran", lekin jo log shaitan ki sohbat mein zindagi guzar rahe hain, un ko yeh kehna mushkil hota hai ke "aye wadran", kyunke shaitan ka mizaj yahi hai, shaitan ka culture yahi hai.</w:t>
      </w:r>
    </w:p>
    <w:p>
      <w:pPr>
        <w:pStyle w:val="Heading2"/>
      </w:pPr>
      <w:r>
        <w:t>How to make amends and get forgiveness?</w:t>
      </w:r>
    </w:p>
    <w:p>
      <w:r>
        <w:rPr>
          <w:color w:val="666666"/>
          <w:sz w:val="18"/>
        </w:rPr>
        <w:t>Anger An Obstacle to wisdom 5 Jan 2020 - Maulana Wahiduddin Khan · 2m 44s · at 1:08:00 · https://youtu.be/q0VPtCsiYrI?t=4080</w:t>
      </w:r>
    </w:p>
    <w:p>
      <w:r>
        <w:rPr>
          <w:i/>
        </w:rPr>
        <w:t>“Today's talk was very beneficial for me. I want to ask you that if out of anger in the past I have taken a rash decision and hurt someone and damaged his reputation, then how can I make amends and get forgiveness from God? I really need your advice on this.”</w:t>
      </w:r>
    </w:p>
    <w:p>
      <w:r>
        <w:rPr>
          <w:sz w:val="20"/>
        </w:rPr>
        <w:t>1:08:00  ma sha Allah. Maulana, ek sawal aaya hai, yeh sawal aaya hai lucknow se firoz sahib ne kiya hai, unhon ne likha hai: "Molana sahib, today's talk was very beneficial for me.</w:t>
      </w:r>
      <w:r>
        <w:br/>
      </w:r>
      <w:r>
        <w:rPr>
          <w:sz w:val="20"/>
        </w:rPr>
        <w:t>1:08:18  I want to ask you that if out of anger in the past I have taken a rash decision and hurt someone and damaged his reputation, then how can I make amends and get forgiveness from God</w:t>
      </w:r>
      <w:r>
        <w:br/>
      </w:r>
      <w:r>
        <w:rPr>
          <w:sz w:val="20"/>
        </w:rPr>
        <w:t>1:08:34  ? I really need your advice on this." dekhiye, yeh to har ek ke sath pesh aata hai aur is ka hal bohat hi asan hai,</w:t>
      </w:r>
      <w:r>
        <w:br/>
      </w:r>
      <w:r>
        <w:rPr>
          <w:sz w:val="20"/>
        </w:rPr>
        <w:t>1:08:48  bohat hi asan hai. aur yeh maine jana hai ek sahabi</w:t>
      </w:r>
      <w:r>
        <w:br/>
      </w:r>
      <w:r>
        <w:rPr>
          <w:sz w:val="20"/>
        </w:rPr>
        <w:t>1:08:57  abu darda se, woh itna asan hai ke jis insan ke sath aap ne koi</w:t>
      </w:r>
      <w:r>
        <w:br/>
      </w:r>
      <w:r>
        <w:rPr>
          <w:sz w:val="20"/>
        </w:rPr>
        <w:t>1:09:08  burai kar di hai, bas us ke liye dua kar ban jaiye. jab aap ko ehsas ehsas ho ke aap ne galat kiya tha, bas sirf yeh kijiye ke us ke liye dua shuru kar dijiye.</w:t>
      </w:r>
      <w:r>
        <w:br/>
      </w:r>
      <w:r>
        <w:rPr>
          <w:sz w:val="20"/>
        </w:rPr>
        <w:t>1:09:26  bas itna hi kijiye, aap kuch kar lijiye, kuch elan karne ki zaroorat nahi hai. is insan ke liye dua, aap dekhen ke achaanak ek naya inqalab aaye ga aap ke andar aur ek bilkul ek nai dunya wajood mein aa jaye gi.</w:t>
      </w:r>
      <w:r>
        <w:br/>
      </w:r>
      <w:r>
        <w:rPr>
          <w:sz w:val="20"/>
        </w:rPr>
        <w:t>1:09:47  bohat hi asan hai, log dua jante hain sirf yani mangna, dua jante hain sirf mangne ke liye.</w:t>
      </w:r>
      <w:r>
        <w:br/>
      </w:r>
      <w:r>
        <w:rPr>
          <w:sz w:val="20"/>
        </w:rPr>
        <w:t>1:09:58  lekin dua bhi ek ek giver item hai, giver dua ek azeem tareen qism ka giver item hai.</w:t>
      </w:r>
      <w:r>
        <w:br/>
      </w:r>
      <w:r>
        <w:rPr>
          <w:sz w:val="20"/>
        </w:rPr>
        <w:t>1:10:15  kisi insan ke liye aap jab dua karte hain to sare farishte amin karte hain, amin karte hain, amin karte hain. to dua ek bohat bara giver item hai,</w:t>
      </w:r>
      <w:r>
        <w:br/>
      </w:r>
      <w:r>
        <w:rPr>
          <w:sz w:val="20"/>
        </w:rPr>
        <w:t>1:10:28  aap nafe ban jate hain.</w:t>
      </w:r>
      <w:r>
        <w:br/>
      </w:r>
      <w:r>
        <w:rPr>
          <w:sz w:val="20"/>
        </w:rPr>
        <w:t>1:10:33  tajurba tajurba kar ke dekhiye, aap tajurba kar ke dekhiye.</w:t>
      </w:r>
    </w:p>
    <w:p>
      <w:pPr>
        <w:pStyle w:val="Heading2"/>
      </w:pPr>
      <w:r>
        <w:t>Dealing with negative thoughts</w:t>
      </w:r>
    </w:p>
    <w:p>
      <w:r>
        <w:rPr>
          <w:color w:val="666666"/>
          <w:sz w:val="18"/>
        </w:rPr>
        <w:t>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Regret over wasted half of life</w:t>
      </w:r>
    </w:p>
    <w:p>
      <w:r>
        <w:rPr>
          <w:color w:val="666666"/>
          <w:sz w:val="18"/>
        </w:rPr>
        <w:t>Modern Age June 9, 2019 Maulana Wahiduddin Khan · 4m 13s · at 40:21 · https://youtu.be/7mjCvAvHEdA?t=2421</w:t>
      </w:r>
    </w:p>
    <w:p>
      <w:r>
        <w:rPr>
          <w:i/>
        </w:rPr>
        <w:t>“I am forty-six years old now. Half of my life is spent without thinking seriously and the remaining half just routine life of listening to Islam as a ritual. The remaining life looks very short.”</w:t>
      </w:r>
    </w:p>
    <w:p>
      <w:r>
        <w:rPr>
          <w:sz w:val="20"/>
        </w:rPr>
        <w:t>40:21  Maulana, agla sawal Pakistan se kiya hai Abdul Rauf Butt sahib ne. Unhone likha hai, "Maulana, I am forty-six years old now.</w:t>
      </w:r>
      <w:r>
        <w:br/>
      </w:r>
      <w:r>
        <w:rPr>
          <w:sz w:val="20"/>
        </w:rPr>
        <w:t>40:31  Half of my life is spent without thinking seriously and the remaining half just routine life of listening to Islam as a ritual.</w:t>
      </w:r>
      <w:r>
        <w:br/>
      </w:r>
      <w:r>
        <w:rPr>
          <w:sz w:val="20"/>
        </w:rPr>
        <w:t>40:43  The remaining life looks very short</w:t>
      </w:r>
      <w:r>
        <w:br/>
      </w:r>
      <w:r>
        <w:rPr>
          <w:sz w:val="20"/>
        </w:rPr>
        <w:t>40:46  . My request, Maulana, is if you could advise us how to spend a life, the remaining one, so that we can get some place in paradise."</w:t>
      </w:r>
      <w:r>
        <w:br/>
      </w:r>
      <w:r>
        <w:rPr>
          <w:sz w:val="20"/>
        </w:rPr>
        <w:t>41:02  Dekhiye, paradise to ka talluq muddat se nahi hai ke aap so saal amal karen to paradise hai.</w:t>
      </w:r>
      <w:r>
        <w:br/>
      </w:r>
      <w:r>
        <w:rPr>
          <w:sz w:val="20"/>
        </w:rPr>
        <w:t>41:15  Nahi, ek din ka amal bhi aap ko paradise mein le ja sakta hai. Allah</w:t>
      </w:r>
      <w:r>
        <w:br/>
      </w:r>
      <w:r>
        <w:rPr>
          <w:sz w:val="20"/>
        </w:rPr>
        <w:t>41:29  ko aap ke amal ki, Allah aap ke amal ko quantitative term mein nahi dekhta, quality ki term mein dekhta hai.</w:t>
      </w:r>
      <w:r>
        <w:br/>
      </w:r>
      <w:r>
        <w:rPr>
          <w:sz w:val="20"/>
        </w:rPr>
        <w:t>41:41  Is baat ko achi tarah samajh lijiye ke Allah aap ke amal ko in terms of quantity nahi dekhta, woh in terms of quality dekhta hai.</w:t>
      </w:r>
      <w:r>
        <w:br/>
      </w:r>
      <w:r>
        <w:rPr>
          <w:sz w:val="20"/>
        </w:rPr>
        <w:t>41:53  To aap ke paas zindagi ka thoda sa waqt baqi hai, tab bhi aap in terms of quality kuch kar dikhaiye to Allah dor kar aap ke paas ayega aur jannat aap ko, farishte aap ko gifts ki tarah le ke khare ho jayenge aap ke paas.</w:t>
      </w:r>
      <w:r>
        <w:br/>
      </w:r>
      <w:r>
        <w:rPr>
          <w:sz w:val="20"/>
        </w:rPr>
        <w:t>42:14  It is quality that matters. Yaad rakhiye, Allah ke haan quality ki qeemat hai, quantity ki kuch bhi qeemat nahi hai, kuch bhi nahi hai.</w:t>
      </w:r>
      <w:r>
        <w:br/>
      </w:r>
      <w:r>
        <w:rPr>
          <w:sz w:val="20"/>
        </w:rPr>
        <w:t>42:27  To quality ek aisi cheez hai ke aap agar zindagi ka ek din aap mila hai, tab bhi aap is ko kar sakte hain. Maslan dekhiye, main ek waqia batata hoon aap ko ek shakhs ka.</w:t>
      </w:r>
      <w:r>
        <w:br/>
      </w:r>
      <w:r>
        <w:rPr>
          <w:sz w:val="20"/>
        </w:rPr>
        <w:t>42:46  Woh is ka case wahi tha jo aap ne bataya, wahi tha.</w:t>
      </w:r>
      <w:r>
        <w:br/>
      </w:r>
      <w:r>
        <w:rPr>
          <w:sz w:val="20"/>
        </w:rPr>
        <w:t>42:53  To jab umar zyada ho chuki thi to ek din is ne do rak'at namaz padhi aur phir dua karne laga.</w:t>
      </w:r>
      <w:r>
        <w:br/>
      </w:r>
      <w:r>
        <w:rPr>
          <w:sz w:val="20"/>
        </w:rPr>
        <w:t>43:04  Dua karne laga. Is ne kaha ke "Khuda ya, meri meri umar to khatm ho gayi lekin teri rehmat to khatm ho rahi nahi hai." Is ki zuban se nikla ke "Khuda ya,</w:t>
      </w:r>
      <w:r>
        <w:br/>
      </w:r>
      <w:r>
        <w:rPr>
          <w:sz w:val="20"/>
        </w:rPr>
        <w:t>43:20  meri umar to khatm ho gayi lekin teri rehmat to khatm ho rahi nahin."</w:t>
      </w:r>
      <w:r>
        <w:br/>
      </w:r>
      <w:r>
        <w:rPr>
          <w:sz w:val="20"/>
        </w:rPr>
        <w:t>43:28  yeh us us jumle ne ek mein nahin keh sakta ke kya hua akhirat mein, lekin mera guess</w:t>
      </w:r>
      <w:r>
        <w:br/>
      </w:r>
      <w:r>
        <w:rPr>
          <w:sz w:val="20"/>
        </w:rPr>
        <w:t>43:35  zaroori hai ke usne allah ko invoke kiya hoga uske in alfaz ne aur usko</w:t>
      </w:r>
      <w:r>
        <w:br/>
      </w:r>
      <w:r>
        <w:rPr>
          <w:sz w:val="20"/>
        </w:rPr>
        <w:t>43:44  wo sab kuch mil gaya hoga jo mazi mein usne kho diya tha.</w:t>
      </w:r>
      <w:r>
        <w:br/>
      </w:r>
      <w:r>
        <w:rPr>
          <w:sz w:val="20"/>
        </w:rPr>
        <w:t>43:51  Yeh mera guess hai.</w:t>
      </w:r>
      <w:r>
        <w:br/>
      </w:r>
      <w:r>
        <w:rPr>
          <w:sz w:val="20"/>
        </w:rPr>
        <w:t>43:56  Kaisa ajeeb is ki zuban se nikla tha yeh lafz ke "Khuda ya, meri umar to khatm ho gayi lekin teri rehmat to khatm ho rahi nahi hai."</w:t>
      </w:r>
      <w:r>
        <w:br/>
      </w:r>
      <w:r>
        <w:rPr>
          <w:sz w:val="20"/>
        </w:rPr>
        <w:t>44:11  To aap yeh is is is cheez ko le kar sochiye, woh jo aap ki soch hai woh sahi nahi hai. Is haqeeqat ko le kar sochiye to inshallah ek din bhi agar mil jaye zindagi mein aap ko to wahi kafi ho sakta hai aap ke jannat ke liye.</w:t>
      </w:r>
    </w:p>
    <w:p>
      <w:pPr>
        <w:pStyle w:val="Heading2"/>
      </w:pPr>
      <w:r>
        <w:t>Dealing with doubts from atheist books</w:t>
      </w:r>
    </w:p>
    <w:p>
      <w:r>
        <w:rPr>
          <w:color w:val="666666"/>
          <w:sz w:val="18"/>
        </w:rPr>
        <w:t>The Straight Path October 30, 2011 Maulana Wahiduddin Khan · 2m 46s · at 1:48:33 · https://youtu.be/PKFHe82Jz58?t=6513</w:t>
      </w:r>
    </w:p>
    <w:p>
      <w:r>
        <w:rPr>
          <w:i/>
        </w:rPr>
        <w:t>“Whenever I read books like 'The God Delusion', I feel my faith leaving my heart. I feel frustrated. How can I tackle this problem? I need to maintain a balance between my religion and my research work.”</w:t>
      </w:r>
    </w:p>
    <w:p>
      <w:r>
        <w:rPr>
          <w:sz w:val="20"/>
        </w:rPr>
        <w:t>1:48:33  main isko be be asal samajhta hoon. Maulana, agla sawal phir se Kashmir se aya hai. Mr Riaz Bhat ne likha hai.</w:t>
      </w:r>
      <w:r>
        <w:br/>
      </w:r>
      <w:r>
        <w:rPr>
          <w:sz w:val="20"/>
        </w:rPr>
        <w:t>1:48:42  unhone poocha hai ke "whenever I read some books like God Delusion, I feel my iman coming out of my heart.</w:t>
      </w:r>
      <w:r>
        <w:br/>
      </w:r>
      <w:r>
        <w:rPr>
          <w:sz w:val="20"/>
        </w:rPr>
        <w:t>1:48:51  i feel frustrated. how can i tackle this problem? i have to maintain a balance between my religion and my research work.</w:t>
      </w:r>
      <w:r>
        <w:br/>
      </w:r>
      <w:r>
        <w:rPr>
          <w:sz w:val="20"/>
        </w:rPr>
        <w:t>1:49:02  my studies are my priorities right now.</w:t>
      </w:r>
      <w:r>
        <w:br/>
      </w:r>
      <w:r>
        <w:rPr>
          <w:sz w:val="20"/>
        </w:rPr>
        <w:t>1:49:05  shall i stop reading such books till i have enough time to devote fully for the understanding of the religion?" kindly guide God Delusion mere paas bhi hai.</w:t>
      </w:r>
      <w:r>
        <w:br/>
      </w:r>
      <w:r>
        <w:rPr>
          <w:sz w:val="20"/>
        </w:rPr>
        <w:t>1:49:15  main ne nahi parha isko. woh to apne aap mein delusion hai. woh woh kitab kuch bhi nahi hai, iske andar hai. aap kaise is se mutasir ho gaye? mislan iske andar ek bohat bari ghalati yeh hai ke Musalmanon ke practice ko le kar ke unhone Islam ko yani ghalat sabit kiya hai.</w:t>
      </w:r>
      <w:r>
        <w:br/>
      </w:r>
      <w:r>
        <w:rPr>
          <w:sz w:val="20"/>
        </w:rPr>
        <w:t>1:49:35  misal ke taur par is mein hai thought crime ke Musalman jo hain, woh marte hain aise aadmi ko jo un se mazhabi ikhtilaf kare.</w:t>
      </w:r>
      <w:r>
        <w:br/>
      </w:r>
      <w:r>
        <w:rPr>
          <w:sz w:val="20"/>
        </w:rPr>
        <w:t>1:49:45  to yeh kahan Islam mein? kahan yeh? yeh Musalmanon ka amal hai. iska aap ne Islam ko ghalat samajh liya. aisi Muslim practice se aap Islam ki ideology ko aap ne condemn kiya.</w:t>
      </w:r>
      <w:r>
        <w:br/>
      </w:r>
      <w:r>
        <w:rPr>
          <w:sz w:val="20"/>
        </w:rPr>
        <w:t>1:49:58  yeh koi kitab hai? yeh to confusion hai. yani confusion ka bundle hai. woh</w:t>
      </w:r>
      <w:r>
        <w:br/>
      </w:r>
      <w:r>
        <w:rPr>
          <w:sz w:val="20"/>
        </w:rPr>
        <w:t>1:50:06  is kitab ko parh ke kaise mutasir ho gaye? aap yeh illogical hai ke aap Muslim community ke practice ko le kar ke Islam ki ideology ko condemn karein.</w:t>
      </w:r>
      <w:r>
        <w:br/>
      </w:r>
      <w:r>
        <w:rPr>
          <w:sz w:val="20"/>
        </w:rPr>
        <w:t>1:50:19  Islam ka ideology alag cheez hai aur woh basic cheez hai. yeh samjhein woh sirf musannif ke Islam yani Islam alag hai, Musalman alag hai.</w:t>
      </w:r>
      <w:r>
        <w:br/>
      </w:r>
      <w:r>
        <w:rPr>
          <w:sz w:val="20"/>
        </w:rPr>
        <w:t>1:50:28  you have to differentiate between Islam and Muslims.</w:t>
      </w:r>
      <w:r>
        <w:br/>
      </w:r>
      <w:r>
        <w:rPr>
          <w:sz w:val="20"/>
        </w:rPr>
        <w:t>1:50:33  you have to judge Muslims in the light of Islamic teachings, not vice versa. is tarah ki jitni kitabein hain, sab mein yeh confusion hai ke ab Musalman samajhte hain ke jo Musalman kar rahe hain, isi ka naam Islam hai.</w:t>
      </w:r>
      <w:r>
        <w:br/>
      </w:r>
      <w:r>
        <w:rPr>
          <w:sz w:val="20"/>
        </w:rPr>
        <w:t>1:50:46  lekin Islam ka ek authentic text hai. Islam ka ek authentic text hai. woh masnad matan woh hai ke is ko dekh kar aap Islam ko rah banayein.</w:t>
      </w:r>
      <w:r>
        <w:br/>
      </w:r>
      <w:r>
        <w:rPr>
          <w:sz w:val="20"/>
        </w:rPr>
        <w:t>1:50:58  Musalman to har qism ke in mein Musalman, jis tarah ke main ne kaha, jis tarah dunya mein azadi Allah ne di hai, istiqlaal logon ko, mazhabi logon ko bhi azadi hai, wohi misuse karayenge, wohi misuse karenge.</w:t>
      </w:r>
      <w:r>
        <w:br/>
      </w:r>
      <w:r>
        <w:rPr>
          <w:sz w:val="20"/>
        </w:rPr>
        <w:t>1:51:10  to misuse karne ke case ko le kar ke aap Islam par rai banate hain. bohat bari kitabein, moti si kitab hai, woh woh confusion ka bundle hai.</w:t>
      </w:r>
    </w:p>
    <w:p>
      <w:pPr>
        <w:pStyle w:val="Heading2"/>
      </w:pPr>
      <w:r>
        <w:t>Negative thoughts leading to wrong decisions</w:t>
      </w:r>
    </w:p>
    <w:p>
      <w:r>
        <w:rPr>
          <w:color w:val="666666"/>
          <w:sz w:val="18"/>
        </w:rPr>
        <w:t>Spirit of the Age November 06, 2016 · 1m 40s · at 45:47 · https://youtu.be/URWoioUiDO4?t=2747</w:t>
      </w:r>
    </w:p>
    <w:p>
      <w:r>
        <w:rPr>
          <w:i/>
        </w:rPr>
        <w:t>“I often get negative thoughts which I am not able to suppress and control, and as a result, I end up taking wrong decisions.”</w:t>
      </w:r>
    </w:p>
    <w:p>
      <w:r>
        <w:rPr>
          <w:sz w:val="20"/>
        </w:rPr>
        <w:t>45:47  maulana, agla sawal jamshedpur se bheja hai abdul sahib ne, aur unhone likha hai, maulana sahib,</w:t>
      </w:r>
      <w:r>
        <w:br/>
      </w:r>
      <w:r>
        <w:rPr>
          <w:sz w:val="20"/>
        </w:rPr>
        <w:t>45:55  I often get negative thoughts which I am not able to suppress or control, and as a result,</w:t>
      </w:r>
      <w:r>
        <w:br/>
      </w:r>
      <w:r>
        <w:rPr>
          <w:sz w:val="20"/>
        </w:rPr>
        <w:t>46:03  i am not taking wrong decisions.</w:t>
      </w:r>
      <w:r>
        <w:br/>
      </w:r>
      <w:r>
        <w:rPr>
          <w:sz w:val="20"/>
        </w:rPr>
        <w:t>46:05  My problem is that I know myself that I am getting wrong thoughts, but I am in</w:t>
      </w:r>
      <w:r>
        <w:br/>
      </w:r>
      <w:r>
        <w:rPr>
          <w:sz w:val="20"/>
        </w:rPr>
        <w:t>46:13  able to control myself.</w:t>
      </w:r>
      <w:r>
        <w:br/>
      </w:r>
      <w:r>
        <w:rPr>
          <w:sz w:val="20"/>
        </w:rPr>
        <w:t>46:15  For example, I am very short-tempered, I also become greedy at times, and sometimes I get</w:t>
      </w:r>
      <w:r>
        <w:br/>
      </w:r>
      <w:r>
        <w:rPr>
          <w:sz w:val="20"/>
        </w:rPr>
        <w:t>46:23  depressed.</w:t>
      </w:r>
      <w:r>
        <w:br/>
      </w:r>
      <w:r>
        <w:rPr>
          <w:sz w:val="20"/>
        </w:rPr>
        <w:t>46:24  I really want to change myself, and want to become a better person.</w:t>
      </w:r>
      <w:r>
        <w:br/>
      </w:r>
      <w:r>
        <w:rPr>
          <w:sz w:val="20"/>
        </w:rPr>
        <w:t>46:30  Can you please advise me a practical way, or what should I do, which will help me become</w:t>
      </w:r>
      <w:r>
        <w:br/>
      </w:r>
      <w:r>
        <w:rPr>
          <w:sz w:val="20"/>
        </w:rPr>
        <w:t>46:38  mentally stronger? Is there any dua? Maulana Sahab, please help me.</w:t>
      </w:r>
      <w:r>
        <w:br/>
      </w:r>
      <w:r>
        <w:rPr>
          <w:sz w:val="20"/>
        </w:rPr>
        <w:t>46:43  یہ دعا کا مسئلہ نہیں ہے، یہ اپنے mind کی ری انجینئرنگ کا مسئلہ ہے۔</w:t>
      </w:r>
      <w:r>
        <w:br/>
      </w:r>
      <w:r>
        <w:rPr>
          <w:sz w:val="20"/>
        </w:rPr>
        <w:t>46:49  آپ ہمارا منتھلی میگزین اردو میں پڑھیے، رسالہ English میں ہے، اسپیٹ صاحب، اس کو پڑھیے۔</w:t>
      </w:r>
      <w:r>
        <w:br/>
      </w:r>
      <w:r>
        <w:rPr>
          <w:sz w:val="20"/>
        </w:rPr>
        <w:t>46:56  ہماری کئی کتابیں ہیں، English میں ہیں، Model Vision، Simple Wisdom، اس کو پڑھیے۔</w:t>
      </w:r>
      <w:r>
        <w:br/>
      </w:r>
      <w:r>
        <w:rPr>
          <w:sz w:val="20"/>
        </w:rPr>
        <w:t>47:02  hamari chaar kitabein urdu mein hain, raaz hayat, taabeer hayat, rehnuma hayat, kitaab zindagi, aap padhiye.</w:t>
      </w:r>
      <w:r>
        <w:br/>
      </w:r>
      <w:r>
        <w:rPr>
          <w:sz w:val="20"/>
        </w:rPr>
        <w:t>47:09  aur mujhe yaqeen hai ke aap ka yeh mizaj khatm ho jayega.</w:t>
      </w:r>
      <w:r>
        <w:br/>
      </w:r>
      <w:r>
        <w:rPr>
          <w:sz w:val="20"/>
        </w:rPr>
        <w:t>47:14  phir koi har insaan insaan hai.</w:t>
      </w:r>
      <w:r>
        <w:br/>
      </w:r>
      <w:r>
        <w:rPr>
          <w:sz w:val="20"/>
        </w:rPr>
        <w:t>47:17  آپ، آپ کا جو wrong way of thinking ہے، وہ وہ ختم ہو جائے گا، بس سب ٹھیک</w:t>
      </w:r>
      <w:r>
        <w:br/>
      </w:r>
      <w:r>
        <w:rPr>
          <w:sz w:val="20"/>
        </w:rPr>
        <w:t>47:25  ho jayega.</w:t>
      </w:r>
      <w:r>
        <w:br/>
      </w:r>
      <w:r>
        <w:rPr>
          <w:sz w:val="20"/>
        </w:rPr>
        <w:t>47:26  aap hamari kitabein padhiye.</w:t>
      </w:r>
    </w:p>
    <w:p>
      <w:pPr>
        <w:pStyle w:val="Heading2"/>
      </w:pPr>
      <w:r>
        <w:t>Dealing with incompatible life partner</w:t>
      </w:r>
    </w:p>
    <w:p>
      <w:r>
        <w:rPr>
          <w:color w:val="666666"/>
          <w:sz w:val="18"/>
        </w:rPr>
        <w:t>Paradise as a Goal April 26, 2015 · 1m 31s · at 1:02:01 · https://youtu.be/hnHqhmSJZXA?t=3721</w:t>
      </w:r>
    </w:p>
    <w:p>
      <w:r>
        <w:rPr>
          <w:i/>
        </w:rPr>
        <w:t>“If a life partner is not compatible, does not support my spiritual food gain, and when I give relevant talk they give irrelevant talk, what should I do?”</w:t>
      </w:r>
    </w:p>
    <w:p>
      <w:r>
        <w:rPr>
          <w:sz w:val="20"/>
        </w:rPr>
        <w:t>1:02:01  maulana yeh agla sawal aya hai muhammad abrar sahib ka allahabad se</w:t>
      </w:r>
      <w:r>
        <w:br/>
      </w:r>
      <w:r>
        <w:rPr>
          <w:sz w:val="20"/>
        </w:rPr>
        <w:t>1:02:07  maulana agar life partner hum mizaj na ho aur hamare spiritual food ko gain karne mein hamara sath</w:t>
      </w:r>
      <w:r>
        <w:br/>
      </w:r>
      <w:r>
        <w:rPr>
          <w:sz w:val="20"/>
        </w:rPr>
        <w:t>1:02:15  na de aur jab hum relevant talk karein woh irrelevant talk kare to hamein kya karna chahiye kyunke</w:t>
      </w:r>
      <w:r>
        <w:br/>
      </w:r>
      <w:r>
        <w:rPr>
          <w:sz w:val="20"/>
        </w:rPr>
        <w:t>1:02:25  is ki waja se hamare mission mein disturbance hota hai</w:t>
      </w:r>
      <w:r>
        <w:br/>
      </w:r>
      <w:r>
        <w:rPr>
          <w:sz w:val="20"/>
        </w:rPr>
        <w:t>1:02:32  nahi dekhiye yeh baat sahi nahi hai</w:t>
      </w:r>
      <w:r>
        <w:br/>
      </w:r>
      <w:r>
        <w:rPr>
          <w:sz w:val="20"/>
        </w:rPr>
        <w:t>1:02:35  har aurat har mard</w:t>
      </w:r>
      <w:r>
        <w:br/>
      </w:r>
      <w:r>
        <w:rPr>
          <w:sz w:val="20"/>
        </w:rPr>
        <w:t>1:02:38  Allah ke paida ki hui hain aisa nahi kisi ko shaitan ne paida kiya hai kisi ko Khuda</w:t>
      </w:r>
      <w:r>
        <w:br/>
      </w:r>
      <w:r>
        <w:rPr>
          <w:sz w:val="20"/>
        </w:rPr>
        <w:t>1:02:42  ne paida kiya hai</w:t>
      </w:r>
      <w:r>
        <w:br/>
      </w:r>
      <w:r>
        <w:rPr>
          <w:sz w:val="20"/>
        </w:rPr>
        <w:t>1:02:45  to aap jis darje mein aap ka saathi aap ke aap se mawafqat kar raha hai us par</w:t>
      </w:r>
      <w:r>
        <w:br/>
      </w:r>
      <w:r>
        <w:rPr>
          <w:sz w:val="20"/>
        </w:rPr>
        <w:t>1:02:54  shukr kijiye agar kami hai to us ke liye koshish kijiye dua kijiye koshish kijiye</w:t>
      </w:r>
      <w:r>
        <w:br/>
      </w:r>
      <w:r>
        <w:rPr>
          <w:sz w:val="20"/>
        </w:rPr>
        <w:t>1:03:00  aisa nahi hai ke woh bas</w:t>
      </w:r>
      <w:r>
        <w:br/>
      </w:r>
      <w:r>
        <w:rPr>
          <w:sz w:val="20"/>
        </w:rPr>
        <w:t>1:03:03  woh saathi aap ka bigra hai bigra hi rahega aisa nahi apni kamiyon ko daryaft kijiye ho</w:t>
      </w:r>
      <w:r>
        <w:br/>
      </w:r>
      <w:r>
        <w:rPr>
          <w:sz w:val="20"/>
        </w:rPr>
        <w:t>1:03:09  sakta hai ke aap ki koi kami ho jise aap jhel dete hon ghussa hote hon sakhti se</w:t>
      </w:r>
      <w:r>
        <w:br/>
      </w:r>
      <w:r>
        <w:rPr>
          <w:sz w:val="20"/>
        </w:rPr>
        <w:t>1:03:14  baat karte hon to us woh reaction reaction aata hai is ke andar yeh bhi ho</w:t>
      </w:r>
      <w:r>
        <w:br/>
      </w:r>
      <w:r>
        <w:rPr>
          <w:sz w:val="20"/>
        </w:rPr>
        <w:t>1:03:18  sakta hai main is ko nahi manta ke koi aurat ya mard</w:t>
      </w:r>
      <w:r>
        <w:br/>
      </w:r>
      <w:r>
        <w:rPr>
          <w:sz w:val="20"/>
        </w:rPr>
        <w:t>1:03:24  paidaishi taur par bure hain</w:t>
      </w:r>
      <w:r>
        <w:br/>
      </w:r>
      <w:r>
        <w:rPr>
          <w:sz w:val="20"/>
        </w:rPr>
        <w:t>1:03:27  main is ko nahi manta</w:t>
      </w:r>
    </w:p>
    <w:p>
      <w:pPr>
        <w:pStyle w:val="Heading2"/>
      </w:pPr>
      <w:r>
        <w:t>Overcoming Sin Despite God's Awareness</w:t>
      </w:r>
    </w:p>
    <w:p>
      <w:r>
        <w:rPr>
          <w:color w:val="666666"/>
          <w:sz w:val="18"/>
        </w:rPr>
        <w:t>Material Science Vs Spiritual Science 20th May 12 SLOW · 1m 06s · at 1:40:25 · https://youtu.be/qYwFExG7cyM?t=6025</w:t>
      </w:r>
    </w:p>
    <w:p>
      <w:r>
        <w:rPr>
          <w:i/>
        </w:rPr>
        <w:t>“Maulana, when I commit a mistake, I am aware that I am doing wrong and that God is watching me, yet I still go ahead and commit the error. Please advise me on how to overcome this.”</w:t>
      </w:r>
    </w:p>
    <w:p>
      <w:r>
        <w:rPr>
          <w:sz w:val="20"/>
        </w:rPr>
        <w:t>1:40:25  maulana, agla sawal amar nagar se mr muhammad achhlaq sahab ka hai.</w:t>
      </w:r>
      <w:r>
        <w:br/>
      </w:r>
      <w:r>
        <w:rPr>
          <w:sz w:val="20"/>
        </w:rPr>
        <w:t>1:40:30  unhon ne likha hai: "maulana, ghalati karne ke waqt yeh baat zehan mein aa jaati hai ke main</w:t>
      </w:r>
      <w:r>
        <w:br/>
      </w:r>
      <w:r>
        <w:rPr>
          <w:sz w:val="20"/>
        </w:rPr>
        <w:t>1:40:37  ghalati kar raha hoon, aur Khuda meri ghalati ko dekh raha hai, aur ghalati phir bhi ho jaati</w:t>
      </w:r>
      <w:r>
        <w:br/>
      </w:r>
      <w:r>
        <w:rPr>
          <w:sz w:val="20"/>
        </w:rPr>
        <w:t>1:40:45  hai.</w:t>
      </w:r>
      <w:r>
        <w:br/>
      </w:r>
      <w:r>
        <w:rPr>
          <w:sz w:val="20"/>
        </w:rPr>
        <w:t>1:40:47  kya yeh dithaai aur sarkashi mein aayega, jabke baad mein ghalati par sharmindagi bhi hoti hai?" ab</w:t>
      </w:r>
      <w:r>
        <w:br/>
      </w:r>
      <w:r>
        <w:rPr>
          <w:sz w:val="20"/>
        </w:rPr>
        <w:t>1:40:54  yeh aadmi khud samajh sakta hai ke kya cheez chahiye ke chhedde nahin.</w:t>
      </w:r>
      <w:r>
        <w:br/>
      </w:r>
      <w:r>
        <w:rPr>
          <w:sz w:val="20"/>
        </w:rPr>
        <w:t>1:41:00  aap khud samjhiye ke ghalati kar ke aap ke andar sharmindagi aayi ke nahin aayi, yeh to andar</w:t>
      </w:r>
      <w:r>
        <w:br/>
      </w:r>
      <w:r>
        <w:rPr>
          <w:sz w:val="20"/>
        </w:rPr>
        <w:t>1:41:08  ki baat hai.</w:t>
      </w:r>
      <w:r>
        <w:br/>
      </w:r>
      <w:r>
        <w:rPr>
          <w:sz w:val="20"/>
        </w:rPr>
        <w:t>1:41:09  doosra aadmi keh jaane ga, sharmindagi mein yeh shamil hai ke aadmi ruka hai.</w:t>
      </w:r>
      <w:r>
        <w:br/>
      </w:r>
      <w:r>
        <w:rPr>
          <w:sz w:val="20"/>
        </w:rPr>
        <w:t>1:41:15  is se agar nahin ruka hai to sharmindagi kahan hai? woh to ghalati se ruka hai, ruka hai</w:t>
      </w:r>
      <w:r>
        <w:br/>
      </w:r>
      <w:r>
        <w:rPr>
          <w:sz w:val="20"/>
        </w:rPr>
        <w:t>1:41:23  aur tauba kare.</w:t>
      </w:r>
      <w:r>
        <w:br/>
      </w:r>
      <w:r>
        <w:rPr>
          <w:sz w:val="20"/>
        </w:rPr>
        <w:t>1:41:24  yeh aadmi khud samajh sakta hai, yeh doosra aadmi is par koi verdict nahin de sakta.</w:t>
      </w:r>
    </w:p>
    <w:p>
      <w:pPr>
        <w:pStyle w:val="Heading2"/>
      </w:pPr>
      <w:r>
        <w:t>Dealing with those who justify wrongdoing</w:t>
      </w:r>
    </w:p>
    <w:p>
      <w:r>
        <w:rPr>
          <w:color w:val="666666"/>
          <w:sz w:val="18"/>
        </w:rPr>
        <w:t>Anger An Obstacle to wisdom 5 Jan 2020 - Maulana Wahiduddin Khan · 2m 00s · at 59:00 · https://youtu.be/q0VPtCsiYrI?t=3540</w:t>
      </w:r>
    </w:p>
    <w:p>
      <w:r>
        <w:rPr>
          <w:i/>
        </w:rPr>
        <w:t>“Many times people who do wrong start justifying their wrong when we constantly show them a friendly attitude. How can we make them realize that what they are doing is wrong?”</w:t>
      </w:r>
    </w:p>
    <w:p>
      <w:r>
        <w:rPr>
          <w:sz w:val="20"/>
        </w:rPr>
        <w:t>59:00  Maulana, agla sawal lete hain. yeh sawal bheja hai</w:t>
      </w:r>
      <w:r>
        <w:br/>
      </w:r>
      <w:r>
        <w:rPr>
          <w:sz w:val="20"/>
        </w:rPr>
        <w:t>59:08  miss dania mustafa ne karachi, pakistan se, unhon ne likha hai: "Molana sahib, many a times it happens that people who do wrong start justifying their wrong when we constantly show them a friendly attitude.</w:t>
      </w:r>
      <w:r>
        <w:br/>
      </w:r>
      <w:r>
        <w:rPr>
          <w:sz w:val="20"/>
        </w:rPr>
        <w:t>59:25  Maulana sahib, how can we make them realize that what they are doing is</w:t>
      </w:r>
      <w:r>
        <w:br/>
      </w:r>
      <w:r>
        <w:rPr>
          <w:sz w:val="20"/>
        </w:rPr>
        <w:t>59:30  wrong?" dekhiye, aap ne bas misaal de di hai, is ki analysis nahi ki hai.</w:t>
      </w:r>
      <w:r>
        <w:br/>
      </w:r>
      <w:r>
        <w:rPr>
          <w:sz w:val="20"/>
        </w:rPr>
        <w:t>59:42  Mere tajurbe ke log</w:t>
      </w:r>
      <w:r>
        <w:br/>
      </w:r>
      <w:r>
        <w:rPr>
          <w:sz w:val="20"/>
        </w:rPr>
        <w:t>59:46  aise hi kisi falsehood ko le kar ke ek rai bana lete hain, us ko analysis nahi karte.</w:t>
      </w:r>
      <w:r>
        <w:br/>
      </w:r>
      <w:r>
        <w:rPr>
          <w:sz w:val="20"/>
        </w:rPr>
        <w:t>59:59  Main ne jab bhi analysis kiya, yaqeen kijiye, main ne paya ke bohat si baaten log jo maane hue the, woh woh falsehood thi, us ke siwa kuch nahi hai.</w:t>
      </w:r>
      <w:r>
        <w:br/>
      </w:r>
      <w:r>
        <w:rPr>
          <w:sz w:val="20"/>
        </w:rPr>
        <w:t>1:00:12  Aap tajurba kar ke dekhiye, agle sunday ko aap mujhe bataiye ke aap ne</w:t>
      </w:r>
      <w:r>
        <w:br/>
      </w:r>
      <w:r>
        <w:rPr>
          <w:sz w:val="20"/>
        </w:rPr>
        <w:t>1:00:20  analysis kiya aur yeh haqeeqat mili ya nahi mili, bataiye aap tajurba kar ke.</w:t>
      </w:r>
      <w:r>
        <w:br/>
      </w:r>
      <w:r>
        <w:rPr>
          <w:sz w:val="20"/>
        </w:rPr>
        <w:t>1:00:34  Muhammad ammar sahib ne dilli se comment bheja hai, unhon ne likha hai: "Molana, for me, you are the only scholar who derives the true wisdom from the Quran and the Sunnah.</w:t>
      </w:r>
      <w:r>
        <w:br/>
      </w:r>
      <w:r>
        <w:rPr>
          <w:sz w:val="20"/>
        </w:rPr>
        <w:t>1:00:47  Before meeting you, I used to ask Allah to teach me wisdom through Quran. And then Allah gifted me you, who's teaching me the true wisdom of the Quran.</w:t>
      </w:r>
    </w:p>
    <w:p>
      <w:pPr>
        <w:pStyle w:val="Heading2"/>
      </w:pPr>
      <w:r>
        <w:t>Meeting someone given Prophet of Peace</w:t>
      </w:r>
    </w:p>
    <w:p>
      <w:r>
        <w:rPr>
          <w:color w:val="666666"/>
          <w:sz w:val="18"/>
        </w:rPr>
        <w:t>Living In Falsehood I December 15, 2013 · 3m 34s · at 56:37 · https://youtu.be/yD-ZtvlrFDw?t=3397</w:t>
      </w:r>
    </w:p>
    <w:p>
      <w:r>
        <w:rPr>
          <w:i/>
        </w:rPr>
        <w:t>“During a tour, I met one person to whom I had given the Prophet of Peace a few years back. When I met him, he told me...”</w:t>
      </w:r>
    </w:p>
    <w:p>
      <w:r>
        <w:rPr>
          <w:sz w:val="20"/>
        </w:rPr>
        <w:t>56:37  ji, Maulana, agla sawal lete hain jo roorkee se hai.</w:t>
      </w:r>
      <w:r>
        <w:br/>
      </w:r>
      <w:r>
        <w:rPr>
          <w:sz w:val="20"/>
        </w:rPr>
        <w:t>56:41  ساجد انور صاحب نے کیا ہے، انہوں نے لکھا ہے: "During a tour, I met one person to</w:t>
      </w:r>
      <w:r>
        <w:br/>
      </w:r>
      <w:r>
        <w:rPr>
          <w:sz w:val="20"/>
        </w:rPr>
        <w:t>56:49  "whom I had given the Prophet of Peace a few years back." When I met him, he told me</w:t>
      </w:r>
      <w:r>
        <w:br/>
      </w:r>
      <w:r>
        <w:rPr>
          <w:sz w:val="20"/>
        </w:rPr>
        <w:t>56:56  that he had read the book and two more of his family members also read the book.</w:t>
      </w:r>
      <w:r>
        <w:br/>
      </w:r>
      <w:r>
        <w:rPr>
          <w:sz w:val="20"/>
        </w:rPr>
        <w:t>57:04  Deen he mentioned to me that if instead of the book, if the author himself had talked</w:t>
      </w:r>
      <w:r>
        <w:br/>
      </w:r>
      <w:r>
        <w:rPr>
          <w:sz w:val="20"/>
        </w:rPr>
        <w:t>57:11  to me on this topic, then I would have argued with him.</w:t>
      </w:r>
      <w:r>
        <w:br/>
      </w:r>
      <w:r>
        <w:rPr>
          <w:sz w:val="20"/>
        </w:rPr>
        <w:t>57:17  But while reading, I had no option but to read the book.</w:t>
      </w:r>
      <w:r>
        <w:br/>
      </w:r>
      <w:r>
        <w:rPr>
          <w:sz w:val="20"/>
        </w:rPr>
        <w:t>57:22  And this author was successful in communicating what he wanted to say.</w:t>
      </w:r>
      <w:r>
        <w:br/>
      </w:r>
      <w:r>
        <w:rPr>
          <w:sz w:val="20"/>
        </w:rPr>
        <w:t>57:27  From this incident, I could discover the role of spreading literature in our mission, as it has not</w:t>
      </w:r>
      <w:r>
        <w:br/>
      </w:r>
      <w:r>
        <w:rPr>
          <w:sz w:val="20"/>
        </w:rPr>
        <w:t>57:35  only the multiplying effect but also the power of successfully communicating the ideology.</w:t>
      </w:r>
      <w:r>
        <w:br/>
      </w:r>
      <w:r>
        <w:rPr>
          <w:sz w:val="20"/>
        </w:rPr>
        <w:t>57:41  Maulana, is my understanding correct? hmm, dekhiye baat sahi hai.</w:t>
      </w:r>
      <w:r>
        <w:br/>
      </w:r>
      <w:r>
        <w:rPr>
          <w:sz w:val="20"/>
        </w:rPr>
        <w:t>57:46  hota yeh hai ke agar aap kisi se baat karein aur uski jo soch hai, uske</w:t>
      </w:r>
      <w:r>
        <w:br/>
      </w:r>
      <w:r>
        <w:rPr>
          <w:sz w:val="20"/>
        </w:rPr>
        <w:t>57:53  against mein koi baat aap karein to foran ego crash ho jata hai.</w:t>
      </w:r>
      <w:r>
        <w:br/>
      </w:r>
      <w:r>
        <w:rPr>
          <w:sz w:val="20"/>
        </w:rPr>
        <w:t>57:59  wo defensive psychology aa jati hai uske andar, defensive psychology ke ek aadmi negative soch wala hai,</w:t>
      </w:r>
      <w:r>
        <w:br/>
      </w:r>
      <w:r>
        <w:rPr>
          <w:sz w:val="20"/>
        </w:rPr>
        <w:t>58:07  ladai bhadai mein involve hai, aap bolein uske khilaf to foran wo defensive ban jayega.</w:t>
      </w:r>
      <w:r>
        <w:br/>
      </w:r>
      <w:r>
        <w:rPr>
          <w:sz w:val="20"/>
        </w:rPr>
        <w:t>58:14  defensive psychology develop karegi aur phir ego crash ho jayega.</w:t>
      </w:r>
      <w:r>
        <w:br/>
      </w:r>
      <w:r>
        <w:rPr>
          <w:sz w:val="20"/>
        </w:rPr>
        <w:t>58:19  lekin jab aap usko kitaab dete hain, wo ja kar apne kamre mein padhta hai jahan wo</w:t>
      </w:r>
      <w:r>
        <w:br/>
      </w:r>
      <w:r>
        <w:rPr>
          <w:sz w:val="20"/>
        </w:rPr>
        <w:t>58:27  akela hai to wahan koi doosra nahi hota jis se uska koi ego crash ho.</w:t>
      </w:r>
      <w:r>
        <w:br/>
      </w:r>
      <w:r>
        <w:rPr>
          <w:sz w:val="20"/>
        </w:rPr>
        <w:t>58:34  to zyada behtar taur par kitaab ke ke andar jo likha hua hai, usko samajh pata hai.</w:t>
      </w:r>
      <w:r>
        <w:br/>
      </w:r>
      <w:r>
        <w:rPr>
          <w:sz w:val="20"/>
        </w:rPr>
        <w:t>58:41  to mein sochta hoon ke literature ko phailana yeh hai, yeh bahut hi basic kaam hai.</w:t>
      </w:r>
      <w:r>
        <w:br/>
      </w:r>
      <w:r>
        <w:rPr>
          <w:sz w:val="20"/>
        </w:rPr>
        <w:t>58:48  wo bhi ek kaam hai ke aap is cheez dein, aap logon se baat cheet karein, wo bhi</w:t>
      </w:r>
      <w:r>
        <w:br/>
      </w:r>
      <w:r>
        <w:rPr>
          <w:sz w:val="20"/>
        </w:rPr>
        <w:t>58:56  ek kaam hai.</w:t>
      </w:r>
      <w:r>
        <w:br/>
      </w:r>
      <w:r>
        <w:rPr>
          <w:sz w:val="20"/>
        </w:rPr>
        <w:t>58:58  bilashuba, woh bhi karna hi karna hai.</w:t>
      </w:r>
      <w:r>
        <w:br/>
      </w:r>
      <w:r>
        <w:rPr>
          <w:sz w:val="20"/>
        </w:rPr>
        <w:t>59:01  lekin main ek farq bata raha hoon ke koi tanqeed agar aap karein kisi aadmi se jab ke</w:t>
      </w:r>
      <w:r>
        <w:br/>
      </w:r>
      <w:r>
        <w:rPr>
          <w:sz w:val="20"/>
        </w:rPr>
        <w:t>59:08  woh is mein involve hai to foran woh defence ki taraf chala jayega, foran apna difaa karne</w:t>
      </w:r>
      <w:r>
        <w:br/>
      </w:r>
      <w:r>
        <w:rPr>
          <w:sz w:val="20"/>
        </w:rPr>
        <w:t>59:16  lagega woh.</w:t>
      </w:r>
      <w:r>
        <w:br/>
      </w:r>
      <w:r>
        <w:rPr>
          <w:sz w:val="20"/>
        </w:rPr>
        <w:t>59:17  lekin kitaab mein kya difaa karega? kitaab mein to saamne koi hai hi nahi jis se difaa</w:t>
      </w:r>
      <w:r>
        <w:br/>
      </w:r>
      <w:r>
        <w:rPr>
          <w:sz w:val="20"/>
        </w:rPr>
        <w:t>59:25  kare woh.</w:t>
      </w:r>
      <w:r>
        <w:br/>
      </w:r>
      <w:r>
        <w:rPr>
          <w:sz w:val="20"/>
        </w:rPr>
        <w:t>59:27  to quran ka distribution aur yeh jo literature jis ko main kehta hoon supporting literature, is ka distribution</w:t>
      </w:r>
      <w:r>
        <w:br/>
      </w:r>
      <w:r>
        <w:rPr>
          <w:sz w:val="20"/>
        </w:rPr>
        <w:t>59:34  bohat hi important hai, bohat zyada important hai.</w:t>
      </w:r>
      <w:r>
        <w:br/>
      </w:r>
      <w:r>
        <w:rPr>
          <w:sz w:val="20"/>
        </w:rPr>
        <w:t>59:38  is ko flood karne ki zaroorat hai.</w:t>
      </w:r>
      <w:r>
        <w:br/>
      </w:r>
      <w:r>
        <w:rPr>
          <w:sz w:val="20"/>
        </w:rPr>
        <w:t>59:41  jo maine pichli baar 28 november ko hyderabad mein ek call di thi, yaani operation flood, to</w:t>
      </w:r>
      <w:r>
        <w:br/>
      </w:r>
      <w:r>
        <w:rPr>
          <w:sz w:val="20"/>
        </w:rPr>
        <w:t>59:49  woh bohat soch samajh kar woh call di thi maine ke quran ko aur supporting literature ko</w:t>
      </w:r>
      <w:r>
        <w:br/>
      </w:r>
      <w:r>
        <w:rPr>
          <w:sz w:val="20"/>
        </w:rPr>
        <w:t>59:56  flood kar dijiye sari duniya mein, mukhtalif language mein tayyar kar ke sari duniya mein flood kar dijiye</w:t>
      </w:r>
      <w:r>
        <w:br/>
      </w:r>
      <w:r>
        <w:rPr>
          <w:sz w:val="20"/>
        </w:rPr>
        <w:t>1:00:04  quran ko aur supporting literature ko.</w:t>
      </w:r>
      <w:r>
        <w:br/>
      </w:r>
      <w:r>
        <w:rPr>
          <w:sz w:val="20"/>
        </w:rPr>
        <w:t>1:00:07  yeh bohat hi powerful tareeqa hai, yaani da'wah work ka.</w:t>
      </w:r>
    </w:p>
    <w:p>
      <w:pPr>
        <w:pStyle w:val="Heading2"/>
      </w:pPr>
      <w:r>
        <w:t>Finding one's negative points</w:t>
      </w:r>
    </w:p>
    <w:p>
      <w:r>
        <w:rPr>
          <w:color w:val="666666"/>
          <w:sz w:val="18"/>
        </w:rPr>
        <w:t>Quran for All Mankind June 3, 2012 · 1m 08s · at 1:17:26 · https://youtu.be/Gp-53Zjugcg?t=4646</w:t>
      </w:r>
    </w:p>
    <w:p>
      <w:r>
        <w:rPr>
          <w:i/>
        </w:rPr>
        <w:t>“How can we find our negative point?”</w:t>
      </w:r>
    </w:p>
    <w:p>
      <w:r>
        <w:rPr>
          <w:sz w:val="20"/>
        </w:rPr>
        <w:t>1:17:26  Maulana, agla sawal Dilli se hai, Miss Sati Mala</w:t>
      </w:r>
      <w:r>
        <w:br/>
      </w:r>
      <w:r>
        <w:rPr>
          <w:sz w:val="20"/>
        </w:rPr>
        <w:t>1:17:29  Vetra ka. unhon ne aap se poocha hai ke "how can we find our negative point?" is ke baray mein batayen.</w:t>
      </w:r>
      <w:r>
        <w:br/>
      </w:r>
      <w:r>
        <w:rPr>
          <w:sz w:val="20"/>
        </w:rPr>
        <w:t>1:17:42  dekhen, kabhi kabhi to negative point jo hai, clear hota hai, hum pakad lete hain. to kabhi us par sochna padta hai.</w:t>
      </w:r>
      <w:r>
        <w:br/>
      </w:r>
      <w:r>
        <w:rPr>
          <w:sz w:val="20"/>
        </w:rPr>
        <w:t>1:17:53  introspection jo kehte hain, muhasiba ke jo obvious na ho, to us ka janne ka tareeqa hai, wahi muhasiba, introspection.</w:t>
      </w:r>
      <w:r>
        <w:br/>
      </w:r>
      <w:r>
        <w:rPr>
          <w:sz w:val="20"/>
        </w:rPr>
        <w:t>1:18:06  to yeh agar aadmi sach much chahta ho ke mujhe pata ho jaye apni negative baaton ka, to namumkin hai ke use is ki negative baatein chupi rahen.</w:t>
      </w:r>
      <w:r>
        <w:br/>
      </w:r>
      <w:r>
        <w:rPr>
          <w:sz w:val="20"/>
        </w:rPr>
        <w:t>1:18:17  woh zaroor jaan lega, zaroor jaan lega.</w:t>
      </w:r>
      <w:r>
        <w:br/>
      </w:r>
      <w:r>
        <w:rPr>
          <w:sz w:val="20"/>
        </w:rPr>
        <w:t>1:18:23  agar obvious ho to foran jaan lega, nahi to soch kar jaan lega. woh agar sincere ho is mamle mein to.</w:t>
      </w:r>
    </w:p>
    <w:p>
      <w:pPr>
        <w:pStyle w:val="Heading2"/>
      </w:pPr>
      <w:r>
        <w:t>Hadith on Iblis and marital discord</w:t>
      </w:r>
    </w:p>
    <w:p>
      <w:r>
        <w:rPr>
          <w:color w:val="666666"/>
          <w:sz w:val="18"/>
        </w:rPr>
        <w:t>Between Possible and Impossible December 9, 2012 · 5m 10s · at 1:10:24 · https://youtu.be/Q0tC7obKbT8?t=4224</w:t>
      </w:r>
    </w:p>
    <w:p>
      <w:r>
        <w:rPr>
          <w:i/>
        </w:rPr>
        <w:t>“A hadith says that Iblis asks his companions who they have misled. They tell him that they created discord between husband and wife. Iblis is most pleased and embraces him, saying 'You have done the real work, you deserve praise.' Please explain this hadith.”</w:t>
      </w:r>
    </w:p>
    <w:p>
      <w:r>
        <w:rPr>
          <w:sz w:val="20"/>
        </w:rPr>
        <w:t>1:10:24  People of my area read it with applause and requested me to give them literature of Maulana sahib." Maulana agla sawal dilli se hai, Maulana zakwan nadvi sahib ka.</w:t>
      </w:r>
      <w:r>
        <w:br/>
      </w:r>
      <w:r>
        <w:rPr>
          <w:sz w:val="20"/>
        </w:rPr>
        <w:t>1:10:36  unhon ne likha hai: "hadees mein aya hai ke iblis apne sathiyon se maloom karta hai ke kis ne logon ko kya kya bahkaya.</w:t>
      </w:r>
      <w:r>
        <w:br/>
      </w:r>
      <w:r>
        <w:rPr>
          <w:sz w:val="20"/>
        </w:rPr>
        <w:t>1:10:48  iblis ke jo sathi hain, us ko woh yeh batatay hain ke us ne husband aur wife mein jhagda paida kiya. iblis sab se zyada us se khush hota hai aur us ko apne seenay se lagakar kehta hai ke haan, tum ne asal kaam kiya, tum shabashi ke laiq ho." Maulana sahib, is hadees ko aap is ki is ki wazahat karen.</w:t>
      </w:r>
      <w:r>
        <w:br/>
      </w:r>
      <w:r>
        <w:rPr>
          <w:sz w:val="20"/>
        </w:rPr>
        <w:t>1:11:13  dekhiye yeh hadees jo hai,</w:t>
      </w:r>
      <w:r>
        <w:br/>
      </w:r>
      <w:r>
        <w:rPr>
          <w:sz w:val="20"/>
        </w:rPr>
        <w:t>1:11:20  is ka matlab hai ke family society ki unit hoti hai, poori nation ki unit hoti hai, poori mankind ki unit hoti hai.</w:t>
      </w:r>
      <w:r>
        <w:br/>
      </w:r>
      <w:r>
        <w:rPr>
          <w:sz w:val="20"/>
        </w:rPr>
        <w:t>1:11:31  sab se pehle insan family to banata hai, family se phir society banti hai, phir nation banti hai, phir poori insaniyat banti hai.</w:t>
      </w:r>
      <w:r>
        <w:br/>
      </w:r>
      <w:r>
        <w:rPr>
          <w:sz w:val="20"/>
        </w:rPr>
        <w:t>1:11:41  to is ka matlab yeh hai ke family ki satah par agar mamla bigar jaye to aisay hoga jaise ke kisi billi ki ent kharab ho jaye to sari billi kharab ho jayegi.</w:t>
      </w:r>
      <w:r>
        <w:br/>
      </w:r>
      <w:r>
        <w:rPr>
          <w:sz w:val="20"/>
        </w:rPr>
        <w:t>1:11:55  to us ko samajhta hai, yani iblis samajhta hai ke jar yahan hai. insan ko bigarna chahte ho to family ko bigar do, kyun ke bhai to unit unit hai.</w:t>
      </w:r>
      <w:r>
        <w:br/>
      </w:r>
      <w:r>
        <w:rPr>
          <w:sz w:val="20"/>
        </w:rPr>
        <w:t>1:12:06  to yeh hadees bohat, yani yani law of nation ko batati hai ke agar tum chahte ho ke poori insaniyat mein acha mahol banay to sab se pehle jo yousef unit hai, yani family, wahan par kaam karo.</w:t>
      </w:r>
      <w:r>
        <w:br/>
      </w:r>
      <w:r>
        <w:rPr>
          <w:sz w:val="20"/>
        </w:rPr>
        <w:t>1:12:25  to family ke mamlay mein mein yeh arz karoon ga ke mera jo tajurba hai, mujhe hai ke log aik is zehniyat ke shikar hotay hain ke khas tor par is zamanay mein aik chala hua hai gender equality.</w:t>
      </w:r>
      <w:r>
        <w:br/>
      </w:r>
      <w:r>
        <w:rPr>
          <w:sz w:val="20"/>
        </w:rPr>
        <w:t>1:12:41  gender equality aik false concept hai. barabari se barabari ka tasawwur jo hai, unity paida nahi honay deta. unity ati hai adjustment ke sath.</w:t>
      </w:r>
      <w:r>
        <w:br/>
      </w:r>
      <w:r>
        <w:rPr>
          <w:sz w:val="20"/>
        </w:rPr>
        <w:t>1:12:52  jahan adjustment apna karen to unity bhi nahi aye gi.</w:t>
      </w:r>
      <w:r>
        <w:br/>
      </w:r>
      <w:r>
        <w:rPr>
          <w:sz w:val="20"/>
        </w:rPr>
        <w:t>1:12:55  to gender equality law of nature ke mutabiq nahi hai. mein dekhta hoon gender inequality sahi hai. inequality kyun?</w:t>
      </w:r>
      <w:r>
        <w:br/>
      </w:r>
      <w:r>
        <w:rPr>
          <w:sz w:val="20"/>
        </w:rPr>
        <w:t>1:13:04  aurat ke andar alag quality hai, mard ke andar alag quality hai. yeh to bilkul well established fact hai ke dono ki quality alag alag hain.</w:t>
      </w:r>
      <w:r>
        <w:br/>
      </w:r>
      <w:r>
        <w:rPr>
          <w:sz w:val="20"/>
        </w:rPr>
        <w:t>1:13:13  to yeh gender equality ka lafz hi mere nazdeek bilkul, yani unscientific hai.</w:t>
      </w:r>
      <w:r>
        <w:br/>
      </w:r>
      <w:r>
        <w:rPr>
          <w:sz w:val="20"/>
        </w:rPr>
        <w:t>1:13:21  to mard ko chahiye ke woh aurat ko samjhay, aurat chahiye ke mard samjhay. aur yeh yeh kab hoga? jab adjustment dono ke andar hoga. agar adjustment na hoga to woh kahen ge meri baat chalay gi, tumhari baat nahi chalay gi.</w:t>
      </w:r>
      <w:r>
        <w:br/>
      </w:r>
      <w:r>
        <w:rPr>
          <w:sz w:val="20"/>
        </w:rPr>
        <w:t>1:13:34  wo kahein ge nahi, meri baat chale gi to tumhari nahi chale gi. nahi, adjustment ke usool par hi unity qaim hoti hai.</w:t>
      </w:r>
      <w:r>
        <w:br/>
      </w:r>
      <w:r>
        <w:rPr>
          <w:sz w:val="20"/>
        </w:rPr>
        <w:t>1:13:43  to agar family achi ho jaye to sari society aur sari nation achi ho jaye gi. aur family ko acha banane ka sab se acha tareeqa hai ke dono janiye, yani dono partner ke hum dono ko adjust kar ke rehna hai, larr kar nahi rehna hai.</w:t>
      </w:r>
      <w:r>
        <w:br/>
      </w:r>
      <w:r>
        <w:rPr>
          <w:sz w:val="20"/>
        </w:rPr>
        <w:t>1:14:01  kyunke larein ge to that is against the law of nature na aap na tum jeeto ge, na mein jeetoon ga. dono fail ho jayein ge. is par meri aik kitab hai, wo urdu english mein chhapi hui hai.</w:t>
      </w:r>
      <w:r>
        <w:br/>
      </w:r>
      <w:r>
        <w:rPr>
          <w:sz w:val="20"/>
        </w:rPr>
        <w:t>1:14:13  isi isi cheez ko maine bataya hai. is mein khandani zindagi, yani family life, is mein aik kitab hai. to family zindagi jo hai, jo wo unit hai poore society ki.</w:t>
      </w:r>
      <w:r>
        <w:br/>
      </w:r>
      <w:r>
        <w:rPr>
          <w:sz w:val="20"/>
        </w:rPr>
        <w:t>1:14:28  to main samajhta hoon ke har husband aur har wife ko chahiye ke ye soche ke agar tum ne family ko acha nahi banaya to society achi nahi banegi.</w:t>
      </w:r>
      <w:r>
        <w:br/>
      </w:r>
      <w:r>
        <w:rPr>
          <w:sz w:val="20"/>
        </w:rPr>
        <w:t>1:14:40  society kaise banegi? aap hi to is ka unit unit hain.</w:t>
      </w:r>
      <w:r>
        <w:br/>
      </w:r>
      <w:r>
        <w:rPr>
          <w:sz w:val="20"/>
        </w:rPr>
        <w:t>1:14:43  to family life ki kamyabi ka raaz hai adjustment. adjustment, adjustment. aur koi doosra hal nahi. doosra hal kya hai?</w:t>
      </w:r>
      <w:r>
        <w:br/>
      </w:r>
      <w:r>
        <w:rPr>
          <w:sz w:val="20"/>
        </w:rPr>
        <w:t>1:14:52  tension. aur tension, tension, nafrat, hate. isi mein jeena, isi mein mar jana. agar aap Allah, jo jo creator ka jo qanoon hai, jo law of nature hai, us ko na manein to aap badal to paein ge nahi.</w:t>
      </w:r>
      <w:r>
        <w:br/>
      </w:r>
      <w:r>
        <w:rPr>
          <w:sz w:val="20"/>
        </w:rPr>
        <w:t>1:15:09  badal nahi paein ge to kya hoga? tension mein jeena pare ga.</w:t>
      </w:r>
      <w:r>
        <w:br/>
      </w:r>
      <w:r>
        <w:rPr>
          <w:sz w:val="20"/>
        </w:rPr>
        <w:t>1:15:13  tension mein jeena pare ga. aur koi hal nahi hai. to ye jo hadith hai, bohat hi meaningful hadith hai.</w:t>
      </w:r>
      <w:r>
        <w:br/>
      </w:r>
      <w:r>
        <w:rPr>
          <w:sz w:val="20"/>
        </w:rPr>
        <w:t>1:15:22  is mein bataya gaya hai ke agar tum chahte ho reform to sab se pehle family mein reform lao. kyunke family mein reform aa jaye ga to poori society mein reform aa jaye ga.</w:t>
      </w:r>
    </w:p>
    <w:p>
      <w:pPr>
        <w:pStyle w:val="Heading2"/>
      </w:pPr>
      <w:r>
        <w:t>How to save oneself from negativity</w:t>
      </w:r>
    </w:p>
    <w:p>
      <w:r>
        <w:rPr>
          <w:color w:val="666666"/>
          <w:sz w:val="18"/>
        </w:rPr>
        <w:t>Journey of History December 23, 2012 · 1m 27s · at 1:11:13 · https://youtu.be/bvjWl3U3Dmw?t=4273</w:t>
      </w:r>
    </w:p>
    <w:p>
      <w:r>
        <w:rPr>
          <w:i/>
        </w:rPr>
        <w:t>“How did you manage to save yourself from negativity?”</w:t>
      </w:r>
    </w:p>
    <w:p>
      <w:r>
        <w:rPr>
          <w:sz w:val="20"/>
        </w:rPr>
        <w:t>1:11:13  is ke siwa doosri bohat cheezon mein aisa hai. maulana, agla sawal mumbai se hai rashid sahab ka.</w:t>
      </w:r>
      <w:r>
        <w:br/>
      </w:r>
      <w:r>
        <w:rPr>
          <w:sz w:val="20"/>
        </w:rPr>
        <w:t>1:11:23  unhon ne aap se poocha hai: "maulana sahab, how did you manage to save yourself from negativity?" is ke baray mein batayen. dekhen, jo fitri halat wahi hai, wahi hai ke aadmi ko allah ne positive paida kiya hai.</w:t>
      </w:r>
      <w:r>
        <w:br/>
      </w:r>
      <w:r>
        <w:rPr>
          <w:sz w:val="20"/>
        </w:rPr>
        <w:t>1:11:40  yeh to aap is mein barha dete hain negativity.</w:t>
      </w:r>
      <w:r>
        <w:br/>
      </w:r>
      <w:r>
        <w:rPr>
          <w:sz w:val="20"/>
        </w:rPr>
        <w:t>1:11:47  to har hadith mein aata hai ke sare insan fitri halat mein paida kiye jate hain. kal mawliduna yulad al-fitra. to apni apni fitrat ko aap preserve rakhiye, bas deen you are positive thinker.</w:t>
      </w:r>
      <w:r>
        <w:br/>
      </w:r>
      <w:r>
        <w:rPr>
          <w:sz w:val="20"/>
        </w:rPr>
        <w:t>1:12:06  kal mawliduna yulad al-fitra. har aadmi pata hota hai fitrat par yani paidaishi taur par har aadmi positive thinker hi hota hai.</w:t>
      </w:r>
      <w:r>
        <w:br/>
      </w:r>
      <w:r>
        <w:rPr>
          <w:sz w:val="20"/>
        </w:rPr>
        <w:t>1:12:16  aas paas ke khulasa se asar le kar aap negative ban jate hain to asar mat lijiye. apni fitrat ko baqi rakhiye yani maintain your nature, deen you are a positive thinker.</w:t>
      </w:r>
      <w:r>
        <w:br/>
      </w:r>
      <w:r>
        <w:rPr>
          <w:sz w:val="20"/>
        </w:rPr>
        <w:t>1:12:32  maintain your real nature and deen deen you are a positive thinker. simple formula hai.</w:t>
      </w:r>
    </w:p>
    <w:p>
      <w:pPr>
        <w:pStyle w:val="Heading2"/>
      </w:pPr>
      <w:r>
        <w:t>How to address a wrong system affecting a nation?</w:t>
      </w:r>
    </w:p>
    <w:p>
      <w:r>
        <w:rPr>
          <w:color w:val="666666"/>
          <w:sz w:val="18"/>
        </w:rPr>
        <w:t>Problem and Shukr March 15, 2015 · 2m 53s · at 52:57 · https://youtu.be/SPBsXjH1hzM?t=3177</w:t>
      </w:r>
    </w:p>
    <w:p>
      <w:r>
        <w:rPr>
          <w:i/>
        </w:rPr>
        <w:t>“I want to know what if we have a problem or complaint not from a human, but from a system and a group which is doing wrong and affecting a nation.”</w:t>
      </w:r>
    </w:p>
    <w:p>
      <w:r>
        <w:rPr>
          <w:sz w:val="20"/>
        </w:rPr>
        <w:t>52:57  Maulana, agla sawal kya hai? Ah Shan Sahib ne ah London se, aur unhon ne likha hai: Maulana, I am Dr. Hanaz's cousin and visiting her from Wales with my newly wed wife.</w:t>
      </w:r>
      <w:r>
        <w:br/>
      </w:r>
      <w:r>
        <w:rPr>
          <w:sz w:val="20"/>
        </w:rPr>
        <w:t>53:14  She invited us this morning to listen to you, and mashallah, I liked it so much. May Allah reward you. Maulana, I have a question.</w:t>
      </w:r>
      <w:r>
        <w:br/>
      </w:r>
      <w:r>
        <w:rPr>
          <w:sz w:val="20"/>
        </w:rPr>
        <w:t>53:25  . I want to know what if we have a problem or complaint not from a human, but from a system or a group which is doing wrong and affecting a nation.</w:t>
      </w:r>
      <w:r>
        <w:br/>
      </w:r>
      <w:r>
        <w:rPr>
          <w:sz w:val="20"/>
        </w:rPr>
        <w:t>53:38  vhat iz yor advais on dat? dekhiye, yeh to aap ne sirf lafz badal diya. sistam kon banata hai? insan banata hai.</w:t>
      </w:r>
      <w:r>
        <w:br/>
      </w:r>
      <w:r>
        <w:rPr>
          <w:sz w:val="20"/>
        </w:rPr>
        <w:t>53:47  voh bhi insan ke khilaf shikayat hai. sistam bananay wala kon hai?</w:t>
      </w:r>
      <w:r>
        <w:br/>
      </w:r>
      <w:r>
        <w:rPr>
          <w:sz w:val="20"/>
        </w:rPr>
        <w:t>53:55  to sistam mein vohi cheezain aayen gi jo insan ke andar hain. sistam jo hai, insan ka yani ikstendid faram hai.</w:t>
      </w:r>
      <w:r>
        <w:br/>
      </w:r>
      <w:r>
        <w:rPr>
          <w:sz w:val="20"/>
        </w:rPr>
        <w:t>54:06  sistam alag se koi cheez hai nahin. to sistam ke khilaf aap bolain gay to phir insan hi ke oopar jaye ga. voh aur yeh bhi samajh lein ke kabhi bhi dunya mein koi sistam aidial nahin ho sakta.</w:t>
      </w:r>
      <w:r>
        <w:br/>
      </w:r>
      <w:r>
        <w:rPr>
          <w:sz w:val="20"/>
        </w:rPr>
        <w:t>54:17  impaasibal hai.</w:t>
      </w:r>
      <w:r>
        <w:br/>
      </w:r>
      <w:r>
        <w:rPr>
          <w:sz w:val="20"/>
        </w:rPr>
        <w:t>54:19  hata ke jo islam ka jo goladan piriyad hai, vahan bhi yeh bas vajah hai ke vahan sistam jo tha, bilkul aidial tha. aisa nahin tha. misal ke tor par dekhiye, aik sahabi madine mein rasool Allah ke pas aata hai, voh munh dar munh kehta hai ke vallah muadalta,</w:t>
      </w:r>
      <w:r>
        <w:br/>
      </w:r>
      <w:r>
        <w:rPr>
          <w:sz w:val="20"/>
        </w:rPr>
        <w:t>54:38  khuda ki qasam, aap ne justis nahin kiya. to vri dat aidial sistam.</w:t>
      </w:r>
      <w:r>
        <w:br/>
      </w:r>
      <w:r>
        <w:rPr>
          <w:sz w:val="20"/>
        </w:rPr>
        <w:t>54:45  to sistam par jo log bolte hain, voh kreshun plan ke khilaf bolte hain. jo Allah ka jo kreshun plan hai, us ke mutabiq jab dunya mein aidial sistam ban nahin sakta, aidial gavarnmant ban nahin sakti, to aap ko vahan kya karna hai?</w:t>
      </w:r>
      <w:r>
        <w:br/>
      </w:r>
      <w:r>
        <w:rPr>
          <w:sz w:val="20"/>
        </w:rPr>
        <w:t>55:04  us ko mainaj karna hai. jo prablam aata hai, us ko mainaj kijiye.</w:t>
      </w:r>
      <w:r>
        <w:br/>
      </w:r>
      <w:r>
        <w:rPr>
          <w:sz w:val="20"/>
        </w:rPr>
        <w:t>55:08  shikayat karna, us ko torna, us ke khilaf us ko apoz karna, hangama karna, kuch bhi nahin honay wala. us ki misal dekhiye, aijipt mein.</w:t>
      </w:r>
      <w:r>
        <w:br/>
      </w:r>
      <w:r>
        <w:rPr>
          <w:sz w:val="20"/>
        </w:rPr>
        <w:t>55:18  aijipt mein 60 bars se sistam ke khilaf lar rahe hain log. aaj tak kuch bhi nahin hua. kai naslain khatam ho gayeen, aur tab tabahi tabahi hai.</w:t>
      </w:r>
      <w:r>
        <w:br/>
      </w:r>
      <w:r>
        <w:rPr>
          <w:sz w:val="20"/>
        </w:rPr>
        <w:t>55:29  to sistam jo hai, voh khud yani voh hioman fenomina hai. insan se alag koi cheez nahin hai.</w:t>
      </w:r>
      <w:r>
        <w:br/>
      </w:r>
      <w:r>
        <w:rPr>
          <w:sz w:val="20"/>
        </w:rPr>
        <w:t>55:40  kliyar hai? ji kliyar hai. ji ah ji maulana.</w:t>
      </w:r>
      <w:r>
        <w:br/>
      </w:r>
      <w:r>
        <w:rPr>
          <w:sz w:val="20"/>
        </w:rPr>
        <w:t>55:51  Maulana, agla sawal kya hai? Adil Muhammad Sahib ne Muradabad se, aur unhon ne likha hai ke Maulana, I agree with you in what you said today, that we should accept Allah's plan and be patient towards men and thankful towards Allah.</w:t>
      </w:r>
    </w:p>
    <w:p>
      <w:pPr>
        <w:pStyle w:val="Heading2"/>
      </w:pPr>
      <w:r>
        <w:t>Advice for victims of communalism</w:t>
      </w:r>
    </w:p>
    <w:p>
      <w:r>
        <w:rPr>
          <w:color w:val="666666"/>
          <w:sz w:val="18"/>
        </w:rPr>
        <w:t>Discovery of Paradise March 22, 2015 · 6m 48s · at 1:05:46 · https://youtu.be/2axrfd7sZkE?t=3946</w:t>
      </w:r>
    </w:p>
    <w:p>
      <w:r>
        <w:rPr>
          <w:i/>
        </w:rPr>
        <w:t>“There is an increase of communalism these days. What is your advice to all those who have become victims of this communalism?”</w:t>
      </w:r>
    </w:p>
    <w:p>
      <w:r>
        <w:rPr>
          <w:sz w:val="20"/>
        </w:rPr>
        <w:t>1:05:46  maulana, agla sawal pune se kya hai imran sahib ne, aur unhon ne likha hai ke: "maulana, there is an increase of communalism these days.</w:t>
      </w:r>
      <w:r>
        <w:br/>
      </w:r>
      <w:r>
        <w:rPr>
          <w:sz w:val="20"/>
        </w:rPr>
        <w:t>1:05:58  what is your advice to all those who have become victims of this communalism?"</w:t>
      </w:r>
      <w:r>
        <w:br/>
      </w:r>
      <w:r>
        <w:rPr>
          <w:sz w:val="20"/>
        </w:rPr>
        <w:t>1:06:09  dekhen, yeh to poori tareekh mein raha hai. mein samajhta hoon ke iblis ne jo challenge diya tha ke: "la tajzi akthar shakin", allah taala ne jo kaha tha ke tu akthar logon ko shukr karne wala hi payega.</w:t>
      </w:r>
      <w:r>
        <w:br/>
      </w:r>
      <w:r>
        <w:rPr>
          <w:sz w:val="20"/>
        </w:rPr>
        <w:t>1:06:25  communalism kya hai? yeh nashukri hai. communalism kya hai? ek nashukri hai.</w:t>
      </w:r>
      <w:r>
        <w:br/>
      </w:r>
      <w:r>
        <w:rPr>
          <w:sz w:val="20"/>
        </w:rPr>
        <w:t>1:06:34  misalan isi jahan mein rehta hoon, norman west mein, ek sahib jo yahan par rehte hain, un ki kothi hai yahan par, woh mujh se mile aur lage yani kamre mein baaten karne lage ke musalmanon ke sath description hota hai, musalmanon par zulm hota hai, musalmanon ke khilaf conspiracy kiya aati hai?</w:t>
      </w:r>
      <w:r>
        <w:br/>
      </w:r>
      <w:r>
        <w:rPr>
          <w:sz w:val="20"/>
        </w:rPr>
        <w:t>1:06:55  kya kya aati hai?</w:t>
      </w:r>
      <w:r>
        <w:br/>
      </w:r>
      <w:r>
        <w:rPr>
          <w:sz w:val="20"/>
        </w:rPr>
        <w:t>1:06:56  to maine kaha ke aap jahan hain, netherland west mein, yeh khud aap ki tardeed kar raha hai kyunke azadi ke baad, 1947 ke baad, jab yeh colony bani thi to ek hindu colony thi.</w:t>
      </w:r>
      <w:r>
        <w:br/>
      </w:r>
      <w:r>
        <w:rPr>
          <w:sz w:val="20"/>
        </w:rPr>
        <w:t>1:07:11  sare hindu hindu the yahan par kyunke basically yeh bani thi shehriyon ke liye. aaj yahan zyada tar musalman hain, musalman hain. to with that discrimination, yeh poore poore india mein yahi baat har jagah hai.</w:t>
      </w:r>
      <w:r>
        <w:br/>
      </w:r>
      <w:r>
        <w:rPr>
          <w:sz w:val="20"/>
        </w:rPr>
        <w:t>1:07:27  kahin bhi ja kar dekhen aap. misalan jab mein gaya tha shuru mein hyderabad pehli bar to wahan maine dekha ke wahan railway train se gaya tha mein to train ke bahar jab mein nikla, is is station ke bahar mein nikla to sab rickshaw wale khade hue the.</w:t>
      </w:r>
      <w:r>
        <w:br/>
      </w:r>
      <w:r>
        <w:rPr>
          <w:sz w:val="20"/>
        </w:rPr>
        <w:t>1:07:45  woh rickshaw wale sab zyada tar musalman the.</w:t>
      </w:r>
      <w:r>
        <w:br/>
      </w:r>
      <w:r>
        <w:rPr>
          <w:sz w:val="20"/>
        </w:rPr>
        <w:t>1:07:48  ab mein jata hoon to wahan sab carain khari hui, ab caron ke dhair hain wahan par, woh sab musalman hotay hain.</w:t>
      </w:r>
      <w:r>
        <w:br/>
      </w:r>
      <w:r>
        <w:rPr>
          <w:sz w:val="20"/>
        </w:rPr>
        <w:t>1:07:58  to jo jo musalman 1947 ke baad wahan par rickshaw chala rahay thay, aaj woh carain chala rahay hain.</w:t>
      </w:r>
      <w:r>
        <w:br/>
      </w:r>
      <w:r>
        <w:rPr>
          <w:sz w:val="20"/>
        </w:rPr>
        <w:t>1:08:09  to yeh to yani blindness ki baat hai. mere khayal se India ke jis maqam par jayen, mein khud apnay gaon mein gaya, jo hamara gaon hai UP mein, to shuru mein jo wahan gaon ka haal tha, aaj us se far better hai.</w:t>
      </w:r>
      <w:r>
        <w:br/>
      </w:r>
      <w:r>
        <w:rPr>
          <w:sz w:val="20"/>
        </w:rPr>
        <w:t>1:08:26  aaj wahan bijli hai, telephone hai, school hai, pul hai, aur naye tareeqay se log caste kar rahay hain.</w:t>
      </w:r>
      <w:r>
        <w:br/>
      </w:r>
      <w:r>
        <w:rPr>
          <w:sz w:val="20"/>
        </w:rPr>
        <w:t>1:08:34  har cheez mein taraqqi hui hai. to yeh to farzi baaten hain. yeh sab to communalism jo hai, woh haqeeqat mein nashukri ki wajah se aata hai.</w:t>
      </w:r>
      <w:r>
        <w:br/>
      </w:r>
      <w:r>
        <w:rPr>
          <w:sz w:val="20"/>
        </w:rPr>
        <w:t>1:08:44  yani shaitan ne kya kiya hai ke 99 item jo achhay hain, us ko bhulata hai. aik item agar kuch ho to us ko khoob yaad dilayega.</w:t>
      </w:r>
      <w:r>
        <w:br/>
      </w:r>
      <w:r>
        <w:rPr>
          <w:sz w:val="20"/>
        </w:rPr>
        <w:t>1:09:00  misalan jin se mujhe baat hui thi, unhon ne kaha ke aur Babri Masjid ko hum kaise bhula denge? to bas isi item ko shaitan ko dimagh mein dali hui hai.</w:t>
      </w:r>
      <w:r>
        <w:br/>
      </w:r>
      <w:r>
        <w:rPr>
          <w:sz w:val="20"/>
        </w:rPr>
        <w:t>1:09:10  yani aik item ko dale hue hain aur 99 item ko bhulaye hue hain. isi ka naam nashukri hai. to communalism jo us waqt dunya mein, India mein hai, woh haqeeqat mein nature clear hai.</w:t>
      </w:r>
      <w:r>
        <w:br/>
      </w:r>
      <w:r>
        <w:rPr>
          <w:sz w:val="20"/>
        </w:rPr>
        <w:t>1:09:24  aisay America mein kya hai?</w:t>
      </w:r>
      <w:r>
        <w:br/>
      </w:r>
      <w:r>
        <w:rPr>
          <w:sz w:val="20"/>
        </w:rPr>
        <w:t>1:09:26  America mein aik sahab lagay baaten karne ke, hamaray khilaf description bhi kiya jata hai aur excise hoti hai. to mein ne un se poocha ke aap ke aap jis mulk se aaye hain, wahan aap ke baap dada ki jo halat thi, aaj aaj aap ki kaisi hai?</w:t>
      </w:r>
      <w:r>
        <w:br/>
      </w:r>
      <w:r>
        <w:rPr>
          <w:sz w:val="20"/>
        </w:rPr>
        <w:t>1:09:43  to unhon ne kaha ke mujh se bohat behtar hai. to phir mein ne kaha ke kahan ustad is kaam kar rahi hai?</w:t>
      </w:r>
      <w:r>
        <w:br/>
      </w:r>
      <w:r>
        <w:rPr>
          <w:sz w:val="20"/>
        </w:rPr>
        <w:t>1:09:49  har jagah yeh qissa hai ke shaitan ne logon ko yeh kar rakha hai ke 99 percent item jo behtar hain, us ko bhula rakha hai.</w:t>
      </w:r>
      <w:r>
        <w:br/>
      </w:r>
      <w:r>
        <w:rPr>
          <w:sz w:val="20"/>
        </w:rPr>
        <w:t>1:09:58  aik item jo hai, us ko usi ko khoob yaad dilata hai.</w:t>
      </w:r>
      <w:r>
        <w:br/>
      </w:r>
      <w:r>
        <w:rPr>
          <w:sz w:val="20"/>
        </w:rPr>
        <w:t>1:10:05  to communalism haqeeqat mein naam hai nashukri ka. is ki jar mein jo hai, nashukri hai. is ki jar mein nashukri hai.</w:t>
      </w:r>
      <w:r>
        <w:br/>
      </w:r>
      <w:r>
        <w:rPr>
          <w:sz w:val="20"/>
        </w:rPr>
        <w:t>1:10:15  aisay hi mein aik martaba bahar gaya, Arab wahan par aik sheikh ke ghar par dinner tha to India ke kuch log wahan par thay, mein bhi tha.</w:t>
      </w:r>
      <w:r>
        <w:br/>
      </w:r>
      <w:r>
        <w:rPr>
          <w:sz w:val="20"/>
        </w:rPr>
        <w:t>1:10:30  to India ke aik sahab, jo ab un ki death ho chuki hai, woh leader thay. woh to kya kehtay hain ke India mein musalmanon ko masjid mein bhi sajda karne ki ijazat nahi hai.</w:t>
      </w:r>
      <w:r>
        <w:br/>
      </w:r>
      <w:r>
        <w:rPr>
          <w:sz w:val="20"/>
        </w:rPr>
        <w:t>1:10:47  Arab sheikh ke samnay sheikh Arab kahi ke India mein musalmanon ko masjid mein bhi sajda karne ki ijazat nahi hai.</w:t>
      </w:r>
      <w:r>
        <w:br/>
      </w:r>
      <w:r>
        <w:rPr>
          <w:sz w:val="20"/>
        </w:rPr>
        <w:t>1:10:58  mein ne kaha kon se India? hum bhi to wahin rehtay hain.</w:t>
      </w:r>
      <w:r>
        <w:br/>
      </w:r>
      <w:r>
        <w:rPr>
          <w:sz w:val="20"/>
        </w:rPr>
        <w:t>1:11:01  kaha dekhen Safdarjung ki Masjid. to Safdarjung ki Masjid jo hai, woh archaeology ke tehat hai. archaeology ka nizam alag hota hai.</w:t>
      </w:r>
      <w:r>
        <w:br/>
      </w:r>
      <w:r>
        <w:rPr>
          <w:sz w:val="20"/>
        </w:rPr>
        <w:t>1:11:13  baqi India mein paanch lakh masjidain hain, har masjid mein khoob namaz ho rahi hai, azan ho rahi hai. to is mani ke paanch lakh masjidon ko bhula kar ke aik masjid ko shaitan ne sikhaya.</w:t>
      </w:r>
      <w:r>
        <w:br/>
      </w:r>
      <w:r>
        <w:rPr>
          <w:sz w:val="20"/>
        </w:rPr>
        <w:t>1:11:26  dekho bhai, wahan tala laga hua hai. to communalism mere nazdeek jo hai, is ki jar mein nashukri hai aur nashukri jahan hai, wahan shaitan hai.</w:t>
      </w:r>
      <w:r>
        <w:br/>
      </w:r>
      <w:r>
        <w:rPr>
          <w:sz w:val="20"/>
        </w:rPr>
        <w:t>1:11:34  aadmi shaitan ka influence mein aa gaya hai. mein to yahi kahunga.</w:t>
      </w:r>
    </w:p>
    <w:p>
      <w:pPr>
        <w:pStyle w:val="Heading2"/>
      </w:pPr>
      <w:r>
        <w:t>Advice for someone in the fourth state</w:t>
      </w:r>
    </w:p>
    <w:p>
      <w:r>
        <w:rPr>
          <w:color w:val="666666"/>
          <w:sz w:val="18"/>
        </w:rPr>
        <w:t>Self Correction November 09, 2014 Maulana Wahiduddin Khan · 1m 48s · at 1:02:40 · https://youtu.be/PpwTmeCQkSQ?t=3760</w:t>
      </w:r>
    </w:p>
    <w:p>
      <w:r>
        <w:rPr>
          <w:i/>
        </w:rPr>
        <w:t>“If someone is in the fourth state, what should he do? Should he be disappointed?”</w:t>
      </w:r>
    </w:p>
    <w:p>
      <w:r>
        <w:rPr>
          <w:sz w:val="20"/>
        </w:rPr>
        <w:t>1:02:40  Maulana, agla sawal muzaffar nagar se adnan sahab ne kiya hai, aur unhone likha hai: "If someone</w:t>
      </w:r>
      <w:r>
        <w:br/>
      </w:r>
      <w:r>
        <w:rPr>
          <w:sz w:val="20"/>
        </w:rPr>
        <w:t>1:02:45  is in the fourth state, what should he do?</w:t>
      </w:r>
      <w:r>
        <w:br/>
      </w:r>
      <w:r>
        <w:rPr>
          <w:sz w:val="20"/>
        </w:rPr>
        <w:t>1:02:51  Should he be disappointed?</w:t>
      </w:r>
      <w:r>
        <w:br/>
      </w:r>
      <w:r>
        <w:rPr>
          <w:sz w:val="20"/>
        </w:rPr>
        <w:t>1:02:57  As you said that tauba baeed is impossible." bhai, mere to bohat mushkil sawal hai.</w:t>
      </w:r>
      <w:r>
        <w:br/>
      </w:r>
      <w:r>
        <w:rPr>
          <w:sz w:val="20"/>
        </w:rPr>
        <w:t>1:03:03  Aap ko mere jaisa banna padega ke mein apne ko qatl karta hoon, yaqeen kijiye, merciless</w:t>
      </w:r>
      <w:r>
        <w:br/>
      </w:r>
      <w:r>
        <w:rPr>
          <w:sz w:val="20"/>
        </w:rPr>
        <w:t>1:03:09  pampering karta hoon.</w:t>
      </w:r>
      <w:r>
        <w:br/>
      </w:r>
      <w:r>
        <w:rPr>
          <w:sz w:val="20"/>
        </w:rPr>
        <w:t>1:03:15  Apni kai cheezein bohat der mein chhori hain.</w:t>
      </w:r>
      <w:r>
        <w:br/>
      </w:r>
      <w:r>
        <w:rPr>
          <w:sz w:val="20"/>
        </w:rPr>
        <w:t>1:03:21  mein ne yeh bhi hawa, meri zindagi mein toba baeed ka bhi mere saath case pesh aaya.</w:t>
      </w:r>
      <w:r>
        <w:br/>
      </w:r>
      <w:r>
        <w:rPr>
          <w:sz w:val="20"/>
        </w:rPr>
        <w:t>1:03:27  kuch cheezen foran chori, kuch cheezen bohat dinon mein, chaalees saal, pachaas saal chori.</w:t>
      </w:r>
      <w:r>
        <w:br/>
      </w:r>
      <w:r>
        <w:rPr>
          <w:sz w:val="20"/>
        </w:rPr>
        <w:t>1:03:33  to mein yeh keh sakta hoon ke mein ne apne aap ko, yaani zibah kiya, apne aap ko</w:t>
      </w:r>
      <w:r>
        <w:br/>
      </w:r>
      <w:r>
        <w:rPr>
          <w:sz w:val="20"/>
        </w:rPr>
        <w:t>1:03:39  zibah kiya, tab mein chhor paaya is ko.</w:t>
      </w:r>
      <w:r>
        <w:br/>
      </w:r>
      <w:r>
        <w:rPr>
          <w:sz w:val="20"/>
        </w:rPr>
        <w:t>1:03:45  agar mein zibah na karta to mein na chhor paata is ko.</w:t>
      </w:r>
      <w:r>
        <w:br/>
      </w:r>
      <w:r>
        <w:rPr>
          <w:sz w:val="20"/>
        </w:rPr>
        <w:t>1:03:52  to jis ko jo chahta ho ke woh baeed ka door aajaye, hatta woh toba kare, to us</w:t>
      </w:r>
      <w:r>
        <w:br/>
      </w:r>
      <w:r>
        <w:rPr>
          <w:sz w:val="20"/>
        </w:rPr>
        <w:t>1:03:58  کو merciless pampering karni padegi.</w:t>
      </w:r>
      <w:r>
        <w:br/>
      </w:r>
      <w:r>
        <w:rPr>
          <w:sz w:val="20"/>
        </w:rPr>
        <w:t>1:04:04  agar woh chahe ke narmi narmi se ho jaye to narmi hone wala nahin.</w:t>
      </w:r>
      <w:r>
        <w:br/>
      </w:r>
      <w:r>
        <w:rPr>
          <w:sz w:val="20"/>
        </w:rPr>
        <w:t>1:04:10  mein apne baray mein keh sakta hoon ke mein ne apne ko kai cheezen kuch chhorne ke liye</w:t>
      </w:r>
      <w:r>
        <w:br/>
      </w:r>
      <w:r>
        <w:rPr>
          <w:sz w:val="20"/>
        </w:rPr>
        <w:t>1:04:16  apne ko zibah kiya.</w:t>
      </w:r>
      <w:r>
        <w:br/>
      </w:r>
      <w:r>
        <w:rPr>
          <w:sz w:val="20"/>
        </w:rPr>
        <w:t>1:04:22  mein yeh Allah behtar janta hai.</w:t>
      </w:r>
    </w:p>
    <w:p>
      <w:pPr>
        <w:pStyle w:val="Heading1"/>
      </w:pPr>
      <w:r>
        <w:t>In the lectures (20)</w:t>
      </w:r>
    </w:p>
    <w:p>
      <w:pPr>
        <w:pStyle w:val="Heading2"/>
      </w:pPr>
      <w:r>
        <w:t>Universal Study of The Quran 26 July, 2019 - Maulana Wahiduddin Khan</w:t>
      </w:r>
    </w:p>
    <w:p>
      <w:r>
        <w:rPr>
          <w:color w:val="666666"/>
          <w:sz w:val="18"/>
        </w:rPr>
        <w:t>14:24 · https://youtu.be/Ac4V122XwXA?t=864</w:t>
      </w:r>
    </w:p>
    <w:p>
      <w:r>
        <w:rPr>
          <w:i/>
        </w:rPr>
        <w:t>“میرے ساتھ دھوکہ دھوکہ کیا ہے اس نے۔”</w:t>
      </w:r>
    </w:p>
    <w:p>
      <w:pPr>
        <w:pStyle w:val="Heading2"/>
      </w:pPr>
      <w:r>
        <w:t>Islam in the Changing World August 6, 2007</w:t>
      </w:r>
    </w:p>
    <w:p>
      <w:r>
        <w:rPr>
          <w:color w:val="666666"/>
          <w:sz w:val="18"/>
        </w:rPr>
        <w:t>12:37 · https://youtu.be/lEhH4VDLSFY?t=757</w:t>
      </w:r>
    </w:p>
    <w:p>
      <w:r>
        <w:rPr>
          <w:i/>
        </w:rPr>
        <w:t>“it was wrong.”</w:t>
      </w:r>
    </w:p>
    <w:p>
      <w:pPr>
        <w:pStyle w:val="Heading2"/>
      </w:pPr>
      <w:r>
        <w:t>Q&amp;A 29 Mar 2009 Maulana Wahiduddin Khan</w:t>
      </w:r>
    </w:p>
    <w:p>
      <w:r>
        <w:rPr>
          <w:color w:val="666666"/>
          <w:sz w:val="18"/>
        </w:rPr>
        <w:t>13:41 · https://youtu.be/pr358S6nndo?t=821</w:t>
      </w:r>
    </w:p>
    <w:p>
      <w:r>
        <w:rPr>
          <w:i/>
        </w:rPr>
        <w:t>“कि I was wrong. I was wrong.”</w:t>
      </w:r>
    </w:p>
    <w:p>
      <w:pPr>
        <w:pStyle w:val="Heading2"/>
      </w:pPr>
      <w:r>
        <w:t>Story of the Prophet Yusuf May 11, 2014 Maulana Wahiduddin Khan</w:t>
      </w:r>
    </w:p>
    <w:p>
      <w:r>
        <w:rPr>
          <w:color w:val="666666"/>
          <w:sz w:val="18"/>
        </w:rPr>
        <w:t>44:44 · https://youtu.be/2alsBthUWhw?t=2684</w:t>
      </w:r>
    </w:p>
    <w:p>
      <w:r>
        <w:rPr>
          <w:i/>
        </w:rPr>
        <w:t>“mine was a case of missed opportunity۔”</w:t>
      </w:r>
    </w:p>
    <w:p>
      <w:pPr>
        <w:pStyle w:val="Heading2"/>
      </w:pPr>
      <w:r>
        <w:t>Tawbah-e-Nasuh (Sincere Repentance) 16 Feb 2020 - Maulana Wahiduddin Khan</w:t>
      </w:r>
    </w:p>
    <w:p>
      <w:r>
        <w:rPr>
          <w:color w:val="666666"/>
          <w:sz w:val="18"/>
        </w:rPr>
        <w:t>7:03 · https://youtu.be/0CccKs-1Uu8?t=423</w:t>
      </w:r>
    </w:p>
    <w:p>
      <w:r>
        <w:rPr>
          <w:i/>
        </w:rPr>
        <w:t>“ایک شخص جس نے مجھ کو بدنام کرنے کی کوشش کی تھی۔”</w:t>
      </w:r>
    </w:p>
    <w:p>
      <w:pPr>
        <w:pStyle w:val="Heading2"/>
      </w:pPr>
      <w:r>
        <w:t>The Search for Truth March 15, 2020 Maulana Wahiduddin Khan</w:t>
      </w:r>
    </w:p>
    <w:p>
      <w:r>
        <w:rPr>
          <w:color w:val="666666"/>
          <w:sz w:val="18"/>
        </w:rPr>
        <w:t>33:55 · https://youtu.be/Vs_wx9z7IZQ?t=2035</w:t>
      </w:r>
    </w:p>
    <w:p>
      <w:r>
        <w:rPr>
          <w:i/>
        </w:rPr>
        <w:t>“میرا تو ڈھانچہ ٹوٹ گیا۔”</w:t>
      </w:r>
    </w:p>
    <w:p>
      <w:pPr>
        <w:pStyle w:val="Heading2"/>
      </w:pPr>
      <w:r>
        <w:t>The Nigh of Destiny (Shab-e-Qadr) October 7, 2007</w:t>
      </w:r>
    </w:p>
    <w:p>
      <w:r>
        <w:rPr>
          <w:color w:val="666666"/>
          <w:sz w:val="18"/>
        </w:rPr>
        <w:t>14:37 · https://youtu.be/SsDv69B_uDk?t=877</w:t>
      </w:r>
    </w:p>
    <w:p>
      <w:r>
        <w:rPr>
          <w:i/>
        </w:rPr>
        <w:t>“تو میں نے سوچا کہ دیکھیں میرا ایک قریبی جاننے والا آدمی آج مجھ سے چھوٹ گیا۔”</w:t>
      </w:r>
    </w:p>
    <w:p>
      <w:pPr>
        <w:pStyle w:val="Heading2"/>
      </w:pPr>
      <w:r>
        <w:t>Shab-e-Qadr October 7, 2007 Maulana Wahiduddin Khan</w:t>
      </w:r>
    </w:p>
    <w:p>
      <w:r>
        <w:rPr>
          <w:color w:val="666666"/>
          <w:sz w:val="18"/>
        </w:rPr>
        <w:t>14:31 · https://youtu.be/zt3RAKDBu7E?t=871</w:t>
      </w:r>
    </w:p>
    <w:p>
      <w:r>
        <w:rPr>
          <w:i/>
        </w:rPr>
        <w:t>“تو میں نے سوچا کہ دیکھیں میرا ایک قریبی جاننے والا آدمی آج مجھ سے چھوٹ گیا۔”</w:t>
      </w:r>
    </w:p>
    <w:p>
      <w:pPr>
        <w:pStyle w:val="Heading2"/>
      </w:pPr>
      <w:r>
        <w:t>Personality of A Believer February 2, 2014</w:t>
      </w:r>
    </w:p>
    <w:p>
      <w:r>
        <w:rPr>
          <w:color w:val="666666"/>
          <w:sz w:val="18"/>
        </w:rPr>
        <w:t>22:48 · https://youtu.be/EiK_-O-Bjps?t=1368</w:t>
      </w:r>
    </w:p>
    <w:p>
      <w:r>
        <w:rPr>
          <w:i/>
        </w:rPr>
        <w:t>“I was wrong ۔”</w:t>
      </w:r>
    </w:p>
    <w:p>
      <w:pPr>
        <w:pStyle w:val="Heading2"/>
      </w:pPr>
      <w:r>
        <w:t>Tazkiyah and Self Criticism April 13, 2020 Maulana Wahiduddin Khan</w:t>
      </w:r>
    </w:p>
    <w:p>
      <w:r>
        <w:rPr>
          <w:color w:val="666666"/>
          <w:sz w:val="18"/>
        </w:rPr>
        <w:t>19:38 · https://youtu.be/D4pMJtT4vDg?t=1178</w:t>
      </w:r>
    </w:p>
    <w:p>
      <w:r>
        <w:rPr>
          <w:i/>
        </w:rPr>
        <w:t>“I was wrong ۔”</w:t>
      </w:r>
    </w:p>
    <w:p>
      <w:pPr>
        <w:pStyle w:val="Heading2"/>
      </w:pPr>
      <w:r>
        <w:t>The Importance of Ijtihad August 1, 2010</w:t>
      </w:r>
    </w:p>
    <w:p>
      <w:r>
        <w:rPr>
          <w:color w:val="666666"/>
          <w:sz w:val="18"/>
        </w:rPr>
        <w:t>28:44 · https://youtu.be/3q98aQ-j2ks?t=1724</w:t>
      </w:r>
    </w:p>
    <w:p>
      <w:r>
        <w:rPr>
          <w:i/>
        </w:rPr>
        <w:t>“یہ دوستی جو ہے، دشمنی میں تبدیل ہو گئی۔”</w:t>
      </w:r>
    </w:p>
    <w:p>
      <w:pPr>
        <w:pStyle w:val="Heading2"/>
      </w:pPr>
      <w:r>
        <w:t>The Prophet An Example of Modesty August 27, 2017</w:t>
      </w:r>
    </w:p>
    <w:p>
      <w:r>
        <w:rPr>
          <w:color w:val="666666"/>
          <w:sz w:val="18"/>
        </w:rPr>
        <w:t>1:12 · https://youtu.be/aR3V4c8fQC4?t=72</w:t>
      </w:r>
    </w:p>
    <w:p>
      <w:r>
        <w:rPr>
          <w:i/>
        </w:rPr>
        <w:t>“اس واقعے نے میرے مائنڈ کو ٹریگر کیا۔”</w:t>
      </w:r>
    </w:p>
    <w:p>
      <w:pPr>
        <w:pStyle w:val="Heading2"/>
      </w:pPr>
      <w:r>
        <w:t>Don't Be Angry Culture January 15, 2012</w:t>
      </w:r>
    </w:p>
    <w:p>
      <w:r>
        <w:rPr>
          <w:color w:val="666666"/>
          <w:sz w:val="18"/>
        </w:rPr>
        <w:t>23:19 · https://youtu.be/NrA3X8y_FLY?t=1399</w:t>
      </w:r>
    </w:p>
    <w:p>
      <w:r>
        <w:rPr>
          <w:i/>
        </w:rPr>
        <w:t>“دشمن۔ ایک آدمی کے دل میں اپنی نفرت ڈال دی۔”</w:t>
      </w:r>
    </w:p>
    <w:p>
      <w:pPr>
        <w:pStyle w:val="Heading2"/>
      </w:pPr>
      <w:r>
        <w:t>The Problem of Conditioning April 22, 2012</w:t>
      </w:r>
    </w:p>
    <w:p>
      <w:r>
        <w:rPr>
          <w:color w:val="666666"/>
          <w:sz w:val="18"/>
        </w:rPr>
        <w:t>6:22 · https://youtu.be/j-kJQzOz46g?t=382</w:t>
      </w:r>
    </w:p>
    <w:p>
      <w:r>
        <w:rPr>
          <w:i/>
        </w:rPr>
        <w:t>“میرے خلاف پولیس کیس بن گیا۔”</w:t>
      </w:r>
    </w:p>
    <w:p>
      <w:pPr>
        <w:pStyle w:val="Heading2"/>
      </w:pPr>
      <w:r>
        <w:t>Chapter 18 Al-Kahf (The Cave) - Maulana Wahiduddin Khan</w:t>
      </w:r>
    </w:p>
    <w:p>
      <w:r>
        <w:rPr>
          <w:color w:val="666666"/>
          <w:sz w:val="18"/>
        </w:rPr>
        <w:t>46:49 · https://youtu.be/GRedDIuj8KQ?t=2809</w:t>
      </w:r>
    </w:p>
    <w:p>
      <w:r>
        <w:rPr>
          <w:i/>
        </w:rPr>
        <w:t>“بئس الشراب وساءت مرتفقا.”</w:t>
      </w:r>
    </w:p>
    <w:p>
      <w:pPr>
        <w:pStyle w:val="Heading2"/>
      </w:pPr>
      <w:r>
        <w:t>Adjustment the Only Option September 19, 2010 Maulana Wahiduddin Khan</w:t>
      </w:r>
    </w:p>
    <w:p>
      <w:r>
        <w:rPr>
          <w:color w:val="666666"/>
          <w:sz w:val="18"/>
        </w:rPr>
        <w:t>55:38 · https://youtu.be/o5wG_ONm76s?t=3338</w:t>
      </w:r>
    </w:p>
    <w:p>
      <w:r>
        <w:rPr>
          <w:i/>
        </w:rPr>
        <w:t>“مجھے میرے دوستوں سے بچاؤ۔ مجھے میرے دوستوں سے بچاؤ۔”</w:t>
      </w:r>
    </w:p>
    <w:p>
      <w:pPr>
        <w:pStyle w:val="Heading2"/>
      </w:pPr>
      <w:r>
        <w:t>Tazkiyah and Self Criticism April 13, 2020 Maulana Wahiduddin Khan</w:t>
      </w:r>
    </w:p>
    <w:p>
      <w:r>
        <w:rPr>
          <w:color w:val="666666"/>
          <w:sz w:val="18"/>
        </w:rPr>
        <w:t>26:53 · https://youtu.be/D4pMJtT4vDg?t=1613</w:t>
      </w:r>
    </w:p>
    <w:p>
      <w:r>
        <w:rPr>
          <w:i/>
        </w:rPr>
        <w:t>“میری کون سی غلطی کی تھی کہ اس کو موقع ملے کہ”</w:t>
      </w:r>
    </w:p>
    <w:p>
      <w:pPr>
        <w:pStyle w:val="Heading2"/>
      </w:pPr>
      <w:r>
        <w:t>Stress and Spirituality January 1, 2012</w:t>
      </w:r>
    </w:p>
    <w:p>
      <w:r>
        <w:rPr>
          <w:color w:val="666666"/>
          <w:sz w:val="18"/>
        </w:rPr>
        <w:t>51:41 · https://youtu.be/TPhXL9-g6ME?t=3101</w:t>
      </w:r>
    </w:p>
    <w:p>
      <w:r>
        <w:rPr>
          <w:i/>
        </w:rPr>
        <w:t>“ایک قصہ میں نے پڑھا تھا ایک آدمی کا۔ اس کا ایک دوست تھا۔ یہ سچا قصہ ہے۔”</w:t>
      </w:r>
    </w:p>
    <w:p>
      <w:pPr>
        <w:pStyle w:val="Heading2"/>
      </w:pPr>
      <w:r>
        <w:t>Universal Study of The Quran 26 July, 2019 - Maulana Wahiduddin Khan</w:t>
      </w:r>
    </w:p>
    <w:p>
      <w:r>
        <w:rPr>
          <w:color w:val="666666"/>
          <w:sz w:val="18"/>
        </w:rPr>
        <w:t>14:50 · https://youtu.be/Ac4V122XwXA?t=890</w:t>
      </w:r>
    </w:p>
    <w:p>
      <w:r>
        <w:rPr>
          <w:i/>
        </w:rPr>
        <w:t>“تو اس کو سننے کے بعد میں نے اس سے کہا کہ آپ کی سوچ صحیح سوچ نہیں ہے۔ وہ کہتے ہیں جی مجھے دھوکہ دیا اس نے۔”</w:t>
      </w:r>
    </w:p>
    <w:p>
      <w:pPr>
        <w:pStyle w:val="Heading2"/>
      </w:pPr>
      <w:r>
        <w:t>The Concept of Justice in Islam May 03, 2007</w:t>
      </w:r>
    </w:p>
    <w:p>
      <w:r>
        <w:rPr>
          <w:color w:val="666666"/>
          <w:sz w:val="18"/>
        </w:rPr>
        <w:t>44:12 · https://youtu.be/DY5SY8H554c?t=2652</w:t>
      </w:r>
    </w:p>
    <w:p>
      <w:r>
        <w:rPr>
          <w:i/>
        </w:rPr>
        <w:t>“He was in a bad mood.”</w:t>
      </w:r>
    </w:p>
    <w:p>
      <w:pPr>
        <w:pStyle w:val="Heading1"/>
      </w:pPr>
      <w:r>
        <w:t>Clips (28)</w:t>
      </w:r>
    </w:p>
    <w:p>
      <w:pPr>
        <w:pStyle w:val="Heading2"/>
      </w:pPr>
      <w:r>
        <w:t>Story of revenge and its consequences</w:t>
      </w:r>
    </w:p>
    <w:p>
      <w:r>
        <w:rPr>
          <w:color w:val="666666"/>
          <w:sz w:val="18"/>
        </w:rPr>
        <w:t>Universal Study of The Quran 26 July, 2019 - Maulana Wahiduddin Khan · 2m 18s · at 14:03 · https://youtu.be/Ac4V122XwXA?t=843</w:t>
      </w:r>
    </w:p>
    <w:p>
      <w:r>
        <w:rPr>
          <w:i/>
        </w:rPr>
        <w:t>“To unhonne faisla kiya ke main is ko qatal karunga”</w:t>
      </w:r>
    </w:p>
    <w:p>
      <w:r>
        <w:rPr>
          <w:sz w:val="20"/>
        </w:rPr>
        <w:t>14:03  to unhon ne faisla kiya ke main is ko qatl karunga. maar dalunga. ghusse mein yeh kaha unhon ne mujh se.</w:t>
      </w:r>
      <w:r>
        <w:br/>
      </w:r>
      <w:r>
        <w:rPr>
          <w:sz w:val="20"/>
        </w:rPr>
        <w:t>14:12  kisi wajah se woh dilli aaye the woh ke maine shayad maine socha hai. maine tay kiya hai ke main is shakhs ko qatl karunga.</w:t>
      </w:r>
      <w:r>
        <w:br/>
      </w:r>
      <w:r>
        <w:rPr>
          <w:sz w:val="20"/>
        </w:rPr>
        <w:t>14:24  mere sath dhoka dhoka kiya hai is ne.</w:t>
      </w:r>
      <w:r>
        <w:br/>
      </w:r>
      <w:r>
        <w:rPr>
          <w:sz w:val="20"/>
        </w:rPr>
        <w:t>14:31  to maine un ki baatein suni.</w:t>
      </w:r>
      <w:r>
        <w:br/>
      </w:r>
      <w:r>
        <w:rPr>
          <w:sz w:val="20"/>
        </w:rPr>
        <w:t>14:38  us waqt main shayad us us building mein nahi tha. purane dilli mein tha ghaliban. jamiat building mein.</w:t>
      </w:r>
      <w:r>
        <w:br/>
      </w:r>
      <w:r>
        <w:rPr>
          <w:sz w:val="20"/>
        </w:rPr>
        <w:t>14:50  to is ko sunne ke baad maine is se kaha ke aap ki soch sahi soch nahi hai. woh kehte hain ji mujhe dhoka diya is ne.</w:t>
      </w:r>
      <w:r>
        <w:br/>
      </w:r>
      <w:r>
        <w:rPr>
          <w:sz w:val="20"/>
        </w:rPr>
        <w:t>15:06  to meri zuban se ek jumla nikla</w:t>
      </w:r>
      <w:r>
        <w:br/>
      </w:r>
      <w:r>
        <w:rPr>
          <w:sz w:val="20"/>
        </w:rPr>
        <w:t>15:11  ke kya aap sochte hain ke aap jab qatl kar dalenge is ko to baat meri khatm ho jayegi?</w:t>
      </w:r>
      <w:r>
        <w:br/>
      </w:r>
      <w:r>
        <w:rPr>
          <w:sz w:val="20"/>
        </w:rPr>
        <w:t>15:24  baat meri khatm ho jayegi? to meri zuban se nikla tha jumla ke inteqam lene se pehle soch liye ke inteqam ka bhi inteqam liya jayega.</w:t>
      </w:r>
      <w:r>
        <w:br/>
      </w:r>
      <w:r>
        <w:rPr>
          <w:sz w:val="20"/>
        </w:rPr>
        <w:t>15:38  jameed building mein yeh jumla nikla tha meri zuban se.</w:t>
      </w:r>
      <w:r>
        <w:br/>
      </w:r>
      <w:r>
        <w:rPr>
          <w:sz w:val="20"/>
        </w:rPr>
        <w:t>15:44  inteqam lene se pehle soch liye ke inteqam ka bhi inteqam liya jayega.</w:t>
      </w:r>
      <w:r>
        <w:br/>
      </w:r>
      <w:r>
        <w:rPr>
          <w:sz w:val="20"/>
        </w:rPr>
        <w:t>15:52  yani aap marenge is aadmi ko phir is ke bete jo hain jo zinda rahenge woh hum marenge aap ko. woh chhodenge aap ko.</w:t>
      </w:r>
      <w:r>
        <w:br/>
      </w:r>
      <w:r>
        <w:rPr>
          <w:sz w:val="20"/>
        </w:rPr>
        <w:t>16:03  is ke bete aap chhodenge. wahi inteqam unhein bhadka bhadkega. to maine kaha ke inteqam lene se pehle soch liye ke inteqam ka bhi inteqam liya jayega.</w:t>
      </w:r>
    </w:p>
    <w:p>
      <w:pPr>
        <w:pStyle w:val="Heading2"/>
      </w:pPr>
      <w:r>
        <w:t>Admit mistakes, say I was wrong</w:t>
      </w:r>
    </w:p>
    <w:p>
      <w:r>
        <w:rPr>
          <w:color w:val="666666"/>
          <w:sz w:val="18"/>
        </w:rPr>
        <w:t>Q&amp;A 29 Mar 2009 Maulana Wahiduddin Khan · 32s · at 13:41 · https://youtu.be/pr358S6nndo?t=821</w:t>
      </w:r>
    </w:p>
    <w:p>
      <w:r>
        <w:rPr>
          <w:i/>
        </w:rPr>
        <w:t>“एहतराफ की आदत डालिए कि जब कोई गलती करे, जल्दी से मान ले”</w:t>
      </w:r>
    </w:p>
    <w:p>
      <w:r>
        <w:rPr>
          <w:sz w:val="20"/>
        </w:rPr>
        <w:t>13:41  ki I was wrong. I was wrong.</w:t>
      </w:r>
      <w:r>
        <w:br/>
      </w:r>
      <w:r>
        <w:rPr>
          <w:sz w:val="20"/>
        </w:rPr>
        <w:t>13:46  galti ke baad kabhi bhi usko patch up mat kijiye. usko ghuma firakar apne sahi na sabit kijiye. seedhi si keh di ki I was wrong.</w:t>
      </w:r>
      <w:r>
        <w:br/>
      </w:r>
      <w:r>
        <w:rPr>
          <w:sz w:val="20"/>
        </w:rPr>
        <w:t>13:56  tab wo process chalta rahega. jab bhi aap apni galti ko nahi mante hain, to process ruk jata hai. maan lete hain to process khul jata hai.</w:t>
      </w:r>
    </w:p>
    <w:p>
      <w:pPr>
        <w:pStyle w:val="Heading2"/>
      </w:pPr>
      <w:r>
        <w:t>Self-cleaner concept with personal evil thought example</w:t>
      </w:r>
    </w:p>
    <w:p>
      <w:r>
        <w:rPr>
          <w:color w:val="666666"/>
          <w:sz w:val="18"/>
        </w:rPr>
        <w:t>Tawbah-e-Nasuh (Sincere Repentance) 16 Feb 2020 - Maulana Wahiduddin Khan · 2m 52s · at 5:29 · https://youtu.be/0CccKs-1Uu8?t=329</w:t>
      </w:r>
    </w:p>
    <w:p>
      <w:r>
        <w:rPr>
          <w:i/>
        </w:rPr>
        <w:t>“To is waqay ke baad university ki building mein jo dekha”</w:t>
      </w:r>
    </w:p>
    <w:p>
      <w:r>
        <w:rPr>
          <w:sz w:val="20"/>
        </w:rPr>
        <w:t>5:29  khalis tauba karo. to is waqe ke baad university ki building mein jo dekha to maine is ayat ka matlab maine yeh samjha ke apne</w:t>
      </w:r>
      <w:r>
        <w:br/>
      </w:r>
      <w:r>
        <w:rPr>
          <w:sz w:val="20"/>
        </w:rPr>
        <w:t>5:52  aap ko clean karne wale bano. yani hamesha apne ko purify karne wale bano. apne ko safai karne wale bano.</w:t>
      </w:r>
      <w:r>
        <w:br/>
      </w:r>
      <w:r>
        <w:rPr>
          <w:sz w:val="20"/>
        </w:rPr>
        <w:t>6:04  yani aap apne aap ko itna zyada sensor banayein</w:t>
      </w:r>
      <w:r>
        <w:br/>
      </w:r>
      <w:r>
        <w:rPr>
          <w:sz w:val="20"/>
        </w:rPr>
        <w:t>6:10  ke jaise hi aap ki personality mein koi dhabba lage, koi bura khayal aa jaye, koi</w:t>
      </w:r>
      <w:r>
        <w:br/>
      </w:r>
      <w:r>
        <w:rPr>
          <w:sz w:val="20"/>
        </w:rPr>
        <w:t>6:25  evil thought aa jaye aap ke andar to aap itne sensor ho aap ke jaldi se aap ko clean karein, safai karein is ki.</w:t>
      </w:r>
      <w:r>
        <w:br/>
      </w:r>
      <w:r>
        <w:rPr>
          <w:sz w:val="20"/>
        </w:rPr>
        <w:t>6:37  yani self cleaner ban jayein. self cleaner</w:t>
      </w:r>
      <w:r>
        <w:br/>
      </w:r>
      <w:r>
        <w:rPr>
          <w:sz w:val="20"/>
        </w:rPr>
        <w:t>6:44  ban jayein aap. apne aap ko clean karne wale ban jayein.</w:t>
      </w:r>
      <w:r>
        <w:br/>
      </w:r>
      <w:r>
        <w:rPr>
          <w:sz w:val="20"/>
        </w:rPr>
        <w:t>6:55  misal ke taur par aaj subah mujhe ek shakhs ka khayal aaya.</w:t>
      </w:r>
      <w:r>
        <w:br/>
      </w:r>
      <w:r>
        <w:rPr>
          <w:sz w:val="20"/>
        </w:rPr>
        <w:t>7:03  ek shakhs jis ne mujh ko badnaam karne ki koshish ki thi.</w:t>
      </w:r>
      <w:r>
        <w:br/>
      </w:r>
      <w:r>
        <w:rPr>
          <w:sz w:val="20"/>
        </w:rPr>
        <w:t>7:15  yani ek shakhs jis ne baqayda yeh promotion kiya mere bare mein ke yeh to bjp ke</w:t>
      </w:r>
      <w:r>
        <w:br/>
      </w:r>
      <w:r>
        <w:rPr>
          <w:sz w:val="20"/>
        </w:rPr>
        <w:t>7:28  molvi hain.</w:t>
      </w:r>
      <w:r>
        <w:br/>
      </w:r>
      <w:r>
        <w:rPr>
          <w:sz w:val="20"/>
        </w:rPr>
        <w:t>7:33  to yeh mere nazdeek ek yeh sochna ke falan aadmi mujh ko badnaam kar raha hai, ek evil thought ka aana tha.</w:t>
      </w:r>
      <w:r>
        <w:br/>
      </w:r>
      <w:r>
        <w:rPr>
          <w:sz w:val="20"/>
        </w:rPr>
        <w:t>7:44  to mein ne socha ke evil thought jo mere andar aaya to ab mein kya karna chahiye is ko?</w:t>
      </w:r>
      <w:r>
        <w:br/>
      </w:r>
      <w:r>
        <w:rPr>
          <w:sz w:val="20"/>
        </w:rPr>
        <w:t>7:54  to jaldi se mein is ke liye dua karne laga. is ke liye achhi dua karne laga ke khudaaya is ko achhi baaton ki tofeeq de.</w:t>
      </w:r>
      <w:r>
        <w:br/>
      </w:r>
      <w:r>
        <w:rPr>
          <w:sz w:val="20"/>
        </w:rPr>
        <w:t>8:09  to yeh tha</w:t>
      </w:r>
      <w:r>
        <w:br/>
      </w:r>
      <w:r>
        <w:rPr>
          <w:sz w:val="20"/>
        </w:rPr>
        <w:t>8:10  clean karna, apne dil ko clean karna. yaani mere andar jo evil thought aagaya is ko mein ne jaldi se clean kiya.</w:t>
      </w:r>
    </w:p>
    <w:p>
      <w:pPr>
        <w:pStyle w:val="Heading2"/>
      </w:pPr>
      <w:r>
        <w:t>Personal breakdown and rebirth through shock</w:t>
      </w:r>
    </w:p>
    <w:p>
      <w:r>
        <w:rPr>
          <w:color w:val="666666"/>
          <w:sz w:val="18"/>
        </w:rPr>
        <w:t>The Search for Truth March 15, 2020 Maulana Wahiduddin Khan · 3m 44s · at 32:40 · https://youtu.be/Vs_wx9z7IZQ?t=1960</w:t>
      </w:r>
    </w:p>
    <w:p>
      <w:r>
        <w:rPr>
          <w:i/>
        </w:rPr>
        <w:t>“Main ek gaon mein peda hua.”</w:t>
      </w:r>
    </w:p>
    <w:p>
      <w:r>
        <w:rPr>
          <w:sz w:val="20"/>
        </w:rPr>
        <w:t>32:40  misalan mein apne bare mein keh sakta hoon ke mein ek gaon mein paida hua. gaon ki satah par mein ne apna soch shuru ki.</w:t>
      </w:r>
      <w:r>
        <w:br/>
      </w:r>
      <w:r>
        <w:rPr>
          <w:sz w:val="20"/>
        </w:rPr>
        <w:t>32:51  soch. phir woh soch jo hai barhte barhte develop hui.</w:t>
      </w:r>
      <w:r>
        <w:br/>
      </w:r>
      <w:r>
        <w:rPr>
          <w:sz w:val="20"/>
        </w:rPr>
        <w:t>32:58  aur wohi cheez bani jo is ko aaj kal kehte hain muslim empowerment. toh shuru mein mein muslim empowerment mein jeeta tha.</w:t>
      </w:r>
      <w:r>
        <w:br/>
      </w:r>
      <w:r>
        <w:rPr>
          <w:sz w:val="20"/>
        </w:rPr>
        <w:t>33:13  meri sari soch</w:t>
      </w:r>
      <w:r>
        <w:br/>
      </w:r>
      <w:r>
        <w:rPr>
          <w:sz w:val="20"/>
        </w:rPr>
        <w:t>33:17  isi gard ghoomti thi. balkeh mein ne apna ek barkat banaya. ek dhancha banaya.</w:t>
      </w:r>
      <w:r>
        <w:br/>
      </w:r>
      <w:r>
        <w:rPr>
          <w:sz w:val="20"/>
        </w:rPr>
        <w:t>33:28  ek dunya banai.</w:t>
      </w:r>
      <w:r>
        <w:br/>
      </w:r>
      <w:r>
        <w:rPr>
          <w:sz w:val="20"/>
        </w:rPr>
        <w:t>33:33  phir aisa hua ke mera sara dhancha toot kisi ne toot tod diya.</w:t>
      </w:r>
      <w:r>
        <w:br/>
      </w:r>
      <w:r>
        <w:rPr>
          <w:sz w:val="20"/>
        </w:rPr>
        <w:t>33:41  aisa laga jaise mere dhanchay par koi eta bomb gira diya. mujhe ab tak yaad hai ke us daur mein mein raat ki tareekiyon mein rota tha ke ab mein kya karoon?</w:t>
      </w:r>
      <w:r>
        <w:br/>
      </w:r>
      <w:r>
        <w:rPr>
          <w:sz w:val="20"/>
        </w:rPr>
        <w:t>33:55  mera toh dhancha toot gaya.</w:t>
      </w:r>
      <w:r>
        <w:br/>
      </w:r>
      <w:r>
        <w:rPr>
          <w:sz w:val="20"/>
        </w:rPr>
        <w:t>33:58  mera edifice kaisa hai? mera sara edifice toot phoot gaya.</w:t>
      </w:r>
      <w:r>
        <w:br/>
      </w:r>
      <w:r>
        <w:rPr>
          <w:sz w:val="20"/>
        </w:rPr>
        <w:t>34:07  meri apni zaati.</w:t>
      </w:r>
      <w:r>
        <w:br/>
      </w:r>
      <w:r>
        <w:rPr>
          <w:sz w:val="20"/>
        </w:rPr>
        <w:t>34:16  toh is daur mein mein bhagta tha idhar udhar.</w:t>
      </w:r>
      <w:r>
        <w:br/>
      </w:r>
      <w:r>
        <w:rPr>
          <w:sz w:val="20"/>
        </w:rPr>
        <w:t>34:22  to aaj is daur mein yeh lafz mere paas nahi tha. Muslim empowerment. Ab ab jis ko log kehte hain Muslim empowerment wahi mera edifice tha.</w:t>
      </w:r>
      <w:r>
        <w:br/>
      </w:r>
      <w:r>
        <w:rPr>
          <w:sz w:val="20"/>
        </w:rPr>
        <w:t>34:39  lekin aise halaat pade hue ke jis ne jaise jaise jaise jhonka laga diya ho. Aap ne kabhi dekha hoga ke bachche chhote bachche jo hote hain hote hain woh dhanchhe banate hain.</w:t>
      </w:r>
      <w:r>
        <w:br/>
      </w:r>
      <w:r>
        <w:rPr>
          <w:sz w:val="20"/>
        </w:rPr>
        <w:t>34:56  lakri ya</w:t>
      </w:r>
      <w:r>
        <w:br/>
      </w:r>
      <w:r>
        <w:rPr>
          <w:sz w:val="20"/>
        </w:rPr>
        <w:t>34:57  kisi cheez ke tukron se. Phir koi us ko thokar maar deta hai. Sab uska edifice bikhar jata hai.</w:t>
      </w:r>
      <w:r>
        <w:br/>
      </w:r>
      <w:r>
        <w:rPr>
          <w:sz w:val="20"/>
        </w:rPr>
        <w:t>35:11  to aisa hua. Mere edifice ko kisi ne thokar maar di.</w:t>
      </w:r>
      <w:r>
        <w:br/>
      </w:r>
      <w:r>
        <w:rPr>
          <w:sz w:val="20"/>
        </w:rPr>
        <w:t>35:19  lekin yeh jo</w:t>
      </w:r>
      <w:r>
        <w:br/>
      </w:r>
      <w:r>
        <w:rPr>
          <w:sz w:val="20"/>
        </w:rPr>
        <w:t>35:25  shock tha usi se ek naya insaan</w:t>
      </w:r>
      <w:r>
        <w:br/>
      </w:r>
      <w:r>
        <w:rPr>
          <w:sz w:val="20"/>
        </w:rPr>
        <w:t>35:34  convergence hua.</w:t>
      </w:r>
      <w:r>
        <w:br/>
      </w:r>
      <w:r>
        <w:rPr>
          <w:sz w:val="20"/>
        </w:rPr>
        <w:t>35:40  agar main apni khud abhi tak maine apni khud samajh nahi likhi hai. Agar main khud ko bhi likhoon</w:t>
      </w:r>
      <w:r>
        <w:br/>
      </w:r>
      <w:r>
        <w:rPr>
          <w:sz w:val="20"/>
        </w:rPr>
        <w:t>35:51  to yeh hogi. Emergence of</w:t>
      </w:r>
      <w:r>
        <w:br/>
      </w:r>
      <w:r>
        <w:rPr>
          <w:sz w:val="20"/>
        </w:rPr>
        <w:t>35:56  no man.</w:t>
      </w:r>
      <w:r>
        <w:br/>
      </w:r>
      <w:r>
        <w:rPr>
          <w:sz w:val="20"/>
        </w:rPr>
        <w:t>36:02  to main samajhta hoon ke har insaan ke upar Newton ka apple shock guzarta hai.</w:t>
      </w:r>
      <w:r>
        <w:br/>
      </w:r>
      <w:r>
        <w:rPr>
          <w:sz w:val="20"/>
        </w:rPr>
        <w:t>36:11  na woh azab hai na woh test hai. Woh thokar hai ke jaago apne potential ko discover karo.</w:t>
      </w:r>
    </w:p>
    <w:p>
      <w:pPr>
        <w:pStyle w:val="Heading2"/>
      </w:pPr>
      <w:r>
        <w:t>Admitting fault builds a believer's personality</w:t>
      </w:r>
    </w:p>
    <w:p>
      <w:r>
        <w:rPr>
          <w:color w:val="666666"/>
          <w:sz w:val="18"/>
        </w:rPr>
        <w:t>Personality of A Believer February 2, 2014 · 55s · at 22:08 · https://youtu.be/EiK_-O-Bjps?t=1328</w:t>
      </w:r>
    </w:p>
    <w:p>
      <w:r>
        <w:rPr>
          <w:i/>
        </w:rPr>
        <w:t>“Bat explain ho jaye to keh do: I was wrong”</w:t>
      </w:r>
    </w:p>
    <w:p>
      <w:r>
        <w:rPr>
          <w:sz w:val="20"/>
        </w:rPr>
        <w:t>22:08  ke baat ko agar explain kar diya jaye aur maloom ho ke ghalti meri thi to keh de ke I was wrong, I was wrong .</w:t>
      </w:r>
      <w:r>
        <w:br/>
      </w:r>
      <w:r>
        <w:rPr>
          <w:sz w:val="20"/>
        </w:rPr>
        <w:t>22:21  yeh yeh yeh quality hai momin ki personality, ek shakhsiyat ki quality hai ke jaise explain kar diya jaye to phir woh us ko</w:t>
      </w:r>
      <w:r>
        <w:br/>
      </w:r>
      <w:r>
        <w:rPr>
          <w:sz w:val="20"/>
        </w:rPr>
        <w:t>22:35  prestige show na banaye, ana ka sawal na banaye. woh keh de ke I was wrong, you areright,</w:t>
      </w:r>
      <w:r>
        <w:br/>
      </w:r>
      <w:r>
        <w:rPr>
          <w:sz w:val="20"/>
        </w:rPr>
        <w:t>22:48  I was wrong .</w:t>
      </w:r>
      <w:r>
        <w:br/>
      </w:r>
      <w:r>
        <w:rPr>
          <w:sz w:val="20"/>
        </w:rPr>
        <w:t>22:50  is se ek personality banti hai aap ke andar, yani etiraf ki personality, appreciate karne ki personality, acknowledge karne ki personality.</w:t>
      </w:r>
    </w:p>
    <w:p>
      <w:pPr>
        <w:pStyle w:val="Heading2"/>
      </w:pPr>
      <w:r>
        <w:t>Sun as daily breaking news</w:t>
      </w:r>
    </w:p>
    <w:p>
      <w:r>
        <w:rPr>
          <w:color w:val="666666"/>
          <w:sz w:val="18"/>
        </w:rPr>
        <w:t>The Prophet An Example of Modesty August 27, 2017 · 36s · at 0:58 · https://youtu.be/aR3V4c8fQC4?t=58</w:t>
      </w:r>
    </w:p>
    <w:p>
      <w:r>
        <w:rPr>
          <w:i/>
        </w:rPr>
        <w:t>“Suraj ka nikalna ek breaking news hai”</w:t>
      </w:r>
    </w:p>
    <w:p>
      <w:r>
        <w:rPr>
          <w:sz w:val="20"/>
        </w:rPr>
        <w:t>0:58  to aaj bhi aise hi hua. phir maine dekha ke saade che baje suraj nikla, uski roshni phaili chaaron taraf.</w:t>
      </w:r>
      <w:r>
        <w:br/>
      </w:r>
      <w:r>
        <w:rPr>
          <w:sz w:val="20"/>
        </w:rPr>
        <w:t>1:12  is waqeye ne mere mind ko trigger kiya.</w:t>
      </w:r>
      <w:r>
        <w:br/>
      </w:r>
      <w:r>
        <w:rPr>
          <w:sz w:val="20"/>
        </w:rPr>
        <w:t>1:18  sochte hue main is rai par pahuncha ke yeh suraj jo rozana nikalta hai, woh hamare liye ek breaking news hota hai.</w:t>
      </w:r>
    </w:p>
    <w:p>
      <w:pPr>
        <w:pStyle w:val="Heading2"/>
      </w:pPr>
      <w:r>
        <w:t>Why anger is a loss even when you win the fight</w:t>
      </w:r>
    </w:p>
    <w:p>
      <w:r>
        <w:rPr>
          <w:color w:val="666666"/>
          <w:sz w:val="18"/>
        </w:rPr>
        <w:t>Don't Be Angry Culture January 15, 2012 · 1m 47s · at 22:20 · https://youtu.be/NrA3X8y_FLY?t=1340</w:t>
      </w:r>
    </w:p>
    <w:p>
      <w:r>
        <w:rPr>
          <w:i/>
        </w:rPr>
        <w:t>“Ek hadith hai: taqatwar wo nahi jo pachhaar de ladai mein”</w:t>
      </w:r>
    </w:p>
    <w:p>
      <w:r>
        <w:rPr>
          <w:sz w:val="20"/>
        </w:rPr>
        <w:t>22:20  ek hadith hai laysa shadeedul basar</w:t>
      </w:r>
      <w:r>
        <w:br/>
      </w:r>
      <w:r>
        <w:rPr>
          <w:sz w:val="20"/>
        </w:rPr>
        <w:t>22:27  inna shadeeda mayamliku indal ghadab yaani taqatwar woh nahi hai jo pachhad de ladai mein, ladka pachhad de.</w:t>
      </w:r>
      <w:r>
        <w:br/>
      </w:r>
      <w:r>
        <w:rPr>
          <w:sz w:val="20"/>
        </w:rPr>
        <w:t>22:39  nahin. taqatwar woh hai jo apne ghusse ko control kar le.</w:t>
      </w:r>
      <w:r>
        <w:br/>
      </w:r>
      <w:r>
        <w:rPr>
          <w:sz w:val="20"/>
        </w:rPr>
        <w:t>22:48  jo apne ghusse ko control kar le. kyunke aap larr kar kisi ko pachhada aap ne to kya kiya aap ne? ek aadmi ko apna dushman bana liya aap ne.</w:t>
      </w:r>
      <w:r>
        <w:br/>
      </w:r>
      <w:r>
        <w:rPr>
          <w:sz w:val="20"/>
        </w:rPr>
        <w:t>22:57  aap ghaur kijiye. agar larr gaye aur aap ne aap khud haare to to zillat hi zillat hai.</w:t>
      </w:r>
      <w:r>
        <w:br/>
      </w:r>
      <w:r>
        <w:rPr>
          <w:sz w:val="20"/>
        </w:rPr>
        <w:t>23:07  lekin farz kijiye aap jeet gaye aur us ko aap ne pachhad diya tab bhi bohat bada nuqsan hai. khwamkhwah ek shakhs ko apna dushman bana liya aap ne.</w:t>
      </w:r>
      <w:r>
        <w:br/>
      </w:r>
      <w:r>
        <w:rPr>
          <w:sz w:val="20"/>
        </w:rPr>
        <w:t>23:19  dushman. ek aadmi ke dil mein apni nafrat daal di.</w:t>
      </w:r>
      <w:r>
        <w:br/>
      </w:r>
      <w:r>
        <w:rPr>
          <w:sz w:val="20"/>
        </w:rPr>
        <w:t>23:26  to kya yeh kam nuqsan hai yeh? to ghusse ke waqt agar aap bazahir kamyab hon, tab bhi nuqsan hai.</w:t>
      </w:r>
      <w:r>
        <w:br/>
      </w:r>
      <w:r>
        <w:rPr>
          <w:sz w:val="20"/>
        </w:rPr>
        <w:t>23:37  aur aur agar nakaam hon, tab bhi nuqsan hai. yaani ghussa aaya aur kisi se larr gaye aap. to farz kijiye bazahir aap kamyab ho jayein.</w:t>
      </w:r>
      <w:r>
        <w:br/>
      </w:r>
      <w:r>
        <w:rPr>
          <w:sz w:val="20"/>
        </w:rPr>
        <w:t>23:49  tab bhi us ko aap ne aap us ke andar nafrat daal di. us ko apna dushman bana liya.</w:t>
      </w:r>
      <w:r>
        <w:br/>
      </w:r>
      <w:r>
        <w:rPr>
          <w:sz w:val="20"/>
        </w:rPr>
        <w:t>23:57  is wajah se har haal mein mufeed baat yeh hai ke aadmi ghusse ko control kare. ghusse ko control kare.</w:t>
      </w:r>
    </w:p>
    <w:p>
      <w:pPr>
        <w:pStyle w:val="Heading2"/>
      </w:pPr>
      <w:r>
        <w:t>Man seeks Quranic charm to escape a murder case</w:t>
      </w:r>
    </w:p>
    <w:p>
      <w:r>
        <w:rPr>
          <w:color w:val="666666"/>
          <w:sz w:val="18"/>
        </w:rPr>
        <w:t>The Problem of Conditioning April 22, 2012 · 2m 55s · at 5:45 · https://youtu.be/j-kJQzOz46g?t=345</w:t>
      </w:r>
    </w:p>
    <w:p>
      <w:r>
        <w:rPr>
          <w:i/>
        </w:rPr>
        <w:t>“Aaj subah mere paas ek telephone aaya”</w:t>
      </w:r>
    </w:p>
    <w:p>
      <w:r>
        <w:rPr>
          <w:sz w:val="20"/>
        </w:rPr>
        <w:t>5:45  conditioning ki wajah se jo nuqsan hota hai, us ko mein batane ki koshish karunga. dekhiye, aaj subah meray pas aik telephone aaya.</w:t>
      </w:r>
      <w:r>
        <w:br/>
      </w:r>
      <w:r>
        <w:rPr>
          <w:sz w:val="20"/>
        </w:rPr>
        <w:t>5:58  aaj hi subah. ek sahab keh rahe the telephone par ke aap quran ke aalim hain to mera ek masla hai, is ko quran se hal bataiye, is ka.</w:t>
      </w:r>
      <w:r>
        <w:br/>
      </w:r>
      <w:r>
        <w:rPr>
          <w:sz w:val="20"/>
        </w:rPr>
        <w:t>6:13  unhon ne kaha ke hamare haan ek murder ka case ho gaya hai, qatl ka case. aur logon ne mujhe is mein phansaya do.</w:t>
      </w:r>
      <w:r>
        <w:br/>
      </w:r>
      <w:r>
        <w:rPr>
          <w:sz w:val="20"/>
        </w:rPr>
        <w:t>6:22  mere khilaf police case ban gaya.</w:t>
      </w:r>
      <w:r>
        <w:br/>
      </w:r>
      <w:r>
        <w:rPr>
          <w:sz w:val="20"/>
        </w:rPr>
        <w:t>6:26  to aap mujhe koi quran se aise aise amal bataiye, is ko main kar ke bach jaaun. aap jante hain ke baqayda aisi kitabein chhapi hui hain, amliyat ki,</w:t>
      </w:r>
      <w:r>
        <w:br/>
      </w:r>
      <w:r>
        <w:rPr>
          <w:sz w:val="20"/>
        </w:rPr>
        <w:t>6:40  amliyat qurani bhi chhapi hui kitab. to un ke nazdeek quran in ko aisa nuskha dega jis par amal kar ke wo amliyati ma'ne mein wo case se bach jayen.</w:t>
      </w:r>
      <w:r>
        <w:br/>
      </w:r>
      <w:r>
        <w:rPr>
          <w:sz w:val="20"/>
        </w:rPr>
        <w:t>6:58  to main ne socha ke dekhiye, musalman quran ko kis ma'ne mein lete hain? ya to wo samajhte hain ke quran tilawat ke liye hai, tilawat karo aur sawab hasil karte raho.</w:t>
      </w:r>
      <w:r>
        <w:br/>
      </w:r>
      <w:r>
        <w:rPr>
          <w:sz w:val="20"/>
        </w:rPr>
        <w:t>7:16  taraveeh ke zamane mein quran khatm kar lo aur bahut bada sawab un ko mil jayega. ya phir amliyat ke ma'ne mein.</w:t>
      </w:r>
      <w:r>
        <w:br/>
      </w:r>
      <w:r>
        <w:rPr>
          <w:sz w:val="20"/>
        </w:rPr>
        <w:t>7:28  amliyat ke ma'ne mein. yaani quran mein</w:t>
      </w:r>
      <w:r>
        <w:br/>
      </w:r>
      <w:r>
        <w:rPr>
          <w:sz w:val="20"/>
        </w:rPr>
        <w:t>7:33  ghor o fikr kar ke, tadabbur kar ke apni zindagi ka jaiza lena, ye ummat mein rawaji is ka nahi hai.</w:t>
      </w:r>
      <w:r>
        <w:br/>
      </w:r>
      <w:r>
        <w:rPr>
          <w:sz w:val="20"/>
        </w:rPr>
        <w:t>7:43  is ka rawaji ummat mein nahi hai.</w:t>
      </w:r>
      <w:r>
        <w:br/>
      </w:r>
      <w:r>
        <w:rPr>
          <w:sz w:val="20"/>
        </w:rPr>
        <w:t>7:47  abhi kal parson ek mazmoon padh raha tha main, is mein dhoom se wo likha tha unhon ne ke islam sari duniya ke masail ka hal hai.</w:t>
      </w:r>
      <w:r>
        <w:br/>
      </w:r>
      <w:r>
        <w:rPr>
          <w:sz w:val="20"/>
        </w:rPr>
        <w:t>7:57  quran sari duniya ke masail ka hal hai. to main ne socha ke quran mein to sari duniya ke masail ka hal musalmanon ko dikhai deta hai, khud apne bare mein hal dikhai nahi deta.</w:t>
      </w:r>
      <w:r>
        <w:br/>
      </w:r>
      <w:r>
        <w:rPr>
          <w:sz w:val="20"/>
        </w:rPr>
        <w:t>8:10  isi akhbar mein, isi magazine mein ye bhi chhapa hua tha musalmanon ke bare mein ke maujooda zamane mein musalman scienceon ka shikar hain, dushmanon se ghare hue hain.</w:t>
      </w:r>
      <w:r>
        <w:br/>
      </w:r>
      <w:r>
        <w:rPr>
          <w:sz w:val="20"/>
        </w:rPr>
        <w:t>8:23  isi mein aap bataiye ke musalman jo masail mein mubtala hain to is ka hal nahi quran mein hai? sare alam ke liye quran mein hal hai aur musalmanon ke masail ka hal nahi quran mein?</w:t>
      </w:r>
      <w:r>
        <w:br/>
      </w:r>
      <w:r>
        <w:rPr>
          <w:sz w:val="20"/>
        </w:rPr>
        <w:t>8:34  kaisi ajeeb soch hai.</w:t>
      </w:r>
    </w:p>
    <w:p>
      <w:pPr>
        <w:pStyle w:val="Heading2"/>
      </w:pPr>
      <w:r>
        <w:t>Self blame instead of blaming others</w:t>
      </w:r>
    </w:p>
    <w:p>
      <w:r>
        <w:rPr>
          <w:color w:val="666666"/>
          <w:sz w:val="18"/>
        </w:rPr>
        <w:t>Tazkiyah and Self Criticism April 13, 2020 Maulana Wahiduddin Khan · 1m 47s · at 25:18 · https://youtu.be/D4pMJtT4vDg?t=1518</w:t>
      </w:r>
    </w:p>
    <w:p>
      <w:r>
        <w:rPr>
          <w:i/>
        </w:rPr>
        <w:t>“Ghalti ke chances bahut zyada hain”</w:t>
      </w:r>
    </w:p>
    <w:p>
      <w:r>
        <w:rPr>
          <w:sz w:val="20"/>
        </w:rPr>
        <w:t>25:18  " Ghalti ke chances bohat zyada hain. Bohat zyada. Kyun ke aadmi ki yeh kamzori hai ke wo apne ko justify karta hai.</w:t>
      </w:r>
      <w:r>
        <w:br/>
      </w:r>
      <w:r>
        <w:rPr>
          <w:sz w:val="20"/>
        </w:rPr>
        <w:t>25:28  Doosron ko blame dena. Yaad rakhiye ke bohat aam yeh mizaj hai</w:t>
      </w:r>
      <w:r>
        <w:br/>
      </w:r>
      <w:r>
        <w:rPr>
          <w:sz w:val="20"/>
        </w:rPr>
        <w:t>25:35  insaan ke andar.</w:t>
      </w:r>
      <w:r>
        <w:br/>
      </w:r>
      <w:r>
        <w:rPr>
          <w:sz w:val="20"/>
        </w:rPr>
        <w:t>25:39  Bohat aam hai. Apne ko justify karna aur doosron ko blame dena.</w:t>
      </w:r>
      <w:r>
        <w:br/>
      </w:r>
      <w:r>
        <w:rPr>
          <w:sz w:val="20"/>
        </w:rPr>
        <w:t>25:48  Aur mera mizaj ulta hai. Main apni ghalti ko kabhi justify nahi karta. Aap yaqeen kijiye ke main is ko afford nahi kar sakta.</w:t>
      </w:r>
      <w:r>
        <w:br/>
      </w:r>
      <w:r>
        <w:rPr>
          <w:sz w:val="20"/>
        </w:rPr>
        <w:t>25:57  Afford nahi ke main apni ghalti ko justify karoon.</w:t>
      </w:r>
      <w:r>
        <w:br/>
      </w:r>
      <w:r>
        <w:rPr>
          <w:sz w:val="20"/>
        </w:rPr>
        <w:t>26:06  Yeh main afford nahi kar sakta ke main apni ghalti ko justify karoon. To yeh mizaj banana padega. Yeh mizaj banana padega.</w:t>
      </w:r>
      <w:r>
        <w:br/>
      </w:r>
      <w:r>
        <w:rPr>
          <w:sz w:val="20"/>
        </w:rPr>
        <w:t>26:26  Misal ke taur par dekhiye, meri zindagi mein bohat se aise waqiyat hain ke kisi ne mujh ko, kisi ne mujh ko</w:t>
      </w:r>
      <w:r>
        <w:br/>
      </w:r>
      <w:r>
        <w:rPr>
          <w:sz w:val="20"/>
        </w:rPr>
        <w:t>26:38  dukh pahunchaya. To sochte sochte main yeh nikalta hoon ke meri kaun si ghalti ki thi ke us ko mauqa mila.</w:t>
      </w:r>
      <w:r>
        <w:br/>
      </w:r>
      <w:r>
        <w:rPr>
          <w:sz w:val="20"/>
        </w:rPr>
        <w:t>26:53  Meri kaun si ghalti ki thi ke us ko mauqa mile ke</w:t>
      </w:r>
      <w:r>
        <w:br/>
      </w:r>
      <w:r>
        <w:rPr>
          <w:sz w:val="20"/>
        </w:rPr>
        <w:t>26:57  wo mujhe dukh pahunchaye. To ghalti karta hai wo aur main dhoondta hoon apne andar is ka.</w:t>
      </w:r>
    </w:p>
    <w:p>
      <w:pPr>
        <w:pStyle w:val="Heading2"/>
      </w:pPr>
      <w:r>
        <w:t>the friend who called wealth a lightning strike</w:t>
      </w:r>
    </w:p>
    <w:p>
      <w:r>
        <w:rPr>
          <w:color w:val="666666"/>
          <w:sz w:val="18"/>
        </w:rPr>
        <w:t>Stress and Spirituality January 1, 2012 · 2m 28s · at 51:41 · https://youtu.be/TPhXL9-g6ME?t=3101</w:t>
      </w:r>
    </w:p>
    <w:p>
      <w:r>
        <w:rPr>
          <w:i/>
        </w:rPr>
        <w:t>“My friend said the lightning of wealth fell on me”</w:t>
      </w:r>
    </w:p>
    <w:p>
      <w:r>
        <w:rPr>
          <w:sz w:val="20"/>
        </w:rPr>
        <w:t>51:41  aik qissa maine parha tha aik aadmi ka. Us ka aik dost tha. Yeh sacha qissa hai.</w:t>
      </w:r>
      <w:r>
        <w:br/>
      </w:r>
      <w:r>
        <w:rPr>
          <w:sz w:val="20"/>
        </w:rPr>
        <w:t>51:49  to dost dost thay. Woh rehte thay aik basti mein. Aik town mein.</w:t>
      </w:r>
      <w:r>
        <w:br/>
      </w:r>
      <w:r>
        <w:rPr>
          <w:sz w:val="20"/>
        </w:rPr>
        <w:t>52:00  to us ke baad kiya hua ke aik dost ne kuch karobar kiya hai. Kiya kiya us ko paisa bohat ho gaya.</w:t>
      </w:r>
      <w:r>
        <w:br/>
      </w:r>
      <w:r>
        <w:rPr>
          <w:sz w:val="20"/>
        </w:rPr>
        <w:t>52:10  aik dost to wahin ka wahin raha. Yani aik dost ki jo maashi halat jo pehle thi wohi rahi.</w:t>
      </w:r>
      <w:r>
        <w:br/>
      </w:r>
      <w:r>
        <w:rPr>
          <w:sz w:val="20"/>
        </w:rPr>
        <w:t>52:20  aik dost ki bohat barh gayi. To jab woh dost jo jis ke paas ziyada paisa aa gaya tha woh busy bohat rehne laga.</w:t>
      </w:r>
      <w:r>
        <w:br/>
      </w:r>
      <w:r>
        <w:rPr>
          <w:sz w:val="20"/>
        </w:rPr>
        <w:t>52:31  us ko yahan wahan jana parta tha. To mulaqat bohat kam hoti thi.</w:t>
      </w:r>
      <w:r>
        <w:br/>
      </w:r>
      <w:r>
        <w:rPr>
          <w:sz w:val="20"/>
        </w:rPr>
        <w:t>52:36  to kam wale ne shikayat ki us paise wale dost se ke bhai ab tum milte nahi ho. Ab tum se mulaqat hi nahi hoti.</w:t>
      </w:r>
      <w:r>
        <w:br/>
      </w:r>
      <w:r>
        <w:rPr>
          <w:sz w:val="20"/>
        </w:rPr>
        <w:t>52:48  to us dost ne kaha ke mere ooper dolat ki bijli giri hai.</w:t>
      </w:r>
      <w:r>
        <w:br/>
      </w:r>
      <w:r>
        <w:rPr>
          <w:sz w:val="20"/>
        </w:rPr>
        <w:t>52:56  mere ooper dolat ki bijli giri hai. To bijli hoti hai woh jo jis mein jis ko dhoond rahe hain aap.</w:t>
      </w:r>
      <w:r>
        <w:br/>
      </w:r>
      <w:r>
        <w:rPr>
          <w:sz w:val="20"/>
        </w:rPr>
        <w:t>53:06  dolat bari to bijli ban kar giri aap ke oopar. to yeh jo hadith maine sunai aap ko ke agar aadmi ke paas ghar ho aur khadim ho aur pait bharne ke liye roti ho to bas kafi hai is ke liye.</w:t>
      </w:r>
      <w:r>
        <w:br/>
      </w:r>
      <w:r>
        <w:rPr>
          <w:sz w:val="20"/>
        </w:rPr>
        <w:t>53:25  yeh hai tension free life ka formula. yani need par qane ho jao. baqadr zaroorat par qane ho jao.</w:t>
      </w:r>
      <w:r>
        <w:br/>
      </w:r>
      <w:r>
        <w:rPr>
          <w:sz w:val="20"/>
        </w:rPr>
        <w:t>53:37  baqadr zaroorat mile to is par tum contentment ho jao. yeh hai formula yani tension free life ka.</w:t>
      </w:r>
      <w:r>
        <w:br/>
      </w:r>
      <w:r>
        <w:rPr>
          <w:sz w:val="20"/>
        </w:rPr>
        <w:t>53:48  is ke aage chaho ge to siwaye is ke ek pareshani hai, pareshani hai, pareshani. aur kuch nahi. jitna paisa barhe ga, jitna aap zindagi madi saman barhen ge, utne problem aayen ge, problem.</w:t>
      </w:r>
    </w:p>
    <w:p>
      <w:pPr>
        <w:pStyle w:val="Heading2"/>
      </w:pPr>
      <w:r>
        <w:t>Don't be angry – a sense of justice</w:t>
      </w:r>
    </w:p>
    <w:p>
      <w:r>
        <w:rPr>
          <w:color w:val="666666"/>
          <w:sz w:val="18"/>
        </w:rPr>
        <w:t>The Concept of Justice in Islam May 03, 2007 · 5m 53s · at 42:09 · https://youtu.be/DY5SY8H554c?t=2529</w:t>
      </w:r>
    </w:p>
    <w:p>
      <w:r>
        <w:rPr>
          <w:i/>
        </w:rPr>
        <w:t>“A person came to the Prophet and asked, give me a master advice.”</w:t>
      </w:r>
    </w:p>
    <w:p>
      <w:r>
        <w:rPr>
          <w:sz w:val="20"/>
        </w:rPr>
        <w:t>42:09  the most important ethical principle is justice. Justice. For example, a person came to the Prophet and asked,</w:t>
      </w:r>
      <w:r>
        <w:br/>
      </w:r>
      <w:r>
        <w:rPr>
          <w:sz w:val="20"/>
        </w:rPr>
        <w:t>42:26  "O Prophet, give me a master advice by which I may be able to manage all the affairs of my life." The Prophet replied,</w:t>
      </w:r>
      <w:r>
        <w:br/>
      </w:r>
      <w:r>
        <w:rPr>
          <w:sz w:val="20"/>
        </w:rPr>
        <w:t>42:40  "La taqzab." Don't be angry.</w:t>
      </w:r>
      <w:r>
        <w:br/>
      </w:r>
      <w:r>
        <w:rPr>
          <w:sz w:val="20"/>
        </w:rPr>
        <w:t>42:44  I think don't be angry is not a simple advice. It is very important. If you analyze this advice, you will find a deep meaning in this advice.</w:t>
      </w:r>
      <w:r>
        <w:br/>
      </w:r>
      <w:r>
        <w:rPr>
          <w:sz w:val="20"/>
        </w:rPr>
        <w:t>43:02  What is that meaning?</w:t>
      </w:r>
      <w:r>
        <w:br/>
      </w:r>
      <w:r>
        <w:rPr>
          <w:sz w:val="20"/>
        </w:rPr>
        <w:t>43:06  It is not easy to give a positive response to</w:t>
      </w:r>
      <w:r>
        <w:br/>
      </w:r>
      <w:r>
        <w:rPr>
          <w:sz w:val="20"/>
        </w:rPr>
        <w:t>43:14  a man who</w:t>
      </w:r>
      <w:r>
        <w:br/>
      </w:r>
      <w:r>
        <w:rPr>
          <w:sz w:val="20"/>
        </w:rPr>
        <w:t>43:22  when you are angry, you are when you are angry, you are reacting negatively because there was some provocation.</w:t>
      </w:r>
      <w:r>
        <w:br/>
      </w:r>
      <w:r>
        <w:rPr>
          <w:sz w:val="20"/>
        </w:rPr>
        <w:t>43:32  So when there is a provocation, it is not very easy to save yourself from anger. But here is a very important point.</w:t>
      </w:r>
      <w:r>
        <w:br/>
      </w:r>
      <w:r>
        <w:rPr>
          <w:sz w:val="20"/>
        </w:rPr>
        <w:t>43:44  I think that that point is that you have to have a sense of justice when someone provokes you.</w:t>
      </w:r>
      <w:r>
        <w:br/>
      </w:r>
      <w:r>
        <w:rPr>
          <w:sz w:val="20"/>
        </w:rPr>
        <w:t>43:57  So if you have a sense of justice, you will think that maybe this man was in a bad mood due to some reason.</w:t>
      </w:r>
      <w:r>
        <w:br/>
      </w:r>
      <w:r>
        <w:rPr>
          <w:sz w:val="20"/>
        </w:rPr>
        <w:t>44:12  He was in a bad mood.</w:t>
      </w:r>
      <w:r>
        <w:br/>
      </w:r>
      <w:r>
        <w:rPr>
          <w:sz w:val="20"/>
        </w:rPr>
        <w:t>44:14  He was not in a normal condition. So he provoked me. When one provokes you and you have a sense of justice,</w:t>
      </w:r>
      <w:r>
        <w:br/>
      </w:r>
      <w:r>
        <w:rPr>
          <w:sz w:val="20"/>
        </w:rPr>
        <w:t>44:27  you may consider that maybe this man needs some concession.</w:t>
      </w:r>
      <w:r>
        <w:br/>
      </w:r>
      <w:r>
        <w:rPr>
          <w:sz w:val="20"/>
        </w:rPr>
        <w:t>44:37  Concession. Why</w:t>
      </w:r>
      <w:r>
        <w:br/>
      </w:r>
      <w:r>
        <w:rPr>
          <w:sz w:val="20"/>
        </w:rPr>
        <w:t>44:40  ? Because he was not in a normal condition. He was in a bad mood.</w:t>
      </w:r>
      <w:r>
        <w:br/>
      </w:r>
      <w:r>
        <w:rPr>
          <w:sz w:val="20"/>
        </w:rPr>
        <w:t>44:51  Maybe he was</w:t>
      </w:r>
      <w:r>
        <w:br/>
      </w:r>
      <w:r>
        <w:rPr>
          <w:sz w:val="20"/>
        </w:rPr>
        <w:t>44:58  in some</w:t>
      </w:r>
      <w:r>
        <w:br/>
      </w:r>
      <w:r>
        <w:rPr>
          <w:sz w:val="20"/>
        </w:rPr>
        <w:t>45:01  abnormal feeling due to some reason. So I have to give him a concession.</w:t>
      </w:r>
      <w:r>
        <w:br/>
      </w:r>
      <w:r>
        <w:rPr>
          <w:sz w:val="20"/>
        </w:rPr>
        <w:t>45:10  At that time, it is not good for me to react negatively. So your sense of justice will not allow you to give a negative response.</w:t>
      </w:r>
      <w:r>
        <w:br/>
      </w:r>
      <w:r>
        <w:rPr>
          <w:sz w:val="20"/>
        </w:rPr>
        <w:t>45:28  I think that this is the this is a noble character of a believer.</w:t>
      </w:r>
      <w:r>
        <w:br/>
      </w:r>
      <w:r>
        <w:rPr>
          <w:sz w:val="20"/>
        </w:rPr>
        <w:t>45:39  A believer is one who is a very, very sensitive person. A believer is one who has an acute sense of justice.</w:t>
      </w:r>
      <w:r>
        <w:br/>
      </w:r>
      <w:r>
        <w:rPr>
          <w:sz w:val="20"/>
        </w:rPr>
        <w:t>45:50  A true believer is one who has an acute sense of justice.</w:t>
      </w:r>
      <w:r>
        <w:br/>
      </w:r>
      <w:r>
        <w:rPr>
          <w:sz w:val="20"/>
        </w:rPr>
        <w:t>45:58  When you when there is a provocation and you become angry, then maybe you are not doing justice because if that man was not in a normal condition,</w:t>
      </w:r>
      <w:r>
        <w:br/>
      </w:r>
      <w:r>
        <w:rPr>
          <w:sz w:val="20"/>
        </w:rPr>
        <w:t>46:18  if that man was suffering some headache or some tension,</w:t>
      </w:r>
      <w:r>
        <w:br/>
      </w:r>
      <w:r>
        <w:rPr>
          <w:sz w:val="20"/>
        </w:rPr>
        <w:t>46:28  and so in that situation, you have to give him some concession.</w:t>
      </w:r>
      <w:r>
        <w:br/>
      </w:r>
      <w:r>
        <w:rPr>
          <w:sz w:val="20"/>
        </w:rPr>
        <w:t>46:42  It is not good for you to be negative. It is not good for you to react negatively at that time.</w:t>
      </w:r>
      <w:r>
        <w:br/>
      </w:r>
      <w:r>
        <w:rPr>
          <w:sz w:val="20"/>
        </w:rPr>
        <w:t>46:54  So I think that a true believer has an acute sense of justice.</w:t>
      </w:r>
      <w:r>
        <w:br/>
      </w:r>
      <w:r>
        <w:rPr>
          <w:sz w:val="20"/>
        </w:rPr>
        <w:t>47:04  A true believer is one who has an acute sense of justice. This I find by reading the life of the Prophet of Islam.</w:t>
      </w:r>
      <w:r>
        <w:br/>
      </w:r>
      <w:r>
        <w:rPr>
          <w:sz w:val="20"/>
        </w:rPr>
        <w:t>47:18  I can say that the Prophet of Islam was having an acute sense of justice.</w:t>
      </w:r>
      <w:r>
        <w:br/>
      </w:r>
      <w:r>
        <w:rPr>
          <w:sz w:val="20"/>
        </w:rPr>
        <w:t>47:28  Due to this sense, he always tried to give concession to other people. He himself never started any fighting.</w:t>
      </w:r>
      <w:r>
        <w:br/>
      </w:r>
      <w:r>
        <w:rPr>
          <w:sz w:val="20"/>
        </w:rPr>
        <w:t>47:43  He never started violence</w:t>
      </w:r>
      <w:r>
        <w:br/>
      </w:r>
      <w:r>
        <w:rPr>
          <w:sz w:val="20"/>
        </w:rPr>
        <w:t>47:48  . He always</w:t>
      </w:r>
      <w:r>
        <w:br/>
      </w:r>
      <w:r>
        <w:rPr>
          <w:sz w:val="20"/>
        </w:rPr>
        <w:t>47:54  he has always followed the principle of avoidance, tolerance. Why?</w:t>
      </w:r>
    </w:p>
    <w:p>
      <w:pPr>
        <w:pStyle w:val="Heading2"/>
      </w:pPr>
      <w:r>
        <w:t>Prophet approves spontaneous prayer</w:t>
      </w:r>
    </w:p>
    <w:p>
      <w:r>
        <w:rPr>
          <w:color w:val="666666"/>
          <w:sz w:val="18"/>
        </w:rPr>
        <w:t>An Introduction to Islamic Fiqh July 27, 2007 Maulana Wahiduddin Khan · 4m 17s · at 33:13 · https://youtu.be/6aEZ4hFo1KY?t=1993</w:t>
      </w:r>
    </w:p>
    <w:p>
      <w:r>
        <w:rPr>
          <w:i/>
        </w:rPr>
        <w:t>“Once the Prophet was leading a congregational prayer in Madinah”</w:t>
      </w:r>
    </w:p>
    <w:p>
      <w:r>
        <w:rPr>
          <w:sz w:val="20"/>
        </w:rPr>
        <w:t>33:13  For example, there is a Hadith that once the Prophet of Islam was leading a congregational prayer in Madinah.</w:t>
      </w:r>
      <w:r>
        <w:br/>
      </w:r>
      <w:r>
        <w:rPr>
          <w:sz w:val="20"/>
        </w:rPr>
        <w:t>33:27  Once the Prophet of Islam was leading a congregational prayer in the Mosque of Madinah.</w:t>
      </w:r>
      <w:r>
        <w:br/>
      </w:r>
      <w:r>
        <w:rPr>
          <w:sz w:val="20"/>
        </w:rPr>
        <w:t>33:38  So you know the prescribed way is that when we</w:t>
      </w:r>
      <w:r>
        <w:br/>
      </w:r>
      <w:r>
        <w:rPr>
          <w:sz w:val="20"/>
        </w:rPr>
        <w:t>33:48  stand from the Ruku, we say, "Rabbana alayk alhamd."</w:t>
      </w:r>
      <w:r>
        <w:br/>
      </w:r>
      <w:r>
        <w:rPr>
          <w:sz w:val="20"/>
        </w:rPr>
        <w:t>34:04  So one companion who was in the who was offering the Namaz, so other companions said, "Rabbana alayk alhamd" by heart.</w:t>
      </w:r>
      <w:r>
        <w:br/>
      </w:r>
      <w:r>
        <w:rPr>
          <w:sz w:val="20"/>
        </w:rPr>
        <w:t>34:22  One companion said loudly, "Rabbana alayk alhamd. Hamdan kasiraan tayyaban wawarakan fi."</w:t>
      </w:r>
      <w:r>
        <w:br/>
      </w:r>
      <w:r>
        <w:rPr>
          <w:sz w:val="20"/>
        </w:rPr>
        <w:t>34:32  The Prophet was there, and all other companions said by heart, "Rabbana alayk alhamd." One companion said loudly, "Rabbana alayk alhamd.</w:t>
      </w:r>
      <w:r>
        <w:br/>
      </w:r>
      <w:r>
        <w:rPr>
          <w:sz w:val="20"/>
        </w:rPr>
        <w:t>34:43  Hamdan kasiraan tayyaban wawarakan fi." So there was a suspense.</w:t>
      </w:r>
      <w:r>
        <w:br/>
      </w:r>
      <w:r>
        <w:rPr>
          <w:sz w:val="20"/>
        </w:rPr>
        <w:t>34:51  There was a suspense. So after complete completion of the complete when he completed the Salat, the Prophet asked,</w:t>
      </w:r>
      <w:r>
        <w:br/>
      </w:r>
      <w:r>
        <w:rPr>
          <w:sz w:val="20"/>
        </w:rPr>
        <w:t>35:06  "Who</w:t>
      </w:r>
      <w:r>
        <w:br/>
      </w:r>
      <w:r>
        <w:rPr>
          <w:sz w:val="20"/>
        </w:rPr>
        <w:t>35:07  said like this?"</w:t>
      </w:r>
      <w:r>
        <w:br/>
      </w:r>
      <w:r>
        <w:rPr>
          <w:sz w:val="20"/>
        </w:rPr>
        <w:t>35:11  So that companion</w:t>
      </w:r>
      <w:r>
        <w:br/>
      </w:r>
      <w:r>
        <w:rPr>
          <w:sz w:val="20"/>
        </w:rPr>
        <w:t>35:16  fell in fear.</w:t>
      </w:r>
      <w:r>
        <w:br/>
      </w:r>
      <w:r>
        <w:rPr>
          <w:sz w:val="20"/>
        </w:rPr>
        <w:t>35:21  He</w:t>
      </w:r>
      <w:r>
        <w:br/>
      </w:r>
      <w:r>
        <w:rPr>
          <w:sz w:val="20"/>
        </w:rPr>
        <w:t>35:25  was of the opinion that I completed wrong perhaps. But the Prophet said, "No, it was not wrong.</w:t>
      </w:r>
      <w:r>
        <w:br/>
      </w:r>
      <w:r>
        <w:rPr>
          <w:sz w:val="20"/>
        </w:rPr>
        <w:t>35:34  You wereright, and God accepted your words." So by this this event shows us the true picture of the Islamic Ibadat,</w:t>
      </w:r>
      <w:r>
        <w:br/>
      </w:r>
      <w:r>
        <w:rPr>
          <w:sz w:val="20"/>
        </w:rPr>
        <w:t>35:52  that Ibadat is not simply to complete some rituals. Ibadat is not simply to</w:t>
      </w:r>
      <w:r>
        <w:br/>
      </w:r>
      <w:r>
        <w:rPr>
          <w:sz w:val="20"/>
        </w:rPr>
        <w:t>36:05  perform some rituals. No. Ibadat is not a form, it is not a set of rituals, but it is a spirited practice.</w:t>
      </w:r>
      <w:r>
        <w:br/>
      </w:r>
      <w:r>
        <w:rPr>
          <w:sz w:val="20"/>
        </w:rPr>
        <w:t>36:20  So when you are full of spirit, you cannot</w:t>
      </w:r>
      <w:r>
        <w:br/>
      </w:r>
      <w:r>
        <w:rPr>
          <w:sz w:val="20"/>
        </w:rPr>
        <w:t>36:29  take a routine. It is impossible. When there is no only spiritless actions can be performed in routine.</w:t>
      </w:r>
      <w:r>
        <w:br/>
      </w:r>
      <w:r>
        <w:rPr>
          <w:sz w:val="20"/>
        </w:rPr>
        <w:t>36:46  So Namaz is not a routine. Salat is not a spiritless routine. A routine without spirit, it is not Namaz.</w:t>
      </w:r>
      <w:r>
        <w:br/>
      </w:r>
      <w:r>
        <w:rPr>
          <w:sz w:val="20"/>
        </w:rPr>
        <w:t>36:55  Namaz is a spiritful action. And when your heart is fully with spirit, you sometimes do against the routine.</w:t>
      </w:r>
      <w:r>
        <w:br/>
      </w:r>
      <w:r>
        <w:rPr>
          <w:sz w:val="20"/>
        </w:rPr>
        <w:t>37:09  Sometimes you will go against the routine. So this was the spirit of that Namaz, that companion. It was the spirit of that companion which went after the routine,</w:t>
      </w:r>
    </w:p>
    <w:p>
      <w:pPr>
        <w:pStyle w:val="Heading2"/>
      </w:pPr>
      <w:r>
        <w:t>the three-step process that turns a bad self into a good one</w:t>
      </w:r>
    </w:p>
    <w:p>
      <w:r>
        <w:rPr>
          <w:color w:val="666666"/>
          <w:sz w:val="18"/>
        </w:rPr>
        <w:t>The Process of Personality Development June 30, 2013 · 4m 20s · at 24:45 · https://youtu.be/CSSFRydcJlo?t=1485</w:t>
      </w:r>
    </w:p>
    <w:p>
      <w:r>
        <w:rPr>
          <w:i/>
        </w:rPr>
        <w:t>“Illa man taab wa aamana wa amila saliha — teen baatein hain: tawba, eemaan, amal saleh”</w:t>
      </w:r>
    </w:p>
    <w:p>
      <w:r>
        <w:rPr>
          <w:sz w:val="20"/>
        </w:rPr>
        <w:t>24:45  se hoga? iska ek process isi ayat mein bata diya gaya hai. isi ayat mein illa man tab wa amana wa amil salih dekhiye, teen baatein hain: tauba, iman, amal salih.</w:t>
      </w:r>
      <w:r>
        <w:br/>
      </w:r>
      <w:r>
        <w:rPr>
          <w:sz w:val="20"/>
        </w:rPr>
        <w:t>24:59  yeh ek process ka zikr hai. process ka, process ka zikr hai. tauba ka matlab kya hai? lotna, apni ghalti ko maan lena, apni ghalti ka etiraf karna.</w:t>
      </w:r>
      <w:r>
        <w:br/>
      </w:r>
      <w:r>
        <w:rPr>
          <w:sz w:val="20"/>
        </w:rPr>
        <w:t>25:13  to dekhiye, dunya ki zindagi mein, jaisa ke maine arz kiya, bahut hi strong temptation, bahut hi strong desire ke sath aadmi dunya mein aata hai.</w:t>
      </w:r>
      <w:r>
        <w:br/>
      </w:r>
      <w:r>
        <w:rPr>
          <w:sz w:val="20"/>
        </w:rPr>
        <w:t>25:25  to lazman woh ghaltiyan karta hai. jaisa ke Adam se ghalti ho gayi, lazman aisa hota hai ke woh ghaltiyan karta hai.</w:t>
      </w:r>
      <w:r>
        <w:br/>
      </w:r>
      <w:r>
        <w:rPr>
          <w:sz w:val="20"/>
        </w:rPr>
        <w:t>25:37  itne strong temptation ke darmiyan jab rahega aadmi, aur azadi bhi us ko hasil hai. yani ek taraf to strong temptation aur doosri taraf total freedom.</w:t>
      </w:r>
      <w:r>
        <w:br/>
      </w:r>
      <w:r>
        <w:rPr>
          <w:sz w:val="20"/>
        </w:rPr>
        <w:t>25:51  to aisi halat mein, it is but natural ke aadmi phisal jaye, aadmi ghalti kare.</w:t>
      </w:r>
      <w:r>
        <w:br/>
      </w:r>
      <w:r>
        <w:rPr>
          <w:sz w:val="20"/>
        </w:rPr>
        <w:t>26:01  to hadith mein aata hai ke Rasool Allah sal Allah alaihi wasallam ne farmaya kullu bani adama khatta'un wa khairu al-khatta'in al-tawwabun ke har insan khata karne wala hai.</w:t>
      </w:r>
      <w:r>
        <w:br/>
      </w:r>
      <w:r>
        <w:rPr>
          <w:sz w:val="20"/>
        </w:rPr>
        <w:t>26:13  bahut khata hoti hai insan se, lekin sab se achhe khata karne wale woh hain jo tauba karne wale hain.</w:t>
      </w:r>
      <w:r>
        <w:br/>
      </w:r>
      <w:r>
        <w:rPr>
          <w:sz w:val="20"/>
        </w:rPr>
        <w:t>26:23  to dekhiye, yahan jo farmaya ke illa man tab to tabah ye nahin ke toba toba bol diya aadmi.</w:t>
      </w:r>
      <w:r>
        <w:br/>
      </w:r>
      <w:r>
        <w:rPr>
          <w:sz w:val="20"/>
        </w:rPr>
        <w:t>26:32  toba ek bahut hi bade waqe'ay ka naam hai. woh kya? jab aap se ghalti ho jaye to jaise hi aap ko tanbeh ho, aap chaunk paden, chala uthen, af!</w:t>
      </w:r>
      <w:r>
        <w:br/>
      </w:r>
      <w:r>
        <w:rPr>
          <w:sz w:val="20"/>
        </w:rPr>
        <w:t>26:47  mujh se itni bhank ghalti ho gayi,</w:t>
      </w:r>
      <w:r>
        <w:br/>
      </w:r>
      <w:r>
        <w:rPr>
          <w:sz w:val="20"/>
        </w:rPr>
        <w:t>26:49  itna bada khata sarzad ho gayi mujh se. to toba ka matlab yeh hai ke aap ko bahut zyada shock lage ke mujh se ghalti ho gayi.</w:t>
      </w:r>
      <w:r>
        <w:br/>
      </w:r>
      <w:r>
        <w:rPr>
          <w:sz w:val="20"/>
        </w:rPr>
        <w:t>27:02  is se woh hai toba. achha, jab aap toba karenge is tareeqay se to phir iman ka process jari ho jayega. yaani pehle toba ayegi, yaani ghalti ka ehsas, ghalti ka etiraf,</w:t>
      </w:r>
      <w:r>
        <w:br/>
      </w:r>
      <w:r>
        <w:rPr>
          <w:sz w:val="20"/>
        </w:rPr>
        <w:t>27:18  "i was wrong" keh sakna. phir kya hoga? ek process jari hoga iman ka. iman ka matlab kya hai? yaqeen, daryaft, shu'uri marifat.</w:t>
      </w:r>
      <w:r>
        <w:br/>
      </w:r>
      <w:r>
        <w:rPr>
          <w:sz w:val="20"/>
        </w:rPr>
        <w:t>27:28  yeh matlab hai iman ka. to jab aap ke andar toba ka, yaani shock lagega, shock to iman ka process shuru ho jayega.</w:t>
      </w:r>
      <w:r>
        <w:br/>
      </w:r>
      <w:r>
        <w:rPr>
          <w:sz w:val="20"/>
        </w:rPr>
        <w:t>27:39  aap ko shu'oor mein irtaqa hoga, aap ko Allah ki marifat badhegi, aap akhirat ki haqiqaton ko daryaft karenge kyunke aap ka andar jo hai jaag chuka hoga.</w:t>
      </w:r>
      <w:r>
        <w:br/>
      </w:r>
      <w:r>
        <w:rPr>
          <w:sz w:val="20"/>
        </w:rPr>
        <w:t>27:51  andar aap ke intellectual awakening aa chuki hogi. phir kya hoga? wa'amal 'amalan salihan phir zindagi mein aap ki nekiyaan ayengi, zindagi mein virtue ayega,</w:t>
      </w:r>
      <w:r>
        <w:br/>
      </w:r>
      <w:r>
        <w:rPr>
          <w:sz w:val="20"/>
        </w:rPr>
        <w:t>28:04  zindagi mein Allah ki pasand wali rawish ayegi. yeh hoga.</w:t>
      </w:r>
      <w:r>
        <w:br/>
      </w:r>
      <w:r>
        <w:rPr>
          <w:sz w:val="20"/>
        </w:rPr>
        <w:t>28:09  to yeh teen cheezen hain jo ek process ko batati hain. is process se guzar kar kya hota hai ke jo thi shakhsiyat siyyah, woh shakhsiyat hasanah ban jati hai.</w:t>
      </w:r>
      <w:r>
        <w:br/>
      </w:r>
      <w:r>
        <w:rPr>
          <w:sz w:val="20"/>
        </w:rPr>
        <w:t>28:22  dekhiye, yeh aisa nahin hai ke badi ki jagah par hataya, neki rakh di. jaise yeh dhakkan hai ke dhakkan ko hataya, yahan par akhbar rakh diya.</w:t>
      </w:r>
      <w:r>
        <w:br/>
      </w:r>
      <w:r>
        <w:rPr>
          <w:sz w:val="20"/>
        </w:rPr>
        <w:t>28:32  yeh matlab nahin is ka hai. is ka yeh</w:t>
      </w:r>
      <w:r>
        <w:br/>
      </w:r>
      <w:r>
        <w:rPr>
          <w:sz w:val="20"/>
        </w:rPr>
        <w:t>28:36  matlab nahin hai. is ka matlab hai jo evil personality thi, woh virtuous personality ban jati hai. is is process ke through, is process se guzarne ki bina par,</w:t>
      </w:r>
      <w:r>
        <w:br/>
      </w:r>
      <w:r>
        <w:rPr>
          <w:sz w:val="20"/>
        </w:rPr>
        <w:t>28:52  yeh ek bahut hi badi baat hai jis ko samajhna chahiye. is ki Islam ki tareekh mein ek bahut hi illustrative misaal hai, bahut hi yaani is baat ko illustrate karne wali.</w:t>
      </w:r>
    </w:p>
    <w:p>
      <w:pPr>
        <w:pStyle w:val="Heading2"/>
      </w:pPr>
      <w:r>
        <w:t>Suicide is haram due to pessimism</w:t>
      </w:r>
    </w:p>
    <w:p>
      <w:r>
        <w:rPr>
          <w:color w:val="666666"/>
          <w:sz w:val="18"/>
        </w:rPr>
        <w:t>Islam and Peace (In Conversation with Maulana) · 1m 59s · at 16:18 · https://youtu.be/vFVw6wPt5lk?t=978</w:t>
      </w:r>
    </w:p>
    <w:p>
      <w:r>
        <w:rPr>
          <w:i/>
        </w:rPr>
        <w:t>“Punishment and reward depend on intention.”</w:t>
      </w:r>
    </w:p>
    <w:p>
      <w:r>
        <w:rPr>
          <w:sz w:val="20"/>
        </w:rPr>
        <w:t>16:18  The reason is that punishment and reward both depend on intention, not simply on deed.</w:t>
      </w:r>
      <w:r>
        <w:br/>
      </w:r>
      <w:r>
        <w:rPr>
          <w:sz w:val="20"/>
        </w:rPr>
        <w:t>16:29  So one who commits suicide, he shows bad intention because he showed that he became pessimist.</w:t>
      </w:r>
      <w:r>
        <w:br/>
      </w:r>
      <w:r>
        <w:rPr>
          <w:sz w:val="20"/>
        </w:rPr>
        <w:t>16:39  He became a frustrated person</w:t>
      </w:r>
      <w:r>
        <w:br/>
      </w:r>
      <w:r>
        <w:rPr>
          <w:sz w:val="20"/>
        </w:rPr>
        <w:t>16:45  . He lost the hope from God. So it is haram in Islam to be pessimist.</w:t>
      </w:r>
      <w:r>
        <w:br/>
      </w:r>
      <w:r>
        <w:rPr>
          <w:sz w:val="20"/>
        </w:rPr>
        <w:t>16:59  It is haram in Islam.</w:t>
      </w:r>
      <w:r>
        <w:br/>
      </w:r>
      <w:r>
        <w:rPr>
          <w:sz w:val="20"/>
        </w:rPr>
        <w:t>17:02  You are not allowed to be pessimist. You have to wait for God's blessing. If you are in trouble, if you are facing some problem,</w:t>
      </w:r>
      <w:r>
        <w:br/>
      </w:r>
      <w:r>
        <w:rPr>
          <w:sz w:val="20"/>
        </w:rPr>
        <w:t>17:16  you have to wait for you have to pray to God and wait.</w:t>
      </w:r>
      <w:r>
        <w:br/>
      </w:r>
      <w:r>
        <w:rPr>
          <w:sz w:val="20"/>
        </w:rPr>
        <w:t>17:28  It means that if you are facing some trouble, some problem, you have to pray to God and you have to wait for the solution.</w:t>
      </w:r>
      <w:r>
        <w:br/>
      </w:r>
      <w:r>
        <w:rPr>
          <w:sz w:val="20"/>
        </w:rPr>
        <w:t>17:42  God will help you.</w:t>
      </w:r>
      <w:r>
        <w:br/>
      </w:r>
      <w:r>
        <w:rPr>
          <w:sz w:val="20"/>
        </w:rPr>
        <w:t>17:46  So it is not allowed in Islam to commit suicide. It is haram. So one who commits suicide, he proved that he was a pessimist.</w:t>
      </w:r>
      <w:r>
        <w:br/>
      </w:r>
      <w:r>
        <w:rPr>
          <w:sz w:val="20"/>
        </w:rPr>
        <w:t>17:57  He was a disappointed person.</w:t>
      </w:r>
      <w:r>
        <w:br/>
      </w:r>
      <w:r>
        <w:rPr>
          <w:sz w:val="20"/>
        </w:rPr>
        <w:t>18:00  And disappointment is haram.</w:t>
      </w:r>
      <w:r>
        <w:br/>
      </w:r>
      <w:r>
        <w:rPr>
          <w:sz w:val="20"/>
        </w:rPr>
        <w:t>18:06  So the basic reason is disappointment. So Molana, is our destiny governed by God? Does He choose who is evil and who is bad?</w:t>
      </w:r>
    </w:p>
    <w:p>
      <w:pPr>
        <w:pStyle w:val="Heading2"/>
      </w:pPr>
      <w:r>
        <w:t>Childhood difficulties leading to belief in Qayyum</w:t>
      </w:r>
    </w:p>
    <w:p>
      <w:r>
        <w:rPr>
          <w:color w:val="666666"/>
          <w:sz w:val="18"/>
        </w:rPr>
        <w:t>The Message of Eid al-Fitr June 16, 2018 Maulana Wahiduddin Khan · 6m 00s · at 4:18 · https://youtu.be/QlTiIy-mN8U?t=258</w:t>
      </w:r>
    </w:p>
    <w:p>
      <w:r>
        <w:rPr>
          <w:i/>
        </w:rPr>
        <w:t>“Main ek gaon mein paida hua”</w:t>
      </w:r>
    </w:p>
    <w:p>
      <w:r>
        <w:rPr>
          <w:sz w:val="20"/>
        </w:rPr>
        <w:t>4:18  main ek gaon mein paida hua, ek gaon mein, aur yateem hoga paida hote hi.</w:t>
      </w:r>
      <w:r>
        <w:br/>
      </w:r>
      <w:r>
        <w:rPr>
          <w:sz w:val="20"/>
        </w:rPr>
        <w:t>4:30  mere ghar ke halaat bohat hi, yaani</w:t>
      </w:r>
      <w:r>
        <w:br/>
      </w:r>
      <w:r>
        <w:rPr>
          <w:sz w:val="20"/>
        </w:rPr>
        <w:t>4:36  aise the ke har har har roz mind trigger karne wale</w:t>
      </w:r>
      <w:r>
        <w:br/>
      </w:r>
      <w:r>
        <w:rPr>
          <w:sz w:val="20"/>
        </w:rPr>
        <w:t>4:43  achhe halaat nahi the.</w:t>
      </w:r>
      <w:r>
        <w:br/>
      </w:r>
      <w:r>
        <w:rPr>
          <w:sz w:val="20"/>
        </w:rPr>
        <w:t>4:47  to dekhiye, main aap ko arz kar doon ke ek ek phenomena jis ko main rozana dekhta tha apne ghar mein, daily,</w:t>
      </w:r>
      <w:r>
        <w:br/>
      </w:r>
      <w:r>
        <w:rPr>
          <w:sz w:val="20"/>
        </w:rPr>
        <w:t>5:03  aur woh mere mind ko trigger karta tha.</w:t>
      </w:r>
      <w:r>
        <w:br/>
      </w:r>
      <w:r>
        <w:rPr>
          <w:sz w:val="20"/>
        </w:rPr>
        <w:t>5:09  trigger karna to woh halka lafz hai, strike karta tha, hammering karta tha. woh kya tha?</w:t>
      </w:r>
      <w:r>
        <w:br/>
      </w:r>
      <w:r>
        <w:rPr>
          <w:sz w:val="20"/>
        </w:rPr>
        <w:t>5:19  main jis ghar mein rehta tha</w:t>
      </w:r>
      <w:r>
        <w:br/>
      </w:r>
      <w:r>
        <w:rPr>
          <w:sz w:val="20"/>
        </w:rPr>
        <w:t>5:25  to is mein</w:t>
      </w:r>
      <w:r>
        <w:br/>
      </w:r>
      <w:r>
        <w:rPr>
          <w:sz w:val="20"/>
        </w:rPr>
        <w:t>5:31  ek taraf ki deewar poori ki poori mitti ki thi. ek taraf to eent ki deewar thi, pichla hissa jo tha woh poora ka poora mitti ki deewar thi.</w:t>
      </w:r>
      <w:r>
        <w:br/>
      </w:r>
      <w:r>
        <w:rPr>
          <w:sz w:val="20"/>
        </w:rPr>
        <w:t>5:46  woh</w:t>
      </w:r>
      <w:r>
        <w:br/>
      </w:r>
      <w:r>
        <w:rPr>
          <w:sz w:val="20"/>
        </w:rPr>
        <w:t>5:51  aur aap taajjub karein ge ke woh deewar jhuki hui thi, mitti ki deewar jhuki hui, aise hi. to har waqt khatra ke gir pare, gir pare, gir pare.</w:t>
      </w:r>
      <w:r>
        <w:br/>
      </w:r>
      <w:r>
        <w:rPr>
          <w:sz w:val="20"/>
        </w:rPr>
        <w:t>6:05  baqayda aise jhuki hui thi. aur isi ghar mein main barson barson raha, rozana us ko dekhta tha.</w:t>
      </w:r>
      <w:r>
        <w:br/>
      </w:r>
      <w:r>
        <w:rPr>
          <w:sz w:val="20"/>
        </w:rPr>
        <w:t>6:21  to ek jhuki hui deewar ke andar main raha, aur woh kabhi woh deewar giri nahi, yahan tak ke mere bhai ne paisa kamaya, paisa kamakar ghar gira giraya,</w:t>
      </w:r>
      <w:r>
        <w:br/>
      </w:r>
      <w:r>
        <w:rPr>
          <w:sz w:val="20"/>
        </w:rPr>
        <w:t>6:35  aur phir banwaya us ko phir se. tab woh giri, apne aap nahi giri. woh</w:t>
      </w:r>
      <w:r>
        <w:br/>
      </w:r>
      <w:r>
        <w:rPr>
          <w:sz w:val="20"/>
        </w:rPr>
        <w:t>6:43  to dekhiye, insaan do tareeqe se sochta hai: conscious mind se, unconscious mind se. ya bas wajah yeh hai ke insaan sirf conscious mind se sochta hai, unconscious mind se bhi sochta hai.</w:t>
      </w:r>
      <w:r>
        <w:br/>
      </w:r>
      <w:r>
        <w:rPr>
          <w:sz w:val="20"/>
        </w:rPr>
        <w:t>6:57  woh to mein is waqt, yaani bachpan se, is qabil to nahi tha ke mein conscious mind se sochun, lekin unconscious mind se zaroor sochta tha mein, kyunke mera mind trigger hota tha, trigger hota tha.</w:t>
      </w:r>
      <w:r>
        <w:br/>
      </w:r>
      <w:r>
        <w:rPr>
          <w:sz w:val="20"/>
        </w:rPr>
        <w:t>7:18  to unconscious mind se mein sochta tha ke aakhir yeh kaun hai is deewar ko sambhali hui hai.</w:t>
      </w:r>
      <w:r>
        <w:br/>
      </w:r>
      <w:r>
        <w:rPr>
          <w:sz w:val="20"/>
        </w:rPr>
        <w:t>7:29  hata ke mein aap ko arz karun, 1936 ka waqia, 1936,</w:t>
      </w:r>
      <w:r>
        <w:br/>
      </w:r>
      <w:r>
        <w:rPr>
          <w:sz w:val="20"/>
        </w:rPr>
        <w:t>7:38  1936. aap jante hain 34 se kya hua tha? earthquake aaya tha.</w:t>
      </w:r>
      <w:r>
        <w:br/>
      </w:r>
      <w:r>
        <w:rPr>
          <w:sz w:val="20"/>
        </w:rPr>
        <w:t>7:50  ek dum meri vivid memory mein, vivid meri Quetta mein aaya tha, jo aap Pakistan mein hain. to Quetta mein earthquake aaya hai 1936 mein,</w:t>
      </w:r>
      <w:r>
        <w:br/>
      </w:r>
      <w:r>
        <w:rPr>
          <w:sz w:val="20"/>
        </w:rPr>
        <w:t>8:04  aur sab mein ne dekha ke sab hil raha hai. woh deewar bhi hil rahi hai ke gira kuch bhi nahi, mere ghar mein kahin koi kuch kuch giri nahi, halanke poora ghar hil hil raha tha.</w:t>
      </w:r>
      <w:r>
        <w:br/>
      </w:r>
      <w:r>
        <w:rPr>
          <w:sz w:val="20"/>
        </w:rPr>
        <w:t>8:18  Quetta ko woh zalzala bohat bohat akhbaron mein aaya tha is zamane mein. hamare gaon mein ek sahib the, Munshi Mahmood Ali, woh shayar bhi the.</w:t>
      </w:r>
      <w:r>
        <w:br/>
      </w:r>
      <w:r>
        <w:rPr>
          <w:sz w:val="20"/>
        </w:rPr>
        <w:t>8:28  poori ek nazm likhi thi us Quetta ke zalzale par. unhon ne to ab zahir hai ke mera mind yeh sochta tha ke kaun taqat hai ke jhuki hui deewar ko earthquake aaya, phir bhi woh sambhali hui hai, gira nahi hai.</w:t>
      </w:r>
      <w:r>
        <w:br/>
      </w:r>
      <w:r>
        <w:rPr>
          <w:sz w:val="20"/>
        </w:rPr>
        <w:t>8:52  is tarah se mere mind mein</w:t>
      </w:r>
      <w:r>
        <w:br/>
      </w:r>
      <w:r>
        <w:rPr>
          <w:sz w:val="20"/>
        </w:rPr>
        <w:t>8:58  kisi an dekhi is waqt zahir hai ke Allah par woh yaqeen mujhe nahi tha jo aaj Allah ke fazl, Allah ke fazl se hai ke koi na koi taqat, taqat hai jo sambhali hui hai.</w:t>
      </w:r>
      <w:r>
        <w:br/>
      </w:r>
      <w:r>
        <w:rPr>
          <w:sz w:val="20"/>
        </w:rPr>
        <w:t>9:10  Qayyum, Qayyum ke mani sambhalne wala, Walhayyul Qayyum, sambhalne wala.</w:t>
      </w:r>
      <w:r>
        <w:br/>
      </w:r>
      <w:r>
        <w:rPr>
          <w:sz w:val="20"/>
        </w:rPr>
        <w:t>9:22  to yeh kaisi ajeeb baat hai bachpan se. to yeh is mani ke woh jo Surah Yusuf mein hai ke ayatain dekhte hain lekin is se sabak nahi lete.</w:t>
      </w:r>
      <w:r>
        <w:br/>
      </w:r>
      <w:r>
        <w:rPr>
          <w:sz w:val="20"/>
        </w:rPr>
        <w:t>9:38  to yeh bhi isi mein se ek ek sabak tha,</w:t>
      </w:r>
      <w:r>
        <w:br/>
      </w:r>
      <w:r>
        <w:rPr>
          <w:sz w:val="20"/>
        </w:rPr>
        <w:t>9:44  isi mein se ek sabak</w:t>
      </w:r>
      <w:r>
        <w:br/>
      </w:r>
      <w:r>
        <w:rPr>
          <w:sz w:val="20"/>
        </w:rPr>
        <w:t>9:48  ke dekho is deewar ko, dekho is deewar ko, dekho</w:t>
      </w:r>
      <w:r>
        <w:br/>
      </w:r>
      <w:r>
        <w:rPr>
          <w:sz w:val="20"/>
        </w:rPr>
        <w:t>9:55  koi Qayyum hai, koi Hayyul Qayyum hai.</w:t>
      </w:r>
      <w:r>
        <w:br/>
      </w:r>
      <w:r>
        <w:rPr>
          <w:sz w:val="20"/>
        </w:rPr>
        <w:t>10:03  aise hi ek nahi, beshumar waqiat mere zindagi mein pesh aate rahe. mein bilkul chota tha to aap yeh dekh rahe hain, mera angotha bilkul kat kar nikal gaya.</w:t>
      </w:r>
    </w:p>
    <w:p>
      <w:pPr>
        <w:pStyle w:val="Heading2"/>
      </w:pPr>
      <w:r>
        <w:t>Yusuf's grateful, humble reaction upon being exonerated</w:t>
      </w:r>
    </w:p>
    <w:p>
      <w:r>
        <w:rPr>
          <w:color w:val="666666"/>
          <w:sz w:val="18"/>
        </w:rPr>
        <w:t>Lessons from The Story of Prophet Yusuf Part 3 July 17, 2022 · 1m 22s · at 7:28 · https://youtu.be/IweBlcs49uM?t=448</w:t>
      </w:r>
    </w:p>
    <w:p>
      <w:r>
        <w:rPr>
          <w:i/>
        </w:rPr>
        <w:t>“یوسف علیہ السلام کو معلوم ہوا کہ زلیخا نے اقرار کر لیا”</w:t>
      </w:r>
    </w:p>
    <w:p>
      <w:r>
        <w:rPr>
          <w:sz w:val="20"/>
        </w:rPr>
        <w:t>7:28  jab yusuf alaihissalam ko maloom hua ke zulekha ne apne jurm ka iqrar kar liya hai aur sare ilzamat se woh bari ho gaye hain to unhon ne Allah ka shukr ada kiya aur ek bohat achhi baat kahi, kaha ke jo Aziz Misr hai, jo un ka aaqa tha, us ko ab yeh pata chal jayega ke maine us ke peeth peeche koi burai nahi ki.</w:t>
      </w:r>
      <w:r>
        <w:br/>
      </w:r>
      <w:r>
        <w:rPr>
          <w:sz w:val="20"/>
        </w:rPr>
        <w:t>7:54  ji</w:t>
      </w:r>
      <w:r>
        <w:br/>
      </w:r>
      <w:r>
        <w:rPr>
          <w:sz w:val="20"/>
        </w:rPr>
        <w:t>7:55  zhalika liyalam annahu lam yakhunhu bilghayb ke "I have not betrayed behind his back".</w:t>
      </w:r>
      <w:r>
        <w:br/>
      </w:r>
      <w:r>
        <w:rPr>
          <w:sz w:val="20"/>
        </w:rPr>
        <w:t>8:04  ji. yani un ko yeh ehsas tha ke mera jo aaqa hai jis ne mujhe slave ke taur par khareeda aur woh laya apne ghar, bari izzat se rakha, us ne apne bete ki tarah se pala, meri training ki, mujhe education dilwai, meri bohat izzat ki, bohat hi honorable position di ghar mein.</w:t>
      </w:r>
      <w:r>
        <w:br/>
      </w:r>
      <w:r>
        <w:rPr>
          <w:sz w:val="20"/>
        </w:rPr>
        <w:t>8:24  ab us ko yeh ehsas hoga ke maine koi us ke peeth peeche koi burai ki hai. ji.</w:t>
      </w:r>
      <w:r>
        <w:br/>
      </w:r>
      <w:r>
        <w:rPr>
          <w:sz w:val="20"/>
        </w:rPr>
        <w:t>8:32  to ab kam se kam un ko itminan ho gaya ke Aziz ab mutmain ho gaya hoga ke maine koi aisi burai nahi ki. ji. ji.</w:t>
      </w:r>
      <w:r>
        <w:br/>
      </w:r>
      <w:r>
        <w:rPr>
          <w:sz w:val="20"/>
        </w:rPr>
        <w:t>8:41  ji. ji. mashallah. doctor sahib, agar dekhein to matlab Khuda ki nisbat se jab insan dekhta hai to sirf apne aap ko aajiz pata hai, us ke siwa kuch nahi</w:t>
      </w:r>
      <w:r>
        <w:br/>
      </w:r>
      <w:r>
        <w:rPr>
          <w:sz w:val="20"/>
        </w:rPr>
        <w:t>8:51  ۔ bilkul. aur mera agla sawal bhi modesty ki taraf hai, lekin is se pehle main yeh bhi yaad kar raha hoon ke maulana ne ek bohat achhi line likhi thi apni kitab mein ke "Modesty is that virtue which dresses a person's inner self".</w:t>
      </w:r>
    </w:p>
    <w:p>
      <w:pPr>
        <w:pStyle w:val="Heading2"/>
      </w:pPr>
      <w:r>
        <w:t>Muslims lost their divine passport</w:t>
      </w:r>
    </w:p>
    <w:p>
      <w:r>
        <w:rPr>
          <w:color w:val="666666"/>
          <w:sz w:val="18"/>
        </w:rPr>
        <w:t>Universal outlook April 09, 2017 · 51s · at 32:45 · https://youtu.be/n3HAPCpom5c?t=1965</w:t>
      </w:r>
    </w:p>
    <w:p>
      <w:r>
        <w:rPr>
          <w:i/>
        </w:rPr>
        <w:t>“Ek baar to main America gaya”</w:t>
      </w:r>
    </w:p>
    <w:p>
      <w:r>
        <w:rPr>
          <w:sz w:val="20"/>
        </w:rPr>
        <w:t>32:45  jaise ek bar to main America gaya to hamare ek sathi the. un ke sathi ka passport kahin misplaced ho gaya.</w:t>
      </w:r>
      <w:r>
        <w:br/>
      </w:r>
      <w:r>
        <w:rPr>
          <w:sz w:val="20"/>
        </w:rPr>
        <w:t>32:57  gum to nahi hua, misplaced ho gaya. ab hum bohat pareshan the ke kyunke aap ke pas agar passport na ho to aap ki ID khatam.</w:t>
      </w:r>
      <w:r>
        <w:br/>
      </w:r>
      <w:r>
        <w:rPr>
          <w:sz w:val="20"/>
        </w:rPr>
        <w:t>33:10  kisi doosre mulk mein aap bilkul hi yani non existent ho jate hain. kyunke jo list hai mulk ke bashindon ki, us mein aap ka naam hi nahi.</w:t>
      </w:r>
      <w:r>
        <w:br/>
      </w:r>
      <w:r>
        <w:rPr>
          <w:sz w:val="20"/>
        </w:rPr>
        <w:t>33:22  koi aap ka role nahi, koi aap ki hesiyat nahi. ab bohat pareshan the woh. lekin khairiyat se woh misplaced ho gaya, baad ko mil gaya woh.</w:t>
      </w:r>
      <w:r>
        <w:br/>
      </w:r>
      <w:r>
        <w:rPr>
          <w:sz w:val="20"/>
        </w:rPr>
        <w:t>33:32  to musalmanon ka passport gum ho gaya hai.</w:t>
      </w:r>
    </w:p>
    <w:p>
      <w:pPr>
        <w:pStyle w:val="Heading2"/>
      </w:pPr>
      <w:r>
        <w:t>sparrow's heart teaches living without complaint or grudge</w:t>
      </w:r>
    </w:p>
    <w:p>
      <w:r>
        <w:rPr>
          <w:color w:val="666666"/>
          <w:sz w:val="18"/>
        </w:rPr>
        <w:t>Bird Culture March 6, 2014 Maulana Wahiduddin Khan · 1m 55s · at 4:40 · https://youtu.be/zLSCXGvTJ9A?t=280</w:t>
      </w:r>
    </w:p>
    <w:p>
      <w:r>
        <w:rPr>
          <w:i/>
        </w:rPr>
        <w:t>“Main samajhta hoon is hadith ka matlab yeh hai”</w:t>
      </w:r>
    </w:p>
    <w:p>
      <w:r>
        <w:rPr>
          <w:sz w:val="20"/>
        </w:rPr>
        <w:t>4:40  lekin main samajhta hoon ke is hadees ka matlab hai</w:t>
      </w:r>
      <w:r>
        <w:br/>
      </w:r>
      <w:r>
        <w:rPr>
          <w:sz w:val="20"/>
        </w:rPr>
        <w:t>4:46  ke chidiya ke dil mein koi haqd, koi hasad, koi jalan, koi shikayat, koi negative thought nahi hota.</w:t>
      </w:r>
      <w:r>
        <w:br/>
      </w:r>
      <w:r>
        <w:rPr>
          <w:sz w:val="20"/>
        </w:rPr>
        <w:t>4:59  yani is ke nature mein yeh baat maujood nahi hai.</w:t>
      </w:r>
      <w:r>
        <w:br/>
      </w:r>
      <w:r>
        <w:rPr>
          <w:sz w:val="20"/>
        </w:rPr>
        <w:t>5:05  misalan chidiya kahin hai, kuch woh kha rahi hai, is ka kuch ghiza wahan par hai, kuch kha rahi hai. ab aap wahan pohnche, aap ko dekh kar urr gayi woh.</w:t>
      </w:r>
      <w:r>
        <w:br/>
      </w:r>
      <w:r>
        <w:rPr>
          <w:sz w:val="20"/>
        </w:rPr>
        <w:t>5:20  to jab uregi to shikayat le kar nahi uregi ke dekho, unhon ne mera khana gadbad kar diya,</w:t>
      </w:r>
      <w:r>
        <w:br/>
      </w:r>
      <w:r>
        <w:rPr>
          <w:sz w:val="20"/>
        </w:rPr>
        <w:t>5:33  main ne mujhe disturb kar diya.</w:t>
      </w:r>
      <w:r>
        <w:br/>
      </w:r>
      <w:r>
        <w:rPr>
          <w:sz w:val="20"/>
        </w:rPr>
        <w:t>5:37  aisa nahi karengi. hatta ke koi bachcha agar wahan kankri phenk de aur urr jaye, tab bhi woh koi shikayat le kar nahi uregi. urr kar jayegi, kisi daale pe baithegi wahan, chehchahayegi.</w:t>
      </w:r>
      <w:r>
        <w:br/>
      </w:r>
      <w:r>
        <w:rPr>
          <w:sz w:val="20"/>
        </w:rPr>
        <w:t>5:53  na koi protest hai, na koi complaint hai, na koi nafrat hai, na koi negative thinking hai. yahan se cheez hai.</w:t>
      </w:r>
      <w:r>
        <w:br/>
      </w:r>
      <w:r>
        <w:rPr>
          <w:sz w:val="20"/>
        </w:rPr>
        <w:t>6:05  to chidiya ko chidiya ki shakal mein Allah ne ek misal qaim ki hai insaan ke liye.</w:t>
      </w:r>
      <w:r>
        <w:br/>
      </w:r>
      <w:r>
        <w:rPr>
          <w:sz w:val="20"/>
        </w:rPr>
        <w:t>6:20  chidiya insaan nahi hoti, lekin is ki zindagi mein insaan ke liye ek misal hai.</w:t>
      </w:r>
      <w:r>
        <w:br/>
      </w:r>
      <w:r>
        <w:rPr>
          <w:sz w:val="20"/>
        </w:rPr>
        <w:t>6:25  woh yeh hai ke shikayat ke baghair jiyo, protest ke baghair jiyo, negative thinking ke baghair jiyo.</w:t>
      </w:r>
    </w:p>
    <w:p>
      <w:pPr>
        <w:pStyle w:val="Heading2"/>
      </w:pPr>
      <w:r>
        <w:t>Maulana's own 1948 discovery of faith and lasting peace</w:t>
      </w:r>
    </w:p>
    <w:p>
      <w:r>
        <w:rPr>
          <w:color w:val="666666"/>
          <w:sz w:val="18"/>
        </w:rPr>
        <w:t>God The Only Choice June 22, 2008 · 2m 47s · at 21:48 · https://youtu.be/zNSCqDANn1I?t=1308</w:t>
      </w:r>
    </w:p>
    <w:p>
      <w:r>
        <w:rPr>
          <w:i/>
        </w:rPr>
        <w:t>“Main bhi jab youth age mein tha to seeker ban gaya”</w:t>
      </w:r>
    </w:p>
    <w:p>
      <w:r>
        <w:rPr>
          <w:sz w:val="20"/>
        </w:rPr>
        <w:t>21:48  ab mein apna qissa batata hoon aap ko, mere sath kya hua.</w:t>
      </w:r>
      <w:r>
        <w:br/>
      </w:r>
      <w:r>
        <w:rPr>
          <w:sz w:val="20"/>
        </w:rPr>
        <w:t>21:55  mein bhi, mera case bhi isi tarah ka tha, yani "pent up" emotions ka case ke jazbat bhare hue andar. to jab mein youth age mein tha to mein secretary ban gaya,</w:t>
      </w:r>
      <w:r>
        <w:br/>
      </w:r>
      <w:r>
        <w:rPr>
          <w:sz w:val="20"/>
        </w:rPr>
        <w:t>22:10  khuda ki talash, sachai ki talash. barson mein isi mein raha, barson tak raha. aik lambi kahani hai yeh ke barson tak mein inhi jazbat mein gum raha ke sachai mile mujhe, khuda mujhe milay.</w:t>
      </w:r>
      <w:r>
        <w:br/>
      </w:r>
      <w:r>
        <w:rPr>
          <w:sz w:val="20"/>
        </w:rPr>
        <w:t>22:28  to 1948 ko, 1948 ka aik din tha jab ke mujhe discovery hui, 1948 ka aik din tha.</w:t>
      </w:r>
      <w:r>
        <w:br/>
      </w:r>
      <w:r>
        <w:rPr>
          <w:sz w:val="20"/>
        </w:rPr>
        <w:t>22:39  aur jahan adampur mein tha, us waqt wahan ki jamia masjid mein</w:t>
      </w:r>
      <w:r>
        <w:br/>
      </w:r>
      <w:r>
        <w:rPr>
          <w:sz w:val="20"/>
        </w:rPr>
        <w:t>22:45  exact date to mujhe yaad nahi hai, lekin saal jo tha, woh 1948 ka tha. woh saal us waqt mein apne kai sathiyon ke sath wahan tha</w:t>
      </w:r>
      <w:r>
        <w:br/>
      </w:r>
      <w:r>
        <w:rPr>
          <w:sz w:val="20"/>
        </w:rPr>
        <w:t>22:57  to mein ne pehli baar, yani poore, yani poore, yani soch samajh ke sath, yani consciousness consciousness ke sath kaha: "ashhadu an la ilaha illallah wa ashhadu anna Muhammadan abduhu wa rasuluh".</w:t>
      </w:r>
      <w:r>
        <w:br/>
      </w:r>
      <w:r>
        <w:rPr>
          <w:sz w:val="20"/>
        </w:rPr>
        <w:t>23:15  to behtasha aansu ankhon se nikal paray mere. wohi tha ke "pent up" emotions jo hain, woh release hue. barson se mein sachai ki talash mein tha</w:t>
      </w:r>
      <w:r>
        <w:br/>
      </w:r>
      <w:r>
        <w:rPr>
          <w:sz w:val="20"/>
        </w:rPr>
        <w:t>23:26  to mere andar bhi jazbat bhare hue thay. to 1948 ko raat ka waqt tha, woh maghrib baad ka.</w:t>
      </w:r>
      <w:r>
        <w:br/>
      </w:r>
      <w:r>
        <w:rPr>
          <w:sz w:val="20"/>
        </w:rPr>
        <w:t>23:36  to jab mein ne yeh kaha ke "ashhadu an la ilaha illallah wa ashhadu anna Muhammadan abduhu wa rasuluh" to "pent up" emotions release hue aur mein behtasha rone laga.</w:t>
      </w:r>
      <w:r>
        <w:br/>
      </w:r>
      <w:r>
        <w:rPr>
          <w:sz w:val="20"/>
        </w:rPr>
        <w:t>23:50  wohi mere sath bhi guzra. lekin aap dekhiye, is waqay ko 60 saal beet chukay hain, 60 baras, aur din ba din mere yaqeen mein barhta ja raha hai.</w:t>
      </w:r>
      <w:r>
        <w:br/>
      </w:r>
      <w:r>
        <w:rPr>
          <w:sz w:val="20"/>
        </w:rPr>
        <w:t>24:01  mujhe kabhi tension nahi hua, kabhi stress nahi hua, kabhi mujhe sleeping pill le kar sona nahi para.</w:t>
      </w:r>
      <w:r>
        <w:br/>
      </w:r>
      <w:r>
        <w:rPr>
          <w:sz w:val="20"/>
        </w:rPr>
        <w:t>24:09  yani poore 60 baras beet gaye aur dobara mujhe is ka tajurba nahi hua ke mujhe koi mayoosi ho, mujhe woh mein despair mein par jaon aur frustration mein par jaon.</w:t>
      </w:r>
      <w:r>
        <w:br/>
      </w:r>
      <w:r>
        <w:rPr>
          <w:sz w:val="20"/>
        </w:rPr>
        <w:t>24:22  yeh kabhi nahi hua. kyun? do tarafah ho gaya yeh. yani khuda se mera contact ban gaya, khuda se mujh ko inspiration milne laga.</w:t>
      </w:r>
    </w:p>
    <w:p>
      <w:pPr>
        <w:pStyle w:val="Heading2"/>
      </w:pPr>
      <w:r>
        <w:t>A lavish park party shows religion reduced to phrases</w:t>
      </w:r>
    </w:p>
    <w:p>
      <w:r>
        <w:rPr>
          <w:color w:val="666666"/>
          <w:sz w:val="18"/>
        </w:rPr>
        <w:t>Divine Ideology of Life I 11 July 2010 · 1m 59s · at 5:53 · https://youtu.be/wOmHVfyjMJY?t=353</w:t>
      </w:r>
    </w:p>
    <w:p>
      <w:r>
        <w:rPr>
          <w:i/>
        </w:rPr>
        <w:t>“Dilli ke ek park mein bahut unchi class ke log party kar rahe the”</w:t>
      </w:r>
    </w:p>
    <w:p>
      <w:r>
        <w:rPr>
          <w:sz w:val="20"/>
        </w:rPr>
        <w:t>5:53  ab dekhiye, ek bar mein delhi mein ek park mein tha, to us din wahan par kuch bohat hi oonchi class ke log aaye hue the.</w:t>
      </w:r>
      <w:r>
        <w:br/>
      </w:r>
      <w:r>
        <w:rPr>
          <w:sz w:val="20"/>
        </w:rPr>
        <w:t>6:04  un ki party thi wahan par. party.</w:t>
      </w:r>
      <w:r>
        <w:br/>
      </w:r>
      <w:r>
        <w:rPr>
          <w:sz w:val="20"/>
        </w:rPr>
        <w:t>6:09  to taqreeban shayad chalis log rahe honge. to khoob khana waana wahan aaya, aur khoob kha rahe the, aur ho ha kar rahe the.</w:t>
      </w:r>
      <w:r>
        <w:br/>
      </w:r>
      <w:r>
        <w:rPr>
          <w:sz w:val="20"/>
        </w:rPr>
        <w:t>6:20  to maine apne ek saathi ko poocha ke aakhir hua kis baat par hota hai? wo kya baat hai is par ke hua hota hai? haste hain, hua karte hain.</w:t>
      </w:r>
      <w:r>
        <w:br/>
      </w:r>
      <w:r>
        <w:rPr>
          <w:sz w:val="20"/>
        </w:rPr>
        <w:t>6:30  to mere saathi ne ja kar suna, aur hearing ki.</w:t>
      </w:r>
      <w:r>
        <w:br/>
      </w:r>
      <w:r>
        <w:rPr>
          <w:sz w:val="20"/>
        </w:rPr>
        <w:t>6:37  he and heard their enjoy function, enjoy function. to unhone bataya ke maine suna ye, bohat si baatein aur rahi hongi, ek baat unhone batayi.</w:t>
      </w:r>
      <w:r>
        <w:br/>
      </w:r>
      <w:r>
        <w:rPr>
          <w:sz w:val="20"/>
        </w:rPr>
        <w:t>6:54  keh ab hawa ho raha hai, kha pee rahe hain, bohat acha lag raha hai keh park ka mahol hai, hara bhara hai. to is mein kha pee rahe hain to bohat acha lage ga zahir hai.</w:t>
      </w:r>
      <w:r>
        <w:br/>
      </w:r>
      <w:r>
        <w:rPr>
          <w:sz w:val="20"/>
        </w:rPr>
        <w:t>7:08  to aik admi kehta hai aaj to dil bagh bagh ho gaya. matlab bagh mein hain. is ko le kar unhon ne kaha keh aaj to dil bagh bagh ho gaya.</w:t>
      </w:r>
      <w:r>
        <w:br/>
      </w:r>
      <w:r>
        <w:rPr>
          <w:sz w:val="20"/>
        </w:rPr>
        <w:t>7:21  dosre ne kaha keh aaj to heart garden garden ho gaya. aaj to heart garden garden ho gaya.</w:t>
      </w:r>
      <w:r>
        <w:br/>
      </w:r>
      <w:r>
        <w:rPr>
          <w:sz w:val="20"/>
        </w:rPr>
        <w:t>7:31  ab hawa aur hawa hua. aik teesra admi kuch arabi janta tha.</w:t>
      </w:r>
      <w:r>
        <w:br/>
      </w:r>
      <w:r>
        <w:rPr>
          <w:sz w:val="20"/>
        </w:rPr>
        <w:t>7:36  is ne kaha aaj to qalb hadeeqa hadeeqa ho gaya. bas third class ki baat hai. isi par hua. it is a reduced form of life.</w:t>
      </w:r>
    </w:p>
    <w:p>
      <w:pPr>
        <w:pStyle w:val="Heading2"/>
      </w:pPr>
      <w:r>
        <w:t>fear of dying with a missed opportunity</w:t>
      </w:r>
    </w:p>
    <w:p>
      <w:r>
        <w:rPr>
          <w:color w:val="666666"/>
          <w:sz w:val="18"/>
        </w:rPr>
        <w:t>Love of God January 29, 2012 · 48s · at 53:58 · https://youtu.be/8wJ01OnXHQE?t=3238</w:t>
      </w:r>
    </w:p>
    <w:p>
      <w:r>
        <w:rPr>
          <w:i/>
        </w:rPr>
        <w:t>“Mine was a case of missed opportunity”</w:t>
      </w:r>
    </w:p>
    <w:p>
      <w:r>
        <w:rPr>
          <w:sz w:val="20"/>
        </w:rPr>
        <w:t>53:58  Abad tak rona aur daant peesna hoga. Yaani abad tak afsos mein pade rehna hoga. Isi ko main kehta hoon ke marne ke baad har aadmi sochega, hasrat ke saath, afsos ke saath ke mine was a case of missed opportunity.</w:t>
      </w:r>
      <w:r>
        <w:br/>
      </w:r>
      <w:r>
        <w:rPr>
          <w:sz w:val="20"/>
        </w:rPr>
        <w:t>54:21  Mine was a case of missed opportunity.</w:t>
      </w:r>
      <w:r>
        <w:br/>
      </w:r>
      <w:r>
        <w:rPr>
          <w:sz w:val="20"/>
        </w:rPr>
        <w:t>54:26  Mera case toh ek ek khoye hue mauqe case ban gaya. Ek mauqa mila tha, woh kho diya maine. Ab na woh dobara mauqa milne wala hai, na mujhe kuch aur haasil hone wala hai.</w:t>
      </w:r>
    </w:p>
    <w:p>
      <w:pPr>
        <w:pStyle w:val="Heading2"/>
      </w:pPr>
      <w:r>
        <w:t>A tough question from a listener pushed me to study harder</w:t>
      </w:r>
    </w:p>
    <w:p>
      <w:r>
        <w:rPr>
          <w:color w:val="666666"/>
          <w:sz w:val="18"/>
        </w:rPr>
        <w:t>Divine Personality April 2, 2014 Maulana Wahiduddin Khan · 1m 49s · at 23:42 · https://youtu.be/4F-V__KFzpA?t=1422</w:t>
      </w:r>
    </w:p>
    <w:p>
      <w:r>
        <w:rPr>
          <w:i/>
        </w:rPr>
        <w:t>“I have so many experiences in my life.”</w:t>
      </w:r>
    </w:p>
    <w:p>
      <w:r>
        <w:rPr>
          <w:sz w:val="20"/>
        </w:rPr>
        <w:t>23:42  I have so many experiences in my mind, in life that when I met someone where I wanted to convey the message of Islam to someone he raised some question.</w:t>
      </w:r>
      <w:r>
        <w:br/>
      </w:r>
      <w:r>
        <w:rPr>
          <w:sz w:val="20"/>
        </w:rPr>
        <w:t>24:00  That question, that question</w:t>
      </w:r>
      <w:r>
        <w:br/>
      </w:r>
      <w:r>
        <w:rPr>
          <w:sz w:val="20"/>
        </w:rPr>
        <w:t>24:08  made me rethinking.</w:t>
      </w:r>
      <w:r>
        <w:br/>
      </w:r>
      <w:r>
        <w:rPr>
          <w:sz w:val="20"/>
        </w:rPr>
        <w:t>24:11  Sometime I found that at that time, when at the time of counter I was unable to reply to his question.</w:t>
      </w:r>
      <w:r>
        <w:br/>
      </w:r>
      <w:r>
        <w:rPr>
          <w:sz w:val="20"/>
        </w:rPr>
        <w:t>24:23  There are so many instances. When I found myself helpless then what happened?</w:t>
      </w:r>
      <w:r>
        <w:br/>
      </w:r>
      <w:r>
        <w:rPr>
          <w:sz w:val="20"/>
        </w:rPr>
        <w:t>24:33  I returned with a new decision that I will prepare myself. I will prepare myself.</w:t>
      </w:r>
      <w:r>
        <w:br/>
      </w:r>
      <w:r>
        <w:rPr>
          <w:sz w:val="20"/>
        </w:rPr>
        <w:t>24:42  I will prepare myself. So I studied books. I inquired,</w:t>
      </w:r>
      <w:r>
        <w:br/>
      </w:r>
      <w:r>
        <w:rPr>
          <w:sz w:val="20"/>
        </w:rPr>
        <w:t>24:51  I inquired about his question. I studied the Qur'an again and again.</w:t>
      </w:r>
      <w:r>
        <w:br/>
      </w:r>
      <w:r>
        <w:rPr>
          <w:sz w:val="20"/>
        </w:rPr>
        <w:t>24:59  So</w:t>
      </w:r>
      <w:r>
        <w:br/>
      </w:r>
      <w:r>
        <w:rPr>
          <w:sz w:val="20"/>
        </w:rPr>
        <w:t>25:03  my da'wah work became</w:t>
      </w:r>
      <w:r>
        <w:br/>
      </w:r>
      <w:r>
        <w:rPr>
          <w:sz w:val="20"/>
        </w:rPr>
        <w:t>25:08  a study work also. So according to my experience da'wah is a great source of self-training.</w:t>
      </w:r>
      <w:r>
        <w:br/>
      </w:r>
      <w:r>
        <w:rPr>
          <w:sz w:val="20"/>
        </w:rPr>
        <w:t>25:21  If you are sincere, if you are sincere then da'wah is a great source of self-training.</w:t>
      </w:r>
    </w:p>
    <w:p>
      <w:pPr>
        <w:pStyle w:val="Heading2"/>
      </w:pPr>
      <w:r>
        <w:t>Examples of TALEEF in Prophet's life</w:t>
      </w:r>
    </w:p>
    <w:p>
      <w:r>
        <w:rPr>
          <w:color w:val="666666"/>
          <w:sz w:val="18"/>
        </w:rPr>
        <w:t>The Concept of Taleef in Islam August 3, 2007 · 5m 52s · at 13:14 · https://youtu.be/IHAeOuCThHg?t=794</w:t>
      </w:r>
    </w:p>
    <w:p>
      <w:r>
        <w:rPr>
          <w:i/>
        </w:rPr>
        <w:t>“I will give you practical examples from Prophet's life”</w:t>
      </w:r>
    </w:p>
    <w:p>
      <w:r>
        <w:rPr>
          <w:sz w:val="20"/>
        </w:rPr>
        <w:t>13:14  To illustrate this point, I will give you some practical examples from the life of the Prophet of Islam.</w:t>
      </w:r>
      <w:r>
        <w:br/>
      </w:r>
      <w:r>
        <w:rPr>
          <w:sz w:val="20"/>
        </w:rPr>
        <w:t>13:22  You know Prophet of Islam, Muhammad bin Abdullah (sallallahu alaihi wasallam), was appointed as a Prophet in 610 AD.</w:t>
      </w:r>
      <w:r>
        <w:br/>
      </w:r>
      <w:r>
        <w:rPr>
          <w:sz w:val="20"/>
        </w:rPr>
        <w:t>13:37  At that time, he was in Makkah. His clan was Banu Hashim.</w:t>
      </w:r>
      <w:r>
        <w:br/>
      </w:r>
      <w:r>
        <w:rPr>
          <w:sz w:val="20"/>
        </w:rPr>
        <w:t>13:46  He was born in Banu Hashim.</w:t>
      </w:r>
      <w:r>
        <w:br/>
      </w:r>
      <w:r>
        <w:rPr>
          <w:sz w:val="20"/>
        </w:rPr>
        <w:t>13:49  So when he was appointed as a Prophet, he was ordered by God, "Anzir Ashiratak al-Laqnabeen," convey your message to your relatives,</w:t>
      </w:r>
      <w:r>
        <w:br/>
      </w:r>
      <w:r>
        <w:rPr>
          <w:sz w:val="20"/>
        </w:rPr>
        <w:t>14:05  to the members of your clan.</w:t>
      </w:r>
      <w:r>
        <w:br/>
      </w:r>
      <w:r>
        <w:rPr>
          <w:sz w:val="20"/>
        </w:rPr>
        <w:t>14:09  "Anzir Ashiratak al-Laqnabeen." So he organised a meeting.</w:t>
      </w:r>
      <w:r>
        <w:br/>
      </w:r>
      <w:r>
        <w:rPr>
          <w:sz w:val="20"/>
        </w:rPr>
        <w:t>14:22  He asked all those members of his clan and members of his family to gather at his house. And do you know what was the beginning of this gathering</w:t>
      </w:r>
      <w:r>
        <w:br/>
      </w:r>
      <w:r>
        <w:rPr>
          <w:sz w:val="20"/>
        </w:rPr>
        <w:t>14:38  ? Prophet of Islam served soft drink to all those participants of this meeting. That soft drink was milk.</w:t>
      </w:r>
      <w:r>
        <w:br/>
      </w:r>
      <w:r>
        <w:rPr>
          <w:sz w:val="20"/>
        </w:rPr>
        <w:t>14:50  There is a natural drink.</w:t>
      </w:r>
      <w:r>
        <w:br/>
      </w:r>
      <w:r>
        <w:rPr>
          <w:sz w:val="20"/>
        </w:rPr>
        <w:t>14:55  Milk is a natural kind of soft drink.</w:t>
      </w:r>
      <w:r>
        <w:br/>
      </w:r>
      <w:r>
        <w:rPr>
          <w:sz w:val="20"/>
        </w:rPr>
        <w:t>15:01  So when all these people gathered at his house in Makkah, he ordered Ali to serve a drink of milk as a soft drink to all those participants.</w:t>
      </w:r>
      <w:r>
        <w:br/>
      </w:r>
      <w:r>
        <w:rPr>
          <w:sz w:val="20"/>
        </w:rPr>
        <w:t>15:27  This was the beginning of that</w:t>
      </w:r>
      <w:r>
        <w:br/>
      </w:r>
      <w:r>
        <w:rPr>
          <w:sz w:val="20"/>
        </w:rPr>
        <w:t>15:32  meeting. This was TALEEF-u-Qalb. It was clearly a TALEEF-u-Qalb. A clear example of TALEEF-u-Qalb, that is softening the heart of the people</w:t>
      </w:r>
      <w:r>
        <w:br/>
      </w:r>
      <w:r>
        <w:rPr>
          <w:sz w:val="20"/>
        </w:rPr>
        <w:t>15:48  . Why he served milk as a soft drink? Only for the purpose of TALEEF, that is softening their heart so that they may listen to his message with a normal mind,</w:t>
      </w:r>
      <w:r>
        <w:br/>
      </w:r>
      <w:r>
        <w:rPr>
          <w:sz w:val="20"/>
        </w:rPr>
        <w:t>16:14  with a friendly he wanted to create a friendly environment by serving this drink, that is a natural drink</w:t>
      </w:r>
      <w:r>
        <w:br/>
      </w:r>
      <w:r>
        <w:rPr>
          <w:sz w:val="20"/>
        </w:rPr>
        <w:t>16:28  . By serving this natural drink, Prophet of Islam wanted to create a normal relationship between the two.</w:t>
      </w:r>
      <w:r>
        <w:br/>
      </w:r>
      <w:r>
        <w:rPr>
          <w:sz w:val="20"/>
        </w:rPr>
        <w:t>16:42  A friendship environment.</w:t>
      </w:r>
      <w:r>
        <w:br/>
      </w:r>
      <w:r>
        <w:rPr>
          <w:sz w:val="20"/>
        </w:rPr>
        <w:t>16:48  So this was TALEEF. So according to my study, TALEEF is not confined to Zakat or to giving some money.</w:t>
      </w:r>
      <w:r>
        <w:br/>
      </w:r>
      <w:r>
        <w:rPr>
          <w:sz w:val="20"/>
        </w:rPr>
        <w:t>17:02  No. TALEEF is a very comprehensive teaching of Islam.</w:t>
      </w:r>
      <w:r>
        <w:br/>
      </w:r>
      <w:r>
        <w:rPr>
          <w:sz w:val="20"/>
        </w:rPr>
        <w:t>17:09  So when Prophet of Islam served a natural drink to those madhous, it was an act of TALEEF.</w:t>
      </w:r>
      <w:r>
        <w:br/>
      </w:r>
      <w:r>
        <w:rPr>
          <w:sz w:val="20"/>
        </w:rPr>
        <w:t>17:23  Then the whole life of the Prophet of Islam may be traced under this principle.</w:t>
      </w:r>
      <w:r>
        <w:br/>
      </w:r>
      <w:r>
        <w:rPr>
          <w:sz w:val="20"/>
        </w:rPr>
        <w:t>17:33  Prophet of Islam was Prophet of Tauhid.</w:t>
      </w:r>
      <w:r>
        <w:br/>
      </w:r>
      <w:r>
        <w:rPr>
          <w:sz w:val="20"/>
        </w:rPr>
        <w:t>17:39  His mission was the mission of Tauhid, there is oneness of God.</w:t>
      </w:r>
      <w:r>
        <w:br/>
      </w:r>
      <w:r>
        <w:rPr>
          <w:sz w:val="20"/>
        </w:rPr>
        <w:t>17:49  But at that time, Makkah was</w:t>
      </w:r>
      <w:r>
        <w:br/>
      </w:r>
      <w:r>
        <w:rPr>
          <w:sz w:val="20"/>
        </w:rPr>
        <w:t>17:55  all the people at Makkah were idol worshippers. And Kaaba, that was situated in Makkah, Kaaba was built by Prophet Ibrahim</w:t>
      </w:r>
      <w:r>
        <w:br/>
      </w:r>
      <w:r>
        <w:rPr>
          <w:sz w:val="20"/>
        </w:rPr>
        <w:t>18:12  . But at that time, Kaaba was also filled with idols.</w:t>
      </w:r>
      <w:r>
        <w:br/>
      </w:r>
      <w:r>
        <w:rPr>
          <w:sz w:val="20"/>
        </w:rPr>
        <w:t>18:21  There were 360 idols in the Kaaba premises. Prophet of Islam</w:t>
      </w:r>
      <w:r>
        <w:br/>
      </w:r>
      <w:r>
        <w:rPr>
          <w:sz w:val="20"/>
        </w:rPr>
        <w:t>18:35  was</w:t>
      </w:r>
      <w:r>
        <w:br/>
      </w:r>
      <w:r>
        <w:rPr>
          <w:sz w:val="20"/>
        </w:rPr>
        <w:t>18:38  born in this city, in the neighbourhood of Kaaba. But he never objected. He simply avoided.</w:t>
      </w:r>
      <w:r>
        <w:br/>
      </w:r>
      <w:r>
        <w:rPr>
          <w:sz w:val="20"/>
        </w:rPr>
        <w:t>18:48  This was also TALEEF. This act of avoidance was also a TALEEF, an example of TALEEF. He never said any word against those idols.</w:t>
      </w:r>
    </w:p>
    <w:p>
      <w:pPr>
        <w:pStyle w:val="Heading2"/>
      </w:pPr>
      <w:r>
        <w:t>Sabr as silent planning with personal example</w:t>
      </w:r>
    </w:p>
    <w:p>
      <w:r>
        <w:rPr>
          <w:color w:val="666666"/>
          <w:sz w:val="18"/>
        </w:rPr>
        <w:t>Patience and Creative Thinking April 20, 2020 Maulana Wahiduddin Khan · 2m 40s · at 10:55 · https://youtu.be/zhpSQwyj_6Q?t=655</w:t>
      </w:r>
    </w:p>
    <w:p>
      <w:r>
        <w:rPr>
          <w:i/>
        </w:rPr>
        <w:t>“Sabr ke maani, sabr kya cheez hai?”</w:t>
      </w:r>
    </w:p>
    <w:p>
      <w:r>
        <w:rPr>
          <w:sz w:val="20"/>
        </w:rPr>
        <w:t>10:55  sabr ke maani, sabr kya cheez hai? sabr naam hai khamosh</w:t>
      </w:r>
      <w:r>
        <w:br/>
      </w:r>
      <w:r>
        <w:rPr>
          <w:sz w:val="20"/>
        </w:rPr>
        <w:t>11:02  planning. sabr naam hai khamosh planning ka.</w:t>
      </w:r>
      <w:r>
        <w:br/>
      </w:r>
      <w:r>
        <w:rPr>
          <w:sz w:val="20"/>
        </w:rPr>
        <w:t>11:14  sabr koi buzdi nahi hai, sabr koi buzdi ki baat nahi hai.</w:t>
      </w:r>
      <w:r>
        <w:br/>
      </w:r>
      <w:r>
        <w:rPr>
          <w:sz w:val="20"/>
        </w:rPr>
        <w:t>11:29  sabr naam hai khamosh planning ka, yaani reaction na karne ka.</w:t>
      </w:r>
      <w:r>
        <w:br/>
      </w:r>
      <w:r>
        <w:rPr>
          <w:sz w:val="20"/>
        </w:rPr>
        <w:t>11:43  main ne apne zaati satah par is ka barha tajruba kiya hai.</w:t>
      </w:r>
      <w:r>
        <w:br/>
      </w:r>
      <w:r>
        <w:rPr>
          <w:sz w:val="20"/>
        </w:rPr>
        <w:t>11:51  mere saath kai baar aisa hua ke kuch logon ne</w:t>
      </w:r>
      <w:r>
        <w:br/>
      </w:r>
      <w:r>
        <w:rPr>
          <w:sz w:val="20"/>
        </w:rPr>
        <w:t>12:03  ghalat saboot, ghalt saboot kiya, to main ne reaction nahi kiya</w:t>
      </w:r>
      <w:r>
        <w:br/>
      </w:r>
      <w:r>
        <w:rPr>
          <w:sz w:val="20"/>
        </w:rPr>
        <w:t>12:15  balkeh khamosh planning ka raasta ikhtiyar kiya.</w:t>
      </w:r>
      <w:r>
        <w:br/>
      </w:r>
      <w:r>
        <w:rPr>
          <w:sz w:val="20"/>
        </w:rPr>
        <w:t>12:23  to Allah ke fazl se mujhe kamyabi hasil hui.</w:t>
      </w:r>
      <w:r>
        <w:br/>
      </w:r>
      <w:r>
        <w:rPr>
          <w:sz w:val="20"/>
        </w:rPr>
        <w:t>12:33  hum qaumi satah par to yeh kaam nahi kar sakte ke qaum ki baag dor hamare haath mein nahi, nahi hai.</w:t>
      </w:r>
      <w:r>
        <w:br/>
      </w:r>
      <w:r>
        <w:rPr>
          <w:sz w:val="20"/>
        </w:rPr>
        <w:t>12:43  qaum ki baag dor hamare haath mein nahin hai, lekin anfaradi satah par hum kar sakte hain aisa.</w:t>
      </w:r>
      <w:r>
        <w:br/>
      </w:r>
      <w:r>
        <w:rPr>
          <w:sz w:val="20"/>
        </w:rPr>
        <w:t>13:02  mein aap logon ko dawat deta hoon ke agarchay qaumi satah par baag dor aap ke haath mein nahin hai, lekin khandANI satah par, anfaradi satah par,</w:t>
      </w:r>
      <w:r>
        <w:br/>
      </w:r>
      <w:r>
        <w:rPr>
          <w:sz w:val="20"/>
        </w:rPr>
        <w:t>13:19  yaqeenan aap</w:t>
      </w:r>
      <w:r>
        <w:br/>
      </w:r>
      <w:r>
        <w:rPr>
          <w:sz w:val="20"/>
        </w:rPr>
        <w:t>13:24  apni taqdeer khud bana sakte hain.</w:t>
      </w:r>
    </w:p>
    <w:p>
      <w:pPr>
        <w:pStyle w:val="Heading2"/>
      </w:pPr>
      <w:r>
        <w:t>Personal diary method for self criticism</w:t>
      </w:r>
    </w:p>
    <w:p>
      <w:r>
        <w:rPr>
          <w:color w:val="666666"/>
          <w:sz w:val="18"/>
        </w:rPr>
        <w:t>Tazkiyah and Self Criticism April 13, 2020 Maulana Wahiduddin Khan · 2m 32s · at 21:11 · https://youtu.be/D4pMJtT4vDg?t=1271</w:t>
      </w:r>
    </w:p>
    <w:p>
      <w:r>
        <w:rPr>
          <w:i/>
        </w:rPr>
        <w:t>“Maine naujani ki umar se ek diary banai”</w:t>
      </w:r>
    </w:p>
    <w:p>
      <w:r>
        <w:rPr>
          <w:sz w:val="20"/>
        </w:rPr>
        <w:t>21:11  main ne main ne naujawani ki umar se yeh kiya ke main ne aik aik diary banai. diary.</w:t>
      </w:r>
      <w:r>
        <w:br/>
      </w:r>
      <w:r>
        <w:rPr>
          <w:sz w:val="20"/>
        </w:rPr>
        <w:t>21:22  is diary ko</w:t>
      </w:r>
      <w:r>
        <w:br/>
      </w:r>
      <w:r>
        <w:rPr>
          <w:sz w:val="20"/>
        </w:rPr>
        <w:t>21:27  main ne apni ghalti likhne ka zariya banaya.</w:t>
      </w:r>
      <w:r>
        <w:br/>
      </w:r>
      <w:r>
        <w:rPr>
          <w:sz w:val="20"/>
        </w:rPr>
        <w:t>21:34  asal mein main ne aik qissa parha tha France ke badshah ka. to aap jante honge ke</w:t>
      </w:r>
      <w:r>
        <w:br/>
      </w:r>
      <w:r>
        <w:rPr>
          <w:sz w:val="20"/>
        </w:rPr>
        <w:t>21:45  diary likhne ke mizaj European logon mein bohat bohat hai. diary maintain karna. to France ka aik badshah tha, woh har din kuch likhta tha.</w:t>
      </w:r>
      <w:r>
        <w:br/>
      </w:r>
      <w:r>
        <w:rPr>
          <w:sz w:val="20"/>
        </w:rPr>
        <w:t>21:59  har din.</w:t>
      </w:r>
      <w:r>
        <w:br/>
      </w:r>
      <w:r>
        <w:rPr>
          <w:sz w:val="20"/>
        </w:rPr>
        <w:t>22:04  to aik woh uska zyada tar jo hota tha, woh shikar karta tha. woh</w:t>
      </w:r>
      <w:r>
        <w:br/>
      </w:r>
      <w:r>
        <w:rPr>
          <w:sz w:val="20"/>
        </w:rPr>
        <w:t>22:14  to har din woh us ne kiya shikar kiya, woh likhta tha. to aik din aisa hua</w:t>
      </w:r>
      <w:r>
        <w:br/>
      </w:r>
      <w:r>
        <w:rPr>
          <w:sz w:val="20"/>
        </w:rPr>
        <w:t>22:21  ke woh</w:t>
      </w:r>
      <w:r>
        <w:br/>
      </w:r>
      <w:r>
        <w:rPr>
          <w:sz w:val="20"/>
        </w:rPr>
        <w:t>22:26  shikar ke liye gaya jangl mein.</w:t>
      </w:r>
      <w:r>
        <w:br/>
      </w:r>
      <w:r>
        <w:rPr>
          <w:sz w:val="20"/>
        </w:rPr>
        <w:t>22:32  qadeem zamane mein yeh sab ate the logon mein. to aik din woh badshah, us zamane mein shikar hota tha zyada tar</w:t>
      </w:r>
      <w:r>
        <w:br/>
      </w:r>
      <w:r>
        <w:rPr>
          <w:sz w:val="20"/>
        </w:rPr>
        <w:t>22:47  teer kaman se. zyada tar teer kaman se. to aik din aisa hua ke jab badshah loota to us ke paas likhne ke liye kuch nahi tha.</w:t>
      </w:r>
      <w:r>
        <w:br/>
      </w:r>
      <w:r>
        <w:rPr>
          <w:sz w:val="20"/>
        </w:rPr>
        <w:t>23:05  kyun nahi? aaj yeh shikar kiya, aaj main ne aisa kiya, aaj main ne usay kiya. yani koi yaft wali baat nahi thi.</w:t>
      </w:r>
      <w:r>
        <w:br/>
      </w:r>
      <w:r>
        <w:rPr>
          <w:sz w:val="20"/>
        </w:rPr>
        <w:t>23:16  to main isi din, us us badshah ne abhi us din ki diary mein likha: Nothing. Nothing.</w:t>
      </w:r>
      <w:r>
        <w:br/>
      </w:r>
      <w:r>
        <w:rPr>
          <w:sz w:val="20"/>
        </w:rPr>
        <w:t>23:27  is se main ne us ka aadat bana liya apni ke apni Nothing ko jano.</w:t>
      </w:r>
      <w:r>
        <w:br/>
      </w:r>
      <w:r>
        <w:rPr>
          <w:sz w:val="20"/>
        </w:rPr>
        <w:t>23:34  apni Nothing ko jano.</w:t>
      </w:r>
    </w:p>
    <w:p>
      <w:pPr>
        <w:pStyle w:val="Heading2"/>
      </w:pPr>
      <w:r>
        <w:t>Don't hide flaws use diary for self criticism</w:t>
      </w:r>
    </w:p>
    <w:p>
      <w:r>
        <w:rPr>
          <w:color w:val="666666"/>
          <w:sz w:val="18"/>
        </w:rPr>
        <w:t>Tazkiyah and Self Criticism April 13, 2020 Maulana Wahiduddin Khan · 3m 34s · at 20:09 · https://youtu.be/D4pMJtT4vDg?t=1209</w:t>
      </w:r>
    </w:p>
    <w:p>
      <w:r>
        <w:rPr>
          <w:i/>
        </w:rPr>
        <w:t>“Apni skoot nahi karna”</w:t>
      </w:r>
    </w:p>
    <w:p>
      <w:r>
        <w:rPr>
          <w:sz w:val="20"/>
        </w:rPr>
        <w:t>20:09  apni scot nahi karna. apni scot nahi. log karte hain doosron ki scot nahi.</w:t>
      </w:r>
      <w:r>
        <w:br/>
      </w:r>
      <w:r>
        <w:rPr>
          <w:sz w:val="20"/>
        </w:rPr>
        <w:t>20:18  lekin jo aadmi chahta ho apne ko</w:t>
      </w:r>
      <w:r>
        <w:br/>
      </w:r>
      <w:r>
        <w:rPr>
          <w:sz w:val="20"/>
        </w:rPr>
        <w:t>20:24  madah kar sakte banana, madah kar to us ko aag dalni pare gi apni scot mein. My habit, by the grace of Allah, is this</w:t>
      </w:r>
      <w:r>
        <w:br/>
      </w:r>
      <w:r>
        <w:rPr>
          <w:sz w:val="20"/>
        </w:rPr>
        <w:t>20:35  ke main doosron ki ghalti dhoondta hi nahi. apni</w:t>
      </w:r>
      <w:r>
        <w:br/>
      </w:r>
      <w:r>
        <w:rPr>
          <w:sz w:val="20"/>
        </w:rPr>
        <w:t>20:41  ghalti dhoondta hoon.</w:t>
      </w:r>
      <w:r>
        <w:br/>
      </w:r>
      <w:r>
        <w:rPr>
          <w:sz w:val="20"/>
        </w:rPr>
        <w:t>20:45  main doosron ki ghalti ko sochta bhi nahi. main</w:t>
      </w:r>
      <w:r>
        <w:br/>
      </w:r>
      <w:r>
        <w:rPr>
          <w:sz w:val="20"/>
        </w:rPr>
        <w:t>20:52  apni ghalti ko sochta hoon. yeh meri aadat hai. yeh aadat daliye ya asal mein us ko us ko apni habit mein shamil kijiye.</w:t>
      </w:r>
      <w:r>
        <w:br/>
      </w:r>
      <w:r>
        <w:rPr>
          <w:sz w:val="20"/>
        </w:rPr>
        <w:t>21:11  main ne main ne naujawani ki umar se yeh kiya ke main ne aik aik diary banai. diary.</w:t>
      </w:r>
      <w:r>
        <w:br/>
      </w:r>
      <w:r>
        <w:rPr>
          <w:sz w:val="20"/>
        </w:rPr>
        <w:t>21:22  is diary ko</w:t>
      </w:r>
      <w:r>
        <w:br/>
      </w:r>
      <w:r>
        <w:rPr>
          <w:sz w:val="20"/>
        </w:rPr>
        <w:t>21:27  main ne apni ghalti likhne ka zariya banaya.</w:t>
      </w:r>
      <w:r>
        <w:br/>
      </w:r>
      <w:r>
        <w:rPr>
          <w:sz w:val="20"/>
        </w:rPr>
        <w:t>21:34  asal mein main ne aik qissa parha tha France ke badshah ka. to aap jante honge ke</w:t>
      </w:r>
      <w:r>
        <w:br/>
      </w:r>
      <w:r>
        <w:rPr>
          <w:sz w:val="20"/>
        </w:rPr>
        <w:t>21:45  diary likhne ke mizaj European logon mein bohat bohat hai. diary maintain karna. to France ka aik badshah tha, woh har din kuch likhta tha.</w:t>
      </w:r>
      <w:r>
        <w:br/>
      </w:r>
      <w:r>
        <w:rPr>
          <w:sz w:val="20"/>
        </w:rPr>
        <w:t>21:59  har din.</w:t>
      </w:r>
      <w:r>
        <w:br/>
      </w:r>
      <w:r>
        <w:rPr>
          <w:sz w:val="20"/>
        </w:rPr>
        <w:t>22:04  to aik woh uska zyada tar jo hota tha, woh shikar karta tha. woh</w:t>
      </w:r>
      <w:r>
        <w:br/>
      </w:r>
      <w:r>
        <w:rPr>
          <w:sz w:val="20"/>
        </w:rPr>
        <w:t>22:14  to har din woh us ne kiya shikar kiya, woh likhta tha. to aik din aisa hua</w:t>
      </w:r>
      <w:r>
        <w:br/>
      </w:r>
      <w:r>
        <w:rPr>
          <w:sz w:val="20"/>
        </w:rPr>
        <w:t>22:21  ke woh</w:t>
      </w:r>
      <w:r>
        <w:br/>
      </w:r>
      <w:r>
        <w:rPr>
          <w:sz w:val="20"/>
        </w:rPr>
        <w:t>22:26  shikar ke liye gaya jangl mein.</w:t>
      </w:r>
      <w:r>
        <w:br/>
      </w:r>
      <w:r>
        <w:rPr>
          <w:sz w:val="20"/>
        </w:rPr>
        <w:t>22:32  qadeem zamane mein yeh sab ate the logon mein. to aik din woh badshah, us zamane mein shikar hota tha zyada tar</w:t>
      </w:r>
      <w:r>
        <w:br/>
      </w:r>
      <w:r>
        <w:rPr>
          <w:sz w:val="20"/>
        </w:rPr>
        <w:t>22:47  teer kaman se. zyada tar teer kaman se. to aik din aisa hua ke jab badshah loota to us ke paas likhne ke liye kuch nahi tha.</w:t>
      </w:r>
      <w:r>
        <w:br/>
      </w:r>
      <w:r>
        <w:rPr>
          <w:sz w:val="20"/>
        </w:rPr>
        <w:t>23:05  kyun nahi? aaj yeh shikar kiya, aaj main ne aisa kiya, aaj main ne usay kiya. yani koi yaft wali baat nahi thi.</w:t>
      </w:r>
      <w:r>
        <w:br/>
      </w:r>
      <w:r>
        <w:rPr>
          <w:sz w:val="20"/>
        </w:rPr>
        <w:t>23:16  to main isi din, us us badshah ne abhi us din ki diary mein likha: Nothing. Nothing.</w:t>
      </w:r>
      <w:r>
        <w:br/>
      </w:r>
      <w:r>
        <w:rPr>
          <w:sz w:val="20"/>
        </w:rPr>
        <w:t>23:27  is se main ne us ka aadat bana liya apni ke apni Nothing ko jano.</w:t>
      </w:r>
      <w:r>
        <w:br/>
      </w:r>
      <w:r>
        <w:rPr>
          <w:sz w:val="20"/>
        </w:rPr>
        <w:t>23:34  apni Nothing ko jano.</w:t>
      </w:r>
    </w:p>
    <w:p>
      <w:pPr>
        <w:pStyle w:val="Heading2"/>
      </w:pPr>
      <w:r>
        <w:t>what makes a guru trustworthy and unconditional</w:t>
      </w:r>
    </w:p>
    <w:p>
      <w:r>
        <w:rPr>
          <w:color w:val="666666"/>
          <w:sz w:val="18"/>
        </w:rPr>
        <w:t>In Conversation With Maulana Wahiduddin Khan (English) May 15, 2008 · 2m 23s · at 17:45 · https://youtu.be/Yq3-vUwEu-w?t=1065</w:t>
      </w:r>
    </w:p>
    <w:p>
      <w:r>
        <w:rPr>
          <w:i/>
        </w:rPr>
        <w:t>“What do you mean by an unconditional guru?”</w:t>
      </w:r>
    </w:p>
    <w:p>
      <w:r>
        <w:rPr>
          <w:sz w:val="20"/>
        </w:rPr>
        <w:t>17:45  And for his spiritual development, he needs a spiritual guru. But it is said that one should have a guru as an unconditional guru.</w:t>
      </w:r>
      <w:r>
        <w:br/>
      </w:r>
      <w:r>
        <w:rPr>
          <w:sz w:val="20"/>
        </w:rPr>
        <w:t>17:55  What do you mean by an unconditional guru? Unconditional here means trustworthy guru.</w:t>
      </w:r>
      <w:r>
        <w:br/>
      </w:r>
      <w:r>
        <w:rPr>
          <w:sz w:val="20"/>
        </w:rPr>
        <w:t>18:05  It doesn't mean that God is a that guru is a god. Guru is not God. Guru is not God.</w:t>
      </w:r>
      <w:r>
        <w:br/>
      </w:r>
      <w:r>
        <w:rPr>
          <w:sz w:val="20"/>
        </w:rPr>
        <w:t>18:16  Also, I can say that guru is not a perfect person or superhuman being. No. God is just like a trained teacher.</w:t>
      </w:r>
      <w:r>
        <w:br/>
      </w:r>
      <w:r>
        <w:rPr>
          <w:sz w:val="20"/>
        </w:rPr>
        <w:t>18:26  Every student needs a trained teacher. Without training, one cannot be a good teacher.</w:t>
      </w:r>
      <w:r>
        <w:br/>
      </w:r>
      <w:r>
        <w:rPr>
          <w:sz w:val="20"/>
        </w:rPr>
        <w:t>18:34  So guru is also like a trained teacher. Guru is one who has knowledge, who has experience, who has reached to the maturity, to the age of maturity.</w:t>
      </w:r>
      <w:r>
        <w:br/>
      </w:r>
      <w:r>
        <w:rPr>
          <w:sz w:val="20"/>
        </w:rPr>
        <w:t>18:47  So all these things put together make a guru. So I think that everyone cannot reach this stag</w:t>
      </w:r>
      <w:r>
        <w:br/>
      </w:r>
      <w:r>
        <w:rPr>
          <w:sz w:val="20"/>
        </w:rPr>
        <w:t>19:01  e. It is very difficult to have all these things: study, knowledge, experience, maturity. So many things are required to make a guru.</w:t>
      </w:r>
      <w:r>
        <w:br/>
      </w:r>
      <w:r>
        <w:rPr>
          <w:sz w:val="20"/>
        </w:rPr>
        <w:t>19:15  So it is not possible for everyone to have all these thing</w:t>
      </w:r>
      <w:r>
        <w:br/>
      </w:r>
      <w:r>
        <w:rPr>
          <w:sz w:val="20"/>
        </w:rPr>
        <w:t>19:20  s. So I can say that everyone needs a guru. And he must adopt him as an unconditional guru.</w:t>
      </w:r>
      <w:r>
        <w:br/>
      </w:r>
      <w:r>
        <w:rPr>
          <w:sz w:val="20"/>
        </w:rPr>
        <w:t>19:32  Because without adopting him as an unconditional guru, you cannot develop trust between disciple and guru.</w:t>
      </w:r>
      <w:r>
        <w:br/>
      </w:r>
      <w:r>
        <w:rPr>
          <w:sz w:val="20"/>
        </w:rPr>
        <w:t>19:41  There is no trust</w:t>
      </w:r>
      <w:r>
        <w:br/>
      </w:r>
      <w:r>
        <w:rPr>
          <w:sz w:val="20"/>
        </w:rPr>
        <w:t>19:43  . So to develop trust between disciple and guru, it requires to take him as an unconditional guru.</w:t>
      </w:r>
      <w:r>
        <w:br/>
      </w:r>
      <w:r>
        <w:rPr>
          <w:sz w:val="20"/>
        </w:rPr>
        <w:t>19:55  So according to my experience, it is very, very important for everyone, for every man and woman, to adopt someone as his unconditional guru.</w:t>
      </w:r>
    </w:p>
    <w:p>
      <w:pPr>
        <w:pStyle w:val="Heading2"/>
      </w:pPr>
      <w:r>
        <w:t>Price of paradise and missed opportunity</w:t>
      </w:r>
    </w:p>
    <w:p>
      <w:r>
        <w:rPr>
          <w:color w:val="666666"/>
          <w:sz w:val="18"/>
        </w:rPr>
        <w:t>Realization of God March 16, 2014 Maulana Wahiduddin Khan · 5m 52s · at 41:37 · https://youtu.be/OA8Apjhruag?t=2497</w:t>
      </w:r>
    </w:p>
    <w:p>
      <w:r>
        <w:rPr>
          <w:i/>
        </w:rPr>
        <w:t>“جنت کے بارے میں آتا ہے کہ قرآن میں کسی انسان کو”</w:t>
      </w:r>
    </w:p>
    <w:p>
      <w:r>
        <w:rPr>
          <w:sz w:val="20"/>
        </w:rPr>
        <w:t>41:37  jannat ke baray mein aata hai.</w:t>
      </w:r>
      <w:r>
        <w:br/>
      </w:r>
      <w:r>
        <w:rPr>
          <w:sz w:val="20"/>
        </w:rPr>
        <w:t>41:43  ke quran mein</w:t>
      </w:r>
      <w:r>
        <w:br/>
      </w:r>
      <w:r>
        <w:rPr>
          <w:sz w:val="20"/>
        </w:rPr>
        <w:t>41:54  kisi insan ko khabar nahi ke kya jannat mein thandak rakhi gayi hai. Aap ghor kijiye ke aisi dunya jo ideal world ho jis mein har cheez perfect ho woh kaisi ajeeb o ghareeb cheez hogi.</w:t>
      </w:r>
      <w:r>
        <w:br/>
      </w:r>
      <w:r>
        <w:rPr>
          <w:sz w:val="20"/>
        </w:rPr>
        <w:t>42:07  hadith mein aata hai ke la</w:t>
      </w:r>
      <w:r>
        <w:br/>
      </w:r>
      <w:r>
        <w:rPr>
          <w:sz w:val="20"/>
        </w:rPr>
        <w:t>42:14  jis jis ko kisi ne dekha nahi kisi ne socha nahi. To main soch raha tha ke itni qeemti cheez jo jannat hai us ki qeemat kya hai? Kaise milegi insan ko?</w:t>
      </w:r>
      <w:r>
        <w:br/>
      </w:r>
      <w:r>
        <w:rPr>
          <w:sz w:val="20"/>
        </w:rPr>
        <w:t>42:26  hamare paas to koi is ka price dene ke liye koi cheez nahi hai. To kaise hum jannat payenge? Yeh main soch raha tha.</w:t>
      </w:r>
      <w:r>
        <w:br/>
      </w:r>
      <w:r>
        <w:rPr>
          <w:sz w:val="20"/>
        </w:rPr>
        <w:t>42:37  yani what is the price of paradise?</w:t>
      </w:r>
      <w:r>
        <w:br/>
      </w:r>
      <w:r>
        <w:rPr>
          <w:sz w:val="20"/>
        </w:rPr>
        <w:t>42:43  To quran ki ek ayat mein mujhe is ka jawab mila.</w:t>
      </w:r>
      <w:r>
        <w:br/>
      </w:r>
      <w:r>
        <w:rPr>
          <w:sz w:val="20"/>
        </w:rPr>
        <w:t>42:56  yani jannat mein dakhila un ko milega jinhon ne jannat ki marifat hasil ki ho. Aur jannat ki marifat ka matlab kya hai? Jannat ke khaliq ki marifat.</w:t>
      </w:r>
      <w:r>
        <w:br/>
      </w:r>
      <w:r>
        <w:rPr>
          <w:sz w:val="20"/>
        </w:rPr>
        <w:t>43:06  Jannat ki marifat kya hai? Agar khaliq na ho to jannat ka koi wajood nahi. Khaliq hai to jannat hai.</w:t>
      </w:r>
      <w:r>
        <w:br/>
      </w:r>
      <w:r>
        <w:rPr>
          <w:sz w:val="20"/>
        </w:rPr>
        <w:t>43:15  Khaliq nahi hai to jannat bhi nahi. Yani jannat ko wajood mein lane ke liye ek khaliq chahiye. Phir jannat ko baqi rakhne ke liye bhi ek khaliq chahiye.</w:t>
      </w:r>
      <w:r>
        <w:br/>
      </w:r>
      <w:r>
        <w:rPr>
          <w:sz w:val="20"/>
        </w:rPr>
        <w:t>43:26  Jannat jo eternally maujood hai to us ke liye ek khaliq chahiye. Rab ul alameen chahiye.</w:t>
      </w:r>
      <w:r>
        <w:br/>
      </w:r>
      <w:r>
        <w:rPr>
          <w:sz w:val="20"/>
        </w:rPr>
        <w:t>43:38  Yani khaliq ke baghair jannat nahi. To jannat ki marifat jo kara di hai jannat ki marifat ke maani kya hain?</w:t>
      </w:r>
      <w:r>
        <w:br/>
      </w:r>
      <w:r>
        <w:rPr>
          <w:sz w:val="20"/>
        </w:rPr>
        <w:t>43:46  Khaliq hai jannat ki marifat.</w:t>
      </w:r>
      <w:r>
        <w:br/>
      </w:r>
      <w:r>
        <w:rPr>
          <w:sz w:val="20"/>
        </w:rPr>
        <w:t>43:52  To yeh jo maine baatein arz keen. Yeh yeh baatein jo arz keen ke yeh dunya Allah taala ne banai hai apne taaruf ke liye ke dunya mein pehchano Rab ul alameen ko.</w:t>
      </w:r>
      <w:r>
        <w:br/>
      </w:r>
      <w:r>
        <w:rPr>
          <w:sz w:val="20"/>
        </w:rPr>
        <w:t>44:06  Aur marifat hasil karo. Yahi tumhari jannat ka ticket hai.</w:t>
      </w:r>
      <w:r>
        <w:br/>
      </w:r>
      <w:r>
        <w:rPr>
          <w:sz w:val="20"/>
        </w:rPr>
        <w:t>44:14  Logon ne ajeeb ghareeb bana rakha hai. Koi samajhta hai ke saat tasbeeh parh lo to jannat hai. Koi samajhta hai ke kisi ka daman phaar sambhal pakad lo to jannat hai.</w:t>
      </w:r>
      <w:r>
        <w:br/>
      </w:r>
      <w:r>
        <w:rPr>
          <w:sz w:val="20"/>
        </w:rPr>
        <w:t>44:28  Ajeeb ghareeb qism ki cheezon ko logon ne sambhal rakha hai ke aisa kar do jannat waisa kar do jannat. Yaad rakhiye jannat ki qeemat sirf yeh hai.</w:t>
      </w:r>
      <w:r>
        <w:br/>
      </w:r>
      <w:r>
        <w:rPr>
          <w:sz w:val="20"/>
        </w:rPr>
        <w:t>44:37  Ek hai woh hai Allah ki marifat.</w:t>
      </w:r>
      <w:r>
        <w:br/>
      </w:r>
      <w:r>
        <w:rPr>
          <w:sz w:val="20"/>
        </w:rPr>
        <w:t>44:43  Aur koi jannat ki qeemat nahi hai.</w:t>
      </w:r>
      <w:r>
        <w:br/>
      </w:r>
      <w:r>
        <w:rPr>
          <w:sz w:val="20"/>
        </w:rPr>
        <w:t>44:51  Man kan fiha ama fawfi al-akhirah ama ka matlab kya hai? Jisko dunya mein yani yani word of creation jo hai yeh is mein creator ki marifat hasil nahi hui.</w:t>
      </w:r>
      <w:r>
        <w:br/>
      </w:r>
      <w:r>
        <w:rPr>
          <w:sz w:val="20"/>
        </w:rPr>
        <w:t>45:03  To wahan woh andha behra hoga. Us ke liye na jannat hai na kuch hai na kuch hai. To sab se bari cheez jannat hai. Aur aur jannat ka khaliq jo hai us ki marifat hogi tab jannat milegi.</w:t>
      </w:r>
      <w:r>
        <w:br/>
      </w:r>
      <w:r>
        <w:rPr>
          <w:sz w:val="20"/>
        </w:rPr>
        <w:t>45:20  Ab main aap ko isi taraf phir le jata hoon jo maine shuru mein kaha tha. Ke apne aap ko itna prepare kijiye. Ke aap ka mind trigger ho sake.</w:t>
      </w:r>
      <w:r>
        <w:br/>
      </w:r>
      <w:r>
        <w:rPr>
          <w:sz w:val="20"/>
        </w:rPr>
        <w:t>45:34  Kyunke har subah shaam har lamha aise waqiat paish aate hain.</w:t>
      </w:r>
      <w:r>
        <w:br/>
      </w:r>
      <w:r>
        <w:rPr>
          <w:sz w:val="20"/>
        </w:rPr>
        <w:t>45:42  Jin mein agar aap ka mind trigger ho jaye. To ajeeb ghareeb tareeqe par aap ko marifat hasil ho jayegi.</w:t>
      </w:r>
      <w:r>
        <w:br/>
      </w:r>
      <w:r>
        <w:rPr>
          <w:sz w:val="20"/>
        </w:rPr>
        <w:t>45:53  Ek arab shayar ne kaha tha ke wa fi kulli shay'in lahu ayatun tadullu 'ala annahu al-wahid yani har cheez mein nishani hai jo batati hai ke Allah ek hai.</w:t>
      </w:r>
      <w:r>
        <w:br/>
      </w:r>
      <w:r>
        <w:rPr>
          <w:sz w:val="20"/>
        </w:rPr>
        <w:t>46:07  lekin woh nishani bol to nahi rahi.</w:t>
      </w:r>
      <w:r>
        <w:br/>
      </w:r>
      <w:r>
        <w:rPr>
          <w:sz w:val="20"/>
        </w:rPr>
        <w:t>46:12  koi cheez bol to nahi rahi hai. aap is se extract karte hain. aap ise nikalte hain.</w:t>
      </w:r>
      <w:r>
        <w:br/>
      </w:r>
      <w:r>
        <w:rPr>
          <w:sz w:val="20"/>
        </w:rPr>
        <w:t>46:22  lekin extract kab kar payenge aap? jab aap itna prepare hon aap ke aap ka mind trigger ho sake. to apne andar</w:t>
      </w:r>
      <w:r>
        <w:br/>
      </w:r>
      <w:r>
        <w:rPr>
          <w:sz w:val="20"/>
        </w:rPr>
        <w:t>46:34  yeh sab cheezein paida kijiye.</w:t>
      </w:r>
      <w:r>
        <w:br/>
      </w:r>
      <w:r>
        <w:rPr>
          <w:sz w:val="20"/>
        </w:rPr>
        <w:t>46:42  meri dua hai ke Allah taala</w:t>
      </w:r>
      <w:r>
        <w:br/>
      </w:r>
      <w:r>
        <w:rPr>
          <w:sz w:val="20"/>
        </w:rPr>
        <w:t>46:48  hamari madad farmaye. main aksar sochta hoon ke itni ajeeb ghareeb duniya hamein di hai Allah taala ne. jis mein marifat ka saman tha. is mein rohani irtaqa ka saman tha.</w:t>
      </w:r>
      <w:r>
        <w:br/>
      </w:r>
      <w:r>
        <w:rPr>
          <w:sz w:val="20"/>
        </w:rPr>
        <w:t>47:02  aur is mein hum bekhabari mein jee rahe hain. to marne ke baad main aksar sochta hoon ke har aadmi kya sochega?</w:t>
      </w:r>
      <w:r>
        <w:br/>
      </w:r>
      <w:r>
        <w:rPr>
          <w:sz w:val="20"/>
        </w:rPr>
        <w:t>47:11  har aadmi yeh sochega ke mind was a case of missed opportunity. mind was a case of missed opportunity.</w:t>
      </w:r>
      <w:r>
        <w:br/>
      </w:r>
      <w:r>
        <w:rPr>
          <w:sz w:val="20"/>
        </w:rPr>
        <w:t>47:21  kaisa ajeeb chance tha jo maine kho diya.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