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Abu Bakr</w:t>
      </w:r>
    </w:p>
    <w:p>
      <w:r>
        <w:rPr>
          <w:sz w:val="18"/>
        </w:rPr>
        <w:t>Q&amp;A, lecture moments and clips · full transcripts with timestamps · exported 2026-09-21</w:t>
      </w:r>
    </w:p>
    <w:p>
      <w:pPr>
        <w:pStyle w:val="Heading1"/>
      </w:pPr>
      <w:r>
        <w:t>Maulana was asked (1)</w:t>
      </w:r>
    </w:p>
    <w:p>
      <w:pPr>
        <w:pStyle w:val="Heading2"/>
      </w:pPr>
      <w:r>
        <w:t>Is Abu Bakr's statement religious zeal</w:t>
      </w:r>
    </w:p>
    <w:p>
      <w:r>
        <w:rPr>
          <w:color w:val="666666"/>
          <w:sz w:val="18"/>
        </w:rPr>
        <w:t>Life After Death January 22, 2012 · 35s · at 1:36:09 · https://youtu.be/5hVH1BLKBF4?t=5769</w:t>
      </w:r>
    </w:p>
    <w:p>
      <w:r>
        <w:rPr>
          <w:i/>
        </w:rPr>
        <w:t>“Hazrat Abu Bakr said that if Islam comes under attack and he remains alive—is this not an example of religious zeal?”</w:t>
      </w:r>
    </w:p>
    <w:p>
      <w:r>
        <w:rPr>
          <w:sz w:val="20"/>
        </w:rPr>
        <w:t>1:36:09  molana, agla sawal kya hai mister muhammad samiuallah sa</w:t>
      </w:r>
      <w:r>
        <w:br/>
      </w:r>
      <w:r>
        <w:rPr>
          <w:sz w:val="20"/>
        </w:rPr>
        <w:t>1:36:21  n, kya yeh deeni ghairat ki misaal nahi hai?" ghairat azm hai, azm, Determination.</w:t>
      </w:r>
      <w:r>
        <w:br/>
      </w:r>
      <w:r>
        <w:rPr>
          <w:sz w:val="20"/>
        </w:rPr>
        <w:t>1:36:31  Determination ki baat yeh hai. Apne aap ko aakhri had tak le jaane ki misaal hai. Ghalat kya hai? Ghalat toh yeh bilkul jahalat, jahiliyat, jahili lafz hai.</w:t>
      </w:r>
    </w:p>
    <w:p>
      <w:pPr>
        <w:pStyle w:val="Heading1"/>
      </w:pPr>
      <w:r>
        <w:t>In the lectures (20)</w:t>
      </w:r>
    </w:p>
    <w:p>
      <w:pPr>
        <w:pStyle w:val="Heading2"/>
      </w:pPr>
      <w:r>
        <w:t>Hadith Literature - Part-1 (English) March 08, 2007 Maulana Wahiduddin Khan</w:t>
      </w:r>
    </w:p>
    <w:p>
      <w:r>
        <w:rPr>
          <w:color w:val="666666"/>
          <w:sz w:val="18"/>
        </w:rPr>
        <w:t>11:10 · https://youtu.be/vZSus8oBppM?t=670</w:t>
      </w:r>
    </w:p>
    <w:p>
      <w:r>
        <w:rPr>
          <w:i/>
        </w:rPr>
        <w:t>“And without knowing the background you cannot complete the picture of that moment. It was very historical moment when Prophet received this first revelation. It was a great historical moment. So you read in the Quran only the revelation in this chapter, but the background is not ”</w:t>
      </w:r>
    </w:p>
    <w:p>
      <w:pPr>
        <w:pStyle w:val="Heading2"/>
      </w:pPr>
      <w:r>
        <w:t>Hadith Literature - Part-1 (English) March 08, 2007 Maulana Wahiduddin Khan</w:t>
      </w:r>
    </w:p>
    <w:p>
      <w:r>
        <w:rPr>
          <w:color w:val="666666"/>
          <w:sz w:val="18"/>
        </w:rPr>
        <w:t>14:36 · https://youtu.be/vZSus8oBppM?t=876</w:t>
      </w:r>
    </w:p>
    <w:p>
      <w:r>
        <w:rPr>
          <w:i/>
        </w:rPr>
        <w:t>“. Complete report you can find only in Hadith. So there is a partial reference of this event in the Quran. This is mentioned in the Quran that Prophet said to Abu Bakr Siddiq, "La takhaff innallah maana." Don't fear. God is with us”</w:t>
      </w:r>
    </w:p>
    <w:p>
      <w:pPr>
        <w:pStyle w:val="Heading2"/>
      </w:pPr>
      <w:r>
        <w:t>Hadith Literature - Part-1 (English) March 08, 2007 Maulana Wahiduddin Khan</w:t>
      </w:r>
    </w:p>
    <w:p>
      <w:r>
        <w:rPr>
          <w:color w:val="666666"/>
          <w:sz w:val="18"/>
        </w:rPr>
        <w:t>15:33 · https://youtu.be/vZSus8oBppM?t=933</w:t>
      </w:r>
    </w:p>
    <w:p>
      <w:r>
        <w:rPr>
          <w:i/>
        </w:rPr>
        <w:t>“. These are mentioned in the Quran. So according to the Hadith, Prophet said, "Ya Aba Bakr, maazannuka bisnain. Allahu salih suhuma." O Abu Bakr, what you think about those two whose third companion is Allah”</w:t>
      </w:r>
    </w:p>
    <w:p>
      <w:pPr>
        <w:pStyle w:val="Heading2"/>
      </w:pPr>
      <w:r>
        <w:t>Hadith Literature - Part-1 (English) March 08, 2007 Maulana Wahiduddin Khan</w:t>
      </w:r>
    </w:p>
    <w:p>
      <w:r>
        <w:rPr>
          <w:color w:val="666666"/>
          <w:sz w:val="18"/>
        </w:rPr>
        <w:t>16:07 · https://youtu.be/vZSus8oBppM?t=967</w:t>
      </w:r>
    </w:p>
    <w:p>
      <w:r>
        <w:rPr>
          <w:i/>
        </w:rPr>
        <w:t>“? O Abu Bakr, what do you think about those whose third companion is God Almighty? So this part which we find in Hadith literature very, very important to complete the whole event”</w:t>
      </w:r>
    </w:p>
    <w:p>
      <w:pPr>
        <w:pStyle w:val="Heading2"/>
      </w:pPr>
      <w:r>
        <w:t>Teaching of the Prophet (English) March 31, 2007 Maulana Wahiduddin Khan</w:t>
      </w:r>
    </w:p>
    <w:p>
      <w:r>
        <w:rPr>
          <w:color w:val="666666"/>
          <w:sz w:val="18"/>
        </w:rPr>
        <w:t>26:36 · https://youtu.be/2Jm65f4yNG8?t=1596</w:t>
      </w:r>
    </w:p>
    <w:p>
      <w:r>
        <w:rPr>
          <w:i/>
        </w:rPr>
        <w:t>“دے ریچ ٹو دا ماؤتھ اف دا کیو، دے مینیجڈ ٹو ریچ ٹو ماؤتھ اف دا کیو۔ تو ایٹ دیٹ ٹائم، ابوبکر صدیق واز ود ہم۔”</w:t>
      </w:r>
    </w:p>
    <w:p>
      <w:pPr>
        <w:pStyle w:val="Heading2"/>
      </w:pPr>
      <w:r>
        <w:t>Islam and Terrorism | August 2, 2007</w:t>
      </w:r>
    </w:p>
    <w:p>
      <w:r>
        <w:rPr>
          <w:color w:val="666666"/>
          <w:sz w:val="18"/>
        </w:rPr>
        <w:t>37:36 · https://youtu.be/Wmq-s9wzeBk?t=2256</w:t>
      </w:r>
    </w:p>
    <w:p>
      <w:r>
        <w:rPr>
          <w:i/>
        </w:rPr>
        <w:t>“those who have great status in Islamic history like Abu Bakr, Umar, Uthman, Ali, Muadh ibn Jabal, Abadah ibn Jarrah, and so many other companions. All these people were born in Makkah, and all these people accepted Islam when the Prophet was in Makkah. In Makkah, without go”</w:t>
      </w:r>
    </w:p>
    <w:p>
      <w:pPr>
        <w:pStyle w:val="Heading2"/>
      </w:pPr>
      <w:r>
        <w:t>Living with God | April 18, 2007 | Maulana Wahiduddin Khan</w:t>
      </w:r>
    </w:p>
    <w:p>
      <w:r>
        <w:rPr>
          <w:color w:val="666666"/>
          <w:sz w:val="18"/>
        </w:rPr>
        <w:t>7:24 · https://youtu.be/5C9rQDceRV4?t=444</w:t>
      </w:r>
    </w:p>
    <w:p>
      <w:r>
        <w:rPr>
          <w:i/>
        </w:rPr>
        <w:t>“At that time, when he was in this cave, Abu Bakr was with him. Only Abu Bakr was with him, no third person. So what happened? Abu Bakr Siddiq noticed that”</w:t>
      </w:r>
    </w:p>
    <w:p>
      <w:pPr>
        <w:pStyle w:val="Heading2"/>
      </w:pPr>
      <w:r>
        <w:t>Living with God | April 18, 2007 | Maulana Wahiduddin Khan</w:t>
      </w:r>
    </w:p>
    <w:p>
      <w:r>
        <w:rPr>
          <w:color w:val="666666"/>
          <w:sz w:val="18"/>
        </w:rPr>
        <w:t>7:54 · https://youtu.be/5C9rQDceRV4?t=474</w:t>
      </w:r>
    </w:p>
    <w:p>
      <w:r>
        <w:rPr>
          <w:i/>
        </w:rPr>
        <w:t>“the enemy reached to the mouth of the cave. They were helpless at that time. So Abu Bakr Siddiq said, "O Prophet, they reached here also." The Prophet said, "Innallaha maana, God is with us. God is with us."”</w:t>
      </w:r>
    </w:p>
    <w:p>
      <w:pPr>
        <w:pStyle w:val="Heading2"/>
      </w:pPr>
      <w:r>
        <w:t>Living with God | April 18, 2007 | Maulana Wahiduddin Khan</w:t>
      </w:r>
    </w:p>
    <w:p>
      <w:r>
        <w:rPr>
          <w:color w:val="666666"/>
          <w:sz w:val="18"/>
        </w:rPr>
        <w:t>8:27 · https://youtu.be/5C9rQDceRV4?t=507</w:t>
      </w:r>
    </w:p>
    <w:p>
      <w:r>
        <w:rPr>
          <w:i/>
        </w:rPr>
        <w:t>“The same event is narrated in Hadith, and we find that at that time the Prophet also said that, "Ya Abu Bakr, maazannuka bisnain, Allahu salih suhuma." O Abu Bakr, although we are two, but we have also a third that is God Himself.”</w:t>
      </w:r>
    </w:p>
    <w:p>
      <w:pPr>
        <w:pStyle w:val="Heading2"/>
      </w:pPr>
      <w:r>
        <w:t>Revival of Islam March 23, 2014</w:t>
      </w:r>
    </w:p>
    <w:p>
      <w:r>
        <w:rPr>
          <w:color w:val="666666"/>
          <w:sz w:val="18"/>
        </w:rPr>
        <w:t>57:47 · https://youtu.be/Wc4Vsc4u1JI?t=3467</w:t>
      </w:r>
    </w:p>
    <w:p>
      <w:r>
        <w:rPr>
          <w:i/>
        </w:rPr>
        <w:t>“انہوں نے لکھا ہے: "We have available information about the reaction of Sahabas, especially of Hazrat Umar and Hazrat Abu Bakr, at the time of the death of our Prophet.”</w:t>
      </w:r>
    </w:p>
    <w:p>
      <w:pPr>
        <w:pStyle w:val="Heading2"/>
      </w:pPr>
      <w:r>
        <w:t>In Conversation with Maulana Wahiduddin Khan English</w:t>
      </w:r>
    </w:p>
    <w:p>
      <w:r>
        <w:rPr>
          <w:color w:val="666666"/>
          <w:sz w:val="18"/>
        </w:rPr>
        <w:t>16:25 · https://youtu.be/QZrkP8Z3Fv8?t=985</w:t>
      </w:r>
    </w:p>
    <w:p>
      <w:r>
        <w:rPr>
          <w:i/>
        </w:rPr>
        <w:t>“During the first Caliph that is Abu Bakr as-Siddiq, the Sahaba wanted to compile the Qur'an in a single volum”</w:t>
      </w:r>
    </w:p>
    <w:p>
      <w:pPr>
        <w:pStyle w:val="Heading2"/>
      </w:pPr>
      <w:r>
        <w:t>In Conversation with Maulana Wahiduddin Khan English</w:t>
      </w:r>
    </w:p>
    <w:p>
      <w:r>
        <w:rPr>
          <w:color w:val="666666"/>
          <w:sz w:val="18"/>
        </w:rPr>
        <w:t>1:11:27 · https://youtu.be/QZrkP8Z3Fv8?t=4287</w:t>
      </w:r>
    </w:p>
    <w:p>
      <w:r>
        <w:rPr>
          <w:i/>
        </w:rPr>
        <w:t>“So, when the first version was compiled during the Caliph Abu Bakr, so after this compilation, all those fragments were burned.”</w:t>
      </w:r>
    </w:p>
    <w:p>
      <w:pPr>
        <w:pStyle w:val="Heading2"/>
      </w:pPr>
      <w:r>
        <w:t>Hadith (English) March 27, 2007 Maulana Wahiduddin Khan</w:t>
      </w:r>
    </w:p>
    <w:p>
      <w:r>
        <w:rPr>
          <w:color w:val="666666"/>
          <w:sz w:val="18"/>
        </w:rPr>
        <w:t>31:42 · https://youtu.be/VnwRJbqn9tU?t=1902</w:t>
      </w:r>
    </w:p>
    <w:p>
      <w:r>
        <w:rPr>
          <w:i/>
        </w:rPr>
        <w:t>“. So his only complaint was Abu Bakr. He became afraid. The Prophet said, "لا تهزن إن الله معنا."”</w:t>
      </w:r>
    </w:p>
    <w:p>
      <w:pPr>
        <w:pStyle w:val="Heading2"/>
      </w:pPr>
      <w:r>
        <w:t>Difference Management June 6, 2007 Maulana Wahiduddin Khan</w:t>
      </w:r>
    </w:p>
    <w:p>
      <w:r>
        <w:rPr>
          <w:color w:val="666666"/>
          <w:sz w:val="18"/>
        </w:rPr>
        <w:t>48:34 · https://youtu.be/Qcrm0lX88dA?t=2914</w:t>
      </w:r>
    </w:p>
    <w:p>
      <w:r>
        <w:rPr>
          <w:i/>
        </w:rPr>
        <w:t>“So there were two candidates: Abu Bakr as-Siddiq and Sa'd ibn 'Ubadah. Sa'd ibn 'Ubadah was”</w:t>
      </w:r>
    </w:p>
    <w:p>
      <w:pPr>
        <w:pStyle w:val="Heading2"/>
      </w:pPr>
      <w:r>
        <w:t>Difference Management June 6, 2007 Maulana Wahiduddin Khan</w:t>
      </w:r>
    </w:p>
    <w:p>
      <w:r>
        <w:rPr>
          <w:color w:val="666666"/>
          <w:sz w:val="18"/>
        </w:rPr>
        <w:t>48:49 · https://youtu.be/Qcrm0lX88dA?t=2929</w:t>
      </w:r>
    </w:p>
    <w:p>
      <w:r>
        <w:rPr>
          <w:i/>
        </w:rPr>
        <w:t>“from Ansar, and Abu Bakr as-Siddiq was from Muhajirin. In modern terms, Sa'd ibn 'Ubadah was the son of the soil.”</w:t>
      </w:r>
    </w:p>
    <w:p>
      <w:pPr>
        <w:pStyle w:val="Heading2"/>
      </w:pPr>
      <w:r>
        <w:t>Difference Management June 6, 2007 Maulana Wahiduddin Khan</w:t>
      </w:r>
    </w:p>
    <w:p>
      <w:r>
        <w:rPr>
          <w:color w:val="666666"/>
          <w:sz w:val="18"/>
        </w:rPr>
        <w:t>49:04 · https://youtu.be/Qcrm0lX88dA?t=2944</w:t>
      </w:r>
    </w:p>
    <w:p>
      <w:r>
        <w:rPr>
          <w:i/>
        </w:rPr>
        <w:t>“the senior Sahaba, the senior companions of the Prophet, decided to appoint Abu Bakr as-Siddiq as Khalifa.”</w:t>
      </w:r>
    </w:p>
    <w:p>
      <w:pPr>
        <w:pStyle w:val="Heading2"/>
      </w:pPr>
      <w:r>
        <w:t>Difference Management June 6, 2007 Maulana Wahiduddin Khan</w:t>
      </w:r>
    </w:p>
    <w:p>
      <w:r>
        <w:rPr>
          <w:color w:val="666666"/>
          <w:sz w:val="18"/>
        </w:rPr>
        <w:t>49:40 · https://youtu.be/Qcrm0lX88dA?t=2980</w:t>
      </w:r>
    </w:p>
    <w:p>
      <w:r>
        <w:rPr>
          <w:i/>
        </w:rPr>
        <w:t>“He was the son of the soil. So there were many people with him. He was, in some sense, he was stronger than Abu Bakr as-Siddiq.”</w:t>
      </w:r>
    </w:p>
    <w:p>
      <w:pPr>
        <w:pStyle w:val="Heading2"/>
      </w:pPr>
      <w:r>
        <w:t>Difference Management June 6, 2007 Maulana Wahiduddin Khan</w:t>
      </w:r>
    </w:p>
    <w:p>
      <w:r>
        <w:rPr>
          <w:color w:val="666666"/>
          <w:sz w:val="18"/>
        </w:rPr>
        <w:t>49:54 · https://youtu.be/Qcrm0lX88dA?t=2994</w:t>
      </w:r>
    </w:p>
    <w:p>
      <w:r>
        <w:rPr>
          <w:i/>
        </w:rPr>
        <w:t>“Because Abu Bakr as-Siddiq was from Muhajirin. He was from Ansar.”</w:t>
      </w:r>
    </w:p>
    <w:p>
      <w:pPr>
        <w:pStyle w:val="Heading2"/>
      </w:pPr>
      <w:r>
        <w:t>Living with Angels April 24, 2007 Maulana Wahiduddin Kha</w:t>
      </w:r>
    </w:p>
    <w:p>
      <w:r>
        <w:rPr>
          <w:color w:val="666666"/>
          <w:sz w:val="18"/>
        </w:rPr>
        <w:t>41:30 · https://youtu.be/vftCoFxsQFw?t=2490</w:t>
      </w:r>
    </w:p>
    <w:p>
      <w:r>
        <w:rPr>
          <w:i/>
        </w:rPr>
        <w:t>“In Muhajir group, it was Syedna Abu Bakr. And in Ansar group, it was Saad ibn Abadah.”</w:t>
      </w:r>
    </w:p>
    <w:p>
      <w:pPr>
        <w:pStyle w:val="Heading2"/>
      </w:pPr>
      <w:r>
        <w:t>Living with Angels April 24, 2007 Maulana Wahiduddin Kha</w:t>
      </w:r>
    </w:p>
    <w:p>
      <w:r>
        <w:rPr>
          <w:color w:val="666666"/>
          <w:sz w:val="18"/>
        </w:rPr>
        <w:t>41:56 · https://youtu.be/vftCoFxsQFw?t=2516</w:t>
      </w:r>
    </w:p>
    <w:p>
      <w:r>
        <w:rPr>
          <w:i/>
        </w:rPr>
        <w:t>“. Abu Bakr Siddiq and Saad ibn Abadah. So, some people from Ansar said that, "Minna Amirun wa minkum Amir." We have to appoint two leaders.”</w:t>
      </w:r>
    </w:p>
    <w:p>
      <w:pPr>
        <w:pStyle w:val="Heading1"/>
      </w:pPr>
      <w:r>
        <w:t>Clips (60)</w:t>
      </w:r>
    </w:p>
    <w:p>
      <w:pPr>
        <w:pStyle w:val="Heading2"/>
      </w:pPr>
      <w:r>
        <w:t>First revelation story from Quran and Hadith</w:t>
      </w:r>
    </w:p>
    <w:p>
      <w:r>
        <w:rPr>
          <w:color w:val="666666"/>
          <w:sz w:val="18"/>
        </w:rPr>
        <w:t>Hadith Literature - Part-1 (English) March 08, 2007 Maulana Wahiduddin Khan · 5m 49s · at 8:01 · https://youtu.be/vZSus8oBppM?t=481</w:t>
      </w:r>
    </w:p>
    <w:p>
      <w:r>
        <w:rPr>
          <w:i/>
        </w:rPr>
        <w:t>“Here I will give you some example.”</w:t>
      </w:r>
    </w:p>
    <w:p>
      <w:r>
        <w:rPr>
          <w:sz w:val="20"/>
        </w:rPr>
        <w:t>8:01  Here, I will give you some examples. You know, the Prophet of Islam received his first revelation when he was in Makkah, in the cave of Mount Hira.</w:t>
      </w:r>
      <w:r>
        <w:br/>
      </w:r>
      <w:r>
        <w:rPr>
          <w:sz w:val="20"/>
        </w:rPr>
        <w:t>8:27  So, if you want to know what happened during this first revelation, you will find that Quran says,</w:t>
      </w:r>
      <w:r>
        <w:br/>
      </w:r>
      <w:r>
        <w:rPr>
          <w:sz w:val="20"/>
        </w:rPr>
        <w:t>8:38  "Iqra bismil Rabbikal ladhi khalaq." Only one part of that revelation is described in the Quran, "Iqra bismil</w:t>
      </w:r>
      <w:r>
        <w:br/>
      </w:r>
      <w:r>
        <w:rPr>
          <w:sz w:val="20"/>
        </w:rPr>
        <w:t>8:50  Rabbikal ladhi khalaq." But the background is not mentioned in the Quran.</w:t>
      </w:r>
      <w:r>
        <w:br/>
      </w:r>
      <w:r>
        <w:rPr>
          <w:sz w:val="20"/>
        </w:rPr>
        <w:t>9:01  This was the first revelation the Prophet received when he was in the cave of Hira.</w:t>
      </w:r>
      <w:r>
        <w:br/>
      </w:r>
      <w:r>
        <w:rPr>
          <w:sz w:val="20"/>
        </w:rPr>
        <w:t>9:13  But the background is not mentioned in this revelation or in this chapter of the Quran. The background you will find in Hadith.</w:t>
      </w:r>
      <w:r>
        <w:br/>
      </w:r>
      <w:r>
        <w:rPr>
          <w:sz w:val="20"/>
        </w:rPr>
        <w:t>9:30  And without background, you cannot understand anything.</w:t>
      </w:r>
      <w:r>
        <w:br/>
      </w:r>
      <w:r>
        <w:rPr>
          <w:sz w:val="20"/>
        </w:rPr>
        <w:t>9:38  For example, in Hadith we read that when the Prophet was in Hira, Angel Jibril came to him</w:t>
      </w:r>
      <w:r>
        <w:br/>
      </w:r>
      <w:r>
        <w:rPr>
          <w:sz w:val="20"/>
        </w:rPr>
        <w:t>9:46  and said, "Ya Muhammad, Iqra.</w:t>
      </w:r>
      <w:r>
        <w:br/>
      </w:r>
      <w:r>
        <w:rPr>
          <w:sz w:val="20"/>
        </w:rPr>
        <w:t>9:55  Ya Muhammad, Iqra.</w:t>
      </w:r>
      <w:r>
        <w:br/>
      </w:r>
      <w:r>
        <w:rPr>
          <w:sz w:val="20"/>
        </w:rPr>
        <w:t>10:03  O Muhammad, read." Then the Prophet said, "Ma Ana Baqari, I cannot read." This dialogue was repeated no</w:t>
      </w:r>
      <w:r>
        <w:br/>
      </w:r>
      <w:r>
        <w:rPr>
          <w:sz w:val="20"/>
        </w:rPr>
        <w:t>10:11  less than three times.</w:t>
      </w:r>
      <w:r>
        <w:br/>
      </w:r>
      <w:r>
        <w:rPr>
          <w:sz w:val="20"/>
        </w:rPr>
        <w:t>10:20  And again and again, the Prophet said, "Ma Ana Baqari, I cannot read." Then the Angel embraced the Prophet.</w:t>
      </w:r>
      <w:r>
        <w:br/>
      </w:r>
      <w:r>
        <w:rPr>
          <w:sz w:val="20"/>
        </w:rPr>
        <w:t>10:28  And after this, the Prophet was able to read.</w:t>
      </w:r>
      <w:r>
        <w:br/>
      </w:r>
      <w:r>
        <w:rPr>
          <w:sz w:val="20"/>
        </w:rPr>
        <w:t>10:36  And he began reading, began reciting, "Iqra bismil Rabbikal ladhi khalaq, khalaqal lisan min alaq, Iqra wa Rabbukal</w:t>
      </w:r>
      <w:r>
        <w:br/>
      </w:r>
      <w:r>
        <w:rPr>
          <w:sz w:val="20"/>
        </w:rPr>
        <w:t>10:45  Akram, alladhi allam bil qalam, allamu al lisan maalam ya'lam." So, this is the revelation you can find</w:t>
      </w:r>
      <w:r>
        <w:br/>
      </w:r>
      <w:r>
        <w:rPr>
          <w:sz w:val="20"/>
        </w:rPr>
        <w:t>10:53  in the Quran.</w:t>
      </w:r>
      <w:r>
        <w:br/>
      </w:r>
      <w:r>
        <w:rPr>
          <w:sz w:val="20"/>
        </w:rPr>
        <w:t>11:01  But the background of this first revelation is mentioned only in the Hadith.</w:t>
      </w:r>
      <w:r>
        <w:br/>
      </w:r>
      <w:r>
        <w:rPr>
          <w:sz w:val="20"/>
        </w:rPr>
        <w:t>11:10  And without knowing the background, you cannot complete the picture of that moment.</w:t>
      </w:r>
      <w:r>
        <w:br/>
      </w:r>
      <w:r>
        <w:rPr>
          <w:sz w:val="20"/>
        </w:rPr>
        <w:t>11:20  It was a very historical moment when the Prophet received this first revelation.</w:t>
      </w:r>
      <w:r>
        <w:br/>
      </w:r>
      <w:r>
        <w:rPr>
          <w:sz w:val="20"/>
        </w:rPr>
        <w:t>11:30  It was a great historical moment.</w:t>
      </w:r>
      <w:r>
        <w:br/>
      </w:r>
      <w:r>
        <w:rPr>
          <w:sz w:val="20"/>
        </w:rPr>
        <w:t>11:40  So, you read in the Quran only the revelation in this chapter.</w:t>
      </w:r>
      <w:r>
        <w:br/>
      </w:r>
      <w:r>
        <w:rPr>
          <w:sz w:val="20"/>
        </w:rPr>
        <w:t>11:50  But the background is not there.</w:t>
      </w:r>
      <w:r>
        <w:br/>
      </w:r>
      <w:r>
        <w:rPr>
          <w:sz w:val="20"/>
        </w:rPr>
        <w:t>12:00  So, if you want to know the background of this first revelation, you are compelled to see the Hadith literature.</w:t>
      </w:r>
      <w:r>
        <w:br/>
      </w:r>
      <w:r>
        <w:rPr>
          <w:sz w:val="20"/>
        </w:rPr>
        <w:t>12:10  That is very important, very, very important.</w:t>
      </w:r>
      <w:r>
        <w:br/>
      </w:r>
      <w:r>
        <w:rPr>
          <w:sz w:val="20"/>
        </w:rPr>
        <w:t>12:20  Then, when the Prophet migrated from Makkah to Madinah in 622, so, it was a very, very dangerous journey.</w:t>
      </w:r>
      <w:r>
        <w:br/>
      </w:r>
      <w:r>
        <w:rPr>
          <w:sz w:val="20"/>
        </w:rPr>
        <w:t>12:30  Because the Makkan people who were—who became enemies and wanted to kill him, they were haunting.</w:t>
      </w:r>
      <w:r>
        <w:br/>
      </w:r>
      <w:r>
        <w:rPr>
          <w:sz w:val="20"/>
        </w:rPr>
        <w:t>12:40  So, on the way to Madinah, he refused to stay in a cave, the cave of Mountain Thor.</w:t>
      </w:r>
      <w:r>
        <w:br/>
      </w:r>
      <w:r>
        <w:rPr>
          <w:sz w:val="20"/>
        </w:rPr>
        <w:t>12:50  While he stayed over there up to three days.</w:t>
      </w:r>
      <w:r>
        <w:br/>
      </w:r>
      <w:r>
        <w:rPr>
          <w:sz w:val="20"/>
        </w:rPr>
        <w:t>13:00  So, during this stay, it happened that the enemy reached over there.</w:t>
      </w:r>
      <w:r>
        <w:br/>
      </w:r>
      <w:r>
        <w:rPr>
          <w:sz w:val="20"/>
        </w:rPr>
        <w:t>13:10  They were with swords.</w:t>
      </w:r>
      <w:r>
        <w:br/>
      </w:r>
      <w:r>
        <w:rPr>
          <w:sz w:val="20"/>
        </w:rPr>
        <w:t>13:20  They wanted to kill the Prophet.</w:t>
      </w:r>
      <w:r>
        <w:br/>
      </w:r>
      <w:r>
        <w:rPr>
          <w:sz w:val="20"/>
        </w:rPr>
        <w:t>13:30  So, at that time, only Abu Bakr was with the Prophet.</w:t>
      </w:r>
      <w:r>
        <w:br/>
      </w:r>
      <w:r>
        <w:rPr>
          <w:sz w:val="20"/>
        </w:rPr>
        <w:t>13:40  Abu Bakr, Abu Bakr Siddiq saw those enemy people.</w:t>
      </w:r>
      <w:r>
        <w:br/>
      </w:r>
      <w:r>
        <w:rPr>
          <w:sz w:val="20"/>
        </w:rPr>
        <w:t>13:50  So, he became—so he fell in anxiety.</w:t>
      </w:r>
    </w:p>
    <w:p>
      <w:pPr>
        <w:pStyle w:val="Heading2"/>
      </w:pPr>
      <w:r>
        <w:t>Cave event partial in Quran, full in Hadith</w:t>
      </w:r>
    </w:p>
    <w:p>
      <w:r>
        <w:rPr>
          <w:color w:val="666666"/>
          <w:sz w:val="18"/>
        </w:rPr>
        <w:t>Hadith Literature - Part-1 (English) March 08, 2007 Maulana Wahiduddin Khan · 1m 57s · at 14:36 · https://youtu.be/vZSus8oBppM?t=876</w:t>
      </w:r>
    </w:p>
    <w:p>
      <w:r>
        <w:rPr>
          <w:i/>
        </w:rPr>
        <w:t>“Complete report you can find only in Hadith.”</w:t>
      </w:r>
    </w:p>
    <w:p>
      <w:r>
        <w:rPr>
          <w:sz w:val="20"/>
        </w:rPr>
        <w:t>14:36  The complete report you can find only in Hadith. So, there is a partial reference of this event in the Quran. This is mentioned in the Quran, that the Prophet said to Abu Bakr Siddiq, "La taqaf innallah maana." "Do not fear. God is with us.</w:t>
      </w:r>
      <w:r>
        <w:br/>
      </w:r>
      <w:r>
        <w:rPr>
          <w:sz w:val="20"/>
        </w:rPr>
        <w:t>15:05  Do not fear. God is with us." This is mentioned in the Quran. Then, when we read Hadith, when we read this event in Hadith, we find that at that time, the Prophet said one more thing that was very, very important. This we find in Hadith only.</w:t>
      </w:r>
      <w:r>
        <w:br/>
      </w:r>
      <w:r>
        <w:rPr>
          <w:sz w:val="20"/>
        </w:rPr>
        <w:t>15:33  These are mentioned in the Quran.</w:t>
      </w:r>
      <w:r>
        <w:br/>
      </w:r>
      <w:r>
        <w:rPr>
          <w:sz w:val="20"/>
        </w:rPr>
        <w:t>15:44  So, according to the Hadith, the Prophet said, "Ya Abu Bakr, maazannuka bisnain Allahu salih suhuma." "O Abu</w:t>
      </w:r>
      <w:r>
        <w:br/>
      </w:r>
      <w:r>
        <w:rPr>
          <w:sz w:val="20"/>
        </w:rPr>
        <w:t>15:55  Bakr, what do you think about those two whose third companion is Allah?</w:t>
      </w:r>
      <w:r>
        <w:br/>
      </w:r>
      <w:r>
        <w:rPr>
          <w:sz w:val="20"/>
        </w:rPr>
        <w:t>16:07  " "O Abu Bakr, what do you think about those whose third companion is God Almighty? " So, this part which we find in Hadith literature is very, very important to complete the whole event.</w:t>
      </w:r>
      <w:r>
        <w:br/>
      </w:r>
      <w:r>
        <w:rPr>
          <w:sz w:val="20"/>
        </w:rPr>
        <w:t>16:33  There are hundreds of such references that tell us that without adding Hadith literature, we cannot understand fully.</w:t>
      </w:r>
    </w:p>
    <w:p>
      <w:pPr>
        <w:pStyle w:val="Heading2"/>
      </w:pPr>
      <w:r>
        <w:t>Prophet in cave - don't fear God with us</w:t>
      </w:r>
    </w:p>
    <w:p>
      <w:r>
        <w:rPr>
          <w:color w:val="666666"/>
          <w:sz w:val="18"/>
        </w:rPr>
        <w:t>Teaching of the Prophet (English) March 31, 2007 Maulana Wahiduddin Khan · 1m 46s · at 25:32 · https://youtu.be/2Jm65f4yNG8?t=1532</w:t>
      </w:r>
    </w:p>
    <w:p>
      <w:r>
        <w:rPr>
          <w:i/>
        </w:rPr>
        <w:t>“So it gives you a great courage in the life”</w:t>
      </w:r>
    </w:p>
    <w:p>
      <w:r>
        <w:rPr>
          <w:sz w:val="20"/>
        </w:rPr>
        <w:t>25:32  So it gives you a great courage in life.</w:t>
      </w:r>
      <w:r>
        <w:br/>
      </w:r>
      <w:r>
        <w:rPr>
          <w:sz w:val="20"/>
        </w:rPr>
        <w:t>25:39  Great courage that God is with you.</w:t>
      </w:r>
      <w:r>
        <w:br/>
      </w:r>
      <w:r>
        <w:rPr>
          <w:sz w:val="20"/>
        </w:rPr>
        <w:t>25:47  You know the Prophet of Islam when he migrated from Mecca to Madinah.</w:t>
      </w:r>
      <w:r>
        <w:br/>
      </w:r>
      <w:r>
        <w:rPr>
          <w:sz w:val="20"/>
        </w:rPr>
        <w:t>25:55  So in the way, he spent some time in the cave of Mountain Thor.</w:t>
      </w:r>
      <w:r>
        <w:br/>
      </w:r>
      <w:r>
        <w:rPr>
          <w:sz w:val="20"/>
        </w:rPr>
        <w:t>26:02  So at that time, the Meccan people were enemies.</w:t>
      </w:r>
      <w:r>
        <w:br/>
      </w:r>
      <w:r>
        <w:rPr>
          <w:sz w:val="20"/>
        </w:rPr>
        <w:t>26:10  They wanted to kill him.</w:t>
      </w:r>
      <w:r>
        <w:br/>
      </w:r>
      <w:r>
        <w:rPr>
          <w:sz w:val="20"/>
        </w:rPr>
        <w:t>26:18  so when he migrated from mecca to madinah, they were in search. they wanted to kill him. so what happened?</w:t>
      </w:r>
      <w:r>
        <w:br/>
      </w:r>
      <w:r>
        <w:rPr>
          <w:sz w:val="20"/>
        </w:rPr>
        <w:t>26:36  They reached to the mouth of the cave. They managed to reach to the mouth of the cave. So at that time, Abu Bakr Siddiq was with him.</w:t>
      </w:r>
      <w:r>
        <w:br/>
      </w:r>
      <w:r>
        <w:rPr>
          <w:sz w:val="20"/>
        </w:rPr>
        <w:t>26:54  He said, "O Prophet, they reached here also." So according to the Quranic report, the Prophet of Islam has said, "La tahzan inna Allah wana." Don't fear. God is with us.</w:t>
      </w:r>
      <w:r>
        <w:br/>
      </w:r>
      <w:r>
        <w:rPr>
          <w:sz w:val="20"/>
        </w:rPr>
        <w:t>27:18  It was a very, very critical situation. At that time, the Prophet was apparently a very helpless person. Apparently, he was a helpless person. But at the same time, he felt that God is with him.</w:t>
      </w:r>
    </w:p>
    <w:p>
      <w:pPr>
        <w:pStyle w:val="Heading2"/>
      </w:pPr>
      <w:r>
        <w:t>Prophet's cave: God is with us</w:t>
      </w:r>
    </w:p>
    <w:p>
      <w:r>
        <w:rPr>
          <w:color w:val="666666"/>
          <w:sz w:val="18"/>
        </w:rPr>
        <w:t>Living with God | April 18, 2007 | Maulana Wahiduddin Khan · 2m 04s · at 7:24 · https://youtu.be/5C9rQDceRV4?t=444</w:t>
      </w:r>
    </w:p>
    <w:p>
      <w:r>
        <w:rPr>
          <w:i/>
        </w:rPr>
        <w:t>“At that time, when he was in this cave”</w:t>
      </w:r>
    </w:p>
    <w:p>
      <w:r>
        <w:rPr>
          <w:sz w:val="20"/>
        </w:rPr>
        <w:t>7:24  At that time, when he was in this cave, Abu Bakr was with him. Only Abu Bakr was with him, no third person. So what happened? Abu Bakr Siddiq noticed that</w:t>
      </w:r>
      <w:r>
        <w:br/>
      </w:r>
      <w:r>
        <w:rPr>
          <w:sz w:val="20"/>
        </w:rPr>
        <w:t>7:54  the enemy reached to the mouth of the cave.</w:t>
      </w:r>
      <w:r>
        <w:br/>
      </w:r>
      <w:r>
        <w:rPr>
          <w:sz w:val="20"/>
        </w:rPr>
        <w:t>8:02  They were helpless at that time.</w:t>
      </w:r>
      <w:r>
        <w:br/>
      </w:r>
      <w:r>
        <w:rPr>
          <w:sz w:val="20"/>
        </w:rPr>
        <w:t>8:10  So Abu Bakr Siddiq said, "O Prophet, they reached here also." The Prophet said, "Innallaha maana, God is with us.</w:t>
      </w:r>
      <w:r>
        <w:br/>
      </w:r>
      <w:r>
        <w:rPr>
          <w:sz w:val="20"/>
        </w:rPr>
        <w:t>8:19  God is with us."</w:t>
      </w:r>
      <w:r>
        <w:br/>
      </w:r>
      <w:r>
        <w:rPr>
          <w:sz w:val="20"/>
        </w:rPr>
        <w:t>8:27  The same event is narrated in Hadith, and we find that at that time the Prophet also said</w:t>
      </w:r>
      <w:r>
        <w:br/>
      </w:r>
      <w:r>
        <w:rPr>
          <w:sz w:val="20"/>
        </w:rPr>
        <w:t>8:37  that, "Ya Abu Bakr, maazannuka bisnain, Allahu salih suhuma." O Abu Bakr, although we are two, but we</w:t>
      </w:r>
      <w:r>
        <w:br/>
      </w:r>
      <w:r>
        <w:rPr>
          <w:sz w:val="20"/>
        </w:rPr>
        <w:t>8:48  have also a third that is God Himself.</w:t>
      </w:r>
      <w:r>
        <w:br/>
      </w:r>
      <w:r>
        <w:rPr>
          <w:sz w:val="20"/>
        </w:rPr>
        <w:t>8:58  So this was the experience of the Prophet.</w:t>
      </w:r>
      <w:r>
        <w:br/>
      </w:r>
      <w:r>
        <w:rPr>
          <w:sz w:val="20"/>
        </w:rPr>
        <w:t>9:05  So what was the secret behind this?</w:t>
      </w:r>
      <w:r>
        <w:br/>
      </w:r>
      <w:r>
        <w:rPr>
          <w:sz w:val="20"/>
        </w:rPr>
        <w:t>9:13  Why did the Prophet say that God is with us, "Innallaha maana"?</w:t>
      </w:r>
      <w:r>
        <w:br/>
      </w:r>
      <w:r>
        <w:rPr>
          <w:sz w:val="20"/>
        </w:rPr>
        <w:t>9:21  It was a miracle of</w:t>
      </w:r>
    </w:p>
    <w:p>
      <w:pPr>
        <w:pStyle w:val="Heading2"/>
      </w:pPr>
      <w:r>
        <w:t>full history of how the Qur'an was compiled</w:t>
      </w:r>
    </w:p>
    <w:p>
      <w:r>
        <w:rPr>
          <w:color w:val="666666"/>
          <w:sz w:val="18"/>
        </w:rPr>
        <w:t>In Conversation with Maulana Wahiduddin Khan English · 5m 02s · at 14:17 · https://youtu.be/QZrkP8Z3Fv8?t=857</w:t>
      </w:r>
    </w:p>
    <w:p>
      <w:r>
        <w:rPr>
          <w:i/>
        </w:rPr>
        <w:t>“How was the Qur'an compiled into a book?”</w:t>
      </w:r>
    </w:p>
    <w:p>
      <w:r>
        <w:rPr>
          <w:sz w:val="20"/>
        </w:rPr>
        <w:t>14:17  But we all know that the verses were revealed over a period of time. My question to you is, how was the Qur'an compiled in the book form?</w:t>
      </w:r>
      <w:r>
        <w:br/>
      </w:r>
      <w:r>
        <w:rPr>
          <w:sz w:val="20"/>
        </w:rPr>
        <w:t>14:27  At that time I mean before the advent of printing press, people used to people were using their memory.</w:t>
      </w:r>
      <w:r>
        <w:br/>
      </w:r>
      <w:r>
        <w:rPr>
          <w:sz w:val="20"/>
        </w:rPr>
        <w:t>14:38  So, their memory was very, very strong everywhere in the world. So was the case of Arabs. Arabs' memory was very, very strong at that time.</w:t>
      </w:r>
      <w:r>
        <w:br/>
      </w:r>
      <w:r>
        <w:rPr>
          <w:sz w:val="20"/>
        </w:rPr>
        <w:t>14:51  So, when some part of the you know, the Qur'an was not revealed the whole the whole Qur'an was not revealed at a time.</w:t>
      </w:r>
      <w:r>
        <w:br/>
      </w:r>
      <w:r>
        <w:rPr>
          <w:sz w:val="20"/>
        </w:rPr>
        <w:t>15:01  But</w:t>
      </w:r>
      <w:r>
        <w:br/>
      </w:r>
      <w:r>
        <w:rPr>
          <w:sz w:val="20"/>
        </w:rPr>
        <w:t>15:05  it was revealed during 23 years. So, when a part of the Qur'an was revealed, people people take it by memory.</w:t>
      </w:r>
      <w:r>
        <w:br/>
      </w:r>
      <w:r>
        <w:rPr>
          <w:sz w:val="20"/>
        </w:rPr>
        <w:t>15:18  So, in the final days, there were thousands and thousands of people who were who had memorized the Qur'an. Then, at the same time,</w:t>
      </w:r>
      <w:r>
        <w:br/>
      </w:r>
      <w:r>
        <w:rPr>
          <w:sz w:val="20"/>
        </w:rPr>
        <w:t>15:32  they used to write the Qur'an in different pieces. So, during the Prophet's time, the Qur'an was preserved by two methods:</w:t>
      </w:r>
      <w:r>
        <w:br/>
      </w:r>
      <w:r>
        <w:rPr>
          <w:sz w:val="20"/>
        </w:rPr>
        <w:t>15:46  by memorization, by the way of memorization, and then by the way of writing on different pieces. So, what happened?</w:t>
      </w:r>
      <w:r>
        <w:br/>
      </w:r>
      <w:r>
        <w:rPr>
          <w:sz w:val="20"/>
        </w:rPr>
        <w:t>15:57  After the Prophet in the last in the last days, the Prophet compiled the Qur'an.</w:t>
      </w:r>
      <w:r>
        <w:br/>
      </w:r>
      <w:r>
        <w:rPr>
          <w:sz w:val="20"/>
        </w:rPr>
        <w:t>16:09  And he recited the Qur'an from A to Z</w:t>
      </w:r>
      <w:r>
        <w:br/>
      </w:r>
      <w:r>
        <w:rPr>
          <w:sz w:val="20"/>
        </w:rPr>
        <w:t>16:13  . So, people became aware that what is the Qur'an according to the compilation by the Prophet? Then, what happened?</w:t>
      </w:r>
      <w:r>
        <w:br/>
      </w:r>
      <w:r>
        <w:rPr>
          <w:sz w:val="20"/>
        </w:rPr>
        <w:t>16:25  During the first Caliph that is Abu Bakr as-Siddiq, the Sahaba wanted to compile the Qur'an in a single volum</w:t>
      </w:r>
      <w:r>
        <w:br/>
      </w:r>
      <w:r>
        <w:rPr>
          <w:sz w:val="20"/>
        </w:rPr>
        <w:t>16:37  e So, they gathered all those fragments and pieces.</w:t>
      </w:r>
      <w:r>
        <w:br/>
      </w:r>
      <w:r>
        <w:rPr>
          <w:sz w:val="20"/>
        </w:rPr>
        <w:t>16:48  So, they adopted a double-checking system. They checked the writing by their memory and memory by the writing.</w:t>
      </w:r>
      <w:r>
        <w:br/>
      </w:r>
      <w:r>
        <w:rPr>
          <w:sz w:val="20"/>
        </w:rPr>
        <w:t>16:59  So, by using this double-checking system, they wrote the whole Qur'an on paper.</w:t>
      </w:r>
      <w:r>
        <w:br/>
      </w:r>
      <w:r>
        <w:rPr>
          <w:sz w:val="20"/>
        </w:rPr>
        <w:t>17:11  You know, at that time, there was a kind of paper that is called perhaps pipers.</w:t>
      </w:r>
      <w:r>
        <w:br/>
      </w:r>
      <w:r>
        <w:rPr>
          <w:sz w:val="20"/>
        </w:rPr>
        <w:t>17:20  It was made by some plants.</w:t>
      </w:r>
      <w:r>
        <w:br/>
      </w:r>
      <w:r>
        <w:rPr>
          <w:sz w:val="20"/>
        </w:rPr>
        <w:t>17:26  So, they compiled the whole Qur'an. And they wrote the whole Qur'an in that</w:t>
      </w:r>
      <w:r>
        <w:br/>
      </w:r>
      <w:r>
        <w:rPr>
          <w:sz w:val="20"/>
        </w:rPr>
        <w:t>17:36  on that papers. So, it was said Rab'a. Rab'a means square. So, this first copy of the Qur'an was square.</w:t>
      </w:r>
      <w:r>
        <w:br/>
      </w:r>
      <w:r>
        <w:rPr>
          <w:sz w:val="20"/>
        </w:rPr>
        <w:t>17:50  So, this first copy was compiled during the first Caliph. Then, during the third Caliph, this first copy was again recopied.</w:t>
      </w:r>
      <w:r>
        <w:br/>
      </w:r>
      <w:r>
        <w:rPr>
          <w:sz w:val="20"/>
        </w:rPr>
        <w:t>18:04  So, there were several hundred copies. So, during the whole history, people were memorizing the Qur'an.</w:t>
      </w:r>
      <w:r>
        <w:br/>
      </w:r>
      <w:r>
        <w:rPr>
          <w:sz w:val="20"/>
        </w:rPr>
        <w:t>18:14  And at the same time, they were writing the Qur'an on the papers.</w:t>
      </w:r>
      <w:r>
        <w:br/>
      </w:r>
      <w:r>
        <w:rPr>
          <w:sz w:val="20"/>
        </w:rPr>
        <w:t>18:20  And now, you know now you are living in the age of printing age of printing.</w:t>
      </w:r>
      <w:r>
        <w:br/>
      </w:r>
      <w:r>
        <w:rPr>
          <w:sz w:val="20"/>
        </w:rPr>
        <w:t>18:28  So, when so, you know, in this age, Muslims established institutions.</w:t>
      </w:r>
      <w:r>
        <w:br/>
      </w:r>
      <w:r>
        <w:rPr>
          <w:sz w:val="20"/>
        </w:rPr>
        <w:t>18:38  And they</w:t>
      </w:r>
      <w:r>
        <w:br/>
      </w:r>
      <w:r>
        <w:rPr>
          <w:sz w:val="20"/>
        </w:rPr>
        <w:t>18:45  availed the printing method. And now, there are billion and billion copies available in every part of the world.</w:t>
      </w:r>
      <w:r>
        <w:br/>
      </w:r>
      <w:r>
        <w:rPr>
          <w:sz w:val="20"/>
        </w:rPr>
        <w:t>19:03  All these are printed copies. So, this is the history of the Qur'an, in short. Maulana, when Islam is against idol worship, why is it that Muslims bow down to the Kaaba in their prayer?</w:t>
      </w:r>
    </w:p>
    <w:p>
      <w:pPr>
        <w:pStyle w:val="Heading2"/>
      </w:pPr>
      <w:r>
        <w:t>debunking claim that Caliph Uthman burned Qur'ans</w:t>
      </w:r>
    </w:p>
    <w:p>
      <w:r>
        <w:rPr>
          <w:color w:val="666666"/>
          <w:sz w:val="18"/>
        </w:rPr>
        <w:t>In Conversation with Maulana Wahiduddin Khan English · 3m 33s · at 1:09:49 · https://youtu.be/QZrkP8Z3Fv8?t=4189</w:t>
      </w:r>
    </w:p>
    <w:p>
      <w:r>
        <w:rPr>
          <w:i/>
        </w:rPr>
        <w:t>“Were many versions of the Qur'an burned by Uthman?”</w:t>
      </w:r>
    </w:p>
    <w:p>
      <w:r>
        <w:rPr>
          <w:sz w:val="20"/>
        </w:rPr>
        <w:t>1:09:49  reason. Everyone can understand this reason. Maulana, there were many versions of the Qur'an which were burned by Caliph Uthman.</w:t>
      </w:r>
      <w:r>
        <w:br/>
      </w:r>
      <w:r>
        <w:rPr>
          <w:sz w:val="20"/>
        </w:rPr>
        <w:t>1:10:00  Therefore, is it not true that the present version of the Qur'an was the one which was compiled by Caliph Uthman and not the one which was originally revealed by God?</w:t>
      </w:r>
      <w:r>
        <w:br/>
      </w:r>
      <w:r>
        <w:rPr>
          <w:sz w:val="20"/>
        </w:rPr>
        <w:t>1:10:11  It is completely an incorrect statement. No Qur'an was burned during the</w:t>
      </w:r>
      <w:r>
        <w:br/>
      </w:r>
      <w:r>
        <w:rPr>
          <w:sz w:val="20"/>
        </w:rPr>
        <w:t>1:10:26  Caliph Uthman.</w:t>
      </w:r>
      <w:r>
        <w:br/>
      </w:r>
      <w:r>
        <w:rPr>
          <w:sz w:val="20"/>
        </w:rPr>
        <w:t>1:10:29  It is wrong. It is wrong. Only some pieces of the Qur'an were burned during the first Caliph.</w:t>
      </w:r>
      <w:r>
        <w:br/>
      </w:r>
      <w:r>
        <w:rPr>
          <w:sz w:val="20"/>
        </w:rPr>
        <w:t>1:10:44  It was not the Qur'an. It is some pieces. You know, at that time, the Qur'an was</w:t>
      </w:r>
      <w:r>
        <w:br/>
      </w:r>
      <w:r>
        <w:rPr>
          <w:sz w:val="20"/>
        </w:rPr>
        <w:t>1:10:57  compiled in memor</w:t>
      </w:r>
      <w:r>
        <w:br/>
      </w:r>
      <w:r>
        <w:rPr>
          <w:sz w:val="20"/>
        </w:rPr>
        <w:t>1:10:59  y. There were thousands and thousands of people who had memorized the whole book. The whole book. They were able to read the book from A to Z.</w:t>
      </w:r>
      <w:r>
        <w:br/>
      </w:r>
      <w:r>
        <w:rPr>
          <w:sz w:val="20"/>
        </w:rPr>
        <w:t>1:11:13  So, in mind, the Qur'an was compiled. But in writing, there was no such compilation.</w:t>
      </w:r>
      <w:r>
        <w:br/>
      </w:r>
      <w:r>
        <w:rPr>
          <w:sz w:val="20"/>
        </w:rPr>
        <w:t>1:11:22  In writing, there were some fragmentary pieces.</w:t>
      </w:r>
      <w:r>
        <w:br/>
      </w:r>
      <w:r>
        <w:rPr>
          <w:sz w:val="20"/>
        </w:rPr>
        <w:t>1:11:27  So, when the first version was compiled during the Caliph Abu Bakr, so after this compilation, all those fragments were burned.</w:t>
      </w:r>
      <w:r>
        <w:br/>
      </w:r>
      <w:r>
        <w:rPr>
          <w:sz w:val="20"/>
        </w:rPr>
        <w:t>1:11:41  But during</w:t>
      </w:r>
      <w:r>
        <w:br/>
      </w:r>
      <w:r>
        <w:rPr>
          <w:sz w:val="20"/>
        </w:rPr>
        <w:t>1:11:45  Uthman, there was no such incident</w:t>
      </w:r>
      <w:r>
        <w:br/>
      </w:r>
      <w:r>
        <w:rPr>
          <w:sz w:val="20"/>
        </w:rPr>
        <w:t>1:11:50  . The third Caliph, Uthman, only copied that</w:t>
      </w:r>
      <w:r>
        <w:br/>
      </w:r>
      <w:r>
        <w:rPr>
          <w:sz w:val="20"/>
        </w:rPr>
        <w:t>1:12:01  copy which was compiled during the first Caliph.</w:t>
      </w:r>
      <w:r>
        <w:br/>
      </w:r>
      <w:r>
        <w:rPr>
          <w:sz w:val="20"/>
        </w:rPr>
        <w:t>1:12:08  The first copy of the Qur'an was compiled and prepared during the first Caliph. And this was preserved with one wife of the Prophet until the third</w:t>
      </w:r>
      <w:r>
        <w:br/>
      </w:r>
      <w:r>
        <w:rPr>
          <w:sz w:val="20"/>
        </w:rPr>
        <w:t>1:12:26  Caliph. The third Caliph</w:t>
      </w:r>
      <w:r>
        <w:br/>
      </w:r>
      <w:r>
        <w:rPr>
          <w:sz w:val="20"/>
        </w:rPr>
        <w:t>1:12:32  prepared some more copies by this first copy. And then he sent these copies to all the cities of that time.</w:t>
      </w:r>
      <w:r>
        <w:br/>
      </w:r>
      <w:r>
        <w:rPr>
          <w:sz w:val="20"/>
        </w:rPr>
        <w:t>1:12:44  No burning happened during the third Caliph. It is wrong to say</w:t>
      </w:r>
      <w:r>
        <w:br/>
      </w:r>
      <w:r>
        <w:rPr>
          <w:sz w:val="20"/>
        </w:rPr>
        <w:t>1:12:53  . Maulana Wahiduddin Khan, thank you very much for sharing your thoughts with us. Thank you.</w:t>
      </w:r>
    </w:p>
    <w:p>
      <w:pPr>
        <w:pStyle w:val="Heading2"/>
      </w:pPr>
      <w:r>
        <w:t>The cave of Thor: why fear, God is with us</w:t>
      </w:r>
    </w:p>
    <w:p>
      <w:r>
        <w:rPr>
          <w:color w:val="666666"/>
          <w:sz w:val="18"/>
        </w:rPr>
        <w:t>Hadith (English) March 27, 2007 Maulana Wahiduddin Khan · 57s · at 31:12 · https://youtu.be/VnwRJbqn9tU?t=1872</w:t>
      </w:r>
    </w:p>
    <w:p>
      <w:r>
        <w:rPr>
          <w:i/>
        </w:rPr>
        <w:t>“Enemies reached the cave with swords, wanting to kill him”</w:t>
      </w:r>
    </w:p>
    <w:p>
      <w:r>
        <w:rPr>
          <w:sz w:val="20"/>
        </w:rPr>
        <w:t>31:12  For example, the Prophet of Islam, when he migrated from Mecca to Madinah, when he was in a - at that time, he spent some nights in the cave of Mount Thor.</w:t>
      </w:r>
      <w:r>
        <w:br/>
      </w:r>
      <w:r>
        <w:rPr>
          <w:sz w:val="20"/>
        </w:rPr>
        <w:t>31:32  So those enemies reached over there with swords. They wanted to kill him</w:t>
      </w:r>
      <w:r>
        <w:br/>
      </w:r>
      <w:r>
        <w:rPr>
          <w:sz w:val="20"/>
        </w:rPr>
        <w:t>31:42  . So his only complaint was Abu Bakr. He became afraid. The Prophet said, "la tahzan inna Allaha ma'ana."</w:t>
      </w:r>
      <w:r>
        <w:br/>
      </w:r>
      <w:r>
        <w:rPr>
          <w:sz w:val="20"/>
        </w:rPr>
        <w:t>31:54  "la tahzan inna Allaha ma'ana." Why fear? God is with us. So dua means you are with God every day and night.</w:t>
      </w:r>
    </w:p>
    <w:p>
      <w:pPr>
        <w:pStyle w:val="Heading2"/>
      </w:pPr>
      <w:r>
        <w:t>Sa'd ibn Ubadah's difference management</w:t>
      </w:r>
    </w:p>
    <w:p>
      <w:r>
        <w:rPr>
          <w:color w:val="666666"/>
          <w:sz w:val="18"/>
        </w:rPr>
        <w:t>Difference Management June 6, 2007 Maulana Wahiduddin Khan · 2m 47s · at 48:07 · https://youtu.be/Qcrm0lX88dA?t=2887</w:t>
      </w:r>
    </w:p>
    <w:p>
      <w:r>
        <w:rPr>
          <w:i/>
        </w:rPr>
        <w:t>“When the Prophet died in 632, there was an issue.”</w:t>
      </w:r>
    </w:p>
    <w:p>
      <w:r>
        <w:rPr>
          <w:sz w:val="20"/>
        </w:rPr>
        <w:t>48:07  . All the companions are models for us. Here, I will give an example. When the Prophet died in 632, there was an</w:t>
      </w:r>
      <w:r>
        <w:br/>
      </w:r>
      <w:r>
        <w:rPr>
          <w:sz w:val="20"/>
        </w:rPr>
        <w:t>48:24  issue. There was an issue of who is going to be the Khalifa.</w:t>
      </w:r>
      <w:r>
        <w:br/>
      </w:r>
      <w:r>
        <w:rPr>
          <w:sz w:val="20"/>
        </w:rPr>
        <w:t>48:34  So there were two candidates: Abu Bakr as-Siddiq and Sa'd ibn 'Ubadah. Sa'd ibn 'Ubadah was</w:t>
      </w:r>
      <w:r>
        <w:br/>
      </w:r>
      <w:r>
        <w:rPr>
          <w:sz w:val="20"/>
        </w:rPr>
        <w:t>48:49  from Ansar, and Abu Bakr as-Siddiq was from Muhajirin. In modern terms, Sa'd ibn 'Ubadah was the son of the soil.</w:t>
      </w:r>
      <w:r>
        <w:br/>
      </w:r>
      <w:r>
        <w:rPr>
          <w:sz w:val="20"/>
        </w:rPr>
        <w:t>49:01  But</w:t>
      </w:r>
      <w:r>
        <w:br/>
      </w:r>
      <w:r>
        <w:rPr>
          <w:sz w:val="20"/>
        </w:rPr>
        <w:t>49:04  the senior Sahaba, the senior companions of the Prophet, decided to appoint Abu Bakr as-Siddiq as Khalifa.</w:t>
      </w:r>
      <w:r>
        <w:br/>
      </w:r>
      <w:r>
        <w:rPr>
          <w:sz w:val="20"/>
        </w:rPr>
        <w:t>49:16  It was against the ambitions of Sa'd ibn 'Ubadah, who was the leader of Ansar, who was the leader of Madinah.</w:t>
      </w:r>
      <w:r>
        <w:br/>
      </w:r>
      <w:r>
        <w:rPr>
          <w:sz w:val="20"/>
        </w:rPr>
        <w:t>49:29  Then there were two options before Sa'd ibn 'Ubadah. One, to revolt against this decision.</w:t>
      </w:r>
      <w:r>
        <w:br/>
      </w:r>
      <w:r>
        <w:rPr>
          <w:sz w:val="20"/>
        </w:rPr>
        <w:t>49:40  He was the son of the soil. So there were many people with him. He was, in some sense, he was stronger than Abu Bakr as-Siddiq.</w:t>
      </w:r>
      <w:r>
        <w:br/>
      </w:r>
      <w:r>
        <w:rPr>
          <w:sz w:val="20"/>
        </w:rPr>
        <w:t>49:54  Because Abu Bakr as-Siddiq was from Muhajirin. He was from Ansar.</w:t>
      </w:r>
      <w:r>
        <w:br/>
      </w:r>
      <w:r>
        <w:rPr>
          <w:sz w:val="20"/>
        </w:rPr>
        <w:t>50:01  So before Sa'd ibn 'Ubadah, there were two options. One, not to accept this decision and revolt against this decision.</w:t>
      </w:r>
      <w:r>
        <w:br/>
      </w:r>
      <w:r>
        <w:rPr>
          <w:sz w:val="20"/>
        </w:rPr>
        <w:t>50:15  But he adopted the principle of difference management</w:t>
      </w:r>
      <w:r>
        <w:br/>
      </w:r>
      <w:r>
        <w:rPr>
          <w:sz w:val="20"/>
        </w:rPr>
        <w:t>50:22  . And what was the management? He decided to leave Madinah. So he left Madinah and settled in Syria for 11 years and died in Syria.</w:t>
      </w:r>
      <w:r>
        <w:br/>
      </w:r>
      <w:r>
        <w:rPr>
          <w:sz w:val="20"/>
        </w:rPr>
        <w:t>50:44  So this was, for him, the adoption of this formula.</w:t>
      </w:r>
    </w:p>
    <w:p>
      <w:pPr>
        <w:pStyle w:val="Heading2"/>
      </w:pPr>
      <w:r>
        <w:t>Modesty of Saad ibn Abadah prevented anarchy</w:t>
      </w:r>
    </w:p>
    <w:p>
      <w:r>
        <w:rPr>
          <w:color w:val="666666"/>
          <w:sz w:val="18"/>
        </w:rPr>
        <w:t>Living with Angels April 24, 2007 Maulana Wahiduddin Kha · 2m 48s · at 41:16 · https://youtu.be/vftCoFxsQFw?t=2476</w:t>
      </w:r>
    </w:p>
    <w:p>
      <w:r>
        <w:rPr>
          <w:i/>
        </w:rPr>
        <w:t>“Some people from Ansar said, 'Minna Amirun wa minkum Amir.'”</w:t>
      </w:r>
    </w:p>
    <w:p>
      <w:r>
        <w:rPr>
          <w:sz w:val="20"/>
        </w:rPr>
        <w:t>41:16  they said that, "Minna Amirun wa minkum Amir." You know, there were at that time there were two very distinguished leaders in both the groups.</w:t>
      </w:r>
      <w:r>
        <w:br/>
      </w:r>
      <w:r>
        <w:rPr>
          <w:sz w:val="20"/>
        </w:rPr>
        <w:t>41:30  In Muhajir group, it was Syedna Abu Bakr. And in Ansar group, it was Saad ibn Abadah.</w:t>
      </w:r>
      <w:r>
        <w:br/>
      </w:r>
      <w:r>
        <w:rPr>
          <w:sz w:val="20"/>
        </w:rPr>
        <w:t>41:42  These two were very, very able persons and both were leaders of their group</w:t>
      </w:r>
      <w:r>
        <w:br/>
      </w:r>
      <w:r>
        <w:rPr>
          <w:sz w:val="20"/>
        </w:rPr>
        <w:t>41:56  . Abu Bakr Siddiq and Saad ibn Abadah. So, some people from Ansar said that, "Minna Amirun wa minkum Amir." We have to appoint two leaders.</w:t>
      </w:r>
      <w:r>
        <w:br/>
      </w:r>
      <w:r>
        <w:rPr>
          <w:sz w:val="20"/>
        </w:rPr>
        <w:t>42:11  Two Amir or two Khalifa. "Minna Amirun wa minkum Amir." Amir means</w:t>
      </w:r>
      <w:r>
        <w:br/>
      </w:r>
      <w:r>
        <w:rPr>
          <w:sz w:val="20"/>
        </w:rPr>
        <w:t>42:22  head head of the society, head of the system.</w:t>
      </w:r>
      <w:r>
        <w:br/>
      </w:r>
      <w:r>
        <w:rPr>
          <w:sz w:val="20"/>
        </w:rPr>
        <w:t>42:32  One Amir from us, one Amir from you. One Amir from Muhajir and one Amir from Ansar. It means that Abu Bakr and Saad ibn Abadah both</w:t>
      </w:r>
      <w:r>
        <w:br/>
      </w:r>
      <w:r>
        <w:rPr>
          <w:sz w:val="20"/>
        </w:rPr>
        <w:t>42:49  saw at that time Abu Bakr Siddiq who was very senior a senior Sahabi, he said that it is not possible.</w:t>
      </w:r>
      <w:r>
        <w:br/>
      </w:r>
      <w:r>
        <w:rPr>
          <w:sz w:val="20"/>
        </w:rPr>
        <w:t>43:04  No system can afford two heads.</w:t>
      </w:r>
      <w:r>
        <w:br/>
      </w:r>
      <w:r>
        <w:rPr>
          <w:sz w:val="20"/>
        </w:rPr>
        <w:t>43:09  Headship cannot be divided. We need only one head. Otherwise, we cannot establish a society, a united society.</w:t>
      </w:r>
      <w:r>
        <w:br/>
      </w:r>
      <w:r>
        <w:rPr>
          <w:sz w:val="20"/>
        </w:rPr>
        <w:t>43:24  So, he said that it is not a feasible formula. It is a workable formula. It is simply a slogan.</w:t>
      </w:r>
      <w:r>
        <w:br/>
      </w:r>
      <w:r>
        <w:rPr>
          <w:sz w:val="20"/>
        </w:rPr>
        <w:t>43:34  So, what happened?</w:t>
      </w:r>
      <w:r>
        <w:br/>
      </w:r>
      <w:r>
        <w:rPr>
          <w:sz w:val="20"/>
        </w:rPr>
        <w:t>43:37  Saad ibn Abadah receded. Receded. He never claimed.</w:t>
      </w:r>
      <w:r>
        <w:br/>
      </w:r>
      <w:r>
        <w:rPr>
          <w:sz w:val="20"/>
        </w:rPr>
        <w:t>43:48  Why? Because he is a modest person. Although he was intelligent although he was an intelligent, a very able person he was having all those leadership qualities.</w:t>
      </w:r>
    </w:p>
    <w:p>
      <w:pPr>
        <w:pStyle w:val="Heading2"/>
      </w:pPr>
      <w:r>
        <w:t>Modesty prevented anarchy in early Islam</w:t>
      </w:r>
    </w:p>
    <w:p>
      <w:r>
        <w:rPr>
          <w:color w:val="666666"/>
          <w:sz w:val="18"/>
        </w:rPr>
        <w:t>Living with Angels April 24, 2007 Maulana Wahiduddin Kha · 5m 50s · at 39:28 · https://youtu.be/vftCoFxsQFw?t=2368</w:t>
      </w:r>
    </w:p>
    <w:p>
      <w:r>
        <w:rPr>
          <w:i/>
        </w:rPr>
        <w:t>“Here I will give you an example from the Islamic history.”</w:t>
      </w:r>
    </w:p>
    <w:p>
      <w:r>
        <w:rPr>
          <w:sz w:val="20"/>
        </w:rPr>
        <w:t>39:28  The virtue the value of modesty. What is the value of modesty?</w:t>
      </w:r>
      <w:r>
        <w:br/>
      </w:r>
      <w:r>
        <w:rPr>
          <w:sz w:val="20"/>
        </w:rPr>
        <w:t>39:34  To build a healthy society. So, what happened</w:t>
      </w:r>
      <w:r>
        <w:br/>
      </w:r>
      <w:r>
        <w:rPr>
          <w:sz w:val="20"/>
        </w:rPr>
        <w:t>39:43  when Prophet of Islam died in 632? At that time, he was in Madinah.</w:t>
      </w:r>
      <w:r>
        <w:br/>
      </w:r>
      <w:r>
        <w:rPr>
          <w:sz w:val="20"/>
        </w:rPr>
        <w:t>39:53  So, after his death, there was a question.</w:t>
      </w:r>
      <w:r>
        <w:br/>
      </w:r>
      <w:r>
        <w:rPr>
          <w:sz w:val="20"/>
        </w:rPr>
        <w:t>40:00  Who is going to be successor of the Prophet</w:t>
      </w:r>
      <w:r>
        <w:br/>
      </w:r>
      <w:r>
        <w:rPr>
          <w:sz w:val="20"/>
        </w:rPr>
        <w:t>40:04  ? At that time, Madinah was a society. It was a center of state.</w:t>
      </w:r>
      <w:r>
        <w:br/>
      </w:r>
      <w:r>
        <w:rPr>
          <w:sz w:val="20"/>
        </w:rPr>
        <w:t>40:13  So, all minds were in this</w:t>
      </w:r>
      <w:r>
        <w:br/>
      </w:r>
      <w:r>
        <w:rPr>
          <w:sz w:val="20"/>
        </w:rPr>
        <w:t>40:20  wanted to know who is the successor of the Prophet which we call Amirul Mumineen or Khalifa?</w:t>
      </w:r>
      <w:r>
        <w:br/>
      </w:r>
      <w:r>
        <w:rPr>
          <w:sz w:val="20"/>
        </w:rPr>
        <w:t>40:33  So, who is going to be successor of the Prophet of Islam?</w:t>
      </w:r>
      <w:r>
        <w:br/>
      </w:r>
      <w:r>
        <w:rPr>
          <w:sz w:val="20"/>
        </w:rPr>
        <w:t>40:37  So, at that time in Madinah, there were two different groups. Muhajir and Ansar. Muhajir means immigrants.</w:t>
      </w:r>
      <w:r>
        <w:br/>
      </w:r>
      <w:r>
        <w:rPr>
          <w:sz w:val="20"/>
        </w:rPr>
        <w:t>40:47  Immigrant Muslims. And Ansar means local Muslims. So, these were two groups. Immigrant Muslims and local Muslims.</w:t>
      </w:r>
      <w:r>
        <w:br/>
      </w:r>
      <w:r>
        <w:rPr>
          <w:sz w:val="20"/>
        </w:rPr>
        <w:t>41:00  Muhajir and Ansar. So, what happened?</w:t>
      </w:r>
      <w:r>
        <w:br/>
      </w:r>
      <w:r>
        <w:rPr>
          <w:sz w:val="20"/>
        </w:rPr>
        <w:t>41:08  Some people said some people from Ansar,</w:t>
      </w:r>
      <w:r>
        <w:br/>
      </w:r>
      <w:r>
        <w:rPr>
          <w:sz w:val="20"/>
        </w:rPr>
        <w:t>41:16  they said that, "Minna Amirun wa minkum Amir." You know, there were at that time there were two very distinguished leaders in both the groups.</w:t>
      </w:r>
      <w:r>
        <w:br/>
      </w:r>
      <w:r>
        <w:rPr>
          <w:sz w:val="20"/>
        </w:rPr>
        <w:t>41:30  In Muhajir group, it was Syedna Abu Bakr. And in Ansar group, it was Saad ibn Abadah.</w:t>
      </w:r>
      <w:r>
        <w:br/>
      </w:r>
      <w:r>
        <w:rPr>
          <w:sz w:val="20"/>
        </w:rPr>
        <w:t>41:42  These two were very, very able persons and both were leaders of their group</w:t>
      </w:r>
      <w:r>
        <w:br/>
      </w:r>
      <w:r>
        <w:rPr>
          <w:sz w:val="20"/>
        </w:rPr>
        <w:t>41:56  . Abu Bakr Siddiq and Saad ibn Abadah. So, some people from Ansar said that, "Minna Amirun wa minkum Amir." We have to appoint two leaders.</w:t>
      </w:r>
      <w:r>
        <w:br/>
      </w:r>
      <w:r>
        <w:rPr>
          <w:sz w:val="20"/>
        </w:rPr>
        <w:t>42:11  Two Amir or two Khalifa. "Minna Amirun wa minkum Amir." Amir means</w:t>
      </w:r>
      <w:r>
        <w:br/>
      </w:r>
      <w:r>
        <w:rPr>
          <w:sz w:val="20"/>
        </w:rPr>
        <w:t>42:22  head head of the society, head of the system.</w:t>
      </w:r>
      <w:r>
        <w:br/>
      </w:r>
      <w:r>
        <w:rPr>
          <w:sz w:val="20"/>
        </w:rPr>
        <w:t>42:32  One Amir from us, one Amir from you. One Amir from Muhajir and one Amir from Ansar. It means that Abu Bakr and Saad ibn Abadah both</w:t>
      </w:r>
      <w:r>
        <w:br/>
      </w:r>
      <w:r>
        <w:rPr>
          <w:sz w:val="20"/>
        </w:rPr>
        <w:t>42:49  saw at that time Abu Bakr Siddiq who was very senior a senior Sahabi, he said that it is not possible.</w:t>
      </w:r>
      <w:r>
        <w:br/>
      </w:r>
      <w:r>
        <w:rPr>
          <w:sz w:val="20"/>
        </w:rPr>
        <w:t>43:04  No system can afford two heads.</w:t>
      </w:r>
      <w:r>
        <w:br/>
      </w:r>
      <w:r>
        <w:rPr>
          <w:sz w:val="20"/>
        </w:rPr>
        <w:t>43:09  Headship cannot be divided. We need only one head. Otherwise, we cannot establish a society, a united society.</w:t>
      </w:r>
      <w:r>
        <w:br/>
      </w:r>
      <w:r>
        <w:rPr>
          <w:sz w:val="20"/>
        </w:rPr>
        <w:t>43:24  So, he said that it is not a feasible formula. It is a workable formula. It is simply a slogan.</w:t>
      </w:r>
      <w:r>
        <w:br/>
      </w:r>
      <w:r>
        <w:rPr>
          <w:sz w:val="20"/>
        </w:rPr>
        <w:t>43:34  So, what happened?</w:t>
      </w:r>
      <w:r>
        <w:br/>
      </w:r>
      <w:r>
        <w:rPr>
          <w:sz w:val="20"/>
        </w:rPr>
        <w:t>43:37  Saad ibn Abadah receded. Receded. He never claimed.</w:t>
      </w:r>
      <w:r>
        <w:br/>
      </w:r>
      <w:r>
        <w:rPr>
          <w:sz w:val="20"/>
        </w:rPr>
        <w:t>43:48  Why? Because he is a modest person. Although he was intelligent although he was an intelligent, a very able person he was having all those leadership qualities.</w:t>
      </w:r>
      <w:r>
        <w:br/>
      </w:r>
      <w:r>
        <w:rPr>
          <w:sz w:val="20"/>
        </w:rPr>
        <w:t>44:04  He was having</w:t>
      </w:r>
      <w:r>
        <w:br/>
      </w:r>
      <w:r>
        <w:rPr>
          <w:sz w:val="20"/>
        </w:rPr>
        <w:t>44:08  a followership among Ansars. There were so many followers of Saad ibn Abadah.</w:t>
      </w:r>
      <w:r>
        <w:br/>
      </w:r>
      <w:r>
        <w:rPr>
          <w:sz w:val="20"/>
        </w:rPr>
        <w:t>44:19  But he was a modest person.</w:t>
      </w:r>
      <w:r>
        <w:br/>
      </w:r>
      <w:r>
        <w:rPr>
          <w:sz w:val="20"/>
        </w:rPr>
        <w:t>44:24  He was a true Mumin. He was a true believer. So, he was a modest person. Due to his modesty, he receded.</w:t>
      </w:r>
      <w:r>
        <w:br/>
      </w:r>
      <w:r>
        <w:rPr>
          <w:sz w:val="20"/>
        </w:rPr>
        <w:t>44:34  And then people were</w:t>
      </w:r>
      <w:r>
        <w:br/>
      </w:r>
      <w:r>
        <w:rPr>
          <w:sz w:val="20"/>
        </w:rPr>
        <w:t>44:41  then Abu Bakr Siddiq was selected easily for the office of</w:t>
      </w:r>
      <w:r>
        <w:br/>
      </w:r>
      <w:r>
        <w:rPr>
          <w:sz w:val="20"/>
        </w:rPr>
        <w:t>44:54  Khalifa. So, he became Khalifa or Amirul Mumineen. This was the result of modesty.</w:t>
      </w:r>
      <w:r>
        <w:br/>
      </w:r>
      <w:r>
        <w:rPr>
          <w:sz w:val="20"/>
        </w:rPr>
        <w:t>45:09  Without modesty, it cannot happen without modesty.</w:t>
      </w:r>
    </w:p>
    <w:p>
      <w:pPr>
        <w:pStyle w:val="Heading2"/>
      </w:pPr>
      <w:r>
        <w:t>Compilation of Quran under caliphs</w:t>
      </w:r>
    </w:p>
    <w:p>
      <w:r>
        <w:rPr>
          <w:color w:val="666666"/>
          <w:sz w:val="18"/>
        </w:rPr>
        <w:t>The Message of the Quran - Part-2 (English) | March 07, 2007 | Maulana Wahiduddin Khan · 6m 04s · at 22:42 · https://youtu.be/oqDHIm3IUw4?t=1362</w:t>
      </w:r>
    </w:p>
    <w:p>
      <w:r>
        <w:rPr>
          <w:i/>
        </w:rPr>
        <w:t>“After completion, charge given to Abu Bakr”</w:t>
      </w:r>
    </w:p>
    <w:p>
      <w:r>
        <w:rPr>
          <w:sz w:val="20"/>
        </w:rPr>
        <w:t>22:42  after the completion of the Quran, the charge of the Muslim society was given to Abu Bakr. He was the first caliph of Islam. So Abu Bakr, who was the first caliph, asked for Zayd ibn Thawit al-Ansari. During Prophet's time, Z</w:t>
      </w:r>
      <w:r>
        <w:br/>
      </w:r>
      <w:r>
        <w:rPr>
          <w:sz w:val="20"/>
        </w:rPr>
        <w:t>23:12  ayd ibn Thawit was head katib. That is head— that is head of this— head of this process. There were more than a dozen secretary or katib. But Zayd ibn Thawit was— Zayd ibn Thawit al-Ansari was head of that team. So</w:t>
      </w:r>
      <w:r>
        <w:br/>
      </w:r>
      <w:r>
        <w:rPr>
          <w:sz w:val="20"/>
        </w:rPr>
        <w:t>23:43  second caliph asked for Zayd ibn Thawit al-Ansari and gave him this— this task. So he— he wrote the whole Quran in— in a book form. Before this book, Quran was either in memory</w:t>
      </w:r>
      <w:r>
        <w:br/>
      </w:r>
      <w:r>
        <w:rPr>
          <w:sz w:val="20"/>
        </w:rPr>
        <w:t>24:14  or in fragmentary pieces. So Zayd ibn Thawit al-Ansari gathered all those things. And also he asked all those huffaz, who— who were— who have memorized the Quran, the whole Quran. So by the aid— by the— by the help of those huffaz and also by the help of those writ</w:t>
      </w:r>
      <w:r>
        <w:br/>
      </w:r>
      <w:r>
        <w:rPr>
          <w:sz w:val="20"/>
        </w:rPr>
        <w:t>24:44  ings, he compiled the whole Quran. He wrote the Quran in— in the— in— in this— in— in— in sheets. You know, at that time, present kind of papers were not available, but an old kind of papers that was invented in Egypt and China</w:t>
      </w:r>
      <w:r>
        <w:br/>
      </w:r>
      <w:r>
        <w:rPr>
          <w:sz w:val="20"/>
        </w:rPr>
        <w:t>25:14  was available there. So he wrote the Quran on this paper. This was called papyrus. So he wrote all the Quran on papyrus. After completing this, he prepared</w:t>
      </w:r>
      <w:r>
        <w:br/>
      </w:r>
      <w:r>
        <w:rPr>
          <w:sz w:val="20"/>
        </w:rPr>
        <w:t>25:44  a book. This book was called Raba. Raba means square. The size of this first copy of the Quran was square. So it was called Raba. This was the first prepared copy of the Quran. This copy— this copy— this— this copy of the Quran was prepared during the first caliph. Th</w:t>
      </w:r>
      <w:r>
        <w:br/>
      </w:r>
      <w:r>
        <w:rPr>
          <w:sz w:val="20"/>
        </w:rPr>
        <w:t>26:14  en this copy, that was authentic copy of the Quran, was kept with Hafsa. Hafsa was wife of the Prophet. He was— she was— she was a senior member of Prophet's family. So this— this— this copy of the Quran was kept</w:t>
      </w:r>
      <w:r>
        <w:br/>
      </w:r>
      <w:r>
        <w:rPr>
          <w:sz w:val="20"/>
        </w:rPr>
        <w:t>26:45  with Hafsa. Then during the— the third caliph, Uthman ibn Affan, Uthman ibn Affan wanted to prepare more copies of the Quran. So Uthman ibn Affan, the third caliph, asked for that copy. And after having that copy, he ordered</w:t>
      </w:r>
      <w:r>
        <w:br/>
      </w:r>
      <w:r>
        <w:rPr>
          <w:sz w:val="20"/>
        </w:rPr>
        <w:t>27:15  several experts to prepare more copies. So these experts prepared more copies of the Quran. And these copies were sent to every country, every city. You know, at that time, Islamic world was expanded. It was not only—</w:t>
      </w:r>
      <w:r>
        <w:br/>
      </w:r>
      <w:r>
        <w:rPr>
          <w:sz w:val="20"/>
        </w:rPr>
        <w:t>27:45  it was not confined only to Mecca and Medina, but it was expanded from Asia to Africa. So he prepared copies of the Quran and sent these copies to every country and every city. So this copy— these copies of the Quran were kept in— in Jama Masjid. In every Jama Masjid, there was a copy. And it was</w:t>
      </w:r>
      <w:r>
        <w:br/>
      </w:r>
      <w:r>
        <w:rPr>
          <w:sz w:val="20"/>
        </w:rPr>
        <w:t>28:15  announced that anyone who wants to prepare a new copy, he must see this book, this copy. So then people prepared more copies. And then hundred or thousand copies were prepared by the aid of this authentic copy.</w:t>
      </w:r>
    </w:p>
    <w:p>
      <w:pPr>
        <w:pStyle w:val="Heading2"/>
      </w:pPr>
      <w:r>
        <w:t>Prayer is worship and source of strength</w:t>
      </w:r>
    </w:p>
    <w:p>
      <w:r>
        <w:rPr>
          <w:color w:val="666666"/>
          <w:sz w:val="18"/>
        </w:rPr>
        <w:t>Hadith (English) | March 27, 2007 | Maulana Wahiduddin Khan · 2m 04s · at 30:57 · https://youtu.be/t_exuHttk3A?t=1857</w:t>
      </w:r>
    </w:p>
    <w:p>
      <w:r>
        <w:rPr>
          <w:i/>
        </w:rPr>
        <w:t>“Then there is a hadith about دعاء.”</w:t>
      </w:r>
    </w:p>
    <w:p>
      <w:r>
        <w:rPr>
          <w:sz w:val="20"/>
        </w:rPr>
        <w:t>30:57  . To leave this kind of thought. Then there is a hadith about dua. dua. "al-duaa'u hiya al-ibadat" . "al-duaa'u mukh al-ibadat" . dua means prayer.</w:t>
      </w:r>
      <w:r>
        <w:br/>
      </w:r>
      <w:r>
        <w:rPr>
          <w:sz w:val="20"/>
        </w:rPr>
        <w:t>31:28  So prayer is a greatest ibadat. Prayer is the essence of ibadat. You know what is prayer? Prayer gives you conviction. dua or prayer gives you a conviction. You feel that I am not alone in this world. God is with m</w:t>
      </w:r>
      <w:r>
        <w:br/>
      </w:r>
      <w:r>
        <w:rPr>
          <w:sz w:val="20"/>
        </w:rPr>
        <w:t>32:00  e. For example, Prophet of Islam when migrated from Mecca to Medina, when he was in a, at that time he spent some night in the cave of Mount Thawr. So those enemy reached over there with sword. They wanted to kill him</w:t>
      </w:r>
      <w:r>
        <w:br/>
      </w:r>
      <w:r>
        <w:rPr>
          <w:sz w:val="20"/>
        </w:rPr>
        <w:t>32:31  . So his only complaint was Abu Bakr. He became afraid. Prophet said, "laa tahzan inna Allaha ma'anaa" . "laa tahzan inna Allaha ma'anaa" . Why fear? God is with us. So dua means you are with God every day and night. You are not alone in this world.</w:t>
      </w:r>
    </w:p>
    <w:p>
      <w:pPr>
        <w:pStyle w:val="Heading2"/>
      </w:pPr>
      <w:r>
        <w:t>Prophet leaves when Abu Bakr defends self</w:t>
      </w:r>
    </w:p>
    <w:p>
      <w:r>
        <w:rPr>
          <w:color w:val="666666"/>
          <w:sz w:val="18"/>
        </w:rPr>
        <w:t>Living between Angels and Satan I 26th Jan.08 · 2m 32s · at 9:55 · https://youtu.be/V6qfjCkiRcc?t=595</w:t>
      </w:r>
    </w:p>
    <w:p>
      <w:r>
        <w:rPr>
          <w:i/>
        </w:rPr>
        <w:t>“The Prophet was with Abu Bakr.”</w:t>
      </w:r>
    </w:p>
    <w:p>
      <w:r>
        <w:rPr>
          <w:sz w:val="20"/>
        </w:rPr>
        <w:t>9:55  with—with Abu Bakr. The Prophet was with Abu Bakr, and someone came over there, and he—he was, for some reason, due to some reason, he was angry with Abu Bakr. Abu Bakr ibn al-Shaddak. So he became—he</w:t>
      </w:r>
      <w:r>
        <w:br/>
      </w:r>
      <w:r>
        <w:rPr>
          <w:sz w:val="20"/>
        </w:rPr>
        <w:t>10:26  —he showed his anger. He—he started abusing him and this and that. So Abu Bakr was silent. Silent, simply listening. But when this man kept on—when this man kept on saying all those negative words,</w:t>
      </w:r>
      <w:r>
        <w:br/>
      </w:r>
      <w:r>
        <w:rPr>
          <w:sz w:val="20"/>
        </w:rPr>
        <w:t>10:57  so Abu Bakr—Abu Bakr al-Shaddak wanted to defend himself. So he—but when he wanted to defend himself, the Prophet left and went away. Then Abu Bakr al-Shaddak met the Prophet of Islam and asked,</w:t>
      </w:r>
      <w:r>
        <w:br/>
      </w:r>
      <w:r>
        <w:rPr>
          <w:sz w:val="20"/>
        </w:rPr>
        <w:t>11:27  "When that man was abusing and I am silent, you were over there. But when I wanted to defend myself, you left me and you went away. Why?" The Prophet said that when you was—when you were silent, when you</w:t>
      </w:r>
      <w:r>
        <w:br/>
      </w:r>
      <w:r>
        <w:rPr>
          <w:sz w:val="20"/>
        </w:rPr>
        <w:t>11:57  were silent, the angel was giving response from your side. But when you started speaking, the angel went away. So I left you, I also went away. This—this story is not a simply a story.</w:t>
      </w:r>
    </w:p>
    <w:p>
      <w:pPr>
        <w:pStyle w:val="Heading2"/>
      </w:pPr>
      <w:r>
        <w:t>Abu Bakr's unwavering faith earns him As-Siddiq</w:t>
      </w:r>
    </w:p>
    <w:p>
      <w:r>
        <w:rPr>
          <w:color w:val="666666"/>
          <w:sz w:val="18"/>
        </w:rPr>
        <w:t>The Story of The Prophet Muhammads</w:t>
        <w:br/>
        <w:t>Night Journey Isra and Miraj Feb 11, 2024 · 52s · at 54:52 · https://youtu.be/bw3s_9mno68?t=3292</w:t>
      </w:r>
    </w:p>
    <w:p>
      <w:r>
        <w:rPr>
          <w:i/>
        </w:rPr>
        <w:t>“If he said that, he must be true”</w:t>
      </w:r>
    </w:p>
    <w:p>
      <w:r>
        <w:rPr>
          <w:sz w:val="20"/>
        </w:rPr>
        <w:t>54:52  to hazrat abu bakr ne zabardast baat kahi, "wallah ila in kaana lak sadak. If he has said that, he must be true." ji, to unhon ne kaha ke "do you believe in him?" ji, to hazrat abu bakr ne kaha, "yes, i believe in him and i believe in something greater than that. i believe that he receives communication from god. he is in communication with god</w:t>
      </w:r>
      <w:r>
        <w:br/>
      </w:r>
      <w:r>
        <w:rPr>
          <w:sz w:val="20"/>
        </w:rPr>
        <w:t>55:20  d. he is, he is god is saying his revelations to him. yani agar if you believe that he is in prophet is in communication with god, everything is understandable." to isi wajah se rasoolullah ne hazrat abu bakr ko as siddiq ka khitab diya tha, "one who testify the faith.</w:t>
      </w:r>
    </w:p>
    <w:p>
      <w:pPr>
        <w:pStyle w:val="Heading2"/>
      </w:pPr>
      <w:r>
        <w:t>Quraysh mock the night journey, Abu Bakr becomes As-Siddiq</w:t>
      </w:r>
    </w:p>
    <w:p>
      <w:r>
        <w:rPr>
          <w:color w:val="666666"/>
          <w:sz w:val="18"/>
        </w:rPr>
        <w:t>The Story of The Prophet Muhammads</w:t>
        <w:br/>
        <w:t>Night Journey Isra and Miraj Feb 11, 2024 · 3m 25s · at 52:40 · https://youtu.be/bw3s_9mno68?t=3160</w:t>
      </w:r>
    </w:p>
    <w:p>
      <w:r>
        <w:rPr>
          <w:i/>
        </w:rPr>
        <w:t>“Abu Lahb passed by and saw the Prophet deep in thought”</w:t>
      </w:r>
    </w:p>
    <w:p>
      <w:r>
        <w:rPr>
          <w:sz w:val="20"/>
        </w:rPr>
        <w:t>52:40  to jab kaba mein baithe hue the aur soch rahe the ki yeh safar kaisa uske bare mein, to abu lahab guzra.</w:t>
      </w:r>
      <w:r>
        <w:br/>
      </w:r>
      <w:r>
        <w:rPr>
          <w:sz w:val="20"/>
        </w:rPr>
        <w:t>52:49  to abu lahab ne dekha ki rasool baithe hue hain aur soch rahe hain. to poocha, "kya baat hai, sab theek hai?" to unhone kaha ki "i visited jerusalem last night hum and i have returned." to wo mazak udane laga aur sabko bulane laga, "kam ya maash fala fala." sabko bulane laga. to saare log ikattha ho gaye. to abu lahab ne kaha ki "can you repeat what you have said to me earlier rasoolullah se?" to rasoolullah ne wahi baat kahi ki "i visited jerusalem last night hum.</w:t>
      </w:r>
      <w:r>
        <w:br/>
      </w:r>
      <w:r>
        <w:rPr>
          <w:sz w:val="20"/>
        </w:rPr>
        <w:t>53:19  " To wo aur sab mazak udane lage.</w:t>
      </w:r>
      <w:r>
        <w:br/>
      </w:r>
      <w:r>
        <w:rPr>
          <w:sz w:val="20"/>
        </w:rPr>
        <w:t>53:21  جی، تو ان میں سے ایک نے کہا کہ "Can you describe Baitul Maqdis for me?"</w:t>
      </w:r>
      <w:r>
        <w:br/>
      </w:r>
      <w:r>
        <w:rPr>
          <w:sz w:val="20"/>
        </w:rPr>
        <w:t>53:26  Hum to Rasoolullah ne kaha, "Yes."</w:t>
      </w:r>
      <w:r>
        <w:br/>
      </w:r>
      <w:r>
        <w:rPr>
          <w:sz w:val="20"/>
        </w:rPr>
        <w:t>53:29  To Rasoolullah ne us batana shuru kiya ke aisa tha, waisa tha.</w:t>
      </w:r>
      <w:r>
        <w:br/>
      </w:r>
      <w:r>
        <w:rPr>
          <w:sz w:val="20"/>
        </w:rPr>
        <w:t>53:33  To wo shakhs ja chuka tha pehle.</w:t>
      </w:r>
      <w:r>
        <w:br/>
      </w:r>
      <w:r>
        <w:rPr>
          <w:sz w:val="20"/>
        </w:rPr>
        <w:t>53:36  Ji, to wo bohat hi specific cheezein poochne laga ke wo pillar kaisa hai, wo stone kaisa hai,</w:t>
      </w:r>
      <w:r>
        <w:br/>
      </w:r>
      <w:r>
        <w:rPr>
          <w:sz w:val="20"/>
        </w:rPr>
        <w:t>53:42  aur wo kaisa.</w:t>
      </w:r>
      <w:r>
        <w:br/>
      </w:r>
      <w:r>
        <w:rPr>
          <w:sz w:val="20"/>
        </w:rPr>
        <w:t>53:43  To prophet bata nahi sake.</w:t>
      </w:r>
      <w:r>
        <w:br/>
      </w:r>
      <w:r>
        <w:rPr>
          <w:sz w:val="20"/>
        </w:rPr>
        <w:t>53:45  Itne gaur se nahi dekha tha.</w:t>
      </w:r>
      <w:r>
        <w:br/>
      </w:r>
      <w:r>
        <w:rPr>
          <w:sz w:val="20"/>
        </w:rPr>
        <w:t>53:46  Ji, to Rasoolullah kehte hain ke "Main poori zindagi mein kabhi itna pareshan nahi hua jitna is is</w:t>
      </w:r>
      <w:r>
        <w:br/>
      </w:r>
      <w:r>
        <w:rPr>
          <w:sz w:val="20"/>
        </w:rPr>
        <w:t>53:51  waqt par</w:t>
      </w:r>
      <w:r>
        <w:br/>
      </w:r>
      <w:r>
        <w:rPr>
          <w:sz w:val="20"/>
        </w:rPr>
        <w:t>53:52  pareshan hua ke main bata nahi paya."</w:t>
      </w:r>
      <w:r>
        <w:br/>
      </w:r>
      <w:r>
        <w:rPr>
          <w:sz w:val="20"/>
        </w:rPr>
        <w:t>53:54  Ji, to ek ajeeb baat yeh hui ke Allah taala ne ek moajze ke tehat Baitul Maqdis ko</w:t>
      </w:r>
      <w:r>
        <w:br/>
      </w:r>
      <w:r>
        <w:rPr>
          <w:sz w:val="20"/>
        </w:rPr>
        <w:t>54:00  Rasoolullah ke samne lakar rakh diya.</w:t>
      </w:r>
      <w:r>
        <w:br/>
      </w:r>
      <w:r>
        <w:rPr>
          <w:sz w:val="20"/>
        </w:rPr>
        <w:t>54:02  ہم in front of his eyes and he was seeing it and telling.</w:t>
      </w:r>
      <w:r>
        <w:br/>
      </w:r>
      <w:r>
        <w:rPr>
          <w:sz w:val="20"/>
        </w:rPr>
        <w:t>54:06  Jo bhi pooch raha tha, ek ek cheez batate rahe.</w:t>
      </w:r>
      <w:r>
        <w:br/>
      </w:r>
      <w:r>
        <w:rPr>
          <w:sz w:val="20"/>
        </w:rPr>
        <w:t>54:10  Every stone, every pillar, every corner batate rahe.</w:t>
      </w:r>
      <w:r>
        <w:br/>
      </w:r>
      <w:r>
        <w:rPr>
          <w:sz w:val="20"/>
        </w:rPr>
        <w:t>54:14  तो उसने कहा लास्ट में कि "As for the description of the Baitul Muqaddas is concerned, he is</w:t>
      </w:r>
      <w:r>
        <w:br/>
      </w:r>
      <w:r>
        <w:rPr>
          <w:sz w:val="20"/>
        </w:rPr>
        <w:t>54:21  Absolute right." Masha</w:t>
      </w:r>
      <w:r>
        <w:br/>
      </w:r>
      <w:r>
        <w:rPr>
          <w:sz w:val="20"/>
        </w:rPr>
        <w:t>54:23  allah. lekin uske bawajood bhi quraish maane nahi. aur phir gaye hazrat abu bakr ke paas aur bole ki "you have heard what your companion is saying?" ji, "what did he say?" kehne laga, "he says that he went to jerusalem last night and come back. it takes 30 days for us to reach there one way." ji, to hazrat abu bakr ne kaha, "has he said that?" to unhone kaha, "yes, he has said that.</w:t>
      </w:r>
      <w:r>
        <w:br/>
      </w:r>
      <w:r>
        <w:rPr>
          <w:sz w:val="20"/>
        </w:rPr>
        <w:t>54:52  to hazrat abu bakr ne zabardast baat kahi, "wallah ila in kaana lak sadak. If he has said that, he must be true." ji, to unhon ne kaha ke "do you believe in him?" ji, to hazrat abu bakr ne kaha, "yes, i believe in him and i believe in something greater than that. i believe that he receives communication from god. he is in communication with god</w:t>
      </w:r>
      <w:r>
        <w:br/>
      </w:r>
      <w:r>
        <w:rPr>
          <w:sz w:val="20"/>
        </w:rPr>
        <w:t>55:20  d. he is, he is god is saying his revelations to him. yani agar if you believe that he is in prophet is in communication with god, everything is understandable." to isi wajah se rasoolullah ne hazrat abu bakr ko as siddiq ka khitab diya tha, "one who testify the faith.</w:t>
      </w:r>
      <w:r>
        <w:br/>
      </w:r>
      <w:r>
        <w:rPr>
          <w:sz w:val="20"/>
        </w:rPr>
        <w:t>55:44  " to yeh bada hi moajaz waqia tha. aur allah taala hum sab ko bhi is is moajaz safar ko samajhne ki taufeeq ata farmae. aur</w:t>
      </w:r>
    </w:p>
    <w:p>
      <w:pPr>
        <w:pStyle w:val="Heading2"/>
      </w:pPr>
      <w:r>
        <w:t>Abu Bakr asks why the Prophet looks so aged</w:t>
      </w:r>
    </w:p>
    <w:p>
      <w:r>
        <w:rPr>
          <w:color w:val="666666"/>
          <w:sz w:val="18"/>
        </w:rPr>
        <w:t>Surah Al-Waqi'ah A Life-Changing Surah (Part 1) March 9, 2025 · 40s · at 2:08 · https://youtu.be/enNA8TyC-Mc?t=128</w:t>
      </w:r>
    </w:p>
    <w:p>
      <w:r>
        <w:rPr>
          <w:i/>
        </w:rPr>
        <w:t>“Abu Bakr said to the Prophet, you look very old now.”</w:t>
      </w:r>
    </w:p>
    <w:p>
      <w:r>
        <w:rPr>
          <w:sz w:val="20"/>
        </w:rPr>
        <w:t>2:08  Abu Bakr (may Allah be pleased with him) once said to the Prophet, "Ya Rasulallah, you look very old now," even though the Prophet was hardly 60 years old at that time.</w:t>
      </w:r>
      <w:r>
        <w:br/>
      </w:r>
      <w:r>
        <w:rPr>
          <w:sz w:val="20"/>
        </w:rPr>
        <w:t>2:20  So the Prophet (peace be upon him) replied, "Surah Hud and Surah Al-Waqi'ah," and he named a few more surahs. And he said that these surahs have made me grow old.</w:t>
      </w:r>
      <w:r>
        <w:br/>
      </w:r>
      <w:r>
        <w:rPr>
          <w:sz w:val="20"/>
        </w:rPr>
        <w:t>2:35  So due to the seriousness of these chapters, particularly Surah Al-Waqi'ah, they had such a deep impact on the Prophet, making him look older.</w:t>
      </w:r>
    </w:p>
    <w:p>
      <w:pPr>
        <w:pStyle w:val="Heading2"/>
      </w:pPr>
      <w:r>
        <w:t>Story - Abu Bakr weeps recalling how the Prophet pushed the world away</w:t>
      </w:r>
    </w:p>
    <w:p>
      <w:r>
        <w:rPr>
          <w:color w:val="666666"/>
          <w:sz w:val="18"/>
        </w:rPr>
        <w:t>Building a Heavenly Personality May 28, 2023 · 1m 25s · at 40:52 · https://youtu.be/xl1-jaw6zwg?t=2452</w:t>
      </w:r>
    </w:p>
    <w:p>
      <w:r>
        <w:rPr>
          <w:i/>
        </w:rPr>
        <w:t>“Abu Bakr wept holding honey, remembering something the Prophet once did”</w:t>
      </w:r>
    </w:p>
    <w:p>
      <w:r>
        <w:rPr>
          <w:sz w:val="20"/>
        </w:rPr>
        <w:t>40:52  ji, aap aagla sawal poochne se pehle ek riwayat ka zikr karna chahunga, us se related hi sawal hai ke ek bari yeh Hazrat Zaid bin Arqam ne bataya ke Hazrat Abu Bakr ne un se pani manga, to logon ne un ko pani ke sath shahad bhed diya.</w:t>
      </w:r>
      <w:r>
        <w:br/>
      </w:r>
      <w:r>
        <w:rPr>
          <w:sz w:val="20"/>
        </w:rPr>
        <w:t>41:11  to jab unhon ne shahad aur pani hath mein liya, to woh bahut zor se rone lage. To saathi jo aas paas the, woh bhi ghabra gaye, unhein laga ke shayad kuch zyada takleef ho gayi hai.</w:t>
      </w:r>
      <w:r>
        <w:br/>
      </w:r>
      <w:r>
        <w:rPr>
          <w:sz w:val="20"/>
        </w:rPr>
        <w:t>41:20  to jab woh chup ho gaye, to unhon ne un se poochha ke aap itna zyada kyun roye?</w:t>
      </w:r>
      <w:r>
        <w:br/>
      </w:r>
      <w:r>
        <w:rPr>
          <w:sz w:val="20"/>
        </w:rPr>
        <w:t>41:25  to Hazrat Abu Bakr ne kaha ke mujhe woh waqea yaad aa gaya ke hum log Rasool Allah ke sath the, aur Rasool Allah bar bar hath se door kar rahe the kisi cheez ko.</w:t>
      </w:r>
      <w:r>
        <w:br/>
      </w:r>
      <w:r>
        <w:rPr>
          <w:sz w:val="20"/>
        </w:rPr>
        <w:t>41:36  to jo Sahaba the, woh samajh nahin paaye kyunke woh dekh nahin pa rahe the kis cheez ko door kar rahe hain. To unhon ne jab un se poochha, to unhon ne kaha ke duniya ne apna hath aage badhaya, aur main us ko door kar raha tha.</w:t>
      </w:r>
      <w:r>
        <w:br/>
      </w:r>
      <w:r>
        <w:rPr>
          <w:sz w:val="20"/>
        </w:rPr>
        <w:t>41:49  to</w:t>
      </w:r>
      <w:r>
        <w:br/>
      </w:r>
      <w:r>
        <w:rPr>
          <w:sz w:val="20"/>
        </w:rPr>
        <w:t>41:50  dunya ne address karte hue kaha rasool ALLAH ko ke aap meri pakar se bahar hain, lekin aap ke aanay walay, aap ke baad jo aanay walay log hon gay, woh is pakar se bahar nahi hon gay.</w:t>
      </w:r>
      <w:r>
        <w:br/>
      </w:r>
      <w:r>
        <w:rPr>
          <w:sz w:val="20"/>
        </w:rPr>
        <w:t>42:01  to aap a, is dunya mein itna zyada saman hai ke insan har waqt distracted rehta hai, kisi na kisi cheez mein phans rehta hai. to aik sawal yeh aata hai kyunke holy person yalti agar humein apne aap ko banana hai, to we have to save our self from distraction.</w:t>
      </w:r>
    </w:p>
    <w:p>
      <w:pPr>
        <w:pStyle w:val="Heading2"/>
      </w:pPr>
      <w:r>
        <w:t>Story - the Prophet left when Abu Bakr defended himself</w:t>
      </w:r>
    </w:p>
    <w:p>
      <w:r>
        <w:rPr>
          <w:color w:val="666666"/>
          <w:sz w:val="18"/>
        </w:rPr>
        <w:t>Building a Heavenly Personality May 28, 2023 · 1m 54s · at 1:18:34 · https://youtu.be/xl1-jaw6zwg?t=4714</w:t>
      </w:r>
    </w:p>
    <w:p>
      <w:r>
        <w:rPr>
          <w:i/>
        </w:rPr>
        <w:t>“An angel was answering for you, until you spoke yourself”</w:t>
      </w:r>
    </w:p>
    <w:p>
      <w:r>
        <w:rPr>
          <w:sz w:val="20"/>
        </w:rPr>
        <w:t>1:18:34  most important hai, kyun ke positive personality nahi hogi to hum sab se bari jo hai baat ke hum ko farishton ki madad nahi milegi.</w:t>
      </w:r>
      <w:r>
        <w:br/>
      </w:r>
      <w:r>
        <w:rPr>
          <w:sz w:val="20"/>
        </w:rPr>
        <w:t>1:18:46  ek aap ko yaad hoga ke ek bar hazrat abu bakr ko koi bahut bura bhala keh raha tha, to rasool allah sallallahu alaihi wasallam bhi wohan baithe hue the.</w:t>
      </w:r>
      <w:r>
        <w:br/>
      </w:r>
      <w:r>
        <w:rPr>
          <w:sz w:val="20"/>
        </w:rPr>
        <w:t>1:18:56  to rasool allah ne baithe hue the aur hazrat abu bakr khamosh the. jab bahut zyada woh kehne laga to hazrat abu bakr ne bhi bol pada.</w:t>
      </w:r>
      <w:r>
        <w:br/>
      </w:r>
      <w:r>
        <w:rPr>
          <w:sz w:val="20"/>
        </w:rPr>
        <w:t>1:19:05  to rasool allah sallallahu alaihi wasallam wahin uth gaye. to</w:t>
      </w:r>
      <w:r>
        <w:br/>
      </w:r>
      <w:r>
        <w:rPr>
          <w:sz w:val="20"/>
        </w:rPr>
        <w:t>1:19:10  hazrat abu bakr un peechay peechay aap ke gaye ke kya baat thi? jab woh jab main nahi bol raha tha, tab to aap baithe hue the. jab main bolne laga to aap uth ke chale gaye.</w:t>
      </w:r>
      <w:r>
        <w:br/>
      </w:r>
      <w:r>
        <w:rPr>
          <w:sz w:val="20"/>
        </w:rPr>
        <w:t>1:19:19  to aap ne kaha ke jab tum nahi bol rahe the to ek farishta tumhare badle jawab de raha tha. jab tum bolne lage to farishta chala gaya. to is se yeh samajh mein aata hai ke jab hamari positive personality hogi, positive response hoga to us waqt farishta hamare saath hoga, farishta hamara madadgar hoga,</w:t>
      </w:r>
      <w:r>
        <w:br/>
      </w:r>
      <w:r>
        <w:rPr>
          <w:sz w:val="20"/>
        </w:rPr>
        <w:t>1:19:38  farishta hamein inspire karega. to ab aap samajh sakte hain ke jab hum farishte ke contact mein honge to hamari spirituality kitna hamari badhegi.</w:t>
      </w:r>
      <w:r>
        <w:br/>
      </w:r>
      <w:r>
        <w:rPr>
          <w:sz w:val="20"/>
        </w:rPr>
        <w:t>1:19:47  to yeh zaroori hai, isi liye positive personality apne andar paida karna. aur shuru shuru mein mushkil lag sakta hai, lekin dheere dheere har cheez ko aasan kar deta hai. allah ta'ala har kaam hamare liye aasan bhi to kar deta hai.</w:t>
      </w:r>
      <w:r>
        <w:br/>
      </w:r>
      <w:r>
        <w:rPr>
          <w:sz w:val="20"/>
        </w:rPr>
        <w:t>1:20:03  dua hai: "rab yassir wala tu'assir". to yeh jo hai aasan ho jata hai. phir dheere dheere humein matlab hum use to ho jayen, ho jate hain ke bardasht karne ke, apne andar se ghussa ko khatam karne ke, intiqam ke jazbat ko khatam karne ke. to allah ta'ala hamari madad karta hai. hum bahut aasanise apni personality ko positive personality bana sakte hain.</w:t>
      </w:r>
    </w:p>
    <w:p>
      <w:pPr>
        <w:pStyle w:val="Heading2"/>
      </w:pPr>
      <w:r>
        <w:t>Angels defend you until you argue back</w:t>
      </w:r>
    </w:p>
    <w:p>
      <w:r>
        <w:rPr>
          <w:color w:val="666666"/>
          <w:sz w:val="18"/>
        </w:rPr>
        <w:t>Discovering The Spirit of Ramadan March 16, 2025 · 28s · at 17:23 · https://youtu.be/WrIyg6N7390?t=1043</w:t>
      </w:r>
    </w:p>
    <w:p>
      <w:r>
        <w:rPr>
          <w:i/>
        </w:rPr>
        <w:t>“Abu Bakr, did you know angels answered for you?”</w:t>
      </w:r>
    </w:p>
    <w:p>
      <w:r>
        <w:rPr>
          <w:sz w:val="20"/>
        </w:rPr>
        <w:t>17:23  bhala kehne ke, to foran woh rasool allah ke peechay gaye aur poocha ke allah ke rasool! jab tak mein khamosh tha, aap baithe hue thay aur muskara rahe thay.</w:t>
      </w:r>
      <w:r>
        <w:br/>
      </w:r>
      <w:r>
        <w:rPr>
          <w:sz w:val="20"/>
        </w:rPr>
        <w:t>17:31  lekin jaise hi mein ne un ka jawab diya, us aadmi ka jawab diya, aap uth kar jaane lagay. to kaha: "ae abubakar! kya tum ko maloom nahi hai jab tum khamosh thay to tumhari taraf se farishtay is aadmi ka jawab de rahe thay?</w:t>
      </w:r>
      <w:r>
        <w:br/>
      </w:r>
      <w:r>
        <w:rPr>
          <w:sz w:val="20"/>
        </w:rPr>
        <w:t>17:44  lekin jaise hi tum ne jawab diya, farishtay chalay gaye aur shaitan wahan par aa gaya. to jahan par shaitan hai, wahan par mein nahi reh sakta hoon."</w:t>
      </w:r>
    </w:p>
    <w:p>
      <w:pPr>
        <w:pStyle w:val="Heading2"/>
      </w:pPr>
      <w:r>
        <w:t>Story: angels defend you until you defend yourself</w:t>
      </w:r>
    </w:p>
    <w:p>
      <w:r>
        <w:rPr>
          <w:color w:val="666666"/>
          <w:sz w:val="18"/>
        </w:rPr>
        <w:t>Discovering The Spirit of Ramadan March 16, 2025 · 1m 19s · at 16:43 · https://youtu.be/WrIyg6N7390?t=1003</w:t>
      </w:r>
    </w:p>
    <w:p>
      <w:r>
        <w:rPr>
          <w:i/>
        </w:rPr>
        <w:t>“Abu Bakr once sat with the Prophet, peace be upon him”</w:t>
      </w:r>
    </w:p>
    <w:p>
      <w:r>
        <w:rPr>
          <w:sz w:val="20"/>
        </w:rPr>
        <w:t>16:43  farishtay nahi aayenge is par. aik waqia mujhe yaad aata hai, apa, bohat hi ahem waqia hazrat abubakar r.a. ka hai ke aik martaba hazrat abubakar rasool allah s.a.w. ke sath kisi jagah baithe hue thay.</w:t>
      </w:r>
      <w:r>
        <w:br/>
      </w:r>
      <w:r>
        <w:rPr>
          <w:sz w:val="20"/>
        </w:rPr>
        <w:t>16:54  aik sahab ne aa kar hazrat abubakar ko bura bhala kehna shuru kar diya.</w:t>
      </w:r>
      <w:r>
        <w:br/>
      </w:r>
      <w:r>
        <w:rPr>
          <w:sz w:val="20"/>
        </w:rPr>
        <w:t>16:58  to hazrat abubakar r.a. khamosh rahe, to rasool allah muskara rahe thay. lekin bohat lamba ho gaya un ka bura bhala kehna hazrat abubakar ko.</w:t>
      </w:r>
      <w:r>
        <w:br/>
      </w:r>
      <w:r>
        <w:rPr>
          <w:sz w:val="20"/>
        </w:rPr>
        <w:t>17:08  to hazrat abubakar ne bhi jawab diya. hazrat abubakar ka jawab dena tha ke rasool allah s.a.w. uth kar jaane lagay. ab chounke hazrat abubakar ke liye rasool allah ka uth kar jana zyada nagawar waqia tha banisbat is aadmi ke bura</w:t>
      </w:r>
      <w:r>
        <w:br/>
      </w:r>
      <w:r>
        <w:rPr>
          <w:sz w:val="20"/>
        </w:rPr>
        <w:t>17:23  bhala kehne ke, to foran woh rasool allah ke peechay gaye aur poocha ke allah ke rasool! jab tak mein khamosh tha, aap baithe hue thay aur muskara rahe thay.</w:t>
      </w:r>
      <w:r>
        <w:br/>
      </w:r>
      <w:r>
        <w:rPr>
          <w:sz w:val="20"/>
        </w:rPr>
        <w:t>17:31  lekin jaise hi mein ne un ka jawab diya, us aadmi ka jawab diya, aap uth kar jaane lagay. to kaha: "ae abubakar! kya tum ko maloom nahi hai jab tum khamosh thay to tumhari taraf se farishtay is aadmi ka jawab de rahe thay?</w:t>
      </w:r>
      <w:r>
        <w:br/>
      </w:r>
      <w:r>
        <w:rPr>
          <w:sz w:val="20"/>
        </w:rPr>
        <w:t>17:44  lekin jaise hi tum ne jawab diya, farishtay chalay gaye aur shaitan wahan par aa gaya. to jahan par shaitan hai, wahan par mein nahi reh sakta hoon."</w:t>
      </w:r>
      <w:r>
        <w:br/>
      </w:r>
      <w:r>
        <w:rPr>
          <w:sz w:val="20"/>
        </w:rPr>
        <w:t>17:51  to farishtay jo manfi, aap ne baat batai, bohat ahem hai ke koi bhi manfi zehan jo hoga ya manfi waqia jahan par pesh aa raha hoga, wahan par farishtay nahi aayenge.</w:t>
      </w:r>
    </w:p>
    <w:p>
      <w:pPr>
        <w:pStyle w:val="Heading2"/>
      </w:pPr>
      <w:r>
        <w:t>Taqwa in action: thorny path parable and Abu Bakr's story</w:t>
      </w:r>
    </w:p>
    <w:p>
      <w:r>
        <w:rPr>
          <w:color w:val="666666"/>
          <w:sz w:val="18"/>
        </w:rPr>
        <w:t>Discovering The Spirit of Ramadan March 16, 2025 · 4m 18s · at 14:00 · https://youtu.be/WrIyg6N7390?t=840</w:t>
      </w:r>
    </w:p>
    <w:p>
      <w:r>
        <w:rPr>
          <w:i/>
        </w:rPr>
        <w:t>“Umar asked Ubay: have you walked a thorny path?”</w:t>
      </w:r>
    </w:p>
    <w:p>
      <w:r>
        <w:rPr>
          <w:sz w:val="20"/>
        </w:rPr>
        <w:t>14:00  apa, mujhe yaad aata hai taqwa ke bare mein ke hazrat umar r.a. ka waqia hai. tafsir ibn kathir mein aaya hai. aur isi tarah baaz riwayat mein hazrat abu huraira ka bhi hai ke hazrat umar ne poocha tha hazrat abi bin kaab se ke taqwa kya hai?</w:t>
      </w:r>
      <w:r>
        <w:br/>
      </w:r>
      <w:r>
        <w:rPr>
          <w:sz w:val="20"/>
        </w:rPr>
        <w:t>14:18  to unhon ne kaha ke ama salakta tareeqan dhaw shoukan kya aap kisi aise rastay par chale hain jis mein kaantay daar jhariyan hon?</w:t>
      </w:r>
      <w:r>
        <w:br/>
      </w:r>
      <w:r>
        <w:rPr>
          <w:sz w:val="20"/>
        </w:rPr>
        <w:t>14:28  to hazrat umar ne kaha: "haan, chala hoon mein." to kaha ke aap kya karte hain wahan par? to unhon ne kaha: shamrat wajadt ke mein apne kapde ko lapet kar khoob bach bach kar chalta hoon.</w:t>
      </w:r>
      <w:r>
        <w:br/>
      </w:r>
      <w:r>
        <w:rPr>
          <w:sz w:val="20"/>
        </w:rPr>
        <w:t>14:40  kaha yahi taqwa hai. is ko agar taqwa, yeh to aik</w:t>
      </w:r>
      <w:r>
        <w:br/>
      </w:r>
      <w:r>
        <w:rPr>
          <w:sz w:val="20"/>
        </w:rPr>
        <w:t>14:46  maadi misaal di gayi hai, maadi misaal di gayi hai. taqwa jo maanvi cheez hai, us ko samajhne ke liye matlab yeh hai ke dunya ke andar mukhtalif qism ke distraction hotay hain.</w:t>
      </w:r>
      <w:r>
        <w:br/>
      </w:r>
      <w:r>
        <w:rPr>
          <w:sz w:val="20"/>
        </w:rPr>
        <w:t>14:56  is distraction se bach kar khuda wali zindagi guzarna, rabbani zindagi guzarna, khuda ko yaad rakhna, yahi taqwa hai.</w:t>
      </w:r>
      <w:r>
        <w:br/>
      </w:r>
      <w:r>
        <w:rPr>
          <w:sz w:val="20"/>
        </w:rPr>
        <w:t>15:04  is ki sifat jo quran mein aayi hai, woh bohat ahem hai. allah taala baar baar taqwa ka zikr kiya hai aur yaad dilaya. is mein se aik jagah jo sifat aayi hai, woh hai: wasar'u ila maghfiratin min rabbikum wa jannatin.</w:t>
      </w:r>
      <w:r>
        <w:br/>
      </w:r>
      <w:r>
        <w:rPr>
          <w:sz w:val="20"/>
        </w:rPr>
        <w:t>15:17  ardus samawati wal ardi uiddat lil muttaqin</w:t>
      </w:r>
      <w:r>
        <w:br/>
      </w:r>
      <w:r>
        <w:rPr>
          <w:sz w:val="20"/>
        </w:rPr>
        <w:t>15:21  allazeena yunfiquna fis sarra'i wadh dhara'i wal kazimeena al ghayza wal aafina anin naasi wallahu yuhibbul muhsineen</w:t>
      </w:r>
      <w:r>
        <w:br/>
      </w:r>
      <w:r>
        <w:rPr>
          <w:sz w:val="20"/>
        </w:rPr>
        <w:t>15:31  wallazeena itha fa'alu fahishatan aw zalamoo anfusahum zakarool laaha fastaghfaro li zunoobihim wa man yaghfiruz zunooba illal laahu wa lam yusirroo 'ala ma fa'aloo wa hum ya'lamoon</w:t>
      </w:r>
      <w:r>
        <w:br/>
      </w:r>
      <w:r>
        <w:rPr>
          <w:sz w:val="20"/>
        </w:rPr>
        <w:t>15:43  doro apne rab ki maghfirat ki taraf aur jannat ki taraf jis ki chorai aasman o zameen ke barabar hai. woh tayyar ki gayi hai muttaqiyon ke liye jo roze mein bayan kiya gaya hai.</w:t>
      </w:r>
      <w:r>
        <w:br/>
      </w:r>
      <w:r>
        <w:rPr>
          <w:sz w:val="20"/>
        </w:rPr>
        <w:t>15:54  taqwa to kaha muttaqiyon ke liye tayyar ki gayi hai. is ke aage un ki sifat kya hogi muttaqiyon ki? woh bataya hai kuch sifatain yahan par ke jo kharch karte hain posheeda tor par aur zahiri tor par, aur ghusse ko pee jaane wale hain, logon ko maaf karne wale hain.</w:t>
      </w:r>
      <w:r>
        <w:br/>
      </w:r>
      <w:r>
        <w:rPr>
          <w:sz w:val="20"/>
        </w:rPr>
        <w:t>16:10  aur allah taala muhsineen ko pasand karta hai.</w:t>
      </w:r>
      <w:r>
        <w:br/>
      </w:r>
      <w:r>
        <w:rPr>
          <w:sz w:val="20"/>
        </w:rPr>
        <w:t>16:13  jab woh koi ghalat kaam kar jatay hain ya apne nafs par zulm kar jatay hain, allah ko yaad kiya unhon ne aur apne gunahon ki maafi mang li unhon ne.</w:t>
      </w:r>
      <w:r>
        <w:br/>
      </w:r>
      <w:r>
        <w:rPr>
          <w:sz w:val="20"/>
        </w:rPr>
        <w:t>16:23  aur allah ke ilawa kaun hai jo maghfirat kare gunah ki? aur woh apne kaam par, ghalat kaam par jaan boojh kar israr nahi karte hain.</w:t>
      </w:r>
      <w:r>
        <w:br/>
      </w:r>
      <w:r>
        <w:rPr>
          <w:sz w:val="20"/>
        </w:rPr>
        <w:t>16:32  woh ghalati ho gayi, us ko woh qabool kar letay hain aur you turn le letay hain. tauba un ka, un ka yeh rawaish un ki tauba ki hai.</w:t>
      </w:r>
      <w:r>
        <w:br/>
      </w:r>
      <w:r>
        <w:rPr>
          <w:sz w:val="20"/>
        </w:rPr>
        <w:t>16:43  farishtay nahi aayenge is par. aik waqia mujhe yaad aata hai, apa, bohat hi ahem waqia hazrat abubakar r.a. ka hai ke aik martaba hazrat abubakar rasool allah s.a.w. ke sath kisi jagah baithe hue thay.</w:t>
      </w:r>
      <w:r>
        <w:br/>
      </w:r>
      <w:r>
        <w:rPr>
          <w:sz w:val="20"/>
        </w:rPr>
        <w:t>16:54  aik sahab ne aa kar hazrat abubakar ko bura bhala kehna shuru kar diya.</w:t>
      </w:r>
      <w:r>
        <w:br/>
      </w:r>
      <w:r>
        <w:rPr>
          <w:sz w:val="20"/>
        </w:rPr>
        <w:t>16:58  to hazrat abubakar r.a. khamosh rahe, to rasool allah muskara rahe thay. lekin bohat lamba ho gaya un ka bura bhala kehna hazrat abubakar ko.</w:t>
      </w:r>
      <w:r>
        <w:br/>
      </w:r>
      <w:r>
        <w:rPr>
          <w:sz w:val="20"/>
        </w:rPr>
        <w:t>17:08  to hazrat abubakar ne bhi jawab diya. hazrat abubakar ka jawab dena tha ke rasool allah s.a.w. uth kar jaane lagay. ab chounke hazrat abubakar ke liye rasool allah ka uth kar jana zyada nagawar waqia tha banisbat is aadmi ke bura</w:t>
      </w:r>
      <w:r>
        <w:br/>
      </w:r>
      <w:r>
        <w:rPr>
          <w:sz w:val="20"/>
        </w:rPr>
        <w:t>17:23  bhala kehne ke, to foran woh rasool allah ke peechay gaye aur poocha ke allah ke rasool! jab tak mein khamosh tha, aap baithe hue thay aur muskara rahe thay.</w:t>
      </w:r>
      <w:r>
        <w:br/>
      </w:r>
      <w:r>
        <w:rPr>
          <w:sz w:val="20"/>
        </w:rPr>
        <w:t>17:31  lekin jaise hi mein ne un ka jawab diya, us aadmi ka jawab diya, aap uth kar jaane lagay. to kaha: "ae abubakar! kya tum ko maloom nahi hai jab tum khamosh thay to tumhari taraf se farishtay is aadmi ka jawab de rahe thay?</w:t>
      </w:r>
      <w:r>
        <w:br/>
      </w:r>
      <w:r>
        <w:rPr>
          <w:sz w:val="20"/>
        </w:rPr>
        <w:t>17:44  lekin jaise hi tum ne jawab diya, farishtay chalay gaye aur shaitan wahan par aa gaya. to jahan par shaitan hai, wahan par mein nahi reh sakta hoon."</w:t>
      </w:r>
      <w:r>
        <w:br/>
      </w:r>
      <w:r>
        <w:rPr>
          <w:sz w:val="20"/>
        </w:rPr>
        <w:t>17:51  to farishtay jo manfi, aap ne baat batai, bohat ahem hai ke koi bhi manfi zehan jo hoga ya manfi waqia jahan par pesh aa raha hoga, wahan par farishtay nahi aayenge.</w:t>
      </w:r>
      <w:r>
        <w:br/>
      </w:r>
      <w:r>
        <w:rPr>
          <w:sz w:val="20"/>
        </w:rPr>
        <w:t>18:03  jo shab qadar ka bhi waqia hai ke shab qadar ka ilm diya gaya tha. lekin jab jhagda hua do aadmiyon ke darmiyan, to rasool allah s.a.w. se woh ilm utha liya gaya, bhula diya gaya.</w:t>
      </w:r>
      <w:r>
        <w:br/>
      </w:r>
      <w:r>
        <w:rPr>
          <w:sz w:val="20"/>
        </w:rPr>
        <w:t>18:15  to manfi soch to bilkul bhi nahi rakhni hai. roza bhi isi</w:t>
      </w:r>
    </w:p>
    <w:p>
      <w:pPr>
        <w:pStyle w:val="Heading2"/>
      </w:pPr>
      <w:r>
        <w:t>Abu Bakr's sacrifices and early persecution in Mecca</w:t>
      </w:r>
    </w:p>
    <w:p>
      <w:r>
        <w:rPr>
          <w:color w:val="666666"/>
          <w:sz w:val="18"/>
        </w:rPr>
        <w:t>The Story of Aisha Bint Abu Bakr Part 2 March 05, 2023 · 5m 03s · at 1:46 · https://youtu.be/od3Is6a9B7o?t=106</w:t>
      </w:r>
    </w:p>
    <w:p>
      <w:r>
        <w:rPr>
          <w:i/>
        </w:rPr>
        <w:t>“A traveler brought news: Muhammad claims prophethood”</w:t>
      </w:r>
    </w:p>
    <w:p>
      <w:r>
        <w:rPr>
          <w:sz w:val="20"/>
        </w:rPr>
        <w:t>1:46  to yeh jo sawal aap ne kiya hai, is ke bare mein ek waqia pehle zikr karta hoon.</w:t>
      </w:r>
      <w:r>
        <w:br/>
      </w:r>
      <w:r>
        <w:rPr>
          <w:sz w:val="20"/>
        </w:rPr>
        <w:t>1:58  ek sahab Makkah aaye, business waghera ke silsile mein, jab bilkul early Prophethood ka daur tha.</w:t>
      </w:r>
      <w:r>
        <w:br/>
      </w:r>
      <w:r>
        <w:rPr>
          <w:sz w:val="20"/>
        </w:rPr>
        <w:t>2:10  to jab wapas gaye woh apne shehar, to logon ne poocha ke kuch news batao Makkah ki, kuch waqiat, kuch batao kya chal raha hai wahan.</w:t>
      </w:r>
      <w:r>
        <w:br/>
      </w:r>
      <w:r>
        <w:rPr>
          <w:sz w:val="20"/>
        </w:rPr>
        <w:t>2:23  to unhon ne kaha ke Muhammad tanabba'a wa tab'i'ahu Ibn Abi Quhafah ke Muhammad ne Prophethood ka dawa kiya hai aur Ibn Abi Quhafah yaani Abu Bakrؓ un ka saath de rahe hain.</w:t>
      </w:r>
      <w:r>
        <w:br/>
      </w:r>
      <w:r>
        <w:rPr>
          <w:sz w:val="20"/>
        </w:rPr>
        <w:t>2:45  yani ek aisa daur tha ke jab sirf ek insan Rasool Allah ka sath dene wala tha.</w:t>
      </w:r>
      <w:r>
        <w:br/>
      </w:r>
      <w:r>
        <w:rPr>
          <w:sz w:val="20"/>
        </w:rPr>
        <w:t>2:52  to us waqt jab Rasool Allah publicly jaya karte the toheed ki baatein batane, dawat dene, to wahan ke log satate the, marte the, stone phenkte the.</w:t>
      </w:r>
      <w:r>
        <w:br/>
      </w:r>
      <w:r>
        <w:rPr>
          <w:sz w:val="20"/>
        </w:rPr>
        <w:t>3:08  agar aap Maulana ki kitab padhein, mutala-e-seerat ya seerat-e-Rasool, to aap dekhenge ke Rasool Allah sal-lal-lahu alaihi wasallam roz jaya karte the</w:t>
      </w:r>
      <w:r>
        <w:br/>
      </w:r>
      <w:r>
        <w:rPr>
          <w:sz w:val="20"/>
        </w:rPr>
        <w:t>3:20  kaba ya aas pas dawat ke liye, logon ko Khuda ka paigham batane ke liye. aur jab wapas aate the to unke jism se khoon tapak raha hota tha, chunaanche log pathar marte the peeche se, idhar se udhar se, phir aa ke wo marham patti karte the ghar mein baith ke.</w:t>
      </w:r>
      <w:r>
        <w:br/>
      </w:r>
      <w:r>
        <w:rPr>
          <w:sz w:val="20"/>
        </w:rPr>
        <w:t>3:42  to us waqt Abu Bakr defend karte the, wo bachate the unhein ke chot na lage.</w:t>
      </w:r>
      <w:r>
        <w:br/>
      </w:r>
      <w:r>
        <w:rPr>
          <w:sz w:val="20"/>
        </w:rPr>
        <w:t>3:50  to is wajah se Hazrat Abu Bakr ko bhi kafi chot lagti thi. aur Hazrat Aisha batati hain ke mere father jab ghar wapas aate the, maine dekha hai ke wo defend karte the Prophet ko, aur jab wo wapas ghar aate the to marks, nishan unke jism pe hote the choton ke.</w:t>
      </w:r>
      <w:r>
        <w:br/>
      </w:r>
      <w:r>
        <w:rPr>
          <w:sz w:val="20"/>
        </w:rPr>
        <w:t>4:13  aur ek baar</w:t>
      </w:r>
      <w:r>
        <w:br/>
      </w:r>
      <w:r>
        <w:rPr>
          <w:sz w:val="20"/>
        </w:rPr>
        <w:t>4:14  Hazrat Abu Bakr ko rassi se baandh diya, kafi der tak usi haal mein rahe wo. aur phir jab ghar aaye to uske rassi ke nishan the ghar mein.</w:t>
      </w:r>
      <w:r>
        <w:br/>
      </w:r>
      <w:r>
        <w:rPr>
          <w:sz w:val="20"/>
        </w:rPr>
        <w:t>4:25  to yeh Hazrat Abu Bakr ki jo qurbani hai wo to bohat hi zabardast hai. aur Rasool Allah ne kaha tha ke no one benefited me more with their money, with their support, other than Abu Bakr</w:t>
      </w:r>
      <w:r>
        <w:br/>
      </w:r>
      <w:r>
        <w:rPr>
          <w:sz w:val="20"/>
        </w:rPr>
        <w:t>4:42  . aur aap dekhenge ke unke bachchon mein bhi yeh asar hua ke unke bachche bhi saathi bane Rasool Allah sal-lal-lahu alaihi wasallam ke, aur he brought happiness to him khas taur se Hazrat Aisha ka jo role raha wo bohat hi zabardast tha ke Hazrat Aisha became the greatest source of happiness to the Prophet in his home .</w:t>
      </w:r>
      <w:r>
        <w:br/>
      </w:r>
      <w:r>
        <w:rPr>
          <w:sz w:val="20"/>
        </w:rPr>
        <w:t>5:05  to is tareeqe se yani jo upbringing ki thi Hazrat Abu Bakr ne, wo dikhai deti hai bachchon mein bhi.</w:t>
      </w:r>
      <w:r>
        <w:br/>
      </w:r>
      <w:r>
        <w:rPr>
          <w:sz w:val="20"/>
        </w:rPr>
        <w:t>5:14  unki betiyan dono, Asma aur Hazrat Aisha, aur bete sab, aur wife Hazrat Umm Ruman, to sab poori family ek supporter ban gayi Rasool Allah sa</w:t>
      </w:r>
      <w:r>
        <w:br/>
      </w:r>
      <w:r>
        <w:rPr>
          <w:sz w:val="20"/>
        </w:rPr>
        <w:t>5:29  l-lal-lahu alaihi wasallam ki. aur Hazrat Aisha batati hain ke jab kabhi paise aate the, chunaanche business karte the Hazrat Abu Bakr, to jab kabhi paise aate the wo jama karte the, aur paise wo ghar se nikal jaate the, aur ja ke slaves ko free karate the.</w:t>
      </w:r>
      <w:r>
        <w:br/>
      </w:r>
      <w:r>
        <w:rPr>
          <w:sz w:val="20"/>
        </w:rPr>
        <w:t>5:44  Hazrat Bilal, Hazrat Khabbab</w:t>
      </w:r>
      <w:r>
        <w:br/>
      </w:r>
      <w:r>
        <w:rPr>
          <w:sz w:val="20"/>
        </w:rPr>
        <w:t>5:47  , to yeh sab bohat slaves ko</w:t>
      </w:r>
      <w:r>
        <w:br/>
      </w:r>
      <w:r>
        <w:rPr>
          <w:sz w:val="20"/>
        </w:rPr>
        <w:t>5:55  free karaya. aur is se hamein yeh bhi sabak milta hai ke parents ki jo zimmedari hai, agar unke andar deeni mizaj ho, daawti mizaj ho, to bachche dekhenge ke hamare parents kya kar rahe hain.</w:t>
      </w:r>
      <w:r>
        <w:br/>
      </w:r>
      <w:r>
        <w:rPr>
          <w:sz w:val="20"/>
        </w:rPr>
        <w:t>6:09  yaqeenan to is ka asar padega.</w:t>
      </w:r>
      <w:r>
        <w:br/>
      </w:r>
      <w:r>
        <w:rPr>
          <w:sz w:val="20"/>
        </w:rPr>
        <w:t>6:11  to yeh sirf yeh kuch ratwana ke yeh padh lo, woh padh lo, itne baar, itne baar, is se nahi hoga.</w:t>
      </w:r>
      <w:r>
        <w:br/>
      </w:r>
      <w:r>
        <w:rPr>
          <w:sz w:val="20"/>
        </w:rPr>
        <w:t>6:20  jab tak ke parents ko woh dekhein na ke unki zindagi kaisi hai, bachchon ke upar asar nahi aayega. to yeh bohat hi aham sabak milta hai hamein ke parents ko chahiye ke wo bhi is raaste pe chalein jo raasta wo chahte hain ke unke bachche ikhtiyar karein.</w:t>
      </w:r>
      <w:r>
        <w:br/>
      </w:r>
      <w:r>
        <w:rPr>
          <w:sz w:val="20"/>
        </w:rPr>
        <w:t>6:40  tabhi woh koi haqeeqi tabdeeli aayegi. bilkul Doctor Sahib, yeh na ho ke sirf form based ho lekin ek spirit se bhara hua unka jo hai deen ho.</w:t>
      </w:r>
    </w:p>
    <w:p>
      <w:pPr>
        <w:pStyle w:val="Heading2"/>
      </w:pPr>
      <w:r>
        <w:t>Abu Bakr shields the Prophet from stoning</w:t>
      </w:r>
    </w:p>
    <w:p>
      <w:r>
        <w:rPr>
          <w:color w:val="666666"/>
          <w:sz w:val="18"/>
        </w:rPr>
        <w:t>The Story of Aisha Bint Abu Bakr Part 2 March 05, 2023 · 1m 49s · at 2:52 · https://youtu.be/od3Is6a9B7o?t=172</w:t>
      </w:r>
    </w:p>
    <w:p>
      <w:r>
        <w:rPr>
          <w:i/>
        </w:rPr>
        <w:t>“When the Prophet preached publicly, people stoned him”</w:t>
      </w:r>
    </w:p>
    <w:p>
      <w:r>
        <w:rPr>
          <w:sz w:val="20"/>
        </w:rPr>
        <w:t>2:52  to us waqt jab Rasool Allah publicly jaya karte the toheed ki baatein batane, dawat dene, to wahan ke log satate the, marte the, stone phenkte the.</w:t>
      </w:r>
      <w:r>
        <w:br/>
      </w:r>
      <w:r>
        <w:rPr>
          <w:sz w:val="20"/>
        </w:rPr>
        <w:t>3:08  agar aap Maulana ki kitab padhein, mutala-e-seerat ya seerat-e-Rasool, to aap dekhenge ke Rasool Allah sal-lal-lahu alaihi wasallam roz jaya karte the</w:t>
      </w:r>
      <w:r>
        <w:br/>
      </w:r>
      <w:r>
        <w:rPr>
          <w:sz w:val="20"/>
        </w:rPr>
        <w:t>3:20  kaba ya aas pas dawat ke liye, logon ko Khuda ka paigham batane ke liye. aur jab wapas aate the to unke jism se khoon tapak raha hota tha, chunaanche log pathar marte the peeche se, idhar se udhar se, phir aa ke wo marham patti karte the ghar mein baith ke.</w:t>
      </w:r>
      <w:r>
        <w:br/>
      </w:r>
      <w:r>
        <w:rPr>
          <w:sz w:val="20"/>
        </w:rPr>
        <w:t>3:42  to us waqt Abu Bakr defend karte the, wo bachate the unhein ke chot na lage.</w:t>
      </w:r>
      <w:r>
        <w:br/>
      </w:r>
      <w:r>
        <w:rPr>
          <w:sz w:val="20"/>
        </w:rPr>
        <w:t>3:50  to is wajah se Hazrat Abu Bakr ko bhi kafi chot lagti thi. aur Hazrat Aisha batati hain ke mere father jab ghar wapas aate the, maine dekha hai ke wo defend karte the Prophet ko, aur jab wo wapas ghar aate the to marks, nishan unke jism pe hote the choton ke.</w:t>
      </w:r>
      <w:r>
        <w:br/>
      </w:r>
      <w:r>
        <w:rPr>
          <w:sz w:val="20"/>
        </w:rPr>
        <w:t>4:13  aur ek baar</w:t>
      </w:r>
      <w:r>
        <w:br/>
      </w:r>
      <w:r>
        <w:rPr>
          <w:sz w:val="20"/>
        </w:rPr>
        <w:t>4:14  Hazrat Abu Bakr ko rassi se baandh diya, kafi der tak usi haal mein rahe wo. aur phir jab ghar aaye to uske rassi ke nishan the ghar mein.</w:t>
      </w:r>
      <w:r>
        <w:br/>
      </w:r>
      <w:r>
        <w:rPr>
          <w:sz w:val="20"/>
        </w:rPr>
        <w:t>4:25  to yeh Hazrat Abu Bakr ki jo qurbani hai wo to bohat hi zabardast hai. aur Rasool Allah ne kaha tha ke no one benefited me more with their money, with their support, other than Abu Bakr</w:t>
      </w:r>
    </w:p>
    <w:p>
      <w:pPr>
        <w:pStyle w:val="Heading2"/>
      </w:pPr>
      <w:r>
        <w:t>Abu Bakr tied with rope defending the Prophet</w:t>
      </w:r>
    </w:p>
    <w:p>
      <w:r>
        <w:rPr>
          <w:color w:val="666666"/>
          <w:sz w:val="18"/>
        </w:rPr>
        <w:t>The Story of Aisha Bint Abu Bakr Part 2 March 05, 2023 · 27s · at 4:14 · https://youtu.be/od3Is6a9B7o?t=254</w:t>
      </w:r>
    </w:p>
    <w:p>
      <w:r>
        <w:rPr>
          <w:i/>
        </w:rPr>
        <w:t>“Ek martaba Hazrat Abu Bakr ko rassi se bandh diya”</w:t>
      </w:r>
    </w:p>
    <w:p>
      <w:r>
        <w:rPr>
          <w:sz w:val="20"/>
        </w:rPr>
        <w:t>4:13  aur ek baar</w:t>
      </w:r>
      <w:r>
        <w:br/>
      </w:r>
      <w:r>
        <w:rPr>
          <w:sz w:val="20"/>
        </w:rPr>
        <w:t>4:14  Hazrat Abu Bakr ko rassi se baandh diya, kafi der tak usi haal mein rahe wo. aur phir jab ghar aaye to uske rassi ke nishan the ghar mein.</w:t>
      </w:r>
      <w:r>
        <w:br/>
      </w:r>
      <w:r>
        <w:rPr>
          <w:sz w:val="20"/>
        </w:rPr>
        <w:t>4:25  to yeh Hazrat Abu Bakr ki jo qurbani hai wo to bohat hi zabardast hai. aur Rasool Allah ne kaha tha ke no one benefited me more with their money, with their support, other than Abu Bakr</w:t>
      </w:r>
    </w:p>
    <w:p>
      <w:pPr>
        <w:pStyle w:val="Heading2"/>
      </w:pPr>
      <w:r>
        <w:t>Abu Bakr's aborted migration and Ibn Dughunna's protection</w:t>
      </w:r>
    </w:p>
    <w:p>
      <w:r>
        <w:rPr>
          <w:color w:val="666666"/>
          <w:sz w:val="18"/>
        </w:rPr>
        <w:t>The Story of Aisha Bint Abu Bakr Part 2 March 05, 2023 · 2m 36s · at 7:47 · https://youtu.be/od3Is6a9B7o?t=467</w:t>
      </w:r>
    </w:p>
    <w:p>
      <w:r>
        <w:rPr>
          <w:i/>
        </w:rPr>
        <w:t>“When things got too hard, Abu Bakr planned to migrate”</w:t>
      </w:r>
    </w:p>
    <w:p>
      <w:r>
        <w:rPr>
          <w:sz w:val="20"/>
        </w:rPr>
        <w:t>7:47  haan, jab halaat bohat sakht ho gaye aur aisa laga ke wahan rehna mumkin nahi hai, Makkah mein rehna namumkin ho gaya, to bohat se log jaisa aap ne abhi bataya migrate karne lagay.</w:t>
      </w:r>
      <w:r>
        <w:br/>
      </w:r>
      <w:r>
        <w:rPr>
          <w:sz w:val="20"/>
        </w:rPr>
        <w:t>8:01  to Hazrat Abu Bakr R.A. unhon ne bhi socha ke ab hum bhi Ethiopia chale jayen jis ko Habsha kaha jata tha, Abyssinia.</w:t>
      </w:r>
      <w:r>
        <w:br/>
      </w:r>
      <w:r>
        <w:rPr>
          <w:sz w:val="20"/>
        </w:rPr>
        <w:t>8:10  to ek din tayyar ho ke saare log niklay ghar ke. Hazrat Aisha bhi theen is mein</w:t>
      </w:r>
      <w:r>
        <w:br/>
      </w:r>
      <w:r>
        <w:rPr>
          <w:sz w:val="20"/>
        </w:rPr>
        <w:t>8:16  shamil, unhi ki yeh hadees hai. to unhon ne bataya ke hum saari family apna saara saman le ke niklay.</w:t>
      </w:r>
      <w:r>
        <w:br/>
      </w:r>
      <w:r>
        <w:rPr>
          <w:sz w:val="20"/>
        </w:rPr>
        <w:t>8:25  aur Makkah ke jab hum outskirts pe puhnche to ek jagah hai Barq-al-Ghamad.</w:t>
      </w:r>
      <w:r>
        <w:br/>
      </w:r>
      <w:r>
        <w:rPr>
          <w:sz w:val="20"/>
        </w:rPr>
        <w:t>8:32  to Barq-al-Ghamad par jab hum log puhnche to wahan ek</w:t>
      </w:r>
      <w:r>
        <w:br/>
      </w:r>
      <w:r>
        <w:rPr>
          <w:sz w:val="20"/>
        </w:rPr>
        <w:t>8:39  Hazrat Abu Bakr ke friend thay jo ke he was not a Muslim but he was a very good person and he was a chief of a tribe also.</w:t>
      </w:r>
      <w:r>
        <w:br/>
      </w:r>
      <w:r>
        <w:rPr>
          <w:sz w:val="20"/>
        </w:rPr>
        <w:t>8:51  Ibn Daghna naam aata hai un ka. to Ibn Daghna milay wahan to Ibn Daghna ne kaha Hazrat Abu Bakr se ke tum kahan ja rahe ho?</w:t>
      </w:r>
      <w:r>
        <w:br/>
      </w:r>
      <w:r>
        <w:rPr>
          <w:sz w:val="20"/>
        </w:rPr>
        <w:t>9:00  to unhon ne kaha ke mere shehar wale, Makkah wale mujhe ibadat nahi karne dete, satatay hain.</w:t>
      </w:r>
      <w:r>
        <w:br/>
      </w:r>
      <w:r>
        <w:rPr>
          <w:sz w:val="20"/>
        </w:rPr>
        <w:t>9:09  to main ja raha hoon I will explore some other land and pray to my Lord there. to aisi kuch baatein kaheen.</w:t>
      </w:r>
      <w:r>
        <w:br/>
      </w:r>
      <w:r>
        <w:rPr>
          <w:sz w:val="20"/>
        </w:rPr>
        <w:t>9:18  to unhon ne kaha ke bohat achi ek jumla un ka hai Ibn Daghna ka misluka ya Abu Bakr la yakhruj wala yukhraj ke a person like you should not leave Makkah on his own, neither he should be expelled from here.</w:t>
      </w:r>
      <w:r>
        <w:br/>
      </w:r>
      <w:r>
        <w:rPr>
          <w:sz w:val="20"/>
        </w:rPr>
        <w:t>9:36  yani unhon ne kaha you are such a great asset for the city, why would somebody expel you.</w:t>
      </w:r>
      <w:r>
        <w:br/>
      </w:r>
      <w:r>
        <w:rPr>
          <w:sz w:val="20"/>
        </w:rPr>
        <w:t>9:44  to unhon ne encourage kiya ke nahi aap rahen yahan aur main aap ko protection doonga. I will give you protection, you live here and you do your work.</w:t>
      </w:r>
      <w:r>
        <w:br/>
      </w:r>
      <w:r>
        <w:rPr>
          <w:sz w:val="20"/>
        </w:rPr>
        <w:t>9:54  jo bhi aap ka kaam hai main Quraish se baat karunga ja ke. to phir khair unhon ne kaise un ko mana liya wapas aa gaye. aur Ibn Daghna gaye Quraish ke paas aur kaha ke maine protection di hai Abu Bakr ko, aap un logon ko satayen nahi, jo karna hai woh karen.</w:t>
      </w:r>
      <w:r>
        <w:br/>
      </w:r>
      <w:r>
        <w:rPr>
          <w:sz w:val="20"/>
        </w:rPr>
        <w:t>10:13  to Quraish ne kaha theek hai lekin tell him not to preach publicly. to khair woh Hazrat Abu Bakr rehne lagay wahan Makkah mein dobara.</w:t>
      </w:r>
    </w:p>
    <w:p>
      <w:pPr>
        <w:pStyle w:val="Heading2"/>
      </w:pPr>
      <w:r>
        <w:t>A friend offers Abu Bakr protection in Mecca</w:t>
      </w:r>
    </w:p>
    <w:p>
      <w:r>
        <w:rPr>
          <w:color w:val="666666"/>
          <w:sz w:val="18"/>
        </w:rPr>
        <w:t>The Story of Aisha Bint Abu Bakr Part 2 March 05, 2023 · 52s · at 8:51 · https://youtu.be/od3Is6a9B7o?t=531</w:t>
      </w:r>
    </w:p>
    <w:p>
      <w:r>
        <w:rPr>
          <w:i/>
        </w:rPr>
        <w:t>“Ibn Dughunna asked Abu Bakr, where are you going?”</w:t>
      </w:r>
    </w:p>
    <w:p>
      <w:r>
        <w:rPr>
          <w:sz w:val="20"/>
        </w:rPr>
        <w:t>8:51  Ibn Daghna naam aata hai un ka. to Ibn Daghna milay wahan to Ibn Daghna ne kaha Hazrat Abu Bakr se ke tum kahan ja rahe ho?</w:t>
      </w:r>
      <w:r>
        <w:br/>
      </w:r>
      <w:r>
        <w:rPr>
          <w:sz w:val="20"/>
        </w:rPr>
        <w:t>9:00  to unhon ne kaha ke mere shehar wale, Makkah wale mujhe ibadat nahi karne dete, satatay hain.</w:t>
      </w:r>
      <w:r>
        <w:br/>
      </w:r>
      <w:r>
        <w:rPr>
          <w:sz w:val="20"/>
        </w:rPr>
        <w:t>9:09  to main ja raha hoon I will explore some other land and pray to my Lord there. to aisi kuch baatein kaheen.</w:t>
      </w:r>
      <w:r>
        <w:br/>
      </w:r>
      <w:r>
        <w:rPr>
          <w:sz w:val="20"/>
        </w:rPr>
        <w:t>9:18  to unhon ne kaha ke bohat achi ek jumla un ka hai Ibn Daghna ka misluka ya Abu Bakr la yakhruj wala yukhraj ke a person like you should not leave Makkah on his own, neither he should be expelled from here.</w:t>
      </w:r>
      <w:r>
        <w:br/>
      </w:r>
      <w:r>
        <w:rPr>
          <w:sz w:val="20"/>
        </w:rPr>
        <w:t>9:36  yani unhon ne kaha you are such a great asset for the city, why would somebody expel you.</w:t>
      </w:r>
    </w:p>
    <w:p>
      <w:pPr>
        <w:pStyle w:val="Heading2"/>
      </w:pPr>
      <w:r>
        <w:t>Abu Bakr's tearful Quran recitation draws crowds</w:t>
      </w:r>
    </w:p>
    <w:p>
      <w:r>
        <w:rPr>
          <w:color w:val="666666"/>
          <w:sz w:val="18"/>
        </w:rPr>
        <w:t>The Story of Aisha Bint Abu Bakr Part 2 March 05, 2023 · 40s · at 10:41 · https://youtu.be/od3Is6a9B7o?t=641</w:t>
      </w:r>
    </w:p>
    <w:p>
      <w:r>
        <w:rPr>
          <w:i/>
        </w:rPr>
        <w:t>“Abu Bakr had a beautiful voice reciting the Quran”</w:t>
      </w:r>
    </w:p>
    <w:p>
      <w:r>
        <w:rPr>
          <w:sz w:val="20"/>
        </w:rPr>
        <w:t>10:41  masjid ka matlab bas yeh tha ke zameen ko thoda theek thaak kar diya jaye aur ek mat daal di jaye. to wahi masjid thi. to wahan Hazrat Abu Bakr Quran parhte thay, tilawat karte thay, namaz parhte thay.</w:t>
      </w:r>
      <w:r>
        <w:br/>
      </w:r>
      <w:r>
        <w:rPr>
          <w:sz w:val="20"/>
        </w:rPr>
        <w:t>10:55  unki awaz bari achi thi qirat ki.</w:t>
      </w:r>
      <w:r>
        <w:br/>
      </w:r>
      <w:r>
        <w:rPr>
          <w:sz w:val="20"/>
        </w:rPr>
        <w:t>10:57  to jab qirat karte thay namaz mein to jo Quraish ki ladies theen, bachay sab aa ke dekhte thay. aur Hazrat Aisha kehti hain ke وكان ابوبكر رجلا بكاء.</w:t>
      </w:r>
      <w:r>
        <w:br/>
      </w:r>
      <w:r>
        <w:rPr>
          <w:sz w:val="20"/>
        </w:rPr>
        <w:t>11:11  yani bohat ziyada ronay walay thay. He used to cry a lot while reading the Quran in prayer. to woh ek bara scene hota hoga, sab aa ke jama ho jatay thay.</w:t>
      </w:r>
    </w:p>
    <w:p>
      <w:pPr>
        <w:pStyle w:val="Heading2"/>
      </w:pPr>
      <w:r>
        <w:t>Prophet asks Abu Bakr to judge his argument with Aisha</w:t>
      </w:r>
    </w:p>
    <w:p>
      <w:r>
        <w:rPr>
          <w:color w:val="666666"/>
          <w:sz w:val="18"/>
        </w:rPr>
        <w:t>CPS Mission Conference 2023 April 30, 2023 · 1m 43s · at 54:09 · https://youtu.be/sfTBajRastM?t=3249</w:t>
      </w:r>
    </w:p>
    <w:p>
      <w:r>
        <w:rPr>
          <w:i/>
        </w:rPr>
        <w:t>“एक बार हज़रत आयशा और रसूलल्लाह की बहुत बहस हो गई”</w:t>
      </w:r>
    </w:p>
    <w:p>
      <w:r>
        <w:rPr>
          <w:sz w:val="20"/>
        </w:rPr>
        <w:t>54:09  aik baar Hazrat Aisha R.A. ki aur rasool Allah ki bohat behas ho gayi, khatam hi nahi ho rahi thi baat. to rasool Allah ne kaha ke acha, tum kisi judge ko bula lo, woh ab faisla kar de.</w:t>
      </w:r>
      <w:r>
        <w:br/>
      </w:r>
      <w:r>
        <w:rPr>
          <w:sz w:val="20"/>
        </w:rPr>
        <w:t>54:27  to rasool Allah ne kaha ke Hazrat Abu Ubada Ibn Al-Jarah ko bulatay hain. baray Sahabi thay.</w:t>
      </w:r>
      <w:r>
        <w:br/>
      </w:r>
      <w:r>
        <w:rPr>
          <w:sz w:val="20"/>
        </w:rPr>
        <w:t>54:36  to unhon ne kaha No, he might favor you. to Hazrat Abu Ubada Ibn Al-Jarah, Ameen Al-Ummah kaha tha rasool Allah ne, the most trusted Sahabi of this community.</w:t>
      </w:r>
      <w:r>
        <w:br/>
      </w:r>
      <w:r>
        <w:rPr>
          <w:sz w:val="20"/>
        </w:rPr>
        <w:t>54:54  to unhon ne kaha ke nahi, how about my father Abu Bakr? to rasool Allah ne kaha theek hai, ab Hazrat Abu Bakr ko bulatay hain. to Hazrat Abu Bakr aaye, bethe.</w:t>
      </w:r>
      <w:r>
        <w:br/>
      </w:r>
      <w:r>
        <w:rPr>
          <w:sz w:val="20"/>
        </w:rPr>
        <w:t>55:06  to Prophet ne kaha Hazrat Aisha se ke acha, tum shuru karo. to Hazrat Aisha ne kaha No, you start aur bolein ke agar aap koi galat baat kahengay to main abhi beech mein I'll stop you and I'll correct you.</w:t>
      </w:r>
      <w:r>
        <w:br/>
      </w:r>
      <w:r>
        <w:rPr>
          <w:sz w:val="20"/>
        </w:rPr>
        <w:t>55:23  to is andaaz ki jab baat suni Hazrat Abu Bakr ne to woh khare ho gaye aur ghusay ho gaye ke How can you talk to he is the messenger of Allah? to he was about to slap her pakar liya Hazrat Aisha ko aur aik haath laganay walay thay, tab tak rasool Allah aa gaye, bachaya.</w:t>
      </w:r>
      <w:r>
        <w:br/>
      </w:r>
      <w:r>
        <w:rPr>
          <w:sz w:val="20"/>
        </w:rPr>
        <w:t>55:41  to khair, woh baat khatam ho gayi aur Hazrat Abu Bakr chalay gaye. to Prophet ne kaha ke Look, I have saved from you I have saved from this person I have saved you from this person.</w:t>
      </w:r>
    </w:p>
    <w:p>
      <w:pPr>
        <w:pStyle w:val="Heading2"/>
      </w:pPr>
      <w:r>
        <w:t>Abu Bakr's stand against apostasy as a model of creative resolve</w:t>
      </w:r>
    </w:p>
    <w:p>
      <w:r>
        <w:rPr>
          <w:color w:val="666666"/>
          <w:sz w:val="18"/>
        </w:rPr>
        <w:t>CPS Mission Conference 2023 April 30, 2023 · 4m 02s · at 46:54 · https://youtu.be/sfTBajRastM?t=2814</w:t>
      </w:r>
    </w:p>
    <w:p>
      <w:r>
        <w:rPr>
          <w:i/>
        </w:rPr>
        <w:t>“किसी भी बड़े काम के लिए यह बहुत ज़रूरी है कि क्रिएटिव थिंकिंग हो”</w:t>
      </w:r>
    </w:p>
    <w:p>
      <w:r>
        <w:rPr>
          <w:sz w:val="20"/>
        </w:rPr>
        <w:t>46:54  kisi bhi barhe kaam ke liye yeh bohat zaroori hai ke is ke bare mein hamare andar creative thinking ho.</w:t>
      </w:r>
      <w:r>
        <w:br/>
      </w:r>
      <w:r>
        <w:rPr>
          <w:sz w:val="20"/>
        </w:rPr>
        <w:t>47:03  agar koi bataye aap ko ke yeh glass utha kar is mez par rakh doon, aur is ke baad aap kuch na kar sakein, to aap ek koi barha kaam, koi bhi barha kaam kaise karein g</w:t>
      </w:r>
      <w:r>
        <w:br/>
      </w:r>
      <w:r>
        <w:rPr>
          <w:sz w:val="20"/>
        </w:rPr>
        <w:t>47:14  e? Ji, to creatively woh chahte the ke hamare jo unhone team team ko banane mein bohat mehnat kiya tha, ji ke team ke andar creative thinking aa jaye.</w:t>
      </w:r>
      <w:r>
        <w:br/>
      </w:r>
      <w:r>
        <w:rPr>
          <w:sz w:val="20"/>
        </w:rPr>
        <w:t>47:26  chounke yeh bohat hi ek global kaam hai, bataya hi nahi ja sakta. Har jagah ke halaat alag hote hain, har jagah ka mahaul alag hota hai, har jagah ki requirement alag hoti hai.</w:t>
      </w:r>
      <w:r>
        <w:br/>
      </w:r>
      <w:r>
        <w:rPr>
          <w:sz w:val="20"/>
        </w:rPr>
        <w:t>47:38  to hamein khud hi sochna parega ke hamein kaise kaise aage kaam karna hai.</w:t>
      </w:r>
      <w:r>
        <w:br/>
      </w:r>
      <w:r>
        <w:rPr>
          <w:sz w:val="20"/>
        </w:rPr>
        <w:t>47:44  to is ki ek misaal Hazrat Abu Bakr (AS), Hazrat Abu Bakr (RA) ki hai, ji ke jab Rasool Allah (SAW) ki wafat hui to bohat sare woh log the jin ko Bado kaha jata hai,</w:t>
      </w:r>
      <w:r>
        <w:br/>
      </w:r>
      <w:r>
        <w:rPr>
          <w:sz w:val="20"/>
        </w:rPr>
        <w:t>47:59  matlab jo convert ho gaye the, aur un ko abhi time nahi mila tha proper training ka. And massah log convert ho gaye the, ji Fatah Makkah ke baad to woh nahi mila tha un ko</w:t>
      </w:r>
      <w:r>
        <w:br/>
      </w:r>
      <w:r>
        <w:rPr>
          <w:sz w:val="20"/>
        </w:rPr>
        <w:t>48:13  ۔ To ab chounke wahan ke to halaat pehle hi bohat kharab the, economic resources nahi the, to un logon ko zakat, jihad, yeh sab cheezein bohat mushkil lagti theen.</w:t>
      </w:r>
      <w:r>
        <w:br/>
      </w:r>
      <w:r>
        <w:rPr>
          <w:sz w:val="20"/>
        </w:rPr>
        <w:t>48:26  lekin woh karte the sab kaam. Unhone yeh socha ke ab profit ke intiqal ke baad, ab woh Khuda ki madad aati thi profit ke sath.</w:t>
      </w:r>
      <w:r>
        <w:br/>
      </w:r>
      <w:r>
        <w:rPr>
          <w:sz w:val="20"/>
        </w:rPr>
        <w:t>48:38  to ab woh profit ke sath woh Khuda ki madad to ab hai nahi</w:t>
      </w:r>
      <w:r>
        <w:br/>
      </w:r>
      <w:r>
        <w:rPr>
          <w:sz w:val="20"/>
        </w:rPr>
        <w:t>48:42  to hum revolt kar sakte hain. to ek bohat bari tadad ne revolt kar diya, jis ko irtidad kaha jata hai. to us waqt Hazrat Abu Bakr khare ho gaye ke yeh nahi ho sakta ke main zinda hoon aur deen mein kami ki jaye gi.</w:t>
      </w:r>
      <w:r>
        <w:br/>
      </w:r>
      <w:r>
        <w:rPr>
          <w:sz w:val="20"/>
        </w:rPr>
        <w:t>48:59  to yeh thi "I will do spirit". aur us waqt tamam log, matlab bohat sare log, yahan tak ke Hazrat Umar ne bhi mashwara diya ke abhi hum is position mein nahi hain ke in tamam logon se jang kar saken.</w:t>
      </w:r>
      <w:r>
        <w:br/>
      </w:r>
      <w:r>
        <w:rPr>
          <w:sz w:val="20"/>
        </w:rPr>
        <w:t>49:13  lekin aap ne kaha nahi, yeh harghiz nahi, main hone doon ga ke deen ke jo basic pillars hain, is mein log kami kar dain.</w:t>
      </w:r>
      <w:r>
        <w:br/>
      </w:r>
      <w:r>
        <w:rPr>
          <w:sz w:val="20"/>
        </w:rPr>
        <w:t>49:22  to is tarah se phir unhon ne in logon se jang ki, aur in logon ko sab due kiya, aur dobara Islam ke tamam jo hain, five pillars of Islam jo basic hain iman ke, faith ke, to woh dobara sab ne is ko accept kar liya.</w:t>
      </w:r>
      <w:r>
        <w:br/>
      </w:r>
      <w:r>
        <w:rPr>
          <w:sz w:val="20"/>
        </w:rPr>
        <w:t>49:42  to yeh jo hai, ab Rasool Allah salallahu alaihi wasallam bata ke thori gaye the ke mere baad jo hai log irtidad ho jaye ga, tum un se jang karna, aur un ko dobara sab due karna.</w:t>
      </w:r>
      <w:r>
        <w:br/>
      </w:r>
      <w:r>
        <w:rPr>
          <w:sz w:val="20"/>
        </w:rPr>
        <w:t>49:53  to yeh hamein khud hi karna parta hai. and our CPS team has been trained by Maulana. so we have been trained to do everything creatively.</w:t>
      </w:r>
      <w:r>
        <w:br/>
      </w:r>
      <w:r>
        <w:rPr>
          <w:sz w:val="20"/>
        </w:rPr>
        <w:t>50:06  if you say that I will manage it</w:t>
      </w:r>
      <w:r>
        <w:br/>
      </w:r>
      <w:r>
        <w:rPr>
          <w:sz w:val="20"/>
        </w:rPr>
        <w:t>50:09  creatively. theek hai, to we have to be creative, and only then we can undertake such a gigantic task of spreading the word of God to the whole world.</w:t>
      </w:r>
      <w:r>
        <w:br/>
      </w:r>
      <w:r>
        <w:rPr>
          <w:sz w:val="20"/>
        </w:rPr>
        <w:t>50:24  there are so many instances in this regard, not only of the companions, but also in recent times.</w:t>
      </w:r>
      <w:r>
        <w:br/>
      </w:r>
      <w:r>
        <w:rPr>
          <w:sz w:val="20"/>
        </w:rPr>
        <w:t>50:31  so I think we have literature of Maulana, and I would request people to study more and more, and become creative, become matlab they will, they should be able to handle the situations in their own.</w:t>
      </w:r>
      <w:r>
        <w:br/>
      </w:r>
      <w:r>
        <w:rPr>
          <w:sz w:val="20"/>
        </w:rPr>
        <w:t>50:52  they won't find all the time someone to guide them.</w:t>
      </w:r>
    </w:p>
    <w:p>
      <w:pPr>
        <w:pStyle w:val="Heading2"/>
      </w:pPr>
      <w:r>
        <w:t>Abu Bakr's hadith: worship God, not a mortal</w:t>
      </w:r>
    </w:p>
    <w:p>
      <w:r>
        <w:rPr>
          <w:color w:val="666666"/>
          <w:sz w:val="18"/>
        </w:rPr>
        <w:t>The Role of Islam in Personality Development March 13, 2011 · 29s · at 11:11 · https://youtu.be/jQP07IZoEy0?t=671</w:t>
      </w:r>
    </w:p>
    <w:p>
      <w:r>
        <w:rPr>
          <w:i/>
        </w:rPr>
        <w:t>“Man kana ya'budu Muhammadan fa inna Muhammadan qad mat”</w:t>
      </w:r>
    </w:p>
    <w:p>
      <w:r>
        <w:rPr>
          <w:sz w:val="20"/>
        </w:rPr>
        <w:t>11:11  unhon ne taqreer mein ek bahut hi historical alfaaz bole the. man kan ya'budu Muhammad fa inna Muhammad qad maat wa man kan ya'budu Allaha fa inna Allaha hayyun la yamoot</w:t>
      </w:r>
      <w:r>
        <w:br/>
      </w:r>
      <w:r>
        <w:rPr>
          <w:sz w:val="20"/>
        </w:rPr>
        <w:t>11:27  jo Muhammad ko poochta tha to usko maloom hona chahiye ki Muhammad ki death ho chuki. aur jo khuda ko poochta tha to khuda zinda hai, woh kabhi marne wala nahin hai.</w:t>
      </w:r>
    </w:p>
    <w:p>
      <w:pPr>
        <w:pStyle w:val="Heading2"/>
      </w:pPr>
      <w:r>
        <w:t>Bismillah, loss, and Abu Bakr's timeless speech</w:t>
      </w:r>
    </w:p>
    <w:p>
      <w:r>
        <w:rPr>
          <w:color w:val="666666"/>
          <w:sz w:val="18"/>
        </w:rPr>
        <w:t>The Role of Islam in Personality Development March 13, 2011 · 4m 46s · at 8:11 · https://youtu.be/jQP07IZoEy0?t=491</w:t>
      </w:r>
    </w:p>
    <w:p>
      <w:r>
        <w:rPr>
          <w:i/>
        </w:rPr>
        <w:t>“Aapko koi loss hua? Bismillah ka matlab samjhiye”</w:t>
      </w:r>
    </w:p>
    <w:p>
      <w:r>
        <w:rPr>
          <w:sz w:val="20"/>
        </w:rPr>
        <w:t>8:11  ek insaan kaise apne aap ko develop kare,</w:t>
      </w:r>
      <w:r>
        <w:br/>
      </w:r>
      <w:r>
        <w:rPr>
          <w:sz w:val="20"/>
        </w:rPr>
        <w:t>8:15  apni personality ko develop kare, kaise kare?</w:t>
      </w:r>
      <w:r>
        <w:br/>
      </w:r>
      <w:r>
        <w:rPr>
          <w:sz w:val="20"/>
        </w:rPr>
        <w:t>8:21  to abhi mere paas ek sahib aaye, chand din hue, to un ko business mein kuch loss ho gaya tha.</w:t>
      </w:r>
      <w:r>
        <w:br/>
      </w:r>
      <w:r>
        <w:rPr>
          <w:sz w:val="20"/>
        </w:rPr>
        <w:t>8:35  un ko koi, un ki relative ki death bhi ho gayi thi, to pareshan thay woh. maine kaha, aap Quran parhte hain? unhon ne kaha, kahan? main Quran to de tilawat karta hoon.</w:t>
      </w:r>
      <w:r>
        <w:br/>
      </w:r>
      <w:r>
        <w:rPr>
          <w:sz w:val="20"/>
        </w:rPr>
        <w:t>8:45  main ne kaha, aap tilawat karte hain, lekin samajhte kuch bhi nahin hain. maine kaha, kholiye. pehli ayat kya hai? Bismillah Rahman Al Rahim.</w:t>
      </w:r>
      <w:r>
        <w:br/>
      </w:r>
      <w:r>
        <w:rPr>
          <w:sz w:val="20"/>
        </w:rPr>
        <w:t>8:55  yani Khuda ke naam se, jo Rahman aur Rahim hai.</w:t>
      </w:r>
      <w:r>
        <w:br/>
      </w:r>
      <w:r>
        <w:rPr>
          <w:sz w:val="20"/>
        </w:rPr>
        <w:t>9:01  In the name of God, most merciful, most compassionate. Iska matlab kya hai?</w:t>
      </w:r>
      <w:r>
        <w:br/>
      </w:r>
      <w:r>
        <w:rPr>
          <w:sz w:val="20"/>
        </w:rPr>
        <w:t>9:08  iskamatalabiyahai ki aap quran kehta hai ki jis dunya mein tum ko intermali hai, woh ekais dunya hai jo blessings se bhari hui hai.</w:t>
      </w:r>
      <w:r>
        <w:br/>
      </w:r>
      <w:r>
        <w:rPr>
          <w:sz w:val="20"/>
        </w:rPr>
        <w:t>9:19  is god ki banai hui hai, is khuda ki banai hui hai, jo sar tap rehmat hai, sar tap blessing hai. iskamatalabkya hai? iskamatalabhai ki har din subah jab uthein, aap to is ehsas ke saath uthein ki main ekais dunya mein aankh kholi hai,</w:t>
      </w:r>
      <w:r>
        <w:br/>
      </w:r>
      <w:r>
        <w:rPr>
          <w:sz w:val="20"/>
        </w:rPr>
        <w:t>9:35  main ne yeh ekais dunya mein inter mein ho raha hoon, jahan har taraf khuda ki ek blessing hai, har taraf khuda ki rehmaten hain. ab ihar rahi hain tension nahin.</w:t>
      </w:r>
      <w:r>
        <w:br/>
      </w:r>
      <w:r>
        <w:rPr>
          <w:sz w:val="20"/>
        </w:rPr>
        <w:t>9:46  to aap ke ek relative ki maut ho gayi, aur aap isi tension liye baithe hain. phir main ne inko waqea bataya. islam ki tareekh mein rasool allah ke baad sab se bara darja manaa jata hai hazrat abu bakr siddiq ka.</w:t>
      </w:r>
      <w:r>
        <w:br/>
      </w:r>
      <w:r>
        <w:rPr>
          <w:sz w:val="20"/>
        </w:rPr>
        <w:t>10:01  woh first caliph bhi the.</w:t>
      </w:r>
      <w:r>
        <w:br/>
      </w:r>
      <w:r>
        <w:rPr>
          <w:sz w:val="20"/>
        </w:rPr>
        <w:t>10:04  to rasool allah ki wafat hui 632 ad mein, madinah mein. us waqt abu bakr madinah mein nahin the, kahin bahar gaye hue the.</w:t>
      </w:r>
      <w:r>
        <w:br/>
      </w:r>
      <w:r>
        <w:rPr>
          <w:sz w:val="20"/>
        </w:rPr>
        <w:t>10:17  yahan par saare sahaba pareshan ho gaye. yahan tak ki hazrat umar ne keh diya ki rasool allah ki maut nahin hui hai, woh to upar aasman par gaye hain, abhi laut kar aayenge.</w:t>
      </w:r>
      <w:r>
        <w:br/>
      </w:r>
      <w:r>
        <w:rPr>
          <w:sz w:val="20"/>
        </w:rPr>
        <w:t>10:30  gharz ek tarah tarah ka woh tha.</w:t>
      </w:r>
      <w:r>
        <w:br/>
      </w:r>
      <w:r>
        <w:rPr>
          <w:sz w:val="20"/>
        </w:rPr>
        <w:t>10:34  to hazrat abu bakr aaye, ab body aap ki laiti hui thi.</w:t>
      </w:r>
      <w:r>
        <w:br/>
      </w:r>
      <w:r>
        <w:rPr>
          <w:sz w:val="20"/>
        </w:rPr>
        <w:t>10:41  aap ne chadar se cover ki hui thi, ab chadar uthaya aur kaha ki jo maut ek par aati hai, woh aap ke upar bhi aa chuki.</w:t>
      </w:r>
      <w:r>
        <w:br/>
      </w:r>
      <w:r>
        <w:rPr>
          <w:sz w:val="20"/>
        </w:rPr>
        <w:t>10:57  is baad unhon ne ek taqreer ki wahan. wahan log jama the madine mein, pareshan the. kyunki yahi yeh samajh mein nahin aata tha ki paighambar ki maut ho gayi.</w:t>
      </w:r>
      <w:r>
        <w:br/>
      </w:r>
      <w:r>
        <w:rPr>
          <w:sz w:val="20"/>
        </w:rPr>
        <w:t>11:11  unhon ne taqreer mein ek bahut hi historical alfaaz bole the. man kan ya'budu Muhammad fa inna Muhammad qad maat wa man kan ya'budu Allaha fa inna Allaha hayyun la yamoot</w:t>
      </w:r>
      <w:r>
        <w:br/>
      </w:r>
      <w:r>
        <w:rPr>
          <w:sz w:val="20"/>
        </w:rPr>
        <w:t>11:27  jo Muhammad ko poochta tha to usko maloom hona chahiye ki Muhammad ki death ho chuki. aur jo khuda ko poochta tha to khuda zinda hai, woh kabhi marne wala nahin hai.</w:t>
      </w:r>
      <w:r>
        <w:br/>
      </w:r>
      <w:r>
        <w:rPr>
          <w:sz w:val="20"/>
        </w:rPr>
        <w:t>11:40  yeh hai woh spirit jo islam deta hai. har loss ke baad aap ko maloom ho ki mujhe ek aur bari cheez hasil hai, woh khud khuda wand zool jalal hai.</w:t>
      </w:r>
      <w:r>
        <w:br/>
      </w:r>
      <w:r>
        <w:rPr>
          <w:sz w:val="20"/>
        </w:rPr>
        <w:t>11:54  yeh jo unhon ne kaha tha, usko is ek waqe se, waqea iske ka se relate karke nahin dekhiye. ismein ek universal message hai, lifetime message hai.</w:t>
      </w:r>
      <w:r>
        <w:br/>
      </w:r>
      <w:r>
        <w:rPr>
          <w:sz w:val="20"/>
        </w:rPr>
        <w:t>12:06  har baat, har mauqe pe jab aap ko koi loss ho, har mauqe pe jab aap ko koi bhi museebat pesh aaye, har mauqe pe jab aap koi cheez khod dein to is spirit ko yaad kijiye.</w:t>
      </w:r>
      <w:r>
        <w:br/>
      </w:r>
      <w:r>
        <w:rPr>
          <w:sz w:val="20"/>
        </w:rPr>
        <w:t>12:18  man kan ya'budu Muhammad fa inna Muhammad qad maat wa man kan ya'budu Allaha fa inna Allaha hayyun la yamoot</w:t>
      </w:r>
      <w:r>
        <w:br/>
      </w:r>
      <w:r>
        <w:rPr>
          <w:sz w:val="20"/>
        </w:rPr>
        <w:t>12:27  jo Muhammad ko poochta tha, matlab ek jo ek shakhs ko poochta tha to Muhammad to chale gaye, lekin jo khuda ko poochta hai, jo khuda ki ibadat karta hai to khuda zinda hai.</w:t>
      </w:r>
      <w:r>
        <w:br/>
      </w:r>
      <w:r>
        <w:rPr>
          <w:sz w:val="20"/>
        </w:rPr>
        <w:t>12:39  khuda se rehmat mang lo, khuda se blessing mang lo. yeh spirit jo islam paida karta hai. to pehli ayat jo hai, bismillah al rahman al rahim, isiko agar agar aap samajh boojh ke padhein to ek ajeeb aap ke andar toofan aa jayega.</w:t>
      </w:r>
    </w:p>
    <w:p>
      <w:pPr>
        <w:pStyle w:val="Heading2"/>
      </w:pPr>
      <w:r>
        <w:t>Abu Bakr's bold prayer during the Ridda wars</w:t>
      </w:r>
    </w:p>
    <w:p>
      <w:r>
        <w:rPr>
          <w:color w:val="666666"/>
          <w:sz w:val="18"/>
        </w:rPr>
        <w:t>Love of God April 10, 2011 · 2m 01s · at 27:33 · https://youtu.be/Pt1wxMp7nvE?t=1653</w:t>
      </w:r>
    </w:p>
    <w:p>
      <w:r>
        <w:rPr>
          <w:i/>
        </w:rPr>
        <w:t>“مجھے حضرت ابوبکر کا واقعہ یاد آیا”</w:t>
      </w:r>
    </w:p>
    <w:p>
      <w:r>
        <w:rPr>
          <w:sz w:val="20"/>
        </w:rPr>
        <w:t>27:33  Jaise aik din kya hua ke mein yeh baatein soch raha tha to mujhe Hazrat Abu Bakr ka waqia yaad aaya.</w:t>
      </w:r>
      <w:r>
        <w:br/>
      </w:r>
      <w:r>
        <w:rPr>
          <w:sz w:val="20"/>
        </w:rPr>
        <w:t>27:44  Hazrat Abu Bakr jo pehle khalifa thay to Rasool Allah ki jab wafat ho gayi to Hazrat Aisha kehti hain ke walama tawaffa Rasool Allah sallallahu alaihi wasallam artaadat al-Arab.</w:t>
      </w:r>
      <w:r>
        <w:br/>
      </w:r>
      <w:r>
        <w:rPr>
          <w:sz w:val="20"/>
        </w:rPr>
        <w:t>28:00  Har taraf baghavat phail gayi.</w:t>
      </w:r>
      <w:r>
        <w:br/>
      </w:r>
      <w:r>
        <w:rPr>
          <w:sz w:val="20"/>
        </w:rPr>
        <w:t>28:05  Yaman is ka khaas garh tha. To us waqt Hazrat Abu Bakr ne kaha tha ke ayyun qaswat ad-deen wa ana hay?</w:t>
      </w:r>
      <w:r>
        <w:br/>
      </w:r>
      <w:r>
        <w:rPr>
          <w:sz w:val="20"/>
        </w:rPr>
        <w:t>28:19  . Ayyun qaswat ad-deen wa ana hay? . . . . . . . . . Kya deen mein kami ho gayi halankeh mein zinda hoon? To mein yeh, yeh, yeh soch kar ke mein Allah taala se mein kehne laga ke khudaaya kya mein tabah hoonga aur tu zinda maujood hai?</w:t>
      </w:r>
      <w:r>
        <w:br/>
      </w:r>
      <w:r>
        <w:rPr>
          <w:sz w:val="20"/>
        </w:rPr>
        <w:t>28:34  Tera yeh ajez banda jis ne tujh se mohabbat ki, tera yeh ajez banda jis ne tujh ko daryaft kiya, tera yeh ajez banda jo tujh mein</w:t>
      </w:r>
      <w:r>
        <w:br/>
      </w:r>
      <w:r>
        <w:rPr>
          <w:sz w:val="20"/>
        </w:rPr>
        <w:t>28:47  tera zikr kiya, jo teri yaad mein jiya, to kya yeh, yeh banda tabah ho jayega halankeh tu zinda hai?</w:t>
      </w:r>
      <w:r>
        <w:br/>
      </w:r>
      <w:r>
        <w:rPr>
          <w:sz w:val="20"/>
        </w:rPr>
        <w:t>28:59  Ab yeh, yeh dua jo hai jis tarah se, jis tarah se aik beta baap se mohabbat karta hai to us ko aik naaz hota hai apne baap ke upar.</w:t>
      </w:r>
      <w:r>
        <w:br/>
      </w:r>
      <w:r>
        <w:rPr>
          <w:sz w:val="20"/>
        </w:rPr>
        <w:t>29:09  Woh kehta hai us se jo aam insaan nahi kar sakta.</w:t>
      </w:r>
      <w:r>
        <w:br/>
      </w:r>
      <w:r>
        <w:rPr>
          <w:sz w:val="20"/>
        </w:rPr>
        <w:t>29:15  Aap ko agar koi cheez chahiye to apne baap se aap kehte hain. Kyun ke aap baap se aap ko mohabbat hai. Woh mohabbat ki wajah se aap ko himmat hoti hai kehne ki.</w:t>
      </w:r>
      <w:r>
        <w:br/>
      </w:r>
      <w:r>
        <w:rPr>
          <w:sz w:val="20"/>
        </w:rPr>
        <w:t>29:25  Aap man of state nahi kar sakte aap. Kyun ke man of state se aap ko mohabbat nahi.</w:t>
      </w:r>
    </w:p>
    <w:p>
      <w:pPr>
        <w:pStyle w:val="Heading2"/>
      </w:pPr>
      <w:r>
        <w:t>Abu Bakr insulted, angels leave when he answers back</w:t>
      </w:r>
    </w:p>
    <w:p>
      <w:r>
        <w:rPr>
          <w:color w:val="666666"/>
          <w:sz w:val="18"/>
        </w:rPr>
        <w:t>Don't Be Angry Culture January 15, 2012 · 2m 55s · at 17:43 · https://youtu.be/NrA3X8y_FLY?t=1063</w:t>
      </w:r>
    </w:p>
    <w:p>
      <w:r>
        <w:rPr>
          <w:i/>
        </w:rPr>
        <w:t>“Ek baar Madine ke bahar ek aadmi mila Hazrat Abu Bakr ko”</w:t>
      </w:r>
    </w:p>
    <w:p>
      <w:r>
        <w:rPr>
          <w:sz w:val="20"/>
        </w:rPr>
        <w:t>17:43  aik baar aisa hai ke madine ke bahir aik aadmi mila Hazrat Abubakar ko.</w:t>
      </w:r>
      <w:r>
        <w:br/>
      </w:r>
      <w:r>
        <w:rPr>
          <w:sz w:val="20"/>
        </w:rPr>
        <w:t>17:53  to woh kisi baat par ghussa ho gaya tha. to Hazrat Umar Abubakar ko bura bhala kehne laga. bura bhala kehne laga.</w:t>
      </w:r>
      <w:r>
        <w:br/>
      </w:r>
      <w:r>
        <w:rPr>
          <w:sz w:val="20"/>
        </w:rPr>
        <w:t>18:04  to shuru mein Hazrat Abubakar chup chap suntay rahay. un ke andar jawab hi ghussa nahi aya.</w:t>
      </w:r>
      <w:r>
        <w:br/>
      </w:r>
      <w:r>
        <w:rPr>
          <w:sz w:val="20"/>
        </w:rPr>
        <w:t>18:12  wahan Rasool Allah bhi thay. to kuch dair tak sabar kiya Hazrat Abubakar ne. phir unhein bhi ghussa aa gaya. yani jawab bhi ghussa aa gaya.</w:t>
      </w:r>
      <w:r>
        <w:br/>
      </w:r>
      <w:r>
        <w:rPr>
          <w:sz w:val="20"/>
        </w:rPr>
        <w:t>18:23  ab unhon ne is ka jawab dena shuru kar diya is aadmi ka. to jaise hi Hazrat Abubakar bolay ghusse mein, to Rasool Allah wahan se chalay gay.</w:t>
      </w:r>
      <w:r>
        <w:br/>
      </w:r>
      <w:r>
        <w:rPr>
          <w:sz w:val="20"/>
        </w:rPr>
        <w:t>18:39  ab baad ko Hazrat Abubakar milay Rasool Allah se ke aap kyun chalay gay? jab tak woh bol raha tha, main chup tha, tab to aap thay wahan.</w:t>
      </w:r>
      <w:r>
        <w:br/>
      </w:r>
      <w:r>
        <w:rPr>
          <w:sz w:val="20"/>
        </w:rPr>
        <w:t>18:49  jab mujhe bhi thora ghussa aa gaya, main bol diya to aap chalay gay</w:t>
      </w:r>
      <w:r>
        <w:br/>
      </w:r>
      <w:r>
        <w:rPr>
          <w:sz w:val="20"/>
        </w:rPr>
        <w:t>18:53  ayay. to Rasool Allah ne farmaya ke jab tak tum bol nahi rahay thay, chup thay, tab tak tumhari taraf se farishta jawab de raha tha.</w:t>
      </w:r>
      <w:r>
        <w:br/>
      </w:r>
      <w:r>
        <w:rPr>
          <w:sz w:val="20"/>
        </w:rPr>
        <w:t>19:05  aur jab tum bhi bol paray, tum ko bhi ghussa aa gaya, to farishta chala gaya. is liye main bhi wahan se chala gaya. dekhiye, is mein kya baat hai?</w:t>
      </w:r>
      <w:r>
        <w:br/>
      </w:r>
      <w:r>
        <w:rPr>
          <w:sz w:val="20"/>
        </w:rPr>
        <w:t>19:17  yeh koi mysterious baat nahi hai. yani yeh na samjhiye ke mysterious hai yeh baat.</w:t>
      </w:r>
      <w:r>
        <w:br/>
      </w:r>
      <w:r>
        <w:rPr>
          <w:sz w:val="20"/>
        </w:rPr>
        <w:t>19:24  yeh bilkul rationally understandable hai. woh kaise? dekhiye, woh aadmi jab bol raha tha, bura bhala keh raha tha, aur Hazrat Abubakar chup thay,</w:t>
      </w:r>
      <w:r>
        <w:br/>
      </w:r>
      <w:r>
        <w:rPr>
          <w:sz w:val="20"/>
        </w:rPr>
        <w:t>19:38  to is ka zamir is se keh raha tha ke tum kya kar rahay ho? aisay aadmi ko keh rahay ho jo masoom hai, chup chap hai, kuch kehta nahi, aur tum bolay chalay ja rahay ho is ko?</w:t>
      </w:r>
      <w:r>
        <w:br/>
      </w:r>
      <w:r>
        <w:rPr>
          <w:sz w:val="20"/>
        </w:rPr>
        <w:t>19:53  to is ka zamir us ko malamat kar raha tha. yani khud us aadmi ka zamir Hazrat Abubakar ki taraf se bol raha tha.</w:t>
      </w:r>
      <w:r>
        <w:br/>
      </w:r>
      <w:r>
        <w:rPr>
          <w:sz w:val="20"/>
        </w:rPr>
        <w:t>20:02  to zamir ko activate karte hain farishtay. yaad rakhiye, aik hai ego, aik hai zamir. ego aur conscience.</w:t>
      </w:r>
      <w:r>
        <w:br/>
      </w:r>
      <w:r>
        <w:rPr>
          <w:sz w:val="20"/>
        </w:rPr>
        <w:t>20:11  ego ko activate karta hai shaitan. aur zamir ko activate karte hain farishtay.</w:t>
      </w:r>
      <w:r>
        <w:br/>
      </w:r>
      <w:r>
        <w:rPr>
          <w:sz w:val="20"/>
        </w:rPr>
        <w:t>20:18  to jab Hazrat Abubakar chup thay, to us aadmi ke zamir ko activate kar rahay thay farishtay.</w:t>
      </w:r>
      <w:r>
        <w:br/>
      </w:r>
      <w:r>
        <w:rPr>
          <w:sz w:val="20"/>
        </w:rPr>
        <w:t>20:28  jab Hazrat Abubakar bol paray, to wahan shaitan ko para ke woh ego ko activate karay.</w:t>
      </w:r>
    </w:p>
    <w:p>
      <w:pPr>
        <w:pStyle w:val="Heading2"/>
      </w:pPr>
      <w:r>
        <w:t>Abu Bakr donates all his wealth for Allah</w:t>
      </w:r>
    </w:p>
    <w:p>
      <w:r>
        <w:rPr>
          <w:color w:val="666666"/>
          <w:sz w:val="18"/>
        </w:rPr>
        <w:t>The Story of Hazrat Aishah January 29, 2023 · 29s · at 8:00 · https://youtu.be/JvCeNobW-Wk?t=480</w:t>
      </w:r>
    </w:p>
    <w:p>
      <w:r>
        <w:rPr>
          <w:i/>
        </w:rPr>
        <w:t>“Ae Abu Bakr, tum saara ghar ka samaan le aaye”</w:t>
      </w:r>
    </w:p>
    <w:p>
      <w:r>
        <w:rPr>
          <w:sz w:val="20"/>
        </w:rPr>
        <w:t>8:00  ji, to Rasulullah sallallahu alaihi wasallam ne kaha ki ae Abu Bakr, tum to yeh saare hi ghar ka saman le aaye, kuch ghar walon ke liye bhi chhoda. ji, to Hazrat Abu Bakr ne kaha ki mere liye aur mere ghar walon ke liye Allah aur uska Rasul kaafi hai. Masha Allah!</w:t>
      </w:r>
      <w:r>
        <w:br/>
      </w:r>
      <w:r>
        <w:rPr>
          <w:sz w:val="20"/>
        </w:rPr>
        <w:t>8:14  to yeh isi ko ek sher mein Iqbal ne kaha tha ki parwane ko chirag hai, bulbul ko phool, bas Siddiq ke liye hai Khuda ka Rasul, bas Masha Allah!</w:t>
      </w:r>
      <w:r>
        <w:br/>
      </w:r>
      <w:r>
        <w:rPr>
          <w:sz w:val="20"/>
        </w:rPr>
        <w:t>8:26  to yeh to ek bahut hi exceptional shakhsiyat thi. ji,</w:t>
      </w:r>
    </w:p>
    <w:p>
      <w:pPr>
        <w:pStyle w:val="Heading2"/>
      </w:pPr>
      <w:r>
        <w:t>Abu Bakr judges a dispute between Aisha and the Prophet</w:t>
      </w:r>
    </w:p>
    <w:p>
      <w:r>
        <w:rPr>
          <w:color w:val="666666"/>
          <w:sz w:val="18"/>
        </w:rPr>
        <w:t>The Story of Hazrat Aishah January 29, 2023 · 2m 08s · at 45:10 · https://youtu.be/JvCeNobW-Wk?t=2710</w:t>
      </w:r>
    </w:p>
    <w:p>
      <w:r>
        <w:rPr>
          <w:i/>
        </w:rPr>
        <w:t>“Ek baar Aisha aur Prophet ka argument khatam hi nahi ho raha”</w:t>
      </w:r>
    </w:p>
    <w:p>
      <w:r>
        <w:rPr>
          <w:sz w:val="20"/>
        </w:rPr>
        <w:t>45:10  ji ek baar Hazrat Aisha radiallahu anha ka aur prophet ka kafi argument ho gaya khatam hi nahi ho rahi thi baat ji to prophet ne kaha ke ah hum kisi ko bula lete hain judge ke taur pe woh faisla karega jab baat ji ho hi nahi rahi hai to Hazrat Aisha ne kaha theek hai kisi ko bulate hain hmm</w:t>
      </w:r>
      <w:r>
        <w:br/>
      </w:r>
      <w:r>
        <w:rPr>
          <w:sz w:val="20"/>
        </w:rPr>
        <w:t>45:36  to prophet ne kaha ke hum ah Abu Ubaidah ibn al-Jarrah ko bulate hain ji baray sahabi the ji to unhone kaha no no no he might favor you haan haan how about my father Abu Bakr ji to prophet ne kaha theek hai as you wish to Hazrat Abu Bakr aaye yani aap dekhen kis tarah se baat karti thi ji bilkul hi nidar hmm to Hazrat Abu Bakr aaye baithe woh to</w:t>
      </w:r>
      <w:r>
        <w:br/>
      </w:r>
      <w:r>
        <w:rPr>
          <w:sz w:val="20"/>
        </w:rPr>
        <w:t>46:05  prophet ne kaha Hazrat Aisha se ke tum shuru karo hmm to unhone kaha no you start hmm agar aap koi ah galat baat karengi to main beech mein aap ko tokungi aur theek</w:t>
      </w:r>
      <w:r>
        <w:br/>
      </w:r>
      <w:r>
        <w:rPr>
          <w:sz w:val="20"/>
        </w:rPr>
        <w:t>46:20  karungi to jab Hazrat Abu Bakr ne yeh andaaz dekha ji to woh khare ho gaye aur he was about to slap her tab tak woh prophet beech mein aa gaye ji aur woh kaise kaise mamla khatam hua hua ji aur prophet ne kaha ke dekho i have saved you from this man ji to baad mein ah ah woh to khair mamla ho gaya phir baad mein aaye Hazrat Abu Bakr kuch din ke baad to dekha sab theek thaak</w:t>
      </w:r>
      <w:r>
        <w:br/>
      </w:r>
      <w:r>
        <w:rPr>
          <w:sz w:val="20"/>
        </w:rPr>
        <w:t>46:48  hain humm to hazrat abubakar ne kaha ke jaise aap ne mujhe you called me in your battle you should call me in peace also ji in good times also ji to is tarah ki cheezen hamein milti hain yani ah dekha jaye to rasool allah bhi insan thay humm aur agar hamein sabak lena hai aur lesson lene hain to is tarah ki zindagi ah hazrat muhammad sallallahu alaihi wasallam</w:t>
      </w:r>
    </w:p>
    <w:p>
      <w:pPr>
        <w:pStyle w:val="Heading2"/>
      </w:pPr>
      <w:r>
        <w:t>Cave of Thaur devotion and Aisha's unmatched status revealed</w:t>
      </w:r>
    </w:p>
    <w:p>
      <w:r>
        <w:rPr>
          <w:color w:val="666666"/>
          <w:sz w:val="18"/>
        </w:rPr>
        <w:t>The Story of Hazrat Aishah January 29, 2023 · 3m 23s · at 10:00 · https://youtu.be/JvCeNobW-Wk?t=600</w:t>
      </w:r>
    </w:p>
    <w:p>
      <w:r>
        <w:rPr>
          <w:i/>
        </w:rPr>
        <w:t>“Abu Bakr ko pareshan dekh ke Rasulullah ne farmaya”</w:t>
      </w:r>
    </w:p>
    <w:p>
      <w:r>
        <w:rPr>
          <w:sz w:val="20"/>
        </w:rPr>
        <w:t>10:00  to maulana ne ek martaba bataya ki kaise aapka naam jo hai, uska bhi source Hazrat Abu Bakr aur Prophet ke us qisse se related hai jo gaar e sour mein pesh aaya ki jab wo hijrat pe gaye to wo gaar e sour pe rukay thay. aur us waqt Hazrat Abu Bakr bohat ghabra gaye thay kyunke Quraish unke qadmon tak pahunch chukay thay.</w:t>
      </w:r>
      <w:r>
        <w:br/>
      </w:r>
      <w:r>
        <w:rPr>
          <w:sz w:val="20"/>
        </w:rPr>
        <w:t>10:21  to Hazrat Abu Bakr ko pareshan dekh ke Rasulullah صلى الله عليه وسلم ne farmaya ki ae Abu Bakr, un do ke baray mein tumhara kya khayal hai jiska teesra sathi Allah hai?</w:t>
      </w:r>
      <w:r>
        <w:br/>
      </w:r>
      <w:r>
        <w:rPr>
          <w:sz w:val="20"/>
        </w:rPr>
        <w:t>10:31  aur Quran ke chapter 9, verse number 40 mein usko zikr is tarah kiya gaya hai ki second of the two to second ko arabi mein sani kehte hain aur of the two ko asnain.</w:t>
      </w:r>
      <w:r>
        <w:br/>
      </w:r>
      <w:r>
        <w:rPr>
          <w:sz w:val="20"/>
        </w:rPr>
        <w:t>10:46  to maulana wahiduddin khan sahib ne usi qisse ke reference mein doctor sahib ka naam sani asnain rakha. to ye ek bohat interesting baat thi, to maine sab se share karna isko chaha. doctor sahib, there is also a hadith that once a companion asked the Prophet that who is the most beloved of all to us hadith ke baray mein hum sab ko batayen.</w:t>
      </w:r>
      <w:r>
        <w:br/>
      </w:r>
      <w:r>
        <w:rPr>
          <w:sz w:val="20"/>
        </w:rPr>
        <w:t>11:12  haan, ye Hazrat Amr Ibn Alas رضي الله عنه ka waqia hai aur Hazrat Amr Ibn Alas bohat hi baray sahabi thay.</w:t>
      </w:r>
      <w:r>
        <w:br/>
      </w:r>
      <w:r>
        <w:rPr>
          <w:sz w:val="20"/>
        </w:rPr>
        <w:t>11:21  ji, balkay Egypt mein Islam unke hi zariye pahuncha tha aur wo governor bhi thay Egypt ke. balkay jab maulana gaye thay Egypt to khaas taur se masjid Amr Ibn Alas dekhnay gaye thay.</w:t>
      </w:r>
      <w:r>
        <w:br/>
      </w:r>
      <w:r>
        <w:rPr>
          <w:sz w:val="20"/>
        </w:rPr>
        <w:t>11:37  and this is one of the oldest mosques in the world</w:t>
      </w:r>
      <w:r>
        <w:br/>
      </w:r>
      <w:r>
        <w:rPr>
          <w:sz w:val="20"/>
        </w:rPr>
        <w:t>11:41  . aap samjhen ki it was built in 641 AD. ji, earliest period mein aur Hazrat Amr Ibn Alas ki qabar bhi hai wahan par.</w:t>
      </w:r>
      <w:r>
        <w:br/>
      </w:r>
      <w:r>
        <w:rPr>
          <w:sz w:val="20"/>
        </w:rPr>
        <w:t>11:51  to maulana baithe thay kaafi dair wahan. achha, aur likha tha unhon ne safarnama waghera. to ye unka waqia hai. ek baar Hazrat Amr Ibn Alas ne poocha Prophet Muhammad صلى الله عليه وسلم se ki "Ayun nasi ahabbou ilaik?</w:t>
      </w:r>
      <w:r>
        <w:br/>
      </w:r>
      <w:r>
        <w:rPr>
          <w:sz w:val="20"/>
        </w:rPr>
        <w:t>12:08  who is the most beloved person to you?" to</w:t>
      </w:r>
      <w:r>
        <w:br/>
      </w:r>
      <w:r>
        <w:rPr>
          <w:sz w:val="20"/>
        </w:rPr>
        <w:t>12:12  darasal Hazrat Amr Ibn Alas ye samajhtay thay ki shayad unka hi naam batayen gay. ji, ki jawab mein unka hi naam hoga.</w:t>
      </w:r>
      <w:r>
        <w:br/>
      </w:r>
      <w:r>
        <w:rPr>
          <w:sz w:val="20"/>
        </w:rPr>
        <w:t>12:21  to wo unko ye andaza tha. asal mein Prophet sab se is tarah miltay thay, itni importance detay thay har shakhs ki ki wo samajhta tha ki we are the best friend of the Prophet.</w:t>
      </w:r>
      <w:r>
        <w:br/>
      </w:r>
      <w:r>
        <w:rPr>
          <w:sz w:val="20"/>
        </w:rPr>
        <w:t>12:32  ji, to sab ye ehsaas mein thay ki hum hum ko sab se zyada pasand karte hain. to unhon ne ye sawal poocha. to jawab mein Rasulullah صلى الله عليه وسلم ne kaha: "Aisha!"</w:t>
      </w:r>
      <w:r>
        <w:br/>
      </w:r>
      <w:r>
        <w:rPr>
          <w:sz w:val="20"/>
        </w:rPr>
        <w:t>12:42  ji, to wo zara chaunk gaye. chunke is zamanon mein arbon ka ye mizaj nahi tha ki wo kahein ki "I love my wife the most." ji, to wo unhon ne kaha ki "min ar-rijal." ki achha, aadmiyon mein se batayen, mardon mein se.</w:t>
      </w:r>
      <w:r>
        <w:br/>
      </w:r>
      <w:r>
        <w:rPr>
          <w:sz w:val="20"/>
        </w:rPr>
        <w:t>12:56  yani who is the your most beloved companion? ji, to Prophet ne kaha: "Abuaha!" har father, har ye nahi kaha: "Abu Bakr!" wahan bhi Hazrat Aisha ko joR ke.</w:t>
      </w:r>
      <w:r>
        <w:br/>
      </w:r>
      <w:r>
        <w:rPr>
          <w:sz w:val="20"/>
        </w:rPr>
        <w:t>13:08  ji, ki "Abuaha!"</w:t>
      </w:r>
      <w:r>
        <w:br/>
      </w:r>
      <w:r>
        <w:rPr>
          <w:sz w:val="20"/>
        </w:rPr>
        <w:t>13:10  phir unhon ne poocha: "Thumma man?" uske baad kaun hai? to kaha: "Umar Ibn Al-Khattab!" achha, to is waqie se pata chalta hai ki Hazrat Aisha ka ka kya maqam tha.</w:t>
      </w:r>
    </w:p>
    <w:p>
      <w:pPr>
        <w:pStyle w:val="Heading2"/>
      </w:pPr>
      <w:r>
        <w:t>Abu Bakr story: silence invites angels, speaking invites Satan</w:t>
      </w:r>
    </w:p>
    <w:p>
      <w:r>
        <w:rPr>
          <w:color w:val="666666"/>
          <w:sz w:val="18"/>
        </w:rPr>
        <w:t>Living with Angels April 11, 2010 · 1m 56s · at 33:02 · https://youtu.be/u-SHIRgBE6M?t=1982</w:t>
      </w:r>
    </w:p>
    <w:p>
      <w:r>
        <w:rPr>
          <w:i/>
        </w:rPr>
        <w:t>“Rasul Allah ke senior sahabi thay, unka naam Abu Bakr Siddiq tha.”</w:t>
      </w:r>
    </w:p>
    <w:p>
      <w:r>
        <w:rPr>
          <w:sz w:val="20"/>
        </w:rPr>
        <w:t>33:02  rasool Allah kay senior sahabi thay, un ka naam abubakar siddiq tha. to aik shakhs jo hai, un ko bura bura kehna laga.</w:t>
      </w:r>
      <w:r>
        <w:br/>
      </w:r>
      <w:r>
        <w:rPr>
          <w:sz w:val="20"/>
        </w:rPr>
        <w:t>33:12  kisi baat say woh ghussa ho gaya aur laga bura bura bura kehna. to rasool Allah bhi wahan thay. to hazrat abubakar chup chap thay, sun rahay thay, sun rahay thay, sun rahay thay.</w:t>
      </w:r>
      <w:r>
        <w:br/>
      </w:r>
      <w:r>
        <w:rPr>
          <w:sz w:val="20"/>
        </w:rPr>
        <w:t>33:24  yahan tak kay jab bohat ziyada us nay kaha to hazrat abubakar bhi kuch bol paray. woh jawab dainay lagay. jis ko kehtay hain retort karna.</w:t>
      </w:r>
      <w:r>
        <w:br/>
      </w:r>
      <w:r>
        <w:rPr>
          <w:sz w:val="20"/>
        </w:rPr>
        <w:t>33:34  to rasool Allah chupkay say wahan say, khamoshi say wahan say, rasool Allah khamoshi say wahan say chalay gaey.</w:t>
      </w:r>
      <w:r>
        <w:br/>
      </w:r>
      <w:r>
        <w:rPr>
          <w:sz w:val="20"/>
        </w:rPr>
        <w:t>33:42  to phir abubakar siddiq jo thay, un kay peechay gaey. unhon nay kaha kay yeh kiya mamla hai? jab tak woh bol raha tha to aap khaday huay thay aur main bola to aap chalay gaey.</w:t>
      </w:r>
      <w:r>
        <w:br/>
      </w:r>
      <w:r>
        <w:rPr>
          <w:sz w:val="20"/>
        </w:rPr>
        <w:t>33:54  to kitni zabardast baat ki rasool Allah sal Allah alaihi wasallam nay.</w:t>
      </w:r>
      <w:r>
        <w:br/>
      </w:r>
      <w:r>
        <w:rPr>
          <w:sz w:val="20"/>
        </w:rPr>
        <w:t>34:00  is say aap samjhtay hain kay taani ka nuqsan, faida kiya hai aur ajla ka nuqsan kiya hai.</w:t>
      </w:r>
      <w:r>
        <w:br/>
      </w:r>
      <w:r>
        <w:rPr>
          <w:sz w:val="20"/>
        </w:rPr>
        <w:t>34:07  aap nay farmaya kay jab tak woh bol raha tha tum ko aur tum khamosh thay, chup chup thay, to farishta tumhari taraf jawab day raha tha.</w:t>
      </w:r>
      <w:r>
        <w:br/>
      </w:r>
      <w:r>
        <w:rPr>
          <w:sz w:val="20"/>
        </w:rPr>
        <w:t>34:18  farishta tumhari taraf say bol raha tha. tumhara chup rehna jo hai, chup rehna nahi tha woh. farishtay ko dawat deni thi kay aap tumhari taraf say woh jawab dain.</w:t>
      </w:r>
      <w:r>
        <w:br/>
      </w:r>
      <w:r>
        <w:rPr>
          <w:sz w:val="20"/>
        </w:rPr>
        <w:t>34:33  aur jab tum bol paray to farishta loot gaya. to ab to wahan shaitan ka amal dakhal ho gaya. tumhein wapas chala aaya.</w:t>
      </w:r>
      <w:r>
        <w:br/>
      </w:r>
      <w:r>
        <w:rPr>
          <w:sz w:val="20"/>
        </w:rPr>
        <w:t>34:44  is mein kitni bari misaal hai ji kay agar koi aap ko satata hai, koi aap ko takleef deta hai to aap agar mushtael ho gaey to wahan par shaitan ki fauj aa jaey gi.</w:t>
      </w:r>
    </w:p>
    <w:p>
      <w:pPr>
        <w:pStyle w:val="Heading2"/>
      </w:pPr>
      <w:r>
        <w:t>Abu Bakr instantly recognized the Prophet as truthful</w:t>
      </w:r>
    </w:p>
    <w:p>
      <w:r>
        <w:rPr>
          <w:color w:val="666666"/>
          <w:sz w:val="18"/>
        </w:rPr>
        <w:t>The Companions of The Prophet January 15, 2023 · 2m 46s · at 10:35 · https://youtu.be/clnN0tUU9og?t=635</w:t>
      </w:r>
    </w:p>
    <w:p>
      <w:r>
        <w:rPr>
          <w:i/>
        </w:rPr>
        <w:t>“Abu Bakr was a truth-seeker searching for Abraham's lost faith.”</w:t>
      </w:r>
    </w:p>
    <w:p>
      <w:r>
        <w:rPr>
          <w:sz w:val="20"/>
        </w:rPr>
        <w:t>10:35  to woh us ki talash mein rehte thay. to hazrat abubakar bhi ek hanif thay, truth seeker jis ko hum aaj keh sakte hain. to woh talash mein hi thay sachai ke aur hazrat rasool Allah sallallahu alaihi wasallam ko woh pehle se jante thay kyunke woh bhi tajir thay aur rasool Allah sallallahu alaihi wasallam ne bhi tijarat ki thi.</w:t>
      </w:r>
      <w:r>
        <w:br/>
      </w:r>
      <w:r>
        <w:rPr>
          <w:sz w:val="20"/>
        </w:rPr>
        <w:t>10:53  to pehle se jaan jaan pehchan thi. to jab jab unhone suna ek bar woh tijarat ke silsile mein kahin bahar gaye hue thay, jab woh aaye to logon ne kehna shuru kiya ke ek aadmi aaya hai aur woh kehta hai mein peghambar hoon aur kehta hai ke ek maabood ko mano aur tum doosre maaboodon ko bura bhala kehta hai.</w:t>
      </w:r>
      <w:r>
        <w:br/>
      </w:r>
      <w:r>
        <w:rPr>
          <w:sz w:val="20"/>
        </w:rPr>
        <w:t>11:16  to woh foran rasool Allah sallallahu alaihi wasallam ke paas gaye ke aisi aisi baat log keh rahe hain to kya baat hai, asal majra kya hai? to rasool Allah sallallahu alaihi wasallam ne bataya ke mujhe Khuda ne peghambar banaya hai aur Khuda ek hai, ek Khuda ki parastish karo.</w:t>
      </w:r>
      <w:r>
        <w:br/>
      </w:r>
      <w:r>
        <w:rPr>
          <w:sz w:val="20"/>
        </w:rPr>
        <w:t>11:33  aur jo jo mein us waqt namaz bhi farz hui thi to namaz ke bare mein bataya.</w:t>
      </w:r>
      <w:r>
        <w:br/>
      </w:r>
      <w:r>
        <w:rPr>
          <w:sz w:val="20"/>
        </w:rPr>
        <w:t>11:40  to hazrat abubakar pehle freed man hain kyunke wahan do tarah ki is society mein log rehte thay, ek ghulam aur ek freed log jo ke tribe se talluq rakhte thay.</w:t>
      </w:r>
      <w:r>
        <w:br/>
      </w:r>
      <w:r>
        <w:rPr>
          <w:sz w:val="20"/>
        </w:rPr>
        <w:t>11:52  to pehle freed man hain jo Islam laye. sab se pehli khatoon to khadija jo Islam layi, us ke baad hazrat zaid Islam laye jo aap ke ghulam thay.</w:t>
      </w:r>
      <w:r>
        <w:br/>
      </w:r>
      <w:r>
        <w:rPr>
          <w:sz w:val="20"/>
        </w:rPr>
        <w:t>12:03  us ke baad hazrat ali jo ke abhi abhi unki das barah saal ki umar ke thay.</w:t>
      </w:r>
      <w:r>
        <w:br/>
      </w:r>
      <w:r>
        <w:rPr>
          <w:sz w:val="20"/>
        </w:rPr>
        <w:t>12:09  to ek senior aadmi jo tha woh hazrat abubakr thay jo sab se pehle sab iman laye. to hazrat abubakar ki khaas baat yeh hai ke unko koi taraddud nahi hai, koi hesitation nahi.</w:t>
      </w:r>
      <w:r>
        <w:br/>
      </w:r>
      <w:r>
        <w:rPr>
          <w:sz w:val="20"/>
        </w:rPr>
        <w:t>12:22  jaise rasool Allah sallallahu alaihi wasallam ne bataya, waise hi unhone us ko maan liya kyunke woh rasool Allah sallallahu alaihi wasallam ko jante thay aur rasool Allah sallallahu alaihi wasallam pehle hi alameen ke naam se as-sadiq ke naam se mashhoor thay.</w:t>
      </w:r>
      <w:r>
        <w:br/>
      </w:r>
      <w:r>
        <w:rPr>
          <w:sz w:val="20"/>
        </w:rPr>
        <w:t>12:35  to jante thay ke woh jhoot nahi bol sakte.</w:t>
      </w:r>
      <w:r>
        <w:br/>
      </w:r>
      <w:r>
        <w:rPr>
          <w:sz w:val="20"/>
        </w:rPr>
        <w:t>12:38  to is wajah se unhone foran aap ki tasdeeq ki. aur isi tareeqe se ek aur mauqe par miraaj ke mauqe par jab miraaj ki baatein logon tak pahunchi ke woh kehte hain ke hum to aasman pe sab ja ke safar kar ke aaye hain to log mazaq uda</w:t>
      </w:r>
      <w:r>
        <w:br/>
      </w:r>
      <w:r>
        <w:rPr>
          <w:sz w:val="20"/>
        </w:rPr>
        <w:t>12:56  rahe thay. to hazrat abubakar aaye rasool Allah ke paas aur rasool Allah sallallahu alaihi wasallam ne bataya to unhone pehle hi keh diya tha ke jab woh keh rahe hain peghambar to woh baat sahi hogi.</w:t>
      </w:r>
      <w:r>
        <w:br/>
      </w:r>
      <w:r>
        <w:rPr>
          <w:sz w:val="20"/>
        </w:rPr>
        <w:t>13:08  phir unhone aa ke aur detail se maloomat ki to us waqt rasool Allah sallallahu alaihi wasallam ne unko as-siddiq ka laqab diya. as-siddiq maani truthful aur sab se pehle jo hai tasdeeq karne wale.</w:t>
      </w:r>
    </w:p>
    <w:p>
      <w:pPr>
        <w:pStyle w:val="Heading2"/>
      </w:pPr>
      <w:r>
        <w:t>Umar and Abu Bakr's charity competition story</w:t>
      </w:r>
    </w:p>
    <w:p>
      <w:r>
        <w:rPr>
          <w:color w:val="666666"/>
          <w:sz w:val="18"/>
        </w:rPr>
        <w:t>The Companions of The Prophet January 15, 2023 · 1m 22s · at 14:48 · https://youtu.be/clnN0tUU9og?t=888</w:t>
      </w:r>
    </w:p>
    <w:p>
      <w:r>
        <w:rPr>
          <w:i/>
        </w:rPr>
        <w:t>“Umar gave half his wealth — then Abu Bakr gave it all.”</w:t>
      </w:r>
    </w:p>
    <w:p>
      <w:r>
        <w:rPr>
          <w:sz w:val="20"/>
        </w:rPr>
        <w:t>14:48  to sab se ziyada kharch karte the deen ke kaam par. to hazrat umar ne ek baar rasool Allah salallaho alaihi wasallam ne sadqe ka hukum diya.</w:t>
      </w:r>
      <w:r>
        <w:br/>
      </w:r>
      <w:r>
        <w:rPr>
          <w:sz w:val="20"/>
        </w:rPr>
        <w:t>14:58  to hazrat umar ne socha ke mere paas to daulat hai, us zamane mein koi un ka business raha hoga. to unhon ne kaha mere paas daulat hai, main aaj hazrat abubakar par main sabqat le jaunga.</w:t>
      </w:r>
      <w:r>
        <w:br/>
      </w:r>
      <w:r>
        <w:rPr>
          <w:sz w:val="20"/>
        </w:rPr>
        <w:t>15:11  to woh apne poore ghar ka jo jo ghar mein jo asasa tha, to us mein se aadha maal lekar rasool Allah salallaho alaihi wasallam ki khidmat mein hazir hue.</w:t>
      </w:r>
      <w:r>
        <w:br/>
      </w:r>
      <w:r>
        <w:rPr>
          <w:sz w:val="20"/>
        </w:rPr>
        <w:t>15:22  wahan gaye to phir hazrat abubakar aaye to woh poora hi maal le aaye. to rasool Allah salallaho alaihi wasallam ne poocha hazrat umar se pehle ke tum ne apne ghar ke liye kya chhora hai?</w:t>
      </w:r>
      <w:r>
        <w:br/>
      </w:r>
      <w:r>
        <w:rPr>
          <w:sz w:val="20"/>
        </w:rPr>
        <w:t>15:33  to unhon ne kaha aadha maal ghar mein chhora hai.</w:t>
      </w:r>
      <w:r>
        <w:br/>
      </w:r>
      <w:r>
        <w:rPr>
          <w:sz w:val="20"/>
        </w:rPr>
        <w:t>15:36  to hazrat abubakar se poocha ke tum ne apne ghar ke liye kya chhora hai? to hazrat abubakar ne kaha ke main ne Allah aur us ke rasool ko ghar par chhora hai.</w:t>
      </w:r>
      <w:r>
        <w:br/>
      </w:r>
      <w:r>
        <w:rPr>
          <w:sz w:val="20"/>
        </w:rPr>
        <w:t>15:51  tab hazrat umar ne kaha main abubakar se kisi muamle mein aage nahi badh sakta.</w:t>
      </w:r>
      <w:r>
        <w:br/>
      </w:r>
      <w:r>
        <w:rPr>
          <w:sz w:val="20"/>
        </w:rPr>
        <w:t>15:57  to itne zabardast yeh log the, isi wajah se islami inqilab jo duniya mein aaya, poori arab duniya ek bani in inhi logon ki qurbaniyon ki wajah se bani.</w:t>
      </w:r>
    </w:p>
    <w:p>
      <w:pPr>
        <w:pStyle w:val="Heading2"/>
      </w:pPr>
      <w:r>
        <w:t>Abu Bakr's wish to vanish for fear of God</w:t>
      </w:r>
    </w:p>
    <w:p>
      <w:r>
        <w:rPr>
          <w:color w:val="666666"/>
          <w:sz w:val="18"/>
        </w:rPr>
        <w:t>The Companions of The Prophet January 15, 2023 · 29s · at 26:30 · https://youtu.be/clnN0tUU9og?t=1590</w:t>
      </w:r>
    </w:p>
    <w:p>
      <w:r>
        <w:rPr>
          <w:i/>
        </w:rPr>
        <w:t>“Abu Bakr wished he were a branch eaten by a camel.”</w:t>
      </w:r>
    </w:p>
    <w:p>
      <w:r>
        <w:rPr>
          <w:sz w:val="20"/>
        </w:rPr>
        <w:t>26:30  to itna zyada khuda se, khuda se ka dar, accountability ka dar. hazrat abubakar ne ek baar kaha tha ke kaash ke main ek peed ki branch hota aur koi guzarta hua camel mujhe kha jata aur us ko dung mein nikal deta, khatam ho jata.</w:t>
      </w:r>
      <w:r>
        <w:br/>
      </w:r>
      <w:r>
        <w:rPr>
          <w:sz w:val="20"/>
        </w:rPr>
        <w:t>26:47  matlab main extinct ho jata. hazrat abubakar o umar is qadar darte the khuda ke ke kya pata maine koi anjane mein koi ghalti kar di ho aur allah ke haan is ki maafi hogi ke nahi.</w:t>
      </w:r>
    </w:p>
    <w:p>
      <w:pPr>
        <w:pStyle w:val="Heading2"/>
      </w:pPr>
      <w:r>
        <w:t>Abu Bakr story: the angel who answers insults for you</w:t>
      </w:r>
    </w:p>
    <w:p>
      <w:r>
        <w:rPr>
          <w:color w:val="666666"/>
          <w:sz w:val="18"/>
        </w:rPr>
        <w:t>Living with Angels August 6, 2023 · 1m 48s · at 8:56 · https://youtu.be/1WO5xChgrXM?t=536</w:t>
      </w:r>
    </w:p>
    <w:p>
      <w:r>
        <w:rPr>
          <w:i/>
        </w:rPr>
        <w:t>“Hazrat Abu Bakr rasool Allah ke sath baithay thay, aik shaks ne bura bhala kaha”</w:t>
      </w:r>
    </w:p>
    <w:p>
      <w:r>
        <w:rPr>
          <w:sz w:val="20"/>
        </w:rPr>
        <w:t>8:56  to is ki ek bohat achhi misaal hai hazrat abubakar ki.</w:t>
      </w:r>
      <w:r>
        <w:br/>
      </w:r>
      <w:r>
        <w:rPr>
          <w:sz w:val="20"/>
        </w:rPr>
        <w:t>9:01  is se bohat yeh baat clear ho jati hai ke jab hazrat abubakar rasool allah sallallahu alaihi wasallam ke sath baithe hue thay, ek aadmi ne bohat bura bhala kaha.</w:t>
      </w:r>
      <w:r>
        <w:br/>
      </w:r>
      <w:r>
        <w:rPr>
          <w:sz w:val="20"/>
        </w:rPr>
        <w:t>9:13  kafi der tak hazrat abubakar sunte rahe, aur rasool allah sallallahu alaihi wasallam baithe thay aur muskara rahe thay, matlab achhe sahi mood mein thay.</w:t>
      </w:r>
      <w:r>
        <w:br/>
      </w:r>
      <w:r>
        <w:rPr>
          <w:sz w:val="20"/>
        </w:rPr>
        <w:t>9:22  jab jab hazrat abubakar bohat ziyada woh kehne laga to hazrat abubakar jawab dene lage.</w:t>
      </w:r>
      <w:r>
        <w:br/>
      </w:r>
      <w:r>
        <w:rPr>
          <w:sz w:val="20"/>
        </w:rPr>
        <w:t>9:30  to rasool allah sallallahu alaihi wasallam ke chehre par nagawari ke asar zahir ho gaye, aur aap wahan se uth gaye. to hazrat abubakar ne poocha ke aisa kyun hua ke jab woh itna ziyada bura bhala keh raha tha, jab main chup tha to aap to baithe hue thay, aur aap sahi aap ke chehre se lag raha tha ke aap khush hain</w:t>
      </w:r>
      <w:r>
        <w:br/>
      </w:r>
      <w:r>
        <w:rPr>
          <w:sz w:val="20"/>
        </w:rPr>
        <w:t>9:52  , aur phir baad mein aap chale gaye. to tab woh rasool allah sallallahu alaihi wasallam ne bataya ke jab tum ko woh aadmi bura bhala keh raha tha to farishta tumhare badle jawab de raha tha.</w:t>
      </w:r>
      <w:r>
        <w:br/>
      </w:r>
      <w:r>
        <w:rPr>
          <w:sz w:val="20"/>
        </w:rPr>
        <w:t>10:05  jab tum ne khud jawab dena shuru kar diya to wahan shaitan aa gaya, aur farishta chala gaya. to is liye main wahan se uth</w:t>
      </w:r>
      <w:r>
        <w:br/>
      </w:r>
      <w:r>
        <w:rPr>
          <w:sz w:val="20"/>
        </w:rPr>
        <w:t>10:13  gaya. to is se bohat clear ho jata hai ke agar hum apne consciousness ki sunenge, bhale kaam karenge to hamare paas farishta rahega.</w:t>
      </w:r>
      <w:r>
        <w:br/>
      </w:r>
      <w:r>
        <w:rPr>
          <w:sz w:val="20"/>
        </w:rPr>
        <w:t>10:24  farishta har waqt hamare paas rehta hai, lekin hum bura kaam karenge to woh hat jayega, aur shaitan is ki jagah aa jayega.</w:t>
      </w:r>
      <w:r>
        <w:br/>
      </w:r>
      <w:r>
        <w:rPr>
          <w:sz w:val="20"/>
        </w:rPr>
        <w:t>10:31  to yeh hai, is se bohat zyada clarity aati hai ke hamein har waqt is baat ka dhyan rakhna hai ke farishta hamare paas rahe, wohi hamein guide karta rahega seedhe raaste par chalne ki.</w:t>
      </w:r>
    </w:p>
    <w:p>
      <w:pPr>
        <w:pStyle w:val="Heading2"/>
      </w:pPr>
      <w:r>
        <w:t>Prophet and Abu Bakr hiding from killers in the cave</w:t>
      </w:r>
    </w:p>
    <w:p>
      <w:r>
        <w:rPr>
          <w:color w:val="666666"/>
          <w:sz w:val="18"/>
        </w:rPr>
        <w:t>Prophetic Guidance October 4, 2015 · 2m 19s · at 9:24 · https://youtu.be/k5sAYxguQUo?t=564</w:t>
      </w:r>
    </w:p>
    <w:p>
      <w:r>
        <w:rPr>
          <w:i/>
        </w:rPr>
        <w:t>“رسول اللہ ہجرت کے بعد غار ثور میں ٹھہرے تھے”</w:t>
      </w:r>
    </w:p>
    <w:p>
      <w:r>
        <w:rPr>
          <w:sz w:val="20"/>
        </w:rPr>
        <w:t>9:24  yani aap ko maloom hai ke rasool Allah hijrat ke baad ghar e thaur mein thehray thay. to ghar e thaur kahan hai?</w:t>
      </w:r>
      <w:r>
        <w:br/>
      </w:r>
      <w:r>
        <w:rPr>
          <w:sz w:val="20"/>
        </w:rPr>
        <w:t>9:33  ghar e thaur madina ki taraf nahin hai, ulti taraf hai woh. yani jana hai idhar, ghar e thaur idhar.</w:t>
      </w:r>
      <w:r>
        <w:br/>
      </w:r>
      <w:r>
        <w:rPr>
          <w:sz w:val="20"/>
        </w:rPr>
        <w:t>9:43  wahan aa ja ke wahan chhupe rahay. to rasool Allah ko pata tha ke yeh log jo hain jab jane gaye ke hum ne makkah chhod diya hai to hawa e talash mein nikal gaye woh.</w:t>
      </w:r>
      <w:r>
        <w:br/>
      </w:r>
      <w:r>
        <w:rPr>
          <w:sz w:val="20"/>
        </w:rPr>
        <w:t>9:58  kya nikle woh talash mein aap? talwarein liye hue.</w:t>
      </w:r>
      <w:r>
        <w:br/>
      </w:r>
      <w:r>
        <w:rPr>
          <w:sz w:val="20"/>
        </w:rPr>
        <w:t>10:04  ke makkah mein nahin mile to rastay pe qatl kar diya jaye un ko. yahan tak ke woh dhoondhte dhoondhte ghar e thaur tak hi pohanch gaye.</w:t>
      </w:r>
      <w:r>
        <w:br/>
      </w:r>
      <w:r>
        <w:rPr>
          <w:sz w:val="20"/>
        </w:rPr>
        <w:t>10:17  to jab woh ghar e thaur ka jo dahana tha, wahan aa ke kharay ho gaye woh. aur hazrat abubakar ne dekha ke yeh to wahan pohanch gaye.</w:t>
      </w:r>
      <w:r>
        <w:br/>
      </w:r>
      <w:r>
        <w:rPr>
          <w:sz w:val="20"/>
        </w:rPr>
        <w:t>10:30  to hazrat abub</w:t>
      </w:r>
      <w:r>
        <w:br/>
      </w:r>
      <w:r>
        <w:rPr>
          <w:sz w:val="20"/>
        </w:rPr>
        <w:t>10:34  kar ne khamoshi se, zahir hai ke use zor zor se bolne ka mauqa nahin tha. khamoshi se, whisper ki zaban mein kaha gaya tha, yahan bhi aa gaye.</w:t>
      </w:r>
      <w:r>
        <w:br/>
      </w:r>
      <w:r>
        <w:rPr>
          <w:sz w:val="20"/>
        </w:rPr>
        <w:t>10:47  to quran mein is ke is is waqt aap ne jo aaya jo jawab diya tha, us ko quran mein in lafz mein aaya hai ke la tahzan innallaha ma'ana lekin hadith mein ek aur lafz aaya hai.</w:t>
      </w:r>
      <w:r>
        <w:br/>
      </w:r>
      <w:r>
        <w:rPr>
          <w:sz w:val="20"/>
        </w:rPr>
        <w:t>11:00  ya abubakar ma zannaka bi-stain allahu thalithuhuma yeh hadith ka lafz hai. aye abubakar, tumhara guman un do ke baray mein kya hai?</w:t>
      </w:r>
      <w:r>
        <w:br/>
      </w:r>
      <w:r>
        <w:rPr>
          <w:sz w:val="20"/>
        </w:rPr>
        <w:t>11:15  jin ke sath in ka teesra Allah ho. ya abubakar ma zannaka bi-thnain allahu thalithuhuma</w:t>
      </w:r>
      <w:r>
        <w:br/>
      </w:r>
      <w:r>
        <w:rPr>
          <w:sz w:val="20"/>
        </w:rPr>
        <w:t>11:26  is tarah se Allah par shukr karte hue rawana hue. yahan tak ke aap madina pohanch gaye. is waqt aap ne ek bohat hi meaningful jumla kaha tha madina ke baray mein.</w:t>
      </w:r>
    </w:p>
    <w:p>
      <w:pPr>
        <w:pStyle w:val="Heading2"/>
      </w:pPr>
      <w:r>
        <w:t>Companions stayed silent in shura, waiting for Abu Bakr</w:t>
      </w:r>
    </w:p>
    <w:p>
      <w:r>
        <w:rPr>
          <w:color w:val="666666"/>
          <w:sz w:val="18"/>
        </w:rPr>
        <w:t>The Importance of Team Work February 5, 2012 · 2m 56s · at 38:33 · https://youtu.be/qBbwznqIqVw?t=2313</w:t>
      </w:r>
    </w:p>
    <w:p>
      <w:r>
        <w:rPr>
          <w:i/>
        </w:rPr>
        <w:t>“Aaj agar kaha jaye mashwara dijiye, to jaante hain kya hoga?”</w:t>
      </w:r>
    </w:p>
    <w:p>
      <w:r>
        <w:rPr>
          <w:sz w:val="20"/>
        </w:rPr>
        <w:t>38:33  aaj agar kaha jaye ke ek ek</w:t>
      </w:r>
      <w:r>
        <w:br/>
      </w:r>
      <w:r>
        <w:rPr>
          <w:sz w:val="20"/>
        </w:rPr>
        <w:t>38:42  gathering hai, log baithe hue hain, kaha jaye bhai mashwara dijiye falan masle par, to jante hain kya hoga? har aadmi is tarah bolay ga ke subah naya kon kya keh raha hai?</w:t>
      </w:r>
      <w:r>
        <w:br/>
      </w:r>
      <w:r>
        <w:rPr>
          <w:sz w:val="20"/>
        </w:rPr>
        <w:t>38:54  main ne bar bar yeh dekha hai, har aadmi bolta hai, kuch samajh nahi aata kya keh raha hai.</w:t>
      </w:r>
      <w:r>
        <w:br/>
      </w:r>
      <w:r>
        <w:rPr>
          <w:sz w:val="20"/>
        </w:rPr>
        <w:t>39:00  jab kai aadmi bolen to kisi ki baat samajh mein nahi aati.</w:t>
      </w:r>
      <w:r>
        <w:br/>
      </w:r>
      <w:r>
        <w:rPr>
          <w:sz w:val="20"/>
        </w:rPr>
        <w:t>39:08  wahan kya hota tha?</w:t>
      </w:r>
      <w:r>
        <w:br/>
      </w:r>
      <w:r>
        <w:rPr>
          <w:sz w:val="20"/>
        </w:rPr>
        <w:t>39:12  rasool Allah ne farmaya ke aey logon! mujhe mashwara do. aur wahan sanata chhaya hua hai, sab khamosh hain. kyun khamosh hain?</w:t>
      </w:r>
      <w:r>
        <w:br/>
      </w:r>
      <w:r>
        <w:rPr>
          <w:sz w:val="20"/>
        </w:rPr>
        <w:t>39:24  har ek ne yeh daryaft kar rakh</w:t>
      </w:r>
      <w:r>
        <w:br/>
      </w:r>
      <w:r>
        <w:rPr>
          <w:sz w:val="20"/>
        </w:rPr>
        <w:t>39:26  a tha, hum sab mein sab se pehle bolne ka jo ahel hai, woh abubakar hai.</w:t>
      </w:r>
      <w:r>
        <w:br/>
      </w:r>
      <w:r>
        <w:rPr>
          <w:sz w:val="20"/>
        </w:rPr>
        <w:t>39:36  to team work ke liye yeh bhi zaroori hai ke aap apne ko jano aur doosron ko bhi jano.</w:t>
      </w:r>
      <w:r>
        <w:br/>
      </w:r>
      <w:r>
        <w:rPr>
          <w:sz w:val="20"/>
        </w:rPr>
        <w:t>39:45  team work ke liye bohat hi zaroori hai ke aap apne ko bhi jano, doosron ko bhi jano. to woh jante the ke hum kahan hain aur abubakar kahan hain.</w:t>
      </w:r>
      <w:r>
        <w:br/>
      </w:r>
      <w:r>
        <w:rPr>
          <w:sz w:val="20"/>
        </w:rPr>
        <w:t>39:55  to har ek is waqt tak intezar karta tha jab tak ke abubakar khare hote the.</w:t>
      </w:r>
      <w:r>
        <w:br/>
      </w:r>
      <w:r>
        <w:rPr>
          <w:sz w:val="20"/>
        </w:rPr>
        <w:t>40:03  kisi ajeeb cheez hai yeh! is rasool par main ne amal karne wale kahin dekhe nahi musalmanon mein ke jab mashware ka waqt aaye to sab log chup rahe hain.</w:t>
      </w:r>
      <w:r>
        <w:br/>
      </w:r>
      <w:r>
        <w:rPr>
          <w:sz w:val="20"/>
        </w:rPr>
        <w:t>40:22  kisi ka qaul hai ke jab</w:t>
      </w:r>
      <w:r>
        <w:br/>
      </w:r>
      <w:r>
        <w:rPr>
          <w:sz w:val="20"/>
        </w:rPr>
        <w:t>40:27  999 nadan chup rehte hain, tab ek aqalmand aadmi ko bolne ka mauqa milta hai.</w:t>
      </w:r>
      <w:r>
        <w:br/>
      </w:r>
      <w:r>
        <w:rPr>
          <w:sz w:val="20"/>
        </w:rPr>
        <w:t>40:40  jab 999 aadmi chup rahe hain, tab ek aqalmand aadmi ko milta hai ke woh bolay.</w:t>
      </w:r>
      <w:r>
        <w:br/>
      </w:r>
      <w:r>
        <w:rPr>
          <w:sz w:val="20"/>
        </w:rPr>
        <w:t>40:50  to rasool Allah ne farmaya ke aey logon! mujhe mashwara do. aur sab log chup hain kyunke woh intezar kar rahe hain ke khare hon to abubakar khare hon, hum kyun pehle khare hon?</w:t>
      </w:r>
      <w:r>
        <w:br/>
      </w:r>
      <w:r>
        <w:rPr>
          <w:sz w:val="20"/>
        </w:rPr>
        <w:t>41:07  chunanche hazrat abubakar khare hote the,</w:t>
      </w:r>
      <w:r>
        <w:br/>
      </w:r>
      <w:r>
        <w:rPr>
          <w:sz w:val="20"/>
        </w:rPr>
        <w:t>41:12  woh apni rai dete the, phir guftagu hoti thi</w:t>
      </w:r>
      <w:r>
        <w:br/>
      </w:r>
      <w:r>
        <w:rPr>
          <w:sz w:val="20"/>
        </w:rPr>
        <w:t>41:18  aur bohat thori der mein faisla ho jata tha, lambi baat nahi. yeh tha amal rasool Allah ke zamane mein.</w:t>
      </w:r>
    </w:p>
    <w:p>
      <w:pPr>
        <w:pStyle w:val="Heading2"/>
      </w:pPr>
      <w:r>
        <w:t>hadith: Abu Bakr, the insult, and the angel</w:t>
      </w:r>
    </w:p>
    <w:p>
      <w:r>
        <w:rPr>
          <w:color w:val="666666"/>
          <w:sz w:val="18"/>
        </w:rPr>
        <w:t>My Life and Experience April 8, 2007 · 58s · at 1:11:18 · https://youtu.be/HbJzX4PJdR8?t=4278</w:t>
      </w:r>
    </w:p>
    <w:p>
      <w:r>
        <w:rPr>
          <w:i/>
        </w:rPr>
        <w:t>“Ek aadmi ne Hazrat Abu Bakr ko bura kehna shuru kiya”</w:t>
      </w:r>
    </w:p>
    <w:p>
      <w:r>
        <w:rPr>
          <w:sz w:val="20"/>
        </w:rPr>
        <w:t>1:11:18  rasool Allah Salallaho Alaihe Wasallam ka waqia suniye. ek baar to aisa hua ke ek aadmi ne, aap ke jo saathi the Hazrat Abu Bakr, un ko bura bura kehna shuru kiya.</w:t>
      </w:r>
      <w:r>
        <w:br/>
      </w:r>
      <w:r>
        <w:rPr>
          <w:sz w:val="20"/>
        </w:rPr>
        <w:t>1:11:29  to Hazrat Abu Bakr jo the woh chup chap suntay rahe. jab bohat kaha, usay bohat kaha, to unhein bhi ghussa aa gaya aur bol diye woh.</w:t>
      </w:r>
      <w:r>
        <w:br/>
      </w:r>
      <w:r>
        <w:rPr>
          <w:sz w:val="20"/>
        </w:rPr>
        <w:t>1:11:39  jab bol diye woh to Rasool Allah wahan se chal diye. woh bhi khare thay lekin chal diye.</w:t>
      </w:r>
      <w:r>
        <w:br/>
      </w:r>
      <w:r>
        <w:rPr>
          <w:sz w:val="20"/>
        </w:rPr>
        <w:t>1:11:47  to baad ko Hazrat Abu Bakr un se mile, Rasool Allah se. ke bhai aap jab tak woh bol raha tha tab khare thay aap. mein bola to aap chal diye. to aap ne kya kaha?</w:t>
      </w:r>
      <w:r>
        <w:br/>
      </w:r>
      <w:r>
        <w:rPr>
          <w:sz w:val="20"/>
        </w:rPr>
        <w:t>1:11:57  yeh zuban jo hoti hai, yeh mazhabi zuban hai, is ko aap ko dhalna parta hai doosri zuban mein. aap ne kaha ke jab tak tum chup thay tab tak farishta wahan tha jo tumhari taraf se bol raha tha woh.</w:t>
      </w:r>
      <w:r>
        <w:br/>
      </w:r>
      <w:r>
        <w:rPr>
          <w:sz w:val="20"/>
        </w:rPr>
        <w:t>1:12:11  jab tum bolay to farishta chala gaya. farishta chala gaya to mein bhi chala gaya.</w:t>
      </w:r>
    </w:p>
    <w:p>
      <w:pPr>
        <w:pStyle w:val="Heading2"/>
      </w:pPr>
      <w:r>
        <w:t>Abu Bakr: break my mosque, you can't touch my God</w:t>
      </w:r>
    </w:p>
    <w:p>
      <w:r>
        <w:rPr>
          <w:color w:val="666666"/>
          <w:sz w:val="18"/>
        </w:rPr>
        <w:t>Islam in Daily Life December 26, 2010 · 2m 13s · at 1:08:15 · https://youtu.be/H0VYpUX3q3Q?t=4095</w:t>
      </w:r>
    </w:p>
    <w:p>
      <w:r>
        <w:rPr>
          <w:i/>
        </w:rPr>
        <w:t>“Jo Muhammad ko poochta tha, Muhammad mar gaye”</w:t>
      </w:r>
    </w:p>
    <w:p>
      <w:r>
        <w:rPr>
          <w:sz w:val="20"/>
        </w:rPr>
        <w:t>1:08:15  jo muhammad ko poochhta tha to muhammad mar gaye jo khuda ko poochhta tha to khuda zinda hai is par kabhi maut aane wali nahi hai</w:t>
      </w:r>
      <w:r>
        <w:br/>
      </w:r>
      <w:r>
        <w:rPr>
          <w:sz w:val="20"/>
        </w:rPr>
        <w:t>1:08:26  to musalman ka jazba yeh hona chahiye ke tum ne meri masjid tod di to tod do mere khuda ko to tod nahi sakte tum tum ne meri ek land chheen li to chheen lo tum mujh se khuda ko chheen nahi sakte</w:t>
      </w:r>
      <w:r>
        <w:br/>
      </w:r>
      <w:r>
        <w:rPr>
          <w:sz w:val="20"/>
        </w:rPr>
        <w:t>1:08:42  tum ne falan nuqsan pahuncha diya to pahuncha do khuda ko tum nuqsan nahi pahuncha sakte to khuda mera zinda maujood hai mujh ko dekh raha hai mujhe sambhale hue hai woh qayyum hai to</w:t>
      </w:r>
      <w:r>
        <w:br/>
      </w:r>
      <w:r>
        <w:rPr>
          <w:sz w:val="20"/>
        </w:rPr>
        <w:t>1:08:55  khuda mein jeena</w:t>
      </w:r>
      <w:r>
        <w:br/>
      </w:r>
      <w:r>
        <w:rPr>
          <w:sz w:val="20"/>
        </w:rPr>
        <w:t>1:09:00  is se pehle main bata aya tha aap ko ek kitab chhapi america se is mein hai ke the greatest concern of islam is allah to allah ko concern banane ka matlab yeh hai har doosri cheez aap ke liye kuch na rahe agar hai kuch to woh woh woh woh sab shirk ki qism ki cheez hai woh</w:t>
      </w:r>
      <w:r>
        <w:br/>
      </w:r>
      <w:r>
        <w:rPr>
          <w:sz w:val="20"/>
        </w:rPr>
        <w:t>1:09:25  ulama ne likha hai ke shirk khafi hota hai ek shirk jali hota hai yeh sara shirk ki khafi hai yeh</w:t>
      </w:r>
      <w:r>
        <w:br/>
      </w:r>
      <w:r>
        <w:rPr>
          <w:sz w:val="20"/>
        </w:rPr>
        <w:t>1:09:33  kyun aap nafrat karte hain nafrat ka matlab aap ko shikayat hai ke falan ne mujhe nuqsan pahuncha diya</w:t>
      </w:r>
      <w:r>
        <w:br/>
      </w:r>
      <w:r>
        <w:rPr>
          <w:sz w:val="20"/>
        </w:rPr>
        <w:t>1:09:41  is se oopar uth jaiye is se oopar uth jaiye is se oopar uth jaiye jisay hazrat abu bakr ne kaha tha ke muhammad par maut waqe ho gayi ho gayi allah to zinda hai</w:t>
      </w:r>
      <w:r>
        <w:br/>
      </w:r>
      <w:r>
        <w:rPr>
          <w:sz w:val="20"/>
        </w:rPr>
        <w:t>1:09:52  to yeh jazba aap ke andar ho to to to ne meri masjid tod di tod do land chheen li to chheen lo</w:t>
      </w:r>
      <w:r>
        <w:br/>
      </w:r>
      <w:r>
        <w:rPr>
          <w:sz w:val="20"/>
        </w:rPr>
        <w:t>1:10:02  tum ne mere khilaf falan article chhaap diya to chhaap do tum ne meri mere quran ki ya nabee ki woh heenkardee to kardo khuda to zinda hai woh hayyul amwat hai jo</w:t>
      </w:r>
      <w:r>
        <w:br/>
      </w:r>
      <w:r>
        <w:rPr>
          <w:sz w:val="20"/>
        </w:rPr>
        <w:t>1:10:20  is darje mein na jeera ho yaqeen kijiye koi shirk ka koi nah koee darja is ke andar hai</w:t>
      </w:r>
    </w:p>
    <w:p>
      <w:pPr>
        <w:pStyle w:val="Heading2"/>
      </w:pPr>
      <w:r>
        <w:t>Abu Bakr's deathbed statement on how future reform happens</w:t>
      </w:r>
    </w:p>
    <w:p>
      <w:r>
        <w:rPr>
          <w:color w:val="666666"/>
          <w:sz w:val="18"/>
        </w:rPr>
        <w:t>Revival of Islam March 23, 2014 · 1m 49s · at 7:54 · https://youtu.be/Wc4Vsc4u1JI?t=474</w:t>
      </w:r>
    </w:p>
    <w:p>
      <w:r>
        <w:rPr>
          <w:i/>
        </w:rPr>
        <w:t>“Abu Bakr's dying words on how reform repeats”</w:t>
      </w:r>
    </w:p>
    <w:p>
      <w:r>
        <w:rPr>
          <w:sz w:val="20"/>
        </w:rPr>
        <w:t>7:54  to kya karna hai? is ke baray mein bhi hadithain mojood hain. dekhen, aap jantay hain ke rasool Allah ke jo pehle khaleefa thay, hazrat abubakar siddique, jin ki wafat hui hai san 13 hijri mein.</w:t>
      </w:r>
      <w:r>
        <w:br/>
      </w:r>
      <w:r>
        <w:rPr>
          <w:sz w:val="20"/>
        </w:rPr>
        <w:t>8:12  san 13 hijri mein</w:t>
      </w:r>
      <w:r>
        <w:br/>
      </w:r>
      <w:r>
        <w:rPr>
          <w:sz w:val="20"/>
        </w:rPr>
        <w:t>8:15  to jab un ko, jab woh bimar hue aakhri zamanay mein, to maut se pehle jab woh kamzor ho chukay thay, unhon ne kaha ke mujh ko le kar chalo, mimbar par bithao.</w:t>
      </w:r>
      <w:r>
        <w:br/>
      </w:r>
      <w:r>
        <w:rPr>
          <w:sz w:val="20"/>
        </w:rPr>
        <w:t>8:30  to log sahara de kar un ko laye, mimbar par bithaya. yeh maut se pehle ka waqia hai.</w:t>
      </w:r>
      <w:r>
        <w:br/>
      </w:r>
      <w:r>
        <w:rPr>
          <w:sz w:val="20"/>
        </w:rPr>
        <w:t>8:38  is is waqt to unhon ne yeh baat kahi ke is ummat ka baad ka zamanay mein jo islaah hogi, woh isi pattern par hogi jo is ummat ke ibtidai daur mein hui thi.</w:t>
      </w:r>
      <w:r>
        <w:br/>
      </w:r>
      <w:r>
        <w:rPr>
          <w:sz w:val="20"/>
        </w:rPr>
        <w:t>8:51  isi baat ko imam malik, jo ke top ke tabay tabayee hain, jin ki wafat hui hai 179 hijri mein,</w:t>
      </w:r>
      <w:r>
        <w:br/>
      </w:r>
      <w:r>
        <w:rPr>
          <w:sz w:val="20"/>
        </w:rPr>
        <w:t>9:03  isi ko unhon ne in alfaaz mein kaha tha ke "لن یسرها آخر هذه الامة الا بما صلوا به اولها" ۔</w:t>
      </w:r>
      <w:r>
        <w:br/>
      </w:r>
      <w:r>
        <w:rPr>
          <w:sz w:val="20"/>
        </w:rPr>
        <w:t>9:14  is ummat ka aakhir yani baad ke zamanay ke logon ke darmiyan islaah bhi isi pattern par hogi jis pattern par pehle zamanay mein hui thi.</w:t>
      </w:r>
      <w:r>
        <w:br/>
      </w:r>
      <w:r>
        <w:rPr>
          <w:sz w:val="20"/>
        </w:rPr>
        <w:t>9:26  is ummat ke aakhri hissay ki islaah bhi isi tarah par hogi jis tarah is ummat ke pehle hissay ki islaah hui thi. ab aap ko main aik bohat hi ahem hadith sunana chahta hoon.</w:t>
      </w:r>
    </w:p>
    <w:p>
      <w:pPr>
        <w:pStyle w:val="Heading2"/>
      </w:pPr>
      <w:r>
        <w:t>Relationship between patience and gratitude, with the Abu Bakr story</w:t>
      </w:r>
    </w:p>
    <w:p>
      <w:r>
        <w:rPr>
          <w:color w:val="666666"/>
          <w:sz w:val="18"/>
        </w:rPr>
        <w:t>Importance of Shukr (Thankfulness) July 24, 2022 · 3m 45s · at 35:38 · https://youtu.be/MgWNIv0k1sk?t=2138</w:t>
      </w:r>
    </w:p>
    <w:p>
      <w:r>
        <w:rPr>
          <w:i/>
        </w:rPr>
        <w:t>“Sabr o shukr agar do sifaat insan mein hon to kamyabi yaqeeni hai”</w:t>
      </w:r>
    </w:p>
    <w:p>
      <w:r>
        <w:rPr>
          <w:sz w:val="20"/>
        </w:rPr>
        <w:t>35:38  unhon ne likha hai "I am from Pakistan and really appreciate your efforts. May Allah bless us." alhamdulillah. apa, agla sawal basically mein sabr o shukr ke hawalay se poochna chahta hoon.</w:t>
      </w:r>
      <w:r>
        <w:br/>
      </w:r>
      <w:r>
        <w:rPr>
          <w:sz w:val="20"/>
        </w:rPr>
        <w:t>35:51  maulana yeh kehte thay ke sabr o shukr agar yeh do sifat insaan ke andar hon to kaamyaabi yaqeenan us ko haasil ho sakti hai.</w:t>
      </w:r>
      <w:r>
        <w:br/>
      </w:r>
      <w:r>
        <w:rPr>
          <w:sz w:val="20"/>
        </w:rPr>
        <w:t>36:00  matlab woh apni nakaami ko kaamyaabi mein tabdeel kar sakta hai.</w:t>
      </w:r>
      <w:r>
        <w:br/>
      </w:r>
      <w:r>
        <w:rPr>
          <w:sz w:val="20"/>
        </w:rPr>
        <w:t>36:04  to in do ke beech mein kya relation hai? is ko thora aur achay se aap wazeh kar dein.</w:t>
      </w:r>
      <w:r>
        <w:br/>
      </w:r>
      <w:r>
        <w:rPr>
          <w:sz w:val="20"/>
        </w:rPr>
        <w:t>36:11  jab bhi hum kisi mushkil haalaat mein par jayen to quran ki taleem ke mutabiq hamein sabr karna hai. kyunke sabr ki wajah se kya hota hai ke hamare andar negativity nahin paida hogi.</w:t>
      </w:r>
      <w:r>
        <w:br/>
      </w:r>
      <w:r>
        <w:rPr>
          <w:sz w:val="20"/>
        </w:rPr>
        <w:t>36:25  balkay hum sirf yeh sochen ge ke is maslay ka hal kya hai. aur hal aik nahin, das hal hotay hain. to is maslay ka ha</w:t>
      </w:r>
      <w:r>
        <w:br/>
      </w:r>
      <w:r>
        <w:rPr>
          <w:sz w:val="20"/>
        </w:rPr>
        <w:t>36:32  l kya hai, woh hum positive andaaz mein soch payein ge. aur agar hum ne is ko shikayat ke andaaz mein liya to hum bohat ziyada negative ho jayen ge.</w:t>
      </w:r>
      <w:r>
        <w:br/>
      </w:r>
      <w:r>
        <w:rPr>
          <w:sz w:val="20"/>
        </w:rPr>
        <w:t>36:43  to phir hamara dimagh jo hai, sahi right direction mein kaam hi nahin kare ga. to hum badla lena chahein ge.</w:t>
      </w:r>
      <w:r>
        <w:br/>
      </w:r>
      <w:r>
        <w:rPr>
          <w:sz w:val="20"/>
        </w:rPr>
        <w:t>36:53  badla lene mein hum aur apna nuqsan karein ge. to is wajah se hum bilkul positive ho kar hi kaam kar sakte hain.</w:t>
      </w:r>
      <w:r>
        <w:br/>
      </w:r>
      <w:r>
        <w:rPr>
          <w:sz w:val="20"/>
        </w:rPr>
        <w:t>37:01  maulana hamesha kehte thay ke agar hum koi waisi baat un ko batate, kisi ki shikayat ki baat batate ji to woh suntay hi nahin thay.</w:t>
      </w:r>
      <w:r>
        <w:br/>
      </w:r>
      <w:r>
        <w:rPr>
          <w:sz w:val="20"/>
        </w:rPr>
        <w:t>37:10  kehte thay ke main aik moment ke liye bhi apne andar aik state mein shukr ki state of feeling mein jeeta hoon.</w:t>
      </w:r>
      <w:r>
        <w:br/>
      </w:r>
      <w:r>
        <w:rPr>
          <w:sz w:val="20"/>
        </w:rPr>
        <w:t>37:19  aur aik moment ke liye bhi main shukr ka erosion nahin chahta. kyunke jahan shikayat aayi to wahan shukr ka erosion ho jaye ga.</w:t>
      </w:r>
      <w:r>
        <w:br/>
      </w:r>
      <w:r>
        <w:rPr>
          <w:sz w:val="20"/>
        </w:rPr>
        <w:t>37:29  to shukr jo hai, matlab agar hum aik shakir zindagi hamari hai, tabhi hamare paas farishtay atay hain.</w:t>
      </w:r>
      <w:r>
        <w:br/>
      </w:r>
      <w:r>
        <w:rPr>
          <w:sz w:val="20"/>
        </w:rPr>
        <w:t>37:39  tabhi hamein khuda ki madad milti hai. aur is ka bohat achi misaal hai hazrat abubakar wali ji ke kis tareeqay se jab unhon ne shikayat, unhon ne jawab dena shuru kiya to rasool Allah sal Allah alayh wasallam ne bataya ke farishta chala gaya.</w:t>
      </w:r>
      <w:r>
        <w:br/>
      </w:r>
      <w:r>
        <w:rPr>
          <w:sz w:val="20"/>
        </w:rPr>
        <w:t>37:53  to is se hamare liye bhi is mein sabaq hai ke hum aik positive life jayen ge to hamare paas farishtay ayen ge. farishtoon ki madad se hum apna har kaam kar sakte hain.</w:t>
      </w:r>
      <w:r>
        <w:br/>
      </w:r>
      <w:r>
        <w:rPr>
          <w:sz w:val="20"/>
        </w:rPr>
        <w:t>38:04  to shukr aur shikayat jama nahin ho sakte. agar hamare andar shikayat hai to hamare andar shukr nahin hoga. aur shukr hai to hamare andar shikayat nahin hogi.</w:t>
      </w:r>
      <w:r>
        <w:br/>
      </w:r>
      <w:r>
        <w:rPr>
          <w:sz w:val="20"/>
        </w:rPr>
        <w:t>38:15  to is tareeqay se jaise hamare andar shikayat aaye, usi waqt hum ko is ko de din khatam kar dena hai. kyunke agar hum ne shikayat ko apne dimagh mein rakha to jab hum soyen ge to phir woh hamare dimagh ka hissa ban jaye ga.</w:t>
      </w:r>
      <w:r>
        <w:br/>
      </w:r>
      <w:r>
        <w:rPr>
          <w:sz w:val="20"/>
        </w:rPr>
        <w:t>38:29  phir hum usi ke is mein sochte rahen ge, usi ke asar mein rahen ge. to hum usi waqt khatam kar lein. kisi bhi tareeqay se is ko explain kar lein ke is mein kabhi kabhi aisa bhi ho sakta hai ke hamari bhi kuch ghalti rahi ho.</w:t>
      </w:r>
      <w:r>
        <w:br/>
      </w:r>
      <w:r>
        <w:rPr>
          <w:sz w:val="20"/>
        </w:rPr>
        <w:t>38:43  to is ko explain kar ke woh dimagh se nikaal dein. aur khuda ki doosri jo blessings hain, us ko yaad karein.</w:t>
      </w:r>
      <w:r>
        <w:br/>
      </w:r>
      <w:r>
        <w:rPr>
          <w:sz w:val="20"/>
        </w:rPr>
        <w:t>38:51  to is tareeqay se shikayat ko kabhi bhi hamein apne dimagh mein rakhna nahin hai.</w:t>
      </w:r>
      <w:r>
        <w:br/>
      </w:r>
      <w:r>
        <w:rPr>
          <w:sz w:val="20"/>
        </w:rPr>
        <w:t>38:58  dimagh mein rakhen ge to hamare andar aik negative personality banay gi. negative personality banay gi to hamare andar shukr nahin paida hoga.</w:t>
      </w:r>
      <w:r>
        <w:br/>
      </w:r>
      <w:r>
        <w:rPr>
          <w:sz w:val="20"/>
        </w:rPr>
        <w:t>39:07  sacha shukr ko main keh rahi hoon. woh alhamdulillah wala to shukr, woh to sabhi log kar rahay hain. jo sacha shukr hai, jis se poori hamari personality influence hoti hai, woh shukr nahin paida hoga.</w:t>
      </w:r>
      <w:r>
        <w:br/>
      </w:r>
      <w:r>
        <w:rPr>
          <w:sz w:val="20"/>
        </w:rPr>
        <w:t>39:18  is liye hamein shikayat ko foran khatm kar dena hai.</w:t>
      </w:r>
    </w:p>
    <w:p>
      <w:pPr>
        <w:pStyle w:val="Heading2"/>
      </w:pPr>
      <w:r>
        <w:t>Abu Bakr gives everything, Allah and Rasul enough</w:t>
      </w:r>
    </w:p>
    <w:p>
      <w:r>
        <w:rPr>
          <w:color w:val="666666"/>
          <w:sz w:val="18"/>
        </w:rPr>
        <w:t>Message of Eid Al-Adha June 17, 2024 · 54s · at 14:10 · https://youtu.be/klcwQ-RPPBE?t=850</w:t>
      </w:r>
    </w:p>
    <w:p>
      <w:r>
        <w:rPr>
          <w:i/>
        </w:rPr>
        <w:t>“Hazrat Umar ne socha main is baar Abu Bakr ko beat kar doonga”</w:t>
      </w:r>
    </w:p>
    <w:p>
      <w:r>
        <w:rPr>
          <w:sz w:val="20"/>
        </w:rPr>
        <w:t>14:10  Us waqt Hazrat Umar (RA) ne socha ki main is baar Abu Bakr ko beat kar dunga. Yaani main itna samaan launga ki Hazrat Abu Bakr hamesha aage hote the unse. Toh Hazrat Umar bahut samaan laye, jo bhi tha paisa ya jo bhi.</w:t>
      </w:r>
      <w:r>
        <w:br/>
      </w:r>
      <w:r>
        <w:rPr>
          <w:sz w:val="20"/>
        </w:rPr>
        <w:t>14:35  Lekin woh apne apni wealth ka aadha laye aur Hazrat Abu Bakr apni poori wealth hi le aaye. Rasoolullah (SAW) ne kaha are tumne tum sara hi kuch le aaye ho? Unhone kaha ki mere liye Allah aur Rasool kaafi hain. Haalanki Hazrat Umar ka jo samaan tha, jo paisa tha, woh bahut zyada tha. Yaani taadad ke lihaz se aur Hazrat, Abu Bakr ka kam tha.</w:t>
      </w:r>
      <w:r>
        <w:br/>
      </w:r>
      <w:r>
        <w:rPr>
          <w:sz w:val="20"/>
        </w:rPr>
        <w:t>15:04  Lekin phir bhi woh zyada Allah ke nazdeek qabil-e-qadar tha chunki woh sara ka sara samaan liya hai. Toh yeh hai darasal spirit Hajj ki aur Idul Azha ki.</w:t>
      </w:r>
    </w:p>
    <w:p>
      <w:pPr>
        <w:pStyle w:val="Heading2"/>
      </w:pPr>
      <w:r>
        <w:t>Abu Bakr and Umar's competing donation full story</w:t>
      </w:r>
    </w:p>
    <w:p>
      <w:r>
        <w:rPr>
          <w:color w:val="666666"/>
          <w:sz w:val="18"/>
        </w:rPr>
        <w:t>Message of Eid Al-Adha June 17, 2024 · 1m 35s · at 13:42 · https://youtu.be/klcwQ-RPPBE?t=822</w:t>
      </w:r>
    </w:p>
    <w:p>
      <w:r>
        <w:rPr>
          <w:i/>
        </w:rPr>
        <w:t>“Rasulullah ne kaha sabse ki is waqt humko madad ki zaroorat hai”</w:t>
      </w:r>
    </w:p>
    <w:p>
      <w:r>
        <w:rPr>
          <w:sz w:val="20"/>
        </w:rPr>
        <w:t>13:42  Ab Sahaba ke waqiyat hum padhte hain, ek chhota waqiya main lena chahta hoon. Main Rasoolullah (SAW) ne kaha sabse ki is waqt humko, madad ki zaroorat hai. Toh jo bhi jitni zyada help kar sake, yaani jo bhi uske paas samaan hai ya paisa hai, woh laakar dein taaki hamara jo mission hai usmein, uski jo zaruraten hain woh poori hon. Toh log layein.</w:t>
      </w:r>
      <w:r>
        <w:br/>
      </w:r>
      <w:r>
        <w:rPr>
          <w:sz w:val="20"/>
        </w:rPr>
        <w:t>14:10  Us waqt Hazrat Umar (RA) ne socha ki main is baar Abu Bakr ko beat kar dunga. Yaani main itna samaan launga ki Hazrat Abu Bakr hamesha aage hote the unse. Toh Hazrat Umar bahut samaan laye, jo bhi tha paisa ya jo bhi.</w:t>
      </w:r>
      <w:r>
        <w:br/>
      </w:r>
      <w:r>
        <w:rPr>
          <w:sz w:val="20"/>
        </w:rPr>
        <w:t>14:35  Lekin woh apne apni wealth ka aadha laye aur Hazrat Abu Bakr apni poori wealth hi le aaye. Rasoolullah (SAW) ne kaha are tumne tum sara hi kuch le aaye ho? Unhone kaha ki mere liye Allah aur Rasool kaafi hain. Haalanki Hazrat Umar ka jo samaan tha, jo paisa tha, woh bahut zyada tha. Yaani taadad ke lihaz se aur Hazrat, Abu Bakr ka kam tha.</w:t>
      </w:r>
      <w:r>
        <w:br/>
      </w:r>
      <w:r>
        <w:rPr>
          <w:sz w:val="20"/>
        </w:rPr>
        <w:t>15:04  Lekin phir bhi woh zyada Allah ke nazdeek qabil-e-qadar tha chunki woh sara ka sara samaan liya hai. Toh yeh hai darasal spirit Hajj ki aur Idul Azha ki.</w:t>
      </w:r>
      <w:r>
        <w:br/>
      </w:r>
      <w:r>
        <w:rPr>
          <w:sz w:val="20"/>
        </w:rPr>
        <w:t>15:17  Ab jaise hum Hajj mein kuch rituals karte hain, kuch kuch cheezen karte hain, uska bhi ek pehlu hai jo, outer pehlu hai aur ek inner pehlu hai.</w:t>
      </w:r>
    </w:p>
    <w:p>
      <w:pPr>
        <w:pStyle w:val="Heading2"/>
      </w:pPr>
      <w:r>
        <w:t>the Prophet's death, Umar's denial, and Abu Bakr's surrender</w:t>
      </w:r>
    </w:p>
    <w:p>
      <w:r>
        <w:rPr>
          <w:color w:val="666666"/>
          <w:sz w:val="18"/>
        </w:rPr>
        <w:t>One Can See God March 4, 2007 · 5m 53s · at 59:51 · https://youtu.be/Xm14mPW0HJI?t=3591</w:t>
      </w:r>
    </w:p>
    <w:p>
      <w:r>
        <w:rPr>
          <w:i/>
        </w:rPr>
        <w:t>“جب رسول اللہ کی وفات ہوئی مدینہ میں 632 عیسوی میں۔”</w:t>
      </w:r>
    </w:p>
    <w:p>
      <w:r>
        <w:rPr>
          <w:sz w:val="20"/>
        </w:rPr>
        <w:t>59:51  jab rasool Allah ki wafat hui. madine mein. 632 eesvi mein. to wahan achaanak.</w:t>
      </w:r>
      <w:r>
        <w:br/>
      </w:r>
      <w:r>
        <w:rPr>
          <w:sz w:val="20"/>
        </w:rPr>
        <w:t>1:00:02  ek ek qissa pesh aaya. ke jo.</w:t>
      </w:r>
      <w:r>
        <w:br/>
      </w:r>
      <w:r>
        <w:rPr>
          <w:sz w:val="20"/>
        </w:rPr>
        <w:t>1:00:08  ek top ke aadmi the umar farooq. bohat hi top ke aadmi the. aur bohat zabardast yani woh the woh wrestler the is zamane mein woh.</w:t>
      </w:r>
      <w:r>
        <w:br/>
      </w:r>
      <w:r>
        <w:rPr>
          <w:sz w:val="20"/>
        </w:rPr>
        <w:t>1:00:17  bare oonche lambe the woh.</w:t>
      </w:r>
      <w:r>
        <w:br/>
      </w:r>
      <w:r>
        <w:rPr>
          <w:sz w:val="20"/>
        </w:rPr>
        <w:t>1:00:20  to sab log un se darte the. to jab aap ki wafat hui maut hui aap ki. to woh talwar le kar khade ho gaye wahan par madine ki masjid mein.</w:t>
      </w:r>
      <w:r>
        <w:br/>
      </w:r>
      <w:r>
        <w:rPr>
          <w:sz w:val="20"/>
        </w:rPr>
        <w:t>1:00:31  kyunke masjid ke hisse mein aap ka jism tha wahan par. to khair wahan par. unhon ne kaha ke jo aadmi yeh kahe ga.</w:t>
      </w:r>
      <w:r>
        <w:br/>
      </w:r>
      <w:r>
        <w:rPr>
          <w:sz w:val="20"/>
        </w:rPr>
        <w:t>1:00:40  ke rasool Allah. ki maut ho gayi hai mein is ko. is ki gardan maar doon ga ise ise qatl kar doon ga is ko.</w:t>
      </w:r>
      <w:r>
        <w:br/>
      </w:r>
      <w:r>
        <w:rPr>
          <w:sz w:val="20"/>
        </w:rPr>
        <w:t>1:00:47  kyunke un ki theory kya thi ke rasool Allah jo hain un ki wafat nahi hui hai. un ki un ki jo rooh hai chali gayi hai khuda se milne ke liye.</w:t>
      </w:r>
      <w:r>
        <w:br/>
      </w:r>
      <w:r>
        <w:rPr>
          <w:sz w:val="20"/>
        </w:rPr>
        <w:t>1:00:56  mil kar lote gi phir isi body mein lote gi. bas un ka aap ne soch thi yeh. jo sahi nahi thi. to bilkul woh keh rahe the ke kisi ki nahi sunoon ga mein.</w:t>
      </w:r>
      <w:r>
        <w:br/>
      </w:r>
      <w:r>
        <w:rPr>
          <w:sz w:val="20"/>
        </w:rPr>
        <w:t>1:01:09  to to woh bohat. ek ek wahan par ek ajeeb. koi un ko control nahi kar sakta tha.</w:t>
      </w:r>
      <w:r>
        <w:br/>
      </w:r>
      <w:r>
        <w:rPr>
          <w:sz w:val="20"/>
        </w:rPr>
        <w:t>1:01:18  to jo rasool Allah ke baad jo number do par jo aadmi tha abubakar. yeh number teen par hote the. woh kahin madine se bahar the.</w:t>
      </w:r>
      <w:r>
        <w:br/>
      </w:r>
      <w:r>
        <w:rPr>
          <w:sz w:val="20"/>
        </w:rPr>
        <w:t>1:01:28  aaye to maloom hua ke rasool Allah ki maut ho gayi hai. to woh aaye wahan par jahan par yeh. cheekh chilla rahe the talwar le kar ke.</w:t>
      </w:r>
      <w:r>
        <w:br/>
      </w:r>
      <w:r>
        <w:rPr>
          <w:sz w:val="20"/>
        </w:rPr>
        <w:t>1:01:41  to unhon ne kaha umar chup raho. woh woh chup nahi tayyar nahi woh chup rehne par.</w:t>
      </w:r>
      <w:r>
        <w:br/>
      </w:r>
      <w:r>
        <w:rPr>
          <w:sz w:val="20"/>
        </w:rPr>
        <w:t>1:01:49  to kya hua. alag khare ho gaye hazrat abubakar. khare ho kar unhon ne ek ayat padhi.</w:t>
      </w:r>
      <w:r>
        <w:br/>
      </w:r>
      <w:r>
        <w:rPr>
          <w:sz w:val="20"/>
        </w:rPr>
        <w:t>1:02:00  quran ki ek ayat. wa muhammad rasool. qad khalaqa min qabl al-rusul. afaqb</w:t>
      </w:r>
      <w:r>
        <w:br/>
      </w:r>
      <w:r>
        <w:rPr>
          <w:sz w:val="20"/>
        </w:rPr>
        <w:t>1:02:14  he.</w:t>
      </w:r>
      <w:r>
        <w:br/>
      </w:r>
      <w:r>
        <w:rPr>
          <w:sz w:val="20"/>
        </w:rPr>
        <w:t>1:02:19  allah is ka translation yeh hai. ke.</w:t>
      </w:r>
      <w:r>
        <w:br/>
      </w:r>
      <w:r>
        <w:rPr>
          <w:sz w:val="20"/>
        </w:rPr>
        <w:t>1:02:31  ke muhammad sirf khuda ke rasool hain messenger hain. is ka main literal translation kar raha hoon aap ko. muhammad is ke siwa kuch nahi.</w:t>
      </w:r>
      <w:r>
        <w:br/>
      </w:r>
      <w:r>
        <w:rPr>
          <w:sz w:val="20"/>
        </w:rPr>
        <w:t>1:02:42  ke woh ek ek messenger hain. un se pehle bhi bohat messenger aaye hain.</w:t>
      </w:r>
      <w:r>
        <w:br/>
      </w:r>
      <w:r>
        <w:rPr>
          <w:sz w:val="20"/>
        </w:rPr>
        <w:t>1:02:50  agar woh mar jayein.</w:t>
      </w:r>
      <w:r>
        <w:br/>
      </w:r>
      <w:r>
        <w:rPr>
          <w:sz w:val="20"/>
        </w:rPr>
        <w:t>1:02:56  ya qatal kar diya jaye.</w:t>
      </w:r>
      <w:r>
        <w:br/>
      </w:r>
      <w:r>
        <w:rPr>
          <w:sz w:val="20"/>
        </w:rPr>
        <w:t>1:03:01  is ko ghor kijiye is ke is ki literal translation mein kar raha hoon is ka. ke muhammad is ke siwa kuch nahi ke woh. khuda ke messenger hain.</w:t>
      </w:r>
      <w:r>
        <w:br/>
      </w:r>
      <w:r>
        <w:rPr>
          <w:sz w:val="20"/>
        </w:rPr>
        <w:t>1:03:11  un se pehle bhi bohat se messenger aaye hain. agar woh mar jayein. aur agar woh qatal kar diya jaye.</w:t>
      </w:r>
      <w:r>
        <w:br/>
      </w:r>
      <w:r>
        <w:rPr>
          <w:sz w:val="20"/>
        </w:rPr>
        <w:t>1:03:20  to kya to ultay paon phir jayega.</w:t>
      </w:r>
      <w:r>
        <w:br/>
      </w:r>
      <w:r>
        <w:rPr>
          <w:sz w:val="20"/>
        </w:rPr>
        <w:t>1:03:28  aur jo ultay paon phirega. to khuda ka kuch nahi bigarega woh.</w:t>
      </w:r>
      <w:r>
        <w:br/>
      </w:r>
      <w:r>
        <w:rPr>
          <w:sz w:val="20"/>
        </w:rPr>
        <w:t>1:03:37  yeh ayat padhi unhon ne abubakar ne padha. to umar kehte hain.</w:t>
      </w:r>
      <w:r>
        <w:br/>
      </w:r>
      <w:r>
        <w:rPr>
          <w:sz w:val="20"/>
        </w:rPr>
        <w:t>1:03:45  ke main literally zameen par gir pada. aur mera paon jo thay unhon ne mera bojh uthane se inkar kar diya.</w:t>
      </w:r>
      <w:r>
        <w:br/>
      </w:r>
      <w:r>
        <w:rPr>
          <w:sz w:val="20"/>
        </w:rPr>
        <w:t>1:03:54  main jaan liya ke khuda ki main jaan liya ke rasool allah ki maut ho gayi hai. ab aap ghor kijiye ke woh ek ek sentence hi to tha woh. arabic mein ek sentence.</w:t>
      </w:r>
      <w:r>
        <w:br/>
      </w:r>
      <w:r>
        <w:rPr>
          <w:sz w:val="20"/>
        </w:rPr>
        <w:t>1:04:05  woh koi bomb to nahi tha. bomb to nahi tha lekin woh word of god tha. is word of god ke aage woh woh apne ko sambhal nahi sake gir pade zameen par bilkul.</w:t>
      </w:r>
      <w:r>
        <w:br/>
      </w:r>
      <w:r>
        <w:rPr>
          <w:sz w:val="20"/>
        </w:rPr>
        <w:t>1:04:18  yeh hai surrender.</w:t>
      </w:r>
      <w:r>
        <w:br/>
      </w:r>
      <w:r>
        <w:rPr>
          <w:sz w:val="20"/>
        </w:rPr>
        <w:t>1:04:24  to sab se bara jo hota hai is zameen par valuable koi waqea woh hai sajda khuda ke aage surrender karna.</w:t>
      </w:r>
      <w:r>
        <w:br/>
      </w:r>
      <w:r>
        <w:rPr>
          <w:sz w:val="20"/>
        </w:rPr>
        <w:t>1:04:37  is ke kai manifestation hain. ek to panch time mein namaz mein aap surrender karte hain. aur jab aap aap aap se koi ghalati ho gayi.</w:t>
      </w:r>
      <w:r>
        <w:br/>
      </w:r>
      <w:r>
        <w:rPr>
          <w:sz w:val="20"/>
        </w:rPr>
        <w:t>1:04:46  aur doosra aadmi bataya aap ko. within second aap ko jaan lena chahiye ke main ne ghalat kaha.</w:t>
      </w:r>
      <w:r>
        <w:br/>
      </w:r>
      <w:r>
        <w:rPr>
          <w:sz w:val="20"/>
        </w:rPr>
        <w:t>1:04:52  aap is ko patch up na karein idhar udhar na karein seedhe seedhe maan lein kahein ke i was wrong to aap ne sajda kiya.</w:t>
      </w:r>
      <w:r>
        <w:br/>
      </w:r>
      <w:r>
        <w:rPr>
          <w:sz w:val="20"/>
        </w:rPr>
        <w:t>1:05:02  jab bhi koi sachai pesh ki jaye aap ko. to isi isi dheere dheere aap ko pehchan lein. aur kahein ke haan main is ko manta hoon. woh bhi sajda hai.</w:t>
      </w:r>
      <w:r>
        <w:br/>
      </w:r>
      <w:r>
        <w:rPr>
          <w:sz w:val="20"/>
        </w:rPr>
        <w:t>1:05:11  to surrender hai. to sab se bari cheez jo insan pesh kar kar sakta hai khuda ke aage woh hai shaoori taur par khuda ke aage surrender karna.</w:t>
      </w:r>
      <w:r>
        <w:br/>
      </w:r>
      <w:r>
        <w:rPr>
          <w:sz w:val="20"/>
        </w:rPr>
        <w:t>1:05:23  jabke doosri cheez unconsciously surrender ki hui hai. yani mountain aur ocean aur sitare aur galaxy har unconsciously har ek surrender ki hui hai.</w:t>
      </w:r>
      <w:r>
        <w:br/>
      </w:r>
      <w:r>
        <w:rPr>
          <w:sz w:val="20"/>
        </w:rPr>
        <w:t>1:05:34  insan ki jo. woh hai speciality hai woh yeh hai. ke woh shaoori tor par khuda ke aagay apnay ko surrender kar deta hai.</w:t>
      </w:r>
    </w:p>
    <w:p>
      <w:pPr>
        <w:pStyle w:val="Heading2"/>
      </w:pPr>
      <w:r>
        <w:t>The Prophet's final days and Abu Bakr leading the prayer</w:t>
      </w:r>
    </w:p>
    <w:p>
      <w:r>
        <w:rPr>
          <w:color w:val="666666"/>
          <w:sz w:val="18"/>
        </w:rPr>
        <w:t>The Man Al-Quran Builds April 2, 2006 Maulana Wahiduddin Khan · 3m 50s · at 57:13 · https://youtu.be/06TQIt_5vlw?t=3433</w:t>
      </w:r>
    </w:p>
    <w:p>
      <w:r>
        <w:rPr>
          <w:i/>
        </w:rPr>
        <w:t>“Aakhri waqt mein Rasool Allah ne kaha, Umar ki imamat pe khush nahi”</w:t>
      </w:r>
    </w:p>
    <w:p>
      <w:r>
        <w:rPr>
          <w:sz w:val="20"/>
        </w:rPr>
        <w:t>57:13  yeh log jo the itne zyada yani ego less the main ek waqia arz karoon ke kaise ajeeb ghareeb waqia hai yeh</w:t>
      </w:r>
      <w:r>
        <w:br/>
      </w:r>
      <w:r>
        <w:rPr>
          <w:sz w:val="20"/>
        </w:rPr>
        <w:t>57:22  jab rasool Allah ki aakhri waqt agaya jab aap ka death hone wali thi to kuch pehle se aap jo kamzori agai thi aap ki physically to aap apne masjid mein jo imamat ki aati hai woh nahin karte the aap apne hujre mein namaz padh lete the to ek din aisa hua ke namaz ka jab waqt hua ghaliban maghrib ka waqt tha to</w:t>
      </w:r>
      <w:r>
        <w:br/>
      </w:r>
      <w:r>
        <w:rPr>
          <w:sz w:val="20"/>
        </w:rPr>
        <w:t>57:52  jo log aaye the is mein abubakar nahin the hazrat abubakar jo senior sahabi the to hazrat umar the to unhon ne logon ne hazrat umar ko imam ki jagah par khada kar diya yani peechhe saf logon ne bana li aage imam ki jo jagah hoti hai jo namaz ko lead karta hai us ki jagah par unhon ne hazrat umar farooq ko khada kar diya rasool Allah ne dekha wahan hujra se yani woh namaz shuru bhi ho gayi</w:t>
      </w:r>
      <w:r>
        <w:br/>
      </w:r>
      <w:r>
        <w:rPr>
          <w:sz w:val="20"/>
        </w:rPr>
        <w:t>58:20  awaz suni aap ne to aap ne wahin se kaha ke umar ki imamat par khuda aur rasool razi nahin hain zara ghor kijiye ke saf ban chuki hai imamat ki jagah par woh khade ho chuke hain namaz shuru ho chuki hai aur rasool Allah wahan se kehte hain hujre se ke umar ki imamat par khuda aur rasool razi nahin hain</w:t>
      </w:r>
      <w:r>
        <w:br/>
      </w:r>
      <w:r>
        <w:rPr>
          <w:sz w:val="20"/>
        </w:rPr>
        <w:t>58:47  yeh sun kar kya hua hazrat umar peechhe hat gaye</w:t>
      </w:r>
      <w:r>
        <w:br/>
      </w:r>
      <w:r>
        <w:rPr>
          <w:sz w:val="20"/>
        </w:rPr>
        <w:t>58:50  tab tak hazrat abubakar aa chuke the logon ne un ko aage badhaya log samajh gaye ke rasool Allah kya chahte hain ke abubakar namaz padhayen namaz ki imamat abubakar karen na ke umar ab ghor kijiye ke imamat ki jagah par ek aadmi khada hua ho aur namaz shuru kar chuka ho aur us ko peechhe kar diya jaye ek aur aadmi ko aage badhaya jaye to dekhne mein to yeh humiliation ka waqia hai lekin unhon ne react nahin kiya</w:t>
      </w:r>
      <w:r>
        <w:br/>
      </w:r>
      <w:r>
        <w:rPr>
          <w:sz w:val="20"/>
        </w:rPr>
        <w:t>59:17  chup chap peechhe aa gaye aur phir hazrat abubakar aage badhe unhon ne namaz padhai yeh jo hausla hai tha sahaba karam mein isi hausle ke log bade bade kaam karte hain jo yeh nahin dekhte ke mujhe mujhe aage jagah mili hai aap mujhe peechhe jagah mili dono halaton mein woh apne ko normal banaye rakhte hain aage hain tab bhi peechhe hain tab bhi yeh bahut bada dil chahiye is ke liye</w:t>
      </w:r>
      <w:r>
        <w:br/>
      </w:r>
      <w:r>
        <w:rPr>
          <w:sz w:val="20"/>
        </w:rPr>
        <w:t>59:45  mein aksar kaha karta hoon</w:t>
      </w:r>
      <w:r>
        <w:br/>
      </w:r>
      <w:r>
        <w:rPr>
          <w:sz w:val="20"/>
        </w:rPr>
        <w:t>59:48  ke jitna bara dil utni bari kamyabi hai</w:t>
      </w:r>
      <w:r>
        <w:br/>
      </w:r>
      <w:r>
        <w:rPr>
          <w:sz w:val="20"/>
        </w:rPr>
        <w:t>59:53  to jo log dono ka mizaj ye ho kisi mamle ko izzat ka sawal bana lein humiliation kiya</w:t>
      </w:r>
      <w:r>
        <w:br/>
      </w:r>
      <w:r>
        <w:rPr>
          <w:sz w:val="20"/>
        </w:rPr>
        <w:t>59:59  gaya mujh ko ye kehne lage hain wo koi bara kaam nahi kar sakte</w:t>
      </w:r>
      <w:r>
        <w:br/>
      </w:r>
      <w:r>
        <w:rPr>
          <w:sz w:val="20"/>
        </w:rPr>
        <w:t>1:00:06  ye sahaba jo thay itna bara kaam kiya unho ne ke alam mein aik inqilab barpa kar diya</w:t>
      </w:r>
      <w:r>
        <w:br/>
      </w:r>
      <w:r>
        <w:rPr>
          <w:sz w:val="20"/>
        </w:rPr>
        <w:t>1:00:12  aik aisa inqilab jo kabhi is se pehle nahi aaya tha</w:t>
      </w:r>
      <w:r>
        <w:br/>
      </w:r>
      <w:r>
        <w:rPr>
          <w:sz w:val="20"/>
        </w:rPr>
        <w:t>1:00:17  to is ka raaz kya tha is ka raaz yeh tha ke woh log ego less the woh apne ko oonchi seat seat par dekhne ka mizaj nahin rakhte the apne ko special treatment nahin chahte the woh balkeh jahan bhi unhein khada kar diya jaye wohin woh apna kaam shuru kar dete the</w:t>
      </w:r>
      <w:r>
        <w:br/>
      </w:r>
      <w:r>
        <w:rPr>
          <w:sz w:val="20"/>
        </w:rPr>
        <w:t>1:00:44  to yeh jo qurbani hai jo sahaba karam ne di yeh hai raaz un ki azeem taraqqi ka jo itna bada ab inqalab laye dunya mein is ki wajah yeh thi ke un ke andar yeh sifat thi woh ego se khali the woh arrogance se khali the woh complex free log</w:t>
      </w:r>
    </w:p>
    <w:p>
      <w:pPr>
        <w:pStyle w:val="Heading2"/>
      </w:pPr>
      <w:r>
        <w:t>Hazrat Abu Bakr and the angel that left</w:t>
      </w:r>
    </w:p>
    <w:p>
      <w:r>
        <w:rPr>
          <w:color w:val="666666"/>
          <w:sz w:val="18"/>
        </w:rPr>
        <w:t>CPS Women Monthly Q and A with Prof. Farida Khanam &amp; Maulana Farhad Ahmed Umeri August 18, 2024 · 1m 25s · at 7:40 · https://youtu.be/VqeLGHTjfQo?t=460</w:t>
      </w:r>
    </w:p>
    <w:p>
      <w:r>
        <w:rPr>
          <w:i/>
        </w:rPr>
        <w:t>“अल्लाह ताला ने हर इंसान के लिए एक angel मुक़र्रर कर दिया”</w:t>
      </w:r>
    </w:p>
    <w:p>
      <w:r>
        <w:rPr>
          <w:sz w:val="20"/>
        </w:rPr>
        <w:t>7:40  Dekhiye, jab insaan ko Allah taala ne create kiya to usko rakha hi angel uske liye ek angel muqarrar kar diya. Ab wahi hai jo Hazrat Abu Bakr wala qissa hai ki ek baar Hazrat Abu Bakr Rasool Allah SAW ke paas baithe hue the to koi aadmi aaya bahut zyada bura bhala kehne laga.</w:t>
      </w:r>
      <w:r>
        <w:br/>
      </w:r>
      <w:r>
        <w:rPr>
          <w:sz w:val="20"/>
        </w:rPr>
        <w:t>8:05  to woh jawab nahi de rahe the lekin jab bahut zyada ho gaya to unhone jawab dena shuru kiya.</w:t>
      </w:r>
      <w:r>
        <w:br/>
      </w:r>
      <w:r>
        <w:rPr>
          <w:sz w:val="20"/>
        </w:rPr>
        <w:t>8:11  jisko kehte hain *** quartet unhone karna shuru kar diya to rasoolullah salma فورن uthkar chale gaye.</w:t>
      </w:r>
      <w:r>
        <w:br/>
      </w:r>
      <w:r>
        <w:rPr>
          <w:sz w:val="20"/>
        </w:rPr>
        <w:t>8:17  to bharta upbhakta ne baad mein poocha ke jab tak woh mujhe bura bhala keh raha tha aur</w:t>
      </w:r>
      <w:r>
        <w:br/>
      </w:r>
      <w:r>
        <w:rPr>
          <w:sz w:val="20"/>
        </w:rPr>
        <w:t>8:23  main jawab nahi de raha tha tab tak to aap baithe hue the phir aap baad mein chale gaye.</w:t>
      </w:r>
      <w:r>
        <w:br/>
      </w:r>
      <w:r>
        <w:rPr>
          <w:sz w:val="20"/>
        </w:rPr>
        <w:t>8:29  to aapne bataya ke asal mein tumhara jawab farishte de rahe the.</w:t>
      </w:r>
      <w:r>
        <w:br/>
      </w:r>
      <w:r>
        <w:rPr>
          <w:sz w:val="20"/>
        </w:rPr>
        <w:t>8:36  To ab tum jab bolne lage to farishta uthkar chala gaya tumhein bhi chala gaya. Isse bahut clear hota hai ki hamein achhe amal karna padega. Hamein apne andar negativity khatam karni padegi. Positive rehna padega kyunki kai baar aisa hota hai ki mere dimagh mein aata hai ki yeh baat falane galat kiya hai lekin usko express nahi karti. Express karne se na woh mind mein aur baithega. To usse hamare andar negativity badhegi.</w:t>
      </w:r>
      <w:r>
        <w:br/>
      </w:r>
      <w:r>
        <w:rPr>
          <w:sz w:val="20"/>
        </w:rPr>
        <w:t>9:05  Maulana yahi kehte the na ki apne aap negativity se apne aap ko pak karo. To jab negativity nahi rahe nahi rahegi aur positivity hamare andar rahegi to farishtey to hamare liye hai hi. Allah ne sabke liye muqarrar karke diya hai lekin hum apne ghalat amal par unko door kar dete hain apne se. Ji aap, jisaab kar liya. This is very very clear. And one question is from Shamna Parvez.</w:t>
      </w:r>
    </w:p>
    <w:p>
      <w:pPr>
        <w:pStyle w:val="Heading2"/>
      </w:pPr>
      <w:r>
        <w:t>Abu Bakr's fear during the Hijra cave siege</w:t>
      </w:r>
    </w:p>
    <w:p>
      <w:r>
        <w:rPr>
          <w:color w:val="666666"/>
          <w:sz w:val="18"/>
        </w:rPr>
        <w:t>Hadith Literature (English) March 8, 2007 Maulan Wahiduddin Khan · 2m 44s · at 12:28 · https://youtu.be/UdxzmJTYqXk?t=748</w:t>
      </w:r>
    </w:p>
    <w:p>
      <w:r>
        <w:rPr>
          <w:i/>
        </w:rPr>
        <w:t>“Only Abu Bakr was with the Prophet when armed enemies reached the cave”</w:t>
      </w:r>
    </w:p>
    <w:p>
      <w:r>
        <w:rPr>
          <w:sz w:val="20"/>
        </w:rPr>
        <w:t>12:28  they were with sword, they wanted to kill the prophet. so at that time,</w:t>
      </w:r>
      <w:r>
        <w:br/>
      </w:r>
      <w:r>
        <w:rPr>
          <w:sz w:val="20"/>
        </w:rPr>
        <w:t>12:39  only abubakar was</w:t>
      </w:r>
      <w:r>
        <w:br/>
      </w:r>
      <w:r>
        <w:rPr>
          <w:sz w:val="20"/>
        </w:rPr>
        <w:t>12:42  with the prophet. abubakar siddiq saw those enemy people. so he fell in anxiety.</w:t>
      </w:r>
      <w:r>
        <w:br/>
      </w:r>
      <w:r>
        <w:rPr>
          <w:sz w:val="20"/>
        </w:rPr>
        <w:t>12:52  and under this anxiety, he said o prophet, you see they reached here.</w:t>
      </w:r>
      <w:r>
        <w:br/>
      </w:r>
      <w:r>
        <w:rPr>
          <w:sz w:val="20"/>
        </w:rPr>
        <w:t>13:06  so at that time, it was very very critical time.</w:t>
      </w:r>
      <w:r>
        <w:br/>
      </w:r>
      <w:r>
        <w:rPr>
          <w:sz w:val="20"/>
        </w:rPr>
        <w:t>13:12  there is a partial report of this event in the quran, not the complete report.</w:t>
      </w:r>
      <w:r>
        <w:br/>
      </w:r>
      <w:r>
        <w:rPr>
          <w:sz w:val="20"/>
        </w:rPr>
        <w:t>13:22  complete report you can find only in hadith. so there is a partial reference of this event in the quran.</w:t>
      </w:r>
      <w:r>
        <w:br/>
      </w:r>
      <w:r>
        <w:rPr>
          <w:sz w:val="20"/>
        </w:rPr>
        <w:t>13:33  so according to the quranic report, at this juncture, prophet said,</w:t>
      </w:r>
      <w:r>
        <w:br/>
      </w:r>
      <w:r>
        <w:rPr>
          <w:sz w:val="20"/>
        </w:rPr>
        <w:t>13:42  profit said this is mentioned in the quran in allah mana. this is mentioned in the quran that profit said to abubakar siddiq la takhaf in allah mana dont fear god is with us</w:t>
      </w:r>
      <w:r>
        <w:br/>
      </w:r>
      <w:r>
        <w:rPr>
          <w:sz w:val="20"/>
        </w:rPr>
        <w:t>14:05  dont fear god is with us this is mentioned in the quran. then when we read this event in hadith, we find that at that time the prophet said one more thing that was very very important.</w:t>
      </w:r>
      <w:r>
        <w:br/>
      </w:r>
      <w:r>
        <w:rPr>
          <w:sz w:val="20"/>
        </w:rPr>
        <w:t>14:27  this we find in hadith only is are mentioned in the quran.</w:t>
      </w:r>
      <w:r>
        <w:br/>
      </w:r>
      <w:r>
        <w:rPr>
          <w:sz w:val="20"/>
        </w:rPr>
        <w:t>14:33  so according to the hadith, prophet said ya abubakar mazink basanain allah salihuma.</w:t>
      </w:r>
      <w:r>
        <w:br/>
      </w:r>
      <w:r>
        <w:rPr>
          <w:sz w:val="20"/>
        </w:rPr>
        <w:t>14:47  o abubakar, what do you think about those who third companion is god almighty?</w:t>
      </w:r>
      <w:r>
        <w:br/>
      </w:r>
      <w:r>
        <w:rPr>
          <w:sz w:val="20"/>
        </w:rPr>
        <w:t>15:02  so this part which we find in hadith literature very very important to complete the whole event.</w:t>
      </w:r>
    </w:p>
    <w:p>
      <w:pPr>
        <w:pStyle w:val="Heading2"/>
      </w:pPr>
      <w:r>
        <w:t>Abu Bakr wonders if all eight gates could call him</w:t>
      </w:r>
    </w:p>
    <w:p>
      <w:r>
        <w:rPr>
          <w:color w:val="666666"/>
          <w:sz w:val="18"/>
        </w:rPr>
        <w:t>The Spirit of Ramadan (Part 2) April 24, 2022 Dr. Saniyasnain Khan · 57s · at 2:16 · https://youtu.be/NHe5tC7U3mk?t=136</w:t>
      </w:r>
    </w:p>
    <w:p>
      <w:r>
        <w:rPr>
          <w:i/>
        </w:rPr>
        <w:t>“Sab aath gates se ek hi shaks ke liye announcement ho sakti hai?”</w:t>
      </w:r>
    </w:p>
    <w:p>
      <w:r>
        <w:rPr>
          <w:sz w:val="20"/>
        </w:rPr>
        <w:t>2:16  to sahaba jo baithe hue the usmein Hazrat Abu Bakr bhi the. Abu Bakr raziallahu anhu. To unhone thoda unusual sa sawal poocha. Kaha ke kya aisa bhi ho sakta hai ke saare aathon gate mein se ek hi aadmi ke liye announcement ho. Yaani aathon gate mein se ek hi aadmi ka announcement ho aur woh kisi bhi gate se chala jaye?</w:t>
      </w:r>
      <w:r>
        <w:br/>
      </w:r>
      <w:r>
        <w:rPr>
          <w:sz w:val="20"/>
        </w:rPr>
        <w:t>2:43  to Rasoolullah sallam ne kaha ke naam haan ho sakta hai aur kaha ke woh arzu antakun ameen hoon ke mujhe umeed hai ke tum un mein se ek hoge. You will be among one of them. Oh, sure. To yeh tha darja Hazrat Abu Bakr ka aur maqam tha ke kisi bhi gate mein se chale jayenge. Saare gates pukarenge unke naam ko.</w:t>
      </w:r>
      <w:r>
        <w:br/>
      </w:r>
      <w:r>
        <w:rPr>
          <w:sz w:val="20"/>
        </w:rPr>
        <w:t>3:13  ji.</w:t>
      </w:r>
    </w:p>
    <w:p>
      <w:pPr>
        <w:pStyle w:val="Heading2"/>
      </w:pPr>
      <w:r>
        <w:t>The eight gates of Paradise and Abu Bakr's question</w:t>
      </w:r>
    </w:p>
    <w:p>
      <w:r>
        <w:rPr>
          <w:color w:val="666666"/>
          <w:sz w:val="18"/>
        </w:rPr>
        <w:t>The Spirit of Ramadan (Part 2) April 24, 2022 Dr. Saniyasnain Khan · 2m 07s · at 1:06 · https://youtu.be/NHe5tC7U3mk?t=66</w:t>
      </w:r>
    </w:p>
    <w:p>
      <w:r>
        <w:rPr>
          <w:i/>
        </w:rPr>
        <w:t>“Hadees mein aata hai ki Jannat ke aath gates hain.”</w:t>
      </w:r>
    </w:p>
    <w:p>
      <w:r>
        <w:rPr>
          <w:sz w:val="20"/>
        </w:rPr>
        <w:t>1:06  to iske bare mein doctor safham sab ko bataiye is hadees ke bare mein. Bismillahir rahmani Rahim, Rabbi shrahli sadri, wa yassirli amri, ballul uqdatam min lisani, yafqahu qawli. Hadees mein aata hai ke jannat ke aath gate hain.</w:t>
      </w:r>
      <w:r>
        <w:br/>
      </w:r>
      <w:r>
        <w:rPr>
          <w:sz w:val="20"/>
        </w:rPr>
        <w:t>1:30  to ek baar prophet Muhammad ne sahaba ko bataya ke jannat mein jo gates hain unke naam bataye ke ek hai babu zakat, babuliman, iman gate, arrrayyan.</w:t>
      </w:r>
      <w:r>
        <w:br/>
      </w:r>
      <w:r>
        <w:rPr>
          <w:sz w:val="20"/>
        </w:rPr>
        <w:t>1:51  to bataya ke jo arrrayyan hai usmein se usmein se rozedar enter karenge aur tareeqa yeh hoga ke gate mein se announcement hoga ke mister so and so please come through gate number ya Al Rayyan gate. Is tarah se announcement hoga. Ji.</w:t>
      </w:r>
      <w:r>
        <w:br/>
      </w:r>
      <w:r>
        <w:rPr>
          <w:sz w:val="20"/>
        </w:rPr>
        <w:t>2:16  to sahaba jo baithe hue the usmein Hazrat Abu Bakr bhi the. Abu Bakr raziallahu anhu. To unhone thoda unusual sa sawal poocha. Kaha ke kya aisa bhi ho sakta hai ke saare aathon gate mein se ek hi aadmi ke liye announcement ho. Yaani aathon gate mein se ek hi aadmi ka announcement ho aur woh kisi bhi gate se chala jaye?</w:t>
      </w:r>
      <w:r>
        <w:br/>
      </w:r>
      <w:r>
        <w:rPr>
          <w:sz w:val="20"/>
        </w:rPr>
        <w:t>2:43  to Rasoolullah sallam ne kaha ke naam haan ho sakta hai aur kaha ke woh arzu antakun ameen hoon ke mujhe umeed hai ke tum un mein se ek hoge. You will be among one of them. Oh, sure. To yeh tha darja Hazrat Abu Bakr ka aur maqam tha ke kisi bhi gate mein se chale jayenge. Saare gates pukarenge unke naam ko.</w:t>
      </w:r>
      <w:r>
        <w:br/>
      </w:r>
      <w:r>
        <w:rPr>
          <w:sz w:val="20"/>
        </w:rPr>
        <w:t>3:13  ji.</w:t>
      </w:r>
    </w:p>
    <w:p>
      <w:pPr>
        <w:pStyle w:val="Heading2"/>
      </w:pPr>
      <w:r>
        <w:t>Abu Bakr instantly accepts Islam, earns title As-Siddiq</w:t>
      </w:r>
    </w:p>
    <w:p>
      <w:r>
        <w:rPr>
          <w:color w:val="666666"/>
          <w:sz w:val="18"/>
        </w:rPr>
        <w:t>The Spirit of Ramadan (Part 2) April 24, 2022 Dr. Saniyasnain Khan · 1m 20s · at 3:44 · https://youtu.be/NHe5tC7U3mk?t=224</w:t>
      </w:r>
    </w:p>
    <w:p>
      <w:r>
        <w:rPr>
          <w:i/>
        </w:rPr>
        <w:t>“Maine suna hai ki aapke paas farishta aata hai.”</w:t>
      </w:r>
    </w:p>
    <w:p>
      <w:r>
        <w:rPr>
          <w:sz w:val="20"/>
        </w:rPr>
        <w:t>3:44  to jab Quran reveal hona shuru hua to Makka mein iska charcha hua. To Hazrat Abu Bakr raziallahu anhu aaye prophet ke paas aur kaha ke maine aisa suna hai ke aap ke paas farishta aata hai, Khuda ki taraf se paighamāt laata hai. To prophet ne kaha, aise hi hai. To kuch sunaya Quran ke aaye the sunai kuch. To usi waqt iman le aaye.</w:t>
      </w:r>
      <w:r>
        <w:br/>
      </w:r>
      <w:r>
        <w:rPr>
          <w:sz w:val="20"/>
        </w:rPr>
        <w:t>4:13  matlab unhone seconds bhi nahi lagaye. To baad mein Rasoolullah sallam ne kaha tha ke maine jisko bhi Islam pesh kiya, usne thoda waqt lagaya, thoda socha, thoda hesitation dikhaya. Siwaye Hazrat Abu Bakr ke, unhone waqt nahi lagaya aur fauran mere upar iman le aaye.</w:t>
      </w:r>
      <w:r>
        <w:br/>
      </w:r>
      <w:r>
        <w:rPr>
          <w:sz w:val="20"/>
        </w:rPr>
        <w:t>4:39  to Hazrat Abu Bakr ka bahut hi bada darja hai aur ek waqia isi wajah se unhone isi wajah se prophet Muhammad ne unka naam As Siddiq rakha tha. Ji. Yaani one who testifies the faith. Ji. To unko Abu Bakr Siddiq bhi kaha jata hai.</w:t>
      </w:r>
      <w:r>
        <w:br/>
      </w:r>
      <w:r>
        <w:rPr>
          <w:sz w:val="20"/>
        </w:rPr>
        <w:t>5:04  ek waqea ajrit abubakr ka bahut hi bunda hai ki madina mein ek jab woh caliph the us</w:t>
      </w:r>
    </w:p>
    <w:p>
      <w:pPr>
        <w:pStyle w:val="Heading2"/>
      </w:pPr>
      <w:r>
        <w:t>Abu Bakr secretly serves a blind old woman</w:t>
      </w:r>
    </w:p>
    <w:p>
      <w:r>
        <w:rPr>
          <w:color w:val="666666"/>
          <w:sz w:val="18"/>
        </w:rPr>
        <w:t>The Spirit of Ramadan (Part 2) April 24, 2022 Dr. Saniyasnain Khan · 2m 40s · at 5:04 · https://youtu.be/NHe5tC7U3mk?t=304</w:t>
      </w:r>
    </w:p>
    <w:p>
      <w:r>
        <w:rPr>
          <w:i/>
        </w:rPr>
        <w:t>“Ek ghar tha Madina ke outskirts par, koi choti si hut.”</w:t>
      </w:r>
    </w:p>
    <w:p>
      <w:r>
        <w:rPr>
          <w:sz w:val="20"/>
        </w:rPr>
        <w:t>5:04  ek waqea ajrit abubakr ka bahut hi bunda hai ki madina mein ek jab woh caliph the us</w:t>
      </w:r>
      <w:r>
        <w:br/>
      </w:r>
      <w:r>
        <w:rPr>
          <w:sz w:val="20"/>
        </w:rPr>
        <w:t>5:10  waqt ka waqya aayi hai.</w:t>
      </w:r>
      <w:r>
        <w:br/>
      </w:r>
      <w:r>
        <w:rPr>
          <w:sz w:val="20"/>
        </w:rPr>
        <w:t>5:16  ruler the yaani wahan ke. ji.</w:t>
      </w:r>
      <w:r>
        <w:br/>
      </w:r>
      <w:r>
        <w:rPr>
          <w:sz w:val="20"/>
        </w:rPr>
        <w:t>5:22  to ek ghar tha madina ke outskirts par, sort of hut chota sa koi ghar tha.</w:t>
      </w:r>
      <w:r>
        <w:br/>
      </w:r>
      <w:r>
        <w:rPr>
          <w:sz w:val="20"/>
        </w:rPr>
        <w:t>5:28  to wahan jaya karte the fazr ke namaz ke baad.</w:t>
      </w:r>
      <w:r>
        <w:br/>
      </w:r>
      <w:r>
        <w:rPr>
          <w:sz w:val="20"/>
        </w:rPr>
        <w:t>5:35  to hazrat umar raziyallan unhone dekha ki roz subah jaate hain yeh is ghar mein.</w:t>
      </w:r>
      <w:r>
        <w:br/>
      </w:r>
      <w:r>
        <w:rPr>
          <w:sz w:val="20"/>
        </w:rPr>
        <w:t>5:42  to thoda curious hue janana chaha ki yeh kya kaun rehta hai ismein jaakar dekhoon main.</w:t>
      </w:r>
      <w:r>
        <w:br/>
      </w:r>
      <w:r>
        <w:rPr>
          <w:sz w:val="20"/>
        </w:rPr>
        <w:t>5:50  to ek din jab woh nikle bahar ghar se rajat abubakar to rajat umar rajelan gaye andar.</w:t>
      </w:r>
      <w:r>
        <w:br/>
      </w:r>
      <w:r>
        <w:rPr>
          <w:sz w:val="20"/>
        </w:rPr>
        <w:t>5:58  to dekha ki ek blind lady, old blind lady leti hui thi.</w:t>
      </w:r>
      <w:r>
        <w:br/>
      </w:r>
      <w:r>
        <w:rPr>
          <w:sz w:val="20"/>
        </w:rPr>
        <w:t>6:06  to us blind lady se pucha ki yeh aadmi kaun hai jo aata hai kya karta hai aapke yahan? to usne kaha blind lady ne ki main nahin jaanti ki kya karta hai wo bas wo aata hai mera jhaadu adu deta hai, pocha lagata hai aur khane paka ke rakh ke chala jata hai bolta bhi nahin hoon. to Hazrat Umar samajh gaye.</w:t>
      </w:r>
      <w:r>
        <w:br/>
      </w:r>
      <w:r>
        <w:rPr>
          <w:sz w:val="20"/>
        </w:rPr>
        <w:t>6:32  khair phir kuch dinon ke baad Hazrat Abu Bakr ki death ho gayi. to Hazrat Umar ne socha ki wah jo blind lady ki khidmat karte the Hazrat Abu Bakr ab main shuru kar deta hoon. to wo jaane lage. jaake sawai karte hain, pocha lagate, khana pakate, rakh ke chale aate. to ek din wo blind lady ne kaha ki tumhare dost ki death ho gayi kya?</w:t>
      </w:r>
      <w:r>
        <w:br/>
      </w:r>
      <w:r>
        <w:rPr>
          <w:sz w:val="20"/>
        </w:rPr>
        <w:t>7:02  to hazar to Umar hairan ho gaye ki bole ki kaise pata chala aapko? to us old lady ne jo blind thi boli ki tum jo khajbur late ho dates uska beej nahin nikalte. ji.</w:t>
      </w:r>
      <w:r>
        <w:br/>
      </w:r>
      <w:r>
        <w:rPr>
          <w:sz w:val="20"/>
        </w:rPr>
        <w:t>7:18  to wo Hazrat Umar ghutnon ke bal zameen par baith gaye aur bole ke ae wo Bakar tumhare jaane ke baad khalifa bahut thak gaya. ji. ek waqya hai ajrat tumhar ka bhi lete hain. ji.</w:t>
      </w:r>
      <w:r>
        <w:br/>
      </w:r>
      <w:r>
        <w:rPr>
          <w:sz w:val="20"/>
        </w:rPr>
        <w:t>7:44  Hazrat Umar jab caliph bane to bahut badi empire thi, phaili hui thi. to bahar se log aaye karte the, delegations aate the. to ek baar delegation aaya to hazar Uber rajillahaan masjid mein nahin the. masjid mein milte the wo, ghar par the. to log ghar par aa gaye.</w:t>
      </w:r>
    </w:p>
    <w:p>
      <w:pPr>
        <w:pStyle w:val="Heading2"/>
      </w:pPr>
      <w:r>
        <w:t>Abu Bakr and Umar's landmark ijtihad decisions as caliphs</w:t>
      </w:r>
    </w:p>
    <w:p>
      <w:r>
        <w:rPr>
          <w:color w:val="666666"/>
          <w:sz w:val="18"/>
        </w:rPr>
        <w:t>Development of Fiqh May 29, 2022 Prof. Farida Khanam · 3m 50s · at 23:36 · https://youtu.be/4rhQkwBd_N4?t=1416</w:t>
      </w:r>
    </w:p>
    <w:p>
      <w:r>
        <w:rPr>
          <w:i/>
        </w:rPr>
        <w:t>“When people refused zakat, how did Abu Bakr decide to act?”</w:t>
      </w:r>
    </w:p>
    <w:p>
      <w:r>
        <w:rPr>
          <w:sz w:val="20"/>
        </w:rPr>
        <w:t>23:36  ab tamam logon ne jo hai zakat dene se matlab jo baddu log the, baddu logon zyada tar wo the jo rasoolullah slm ke aakhri zamane mein islam laye the. to unki achhi training nahi hui thi. to jab rasoolullah huslam ka inteqal hua to unhone socha ki ab wo to chala gaya insan jiski wajah se khuda ki madad aati thi. to unhone khed zakat dene se inkar kar diya.</w:t>
      </w:r>
      <w:r>
        <w:br/>
      </w:r>
      <w:r>
        <w:rPr>
          <w:sz w:val="20"/>
        </w:rPr>
        <w:t>24:05  ab us zamane mein logon ki financial position bahut hi kharab thi. wahi janwar hote the. to unhone inkar kar diya. to kis tarike se hadrat abubakar jo hai unhone yeh faisla kiya ki wo in logon se jang karenge. to unhone quran ki ek ayat li ki agar wo tauba kar le, namaz qaim kare aur zaqat ada kare to unka rasta chhod do.</w:t>
      </w:r>
      <w:r>
        <w:br/>
      </w:r>
      <w:r>
        <w:rPr>
          <w:sz w:val="20"/>
        </w:rPr>
        <w:t>24:34  kyunki hazrat umar keh rahe the unhone lay lay lalla kaha to hum unse jang kaise kar sakte hain? to hazrat abbar ne ye ayat ka hawala diya. phir logon ne maan liya un logon se jang hui aur finally wo log jo hai hadataubkr kamyab hue is bagawat ko kyunki wo bagawat ke hum mana tha. sare logon ne ekdam se bagawat kar di thi.</w:t>
      </w:r>
      <w:r>
        <w:br/>
      </w:r>
      <w:r>
        <w:rPr>
          <w:sz w:val="20"/>
        </w:rPr>
        <w:t>24:59  to us liye unhone jang karni padi aur baad mein in sab logon ne usko mana. to wahi hai ki milti julti misal par qurani hukm apply kiya jata hai. to is tarike se ek hukm aaya quran ka aur usse bahut sare kaam nikalte hain. kyunki har milti julti jo situation hoti hai us par wah apply hota hai.</w:t>
      </w:r>
      <w:r>
        <w:br/>
      </w:r>
      <w:r>
        <w:rPr>
          <w:sz w:val="20"/>
        </w:rPr>
        <w:t>25:26  to uske liye hamein ek aalim ki zaroorat hoti hai jiski nazar mein ye sari cheezein ho. hadratumar ke zamane mein ek bada izma hua. ji. ki hasil mein us zamane mein kya hota tha ki jo fauji hote the to jab wo jang karte the wo volunteers hote the to jo jang mein jo fata hoti thi jo zameen hai wo unko baant di jati thi usi mein se.</w:t>
      </w:r>
      <w:r>
        <w:br/>
      </w:r>
      <w:r>
        <w:rPr>
          <w:sz w:val="20"/>
        </w:rPr>
        <w:t>25:54  to jab irah ko sham fata hua itna bada bada mulk to faujiyon ne kehna shuru kiya ki sab hamare hamein baanta jaye. to yeh bahut bada masla tha. pura pura mulk baantna aur mulk ke baat shinde jo hain wo unka kya hoga? phir uske baad wahan par kheti baadi hoti thi. arbon ko to kheti baadi karna nahi aata tha. to yeh sara jo hai aur phir economic resources kahan se aayenge?</w:t>
      </w:r>
      <w:r>
        <w:br/>
      </w:r>
      <w:r>
        <w:rPr>
          <w:sz w:val="20"/>
        </w:rPr>
        <w:t>26:22  to hadrat umar bilkul unko clear unka tha ki yeh nahi baantna hai. lekin uske liye unhone ek bada bahut bada jalasa bulaya aur wahan par sare unhone apne arguments rakhe. to baad mein jab unko yeh argument mila quran ka ki jo log baad mein aaye unka bhi hissa hai. to isko unhone pesh kiya to logon ne maan liya.</w:t>
      </w:r>
      <w:r>
        <w:br/>
      </w:r>
      <w:r>
        <w:rPr>
          <w:sz w:val="20"/>
        </w:rPr>
        <w:t>26:48  asal mein sahaba jo the na wo quran ko fauran maan lete the. sunte hain aaj bhi arab jo hai quran agar koi aaya to unke samne padh di jaye to fauran maan lete hain. bashal. aaj bhi. to wo logon ne sab maan liya aur usi ke mutabiq jo hai iraq aur sham jo hai wo unke asal basindon ke paas wo rehne diya aur usmein usi hisab se uski management kiya gaya.</w:t>
      </w:r>
      <w:r>
        <w:br/>
      </w:r>
      <w:r>
        <w:rPr>
          <w:sz w:val="20"/>
        </w:rPr>
        <w:t>27:18  to yeh hai isi tarike se bahut sare waqiyat mein bahut lamba ho jayega. ji ji ji nahi bahut achhe se wazik kiya aap baat jaza kar lao.</w:t>
      </w:r>
      <w:r>
        <w:br/>
      </w:r>
      <w:r>
        <w:rPr>
          <w:sz w:val="20"/>
        </w:rPr>
        <w:t>27:26  achha aap jaisa ki hum jante hain ki profit ki death june mein hui aur uske baad char khalifa ka daur shuru hua jo 06/1961 AD tak chala aur hum jaisa ki jante hain ki after prophet's death, companions spread out in different parts of the muslim world and they occupied intellectual and religious position.</w:t>
      </w:r>
    </w:p>
    <w:p>
      <w:pPr>
        <w:pStyle w:val="Heading2"/>
      </w:pPr>
      <w:r>
        <w:t>Hasan al-Basri: rich merchant turned devoted ascetic</w:t>
      </w:r>
    </w:p>
    <w:p>
      <w:r>
        <w:rPr>
          <w:color w:val="666666"/>
          <w:sz w:val="18"/>
        </w:rPr>
        <w:t>Understanding Sufism August 7, 2022 Prof. Farida Khanam · 2m 39s · at 30:55 · https://youtu.be/6J2Bb3Ypf2Y?t=1855</w:t>
      </w:r>
    </w:p>
    <w:p>
      <w:r>
        <w:rPr>
          <w:i/>
        </w:rPr>
        <w:t>“Unhone Hazrat Abu Bakr ke haath Islam qubool kiya tha, wo ek ameer tajir the”</w:t>
      </w:r>
    </w:p>
    <w:p>
      <w:r>
        <w:rPr>
          <w:sz w:val="20"/>
        </w:rPr>
        <w:t>30:55  to main chahunga unke bare mein bhi aap kuch batayein. unhone hazrat abbuqr ke haath islam ko qabool kiya tha. to woh tazir the, kafi daulatmand tazir the. lekin unko jab khuda se bohat gehra talluq kaam ho gaya to unhone taizarat ko chhod diya aur ekdum duniya se kinarkashi ikhtiyar kar li.</w:t>
      </w:r>
      <w:r>
        <w:br/>
      </w:r>
      <w:r>
        <w:rPr>
          <w:sz w:val="20"/>
        </w:rPr>
        <w:t>31:15  to din raat woh yeh baad mein mashgool rehte the us par khuda tawajjo nahin karta aur us</w:t>
      </w:r>
      <w:r>
        <w:br/>
      </w:r>
      <w:r>
        <w:rPr>
          <w:sz w:val="20"/>
        </w:rPr>
        <w:t>31:25  zamane ke jo musalman the us zamane mein daulat ki bahut zyada rail pel thi to kehte the</w:t>
      </w:r>
      <w:r>
        <w:br/>
      </w:r>
      <w:r>
        <w:rPr>
          <w:sz w:val="20"/>
        </w:rPr>
        <w:t>31:35  ke maine sattar badri sahaba ko dekha hai.</w:t>
      </w:r>
      <w:r>
        <w:br/>
      </w:r>
      <w:r>
        <w:rPr>
          <w:sz w:val="20"/>
        </w:rPr>
        <w:t>31:46  agar tum unhein dekhte to kehte hain ki yeh pagal hain. agar woh tumhare achhon ko dekhein to kahenge ki deen mein unka koi hissa nahi. to maine aise log dekhe ki duniya unke nazdeek paon ke neeche ki mitti se bhi zyada behqiqaat thi. to kehte hain ki jo sahaba the woh itna zyada inspired the ki kehte hain ki akhirat ke fikr ne unko deewana bana diya tha.</w:t>
      </w:r>
      <w:r>
        <w:br/>
      </w:r>
      <w:r>
        <w:rPr>
          <w:sz w:val="20"/>
        </w:rPr>
        <w:t>32:14  to wohi kaha unhone bataya ki tum log dekho to kahoge woh pagal hain. pagal nahi woh khuda ki matlab khuda ki fikr mein aur akhirat ki fikr mein aur khuda se dar ne unko aisa bana diya tha. to woh kehte hain kehte the ki ilm yeh hai ki aadmi khuda se darne lage. to khuda se jo hai log sirf farm ki yeh baat kar rahe hain. farm kuch bhi sochte nahi hai.</w:t>
      </w:r>
      <w:r>
        <w:br/>
      </w:r>
      <w:r>
        <w:rPr>
          <w:sz w:val="20"/>
        </w:rPr>
        <w:t>32:42  na khuda se dar, na khuda se mohabbat, na jahannum ka dar, na jannat ka shauk bas waqti taur par bas woh panch das minute ki ibadat kar lete hain. to wohi agar in logon ne kaam na kiya hota to islam ki spirit to bohat pehle khatam ho chuki hoti.</w:t>
      </w:r>
      <w:r>
        <w:br/>
      </w:r>
      <w:r>
        <w:rPr>
          <w:sz w:val="20"/>
        </w:rPr>
        <w:t>33:01  to in logon ne jo sab kaam kiya in logon ke jo disciples the aur is jo shilasile</w:t>
      </w:r>
      <w:r>
        <w:br/>
      </w:r>
      <w:r>
        <w:rPr>
          <w:sz w:val="20"/>
        </w:rPr>
        <w:t>33:09  ko spiritual jo trend tha spiritual jo uska islam ka aspect tha usko in logon ne aage badhaya</w:t>
      </w:r>
      <w:r>
        <w:br/>
      </w:r>
      <w:r>
        <w:rPr>
          <w:sz w:val="20"/>
        </w:rPr>
        <w:t>33:17  aur in logon ne inhi logon ki wajah se baad mein woh yeh silsila jo hai spiritual silsila</w:t>
      </w:r>
      <w:r>
        <w:br/>
      </w:r>
      <w:r>
        <w:rPr>
          <w:sz w:val="20"/>
        </w:rPr>
        <w:t>33:25  badhta hi chala gaya, badhta hi chala gaya yahan tak ke woh sari duniya mein fail gaya.</w:t>
      </w:r>
      <w:r>
        <w:br/>
      </w:r>
      <w:r>
        <w:rPr>
          <w:sz w:val="20"/>
        </w:rPr>
        <w:t>33:34  ji aur unke yahan par quotes bhi bohat famous hue hain. ek to mujhe bohat hi pasand aaya ki unhone kaha ki whoever speaks evil about you behind your back do not get angry For in reality they are offering their good deeds on a golden plate. to main samajhta hoon ki yeh ghusse ki jad ko hi kaat diya unhone is baat ko kehkar. bohat hi zabardast quote tha unka yeh.</w:t>
      </w:r>
    </w:p>
    <w:p>
      <w:pPr>
        <w:pStyle w:val="Heading2"/>
      </w:pPr>
      <w:r>
        <w:t>Abu Bakr scolds girls, Prophet says let them celebrate</w:t>
      </w:r>
    </w:p>
    <w:p>
      <w:r>
        <w:rPr>
          <w:color w:val="666666"/>
          <w:sz w:val="18"/>
        </w:rPr>
        <w:t>Message of Eid-al-Fitr May 03, 2022 Prof. Farida Khanam &amp; Dr. Saniyasnain Khan · 57s · at 2:57 · https://youtu.be/wMBqbwZ8gEs?t=177</w:t>
      </w:r>
    </w:p>
    <w:p>
      <w:r>
        <w:rPr>
          <w:i/>
        </w:rPr>
        <w:t>“Rasulullah ke zamane mein ek baar aisa hua ke...”</w:t>
      </w:r>
    </w:p>
    <w:p>
      <w:r>
        <w:rPr>
          <w:sz w:val="20"/>
        </w:rPr>
        <w:t>2:57  to woh spirit barabar woh baqi rehti hai. phir istimaali namaz hoti hai. usmein isi tarah ki sab duwai ki jati hai. to ek usmein dekh rahi thi main rasoolullah sallallahu sallallahu ke zamane mein ek baar aisa hua ke hazrat abu bakr eid ke mauqe par aapke yahan gaye. to hazrat ayesha ke paas do ladkiyan baithi duff baja rahi thi. kuch arabi gaane ga rahi thi.</w:t>
      </w:r>
      <w:r>
        <w:br/>
      </w:r>
      <w:r>
        <w:rPr>
          <w:sz w:val="20"/>
        </w:rPr>
        <w:t>3:25  to hazrat abu bakr unko dantaane lage. to rasoolullah sallallahu sallallahu ne kaha ke nahi danto mat. aaj eid ka din hai. har qaum ki ek eid hoti hai aur aaj hamari eid hai. to rasoolullah sallallahu sallallahu sallallahu ke kehne ka matlab tha ke agar koi harmless tarike se apni koi tafri kar raha hai to usko mana mat karo usko roko mat kyunke har qaum ke ki tyohar hote hai aur yeh hamara tyohar hai.</w:t>
      </w:r>
      <w:r>
        <w:br/>
      </w:r>
      <w:r>
        <w:rPr>
          <w:sz w:val="20"/>
        </w:rPr>
        <w:t>3:54  to lekin us tyohar mein hamein koi bhi aisa galat kaam nahi karna hai jo hamare liye, hamari society ke liye aur kisi bhi tarike se woh harmful bane. to is tarike se rasoolullah sallallahu sallallahu ne tyohar ko ibadat se jod diya, qaumi ek jahati se jod diya aur usmein khaas taur par sadqe ko bahut zyada ahmiyat di gayi kyunke bahut sare log habs hain.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