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Adam</w:t>
      </w:r>
    </w:p>
    <w:p>
      <w:r>
        <w:rPr>
          <w:sz w:val="18"/>
        </w:rPr>
        <w:t>Q&amp;A, lecture moments and clips · full transcripts with timestamps · exported 2026-09-21</w:t>
      </w:r>
    </w:p>
    <w:p>
      <w:pPr>
        <w:pStyle w:val="Heading1"/>
      </w:pPr>
      <w:r>
        <w:t>Maulana was asked (3)</w:t>
      </w:r>
    </w:p>
    <w:p>
      <w:pPr>
        <w:pStyle w:val="Heading2"/>
      </w:pPr>
      <w:r>
        <w:t>Was Adam the first human?</w:t>
      </w:r>
    </w:p>
    <w:p>
      <w:r>
        <w:rPr>
          <w:color w:val="666666"/>
          <w:sz w:val="18"/>
        </w:rPr>
        <w:t>Dars-e-Quran, Chapter 25, V. 1 (Spreading Quran) September 9, 2018 · 1m 11s · at 57:18 · https://youtu.be/zf3V6LP2Qg0?t=3438</w:t>
      </w:r>
    </w:p>
    <w:p>
      <w:r>
        <w:rPr>
          <w:i/>
        </w:rPr>
        <w:t>“Is Adam the first human? Or before him were there humans on earth or in paradise? Please tell us about this.”</w:t>
      </w:r>
    </w:p>
    <w:p>
      <w:r>
        <w:rPr>
          <w:sz w:val="20"/>
        </w:rPr>
        <w:t>57:18  maulana nandeer se ata qureshi sahib ne sawal bheja hai. unhon ne likha hai: kya adam pehle insan hain ya un se pehle bhi zameen par ya jannat mein insan raha karte thay?</w:t>
      </w:r>
      <w:r>
        <w:br/>
      </w:r>
      <w:r>
        <w:rPr>
          <w:sz w:val="20"/>
        </w:rPr>
        <w:t>57:35  is ke bare mein kuch bataiye. yeh jaan kar kya karein ge aap? agar maloom ho jaye. dekhiye, ghair zaroori sawal karna yeh koi, yeh nahi, koi aql hai nahi, islam hai.</w:t>
      </w:r>
      <w:r>
        <w:br/>
      </w:r>
      <w:r>
        <w:rPr>
          <w:sz w:val="20"/>
        </w:rPr>
        <w:t>57:51  sawal yeh kijiye, is ka taluq aap ki zindagi se ho. aap ne yeh nahi poocha ke mere paas itna paisa hai, main kis tarah se is ko quran ke tarjume mein lagaon?</w:t>
      </w:r>
      <w:r>
        <w:br/>
      </w:r>
      <w:r>
        <w:rPr>
          <w:sz w:val="20"/>
        </w:rPr>
        <w:t>58:01  yeh kyun nahi poocha aap ne? itni lambi taqreer maine ki to aap ki samne yeh nahi aayi ke aap poochein mujh se ke mere paas itna paisa hai, is ko maine kaise quran ke tarjume mein lagaon?</w:t>
      </w:r>
      <w:r>
        <w:br/>
      </w:r>
      <w:r>
        <w:rPr>
          <w:sz w:val="20"/>
        </w:rPr>
        <w:t>58:14  ek be matlab ka sawal kar rahe hain, koi is ka sir na pheray. yeh koi sawal nahi hai, yeh yeh koi sawal hai hi nahi.</w:t>
      </w:r>
      <w:r>
        <w:br/>
      </w:r>
      <w:r>
        <w:rPr>
          <w:sz w:val="20"/>
        </w:rPr>
        <w:t>58:30  maulana, agla sawal miss stuti malhotra ne poocha hai dilli se. unhon ne likha hai: maulana, from where did this concept of be adabi of quran emerge?</w:t>
      </w:r>
    </w:p>
    <w:p>
      <w:pPr>
        <w:pStyle w:val="Heading2"/>
      </w:pPr>
      <w:r>
        <w:t>Significance of teaching Adam repentance words</w:t>
      </w:r>
    </w:p>
    <w:p>
      <w:r>
        <w:rPr>
          <w:color w:val="666666"/>
          <w:sz w:val="18"/>
        </w:rPr>
        <w:t>Dars-e-Quran, Chapter 2, Verse 37 | January  07, 2018 · 1m 53s · at 54:28 · https://youtu.be/ao6Cr57KuEM?t=3268</w:t>
      </w:r>
    </w:p>
    <w:p>
      <w:r>
        <w:rPr>
          <w:i/>
        </w:rPr>
        <w:t>“Why did Allah choose to teach Adam the words of repentance? What was the significance of giving Adam those words?”</w:t>
      </w:r>
    </w:p>
    <w:p>
      <w:r>
        <w:rPr>
          <w:sz w:val="20"/>
        </w:rPr>
        <w:t>54:28  مولانا، اگلا سوال کشمیر سے عامر موری صاحب نے بھیجا ہے، انہوں نے لکھا ہے: "We have learned</w:t>
      </w:r>
      <w:r>
        <w:br/>
      </w:r>
      <w:r>
        <w:rPr>
          <w:sz w:val="20"/>
        </w:rPr>
        <w:t>54:38  That repentance is the feeling of acknowledging one's mistakes and then striving to come back to the right path.</w:t>
      </w:r>
      <w:r>
        <w:br/>
      </w:r>
      <w:r>
        <w:rPr>
          <w:sz w:val="20"/>
        </w:rPr>
        <w:t>54:48  My question is: Why Allah chose to teach Adam the words of repentance? What was the significance of giving Adam</w:t>
      </w:r>
      <w:r>
        <w:br/>
      </w:r>
      <w:r>
        <w:rPr>
          <w:sz w:val="20"/>
        </w:rPr>
        <w:t>54:58  the ability to make dua to his creator? when allah, allah can easily understand what is in our hearts?" maulana, kindly guide us in this. question clear nahin laga mujh ko. kya question hai? maulana, woh yeh janna chah rahe hain shayad ke allah ne kyun dua batai adam adam ko tauba karne ke liye? kyunke</w:t>
      </w:r>
      <w:r>
        <w:br/>
      </w:r>
      <w:r>
        <w:rPr>
          <w:sz w:val="20"/>
        </w:rPr>
        <w:t>55:28  allah to khud hi jante hain ke hamare dilon mein kya hai, to is ka kya significance hai ke yeh dua sikhai allah ne adam ko? bhai, yeh first, yeh pehli baar to aisa hua human history mein. pehli baar to allah ko first instance mein batana tha ke insan ko kick karna chahiye. ya to allah ko</w:t>
      </w:r>
      <w:r>
        <w:br/>
      </w:r>
      <w:r>
        <w:rPr>
          <w:sz w:val="20"/>
        </w:rPr>
        <w:t>55:58  batana hi tha, nahi to example set kaise hota? example kaise set hota? main to samajhta hoon ke</w:t>
      </w:r>
      <w:r>
        <w:br/>
      </w:r>
      <w:r>
        <w:rPr>
          <w:sz w:val="20"/>
        </w:rPr>
        <w:t>56:06  Allah ka yeh introduction tha jo right time par hua.</w:t>
      </w:r>
      <w:r>
        <w:br/>
      </w:r>
      <w:r>
        <w:rPr>
          <w:sz w:val="20"/>
        </w:rPr>
        <w:t>56:13  agar introduction na hota to phir bhi insan bhatka rehta.</w:t>
      </w:r>
    </w:p>
    <w:p>
      <w:pPr>
        <w:pStyle w:val="Heading2"/>
      </w:pPr>
      <w:r>
        <w:t>Question about man's complete freedom</w:t>
      </w:r>
    </w:p>
    <w:p>
      <w:r>
        <w:rPr>
          <w:color w:val="666666"/>
          <w:sz w:val="18"/>
        </w:rPr>
        <w:t>The Message of Eid Al-Adha November 6, 2011 Maulana Wahiduddin Khan · 1m 31s · at 1:04:38 · https://youtu.be/y59PU_RD2cg?t=3878</w:t>
      </w:r>
    </w:p>
    <w:p>
      <w:r>
        <w:rPr>
          <w:i/>
        </w:rPr>
        <w:t>“Is man 100% free?”</w:t>
      </w:r>
    </w:p>
    <w:p>
      <w:r>
        <w:rPr>
          <w:sz w:val="20"/>
        </w:rPr>
        <w:t>1:04:38  maulana, agla sawal miss naghma siddiqui ka hai, de</w:t>
      </w:r>
      <w:r>
        <w:br/>
      </w:r>
      <w:r>
        <w:rPr>
          <w:sz w:val="20"/>
        </w:rPr>
        <w:t>1:04:41  li se. unhon ne likha hai ke "Is man 100% free?" is ke baray mein bataen.</w:t>
      </w:r>
      <w:r>
        <w:br/>
      </w:r>
      <w:r>
        <w:rPr>
          <w:sz w:val="20"/>
        </w:rPr>
        <w:t>1:04:50  dekhiye, apne will ke aitbaar se 100% free hai. is duniya mein dekhiye, hamein do cheezon ke beech mein rehna padta hai. ek hai hamari azaadi, doosre hamare bahar jo hai infrastructure.</w:t>
      </w:r>
      <w:r>
        <w:br/>
      </w:r>
      <w:r>
        <w:rPr>
          <w:sz w:val="20"/>
        </w:rPr>
        <w:t>1:05:04  yeh jo hawa hai, pani hai, jo sari cheezen hain, us ko mein infrastructure</w:t>
      </w:r>
      <w:r>
        <w:br/>
      </w:r>
      <w:r>
        <w:rPr>
          <w:sz w:val="20"/>
        </w:rPr>
        <w:t>1:05:08  kehta hoon. infrastructure jo hai, woh to Khuda ki taraf se supply kiya jata hai. is mein aap ko koi ikhtiyar nahi hai.</w:t>
      </w:r>
      <w:r>
        <w:br/>
      </w:r>
      <w:r>
        <w:rPr>
          <w:sz w:val="20"/>
        </w:rPr>
        <w:t>1:05:17  aap ko oxygen hi saans lena hai, pani se pyas bujhani hai, aur khana jo hai, usi se aap ne bhook mitani hai.</w:t>
      </w:r>
      <w:r>
        <w:br/>
      </w:r>
      <w:r>
        <w:rPr>
          <w:sz w:val="20"/>
        </w:rPr>
        <w:t>1:05:29  koi aur ikhtiyar aap ke paas nahi hai is maamle mein. lekin</w:t>
      </w:r>
      <w:r>
        <w:br/>
      </w:r>
      <w:r>
        <w:rPr>
          <w:sz w:val="20"/>
        </w:rPr>
        <w:t>1:05:35  aap ko jo aazadi hai, us ko chahe chahe aap istemal kari</w:t>
      </w:r>
      <w:r>
        <w:br/>
      </w:r>
      <w:r>
        <w:rPr>
          <w:sz w:val="20"/>
        </w:rPr>
        <w:t>1:05:38  n, khayen ya na khayen, sach bolen ya jhoot bolen, logon se peaceful tareeqe se rahen, larr kar rahen un se, khud hi khud kha len ya doosron ko bhi khila den.</w:t>
      </w:r>
      <w:r>
        <w:br/>
      </w:r>
      <w:r>
        <w:rPr>
          <w:sz w:val="20"/>
        </w:rPr>
        <w:t>1:05:50  to is dunya mein 50-50 ka mamla hai. 50 percent aap ki freedom aur 50 percent infrastructure. Infrastructure ke mamle mein aap par jabr hai, lekin aap ko jo freedom hai, us pe koi jabr nahin.</w:t>
      </w:r>
      <w:r>
        <w:br/>
      </w:r>
      <w:r>
        <w:rPr>
          <w:sz w:val="20"/>
        </w:rPr>
        <w:t>1:06:04  100 percent aazadi hai.</w:t>
      </w:r>
    </w:p>
    <w:p>
      <w:pPr>
        <w:pStyle w:val="Heading1"/>
      </w:pPr>
      <w:r>
        <w:t>In the lectures (19)</w:t>
      </w:r>
    </w:p>
    <w:p>
      <w:pPr>
        <w:pStyle w:val="Heading2"/>
      </w:pPr>
      <w:r>
        <w:t>Islam In the light of Hadith and Sunnah (English) February 22, 2007 Maulana Wahiduddin Khan</w:t>
      </w:r>
    </w:p>
    <w:p>
      <w:r>
        <w:rPr>
          <w:color w:val="666666"/>
          <w:sz w:val="18"/>
        </w:rPr>
        <w:t>4:43 · https://youtu.be/A7MYL_HL6F4?t=283</w:t>
      </w:r>
    </w:p>
    <w:p>
      <w:r>
        <w:rPr>
          <w:i/>
        </w:rPr>
        <w:t>“, and the ancestor was common. That is Adam and Eve. Adam and Eve, the life begins from Adam and Eve. Eve, E-V-E. The life on this earth begins from Adam and Eve. So the parent of all humanity, all mankind, is one. So God is one. Ancestors are one. So this kind of thinking create”</w:t>
      </w:r>
    </w:p>
    <w:p>
      <w:pPr>
        <w:pStyle w:val="Heading2"/>
      </w:pPr>
      <w:r>
        <w:t>Man And Paradise (English) March 21, 2007 Maulana Wahiduddin Khan</w:t>
      </w:r>
    </w:p>
    <w:p>
      <w:r>
        <w:rPr>
          <w:color w:val="666666"/>
          <w:sz w:val="18"/>
        </w:rPr>
        <w:t>5:32 · https://youtu.be/cF-SjJXpnrc?t=332</w:t>
      </w:r>
    </w:p>
    <w:p>
      <w:r>
        <w:rPr>
          <w:i/>
        </w:rPr>
        <w:t>“۔ ناؤ گاڈ سینڈ ہز ہز گائیڈنس تھرو پرافٹ۔ یو نو، ادم واز دا فرسٹ مین، السو ہی واز دی فرسٹ پرافٹ۔ سو گاڈ ریویلڈ ہز گائیڈنس تھرو پرافٹس ان ایوری ٹائم اینڈ ایوری پلیس۔ ناؤ قران از ا پریزرو فارم اف دیٹ گائیڈنس۔ موسٹ اتھنٹک اینڈ پریزرو فارم اف دیٹ ڈیوائن گائیڈنس۔”</w:t>
      </w:r>
    </w:p>
    <w:p>
      <w:pPr>
        <w:pStyle w:val="Heading2"/>
      </w:pPr>
      <w:r>
        <w:t>Quran Lessons (In Conversation with Maulana) 27.12.2010</w:t>
      </w:r>
    </w:p>
    <w:p>
      <w:r>
        <w:rPr>
          <w:color w:val="666666"/>
          <w:sz w:val="18"/>
        </w:rPr>
        <w:t>0:11 · https://youtu.be/tFU57I6tThk?t=11</w:t>
      </w:r>
    </w:p>
    <w:p>
      <w:r>
        <w:rPr>
          <w:i/>
        </w:rPr>
        <w:t>“Okay, this, uh, we are starting the question-answer session now. This question is from Mr. Khaled Ansari from Delhi. Adam, the first man, while inhabiting in paradise, couldn't resist the temptation and violated God's instructions of "don'ts," which led to his ouster from heaven.”</w:t>
      </w:r>
    </w:p>
    <w:p>
      <w:pPr>
        <w:pStyle w:val="Heading2"/>
      </w:pPr>
      <w:r>
        <w:t>The Last Phase of Human History (English) | June 8, 2007 | Maulana Wahiduddin Khan</w:t>
      </w:r>
    </w:p>
    <w:p>
      <w:r>
        <w:rPr>
          <w:color w:val="666666"/>
          <w:sz w:val="18"/>
        </w:rPr>
        <w:t>29:28 · https://youtu.be/Sa6wiaUerzQ?t=1768</w:t>
      </w:r>
    </w:p>
    <w:p>
      <w:r>
        <w:rPr>
          <w:i/>
        </w:rPr>
        <w:t>“e reminds us of another verse that is about the first man. You know, the first man, that is Adam and his wife Eve, were born, and then they were settled in Paradise.”</w:t>
      </w:r>
    </w:p>
    <w:p>
      <w:pPr>
        <w:pStyle w:val="Heading2"/>
      </w:pPr>
      <w:r>
        <w:t>The Last Phase of Human History (English) | June 8, 2007 | Maulana Wahiduddin Khan</w:t>
      </w:r>
    </w:p>
    <w:p>
      <w:r>
        <w:rPr>
          <w:color w:val="666666"/>
          <w:sz w:val="18"/>
        </w:rPr>
        <w:t>30:04 · https://youtu.be/Sa6wiaUerzQ?t=1804</w:t>
      </w:r>
    </w:p>
    <w:p>
      <w:r>
        <w:rPr>
          <w:i/>
        </w:rPr>
        <w:t>“"O Adam, you may stay here in this Paradise with your wife." So in Paradise there was everything, all kinds of pleasure, all kinds of happiness. So God settled Adam with his wife in this Paradise. But there was a restriction.”</w:t>
      </w:r>
    </w:p>
    <w:p>
      <w:pPr>
        <w:pStyle w:val="Heading2"/>
      </w:pPr>
      <w:r>
        <w:t>The Last Phase of Human History (English) | June 8, 2007 | Maulana Wahiduddin Khan</w:t>
      </w:r>
    </w:p>
    <w:p>
      <w:r>
        <w:rPr>
          <w:color w:val="666666"/>
          <w:sz w:val="18"/>
        </w:rPr>
        <w:t>30:35 · https://youtu.be/Sa6wiaUerzQ?t=1835</w:t>
      </w:r>
    </w:p>
    <w:p>
      <w:r>
        <w:rPr>
          <w:i/>
        </w:rPr>
        <w:t>“God said, "La taqraba." "O Adam, don't approach this forbidden tree, otherwise you will failure." There was a forbidden tree. So God”</w:t>
      </w:r>
    </w:p>
    <w:p>
      <w:pPr>
        <w:pStyle w:val="Heading2"/>
      </w:pPr>
      <w:r>
        <w:t>The Last Phase of Human History (English) | June 8, 2007 | Maulana Wahiduddin Khan</w:t>
      </w:r>
    </w:p>
    <w:p>
      <w:r>
        <w:rPr>
          <w:color w:val="666666"/>
          <w:sz w:val="18"/>
        </w:rPr>
        <w:t>31:05 · https://youtu.be/Sa6wiaUerzQ?t=1865</w:t>
      </w:r>
    </w:p>
    <w:p>
      <w:r>
        <w:rPr>
          <w:i/>
        </w:rPr>
        <w:t>“told Adam, "Don't approach this forbidden tree." But he, but under temptation but Adam, under temptation, ate the fruit of that forbidden tree, and then he was thrown to this earth.”</w:t>
      </w:r>
    </w:p>
    <w:p>
      <w:pPr>
        <w:pStyle w:val="Heading2"/>
      </w:pPr>
      <w:r>
        <w:t>The Last Phase of Human History (English) | June 8, 2007 | Maulana Wahiduddin Khan</w:t>
      </w:r>
    </w:p>
    <w:p>
      <w:r>
        <w:rPr>
          <w:color w:val="666666"/>
          <w:sz w:val="18"/>
        </w:rPr>
        <w:t>31:36 · https://youtu.be/Sa6wiaUerzQ?t=1896</w:t>
      </w:r>
    </w:p>
    <w:p>
      <w:r>
        <w:rPr>
          <w:i/>
        </w:rPr>
        <w:t>“Now you, if you see this story under those two, under the under those two chapters, you will see that when Adam and his generation were settled in this earth, they were bearing a return t”</w:t>
      </w:r>
    </w:p>
    <w:p>
      <w:pPr>
        <w:pStyle w:val="Heading2"/>
      </w:pPr>
      <w:r>
        <w:t>The Last Phase of Human History (English) | June 8, 2007 | Maulana Wahiduddin Khan</w:t>
      </w:r>
    </w:p>
    <w:p>
      <w:r>
        <w:rPr>
          <w:color w:val="666666"/>
          <w:sz w:val="18"/>
        </w:rPr>
        <w:t>32:06 · https://youtu.be/Sa6wiaUerzQ?t=1926</w:t>
      </w:r>
    </w:p>
    <w:p>
      <w:r>
        <w:rPr>
          <w:i/>
        </w:rPr>
        <w:t>“icket also. Return ticket because that verse says that except those who are true believers and who could do good deeds. So belief and good deeds are like a return ticket. Adam, the first Adam was settled in Paradise. Then he was”</w:t>
      </w:r>
    </w:p>
    <w:p>
      <w:pPr>
        <w:pStyle w:val="Heading2"/>
      </w:pPr>
      <w:r>
        <w:t>The Last Phase of Human History (English) | June 8, 2007 | Maulana Wahiduddin Khan</w:t>
      </w:r>
    </w:p>
    <w:p>
      <w:r>
        <w:rPr>
          <w:color w:val="666666"/>
          <w:sz w:val="18"/>
        </w:rPr>
        <w:t>33:07 · https://youtu.be/Sa6wiaUerzQ?t=1987</w:t>
      </w:r>
    </w:p>
    <w:p>
      <w:r>
        <w:rPr>
          <w:i/>
        </w:rPr>
        <w:t>“return ticket for them. But it was as a potential ticket, not an actual ticket. Potential means Adam and his Adam and his generation were having all those potentials which are needed to”</w:t>
      </w:r>
    </w:p>
    <w:p>
      <w:pPr>
        <w:pStyle w:val="Heading2"/>
      </w:pPr>
      <w:r>
        <w:t>The Last Phase of Human History (English) | June 8, 2007 | Maulana Wahiduddin Khan</w:t>
      </w:r>
    </w:p>
    <w:p>
      <w:r>
        <w:rPr>
          <w:color w:val="666666"/>
          <w:sz w:val="18"/>
        </w:rPr>
        <w:t>33:39 · https://youtu.be/Sa6wiaUerzQ?t=2019</w:t>
      </w:r>
    </w:p>
    <w:p>
      <w:r>
        <w:rPr>
          <w:i/>
        </w:rPr>
        <w:t>“do those kinds of good deeds which will serve as a return ticket. Why? This secret we find in another verse, "Allama Adam al-Asmaa kullah." God inculcated all those knowledges in Adam, in mankind. So ever”</w:t>
      </w:r>
    </w:p>
    <w:p>
      <w:pPr>
        <w:pStyle w:val="Heading2"/>
      </w:pPr>
      <w:r>
        <w:t>The Last Phase of Human History (English) | June 8, 2007 | Maulana Wahiduddin Khan</w:t>
      </w:r>
    </w:p>
    <w:p>
      <w:r>
        <w:rPr>
          <w:color w:val="666666"/>
          <w:sz w:val="18"/>
        </w:rPr>
        <w:t>38:15 · https://youtu.be/Sa6wiaUerzQ?t=2295</w:t>
      </w:r>
    </w:p>
    <w:p>
      <w:r>
        <w:rPr>
          <w:i/>
        </w:rPr>
        <w:t>“Adam was settled in Paradise, it was settled he was settled at that time without test. Without test. It was like a reward. But after tasting the after taking the forbidden tree, after taking the fruit of the forbidden tree, he was sent to this”</w:t>
      </w:r>
    </w:p>
    <w:p>
      <w:pPr>
        <w:pStyle w:val="Heading2"/>
      </w:pPr>
      <w:r>
        <w:t>Fasting I 9th May 07</w:t>
      </w:r>
    </w:p>
    <w:p>
      <w:r>
        <w:rPr>
          <w:color w:val="666666"/>
          <w:sz w:val="18"/>
        </w:rPr>
        <w:t>5:17 · https://youtu.be/FU1JoXdA9us?t=317</w:t>
      </w:r>
    </w:p>
    <w:p>
      <w:r>
        <w:rPr>
          <w:i/>
        </w:rPr>
        <w:t>“was Adam, and also the first prophet was Adam. To what was Adam's Sawm? What was Adam's fasting? When we try to know this, we discover a very important fact, that although Sawm”</w:t>
      </w:r>
    </w:p>
    <w:p>
      <w:pPr>
        <w:pStyle w:val="Heading2"/>
      </w:pPr>
      <w:r>
        <w:t>Fasting I 9th May 07</w:t>
      </w:r>
    </w:p>
    <w:p>
      <w:r>
        <w:rPr>
          <w:color w:val="666666"/>
          <w:sz w:val="18"/>
        </w:rPr>
        <w:t>6:48 · https://youtu.be/FU1JoXdA9us?t=408</w:t>
      </w:r>
    </w:p>
    <w:p>
      <w:r>
        <w:rPr>
          <w:i/>
        </w:rPr>
        <w:t>“. You know, when God Almighty created Adam, He settled him in Paradise. Perhaps it was a temporary form of Paradise. According to the Biblical account, it was a garden in Eden. Eden is a countr”</w:t>
      </w:r>
    </w:p>
    <w:p>
      <w:pPr>
        <w:pStyle w:val="Heading2"/>
      </w:pPr>
      <w:r>
        <w:t>Fasting I 9th May 07</w:t>
      </w:r>
    </w:p>
    <w:p>
      <w:r>
        <w:rPr>
          <w:color w:val="666666"/>
          <w:sz w:val="18"/>
        </w:rPr>
        <w:t>7:20 · https://youtu.be/FU1JoXdA9us?t=440</w:t>
      </w:r>
    </w:p>
    <w:p>
      <w:r>
        <w:rPr>
          <w:i/>
        </w:rPr>
        <w:t>“y. So according to Biblical account, it was like a large kind of farmhouse. But this is not mentioned in the Quran. In the Quran, the word is Jannah. So Adam was settled in Jannah, maybe in some part of the Jannah, or in”</w:t>
      </w:r>
    </w:p>
    <w:p>
      <w:pPr>
        <w:pStyle w:val="Heading2"/>
      </w:pPr>
      <w:r>
        <w:t>Fasting I 9th May 07</w:t>
      </w:r>
    </w:p>
    <w:p>
      <w:r>
        <w:rPr>
          <w:color w:val="666666"/>
          <w:sz w:val="18"/>
        </w:rPr>
        <w:t>7:50 · https://youtu.be/FU1JoXdA9us?t=470</w:t>
      </w:r>
    </w:p>
    <w:p>
      <w:r>
        <w:rPr>
          <w:i/>
        </w:rPr>
        <w:t>“a temporary kind of Paradise. So at that time, God Almighty said to Adam: "Uskun anta buzojika, you and your wife, settle here in this Paradise." But there was”</w:t>
      </w:r>
    </w:p>
    <w:p>
      <w:pPr>
        <w:pStyle w:val="Heading2"/>
      </w:pPr>
      <w:r>
        <w:t>Fasting I 9th May 07</w:t>
      </w:r>
    </w:p>
    <w:p>
      <w:r>
        <w:rPr>
          <w:color w:val="666666"/>
          <w:sz w:val="18"/>
        </w:rPr>
        <w:t>8:52 · https://youtu.be/FU1JoXdA9us?t=532</w:t>
      </w:r>
    </w:p>
    <w:p>
      <w:r>
        <w:rPr>
          <w:i/>
        </w:rPr>
        <w:t>“forbidden tree. So Adam was free in this Paradise, but he was not free to approach this tree. So this was freedom, but a restricted freedom. According to the Quranic account, Adam was completely free in this Paradise, but”</w:t>
      </w:r>
    </w:p>
    <w:p>
      <w:pPr>
        <w:pStyle w:val="Heading2"/>
      </w:pPr>
      <w:r>
        <w:t>Fasting I 9th May 07</w:t>
      </w:r>
    </w:p>
    <w:p>
      <w:r>
        <w:rPr>
          <w:color w:val="666666"/>
          <w:sz w:val="18"/>
        </w:rPr>
        <w:t>14:28 · https://youtu.be/FU1JoXdA9us?t=868</w:t>
      </w:r>
    </w:p>
    <w:p>
      <w:r>
        <w:rPr>
          <w:i/>
        </w:rPr>
        <w:t>“have to restrict yourself. And this is the test paper. So I think that from Adam up to the present believers, up to the Shariah of Muhammad (صلى الله عليه وسلم), this”</w:t>
      </w:r>
    </w:p>
    <w:p>
      <w:pPr>
        <w:pStyle w:val="Heading2"/>
      </w:pPr>
      <w:r>
        <w:t>Fasting I 9th May 07</w:t>
      </w:r>
    </w:p>
    <w:p>
      <w:r>
        <w:rPr>
          <w:color w:val="666666"/>
          <w:sz w:val="18"/>
        </w:rPr>
        <w:t>14:58 · https://youtu.be/FU1JoXdA9us?t=898</w:t>
      </w:r>
    </w:p>
    <w:p>
      <w:r>
        <w:rPr>
          <w:i/>
        </w:rPr>
        <w:t>“was a lesson given to all mankind. And this lesson was given to him at the beginning, when God settled down Adam in Paradise, and He said that, "Here is a forbidden tree. Don't approach this tree." So in the beginning, God”</w:t>
      </w:r>
    </w:p>
    <w:p>
      <w:pPr>
        <w:pStyle w:val="Heading1"/>
      </w:pPr>
      <w:r>
        <w:t>Clips (60)</w:t>
      </w:r>
    </w:p>
    <w:p>
      <w:pPr>
        <w:pStyle w:val="Heading2"/>
      </w:pPr>
      <w:r>
        <w:t>Adam's mistake and the lesson of admitting fault</w:t>
      </w:r>
    </w:p>
    <w:p>
      <w:r>
        <w:rPr>
          <w:color w:val="666666"/>
          <w:sz w:val="18"/>
        </w:rPr>
        <w:t>A Brief Survey of Islamic History (Eng) February 15, 2007 · 4m 13s · at 43:03 · https://youtu.be/MdRtdA99UlA?t=2583</w:t>
      </w:r>
    </w:p>
    <w:p>
      <w:r>
        <w:rPr>
          <w:i/>
        </w:rPr>
        <w:t>“The first prophet was Adam, and Adam committed a mistake.”</w:t>
      </w:r>
    </w:p>
    <w:p>
      <w:r>
        <w:rPr>
          <w:sz w:val="20"/>
        </w:rPr>
        <w:t>43:03  For example, the first prophet was Adam. You know Adam was the first person as well as the first prophet.</w:t>
      </w:r>
      <w:r>
        <w:br/>
      </w:r>
      <w:r>
        <w:rPr>
          <w:sz w:val="20"/>
        </w:rPr>
        <w:t>43:14  So, what happened?</w:t>
      </w:r>
      <w:r>
        <w:br/>
      </w:r>
      <w:r>
        <w:rPr>
          <w:sz w:val="20"/>
        </w:rPr>
        <w:t>43:18  Adam</w:t>
      </w:r>
      <w:r>
        <w:br/>
      </w:r>
      <w:r>
        <w:rPr>
          <w:sz w:val="20"/>
        </w:rPr>
        <w:t>43:21  committed a mistake according to the Qur'anic description. Adam committed a mistake.</w:t>
      </w:r>
      <w:r>
        <w:br/>
      </w:r>
      <w:r>
        <w:rPr>
          <w:sz w:val="20"/>
        </w:rPr>
        <w:t>43:31  He ate the fruit of the forbidden tree.</w:t>
      </w:r>
      <w:r>
        <w:br/>
      </w:r>
      <w:r>
        <w:rPr>
          <w:sz w:val="20"/>
        </w:rPr>
        <w:t>43:38  Adam ate the fruit of the forbidden tree.</w:t>
      </w:r>
      <w:r>
        <w:br/>
      </w:r>
      <w:r>
        <w:rPr>
          <w:sz w:val="20"/>
        </w:rPr>
        <w:t>43:44  This was a mistake committed by Adam. And when he committed this mistake, he was disgraced by God.</w:t>
      </w:r>
      <w:r>
        <w:br/>
      </w:r>
      <w:r>
        <w:rPr>
          <w:sz w:val="20"/>
        </w:rPr>
        <w:t>43:59  He became a disgraced person.</w:t>
      </w:r>
      <w:r>
        <w:br/>
      </w:r>
      <w:r>
        <w:rPr>
          <w:sz w:val="20"/>
        </w:rPr>
        <w:t>44:03  Then he went to introspection. And Adam</w:t>
      </w:r>
      <w:r>
        <w:br/>
      </w:r>
      <w:r>
        <w:rPr>
          <w:sz w:val="20"/>
        </w:rPr>
        <w:t>44:13  obtained introspection. Adam</w:t>
      </w:r>
      <w:r>
        <w:br/>
      </w:r>
      <w:r>
        <w:rPr>
          <w:sz w:val="20"/>
        </w:rPr>
        <w:t>44:19  admitted that he committed a mistake. He was wrong. So, he asked forgiveness from God.</w:t>
      </w:r>
      <w:r>
        <w:br/>
      </w:r>
      <w:r>
        <w:rPr>
          <w:sz w:val="20"/>
        </w:rPr>
        <w:t>44:32  He asked forgiveness from God. And God forgave him. And God again bestowed His blessing on Adam.</w:t>
      </w:r>
      <w:r>
        <w:br/>
      </w:r>
      <w:r>
        <w:rPr>
          <w:sz w:val="20"/>
        </w:rPr>
        <w:t>44:45  This is very important. From this reference, we can have a great lesson.</w:t>
      </w:r>
      <w:r>
        <w:br/>
      </w:r>
      <w:r>
        <w:rPr>
          <w:sz w:val="20"/>
        </w:rPr>
        <w:t>44:56  And this lesson is that</w:t>
      </w:r>
      <w:r>
        <w:br/>
      </w:r>
      <w:r>
        <w:rPr>
          <w:sz w:val="20"/>
        </w:rPr>
        <w:t>45:01  everyone can commit a mistake, including the prophet. So, committing a mistake is not</w:t>
      </w:r>
      <w:r>
        <w:br/>
      </w:r>
      <w:r>
        <w:rPr>
          <w:sz w:val="20"/>
        </w:rPr>
        <w:t>45:13  a problem. Simply, committing a mistake is not a</w:t>
      </w:r>
      <w:r>
        <w:br/>
      </w:r>
      <w:r>
        <w:rPr>
          <w:sz w:val="20"/>
        </w:rPr>
        <w:t>45:18  problem. The problem is that you fail to admit that you were wrong.</w:t>
      </w:r>
      <w:r>
        <w:br/>
      </w:r>
      <w:r>
        <w:rPr>
          <w:sz w:val="20"/>
        </w:rPr>
        <w:t>45:31  When you commit a mistake, you have to say, "I was wrong. I was wrong. Oh God, forgive me. Oh God, forgive me." So, if you commit a mistake, you have to go to introsp</w:t>
      </w:r>
      <w:r>
        <w:br/>
      </w:r>
      <w:r>
        <w:rPr>
          <w:sz w:val="20"/>
        </w:rPr>
        <w:t>45:47  ection. You have to admit that you were wrong. And God will bestow His blessing on you again.</w:t>
      </w:r>
      <w:r>
        <w:br/>
      </w:r>
      <w:r>
        <w:rPr>
          <w:sz w:val="20"/>
        </w:rPr>
        <w:t>45:57  This is a very, very important example in the first prophet. There are also some other examples in the life of Adam.</w:t>
      </w:r>
      <w:r>
        <w:br/>
      </w:r>
      <w:r>
        <w:rPr>
          <w:sz w:val="20"/>
        </w:rPr>
        <w:t>46:10  But this example is very important for us in our present situation. Every day, we commit mistakes.</w:t>
      </w:r>
      <w:r>
        <w:br/>
      </w:r>
      <w:r>
        <w:rPr>
          <w:sz w:val="20"/>
        </w:rPr>
        <w:t>46:22  Every day.</w:t>
      </w:r>
      <w:r>
        <w:br/>
      </w:r>
      <w:r>
        <w:rPr>
          <w:sz w:val="20"/>
        </w:rPr>
        <w:t>46:26  So, we have to learn. We have to understand that committing a mistake is not wrong.</w:t>
      </w:r>
      <w:r>
        <w:br/>
      </w:r>
      <w:r>
        <w:rPr>
          <w:sz w:val="20"/>
        </w:rPr>
        <w:t>46:36  But not admitting that you were wrong—this is the real mistake—to be ready at all times to say, "I was wrong.</w:t>
      </w:r>
      <w:r>
        <w:br/>
      </w:r>
      <w:r>
        <w:rPr>
          <w:sz w:val="20"/>
        </w:rPr>
        <w:t>46:47  I was wrong. I was wrong. Oh God, forgive me. Oh God, forgive me."</w:t>
      </w:r>
      <w:r>
        <w:br/>
      </w:r>
      <w:r>
        <w:rPr>
          <w:sz w:val="20"/>
        </w:rPr>
        <w:t>46:53  This is the example of a prophet, the first prophet.</w:t>
      </w:r>
      <w:r>
        <w:br/>
      </w:r>
      <w:r>
        <w:rPr>
          <w:sz w:val="20"/>
        </w:rPr>
        <w:t>46:59  So, introspection is very, very important. Introspection. It is introspection that leads to admission.</w:t>
      </w:r>
    </w:p>
    <w:p>
      <w:pPr>
        <w:pStyle w:val="Heading2"/>
      </w:pPr>
      <w:r>
        <w:t>Universal brotherhood and common ancestry</w:t>
      </w:r>
    </w:p>
    <w:p>
      <w:r>
        <w:rPr>
          <w:color w:val="666666"/>
          <w:sz w:val="18"/>
        </w:rPr>
        <w:t>Islam In the light of Hadith and Sunnah (English) February 22, 2007 Maulana Wahiduddin Khan · 5m 08s · at 3:03 · https://youtu.be/A7MYL_HL6F4?t=183</w:t>
      </w:r>
    </w:p>
    <w:p>
      <w:r>
        <w:rPr>
          <w:i/>
        </w:rPr>
        <w:t>“The Prophet used to rise early in the morning”</w:t>
      </w:r>
    </w:p>
    <w:p>
      <w:r>
        <w:rPr>
          <w:sz w:val="20"/>
        </w:rPr>
        <w:t>3:03  The Prophet used to rise early in the morning and say in his prayer, in his morning prayer,</w:t>
      </w:r>
      <w:r>
        <w:br/>
      </w:r>
      <w:r>
        <w:rPr>
          <w:sz w:val="20"/>
        </w:rPr>
        <w:t>3:13  "Allahumma Ashhadu anna al-'ibada kulluhum ikhwa." O God, I bear witness that all men and women are sisters</w:t>
      </w:r>
      <w:r>
        <w:br/>
      </w:r>
      <w:r>
        <w:rPr>
          <w:sz w:val="20"/>
        </w:rPr>
        <w:t>3:23  and brothers to each other.</w:t>
      </w:r>
      <w:r>
        <w:br/>
      </w:r>
      <w:r>
        <w:rPr>
          <w:sz w:val="20"/>
        </w:rPr>
        <w:t>3:33  This is the universal aspect of Islam.</w:t>
      </w:r>
      <w:r>
        <w:br/>
      </w:r>
      <w:r>
        <w:rPr>
          <w:sz w:val="20"/>
        </w:rPr>
        <w:t>3:44  Islam is a universal religion.</w:t>
      </w:r>
      <w:r>
        <w:br/>
      </w:r>
      <w:r>
        <w:rPr>
          <w:sz w:val="20"/>
        </w:rPr>
        <w:t>3:51  Islamic outlook is a universal outlook.</w:t>
      </w:r>
      <w:r>
        <w:br/>
      </w:r>
      <w:r>
        <w:rPr>
          <w:sz w:val="20"/>
        </w:rPr>
        <w:t>3:58  There is a hadith that the Prophet of Islam has said, "Al-khalq ayal Allah." All creatures are God's</w:t>
      </w:r>
      <w:r>
        <w:br/>
      </w:r>
      <w:r>
        <w:rPr>
          <w:sz w:val="20"/>
        </w:rPr>
        <w:t>4:06  progeny, God's family.</w:t>
      </w:r>
      <w:r>
        <w:br/>
      </w:r>
      <w:r>
        <w:rPr>
          <w:sz w:val="20"/>
        </w:rPr>
        <w:t>4:13  So Islamic outlook is a universal outlook.</w:t>
      </w:r>
      <w:r>
        <w:br/>
      </w:r>
      <w:r>
        <w:rPr>
          <w:sz w:val="20"/>
        </w:rPr>
        <w:t>4:20  Islam sees all men and women as sisters and brothers.</w:t>
      </w:r>
      <w:r>
        <w:br/>
      </w:r>
      <w:r>
        <w:rPr>
          <w:sz w:val="20"/>
        </w:rPr>
        <w:t>4:28  Because the Creator of all humanity is one.</w:t>
      </w:r>
      <w:r>
        <w:br/>
      </w:r>
      <w:r>
        <w:rPr>
          <w:sz w:val="20"/>
        </w:rPr>
        <w:t>4:35  All the men and all women were created by God.</w:t>
      </w:r>
      <w:r>
        <w:br/>
      </w:r>
      <w:r>
        <w:rPr>
          <w:sz w:val="20"/>
        </w:rPr>
        <w:t>4:43  And the ancestor was common.</w:t>
      </w:r>
      <w:r>
        <w:br/>
      </w:r>
      <w:r>
        <w:rPr>
          <w:sz w:val="20"/>
        </w:rPr>
        <w:t>4:49  That is Adam and Eve.</w:t>
      </w:r>
      <w:r>
        <w:br/>
      </w:r>
      <w:r>
        <w:rPr>
          <w:sz w:val="20"/>
        </w:rPr>
        <w:t>4:56  Adam and Eve, the life begins from Adam and Eve.</w:t>
      </w:r>
      <w:r>
        <w:br/>
      </w:r>
      <w:r>
        <w:rPr>
          <w:sz w:val="20"/>
        </w:rPr>
        <w:t>5:03  The life on this earth begins from Adam and Eve.</w:t>
      </w:r>
      <w:r>
        <w:br/>
      </w:r>
      <w:r>
        <w:rPr>
          <w:sz w:val="20"/>
        </w:rPr>
        <w:t>5:10  So the parent of all humanity, all mankind is one.</w:t>
      </w:r>
      <w:r>
        <w:br/>
      </w:r>
      <w:r>
        <w:rPr>
          <w:sz w:val="20"/>
        </w:rPr>
        <w:t>5:17  So God is one.</w:t>
      </w:r>
      <w:r>
        <w:br/>
      </w:r>
      <w:r>
        <w:rPr>
          <w:sz w:val="20"/>
        </w:rPr>
        <w:t>5:24  Ancestors are one.</w:t>
      </w:r>
      <w:r>
        <w:br/>
      </w:r>
      <w:r>
        <w:rPr>
          <w:sz w:val="20"/>
        </w:rPr>
        <w:t>5:31  So this kind of thinking creates brotherhood, universal brotherhood.</w:t>
      </w:r>
      <w:r>
        <w:br/>
      </w:r>
      <w:r>
        <w:rPr>
          <w:sz w:val="20"/>
        </w:rPr>
        <w:t>5:38  this kind of thinking creates universal brotherhood. there are other sayings of this kind.</w:t>
      </w:r>
      <w:r>
        <w:br/>
      </w:r>
      <w:r>
        <w:rPr>
          <w:sz w:val="20"/>
        </w:rPr>
        <w:t>5:57  There are other sayings of this kind that tell us what was the prophetic vision, what was the</w:t>
      </w:r>
      <w:r>
        <w:br/>
      </w:r>
      <w:r>
        <w:rPr>
          <w:sz w:val="20"/>
        </w:rPr>
        <w:t>6:07  concept of Islam towards humanity.</w:t>
      </w:r>
      <w:r>
        <w:br/>
      </w:r>
      <w:r>
        <w:rPr>
          <w:sz w:val="20"/>
        </w:rPr>
        <w:t>6:17  It is a very well-known fact in history that Islam was the only religion on the earth that</w:t>
      </w:r>
      <w:r>
        <w:br/>
      </w:r>
      <w:r>
        <w:rPr>
          <w:sz w:val="20"/>
        </w:rPr>
        <w:t>6:27  was able to create a society where every man and woman were equal.</w:t>
      </w:r>
      <w:r>
        <w:br/>
      </w:r>
      <w:r>
        <w:rPr>
          <w:sz w:val="20"/>
        </w:rPr>
        <w:t>6:38  Islamic society of the early period was a society where there was fraternity, brotherhood, and equality.</w:t>
      </w:r>
      <w:r>
        <w:br/>
      </w:r>
      <w:r>
        <w:rPr>
          <w:sz w:val="20"/>
        </w:rPr>
        <w:t>6:48  So in Islam, universality is not only a value.</w:t>
      </w:r>
      <w:r>
        <w:br/>
      </w:r>
      <w:r>
        <w:rPr>
          <w:sz w:val="20"/>
        </w:rPr>
        <w:t>6:58  Universality is also in Islamic society of the early period you can see that this value was also</w:t>
      </w:r>
      <w:r>
        <w:br/>
      </w:r>
      <w:r>
        <w:rPr>
          <w:sz w:val="20"/>
        </w:rPr>
        <w:t>7:09  translated into practice.</w:t>
      </w:r>
      <w:r>
        <w:br/>
      </w:r>
      <w:r>
        <w:rPr>
          <w:sz w:val="20"/>
        </w:rPr>
        <w:t>7:19  This fact was accepted by all the historians.</w:t>
      </w:r>
      <w:r>
        <w:br/>
      </w:r>
      <w:r>
        <w:rPr>
          <w:sz w:val="20"/>
        </w:rPr>
        <w:t>7:29  Swami Vivekananda was a great thinker of India.</w:t>
      </w:r>
      <w:r>
        <w:br/>
      </w:r>
      <w:r>
        <w:rPr>
          <w:sz w:val="20"/>
        </w:rPr>
        <w:t>7:40  He says in one of his writings that if ever any religion approached this equality, it is Islam</w:t>
      </w:r>
      <w:r>
        <w:br/>
      </w:r>
      <w:r>
        <w:rPr>
          <w:sz w:val="20"/>
        </w:rPr>
        <w:t>7:50  and Islam alone.</w:t>
      </w:r>
      <w:r>
        <w:br/>
      </w:r>
      <w:r>
        <w:rPr>
          <w:sz w:val="20"/>
        </w:rPr>
        <w:t>8:00  So the first norm given by the Prophet was equality, universality, universal brotherhood.</w:t>
      </w:r>
      <w:r>
        <w:br/>
      </w:r>
      <w:r>
        <w:rPr>
          <w:sz w:val="20"/>
        </w:rPr>
        <w:t>8:11  This was the first lesson given by the Prophet of Islam.</w:t>
      </w:r>
    </w:p>
    <w:p>
      <w:pPr>
        <w:pStyle w:val="Heading2"/>
      </w:pPr>
      <w:r>
        <w:t>Adam's story and the return ticket to Paradise</w:t>
      </w:r>
    </w:p>
    <w:p>
      <w:r>
        <w:rPr>
          <w:color w:val="666666"/>
          <w:sz w:val="18"/>
        </w:rPr>
        <w:t>The Last Phase of Human History (English) | June 8, 2007 | Maulana Wahiduddin Khan · 5m 07s · at 30:04 · https://youtu.be/Sa6wiaUerzQ?t=1804</w:t>
      </w:r>
    </w:p>
    <w:p>
      <w:r>
        <w:rPr>
          <w:i/>
        </w:rPr>
        <w:t>“O Adam, you may stay here in this Paradise with your wife.”</w:t>
      </w:r>
    </w:p>
    <w:p>
      <w:r>
        <w:rPr>
          <w:sz w:val="20"/>
        </w:rPr>
        <w:t>30:04  "O Adam, you may stay here in this Paradise with your wife." So in Paradise there was everything,</w:t>
      </w:r>
      <w:r>
        <w:br/>
      </w:r>
      <w:r>
        <w:rPr>
          <w:sz w:val="20"/>
        </w:rPr>
        <w:t>30:11  all kinds of pleasure, all kinds of happiness.</w:t>
      </w:r>
      <w:r>
        <w:br/>
      </w:r>
      <w:r>
        <w:rPr>
          <w:sz w:val="20"/>
        </w:rPr>
        <w:t>30:19  So God settled Adam with his wife in this Paradise.</w:t>
      </w:r>
      <w:r>
        <w:br/>
      </w:r>
      <w:r>
        <w:rPr>
          <w:sz w:val="20"/>
        </w:rPr>
        <w:t>30:27  But there was a restriction.</w:t>
      </w:r>
      <w:r>
        <w:br/>
      </w:r>
      <w:r>
        <w:rPr>
          <w:sz w:val="20"/>
        </w:rPr>
        <w:t>30:35  God said, "La taqraba." "O Adam, don't approach this forbidden tree, otherwise you will failure." There was a forbidden tree. So God</w:t>
      </w:r>
      <w:r>
        <w:br/>
      </w:r>
      <w:r>
        <w:rPr>
          <w:sz w:val="20"/>
        </w:rPr>
        <w:t>31:05  told Adam, "Don't approach this forbidden tree." But he, but under temptation but Adam, under temptation, ate the</w:t>
      </w:r>
      <w:r>
        <w:br/>
      </w:r>
      <w:r>
        <w:rPr>
          <w:sz w:val="20"/>
        </w:rPr>
        <w:t>31:21  fruit of that forbidden tree, and then he was thrown to this earth.</w:t>
      </w:r>
      <w:r>
        <w:br/>
      </w:r>
      <w:r>
        <w:rPr>
          <w:sz w:val="20"/>
        </w:rPr>
        <w:t>31:36  Now you, if you see this story under those two, under the under those two chapters, you will</w:t>
      </w:r>
      <w:r>
        <w:br/>
      </w:r>
      <w:r>
        <w:rPr>
          <w:sz w:val="20"/>
        </w:rPr>
        <w:t>31:51  see that when Adam and his generation were settled in this earth, they were bearing a return t</w:t>
      </w:r>
      <w:r>
        <w:br/>
      </w:r>
      <w:r>
        <w:rPr>
          <w:sz w:val="20"/>
        </w:rPr>
        <w:t>32:06  icket also.</w:t>
      </w:r>
      <w:r>
        <w:br/>
      </w:r>
      <w:r>
        <w:rPr>
          <w:sz w:val="20"/>
        </w:rPr>
        <w:t>32:12  Return ticket because that verse says that except those who are true believers and who could do good deeds.</w:t>
      </w:r>
      <w:r>
        <w:br/>
      </w:r>
      <w:r>
        <w:rPr>
          <w:sz w:val="20"/>
        </w:rPr>
        <w:t>32:18  So belief and good deeds are like a return ticket.</w:t>
      </w:r>
      <w:r>
        <w:br/>
      </w:r>
      <w:r>
        <w:rPr>
          <w:sz w:val="20"/>
        </w:rPr>
        <w:t>32:25  Adam, the first Adam was settled in Paradise.</w:t>
      </w:r>
      <w:r>
        <w:br/>
      </w:r>
      <w:r>
        <w:rPr>
          <w:sz w:val="20"/>
        </w:rPr>
        <w:t>32:31  Then he was</w:t>
      </w:r>
      <w:r>
        <w:br/>
      </w:r>
      <w:r>
        <w:rPr>
          <w:sz w:val="20"/>
        </w:rPr>
        <w:t>32:37  sent to this earth.</w:t>
      </w:r>
      <w:r>
        <w:br/>
      </w:r>
      <w:r>
        <w:rPr>
          <w:sz w:val="20"/>
        </w:rPr>
        <w:t>32:43  But God Almighty says that if they prove to be a true believer and they do good deeds,</w:t>
      </w:r>
      <w:r>
        <w:br/>
      </w:r>
      <w:r>
        <w:rPr>
          <w:sz w:val="20"/>
        </w:rPr>
        <w:t>32:49  then they will again settle in the Paradise.</w:t>
      </w:r>
      <w:r>
        <w:br/>
      </w:r>
      <w:r>
        <w:rPr>
          <w:sz w:val="20"/>
        </w:rPr>
        <w:t>32:55  They will find again a seat in the Paradise.</w:t>
      </w:r>
      <w:r>
        <w:br/>
      </w:r>
      <w:r>
        <w:rPr>
          <w:sz w:val="20"/>
        </w:rPr>
        <w:t>33:01  It means that faith and good deeds were like a</w:t>
      </w:r>
      <w:r>
        <w:br/>
      </w:r>
      <w:r>
        <w:rPr>
          <w:sz w:val="20"/>
        </w:rPr>
        <w:t>33:07  return ticket for them.</w:t>
      </w:r>
      <w:r>
        <w:br/>
      </w:r>
      <w:r>
        <w:rPr>
          <w:sz w:val="20"/>
        </w:rPr>
        <w:t>33:18  But it was as a potential ticket, not an actual ticket.</w:t>
      </w:r>
      <w:r>
        <w:br/>
      </w:r>
      <w:r>
        <w:rPr>
          <w:sz w:val="20"/>
        </w:rPr>
        <w:t>33:29  Potential means Adam and his Adam and his generation were having all those potentials which are needed to</w:t>
      </w:r>
      <w:r>
        <w:br/>
      </w:r>
      <w:r>
        <w:rPr>
          <w:sz w:val="20"/>
        </w:rPr>
        <w:t>33:39  do those kinds of good deeds which will serve as a return ticket. Why?</w:t>
      </w:r>
      <w:r>
        <w:br/>
      </w:r>
      <w:r>
        <w:rPr>
          <w:sz w:val="20"/>
        </w:rPr>
        <w:t>33:54  This secret we find in another verse, "Allama Adam al-Asmaa kullah." God inculcated all those knowledges in Adam, in mankind. So ever</w:t>
      </w:r>
      <w:r>
        <w:br/>
      </w:r>
      <w:r>
        <w:rPr>
          <w:sz w:val="20"/>
        </w:rPr>
        <w:t>34:09  yone who is born in this world, everyone who is born on this planet Earth, he has all</w:t>
      </w:r>
      <w:r>
        <w:br/>
      </w:r>
      <w:r>
        <w:rPr>
          <w:sz w:val="20"/>
        </w:rPr>
        <w:t>34:17  those knowledges in his mind.</w:t>
      </w:r>
      <w:r>
        <w:br/>
      </w:r>
      <w:r>
        <w:rPr>
          <w:sz w:val="20"/>
        </w:rPr>
        <w:t>34:25  But all all all all these knowledges are like potentials.</w:t>
      </w:r>
      <w:r>
        <w:br/>
      </w:r>
      <w:r>
        <w:rPr>
          <w:sz w:val="20"/>
        </w:rPr>
        <w:t>34:32  So what is needed is to unfold these informations, to unfold these potentials.</w:t>
      </w:r>
      <w:r>
        <w:br/>
      </w:r>
      <w:r>
        <w:rPr>
          <w:sz w:val="20"/>
        </w:rPr>
        <w:t>34:40  So those who are successful in unfolding all these knowledges, all these potentials, they will find a return</w:t>
      </w:r>
      <w:r>
        <w:br/>
      </w:r>
      <w:r>
        <w:rPr>
          <w:sz w:val="20"/>
        </w:rPr>
        <w:t>34:48  ticket to Paradise.</w:t>
      </w:r>
      <w:r>
        <w:br/>
      </w:r>
      <w:r>
        <w:rPr>
          <w:sz w:val="20"/>
        </w:rPr>
        <w:t>34:56  And it is a two-point formula.</w:t>
      </w:r>
      <w:r>
        <w:br/>
      </w:r>
      <w:r>
        <w:rPr>
          <w:sz w:val="20"/>
        </w:rPr>
        <w:t>35:03  This return ticket comprises of two it is a two-point formula.</w:t>
      </w:r>
    </w:p>
    <w:p>
      <w:pPr>
        <w:pStyle w:val="Heading2"/>
      </w:pPr>
      <w:r>
        <w:t>Adam's restricted freedom in Paradise</w:t>
      </w:r>
    </w:p>
    <w:p>
      <w:r>
        <w:rPr>
          <w:color w:val="666666"/>
          <w:sz w:val="18"/>
        </w:rPr>
        <w:t>Fasting I 9th May 07 · 2m 34s · at 6:48 · https://youtu.be/FU1JoXdA9us?t=408</w:t>
      </w:r>
    </w:p>
    <w:p>
      <w:r>
        <w:rPr>
          <w:i/>
        </w:rPr>
        <w:t>“You know, when God Almighty created Adam, He settled him in Paradise”</w:t>
      </w:r>
    </w:p>
    <w:p>
      <w:r>
        <w:rPr>
          <w:sz w:val="20"/>
        </w:rPr>
        <w:t xml:space="preserve">6:48  </w:t>
      </w:r>
      <w:r>
        <w:br/>
      </w:r>
      <w:r>
        <w:rPr>
          <w:sz w:val="20"/>
        </w:rPr>
        <w:t>6:55  You know, when God Almighty created Adam, He settled him in Paradise.</w:t>
      </w:r>
      <w:r>
        <w:br/>
      </w:r>
      <w:r>
        <w:rPr>
          <w:sz w:val="20"/>
        </w:rPr>
        <w:t>7:01  Perhaps it was a temporary form of Paradise.</w:t>
      </w:r>
      <w:r>
        <w:br/>
      </w:r>
      <w:r>
        <w:rPr>
          <w:sz w:val="20"/>
        </w:rPr>
        <w:t>7:07  According to the Biblical account, it was a garden in Eden.</w:t>
      </w:r>
      <w:r>
        <w:br/>
      </w:r>
      <w:r>
        <w:rPr>
          <w:sz w:val="20"/>
        </w:rPr>
        <w:t>7:14  Eden is a countr</w:t>
      </w:r>
      <w:r>
        <w:br/>
      </w:r>
      <w:r>
        <w:rPr>
          <w:sz w:val="20"/>
        </w:rPr>
        <w:t>7:20  y. So according to Biblical account, it was like a large kind of farmhouse. But this is not mentioned in the Quran. In the Quran, the word is Jannah. So Adam was settled in Jannah, maybe in some part of the Jannah, or in</w:t>
      </w:r>
      <w:r>
        <w:br/>
      </w:r>
      <w:r>
        <w:rPr>
          <w:sz w:val="20"/>
        </w:rPr>
        <w:t>7:50  a temporary kind of Paradise.</w:t>
      </w:r>
      <w:r>
        <w:br/>
      </w:r>
      <w:r>
        <w:rPr>
          <w:sz w:val="20"/>
        </w:rPr>
        <w:t>8:00  So at that time, God Almighty said to Adam: "Uskun anta buzojika, you and your wife, settle here</w:t>
      </w:r>
      <w:r>
        <w:br/>
      </w:r>
      <w:r>
        <w:rPr>
          <w:sz w:val="20"/>
        </w:rPr>
        <w:t>8:11  in this Paradise." But there was</w:t>
      </w:r>
      <w:r>
        <w:br/>
      </w:r>
      <w:r>
        <w:rPr>
          <w:sz w:val="20"/>
        </w:rPr>
        <w:t>8:22  one more direction: "La taqraba hadhi shajara." Don't approach this tree.</w:t>
      </w:r>
      <w:r>
        <w:br/>
      </w:r>
      <w:r>
        <w:rPr>
          <w:sz w:val="20"/>
        </w:rPr>
        <w:t>8:32  So in that Paradise, there was a forbidden tree.</w:t>
      </w:r>
      <w:r>
        <w:br/>
      </w:r>
      <w:r>
        <w:rPr>
          <w:sz w:val="20"/>
        </w:rPr>
        <w:t>8:42  In that Paradise, there was a</w:t>
      </w:r>
      <w:r>
        <w:br/>
      </w:r>
      <w:r>
        <w:rPr>
          <w:sz w:val="20"/>
        </w:rPr>
        <w:t>8:52  forbidden tree.</w:t>
      </w:r>
      <w:r>
        <w:br/>
      </w:r>
      <w:r>
        <w:rPr>
          <w:sz w:val="20"/>
        </w:rPr>
        <w:t>8:59  So Adam was free in this Paradise, but he was not free to approach this tree.</w:t>
      </w:r>
      <w:r>
        <w:br/>
      </w:r>
      <w:r>
        <w:rPr>
          <w:sz w:val="20"/>
        </w:rPr>
        <w:t>9:07  So this was freedom, but a restricted freedom.</w:t>
      </w:r>
      <w:r>
        <w:br/>
      </w:r>
      <w:r>
        <w:rPr>
          <w:sz w:val="20"/>
        </w:rPr>
        <w:t>9:15  According to the Quranic account, Adam was completely free in this Paradise, but</w:t>
      </w:r>
    </w:p>
    <w:p>
      <w:pPr>
        <w:pStyle w:val="Heading2"/>
      </w:pPr>
      <w:r>
        <w:t>Adam's forbidden tree as distraction symbol</w:t>
      </w:r>
    </w:p>
    <w:p>
      <w:r>
        <w:rPr>
          <w:color w:val="666666"/>
          <w:sz w:val="18"/>
        </w:rPr>
        <w:t>Living with God | April 18, 2007 | Maulana Wahiduddin Khan · 2m 32s · at 23:28 · https://youtu.be/5C9rQDceRV4?t=1408</w:t>
      </w:r>
    </w:p>
    <w:p>
      <w:r>
        <w:rPr>
          <w:i/>
        </w:rPr>
        <w:t>“When God created Adam as the first man”</w:t>
      </w:r>
    </w:p>
    <w:p>
      <w:r>
        <w:rPr>
          <w:sz w:val="20"/>
        </w:rPr>
        <w:t>23:28  Patience is a must.</w:t>
      </w:r>
      <w:r>
        <w:br/>
      </w:r>
      <w:r>
        <w:rPr>
          <w:sz w:val="20"/>
        </w:rPr>
        <w:t>23:36  "Innallaha ma's sabrin." Then there is a very relevant reference in the Quran.</w:t>
      </w:r>
      <w:r>
        <w:br/>
      </w:r>
      <w:r>
        <w:rPr>
          <w:sz w:val="20"/>
        </w:rPr>
        <w:t>23:44  Here I would like to quote that reference.</w:t>
      </w:r>
      <w:r>
        <w:br/>
      </w:r>
      <w:r>
        <w:rPr>
          <w:sz w:val="20"/>
        </w:rPr>
        <w:t>23:52  According to the Quran, when God created Adam</w:t>
      </w:r>
      <w:r>
        <w:br/>
      </w:r>
      <w:r>
        <w:rPr>
          <w:sz w:val="20"/>
        </w:rPr>
        <w:t>24:00  as the first man, so God settled him in Paradise, in Paradise.</w:t>
      </w:r>
      <w:r>
        <w:br/>
      </w:r>
      <w:r>
        <w:rPr>
          <w:sz w:val="20"/>
        </w:rPr>
        <w:t>24:10  And God said, "Live in this Paradise.</w:t>
      </w:r>
      <w:r>
        <w:br/>
      </w:r>
      <w:r>
        <w:rPr>
          <w:sz w:val="20"/>
        </w:rPr>
        <w:t>24:20  Enjoy everything, enjoy everything." But "La taqraba hadi shajara wa taquna minazalimin." In that Par</w:t>
      </w:r>
      <w:r>
        <w:br/>
      </w:r>
      <w:r>
        <w:rPr>
          <w:sz w:val="20"/>
        </w:rPr>
        <w:t>24:30  adise there was a tree that was a forbidden tree. So God said that, "Don't eat the fruit of this tree. Everything is for you. You can enjoy everything, everything without any restriction." But there was only one tree that was a forbidden tree. So God said, "D</w:t>
      </w:r>
      <w:r>
        <w:br/>
      </w:r>
      <w:r>
        <w:rPr>
          <w:sz w:val="20"/>
        </w:rPr>
        <w:t>25:00  on't eat the fruit of this forbidden tree." So what was this forbidden tree?</w:t>
      </w:r>
      <w:r>
        <w:br/>
      </w:r>
      <w:r>
        <w:rPr>
          <w:sz w:val="20"/>
        </w:rPr>
        <w:t>25:08  The forbidden tree was just a symbol, a symbol of distraction, distraction.</w:t>
      </w:r>
      <w:r>
        <w:br/>
      </w:r>
      <w:r>
        <w:rPr>
          <w:sz w:val="20"/>
        </w:rPr>
        <w:t>25:15  So it is required for a man who wants to live in Jannah, who wants to live with</w:t>
      </w:r>
      <w:r>
        <w:br/>
      </w:r>
      <w:r>
        <w:rPr>
          <w:sz w:val="20"/>
        </w:rPr>
        <w:t>25:23  God, to save himsel</w:t>
      </w:r>
      <w:r>
        <w:br/>
      </w:r>
      <w:r>
        <w:rPr>
          <w:sz w:val="20"/>
        </w:rPr>
        <w:t>25:30  f from distraction.</w:t>
      </w:r>
      <w:r>
        <w:br/>
      </w:r>
      <w:r>
        <w:rPr>
          <w:sz w:val="20"/>
        </w:rPr>
        <w:t>25:36  That forbidden tree was a symbol of distraction.</w:t>
      </w:r>
      <w:r>
        <w:br/>
      </w:r>
      <w:r>
        <w:rPr>
          <w:sz w:val="20"/>
        </w:rPr>
        <w:t>25:42  So at the beginning of history, it was the beginning of human history.</w:t>
      </w:r>
      <w:r>
        <w:br/>
      </w:r>
      <w:r>
        <w:rPr>
          <w:sz w:val="20"/>
        </w:rPr>
        <w:t>25:48  So at the beginning of history God gave this lesson to man, this direction to man.</w:t>
      </w:r>
      <w:r>
        <w:br/>
      </w:r>
      <w:r>
        <w:rPr>
          <w:sz w:val="20"/>
        </w:rPr>
        <w:t>25:55  The most important thing for your development</w:t>
      </w:r>
    </w:p>
    <w:p>
      <w:pPr>
        <w:pStyle w:val="Heading2"/>
      </w:pPr>
      <w:r>
        <w:t>Islamic history really began with Adam, not Muhammad</w:t>
      </w:r>
    </w:p>
    <w:p>
      <w:r>
        <w:rPr>
          <w:color w:val="666666"/>
          <w:sz w:val="18"/>
        </w:rPr>
        <w:t>A Brief Survey of Islamic History (Eng) February 15, 2007 · 56s · at 1:24 · https://youtu.be/MdRtdA99UlA?t=84</w:t>
      </w:r>
    </w:p>
    <w:p>
      <w:r>
        <w:rPr>
          <w:i/>
        </w:rPr>
        <w:t>“This is not correct.”</w:t>
      </w:r>
    </w:p>
    <w:p>
      <w:r>
        <w:rPr>
          <w:sz w:val="20"/>
        </w:rPr>
        <w:t>1:24  but, this is not correct.</w:t>
      </w:r>
      <w:r>
        <w:br/>
      </w:r>
      <w:r>
        <w:rPr>
          <w:sz w:val="20"/>
        </w:rPr>
        <w:t>1:33  in fact, the history of islam begins right from the first person, that is adam (adam).</w:t>
      </w:r>
      <w:r>
        <w:br/>
      </w:r>
      <w:r>
        <w:rPr>
          <w:sz w:val="20"/>
        </w:rPr>
        <w:t>1:47  because there are</w:t>
      </w:r>
      <w:r>
        <w:br/>
      </w:r>
      <w:r>
        <w:rPr>
          <w:sz w:val="20"/>
        </w:rPr>
        <w:t>1:58  references—many references in the qur'an and also in the hadith—that prove that islamic history</w:t>
      </w:r>
      <w:r>
        <w:br/>
      </w:r>
      <w:r>
        <w:rPr>
          <w:sz w:val="20"/>
        </w:rPr>
        <w:t>2:12  is the history of the prophets.</w:t>
      </w:r>
    </w:p>
    <w:p>
      <w:pPr>
        <w:pStyle w:val="Heading2"/>
      </w:pPr>
      <w:r>
        <w:t>Quranic proof Islamic history begins with Adam</w:t>
      </w:r>
    </w:p>
    <w:p>
      <w:r>
        <w:rPr>
          <w:color w:val="666666"/>
          <w:sz w:val="18"/>
        </w:rPr>
        <w:t>A Brief Survey of Islamic History (Eng) February 15, 2007 · 4m 05s · at 1:24 · https://youtu.be/MdRtdA99UlA?t=84</w:t>
      </w:r>
    </w:p>
    <w:p>
      <w:r>
        <w:rPr>
          <w:i/>
        </w:rPr>
        <w:t>“This is not correct. History of Islam begins right from Adam.”</w:t>
      </w:r>
    </w:p>
    <w:p>
      <w:r>
        <w:rPr>
          <w:sz w:val="20"/>
        </w:rPr>
        <w:t>1:24  but, this is not correct.</w:t>
      </w:r>
      <w:r>
        <w:br/>
      </w:r>
      <w:r>
        <w:rPr>
          <w:sz w:val="20"/>
        </w:rPr>
        <w:t>1:33  in fact, the history of islam begins right from the first person, that is adam (adam).</w:t>
      </w:r>
      <w:r>
        <w:br/>
      </w:r>
      <w:r>
        <w:rPr>
          <w:sz w:val="20"/>
        </w:rPr>
        <w:t>1:47  because there are</w:t>
      </w:r>
      <w:r>
        <w:br/>
      </w:r>
      <w:r>
        <w:rPr>
          <w:sz w:val="20"/>
        </w:rPr>
        <w:t>1:58  references—many references in the qur'an and also in the hadith—that prove that islamic history</w:t>
      </w:r>
      <w:r>
        <w:br/>
      </w:r>
      <w:r>
        <w:rPr>
          <w:sz w:val="20"/>
        </w:rPr>
        <w:t>2:12  is the history of the prophets.</w:t>
      </w:r>
      <w:r>
        <w:br/>
      </w:r>
      <w:r>
        <w:rPr>
          <w:sz w:val="20"/>
        </w:rPr>
        <w:t>2:20  there is a verse in the qur'an:</w:t>
      </w:r>
      <w:r>
        <w:br/>
      </w:r>
      <w:r>
        <w:rPr>
          <w:sz w:val="20"/>
        </w:rPr>
        <w:t>2:30  "afaghayr deenillahi yabghuna wal yu'assama man fis samawati walaw laytahum karha?" "</w:t>
      </w:r>
      <w:r>
        <w:br/>
      </w:r>
      <w:r>
        <w:rPr>
          <w:sz w:val="20"/>
        </w:rPr>
        <w:t>2:40  innad deena indallahi al-islam." these verses</w:t>
      </w:r>
      <w:r>
        <w:br/>
      </w:r>
      <w:r>
        <w:rPr>
          <w:sz w:val="20"/>
        </w:rPr>
        <w:t>2:48  tell us that</w:t>
      </w:r>
      <w:r>
        <w:br/>
      </w:r>
      <w:r>
        <w:rPr>
          <w:sz w:val="20"/>
        </w:rPr>
        <w:t>2:54  all the</w:t>
      </w:r>
      <w:r>
        <w:br/>
      </w:r>
      <w:r>
        <w:rPr>
          <w:sz w:val="20"/>
        </w:rPr>
        <w:t>2:59  prophets were given the same religion, that is islam.</w:t>
      </w:r>
      <w:r>
        <w:br/>
      </w:r>
      <w:r>
        <w:rPr>
          <w:sz w:val="20"/>
        </w:rPr>
        <w:t>3:06  then there is a very relevant verse in the qur'an: "shar'a lakum raddina ma wassa bihi nuhun walladhi awhayna alayka." it means that prophet muhammad was given the same religion that was given to all other prophets.</w:t>
      </w:r>
      <w:r>
        <w:br/>
      </w:r>
      <w:r>
        <w:rPr>
          <w:sz w:val="20"/>
        </w:rPr>
        <w:t>3:29  There is a verse in the Qur'an about Adam</w:t>
      </w:r>
      <w:r>
        <w:br/>
      </w:r>
      <w:r>
        <w:rPr>
          <w:sz w:val="20"/>
        </w:rPr>
        <w:t>3:34  : "inna allaha istaba'a adama wa nuhhan wa 'ala ibrahima 'alal 'alamin." This verse is very clear about this notion that Adam was the first prophet.</w:t>
      </w:r>
      <w:r>
        <w:br/>
      </w:r>
      <w:r>
        <w:rPr>
          <w:sz w:val="20"/>
        </w:rPr>
        <w:t>3:49  Adam was the first person, as well as he was the first prophet of God.</w:t>
      </w:r>
      <w:r>
        <w:br/>
      </w:r>
      <w:r>
        <w:rPr>
          <w:sz w:val="20"/>
        </w:rPr>
        <w:t>3:58  Then in—there is a very important verse in the Qur'an: "ula'ika alladhina hada allahu fabihudahu muqtadi." It means that all the prophets were given guidance from God.</w:t>
      </w:r>
      <w:r>
        <w:br/>
      </w:r>
      <w:r>
        <w:rPr>
          <w:sz w:val="20"/>
        </w:rPr>
        <w:t>4:24  So, O Muhammad, you should follow their example.</w:t>
      </w:r>
      <w:r>
        <w:br/>
      </w:r>
      <w:r>
        <w:rPr>
          <w:sz w:val="20"/>
        </w:rPr>
        <w:t>4:34  Then there is a verse in the Qur'an: "la lafarruqu bayna ahadin min rusulihi." It means that we are not allowed to differentiate between different prophets.</w:t>
      </w:r>
      <w:r>
        <w:br/>
      </w:r>
      <w:r>
        <w:rPr>
          <w:sz w:val="20"/>
        </w:rPr>
        <w:t>4:53  Don't differentiate between the prophets of God. So, all these references—all those Qur'anic references—clearly</w:t>
      </w:r>
      <w:r>
        <w:br/>
      </w:r>
      <w:r>
        <w:rPr>
          <w:sz w:val="20"/>
        </w:rPr>
        <w:t>5:12  substantiate that the history of Islam begins from</w:t>
      </w:r>
      <w:r>
        <w:br/>
      </w:r>
      <w:r>
        <w:rPr>
          <w:sz w:val="20"/>
        </w:rPr>
        <w:t>5:21  Adam, who was the first prophet of God.</w:t>
      </w:r>
    </w:p>
    <w:p>
      <w:pPr>
        <w:pStyle w:val="Heading2"/>
      </w:pPr>
      <w:r>
        <w:t>Adam's mistake, and God's forgiveness after repentance</w:t>
      </w:r>
    </w:p>
    <w:p>
      <w:r>
        <w:rPr>
          <w:color w:val="666666"/>
          <w:sz w:val="18"/>
        </w:rPr>
        <w:t>A Brief Survey of Islamic History (Eng) February 15, 2007 · 2m 12s · at 43:44 · https://youtu.be/MdRtdA99UlA?t=2624</w:t>
      </w:r>
    </w:p>
    <w:p>
      <w:r>
        <w:rPr>
          <w:i/>
        </w:rPr>
        <w:t>“Adam ate the fruit of the forbidden tree.”</w:t>
      </w:r>
    </w:p>
    <w:p>
      <w:r>
        <w:rPr>
          <w:sz w:val="20"/>
        </w:rPr>
        <w:t>43:44  This was a mistake committed by Adam. And when he committed this mistake, he was disgraced by God.</w:t>
      </w:r>
      <w:r>
        <w:br/>
      </w:r>
      <w:r>
        <w:rPr>
          <w:sz w:val="20"/>
        </w:rPr>
        <w:t>43:59  He became a disgraced person.</w:t>
      </w:r>
      <w:r>
        <w:br/>
      </w:r>
      <w:r>
        <w:rPr>
          <w:sz w:val="20"/>
        </w:rPr>
        <w:t>44:03  Then he went to introspection. And Adam</w:t>
      </w:r>
      <w:r>
        <w:br/>
      </w:r>
      <w:r>
        <w:rPr>
          <w:sz w:val="20"/>
        </w:rPr>
        <w:t>44:13  obtained introspection. Adam</w:t>
      </w:r>
      <w:r>
        <w:br/>
      </w:r>
      <w:r>
        <w:rPr>
          <w:sz w:val="20"/>
        </w:rPr>
        <w:t>44:19  admitted that he committed a mistake. He was wrong. So, he asked forgiveness from God.</w:t>
      </w:r>
      <w:r>
        <w:br/>
      </w:r>
      <w:r>
        <w:rPr>
          <w:sz w:val="20"/>
        </w:rPr>
        <w:t>44:32  He asked forgiveness from God. And God forgave him. And God again bestowed His blessing on Adam.</w:t>
      </w:r>
      <w:r>
        <w:br/>
      </w:r>
      <w:r>
        <w:rPr>
          <w:sz w:val="20"/>
        </w:rPr>
        <w:t>44:45  This is very important. From this reference, we can have a great lesson.</w:t>
      </w:r>
      <w:r>
        <w:br/>
      </w:r>
      <w:r>
        <w:rPr>
          <w:sz w:val="20"/>
        </w:rPr>
        <w:t>44:56  And this lesson is that</w:t>
      </w:r>
      <w:r>
        <w:br/>
      </w:r>
      <w:r>
        <w:rPr>
          <w:sz w:val="20"/>
        </w:rPr>
        <w:t>45:01  everyone can commit a mistake, including the prophet. So, committing a mistake is not</w:t>
      </w:r>
      <w:r>
        <w:br/>
      </w:r>
      <w:r>
        <w:rPr>
          <w:sz w:val="20"/>
        </w:rPr>
        <w:t>45:13  a problem. Simply, committing a mistake is not a</w:t>
      </w:r>
      <w:r>
        <w:br/>
      </w:r>
      <w:r>
        <w:rPr>
          <w:sz w:val="20"/>
        </w:rPr>
        <w:t>45:18  problem. The problem is that you fail to admit that you were wrong.</w:t>
      </w:r>
      <w:r>
        <w:br/>
      </w:r>
      <w:r>
        <w:rPr>
          <w:sz w:val="20"/>
        </w:rPr>
        <w:t>45:31  When you commit a mistake, you have to say, "I was wrong. I was wrong. Oh God, forgive me. Oh God, forgive me." So, if you commit a mistake, you have to go to introsp</w:t>
      </w:r>
      <w:r>
        <w:br/>
      </w:r>
      <w:r>
        <w:rPr>
          <w:sz w:val="20"/>
        </w:rPr>
        <w:t>45:47  ection. You have to admit that you were wrong. And God will bestow His blessing on you again.</w:t>
      </w:r>
    </w:p>
    <w:p>
      <w:pPr>
        <w:pStyle w:val="Heading2"/>
      </w:pPr>
      <w:r>
        <w:t>Satan tempts Adam with the forbidden tree</w:t>
      </w:r>
    </w:p>
    <w:p>
      <w:r>
        <w:rPr>
          <w:color w:val="666666"/>
          <w:sz w:val="18"/>
        </w:rPr>
        <w:t>Right Man at Wrong Place May 18, 2008 · 2m 06s · at 9:04 · https://youtu.be/sKwAjR3OAGo?t=544</w:t>
      </w:r>
    </w:p>
    <w:p>
      <w:r>
        <w:rPr>
          <w:i/>
        </w:rPr>
        <w:t>“شیطان نے آدم کے دل میں بار بار ڈالا”</w:t>
      </w:r>
    </w:p>
    <w:p>
      <w:r>
        <w:rPr>
          <w:sz w:val="20"/>
        </w:rPr>
        <w:t>9:04  don't approach to this tree. ab shaitan ne, shaitan ki reach Adam tak thi.</w:t>
      </w:r>
      <w:r>
        <w:br/>
      </w:r>
      <w:r>
        <w:rPr>
          <w:sz w:val="20"/>
        </w:rPr>
        <w:t>9:13  to shaitan ne kaha, kaha Adam ko. bar bar is ko kaha, bar bar is ke dil mein dala. ke yeh jo roka hai Khuda ne tum ko, to yeh roka hai kis liye?</w:t>
      </w:r>
      <w:r>
        <w:br/>
      </w:r>
      <w:r>
        <w:rPr>
          <w:sz w:val="20"/>
        </w:rPr>
        <w:t>9:28  quran mein aata hai ke ya Adam hal adulluka ala shaitil khuldi wa mulkil lahi yablaghu</w:t>
      </w:r>
      <w:r>
        <w:br/>
      </w:r>
      <w:r>
        <w:rPr>
          <w:sz w:val="20"/>
        </w:rPr>
        <w:t>9:38  yeh jo darakht hai, yeh to bohat bari cheez hai. yeh eternity ka darakht hai.</w:t>
      </w:r>
      <w:r>
        <w:br/>
      </w:r>
      <w:r>
        <w:rPr>
          <w:sz w:val="20"/>
        </w:rPr>
        <w:t>9:47  aur yeh abadi iqtadar ka darakht hai. to yeh ayat jo hai quran ki, yeh hai surah number, chapter twenty, verse one twenty.</w:t>
      </w:r>
      <w:r>
        <w:br/>
      </w:r>
      <w:r>
        <w:rPr>
          <w:sz w:val="20"/>
        </w:rPr>
        <w:t>10:01  twenty, one hundred twenty.</w:t>
      </w:r>
      <w:r>
        <w:br/>
      </w:r>
      <w:r>
        <w:rPr>
          <w:sz w:val="20"/>
        </w:rPr>
        <w:t>10:06  to</w:t>
      </w:r>
      <w:r>
        <w:br/>
      </w:r>
      <w:r>
        <w:rPr>
          <w:sz w:val="20"/>
        </w:rPr>
        <w:t>10:07  is ayat ka translation yeh hai ke o Adam, shall I lead you to the tree of eternity and to a kingdom that never declines?</w:t>
      </w:r>
      <w:r>
        <w:br/>
      </w:r>
      <w:r>
        <w:rPr>
          <w:sz w:val="20"/>
        </w:rPr>
        <w:t>10:32  yeh is ne kaha.</w:t>
      </w:r>
      <w:r>
        <w:br/>
      </w:r>
      <w:r>
        <w:rPr>
          <w:sz w:val="20"/>
        </w:rPr>
        <w:t>10:34  to Adam ko dikhai diya ke abhi jo mujhe mila hua hai, woh to yaani woh hai kam hai. aur agar main darakht ka phal kha loon to mujhe zyada mil jayega.</w:t>
      </w:r>
      <w:r>
        <w:br/>
      </w:r>
      <w:r>
        <w:rPr>
          <w:sz w:val="20"/>
        </w:rPr>
        <w:t>10:49  unhon ne aisa kiya. aur is ke baad kya hua? ke woh paradise se nikal diye gaye. aur hum sab paida hue, yaani nasal chali, nasal chali, nasal chali.</w:t>
      </w:r>
      <w:r>
        <w:br/>
      </w:r>
      <w:r>
        <w:rPr>
          <w:sz w:val="20"/>
        </w:rPr>
        <w:t>11:01  isi ka hum sab log un ke bete aur betiyan hain. to yeh kya hai?</w:t>
      </w:r>
    </w:p>
    <w:p>
      <w:pPr>
        <w:pStyle w:val="Heading2"/>
      </w:pPr>
      <w:r>
        <w:t>Satan's arrogant refusal: 'I am better than Adam'</w:t>
      </w:r>
    </w:p>
    <w:p>
      <w:r>
        <w:rPr>
          <w:color w:val="666666"/>
          <w:sz w:val="18"/>
        </w:rPr>
        <w:t>The Importance of Modesty March 1, 2009 · 47s · at 3:43 · https://youtu.be/c599K8yDwzk?t=223</w:t>
      </w:r>
    </w:p>
    <w:p>
      <w:r>
        <w:rPr>
          <w:i/>
        </w:rPr>
        <w:t>“The angels bowed; Satan said, 'I am better.'”</w:t>
      </w:r>
    </w:p>
    <w:p>
      <w:r>
        <w:rPr>
          <w:sz w:val="20"/>
        </w:rPr>
        <w:t>3:43  jhukna hai. To woh jhuk gaye. Aur Satan jo tha, jo jinnaat ka sardar tha, woh nahi jhuka.</w:t>
      </w:r>
      <w:r>
        <w:br/>
      </w:r>
      <w:r>
        <w:rPr>
          <w:sz w:val="20"/>
        </w:rPr>
        <w:t>3:54  to us waqt jab poocha gaya ke tum jhuke kyun nahi? To us ne kya kaha tha?</w:t>
      </w:r>
      <w:r>
        <w:br/>
      </w:r>
      <w:r>
        <w:rPr>
          <w:sz w:val="20"/>
        </w:rPr>
        <w:t>4:01  "ana khair minhu" . main is se acha hoon. "I am better than Adam" .</w:t>
      </w:r>
      <w:r>
        <w:br/>
      </w:r>
      <w:r>
        <w:rPr>
          <w:sz w:val="20"/>
        </w:rPr>
        <w:t>4:13  tu us ne apni aik logic nikali ke woh mitti se banaye gaye hain, main aag se. tu is liye main un se acha hoon. tu yahin se shuru hua ke angels ne, yani farishton ne, modesty ka tareeqa ikhtiyar kiya.</w:t>
      </w:r>
    </w:p>
    <w:p>
      <w:pPr>
        <w:pStyle w:val="Heading2"/>
      </w:pPr>
      <w:r>
        <w:t>First man Adam created complete not evolved</w:t>
      </w:r>
    </w:p>
    <w:p>
      <w:r>
        <w:rPr>
          <w:color w:val="666666"/>
          <w:sz w:val="18"/>
        </w:rPr>
        <w:t>The Science of Man October 23, 2007 Maulana Wahiduddin Khan · 49s · at 4:04 · https://youtu.be/nhZ6JUSBKOg?t=244</w:t>
      </w:r>
    </w:p>
    <w:p>
      <w:r>
        <w:rPr>
          <w:i/>
        </w:rPr>
        <w:t>“Quran gives us details of the first man, that was Adam.”</w:t>
      </w:r>
    </w:p>
    <w:p>
      <w:r>
        <w:rPr>
          <w:sz w:val="20"/>
        </w:rPr>
        <w:t>4:04  Quran gives us details of the first man, that was Adam. Quran tells us that God Almighty created man.</w:t>
      </w:r>
      <w:r>
        <w:br/>
      </w:r>
      <w:r>
        <w:rPr>
          <w:sz w:val="20"/>
        </w:rPr>
        <w:t>4:20  God Almighty created Adam as the first man.</w:t>
      </w:r>
      <w:r>
        <w:br/>
      </w:r>
      <w:r>
        <w:rPr>
          <w:sz w:val="20"/>
        </w:rPr>
        <w:t>4:28  The first man was a complete man. Islam does not subscribe to the evolution theory.</w:t>
      </w:r>
      <w:r>
        <w:br/>
      </w:r>
      <w:r>
        <w:rPr>
          <w:sz w:val="20"/>
        </w:rPr>
        <w:t>4:41  That is simply a guess. According to Islam, the first man was a complete man.</w:t>
      </w:r>
    </w:p>
    <w:p>
      <w:pPr>
        <w:pStyle w:val="Heading2"/>
      </w:pPr>
      <w:r>
        <w:t>Creation of Adam and subjugation of nature</w:t>
      </w:r>
    </w:p>
    <w:p>
      <w:r>
        <w:rPr>
          <w:color w:val="666666"/>
          <w:sz w:val="18"/>
        </w:rPr>
        <w:t>The Science of Man October 23, 2007 Maulana Wahiduddin Khan · 1m 41s · at 4:04 · https://youtu.be/nhZ6JUSBKOg?t=244</w:t>
      </w:r>
    </w:p>
    <w:p>
      <w:r>
        <w:rPr>
          <w:i/>
        </w:rPr>
        <w:t>“Quran gives us details of the first man, that was Adam.”</w:t>
      </w:r>
    </w:p>
    <w:p>
      <w:r>
        <w:rPr>
          <w:sz w:val="20"/>
        </w:rPr>
        <w:t>4:04  Quran gives us details of the first man, that was Adam. Quran tells us that God Almighty created man.</w:t>
      </w:r>
      <w:r>
        <w:br/>
      </w:r>
      <w:r>
        <w:rPr>
          <w:sz w:val="20"/>
        </w:rPr>
        <w:t>4:20  God Almighty created Adam as the first man.</w:t>
      </w:r>
      <w:r>
        <w:br/>
      </w:r>
      <w:r>
        <w:rPr>
          <w:sz w:val="20"/>
        </w:rPr>
        <w:t>4:28  The first man was a complete man. Islam does not subscribe to the evolution theory.</w:t>
      </w:r>
      <w:r>
        <w:br/>
      </w:r>
      <w:r>
        <w:rPr>
          <w:sz w:val="20"/>
        </w:rPr>
        <w:t>4:41  That is simply a guess. According to Islam, the first man was a complete man.</w:t>
      </w:r>
      <w:r>
        <w:br/>
      </w:r>
      <w:r>
        <w:rPr>
          <w:sz w:val="20"/>
        </w:rPr>
        <w:t>4:53  So, when God created man, that is Adam,</w:t>
      </w:r>
      <w:r>
        <w:br/>
      </w:r>
      <w:r>
        <w:rPr>
          <w:sz w:val="20"/>
        </w:rPr>
        <w:t>5:02  at that time, there were three more creatures.</w:t>
      </w:r>
      <w:r>
        <w:br/>
      </w:r>
      <w:r>
        <w:rPr>
          <w:sz w:val="20"/>
        </w:rPr>
        <w:t>5:12  The material world—vast material world—solar system, galaxy, and ocean, and mountain, and all those things—that is called nature.</w:t>
      </w:r>
      <w:r>
        <w:br/>
      </w:r>
      <w:r>
        <w:rPr>
          <w:sz w:val="20"/>
        </w:rPr>
        <w:t>5:28  So, this nature or material world was</w:t>
      </w:r>
      <w:r>
        <w:br/>
      </w:r>
      <w:r>
        <w:rPr>
          <w:sz w:val="20"/>
        </w:rPr>
        <w:t>5:35  created before Adam. So, God said that all these things will obey man.</w:t>
      </w:r>
    </w:p>
    <w:p>
      <w:pPr>
        <w:pStyle w:val="Heading2"/>
      </w:pPr>
      <w:r>
        <w:t>Angels jinn and Iblis rebellion</w:t>
      </w:r>
    </w:p>
    <w:p>
      <w:r>
        <w:rPr>
          <w:color w:val="666666"/>
          <w:sz w:val="18"/>
        </w:rPr>
        <w:t>The Science of Man October 23, 2007 Maulana Wahiduddin Khan · 2m 48s · at 6:53 · https://youtu.be/nhZ6JUSBKOg?t=413</w:t>
      </w:r>
    </w:p>
    <w:p>
      <w:r>
        <w:rPr>
          <w:i/>
        </w:rPr>
        <w:t>“Then there were two more creatures—living creatures—angels and jinn.”</w:t>
      </w:r>
    </w:p>
    <w:p>
      <w:r>
        <w:rPr>
          <w:sz w:val="20"/>
        </w:rPr>
        <w:t>6:53  Then there were two more creatures—living creatures—angels and jinn.</w:t>
      </w:r>
      <w:r>
        <w:br/>
      </w:r>
      <w:r>
        <w:rPr>
          <w:sz w:val="20"/>
        </w:rPr>
        <w:t>7:06  These two were living creatures.</w:t>
      </w:r>
      <w:r>
        <w:br/>
      </w:r>
      <w:r>
        <w:rPr>
          <w:sz w:val="20"/>
        </w:rPr>
        <w:t>7:12  So, God said both these living creatures to do according to the man's wishes.</w:t>
      </w:r>
      <w:r>
        <w:br/>
      </w:r>
      <w:r>
        <w:rPr>
          <w:sz w:val="20"/>
        </w:rPr>
        <w:t>7:31  God said that, "inni jailun fil arzi khaleefa." It means that man is the in charge of this planet Earth.</w:t>
      </w:r>
      <w:r>
        <w:br/>
      </w:r>
      <w:r>
        <w:rPr>
          <w:sz w:val="20"/>
        </w:rPr>
        <w:t>7:42  So, man was born as the in charge of this planet Earth. So, God said that—God said to angels and jinn both—you have to follow man's wishes because man is the in charge of this Earth.</w:t>
      </w:r>
      <w:r>
        <w:br/>
      </w:r>
      <w:r>
        <w:rPr>
          <w:sz w:val="20"/>
        </w:rPr>
        <w:t>8:09  So, angels instantly</w:t>
      </w:r>
      <w:r>
        <w:br/>
      </w:r>
      <w:r>
        <w:rPr>
          <w:sz w:val="20"/>
        </w:rPr>
        <w:t>8:15  bowed before Adam as a token of submission. But</w:t>
      </w:r>
      <w:r>
        <w:br/>
      </w:r>
      <w:r>
        <w:rPr>
          <w:sz w:val="20"/>
        </w:rPr>
        <w:t>8:27  said—but Iblis, that was head of the jinn community—so, Iblis refused to obey this commandment.</w:t>
      </w:r>
      <w:r>
        <w:br/>
      </w:r>
      <w:r>
        <w:rPr>
          <w:sz w:val="20"/>
        </w:rPr>
        <w:t>8:40  He said, "I am not going to follow man." Why?</w:t>
      </w:r>
      <w:r>
        <w:br/>
      </w:r>
      <w:r>
        <w:rPr>
          <w:sz w:val="20"/>
        </w:rPr>
        <w:t>8:49  Because I am superior than Adam. He said that I am superior and man is inferior, so I am not going to obey man.</w:t>
      </w:r>
      <w:r>
        <w:br/>
      </w:r>
      <w:r>
        <w:rPr>
          <w:sz w:val="20"/>
        </w:rPr>
        <w:t>9:07  This was the first instance at the time of creation.</w:t>
      </w:r>
      <w:r>
        <w:br/>
      </w:r>
      <w:r>
        <w:rPr>
          <w:sz w:val="20"/>
        </w:rPr>
        <w:t>9:16  This was very important. This was a demonstration that man is destined to live between two forces—angel and Satan—Satan is the only another name of Iblis, and Iblis was the head of the jinn community.</w:t>
      </w:r>
    </w:p>
    <w:p>
      <w:pPr>
        <w:pStyle w:val="Heading2"/>
      </w:pPr>
      <w:r>
        <w:t>Adam in paradise and forbidden tree</w:t>
      </w:r>
    </w:p>
    <w:p>
      <w:r>
        <w:rPr>
          <w:color w:val="666666"/>
          <w:sz w:val="18"/>
        </w:rPr>
        <w:t>An Introduction to the Quran July 24, 2007 · 2m 12s · at 13:18 · https://youtu.be/e7mc7FO5LwI?t=798</w:t>
      </w:r>
    </w:p>
    <w:p>
      <w:r>
        <w:rPr>
          <w:i/>
        </w:rPr>
        <w:t>“In Al-Baqarah you read the story of the first man”</w:t>
      </w:r>
    </w:p>
    <w:p>
      <w:r>
        <w:rPr>
          <w:sz w:val="20"/>
        </w:rPr>
        <w:t>13:18  Al-Baqarah - in Al-Baqarah you read the story of the first man, that is Adam.</w:t>
      </w:r>
      <w:r>
        <w:br/>
      </w:r>
      <w:r>
        <w:rPr>
          <w:sz w:val="20"/>
        </w:rPr>
        <w:t>13:29  Adam was the first man created by God.</w:t>
      </w:r>
      <w:r>
        <w:br/>
      </w:r>
      <w:r>
        <w:rPr>
          <w:sz w:val="20"/>
        </w:rPr>
        <w:t>13:35  And after creation, God settled Adam in paradise.</w:t>
      </w:r>
      <w:r>
        <w:br/>
      </w:r>
      <w:r>
        <w:rPr>
          <w:sz w:val="20"/>
        </w:rPr>
        <w:t>13:49  God said, Oh Adam and your wife Hawwa, you are allowed to settle in paradise, to enjoy everything in paradise.</w:t>
      </w:r>
      <w:r>
        <w:br/>
      </w:r>
      <w:r>
        <w:rPr>
          <w:sz w:val="20"/>
        </w:rPr>
        <w:t>14:03  But La Taqraba Hadhi Shajara,</w:t>
      </w:r>
      <w:r>
        <w:br/>
      </w:r>
      <w:r>
        <w:rPr>
          <w:sz w:val="20"/>
        </w:rPr>
        <w:t>14:11  don't approach to this tree. So in paradise, there was a forbidden tree.</w:t>
      </w:r>
      <w:r>
        <w:br/>
      </w:r>
      <w:r>
        <w:rPr>
          <w:sz w:val="20"/>
        </w:rPr>
        <w:t>14:22  And Adam was told that you are not allowed to eat the fruit of this tree.</w:t>
      </w:r>
      <w:r>
        <w:br/>
      </w:r>
      <w:r>
        <w:rPr>
          <w:sz w:val="20"/>
        </w:rPr>
        <w:t>14:38  You have to maintain a distance from this forbidden tree. But Adam</w:t>
      </w:r>
      <w:r>
        <w:br/>
      </w:r>
      <w:r>
        <w:rPr>
          <w:sz w:val="20"/>
        </w:rPr>
        <w:t>14:49  forgot this direction.</w:t>
      </w:r>
      <w:r>
        <w:br/>
      </w:r>
      <w:r>
        <w:rPr>
          <w:sz w:val="20"/>
        </w:rPr>
        <w:t>14:55  Under temptation, he ate the fruit of that forbidden tree. Then God said that now you have to go to planet Earth</w:t>
      </w:r>
      <w:r>
        <w:br/>
      </w:r>
      <w:r>
        <w:rPr>
          <w:sz w:val="20"/>
        </w:rPr>
        <w:t>15:11  . So then Adam was settled in this planet Earth and all his generation.</w:t>
      </w:r>
      <w:r>
        <w:br/>
      </w:r>
      <w:r>
        <w:rPr>
          <w:sz w:val="20"/>
        </w:rPr>
        <w:t>15:20  Here is a very important lesson that man was born initially for paradise.</w:t>
      </w:r>
    </w:p>
    <w:p>
      <w:pPr>
        <w:pStyle w:val="Heading2"/>
      </w:pPr>
      <w:r>
        <w:t>a tour of the prophets' most beautiful Quranic duas</w:t>
      </w:r>
    </w:p>
    <w:p>
      <w:r>
        <w:rPr>
          <w:color w:val="666666"/>
          <w:sz w:val="18"/>
        </w:rPr>
        <w:t>Soulful Ramadan Inspiring Duas and Hadiths</w:t>
        <w:br/>
        <w:t>March 10, 2024 · 5m 58s · at 50:36 · https://youtu.be/ZXO-tq7pyQA?t=3036</w:t>
      </w:r>
    </w:p>
    <w:p>
      <w:r>
        <w:rPr>
          <w:i/>
        </w:rPr>
        <w:t>“Hazrat Adam's dua is one of the most beautiful duas”</w:t>
      </w:r>
    </w:p>
    <w:p>
      <w:r>
        <w:rPr>
          <w:sz w:val="20"/>
        </w:rPr>
        <w:t>50:36  hain. thodi khaas taur se quran mein jo behtar duaen hain, wo paigambaron ki hi duaen hain. ji, kuch ahle iman ki duaen hain. to hazrat adam al salam ki dua yeh bahut hi achhi dua hai. rabbana zalamna afsana lana wa tarana lana kunan minal khasireen. yaani our lord, we have wronged ourselves. and if you will not forgive us, and you will not have mercy on us, we will be among the lost. yaani adam al salam aur havva dono se kuch galti</w:t>
      </w:r>
      <w:r>
        <w:br/>
      </w:r>
      <w:r>
        <w:rPr>
          <w:sz w:val="20"/>
        </w:rPr>
        <w:t>51:06  hui thi, to dono ne dua ki. ji, rabbana aqbal, rabbana zalamna. ismein tasniya ka siga hai. dual, dono maang rahe hain ki humse galti hui, to hamein maaf farma de. its a very beautiful dua jo kisi waqt padhi ja sakti hai. ji,</w:t>
      </w:r>
      <w:r>
        <w:br/>
      </w:r>
      <w:r>
        <w:rPr>
          <w:sz w:val="20"/>
        </w:rPr>
        <w:t>51:24  a jo duaen hain quran ki, hadees ki, usko aam taur se log samajhte hain ki a bas padh le 40 baar subah aur is din aur us din padh le 100 baar. yeh yeh dua ka matlab nahi hai.</w:t>
      </w:r>
      <w:r>
        <w:br/>
      </w:r>
      <w:r>
        <w:rPr>
          <w:sz w:val="20"/>
        </w:rPr>
        <w:t>51:41  yeh jo yeh duaen hamein milti hain, yeh sab hamein ek yeh batati hain ki jo bade-bade ahle iman guzre hain, unke dil mein kya kaifiyat paida hui thi kisi khaas mauqe pe. hum yeh yeh alfaaz padhe ja sakte hain, lekin yeh kaifiyat jo hai, wo zyada important hai. ji, to</w:t>
      </w:r>
      <w:r>
        <w:br/>
      </w:r>
      <w:r>
        <w:rPr>
          <w:sz w:val="20"/>
        </w:rPr>
        <w:t>52:01  dua ki kaifiyat taari karna wo zyada aham hai. aur dil se dua nikle, chahe zaroori nahi hai ki yeh arabic alfaaz ho. aap aap urdu mein bhi dua kar sakte hain, english mein kar sakte hain, jo bhi. to dua niklni chahiye dil se, tabhi wo qabool hoti hai apne alfaaz mein. ji, aise hi a hazrat yunus al salam ki bahut achhi aur mashhoor dua hai. la ilaha illaa anta subhanaka inni kuntu min az zalimeen. there is no deity but you.</w:t>
      </w:r>
      <w:r>
        <w:br/>
      </w:r>
      <w:r>
        <w:rPr>
          <w:sz w:val="20"/>
        </w:rPr>
        <w:t>52:29  glory be to you. and i was indeed rang. hazrat yunus al salam jab machhli ke pet mein gaye, to yah bahut hi khubsurat dua ki unhone. aur foran allah ta'ala ne machhli ko hukm diya ki tum bahar safe li unko le aao. to kabhi pareshani ke waqt ho, to is tarah ki dua ki ja sakti hai. masha'allah. aur ayyub al salam jo bimar bahut pad gaye, unki family bhi a bahut masail. to unhone bahut achhi dua</w:t>
      </w:r>
      <w:r>
        <w:br/>
      </w:r>
      <w:r>
        <w:rPr>
          <w:sz w:val="20"/>
        </w:rPr>
        <w:t>52:57  ki. rabbi masni adar. rabbi masni adar wa anta arham rahim. ki a mere rab, a mere a my lord, i been affected with disease, with with with distress. but you are the most merciful of the merciful. yani tu hai jisse hum dua kar sakte hain, jisse hum kuch ummeed kar sakte hain. tu hi hai sabse meharban karne walon mein se, sabse zyada meharban</w:t>
      </w:r>
      <w:r>
        <w:br/>
      </w:r>
      <w:r>
        <w:rPr>
          <w:sz w:val="20"/>
        </w:rPr>
        <w:t>53:24  . to yah badi achhi dua hai. aur aur yah sab dekhiye, badi short aur comprehensive dua hai. to aap yaad bhi kar sakte hain is tarah ke ehsasat paida karne ke liye. ji, khas taur se bimari ke waqt. inni masni adar wa anta arham rahim. bahut jo it's a really beautiful dua.</w:t>
      </w:r>
      <w:r>
        <w:br/>
      </w:r>
      <w:r>
        <w:rPr>
          <w:sz w:val="20"/>
        </w:rPr>
        <w:t>53:42  aise ibrahim al salam ki dua. rabbana rabbana fili wali walid wali momineen yam yaqum hisab. a a mere rab, my lord, forgive me and forgive my parents and all the believers on the day of judgment. bahut achhi dua hai hazrat ibrahim al salam ki.</w:t>
      </w:r>
      <w:r>
        <w:br/>
      </w:r>
      <w:r>
        <w:rPr>
          <w:sz w:val="20"/>
        </w:rPr>
        <w:t>54:05  aise hi hazrat ibrahim al salam ki ek aur dua hai. rabbana aleka tawakkal wa ik anbana wa ik al masir. our lord, in you we have placed our trust. and to you we turn in repentance. and to you is the final return. yani kitni comprehensive dua hai.</w:t>
      </w:r>
      <w:r>
        <w:br/>
      </w:r>
      <w:r>
        <w:rPr>
          <w:sz w:val="20"/>
        </w:rPr>
        <w:t>54:26  ji, yani zamin se duniya se lekar aakhirat tak is mein baat kah di gayi hai. aur musa al salam ki dua, jo bahut pareshani ki halat mein madan pahunche the, to unke dil se ek itni achhi dua nikli ki allah ta'ala ne usi waqt qubool kar di. woh usi waqt qubool ho gayi woh dua. ke rabbi inni lima anzalta ilayya min khair faqir.</w:t>
      </w:r>
      <w:r>
        <w:br/>
      </w:r>
      <w:r>
        <w:rPr>
          <w:sz w:val="20"/>
        </w:rPr>
        <w:t>54:48  hum kyunki bahut pareshani ki halat mein woh bhaag ke gaye the misr se. aur dar bhi tha. aur koi nayi jagah par pahunche, to woh unhone help ki un do ladies ki. paani pilaya unke janwaron ko. phir ek ek ped ke neeche lete gaye. to yah dua badi inspired prayer nikli dil se unki. rabbi inni lima anzalta ilayya min khair faqir. lord, i am truly in need of whatever blessing you may send down upon me.</w:t>
      </w:r>
      <w:r>
        <w:br/>
      </w:r>
      <w:r>
        <w:rPr>
          <w:sz w:val="20"/>
        </w:rPr>
        <w:t>55:16  ji, jo bhi tu apni rehmat aur meri taraf bheje, main uska bahut hi mohtaj hun. yani yah ek aise insaan ki dua hai ki jo bahut pareshani ke aalam mein hai. to ulama kahna hai ki yah dua a kare koi. yani dil se dua kare, to foran qubool hoti hai. aur aise hi hazrat musa al salam ki yah bhi dua hai jo hum padhte hain. ji, yah bhi bahut aham dua hai.</w:t>
      </w:r>
      <w:r>
        <w:br/>
      </w:r>
      <w:r>
        <w:rPr>
          <w:sz w:val="20"/>
        </w:rPr>
        <w:t>55:43  rab shali sadri wasli amri lan lisani yaf wazli wazir min ahli harun aakhi ud ajri wa ashrak fi amri kanab kasira najak kasira. to yah dua ka jo woh hissa hai, mujhe bahut pasand hai ki harun al salam ke liye kaha ki mera mera saathi bana de. ji, aur</w:t>
      </w:r>
      <w:r>
        <w:br/>
      </w:r>
      <w:r>
        <w:rPr>
          <w:sz w:val="20"/>
        </w:rPr>
        <w:t>56:05  kaha ki hum dono milkar tera khoob charcha karein. kanab kasira najak kasira. yani uski wajah batayi ki hum dono milkar tera tujhe khoob yaad karein, tera khoob charcha karein, tujhse khoob dua karein. masha'allah. to ye ye ye ek paighambarana yani soch hai ki woh dua kar rahe hain apne bhai ke liye. to kisliye?</w:t>
      </w:r>
      <w:r>
        <w:br/>
      </w:r>
      <w:r>
        <w:rPr>
          <w:sz w:val="20"/>
        </w:rPr>
        <w:t>56:29  ki hum tera khoob zikr karein. ji, to milke jo zikr karne ki baat hai, woh is mein aayi hai.</w:t>
      </w:r>
    </w:p>
    <w:p>
      <w:pPr>
        <w:pStyle w:val="Heading2"/>
      </w:pPr>
      <w:r>
        <w:t>Adam's dua of repentance after the fall</w:t>
      </w:r>
    </w:p>
    <w:p>
      <w:r>
        <w:rPr>
          <w:color w:val="666666"/>
          <w:sz w:val="18"/>
        </w:rPr>
        <w:t>Soulful Ramadan Inspiring Duas and Hadiths</w:t>
        <w:br/>
        <w:t>March 10, 2024 · 48s · at 50:36 · https://youtu.be/ZXO-tq7pyQA?t=3036</w:t>
      </w:r>
    </w:p>
    <w:p>
      <w:r>
        <w:rPr>
          <w:i/>
        </w:rPr>
        <w:t>“Our Lord, we have wronged ourselves — Adam's dua”</w:t>
      </w:r>
    </w:p>
    <w:p>
      <w:r>
        <w:rPr>
          <w:sz w:val="20"/>
        </w:rPr>
        <w:t>50:36  hain. thodi khaas taur se quran mein jo behtar duaen hain, wo paigambaron ki hi duaen hain. ji, kuch ahle iman ki duaen hain. to hazrat adam al salam ki dua yeh bahut hi achhi dua hai. rabbana zalamna afsana lana wa tarana lana kunan minal khasireen. yaani our lord, we have wronged ourselves. and if you will not forgive us, and you will not have mercy on us, we will be among the lost. yaani adam al salam aur havva dono se kuch galti</w:t>
      </w:r>
      <w:r>
        <w:br/>
      </w:r>
      <w:r>
        <w:rPr>
          <w:sz w:val="20"/>
        </w:rPr>
        <w:t>51:06  hui thi, to dono ne dua ki. ji, rabbana aqbal, rabbana zalamna. ismein tasniya ka siga hai. dual, dono maang rahe hain ki humse galti hui, to hamein maaf farma de. its a very beautiful dua jo kisi waqt padhi ja sakti hai. ji,</w:t>
      </w:r>
    </w:p>
    <w:p>
      <w:pPr>
        <w:pStyle w:val="Heading2"/>
      </w:pPr>
      <w:r>
        <w:t>Adam and Eve's prayer of repentance</w:t>
      </w:r>
    </w:p>
    <w:p>
      <w:r>
        <w:rPr>
          <w:color w:val="666666"/>
          <w:sz w:val="18"/>
        </w:rPr>
        <w:t>Importance and Virtues of Ramadan April 2, 2023 · 41s · at 55:21 · https://youtu.be/M2Phb22Vw_4?t=3321</w:t>
      </w:r>
    </w:p>
    <w:p>
      <w:r>
        <w:rPr>
          <w:i/>
        </w:rPr>
        <w:t>“Hazrat Adam ki dua jab unhone apne upar zulm kiya”</w:t>
      </w:r>
    </w:p>
    <w:p>
      <w:r>
        <w:rPr>
          <w:sz w:val="20"/>
        </w:rPr>
        <w:t>55:21  jaise Hazrat Adam علیہ السلام ki dua bohat hi zabardast dua hai Rabbana zalamna anfus</w:t>
      </w:r>
      <w:r>
        <w:br/>
      </w:r>
      <w:r>
        <w:rPr>
          <w:sz w:val="20"/>
        </w:rPr>
        <w:t>55:26  na wa in lam taghfir lana wa tarhamna lana kunnana minal khasireen ke aye hamare Rab, hum ne apni janon pe zulm kiya. ji to to agar humein maaf nahi karega aur humare upar reham nahi karega, hum bade ghaate wale mein so jayenge.</w:t>
      </w:r>
      <w:r>
        <w:br/>
      </w:r>
      <w:r>
        <w:rPr>
          <w:sz w:val="20"/>
        </w:rPr>
        <w:t>55:41  to yeh kitni zabardast d</w:t>
      </w:r>
      <w:r>
        <w:br/>
      </w:r>
      <w:r>
        <w:rPr>
          <w:sz w:val="20"/>
        </w:rPr>
        <w:t>55:43  ua hai. yeh dono ne ki, Hazrat Adam علیہ السلام ne aur Hawa علیہ السلام dono ne yeh dua ki mil ke. chunchke is mein tasniya ka seigha hai, dual ka seigha hai.</w:t>
      </w:r>
      <w:r>
        <w:br/>
      </w:r>
      <w:r>
        <w:rPr>
          <w:sz w:val="20"/>
        </w:rPr>
        <w:t>55:52  ji ke hum dono yeh dua kar rahe hain ke aye Allah, to hum ne apne upar zulm kiya aur to humein maaf nahi karega, to hum bade ghaate walon mein so jayenge.</w:t>
      </w:r>
    </w:p>
    <w:p>
      <w:pPr>
        <w:pStyle w:val="Heading2"/>
      </w:pPr>
      <w:r>
        <w:t>Comparing original sin, salvation and trinity in both faiths</w:t>
      </w:r>
    </w:p>
    <w:p>
      <w:r>
        <w:rPr>
          <w:color w:val="666666"/>
          <w:sz w:val="18"/>
        </w:rPr>
        <w:t>Jesus A Shared Figure in Islam and Christianity September 1, 2024 · 4m 47s · at 55:41 · https://youtu.be/UH7pvUeeOc4?t=3341</w:t>
      </w:r>
    </w:p>
    <w:p>
      <w:r>
        <w:rPr>
          <w:i/>
        </w:rPr>
        <w:t>“In Christianity, Adam was a sinner whose sin was unforgiven”</w:t>
      </w:r>
    </w:p>
    <w:p>
      <w:r>
        <w:rPr>
          <w:sz w:val="20"/>
        </w:rPr>
        <w:t>55:41  enses?" iske baremein aap bataakar aajka session khatm karen. sabse pehla key difference to yahi hai ki isaiyat mein hazrat adam gunahgar the, sinner the, aur woh aisi gunah unhone kiya tha ki woh maaf nahi hua. aur unki wajah se every child inherits, every newborn child inherits this sin.</w:t>
      </w:r>
      <w:r>
        <w:br/>
      </w:r>
      <w:r>
        <w:rPr>
          <w:sz w:val="20"/>
        </w:rPr>
        <w:t>56:06  toh yeh jo hai,</w:t>
      </w:r>
      <w:r>
        <w:br/>
      </w:r>
      <w:r>
        <w:rPr>
          <w:sz w:val="20"/>
        </w:rPr>
        <w:t>56:09  isi sin ko absolve karne ke liye hazrat isa bhejhe gaye the.</w:t>
      </w:r>
      <w:r>
        <w:br/>
      </w:r>
      <w:r>
        <w:rPr>
          <w:sz w:val="20"/>
        </w:rPr>
        <w:t>56:15  aur Islam mein kya hai ki Adam ne gunah kiya.</w:t>
      </w:r>
      <w:r>
        <w:br/>
      </w:r>
      <w:r>
        <w:rPr>
          <w:sz w:val="20"/>
        </w:rPr>
        <w:t>56:17  dekhiye, har insaan se galti hoti hai.</w:t>
      </w:r>
      <w:r>
        <w:br/>
      </w:r>
      <w:r>
        <w:rPr>
          <w:sz w:val="20"/>
        </w:rPr>
        <w:t>56:20  isi tarike se hazrat Adam se bhi hui.</w:t>
      </w:r>
      <w:r>
        <w:br/>
      </w:r>
      <w:r>
        <w:rPr>
          <w:sz w:val="20"/>
        </w:rPr>
        <w:t>56:23  toh phir unhone sacche dil se maafi maangi, jo ki Quran mein</w:t>
      </w:r>
      <w:r>
        <w:br/>
      </w:r>
      <w:r>
        <w:rPr>
          <w:sz w:val="20"/>
        </w:rPr>
        <w:t>56:26  woh alfaaz hain jo unhone maafi maangi.</w:t>
      </w:r>
      <w:r>
        <w:br/>
      </w:r>
      <w:r>
        <w:rPr>
          <w:sz w:val="20"/>
        </w:rPr>
        <w:t>56:29  aur phir Allah ne unko maaf kiya aur unhi ko pehla paigambar banaya.</w:t>
      </w:r>
      <w:r>
        <w:br/>
      </w:r>
      <w:r>
        <w:rPr>
          <w:sz w:val="20"/>
        </w:rPr>
        <w:t>56:34  kyunki dekhiye, Allah jo chahta hai</w:t>
      </w:r>
      <w:r>
        <w:br/>
      </w:r>
      <w:r>
        <w:rPr>
          <w:sz w:val="20"/>
        </w:rPr>
        <w:t>56:37  ki jab insaan is duniya mein jaaye, to usko pata ho ki allah, us allah ki guidance, usko pata ho. yeh nahi hai ki woh paida ho gaya, usko khabar nahi hai ki allah unse chahta kya hai. ab akhirat mein usko kaise judge kiya jaayega?</w:t>
      </w:r>
      <w:r>
        <w:br/>
      </w:r>
      <w:r>
        <w:rPr>
          <w:sz w:val="20"/>
        </w:rPr>
        <w:t>56:52  woh toh jaakar kahega ki hamein toh kuch bataya hi nahi. to hamein kis baat ki saza mil rahi hai?</w:t>
      </w:r>
      <w:r>
        <w:br/>
      </w:r>
      <w:r>
        <w:rPr>
          <w:sz w:val="20"/>
        </w:rPr>
        <w:t>56:57  to isliye allah taala ne jab insaan ko paida kiya, to sabse pehle insaan ko paigambar bana diya. aur to is tarike se islam mein dekhiye, maafi ki bahut zyada importance hai. har gunah maaf ho jaate hain. bas yeh hai ki aadmi sincere maafi honi chahiye. baar baar gunah na karta rahe. sincere ke saath woh gunahon se maafi maange.</w:t>
      </w:r>
      <w:r>
        <w:br/>
      </w:r>
      <w:r>
        <w:rPr>
          <w:sz w:val="20"/>
        </w:rPr>
        <w:t>57:24  to isaiyat mein jo hai, hazrat isa par jab hum iman laate hain na, aur kaffare, atonement ke aqide par, tab hamare gunah maaf hote hain. to isai yeh yaqin rakhte hain ki hazrat isa ne jo cross par jo sacrifice ki,</w:t>
      </w:r>
      <w:r>
        <w:br/>
      </w:r>
      <w:r>
        <w:rPr>
          <w:sz w:val="20"/>
        </w:rPr>
        <w:t>57:42  to usi se insaniyat ko sin se azaad free kiya.</w:t>
      </w:r>
      <w:r>
        <w:br/>
      </w:r>
      <w:r>
        <w:rPr>
          <w:sz w:val="20"/>
        </w:rPr>
        <w:t>57:48  unhone insaniyat ko sin se free kiya, cross par apne aap ko sacrifice karke. bible mein hai, "jesus took away the sins of the world." to is is baat par aqida rakhne se hamare gunah maaf hote hain. to salvation in christianity is a gift from god, granted through faith in jesus. hamare yahan khuda se direct contact hota hai.</w:t>
      </w:r>
      <w:r>
        <w:br/>
      </w:r>
      <w:r>
        <w:rPr>
          <w:sz w:val="20"/>
        </w:rPr>
        <w:t>58:16  hum direct khuda se baat kar sakte hain, whisper ke andaaz mein, aur direct khuda se maafi maang sakte hain. yahan through jesus hai, baad mein through priests hain. to salvation through faith in god and leading a rich life.</w:t>
      </w:r>
      <w:r>
        <w:br/>
      </w:r>
      <w:r>
        <w:rPr>
          <w:sz w:val="20"/>
        </w:rPr>
        <w:t>58:39  paakiza zindagi ikhtiyar karna</w:t>
      </w:r>
      <w:r>
        <w:br/>
      </w:r>
      <w:r>
        <w:rPr>
          <w:sz w:val="20"/>
        </w:rPr>
        <w:t>58:41  . phir insaan ko dar rahe ki jab marne ke baad allah ke saamne haazir hoga, to woh allah ke saamne accountability hai. usko saara jo hai, usko hisaab wahan liya jaayega. to yeh darta rahe insaan khuda se, aur kuch galti ho jaaye, to usse maafi maange.</w:t>
      </w:r>
      <w:r>
        <w:br/>
      </w:r>
      <w:r>
        <w:rPr>
          <w:sz w:val="20"/>
        </w:rPr>
        <w:t>59:04  to christianity mein god is understood as one being in three persons: father, son and holy spirit. so yeh concept jo hai trinity ka, woh central to christian belief hai. aur islam mein trinity ka concept nahi hai. it is considered incompatible with the concept of the oneness of god, tauheed. ismein koi jo hai,</w:t>
      </w:r>
      <w:r>
        <w:br/>
      </w:r>
      <w:r>
        <w:rPr>
          <w:sz w:val="20"/>
        </w:rPr>
        <w:t>59:33  woh nahi hai.</w:t>
      </w:r>
      <w:r>
        <w:br/>
      </w:r>
      <w:r>
        <w:rPr>
          <w:sz w:val="20"/>
        </w:rPr>
        <w:t>59:35  isme bilkul hi, ismein kya matlab? khuda ki khudai mein koi bhi shareek nahi hai. har cheez khuda ka creation hai, aur khuda sirf aur sirf ek hai. baaki tamam cheezein khuda ki created being hain. to ismein islam bahut zyada clear hai. ismein koi do raay nahi hai.</w:t>
      </w:r>
      <w:r>
        <w:br/>
      </w:r>
      <w:r>
        <w:rPr>
          <w:sz w:val="20"/>
        </w:rPr>
        <w:t>1:00:02  itne denominations hote hain, religious denominations mein. yeh sab log yahi maante hain, chahe shia, sunni ho ya koi bhi denomination ho, ki khuda ek hai. to christianity mein jesus ke baad koi prophet nahi hai. aur islam jo hai, tamam paigambaron ko maanta hai, lekin muhammad sallallahu alaihi wasallam ko final prophet maanta hai.</w:t>
      </w:r>
    </w:p>
    <w:p>
      <w:pPr>
        <w:pStyle w:val="Heading2"/>
      </w:pPr>
      <w:r>
        <w:t>Applying Quran to life through Iblis, Adam, and Musa</w:t>
      </w:r>
    </w:p>
    <w:p>
      <w:r>
        <w:rPr>
          <w:color w:val="666666"/>
          <w:sz w:val="18"/>
        </w:rPr>
        <w:t>Importance of Ramadan March 24, 2024 · 5m 17s · at 56:28 · https://youtu.be/cn67uauGQrc?t=3388</w:t>
      </w:r>
    </w:p>
    <w:p>
      <w:r>
        <w:rPr>
          <w:i/>
        </w:rPr>
        <w:t>“Jab insan ka creation hua, Allah ne farishton se kaha Adam ko jhuko”</w:t>
      </w:r>
    </w:p>
    <w:p>
      <w:r>
        <w:rPr>
          <w:sz w:val="20"/>
        </w:rPr>
        <w:t>56:28  to</w:t>
      </w:r>
      <w:r>
        <w:br/>
      </w:r>
      <w:r>
        <w:rPr>
          <w:sz w:val="20"/>
        </w:rPr>
        <w:t>56:29  ab sabse pehle jo main batati hoon, jo chapter seven mein verse 16, to jab insaan ka creation hua, to Allah taala ne jinnat se aur farishton se kaha ke in insaan ke adam ke aage jhuk jao.</w:t>
      </w:r>
      <w:r>
        <w:br/>
      </w:r>
      <w:r>
        <w:rPr>
          <w:sz w:val="20"/>
        </w:rPr>
        <w:t>56:45  to ablis ne khuda se kaha ke tune mujhe gumrah kiya hai, aur nahin jhuka ke main to paida kiya gaya hoon aag se, aur mitti se, main iske aage kaise jhukun?</w:t>
      </w:r>
      <w:r>
        <w:br/>
      </w:r>
      <w:r>
        <w:rPr>
          <w:sz w:val="20"/>
        </w:rPr>
        <w:t>56:55  to ismein do do baat thi. ismein</w:t>
      </w:r>
      <w:r>
        <w:br/>
      </w:r>
      <w:r>
        <w:rPr>
          <w:sz w:val="20"/>
        </w:rPr>
        <w:t>56:58  to humne kabhi sochte nahin, hum log na sochein. dekhein, insaan jab sochta hai, tab isko samajh mein aata hai. khali recite karne se nahin samajh mein aata.</w:t>
      </w:r>
      <w:r>
        <w:br/>
      </w:r>
      <w:r>
        <w:rPr>
          <w:sz w:val="20"/>
        </w:rPr>
        <w:t>57:08  ji, to ab dekhein ke ab sochein ke dekho, koi bhi baat hoti hai to insaan doosron ko blame kar deta hai. ab ablis ne khudai ko blame kar diya ke tune mujhe gumrah kiya hai, matlab tune mujhe aisa kaam karne ko kyun kaha ke main jo nahin kar sakta tha?</w:t>
      </w:r>
      <w:r>
        <w:br/>
      </w:r>
      <w:r>
        <w:rPr>
          <w:sz w:val="20"/>
        </w:rPr>
        <w:t>57:22  is par kaha ke isne tune hamein mujhe gumrah kar diya hai. to aam taur par ye dekha jaata hai ke koi baat hoti hai to woh doosron ko hi blame deta hai,</w:t>
      </w:r>
      <w:r>
        <w:br/>
      </w:r>
      <w:r>
        <w:rPr>
          <w:sz w:val="20"/>
        </w:rPr>
        <w:t>57:30  apni ghaltiyan nahin manta. jabke maulana ne to ye sikhaya ke foran kehte the, "I was wrong, I was wrong". bahut foran kehte the, "blame the self". haan, "blame the self" wala jo hai, isi motto ko hamein apnana hai.</w:t>
      </w:r>
      <w:r>
        <w:br/>
      </w:r>
      <w:r>
        <w:rPr>
          <w:sz w:val="20"/>
        </w:rPr>
        <w:t>57:44  to phir shaitan ne kaha ke woh sajda nahi karega, woh sirf khuda ke aage sajda karega. to yahan yeh masla nahi hai ke khuda ke aage sajda karega, balke khuda ka hukm yeh hai, usko uske aage apne aap ko surrender karna hai.</w:t>
      </w:r>
      <w:r>
        <w:br/>
      </w:r>
      <w:r>
        <w:rPr>
          <w:sz w:val="20"/>
        </w:rPr>
        <w:t>57:59  ab misaal ke taur par, koi daai hota hai, koi khuda ki baatein batane wala hota hai, rasool hota hai. to jab woh koi baat kehta hai, to woh ek aam insan us waqt hota hai na?</w:t>
      </w:r>
      <w:r>
        <w:br/>
      </w:r>
      <w:r>
        <w:rPr>
          <w:sz w:val="20"/>
        </w:rPr>
        <w:t>58:10  ji, to aaj jo prophet of islam ki jo hesiyat hai, woh toh thi thodi thi. tab toh woh ek aam insan nazar aate the. ab log kehte the ke hum unke aage kyun jhukein? yeh toh ek aam insan hai.</w:t>
      </w:r>
      <w:r>
        <w:br/>
      </w:r>
      <w:r>
        <w:rPr>
          <w:sz w:val="20"/>
        </w:rPr>
        <w:t>58:21  humein yeh dekhna hai ke baat haq ki hai, baat insaaf ki hai, baat sach hai. to humein uske aage j</w:t>
      </w:r>
      <w:r>
        <w:br/>
      </w:r>
      <w:r>
        <w:rPr>
          <w:sz w:val="20"/>
        </w:rPr>
        <w:t>58:27  hukna hai, yeh nahi kehna hai ke hum unke aage kyun jhukein? unke andar kaun si badai hai? to yeh jo hai, hasad aur ghamand ka jo attitude hai, yeh khuda ko bahut zyada napasand hai.</w:t>
      </w:r>
      <w:r>
        <w:br/>
      </w:r>
      <w:r>
        <w:rPr>
          <w:sz w:val="20"/>
        </w:rPr>
        <w:t>58:39  ab isi liye iblis par hamesha ke liye laanat kardi gayi. ji, ab bahut saare log milte hain ke hum khuda ke ilawa kisi se nahi darte.</w:t>
      </w:r>
      <w:r>
        <w:br/>
      </w:r>
      <w:r>
        <w:rPr>
          <w:sz w:val="20"/>
        </w:rPr>
        <w:t>58:48  to yeh bilkul galat baat hai ke khuda ne jo baat kahi, usko karo</w:t>
      </w:r>
      <w:r>
        <w:br/>
      </w:r>
      <w:r>
        <w:rPr>
          <w:sz w:val="20"/>
        </w:rPr>
        <w:t>58:53  . khuda ne kaha, "insaaf ke aage jhuko, haq ke aage jhuko, sulah karo". to kyun nahi jhukte? to is tarike se humein har cheez se humein lesson mil sakta hai, agar hum usko gehraai se dekhein.</w:t>
      </w:r>
      <w:r>
        <w:br/>
      </w:r>
      <w:r>
        <w:rPr>
          <w:sz w:val="20"/>
        </w:rPr>
        <w:t>59:05  ji, bahut badi baat hai aapki. ji ji, ab main hazrat adam ko leti hoon. ab sab ne yeh qissa suna hai hazrat adam ka ke unhone forbidden tree ka phal khaya, jab ke Allah ne mana kiya tha.</w:t>
      </w:r>
      <w:r>
        <w:br/>
      </w:r>
      <w:r>
        <w:rPr>
          <w:sz w:val="20"/>
        </w:rPr>
        <w:t>59:17  woh distract ho gaye.</w:t>
      </w:r>
      <w:r>
        <w:br/>
      </w:r>
      <w:r>
        <w:rPr>
          <w:sz w:val="20"/>
        </w:rPr>
        <w:t>59:20  lekin koi yeh nahi sochta ke kis tarike se hum isko apne upar kaise apply karein. to apply kar sakte hain ke hum isi tarike se duniya, jaise maulana ne bataya tha ke duniya mein bahut saare forbidden trees hain, bahut saari cheezein hain jo humein seedhe raaste par jaane se distract karti hain.</w:t>
      </w:r>
      <w:r>
        <w:br/>
      </w:r>
      <w:r>
        <w:rPr>
          <w:sz w:val="20"/>
        </w:rPr>
        <w:t>59:38  ab misaal ke taur par, ghair zaroori shopping, must qul programme hote rehte hain. ab ismein log jaate hain, bahar jaate hain, outing karte hain, picnic</w:t>
      </w:r>
      <w:r>
        <w:br/>
      </w:r>
      <w:r>
        <w:rPr>
          <w:sz w:val="20"/>
        </w:rPr>
        <w:t>59:49  manate hain. yeh saari cheezein jo hain, yeh sab agar humara koi goal hai, agar humara koi goal nahi hai to aap kuch bhi karein. lekin agar humara koi goal hai to us goal ke liye humein ab ek su hona padega, focused mind apna banana padega.</w:t>
      </w:r>
      <w:r>
        <w:br/>
      </w:r>
      <w:r>
        <w:rPr>
          <w:sz w:val="20"/>
        </w:rPr>
        <w:t>1:00:05  tabhi hum hum jo hai, koi koi faida utha sakte hain. to isse humein yeh milta hai ke hum apna distraction khatm karein</w:t>
      </w:r>
      <w:r>
        <w:br/>
      </w:r>
      <w:r>
        <w:rPr>
          <w:sz w:val="20"/>
        </w:rPr>
        <w:t>1:00:15  . tabhi hum jo hai, sacche raaste ko haasil kar sakte hain. ab maine toh kuch chand cheezein note ki hain, jaise hazrat musa alaihissalam jab hazrat khizr ke saath unhone kuch travel kiya tha na?</w:t>
      </w:r>
      <w:r>
        <w:br/>
      </w:r>
      <w:r>
        <w:rPr>
          <w:sz w:val="20"/>
        </w:rPr>
        <w:t>1:00:31  ji, to hazrat khizr ne kai kaam kiye. to ismein se ek kaam tha ke unhone ek kashti thi, to usko aibdaar kar diya tha, kuch nishan kuch kar diya</w:t>
      </w:r>
      <w:r>
        <w:br/>
      </w:r>
      <w:r>
        <w:rPr>
          <w:sz w:val="20"/>
        </w:rPr>
        <w:t>1:00:43  tha. to woh hazrat musa alaihissalam ko samajh mein nahi aaya. to unhone kaha ke aisa baad mein pata chala ke asal mein woh ek aage ek badshah hai, woh jo bhi achhi kashti hai, woh usko le leta hai.</w:t>
      </w:r>
      <w:r>
        <w:br/>
      </w:r>
      <w:r>
        <w:rPr>
          <w:sz w:val="20"/>
        </w:rPr>
        <w:t>1:00:55  uska koi king wing chal raha tha, to woh ghareeb bachhon ki kashti thi. to maine usko aibdaar bana diya ke woh badshah nahi lega. to defect create kar diya usne. haan ji, to hazrat musa alaihissalam ko samajh mein nahi aaya. to unhone baad mein usko explain kiya.</w:t>
      </w:r>
      <w:r>
        <w:br/>
      </w:r>
      <w:r>
        <w:rPr>
          <w:sz w:val="20"/>
        </w:rPr>
        <w:t>1:01:10  to</w:t>
      </w:r>
      <w:r>
        <w:br/>
      </w:r>
      <w:r>
        <w:rPr>
          <w:sz w:val="20"/>
        </w:rPr>
        <w:t>1:01:11  isse humein yeh le sakte hain ke dekho, bahut baar aisa hota hai ke hum kuch chahte hain, woh hota nahi hai, aur hum frustration mein pad jaate hain ke yeh pata nahi, yeh kaam hum bahut chahte the. log tarah jagah jagah interview dete hain, unko kaamyaab nahi hote. lekin woh aisa hota hai ke usse achhi jagah unko mil jaati hai baad mein.</w:t>
      </w:r>
      <w:r>
        <w:br/>
      </w:r>
      <w:r>
        <w:rPr>
          <w:sz w:val="20"/>
        </w:rPr>
        <w:t>1:01:32  to yeh in sab cheezon se humein yeh samajhna hai ke agar koi kaam bigad jaaye to humko yeh sochna chahiye ke koi khuda ka usse behtar planning hogi hamare liye.</w:t>
      </w:r>
    </w:p>
    <w:p>
      <w:pPr>
        <w:pStyle w:val="Heading2"/>
      </w:pPr>
      <w:r>
        <w:t>Four questions everyone must answer on Judgment Day</w:t>
      </w:r>
    </w:p>
    <w:p>
      <w:r>
        <w:rPr>
          <w:color w:val="666666"/>
          <w:sz w:val="18"/>
        </w:rPr>
        <w:t>Lessons from The Story of Prophet Moses Part 4, October 02, 2022 · 51s · at 38:08 · https://youtu.be/nYYuJ3xvA80?t=2288</w:t>
      </w:r>
    </w:p>
    <w:p>
      <w:r>
        <w:rPr>
          <w:i/>
        </w:rPr>
        <w:t>“Qayamat ke din tak qadam nahi hilenge char sawalon ke bina”</w:t>
      </w:r>
    </w:p>
    <w:p>
      <w:r>
        <w:rPr>
          <w:sz w:val="20"/>
        </w:rPr>
        <w:t>38:08  to maal jo hai, wealth jo hai woh bohat bara test hai, aur aakhir mein hadees mein aata hai ke "la tazool qadam abdin yom al qiyamah hatta yus'ala an arba'in" ke qayamat ke din, day of judgment mein,</w:t>
      </w:r>
      <w:r>
        <w:br/>
      </w:r>
      <w:r>
        <w:rPr>
          <w:sz w:val="20"/>
        </w:rPr>
        <w:t>38:26  ek shakhs ke qadam hilenge nahi jab tak woh char sawal ke jawab na de de ji. To ismein se ek sawal wealth bhi hai,</w:t>
      </w:r>
      <w:r>
        <w:br/>
      </w:r>
      <w:r>
        <w:rPr>
          <w:sz w:val="20"/>
        </w:rPr>
        <w:t>38:35  yani kahan se wealth kamayi aur kahan kharch ki, yani kaise kamaya aur kaise kharch kiya, honest tareeqe se kamaya ya dishonest tareeqe ke sath kamaya, halaal tareeqe se kamaya ya haraam tareeqe se kamaya, aur phir usko kharch kaise kiya, yani need pe kharch kiya ya luxurious cheezon pe jiski zaroorat nahi thi us pe kharch kiya.</w:t>
      </w:r>
    </w:p>
    <w:p>
      <w:pPr>
        <w:pStyle w:val="Heading2"/>
      </w:pPr>
      <w:r>
        <w:t>Tauba's true meaning is nadamat, regret, repentance</w:t>
      </w:r>
    </w:p>
    <w:p>
      <w:r>
        <w:rPr>
          <w:color w:val="666666"/>
          <w:sz w:val="18"/>
        </w:rPr>
        <w:t>Collective Repentance 24th February 2013 · 25s · at 2:14 · https://youtu.be/TNw6muKhfpU?t=134</w:t>
      </w:r>
    </w:p>
    <w:p>
      <w:r>
        <w:rPr>
          <w:i/>
        </w:rPr>
        <w:t>“Hadith mein aata hai ke 'al-tawbatu an-nadam'”</w:t>
      </w:r>
    </w:p>
    <w:p>
      <w:r>
        <w:rPr>
          <w:sz w:val="20"/>
        </w:rPr>
        <w:t>2:14  aik hai nadamat. Hadees mein aata hai ke "At taubatu nadam". tauba nadamat ka naam hai.</w:t>
      </w:r>
      <w:r>
        <w:br/>
      </w:r>
      <w:r>
        <w:rPr>
          <w:sz w:val="20"/>
        </w:rPr>
        <w:t>2:26  nadamat ka matlab hai repentance. to tauba ki asal jo hai wohi hai: nadamat ya sharmindagi, repentance, yeh asal hai iski.</w:t>
      </w:r>
    </w:p>
    <w:p>
      <w:pPr>
        <w:pStyle w:val="Heading2"/>
      </w:pPr>
      <w:r>
        <w:t>Story of Adam, the forbidden tree, and expulsion from paradise</w:t>
      </w:r>
    </w:p>
    <w:p>
      <w:r>
        <w:rPr>
          <w:color w:val="666666"/>
          <w:sz w:val="18"/>
        </w:rPr>
        <w:t>Violence- The Second Forbidden Tree June 14, 2009 · 1m 22s · at 1:11 · https://youtu.be/lJu5kpvxssA?t=71</w:t>
      </w:r>
    </w:p>
    <w:p>
      <w:r>
        <w:rPr>
          <w:i/>
        </w:rPr>
        <w:t>“First man was Adam, Allah placed him in paradise”</w:t>
      </w:r>
    </w:p>
    <w:p>
      <w:r>
        <w:rPr>
          <w:sz w:val="20"/>
        </w:rPr>
        <w:t>1:11  pehlay insan Adam thay. Allah ta'ala ne jab Adam ko paida kiya to unko jannat mein rakha.</w:t>
      </w:r>
      <w:r>
        <w:br/>
      </w:r>
      <w:r>
        <w:rPr>
          <w:sz w:val="20"/>
        </w:rPr>
        <w:t>1:23  unse kaha ke jannat mein tum ko poori azaadi hogi, lekin</w:t>
      </w:r>
      <w:r>
        <w:br/>
      </w:r>
      <w:r>
        <w:rPr>
          <w:sz w:val="20"/>
        </w:rPr>
        <w:t>1:34  wahan ek darakht hai, us darakht ke paas tum mat jaana. La taqrab hadha ash-shajara fatakuna minaz zalimeen.</w:t>
      </w:r>
      <w:r>
        <w:br/>
      </w:r>
      <w:r>
        <w:rPr>
          <w:sz w:val="20"/>
        </w:rPr>
        <w:t>1:45  don't approach this tree. Ek tha, usko kehte hain shajar manoo'a, forbidden tree.</w:t>
      </w:r>
      <w:r>
        <w:br/>
      </w:r>
      <w:r>
        <w:rPr>
          <w:sz w:val="20"/>
        </w:rPr>
        <w:t>1:55  us se mana kiya gaya tha unko. Kuch din to Adam us se bache rahe, phir temptation hua, aur temptation ke tehat woh us darakht ke paas pahunch gaye aur uska phal kha liya.</w:t>
      </w:r>
      <w:r>
        <w:br/>
      </w:r>
      <w:r>
        <w:rPr>
          <w:sz w:val="20"/>
        </w:rPr>
        <w:t>2:14  uske baad kya hua? Woh jannat se nikaal diye gaye.</w:t>
      </w:r>
      <w:r>
        <w:br/>
      </w:r>
      <w:r>
        <w:rPr>
          <w:sz w:val="20"/>
        </w:rPr>
        <w:t>2:20  yeh forbidden tree ka phal khate hi unhein jannat se nikaal diya gaya, aur yeh duniya jismein hum rehte hain, planet earth, yahan basa diya gaya.</w:t>
      </w:r>
    </w:p>
    <w:p>
      <w:pPr>
        <w:pStyle w:val="Heading2"/>
      </w:pPr>
      <w:r>
        <w:t>Habil and Qabil story and origin of killing=all mankind verse</w:t>
      </w:r>
    </w:p>
    <w:p>
      <w:r>
        <w:rPr>
          <w:color w:val="666666"/>
          <w:sz w:val="18"/>
        </w:rPr>
        <w:t>Violence- The Second Forbidden Tree June 14, 2009 · 1m 48s · at 2:40 · https://youtu.be/lJu5kpvxssA?t=160</w:t>
      </w:r>
    </w:p>
    <w:p>
      <w:r>
        <w:rPr>
          <w:i/>
        </w:rPr>
        <w:t>“Adam's first generation had two sons, Habil and Qabil”</w:t>
      </w:r>
    </w:p>
    <w:p>
      <w:r>
        <w:rPr>
          <w:sz w:val="20"/>
        </w:rPr>
        <w:t>2:40  dekhiye, Qur'an se pata chalta hai ke Adam ki jo pehli generation thi, usmein Habil aur Qabil do bete thay.</w:t>
      </w:r>
      <w:r>
        <w:br/>
      </w:r>
      <w:r>
        <w:rPr>
          <w:sz w:val="20"/>
        </w:rPr>
        <w:t>2:52  to pehlay generation mein aapas mein unmein kisi baat par controversy hui, jhagda hua, aur phir kya hua?</w:t>
      </w:r>
      <w:r>
        <w:br/>
      </w:r>
      <w:r>
        <w:rPr>
          <w:sz w:val="20"/>
        </w:rPr>
        <w:t>3:04  Qabil ne Habil ko maar dala.</w:t>
      </w:r>
      <w:r>
        <w:br/>
      </w:r>
      <w:r>
        <w:rPr>
          <w:sz w:val="20"/>
        </w:rPr>
        <w:t>3:09  is par Qur'an mein do baatein kahi gayi hain. Ek to kaha gaya hai ke iske baad Allah ta'ala ne likh diya, yaani paighambaron par reveal kiya ke man qatala nafsan bighairi nafsin fasadun fi al-ardh faka'annama qatalan nasa jamee'an wa man ahyaaha faka'annama ahya an-nasa jamee'an</w:t>
      </w:r>
      <w:r>
        <w:br/>
      </w:r>
      <w:r>
        <w:rPr>
          <w:sz w:val="20"/>
        </w:rPr>
        <w:t>3:36  to yeh jo qissa hua ke jannat se nikalne ke baad qabeel ne habeel ko maar dala, is par khuda ne yeh aasmani hidayat utari tamam nabiyon ke oopar ke jo shakhs kisi insaan ko,</w:t>
      </w:r>
      <w:r>
        <w:br/>
      </w:r>
      <w:r>
        <w:rPr>
          <w:sz w:val="20"/>
        </w:rPr>
        <w:t>3:59  kisi an-noosant insaan ko maar daale ga, to us ne goya ke saare insaanon ko maar daala.</w:t>
      </w:r>
      <w:r>
        <w:br/>
      </w:r>
      <w:r>
        <w:rPr>
          <w:sz w:val="20"/>
        </w:rPr>
        <w:t>4:10  yani ek insaan ko maar na, saare insaanon ko maar na hai.</w:t>
      </w:r>
      <w:r>
        <w:br/>
      </w:r>
      <w:r>
        <w:rPr>
          <w:sz w:val="20"/>
        </w:rPr>
        <w:t>4:15  killing of an innocent person means killing all mankind. to yeh tha fiber tree is duniya ke liye.</w:t>
      </w:r>
    </w:p>
    <w:p>
      <w:pPr>
        <w:pStyle w:val="Heading2"/>
      </w:pPr>
      <w:r>
        <w:t>Hadith on tolerating rulers, be the better son of Adam</w:t>
      </w:r>
    </w:p>
    <w:p>
      <w:r>
        <w:rPr>
          <w:color w:val="666666"/>
          <w:sz w:val="18"/>
        </w:rPr>
        <w:t>Violence- The Second Forbidden Tree June 14, 2009 · 4m 40s · at 6:36 · https://youtu.be/lJu5kpvxssA?t=396</w:t>
      </w:r>
    </w:p>
    <w:p>
      <w:r>
        <w:rPr>
          <w:i/>
        </w:rPr>
        <w:t>“The Prophet gave very strict guidance about later times”</w:t>
      </w:r>
    </w:p>
    <w:p>
      <w:r>
        <w:rPr>
          <w:sz w:val="20"/>
        </w:rPr>
        <w:t>6:36  phir dekhiye, rasool Allah ne aakhri zamanay mein logon ko bohat sakht hidayat di thi, jo hadith ki kitabon mein, kitab al fitan ke tehat aap dekh sakte hain.</w:t>
      </w:r>
      <w:r>
        <w:br/>
      </w:r>
      <w:r>
        <w:rPr>
          <w:sz w:val="20"/>
        </w:rPr>
        <w:t>6:49  ismein aap ne farmaya ke mere baad bohat si buraiyan aayengi, political buraiyan khaas tor par rulers ke darmiyan.</w:t>
      </w:r>
      <w:r>
        <w:br/>
      </w:r>
      <w:r>
        <w:rPr>
          <w:sz w:val="20"/>
        </w:rPr>
        <w:t>7:01  to aap ne farmaya tha ke tum kisi bhi haal mein kharuj mat karna, revolt mat karna. yani rulers ke khilaaf, rulers ke khilaaf koi campaign mat chalana, rulers ko incite karne ke liye jah-o-jihad mat karna.</w:t>
      </w:r>
      <w:r>
        <w:br/>
      </w:r>
      <w:r>
        <w:rPr>
          <w:sz w:val="20"/>
        </w:rPr>
        <w:t>7:18  bas tolerate karna in ko.</w:t>
      </w:r>
      <w:r>
        <w:br/>
      </w:r>
      <w:r>
        <w:rPr>
          <w:sz w:val="20"/>
        </w:rPr>
        <w:t>7:22  to ek shakhs ne poocha, ek sahabi ne rasool Allah se kaha ke agar log, agar hum un se ladne ke nahi jaate, jo ruler class hai, un se hum ladne nahi jaate, lekin un ka aadmi khud hamare ghar mein ghus aata hai aap ko maarne ke liye, to hum kya karein?</w:t>
      </w:r>
      <w:r>
        <w:br/>
      </w:r>
      <w:r>
        <w:rPr>
          <w:sz w:val="20"/>
        </w:rPr>
        <w:t>7:39  yeh bohat aham baat hai samajhne ki. aaj kal saare musalman kehte hain, yeh boli ke koi ghar mein ghus aaya to hum kya karein?</w:t>
      </w:r>
      <w:r>
        <w:br/>
      </w:r>
      <w:r>
        <w:rPr>
          <w:sz w:val="20"/>
        </w:rPr>
        <w:t>7:47  Palestine ko le kar, Kashmir ko le kar, Afghanistan ko le kar, sab yeh boli bolte hain. koi ghar mein ghus aaya to hum kya karein?</w:t>
      </w:r>
      <w:r>
        <w:br/>
      </w:r>
      <w:r>
        <w:rPr>
          <w:sz w:val="20"/>
        </w:rPr>
        <w:t>7:56  yaqeen kijiye, ek jhooti boli hai yeh. kyun? quran mein is ke khilaaf likha hua, hadith mein is ke khilaaf bhi likha hua.</w:t>
      </w:r>
      <w:r>
        <w:br/>
      </w:r>
      <w:r>
        <w:rPr>
          <w:sz w:val="20"/>
        </w:rPr>
        <w:t>8:06  to rasool Allah ne farmaya ke dekho, mere baad dekhein, political bigad jo hai, woh hamesha rehta rahe ga.</w:t>
      </w:r>
      <w:r>
        <w:br/>
      </w:r>
      <w:r>
        <w:rPr>
          <w:sz w:val="20"/>
        </w:rPr>
        <w:t>8:15  political bigaad ko aap excuse nahi bana sakte. yaad rakhiye, political bigaad hamesha rehta hai. yeh duniya mein ideal political system ban nahi sakta,</w:t>
      </w:r>
      <w:r>
        <w:br/>
      </w:r>
      <w:r>
        <w:rPr>
          <w:sz w:val="20"/>
        </w:rPr>
        <w:t>8:29  impossible hai. is liye political bigaad toh rehta rahega, rehta rahega. toh political bigaad ko le kar aap violence nahi kar sakte.</w:t>
      </w:r>
      <w:r>
        <w:br/>
      </w:r>
      <w:r>
        <w:rPr>
          <w:sz w:val="20"/>
        </w:rPr>
        <w:t>8:40  karenge toh aap haraam kaam karenge.</w:t>
      </w:r>
      <w:r>
        <w:br/>
      </w:r>
      <w:r>
        <w:rPr>
          <w:sz w:val="20"/>
        </w:rPr>
        <w:t>8:44  toh aap ne farmaya ke mere baad political bigaad hoga. bigaad maani according to the law of nature, yeh hona hi hona hai.</w:t>
      </w:r>
      <w:r>
        <w:br/>
      </w:r>
      <w:r>
        <w:rPr>
          <w:sz w:val="20"/>
        </w:rPr>
        <w:t>8:55  rasool Allah rahe, tab bhi hoga bigaad. yeh mat samjhiye ke rasool Allah agar 50 baras aur zindah rehte, 100 baras aur zindah rehte toh political bigaad na hota. yeh law of nature ka maamla hai.</w:t>
      </w:r>
      <w:r>
        <w:br/>
      </w:r>
      <w:r>
        <w:rPr>
          <w:sz w:val="20"/>
        </w:rPr>
        <w:t>9:08  yeh duniya mein Khuda ne insaan ko azaad diya hai, azaadi.</w:t>
      </w:r>
      <w:r>
        <w:br/>
      </w:r>
      <w:r>
        <w:rPr>
          <w:sz w:val="20"/>
        </w:rPr>
        <w:t>9:12  toh azaadi hai toh woh misuse karta hai. misuse karne ka naam hai political bigaad. lord acton ne sahi kaha tha ke power corrupts, and absolute power corrupts, absolutely.</w:t>
      </w:r>
      <w:r>
        <w:br/>
      </w:r>
      <w:r>
        <w:rPr>
          <w:sz w:val="20"/>
        </w:rPr>
        <w:t>9:27  toh rasool Allah se poocha gaya kaha agar hum na ladne jaaye rulers se, lekin unka aadmi khud humein ghar ke andar maarne aa jaaye toh hum kya karein?</w:t>
      </w:r>
      <w:r>
        <w:br/>
      </w:r>
      <w:r>
        <w:rPr>
          <w:sz w:val="20"/>
        </w:rPr>
        <w:t>9:40  aap ne farmaya fa kun khair ibne aadam yeh bohat ziyadah sochne ki baat hai.</w:t>
      </w:r>
      <w:r>
        <w:br/>
      </w:r>
      <w:r>
        <w:rPr>
          <w:sz w:val="20"/>
        </w:rPr>
        <w:t>9:50  fa kun khair ibne aadam aadam ke do beton mein se achhe bete ban jaao tum. yaani qabeel, habel dono bete the.</w:t>
      </w:r>
      <w:r>
        <w:br/>
      </w:r>
      <w:r>
        <w:rPr>
          <w:sz w:val="20"/>
        </w:rPr>
        <w:t>10:02  qabeel maarne laga. habel ne kaha ke main tum maroge, tab bhi main nahi maroonga.</w:t>
      </w:r>
      <w:r>
        <w:br/>
      </w:r>
      <w:r>
        <w:rPr>
          <w:sz w:val="20"/>
        </w:rPr>
        <w:t>10:10  yaani literally, woh peaceful ban jaaoonga main. bohat badi baat hai sochne ki ke tum mujhe maarna chaho ge, tab bhi main tumhare upar haath nahi uthaaoonga.</w:t>
      </w:r>
      <w:r>
        <w:br/>
      </w:r>
      <w:r>
        <w:rPr>
          <w:sz w:val="20"/>
        </w:rPr>
        <w:t>10:26  toh aap ne farmaya ke fa kun khair ibne aadam</w:t>
      </w:r>
      <w:r>
        <w:br/>
      </w:r>
      <w:r>
        <w:rPr>
          <w:sz w:val="20"/>
        </w:rPr>
        <w:t>10:30  yeh matlabi yeh huwa ke koi maarne aata hai tumhein, yaani haakim ka aadmi, ruler, woh zaalim ban jaata hai, bhes tumhara andar daal deta hai ghar mein maarne ke liye.</w:t>
      </w:r>
      <w:r>
        <w:br/>
      </w:r>
      <w:r>
        <w:rPr>
          <w:sz w:val="20"/>
        </w:rPr>
        <w:t>10:46  toh tum mar jaao, lekin ladai mat chodo. kyun? that is greater evil.</w:t>
      </w:r>
      <w:r>
        <w:br/>
      </w:r>
      <w:r>
        <w:rPr>
          <w:sz w:val="20"/>
        </w:rPr>
        <w:t>10:53  ek aadmi mar gaya toh lesser evil hai, aur aap ladai chhodte hain toh greater evil hai. aap dekh lijiye, kashmir mein, falasteen mein, afghanistan mein, pakistan mein, har jagah greater evil bana hua hai.</w:t>
      </w:r>
      <w:r>
        <w:br/>
      </w:r>
      <w:r>
        <w:rPr>
          <w:sz w:val="20"/>
        </w:rPr>
        <w:t>11:05  har jagah logon ne hukoomat ki islaah ke naam par violence shuru kiya, aur kya hua?</w:t>
      </w:r>
      <w:r>
        <w:br/>
      </w:r>
      <w:r>
        <w:rPr>
          <w:sz w:val="20"/>
        </w:rPr>
        <w:t>11:14  greater evil saamne aa gaya har jagah.</w:t>
      </w:r>
    </w:p>
    <w:p>
      <w:pPr>
        <w:pStyle w:val="Heading2"/>
      </w:pPr>
      <w:r>
        <w:t>Habeel's non-retaliation as the model for Muslims today</w:t>
      </w:r>
    </w:p>
    <w:p>
      <w:r>
        <w:rPr>
          <w:color w:val="666666"/>
          <w:sz w:val="18"/>
        </w:rPr>
        <w:t>Making War in the Name of God December 10, 2023 · 1m 48s · at 1:09:43 · https://youtu.be/X-KaWopXg9Y?t=4183</w:t>
      </w:r>
    </w:p>
    <w:p>
      <w:r>
        <w:rPr>
          <w:i/>
        </w:rPr>
        <w:t>“Habeel aur Qabeel Hazrat Adam ke bete the”</w:t>
      </w:r>
    </w:p>
    <w:p>
      <w:r>
        <w:rPr>
          <w:sz w:val="20"/>
        </w:rPr>
        <w:t>1:09:43  To yeh aakhir mein dekhiye, dunya mein insaan jang karnay kay liye paida nahin kiya gaya hai. Ab Habil-o-Qabil jo Hazrat Adam kay betay thay, to Habil to achhay walay thay, aur Qabil ghussa ho gaya to maar diya tha.</w:t>
      </w:r>
      <w:r>
        <w:br/>
      </w:r>
      <w:r>
        <w:rPr>
          <w:sz w:val="20"/>
        </w:rPr>
        <w:t>1:09:57  to us waqt jab maar raha tha, us waqt Habil ne kaha tha tum agar mere upar hath uthaoge, tab bhi mein isko react nahi karunga. aur woh kiya unhone ke usko maar diya, unhone usko nahi mara, uske apna hath nahi utha</w:t>
      </w:r>
      <w:r>
        <w:br/>
      </w:r>
      <w:r>
        <w:rPr>
          <w:sz w:val="20"/>
        </w:rPr>
        <w:t>1:10:12  aya. to yeh pehle deen Allah taala ne saari set kar di thi ke agar kuch log kharab niklenge to tum usko react mat karna.</w:t>
      </w:r>
      <w:r>
        <w:br/>
      </w:r>
      <w:r>
        <w:rPr>
          <w:sz w:val="20"/>
        </w:rPr>
        <w:t>1:10:21  to aur baad mein uski misaal di gayi hai Quran mein, aur usmein bhi hai, Hadees mein bhi hai ke tum Habil bano kaha agar woh log hath uthaye, tab bhi tum mat hath uthao.</w:t>
      </w:r>
      <w:r>
        <w:br/>
      </w:r>
      <w:r>
        <w:rPr>
          <w:sz w:val="20"/>
        </w:rPr>
        <w:t>1:10:34  to phir Khuda ki madad aa jati hai na, log samajhte hain ke hum to hum ko to daba lenge, daba kaise lenge? phir Rasool Allah ne dab kar sulah ki to daba liya, saara Arab aap ka ho gaya.</w:t>
      </w:r>
      <w:r>
        <w:br/>
      </w:r>
      <w:r>
        <w:rPr>
          <w:sz w:val="20"/>
        </w:rPr>
        <w:t>1:10:44  ji, to duniya jo hai na, Allah taala ne kuch bohat hi mazboot usoolon par qaim ki hai. to yeh bhi usool hai ke hum jitna dabenge, utna hi zyada Khuda ki madad aayegi, aur har kamyabi Khuda ki madad se hasil hoti hai.</w:t>
      </w:r>
      <w:r>
        <w:br/>
      </w:r>
      <w:r>
        <w:rPr>
          <w:sz w:val="20"/>
        </w:rPr>
        <w:t>1:11:00  ab akadne se to koi bhi kamyabi nahi hoti, kyunke akdenge to Shaitan, yeh Shaitan ki sunnat hai akadna. to agar akdenge to hamein kuch bhi nahi milega. agar hum jhukenge</w:t>
      </w:r>
      <w:r>
        <w:br/>
      </w:r>
      <w:r>
        <w:rPr>
          <w:sz w:val="20"/>
        </w:rPr>
        <w:t>1:11:11  to hamein Khuda ki madad, farishton ki madad sab mil jayegi, aur tabhi hamara kaam banega. to hamara jo maqsad hai ke hum khud nijat ke rastay ko apnayein, salvation ke rastay ko apnayein, aur wahi rasta hum doosron ko dikhayein, aur bilkul peaceful,</w:t>
      </w:r>
    </w:p>
    <w:p>
      <w:pPr>
        <w:pStyle w:val="Heading2"/>
      </w:pPr>
      <w:r>
        <w:t>Adam's fall was the first misuse of freedom</w:t>
      </w:r>
    </w:p>
    <w:p>
      <w:r>
        <w:rPr>
          <w:color w:val="666666"/>
          <w:sz w:val="18"/>
        </w:rPr>
        <w:t>Between Freedom and Determinism March 25, 2012 · 55s · at 9:13 · https://youtu.be/ApNXrHJD9S4?t=553</w:t>
      </w:r>
    </w:p>
    <w:p>
      <w:r>
        <w:rPr>
          <w:i/>
        </w:rPr>
        <w:t>“For some days Adam stayed away from that tree.”</w:t>
      </w:r>
    </w:p>
    <w:p>
      <w:r>
        <w:rPr>
          <w:sz w:val="20"/>
        </w:rPr>
        <w:t>9:13  ? kuch din tak to Adam usse door rahe, lekin phir temptation woh hota hai, temptation, temptation ko woh bardasht na kar saka, sakm kar diya unhone temptation ko, aur woh us darakht tak chale gaye, wahan uska phal kha liya.</w:t>
      </w:r>
      <w:r>
        <w:br/>
      </w:r>
      <w:r>
        <w:rPr>
          <w:sz w:val="20"/>
        </w:rPr>
        <w:t>9:35  that was first misuse of freedom.</w:t>
      </w:r>
      <w:r>
        <w:br/>
      </w:r>
      <w:r>
        <w:rPr>
          <w:sz w:val="20"/>
        </w:rPr>
        <w:t>9:41  insaan ki tareekh mein misuse of freedom ka yeh pehla case tha. to Allah taala ne uske baad inko wahan se nikaal diya aur is is planet earth par inko basaya.</w:t>
      </w:r>
      <w:r>
        <w:br/>
      </w:r>
      <w:r>
        <w:rPr>
          <w:sz w:val="20"/>
        </w:rPr>
        <w:t>9:54  iska matlab kya tha? ke pehla jo mauqa diya tha insaan ko Allah taala ne, wohi ke poori poori bashar majmoo'a jannat mein rahe, saare ke saare mard, saare ke saare auratein.</w:t>
      </w:r>
    </w:p>
    <w:p>
      <w:pPr>
        <w:pStyle w:val="Heading2"/>
      </w:pPr>
      <w:r>
        <w:t>Adam's forbidden fruit shifts paradise to a selective test</w:t>
      </w:r>
    </w:p>
    <w:p>
      <w:r>
        <w:rPr>
          <w:color w:val="666666"/>
          <w:sz w:val="18"/>
        </w:rPr>
        <w:t>Between Freedom and Determinism March 25, 2012 · 2m 38s · at 8:59 · https://youtu.be/ApNXrHJD9S4?t=539</w:t>
      </w:r>
    </w:p>
    <w:p>
      <w:r>
        <w:rPr>
          <w:i/>
        </w:rPr>
        <w:t>“There was a tree there — don't go near it.”</w:t>
      </w:r>
    </w:p>
    <w:p>
      <w:r>
        <w:rPr>
          <w:sz w:val="20"/>
        </w:rPr>
        <w:t>8:59  lekin ek darakht tha wahan, forbidden tree, uska paas na jaana, uska phal na khana.</w:t>
      </w:r>
      <w:r>
        <w:br/>
      </w:r>
      <w:r>
        <w:rPr>
          <w:sz w:val="20"/>
        </w:rPr>
        <w:t>9:10  to kya hua</w:t>
      </w:r>
      <w:r>
        <w:br/>
      </w:r>
      <w:r>
        <w:rPr>
          <w:sz w:val="20"/>
        </w:rPr>
        <w:t>9:13  ? kuch din tak to Adam usse door rahe, lekin phir temptation woh hota hai, temptation, temptation ko woh bardasht na kar saka, sakm kar diya unhone temptation ko, aur woh us darakht tak chale gaye, wahan uska phal kha liya.</w:t>
      </w:r>
      <w:r>
        <w:br/>
      </w:r>
      <w:r>
        <w:rPr>
          <w:sz w:val="20"/>
        </w:rPr>
        <w:t>9:35  that was first misuse of freedom.</w:t>
      </w:r>
      <w:r>
        <w:br/>
      </w:r>
      <w:r>
        <w:rPr>
          <w:sz w:val="20"/>
        </w:rPr>
        <w:t>9:41  insaan ki tareekh mein misuse of freedom ka yeh pehla case tha. to Allah taala ne uske baad inko wahan se nikaal diya aur is is planet earth par inko basaya.</w:t>
      </w:r>
      <w:r>
        <w:br/>
      </w:r>
      <w:r>
        <w:rPr>
          <w:sz w:val="20"/>
        </w:rPr>
        <w:t>9:54  iska matlab kya tha? ke pehla jo mauqa diya tha insaan ko Allah taala ne, wohi ke poori poori bashar majmoo'a jannat mein rahe, saare ke saare mard, saare ke saare auratein.</w:t>
      </w:r>
      <w:r>
        <w:br/>
      </w:r>
      <w:r>
        <w:rPr>
          <w:sz w:val="20"/>
        </w:rPr>
        <w:t>10:09  lekin jab misuse of freedom hua Adam ki taraf se aur Hawa ki taraf se, to Allah ne kya faisla kiya? ab wohi jo deviate kiya tha, phir loop line par Allah taala le aaye.</w:t>
      </w:r>
      <w:r>
        <w:br/>
      </w:r>
      <w:r>
        <w:rPr>
          <w:sz w:val="20"/>
        </w:rPr>
        <w:t>10:22  woh kya tha? ab yeh Allah ne faisla kiya ke ab</w:t>
      </w:r>
      <w:r>
        <w:br/>
      </w:r>
      <w:r>
        <w:rPr>
          <w:sz w:val="20"/>
        </w:rPr>
        <w:t>10:30  selective basis par logon ke liye jannat ka faisla kiya jayega, general basis par nahi.</w:t>
      </w:r>
      <w:r>
        <w:br/>
      </w:r>
      <w:r>
        <w:rPr>
          <w:sz w:val="20"/>
        </w:rPr>
        <w:t>10:36  isi ko main keh raha hoon ke debate kar jab kiya insaan ne, to dobara usko sirat mustaqeem par laate rahe. "walillah qasada al-sabeel wa ma ja'ira wa law shaa'a lahadakum ajmaeen" jahan ja'ira, yaani muta'affir, yaani deviate karna, koi deviated rasta,</w:t>
      </w:r>
      <w:r>
        <w:br/>
      </w:r>
      <w:r>
        <w:rPr>
          <w:sz w:val="20"/>
        </w:rPr>
        <w:t>10:58  derail hona, aur to aj bain, yaani agar chahta to sab ko isi raste par daal deta.</w:t>
      </w:r>
      <w:r>
        <w:br/>
      </w:r>
      <w:r>
        <w:rPr>
          <w:sz w:val="20"/>
        </w:rPr>
        <w:t>11:06  lekin aisa nahi kiya, Allah ne sab ko chhod diya, lekin saath saath woh usko manage karta raha.</w:t>
      </w:r>
      <w:r>
        <w:br/>
      </w:r>
      <w:r>
        <w:rPr>
          <w:sz w:val="20"/>
        </w:rPr>
        <w:t>11:13  to pehle Allah ka mansooba yeh tha ke general basis par sab ko jannat mile, lekin jab insaan ne uska saboot nahi diya.</w:t>
      </w:r>
      <w:r>
        <w:br/>
      </w:r>
      <w:r>
        <w:rPr>
          <w:sz w:val="20"/>
        </w:rPr>
        <w:t>11:24  kyunki dekhein, jannat un logon ke liye hai jo poori tarah predictable ban chuke hon, jo poori tarah misuse of freedom se paak hon.</w:t>
      </w:r>
    </w:p>
    <w:p>
      <w:pPr>
        <w:pStyle w:val="Heading2"/>
      </w:pPr>
      <w:r>
        <w:t>The full story of Adam, freedom, and its misuse</w:t>
      </w:r>
    </w:p>
    <w:p>
      <w:r>
        <w:rPr>
          <w:color w:val="666666"/>
          <w:sz w:val="18"/>
        </w:rPr>
        <w:t>Between Freedom and Determinism March 25, 2012 · 4m 08s · at 8:29 · https://youtu.be/ApNXrHJD9S4?t=509</w:t>
      </w:r>
    </w:p>
    <w:p>
      <w:r>
        <w:rPr>
          <w:i/>
        </w:rPr>
        <w:t>“Where does human life actually begin?”</w:t>
      </w:r>
    </w:p>
    <w:p>
      <w:r>
        <w:rPr>
          <w:sz w:val="20"/>
        </w:rPr>
        <w:t>8:29  dekhiye, insaan ki zindagi shuru kahan se hoti hai? insaan ki history jab Adam ko, yaani pehle insaan ko, Allah ne paida kiya.</w:t>
      </w:r>
      <w:r>
        <w:br/>
      </w:r>
      <w:r>
        <w:rPr>
          <w:sz w:val="20"/>
        </w:rPr>
        <w:t>8:40  farahmair begins the human history. to Allah ne Adam ko jannat mein kaha ke jannat mein raho, tum azaad ho,</w:t>
      </w:r>
      <w:r>
        <w:br/>
      </w:r>
      <w:r>
        <w:rPr>
          <w:sz w:val="20"/>
        </w:rPr>
        <w:t>8:56  poori jannat tumhare liye hai.</w:t>
      </w:r>
      <w:r>
        <w:br/>
      </w:r>
      <w:r>
        <w:rPr>
          <w:sz w:val="20"/>
        </w:rPr>
        <w:t>8:59  lekin ek darakht tha wahan, forbidden tree, uska paas na jaana, uska phal na khana.</w:t>
      </w:r>
      <w:r>
        <w:br/>
      </w:r>
      <w:r>
        <w:rPr>
          <w:sz w:val="20"/>
        </w:rPr>
        <w:t>9:10  to kya hua</w:t>
      </w:r>
      <w:r>
        <w:br/>
      </w:r>
      <w:r>
        <w:rPr>
          <w:sz w:val="20"/>
        </w:rPr>
        <w:t>9:13  ? kuch din tak to Adam usse door rahe, lekin phir temptation woh hota hai, temptation, temptation ko woh bardasht na kar saka, sakm kar diya unhone temptation ko, aur woh us darakht tak chale gaye, wahan uska phal kha liya.</w:t>
      </w:r>
      <w:r>
        <w:br/>
      </w:r>
      <w:r>
        <w:rPr>
          <w:sz w:val="20"/>
        </w:rPr>
        <w:t>9:35  that was first misuse of freedom.</w:t>
      </w:r>
      <w:r>
        <w:br/>
      </w:r>
      <w:r>
        <w:rPr>
          <w:sz w:val="20"/>
        </w:rPr>
        <w:t>9:41  insaan ki tareekh mein misuse of freedom ka yeh pehla case tha. to Allah taala ne uske baad inko wahan se nikaal diya aur is is planet earth par inko basaya.</w:t>
      </w:r>
      <w:r>
        <w:br/>
      </w:r>
      <w:r>
        <w:rPr>
          <w:sz w:val="20"/>
        </w:rPr>
        <w:t>9:54  iska matlab kya tha? ke pehla jo mauqa diya tha insaan ko Allah taala ne, wohi ke poori poori bashar majmoo'a jannat mein rahe, saare ke saare mard, saare ke saare auratein.</w:t>
      </w:r>
      <w:r>
        <w:br/>
      </w:r>
      <w:r>
        <w:rPr>
          <w:sz w:val="20"/>
        </w:rPr>
        <w:t>10:09  lekin jab misuse of freedom hua Adam ki taraf se aur Hawa ki taraf se, to Allah ne kya faisla kiya? ab wohi jo deviate kiya tha, phir loop line par Allah taala le aaye.</w:t>
      </w:r>
      <w:r>
        <w:br/>
      </w:r>
      <w:r>
        <w:rPr>
          <w:sz w:val="20"/>
        </w:rPr>
        <w:t>10:22  woh kya tha? ab yeh Allah ne faisla kiya ke ab</w:t>
      </w:r>
      <w:r>
        <w:br/>
      </w:r>
      <w:r>
        <w:rPr>
          <w:sz w:val="20"/>
        </w:rPr>
        <w:t>10:30  selective basis par logon ke liye jannat ka faisla kiya jayega, general basis par nahi.</w:t>
      </w:r>
      <w:r>
        <w:br/>
      </w:r>
      <w:r>
        <w:rPr>
          <w:sz w:val="20"/>
        </w:rPr>
        <w:t>10:36  isi ko main keh raha hoon ke debate kar jab kiya insaan ne, to dobara usko sirat mustaqeem par laate rahe. "walillah qasada al-sabeel wa ma ja'ira wa law shaa'a lahadakum ajmaeen" jahan ja'ira, yaani muta'affir, yaani deviate karna, koi deviated rasta,</w:t>
      </w:r>
      <w:r>
        <w:br/>
      </w:r>
      <w:r>
        <w:rPr>
          <w:sz w:val="20"/>
        </w:rPr>
        <w:t>10:58  derail hona, aur to aj bain, yaani agar chahta to sab ko isi raste par daal deta.</w:t>
      </w:r>
      <w:r>
        <w:br/>
      </w:r>
      <w:r>
        <w:rPr>
          <w:sz w:val="20"/>
        </w:rPr>
        <w:t>11:06  lekin aisa nahi kiya, Allah ne sab ko chhod diya, lekin saath saath woh usko manage karta raha.</w:t>
      </w:r>
      <w:r>
        <w:br/>
      </w:r>
      <w:r>
        <w:rPr>
          <w:sz w:val="20"/>
        </w:rPr>
        <w:t>11:13  to pehle Allah ka mansooba yeh tha ke general basis par sab ko jannat mile, lekin jab insaan ne uska saboot nahi diya.</w:t>
      </w:r>
      <w:r>
        <w:br/>
      </w:r>
      <w:r>
        <w:rPr>
          <w:sz w:val="20"/>
        </w:rPr>
        <w:t>11:24  kyunki dekhein, jannat un logon ke liye hai jo poori tarah predictable ban chuke hon, jo poori tarah misuse of freedom se paak hon.</w:t>
      </w:r>
      <w:r>
        <w:br/>
      </w:r>
      <w:r>
        <w:rPr>
          <w:sz w:val="20"/>
        </w:rPr>
        <w:t>11:37  apni azadi se woh theek theek choice lete rahein, aise log jin mein jayenge.</w:t>
      </w:r>
      <w:r>
        <w:br/>
      </w:r>
      <w:r>
        <w:rPr>
          <w:sz w:val="20"/>
        </w:rPr>
        <w:t>11:43  ek hi cheez yaad rakhiye, apni azadi se, kyunke wahan poori azadi hogi jin mein, mukammal azadi.</w:t>
      </w:r>
      <w:r>
        <w:br/>
      </w:r>
      <w:r>
        <w:rPr>
          <w:sz w:val="20"/>
        </w:rPr>
        <w:t>11:53  lekin log itne zyada self-restrained honge, itne zyada conscious honge, kabhi bhi wrong choice nahi lenge, woh hamesha right choice lenge.</w:t>
      </w:r>
      <w:r>
        <w:br/>
      </w:r>
      <w:r>
        <w:rPr>
          <w:sz w:val="20"/>
        </w:rPr>
        <w:t>12:05  toh jo statist mein poora utre, uske liye jannat hai.</w:t>
      </w:r>
      <w:r>
        <w:br/>
      </w:r>
      <w:r>
        <w:rPr>
          <w:sz w:val="20"/>
        </w:rPr>
        <w:t>12:08  toh pehle Allah taala ne sabke liye jannat ka mauqa de diya tha, lekin jab insaan fail ho gaya toh ab yeh hua ke jo log test mein poore utre hain, unke liye jannat rahegi.</w:t>
      </w:r>
      <w:r>
        <w:br/>
      </w:r>
      <w:r>
        <w:rPr>
          <w:sz w:val="20"/>
        </w:rPr>
        <w:t>12:23  insaan ko is basis par is duniya mein rakha gaya. yeh duniya kya hai? yeh yeh selecting ground hai. ab insaan chal raha hai, chal raha hai, aur fard fard ka record likh rahe hain malaika.</w:t>
      </w:r>
    </w:p>
    <w:p>
      <w:pPr>
        <w:pStyle w:val="Heading2"/>
      </w:pPr>
      <w:r>
        <w:t>full story of jinn, Adam's creation, Iblis, and repentance</w:t>
      </w:r>
    </w:p>
    <w:p>
      <w:r>
        <w:rPr>
          <w:color w:val="666666"/>
          <w:sz w:val="18"/>
        </w:rPr>
        <w:t>God's Plan For Mankind September 24, 2023 · 6m 00s · at 8:50 · https://youtu.be/Z47sL5AFUAE?t=530</w:t>
      </w:r>
    </w:p>
    <w:p>
      <w:r>
        <w:rPr>
          <w:i/>
        </w:rPr>
        <w:t>“पहले जिन्न पैदा हुए, फिर इंसान को खलीफा बनाया गया”</w:t>
      </w:r>
    </w:p>
    <w:p>
      <w:r>
        <w:rPr>
          <w:sz w:val="20"/>
        </w:rPr>
        <w:t>8:50  hen god declared that he is going to create adam, what was the response of iblis and angels? us qisse ke bare mein bhi hum sab ko batayein. asal mein, is duniya mein pehle allah taala ne jinn ko paida kiya tha. ji, toh jinn ne bahut zyada, woh bahut bahut powerful the, bahut taqat thi un ke andar. toh unhone khoob fasad kiya, khoob khoon bahaya.</w:t>
      </w:r>
      <w:r>
        <w:br/>
      </w:r>
      <w:r>
        <w:rPr>
          <w:sz w:val="20"/>
        </w:rPr>
        <w:t>9:16  toh jo sarkashi jinn ne ki thi, us ki base par farishton ko shubah hua ki ab allah ne ek nayi creature, ek nayi naya creature banaya hai, naya creation banaya hai. ab woh bhi jinn ki tarah se fasad karega. toh jab allah taala ne bataya ki main zameen mein ek khalifa banane wala hoon, inni ja'il fil arz khalifa, is mein bhi logon ko confusion hai. a</w:t>
      </w:r>
      <w:r>
        <w:br/>
      </w:r>
      <w:r>
        <w:rPr>
          <w:sz w:val="20"/>
        </w:rPr>
        <w:t>9:46  llah ne kaha tha ek khalifa, logon ne us ko khilafat kar diya, main apna khalifa. kyunki khalifa ke ma'ne successor. toh successor jo hai, woh kiska successor?</w:t>
      </w:r>
      <w:r>
        <w:br/>
      </w:r>
      <w:r>
        <w:rPr>
          <w:sz w:val="20"/>
        </w:rPr>
        <w:t>9:57  jinn ka successor. kyunki pehle is duniya ka charge jinn ko diya gaya tha. phir woh charge allah taala jinn ki nafarmani se naraz hue, aur phir woh charge jo hai, insaan ko de diya. toh is tarike se insaan jo hai, woh khalifat ul jinn hai,</w:t>
      </w:r>
      <w:r>
        <w:br/>
      </w:r>
      <w:r>
        <w:rPr>
          <w:sz w:val="20"/>
        </w:rPr>
        <w:t>10:16  na ki khuda ka khalifa. toh is tarike se jab allah ne yeh baat angels se kahi ki main ek ek banane wala hoon, ek khalifa, toh jinn ne kaha ki woh fasad karenge aur khoon bahayenge. toh allah ne jawab mein kaha, "main woh jaanta hoon jo tum nahin jaante."</w:t>
      </w:r>
      <w:r>
        <w:br/>
      </w:r>
      <w:r>
        <w:rPr>
          <w:sz w:val="20"/>
        </w:rPr>
        <w:t>10:39  toh phir allah taala ne adam ko, jo ki pehle insaan the, un ko kuch quran mein aaya hai, surah baqarah mein, ki kuch naam bataye. naam ka matlab kuch ilm diya ki yeh tamam jo insaan qiyamat tak paida honge, aur us mein se kitne achhe log nikalenge, aur kitne na farman honge. sara ilm adam ko diya. toh adam ne farishton se bataya. toh farishte mutma'in ho gaye.</w:t>
      </w:r>
      <w:r>
        <w:br/>
      </w:r>
      <w:r>
        <w:rPr>
          <w:sz w:val="20"/>
        </w:rPr>
        <w:t>11:08  lekin farishte toh mutma'in ho gaye. aur jab allah taala ne farishton se kaha ki tum adam ke aage jhuk jao, toh us ma'ne mein sajda nahin tha, jis ma'ne mein hum khuda ke aage sajda karte hain. matlab jhukna. yaani insaan is duniya mein jab aayega, wahan azaadana taur par us ko kaam karne ka mauqa diya jayega. toh bahut bahut mauqe par farishton ki madad chahiye hoti hai,</w:t>
      </w:r>
      <w:r>
        <w:br/>
      </w:r>
      <w:r>
        <w:rPr>
          <w:sz w:val="20"/>
        </w:rPr>
        <w:t>11:34  jo ki invisible hain, humein dikhai nahin dete. lekin bahut baar aisa lagta hai ki kaam hamara atka hua tha, kaam achanak ho gaya. toh farishte invisible creature hain, lekin woh insaan ki barabar madad karte hain. toh yeh jhukne ka matlab yeh tha ki tum ko insaan ka poora support dena hoga insaan ko, taake woh apna test de sake azaadi ke is mahol mein. toh farishte toh jhuk gaye, lekin iblis nahin jhuka.</w:t>
      </w:r>
      <w:r>
        <w:br/>
      </w:r>
      <w:r>
        <w:rPr>
          <w:sz w:val="20"/>
        </w:rPr>
        <w:t>12:03  iblis nahin jhuka, is liye ki iblis hi jinn ka sardar tha. toh us ko toh bahut gussa aaya ki humein bedakhal karke ab insaan ko hamari jagah de di hai. toh iblis jo hai, jinnat jo hai, woh banaye gaye the aag se, aur adam banaye gaye the mitti se. toh us ne kaha, "ana khairum min, main adam se behtar hoon, main aag se banaya gaya hoon, aur adam mitti se banaye gaye hain."</w:t>
      </w:r>
      <w:r>
        <w:br/>
      </w:r>
      <w:r>
        <w:rPr>
          <w:sz w:val="20"/>
        </w:rPr>
        <w:t>12:30  toh is wajah se us ne jo hai, nahin jhuka. allah ki nafarmani ki. dekhiye, woh jo hai, allah ka jo bhi hukm hai, us ke aage humein apna sar tasleem kham karna hai. humein submission, submit apne aap ko kar dena hai, surrender kar dena hai. woh apni aql nahin lagani hai ki hum is ke aage nahin jhukenge. hum toh sirf khuda ke hi aage jhukte hain. toh yeh nahin, jo allah ka hukm hai, bas us ko karna hai. toh</w:t>
      </w:r>
      <w:r>
        <w:br/>
      </w:r>
      <w:r>
        <w:rPr>
          <w:sz w:val="20"/>
        </w:rPr>
        <w:t>12:58  is tarike se woh allah ki rehmat se woh door ho gaya.</w:t>
      </w:r>
      <w:r>
        <w:br/>
      </w:r>
      <w:r>
        <w:rPr>
          <w:sz w:val="20"/>
        </w:rPr>
        <w:t>13:02  to phir allah taala ne bataya, jo allah taala ne kaha</w:t>
      </w:r>
      <w:r>
        <w:br/>
      </w:r>
      <w:r>
        <w:rPr>
          <w:sz w:val="20"/>
        </w:rPr>
        <w:t>13:05  tha ki jo main janta hoon, woh tum nahin jante.</w:t>
      </w:r>
      <w:r>
        <w:br/>
      </w:r>
      <w:r>
        <w:rPr>
          <w:sz w:val="20"/>
        </w:rPr>
        <w:t>13:08  woh yahi tha ki insan jo hai, to insan ko allah taala ne</w:t>
      </w:r>
      <w:r>
        <w:br/>
      </w:r>
      <w:r>
        <w:rPr>
          <w:sz w:val="20"/>
        </w:rPr>
        <w:t>13:14  ek bahut hi zyada aqal di thi.</w:t>
      </w:r>
      <w:r>
        <w:br/>
      </w:r>
      <w:r>
        <w:rPr>
          <w:sz w:val="20"/>
        </w:rPr>
        <w:t>13:16  to logically, rationally baton ko samajh sakta tha.</w:t>
      </w:r>
      <w:r>
        <w:br/>
      </w:r>
      <w:r>
        <w:rPr>
          <w:sz w:val="20"/>
        </w:rPr>
        <w:t>13:20  to usmein se allah janta tha ki kuch log to sarkash nikalenge, lekin bahut sare log usmein khuda ki farmabardar karenge, aur khuda ki marzi ke mutabiq</w:t>
      </w:r>
      <w:r>
        <w:br/>
      </w:r>
      <w:r>
        <w:rPr>
          <w:sz w:val="20"/>
        </w:rPr>
        <w:t>13:30  is duniya mein zindagi guzaren</w:t>
      </w:r>
      <w:r>
        <w:br/>
      </w:r>
      <w:r>
        <w:rPr>
          <w:sz w:val="20"/>
        </w:rPr>
        <w:t>13:32  ge. aur doosre ki dekhiye, ghaltiyan toh insaan se hoti hain. khud hazrat adam se galti hui. toh insaan ke andar ek guilt feeling hai ki us ko mehsoos ho jata hai ki maine galti ki hai. phir woh tauba karta hai, allah se maafi mangta hai, bilkul jaise hazrat adam ne kiya. toh is tarike se woh feeling of guilt hai, na, woh us ko insaan ko bachati hai. aur woh wapas tauba karke wapas allah ke farmabardar mein lag</w:t>
      </w:r>
      <w:r>
        <w:br/>
      </w:r>
      <w:r>
        <w:rPr>
          <w:sz w:val="20"/>
        </w:rPr>
        <w:t>14:00  jata hai. toh yahi tauba jo hai, na, woh insaan ko barabar karte rehna chahiye, taake us ki ghaltiyon ki maafi hoti rahe. toh is jo ek ek doosre madamein aisa hai ki original sin ka concept hai, ji, ki woh ek ek baar sin ho gaya, toh phir woh sin hamesha jari rahega. every child will be born a sinner. toh aisa nahin hai,</w:t>
      </w:r>
      <w:r>
        <w:br/>
      </w:r>
      <w:r>
        <w:rPr>
          <w:sz w:val="20"/>
        </w:rPr>
        <w:t>14:26  har child masoom paida hota hai, aur insaan ghaltiyan karta hai, aur phir us ki maafi hoti hai. allah taala bahut zyada maaf karne wala hai. ji ji, apa, in aap ne jaise bataya ki iblis jo hai, woh allah ki rehmat se door ho gaya, kyunki us ne inkar kar diya jab us ko sajda karne ke liye kaha. in fact, ek badi interesting hadith</w:t>
      </w:r>
    </w:p>
    <w:p>
      <w:pPr>
        <w:pStyle w:val="Heading2"/>
      </w:pPr>
      <w:r>
        <w:t>Story of Adam: sin, deep repentance, and forgiveness</w:t>
      </w:r>
    </w:p>
    <w:p>
      <w:r>
        <w:rPr>
          <w:color w:val="666666"/>
          <w:sz w:val="18"/>
        </w:rPr>
        <w:t>The Purpose of Existence September9, 2012 · 2m 22s · at 23:44 · https://youtu.be/GB_OC-LeGCE?t=1424</w:t>
      </w:r>
    </w:p>
    <w:p>
      <w:r>
        <w:rPr>
          <w:i/>
        </w:rPr>
        <w:t>“Shuru hi mein Allah ne do misalein qaim kar dein: Iblis aur Adam”</w:t>
      </w:r>
    </w:p>
    <w:p>
      <w:r>
        <w:rPr>
          <w:sz w:val="20"/>
        </w:rPr>
        <w:t>23:44  haan, dekhiye, ek baat aur main arz kar doon ke shuru mein Allah taala ne do misalein qaim kar dein. do misalein: ek misal Iblis ki aur doosri misal Adam ki.</w:t>
      </w:r>
      <w:r>
        <w:br/>
      </w:r>
      <w:r>
        <w:rPr>
          <w:sz w:val="20"/>
        </w:rPr>
        <w:t>23:56  yeh poori tareekh mein jo hone wala tha, us ka ek alami, ek ek waqea pesh gi ke taur par Allah taala ne dikha diya.</w:t>
      </w:r>
      <w:r>
        <w:br/>
      </w:r>
      <w:r>
        <w:rPr>
          <w:sz w:val="20"/>
        </w:rPr>
        <w:t>24:08  Adam ke sath kya hua?</w:t>
      </w:r>
      <w:r>
        <w:br/>
      </w:r>
      <w:r>
        <w:rPr>
          <w:sz w:val="20"/>
        </w:rPr>
        <w:t>24:10  Adam ko Allah taala ne paida kar ke jannat mein rakha, jaisa ke Quran mein bataya gaya hai. ek sirf ek condition thi ke poori jannat ko tum enjoy kar sakte ho.</w:t>
      </w:r>
      <w:r>
        <w:br/>
      </w:r>
      <w:r>
        <w:rPr>
          <w:sz w:val="20"/>
        </w:rPr>
        <w:t>24:24  albatta wahan ek forbidden tree tha, us forbidden tree ka phal nahin khana tha un ko.</w:t>
      </w:r>
      <w:r>
        <w:br/>
      </w:r>
      <w:r>
        <w:rPr>
          <w:sz w:val="20"/>
        </w:rPr>
        <w:t>24:31  lekin woh patience na dikha sake aur ja kar ke unhone us forbidden tree ka phal kha liya. to phir jannat se woh nikal diye gaye.</w:t>
      </w:r>
      <w:r>
        <w:br/>
      </w:r>
      <w:r>
        <w:rPr>
          <w:sz w:val="20"/>
        </w:rPr>
        <w:t>24:42  lekin is ke baad kya hua? is ke baad yeh hua ke un ko repentance aaya, bohat hi gehri repentance, bohat ziyada.</w:t>
      </w:r>
      <w:r>
        <w:br/>
      </w:r>
      <w:r>
        <w:rPr>
          <w:sz w:val="20"/>
        </w:rPr>
        <w:t>24:52  unhon ne kaha ke: "rabbana zalamna anfusana wa lam taghfir lana wa tarhamna" ya'ni "kun minal khasireen". ya'ni repentance aaya, unhon ne apni ghalti ko mana aur bohat ziyada girya-o-zari ki.</w:t>
      </w:r>
      <w:r>
        <w:br/>
      </w:r>
      <w:r>
        <w:rPr>
          <w:sz w:val="20"/>
        </w:rPr>
        <w:t>25:09  to un ki toba ko Allah ne qabool kar liya, phir dobara un ke liye jannat muqaddar kar di.</w:t>
      </w:r>
      <w:r>
        <w:br/>
      </w:r>
      <w:r>
        <w:rPr>
          <w:sz w:val="20"/>
        </w:rPr>
        <w:t>25:15  ek insan yeh hai ke zindagi ki daud mein kabhi sahi karega, kabhi ghalat karega. lekin jab ghalat kare to us ko chahiye ke</w:t>
      </w:r>
      <w:r>
        <w:br/>
      </w:r>
      <w:r>
        <w:rPr>
          <w:sz w:val="20"/>
        </w:rPr>
        <w:t>25:25  us ke andar repentance aaye, woh apna correction kare, phir se sahi raaste par chalne lage. to yeh mumkin nahi hai ke koi aadmi bilkul koi ghalat na kare</w:t>
      </w:r>
      <w:r>
        <w:br/>
      </w:r>
      <w:r>
        <w:rPr>
          <w:sz w:val="20"/>
        </w:rPr>
        <w:t>25:39  kare, perfect try shuru se aakhir tak. duniya ke chuki test ground hai, to aise halaat yahan nahi hain ke aap ghalat na karen. ghaltiyan to hongi, you are human.</w:t>
      </w:r>
      <w:r>
        <w:br/>
      </w:r>
      <w:r>
        <w:rPr>
          <w:sz w:val="20"/>
        </w:rPr>
        <w:t>25:51  lekin jo matloob hai woh yeh hai ke ghalati karne ke baad aadmi ke andar repentance aaye, apni islaah kare, apne ko phir se sahi raaste par daale, right track par.</w:t>
      </w:r>
      <w:r>
        <w:br/>
      </w:r>
      <w:r>
        <w:rPr>
          <w:sz w:val="20"/>
        </w:rPr>
        <w:t>26:03  to yeh misaal hai Adam ki.</w:t>
      </w:r>
    </w:p>
    <w:p>
      <w:pPr>
        <w:pStyle w:val="Heading2"/>
      </w:pPr>
      <w:r>
        <w:t>Habil's example: never make the forbidden permissible</w:t>
      </w:r>
    </w:p>
    <w:p>
      <w:r>
        <w:rPr>
          <w:color w:val="666666"/>
          <w:sz w:val="18"/>
        </w:rPr>
        <w:t>The Purpose of Existence September9, 2012 · 1m 48s · at 27:59 · https://youtu.be/GB_OC-LeGCE?t=1679</w:t>
      </w:r>
    </w:p>
    <w:p>
      <w:r>
        <w:rPr>
          <w:i/>
        </w:rPr>
        <w:t>“Adam ki agli nasl mein do paida hue: Habil aur Qabil”</w:t>
      </w:r>
    </w:p>
    <w:p>
      <w:r>
        <w:rPr>
          <w:sz w:val="20"/>
        </w:rPr>
        <w:t>27:59  ab dekhiye, aap tareekh mein dekhiye, main chand misalein deta hoon. dekhiye, Adam kya glimpse mein do paida hue: ek Habil tha, ek Qabil.</w:t>
      </w:r>
      <w:r>
        <w:br/>
      </w:r>
      <w:r>
        <w:rPr>
          <w:sz w:val="20"/>
        </w:rPr>
        <w:t>28:11  Habil aur Qabil ke darmiyan ek masle par controversy ho gayi, ikhtilaf paida ho gaya. ikhtilaf badha, badha, badha, yahan tak ke Qabil ne Habil ko maar dala.</w:t>
      </w:r>
      <w:r>
        <w:br/>
      </w:r>
      <w:r>
        <w:rPr>
          <w:sz w:val="20"/>
        </w:rPr>
        <w:t>28:24  us zamaney mein yeh ghaleban yeh stone age tha, to pathar se shayad mara hoga.</w:t>
      </w:r>
      <w:r>
        <w:br/>
      </w:r>
      <w:r>
        <w:rPr>
          <w:sz w:val="20"/>
        </w:rPr>
        <w:t>28:32  to us waqt Habil ne kaha tha ke agar tum mujhe maro, jab us ne dhamki di ke main tum ko maar dalunga, to us ne kaha: "agar tum mujhe maro to main hath nahi uthaunga, uthaunga tum ko marne ke liye." aur aise hi hua, us ne hath nahi uthaya aur us ne us ko maar dala.</w:t>
      </w:r>
      <w:r>
        <w:br/>
      </w:r>
      <w:r>
        <w:rPr>
          <w:sz w:val="20"/>
        </w:rPr>
        <w:t>28:53  to us se Habil ne ek bohat bada example set kiya, bohat bada.</w:t>
      </w:r>
      <w:r>
        <w:br/>
      </w:r>
      <w:r>
        <w:rPr>
          <w:sz w:val="20"/>
        </w:rPr>
        <w:t>29:00  woh yeh hai ke jo Allah ta'ala ke jo woh hain, jo cheezon ko Allah ne mana kiya, to kisi bhi excuse ko le kar ke us us haram ko woh halaal nahi karega.</w:t>
      </w:r>
      <w:r>
        <w:br/>
      </w:r>
      <w:r>
        <w:rPr>
          <w:sz w:val="20"/>
        </w:rPr>
        <w:t>29:18  ek insaan woh hai, koi bhi excuse le kar ke</w:t>
      </w:r>
      <w:r>
        <w:br/>
      </w:r>
      <w:r>
        <w:rPr>
          <w:sz w:val="20"/>
        </w:rPr>
        <w:t>29:23  jo cheezon ko Allah ne mana kiya hai, to koi bhi excuse le kar koi apne liye jaiz nahi karega. ek woh insaan hai, ya'ni apne temperature ko rokega, apni desire ko rokega,</w:t>
      </w:r>
      <w:r>
        <w:br/>
      </w:r>
      <w:r>
        <w:rPr>
          <w:sz w:val="20"/>
        </w:rPr>
        <w:t>29:37  apne emotions ko roke ga, lekin Allah ke haram ko halal nahi kare ga, is line ko paar nahi kare ga.</w:t>
      </w:r>
    </w:p>
    <w:p>
      <w:pPr>
        <w:pStyle w:val="Heading2"/>
      </w:pPr>
      <w:r>
        <w:t>Successful surgeon's decline shows worldly success is empty</w:t>
      </w:r>
    </w:p>
    <w:p>
      <w:r>
        <w:rPr>
          <w:color w:val="666666"/>
          <w:sz w:val="18"/>
        </w:rPr>
        <w:t>Man and Paradise June 9, 2013 · 2m 54s · at 1:10:42 · https://youtu.be/uqXu4pUko_k?t=4242</w:t>
      </w:r>
    </w:p>
    <w:p>
      <w:r>
        <w:rPr>
          <w:i/>
        </w:rPr>
        <w:t>“Main Adamgarh mein ek sahab the, kaamyaab surgeon”</w:t>
      </w:r>
    </w:p>
    <w:p>
      <w:r>
        <w:rPr>
          <w:sz w:val="20"/>
        </w:rPr>
        <w:t>1:10:42  main adam gard mein ek saahab the, yaani jo pehla tajurba mujhe hua is ka, adam gard mein ek saahab the jo bohat kaamyaab surgeon the. woh bohat kaamyaab surgeon us waqt, yaani main samajhta hoon ke poore district mein wohi sab se bade surgeon the, ghaleban,</w:t>
      </w:r>
      <w:r>
        <w:br/>
      </w:r>
      <w:r>
        <w:rPr>
          <w:sz w:val="20"/>
        </w:rPr>
        <w:t>1:11:00  aur bohat zabardast, yaani un ki body thi, bohat hi strong aadmi the. to adam gard shehar mein ek bohat hi achhi jagah unhon ne khareedi thi.</w:t>
      </w:r>
      <w:r>
        <w:br/>
      </w:r>
      <w:r>
        <w:rPr>
          <w:sz w:val="20"/>
        </w:rPr>
        <w:t>1:11:09  ek angrez tha, wahan us ne ek banaya tha bangla, adam gard mein, nadi ke kinare. is bangle ko unhon ne us se khareeda. bohat badi zameen thi.</w:t>
      </w:r>
      <w:r>
        <w:br/>
      </w:r>
      <w:r>
        <w:rPr>
          <w:sz w:val="20"/>
        </w:rPr>
        <w:t>1:11:21  to main ne dekha hai un ko apni aankhon se ke woh usi bangle mein rehte the, aur aise haath un ka, un ko parkinson ho gaya tha, raash, glass nahin pakar sakte the.</w:t>
      </w:r>
      <w:r>
        <w:br/>
      </w:r>
      <w:r>
        <w:rPr>
          <w:sz w:val="20"/>
        </w:rPr>
        <w:t>1:11:34  to woh aadmi jo kaamyaab surgeon tha, ab bohat zabardast, us ki sehat thi, bohat strong personality thi. aakhir mein kya hai? parkinson haath mera aisa ke ke kuch qalam bhi nahin pakar sakta woh.</w:t>
      </w:r>
      <w:r>
        <w:br/>
      </w:r>
      <w:r>
        <w:rPr>
          <w:sz w:val="20"/>
        </w:rPr>
        <w:t>1:11:49  to pehla tajurba mujhe yeh hua ke ke jo cheez milti hai aadmi ko, us ki haqeeqat kya hai?</w:t>
      </w:r>
      <w:r>
        <w:br/>
      </w:r>
      <w:r>
        <w:rPr>
          <w:sz w:val="20"/>
        </w:rPr>
        <w:t>1:11:56  yaani us aadmi ke paas aala degree, aala uhda, paisa , shandaar makaan, izzat, sab kuch us ko mili hui thi.</w:t>
      </w:r>
      <w:r>
        <w:br/>
      </w:r>
      <w:r>
        <w:rPr>
          <w:sz w:val="20"/>
        </w:rPr>
        <w:t>1:12:06  lekin jab woh chhin to kuch bhi nahin reh gaya us ke paas. main un se jab milta tha to mayoosi ki tasweer bani hui banti thi, kuch bolte nahin the woh .</w:t>
      </w:r>
      <w:r>
        <w:br/>
      </w:r>
      <w:r>
        <w:rPr>
          <w:sz w:val="20"/>
        </w:rPr>
        <w:t>1:12:16  adam garh shehar mein, main jahan tak mujhe yaad hai, kai baar un ko dekha hai main ne.</w:t>
      </w:r>
      <w:r>
        <w:br/>
      </w:r>
      <w:r>
        <w:rPr>
          <w:sz w:val="20"/>
        </w:rPr>
        <w:t>1:12:23  us waqt main naujawan tha to mere zehn par naqsh ho gaya ke is duniya mein milna kya hai? kuch bhi nahin , kuch bhi nahin hai.</w:t>
      </w:r>
      <w:r>
        <w:br/>
      </w:r>
      <w:r>
        <w:rPr>
          <w:sz w:val="20"/>
        </w:rPr>
        <w:t>1:12:33  to yeh jumla jo main ne kaha ke jannat na mili to kuch nahin mila, yeh main tanhaiyon mein aksar yeh sochta rehta hoon ke jannat na mili to kuch nahin mila.</w:t>
      </w:r>
      <w:r>
        <w:br/>
      </w:r>
      <w:r>
        <w:rPr>
          <w:sz w:val="20"/>
        </w:rPr>
        <w:t>1:12:43  aur yahi meri zindagi ki samjhiye ke aakhri finding hai. aur main har ek ko yeh hi kehta hoon ke bhai dekho, jin cheezon ke peeche daud rahe ho, na pao tab bhi kuch nahin, aur pao tab bhi kuch nahin.</w:t>
      </w:r>
      <w:r>
        <w:br/>
      </w:r>
      <w:r>
        <w:rPr>
          <w:sz w:val="20"/>
        </w:rPr>
        <w:t>1:13:00  main ne bohat se apni zindagi mein bohat se logon ko dekha hai, bade bade makaan banaye unhon ne, bade bade tijarat ki, badi badi un ko shohrat mili.</w:t>
      </w:r>
      <w:r>
        <w:br/>
      </w:r>
      <w:r>
        <w:rPr>
          <w:sz w:val="20"/>
        </w:rPr>
        <w:t>1:13:08  aakhir mein kuch bhi nahin tha, ya toh bemar ho gaye, ya accident ho gaye, ya mar gaye. mere yaani apni aankhon ke saamne hum aise bohat se log dekhe hain, ab woh kuch bhi un ki haqeeqat nahin hai.</w:t>
      </w:r>
      <w:r>
        <w:br/>
      </w:r>
      <w:r>
        <w:rPr>
          <w:sz w:val="20"/>
        </w:rPr>
        <w:t>1:13:21  to dunya ka milna kya hai? kuch bhi nahin.</w:t>
      </w:r>
      <w:r>
        <w:br/>
      </w:r>
      <w:r>
        <w:rPr>
          <w:sz w:val="20"/>
        </w:rPr>
        <w:t>1:13:25  to yeh jo main aksar sochta rehta hoon ke jannat na mili to kuch nahin mila, yeh meri aakhri finding hai. aur sab ko main yeh batata rehta hoon.</w:t>
      </w:r>
    </w:p>
    <w:p>
      <w:pPr>
        <w:pStyle w:val="Heading2"/>
      </w:pPr>
      <w:r>
        <w:t>Adam given freedom, tempted by Satan, then forgiven</w:t>
      </w:r>
    </w:p>
    <w:p>
      <w:r>
        <w:rPr>
          <w:color w:val="666666"/>
          <w:sz w:val="18"/>
        </w:rPr>
        <w:t>Islam In the light of its Scriptures (English) February 22, 2007 · 1m 54s · at 21:02 · https://youtu.be/SoxJ9awANEQ?t=1262</w:t>
      </w:r>
    </w:p>
    <w:p>
      <w:r>
        <w:rPr>
          <w:i/>
        </w:rPr>
        <w:t>“When Adam was created, God said: O Adam, you are free”</w:t>
      </w:r>
    </w:p>
    <w:p>
      <w:r>
        <w:rPr>
          <w:sz w:val="20"/>
        </w:rPr>
        <w:t>21:02  Quran says that when Adam was created, so God said, "O Adam, you are free.</w:t>
      </w:r>
      <w:r>
        <w:br/>
      </w:r>
      <w:r>
        <w:rPr>
          <w:sz w:val="20"/>
        </w:rPr>
        <w:t>21:12  You are free to enjoy the world. You are free to</w:t>
      </w:r>
      <w:r>
        <w:br/>
      </w:r>
      <w:r>
        <w:rPr>
          <w:sz w:val="20"/>
        </w:rPr>
        <w:t>21:20  to work. You are free. You had complete freedom and so did, but do not eat the fruit of this forbidden tree."</w:t>
      </w:r>
      <w:r>
        <w:br/>
      </w:r>
      <w:r>
        <w:rPr>
          <w:sz w:val="20"/>
        </w:rPr>
        <w:t>21:32  This was the command to the first man. Then, what happened? Satan,</w:t>
      </w:r>
      <w:r>
        <w:br/>
      </w:r>
      <w:r>
        <w:rPr>
          <w:sz w:val="20"/>
        </w:rPr>
        <w:t>21:42  Satan tempted Adam, misguided Adam, and Adam ate the fruit of forbidden tree.</w:t>
      </w:r>
      <w:r>
        <w:br/>
      </w:r>
      <w:r>
        <w:rPr>
          <w:sz w:val="20"/>
        </w:rPr>
        <w:t>22:01  Suddenly, when Adam ate the fruit of forbidden tree, suddenly, he felt that all those blessings were removed from him.</w:t>
      </w:r>
      <w:r>
        <w:br/>
      </w:r>
      <w:r>
        <w:rPr>
          <w:sz w:val="20"/>
        </w:rPr>
        <w:t>22:14  he became helpless. He became helpless. Then, Adam prayed, "Oh God, I had complete submission.</w:t>
      </w:r>
      <w:r>
        <w:br/>
      </w:r>
      <w:r>
        <w:rPr>
          <w:sz w:val="20"/>
        </w:rPr>
        <w:t>22:27  far giyumi .\</w:t>
      </w:r>
      <w:r>
        <w:br/>
      </w:r>
      <w:r>
        <w:rPr>
          <w:sz w:val="20"/>
        </w:rPr>
        <w:t>22:30  to, after this despair, God forgave him, and then he said that, "Satan lies on earth, but you will find that Satan also here.</w:t>
      </w:r>
      <w:r>
        <w:br/>
      </w:r>
      <w:r>
        <w:rPr>
          <w:sz w:val="20"/>
        </w:rPr>
        <w:t>22:47  Satan also present here." So, there would be a battle between man and Satan.</w:t>
      </w:r>
    </w:p>
    <w:p>
      <w:pPr>
        <w:pStyle w:val="Heading2"/>
      </w:pPr>
      <w:r>
        <w:t>Full story of Adam, temptation, and enmity with Satan</w:t>
      </w:r>
    </w:p>
    <w:p>
      <w:r>
        <w:rPr>
          <w:color w:val="666666"/>
          <w:sz w:val="18"/>
        </w:rPr>
        <w:t>Islam In the light of its Scriptures (English) February 22, 2007 · 5m 16s · at 20:07 · https://youtu.be/SoxJ9awANEQ?t=1207</w:t>
      </w:r>
    </w:p>
    <w:p>
      <w:r>
        <w:rPr>
          <w:i/>
        </w:rPr>
        <w:t>“He reads the story of Adam in Surah Al-Baqarah”</w:t>
      </w:r>
    </w:p>
    <w:p>
      <w:r>
        <w:rPr>
          <w:sz w:val="20"/>
        </w:rPr>
        <w:t>20:07  .vainhiradz dastoriaf adam insura albakara, and the chapter Al-Baqarah, second chapter of the Quran.</w:t>
      </w:r>
      <w:r>
        <w:br/>
      </w:r>
      <w:r>
        <w:rPr>
          <w:sz w:val="20"/>
        </w:rPr>
        <w:t>20:19  in this chapter, he writes that God created Adam as the first human being, as the first man</w:t>
      </w:r>
      <w:r>
        <w:br/>
      </w:r>
      <w:r>
        <w:rPr>
          <w:sz w:val="20"/>
        </w:rPr>
        <w:t>20:33  .Adam was, according to the Quran, Adam was the first man. To, we are his progeny.</w:t>
      </w:r>
      <w:r>
        <w:br/>
      </w:r>
      <w:r>
        <w:rPr>
          <w:sz w:val="20"/>
        </w:rPr>
        <w:t>20:45  we are children of Adam. The whole humanity is children of Adam. So, Adam was the first man.</w:t>
      </w:r>
      <w:r>
        <w:br/>
      </w:r>
      <w:r>
        <w:rPr>
          <w:sz w:val="20"/>
        </w:rPr>
        <w:t>20:54  din, these are very relevant to our conscience.</w:t>
      </w:r>
      <w:r>
        <w:br/>
      </w:r>
      <w:r>
        <w:rPr>
          <w:sz w:val="20"/>
        </w:rPr>
        <w:t>21:02  Quran says that when Adam was created, so God said, "O Adam, you are free.</w:t>
      </w:r>
      <w:r>
        <w:br/>
      </w:r>
      <w:r>
        <w:rPr>
          <w:sz w:val="20"/>
        </w:rPr>
        <w:t>21:12  You are free to enjoy the world. You are free to</w:t>
      </w:r>
      <w:r>
        <w:br/>
      </w:r>
      <w:r>
        <w:rPr>
          <w:sz w:val="20"/>
        </w:rPr>
        <w:t>21:20  to work. You are free. You had complete freedom and so did, but do not eat the fruit of this forbidden tree."</w:t>
      </w:r>
      <w:r>
        <w:br/>
      </w:r>
      <w:r>
        <w:rPr>
          <w:sz w:val="20"/>
        </w:rPr>
        <w:t>21:32  This was the command to the first man. Then, what happened? Satan,</w:t>
      </w:r>
      <w:r>
        <w:br/>
      </w:r>
      <w:r>
        <w:rPr>
          <w:sz w:val="20"/>
        </w:rPr>
        <w:t>21:42  Satan tempted Adam, misguided Adam, and Adam ate the fruit of forbidden tree.</w:t>
      </w:r>
      <w:r>
        <w:br/>
      </w:r>
      <w:r>
        <w:rPr>
          <w:sz w:val="20"/>
        </w:rPr>
        <w:t>22:01  Suddenly, when Adam ate the fruit of forbidden tree, suddenly, he felt that all those blessings were removed from him.</w:t>
      </w:r>
      <w:r>
        <w:br/>
      </w:r>
      <w:r>
        <w:rPr>
          <w:sz w:val="20"/>
        </w:rPr>
        <w:t>22:14  he became helpless. He became helpless. Then, Adam prayed, "Oh God, I had complete submission.</w:t>
      </w:r>
      <w:r>
        <w:br/>
      </w:r>
      <w:r>
        <w:rPr>
          <w:sz w:val="20"/>
        </w:rPr>
        <w:t>22:27  far giyumi .\</w:t>
      </w:r>
      <w:r>
        <w:br/>
      </w:r>
      <w:r>
        <w:rPr>
          <w:sz w:val="20"/>
        </w:rPr>
        <w:t>22:30  to, after this despair, God forgave him, and then he said that, "Satan lies on earth, but you will find that Satan also here.</w:t>
      </w:r>
      <w:r>
        <w:br/>
      </w:r>
      <w:r>
        <w:rPr>
          <w:sz w:val="20"/>
        </w:rPr>
        <w:t>22:47  Satan also present here." So, there would be a battle between man and Satan.</w:t>
      </w:r>
      <w:r>
        <w:br/>
      </w:r>
      <w:r>
        <w:rPr>
          <w:sz w:val="20"/>
        </w:rPr>
        <w:t>22:56  baaz kam laab ad naado. You had to live with an enemy that's Satan. baaz kam laab ad naado.</w:t>
      </w:r>
      <w:r>
        <w:br/>
      </w:r>
      <w:r>
        <w:rPr>
          <w:sz w:val="20"/>
        </w:rPr>
        <w:t>23:07  God said, "O Adam, you had to live with an enemy that's Satan. You had to save yourself from Satan.</w:t>
      </w:r>
      <w:r>
        <w:br/>
      </w:r>
      <w:r>
        <w:rPr>
          <w:sz w:val="20"/>
        </w:rPr>
        <w:t>23:19  Satan is temptation. Satan is misguidedness</w:t>
      </w:r>
      <w:r>
        <w:br/>
      </w:r>
      <w:r>
        <w:rPr>
          <w:sz w:val="20"/>
        </w:rPr>
        <w:t>23:24  . "So, man is perpetually</w:t>
      </w:r>
      <w:r>
        <w:br/>
      </w:r>
      <w:r>
        <w:rPr>
          <w:sz w:val="20"/>
        </w:rPr>
        <w:t>23:29  facing this this problem. Satan is temptation. Satan is misguidedness. this is the problem.</w:t>
      </w:r>
      <w:r>
        <w:br/>
      </w:r>
      <w:r>
        <w:rPr>
          <w:sz w:val="20"/>
        </w:rPr>
        <w:t>23:39  it is the law of nature. you can't call it a law of nature. it is the nature that creates problem.</w:t>
      </w:r>
      <w:r>
        <w:br/>
      </w:r>
      <w:r>
        <w:rPr>
          <w:sz w:val="20"/>
        </w:rPr>
        <w:t>23:51  So, according to the Quran, you had to know the creation plan of God. God created you. God</w:t>
      </w:r>
      <w:r>
        <w:br/>
      </w:r>
      <w:r>
        <w:rPr>
          <w:sz w:val="20"/>
        </w:rPr>
        <w:t>24:06  set you on this earth, but. and also, you are free, but you are not alone.</w:t>
      </w:r>
      <w:r>
        <w:br/>
      </w:r>
      <w:r>
        <w:rPr>
          <w:sz w:val="20"/>
        </w:rPr>
        <w:t>24:17  this is very important point God has given to Adam that you are free, but you are not alone.</w:t>
      </w:r>
      <w:r>
        <w:br/>
      </w:r>
      <w:r>
        <w:rPr>
          <w:sz w:val="20"/>
        </w:rPr>
        <w:t>24:28  you had to live with Satan.</w:t>
      </w:r>
      <w:r>
        <w:br/>
      </w:r>
      <w:r>
        <w:rPr>
          <w:sz w:val="20"/>
        </w:rPr>
        <w:t>24:33  So, Satan is your test paper.</w:t>
      </w:r>
      <w:r>
        <w:br/>
      </w:r>
      <w:r>
        <w:rPr>
          <w:sz w:val="20"/>
        </w:rPr>
        <w:t>24:39  Satan is your test paper. you had to stand on this test</w:t>
      </w:r>
      <w:r>
        <w:br/>
      </w:r>
      <w:r>
        <w:rPr>
          <w:sz w:val="20"/>
        </w:rPr>
        <w:t>24:45  .</w:t>
      </w:r>
      <w:r>
        <w:br/>
      </w:r>
      <w:r>
        <w:rPr>
          <w:sz w:val="20"/>
        </w:rPr>
        <w:t>24:46  So, the fight is not between man and man. the fight is between man and Satan. baaz kam laab ad naado.</w:t>
      </w:r>
      <w:r>
        <w:br/>
      </w:r>
      <w:r>
        <w:rPr>
          <w:sz w:val="20"/>
        </w:rPr>
        <w:t>24:57  baaz kam laab ad naado. So, the single reason of fighting or confrontation is not between man and man, but between man and Satan.</w:t>
      </w:r>
      <w:r>
        <w:br/>
      </w:r>
      <w:r>
        <w:rPr>
          <w:sz w:val="20"/>
        </w:rPr>
        <w:t>25:12  this is a very important point which I read of the Quran find in the Quran and the pages of the Quran.</w:t>
      </w:r>
    </w:p>
    <w:p>
      <w:pPr>
        <w:pStyle w:val="Heading2"/>
      </w:pPr>
      <w:r>
        <w:t>Story of Iblis challenging authority mirrors human history</w:t>
      </w:r>
    </w:p>
    <w:p>
      <w:r>
        <w:rPr>
          <w:color w:val="666666"/>
          <w:sz w:val="18"/>
        </w:rPr>
        <w:t>Present Muslims- A Case of Wrong Identity February 13, 2011 · 1m 58s · at 4:17 · https://youtu.be/gDX72gIRL4E?t=257</w:t>
      </w:r>
    </w:p>
    <w:p>
      <w:r>
        <w:rPr>
          <w:i/>
        </w:rPr>
        <w:t>“Jab main padhta hoon Iblis aur Adam ka qissa”</w:t>
      </w:r>
    </w:p>
    <w:p>
      <w:r>
        <w:rPr>
          <w:sz w:val="20"/>
        </w:rPr>
        <w:t>4:17  jab padhta hoon Quran majeed mein iblis aur adam ka qissa, iblis aur adam aur malaika ka qissa, to mujhe lagta hai ke saari insaniyat ki kahani is mein maujood hai.</w:t>
      </w:r>
      <w:r>
        <w:br/>
      </w:r>
      <w:r>
        <w:rPr>
          <w:sz w:val="20"/>
        </w:rPr>
        <w:t>4:31  agar aap sochen to sab kuch maujood hai is mein.</w:t>
      </w:r>
      <w:r>
        <w:br/>
      </w:r>
      <w:r>
        <w:rPr>
          <w:sz w:val="20"/>
        </w:rPr>
        <w:t>4:40  woh yeh bhi hai ke yeh authority ko challenge karna, yeh bhi maujood hai is mein.</w:t>
      </w:r>
      <w:r>
        <w:br/>
      </w:r>
      <w:r>
        <w:rPr>
          <w:sz w:val="20"/>
        </w:rPr>
        <w:t>4:47  yeh satanic politics hai.</w:t>
      </w:r>
      <w:r>
        <w:br/>
      </w:r>
      <w:r>
        <w:rPr>
          <w:sz w:val="20"/>
        </w:rPr>
        <w:t>4:52  lekin is mein saari tareekh mein yeh cheez chha gayi. us waqt kya hua tha? Allah ta'ala ne adam ko paida kiya.</w:t>
      </w:r>
      <w:r>
        <w:br/>
      </w:r>
      <w:r>
        <w:rPr>
          <w:sz w:val="20"/>
        </w:rPr>
        <w:t>5:04  adam se pehle jinat wohan par the. jinko iblis kehte hain, woh jinat ka sardar tha.</w:t>
      </w:r>
      <w:r>
        <w:br/>
      </w:r>
      <w:r>
        <w:rPr>
          <w:sz w:val="20"/>
        </w:rPr>
        <w:t>5:13  to</w:t>
      </w:r>
      <w:r>
        <w:br/>
      </w:r>
      <w:r>
        <w:rPr>
          <w:sz w:val="20"/>
        </w:rPr>
        <w:t>5:17  Allah ta'ala ne kaha tha ke: "malaika aur jinat donon aalam ke aage jhuk jayen". to malaika to jhuk gaye, aur shaitan ne, yaani jinat ke sardar ne,</w:t>
      </w:r>
      <w:r>
        <w:br/>
      </w:r>
      <w:r>
        <w:rPr>
          <w:sz w:val="20"/>
        </w:rPr>
        <w:t>5:31  inkaar kiya. isne Allah ki authority ko challenge kiya.</w:t>
      </w:r>
      <w:r>
        <w:br/>
      </w:r>
      <w:r>
        <w:rPr>
          <w:sz w:val="20"/>
        </w:rPr>
        <w:t>5:40  to authority ko challenge karne ka pehla waqea history mein jo hai, iblis ka waqea hai.</w:t>
      </w:r>
      <w:r>
        <w:br/>
      </w:r>
      <w:r>
        <w:rPr>
          <w:sz w:val="20"/>
        </w:rPr>
        <w:t>5:50  us waqt usne kaha tha ke: la atunnahum illa qaleela yaani saari insaniyat ko main aisi mubtala kar doonga, apni sunnat par chala doonga.</w:t>
      </w:r>
      <w:r>
        <w:br/>
      </w:r>
      <w:r>
        <w:rPr>
          <w:sz w:val="20"/>
        </w:rPr>
        <w:t>6:05  woh dekhiye ho raha hai. yaani muslim, non-muslim, believer aur non-believer, sab isi pe chal rahe hain.</w:t>
      </w:r>
    </w:p>
    <w:p>
      <w:pPr>
        <w:pStyle w:val="Heading2"/>
      </w:pPr>
      <w:r>
        <w:t>The forbidden tree: God's limits on humanity</w:t>
      </w:r>
    </w:p>
    <w:p>
      <w:r>
        <w:rPr>
          <w:color w:val="666666"/>
          <w:sz w:val="18"/>
        </w:rPr>
        <w:t>Religio- Secular History of Mankind July 9, 2006 · 2m 08s · at 7:06 · https://youtu.be/gyk_g1h-w34?t=426</w:t>
      </w:r>
    </w:p>
    <w:p>
      <w:r>
        <w:rPr>
          <w:i/>
        </w:rPr>
        <w:t>“Khuda ne Adam se kaha: la taqrab al-shajar”</w:t>
      </w:r>
    </w:p>
    <w:p>
      <w:r>
        <w:rPr>
          <w:sz w:val="20"/>
        </w:rPr>
        <w:t>7:05  to</w:t>
      </w:r>
      <w:r>
        <w:br/>
      </w:r>
      <w:r>
        <w:rPr>
          <w:sz w:val="20"/>
        </w:rPr>
        <w:t>7:06  aap jante hain ke is mein kai baatein hain, kai aspects hain. is waqt mein sirf aik cheez loon ga, woh yeh hai ke quran aur bible dono mein yeh bataya gaya hai ke Khuda ne jab Adam ko zameen par basaya to yeh kaha ke "la taqrabu al-shajar", yani is peed ke paas tum na jana, is ka phal na khana.</w:t>
      </w:r>
      <w:r>
        <w:br/>
      </w:r>
      <w:r>
        <w:rPr>
          <w:sz w:val="20"/>
        </w:rPr>
        <w:t>7:33  is ko kehte hain "forbidden tree". forbidden tree to jahan unhein basaya gaya tha, wahan garden thay, phal walay peed thay,</w:t>
      </w:r>
      <w:r>
        <w:br/>
      </w:r>
      <w:r>
        <w:rPr>
          <w:sz w:val="20"/>
        </w:rPr>
        <w:t>7:48  bohat kuch tha khane peene ke liye, lekin aik forbidden tree tha. is ke liye keh diya gaya ke yahan par is ko touch mat karna, forbidden tree ko touch mat karna.</w:t>
      </w:r>
      <w:r>
        <w:br/>
      </w:r>
      <w:r>
        <w:rPr>
          <w:sz w:val="20"/>
        </w:rPr>
        <w:t>7:59  agar touch karoge to tumhara sara mamla bigar jayega.</w:t>
      </w:r>
      <w:r>
        <w:br/>
      </w:r>
      <w:r>
        <w:rPr>
          <w:sz w:val="20"/>
        </w:rPr>
        <w:t>8:05  to main samajhta hoon ke yeh Khuda ne bataya ke insan ko zameen par jo settle kiya gaya hai, to is ke success ka daromadar kis cheez par hoga,</w:t>
      </w:r>
      <w:r>
        <w:br/>
      </w:r>
      <w:r>
        <w:rPr>
          <w:sz w:val="20"/>
        </w:rPr>
        <w:t>8:21  kis cheez pe is ki success depend karegi. to main samajhta hoon ke is ka matlab yeh hai ke kuch limitations Khuda ne bana di hain, is limit ko cross na karna.</w:t>
      </w:r>
      <w:r>
        <w:br/>
      </w:r>
      <w:r>
        <w:rPr>
          <w:sz w:val="20"/>
        </w:rPr>
        <w:t>8:35  to forbidden tree jo tha, yani symbolic sense mein, woh aik had ko bata raha tha, limit ko bata raha tha. yeh baat hadith mein in in alfaz mein ayi hai ke "wa hadda hududan fala ta'taduha", yani God has set some limitations,</w:t>
      </w:r>
      <w:r>
        <w:br/>
      </w:r>
      <w:r>
        <w:rPr>
          <w:sz w:val="20"/>
        </w:rPr>
        <w:t>8:57  so don't cross these limitations.</w:t>
      </w:r>
      <w:r>
        <w:br/>
      </w:r>
      <w:r>
        <w:rPr>
          <w:sz w:val="20"/>
        </w:rPr>
        <w:t>9:02  Khuda ne kuch limit bana di hai, kuch had bana di hai, is had ko tumhein cross nahi karna hai. woh had kya hai? har mamle mein hamesha dekhiye,</w:t>
      </w:r>
    </w:p>
    <w:p>
      <w:pPr>
        <w:pStyle w:val="Heading2"/>
      </w:pPr>
      <w:r>
        <w:t>Adam and the angels' dissent establish free speech</w:t>
      </w:r>
    </w:p>
    <w:p>
      <w:r>
        <w:rPr>
          <w:color w:val="666666"/>
          <w:sz w:val="18"/>
        </w:rPr>
        <w:t>Freedom of Expression in Islam September 30, 2012 · 2m 48s · at 5:25 · https://youtu.be/S4mQpkoZITg?t=325</w:t>
      </w:r>
    </w:p>
    <w:p>
      <w:r>
        <w:rPr>
          <w:i/>
        </w:rPr>
        <w:t>“Let me give you the very first example”</w:t>
      </w:r>
    </w:p>
    <w:p>
      <w:r>
        <w:rPr>
          <w:sz w:val="20"/>
        </w:rPr>
        <w:t>5:25  mein is ki misaal deta hoon aap ko. dekhiye, sab say pehli misaal kiya hai?</w:t>
      </w:r>
      <w:r>
        <w:br/>
      </w:r>
      <w:r>
        <w:rPr>
          <w:sz w:val="20"/>
        </w:rPr>
        <w:t>5:33  allah ta'ala nay insaan ko paida kiya, yani adam ko. adam pehlay insaan thay.</w:t>
      </w:r>
      <w:r>
        <w:br/>
      </w:r>
      <w:r>
        <w:rPr>
          <w:sz w:val="20"/>
        </w:rPr>
        <w:t>5:44  to allah ta'ala nay ailaan kiya kay insaan zameen ka khaleefa hoga. khaleefa matlab hoga zameen ka ansar hoga,</w:t>
      </w:r>
      <w:r>
        <w:br/>
      </w:r>
      <w:r>
        <w:rPr>
          <w:sz w:val="20"/>
        </w:rPr>
        <w:t>5:56  aazad hoga. woh</w:t>
      </w:r>
      <w:r>
        <w:br/>
      </w:r>
      <w:r>
        <w:rPr>
          <w:sz w:val="20"/>
        </w:rPr>
        <w:t>5:59  is ko poori tarah aazad hoga apnay action kay liye. to farishtoon ko is par objection hua, shakk hua.</w:t>
      </w:r>
      <w:r>
        <w:br/>
      </w:r>
      <w:r>
        <w:rPr>
          <w:sz w:val="20"/>
        </w:rPr>
        <w:t>6:10  unhon ne kaha ke atajalf biha mayufzufiya kya zameen par aap aise ko basa rahe hain, aise insaan ko jo wahan fasad kare, khoon bahaye?</w:t>
      </w:r>
      <w:r>
        <w:br/>
      </w:r>
      <w:r>
        <w:rPr>
          <w:sz w:val="20"/>
        </w:rPr>
        <w:t>6:23  goya ke farishton ne apna decent show kiya, decent ya ikhtilaf e rai kiya.</w:t>
      </w:r>
      <w:r>
        <w:br/>
      </w:r>
      <w:r>
        <w:rPr>
          <w:sz w:val="20"/>
        </w:rPr>
        <w:t>6:31  yeh pehla waqia tha ikhtilaf e rai ka, decent ka.</w:t>
      </w:r>
      <w:r>
        <w:br/>
      </w:r>
      <w:r>
        <w:rPr>
          <w:sz w:val="20"/>
        </w:rPr>
        <w:t>6:37  to us waqt kya hua? yeh direct Allah taala ki scheme se decent karna tha. Allah taala ne yeh nahi kaha ke tum kya jano, tum kaun halak kar deta hai.</w:t>
      </w:r>
      <w:r>
        <w:br/>
      </w:r>
      <w:r>
        <w:rPr>
          <w:sz w:val="20"/>
        </w:rPr>
        <w:t>6:49  Allah taala un ko, Allah ki shan yeh hai ke kun fayakun woh kehta hai ke aye farishton, tum halak ho jao to sab khatam ho jate hain.</w:t>
      </w:r>
      <w:r>
        <w:br/>
      </w:r>
      <w:r>
        <w:rPr>
          <w:sz w:val="20"/>
        </w:rPr>
        <w:t>7:00  lekin Allah taala ne kya kiya? apni jo reason pesh ki, reason reason se un ko satisfy kiya.</w:t>
      </w:r>
      <w:r>
        <w:br/>
      </w:r>
      <w:r>
        <w:rPr>
          <w:sz w:val="20"/>
        </w:rPr>
        <w:t>7:12  is ka matlab kya hua? ke insaan ki paidaish ke waqt hi Allah taala ne yeh exempties set kiya, khud apni zaat se</w:t>
      </w:r>
      <w:r>
        <w:br/>
      </w:r>
      <w:r>
        <w:rPr>
          <w:sz w:val="20"/>
        </w:rPr>
        <w:t>7:22  ke insaan ko poori tarah freedom of expression hasil rahe gi.</w:t>
      </w:r>
      <w:r>
        <w:br/>
      </w:r>
      <w:r>
        <w:rPr>
          <w:sz w:val="20"/>
        </w:rPr>
        <w:t>7:28  ikhtilaf e rai ka haq hasil hoga. jo is se mutafiq na ho, to woh is ko maar nahi sakta.</w:t>
      </w:r>
      <w:r>
        <w:br/>
      </w:r>
      <w:r>
        <w:rPr>
          <w:sz w:val="20"/>
        </w:rPr>
        <w:t>7:37  is ko haq hai ke woh aik jawabi reason pesh kar de, is ko mutmain kare. bas is se aage woh kuch nahi kar sakta.</w:t>
      </w:r>
      <w:r>
        <w:br/>
      </w:r>
      <w:r>
        <w:rPr>
          <w:sz w:val="20"/>
        </w:rPr>
        <w:t>7:51  to Islam mein yaad rakhiye, izhar e khayal ki azadi absolute right hai insaan ka.</w:t>
      </w:r>
      <w:r>
        <w:br/>
      </w:r>
      <w:r>
        <w:rPr>
          <w:sz w:val="20"/>
        </w:rPr>
        <w:t>8:02  woh is ko abaish nahi kar sakta. aap ko ikhtilaf hai to aap apni daleel dijiye, apni reason pesh kijiye, apni logic pesh kijiye.</w:t>
      </w:r>
    </w:p>
    <w:p>
      <w:pPr>
        <w:pStyle w:val="Heading2"/>
      </w:pPr>
      <w:r>
        <w:t>conditions for paradise, Adam's story, desires</w:t>
      </w:r>
    </w:p>
    <w:p>
      <w:r>
        <w:rPr>
          <w:color w:val="666666"/>
          <w:sz w:val="18"/>
        </w:rPr>
        <w:t>Introduction to Paradise December 18, 2022 · 4m 31s · at 25:04 · https://youtu.be/82pHJMz7OHs?t=1504</w:t>
      </w:r>
    </w:p>
    <w:p>
      <w:r>
        <w:rPr>
          <w:i/>
        </w:rPr>
        <w:t>“First condition: surrender the freedom God gave us”</w:t>
      </w:r>
    </w:p>
    <w:p>
      <w:r>
        <w:rPr>
          <w:sz w:val="20"/>
        </w:rPr>
        <w:t>25:04  sab se pehle to yahi hai ke humko jo allah taala ne mukammal azadi di hai, to woh us azadi ko hum surrender karen aur apni zindagi khuda ki marzi ke mutabiq banayein. to yeh sab se pehli shart hai. kyunke jab hum yeh kaam karenge na, tabhi doosri tamam virtues hamare andar paida hon</w:t>
      </w:r>
      <w:r>
        <w:br/>
      </w:r>
      <w:r>
        <w:rPr>
          <w:sz w:val="20"/>
        </w:rPr>
        <w:t>25:26  gi. to yahan sab se pehle main bataungi aapko ke allah taala ne jo sab se pehla insan banaya, woh hazrat adam the aur hazrat hawwa. to pehle allah taala ne unko banakar jannat mein hi rakha, kaha jata hai. to jannat mein rakha unko, lekin woh mature nahi the. to is wajah se aisa hua ke allah taala ne kaha ke tum tamam phal yahan ke kha sakte ho,</w:t>
      </w:r>
      <w:r>
        <w:br/>
      </w:r>
      <w:r>
        <w:rPr>
          <w:sz w:val="20"/>
        </w:rPr>
        <w:t>25:53  sirf ek ped ka bataya ke is phal ko mat mat khana, is ped ka phal mat khana. lekin woh shaitan ne unko bahkaya aur woh shaitan ne kaha ke tum is phal ko khake tum ek tumhari eternal life tumhari ho jayegi. is wajah se allah taala ne mana kar diya hai. to baharhal, shaitan ne bahkaya, woh bahak gaye aur unhone aur unki hawwa ne dono ne woh woh phal kha liya. phir</w:t>
      </w:r>
      <w:r>
        <w:br/>
      </w:r>
      <w:r>
        <w:rPr>
          <w:sz w:val="20"/>
        </w:rPr>
        <w:t>26:21  allah taala ne unko jannat se nikal kar is duniya mein bhej diya. to pehle to yahi tha allah taala ne ke jo bhi insan hoga, woh seedhe jannat mein hi jayega. lekin hazrat adam ke baad jo tajurba hua, to us se yeh hua ke duniya mein insan ko bheja jaye aur wahan par uska selection ho</w:t>
      </w:r>
      <w:r>
        <w:br/>
      </w:r>
      <w:r>
        <w:rPr>
          <w:sz w:val="20"/>
        </w:rPr>
        <w:t>26:44  । to select hone ke baad jo is qabil thehrega jannat mein jane ke, to wahi jannat mein usko bheja jayega. to to hamara birth right nahi hai paradise, balki hamare amal par depend karega ke hamein paradise milti hai ke nahi milti hai. to sab se badi cheez jo is mein hai, woh humko apni khwahish par control karna hai. sare masle hi desires se paida hota hai.</w:t>
      </w:r>
      <w:r>
        <w:br/>
      </w:r>
      <w:r>
        <w:rPr>
          <w:sz w:val="20"/>
        </w:rPr>
        <w:t>27:11  to desires par hum control nahi kar pate, to hum har galat kaam karte hain. aur desire hi ke zariye se shaitan hamare andar dakhil hota hai aur hamein bahkata hai. to kaha jata hai ke ek hadees ke mutabiq, jab allah taala ne adam ko paida kiya, to shaitan aya aur charon taraf ghoom-ghoom ke dekha. to usne kaha ke yeh isko to main bahut aasani se bahka lunga, iske andar tamal nahi hai.</w:t>
      </w:r>
      <w:r>
        <w:br/>
      </w:r>
      <w:r>
        <w:rPr>
          <w:sz w:val="20"/>
        </w:rPr>
        <w:t>27:37  tamal kehte hain ke self control. tafsir mein bataya gaya ke self control to iske yeh apne aap ko control nahi kar payega. jo desires uske andar ayengi, to woh control nahi kar payega aur woh aasani se bahak jayega. isiliye shaitan ne kaha tha ke main tamam logon ko bahka dunga, illa ek tere mukhlis bande, yani jin ko tu ne choose kar liya hai, select kar liya hai.</w:t>
      </w:r>
      <w:r>
        <w:br/>
      </w:r>
      <w:r>
        <w:rPr>
          <w:sz w:val="20"/>
        </w:rPr>
        <w:t>28:03  to is par humko bahut zyada serious rakhna hai ke yahi jo khwahishat hain, yahi hamein khuda se door karti hain. aur isi ki wajah se hum apni personality ko ka taskiya nahi kar pate hain.</w:t>
      </w:r>
      <w:r>
        <w:br/>
      </w:r>
      <w:r>
        <w:rPr>
          <w:sz w:val="20"/>
        </w:rPr>
        <w:t>28:18  to hamein apni personality ka taskiya karna hai aur usko muzakka karna hai, uska deconditioning karni hai. usi ke baad hi hum jo hain, is qabil ho jayenge ke hum spirituality ke liye receptive banein. to iske liye bahut zyada zaroori hai ke hum khuda ki pakad se bachein. kyunke tamam insan jo hain, woh khuda ke aage accountable honge.</w:t>
      </w:r>
      <w:r>
        <w:br/>
      </w:r>
      <w:r>
        <w:rPr>
          <w:sz w:val="20"/>
        </w:rPr>
        <w:t>28:43  jo kuch bhi amal humne is duniya mein kiya hai, woh khuda ke yahan, uske liye hamein jawabdehi karni hogi. to yeh cheez bahut zyada hamare andar gehrai se iska ehsas hoga, tabhi hum ab bachenge har galat kaam se. aur doosri, har doosri cheez mein se dilchaspi khatam karni hogi. kyunke doosri cheezein distraction hain.</w:t>
      </w:r>
      <w:r>
        <w:br/>
      </w:r>
      <w:r>
        <w:rPr>
          <w:sz w:val="20"/>
        </w:rPr>
        <w:t>29:07  sirf zaroorat ke kaam hamein karne hain duniya mein aur baqi jitna bhi hamein waqt milta hai, jitna bhi hamare paas resources hain, usko hamein allah ki rah mein istemal karna hai, allah ke liye kaam karna hai. to isi ke zariye se hamein allah ki marifat hasil hogi. aur kehte hain ke jab hamari aisi ek spiritual life hum jiyenge, to hamein is duniya mein hamein aisa lagega jaise hum jannat ko dekh rahe hain.</w:t>
      </w:r>
    </w:p>
    <w:p>
      <w:pPr>
        <w:pStyle w:val="Heading2"/>
      </w:pPr>
      <w:r>
        <w:t>Musa asks how Adam's children can ever thank God</w:t>
      </w:r>
    </w:p>
    <w:p>
      <w:r>
        <w:rPr>
          <w:color w:val="666666"/>
          <w:sz w:val="18"/>
        </w:rPr>
        <w:t>Asma-e-Husna and Ism-e-Azam February 12, 2023 · 52s · at 28:09 · https://youtu.be/IkYHdIFdUy4?t=1689</w:t>
      </w:r>
    </w:p>
    <w:p>
      <w:r>
        <w:rPr>
          <w:i/>
        </w:rPr>
        <w:t>“Musa asked: how can Adam's children ever thank You?”</w:t>
      </w:r>
    </w:p>
    <w:p>
      <w:r>
        <w:rPr>
          <w:sz w:val="20"/>
        </w:rPr>
        <w:t>28:09  shukr ke ta'alluq se ek hadith, hadith ya ya asar keh lijiye, woh yeh hai jo bohat hi shukr ke waqiyat ko illustrate karta hai ke Musa Alaihissalam ne kaha: "Aye Rab!</w:t>
      </w:r>
      <w:r>
        <w:br/>
      </w:r>
      <w:r>
        <w:rPr>
          <w:sz w:val="20"/>
        </w:rPr>
        <w:t>28:21  Adam kaise istata'at rakhte hain ke tera shukr ada karen jo tu ne un ke liye kiya</w:t>
      </w:r>
      <w:r>
        <w:br/>
      </w:r>
      <w:r>
        <w:rPr>
          <w:sz w:val="20"/>
        </w:rPr>
        <w:t>28:26  ? Tu ne is ko apne hath se paida kiya, is mein apni rooh phoonki, aur is ko jannat mein dakhil kiya, aur farishte ko hukum diya ke woh sajda kare, to unhon ne sajda kiya." To Allah Ta'ala ne kaha: "Aye Musa!</w:t>
      </w:r>
      <w:r>
        <w:br/>
      </w:r>
      <w:r>
        <w:rPr>
          <w:sz w:val="20"/>
        </w:rPr>
        <w:t>28:40  jab unhon ne jaana meri is nemmat ko, aur us par us ne meri hamd ki, mujhe yaad kiya, to yeh is ka shukr hai jo maine us par ehsan kiya." To aap ne jo kaha, bilkul sahi baat hai, apa ke Allah Ta'ala ko hum kuch de nahi sakte, sirf yeh ke us ki nemmaton ko yaad karein, aur us par hum us ka shukr ada karein, apne dil mein us ko acknowledge karein ke yeh dene wala hai.</w:t>
      </w:r>
    </w:p>
    <w:p>
      <w:pPr>
        <w:pStyle w:val="Heading2"/>
      </w:pPr>
      <w:r>
        <w:t>Who really built the Kaaba: Adam or Ibrahim</w:t>
      </w:r>
    </w:p>
    <w:p>
      <w:r>
        <w:rPr>
          <w:color w:val="666666"/>
          <w:sz w:val="18"/>
        </w:rPr>
        <w:t>Hajj In the Footsteps of Prophet Ibrahim June 16, 2024 · 49s · at 27:17 · https://youtu.be/wAMsw43dhmg?t=1637</w:t>
      </w:r>
    </w:p>
    <w:p>
      <w:r>
        <w:rPr>
          <w:i/>
        </w:rPr>
        <w:t>“When we look into Islamic history, Adam built the Kaaba first”</w:t>
      </w:r>
    </w:p>
    <w:p>
      <w:r>
        <w:rPr>
          <w:sz w:val="20"/>
        </w:rPr>
        <w:t>27:17  kaba. so, when we look into the islamic history, we find that adam alaihissalam was the first one who built the kaba. and then it was reconstructed by prophet ibrahim and prophet ismail. and there are references in hadith and in quran. so, i wanted to understand from you, doctor sahib, ki aap iske bare mein bataye that how did really the building of kaba come about. iske bare mein bataye.</w:t>
      </w:r>
      <w:r>
        <w:br/>
      </w:r>
      <w:r>
        <w:rPr>
          <w:sz w:val="20"/>
        </w:rPr>
        <w:t>27:44  about adam alaihissalam building the kaba, that is a weak narration. okay, ya this is not authentic. ji, kaba was build by ibrahim alaihissalam, that is for sure. ji, and a when ibrahim grew, one day, is when, when ismail grew, one day, ibrahim alaihissalam came to makkah,</w:t>
      </w:r>
    </w:p>
    <w:p>
      <w:pPr>
        <w:pStyle w:val="Heading2"/>
      </w:pPr>
      <w:r>
        <w:t>How Adam's repentance transformed him into a prophet</w:t>
      </w:r>
    </w:p>
    <w:p>
      <w:r>
        <w:rPr>
          <w:color w:val="666666"/>
          <w:sz w:val="18"/>
        </w:rPr>
        <w:t>Materialism and Intellectual Dwarfism 29th April 2012 · 5m 20s · at 50:01 · https://youtu.be/qHzARL_r3I4?t=3001</w:t>
      </w:r>
    </w:p>
    <w:p>
      <w:r>
        <w:rPr>
          <w:i/>
        </w:rPr>
        <w:t>“Hazrat Adam alaihissalam jannat mein rakhe gaye”</w:t>
      </w:r>
    </w:p>
    <w:p>
      <w:r>
        <w:rPr>
          <w:sz w:val="20"/>
        </w:rPr>
        <w:t>50:01  dekhen, is mein ek baat mein yeh bhi arz kar doon ke is ka matlab yeh nahi ke insan koi perfect ho sakta hai. insan se ghaltiyan hongi, insan se ghaltiyan hongi aur ghaltiyan khud bhi matloob hain.</w:t>
      </w:r>
      <w:r>
        <w:br/>
      </w:r>
      <w:r>
        <w:rPr>
          <w:sz w:val="20"/>
        </w:rPr>
        <w:t>50:18  hadees mein aata hai ke agar insan ghalti na kare toh Allah taala ek aur makhlooq paida karega jo ghalti kare aur toba kare, ghalti kare aur Allah se maafi mangay.</w:t>
      </w:r>
      <w:r>
        <w:br/>
      </w:r>
      <w:r>
        <w:rPr>
          <w:sz w:val="20"/>
        </w:rPr>
        <w:t>50:30  yeh bhi dekhen, saada baat nahi hai. yaani ghalti kar ke toba karne ka matlab kya hai?</w:t>
      </w:r>
      <w:r>
        <w:br/>
      </w:r>
      <w:r>
        <w:rPr>
          <w:sz w:val="20"/>
        </w:rPr>
        <w:t>50:39  yeh bhi saada baat nahi hai. yeh ek nai shakhsiyat emerge karti hai, ek nai shakhsiyat emerge karti hai.</w:t>
      </w:r>
      <w:r>
        <w:br/>
      </w:r>
      <w:r>
        <w:rPr>
          <w:sz w:val="20"/>
        </w:rPr>
        <w:t>50:49  jab aap se ghalti ho gayi aur phir repentance aaya, aap bohat ziyada muhasba kiya, aap ne bohat intiha spection kiya, aap ne toh sari andar ki faculties aap ki jaag parti hain</w:t>
      </w:r>
      <w:r>
        <w:br/>
      </w:r>
      <w:r>
        <w:rPr>
          <w:sz w:val="20"/>
        </w:rPr>
        <w:t>51:00  aur ek nai shakhsiyat emerge karti hai aap ke andar. is ki misaal mein doon ga aap ko. Hazrat Adam علیہ السلام jannat mein rakhe gaye.</w:t>
      </w:r>
      <w:r>
        <w:br/>
      </w:r>
      <w:r>
        <w:rPr>
          <w:sz w:val="20"/>
        </w:rPr>
        <w:t>51:11  Allah taala ne barah e rast un ko hukum diya ke jannat mein tum azad ho, jo chahe kha piyo lekin is darakht ke pas mat jana, is darakht ka phal mat khana.</w:t>
      </w:r>
      <w:r>
        <w:br/>
      </w:r>
      <w:r>
        <w:rPr>
          <w:sz w:val="20"/>
        </w:rPr>
        <w:t>51:24  ek darakht</w:t>
      </w:r>
      <w:r>
        <w:br/>
      </w:r>
      <w:r>
        <w:rPr>
          <w:sz w:val="20"/>
        </w:rPr>
        <w:t>51:27  toh ek barah e rast un ko hukum diya gaya tha lekin unhon ne ghalti ki aur is darakht ka phal kha liya ja kar ke.</w:t>
      </w:r>
      <w:r>
        <w:br/>
      </w:r>
      <w:r>
        <w:rPr>
          <w:sz w:val="20"/>
        </w:rPr>
        <w:t>51:37  to zahir hai ke ek bahut badi ghalati thi, ek gunah ka feal tha. lekin phir aata hai hadithon mein, quran mein bhi ke un ko repentance hua aur rote rahe bahut dinon tak.</w:t>
      </w:r>
      <w:r>
        <w:br/>
      </w:r>
      <w:r>
        <w:rPr>
          <w:sz w:val="20"/>
        </w:rPr>
        <w:t>51:51  woh bahut zyada yaani transposition kiya unhon ne</w:t>
      </w:r>
      <w:r>
        <w:br/>
      </w:r>
      <w:r>
        <w:rPr>
          <w:sz w:val="20"/>
        </w:rPr>
        <w:t>51:56  to Allah taala ne maaf kar diya. sirf maafi nahi kiya balkeh Allah taala ne un ko pehla peghambar banaya.</w:t>
      </w:r>
      <w:r>
        <w:br/>
      </w:r>
      <w:r>
        <w:rPr>
          <w:sz w:val="20"/>
        </w:rPr>
        <w:t>52:06  is par maine socha to ek ek bahut ajeeb baat daryaft hui ke repentance ya tauba jo hai, woh ek nai shakhsiyat emerge karne ka zariya hai.</w:t>
      </w:r>
      <w:r>
        <w:br/>
      </w:r>
      <w:r>
        <w:rPr>
          <w:sz w:val="20"/>
        </w:rPr>
        <w:t>52:18  ek fasla hoga Hazrat Adam ke is is is phal ko khane mein aur phir Hazrat Adam ko prophet banane mein.</w:t>
      </w:r>
      <w:r>
        <w:br/>
      </w:r>
      <w:r>
        <w:rPr>
          <w:sz w:val="20"/>
        </w:rPr>
        <w:t>52:30  ek fasla hoga jis waqt Hazrat Adam ne phal khaya tha, us waqt wale Adam nahi rahe honge us waqt jab keh unhein peghambar banaya gaya.</w:t>
      </w:r>
      <w:r>
        <w:br/>
      </w:r>
      <w:r>
        <w:rPr>
          <w:sz w:val="20"/>
        </w:rPr>
        <w:t>52:42  unki unke andar ek naya, ek ek nai shakhsiyat emerge ki hogi, nai soch aayi hogi, naye jazbat aaye honge, nai personality bani hogi.</w:t>
      </w:r>
      <w:r>
        <w:br/>
      </w:r>
      <w:r>
        <w:rPr>
          <w:sz w:val="20"/>
        </w:rPr>
        <w:t>52:54  ek ek naya insan ubhra hoga unke andar to woh Allah ki nazar mein is qabil thehra hoga keh un ko peghambar banwa diya jaye.</w:t>
      </w:r>
      <w:r>
        <w:br/>
      </w:r>
      <w:r>
        <w:rPr>
          <w:sz w:val="20"/>
        </w:rPr>
        <w:t>53:04  to jab aap se koi khata hoti hai aur aap ke andar repentance aata hai, aap tauba karte hain to saada baat nahi hai. yeh</w:t>
      </w:r>
      <w:r>
        <w:br/>
      </w:r>
      <w:r>
        <w:rPr>
          <w:sz w:val="20"/>
        </w:rPr>
        <w:t>53:11  is ka matlab bhi hai keh ek shakhsiyat nai aap ke upar utarti hai jo itna ho sakta hai, itna badh sakti hai keh aap ko Khuda ab to peghambari khatam ho gayi hai lekin aap ko koi bada darja Allah taala de de.</w:t>
      </w:r>
      <w:r>
        <w:br/>
      </w:r>
      <w:r>
        <w:rPr>
          <w:sz w:val="20"/>
        </w:rPr>
        <w:t>53:28  yaani Hazrat Adam ki misaal jo hai, bahut ajeeb misaal hai</w:t>
      </w:r>
      <w:r>
        <w:br/>
      </w:r>
      <w:r>
        <w:rPr>
          <w:sz w:val="20"/>
        </w:rPr>
        <w:t>53:32  keh ghalati kar ke agar aadmi tauba karta hai to us ke andar us shakhsiyat mein ek naya process shuru hota hai. ek naya process</w:t>
      </w:r>
      <w:r>
        <w:br/>
      </w:r>
      <w:r>
        <w:rPr>
          <w:sz w:val="20"/>
        </w:rPr>
        <w:t>53:44  tauba agar karta hai aadmi to</w:t>
      </w:r>
      <w:r>
        <w:br/>
      </w:r>
      <w:r>
        <w:rPr>
          <w:sz w:val="20"/>
        </w:rPr>
        <w:t>53:47  uski soch, uske jazbat, uske saare sari faculties mein ek naya direction aa jata hai.</w:t>
      </w:r>
      <w:r>
        <w:br/>
      </w:r>
      <w:r>
        <w:rPr>
          <w:sz w:val="20"/>
        </w:rPr>
        <w:t>53:59  aur hote hote yeh process apni takmeel mein pahunch kar ke Hazrat Adam ke liye bana ke woh peghambar bana diye gaye. aam insan ke liye hoga, us ko bhi koi bahut bada Allah taala ki taraf se maqam mil jayega.</w:t>
      </w:r>
      <w:r>
        <w:br/>
      </w:r>
      <w:r>
        <w:rPr>
          <w:sz w:val="20"/>
        </w:rPr>
        <w:t>54:12  to kaisi ajeeb baat hai, yeh tauba mein chhupi hui hai.</w:t>
      </w:r>
      <w:r>
        <w:br/>
      </w:r>
      <w:r>
        <w:rPr>
          <w:sz w:val="20"/>
        </w:rPr>
        <w:t>54:21  to hum mein se har shakhs ko yeh karna hai keh apna apna apna khud apna nigahban ban jaye,</w:t>
      </w:r>
      <w:r>
        <w:br/>
      </w:r>
      <w:r>
        <w:rPr>
          <w:sz w:val="20"/>
        </w:rPr>
        <w:t>54:30  apna nigahban ban</w:t>
      </w:r>
      <w:r>
        <w:br/>
      </w:r>
      <w:r>
        <w:rPr>
          <w:sz w:val="20"/>
        </w:rPr>
        <w:t>54:31  jaye, apne aap ko jannati shakhsiyat banne ka koi dhaan sawaar ho jaye us ke liye. dhaan! aur jab ghalati ho to foran tauba kare, woh ghalati ho to foran woh apna muhasiba kare.</w:t>
      </w:r>
      <w:r>
        <w:br/>
      </w:r>
      <w:r>
        <w:rPr>
          <w:sz w:val="20"/>
        </w:rPr>
        <w:t>54:43  woh asal cheez yaad rakhiye, Allah ki shariyat mein asal cheez yeh nahi keh aap ghalati na karein, harghiz nahi.</w:t>
      </w:r>
      <w:r>
        <w:br/>
      </w:r>
      <w:r>
        <w:rPr>
          <w:sz w:val="20"/>
        </w:rPr>
        <w:t>54:51  asal cheez hai ghalati pe israr, yaani ghalati kar ke isi par israr karna. aap</w:t>
      </w:r>
      <w:r>
        <w:br/>
      </w:r>
      <w:r>
        <w:rPr>
          <w:sz w:val="20"/>
        </w:rPr>
        <w:t>54:57  sharmindagi na ho, repentance na ho, dhattayi aap ke andar rahe, sarkash bane rahein. aap yeh asal ghalati hai. to yeh kabhi mumkin nahi hai keh insan ghalati na kare.</w:t>
      </w:r>
      <w:r>
        <w:br/>
      </w:r>
      <w:r>
        <w:rPr>
          <w:sz w:val="20"/>
        </w:rPr>
        <w:t>55:12  hadith mein aata hai keh kul banu Adam khattaun aur phir yeh bhi hai keh wa khairul khataeen at tawwaboon</w:t>
      </w:r>
    </w:p>
    <w:p>
      <w:pPr>
        <w:pStyle w:val="Heading2"/>
      </w:pPr>
      <w:r>
        <w:t>Adam and Eve's forbidden-tree test explained psychologically</w:t>
      </w:r>
    </w:p>
    <w:p>
      <w:r>
        <w:rPr>
          <w:color w:val="666666"/>
          <w:sz w:val="18"/>
        </w:rPr>
        <w:t>Between Hell and Paradise January 27, 2013 · 2m 17s · at 5:29 · https://youtu.be/0IItFxGXPQ4?t=329</w:t>
      </w:r>
    </w:p>
    <w:p>
      <w:r>
        <w:rPr>
          <w:i/>
        </w:rPr>
        <w:t>“Allah ne Aadam ko jannat mein aabaad kiya”</w:t>
      </w:r>
    </w:p>
    <w:p>
      <w:r>
        <w:rPr>
          <w:sz w:val="20"/>
        </w:rPr>
        <w:t>5:29  aap jante hain ke Allah taala ne jab adam, yaani pehle insan ko banaya, to us ko jannat mein abad kiya.</w:t>
      </w:r>
      <w:r>
        <w:br/>
      </w:r>
      <w:r>
        <w:rPr>
          <w:sz w:val="20"/>
        </w:rPr>
        <w:t>5:40  jannat mein.</w:t>
      </w:r>
      <w:r>
        <w:br/>
      </w:r>
      <w:r>
        <w:rPr>
          <w:sz w:val="20"/>
        </w:rPr>
        <w:t>5:42  quran mein bataya gaya hai ke Allah taala ne kaha ke poori jannat tumhare liye hai.</w:t>
      </w:r>
      <w:r>
        <w:br/>
      </w:r>
      <w:r>
        <w:rPr>
          <w:sz w:val="20"/>
        </w:rPr>
        <w:t>5:50  "wa kulo raghadan haythu shaitana" . lekin wahan par aik darakht tha jo shajar mamnooa tha, yaani forbidden tree.</w:t>
      </w:r>
      <w:r>
        <w:br/>
      </w:r>
      <w:r>
        <w:rPr>
          <w:sz w:val="20"/>
        </w:rPr>
        <w:t>6:03  to farmaya ke "la taqrbaha hathi alshajarata fatqawna min althalimina" . yaani adam aur hawa dono se kaha ke tum dono, jannat poori tum dono ke liye khuli hui hai, lekin is darakht ke paas tum dono mat jana,</w:t>
      </w:r>
      <w:r>
        <w:br/>
      </w:r>
      <w:r>
        <w:rPr>
          <w:sz w:val="20"/>
        </w:rPr>
        <w:t>6:19  warna tum zalim ho jaoge.</w:t>
      </w:r>
      <w:r>
        <w:br/>
      </w:r>
      <w:r>
        <w:rPr>
          <w:sz w:val="20"/>
        </w:rPr>
        <w:t>6:24  is ka matlab kya hai? achha, amalan kya hua?</w:t>
      </w:r>
      <w:r>
        <w:br/>
      </w:r>
      <w:r>
        <w:rPr>
          <w:sz w:val="20"/>
        </w:rPr>
        <w:t>6:30  ke adam aur hawa dono bohat dinon tak sochte rahe ke yeh darakht kya hai, yeh darakht kya hai, yeh darakht kya hai. yahan tak ke ek din ja kar unhon ne is darakht ka phal kha liya.</w:t>
      </w:r>
      <w:r>
        <w:br/>
      </w:r>
      <w:r>
        <w:rPr>
          <w:sz w:val="20"/>
        </w:rPr>
        <w:t>6:42  yeh tha demonstration. yani</w:t>
      </w:r>
      <w:r>
        <w:br/>
      </w:r>
      <w:r>
        <w:rPr>
          <w:sz w:val="20"/>
        </w:rPr>
        <w:t>6:49  insan ka jo nature hai, woh bohat hi zyada ideal ko pasand karta hai, profession ko pasand karta hai.</w:t>
      </w:r>
      <w:r>
        <w:br/>
      </w:r>
      <w:r>
        <w:rPr>
          <w:sz w:val="20"/>
        </w:rPr>
        <w:t>7:01  yani woh chahta hai ke sab kuch mujhe mile.</w:t>
      </w:r>
      <w:r>
        <w:br/>
      </w:r>
      <w:r>
        <w:rPr>
          <w:sz w:val="20"/>
        </w:rPr>
        <w:t>7:05  is nature ki wajah se aisa ho jata hai ke insan ka focus chala jata hai is cheez par jis ne use kho rakha hai. yani mile hue par focus na ho kar focus chala jata hai kahan?</w:t>
      </w:r>
      <w:r>
        <w:br/>
      </w:r>
      <w:r>
        <w:rPr>
          <w:sz w:val="20"/>
        </w:rPr>
        <w:t>7:18  jo nahi mila hai. to adam aur hawa ko poori jannat mili hui thi, ek darakht nahi mila tha.</w:t>
      </w:r>
      <w:r>
        <w:br/>
      </w:r>
      <w:r>
        <w:rPr>
          <w:sz w:val="20"/>
        </w:rPr>
        <w:t>7:28  to un ka focus hat gaya.</w:t>
      </w:r>
      <w:r>
        <w:br/>
      </w:r>
      <w:r>
        <w:rPr>
          <w:sz w:val="20"/>
        </w:rPr>
        <w:t>7:32  mile hue par focus na ho kar chala gaya focus, na mile hue par. aur is ke nateejay mein kya hua? ke zalim thehre woh, jannat se nikalna pada un ko.</w:t>
      </w:r>
    </w:p>
    <w:p>
      <w:pPr>
        <w:pStyle w:val="Heading2"/>
      </w:pPr>
      <w:r>
        <w:t>Adam's repentance as the model Muslims must follow</w:t>
      </w:r>
    </w:p>
    <w:p>
      <w:r>
        <w:rPr>
          <w:color w:val="666666"/>
          <w:sz w:val="18"/>
        </w:rPr>
        <w:t>Between Hell and Paradise January 27, 2013 · 1m 29s · at 51:06 · https://youtu.be/0IItFxGXPQ4?t=3066</w:t>
      </w:r>
    </w:p>
    <w:p>
      <w:r>
        <w:rPr>
          <w:i/>
        </w:rPr>
        <w:t>“Repentance aaya, wo rone lage, maafi maangne lage”</w:t>
      </w:r>
    </w:p>
    <w:p>
      <w:r>
        <w:rPr>
          <w:sz w:val="20"/>
        </w:rPr>
        <w:t>51:06  repentance aaya, woh rone lage, allah se maafi mangne lage. to allah taala ne un ko ek ek dua ki talqeen ki.</w:t>
      </w:r>
      <w:r>
        <w:br/>
      </w:r>
      <w:r>
        <w:rPr>
          <w:sz w:val="20"/>
        </w:rPr>
        <w:t>51:16  quran mein bataya gaya hai:</w:t>
      </w:r>
      <w:r>
        <w:br/>
      </w:r>
      <w:r>
        <w:rPr>
          <w:sz w:val="20"/>
        </w:rPr>
        <w:t>51:18  rabbana zalamna anfusana wa lum taghfir lana wa tarhamna link naml al-khasireen yeh tasniya ka seigha hai, yani hum dono ne, aye allah, hum dono ne, woh adam aur hawa ne ghalti ki, hum ko maaf kar de.</w:t>
      </w:r>
      <w:r>
        <w:br/>
      </w:r>
      <w:r>
        <w:rPr>
          <w:sz w:val="20"/>
        </w:rPr>
        <w:t>51:34  yahi waqt tha is musalmanon ka. is waqt</w:t>
      </w:r>
      <w:r>
        <w:br/>
      </w:r>
      <w:r>
        <w:rPr>
          <w:sz w:val="20"/>
        </w:rPr>
        <w:t>51:37  saari duniya ke musalmanon ko hazrat adam ki sunnat ko amal karna hai. saari duniya ke musalman, chahe falasteen ke hon, chahe kashmir ke hon, chahe bosnia ke hon, chahe chechnya ke hon, chahe is ke hon ya wasat ke hon, waqt aa gaya hai ke sab log hazrat adam ki sunnat ko dohraein.</w:t>
      </w:r>
      <w:r>
        <w:br/>
      </w:r>
      <w:r>
        <w:rPr>
          <w:sz w:val="20"/>
        </w:rPr>
        <w:t>51:55  kahein ke khudaaya, hum ne ghalti ki, hum jhooti ladai mein phanse rahe, hum se ghalti hui ke hum itna zyada tum ne de rakha tha hum ko, is ko hum ne bhula diya.</w:t>
      </w:r>
      <w:r>
        <w:br/>
      </w:r>
      <w:r>
        <w:rPr>
          <w:sz w:val="20"/>
        </w:rPr>
        <w:t>52:05  chand ek item jo nahi mile the, usi ko focus kar diya. yeh hamara zulm tha, hamein allah maaf kar de. hum nayi planning karte hain aur naye dhang se apni apna sargarmian chalayenge.</w:t>
      </w:r>
      <w:r>
        <w:br/>
      </w:r>
      <w:r>
        <w:rPr>
          <w:sz w:val="20"/>
        </w:rPr>
        <w:t>52:23  yahi wahid cheez hai jis ko musalmanon ko amal karna padega, nahi to tabahi, tabahi duniya mein bhi to aakhirat tabahi hai.</w:t>
      </w:r>
    </w:p>
    <w:p>
      <w:pPr>
        <w:pStyle w:val="Heading2"/>
      </w:pPr>
      <w:r>
        <w:t>Adam and Eve's expulsion: the full demonstration of focus</w:t>
      </w:r>
    </w:p>
    <w:p>
      <w:r>
        <w:rPr>
          <w:color w:val="666666"/>
          <w:sz w:val="18"/>
        </w:rPr>
        <w:t>Between Hell and Paradise January 27, 2013 · 4m 16s · at 5:29 · https://youtu.be/0IItFxGXPQ4?t=329</w:t>
      </w:r>
    </w:p>
    <w:p>
      <w:r>
        <w:rPr>
          <w:i/>
        </w:rPr>
        <w:t>“Allah ne Aadam ko jannat mein aabaad kiya”</w:t>
      </w:r>
    </w:p>
    <w:p>
      <w:r>
        <w:rPr>
          <w:sz w:val="20"/>
        </w:rPr>
        <w:t>5:29  aap jante hain ke Allah taala ne jab adam, yaani pehle insan ko banaya, to us ko jannat mein abad kiya.</w:t>
      </w:r>
      <w:r>
        <w:br/>
      </w:r>
      <w:r>
        <w:rPr>
          <w:sz w:val="20"/>
        </w:rPr>
        <w:t>5:40  jannat mein.</w:t>
      </w:r>
      <w:r>
        <w:br/>
      </w:r>
      <w:r>
        <w:rPr>
          <w:sz w:val="20"/>
        </w:rPr>
        <w:t>5:42  quran mein bataya gaya hai ke Allah taala ne kaha ke poori jannat tumhare liye hai.</w:t>
      </w:r>
      <w:r>
        <w:br/>
      </w:r>
      <w:r>
        <w:rPr>
          <w:sz w:val="20"/>
        </w:rPr>
        <w:t>5:50  "wa kulo raghadan haythu shaitana" . lekin wahan par aik darakht tha jo shajar mamnooa tha, yaani forbidden tree.</w:t>
      </w:r>
      <w:r>
        <w:br/>
      </w:r>
      <w:r>
        <w:rPr>
          <w:sz w:val="20"/>
        </w:rPr>
        <w:t>6:03  to farmaya ke "la taqrbaha hathi alshajarata fatqawna min althalimina" . yaani adam aur hawa dono se kaha ke tum dono, jannat poori tum dono ke liye khuli hui hai, lekin is darakht ke paas tum dono mat jana,</w:t>
      </w:r>
      <w:r>
        <w:br/>
      </w:r>
      <w:r>
        <w:rPr>
          <w:sz w:val="20"/>
        </w:rPr>
        <w:t>6:19  warna tum zalim ho jaoge.</w:t>
      </w:r>
      <w:r>
        <w:br/>
      </w:r>
      <w:r>
        <w:rPr>
          <w:sz w:val="20"/>
        </w:rPr>
        <w:t>6:24  is ka matlab kya hai? achha, amalan kya hua?</w:t>
      </w:r>
      <w:r>
        <w:br/>
      </w:r>
      <w:r>
        <w:rPr>
          <w:sz w:val="20"/>
        </w:rPr>
        <w:t>6:30  ke adam aur hawa dono bohat dinon tak sochte rahe ke yeh darakht kya hai, yeh darakht kya hai, yeh darakht kya hai. yahan tak ke ek din ja kar unhon ne is darakht ka phal kha liya.</w:t>
      </w:r>
      <w:r>
        <w:br/>
      </w:r>
      <w:r>
        <w:rPr>
          <w:sz w:val="20"/>
        </w:rPr>
        <w:t>6:42  yeh tha demonstration. yani</w:t>
      </w:r>
      <w:r>
        <w:br/>
      </w:r>
      <w:r>
        <w:rPr>
          <w:sz w:val="20"/>
        </w:rPr>
        <w:t>6:49  insan ka jo nature hai, woh bohat hi zyada ideal ko pasand karta hai, profession ko pasand karta hai.</w:t>
      </w:r>
      <w:r>
        <w:br/>
      </w:r>
      <w:r>
        <w:rPr>
          <w:sz w:val="20"/>
        </w:rPr>
        <w:t>7:01  yani woh chahta hai ke sab kuch mujhe mile.</w:t>
      </w:r>
      <w:r>
        <w:br/>
      </w:r>
      <w:r>
        <w:rPr>
          <w:sz w:val="20"/>
        </w:rPr>
        <w:t>7:05  is nature ki wajah se aisa ho jata hai ke insan ka focus chala jata hai is cheez par jis ne use kho rakha hai. yani mile hue par focus na ho kar focus chala jata hai kahan?</w:t>
      </w:r>
      <w:r>
        <w:br/>
      </w:r>
      <w:r>
        <w:rPr>
          <w:sz w:val="20"/>
        </w:rPr>
        <w:t>7:18  jo nahi mila hai. to adam aur hawa ko poori jannat mili hui thi, ek darakht nahi mila tha.</w:t>
      </w:r>
      <w:r>
        <w:br/>
      </w:r>
      <w:r>
        <w:rPr>
          <w:sz w:val="20"/>
        </w:rPr>
        <w:t>7:28  to un ka focus hat gaya.</w:t>
      </w:r>
      <w:r>
        <w:br/>
      </w:r>
      <w:r>
        <w:rPr>
          <w:sz w:val="20"/>
        </w:rPr>
        <w:t>7:32  mile hue par focus na ho kar chala gaya focus, na mile hue par. aur is ke nateejay mein kya hua? ke zalim thehre woh, jannat se nikalna pada un ko.</w:t>
      </w:r>
      <w:r>
        <w:br/>
      </w:r>
      <w:r>
        <w:rPr>
          <w:sz w:val="20"/>
        </w:rPr>
        <w:t>7:46  yahi tha demonstration. insan ko Allah taala ne banaya hai, idealist. kyun? taake musalsal taur par is ke andar thinking process jari rahe.</w:t>
      </w:r>
      <w:r>
        <w:br/>
      </w:r>
      <w:r>
        <w:rPr>
          <w:sz w:val="20"/>
        </w:rPr>
        <w:t>7:59  musalsal taur par. yani woh jo cheez matloob hai, woh thinking level par matloob hai. aur apni thinking ko aur badhao, apna intellectual development aur karo.</w:t>
      </w:r>
      <w:r>
        <w:br/>
      </w:r>
      <w:r>
        <w:rPr>
          <w:sz w:val="20"/>
        </w:rPr>
        <w:t>8:15  to intellectual development ya spiritual development ka ek perpetual process, ek musalsal process, taraqqi ke liye yeh matloob hai.</w:t>
      </w:r>
      <w:r>
        <w:br/>
      </w:r>
      <w:r>
        <w:rPr>
          <w:sz w:val="20"/>
        </w:rPr>
        <w:t>8:31  har waqt aap sochein, har waqt koi naya item daryaft karein. har waqt koi naya item aap daryaft karein jis se aap ka zehni ertaqa ho.</w:t>
      </w:r>
      <w:r>
        <w:br/>
      </w:r>
      <w:r>
        <w:rPr>
          <w:sz w:val="20"/>
        </w:rPr>
        <w:t>8:42  lekin yeh is ka misuse hai ke aadmi is ko kahan kar deta hai? na mile hue material item par. yani intellectual level par jo cheez matloob hai, us ko woh material level par chahne lagta hai ke mujhe mile.</w:t>
      </w:r>
      <w:r>
        <w:br/>
      </w:r>
      <w:r>
        <w:rPr>
          <w:sz w:val="20"/>
        </w:rPr>
        <w:t>9:02  to adam ko yeh mauqa tha ke intellectual level par woh khoob sochein, khoob zehni ertaqa karein. lekin un ka zehn atak gaya kahan?</w:t>
      </w:r>
      <w:r>
        <w:br/>
      </w:r>
      <w:r>
        <w:rPr>
          <w:sz w:val="20"/>
        </w:rPr>
        <w:t>9:15  ek material cheez par, yani ek ek darakht par. zehni ertaqa ruk gaya. aur ek darakht jo ek material cheez thi, us par un ka focus chala gaya.</w:t>
      </w:r>
      <w:r>
        <w:br/>
      </w:r>
      <w:r>
        <w:rPr>
          <w:sz w:val="20"/>
        </w:rPr>
        <w:t>9:27  to jannat se nikal diye gaye.</w:t>
      </w:r>
      <w:r>
        <w:br/>
      </w:r>
      <w:r>
        <w:rPr>
          <w:sz w:val="20"/>
        </w:rPr>
        <w:t>9:31  yahi tareekh dohrai ja rahi hai poori nasal mein, insani mein. yeh dunya banai hai Allah taala ne isi tarah ke aadmi ko kuch milega, kuch nahi milega.</w:t>
      </w:r>
    </w:p>
    <w:p>
      <w:pPr>
        <w:pStyle w:val="Heading2"/>
      </w:pPr>
      <w:r>
        <w:t>Adam's repentance and the Quran's loss-and-gain formula for Muslims</w:t>
      </w:r>
    </w:p>
    <w:p>
      <w:r>
        <w:rPr>
          <w:color w:val="666666"/>
          <w:sz w:val="18"/>
        </w:rPr>
        <w:t>Between Hell and Paradise January 27, 2013 · 4m 19s · at 51:06 · https://youtu.be/0IItFxGXPQ4?t=3066</w:t>
      </w:r>
    </w:p>
    <w:p>
      <w:r>
        <w:rPr>
          <w:i/>
        </w:rPr>
        <w:t>“Repentance aaya, wo rone lage, maafi maangne lage”</w:t>
      </w:r>
    </w:p>
    <w:p>
      <w:r>
        <w:rPr>
          <w:sz w:val="20"/>
        </w:rPr>
        <w:t>51:06  repentance aaya, woh rone lage, allah se maafi mangne lage. to allah taala ne un ko ek ek dua ki talqeen ki.</w:t>
      </w:r>
      <w:r>
        <w:br/>
      </w:r>
      <w:r>
        <w:rPr>
          <w:sz w:val="20"/>
        </w:rPr>
        <w:t>51:16  quran mein bataya gaya hai:</w:t>
      </w:r>
      <w:r>
        <w:br/>
      </w:r>
      <w:r>
        <w:rPr>
          <w:sz w:val="20"/>
        </w:rPr>
        <w:t>51:18  rabbana zalamna anfusana wa lum taghfir lana wa tarhamna link naml al-khasireen yeh tasniya ka seigha hai, yani hum dono ne, aye allah, hum dono ne, woh adam aur hawa ne ghalti ki, hum ko maaf kar de.</w:t>
      </w:r>
      <w:r>
        <w:br/>
      </w:r>
      <w:r>
        <w:rPr>
          <w:sz w:val="20"/>
        </w:rPr>
        <w:t>51:34  yahi waqt tha is musalmanon ka. is waqt</w:t>
      </w:r>
      <w:r>
        <w:br/>
      </w:r>
      <w:r>
        <w:rPr>
          <w:sz w:val="20"/>
        </w:rPr>
        <w:t>51:37  saari duniya ke musalmanon ko hazrat adam ki sunnat ko amal karna hai. saari duniya ke musalman, chahe falasteen ke hon, chahe kashmir ke hon, chahe bosnia ke hon, chahe chechnya ke hon, chahe is ke hon ya wasat ke hon, waqt aa gaya hai ke sab log hazrat adam ki sunnat ko dohraein.</w:t>
      </w:r>
      <w:r>
        <w:br/>
      </w:r>
      <w:r>
        <w:rPr>
          <w:sz w:val="20"/>
        </w:rPr>
        <w:t>51:55  kahein ke khudaaya, hum ne ghalti ki, hum jhooti ladai mein phanse rahe, hum se ghalti hui ke hum itna zyada tum ne de rakha tha hum ko, is ko hum ne bhula diya.</w:t>
      </w:r>
      <w:r>
        <w:br/>
      </w:r>
      <w:r>
        <w:rPr>
          <w:sz w:val="20"/>
        </w:rPr>
        <w:t>52:05  chand ek item jo nahi mile the, usi ko focus kar diya. yeh hamara zulm tha, hamein allah maaf kar de. hum nayi planning karte hain aur naye dhang se apni apna sargarmian chalayenge.</w:t>
      </w:r>
      <w:r>
        <w:br/>
      </w:r>
      <w:r>
        <w:rPr>
          <w:sz w:val="20"/>
        </w:rPr>
        <w:t>52:23  yahi wahid cheez hai jis ko musalmanon ko amal karna padega, nahi to tabahi, tabahi duniya mein bhi to aakhirat tabahi hai.</w:t>
      </w:r>
      <w:r>
        <w:br/>
      </w:r>
      <w:r>
        <w:rPr>
          <w:sz w:val="20"/>
        </w:rPr>
        <w:t>52:35  yeh saada baat nahi hai.</w:t>
      </w:r>
      <w:r>
        <w:br/>
      </w:r>
      <w:r>
        <w:rPr>
          <w:sz w:val="20"/>
        </w:rPr>
        <w:t>52:40  musalman koi musalman koi special makhlooq nahi hai. quran mein hai ke laysa bi-amari-kum wa la ni-ahli al-kitab man ya'mal sufa yujza bihi yani yahood agar virtual thinking mein pad jayein to un ki virtual thinking unhein kaam nahi aayegi.</w:t>
      </w:r>
      <w:r>
        <w:br/>
      </w:r>
      <w:r>
        <w:rPr>
          <w:sz w:val="20"/>
        </w:rPr>
        <w:t>53:02  isi tarah musalman agar virtual thinking mein pad jayein to un ki virtual thinking unhein kaam nahi aayegi. jo jaisa karega, woh sab payega. yahan par musalmanon ko bracket kar diya yahood se.</w:t>
      </w:r>
      <w:r>
        <w:br/>
      </w:r>
      <w:r>
        <w:rPr>
          <w:sz w:val="20"/>
        </w:rPr>
        <w:t>53:15  quran ki is ayat mein aap dekhiye, musalmanon ko bracket kar diya yahood se.</w:t>
      </w:r>
      <w:r>
        <w:br/>
      </w:r>
      <w:r>
        <w:rPr>
          <w:sz w:val="20"/>
        </w:rPr>
        <w:t>53:21  to dono ka mamla ek mamla hai. to koi virtual thinking, koi khush aqeedagi, koi khud sakhta aqeedah, yeh kaam nahi aayega.</w:t>
      </w:r>
      <w:r>
        <w:br/>
      </w:r>
      <w:r>
        <w:rPr>
          <w:sz w:val="20"/>
        </w:rPr>
        <w:t>53:36  koi rasta nahi hai musalmanon ke liye ke woh repentance un ke andar paida ho, woh u-turn lein. jis tarah hazrat adam ne u-turn liya,</w:t>
      </w:r>
      <w:r>
        <w:br/>
      </w:r>
      <w:r>
        <w:rPr>
          <w:sz w:val="20"/>
        </w:rPr>
        <w:t>53:48  tab ja kar aisa hoga ke mila hua unhein dikhai dega. jo mila hua hai, woh unhein dikhai dega. phir un ka shukr jaagega.</w:t>
      </w:r>
      <w:r>
        <w:br/>
      </w:r>
      <w:r>
        <w:rPr>
          <w:sz w:val="20"/>
        </w:rPr>
        <w:t>54:01  to quran ke mutabiq two point formula hai, yeh two point formula: na mile hue par sabr, mile hue par shukr.</w:t>
      </w:r>
      <w:r>
        <w:br/>
      </w:r>
      <w:r>
        <w:rPr>
          <w:sz w:val="20"/>
        </w:rPr>
        <w:t>54:11  yeh two point formula hai, yeh</w:t>
      </w:r>
      <w:r>
        <w:br/>
      </w:r>
      <w:r>
        <w:rPr>
          <w:sz w:val="20"/>
        </w:rPr>
        <w:t>54:15  ke duniya mein lazman kuch na kuch aap khoyenge. wa la nablu-wannakum bi-shay-in min al-khawfi wal-ju'i wa naks-in min al-amwali wal-afsi wath-thamarati wa bash-shir-is-sabireen alladheena idha asabat-hum musibatun qaloo inna lillahi wa inna ilayhi raji'oon</w:t>
      </w:r>
      <w:r>
        <w:br/>
      </w:r>
      <w:r>
        <w:rPr>
          <w:sz w:val="20"/>
        </w:rPr>
        <w:t>54:32  is ayat ke mutabiq is duniya mein lazman tum ko kuch na kuch loss hoga. loss lazman hoga, lazman hoga, lazman hoga.</w:t>
      </w:r>
      <w:r>
        <w:br/>
      </w:r>
      <w:r>
        <w:rPr>
          <w:sz w:val="20"/>
        </w:rPr>
        <w:t>54:43  tum se sabr karna padega tum ko. lekin aindah isi waqt kuch mila hua bhi hoga jab tum ek cheez khoge to isi waqt kuch cheezein paayi hui bhi hongi</w:t>
      </w:r>
      <w:r>
        <w:br/>
      </w:r>
      <w:r>
        <w:rPr>
          <w:sz w:val="20"/>
        </w:rPr>
        <w:t>54:54  y۔ jaise mera arz kiya ke musalman ne ne political empire to khoda hai lekin political abhi bhi un ki national hukoomatein maujood hain.</w:t>
      </w:r>
      <w:r>
        <w:br/>
      </w:r>
      <w:r>
        <w:rPr>
          <w:sz w:val="20"/>
        </w:rPr>
        <w:t>55:04  yani musalmanon ne political empire to khoya lekin abhi bhi un ki national hukoomatein maujood hain pachaas se zyada mulkon mein.</w:t>
      </w:r>
      <w:r>
        <w:br/>
      </w:r>
      <w:r>
        <w:rPr>
          <w:sz w:val="20"/>
        </w:rPr>
        <w:t>55:15  to is aayat ka matlab yeh hai ke tum ko lazman khone ka tajurba hoga lekin isi isi waqt tum kuch cheezein paaye bhi ho ge, kuch cheezein tum ko mili bhi hongi.</w:t>
      </w:r>
    </w:p>
    <w:p>
      <w:pPr>
        <w:pStyle w:val="Heading2"/>
      </w:pPr>
      <w:r>
        <w:t>Adam's temptation and human desire as a test</w:t>
      </w:r>
    </w:p>
    <w:p>
      <w:r>
        <w:rPr>
          <w:color w:val="666666"/>
          <w:sz w:val="18"/>
        </w:rPr>
        <w:t>The Process of Personality Development June 30, 2013 · 2m 05s · at 12:08 · https://youtu.be/CSSFRydcJlo?t=728</w:t>
      </w:r>
    </w:p>
    <w:p>
      <w:r>
        <w:rPr>
          <w:i/>
        </w:rPr>
        <w:t>“Insaan ka maamla yeh hai ke uske andar be-panah khwahish hai”</w:t>
      </w:r>
    </w:p>
    <w:p>
      <w:r>
        <w:rPr>
          <w:sz w:val="20"/>
        </w:rPr>
        <w:t>12:08  is ki misaal hai Hazrat Adam. insaan ka maamla yeh hai ke is ke andar jo be-panah khwahish hai, to woh kisi had par rukna nahi jaanta.</w:t>
      </w:r>
      <w:r>
        <w:br/>
      </w:r>
      <w:r>
        <w:rPr>
          <w:sz w:val="20"/>
        </w:rPr>
        <w:t>12:20  woh woh chahta hai ke sab kuch use use mil jaye.</w:t>
      </w:r>
      <w:r>
        <w:br/>
      </w:r>
      <w:r>
        <w:rPr>
          <w:sz w:val="20"/>
        </w:rPr>
        <w:t>12:26  aap jante hain ke Hazrat Adam ko jannat mein rakha gaya tha aur poori jannat un ke liye khol di gayi thi. is mein be-shumar darakht thay, sab darakht un ke liye</w:t>
      </w:r>
      <w:r>
        <w:br/>
      </w:r>
      <w:r>
        <w:rPr>
          <w:sz w:val="20"/>
        </w:rPr>
        <w:t>12:41  khule hue thay. ek darakht ke baray mein kaha gaya ke is darakht ke paas mat jana, is ka phal mat khana. la taqrab al-shajarah fa takuna min al-zaleemeen</w:t>
      </w:r>
      <w:r>
        <w:br/>
      </w:r>
      <w:r>
        <w:rPr>
          <w:sz w:val="20"/>
        </w:rPr>
        <w:t>12:56  to kya hua ke un ke zehan mein yahi raha ke is darakht mein kya hai, is ko bhi mujhe lena hai. to bohat hi strong temptation hai aadmi ke andar in cheezon ke liye jo abhi us ko mili nahi.</w:t>
      </w:r>
      <w:r>
        <w:br/>
      </w:r>
      <w:r>
        <w:rPr>
          <w:sz w:val="20"/>
        </w:rPr>
        <w:t>13:15  bohat hi strong temptation.</w:t>
      </w:r>
      <w:r>
        <w:br/>
      </w:r>
      <w:r>
        <w:rPr>
          <w:sz w:val="20"/>
        </w:rPr>
        <w:t>13:18  insaan ka mizaj yeh hai ke agar us ko 99 percent de diya jaye, sirf ek percent na mile, yani so mein 99 de diya jaye, sirf ek na diya gaya ho, to usi ek ke liye woh jump karega,</w:t>
      </w:r>
      <w:r>
        <w:br/>
      </w:r>
      <w:r>
        <w:rPr>
          <w:sz w:val="20"/>
        </w:rPr>
        <w:t>13:37  jaisa Adam ne kiya. to Adam ki shakal mein Allah taala ne dikhaya ke insaan ka jo nature hai, jo us ke andar strong temptation hai, strong desire hai, us ki wajah se aisa karta hai woh ke 99 de do, tab bhi woh one percent ke liye jump karega.</w:t>
      </w:r>
      <w:r>
        <w:br/>
      </w:r>
      <w:r>
        <w:rPr>
          <w:sz w:val="20"/>
        </w:rPr>
        <w:t>14:02  lekin yeh jo rai jo hai, is ko humein divert karna hai aakhirat ke liye. yahi insaan ka imtehan hai. yeh insaan ka imtehan hai.</w:t>
      </w:r>
    </w:p>
    <w:p>
      <w:pPr>
        <w:pStyle w:val="Heading2"/>
      </w:pPr>
      <w:r>
        <w:t>hadith: every son of Adam sins, the best repent</w:t>
      </w:r>
    </w:p>
    <w:p>
      <w:r>
        <w:rPr>
          <w:color w:val="666666"/>
          <w:sz w:val="18"/>
        </w:rPr>
        <w:t>The Process of Personality Development June 30, 2013 · 22s · at 26:01 · https://youtu.be/CSSFRydcJlo?t=1561</w:t>
      </w:r>
    </w:p>
    <w:p>
      <w:r>
        <w:rPr>
          <w:i/>
        </w:rPr>
        <w:t>“Kullu bani Adama khatta'oon...”</w:t>
      </w:r>
    </w:p>
    <w:p>
      <w:r>
        <w:rPr>
          <w:sz w:val="20"/>
        </w:rPr>
        <w:t>26:01  to hadith mein aata hai ke Rasool Allah sal Allah alaihi wasallam ne farmaya kullu bani adama khatta'un wa khairu al-khatta'in al-tawwabun ke har insan khata karne wala hai.</w:t>
      </w:r>
      <w:r>
        <w:br/>
      </w:r>
      <w:r>
        <w:rPr>
          <w:sz w:val="20"/>
        </w:rPr>
        <w:t>26:13  bahut khata hoti hai insan se, lekin sab se achhe khata karne wale woh hain jo tauba karne wale hain.</w:t>
      </w:r>
    </w:p>
    <w:p>
      <w:pPr>
        <w:pStyle w:val="Heading2"/>
      </w:pPr>
      <w:r>
        <w:t>Story of Adam and Iblis holds all life guidance</w:t>
      </w:r>
    </w:p>
    <w:p>
      <w:r>
        <w:rPr>
          <w:color w:val="666666"/>
          <w:sz w:val="18"/>
        </w:rPr>
        <w:t>Idealism vs Practical Wisdom November 13, 2011 · 25s · at 1:57 · https://youtu.be/wBAP5e9j7m8?t=117</w:t>
      </w:r>
    </w:p>
    <w:p>
      <w:r>
        <w:rPr>
          <w:i/>
        </w:rPr>
        <w:t>“Aap ko yeh jaan na ho ke duniya mein hamein kis tarah rehna hai”</w:t>
      </w:r>
    </w:p>
    <w:p>
      <w:r>
        <w:rPr>
          <w:sz w:val="20"/>
        </w:rPr>
        <w:t>1:57  Aap ko yeh jan na ho ke duniya mein hamein kis tarah rehna hai to sirf Adam aur Iblees ki kahani ko aap padhiye, phir gaur kijiye to aap ko sari guidance is mein mil jayegi.</w:t>
      </w:r>
      <w:r>
        <w:br/>
      </w:r>
      <w:r>
        <w:rPr>
          <w:sz w:val="20"/>
        </w:rPr>
        <w:t>2:19  Bahut hi ajib baat hai yeh.</w:t>
      </w:r>
    </w:p>
    <w:p>
      <w:pPr>
        <w:pStyle w:val="Heading2"/>
      </w:pPr>
      <w:r>
        <w:t>Adam's story in Quran covers every aspect of life</w:t>
      </w:r>
    </w:p>
    <w:p>
      <w:r>
        <w:rPr>
          <w:color w:val="666666"/>
          <w:sz w:val="18"/>
        </w:rPr>
        <w:t>Idealism vs Practical Wisdom November 13, 2011 · 1m 06s · at 1:33 · https://youtu.be/wBAP5e9j7m8?t=93</w:t>
      </w:r>
    </w:p>
    <w:p>
      <w:r>
        <w:rPr>
          <w:i/>
        </w:rPr>
        <w:t>“Is maamle mein Quran ko parhte hue mujhe ek ajeeb ehsaas hota hai”</w:t>
      </w:r>
    </w:p>
    <w:p>
      <w:r>
        <w:rPr>
          <w:sz w:val="20"/>
        </w:rPr>
        <w:t>1:33  Is mamle mein Quran ko padhte hue mujhe ek ajib ehsas hota hai ke Adam ki jo kahani hai, woh kahani itni zyada, iske itne diverse aspects hain ke taqreeban zindagi ke sare aspects ko woh cover kar raha hai.</w:t>
      </w:r>
      <w:r>
        <w:br/>
      </w:r>
      <w:r>
        <w:rPr>
          <w:sz w:val="20"/>
        </w:rPr>
        <w:t>1:57  Aap ko yeh jan na ho ke duniya mein hamein kis tarah rehna hai to sirf Adam aur Iblees ki kahani ko aap padhiye, phir gaur kijiye to aap ko sari guidance is mein mil jayegi.</w:t>
      </w:r>
      <w:r>
        <w:br/>
      </w:r>
      <w:r>
        <w:rPr>
          <w:sz w:val="20"/>
        </w:rPr>
        <w:t>2:19  Bahut hi ajib baat hai yeh.</w:t>
      </w:r>
      <w:r>
        <w:br/>
      </w:r>
      <w:r>
        <w:rPr>
          <w:sz w:val="20"/>
        </w:rPr>
        <w:t>2:22  Misal ke taur par dekhein, yeh jo masla aaj hum le rahe hain, jo topic, iska jawab bhi Adam ki zindagi mein maujood hai. Yani ke woh pehle insan ki hi zindagi hai, phir bhi insan ne is se sabak nahi liya.</w:t>
      </w:r>
    </w:p>
    <w:p>
      <w:pPr>
        <w:pStyle w:val="Heading2"/>
      </w:pPr>
      <w:r>
        <w:t>Idealism vs practical wisdom, illustrated through Adam's story</w:t>
      </w:r>
    </w:p>
    <w:p>
      <w:r>
        <w:rPr>
          <w:color w:val="666666"/>
          <w:sz w:val="18"/>
        </w:rPr>
        <w:t>Idealism vs Practical Wisdom November 13, 2011 · 2m 40s · at 0:37 · https://youtu.be/wBAP5e9j7m8?t=37</w:t>
      </w:r>
    </w:p>
    <w:p>
      <w:r>
        <w:rPr>
          <w:i/>
        </w:rPr>
        <w:t>“Aaj ka topic hai: Idealism versus Practical Wisdom”</w:t>
      </w:r>
    </w:p>
    <w:p>
      <w:r>
        <w:rPr>
          <w:sz w:val="20"/>
        </w:rPr>
        <w:t>0:37  Aaj ka topic hai: Idealism versus Practical Wisdom.</w:t>
      </w:r>
      <w:r>
        <w:br/>
      </w:r>
      <w:r>
        <w:rPr>
          <w:sz w:val="20"/>
        </w:rPr>
        <w:t>0:50  Yani miyar pasandida aur amli natije ke aitbar se cheezon ko lena.</w:t>
      </w:r>
      <w:r>
        <w:br/>
      </w:r>
      <w:r>
        <w:rPr>
          <w:sz w:val="20"/>
        </w:rPr>
        <w:t>1:07  Yeh ajib baat hai ke poori history mein insan idealism ke peeche daudta raha hai. Bahut hi kam misalein milengi jab ke insan ne practical wisdom ki ahmiyat ko samjha ho.</w:t>
      </w:r>
      <w:r>
        <w:br/>
      </w:r>
      <w:r>
        <w:rPr>
          <w:sz w:val="20"/>
        </w:rPr>
        <w:t>1:27  Pehle bhi aise hi tha, aaj bhi aisa hi hai.</w:t>
      </w:r>
      <w:r>
        <w:br/>
      </w:r>
      <w:r>
        <w:rPr>
          <w:sz w:val="20"/>
        </w:rPr>
        <w:t>1:33  Is mamle mein Quran ko padhte hue mujhe ek ajib ehsas hota hai ke Adam ki jo kahani hai, woh kahani itni zyada, iske itne diverse aspects hain ke taqreeban zindagi ke sare aspects ko woh cover kar raha hai.</w:t>
      </w:r>
      <w:r>
        <w:br/>
      </w:r>
      <w:r>
        <w:rPr>
          <w:sz w:val="20"/>
        </w:rPr>
        <w:t>1:57  Aap ko yeh jan na ho ke duniya mein hamein kis tarah rehna hai to sirf Adam aur Iblees ki kahani ko aap padhiye, phir gaur kijiye to aap ko sari guidance is mein mil jayegi.</w:t>
      </w:r>
      <w:r>
        <w:br/>
      </w:r>
      <w:r>
        <w:rPr>
          <w:sz w:val="20"/>
        </w:rPr>
        <w:t>2:19  Bahut hi ajib baat hai yeh.</w:t>
      </w:r>
      <w:r>
        <w:br/>
      </w:r>
      <w:r>
        <w:rPr>
          <w:sz w:val="20"/>
        </w:rPr>
        <w:t>2:22  Misal ke taur par dekhein, yeh jo masla aaj hum le rahe hain, jo topic, iska jawab bhi Adam ki zindagi mein maujood hai. Yani ke woh pehle insan ki hi zindagi hai, phir bhi insan ne is se sabak nahi liya.</w:t>
      </w:r>
      <w:r>
        <w:br/>
      </w:r>
      <w:r>
        <w:rPr>
          <w:sz w:val="20"/>
        </w:rPr>
        <w:t>2:40  Aap dekhiye, Adam ko jab Allah Ta'ala ne paida kiya</w:t>
      </w:r>
      <w:r>
        <w:br/>
      </w:r>
      <w:r>
        <w:rPr>
          <w:sz w:val="20"/>
        </w:rPr>
        <w:t>2:47  To unko jannat mein rakha</w:t>
      </w:r>
    </w:p>
    <w:p>
      <w:pPr>
        <w:pStyle w:val="Heading2"/>
      </w:pPr>
      <w:r>
        <w:t>Adam's story: humanity's only enemy is Satan, not people</w:t>
      </w:r>
    </w:p>
    <w:p>
      <w:r>
        <w:rPr>
          <w:color w:val="666666"/>
          <w:sz w:val="18"/>
        </w:rPr>
        <w:t>The Prophetic Guidance February 18, 2007 · 4m 23s · at 49:08 · https://youtu.be/5K7MiAVqNNA?t=2948</w:t>
      </w:r>
    </w:p>
    <w:p>
      <w:r>
        <w:rPr>
          <w:i/>
        </w:rPr>
        <w:t>“Khuda ne Adam ko peda kar ke jannat mein rakha”</w:t>
      </w:r>
    </w:p>
    <w:p>
      <w:r>
        <w:rPr>
          <w:sz w:val="20"/>
        </w:rPr>
        <w:t>49:08  sab se pehle insan the adam aur woh pehle nabi bhi thay. un ke haan aik bohat bari misaal hamare liye hai.</w:t>
      </w:r>
      <w:r>
        <w:br/>
      </w:r>
      <w:r>
        <w:rPr>
          <w:sz w:val="20"/>
        </w:rPr>
        <w:t>49:18  woh kya hai? woh yeh hai ke aap jante hain ke quran mein jo un ka qissa bataya gaya hai bible mein bataya gaya hai. ke khuda ne paida kar ke unhein jannat mein rakha.</w:t>
      </w:r>
      <w:r>
        <w:br/>
      </w:r>
      <w:r>
        <w:rPr>
          <w:sz w:val="20"/>
        </w:rPr>
        <w:t>49:31  phir un se aik ghalati hui. ke mamnoo'a darakht ka phaal kha liya unhon ne.</w:t>
      </w:r>
      <w:r>
        <w:br/>
      </w:r>
      <w:r>
        <w:rPr>
          <w:sz w:val="20"/>
        </w:rPr>
        <w:t>49:37  toh unhein jannat se nikaal diya gaya dunya mein bhej diya gaya. aur yeh kaha gaya ke ba'azukum liba'adun 'adu woh shaitan ke behkawe se unhon ne khaya tha us ko.</w:t>
      </w:r>
      <w:r>
        <w:br/>
      </w:r>
      <w:r>
        <w:rPr>
          <w:sz w:val="20"/>
        </w:rPr>
        <w:t>49:47  ba'azukum liba'adun 'adu yaani insan aur aur insan aur shaitan aik doosre ke dushman hon ge. yeh aik bohat bari baat hai.</w:t>
      </w:r>
      <w:r>
        <w:br/>
      </w:r>
      <w:r>
        <w:rPr>
          <w:sz w:val="20"/>
        </w:rPr>
        <w:t>49:58  hamare dushman na toh hindu hain na isai hain na jo hain na amriki hain. koi dushman hamara nahi hai dushman hamara shaitan hai.</w:t>
      </w:r>
      <w:r>
        <w:br/>
      </w:r>
      <w:r>
        <w:rPr>
          <w:sz w:val="20"/>
        </w:rPr>
        <w:t>50:09  yeh kitni bari baat hai. saare musalman dunya bhar ke musalman kya samajhte hain? inhi logon ko dushman samajhte hain. inhi logon ko dushman samajhte hain.</w:t>
      </w:r>
      <w:r>
        <w:br/>
      </w:r>
      <w:r>
        <w:rPr>
          <w:sz w:val="20"/>
        </w:rPr>
        <w:t>50:19  koi samajhta hai ke hindu dushman hai koi samajhta hai ke rss dushman hai bjp dushman hai koi samajhta hai. koi yahoodi ko samajhta hai koi american ko samajhta hai.</w:t>
      </w:r>
      <w:r>
        <w:br/>
      </w:r>
      <w:r>
        <w:rPr>
          <w:sz w:val="20"/>
        </w:rPr>
        <w:t>50:29  sab jhooti baatein hain. koi hamara dushman nahi hai. hamare dushman kaun hai? shaitan hai. ba'azukum liba'adun 'adu kitni bari baat hai jo hazrat adam ki zindagi mein milti hai humein.</w:t>
      </w:r>
      <w:r>
        <w:br/>
      </w:r>
      <w:r>
        <w:rPr>
          <w:sz w:val="20"/>
        </w:rPr>
        <w:t>50:41  tumhara koi dushman nahi hai.</w:t>
      </w:r>
      <w:r>
        <w:br/>
      </w:r>
      <w:r>
        <w:rPr>
          <w:sz w:val="20"/>
        </w:rPr>
        <w:t>50:44  sab tumhare dost hain. sab hamare dost hain. yaani itni bari baat hai ke is se aik aap ko universal concept milta hai aap ko.</w:t>
      </w:r>
      <w:r>
        <w:br/>
      </w:r>
      <w:r>
        <w:rPr>
          <w:sz w:val="20"/>
        </w:rPr>
        <w:t>50:57  saare insan ko aap apna dost samajhne lagte hain. saare insan ko apna samajhne lagte hain. dekh aur suno ka concept khatm ho jata hai.</w:t>
      </w:r>
      <w:r>
        <w:br/>
      </w:r>
      <w:r>
        <w:rPr>
          <w:sz w:val="20"/>
        </w:rPr>
        <w:t>51:06  sirf shaitan ke muamle mein banta hai muamla aap ka. ke shaitan se aap ka muqabla hai jo behkata hai jo munharif karta hai sachai se.</w:t>
      </w:r>
      <w:r>
        <w:br/>
      </w:r>
      <w:r>
        <w:rPr>
          <w:sz w:val="20"/>
        </w:rPr>
        <w:t>51:16  dekhein yeh nabi adam kahan hain misaal hai. kitna bara misaal hai yeh. ke kisi ko dushman na samjho.</w:t>
      </w:r>
      <w:r>
        <w:br/>
      </w:r>
      <w:r>
        <w:rPr>
          <w:sz w:val="20"/>
        </w:rPr>
        <w:t>51:25  dushman samajhna toh shaitan ko dushman samjho. kya aap samajhte hain ke is se bari baat koi ho sakti hai?</w:t>
      </w:r>
      <w:r>
        <w:br/>
      </w:r>
      <w:r>
        <w:rPr>
          <w:sz w:val="20"/>
        </w:rPr>
        <w:t>51:34  jab se mujhe daryaft hui hai. saari dunya se mere dil mein pyar ka samandar beh raha hai. samandar. mere dil mein kisi ke liye nafrat nahi hai.</w:t>
      </w:r>
      <w:r>
        <w:br/>
      </w:r>
      <w:r>
        <w:rPr>
          <w:sz w:val="20"/>
        </w:rPr>
        <w:t>51:44  kisi ke liye nafrat nahi hai. chahe hindu ho chahe rss ho chahe bjp ho ya congress ho. chahe america ho europe ho yahoodi hon isai hon.</w:t>
      </w:r>
      <w:r>
        <w:br/>
      </w:r>
      <w:r>
        <w:rPr>
          <w:sz w:val="20"/>
        </w:rPr>
        <w:t>51:54  sab ke liye mere dil mein pyar ka samandar beh raha hai. kyun? dushman mere yeh log nahi hain. mera dushman shaitan hai jo behkata hai.</w:t>
      </w:r>
      <w:r>
        <w:br/>
      </w:r>
      <w:r>
        <w:rPr>
          <w:sz w:val="20"/>
        </w:rPr>
        <w:t>52:04  ba'azukum liba'adun 'adu yeh allah taala ne kaha tha adam se. ke aey adam dunya mein jao baso wahan tumhare liye shaitan se muqabla rahe ga.</w:t>
      </w:r>
      <w:r>
        <w:br/>
      </w:r>
      <w:r>
        <w:rPr>
          <w:sz w:val="20"/>
        </w:rPr>
        <w:t>52:15  shaitan se muqabla rahe ga. tum aur shaitan aik doosre ka dushman raho ge. kitni bari baat hai jo hazrat adam ki zindagi mein maujood hai.</w:t>
      </w:r>
      <w:r>
        <w:br/>
      </w:r>
      <w:r>
        <w:rPr>
          <w:sz w:val="20"/>
        </w:rPr>
        <w:t>52:28  aur is ko bhula kar ke hum dunya bhar ko apna dushman samjhe hue hain. toh pyar se mehroom hain. ab bataiye? insaniyat ke liye pyar nahi hamare dil mein.</w:t>
      </w:r>
      <w:r>
        <w:br/>
      </w:r>
      <w:r>
        <w:rPr>
          <w:sz w:val="20"/>
        </w:rPr>
        <w:t>52:39  main ne bohat musalmanon se zindagi bhar mulaqatein hui hain meri yahan se le ke europe america saari dunya mein arab. sab ke dil mein nafratein bhari hui</w:t>
      </w:r>
      <w:r>
        <w:br/>
      </w:r>
      <w:r>
        <w:rPr>
          <w:sz w:val="20"/>
        </w:rPr>
        <w:t>52:48  hain. yaani pyar ki mithas se log mehroom hain. kaisi meethi cheez hai pyar. kaisi meethi cheez hai pyar.</w:t>
      </w:r>
      <w:r>
        <w:br/>
      </w:r>
      <w:r>
        <w:rPr>
          <w:sz w:val="20"/>
        </w:rPr>
        <w:t>52:57  insan se pyar karna. is se zyada mithas kisi cheez mein nahi hai. koi bhi mithas ki doosri cheez hai jo bikti hai bazaron mein is se million guna zyada bari mithas yeh hai ke aap ko insan se pyar ho insan se mohabbat ho.</w:t>
      </w:r>
      <w:r>
        <w:br/>
      </w:r>
      <w:r>
        <w:rPr>
          <w:sz w:val="20"/>
        </w:rPr>
        <w:t>53:16  lekin is se mehroom hain musalman. kyunke woh jo sabak diya tha hazrat adam ke zamaney mein. ke dushman tumhara insan nahi hai dushman tumhara shaitan hai.</w:t>
      </w:r>
      <w:r>
        <w:br/>
      </w:r>
      <w:r>
        <w:rPr>
          <w:sz w:val="20"/>
        </w:rPr>
        <w:t>53:26  kitni bari baat hai bataiye. is se bari baat koi ho sakti hai?</w:t>
      </w:r>
    </w:p>
    <w:p>
      <w:pPr>
        <w:pStyle w:val="Heading2"/>
      </w:pPr>
      <w:r>
        <w:t>Conspiracies are inevitable; patience and planning defeat them</w:t>
      </w:r>
    </w:p>
    <w:p>
      <w:r>
        <w:rPr>
          <w:color w:val="666666"/>
          <w:sz w:val="18"/>
        </w:rPr>
        <w:t>Culture of Peace and Non Voilence in Islam January 14, 2023 · 4m 16s · at 19:40 · https://youtu.be/INrBUtThaRw?t=1180</w:t>
      </w:r>
    </w:p>
    <w:p>
      <w:r>
        <w:rPr>
          <w:i/>
        </w:rPr>
        <w:t>“Conspiracy to Hazrat Adam ke zamane se hi hai”</w:t>
      </w:r>
    </w:p>
    <w:p>
      <w:r>
        <w:rPr>
          <w:sz w:val="20"/>
        </w:rPr>
        <w:t>19:40  ah, to kya solution hai in conspiracies ka? you can not deny conspiracies being hatched. ah, but what is the solution to these conspiracies?</w:t>
      </w:r>
      <w:r>
        <w:br/>
      </w:r>
      <w:r>
        <w:rPr>
          <w:sz w:val="20"/>
        </w:rPr>
        <w:t>19:51  conspiracy to hazrat adam jab pehle pehli family dunya mein aai, un ke beton mein ho gaya dushmani.</w:t>
      </w:r>
      <w:r>
        <w:br/>
      </w:r>
      <w:r>
        <w:rPr>
          <w:sz w:val="20"/>
        </w:rPr>
        <w:t>19:59  to yeh to part and parcel hai is life ka. ji,</w:t>
      </w:r>
      <w:r>
        <w:br/>
      </w:r>
      <w:r>
        <w:rPr>
          <w:sz w:val="20"/>
        </w:rPr>
        <w:t>20:03  kyun ke insan apni khwahish ke mutabiq zindagi guzarta hai, apne mafad ke mutabiq zindagi guzarna chahta hai. to yeh to hoga, yeh to hum maan ke chalenge, yeh hoga.</w:t>
      </w:r>
      <w:r>
        <w:br/>
      </w:r>
      <w:r>
        <w:rPr>
          <w:sz w:val="20"/>
        </w:rPr>
        <w:t>20:14  ab hamein dekhna hai ke is ka solution kya hai. ji, quran mein, hadith mein, prophet ki zindagi mein kya solution hai? main, main to samajhti hoon ke logon ne, ah, prophet ki jo examples hain, is ko samajhne ki koi koshish nahi ki</w:t>
      </w:r>
      <w:r>
        <w:br/>
      </w:r>
      <w:r>
        <w:rPr>
          <w:sz w:val="20"/>
        </w:rPr>
        <w:t>20:30  hai. wo prophet ko bas unhon ne apna hero bana liya hai. to hero se to hero to hamara model hota nahi hai. to agar aap har mamla jo aap ko parhe aur aap prophet ki zindagi ko dekhen to aap ke haan har tarah ki examples hain.</w:t>
      </w:r>
      <w:r>
        <w:br/>
      </w:r>
      <w:r>
        <w:rPr>
          <w:sz w:val="20"/>
        </w:rPr>
        <w:t>20:46  ek bar molana ne likh diya tha ke prophet ki examples ko, jo ke uswa hasna, halan ke yeh quran ka lafz hai, to logon ne bohat zyada mukhalifat ki thi ke uswa kamila, uswa hasna nahi</w:t>
      </w:r>
      <w:r>
        <w:br/>
      </w:r>
      <w:r>
        <w:rPr>
          <w:sz w:val="20"/>
        </w:rPr>
        <w:t>20:59  . uswa kamila manne ke liye hai, bolne ke liye hai, lekin apne amal mein wo kuch nahi, is ko samajhna, samajhne ki koi koshish nahi karte.</w:t>
      </w:r>
      <w:r>
        <w:br/>
      </w:r>
      <w:r>
        <w:rPr>
          <w:sz w:val="20"/>
        </w:rPr>
        <w:t>21:09  warna har cheez mein prophet ki example un ko aap ko mile gi. aur quran aur prophet ki example yeh kafi hai ke hum apne har masle ko hal kar saken.</w:t>
      </w:r>
      <w:r>
        <w:br/>
      </w:r>
      <w:r>
        <w:rPr>
          <w:sz w:val="20"/>
        </w:rPr>
        <w:t>21:21  to quran mein aaya hai chapter third aur verse 120 mein ke agar tum sabar karo aur allah ka taqwa ikhtiyar karo to un ki koi sazish tum ko hargiz nuqsan na pohanchaye gi.</w:t>
      </w:r>
      <w:r>
        <w:br/>
      </w:r>
      <w:r>
        <w:rPr>
          <w:sz w:val="20"/>
        </w:rPr>
        <w:t>21:34  to ab jab allah taala keh raha hai ke hargiz nuqsan nahi tumhein pohanche ga, to hamein thora sa sochna chahiye na ke kya matlab hai ke sabar karo aur allah ka taqwa ikhtiyar karo, allah se daro, allah ki jo guidelines</w:t>
      </w:r>
      <w:r>
        <w:br/>
      </w:r>
      <w:r>
        <w:rPr>
          <w:sz w:val="20"/>
        </w:rPr>
        <w:t>21:49  hain, wo is ke mutabiq apni zindagi guzaro. to sabar aur planning jo hai, wo har sazish ko nakam bana deti hai.</w:t>
      </w:r>
      <w:r>
        <w:br/>
      </w:r>
      <w:r>
        <w:rPr>
          <w:sz w:val="20"/>
        </w:rPr>
        <w:t>21:58  ab aap be hisab, be shumar misalein aap ko milengi, ah, rasool allah salallahu alaihi wasallam ki hi zindagi mein ke har sazish ko aap ne nakam bana diya.</w:t>
      </w:r>
      <w:r>
        <w:br/>
      </w:r>
      <w:r>
        <w:rPr>
          <w:sz w:val="20"/>
        </w:rPr>
        <w:t>22:07  jab aap ko marne ki sazish hui makkah mein to aap ne kitni khamoshi se adhi raat ko makkah se madina chale gaye. to wo sazish ko nakami banana</w:t>
      </w:r>
      <w:r>
        <w:br/>
      </w:r>
      <w:r>
        <w:rPr>
          <w:sz w:val="20"/>
        </w:rPr>
        <w:t>22:18  hua na? aisa nahi ke aaj ki dunya hamare khilaf ho gai hai, aaj sazish ho rahi hai. sazish to insan awal se hi ho rahi hai, bas hum samajh nahi rahe hain ke sazish ko nakam kaise karein.</w:t>
      </w:r>
      <w:r>
        <w:br/>
      </w:r>
      <w:r>
        <w:rPr>
          <w:sz w:val="20"/>
        </w:rPr>
        <w:t>22:30  hum retaliate karte hain, hum jang shuru kar dete hain aur jang ko dekhte hain ke jang se koi nateeja baramad nahi ho raha,</w:t>
      </w:r>
      <w:r>
        <w:br/>
      </w:r>
      <w:r>
        <w:rPr>
          <w:sz w:val="20"/>
        </w:rPr>
        <w:t>22:38  barbad ho rahe hain sari hamare resources. lekin bas ghusse, ghussa, wo is mein hadith mein aaya hai muslim, ah, sahih muslim mein ke dajjal kyun nikle ga?</w:t>
      </w:r>
      <w:r>
        <w:br/>
      </w:r>
      <w:r>
        <w:rPr>
          <w:sz w:val="20"/>
        </w:rPr>
        <w:t>22:50  dajjal ghussa hoga, is ka ghussa us ko nikale ga. to aaj musalman ghussa hain, ghusse mein kuch bhi kar rahe hain, be soche samjhe apne hi ko barbad kar rahe hain.</w:t>
      </w:r>
      <w:r>
        <w:br/>
      </w:r>
      <w:r>
        <w:rPr>
          <w:sz w:val="20"/>
        </w:rPr>
        <w:t>23:01  to wahi agar yeh log samjhen, quran ko samjhen, jin ki urdu zaban hai, wo bhi nahi samajhte to</w:t>
      </w:r>
      <w:r>
        <w:br/>
      </w:r>
      <w:r>
        <w:rPr>
          <w:sz w:val="20"/>
        </w:rPr>
        <w:t>23:08  woh aaj jo hai kitnay ziyada, aah, mawaqe hain aaj peaceful, aah, work karne ke liye. to woh saare mawaqe ko istemaal karte aur dunya ko bhi aik behtar jagah banate aur aakhirat mein bhi un ko apni is ka reward milta.</w:t>
      </w:r>
      <w:r>
        <w:br/>
      </w:r>
      <w:r>
        <w:rPr>
          <w:sz w:val="20"/>
        </w:rPr>
        <w:t>23:28  to sulah se jo rasool ALLAH صلی اللہ علیہ وسلم ne dab kar sulah ki, to aik bohat hi bara namona hai hamare liye</w:t>
      </w:r>
      <w:r>
        <w:br/>
      </w:r>
      <w:r>
        <w:rPr>
          <w:sz w:val="20"/>
        </w:rPr>
        <w:t>23:36  ke sulah se hamein tamam mawaqe mil jaate hain aur phir in mawaqe ko istemaal kar ke hum har kuch haasil kar sakte hain jo hum chahte hain.</w:t>
      </w:r>
      <w:r>
        <w:br/>
      </w:r>
      <w:r>
        <w:rPr>
          <w:sz w:val="20"/>
        </w:rPr>
        <w:t>23:45  aur takhreeb mein, yaani destructive activities mein, to hamari tamam taaqatein sirf zaya ho rahi hain. to hamein parman tadbeer karna hai.</w:t>
      </w:r>
    </w:p>
    <w:p>
      <w:pPr>
        <w:pStyle w:val="Heading2"/>
      </w:pPr>
      <w:r>
        <w:t>Adam and Eve placed in paradise with one condition</w:t>
      </w:r>
    </w:p>
    <w:p>
      <w:r>
        <w:rPr>
          <w:color w:val="666666"/>
          <w:sz w:val="18"/>
        </w:rPr>
        <w:t>Nature of Modern Problem 12 July 2009 · 2m 43s · at 10:02 · https://youtu.be/vcldH1rCExM?t=602</w:t>
      </w:r>
    </w:p>
    <w:p>
      <w:r>
        <w:rPr>
          <w:i/>
        </w:rPr>
        <w:t>“God made Adam and Eve, and told them: live in paradise”</w:t>
      </w:r>
    </w:p>
    <w:p>
      <w:r>
        <w:rPr>
          <w:sz w:val="20"/>
        </w:rPr>
        <w:t>10:02  aap jante hain ke pehla insan jo tha, woh tha adam. adam ko khuda ne banaya aur in ko ek biwi hawa ko banaya aur in ko jannat mein basne ke liye keh diya,</w:t>
      </w:r>
      <w:r>
        <w:br/>
      </w:r>
      <w:r>
        <w:rPr>
          <w:sz w:val="20"/>
        </w:rPr>
        <w:t>10:23  yani "without pain the price". they were allowed to live in paradise. paida hue aur jannat mein chale gaye, lekin wahan ka jo muamla tha, woh bohat zabardast is ke andar lesson tha.</w:t>
      </w:r>
      <w:r>
        <w:br/>
      </w:r>
      <w:r>
        <w:rPr>
          <w:sz w:val="20"/>
        </w:rPr>
        <w:t>10:39  khuda ne kaha,</w:t>
      </w:r>
      <w:r>
        <w:br/>
      </w:r>
      <w:r>
        <w:rPr>
          <w:sz w:val="20"/>
        </w:rPr>
        <w:t>10:43  yeh quran ke chapter al-baqarah, al-baqarah quran ke chapter number do hai.</w:t>
      </w:r>
      <w:r>
        <w:br/>
      </w:r>
      <w:r>
        <w:rPr>
          <w:sz w:val="20"/>
        </w:rPr>
        <w:t>10:50  to quran ke chapter al-baqarah mein yeh ayat hai ke allah taala ne adam aur hawa se kaha ke "ya adam, uskun antakal jannata wa kul minha raghadan shaituma fatakuna minaz zalimin".</w:t>
      </w:r>
      <w:r>
        <w:br/>
      </w:r>
      <w:r>
        <w:rPr>
          <w:sz w:val="20"/>
        </w:rPr>
        <w:t>11:13  yani a adam aur tumhari biwi, jannat mein raho,</w:t>
      </w:r>
      <w:r>
        <w:br/>
      </w:r>
      <w:r>
        <w:rPr>
          <w:sz w:val="20"/>
        </w:rPr>
        <w:t>11:18  azadi ke sath khao pio, khoob sab nematon se faida uthao,</w:t>
      </w:r>
      <w:r>
        <w:br/>
      </w:r>
      <w:r>
        <w:rPr>
          <w:sz w:val="20"/>
        </w:rPr>
        <w:t>11:28  but there was condition "la taqrabu ash-shajarata fatakuna minaz zalimin". don't approach this tree, is peed ke paas na jana,</w:t>
      </w:r>
      <w:r>
        <w:br/>
      </w:r>
      <w:r>
        <w:rPr>
          <w:sz w:val="20"/>
        </w:rPr>
        <w:t>11:43  warna kya hoga?</w:t>
      </w:r>
      <w:r>
        <w:br/>
      </w:r>
      <w:r>
        <w:rPr>
          <w:sz w:val="20"/>
        </w:rPr>
        <w:t>11:45  tum zalim ban jaoge. zalim kehte hain angrezi mein transgressor, had se tajawuz karne wala.</w:t>
      </w:r>
      <w:r>
        <w:br/>
      </w:r>
      <w:r>
        <w:rPr>
          <w:sz w:val="20"/>
        </w:rPr>
        <w:t>11:57  transgressor best is ka transition hai zalim ka. yani ek had aap ko bata di gayi, ek limit, ek limit bata di gayi, bas is limit mein raho.</w:t>
      </w:r>
      <w:r>
        <w:br/>
      </w:r>
      <w:r>
        <w:rPr>
          <w:sz w:val="20"/>
        </w:rPr>
        <w:t>12:11  agar aap is ko cross karte hain, then you are a transgressor.</w:t>
      </w:r>
      <w:r>
        <w:br/>
      </w:r>
      <w:r>
        <w:rPr>
          <w:sz w:val="20"/>
        </w:rPr>
        <w:t>12:18  to adam ke bare mein kaha gaya ke dekho, jannat mein tum enjoy karo, sab kuch tumhare liye hai, lekin is peed ke paas tumhe nahi jana hai.</w:t>
      </w:r>
      <w:r>
        <w:br/>
      </w:r>
      <w:r>
        <w:rPr>
          <w:sz w:val="20"/>
        </w:rPr>
        <w:t>12:30  there was entry in paradise. and adam was told, "you are not allowed to approach this tree".</w:t>
      </w:r>
    </w:p>
    <w:p>
      <w:pPr>
        <w:pStyle w:val="Heading2"/>
      </w:pPr>
      <w:r>
        <w:t>the full story of Adam's temporary expulsion from paradise</w:t>
      </w:r>
    </w:p>
    <w:p>
      <w:r>
        <w:rPr>
          <w:color w:val="666666"/>
          <w:sz w:val="18"/>
        </w:rPr>
        <w:t>Nature of Modern Problem 12 July 2009 · 5m 51s · at 10:02 · https://youtu.be/vcldH1rCExM?t=602</w:t>
      </w:r>
    </w:p>
    <w:p>
      <w:r>
        <w:rPr>
          <w:i/>
        </w:rPr>
        <w:t>“Adam was told: enjoy paradise, but never approach this tree”</w:t>
      </w:r>
    </w:p>
    <w:p>
      <w:r>
        <w:rPr>
          <w:sz w:val="20"/>
        </w:rPr>
        <w:t>10:02  aap jante hain ke pehla insan jo tha, woh tha adam. adam ko khuda ne banaya aur in ko ek biwi hawa ko banaya aur in ko jannat mein basne ke liye keh diya,</w:t>
      </w:r>
      <w:r>
        <w:br/>
      </w:r>
      <w:r>
        <w:rPr>
          <w:sz w:val="20"/>
        </w:rPr>
        <w:t>10:23  yani "without pain the price". they were allowed to live in paradise. paida hue aur jannat mein chale gaye, lekin wahan ka jo muamla tha, woh bohat zabardast is ke andar lesson tha.</w:t>
      </w:r>
      <w:r>
        <w:br/>
      </w:r>
      <w:r>
        <w:rPr>
          <w:sz w:val="20"/>
        </w:rPr>
        <w:t>10:39  khuda ne kaha,</w:t>
      </w:r>
      <w:r>
        <w:br/>
      </w:r>
      <w:r>
        <w:rPr>
          <w:sz w:val="20"/>
        </w:rPr>
        <w:t>10:43  yeh quran ke chapter al-baqarah, al-baqarah quran ke chapter number do hai.</w:t>
      </w:r>
      <w:r>
        <w:br/>
      </w:r>
      <w:r>
        <w:rPr>
          <w:sz w:val="20"/>
        </w:rPr>
        <w:t>10:50  to quran ke chapter al-baqarah mein yeh ayat hai ke allah taala ne adam aur hawa se kaha ke "ya adam, uskun antakal jannata wa kul minha raghadan shaituma fatakuna minaz zalimin".</w:t>
      </w:r>
      <w:r>
        <w:br/>
      </w:r>
      <w:r>
        <w:rPr>
          <w:sz w:val="20"/>
        </w:rPr>
        <w:t>11:13  yani a adam aur tumhari biwi, jannat mein raho,</w:t>
      </w:r>
      <w:r>
        <w:br/>
      </w:r>
      <w:r>
        <w:rPr>
          <w:sz w:val="20"/>
        </w:rPr>
        <w:t>11:18  azadi ke sath khao pio, khoob sab nematon se faida uthao,</w:t>
      </w:r>
      <w:r>
        <w:br/>
      </w:r>
      <w:r>
        <w:rPr>
          <w:sz w:val="20"/>
        </w:rPr>
        <w:t>11:28  but there was condition "la taqrabu ash-shajarata fatakuna minaz zalimin". don't approach this tree, is peed ke paas na jana,</w:t>
      </w:r>
      <w:r>
        <w:br/>
      </w:r>
      <w:r>
        <w:rPr>
          <w:sz w:val="20"/>
        </w:rPr>
        <w:t>11:43  warna kya hoga?</w:t>
      </w:r>
      <w:r>
        <w:br/>
      </w:r>
      <w:r>
        <w:rPr>
          <w:sz w:val="20"/>
        </w:rPr>
        <w:t>11:45  tum zalim ban jaoge. zalim kehte hain angrezi mein transgressor, had se tajawuz karne wala.</w:t>
      </w:r>
      <w:r>
        <w:br/>
      </w:r>
      <w:r>
        <w:rPr>
          <w:sz w:val="20"/>
        </w:rPr>
        <w:t>11:57  transgressor best is ka transition hai zalim ka. yani ek had aap ko bata di gayi, ek limit, ek limit bata di gayi, bas is limit mein raho.</w:t>
      </w:r>
      <w:r>
        <w:br/>
      </w:r>
      <w:r>
        <w:rPr>
          <w:sz w:val="20"/>
        </w:rPr>
        <w:t>12:11  agar aap is ko cross karte hain, then you are a transgressor.</w:t>
      </w:r>
      <w:r>
        <w:br/>
      </w:r>
      <w:r>
        <w:rPr>
          <w:sz w:val="20"/>
        </w:rPr>
        <w:t>12:18  to adam ke bare mein kaha gaya ke dekho, jannat mein tum enjoy karo, sab kuch tumhare liye hai, lekin is peed ke paas tumhe nahi jana hai.</w:t>
      </w:r>
      <w:r>
        <w:br/>
      </w:r>
      <w:r>
        <w:rPr>
          <w:sz w:val="20"/>
        </w:rPr>
        <w:t>12:30  there was entry in paradise. and adam was told, "you are not allowed to approach this tree".</w:t>
      </w:r>
      <w:r>
        <w:br/>
      </w:r>
      <w:r>
        <w:rPr>
          <w:sz w:val="20"/>
        </w:rPr>
        <w:t>12:45  is ka matlab kya hua?</w:t>
      </w:r>
      <w:r>
        <w:br/>
      </w:r>
      <w:r>
        <w:rPr>
          <w:sz w:val="20"/>
        </w:rPr>
        <w:t>12:53  yeh bohat hi bari, bohat hi bari baat hai. is ko aap ko samajhna hai</w:t>
      </w:r>
      <w:r>
        <w:br/>
      </w:r>
      <w:r>
        <w:rPr>
          <w:sz w:val="20"/>
        </w:rPr>
        <w:t>13:01  ke insan ko khuda ne freedom diya tha, magar total freedom nahi tha, restricted freedom tha.</w:t>
      </w:r>
      <w:r>
        <w:br/>
      </w:r>
      <w:r>
        <w:rPr>
          <w:sz w:val="20"/>
        </w:rPr>
        <w:t>13:11  jannat mein sab kuch hai, enjoy karne ki azadi</w:t>
      </w:r>
      <w:r>
        <w:br/>
      </w:r>
      <w:r>
        <w:rPr>
          <w:sz w:val="20"/>
        </w:rPr>
        <w:t>13:16  bhi hai, lekin khuda ne bata diya ke tum ko total freedom nahi hogi, tum ko restricted freedom hogi. agar tum ne is ko follow nahi kiya, then you will be declared as a transgressor aur tum jannat se nikal diye jaoge.</w:t>
      </w:r>
      <w:r>
        <w:br/>
      </w:r>
      <w:r>
        <w:rPr>
          <w:sz w:val="20"/>
        </w:rPr>
        <w:t>13:37  aur nikal diya gaya un ko.</w:t>
      </w:r>
      <w:r>
        <w:br/>
      </w:r>
      <w:r>
        <w:rPr>
          <w:sz w:val="20"/>
        </w:rPr>
        <w:t>13:43  that was temporary ouster of man.</w:t>
      </w:r>
      <w:r>
        <w:br/>
      </w:r>
      <w:r>
        <w:rPr>
          <w:sz w:val="20"/>
        </w:rPr>
        <w:t>13:49  is ko bohat zyada samajhne ki zarurat hai.</w:t>
      </w:r>
      <w:r>
        <w:br/>
      </w:r>
      <w:r>
        <w:rPr>
          <w:sz w:val="20"/>
        </w:rPr>
        <w:t>13:56  yeh baat mein aap se achaanak nahi bol raha hoon,</w:t>
      </w:r>
      <w:r>
        <w:br/>
      </w:r>
      <w:r>
        <w:rPr>
          <w:sz w:val="20"/>
        </w:rPr>
        <w:t>14:04  bohat soch samajh kar bol raha hoon ke jannat se jab insan ko nikala gaya to that was a temporary ouster, yani arzi ikhraj.</w:t>
      </w:r>
      <w:r>
        <w:br/>
      </w:r>
      <w:r>
        <w:rPr>
          <w:sz w:val="20"/>
        </w:rPr>
        <w:t>14:19  ab jo hone wala hai, woh hai permanent oyster.</w:t>
      </w:r>
      <w:r>
        <w:br/>
      </w:r>
      <w:r>
        <w:rPr>
          <w:sz w:val="20"/>
        </w:rPr>
        <w:t>14:25  isi ki, isi ke yeh sign hain, isi ki beginning hai, jis ko janna hai, jaan le. nahi janna hai to israfeel ka suraj bataye ga is ko, aur phir woh jo hai point of no return hoga.</w:t>
      </w:r>
      <w:r>
        <w:br/>
      </w:r>
      <w:r>
        <w:rPr>
          <w:sz w:val="20"/>
        </w:rPr>
        <w:t>14:44  to log is ko under estimate kar rahe hain.</w:t>
      </w:r>
      <w:r>
        <w:br/>
      </w:r>
      <w:r>
        <w:rPr>
          <w:sz w:val="20"/>
        </w:rPr>
        <w:t>14:51  adam ne bhi aisa bhool kiya tha ke jab un se saaf saaf keh diya gaya tha ke "don't approach this tree" to unhon ne is ko under estimate kiya ke kya hai, phal kha lete hain, kya ho jayega ek phal khane se.</w:t>
      </w:r>
      <w:r>
        <w:br/>
      </w:r>
      <w:r>
        <w:rPr>
          <w:sz w:val="20"/>
        </w:rPr>
        <w:t>15:08  to unhon ne under estimate kiya is ko, lekin aap under estimate kar ke result ko rok nahi sakte.</w:t>
      </w:r>
      <w:r>
        <w:br/>
      </w:r>
      <w:r>
        <w:rPr>
          <w:sz w:val="20"/>
        </w:rPr>
        <w:t>15:19  yaad rakhiye,</w:t>
      </w:r>
      <w:r>
        <w:br/>
      </w:r>
      <w:r>
        <w:rPr>
          <w:sz w:val="20"/>
        </w:rPr>
        <w:t>15:22  agar</w:t>
      </w:r>
      <w:r>
        <w:br/>
      </w:r>
      <w:r>
        <w:rPr>
          <w:sz w:val="20"/>
        </w:rPr>
        <w:t>15:23  main is ko under estimate karoon aur bas samhoon ke main is shishe ko chaba sakta hoon, chaba ke pait mein daal sakta hoon, to under estimate karne se aisa result nahi badal jayega.</w:t>
      </w:r>
      <w:r>
        <w:br/>
      </w:r>
      <w:r>
        <w:rPr>
          <w:sz w:val="20"/>
        </w:rPr>
        <w:t>15:37  agar main is shishe ko chabaon, is glass ko aur pait mein daaloon, to kya aap samajhte hain ke mera under estimate karna jo hai, yeh work nahi karega?</w:t>
      </w:r>
      <w:r>
        <w:br/>
      </w:r>
      <w:r>
        <w:rPr>
          <w:sz w:val="20"/>
        </w:rPr>
        <w:t>15:50  phir woh fatal banega. fatal.</w:t>
      </w:r>
    </w:p>
    <w:p>
      <w:pPr>
        <w:pStyle w:val="Heading2"/>
      </w:pPr>
      <w:r>
        <w:t>Personalizing humanity's struggle to invent your clothes</w:t>
      </w:r>
    </w:p>
    <w:p>
      <w:r>
        <w:rPr>
          <w:color w:val="666666"/>
          <w:sz w:val="18"/>
        </w:rPr>
        <w:t>Material Science and Spiritual Science 20 May 2012 · 2m 23s · at 16:42 · https://youtu.be/4K6CxjThlxQ?t=1002</w:t>
      </w:r>
    </w:p>
    <w:p>
      <w:r>
        <w:rPr>
          <w:i/>
        </w:rPr>
        <w:t>“Yeh kapra Adam nahi le kar aaye the”</w:t>
      </w:r>
    </w:p>
    <w:p>
      <w:r>
        <w:rPr>
          <w:sz w:val="20"/>
        </w:rPr>
        <w:t>16:42  woh kaise? aap jo kuch dunya mein aap dunya mein aap yeh rahen, aap aap ek ghar banate hain, ek kapra pehente hain, aap camera istemal karte hain.</w:t>
      </w:r>
      <w:r>
        <w:br/>
      </w:r>
      <w:r>
        <w:rPr>
          <w:sz w:val="20"/>
        </w:rPr>
        <w:t>16:53  yani hazaron hazar item rozana aap istemal karte hain. woh kaise mila aap ko? woh poori poori insaniyat ne kaam kiya tab mila.</w:t>
      </w:r>
      <w:r>
        <w:br/>
      </w:r>
      <w:r>
        <w:rPr>
          <w:sz w:val="20"/>
        </w:rPr>
        <w:t>17:04  poori poori insaniyat lagi hui thi ke aap ko yeh cheezen milen.</w:t>
      </w:r>
      <w:r>
        <w:br/>
      </w:r>
      <w:r>
        <w:rPr>
          <w:sz w:val="20"/>
        </w:rPr>
        <w:t>17:10  misal ke taur par yeh kapra Adam nahi le ke aaye the. insaan ne hazaron saal mein is kapre ko is ka daryaft kiya hai.</w:t>
      </w:r>
      <w:r>
        <w:br/>
      </w:r>
      <w:r>
        <w:rPr>
          <w:sz w:val="20"/>
        </w:rPr>
        <w:t>17:21  parhe kya karta hota tha ke woh Quran mein hai ke</w:t>
      </w:r>
      <w:r>
        <w:br/>
      </w:r>
      <w:r>
        <w:rPr>
          <w:sz w:val="20"/>
        </w:rPr>
        <w:t>17:29  ke Adam drakht ke paton se apne woh dhanpne lagay. dua ke drakht ke pate libas ka kaam karte the.</w:t>
      </w:r>
      <w:r>
        <w:br/>
      </w:r>
      <w:r>
        <w:rPr>
          <w:sz w:val="20"/>
        </w:rPr>
        <w:t>17:39  phir khal ya chamre se aadmi badan dhanpne laga. bohat dinon ke baad yeh mumkin hua ke aadmi yani cloth mill banaye aur is tarah kapre tayyar hon.</w:t>
      </w:r>
      <w:r>
        <w:br/>
      </w:r>
      <w:r>
        <w:rPr>
          <w:sz w:val="20"/>
        </w:rPr>
        <w:t>17:52  to jab aap yeh kapra orhen to aap yaad karen ke hazaron saal se insaan jo hai mashaqqat kar raha tha, daryaft kar raha tha, qurbaniyan de raha tha.</w:t>
      </w:r>
      <w:r>
        <w:br/>
      </w:r>
      <w:r>
        <w:rPr>
          <w:sz w:val="20"/>
        </w:rPr>
        <w:t>18:03  taake mere liye aisa kapra wajood mein aaye.</w:t>
      </w:r>
      <w:r>
        <w:br/>
      </w:r>
      <w:r>
        <w:rPr>
          <w:sz w:val="20"/>
        </w:rPr>
        <w:t>18:07  is ko personalize kijiye. insani daryafton ko personalize kijiye. ke sare insaan mil kar ke ek ek jud-o-jihad mein lage hue the.</w:t>
      </w:r>
      <w:r>
        <w:br/>
      </w:r>
      <w:r>
        <w:rPr>
          <w:sz w:val="20"/>
        </w:rPr>
        <w:t>18:19  ke mujh ko aisa kapra mile.</w:t>
      </w:r>
      <w:r>
        <w:br/>
      </w:r>
      <w:r>
        <w:rPr>
          <w:sz w:val="20"/>
        </w:rPr>
        <w:t>18:23  to kitna zyada aap ke dil mein aik be panah jazba lo ka aaye ga. sari insaniyat ke liye. kyunke aap jante hain ke atiya ki buniyad par</w:t>
      </w:r>
      <w:r>
        <w:br/>
      </w:r>
      <w:r>
        <w:rPr>
          <w:sz w:val="20"/>
        </w:rPr>
        <w:t>18:36  lo paida hoti hai. jab aap se aap ko kisi se kuch milta hai to us ke liye aap ke liye us ke response se mohabbat paida hoti hai. yaani jitna atiya utna hi lo.</w:t>
      </w:r>
      <w:r>
        <w:br/>
      </w:r>
      <w:r>
        <w:rPr>
          <w:sz w:val="20"/>
        </w:rPr>
        <w:t>18:48  jitna kisi se jis se aap milta hai aap ko utna hi zyada aap ke andar mohabbat ke jazbat ubharte hain. yeh hai. to aap daryaft kijiye.</w:t>
      </w:r>
      <w:r>
        <w:br/>
      </w:r>
      <w:r>
        <w:rPr>
          <w:sz w:val="20"/>
        </w:rPr>
        <w:t>19:01  yaani isi ko mein kehta hoon ideology of lo.</w:t>
      </w:r>
    </w:p>
    <w:p>
      <w:pPr>
        <w:pStyle w:val="Heading2"/>
      </w:pPr>
      <w:r>
        <w:t>Adam and Iblis — own your mistake, don't blame others</w:t>
      </w:r>
    </w:p>
    <w:p>
      <w:r>
        <w:rPr>
          <w:color w:val="666666"/>
          <w:sz w:val="18"/>
        </w:rPr>
        <w:t>Living in a World of Competition October 24, 2010 · 1m 49s · at 5:42 · https://youtu.be/0DRVM8YxM5U?t=342</w:t>
      </w:r>
    </w:p>
    <w:p>
      <w:r>
        <w:rPr>
          <w:i/>
        </w:rPr>
        <w:t>“Iska example Allah Ta'ala ne set kar diya tha bilkul shuru mein”</w:t>
      </w:r>
    </w:p>
    <w:p>
      <w:r>
        <w:rPr>
          <w:sz w:val="20"/>
        </w:rPr>
        <w:t>5:42  dekhiye, is ka example Allah taala ne set kar diya tha bilkul shuru mein taake insan jaane is baat ko. Quran mein Hazrat Adam ka qissa bar bar bayan kiya gaya hai aur Iblees ka qissa.</w:t>
      </w:r>
      <w:r>
        <w:br/>
      </w:r>
      <w:r>
        <w:rPr>
          <w:sz w:val="20"/>
        </w:rPr>
        <w:t>6:01  to Iblees ne baqayda Hazrat Adam ko, unhon ne jo jahan five burden tree tha, shajar ممنوعہ, uska phal kha liya.</w:t>
      </w:r>
      <w:r>
        <w:br/>
      </w:r>
      <w:r>
        <w:rPr>
          <w:sz w:val="20"/>
        </w:rPr>
        <w:t>6:13  to to Hazrat Adam ne yeh nahi kiya ke ab laga hum wahan cheekhein chalayein ke dekho shaitan ne mujhe bhaga diya, yeh shaitan ki sazish ki wajah se aisa hua, yeh sab shaitan ki conspiracy hai.</w:t>
      </w:r>
      <w:r>
        <w:br/>
      </w:r>
      <w:r>
        <w:rPr>
          <w:sz w:val="20"/>
        </w:rPr>
        <w:t>6:24  yeh nahi kiya unhon ne. apne upar liya. Rabana zalamna anfusana hum se ghalti ho gayi.</w:t>
      </w:r>
      <w:r>
        <w:br/>
      </w:r>
      <w:r>
        <w:rPr>
          <w:sz w:val="20"/>
        </w:rPr>
        <w:t>6:36  yani is ka agar is ko sochiye aap to is ka matlab kya hua</w:t>
      </w:r>
      <w:r>
        <w:br/>
      </w:r>
      <w:r>
        <w:rPr>
          <w:sz w:val="20"/>
        </w:rPr>
        <w:t>6:42  ke shaitan ne bhagaya to hum bhag kyun gaye? jo Allah ke qanoon ke mutabiq masla yeh nahi ke shaitan ne bhagaya, matlab hum khud bhag kyun gaye?</w:t>
      </w:r>
      <w:r>
        <w:br/>
      </w:r>
      <w:r>
        <w:rPr>
          <w:sz w:val="20"/>
        </w:rPr>
        <w:t>6:57  yeh bohat zyada important baat hai aur saare log isi mein mubtala hain.</w:t>
      </w:r>
      <w:r>
        <w:br/>
      </w:r>
      <w:r>
        <w:rPr>
          <w:sz w:val="20"/>
        </w:rPr>
        <w:t>7:03  doosre ko blame dena, doosre ko ilzam dena, doosre ka ilzam jo hai yeh boom rang khele, boom rang yani aap hi par ayega, woh lot kar ke kuch bhi doosre par nahi padega.</w:t>
      </w:r>
      <w:r>
        <w:br/>
      </w:r>
      <w:r>
        <w:rPr>
          <w:sz w:val="20"/>
        </w:rPr>
        <w:t>7:15  woh achhi tarah samajh lijiye,</w:t>
      </w:r>
      <w:r>
        <w:br/>
      </w:r>
      <w:r>
        <w:rPr>
          <w:sz w:val="20"/>
        </w:rPr>
        <w:t>7:24  achhi tarah samajh lijie.</w:t>
      </w:r>
    </w:p>
    <w:p>
      <w:pPr>
        <w:pStyle w:val="Heading2"/>
      </w:pPr>
      <w:r>
        <w:t>Blaming others costs you repentance — from Adam to today</w:t>
      </w:r>
    </w:p>
    <w:p>
      <w:r>
        <w:rPr>
          <w:color w:val="666666"/>
          <w:sz w:val="18"/>
        </w:rPr>
        <w:t>Living in a World of Competition October 24, 2010 · 4m 55s · at 29:17 · https://youtu.be/0DRVM8YxM5U?t=1757</w:t>
      </w:r>
    </w:p>
    <w:p>
      <w:r>
        <w:rPr>
          <w:i/>
        </w:rPr>
        <w:t>“Iska ek pehlu yeh hua, doosra isse bhi zyada sakht pehlu hai”</w:t>
      </w:r>
    </w:p>
    <w:p>
      <w:r>
        <w:rPr>
          <w:sz w:val="20"/>
        </w:rPr>
        <w:t>29:17  Bekar ho kar reh jayengi. Dekhiye, is ka yeh ek pehlu hua. Doosra is se bhi zyada sakht pehlu hai</w:t>
      </w:r>
      <w:r>
        <w:br/>
      </w:r>
      <w:r>
        <w:rPr>
          <w:sz w:val="20"/>
        </w:rPr>
        <w:t>29:29  Is is qism ki policy ka. Yeh policy ke aap doosron ko blame dein, jaise Adam blame dene lagte Iblis ko.</w:t>
      </w:r>
      <w:r>
        <w:br/>
      </w:r>
      <w:r>
        <w:rPr>
          <w:sz w:val="20"/>
        </w:rPr>
        <w:t>29:41  agar adam iblis ko blame dene lagte to yeh zabardast dua na nikalti: rabana zalamna anfusana walam taghfarna lana watarhamna yani kaha hum al-khasireen Allah ne phir qabool kar liya un ko.</w:t>
      </w:r>
      <w:r>
        <w:br/>
      </w:r>
      <w:r>
        <w:rPr>
          <w:sz w:val="20"/>
        </w:rPr>
        <w:t>29:52  yeh na hota.</w:t>
      </w:r>
      <w:r>
        <w:br/>
      </w:r>
      <w:r>
        <w:rPr>
          <w:sz w:val="20"/>
        </w:rPr>
        <w:t>29:55  yeh sochiye is baat ko ke adam agar yeh karte ke bas iblis ko bura bhala kehna shuru kar dete ke iblis ne sazish ki, iblis ne conspiracy ki, iblis ne yeh kiya, iblis ne woh kiya,</w:t>
      </w:r>
      <w:r>
        <w:br/>
      </w:r>
      <w:r>
        <w:rPr>
          <w:sz w:val="20"/>
        </w:rPr>
        <w:t>30:12  to yeh kya hota? khud apne ko mehroom karte hue,</w:t>
      </w:r>
      <w:r>
        <w:br/>
      </w:r>
      <w:r>
        <w:rPr>
          <w:sz w:val="20"/>
        </w:rPr>
        <w:t>30:20  un ke andar repentance na aata, un ke andar apni rethinking na jaagti. un ke andar un ko yeh na tofeeq milti ke Allah taala se phir se dua karein.</w:t>
      </w:r>
      <w:r>
        <w:br/>
      </w:r>
      <w:r>
        <w:rPr>
          <w:sz w:val="20"/>
        </w:rPr>
        <w:t>30:37  aur yeh shandar dua jo Quran majeed mein aayi hai, jo qabool ho gayi, yeh Quran majeed mein aayi hai ke qabool kar liya Allah taala ne. yeh yeh dua itni zabardast dua hai ke Quran mein is ka ailan hai ke qabool kar li gayi.</w:t>
      </w:r>
      <w:r>
        <w:br/>
      </w:r>
      <w:r>
        <w:rPr>
          <w:sz w:val="20"/>
        </w:rPr>
        <w:t>30:51  to yeh kahan se hota? yahi haal, yahi haal aaj musalmanon ka hai. yani sari dunya mein musalman negative kyon bane hue hain?</w:t>
      </w:r>
      <w:r>
        <w:br/>
      </w:r>
      <w:r>
        <w:rPr>
          <w:sz w:val="20"/>
        </w:rPr>
        <w:t>31:01  jis se mili hai, wahi negative hai. manfi baat bolta hai. kam az kam mein boodha ho gaya, ek insan mein nahi paya apne is group ke bahar jo kahin na kahin negative na ho.</w:t>
      </w:r>
      <w:r>
        <w:br/>
      </w:r>
      <w:r>
        <w:rPr>
          <w:sz w:val="20"/>
        </w:rPr>
        <w:t>31:16  koi soch raha hai hindu ke khilaf, koi soch raha hai ISS ke khilaf, koi soch raha hai America ke khilaf, koi soch raha hai yahoodi ke khilaf, koi soch raha hai angrezon ke khilaf.</w:t>
      </w:r>
      <w:r>
        <w:br/>
      </w:r>
      <w:r>
        <w:rPr>
          <w:sz w:val="20"/>
        </w:rPr>
        <w:t>31:26  har ek kisi na kisi ke khilaf sochne mein mubtala hai.</w:t>
      </w:r>
      <w:r>
        <w:br/>
      </w:r>
      <w:r>
        <w:rPr>
          <w:sz w:val="20"/>
        </w:rPr>
        <w:t>31:33  negative soch se kam az kam mein ne to na koi aadmi paya, na koi kitab payi, na koi magazine paya, na koi akhbar paya.</w:t>
      </w:r>
      <w:r>
        <w:br/>
      </w:r>
      <w:r>
        <w:rPr>
          <w:sz w:val="20"/>
        </w:rPr>
        <w:t>31:42  aap ko mila ho to mujhe telephone kar ke bata dijiyega ke Khuda ke creation plan ko hum ne nahi samjha, na samajh kar ke hum yani yeh karne lage ke jo cheez thi Khuda ke creation plan ki wajah se, us ko hum kisi aur insan ka zulm samajh liya.</w:t>
      </w:r>
      <w:r>
        <w:br/>
      </w:r>
      <w:r>
        <w:rPr>
          <w:sz w:val="20"/>
        </w:rPr>
        <w:t>32:02  yeh to kar raha hai America, yeh to kar raha hai angrez, yeh to kar raha hai yahoodi, yeh to kar raha hai hindu, yeh to kar raha hai ISS.</w:t>
      </w:r>
      <w:r>
        <w:br/>
      </w:r>
      <w:r>
        <w:rPr>
          <w:sz w:val="20"/>
        </w:rPr>
        <w:t>32:10  halanke woh sab jo tha, is liye tha ke Allah taala ne yeh dunya ko banaya hai competition ke base par, challenge ke base par, muqabla ke base par.</w:t>
      </w:r>
      <w:r>
        <w:br/>
      </w:r>
      <w:r>
        <w:rPr>
          <w:sz w:val="20"/>
        </w:rPr>
        <w:t>32:20  yeh sab to hoga, yeh hoga to aap is ki khud is ka precaution lijiye, khud apni planning sahi tarike se kijiye.</w:t>
      </w:r>
      <w:r>
        <w:br/>
      </w:r>
      <w:r>
        <w:rPr>
          <w:sz w:val="20"/>
        </w:rPr>
        <w:t>32:32  dusron ko blame dene se koi faida nahi. isi liye Bible mein hai: "blame thy self".</w:t>
      </w:r>
      <w:r>
        <w:br/>
      </w:r>
      <w:r>
        <w:rPr>
          <w:sz w:val="20"/>
        </w:rPr>
        <w:t>32:40  apne aap ko ilzam do. yeh hai paighambar ka qaul: "blame thy self". apne aap ko ilzam do.</w:t>
      </w:r>
      <w:r>
        <w:br/>
      </w:r>
      <w:r>
        <w:rPr>
          <w:sz w:val="20"/>
        </w:rPr>
        <w:t>32:49  yani sabab apne andar talash karo, kyunke bahar to sabab hai hi nahi.</w:t>
      </w:r>
      <w:r>
        <w:br/>
      </w:r>
      <w:r>
        <w:rPr>
          <w:sz w:val="20"/>
        </w:rPr>
        <w:t>32:57  "blame thy self" ka matlab kya hai? jo guzar gaya, jo ho gaya, us ka sabab apne andar talash karo,</w:t>
      </w:r>
      <w:r>
        <w:br/>
      </w:r>
      <w:r>
        <w:rPr>
          <w:sz w:val="20"/>
        </w:rPr>
        <w:t>33:06  kyunke bahar to hai nahi koi sabab.</w:t>
      </w:r>
      <w:r>
        <w:br/>
      </w:r>
      <w:r>
        <w:rPr>
          <w:sz w:val="20"/>
        </w:rPr>
        <w:t>33:11  yeh hai bohat hi important usool. ise is is se, kyunke ab musalmanon se chhod rakha hai, musalmanon ne ult diya hai mamle ko. har cheez jo is mein guzar rahi hai, dusron par dalte hain.</w:t>
      </w:r>
      <w:r>
        <w:br/>
      </w:r>
      <w:r>
        <w:rPr>
          <w:sz w:val="20"/>
        </w:rPr>
        <w:t>33:24  dusron par. mein bachpan se yeh dekh raha hoon, hamare bachpan mein sara qusoor diya jata tha British ko ke British ne Mughal empire khatam kar diya, British ne khilafat Turki khatam kar di, British yeh kar diya, British ne woh kar diya.</w:t>
      </w:r>
      <w:r>
        <w:br/>
      </w:r>
      <w:r>
        <w:rPr>
          <w:sz w:val="20"/>
        </w:rPr>
        <w:t>33:41  ab kya? America pe ho jata hai ke America ne yeh kiya, America ne woh kiya, yahudiyon ne yeh kiya, yahudiyon ne woh kiya. bachpan se aaj tak mein yeh sun raha hoon ke jitne waqeat hote hain, un sab ko ilzam dusron ko de kar ke hum inhi ke khilaf</w:t>
      </w:r>
      <w:r>
        <w:br/>
      </w:r>
      <w:r>
        <w:rPr>
          <w:sz w:val="20"/>
        </w:rPr>
        <w:t>33:57  sochte rehte hain. nateeja kya hai? sari insaan hamari nafrat ka mozu ban gaye hain. yani musalmanon se insaan dosti nikal gayi hai.</w:t>
      </w:r>
    </w:p>
    <w:p>
      <w:pPr>
        <w:pStyle w:val="Heading2"/>
      </w:pPr>
      <w:r>
        <w:t>Angels objected to Adam's creation, God explains free will</w:t>
      </w:r>
    </w:p>
    <w:p>
      <w:r>
        <w:rPr>
          <w:color w:val="666666"/>
          <w:sz w:val="18"/>
        </w:rPr>
        <w:t>Living with Angels August 6, 2023 · 4m 32s · at 4:24 · https://youtu.be/1WO5xChgrXM?t=264</w:t>
      </w:r>
    </w:p>
    <w:p>
      <w:r>
        <w:rPr>
          <w:i/>
        </w:rPr>
        <w:t>“Jab Allah ne farishton se kaha main zameen mein khalifa banaunga”</w:t>
      </w:r>
    </w:p>
    <w:p>
      <w:r>
        <w:rPr>
          <w:sz w:val="20"/>
        </w:rPr>
        <w:t>4:24  apa, when allah told the angels that he will be creating a vicegerent or a khalifa on the planet earth, the response that angels gave, it indicated a sort of an objection to the creation of adam.</w:t>
      </w:r>
      <w:r>
        <w:br/>
      </w:r>
      <w:r>
        <w:rPr>
          <w:sz w:val="20"/>
        </w:rPr>
        <w:t>4:41  to apa is ke bare mein bataein, is qisse ke bare mein aap bataein.</w:t>
      </w:r>
      <w:r>
        <w:br/>
      </w:r>
      <w:r>
        <w:rPr>
          <w:sz w:val="20"/>
        </w:rPr>
        <w:t>4:46  jab allah ta'ala ne farishton se kaha ke main zameen mein ek khalifa yaani ba ikhtedar makhlooq banane wala hoon jis ke paas freedom hogi, to chounke un insanon se pehle jinn jo hain woh is dunya mein abad kiye gaye thay, to unhon ne jo hai na bohat ziyada khoon bahaya tha, bohat ziyada fasad machaya tha.</w:t>
      </w:r>
      <w:r>
        <w:br/>
      </w:r>
      <w:r>
        <w:rPr>
          <w:sz w:val="20"/>
        </w:rPr>
        <w:t>5:13  to woh samajh rahe thay ke ab ek nai makhlooq aye gi to woh bhi aise hi kare gi. to is wajah se unhon ne eteraz kiya tha ke fasad karein ge, khoon bahayein ge.</w:t>
      </w:r>
      <w:r>
        <w:br/>
      </w:r>
      <w:r>
        <w:rPr>
          <w:sz w:val="20"/>
        </w:rPr>
        <w:t>5:25  to allah ta'ala ne kaha ke main janta hoon jo tum nahi jante. yaani woh yeh samajh rahe thay ke ek nai creature hogi aur sare ke sare jo hain khuda ke wafadar bande ban nahi sakte jab un ko azadi de di jaye gi.</w:t>
      </w:r>
      <w:r>
        <w:br/>
      </w:r>
      <w:r>
        <w:rPr>
          <w:sz w:val="20"/>
        </w:rPr>
        <w:t>5:42  aur unhon ne kaha ke hum aap ke wafadar hain, hum har waqt aap ki ibadat karte hain, tasbeeh karte hain, aur yeh log fasad karein ge.</w:t>
      </w:r>
      <w:r>
        <w:br/>
      </w:r>
      <w:r>
        <w:rPr>
          <w:sz w:val="20"/>
        </w:rPr>
        <w:t>5:51  to yeh tha kyunke azadi ki wajah se farishton ko azadi nahi hai, woh khuda ke hukum ke tabe hain. aap samajh sakte hain robot ki misaal se in ko azadi nahi hoti, jaise in ko program kar diya jata hai, bas woh waise hi kaam kar sakte hain.</w:t>
      </w:r>
      <w:r>
        <w:br/>
      </w:r>
      <w:r>
        <w:rPr>
          <w:sz w:val="20"/>
        </w:rPr>
        <w:t>6:08  to farishton ko azadi nahi di gayi</w:t>
      </w:r>
      <w:r>
        <w:br/>
      </w:r>
      <w:r>
        <w:rPr>
          <w:sz w:val="20"/>
        </w:rPr>
        <w:t>6:11  hai, sirf insan. isi liye insan ko ashraf ul makhlooqat kaha gaya hai ke is ko azadi di gayi hai, achhe aur bure ki tameez di gayi hai, consciousness is ko diya gaya hai.</w:t>
      </w:r>
      <w:r>
        <w:br/>
      </w:r>
      <w:r>
        <w:rPr>
          <w:sz w:val="20"/>
        </w:rPr>
        <w:t>6:23  to woh select kar sakta hai kya behtar rasta hai, kaun kya rasta jo hai is ko sachai ki taraf le jaye ga. to jab allah ta'ala ne explain kiya ke tum mein janta hoon jo tum nahi jante,</w:t>
      </w:r>
      <w:r>
        <w:br/>
      </w:r>
      <w:r>
        <w:rPr>
          <w:sz w:val="20"/>
        </w:rPr>
        <w:t>6:39  phir hazrat adam ko allah ne kuch sikhaya, ko abhi to woh naye usi waqt paida kiye gaye thay, to kuch bataya. to hazrat adam ne woh baat batayi.</w:t>
      </w:r>
      <w:r>
        <w:br/>
      </w:r>
      <w:r>
        <w:rPr>
          <w:sz w:val="20"/>
        </w:rPr>
        <w:t>6:50  maulana ne likha hai ke hazrat adam ne poori insani tareekh ke baray mein bataya ke is mein kitne log achhe nikalein ge. kuch to zaroor is mein woh nikalein ge jo shaitan ke behkawe mein aa jayein ge, lekin kafi ek bari miqdar un ki, bari tadad un ki achhi nikale gi.</w:t>
      </w:r>
      <w:r>
        <w:br/>
      </w:r>
      <w:r>
        <w:rPr>
          <w:sz w:val="20"/>
        </w:rPr>
        <w:t>7:09  to farishte jo hain woh mutma'in ho gaye. phir jab allah ta'ala ne kaha ke adam ke aage sajda karo, yaani adam ke aage jhuk jao, to farishte jo hain jhuk gaye.</w:t>
      </w:r>
      <w:r>
        <w:br/>
      </w:r>
      <w:r>
        <w:rPr>
          <w:sz w:val="20"/>
        </w:rPr>
        <w:t>7:21  jhukne ka yeh matlab tha ke ibadat to sirf khuda ki karni hai, lekin jhukne ka yeh matlab tha ke insan jo hai kamzor makhlooq hai, is ko baar baar zaroorat hogi kisi aur ki, to farishte musalsal is ko support karein ge.</w:t>
      </w:r>
      <w:r>
        <w:br/>
      </w:r>
      <w:r>
        <w:rPr>
          <w:sz w:val="20"/>
        </w:rPr>
        <w:t>7:37  to is wajah se jhukne ka yeh matlab tha. to woh jhuk gaye, aur iblis jo hai, iblis jo jinnat ka sardar tha, to woh nahi jhuka.</w:t>
      </w:r>
      <w:r>
        <w:br/>
      </w:r>
      <w:r>
        <w:rPr>
          <w:sz w:val="20"/>
        </w:rPr>
        <w:t>7:47  us ne kaha ke main aag se banaya gaya hoon, aur adam mitti se banaye gaye hain, to main kyun jhukoon? to yeh woh kuch log samajhte hain ke woh fallen angel tha, yaani angels mein se ek angel tha, woh us ne baghavat kar di thi.</w:t>
      </w:r>
      <w:r>
        <w:br/>
      </w:r>
      <w:r>
        <w:rPr>
          <w:sz w:val="20"/>
        </w:rPr>
        <w:t>8:04  woh aisa nahi tha, islam ke mutabiq</w:t>
      </w:r>
      <w:r>
        <w:br/>
      </w:r>
      <w:r>
        <w:rPr>
          <w:sz w:val="20"/>
        </w:rPr>
        <w:t>8:06  woh woh jinn tha, jinnat ka sardar tha, woh to us ne baghavat kar di thi. to yeh jo hai asal mein kyun hum behak jate hain?</w:t>
      </w:r>
      <w:r>
        <w:br/>
      </w:r>
      <w:r>
        <w:rPr>
          <w:sz w:val="20"/>
        </w:rPr>
        <w:t>8:19  is liye ke allah ta'ala ne jo har insan ke sath ek shaitan aur ek farishta sath mein rakha hua hai, to woh hamara yeh test</w:t>
      </w:r>
      <w:r>
        <w:br/>
      </w:r>
      <w:r>
        <w:rPr>
          <w:sz w:val="20"/>
        </w:rPr>
        <w:t>8:33  hai, hum apne test ke liye ke hum shaitan ki sunte hain ya farishte ki sunte hain. yaani jo hamare andar consciousness hai, usi ke zariye se hamein farishta jo hai hamein motivate karta hai bhalai ke kaam karne ke liye, aur jo hamare andar ego hai, is ke zariye se shaitan hamein galat rasta ki rehnumai karta hai.</w:t>
      </w:r>
    </w:p>
    <w:p>
      <w:pPr>
        <w:pStyle w:val="Heading2"/>
      </w:pPr>
      <w:r>
        <w:t>the story of Iblis and the pleasure of pride</w:t>
      </w:r>
    </w:p>
    <w:p>
      <w:r>
        <w:rPr>
          <w:color w:val="666666"/>
          <w:sz w:val="18"/>
        </w:rPr>
        <w:t>The Importance of Thinking November 10, 2013 · 2m 25s · at 20:45 · https://youtu.be/y16CddTHoqE?t=1245</w:t>
      </w:r>
    </w:p>
    <w:p>
      <w:r>
        <w:rPr>
          <w:i/>
        </w:rPr>
        <w:t>“Allah ne Aadam ko paida kiya aur farishton se kaha jhuko”</w:t>
      </w:r>
    </w:p>
    <w:p>
      <w:r>
        <w:rPr>
          <w:sz w:val="20"/>
        </w:rPr>
        <w:t>20:45  yani Allah taala ne Adam ko paida kiya aur kaha ke sab log jhuk jao us ke aage. sare farishte. to is mein jinn bhi maujood tha us waqt.</w:t>
      </w:r>
      <w:r>
        <w:br/>
      </w:r>
      <w:r>
        <w:rPr>
          <w:sz w:val="20"/>
        </w:rPr>
        <w:t>20:56  iblis tha, jinon ka sardar tha. iblis akele ka muamla nahin hai. woh jinon ka sardar tha woh.</w:t>
      </w:r>
      <w:r>
        <w:br/>
      </w:r>
      <w:r>
        <w:rPr>
          <w:sz w:val="20"/>
        </w:rPr>
        <w:t>21:08  to us ne inkar kiya. to Allah ne poocha ke tum ne kyun inkar kiya</w:t>
      </w:r>
      <w:r>
        <w:br/>
      </w:r>
      <w:r>
        <w:rPr>
          <w:sz w:val="20"/>
        </w:rPr>
        <w:t>21:14  ? kyun nahin jhuka to? to us ne kya kaha? ana khairun minhu. main is se behtar hoon.</w:t>
      </w:r>
      <w:r>
        <w:br/>
      </w:r>
      <w:r>
        <w:rPr>
          <w:sz w:val="20"/>
        </w:rPr>
        <w:t>21:25  aap ghore kijiye, Allah ne kaha ke main tum ko jahannum mein dalunga. lekin shaitan phir bhi qaim raha apne us par.</w:t>
      </w:r>
      <w:r>
        <w:br/>
      </w:r>
      <w:r>
        <w:rPr>
          <w:sz w:val="20"/>
        </w:rPr>
        <w:t>21:39  main is se behtar hoon. main superior hoon.</w:t>
      </w:r>
      <w:r>
        <w:br/>
      </w:r>
      <w:r>
        <w:rPr>
          <w:sz w:val="20"/>
        </w:rPr>
        <w:t>21:44  is ke mani hain ke superiority ka ehsas mein itni lazzat hai, itni lazzat hai ke jahannum ka khatra mol le sakta aadmi. kaisi ajeeb baat hai.</w:t>
      </w:r>
      <w:r>
        <w:br/>
      </w:r>
      <w:r>
        <w:rPr>
          <w:sz w:val="20"/>
        </w:rPr>
        <w:t>21:54  iblis ne jahannum ka khatra mol le kar ke superiority ke ehsas mein apne ko jeeta raha woh. is mein lazzat leta raha.</w:t>
      </w:r>
      <w:r>
        <w:br/>
      </w:r>
      <w:r>
        <w:rPr>
          <w:sz w:val="20"/>
        </w:rPr>
        <w:t>22:06  aap is par ghore kijiye, kitna zyada yeh sochne ki baat hai.</w:t>
      </w:r>
      <w:r>
        <w:br/>
      </w:r>
      <w:r>
        <w:rPr>
          <w:sz w:val="20"/>
        </w:rPr>
        <w:t>22:13  yani iblis ko maloom tha ke main jab Allah ke hukum ko nahin maan raha hoon to nateeja kya hoga? jab qayamat aayegi to qayamat ke baad mujh ko jahannum mein dal diya jayega.</w:t>
      </w:r>
      <w:r>
        <w:br/>
      </w:r>
      <w:r>
        <w:rPr>
          <w:sz w:val="20"/>
        </w:rPr>
        <w:t>22:27  lekin itni lazzat thi is mein ke main superior hoon. main bara hoon. main is se zyada hoon. zyada important hoon.</w:t>
      </w:r>
      <w:r>
        <w:br/>
      </w:r>
      <w:r>
        <w:rPr>
          <w:sz w:val="20"/>
        </w:rPr>
        <w:t>22:38  kyun ke mujhe to ne paida kiya hai nar se, us ko paida kiya hai teen se.</w:t>
      </w:r>
      <w:r>
        <w:br/>
      </w:r>
      <w:r>
        <w:rPr>
          <w:sz w:val="20"/>
        </w:rPr>
        <w:t>22:47  to superiority complex jo hai, apne ek superior se banna itna pur lazzat hai, itna pur lazzat hai ke aadmi jahannum ke khatre ko bhi jante hue nazar andaz karta hai.</w:t>
      </w:r>
      <w:r>
        <w:br/>
      </w:r>
      <w:r>
        <w:rPr>
          <w:sz w:val="20"/>
        </w:rPr>
        <w:t>23:00  jab jab jahannum aayegi, dekha jayega. abhi to hum lazzat le lete hain apne ehsas bartari mein.</w:t>
      </w:r>
    </w:p>
    <w:p>
      <w:pPr>
        <w:pStyle w:val="Heading2"/>
      </w:pPr>
      <w:r>
        <w:t>Weeping under a papaya tree, calling out to God</w:t>
      </w:r>
    </w:p>
    <w:p>
      <w:r>
        <w:rPr>
          <w:color w:val="666666"/>
          <w:sz w:val="18"/>
        </w:rPr>
        <w:t>The Oneness of God 19 July, 2009 · 50s · at 3:48 · https://youtu.be/dAjxTrRiz0g?t=228</w:t>
      </w:r>
    </w:p>
    <w:p>
      <w:r>
        <w:rPr>
          <w:i/>
        </w:rPr>
        <w:t>“Adam Garh mein naujawani ki umar mein, jamia masjid mein main gaya”</w:t>
      </w:r>
    </w:p>
    <w:p>
      <w:r>
        <w:rPr>
          <w:sz w:val="20"/>
        </w:rPr>
        <w:t>3:48  adam garh mein mujhe ab tak yaad hai, naujawani ki umar mein, wahan ki jo jame masjid hai, wahan par mein gaya.</w:t>
      </w:r>
      <w:r>
        <w:br/>
      </w:r>
      <w:r>
        <w:rPr>
          <w:sz w:val="20"/>
        </w:rPr>
        <w:t>4:02  to wahan par us waqt papite ka ek peR hua karta tha. us ke neeche mein khada ho gaya.</w:t>
      </w:r>
      <w:r>
        <w:br/>
      </w:r>
      <w:r>
        <w:rPr>
          <w:sz w:val="20"/>
        </w:rPr>
        <w:t>4:13  upar se papite ke phool gir rahe the zameen par. aur mere aansu tapak tapak kar zameen par gir rahe the. yeh halat thi meri.</w:t>
      </w:r>
      <w:r>
        <w:br/>
      </w:r>
      <w:r>
        <w:rPr>
          <w:sz w:val="20"/>
        </w:rPr>
        <w:t>4:24  achanak mere zuban se nikla, "khawand, tu kab aayega? mein kab tak tere aane ka intezar karun?"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