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Aisha</w:t>
      </w:r>
    </w:p>
    <w:p>
      <w:r>
        <w:rPr>
          <w:sz w:val="18"/>
        </w:rPr>
        <w:t>Q&amp;A, lecture moments and clips · full transcripts with timestamps · exported 2026-09-21</w:t>
      </w:r>
    </w:p>
    <w:p>
      <w:pPr>
        <w:pStyle w:val="Heading1"/>
      </w:pPr>
      <w:r>
        <w:t>Maulana was asked (3)</w:t>
      </w:r>
    </w:p>
    <w:p>
      <w:pPr>
        <w:pStyle w:val="Heading2"/>
      </w:pPr>
      <w:r>
        <w:t>Women's role in dawah work</w:t>
      </w:r>
    </w:p>
    <w:p>
      <w:r>
        <w:rPr>
          <w:color w:val="666666"/>
          <w:sz w:val="18"/>
        </w:rPr>
        <w:t>Age of Alternatives April 05, 2015 · 2m 59s · at 58:35 · https://youtu.be/4v0uCM2BZuA?t=3515</w:t>
      </w:r>
    </w:p>
    <w:p>
      <w:r>
        <w:rPr>
          <w:i/>
        </w:rPr>
        <w:t>“Maulana, women like Aisha and many more played great roles in the history of Islam. In fact, many hadith are attributed to Aisha, but still Muslims today don't want their women to be part of dawah work. Why is this that they can't take lessons from the life of the Prophet and his companions who involved their women in the way of Islam?”</w:t>
      </w:r>
    </w:p>
    <w:p>
      <w:r>
        <w:rPr>
          <w:sz w:val="20"/>
        </w:rPr>
        <w:t>58:35  maulana, agla sawal mumbai se kiya hai faheem sahab ne aur unhon ne likha hai: "maulana, women like Hazrat Aisha and many more played great roles in the history of Islam۔</w:t>
      </w:r>
      <w:r>
        <w:br/>
      </w:r>
      <w:r>
        <w:rPr>
          <w:sz w:val="20"/>
        </w:rPr>
        <w:t>58:49  in fact, many hadith are attributed to Hazrat Aisha, but still Muslims today don't want their women to be part of dawa work</w:t>
      </w:r>
      <w:r>
        <w:br/>
      </w:r>
      <w:r>
        <w:rPr>
          <w:sz w:val="20"/>
        </w:rPr>
        <w:t>58:58  . why is this that they can't take lessons from the life of prophet and his companions who involve their women in the way of Islam?" dekhiye, asal masla women ka nahi hai.</w:t>
      </w:r>
      <w:r>
        <w:br/>
      </w:r>
      <w:r>
        <w:rPr>
          <w:sz w:val="20"/>
        </w:rPr>
        <w:t>59:11  asal masla hai ke dawah ko musalmanon ne hadaf kar diya. poori hazar saal ki tareekh mein jo kitabein likhi gayi hain, maine bar bar kal logon se kaha hai ke batao kis kitab kaun si kitab dawah ke mauzu par hai?</w:t>
      </w:r>
      <w:r>
        <w:br/>
      </w:r>
      <w:r>
        <w:rPr>
          <w:sz w:val="20"/>
        </w:rPr>
        <w:t>59:27  to mardon ke liye hadaf kar diya unhon ne, sirf auraton ke liye nahi. to asal jar yeh hai ke hamare ulama ne aur hamare jo jin logon ne Islam ki numaindagi ki, un sab logon ne dawah ko hadaf kar diya.</w:t>
      </w:r>
      <w:r>
        <w:br/>
      </w:r>
      <w:r>
        <w:rPr>
          <w:sz w:val="20"/>
        </w:rPr>
        <w:t>59:42  bas jihad aur ladai bas isi ko highlight kiya. yeh masla is wajah se yeh surat-e-haal paida hui hai.</w:t>
      </w:r>
      <w:r>
        <w:br/>
      </w:r>
      <w:r>
        <w:rPr>
          <w:sz w:val="20"/>
        </w:rPr>
        <w:t>59:52  maine bahut padha hai Allah ke fazl se, koi ek kitab mujhe aisi nahi mili jo sahi maanon mein is ke andar dawah ka concept paya jata ho.</w:t>
      </w:r>
      <w:r>
        <w:br/>
      </w:r>
      <w:r>
        <w:rPr>
          <w:sz w:val="20"/>
        </w:rPr>
        <w:t>1:00:01  ek kitab bhi nahi. agar koi kehta hai ke hai kitab, main urdu zaban ki baat kar raha hoon, koi urdu kitab to woh mujhe bataye. hatta ke dekhiye, fiqh par jo kitabein likhi gayi hain, fiqh par is mein koi kitab o dawah o tabligh nahi.</w:t>
      </w:r>
      <w:r>
        <w:br/>
      </w:r>
      <w:r>
        <w:rPr>
          <w:sz w:val="20"/>
        </w:rPr>
        <w:t>1:00:16  yani kisi fiqhi kitab mein dawah ka chapter hi nahi hai.</w:t>
      </w:r>
      <w:r>
        <w:br/>
      </w:r>
      <w:r>
        <w:rPr>
          <w:sz w:val="20"/>
        </w:rPr>
        <w:t>1:00:20  to to musalman yani musalman mardon se bhi hadaf kar rakha hai aur auraton bhi se hadaf ho gaya hai. to asal jar yeh hai ke hamare ulama ne yani dawah ko hadaf kar diya, halanke Rasool Allah ki asal yeh thi ke dawah dawah asal se thi: "dairah Allah bizni,</w:t>
      </w:r>
      <w:r>
        <w:br/>
      </w:r>
      <w:r>
        <w:rPr>
          <w:sz w:val="20"/>
        </w:rPr>
        <w:t>1:00:44  dairah Allah bizni wa siraj munira".</w:t>
      </w:r>
      <w:r>
        <w:br/>
      </w:r>
      <w:r>
        <w:rPr>
          <w:sz w:val="20"/>
        </w:rPr>
        <w:t>1:00:51  to yeh mislan maine bahut likha hai is ke upar aur main is par qaim hoon ke kisi ek shakhs ne bhi dawah ko sahi maanon mein yani is par kuch koi kitab nahi likhi.</w:t>
      </w:r>
      <w:r>
        <w:br/>
      </w:r>
      <w:r>
        <w:rPr>
          <w:sz w:val="20"/>
        </w:rPr>
        <w:t>1:01:06  kuch log dawah ka naam lete hain lekin woh dawah woh dawah nahi hoti. woh to qaumi yani Muslim parliament ko bhi dawah kehte hain, ladai ladai ko bhi dawah kehte hain.</w:t>
      </w:r>
      <w:r>
        <w:br/>
      </w:r>
      <w:r>
        <w:rPr>
          <w:sz w:val="20"/>
        </w:rPr>
        <w:t>1:01:18  yeh to jis ko kehte hain minus marking ke mushtaq hain. yeh log jo log aisa karte hain ke doosre doosre kamon ko dawah kehte hain, woh minus marking ke mushtaq hain.</w:t>
      </w:r>
    </w:p>
    <w:p>
      <w:pPr>
        <w:pStyle w:val="Heading2"/>
      </w:pPr>
      <w:r>
        <w:t>Prophet seeing Aisha wearing silver bracelets</w:t>
      </w:r>
    </w:p>
    <w:p>
      <w:r>
        <w:rPr>
          <w:color w:val="666666"/>
          <w:sz w:val="18"/>
        </w:rPr>
        <w:t>The Story of Aisha Bint Abu Bakr Part 2 March 05, 2023 · 26s · at 22:55 · https://youtu.be/od3Is6a9B7o?t=1375</w:t>
      </w:r>
    </w:p>
    <w:p>
      <w:r>
        <w:rPr>
          <w:i/>
        </w:rPr>
        <w:t>“The Prophet once saw Hazrat Aisha wearing silver bracelets. What is the significance of this incident?”</w:t>
      </w:r>
    </w:p>
    <w:p>
      <w:r>
        <w:rPr>
          <w:sz w:val="20"/>
        </w:rPr>
        <w:t>22:55  yeh ek bohat hi khaas cheez thi jo Hazrat Aisha ko Allah taala ne yeh nemat di ke jibril ko dekhein woh. ji ji doctor sahib ek comment parhna chahunga agla sawal lene se pehle.</w:t>
      </w:r>
      <w:r>
        <w:br/>
      </w:r>
      <w:r>
        <w:rPr>
          <w:sz w:val="20"/>
        </w:rPr>
        <w:t>23:07  yeh comment bheja hai Miss Fareeda Kamran ne Islamabad Pakistan se. unhone likha hai Jazak Allah for sharing us beautiful information about the most amazing lady of Islam Hazrat Aisha</w:t>
      </w:r>
    </w:p>
    <w:p>
      <w:pPr>
        <w:pStyle w:val="Heading2"/>
      </w:pPr>
      <w:r>
        <w:t>Prophet's objection to silver bracelets</w:t>
      </w:r>
    </w:p>
    <w:p>
      <w:r>
        <w:rPr>
          <w:color w:val="666666"/>
          <w:sz w:val="18"/>
        </w:rPr>
        <w:t>The Story of Aisha Bint Abu Bakr Part 2 March 05, 2023 · 6m 05s · at 23:22 · https://youtu.be/od3Is6a9B7o?t=1402</w:t>
      </w:r>
    </w:p>
    <w:p>
      <w:r>
        <w:rPr>
          <w:i/>
        </w:rPr>
        <w:t>“Once the Prophet saw that Aisha was wearing silver bracelets. What was that story? Please tell us all about it. Prophet Muhammad once came home and saw Aisha wearing silver bracelets on both hands and said, 'What is this?'”</w:t>
      </w:r>
    </w:p>
    <w:p>
      <w:r>
        <w:rPr>
          <w:sz w:val="20"/>
        </w:rPr>
        <w:t>23:22  the best lady ever. It is very important and an inspiring session for every woman. doctor sahib agla sawal yeh hai ke ek martaba Rasool Allah ne dekha ke Hazrat Aisha silver bracelets jo hain woh pehan rahi hain.</w:t>
      </w:r>
      <w:r>
        <w:br/>
      </w:r>
      <w:r>
        <w:rPr>
          <w:sz w:val="20"/>
        </w:rPr>
        <w:t>23:36  to woh kya qissa tha is ke bare mein hum sab ko batayein. Prophet Muhammad Sallallahu Alaihi Wasallam ek baar ghar mein aaye to dekha ke Hazrat Aisha silver bracelets pehne hue hain haath mein.</w:t>
      </w:r>
      <w:r>
        <w:br/>
      </w:r>
      <w:r>
        <w:rPr>
          <w:sz w:val="20"/>
        </w:rPr>
        <w:t>23:47  donon hathon mein. to kaha ke yeh kya hai?</w:t>
      </w:r>
      <w:r>
        <w:br/>
      </w:r>
      <w:r>
        <w:rPr>
          <w:sz w:val="20"/>
        </w:rPr>
        <w:t>23:52  to unhon ne kaha ke I have bought these bracelets to look beautiful for you. ji to rasool Allah ne kaha ke have you paid zakat on this?</w:t>
      </w:r>
      <w:r>
        <w:br/>
      </w:r>
      <w:r>
        <w:rPr>
          <w:sz w:val="20"/>
        </w:rPr>
        <w:t>24:04  to unhon ne kaha no I haven't paid zakat. to Prophet ne kaha ke if you have not paid zakat you will go to hell. hmm to yani rasool Allah ka zehan kahin aur tha aur Hazrat Aisha ka zehan kuch aur soch raha tha.</w:t>
      </w:r>
      <w:r>
        <w:br/>
      </w:r>
      <w:r>
        <w:rPr>
          <w:sz w:val="20"/>
        </w:rPr>
        <w:t>24:20  ji to yeh wealth ka jo muamla hai yeh bhi bohat hi serious hai. chounke hadith mein aata hai ke insaan ke qadam hilenge nahi day of judgement mein jab tak woh chaar baaton ka jawab na de de.</w:t>
      </w:r>
      <w:r>
        <w:br/>
      </w:r>
      <w:r>
        <w:rPr>
          <w:sz w:val="20"/>
        </w:rPr>
        <w:t>24:34  ji is mein se do yeh hai ke kahan se paisa kamaya aur kaise kharch kiya. yani kaise kamaya lawful tareeqe se ya unlawful tareeqe se.</w:t>
      </w:r>
      <w:r>
        <w:br/>
      </w:r>
      <w:r>
        <w:rPr>
          <w:sz w:val="20"/>
        </w:rPr>
        <w:t>24:43  ji aur kahan kharch kiya yani need based life thi ya luxurious life thi.</w:t>
      </w:r>
      <w:r>
        <w:br/>
      </w:r>
      <w:r>
        <w:rPr>
          <w:sz w:val="20"/>
        </w:rPr>
        <w:t>24:49  isi ko to Maulana kehte the need based life. ji to yeh yeh bohat hi ahem cheez hai ke hum need based life guzaren aur luxurious life se bachen.</w:t>
      </w:r>
      <w:r>
        <w:br/>
      </w:r>
      <w:r>
        <w:rPr>
          <w:sz w:val="20"/>
        </w:rPr>
        <w:t>25:03  to is ki aik achi misaal hai. bilkul bohat hila dene wali misaal hai doctor sahib aur aise hi is ko humein apni zindagi mein utarna bhi chahiye. doctor sahib aik aik martaba Hazrat Aisha raat mein uthti hain to dekhti hain ke Prophet nahi hain.</w:t>
      </w:r>
      <w:r>
        <w:br/>
      </w:r>
      <w:r>
        <w:rPr>
          <w:sz w:val="20"/>
        </w:rPr>
        <w:t>25:19  to woh thoda sa soch mein pad jaati hain ke kahan hain. to is qisse ke baray mein bhi hum sab ko batayen. haan yeh raat ke waqt Prophet aur Hazrat Aisha so rahe the ghar mein.</w:t>
      </w:r>
      <w:r>
        <w:br/>
      </w:r>
      <w:r>
        <w:rPr>
          <w:sz w:val="20"/>
        </w:rPr>
        <w:t>25:33  ji to Hazrat Aisha ki aankh khulti hai to un ko mehsoos hota hai ke Prophet hain nahi. to andhera rehta tha is zamanay mein yani itna bhi nahi tha ke woh charagh jala saken.</w:t>
      </w:r>
      <w:r>
        <w:br/>
      </w:r>
      <w:r>
        <w:rPr>
          <w:sz w:val="20"/>
        </w:rPr>
        <w:t>25:48  balke aik aik waqia hai ke baad ke zamanay mein jab kafi farawani ho gayi to logon se baat kar rahi theen Hazrat Aisha to kuch kaha ke raat mein andhera tha ghar mein.</w:t>
      </w:r>
      <w:r>
        <w:br/>
      </w:r>
      <w:r>
        <w:rPr>
          <w:sz w:val="20"/>
        </w:rPr>
        <w:t>26:03  to kisi ne kaha ke kya aap ke paas oil nahi hota tha ghar mein? charagh nahi hota tha? to Hazrat Aisha ne kaha agar hamare ghar mein oil hota to hum use pe jate.</w:t>
      </w:r>
      <w:r>
        <w:br/>
      </w:r>
      <w:r>
        <w:rPr>
          <w:sz w:val="20"/>
        </w:rPr>
        <w:t>26:16  yani yeh کیفیت thi ke khane peene ke saman nahi hota tha. is zamanay mein jo oil tha na woh waisa hota tha zaitoon ka tel waghera.</w:t>
      </w:r>
      <w:r>
        <w:br/>
      </w:r>
      <w:r>
        <w:rPr>
          <w:sz w:val="20"/>
        </w:rPr>
        <w:t>26:26  woh petrol ka zamanay nahi tha. to bilkul andhera tha to un ko aisa laga ke Prophet hain nahi kahin chale gaye. to unhein thoda badgumaani ho gayi ke kisi aur ghar mein chale gaye shayad.</w:t>
      </w:r>
      <w:r>
        <w:br/>
      </w:r>
      <w:r>
        <w:rPr>
          <w:sz w:val="20"/>
        </w:rPr>
        <w:t>26:41  to unhon ne hath aise aise kar ke dekha to kuch kahin mile nahi to woh bahar nikleen. bahar bhi unhon ne touch wich kiya.</w:t>
      </w:r>
      <w:r>
        <w:br/>
      </w:r>
      <w:r>
        <w:rPr>
          <w:sz w:val="20"/>
        </w:rPr>
        <w:t>26:50  masjid thi bahar. to aise hi kuch kiya to Prophet ke pair pe hath pada.</w:t>
      </w:r>
      <w:r>
        <w:br/>
      </w:r>
      <w:r>
        <w:rPr>
          <w:sz w:val="20"/>
        </w:rPr>
        <w:t>26:56  tab un ko andaza hua ke woh sajday mein hain. ji aur sajday mein bari umda dua kar rahe the subhanaka wabihamdika la ilaha illa ant aye Allah tu pak hai aur tere siwa koi ibadat ke laiq nahi hai.</w:t>
      </w:r>
      <w:r>
        <w:br/>
      </w:r>
      <w:r>
        <w:rPr>
          <w:sz w:val="20"/>
        </w:rPr>
        <w:t>27:12  to Hazrat Aisha wapas aa gayeen apne bed pe lait gayeen aur boleen ke innaka lafi shaani wa inni lafi shaani akhar yani mera zehan kahin aur ja raha hai</w:t>
      </w:r>
      <w:r>
        <w:br/>
      </w:r>
      <w:r>
        <w:rPr>
          <w:sz w:val="20"/>
        </w:rPr>
        <w:t>27:25  aap ki shan kuch aur hai. ji you are on one plane and I am on totally another plane. ji to yeh jo waqia hai ke is mein bohat bara sabak hai.</w:t>
      </w:r>
      <w:r>
        <w:br/>
      </w:r>
      <w:r>
        <w:rPr>
          <w:sz w:val="20"/>
        </w:rPr>
        <w:t>27:40  Maulana ne is hadith ke baray mein bataya tha ke ulama ne chounke fiqhi zehan hai ulama ka, ulama ne is hadith se nikala hai ke agar aurat mard ko touch kare halat wuzu mein to wuzu toote ga ya nahi</w:t>
      </w:r>
      <w:r>
        <w:br/>
      </w:r>
      <w:r>
        <w:rPr>
          <w:sz w:val="20"/>
        </w:rPr>
        <w:t>27:54  . ji halankay yeh itni bari hadith hai ke Prophet se badgumaani aur woh bhi Hazrat Aisha jaisi stature jin ka woh maqam to aam insaan ka kya haal ho ga.</w:t>
      </w:r>
      <w:r>
        <w:br/>
      </w:r>
      <w:r>
        <w:rPr>
          <w:sz w:val="20"/>
        </w:rPr>
        <w:t>28:05  to is mein yeh hai ke insaan ko badgumaan nahi hona chahiye. Misunderstanding nahi honi chahiye.</w:t>
      </w:r>
      <w:r>
        <w:br/>
      </w:r>
      <w:r>
        <w:rPr>
          <w:sz w:val="20"/>
        </w:rPr>
        <w:t>28:14  baaton ko samajhna chahiye. chounke baz auqat woh jo dekhta hai ya woh sunta hai woh kuch aur hoti hai. woh baat kuch aur aur us ki samajh mein kuch aur aati hai.</w:t>
      </w:r>
      <w:r>
        <w:br/>
      </w:r>
      <w:r>
        <w:rPr>
          <w:sz w:val="20"/>
        </w:rPr>
        <w:t>28:23  to bohat hi cautious rehna chahiye aur shaitan ke waswase se dua karni chahiye har waqt ke inshallah shaitan ke behkawe se bachaye.</w:t>
      </w:r>
      <w:r>
        <w:br/>
      </w:r>
      <w:r>
        <w:rPr>
          <w:sz w:val="20"/>
        </w:rPr>
        <w:t>28:33  ji doctor sahib sajday se mujhe woh bhi aik riwayat yaad aayi abuhuraira ke abuhuraira se yeh riwayat hai ke unhon ne bataya ke Prophet ne kaha ke jab Khuda ka banda sajday mein jata hai to Allah se sab se qareeb hota hai.</w:t>
      </w:r>
      <w:r>
        <w:br/>
      </w:r>
      <w:r>
        <w:rPr>
          <w:sz w:val="20"/>
        </w:rPr>
        <w:t>28:50  to unhon ne kaha ke is liye jab tum sajday mein jao to khoob dua karo. aur aik martaba unhon ne bataya ke rasool Allah sajday mein the to unhon ne bohat hi pyari dua kari doctor sahib mujhe bohat achi lagi.</w:t>
      </w:r>
      <w:r>
        <w:br/>
      </w:r>
      <w:r>
        <w:rPr>
          <w:sz w:val="20"/>
        </w:rPr>
        <w:t>29:03  hum sab ko karni chahiye ke unhon ne kaha ke aye allah tu mere sare gunahon ko maaf kar. mere chhote gunah ko, mere bade gunah ko, mere pehle gunah ko aur mere aakhri gunah ko.</w:t>
      </w:r>
      <w:r>
        <w:br/>
      </w:r>
      <w:r>
        <w:rPr>
          <w:sz w:val="20"/>
        </w:rPr>
        <w:t>29:14  aur mere chhpe hue gunah ko aur khule hue gunah ko.</w:t>
      </w:r>
      <w:r>
        <w:br/>
      </w:r>
      <w:r>
        <w:rPr>
          <w:sz w:val="20"/>
        </w:rPr>
        <w:t>29:18  tu yeh bohat hi achhi lagi mujhe pyari dua hai. hum sab ko maafi mangni chahiye is tarah jis tarah rasool allah kiya karte the.</w:t>
      </w:r>
    </w:p>
    <w:p>
      <w:pPr>
        <w:pStyle w:val="Heading1"/>
      </w:pPr>
      <w:r>
        <w:t>In the lectures (19)</w:t>
      </w:r>
    </w:p>
    <w:p>
      <w:pPr>
        <w:pStyle w:val="Heading2"/>
      </w:pPr>
      <w:r>
        <w:t>On Life and Death July 24, 2011</w:t>
      </w:r>
    </w:p>
    <w:p>
      <w:r>
        <w:rPr>
          <w:color w:val="666666"/>
          <w:sz w:val="18"/>
        </w:rPr>
        <w:t>1:24:41 · https://youtu.be/Z0pdhT_HJNk?t=5081</w:t>
      </w:r>
    </w:p>
    <w:p>
      <w:r>
        <w:rPr>
          <w:i/>
        </w:rPr>
        <w:t>“Miss Aisha نے دلی سے”</w:t>
      </w:r>
    </w:p>
    <w:p>
      <w:pPr>
        <w:pStyle w:val="Heading2"/>
      </w:pPr>
      <w:r>
        <w:t>Road to Paradise April 09, 2007 Maulana Wahiduddin Khan</w:t>
      </w:r>
    </w:p>
    <w:p>
      <w:r>
        <w:rPr>
          <w:color w:val="666666"/>
          <w:sz w:val="18"/>
        </w:rPr>
        <w:t>30:01 · https://youtu.be/JQRch_DCKv4?t=1801</w:t>
      </w:r>
    </w:p>
    <w:p>
      <w:r>
        <w:rPr>
          <w:i/>
        </w:rPr>
        <w:t>“۔ ان ایوری صلاۃ، وی ریڈ سم پارٹ فرام دا قران۔ دس ریڈنگ از السو ویری امپورٹنٹ۔ ویری ویری امپورٹنٹ۔ بائے دس، یو انکلکیٹ دی سپرٹ اف قران، سپرٹ اف دا قران ان یور سیلف۔ بائی ڈوئنگ دس، یو انکلکیٹ دی سپرٹ اف دا قران ان یور سیلف۔ قران سیز اباؤٹ دا پرافٹ۔ انک لالا، انک لالا، خلق عظیم۔ انک”</w:t>
      </w:r>
    </w:p>
    <w:p>
      <w:pPr>
        <w:pStyle w:val="Heading2"/>
      </w:pPr>
      <w:r>
        <w:t>Towards Understanding Islam (English) March 22, 2007 Maulana Wahiduddin Khan</w:t>
      </w:r>
    </w:p>
    <w:p>
      <w:r>
        <w:rPr>
          <w:color w:val="666666"/>
          <w:sz w:val="18"/>
        </w:rPr>
        <w:t>20:56 · https://youtu.be/jXvJkbWa2MM?t=1256</w:t>
      </w:r>
    </w:p>
    <w:p>
      <w:r>
        <w:rPr>
          <w:i/>
        </w:rPr>
        <w:t>“. Aisha, the wife of the Prophet, says that in Islam, in the early period of Islam, all the revelations are based on basic tenets. In the early period of Islam, for example, in Makkah, only those verses of the Quran were revealed in which there is Dhikr al-Jannah or Nar. That per”</w:t>
      </w:r>
    </w:p>
    <w:p>
      <w:pPr>
        <w:pStyle w:val="Heading2"/>
      </w:pPr>
      <w:r>
        <w:t>Dr Naseem Siddiqui Memorial Part 1</w:t>
      </w:r>
    </w:p>
    <w:p>
      <w:r>
        <w:rPr>
          <w:color w:val="666666"/>
          <w:sz w:val="18"/>
        </w:rPr>
        <w:t>0:05 · https://youtu.be/q-kccRjp1iU?t=5</w:t>
      </w:r>
    </w:p>
    <w:p>
      <w:r>
        <w:rPr>
          <w:i/>
        </w:rPr>
        <w:t>“بسم اللہ الرحمن الرحیم۔ We would start the program with the Quran recitation which should be done by Ms. Aisha Zaqwan.”</w:t>
      </w:r>
    </w:p>
    <w:p>
      <w:pPr>
        <w:pStyle w:val="Heading2"/>
      </w:pPr>
      <w:r>
        <w:t>The Concept of Tafkeer in Islam | August 9, 2007</w:t>
      </w:r>
    </w:p>
    <w:p>
      <w:r>
        <w:rPr>
          <w:color w:val="666666"/>
          <w:sz w:val="18"/>
        </w:rPr>
        <w:t>36:16 · https://youtu.be/6PhlvUwQygQ?t=2176</w:t>
      </w:r>
    </w:p>
    <w:p>
      <w:r>
        <w:rPr>
          <w:i/>
        </w:rPr>
        <w:t>“ant. Once the wife of the Prophet, Aisha, was told that Mr. So-and-so reads the Quran in such a way that he completes the whole Quran in three days. He completes the whole Quran in three days. There are so many people who would do like”</w:t>
      </w:r>
    </w:p>
    <w:p>
      <w:pPr>
        <w:pStyle w:val="Heading2"/>
      </w:pPr>
      <w:r>
        <w:t>Peace and Non-Violence in Islam | August 11, 2007</w:t>
      </w:r>
    </w:p>
    <w:p>
      <w:r>
        <w:rPr>
          <w:color w:val="666666"/>
          <w:sz w:val="18"/>
        </w:rPr>
        <w:t>25:12 · https://youtu.be/wUS1pJ-A3dw?t=1512</w:t>
      </w:r>
    </w:p>
    <w:p>
      <w:r>
        <w:rPr>
          <w:i/>
        </w:rPr>
        <w:t>“all. This is the best policy of Muslims. There is a hadith in Sahih al-Bukhari. Aisha, the wife of the Prophet of Islam, says about what was the general policy of the Prophet of Islam. What was the general policy of the Prophet of Islam?”</w:t>
      </w:r>
    </w:p>
    <w:p>
      <w:pPr>
        <w:pStyle w:val="Heading2"/>
      </w:pPr>
      <w:r>
        <w:t>Peace and Non-Violence in Islam | August 11, 2007</w:t>
      </w:r>
    </w:p>
    <w:p>
      <w:r>
        <w:rPr>
          <w:color w:val="666666"/>
          <w:sz w:val="18"/>
        </w:rPr>
        <w:t>25:42 · https://youtu.be/wUS1pJ-A3dw?t=1542</w:t>
      </w:r>
    </w:p>
    <w:p>
      <w:r>
        <w:rPr>
          <w:i/>
        </w:rPr>
        <w:t>“He says, "Ma khuyira Rasulullah Sallallahu Alaihi Wasallam ban Amrain. Illa khtaara Aisha rahuma." Whenever the Prophet had to choose between the two, he always opted for the easier option rather than the harder option. Now what is the easier option and what is the harder option?”</w:t>
      </w:r>
    </w:p>
    <w:p>
      <w:pPr>
        <w:pStyle w:val="Heading2"/>
      </w:pPr>
      <w:r>
        <w:t>The Life of The Prophet | July 31, 2007</w:t>
      </w:r>
    </w:p>
    <w:p>
      <w:r>
        <w:rPr>
          <w:color w:val="666666"/>
          <w:sz w:val="18"/>
        </w:rPr>
        <w:t>38:40 · https://youtu.be/IY9aEQThos0?t=2320</w:t>
      </w:r>
    </w:p>
    <w:p>
      <w:r>
        <w:rPr>
          <w:i/>
        </w:rPr>
        <w:t>“and those principles. There is a very relevant hadith in Bukhari narrated by Aisha. He says that although Islam wanted to ban on wine, to impose ban on adultery, but”</w:t>
      </w:r>
    </w:p>
    <w:p>
      <w:pPr>
        <w:pStyle w:val="Heading2"/>
      </w:pPr>
      <w:r>
        <w:t>Muslims: A Reassessment | July 23, 2007</w:t>
      </w:r>
    </w:p>
    <w:p>
      <w:r>
        <w:rPr>
          <w:color w:val="666666"/>
          <w:sz w:val="18"/>
        </w:rPr>
        <w:t>13:10 · https://youtu.be/GGbpsnYmdT0?t=790</w:t>
      </w:r>
    </w:p>
    <w:p>
      <w:r>
        <w:rPr>
          <w:i/>
        </w:rPr>
        <w:t>“from Al-Bukhari. There is a hadith narrated by Aisha. In this hadith, we find the general policy of the Prophet of Islam. In this hadith, we find the general policy of the Prophet of Islam. This hadith says,”</w:t>
      </w:r>
    </w:p>
    <w:p>
      <w:pPr>
        <w:pStyle w:val="Heading2"/>
      </w:pPr>
      <w:r>
        <w:t>An Introduction to Hadith | July 25, 2007</w:t>
      </w:r>
    </w:p>
    <w:p>
      <w:r>
        <w:rPr>
          <w:color w:val="666666"/>
          <w:sz w:val="18"/>
        </w:rPr>
        <w:t>19:36 · https://youtu.be/gfGuT-o5mSM?t=1176</w:t>
      </w:r>
    </w:p>
    <w:p>
      <w:r>
        <w:rPr>
          <w:i/>
        </w:rPr>
        <w:t>“. Once his wife Aisha was asked about the ethics of the Prophet of Islam, she narrated this verse of the Quran: "Inna ka laa laa khulqin aazim." Your akhlaq is Quranic akhlaq. Your life is Quranic life. So, Quran was an ide”</w:t>
      </w:r>
    </w:p>
    <w:p>
      <w:pPr>
        <w:pStyle w:val="Heading2"/>
      </w:pPr>
      <w:r>
        <w:t>Peace and Interfaith Harmony | July 16, 2017 | Maulana Wahiduddin Khan</w:t>
      </w:r>
    </w:p>
    <w:p>
      <w:r>
        <w:rPr>
          <w:color w:val="666666"/>
          <w:sz w:val="18"/>
        </w:rPr>
        <w:t>18:08 · https://youtu.be/XLH-VYfueK4?t=1088</w:t>
      </w:r>
    </w:p>
    <w:p>
      <w:r>
        <w:rPr>
          <w:i/>
        </w:rPr>
        <w:t>“His wife, Aisha, says about his policy that "Ma khujra Rasulullah Sallallahu Alaihi Wasallam ban amraan illaqtara israahuma." It means that whenever the Prophet had to choose between the two, he always opted for the easier option rather than the harder option. And what is the”</w:t>
      </w:r>
    </w:p>
    <w:p>
      <w:pPr>
        <w:pStyle w:val="Heading2"/>
      </w:pPr>
      <w:r>
        <w:t>From Anger to Awareness A Journey with Maulana Wahiduddin Khan</w:t>
      </w:r>
    </w:p>
    <w:p>
      <w:r>
        <w:rPr>
          <w:color w:val="666666"/>
          <w:sz w:val="18"/>
        </w:rPr>
        <w:t>29:18 · https://youtu.be/EmHNgq0Iq1w?t=1758</w:t>
      </w:r>
    </w:p>
    <w:p>
      <w:r>
        <w:rPr>
          <w:i/>
        </w:rPr>
        <w:t>“. There's one, uh, incident that he has often, uh, narrated about the incident of Taif, uh, when Hazrat Aisha asked Prophet Muhammad, may peace be upon him, that which has been the hardest day in your life?”</w:t>
      </w:r>
    </w:p>
    <w:p>
      <w:pPr>
        <w:pStyle w:val="Heading2"/>
      </w:pPr>
      <w:r>
        <w:t>Conveying The Message of God August 2, 2009</w:t>
      </w:r>
    </w:p>
    <w:p>
      <w:r>
        <w:rPr>
          <w:color w:val="666666"/>
          <w:sz w:val="18"/>
        </w:rPr>
        <w:t>1:27:51 · https://youtu.be/Vas9vU2IepI?t=5271</w:t>
      </w:r>
    </w:p>
    <w:p>
      <w:r>
        <w:rPr>
          <w:i/>
        </w:rPr>
        <w:t>“Thisquestion is from Miss Aisha from Delhi.”</w:t>
      </w:r>
    </w:p>
    <w:p>
      <w:pPr>
        <w:pStyle w:val="Heading2"/>
      </w:pPr>
      <w:r>
        <w:t>History 0f Thoughts November 12, 2006</w:t>
      </w:r>
    </w:p>
    <w:p>
      <w:r>
        <w:rPr>
          <w:color w:val="666666"/>
          <w:sz w:val="18"/>
        </w:rPr>
        <w:t>1:30:09 · https://youtu.be/BvzmJxA0j7c?t=5409</w:t>
      </w:r>
    </w:p>
    <w:p>
      <w:r>
        <w:rPr>
          <w:i/>
        </w:rPr>
        <w:t>“This question is from Aisha. What is the difference between envy and jealousy? اردو میں اس کو کہتے ہیں رشک اور حسد۔”</w:t>
      </w:r>
    </w:p>
    <w:p>
      <w:pPr>
        <w:pStyle w:val="Heading2"/>
      </w:pPr>
      <w:r>
        <w:t>Revival of Islam March 23, 2014</w:t>
      </w:r>
    </w:p>
    <w:p>
      <w:r>
        <w:rPr>
          <w:color w:val="666666"/>
          <w:sz w:val="18"/>
        </w:rPr>
        <w:t>58:01 · https://youtu.be/Wc4Vsc4u1JI?t=3481</w:t>
      </w:r>
    </w:p>
    <w:p>
      <w:r>
        <w:rPr>
          <w:i/>
        </w:rPr>
        <w:t>“We know how did they handle and normalize the situation. Do we have any information about the response of Hazrat Aisha when Prophet took his last breath in her lap?”</w:t>
      </w:r>
    </w:p>
    <w:p>
      <w:pPr>
        <w:pStyle w:val="Heading2"/>
      </w:pPr>
      <w:r>
        <w:t>Divine Guidance November 25, 2007</w:t>
      </w:r>
    </w:p>
    <w:p>
      <w:r>
        <w:rPr>
          <w:color w:val="666666"/>
          <w:sz w:val="18"/>
        </w:rPr>
        <w:t>58:17 · https://youtu.be/uJjypJ-8His?t=3497</w:t>
      </w:r>
    </w:p>
    <w:p>
      <w:r>
        <w:rPr>
          <w:i/>
        </w:rPr>
        <w:t>“مولانا، this question is from Aisha.”</w:t>
      </w:r>
    </w:p>
    <w:p>
      <w:pPr>
        <w:pStyle w:val="Heading2"/>
      </w:pPr>
      <w:r>
        <w:t>Living with Angels April 11, 2010</w:t>
      </w:r>
    </w:p>
    <w:p>
      <w:r>
        <w:rPr>
          <w:color w:val="666666"/>
          <w:sz w:val="18"/>
        </w:rPr>
        <w:t>1:08:58 · https://youtu.be/u-SHIRgBE6M?t=4138</w:t>
      </w:r>
    </w:p>
    <w:p>
      <w:r>
        <w:rPr>
          <w:i/>
        </w:rPr>
        <w:t>“This question is from Miss Aisha from Delhi. مولانا، does ego have any positive aspect or is it a complete negative quality?”</w:t>
      </w:r>
    </w:p>
    <w:p>
      <w:pPr>
        <w:pStyle w:val="Heading2"/>
      </w:pPr>
      <w:r>
        <w:t>Islamic Outlook on Life August 26, 2007</w:t>
      </w:r>
    </w:p>
    <w:p>
      <w:r>
        <w:rPr>
          <w:color w:val="666666"/>
          <w:sz w:val="18"/>
        </w:rPr>
        <w:t>55:55 · https://youtu.be/QCAHPg3_G_M?t=3355</w:t>
      </w:r>
    </w:p>
    <w:p>
      <w:r>
        <w:rPr>
          <w:i/>
        </w:rPr>
        <w:t>“This question is from Aisha. "Maulana, how do we discover the opportunities at the time of problem as the mind is confused and tensed at that moment?"”</w:t>
      </w:r>
    </w:p>
    <w:p>
      <w:pPr>
        <w:pStyle w:val="Heading2"/>
      </w:pPr>
      <w:r>
        <w:t>The Fate of Muslim Ummah (English) May 03, 2014</w:t>
      </w:r>
    </w:p>
    <w:p>
      <w:r>
        <w:rPr>
          <w:color w:val="666666"/>
          <w:sz w:val="18"/>
        </w:rPr>
        <w:t>28:49 · https://youtu.be/Gu64pZtxdAA?t=1729</w:t>
      </w:r>
    </w:p>
    <w:p>
      <w:r>
        <w:rPr>
          <w:i/>
        </w:rPr>
        <w:t>“You know, Hazrat Aisha says in one of her Hadiths that مَا خُيِّرَ رَسُولُ اللَّهِ صلى الله عليه وسلم بَيْنَ عَمْرَينَ إِلَّا اختارَ عِيسَى رَحْمَهُ”</w:t>
      </w:r>
    </w:p>
    <w:p>
      <w:pPr>
        <w:pStyle w:val="Heading1"/>
      </w:pPr>
      <w:r>
        <w:t>Clips (60)</w:t>
      </w:r>
    </w:p>
    <w:p>
      <w:pPr>
        <w:pStyle w:val="Heading2"/>
      </w:pPr>
      <w:r>
        <w:t>Salah culture leads to peaceful living</w:t>
      </w:r>
    </w:p>
    <w:p>
      <w:r>
        <w:rPr>
          <w:color w:val="666666"/>
          <w:sz w:val="18"/>
        </w:rPr>
        <w:t>Road to Paradise April 09, 2007 Maulana Wahiduddin Khan · 5m 40s · at 28:20 · https://youtu.be/JQRch_DCKv4?t=1700</w:t>
      </w:r>
    </w:p>
    <w:p>
      <w:r>
        <w:rPr>
          <w:i/>
        </w:rPr>
        <w:t>“Modesty is the integral part of salah culture.”</w:t>
      </w:r>
    </w:p>
    <w:p>
      <w:r>
        <w:rPr>
          <w:sz w:val="20"/>
        </w:rPr>
        <w:t>28:20  Modesty is the integral part of salat culture.</w:t>
      </w:r>
      <w:r>
        <w:br/>
      </w:r>
      <w:r>
        <w:rPr>
          <w:sz w:val="20"/>
        </w:rPr>
        <w:t>28:26  Then in salat, you bow down before God.</w:t>
      </w:r>
      <w:r>
        <w:br/>
      </w:r>
      <w:r>
        <w:rPr>
          <w:sz w:val="20"/>
        </w:rPr>
        <w:t>28:32  This is submission.</w:t>
      </w:r>
      <w:r>
        <w:br/>
      </w:r>
      <w:r>
        <w:rPr>
          <w:sz w:val="20"/>
        </w:rPr>
        <w:t>28:38  You surrender to God.</w:t>
      </w:r>
      <w:r>
        <w:br/>
      </w:r>
      <w:r>
        <w:rPr>
          <w:sz w:val="20"/>
        </w:rPr>
        <w:t>28:44  So salat culture inculcates in you the spirit of submission.</w:t>
      </w:r>
      <w:r>
        <w:br/>
      </w:r>
      <w:r>
        <w:rPr>
          <w:sz w:val="20"/>
        </w:rPr>
        <w:t>28:51  Salat makes you a man of submission, man of submission. It eradicates the organs. Salat eradicates the organs, eradicates the ego, all kinds of pride and greatness.</w:t>
      </w:r>
      <w:r>
        <w:br/>
      </w:r>
      <w:r>
        <w:rPr>
          <w:sz w:val="20"/>
        </w:rPr>
        <w:t>29:19  So salat culture means living in submission, living in modesty, living without ego, living without organs. This is salat culture.</w:t>
      </w:r>
      <w:r>
        <w:br/>
      </w:r>
      <w:r>
        <w:rPr>
          <w:sz w:val="20"/>
        </w:rPr>
        <w:t>29:46  Then you know that we read some part of the Quran during our salat, different part.</w:t>
      </w:r>
      <w:r>
        <w:br/>
      </w:r>
      <w:r>
        <w:rPr>
          <w:sz w:val="20"/>
        </w:rPr>
        <w:t>30:01  In every salat, we read some part from the Quran.</w:t>
      </w:r>
      <w:r>
        <w:br/>
      </w:r>
      <w:r>
        <w:rPr>
          <w:sz w:val="20"/>
        </w:rPr>
        <w:t>30:11  This reading is also very important, very, very important.</w:t>
      </w:r>
      <w:r>
        <w:br/>
      </w:r>
      <w:r>
        <w:rPr>
          <w:sz w:val="20"/>
        </w:rPr>
        <w:t>30:22  By this, you inculcate the spirit of the Quran in yourself.</w:t>
      </w:r>
      <w:r>
        <w:br/>
      </w:r>
      <w:r>
        <w:rPr>
          <w:sz w:val="20"/>
        </w:rPr>
        <w:t>30:33  By doing this, you inculcate the spirit of the Quran in yourself.</w:t>
      </w:r>
      <w:r>
        <w:br/>
      </w:r>
      <w:r>
        <w:rPr>
          <w:sz w:val="20"/>
        </w:rPr>
        <w:t>30:44  The Quran says about the Prophet, "Innaka la la khulqin azim." So the wife of the so the</w:t>
      </w:r>
      <w:r>
        <w:br/>
      </w:r>
      <w:r>
        <w:rPr>
          <w:sz w:val="20"/>
        </w:rPr>
        <w:t>30:55  of the Prophet, Aisha, says about the Prophet, "Kana khulquhul Quran." It means that the character of the</w:t>
      </w:r>
      <w:r>
        <w:br/>
      </w:r>
      <w:r>
        <w:rPr>
          <w:sz w:val="20"/>
        </w:rPr>
        <w:t>31:06  Prophet was the character of the Quran.</w:t>
      </w:r>
      <w:r>
        <w:br/>
      </w:r>
      <w:r>
        <w:rPr>
          <w:sz w:val="20"/>
        </w:rPr>
        <w:t>31:17  The Prophet was living in the Quranic character.</w:t>
      </w:r>
      <w:r>
        <w:br/>
      </w:r>
      <w:r>
        <w:rPr>
          <w:sz w:val="20"/>
        </w:rPr>
        <w:t>31:28  So this is the lesson we find in every salat. So we have to adopt that character, that behavior, which is stated in the Quran and which we recite in the Quran every day. Every day.</w:t>
      </w:r>
      <w:r>
        <w:br/>
      </w:r>
      <w:r>
        <w:rPr>
          <w:sz w:val="20"/>
        </w:rPr>
        <w:t>31:58  So this is the salat culture.</w:t>
      </w:r>
      <w:r>
        <w:br/>
      </w:r>
      <w:r>
        <w:rPr>
          <w:sz w:val="20"/>
        </w:rPr>
        <w:t>32:10  Salat culture makes you live according to the Quranic teachings, according to the Quranic spirit.</w:t>
      </w:r>
      <w:r>
        <w:br/>
      </w:r>
      <w:r>
        <w:rPr>
          <w:sz w:val="20"/>
        </w:rPr>
        <w:t>32:22  Then in the end, you say, "Assalamu alaikum rahmatullah." "Assalamu alaikum rahmatullah." By turning your face this side</w:t>
      </w:r>
      <w:r>
        <w:br/>
      </w:r>
      <w:r>
        <w:rPr>
          <w:sz w:val="20"/>
        </w:rPr>
        <w:t>32:34  and that side, so you are saying you are conveying the message of peace to all mankind, all</w:t>
      </w:r>
      <w:r>
        <w:br/>
      </w:r>
      <w:r>
        <w:rPr>
          <w:sz w:val="20"/>
        </w:rPr>
        <w:t>32:46  mankind in the East and the West, everywhere, North and South.</w:t>
      </w:r>
      <w:r>
        <w:br/>
      </w:r>
      <w:r>
        <w:rPr>
          <w:sz w:val="20"/>
        </w:rPr>
        <w:t>32:59  "Assalamu alaikum rahmatullah." "Assalamu alaikum rahmatullah." So you are sending this message that I have learned this message</w:t>
      </w:r>
      <w:r>
        <w:br/>
      </w:r>
      <w:r>
        <w:rPr>
          <w:sz w:val="20"/>
        </w:rPr>
        <w:t>33:11  from the Quran, that I have to live with peace among you.</w:t>
      </w:r>
      <w:r>
        <w:br/>
      </w:r>
      <w:r>
        <w:rPr>
          <w:sz w:val="20"/>
        </w:rPr>
        <w:t>33:23  It means that salat culture makes you a peaceful person.</w:t>
      </w:r>
      <w:r>
        <w:br/>
      </w:r>
      <w:r>
        <w:rPr>
          <w:sz w:val="20"/>
        </w:rPr>
        <w:t>33:35  Salat culture makes you live in a society. Salat culture makes you live in your society as a peaceful member, as a harmless person. This is the salat culture.</w:t>
      </w:r>
      <w:r>
        <w:br/>
      </w:r>
      <w:r>
        <w:rPr>
          <w:sz w:val="20"/>
        </w:rPr>
        <w:t>34:00  So the first condition was ma'rifah, that is realization of God. The second condition was salat culture.</w:t>
      </w:r>
    </w:p>
    <w:p>
      <w:pPr>
        <w:pStyle w:val="Heading2"/>
      </w:pPr>
      <w:r>
        <w:t>Early Makkan revelations training</w:t>
      </w:r>
    </w:p>
    <w:p>
      <w:r>
        <w:rPr>
          <w:color w:val="666666"/>
          <w:sz w:val="18"/>
        </w:rPr>
        <w:t>Towards Understanding Islam (English) March 22, 2007 Maulana Wahiduddin Khan · 4m 07s · at 20:36 · https://youtu.be/jXvJkbWa2MM?t=1236</w:t>
      </w:r>
    </w:p>
    <w:p>
      <w:r>
        <w:rPr>
          <w:i/>
        </w:rPr>
        <w:t>“For example, in Sahih al-Bukhari, a very authentic book”</w:t>
      </w:r>
    </w:p>
    <w:p>
      <w:r>
        <w:rPr>
          <w:sz w:val="20"/>
        </w:rPr>
        <w:t>20:36  For example, in Sahih al-Bukhari, you know Sahih al-Bukhari is a very authentic book in Islam, next only to the Quran. So in Sahih al-Bukhari, there is a tradition.</w:t>
      </w:r>
      <w:r>
        <w:br/>
      </w:r>
      <w:r>
        <w:rPr>
          <w:sz w:val="20"/>
        </w:rPr>
        <w:t>20:56  Aisha, the wife of the Prophet, says that in Islam, in the early period of Islam, all the</w:t>
      </w:r>
      <w:r>
        <w:br/>
      </w:r>
      <w:r>
        <w:rPr>
          <w:sz w:val="20"/>
        </w:rPr>
        <w:t>21:08  revelations are based on basic tenets.</w:t>
      </w:r>
      <w:r>
        <w:br/>
      </w:r>
      <w:r>
        <w:rPr>
          <w:sz w:val="20"/>
        </w:rPr>
        <w:t>21:21  In the early period of Islam, for example, in Makkah, only those verses of the Quran were revealed</w:t>
      </w:r>
      <w:r>
        <w:br/>
      </w:r>
      <w:r>
        <w:rPr>
          <w:sz w:val="20"/>
        </w:rPr>
        <w:t>21:33  in which there is Dhikr al-Jannatah or Narr that pertains to Paradise or Hell.</w:t>
      </w:r>
      <w:r>
        <w:br/>
      </w:r>
      <w:r>
        <w:rPr>
          <w:sz w:val="20"/>
        </w:rPr>
        <w:t>21:46  Such teachings.</w:t>
      </w:r>
      <w:r>
        <w:br/>
      </w:r>
      <w:r>
        <w:rPr>
          <w:sz w:val="20"/>
        </w:rPr>
        <w:t>21:54  During that early period, no such verse was revealed in the Quran that, "Don't commit adultery.</w:t>
      </w:r>
      <w:r>
        <w:br/>
      </w:r>
      <w:r>
        <w:rPr>
          <w:sz w:val="20"/>
        </w:rPr>
        <w:t>22:02  Don't take wine." No.</w:t>
      </w:r>
      <w:r>
        <w:br/>
      </w:r>
      <w:r>
        <w:rPr>
          <w:sz w:val="20"/>
        </w:rPr>
        <w:t>22:10  So she says that if these verses were revealed in the early period of Islam, for example, in</w:t>
      </w:r>
      <w:r>
        <w:br/>
      </w:r>
      <w:r>
        <w:rPr>
          <w:sz w:val="20"/>
        </w:rPr>
        <w:t>22:18  the Makkah period, then people would say that, "We don't accept these teachings.</w:t>
      </w:r>
      <w:r>
        <w:br/>
      </w:r>
      <w:r>
        <w:rPr>
          <w:sz w:val="20"/>
        </w:rPr>
        <w:t>22:26  We are not ready to abandon these practices.</w:t>
      </w:r>
      <w:r>
        <w:br/>
      </w:r>
      <w:r>
        <w:rPr>
          <w:sz w:val="20"/>
        </w:rPr>
        <w:t>22:35  We are not ready to abandon wine.</w:t>
      </w:r>
      <w:r>
        <w:br/>
      </w:r>
      <w:r>
        <w:rPr>
          <w:sz w:val="20"/>
        </w:rPr>
        <w:t>22:43  We are not ready to abandon adultery." So first of all, those verses were revealed in which that</w:t>
      </w:r>
      <w:r>
        <w:br/>
      </w:r>
      <w:r>
        <w:rPr>
          <w:sz w:val="20"/>
        </w:rPr>
        <w:t>22:51  was based simply on teachings, on persuasion.</w:t>
      </w:r>
      <w:r>
        <w:br/>
      </w:r>
      <w:r>
        <w:rPr>
          <w:sz w:val="20"/>
        </w:rPr>
        <w:t>22:59  So first of all, first of all, only those verses were revealed in the Quran that pertain to</w:t>
      </w:r>
      <w:r>
        <w:br/>
      </w:r>
      <w:r>
        <w:rPr>
          <w:sz w:val="20"/>
        </w:rPr>
        <w:t>23:07  the intellectual change, spiritual change, change in heart, change in mind.</w:t>
      </w:r>
      <w:r>
        <w:br/>
      </w:r>
      <w:r>
        <w:rPr>
          <w:sz w:val="20"/>
        </w:rPr>
        <w:t>23:16  So when this target was fulfilled, when people were trained, when people were ready to accept other commandments,</w:t>
      </w:r>
      <w:r>
        <w:br/>
      </w:r>
      <w:r>
        <w:rPr>
          <w:sz w:val="20"/>
        </w:rPr>
        <w:t>23:27  then it was revealed.</w:t>
      </w:r>
      <w:r>
        <w:br/>
      </w:r>
      <w:r>
        <w:rPr>
          <w:sz w:val="20"/>
        </w:rPr>
        <w:t>23:38  "Don't commit adultery and don't take wine." And they accepted.</w:t>
      </w:r>
      <w:r>
        <w:br/>
      </w:r>
      <w:r>
        <w:rPr>
          <w:sz w:val="20"/>
        </w:rPr>
        <w:t>23:49  So here you can see that in the first phase, only those verses were revealed that are, you</w:t>
      </w:r>
      <w:r>
        <w:br/>
      </w:r>
      <w:r>
        <w:rPr>
          <w:sz w:val="20"/>
        </w:rPr>
        <w:t>24:00  can say, that pertain to the ideology of Islam.</w:t>
      </w:r>
      <w:r>
        <w:br/>
      </w:r>
      <w:r>
        <w:rPr>
          <w:sz w:val="20"/>
        </w:rPr>
        <w:t>24:12  And all those teachings that pertain to the practices, these were not revealed during this early period. So first, Islam tries to build a mind.</w:t>
      </w:r>
      <w:r>
        <w:br/>
      </w:r>
      <w:r>
        <w:rPr>
          <w:sz w:val="20"/>
        </w:rPr>
        <w:t>24:31  First, Islam tries to build a society. First, Islam tries to inculcate receptivity, acceptance.</w:t>
      </w:r>
      <w:r>
        <w:br/>
      </w:r>
      <w:r>
        <w:rPr>
          <w:sz w:val="20"/>
        </w:rPr>
        <w:t>24:43  Before the spirit of acceptance, there is no use to reveal all those verses.</w:t>
      </w:r>
    </w:p>
    <w:p>
      <w:pPr>
        <w:pStyle w:val="Heading2"/>
      </w:pPr>
      <w:r>
        <w:t>Gradual prohibition through persuasion</w:t>
      </w:r>
    </w:p>
    <w:p>
      <w:r>
        <w:rPr>
          <w:color w:val="666666"/>
          <w:sz w:val="18"/>
        </w:rPr>
        <w:t>The Life of The Prophet | July 31, 2007 · 2m 33s · at 38:40 · https://youtu.be/IY9aEQThos0?t=2320</w:t>
      </w:r>
    </w:p>
    <w:p>
      <w:r>
        <w:rPr>
          <w:i/>
        </w:rPr>
        <w:t>“There is a very relevant hadith in Bukhari”</w:t>
      </w:r>
    </w:p>
    <w:p>
      <w:r>
        <w:rPr>
          <w:sz w:val="20"/>
        </w:rPr>
        <w:t>38:40  and those principles. There is a very relevant hadith in Bukhari narrated by Aisha. He says that although Islam wanted to ban on wine, to impose ban on adultery, but</w:t>
      </w:r>
      <w:r>
        <w:br/>
      </w:r>
      <w:r>
        <w:rPr>
          <w:sz w:val="20"/>
        </w:rPr>
        <w:t>39:10  she says that God Almighty never revealed this kind of verses in the Quran in early periods. So from Makkah to Madinah, the Prophet was engaged in the work of da'wah. He wanted to</w:t>
      </w:r>
      <w:r>
        <w:br/>
      </w:r>
      <w:r>
        <w:rPr>
          <w:sz w:val="20"/>
        </w:rPr>
        <w:t>39:40  persuade people, he wanted to prepare the mind, he wanted to change the heart of the people, he wanted to make them prepare. So the first target was to prepare a society in an intellectual term, in an intellectual sense. So first he prepared a society, first he changed the people's th</w:t>
      </w:r>
      <w:r>
        <w:br/>
      </w:r>
      <w:r>
        <w:rPr>
          <w:sz w:val="20"/>
        </w:rPr>
        <w:t>40:10  inking.</w:t>
      </w:r>
      <w:r>
        <w:br/>
      </w:r>
      <w:r>
        <w:rPr>
          <w:sz w:val="20"/>
        </w:rPr>
        <w:t>40:18  Then these verses were revealed that don't that adultery is haram and wine is haram.</w:t>
      </w:r>
      <w:r>
        <w:br/>
      </w:r>
      <w:r>
        <w:rPr>
          <w:sz w:val="20"/>
        </w:rPr>
        <w:t>40:26  So she says that if these verses were revealed before the preparation of society, they would say, "La</w:t>
      </w:r>
      <w:r>
        <w:br/>
      </w:r>
      <w:r>
        <w:rPr>
          <w:sz w:val="20"/>
        </w:rPr>
        <w:t>40:34  nada'ud zena abadan, la nada'ul khamar abadan."</w:t>
      </w:r>
      <w:r>
        <w:br/>
      </w:r>
      <w:r>
        <w:rPr>
          <w:sz w:val="20"/>
        </w:rPr>
        <w:t>40:41  We are not going to abandon adultery, we are not going to abandon wine, alcohol.</w:t>
      </w:r>
      <w:r>
        <w:br/>
      </w:r>
      <w:r>
        <w:rPr>
          <w:sz w:val="20"/>
        </w:rPr>
        <w:t>40:49  So this was also a very important example set by the Prophet of Islam.</w:t>
      </w:r>
      <w:r>
        <w:br/>
      </w:r>
      <w:r>
        <w:rPr>
          <w:sz w:val="20"/>
        </w:rPr>
        <w:t>40:57  What is the correct way of bringing about a reform in society?</w:t>
      </w:r>
      <w:r>
        <w:br/>
      </w:r>
      <w:r>
        <w:rPr>
          <w:sz w:val="20"/>
        </w:rPr>
        <w:t>41:05  How can you build a better society?</w:t>
      </w:r>
    </w:p>
    <w:p>
      <w:pPr>
        <w:pStyle w:val="Heading2"/>
      </w:pPr>
      <w:r>
        <w:t>Muslim militancy failure and need for reassessment</w:t>
      </w:r>
    </w:p>
    <w:p>
      <w:r>
        <w:rPr>
          <w:color w:val="666666"/>
          <w:sz w:val="18"/>
        </w:rPr>
        <w:t>Muslims: A Reassessment | July 23, 2007 · 4m 44s · at 9:30 · https://youtu.be/GGbpsnYmdT0?t=570</w:t>
      </w:r>
    </w:p>
    <w:p>
      <w:r>
        <w:rPr>
          <w:i/>
        </w:rPr>
        <w:t>“What happened? All the Muslims involved in militancy.”</w:t>
      </w:r>
    </w:p>
    <w:p>
      <w:r>
        <w:rPr>
          <w:sz w:val="20"/>
        </w:rPr>
        <w:t>9:30  Both the problems started almost in 1948.</w:t>
      </w:r>
      <w:r>
        <w:br/>
      </w:r>
      <w:r>
        <w:rPr>
          <w:sz w:val="20"/>
        </w:rPr>
        <w:t>9:39  So what happened?</w:t>
      </w:r>
      <w:r>
        <w:br/>
      </w:r>
      <w:r>
        <w:rPr>
          <w:sz w:val="20"/>
        </w:rPr>
        <w:t>9:48  All the Muslims involved in militancy.</w:t>
      </w:r>
      <w:r>
        <w:br/>
      </w:r>
      <w:r>
        <w:rPr>
          <w:sz w:val="20"/>
        </w:rPr>
        <w:t>9:57  Some Muslims engaged themselves in a practical sense, and other Muslims,</w:t>
      </w:r>
      <w:r>
        <w:br/>
      </w:r>
      <w:r>
        <w:rPr>
          <w:sz w:val="20"/>
        </w:rPr>
        <w:t>10:06  although those Muslims who involved themselves practically, they were not very large numbers, but other Muslims accepted it as theright action. So the whole Muslim Ummah endorsed this kind of action in both the places, in Pal</w:t>
      </w:r>
      <w:r>
        <w:br/>
      </w:r>
      <w:r>
        <w:rPr>
          <w:sz w:val="20"/>
        </w:rPr>
        <w:t>10:36  estine and Kashmir.</w:t>
      </w:r>
      <w:r>
        <w:br/>
      </w:r>
      <w:r>
        <w:rPr>
          <w:sz w:val="20"/>
        </w:rPr>
        <w:t>10:46  Muslims engaged in militancy, that is armed struggle, armed struggle, and all the other Muslims endorsed their action.</w:t>
      </w:r>
      <w:r>
        <w:br/>
      </w:r>
      <w:r>
        <w:rPr>
          <w:sz w:val="20"/>
        </w:rPr>
        <w:t>10:57  Perhaps I was the only exception in the Muslim world who was</w:t>
      </w:r>
      <w:r>
        <w:br/>
      </w:r>
      <w:r>
        <w:rPr>
          <w:sz w:val="20"/>
        </w:rPr>
        <w:t>11:07  against this kind of militancy.</w:t>
      </w:r>
      <w:r>
        <w:br/>
      </w:r>
      <w:r>
        <w:rPr>
          <w:sz w:val="20"/>
        </w:rPr>
        <w:t>11:15  So now, after sixty years, we find the whole plan flopped.</w:t>
      </w:r>
      <w:r>
        <w:br/>
      </w:r>
      <w:r>
        <w:rPr>
          <w:sz w:val="20"/>
        </w:rPr>
        <w:t>11:22  Muslims achieved nothing.</w:t>
      </w:r>
      <w:r>
        <w:br/>
      </w:r>
      <w:r>
        <w:rPr>
          <w:sz w:val="20"/>
        </w:rPr>
        <w:t>11:30  It was completely a loss, loss of money, loss of lives.</w:t>
      </w:r>
      <w:r>
        <w:br/>
      </w:r>
      <w:r>
        <w:rPr>
          <w:sz w:val="20"/>
        </w:rPr>
        <w:t>11:38  Everything was lost without any gain.</w:t>
      </w:r>
      <w:r>
        <w:br/>
      </w:r>
      <w:r>
        <w:rPr>
          <w:sz w:val="20"/>
        </w:rPr>
        <w:t>11:46  So we have to reassess why it happened.</w:t>
      </w:r>
      <w:r>
        <w:br/>
      </w:r>
      <w:r>
        <w:rPr>
          <w:sz w:val="20"/>
        </w:rPr>
        <w:t>11:53  Although there is a verse in the Quran, "antumul aaloona in kuntum mu'mineen, qataf lahul mu'minoon." The Muslims</w:t>
      </w:r>
      <w:r>
        <w:br/>
      </w:r>
      <w:r>
        <w:rPr>
          <w:sz w:val="20"/>
        </w:rPr>
        <w:t>12:01  are bound to gain success</w:t>
      </w:r>
      <w:r>
        <w:br/>
      </w:r>
      <w:r>
        <w:rPr>
          <w:sz w:val="20"/>
        </w:rPr>
        <w:t xml:space="preserve">12:09  </w:t>
      </w:r>
      <w:r>
        <w:br/>
      </w:r>
      <w:r>
        <w:rPr>
          <w:sz w:val="20"/>
        </w:rPr>
        <w:t>12:16  So why this happened?</w:t>
      </w:r>
      <w:r>
        <w:br/>
      </w:r>
      <w:r>
        <w:rPr>
          <w:sz w:val="20"/>
        </w:rPr>
        <w:t>12:24  That after sixty years of struggle, Muslims are facing nothing but loss in terms of money, in terms of life.</w:t>
      </w:r>
      <w:r>
        <w:br/>
      </w:r>
      <w:r>
        <w:rPr>
          <w:sz w:val="20"/>
        </w:rPr>
        <w:t>12:31  They sacrificed everything on these two fronts, but they failed completely because they deviated from the</w:t>
      </w:r>
      <w:r>
        <w:br/>
      </w:r>
      <w:r>
        <w:rPr>
          <w:sz w:val="20"/>
        </w:rPr>
        <w:t>12:39  path of the Prophet.</w:t>
      </w:r>
      <w:r>
        <w:br/>
      </w:r>
      <w:r>
        <w:rPr>
          <w:sz w:val="20"/>
        </w:rPr>
        <w:t>12:46  It was a case of deviation rather than a case of following.</w:t>
      </w:r>
      <w:r>
        <w:br/>
      </w:r>
      <w:r>
        <w:rPr>
          <w:sz w:val="20"/>
        </w:rPr>
        <w:t>12:54  So this is a case, and we have to apply the Prophet's hadith on this case.</w:t>
      </w:r>
      <w:r>
        <w:br/>
      </w:r>
      <w:r>
        <w:rPr>
          <w:sz w:val="20"/>
        </w:rPr>
        <w:t>13:02  Here I would like to refer to a well-known hadith</w:t>
      </w:r>
      <w:r>
        <w:br/>
      </w:r>
      <w:r>
        <w:rPr>
          <w:sz w:val="20"/>
        </w:rPr>
        <w:t>13:10  from Al-Bukhari.</w:t>
      </w:r>
      <w:r>
        <w:br/>
      </w:r>
      <w:r>
        <w:rPr>
          <w:sz w:val="20"/>
        </w:rPr>
        <w:t>13:16  There is a hadith narrated by Aisha.</w:t>
      </w:r>
      <w:r>
        <w:br/>
      </w:r>
      <w:r>
        <w:rPr>
          <w:sz w:val="20"/>
        </w:rPr>
        <w:t>13:23  In this hadith, we find the general policy of the Prophet of Islam.</w:t>
      </w:r>
      <w:r>
        <w:br/>
      </w:r>
      <w:r>
        <w:rPr>
          <w:sz w:val="20"/>
        </w:rPr>
        <w:t>13:29  In this hadith, we find the general policy of the Prophet of Islam.</w:t>
      </w:r>
      <w:r>
        <w:br/>
      </w:r>
      <w:r>
        <w:rPr>
          <w:sz w:val="20"/>
        </w:rPr>
        <w:t>13:36  This hadith says,</w:t>
      </w:r>
      <w:r>
        <w:br/>
      </w:r>
      <w:r>
        <w:rPr>
          <w:sz w:val="20"/>
        </w:rPr>
        <w:t>13:42  "Ma khaira rasoolullahi sallallahu alaihi wasallam bayna amrain illa ikhtaara aishah rahimah." Whenever the Prophet had</w:t>
      </w:r>
      <w:r>
        <w:br/>
      </w:r>
      <w:r>
        <w:rPr>
          <w:sz w:val="20"/>
        </w:rPr>
        <w:t>13:53  to choose between the two, he always opted for an easier course of action rather than a harder</w:t>
      </w:r>
      <w:r>
        <w:br/>
      </w:r>
      <w:r>
        <w:rPr>
          <w:sz w:val="20"/>
        </w:rPr>
        <w:t>14:04  course of action.</w:t>
      </w:r>
    </w:p>
    <w:p>
      <w:pPr>
        <w:pStyle w:val="Heading2"/>
      </w:pPr>
      <w:r>
        <w:t>Why Quran alone is not enough for Islam</w:t>
      </w:r>
    </w:p>
    <w:p>
      <w:r>
        <w:rPr>
          <w:color w:val="666666"/>
          <w:sz w:val="18"/>
        </w:rPr>
        <w:t>An Introduction to Hadith | July 25, 2007 · 4m 03s · at 17:03 · https://youtu.be/gfGuT-o5mSM?t=1023</w:t>
      </w:r>
    </w:p>
    <w:p>
      <w:r>
        <w:rPr>
          <w:i/>
        </w:rPr>
        <w:t>“Ali - Ali ibn Talib was the fourth Caliph of Islam”</w:t>
      </w:r>
    </w:p>
    <w:p>
      <w:r>
        <w:rPr>
          <w:sz w:val="20"/>
        </w:rPr>
        <w:t>17:03  Ali - Ali ibn Talib was the fourth Caliph of Islam.</w:t>
      </w:r>
      <w:r>
        <w:br/>
      </w:r>
      <w:r>
        <w:rPr>
          <w:sz w:val="20"/>
        </w:rPr>
        <w:t>17:14  So, during his Caliphate, there was a sect - it is called in Islamic history Khawarij or Khawariji.</w:t>
      </w:r>
      <w:r>
        <w:br/>
      </w:r>
      <w:r>
        <w:rPr>
          <w:sz w:val="20"/>
        </w:rPr>
        <w:t>17:24  So, Khawarij were believing - they adopted this slogan - they adopted this slogan that "Hasbuna Kitabullah</w:t>
      </w:r>
      <w:r>
        <w:br/>
      </w:r>
      <w:r>
        <w:rPr>
          <w:sz w:val="20"/>
        </w:rPr>
        <w:t>17:35  " - "Hasbuna Kitabullah" - the book of God is the Nafas or Quran is the Nafas.</w:t>
      </w:r>
      <w:r>
        <w:br/>
      </w:r>
      <w:r>
        <w:rPr>
          <w:sz w:val="20"/>
        </w:rPr>
        <w:t>17:42  We do not need Hadith.</w:t>
      </w:r>
      <w:r>
        <w:br/>
      </w:r>
      <w:r>
        <w:rPr>
          <w:sz w:val="20"/>
        </w:rPr>
        <w:t>17:50  Now, in our present time, also there are some people, some sects who claim the same thing.</w:t>
      </w:r>
      <w:r>
        <w:br/>
      </w:r>
      <w:r>
        <w:rPr>
          <w:sz w:val="20"/>
        </w:rPr>
        <w:t>17:57  They say that we</w:t>
      </w:r>
      <w:r>
        <w:br/>
      </w:r>
      <w:r>
        <w:rPr>
          <w:sz w:val="20"/>
        </w:rPr>
        <w:t>18:05  need no Hadith to understand Islam.</w:t>
      </w:r>
      <w:r>
        <w:br/>
      </w:r>
      <w:r>
        <w:rPr>
          <w:sz w:val="20"/>
        </w:rPr>
        <w:t>18:11  Quran is enough for us, but it is wrong.</w:t>
      </w:r>
      <w:r>
        <w:br/>
      </w:r>
      <w:r>
        <w:rPr>
          <w:sz w:val="20"/>
        </w:rPr>
        <w:t>18:17  This kind of notion is wrong.</w:t>
      </w:r>
      <w:r>
        <w:br/>
      </w:r>
      <w:r>
        <w:rPr>
          <w:sz w:val="20"/>
        </w:rPr>
        <w:t>18:24  Only Quran is not enough for us to understand the Islamic religion.</w:t>
      </w:r>
      <w:r>
        <w:br/>
      </w:r>
      <w:r>
        <w:rPr>
          <w:sz w:val="20"/>
        </w:rPr>
        <w:t>18:30  If you read Quran, you will find that Quran is a book of ideology</w:t>
      </w:r>
      <w:r>
        <w:br/>
      </w:r>
      <w:r>
        <w:rPr>
          <w:sz w:val="20"/>
        </w:rPr>
        <w:t>18:36  - a book of ideology.</w:t>
      </w:r>
      <w:r>
        <w:br/>
      </w:r>
      <w:r>
        <w:rPr>
          <w:sz w:val="20"/>
        </w:rPr>
        <w:t>18:42  As far as the ideology of Islam is concerned, you can find it in the Quran.</w:t>
      </w:r>
      <w:r>
        <w:br/>
      </w:r>
      <w:r>
        <w:rPr>
          <w:sz w:val="20"/>
        </w:rPr>
        <w:t>18:48  But ideology is not enough.</w:t>
      </w:r>
      <w:r>
        <w:br/>
      </w:r>
      <w:r>
        <w:rPr>
          <w:sz w:val="20"/>
        </w:rPr>
        <w:t>18:54  You must know some practical aspects also.</w:t>
      </w:r>
      <w:r>
        <w:br/>
      </w:r>
      <w:r>
        <w:rPr>
          <w:sz w:val="20"/>
        </w:rPr>
        <w:t>19:00  So, you read the ideology of Islam in the Quran, but how to translate it into practice? How</w:t>
      </w:r>
      <w:r>
        <w:br/>
      </w:r>
      <w:r>
        <w:rPr>
          <w:sz w:val="20"/>
        </w:rPr>
        <w:t>19:06  to translate it into practice? There are other questions, and only reading of Quran cannot help you in this regard. So, Hadith tells us how to practice the Islamic ideology. The Prophet of Islam practiced Islam</w:t>
      </w:r>
      <w:r>
        <w:br/>
      </w:r>
      <w:r>
        <w:rPr>
          <w:sz w:val="20"/>
        </w:rPr>
        <w:t>19:36  . Once his wife Aisha was asked about the ethics of the Prophet of Islam, she narrated this verse of the Quran: "Inna ka laa laa khulqin aazim." Your akhlaq is Quranic akhlaq. Your life is Quranic life. So, Quran was an ide</w:t>
      </w:r>
      <w:r>
        <w:br/>
      </w:r>
      <w:r>
        <w:rPr>
          <w:sz w:val="20"/>
        </w:rPr>
        <w:t>20:06  ology, and the Prophet of Islam was a practical example of the Quran.</w:t>
      </w:r>
      <w:r>
        <w:br/>
      </w:r>
      <w:r>
        <w:rPr>
          <w:sz w:val="20"/>
        </w:rPr>
        <w:t>20:13  The Prophet of Islam was a practical example of the Quranic teachings.</w:t>
      </w:r>
      <w:r>
        <w:br/>
      </w:r>
      <w:r>
        <w:rPr>
          <w:sz w:val="20"/>
        </w:rPr>
        <w:t>20:19  So, simply reading Quran is not enough.</w:t>
      </w:r>
      <w:r>
        <w:br/>
      </w:r>
      <w:r>
        <w:rPr>
          <w:sz w:val="20"/>
        </w:rPr>
        <w:t>20:25  If you are sincere, if you want to know how to practice Quranic ideology, you have no option</w:t>
      </w:r>
      <w:r>
        <w:br/>
      </w:r>
      <w:r>
        <w:rPr>
          <w:sz w:val="20"/>
        </w:rPr>
        <w:t>20:31  other than to opt for the Sunnah, for the Hadith,</w:t>
      </w:r>
      <w:r>
        <w:br/>
      </w:r>
      <w:r>
        <w:rPr>
          <w:sz w:val="20"/>
        </w:rPr>
        <w:t>20:37  for prophetic examples.</w:t>
      </w:r>
      <w:r>
        <w:br/>
      </w:r>
      <w:r>
        <w:rPr>
          <w:sz w:val="20"/>
        </w:rPr>
        <w:t>20:43  So, it is wrong to say that Quran is enough.</w:t>
      </w:r>
      <w:r>
        <w:br/>
      </w:r>
      <w:r>
        <w:rPr>
          <w:sz w:val="20"/>
        </w:rPr>
        <w:t>20:49  We need no Hadith because without the help of Hadith, you cannot understand the practical aspect of Islam.</w:t>
      </w:r>
      <w:r>
        <w:br/>
      </w:r>
      <w:r>
        <w:rPr>
          <w:sz w:val="20"/>
        </w:rPr>
        <w:t>20:55  Quran gives us the ideological aspect of Islam, the critical aspect of Islam.</w:t>
      </w:r>
      <w:r>
        <w:br/>
      </w:r>
      <w:r>
        <w:rPr>
          <w:sz w:val="20"/>
        </w:rPr>
        <w:t>21:01  But as far as the practical aspect</w:t>
      </w:r>
    </w:p>
    <w:p>
      <w:pPr>
        <w:pStyle w:val="Heading2"/>
      </w:pPr>
      <w:r>
        <w:t>Prophet's peaceful revolution</w:t>
      </w:r>
    </w:p>
    <w:p>
      <w:r>
        <w:rPr>
          <w:color w:val="666666"/>
          <w:sz w:val="18"/>
        </w:rPr>
        <w:t>Peace and Interfaith Harmony | July 16, 2017 | Maulana Wahiduddin Khan · 2m 02s · at 17:06 · https://youtu.be/XLH-VYfueK4?t=1026</w:t>
      </w:r>
    </w:p>
    <w:p>
      <w:r>
        <w:rPr>
          <w:i/>
        </w:rPr>
        <w:t>“Arabia was a tribal culture, and tribal culture was based on violence.”</w:t>
      </w:r>
    </w:p>
    <w:p>
      <w:r>
        <w:rPr>
          <w:sz w:val="20"/>
        </w:rPr>
        <w:t>17:06  Arabia was a tribal culture, and tribal culture was based on violence. Violence.</w:t>
      </w:r>
      <w:r>
        <w:br/>
      </w:r>
      <w:r>
        <w:rPr>
          <w:sz w:val="20"/>
        </w:rPr>
        <w:t>17:12  Everywhere there is violence.</w:t>
      </w:r>
      <w:r>
        <w:br/>
      </w:r>
      <w:r>
        <w:rPr>
          <w:sz w:val="20"/>
        </w:rPr>
        <w:t>17:19  They don't know anything except swords.</w:t>
      </w:r>
      <w:r>
        <w:br/>
      </w:r>
      <w:r>
        <w:rPr>
          <w:sz w:val="20"/>
        </w:rPr>
        <w:t>17:25  But the Prophet successfully managed all the problems.</w:t>
      </w:r>
      <w:r>
        <w:br/>
      </w:r>
      <w:r>
        <w:rPr>
          <w:sz w:val="20"/>
        </w:rPr>
        <w:t>17:31  One historian has rightly pointed out that the revolution brought out</w:t>
      </w:r>
      <w:r>
        <w:br/>
      </w:r>
      <w:r>
        <w:rPr>
          <w:sz w:val="20"/>
        </w:rPr>
        <w:t>17:37  by the Prophet of Islam was a bulletless revolution. Bulletless revolution.</w:t>
      </w:r>
      <w:r>
        <w:br/>
      </w:r>
      <w:r>
        <w:rPr>
          <w:sz w:val="20"/>
        </w:rPr>
        <w:t>17:47  And it was the basic quality of the Prophet was that he always tried to manage the problems</w:t>
      </w:r>
      <w:r>
        <w:br/>
      </w:r>
      <w:r>
        <w:rPr>
          <w:sz w:val="20"/>
        </w:rPr>
        <w:t>17:58  rather than to confront the problem.</w:t>
      </w:r>
      <w:r>
        <w:br/>
      </w:r>
      <w:r>
        <w:rPr>
          <w:sz w:val="20"/>
        </w:rPr>
        <w:t>18:08  His wife, Aisha, says about his policy that "Ma khujra Rasulullah Sallallahu Alaihi Wasallam ban amraan illaqtara israahuma." It means that whenever the Prophet had to choose between the two, he always opted for the easier option rather than the harder option. And what is the</w:t>
      </w:r>
      <w:r>
        <w:br/>
      </w:r>
      <w:r>
        <w:rPr>
          <w:sz w:val="20"/>
        </w:rPr>
        <w:t>18:38  easier option?</w:t>
      </w:r>
      <w:r>
        <w:br/>
      </w:r>
      <w:r>
        <w:rPr>
          <w:sz w:val="20"/>
        </w:rPr>
        <w:t>18:42  There is peace.</w:t>
      </w:r>
      <w:r>
        <w:br/>
      </w:r>
      <w:r>
        <w:rPr>
          <w:sz w:val="20"/>
        </w:rPr>
        <w:t>18:47  So, the harder option was violence, and the easier option was peace.</w:t>
      </w:r>
      <w:r>
        <w:br/>
      </w:r>
      <w:r>
        <w:rPr>
          <w:sz w:val="20"/>
        </w:rPr>
        <w:t>18:51  So, the Prophet of Islam always opted for peace.</w:t>
      </w:r>
      <w:r>
        <w:br/>
      </w:r>
      <w:r>
        <w:rPr>
          <w:sz w:val="20"/>
        </w:rPr>
        <w:t>18:55  He never engaged in violence or war.</w:t>
      </w:r>
      <w:r>
        <w:br/>
      </w:r>
      <w:r>
        <w:rPr>
          <w:sz w:val="20"/>
        </w:rPr>
        <w:t>19:00  It is said that the Prophet of Islam engaged in some war, but it is not correct.</w:t>
      </w:r>
      <w:r>
        <w:br/>
      </w:r>
      <w:r>
        <w:rPr>
          <w:sz w:val="20"/>
        </w:rPr>
        <w:t>19:04  It is true that the other party</w:t>
      </w:r>
    </w:p>
    <w:p>
      <w:pPr>
        <w:pStyle w:val="Heading2"/>
      </w:pPr>
      <w:r>
        <w:t>The Day of Taif: the Prophet's hardest day</w:t>
      </w:r>
    </w:p>
    <w:p>
      <w:r>
        <w:rPr>
          <w:color w:val="666666"/>
          <w:sz w:val="18"/>
        </w:rPr>
        <w:t>From Anger to Awareness A Journey with Maulana Wahiduddin Khan · 2m 30s · at 29:18 · https://youtu.be/EmHNgq0Iq1w?t=1758</w:t>
      </w:r>
    </w:p>
    <w:p>
      <w:r>
        <w:rPr>
          <w:i/>
        </w:rPr>
        <w:t>“Which has been the hardest day in your life?”</w:t>
      </w:r>
    </w:p>
    <w:p>
      <w:r>
        <w:rPr>
          <w:sz w:val="20"/>
        </w:rPr>
        <w:t>29:18  . There's one, uh, incident that he has often, uh, narrated about the incident of Taif, uh, when Hazrat Aisha asked Prophet Muhammad, may peace be upon him, that which has been the hardest day in your life?</w:t>
      </w:r>
      <w:r>
        <w:br/>
      </w:r>
      <w:r>
        <w:rPr>
          <w:sz w:val="20"/>
        </w:rPr>
        <w:t>29:32  The Prophet didn't say the Battle of Badr or the Battle of Uhud. He said the hardest day for me was the day of Taif.</w:t>
      </w:r>
      <w:r>
        <w:br/>
      </w:r>
      <w:r>
        <w:rPr>
          <w:sz w:val="20"/>
        </w:rPr>
        <w:t>29:41  Imagine, uh, Makkah was inhospitable, and the Prophet walked 70 miles, uh, to the town of Taif, uh, seeking support of the three tribal chiefs, and for what?</w:t>
      </w:r>
      <w:r>
        <w:br/>
      </w:r>
      <w:r>
        <w:rPr>
          <w:sz w:val="20"/>
        </w:rPr>
        <w:t>29:54  Not for any business plan or personal interest. He went there to bring to them a message of one God, a message of equality, brotherhood.</w:t>
      </w:r>
      <w:r>
        <w:br/>
      </w:r>
      <w:r>
        <w:rPr>
          <w:sz w:val="20"/>
        </w:rPr>
        <w:t>30:04  Basically, he brought, uh, to them a message of eternal goodness. But what happened?</w:t>
      </w:r>
      <w:r>
        <w:br/>
      </w:r>
      <w:r>
        <w:rPr>
          <w:sz w:val="20"/>
        </w:rPr>
        <w:t>30:10  Uh, not only did they reject, uh, the message, they wounded him. The street urchins stoned him so badly that he was he profusely bled, uh, in his feet.</w:t>
      </w:r>
      <w:r>
        <w:br/>
      </w:r>
      <w:r>
        <w:rPr>
          <w:sz w:val="20"/>
        </w:rPr>
        <w:t>30:22  And even in that state, uh, he prayed, he made dua, and, uh, as we know from the scriptures, that, uh, the angel descended, Angel Jibreel descended along with the angel of the mounta</w:t>
      </w:r>
      <w:r>
        <w:br/>
      </w:r>
      <w:r>
        <w:rPr>
          <w:sz w:val="20"/>
        </w:rPr>
        <w:t>30:34  in, and the angel of the mountain said that, uh, "Allow me, and I will collide the two mountains overseeing, uh, the town of Taif and crush the people to death." Still bleeding, he said, "No,</w:t>
      </w:r>
      <w:r>
        <w:br/>
      </w:r>
      <w:r>
        <w:rPr>
          <w:sz w:val="20"/>
        </w:rPr>
        <w:t>30:47  I pray that, uh, their future generations would believe in God and would work for His cause." It is really amaz</w:t>
      </w:r>
      <w:r>
        <w:br/>
      </w:r>
      <w:r>
        <w:rPr>
          <w:sz w:val="20"/>
        </w:rPr>
        <w:t>30:54  ing. It is as if the entire city of Taif is like a living witness in human history and silently talking to humanity that, "Look at me, I exist, and my people flourish and exist because the Prophet chose, uh, mercy over anger, forgiveness over revenge." So respond in the similar way to humanity as the Prophet did with patience, with forgiveness, and the hope of the future</w:t>
      </w:r>
      <w:r>
        <w:br/>
      </w:r>
      <w:r>
        <w:rPr>
          <w:sz w:val="20"/>
        </w:rPr>
        <w:t>31:20  . The important lesson that, uh, this demonstrates to us is that one should always look at opportunities that are present, uh, or future possibilities, future opportunities.</w:t>
      </w:r>
      <w:r>
        <w:br/>
      </w:r>
      <w:r>
        <w:rPr>
          <w:sz w:val="20"/>
        </w:rPr>
        <w:t>31:32  One should do wise planning not on the basis of what transpired in the past but what can unfold in the future, and this is the secret of emotional maturity.</w:t>
      </w:r>
      <w:r>
        <w:br/>
      </w:r>
      <w:r>
        <w:rPr>
          <w:sz w:val="20"/>
        </w:rPr>
        <w:t>31:44  Do your best and leave the rest to God. Ver</w:t>
      </w:r>
    </w:p>
    <w:p>
      <w:pPr>
        <w:pStyle w:val="Heading2"/>
      </w:pPr>
      <w:r>
        <w:t>hadith on God being with the broken-hearted explained</w:t>
      </w:r>
    </w:p>
    <w:p>
      <w:r>
        <w:rPr>
          <w:color w:val="666666"/>
          <w:sz w:val="18"/>
        </w:rPr>
        <w:t>Conveying The Message of God August 2, 2009 · 2m 07s · at 1:25:47 · https://youtu.be/Vas9vU2IepI?t=5147</w:t>
      </w:r>
    </w:p>
    <w:p>
      <w:r>
        <w:rPr>
          <w:i/>
        </w:rPr>
        <w:t>“I am with the broken-hearted, said the Prophet”</w:t>
      </w:r>
    </w:p>
    <w:p>
      <w:r>
        <w:rPr>
          <w:sz w:val="20"/>
        </w:rPr>
        <w:t>1:25:47  This question is from Maulana Azam Khan Nadvi from Delhi. Maulana, please explain this hadith.</w:t>
      </w:r>
      <w:r>
        <w:br/>
      </w:r>
      <w:r>
        <w:rPr>
          <w:sz w:val="20"/>
        </w:rPr>
        <w:t>1:25:55  Ana inda al-muqassarah qulubuhum that is, I am with the broken hearts. Ana inda al-munkasirah qulubuhum woh hadith us tarah se hai.</w:t>
      </w:r>
      <w:r>
        <w:br/>
      </w:r>
      <w:r>
        <w:rPr>
          <w:sz w:val="20"/>
        </w:rPr>
        <w:t>1:26:08  Ana inda munqasirah qulubuhum mein toote hue dilo ke paas hota hoon.</w:t>
      </w:r>
      <w:r>
        <w:br/>
      </w:r>
      <w:r>
        <w:rPr>
          <w:sz w:val="20"/>
        </w:rPr>
        <w:t>1:26:18  Ana inda al-munqasirah qulubuhum yani jinke dil toote hue hain, unke paas mein hota hoon. Dekhein, yeh physical sense mein nahi hai. Yeh baat physical sense mein nahi hai, psychological sense mein hai.</w:t>
      </w:r>
      <w:r>
        <w:br/>
      </w:r>
      <w:r>
        <w:rPr>
          <w:sz w:val="20"/>
        </w:rPr>
        <w:t>1:26:32  Yani agar aap ke paas khoob abundance mein chal rahe hon, aap affluence mein chal rahe hon, aap aap ka saara kaam ek telephone ban raha ho.</w:t>
      </w:r>
      <w:r>
        <w:br/>
      </w:r>
      <w:r>
        <w:rPr>
          <w:sz w:val="20"/>
        </w:rPr>
        <w:t>1:26:44  To aap ko Khuda ki yaad nahi aayegi.</w:t>
      </w:r>
      <w:r>
        <w:br/>
      </w:r>
      <w:r>
        <w:rPr>
          <w:sz w:val="20"/>
        </w:rPr>
        <w:t>1:26:47  Aap ke andar sarkashi aayegi. Aap ke andar</w:t>
      </w:r>
      <w:r>
        <w:br/>
      </w:r>
      <w:r>
        <w:rPr>
          <w:sz w:val="20"/>
        </w:rPr>
        <w:t>1:26:54  be-khabri aayegi. Kyun ke sab kaam ban rahe hain, to aap ko Khuda ki zaroorat hi kya hai?</w:t>
      </w:r>
      <w:r>
        <w:br/>
      </w:r>
      <w:r>
        <w:rPr>
          <w:sz w:val="20"/>
        </w:rPr>
        <w:t>1:27:01  Lekin jinke jinko ke shakk lagta hai, jinko problem pesh aata hai, kisi bhi qism ka ke museebat jinko padti hai.</w:t>
      </w:r>
      <w:r>
        <w:br/>
      </w:r>
      <w:r>
        <w:rPr>
          <w:sz w:val="20"/>
        </w:rPr>
        <w:t>1:27:14  To us waqt woh helplessness ka lamha unke liye hota hai. Helplessness ki haalat mein insaan Khuda ko yaad karne lagta hai.</w:t>
      </w:r>
      <w:r>
        <w:br/>
      </w:r>
      <w:r>
        <w:rPr>
          <w:sz w:val="20"/>
        </w:rPr>
        <w:t>1:27:29  Helplessness ki jo haalat hai, woh insaan ke liye Khuda ki reminder ban jati hai. Isi matlab mein hai woh. Ke mein toote hue dilo ke paas hota hoon.</w:t>
      </w:r>
      <w:r>
        <w:br/>
      </w:r>
      <w:r>
        <w:rPr>
          <w:sz w:val="20"/>
        </w:rPr>
        <w:t>1:27:38  Kyun ke jinke dil toote hue hon, woh apne ko helpless feel karte hain. Aur phir woh Khuda ko yaad karte hain. Yeh matlab hai is hadith ka.</w:t>
      </w:r>
      <w:r>
        <w:br/>
      </w:r>
      <w:r>
        <w:rPr>
          <w:sz w:val="20"/>
        </w:rPr>
        <w:t>1:27:51  This question is from Miss Aisha from Delhi.</w:t>
      </w:r>
    </w:p>
    <w:p>
      <w:pPr>
        <w:pStyle w:val="Heading2"/>
      </w:pPr>
      <w:r>
        <w:t>Q&amp;A: why loving God and Prophet brings sacrifice</w:t>
      </w:r>
    </w:p>
    <w:p>
      <w:r>
        <w:rPr>
          <w:color w:val="666666"/>
          <w:sz w:val="18"/>
        </w:rPr>
        <w:t>Divine Guidance November 25, 2007 · 2m 04s · at 58:17 · https://youtu.be/uJjypJ-8His?t=3497</w:t>
      </w:r>
    </w:p>
    <w:p>
      <w:r>
        <w:rPr>
          <w:i/>
        </w:rPr>
        <w:t>“Mولانا, this question is from Aisha”</w:t>
      </w:r>
    </w:p>
    <w:p>
      <w:r>
        <w:rPr>
          <w:sz w:val="20"/>
        </w:rPr>
        <w:t>58:17  molana, this question is from Aisha.</w:t>
      </w:r>
      <w:r>
        <w:br/>
      </w:r>
      <w:r>
        <w:rPr>
          <w:sz w:val="20"/>
        </w:rPr>
        <w:t>58:21  Once a prophet said to his companion, "Loving God and prophet will bring in poverty as fast as waters of flood covering an area." What does this mean?</w:t>
      </w:r>
      <w:r>
        <w:br/>
      </w:r>
      <w:r>
        <w:rPr>
          <w:sz w:val="20"/>
        </w:rPr>
        <w:t>58:37  dekhen, yeh koi mysterious baat nahi hai.</w:t>
      </w:r>
      <w:r>
        <w:br/>
      </w:r>
      <w:r>
        <w:rPr>
          <w:sz w:val="20"/>
        </w:rPr>
        <w:t>58:41  yeh ek well known fact hai aur is ka talluq hai mission se. mission kyunke ek hai zindagi, jis ko aap keh sakte hain ke profession ki zindagi,</w:t>
      </w:r>
      <w:r>
        <w:br/>
      </w:r>
      <w:r>
        <w:rPr>
          <w:sz w:val="20"/>
        </w:rPr>
        <w:t>58:59  aur ek hai mission ki zindagi. to professional life mein aadmi khata kamata hai, ghar banata hai, to is ko koi problem is type ka saamne nahi aata.</w:t>
      </w:r>
      <w:r>
        <w:br/>
      </w:r>
      <w:r>
        <w:rPr>
          <w:sz w:val="20"/>
        </w:rPr>
        <w:t>59:12  kyunke professional life mein sacrifice nahi hoti. lekin Rasool Allah se mohabbat karna, Allah se mohabbat karne ke maani kya hain? mean of mission banna.</w:t>
      </w:r>
      <w:r>
        <w:br/>
      </w:r>
      <w:r>
        <w:rPr>
          <w:sz w:val="20"/>
        </w:rPr>
        <w:t>59:26  mean of mission banna. jaise Rasool Allah thay, woh mean of mission banay to kya hua? is se pehle business karte thay, business chhoot gaya.</w:t>
      </w:r>
      <w:r>
        <w:br/>
      </w:r>
      <w:r>
        <w:rPr>
          <w:sz w:val="20"/>
        </w:rPr>
        <w:t>59:39  to yeh asal mein phenomena hai mission ka. is ko samajhna chahiye, koi mysterious cheez nahi hai. jab bhi aap koi missionary life ikhtiyar karenge to aap apne ko dedicate karenge.</w:t>
      </w:r>
      <w:r>
        <w:br/>
      </w:r>
      <w:r>
        <w:rPr>
          <w:sz w:val="20"/>
        </w:rPr>
        <w:t>59:54  aap ko sacrifice karna padega. aur doosron ka jo tareeqa hai, khana kamana, implements ke peeche daurna, yeh sab nahi kar payenge aap.</w:t>
      </w:r>
      <w:r>
        <w:br/>
      </w:r>
      <w:r>
        <w:rPr>
          <w:sz w:val="20"/>
        </w:rPr>
        <w:t>1:00:07  to wohi hoga jo hadith mein bataya gaya hai. to that is the that is the phenomena of missionary life yeh hai is hadith ka matlab.</w:t>
      </w:r>
    </w:p>
    <w:p>
      <w:pPr>
        <w:pStyle w:val="Heading2"/>
      </w:pPr>
      <w:r>
        <w:t>Ego's positive and negative sides explained</w:t>
      </w:r>
    </w:p>
    <w:p>
      <w:r>
        <w:rPr>
          <w:color w:val="666666"/>
          <w:sz w:val="18"/>
        </w:rPr>
        <w:t>Living with Angels April 11, 2010 · 1m 15s · at 1:08:58 · https://youtu.be/u-SHIRgBE6M?t=4138</w:t>
      </w:r>
    </w:p>
    <w:p>
      <w:r>
        <w:rPr>
          <w:i/>
        </w:rPr>
        <w:t>“Maulana, does ego have any positive aspect or is it a complete negative quality?”</w:t>
      </w:r>
    </w:p>
    <w:p>
      <w:r>
        <w:rPr>
          <w:sz w:val="20"/>
        </w:rPr>
        <w:t>1:08:58  This question is from Miss Aisha from Delhi. Maulana, does ego have any positive aspect or is it a complete negative quality?</w:t>
      </w:r>
      <w:r>
        <w:br/>
      </w:r>
      <w:r>
        <w:rPr>
          <w:sz w:val="20"/>
        </w:rPr>
        <w:t>1:09:11  nahi, nahi, donon par aspect hai, positive aur negative donon hain. ego ka press point kya hai? determination, firmness.</w:t>
      </w:r>
      <w:r>
        <w:br/>
      </w:r>
      <w:r>
        <w:rPr>
          <w:sz w:val="20"/>
        </w:rPr>
        <w:t>1:09:22  agar ego na ho toh aap bilkul mom ki tarah ho jayein, jo chahe aap ko exploit kar de. toh ego aap ko woh deta hai, yaani hausla deta hai, firmness deta hai,</w:t>
      </w:r>
      <w:r>
        <w:br/>
      </w:r>
      <w:r>
        <w:rPr>
          <w:sz w:val="20"/>
        </w:rPr>
        <w:t>1:09:38  determination deta hai. lekin yeh is ka press point hai. aur negative point kya hai? woh hai gharoor paida hota hai, ghamand paida hota hai, aur nafrat paida ho</w:t>
      </w:r>
      <w:r>
        <w:br/>
      </w:r>
      <w:r>
        <w:rPr>
          <w:sz w:val="20"/>
        </w:rPr>
        <w:t>1:09:50  jati hai. doosre ko sabak dene ka mazah aa jata hai ke in ka humein marna aaye, sabak. We have to teach him a lesson. yeh sab is ka negative aspect hai ya minus point hai ego ka.</w:t>
      </w:r>
      <w:r>
        <w:br/>
      </w:r>
      <w:r>
        <w:rPr>
          <w:sz w:val="20"/>
        </w:rPr>
        <w:t>1:10:03  toh yeh fifty-fifty ka muamla hai. fifty percent plus hai, fifty percent minus hai.</w:t>
      </w:r>
    </w:p>
    <w:p>
      <w:pPr>
        <w:pStyle w:val="Heading2"/>
      </w:pPr>
      <w:r>
        <w:t>Muslims must adopt the Prophet's path of peace to receive divine help</w:t>
      </w:r>
    </w:p>
    <w:p>
      <w:r>
        <w:rPr>
          <w:color w:val="666666"/>
          <w:sz w:val="18"/>
        </w:rPr>
        <w:t>The Fate of Muslim Ummah (English) May 03, 2014 · 2m 27s · at 28:00 · https://youtu.be/Gu64pZtxdAA?t=1680</w:t>
      </w:r>
    </w:p>
    <w:p>
      <w:r>
        <w:rPr>
          <w:i/>
        </w:rPr>
        <w:t>“If Muslims want to receive divine Nusra, they must adopt the path of the Prophet.”</w:t>
      </w:r>
    </w:p>
    <w:p>
      <w:r>
        <w:rPr>
          <w:sz w:val="20"/>
        </w:rPr>
        <w:t>28:00  So I will say in the strongest terms that if Muslims want to receive divine Nusra, divine help, divine blessing,</w:t>
      </w:r>
      <w:r>
        <w:br/>
      </w:r>
      <w:r>
        <w:rPr>
          <w:sz w:val="20"/>
        </w:rPr>
        <w:t>28:19  they must adopt the path of the Prophet.</w:t>
      </w:r>
      <w:r>
        <w:br/>
      </w:r>
      <w:r>
        <w:rPr>
          <w:sz w:val="20"/>
        </w:rPr>
        <w:t>28:28  And that path was the path of peace. The</w:t>
      </w:r>
      <w:r>
        <w:br/>
      </w:r>
      <w:r>
        <w:rPr>
          <w:sz w:val="20"/>
        </w:rPr>
        <w:t>28:37  Prophet of Islam was a pacifist. He was a</w:t>
      </w:r>
      <w:r>
        <w:br/>
      </w:r>
      <w:r>
        <w:rPr>
          <w:sz w:val="20"/>
        </w:rPr>
        <w:t>28:44  his method was the method of peace.</w:t>
      </w:r>
      <w:r>
        <w:br/>
      </w:r>
      <w:r>
        <w:rPr>
          <w:sz w:val="20"/>
        </w:rPr>
        <w:t>28:49  you know, hazrat aisha says in one of her hadiths that ma khuyyira rasool allahi sallallahu alayhi wa sallam bayna amrayn illa ikhtara aysara rahmat</w:t>
      </w:r>
      <w:r>
        <w:br/>
      </w:r>
      <w:r>
        <w:rPr>
          <w:sz w:val="20"/>
        </w:rPr>
        <w:t>29:07  it means that whenever the prophet had to choose between the two, he always opted for the easier</w:t>
      </w:r>
      <w:r>
        <w:br/>
      </w:r>
      <w:r>
        <w:rPr>
          <w:sz w:val="20"/>
        </w:rPr>
        <w:t>29:19  option rather than the</w:t>
      </w:r>
      <w:r>
        <w:br/>
      </w:r>
      <w:r>
        <w:rPr>
          <w:sz w:val="20"/>
        </w:rPr>
        <w:t>29:20  harder option. so what is the easier option or what is the harder option? it is clear that the easier option means opting for peace and the harder option means opting for violence.</w:t>
      </w:r>
      <w:r>
        <w:br/>
      </w:r>
      <w:r>
        <w:rPr>
          <w:sz w:val="20"/>
        </w:rPr>
        <w:t>29:38  this was the prophet's method. the prophet always opted for peace. and now muslims have opted for violence.</w:t>
      </w:r>
      <w:r>
        <w:br/>
      </w:r>
      <w:r>
        <w:rPr>
          <w:sz w:val="20"/>
        </w:rPr>
        <w:t>29:51  so until muslims abandon this policy, they will not receive divine blessing.</w:t>
      </w:r>
      <w:r>
        <w:br/>
      </w:r>
      <w:r>
        <w:rPr>
          <w:sz w:val="20"/>
        </w:rPr>
        <w:t>30:04  so i will strongly urge muslims that reset your priorities, reset your goal, abandon all those policies of hate and violence, and do dawah work.</w:t>
      </w:r>
    </w:p>
    <w:p>
      <w:pPr>
        <w:pStyle w:val="Heading2"/>
      </w:pPr>
      <w:r>
        <w:t>Aisha as the Prophet's intellectual partner</w:t>
      </w:r>
    </w:p>
    <w:p>
      <w:r>
        <w:rPr>
          <w:color w:val="666666"/>
          <w:sz w:val="18"/>
        </w:rPr>
        <w:t>Islam and Terrorism February 10, 2009 Maulana Wahiduddin Khan · 2m 15s · at 11:59 · https://youtu.be/vCEjp0w7Qjo?t=719</w:t>
      </w:r>
    </w:p>
    <w:p>
      <w:r>
        <w:rPr>
          <w:i/>
        </w:rPr>
        <w:t>“In Islam, men and women are intellectual partners.”</w:t>
      </w:r>
    </w:p>
    <w:p>
      <w:r>
        <w:rPr>
          <w:sz w:val="20"/>
        </w:rPr>
        <w:t>11:59  I can say that in Islam, men and women are intellectual partners.</w:t>
      </w:r>
      <w:r>
        <w:br/>
      </w:r>
      <w:r>
        <w:rPr>
          <w:sz w:val="20"/>
        </w:rPr>
        <w:t>12:12  Intellectual partners. Prophet himself demonstrated this principle. His wife was Aisha. Aisha was an intelligent l</w:t>
      </w:r>
      <w:r>
        <w:br/>
      </w:r>
      <w:r>
        <w:rPr>
          <w:sz w:val="20"/>
        </w:rPr>
        <w:t>12:21  ady. She says that, "It</w:t>
      </w:r>
      <w:r>
        <w:br/>
      </w:r>
      <w:r>
        <w:rPr>
          <w:sz w:val="20"/>
        </w:rPr>
        <w:t>12:30  means that the Prophet used to discuss her, used to take her advice." So Aisha was an intellectual partner of the Prophet of Islam.</w:t>
      </w:r>
      <w:r>
        <w:br/>
      </w:r>
      <w:r>
        <w:rPr>
          <w:sz w:val="20"/>
        </w:rPr>
        <w:t>12:46  It is very important to know. Aisha, his wife, was an intellectual partner of the Prophet of Islam.</w:t>
      </w:r>
      <w:r>
        <w:br/>
      </w:r>
      <w:r>
        <w:rPr>
          <w:sz w:val="20"/>
        </w:rPr>
        <w:t>13:00  So you will find that if you read the life of Aisha, you will find Aisha was the wisest Muslim of that period due</w:t>
      </w:r>
      <w:r>
        <w:br/>
      </w:r>
      <w:r>
        <w:rPr>
          <w:sz w:val="20"/>
        </w:rPr>
        <w:t>13:13  to this intellectual exchange. I will give you one example. Aisha has given a very important formula for general policy.</w:t>
      </w:r>
      <w:r>
        <w:br/>
      </w:r>
      <w:r>
        <w:rPr>
          <w:sz w:val="20"/>
        </w:rPr>
        <w:t>13:27  Her grasp was very, very import</w:t>
      </w:r>
      <w:r>
        <w:br/>
      </w:r>
      <w:r>
        <w:rPr>
          <w:sz w:val="20"/>
        </w:rPr>
        <w:t>13:34  ant. So she was able to understand the Prophet's policy, the Prophet's behavior, the Prophet's thinking.</w:t>
      </w:r>
      <w:r>
        <w:br/>
      </w:r>
      <w:r>
        <w:rPr>
          <w:sz w:val="20"/>
        </w:rPr>
        <w:t>13:43  She says that what was the general policy of the Prophet of</w:t>
      </w:r>
      <w:r>
        <w:br/>
      </w:r>
      <w:r>
        <w:rPr>
          <w:sz w:val="20"/>
        </w:rPr>
        <w:t>13:49  Islam? She says, "Ma khuyira Rasulallah sallallahu alaihi wasallam bain amrain illa khtaara aisha rahma." It means that whenever the Prophet had to choose between the two, he always opted for the easier option rather than the harder option.</w:t>
      </w:r>
      <w:r>
        <w:br/>
      </w:r>
      <w:r>
        <w:rPr>
          <w:sz w:val="20"/>
        </w:rPr>
        <w:t>14:13  Now, what is the easier option</w:t>
      </w:r>
      <w:r>
        <w:br/>
      </w:r>
      <w:r>
        <w:rPr>
          <w:sz w:val="20"/>
        </w:rPr>
        <w:t>14:15  ? It means a sustainable option, a sustainable course of action. So the Prophet of Islam always used the sustainable course of action rather than the harder course of action.</w:t>
      </w:r>
    </w:p>
    <w:p>
      <w:pPr>
        <w:pStyle w:val="Heading2"/>
      </w:pPr>
      <w:r>
        <w:t>Aisha's wisdom and the Prophet's peaceful decision-making</w:t>
      </w:r>
    </w:p>
    <w:p>
      <w:r>
        <w:rPr>
          <w:color w:val="666666"/>
          <w:sz w:val="18"/>
        </w:rPr>
        <w:t>Islam and Terrorism February 10, 2009 Maulana Wahiduddin Khan · 3m 40s · at 11:54 · https://youtu.be/vCEjp0w7Qjo?t=714</w:t>
      </w:r>
    </w:p>
    <w:p>
      <w:r>
        <w:rPr>
          <w:i/>
        </w:rPr>
        <w:t>“I have read Islam through its original sources.”</w:t>
      </w:r>
    </w:p>
    <w:p>
      <w:r>
        <w:rPr>
          <w:sz w:val="20"/>
        </w:rPr>
        <w:t>11:54  I have read Islam through its original sources.</w:t>
      </w:r>
      <w:r>
        <w:br/>
      </w:r>
      <w:r>
        <w:rPr>
          <w:sz w:val="20"/>
        </w:rPr>
        <w:t>11:59  I can say that in Islam, men and women are intellectual partners.</w:t>
      </w:r>
      <w:r>
        <w:br/>
      </w:r>
      <w:r>
        <w:rPr>
          <w:sz w:val="20"/>
        </w:rPr>
        <w:t>12:12  Intellectual partners. Prophet himself demonstrated this principle. His wife was Aisha. Aisha was an intelligent l</w:t>
      </w:r>
      <w:r>
        <w:br/>
      </w:r>
      <w:r>
        <w:rPr>
          <w:sz w:val="20"/>
        </w:rPr>
        <w:t>12:21  ady. She says that, "It</w:t>
      </w:r>
      <w:r>
        <w:br/>
      </w:r>
      <w:r>
        <w:rPr>
          <w:sz w:val="20"/>
        </w:rPr>
        <w:t>12:30  means that the Prophet used to discuss her, used to take her advice." So Aisha was an intellectual partner of the Prophet of Islam.</w:t>
      </w:r>
      <w:r>
        <w:br/>
      </w:r>
      <w:r>
        <w:rPr>
          <w:sz w:val="20"/>
        </w:rPr>
        <w:t>12:46  It is very important to know. Aisha, his wife, was an intellectual partner of the Prophet of Islam.</w:t>
      </w:r>
      <w:r>
        <w:br/>
      </w:r>
      <w:r>
        <w:rPr>
          <w:sz w:val="20"/>
        </w:rPr>
        <w:t>13:00  So you will find that if you read the life of Aisha, you will find Aisha was the wisest Muslim of that period due</w:t>
      </w:r>
      <w:r>
        <w:br/>
      </w:r>
      <w:r>
        <w:rPr>
          <w:sz w:val="20"/>
        </w:rPr>
        <w:t>13:13  to this intellectual exchange. I will give you one example. Aisha has given a very important formula for general policy.</w:t>
      </w:r>
      <w:r>
        <w:br/>
      </w:r>
      <w:r>
        <w:rPr>
          <w:sz w:val="20"/>
        </w:rPr>
        <w:t>13:27  Her grasp was very, very import</w:t>
      </w:r>
      <w:r>
        <w:br/>
      </w:r>
      <w:r>
        <w:rPr>
          <w:sz w:val="20"/>
        </w:rPr>
        <w:t>13:34  ant. So she was able to understand the Prophet's policy, the Prophet's behavior, the Prophet's thinking.</w:t>
      </w:r>
      <w:r>
        <w:br/>
      </w:r>
      <w:r>
        <w:rPr>
          <w:sz w:val="20"/>
        </w:rPr>
        <w:t>13:43  She says that what was the general policy of the Prophet of</w:t>
      </w:r>
      <w:r>
        <w:br/>
      </w:r>
      <w:r>
        <w:rPr>
          <w:sz w:val="20"/>
        </w:rPr>
        <w:t>13:49  Islam? She says, "Ma khuyira Rasulallah sallallahu alaihi wasallam bain amrain illa khtaara aisha rahma." It means that whenever the Prophet had to choose between the two, he always opted for the easier option rather than the harder option.</w:t>
      </w:r>
      <w:r>
        <w:br/>
      </w:r>
      <w:r>
        <w:rPr>
          <w:sz w:val="20"/>
        </w:rPr>
        <w:t>14:13  Now, what is the easier option</w:t>
      </w:r>
      <w:r>
        <w:br/>
      </w:r>
      <w:r>
        <w:rPr>
          <w:sz w:val="20"/>
        </w:rPr>
        <w:t>14:15  ? It means a sustainable option, a sustainable course of action. So the Prophet of Islam always used the sustainable course of action rather than the harder course of action.</w:t>
      </w:r>
      <w:r>
        <w:br/>
      </w:r>
      <w:r>
        <w:rPr>
          <w:sz w:val="20"/>
        </w:rPr>
        <w:t>14:29  In other words, you can say that there are two kinds of options in every situation: peaceful option and violent option.</w:t>
      </w:r>
      <w:r>
        <w:br/>
      </w:r>
      <w:r>
        <w:rPr>
          <w:sz w:val="20"/>
        </w:rPr>
        <w:t>14:41  A peaceful course of action and a violent course of action.</w:t>
      </w:r>
      <w:r>
        <w:br/>
      </w:r>
      <w:r>
        <w:rPr>
          <w:sz w:val="20"/>
        </w:rPr>
        <w:t>14:46  In every situation, in your family, in your society, in national life, in international life, everywhere, every time, you have two options.</w:t>
      </w:r>
      <w:r>
        <w:br/>
      </w:r>
      <w:r>
        <w:rPr>
          <w:sz w:val="20"/>
        </w:rPr>
        <w:t>14:57  Either you have to choose a peaceful course of action or a violent course of action. So the Prophet always used to adopt a peaceful course of action rather than a harder course of</w:t>
      </w:r>
      <w:r>
        <w:br/>
      </w:r>
      <w:r>
        <w:rPr>
          <w:sz w:val="20"/>
        </w:rPr>
        <w:t>15:15  action. It is a very important formula. You can apply this formula in your school life, in your family life, in your national life, everywhere.</w:t>
      </w:r>
      <w:r>
        <w:br/>
      </w:r>
      <w:r>
        <w:rPr>
          <w:sz w:val="20"/>
        </w:rPr>
        <w:t>15:26  The best formula for life was given by a Muslim lady that was Aisha binti Abi Bakr.</w:t>
      </w:r>
    </w:p>
    <w:p>
      <w:pPr>
        <w:pStyle w:val="Heading2"/>
      </w:pPr>
      <w:r>
        <w:t>Make reading literature a daily routine</w:t>
      </w:r>
    </w:p>
    <w:p>
      <w:r>
        <w:rPr>
          <w:color w:val="666666"/>
          <w:sz w:val="18"/>
        </w:rPr>
        <w:t>Q&amp;A 29 Mar 2009 Maulana Wahiduddin Khan · 1m 50s · at 10:04 · https://youtu.be/pr358S6nndo?t=604</w:t>
      </w:r>
    </w:p>
    <w:p>
      <w:r>
        <w:rPr>
          <w:i/>
        </w:rPr>
        <w:t>“देखिए, लिटरेचर को पढ़ना तो बहुत ज्यादा जरूरी है”</w:t>
      </w:r>
    </w:p>
    <w:p>
      <w:r>
        <w:rPr>
          <w:sz w:val="20"/>
        </w:rPr>
        <w:t>10:04  This question is from Ms. Aisha. According to you, what is the practical way to study your literature, especially for CPS members?</w:t>
      </w:r>
      <w:r>
        <w:br/>
      </w:r>
      <w:r>
        <w:rPr>
          <w:sz w:val="20"/>
        </w:rPr>
        <w:t>10:17  dekhiye, literature ko padhna to bahut zyada zaroori hai kyunki wahi wahi jo kaam maine kaha ki mind ko prepare karna, uske baghair kuch samajh mein nahi aata. itni sari misalein maine di aapko ki bade-bade log jo arabi jaante the,</w:t>
      </w:r>
      <w:r>
        <w:br/>
      </w:r>
      <w:r>
        <w:rPr>
          <w:sz w:val="20"/>
        </w:rPr>
        <w:t>10:35  quran ki tafsir likhi unhone, tab bhi quran ko samjha nahi unhone kyunki apne ko taiyar nahi kiya tha. unhone baghair taiyari ke jump kar diya. unhone to aap logon ko, yaani hamare jo jo member hain, jo yahan aate hain, jo mission se jude hue hain,</w:t>
      </w:r>
      <w:r>
        <w:br/>
      </w:r>
      <w:r>
        <w:rPr>
          <w:sz w:val="20"/>
        </w:rPr>
        <w:t>10:51  unko zaroor saara literature baar-baar padhna chahiye. monthly magazine jo hai, usko baar-baar padhna chahiye. tafsil quran, jo taskil quran jo hai, usko baar-baar padhna chahiye.</w:t>
      </w:r>
      <w:r>
        <w:br/>
      </w:r>
      <w:r>
        <w:rPr>
          <w:sz w:val="20"/>
        </w:rPr>
        <w:t>11:02  uski bahut aasan shakal hai ki aap apni routine mein shamil kar le. usko bahut aasan routine mein, jaise ki routine hota hai ki itne baje breakfast, itne baje lunch, itne baje dinner. aisi aap routine bana lein ki 24 ghante mein itni der mujhe literature padhna hai.</w:t>
      </w:r>
      <w:r>
        <w:br/>
      </w:r>
      <w:r>
        <w:rPr>
          <w:sz w:val="20"/>
        </w:rPr>
        <w:t>11:24  bas, bahut simple si baat hai. jab tak aap literature padhne ko routine mein shamil nahi karenge, regular taur par, tab tak aapko sirf adhura faida hoga, poora faida hasil nahi ho sakta hai.</w:t>
      </w:r>
      <w:r>
        <w:br/>
      </w:r>
      <w:r>
        <w:rPr>
          <w:sz w:val="20"/>
        </w:rPr>
        <w:t>11:41  to mind ko prepare karne ke liye aapko zaroori hai ki aap literature padhein aur usko apne routine routine mein shamil karein. yeh main keh sakta hoon.</w:t>
      </w:r>
    </w:p>
    <w:p>
      <w:pPr>
        <w:pStyle w:val="Heading2"/>
      </w:pPr>
      <w:r>
        <w:t>Aisha teaches thought management</w:t>
      </w:r>
    </w:p>
    <w:p>
      <w:r>
        <w:rPr>
          <w:color w:val="666666"/>
          <w:sz w:val="18"/>
        </w:rPr>
        <w:t>Art of Life Management (English) | April 13, 2007 | Maulana Wahiduddin Khan · 1m 37s · at 19:25 · https://youtu.be/UU9DKPUhv4U?t=1165</w:t>
      </w:r>
    </w:p>
    <w:p>
      <w:r>
        <w:rPr>
          <w:i/>
        </w:rPr>
        <w:t>“I will give you an example to illustrate this point”</w:t>
      </w:r>
    </w:p>
    <w:p>
      <w:r>
        <w:rPr>
          <w:sz w:val="20"/>
        </w:rPr>
        <w:t>19:25  . I will give you an example to illustrate this point, that what is thought management? What is thought management? You know, Aisha was wife of the Prophet of Islam. She was in Medina. She was born in Mecca, and she died</w:t>
      </w:r>
      <w:r>
        <w:br/>
      </w:r>
      <w:r>
        <w:rPr>
          <w:sz w:val="20"/>
        </w:rPr>
        <w:t>19:55  in Medina. So a Muslim came to him and asked a very curious question. He asked, "Which kafan is better? Which shroud is better?"</w:t>
      </w:r>
      <w:r>
        <w:br/>
      </w:r>
      <w:r>
        <w:rPr>
          <w:sz w:val="20"/>
        </w:rPr>
        <w:t>20:28  Kafan or shroud. He asked about kafan or shroud. Which shroud is better? Aisha replied, "It means that stupid person, why you are engaged in such silly questions?"</w:t>
      </w:r>
    </w:p>
    <w:p>
      <w:pPr>
        <w:pStyle w:val="Heading2"/>
      </w:pPr>
      <w:r>
        <w:t>Aisha dismisses silly question</w:t>
      </w:r>
    </w:p>
    <w:p>
      <w:r>
        <w:rPr>
          <w:color w:val="666666"/>
          <w:sz w:val="18"/>
        </w:rPr>
        <w:t>Art of Life Management (English) | April 13, 2007 | Maulana Wahiduddin Khan · 33s · at 20:28 · https://youtu.be/UU9DKPUhv4U?t=1228</w:t>
      </w:r>
    </w:p>
    <w:p>
      <w:r>
        <w:rPr>
          <w:i/>
        </w:rPr>
        <w:t>“Kafan or shroud. He asked about kafan or shroud.”</w:t>
      </w:r>
    </w:p>
    <w:p>
      <w:r>
        <w:rPr>
          <w:sz w:val="20"/>
        </w:rPr>
        <w:t>20:28  Kafan or shroud. He asked about kafan or shroud. Which shroud is better? Aisha replied, "It means that stupid person, why you are engaged in such silly questions?"</w:t>
      </w:r>
    </w:p>
    <w:p>
      <w:pPr>
        <w:pStyle w:val="Heading2"/>
      </w:pPr>
      <w:r>
        <w:t>Prophet's nightly prayer habit and Ramadan opportunities</w:t>
      </w:r>
    </w:p>
    <w:p>
      <w:r>
        <w:rPr>
          <w:color w:val="666666"/>
          <w:sz w:val="18"/>
        </w:rPr>
        <w:t>Soulful Ramadan Inspiring Duas and Hadiths</w:t>
        <w:br/>
        <w:t>March 10, 2024 · 1m 45s · at 20:13 · https://youtu.be/ZXO-tq7pyQA?t=1213</w:t>
      </w:r>
    </w:p>
    <w:p>
      <w:r>
        <w:rPr>
          <w:i/>
        </w:rPr>
        <w:t>“Aisha said the Prophet prayed four rakat every night, all year”</w:t>
      </w:r>
    </w:p>
    <w:p>
      <w:r>
        <w:rPr>
          <w:sz w:val="20"/>
        </w:rPr>
        <w:t>20:13  hazrat ayesha farmaati hain ki rasoolallah sallallahu alaihi wasallam chaar rakat namaz parhte the raat ko aur and he use to pray through out the year. aisa nahi, sirf ramazan mein. through out the year, this was his practice to pray four rakat. then he would rest, then he would pray four rakat, then he would pray three rakat witr. ye na ye hazrat ayesha ne bataya ki saare saal mein unka tareeqa yahi tha, ramazan ya ghair</w:t>
      </w:r>
      <w:r>
        <w:br/>
      </w:r>
      <w:r>
        <w:rPr>
          <w:sz w:val="20"/>
        </w:rPr>
        <w:t>20:39  ramazan. ji, aur ek baar rasoolallah sallallahu alaihi wasallam se poocha ki, "ya rasoolallah, do you sleep after a praying?" matlab aapne namaz parhi, uske baad so gaye. to rasoolallah kahte hain ki, "my eyes are sleeping, but my heart is awake." ji, yaani rasoolallah sochte the uske oopar. rasoolallah sallallahu alaihi wasallam sochte the jo parha quran mein aur gehrai se sochte the, tadabbur karte</w:t>
      </w:r>
      <w:r>
        <w:br/>
      </w:r>
      <w:r>
        <w:rPr>
          <w:sz w:val="20"/>
        </w:rPr>
        <w:t>21:03  the. to yahi cheez hai ki ke yaani ramazan mein bahut saari aapko opportunity milti hain ki aapne roza rakha, phir aapne taraveeh parhi, phir lailatul qadr hai, phir quran parhte hain aur gehrai se samajhte hain. to it gives lot of opportunity to a believer. ji, to grow his spirituality. ji, bahut important baat ye doctor sahib aapne batayi hum sabko.</w:t>
      </w:r>
      <w:r>
        <w:br/>
      </w:r>
      <w:r>
        <w:rPr>
          <w:sz w:val="20"/>
        </w:rPr>
        <w:t>21:31  infact, maulana widan khan sahib kahte the taraveeh ko kahte the, "its like joint study." haan, and quran ko humein ratna nahi hai, quran ko humein samajhna hai, quran ko humein khatam nahi karna, balki apni zindagi mein utarna hai. ye bahut aham baat batayi doctor sahib. haan, ye aapne sahi lafz istemal kiye. maulana study kahte the, collective study. ji, yaani quran study karne ki cheez hai. bilkul, woh kya gaya hai ki ab ek hadees mein aata hai ki har harf pe sawab hai,</w:t>
      </w:r>
    </w:p>
    <w:p>
      <w:pPr>
        <w:pStyle w:val="Heading2"/>
      </w:pPr>
      <w:r>
        <w:t>Aisha asks the Prophet for a dua and laughs</w:t>
      </w:r>
    </w:p>
    <w:p>
      <w:r>
        <w:rPr>
          <w:color w:val="666666"/>
          <w:sz w:val="18"/>
        </w:rPr>
        <w:t>Soulful Ramadan Inspiring Duas and Hadiths</w:t>
        <w:br/>
        <w:t>March 10, 2024 · 3m 21s · at 1:03:23 · https://youtu.be/ZXO-tq7pyQA?t=3803</w:t>
      </w:r>
    </w:p>
    <w:p>
      <w:r>
        <w:rPr>
          <w:i/>
        </w:rPr>
        <w:t>“Aisha said, make a dua for me — and he did”</w:t>
      </w:r>
    </w:p>
    <w:p>
      <w:r>
        <w:rPr>
          <w:sz w:val="20"/>
        </w:rPr>
        <w:t>1:03:23  jo aisha razi allah anha, jo rasulullah ki wife thin, unhone ek hi sirf hadith bayan ki hai. woh yeh hai ke ek baar fajar ke waqt rasulullah sallallahu alaihi wasallam jab ja rahe the, to rasulullah ne dekha ke woh namaz padh rahi hain aur ibadat kar rahi hain. to phir jab wapas aaye, to wahin baithi hui thin. woh</w:t>
      </w:r>
      <w:r>
        <w:br/>
      </w:r>
      <w:r>
        <w:rPr>
          <w:sz w:val="20"/>
        </w:rPr>
        <w:t>1:03:46  takreeban do, teen, chaar ghante baad. to rasulullah ne kaha, "tum abhi tak baithi hui ho, tab se namaz padh rahi ho aur dua zikr kar rahi ho." to unhone kaha, "haan." to us waqt rasulullah sallallahu alaihi wasallam ne kaha tha ke "main tumhein aise four words batata hoon, jisko tum agar kaho ji, to yeh saare jo teen-chaar ghante ki ibadat hai, usse usse kahin behtar ho jayega." achha ji, to badi zabardast yeh yeh hadith hai, yeh dua hai. us mein</w:t>
      </w:r>
      <w:r>
        <w:br/>
      </w:r>
      <w:r>
        <w:rPr>
          <w:sz w:val="20"/>
        </w:rPr>
        <w:t>1:04:15  woh yeh hai chaar phrases: "subhanallahi wa bihamdihi, glory be to Allah and His praise, adada khalqihi as many times as the number of His creation." yaani jitne bhi Allah ne cheezein create ki hain, insan aur charipind aur parind aur machhliyan, jitne samundar mein jo hum jante hain, jo nahin jante, utne utna main tera tera shukr ada karta hoon aur teri azmat ko bayan karta hoon.</w:t>
      </w:r>
      <w:r>
        <w:br/>
      </w:r>
      <w:r>
        <w:rPr>
          <w:sz w:val="20"/>
        </w:rPr>
        <w:t>1:04:44  ji, yaani unlimited. ji, wa rizaa nafsihi in accordance with His pleasure, wa zinata arshihi and equal to the weight of His throne." yaani aisi main dua karna chahta hoon aur aisa shukr tujhse ada karna chahta hoon, jiska wazan aisa ho jo tere throne ka wazan ho. hum, yaani unbelievable, zabardast. ji,</w:t>
      </w:r>
      <w:r>
        <w:br/>
      </w:r>
      <w:r>
        <w:rPr>
          <w:sz w:val="20"/>
        </w:rPr>
        <w:t>1:05:07  wa midad kalimatihi and equal to the ink, that I use to record His words." yaani jo scholars ne likha hai, hum us us syahi aur us ink ke ke ke barabar. to yeh, yaani Allah taala ki jo azmat hai aur jo greatness hai, usko bayan karne ke liye badi zabardast yeh ji yeh alfaaz hain.</w:t>
      </w:r>
      <w:r>
        <w:br/>
      </w:r>
      <w:r>
        <w:rPr>
          <w:sz w:val="20"/>
        </w:rPr>
        <w:t>1:05:33  ek baar hazrat aisha razi allahu anha ne dekha ke prophet bade achhe mood mein the, to kaha ke "mere liye dua kar dein aap." rasulullah ne dua ki, "allahummaghfir li aishata, o Allah, forgive Aisha, ma qaddamat min jarmatiha, wa ma ta'akhkharat, ma asrrat, wa ma a'alnat." yaani all her sins, forgive her all her sins,</w:t>
      </w:r>
      <w:r>
        <w:br/>
      </w:r>
      <w:r>
        <w:rPr>
          <w:sz w:val="20"/>
        </w:rPr>
        <w:t>1:05:56  past sins and future sins and hidden sins and open sins.</w:t>
      </w:r>
      <w:r>
        <w:br/>
      </w:r>
      <w:r>
        <w:rPr>
          <w:sz w:val="20"/>
        </w:rPr>
        <w:t>1:06:01  ns. To hazrat aisha ko bare pasand aai, hans padi aur hanste hanste wo gir gayi ek taraf</w:t>
      </w:r>
      <w:r>
        <w:br/>
      </w:r>
      <w:r>
        <w:rPr>
          <w:sz w:val="20"/>
        </w:rPr>
        <w:t>1:06:06  سے تو رسول اللہ نے کہا کہ "یور کی دعائی کے مائی دعا میکس یو سو ہیپی۔"</w:t>
      </w:r>
      <w:r>
        <w:br/>
      </w:r>
      <w:r>
        <w:rPr>
          <w:sz w:val="20"/>
        </w:rPr>
        <w:t>1:06:14  तो उन्होंने कहा, "Yes, it's such a beautiful dua."</w:t>
      </w:r>
      <w:r>
        <w:br/>
      </w:r>
      <w:r>
        <w:rPr>
          <w:sz w:val="20"/>
        </w:rPr>
        <w:t>1:06:18  to rasoolullah ne fermaya, "kitni zabardast baat.</w:t>
      </w:r>
      <w:r>
        <w:br/>
      </w:r>
      <w:r>
        <w:rPr>
          <w:sz w:val="20"/>
        </w:rPr>
        <w:t>1:06:21  wallah, inha dua ummati fi kul salat.</w:t>
      </w:r>
      <w:r>
        <w:br/>
      </w:r>
      <w:r>
        <w:rPr>
          <w:sz w:val="20"/>
        </w:rPr>
        <w:t>1:06:25  this is this dua.</w:t>
      </w:r>
      <w:r>
        <w:br/>
      </w:r>
      <w:r>
        <w:rPr>
          <w:sz w:val="20"/>
        </w:rPr>
        <w:t>1:06:26  "I swear to God, that I make this dua in every namaz for every member of my ummah."</w:t>
      </w:r>
      <w:r>
        <w:br/>
      </w:r>
      <w:r>
        <w:rPr>
          <w:sz w:val="20"/>
        </w:rPr>
        <w:t>1:06:33  ji ji, kitni zabardast dua hai ke ye allah taala, ye hazrat mohammad sallallahu alaihi wasallam ki duaen</w:t>
      </w:r>
      <w:r>
        <w:br/>
      </w:r>
      <w:r>
        <w:rPr>
          <w:sz w:val="20"/>
        </w:rPr>
        <w:t>1:06:38  hain. Alhamdulillah, jo hum hum hum sab ki hum sab yahan par hain, is waqt maujood.</w:t>
      </w:r>
      <w:r>
        <w:br/>
      </w:r>
      <w:r>
        <w:rPr>
          <w:sz w:val="20"/>
        </w:rPr>
        <w:t>1:06:44  aur yeh</w:t>
      </w:r>
      <w:r>
        <w:br/>
      </w:r>
      <w:r>
        <w:rPr>
          <w:sz w:val="20"/>
        </w:rPr>
        <w:t>1:06:45  aakhiri, jo ki bahut hi zabardast dua hai, quran ke liye rasulullah sallallahu alaihi wasallam ne ki thi: "allahumma ij'alil qurana rabi'a qalbi</w:t>
      </w:r>
    </w:p>
    <w:p>
      <w:pPr>
        <w:pStyle w:val="Heading2"/>
      </w:pPr>
      <w:r>
        <w:t>Aisha: Prophet's character was the Quran embodied</w:t>
      </w:r>
    </w:p>
    <w:p>
      <w:r>
        <w:rPr>
          <w:color w:val="666666"/>
          <w:sz w:val="18"/>
        </w:rPr>
        <w:t>The Living Tradition: Why Hadith Matters in Islam?</w:t>
        <w:br/>
        <w:t>December 8, 2024 · 24s · at 3:33 · https://youtu.be/2w9-vnnJBeY?t=213</w:t>
      </w:r>
    </w:p>
    <w:p>
      <w:r>
        <w:rPr>
          <w:i/>
        </w:rPr>
        <w:t>“Kana khuluquhul Quran — his character was the Quran”</w:t>
      </w:r>
    </w:p>
    <w:p>
      <w:r>
        <w:rPr>
          <w:sz w:val="20"/>
        </w:rPr>
        <w:t>3:33  hazrat aisha ne ek baar farmaaya: "kaan khulqahu al-quran"۔ aap quran ki amli tafseer thay. yaani aap quran in action hum keh sakte hain, quran in action thay poora.</w:t>
      </w:r>
      <w:r>
        <w:br/>
      </w:r>
      <w:r>
        <w:rPr>
          <w:sz w:val="20"/>
        </w:rPr>
        <w:t>3:46  kyunke maulana azaad ne ek baar kaha hai ke ek quran woh hai jo mujallad shakal mein hai aur doosra quran woh hai jo madina mein chalta phirta tha.</w:t>
      </w:r>
    </w:p>
    <w:p>
      <w:pPr>
        <w:pStyle w:val="Heading2"/>
      </w:pPr>
      <w:r>
        <w:t>Aisha: they recited but didn't truly read</w:t>
      </w:r>
    </w:p>
    <w:p>
      <w:r>
        <w:rPr>
          <w:color w:val="666666"/>
          <w:sz w:val="18"/>
        </w:rPr>
        <w:t>The Living Tradition: Why Hadith Matters in Islam?</w:t>
        <w:br/>
        <w:t>December 8, 2024 · 34s · at 58:43 · https://youtu.be/2w9-vnnJBeY?t=3523</w:t>
      </w:r>
    </w:p>
    <w:p>
      <w:r>
        <w:rPr>
          <w:i/>
        </w:rPr>
        <w:t>“Ulaika qara'u wa lam yaqra'u”</w:t>
      </w:r>
    </w:p>
    <w:p>
      <w:r>
        <w:rPr>
          <w:sz w:val="20"/>
        </w:rPr>
        <w:t>58:43  yahan to Maulana bar bar is ke hawale diye hain. to misal ke taur par ek sawal kisi ne un se poocha ke log jo hain, ek raat mein do do, teen teen bar Quran ko hi padh lete hain.</w:t>
      </w:r>
      <w:r>
        <w:br/>
      </w:r>
      <w:r>
        <w:rPr>
          <w:sz w:val="20"/>
        </w:rPr>
        <w:t>58:55  to unhone kaha: "ula'ika qara'u wa lam yaqra'u" unhone padha lekin nahi padha. yani jo unhone rasool Allah sal-lal-lahu alaihi wasallam se samjha tha ke Quran mein tadabbur zar</w:t>
      </w:r>
      <w:r>
        <w:br/>
      </w:r>
      <w:r>
        <w:rPr>
          <w:sz w:val="20"/>
        </w:rPr>
        <w:t>59:07  uri hai, khali recitation nahi. is ka to ek part hai recitation. asal jo hai, tadabbur se is ki spirit hamare upar wazeh hoti hai.</w:t>
      </w:r>
    </w:p>
    <w:p>
      <w:pPr>
        <w:pStyle w:val="Heading2"/>
      </w:pPr>
      <w:r>
        <w:t>Aisha corrects a misogynistic superstition claim</w:t>
      </w:r>
    </w:p>
    <w:p>
      <w:r>
        <w:rPr>
          <w:color w:val="666666"/>
          <w:sz w:val="18"/>
        </w:rPr>
        <w:t>The Living Tradition: Why Hadith Matters in Islam?</w:t>
        <w:br/>
        <w:t>December 8, 2024 · 41s · at 1:01:26 · https://youtu.be/2w9-vnnJBeY?t=3686</w:t>
      </w:r>
    </w:p>
    <w:p>
      <w:r>
        <w:rPr>
          <w:i/>
        </w:rPr>
        <w:t>“Bad luck lies in three things: women, horse, house?”</w:t>
      </w:r>
    </w:p>
    <w:p>
      <w:r>
        <w:rPr>
          <w:sz w:val="20"/>
        </w:rPr>
        <w:t>1:01:26  ab to wahan bhi politics waghera sab chalti hai. behal is zamane ke lehaz se to isi tarah se ek baar hazrat aisha se kisi ne kaha ke "is islam badshagooni teen cheezon mein hai: aurat, ghoda aur ghar mein."</w:t>
      </w:r>
      <w:r>
        <w:br/>
      </w:r>
      <w:r>
        <w:rPr>
          <w:sz w:val="20"/>
        </w:rPr>
        <w:t>1:01:45  to hazrat aisha ne kaha: "bilkul galat, tum ne poori baat suni nahi." to woh tha ke door jahiliyat mein, yaani islam se pehle, arab aisa samajhte the ke islam mein to auraton ko bilkul barabar ka darja diya gaya hai.</w:t>
      </w:r>
      <w:r>
        <w:br/>
      </w:r>
      <w:r>
        <w:rPr>
          <w:sz w:val="20"/>
        </w:rPr>
        <w:t>1:02:00  to is tarah se unhon ne deeper level par islam ko samjha aur taqreeban pachas baras tak woh kaam karti rah</w:t>
      </w:r>
    </w:p>
    <w:p>
      <w:pPr>
        <w:pStyle w:val="Heading2"/>
      </w:pPr>
      <w:r>
        <w:t>Aisha's deep scholarship in Quran and Hadith</w:t>
      </w:r>
    </w:p>
    <w:p>
      <w:r>
        <w:rPr>
          <w:color w:val="666666"/>
          <w:sz w:val="18"/>
        </w:rPr>
        <w:t>The Living Tradition: Why Hadith Matters in Islam?</w:t>
        <w:br/>
        <w:t>December 8, 2024 · 4m 39s · at 57:53 · https://youtu.be/2w9-vnnJBeY?t=3473</w:t>
      </w:r>
    </w:p>
    <w:p>
      <w:r>
        <w:rPr>
          <w:i/>
        </w:rPr>
        <w:t>“The most famous name here is Aisha”</w:t>
      </w:r>
    </w:p>
    <w:p>
      <w:r>
        <w:rPr>
          <w:sz w:val="20"/>
        </w:rPr>
        <w:t>57:53  bas is mein yeh hai ke sab se mashhoor Hazrat Aisha ka naam hai, kyun ke un un ke upar bohat sari kitabein likhi gayi hain. aur unhone yeh log jo the, full time unhone apne aap ko dedicate kar diya tha.</w:t>
      </w:r>
      <w:r>
        <w:br/>
      </w:r>
      <w:r>
        <w:rPr>
          <w:sz w:val="20"/>
        </w:rPr>
        <w:t>58:07  aur Hazrat Aisha chunke bohat hi zyada zaheen theen aur bohat hi akhaz un ka zehn tha, to woh baaton ko bohat gehrai se pakad leti theen.</w:t>
      </w:r>
      <w:r>
        <w:br/>
      </w:r>
      <w:r>
        <w:rPr>
          <w:sz w:val="20"/>
        </w:rPr>
        <w:t>58:16  to sirf riwayat hi nahi, balkeh woh explain karti theen. woh bohat sari aisi cheezein unhone explain ki hain ke jo doosre log nahi kar pa</w:t>
      </w:r>
      <w:r>
        <w:br/>
      </w:r>
      <w:r>
        <w:rPr>
          <w:sz w:val="20"/>
        </w:rPr>
        <w:t>58:25  aye the. Hazrat Aisha ne 2210 un ki riwayatein hain. to riwayaton se bohat zyada jo important hai, un ka in hadithon ki tashreeh aur masail ka istinbat, masail se jo infer kiya hai, unhone gehre gehre mani to woh bohat important hain.</w:t>
      </w:r>
      <w:r>
        <w:br/>
      </w:r>
      <w:r>
        <w:rPr>
          <w:sz w:val="20"/>
        </w:rPr>
        <w:t>58:43  yahan to Maulana bar bar is ke hawale diye hain. to misal ke taur par ek sawal kisi ne un se poocha ke log jo hain, ek raat mein do do, teen teen bar Quran ko hi padh lete hain.</w:t>
      </w:r>
      <w:r>
        <w:br/>
      </w:r>
      <w:r>
        <w:rPr>
          <w:sz w:val="20"/>
        </w:rPr>
        <w:t>58:55  to unhone kaha: "ula'ika qara'u wa lam yaqra'u" unhone padha lekin nahi padha. yani jo unhone rasool Allah sal-lal-lahu alaihi wasallam se samjha tha ke Quran mein tadabbur zar</w:t>
      </w:r>
      <w:r>
        <w:br/>
      </w:r>
      <w:r>
        <w:rPr>
          <w:sz w:val="20"/>
        </w:rPr>
        <w:t>59:07  uri hai, khali recitation nahi. is ka to ek part hai recitation. asal jo hai, tadabbur se is ki spirit hamare upar wazeh hoti hai.</w:t>
      </w:r>
      <w:r>
        <w:br/>
      </w:r>
      <w:r>
        <w:rPr>
          <w:sz w:val="20"/>
        </w:rPr>
        <w:t>59:17  to isi tarah se rasool Allah sal-lal-lahu alaihi wasallam ki yeh baat pakdi ke jab bhi koi faisla karna hota to aap harder option pe nahi jaate, balkeh easier option pe jaate.</w:t>
      </w:r>
      <w:r>
        <w:br/>
      </w:r>
      <w:r>
        <w:rPr>
          <w:sz w:val="20"/>
        </w:rPr>
        <w:t>59:28  ikhtiyar aysar, ikhtiyar aathir. misal ke taur par hijrat jab aap ne ki to aap wahin par jang bhi kar sakte the, lekin aap ne yeh faisla kiya ke hijrat karein khamoshi se, kyun ke apne aap ko save karna hai, apne aap bohat zyada kaam karna hai.</w:t>
      </w:r>
      <w:r>
        <w:br/>
      </w:r>
      <w:r>
        <w:rPr>
          <w:sz w:val="20"/>
        </w:rPr>
        <w:t>59:46  khali jang karna thodi hai. jang to sirf us waqt hoti hai jab bilkul hi naguzir ho jaye, defense ke mauqe ho jaye, aur woh bhi naguzir ho jaye.</w:t>
      </w:r>
      <w:r>
        <w:br/>
      </w:r>
      <w:r>
        <w:rPr>
          <w:sz w:val="20"/>
        </w:rPr>
        <w:t>59:56  warna hamesha aap jang ko avoid karte rahein.</w:t>
      </w:r>
      <w:r>
        <w:br/>
      </w:r>
      <w:r>
        <w:rPr>
          <w:sz w:val="20"/>
        </w:rPr>
        <w:t>59:59  isi tarah sulah Hudaybiyyah aap ne ki, wahan bhi jang ke bilkul mauqe the, lekin aap ne dushman ki tamam sharton ko accept kar ke sulah kar li.</w:t>
      </w:r>
      <w:r>
        <w:br/>
      </w:r>
      <w:r>
        <w:rPr>
          <w:sz w:val="20"/>
        </w:rPr>
        <w:t>1:00:11  to isi tarah log kehte hain ke Miraj mein rasool Allah sal-lal-lahu alaihi wasallam ne Khuda ko dekha, aap ne kaha: "yeh bilkul galat hai." balkeh us zamane mein sahaba ke upar jo tanqideen hoti theen, woh bura bilkul nahi mante the, kyun ke koi bhi Khuda ko nahi dekh sakta hai.</w:t>
      </w:r>
      <w:r>
        <w:br/>
      </w:r>
      <w:r>
        <w:rPr>
          <w:sz w:val="20"/>
        </w:rPr>
        <w:t>1:00:29  to khuda ek baar hazrat jibril alaihi assalam ki jo ek baar kisi ne poocha ke dunya mein jo sab se achi jagah kaun hai aur sab se buri jagah kaun hai, to rasool allah salallahu alaihi wasallam ne kaha ke "main jibril aayenge to un se pooch ke bata doonga." to hazrat jibril jab aaye to poocha, to unhon ne kaha: "to mujhe bhi nahi maloom, main khuda se poochhoonga."</w:t>
      </w:r>
      <w:r>
        <w:br/>
      </w:r>
      <w:r>
        <w:rPr>
          <w:sz w:val="20"/>
        </w:rPr>
        <w:t>1:00:53  to woh gaye khuda se poochne ke liye. to kehte hain ke ek hazaar noorani pardon ka distance tha. kaha jab hazrat jibril alaihi assalam ne bhi khuda ko is tarah nahi dekha jaise hum aankh se sab cheezein dekhte hain, to phir unhon ne bataya ke sab se achi cheez jo hai, woh masjid hai.</w:t>
      </w:r>
      <w:r>
        <w:br/>
      </w:r>
      <w:r>
        <w:rPr>
          <w:sz w:val="20"/>
        </w:rPr>
        <w:t>1:01:12  sab se achi jagah masjid hai aur sab se buri jagah shopping centers hain.</w:t>
      </w:r>
      <w:r>
        <w:br/>
      </w:r>
      <w:r>
        <w:rPr>
          <w:sz w:val="20"/>
        </w:rPr>
        <w:t>1:01:18  to masjid to ab to waise hi achi rahi nahi. wahan pehle to sirf wahan par ibadat hoti thi aur mazhabi baatein hoti thi.</w:t>
      </w:r>
      <w:r>
        <w:br/>
      </w:r>
      <w:r>
        <w:rPr>
          <w:sz w:val="20"/>
        </w:rPr>
        <w:t>1:01:26  ab to wahan bhi politics waghera sab chalti hai. behal is zamane ke lehaz se to isi tarah se ek baar hazrat aisha se kisi ne kaha ke "is islam badshagooni teen cheezon mein hai: aurat, ghoda aur ghar mein."</w:t>
      </w:r>
      <w:r>
        <w:br/>
      </w:r>
      <w:r>
        <w:rPr>
          <w:sz w:val="20"/>
        </w:rPr>
        <w:t>1:01:45  to hazrat aisha ne kaha: "bilkul galat, tum ne poori baat suni nahi." to woh tha ke door jahiliyat mein, yaani islam se pehle, arab aisa samajhte the ke islam mein to auraton ko bilkul barabar ka darja diya gaya hai.</w:t>
      </w:r>
      <w:r>
        <w:br/>
      </w:r>
      <w:r>
        <w:rPr>
          <w:sz w:val="20"/>
        </w:rPr>
        <w:t>1:02:00  to is tarah se unhon ne deeper level par islam ko samjha aur taqreeban pachas baras tak woh kaam karti rah</w:t>
      </w:r>
      <w:r>
        <w:br/>
      </w:r>
      <w:r>
        <w:rPr>
          <w:sz w:val="20"/>
        </w:rPr>
        <w:t>1:02:08  in. un ke bahut saare shagird the, yahan tak ke jinnats bhi, sahaba bhi, un ke paas jaate the jab un ko koi baat samajh mein nahi aati thi.</w:t>
      </w:r>
      <w:r>
        <w:br/>
      </w:r>
      <w:r>
        <w:rPr>
          <w:sz w:val="20"/>
        </w:rPr>
        <w:t>1:02:17  to un ke paas jaate the aur woh kehte the: "wahan hum ko ilm milta hai." to yeh bahut sari misalein jo hain, aurat mein hamare insaniyat aur khatoon islam mein aap aap ko mil sak mil jayegi.</w:t>
      </w:r>
    </w:p>
    <w:p>
      <w:pPr>
        <w:pStyle w:val="Heading2"/>
      </w:pPr>
      <w:r>
        <w:t>The extraordinary length of the Prophet's night prayer</w:t>
      </w:r>
    </w:p>
    <w:p>
      <w:r>
        <w:rPr>
          <w:color w:val="666666"/>
          <w:sz w:val="18"/>
        </w:rPr>
        <w:t>Importance and Virtues of Ramadan April 2, 2023 · 4m 21s · at 39:29 · https://youtu.be/M2Phb22Vw_4?t=2369</w:t>
      </w:r>
    </w:p>
    <w:p>
      <w:r>
        <w:rPr>
          <w:i/>
        </w:rPr>
        <w:t>“Someone asked Aisha how the Prophet prayed at night”</w:t>
      </w:r>
    </w:p>
    <w:p>
      <w:r>
        <w:rPr>
          <w:sz w:val="20"/>
        </w:rPr>
        <w:t>39:29  ah</w:t>
      </w:r>
      <w:r>
        <w:br/>
      </w:r>
      <w:r>
        <w:rPr>
          <w:sz w:val="20"/>
        </w:rPr>
        <w:t>39:30  hazrat ayesha r.a. ki ek hadith hai. ah ah pucha kisi ne ah qiyam-ul-layl ke bare mein.</w:t>
      </w:r>
      <w:r>
        <w:br/>
      </w:r>
      <w:r>
        <w:rPr>
          <w:sz w:val="20"/>
        </w:rPr>
        <w:t>39:39  bhai jis ko tarawih aaj kal kaha jata hai ke rasool allah kaise padhte the? toh hazrat ayesha ne bataya ke char rakat padhte the, phir rest karte the, phir char rakat padhte the.</w:t>
      </w:r>
      <w:r>
        <w:br/>
      </w:r>
      <w:r>
        <w:rPr>
          <w:sz w:val="20"/>
        </w:rPr>
        <w:t>39:52  yani two plus two plus two plus two four aur phir teen witr. lekin unhone jo baat kahi uske baad woh badi zabardast hai.</w:t>
      </w:r>
      <w:r>
        <w:br/>
      </w:r>
      <w:r>
        <w:rPr>
          <w:sz w:val="20"/>
        </w:rPr>
        <w:t>40:00  kaha ke fal tas'al an husniha wa tulaha keh pucho mat mujh se ke kitni khoobsurat hoti thi woh aur kitni lambi hoti thi.</w:t>
      </w:r>
      <w:r>
        <w:br/>
      </w:r>
      <w:r>
        <w:rPr>
          <w:sz w:val="20"/>
        </w:rPr>
        <w:t>40:10  ji yani i cannot express in words.</w:t>
      </w:r>
      <w:r>
        <w:br/>
      </w:r>
      <w:r>
        <w:rPr>
          <w:sz w:val="20"/>
        </w:rPr>
        <w:t>40:19  ji to phir hazrat aisha kehti hain ke maine a prophet se kaha ke aap 8 rak'at padh ke so jate hain.</w:t>
      </w:r>
      <w:r>
        <w:br/>
      </w:r>
      <w:r>
        <w:rPr>
          <w:sz w:val="20"/>
        </w:rPr>
        <w:t>40:31  ji to rasool allah ne kaha ke meri aankhein so rahi hoti hain lekin dil bedaar rehta hai. ji to paighambar ka to khair mamla alag hi hota hai.</w:t>
      </w:r>
      <w:r>
        <w:br/>
      </w:r>
      <w:r>
        <w:rPr>
          <w:sz w:val="20"/>
        </w:rPr>
        <w:t>40:40  ji ji ji to yeh jo baat kahi ke ek bahut hi khoobsurat namaz thi aur bahut hi lambi namaz thi, iska ek aur waqia bhi milta hai humein. ji ek sahabi the hazrat hudaifa raziallah anhu, to woh batate hain ke main ek raat ko rasool allah sallallahualaihiwasallam ke sath namaz maine padhi.</w:t>
      </w:r>
      <w:r>
        <w:br/>
      </w:r>
      <w:r>
        <w:rPr>
          <w:sz w:val="20"/>
        </w:rPr>
        <w:t>40:59  to prophet ne namaz shuru ki aur surah al baqarah padhni shuru ki. hmm to maine socha ke 100 verses tak padhenge, phir rukoo mein chale jayenge.</w:t>
      </w:r>
      <w:r>
        <w:br/>
      </w:r>
      <w:r>
        <w:rPr>
          <w:sz w:val="20"/>
        </w:rPr>
        <w:t>41:12  lekin prophet 100 verses se aage badh gaye. ji to unhone socha ke acha lagta hai ke poori surah al baqarah khatam karenge.</w:t>
      </w:r>
      <w:r>
        <w:br/>
      </w:r>
      <w:r>
        <w:rPr>
          <w:sz w:val="20"/>
        </w:rPr>
        <w:t>41:21  ji to rasool allah sallallahualaihiwasallam ne poori surah al baqarah khatam kar di aur is se bhi aage badh ke surah an nisa padhni shuru kar di. j</w:t>
      </w:r>
      <w:r>
        <w:br/>
      </w:r>
      <w:r>
        <w:rPr>
          <w:sz w:val="20"/>
        </w:rPr>
        <w:t>41:28  i surah an nisa aur poori surah an nisa padhi aur phir is ke baad surah al imran poori complete ki.</w:t>
      </w:r>
      <w:r>
        <w:br/>
      </w:r>
      <w:r>
        <w:rPr>
          <w:sz w:val="20"/>
        </w:rPr>
        <w:t>41:37  ji to a phir unhone rasool allah ne rukoo kiya.</w:t>
      </w:r>
      <w:r>
        <w:br/>
      </w:r>
      <w:r>
        <w:rPr>
          <w:sz w:val="20"/>
        </w:rPr>
        <w:t>41:44  to sahabi batate hain ke jahan par bhi a koi a ayat aati thi, allah ki glory bayan karne wali, allah ki azmat bayan</w:t>
      </w:r>
      <w:r>
        <w:br/>
      </w:r>
      <w:r>
        <w:rPr>
          <w:sz w:val="20"/>
        </w:rPr>
        <w:t>41:58  karne wali, to rasool allah wahan rukte the aur allah ki azmat aur glory bayan karte the. hmm aur jahan bhi koi dua ki baat aati thi to wahan rukte the aur dua karne lagte the.</w:t>
      </w:r>
      <w:r>
        <w:br/>
      </w:r>
      <w:r>
        <w:rPr>
          <w:sz w:val="20"/>
        </w:rPr>
        <w:t>42:10  aur jahan kahin allah se panah mangne ki baat aati, koi allah se dar ki baat aati to wahan panah mangne lagte the ruk ke.</w:t>
      </w:r>
      <w:r>
        <w:br/>
      </w:r>
      <w:r>
        <w:rPr>
          <w:sz w:val="20"/>
        </w:rPr>
        <w:t>42:20  to yani woh is tarah ki namaz padhte the. aur kaha ke jab rukoo mein gaye to itni hi der rukoo ki jitni der tilawat ki thi.</w:t>
      </w:r>
      <w:r>
        <w:br/>
      </w:r>
      <w:r>
        <w:rPr>
          <w:sz w:val="20"/>
        </w:rPr>
        <w:t>42:28  yani tasawwur nahi kar sakte, ek ghante se se zyada hi. ji yani rukoo mein bhi itni der rahe aur wahan bhi allah ki ki badai aur uska charcha aur uski azmat bayan karte rahe, glorify karte rahe.</w:t>
      </w:r>
      <w:r>
        <w:br/>
      </w:r>
      <w:r>
        <w:rPr>
          <w:sz w:val="20"/>
        </w:rPr>
        <w:t>42:40  aur phir jab rukoo se khade hue, hmm to wahan bhi itni der tak khade rahe jitni der tak tilawat ki thi. matlab yeh dekhein kitni spirit hai iske andar.</w:t>
      </w:r>
      <w:r>
        <w:br/>
      </w:r>
      <w:r>
        <w:rPr>
          <w:sz w:val="20"/>
        </w:rPr>
        <w:t>42:50  ji bilkul. aur phir sahabi batate hain ke jab a sajde mein gaye to is mein bhi itni der tak sajda kiya.</w:t>
      </w:r>
      <w:r>
        <w:br/>
      </w:r>
      <w:r>
        <w:rPr>
          <w:sz w:val="20"/>
        </w:rPr>
        <w:t>42:58  to yeh a a aur aur batate hain ke rasool allah bahut theher theher ke quran padh rahe the, jaldi jaldi nahi padh rahe the. itna lamba quran, 3 a longest surah ek sath padhi lekin theher theher ke aur is mein beech beech mein rukte the jahan jaisa jaisi verses aati thin, uske mutabiq dua karte the, glorify karte the, allah</w:t>
      </w:r>
      <w:r>
        <w:br/>
      </w:r>
      <w:r>
        <w:rPr>
          <w:sz w:val="20"/>
        </w:rPr>
        <w:t>43:21  ki tareef karte the. ji to yeh yeh rasool allah sallallahualaihiwasallam ka tareeqa tha. aur is se pata chalta hai ke kya hoti hai spirit.</w:t>
      </w:r>
      <w:r>
        <w:br/>
      </w:r>
      <w:r>
        <w:rPr>
          <w:sz w:val="20"/>
        </w:rPr>
        <w:t>43:32  ji tarawih ki spirit kya hai. mere ko woh bahut doctor sahib achhi line lagi thi. molana ek bar explain kar rahe the ke tarawih jo hai woh ibadat ki halat mein quran ka muhtat hai.</w:t>
      </w:r>
      <w:r>
        <w:br/>
      </w:r>
      <w:r>
        <w:rPr>
          <w:sz w:val="20"/>
        </w:rPr>
        <w:t>43:45  ji a aur jaise aap ne kaha, woh kehte the "it's a joint study, collective study. it's a joint study."</w:t>
      </w:r>
    </w:p>
    <w:p>
      <w:pPr>
        <w:pStyle w:val="Heading2"/>
      </w:pPr>
      <w:r>
        <w:t>Prophet's tearful dua of forgiveness for Aisha</w:t>
      </w:r>
    </w:p>
    <w:p>
      <w:r>
        <w:rPr>
          <w:color w:val="666666"/>
          <w:sz w:val="18"/>
        </w:rPr>
        <w:t>The Noble Qualities of The Prophet Muhammad 7 September 2025 · 1m 51s · at 38:36 · https://youtu.be/o85acwpOiDw?t=2316</w:t>
      </w:r>
    </w:p>
    <w:p>
      <w:r>
        <w:rPr>
          <w:i/>
        </w:rPr>
        <w:t>“Aisha saw the Prophet in a very happy mood one day”</w:t>
      </w:r>
    </w:p>
    <w:p>
      <w:r>
        <w:rPr>
          <w:sz w:val="20"/>
        </w:rPr>
        <w:t>38:36  can you tell us more about what dua he made for hazrat ayesha? ya, absolutely, this is a beautiful dua. actually, one day, ayesha (may Allah be pleased with her) saw that the prophet (peace be upon him) is in a very happy mood, an joyful mood.</w:t>
      </w:r>
      <w:r>
        <w:br/>
      </w:r>
      <w:r>
        <w:rPr>
          <w:sz w:val="20"/>
        </w:rPr>
        <w:t>38:52  so, she asked him: "ya rasool Allah, Allah le o messenger of Allah, please make dua for me." so, the prophet raised his hands like this, and he said: "Allah mughfir li ayesha,</w:t>
      </w:r>
      <w:r>
        <w:br/>
      </w:r>
      <w:r>
        <w:rPr>
          <w:sz w:val="20"/>
        </w:rPr>
        <w:t>39:06  ma taqdam min zambih, ma ta'akhkhar, ma asrar, wa ma a'lan." O Allah, forgive ayesha, her future sins, and her past sins, her hidden sins, and her public sins</w:t>
      </w:r>
      <w:r>
        <w:br/>
      </w:r>
      <w:r>
        <w:rPr>
          <w:sz w:val="20"/>
        </w:rPr>
        <w:t>39:22  s. so, ayesha was so happy that she began to laugh, and in excitement, she fell on the bed. so, when the prophet saw her, he asked: "are you so happy about my dua, my prayer?" and she said: "how can I not be happy?</w:t>
      </w:r>
      <w:r>
        <w:br/>
      </w:r>
      <w:r>
        <w:rPr>
          <w:sz w:val="20"/>
        </w:rPr>
        <w:t>39:38  such a beautiful dua."</w:t>
      </w:r>
      <w:r>
        <w:br/>
      </w:r>
      <w:r>
        <w:rPr>
          <w:sz w:val="20"/>
        </w:rPr>
        <w:t>39:40  . so, rasool Allah (peace be upon him) said: "wallah,</w:t>
      </w:r>
      <w:r>
        <w:br/>
      </w:r>
      <w:r>
        <w:rPr>
          <w:sz w:val="20"/>
        </w:rPr>
        <w:t>39:47  I have fulfilled high, I swear by Allah that this is my dua for the entire Ummah, every an every single prayer, every day."</w:t>
      </w:r>
      <w:r>
        <w:br/>
      </w:r>
      <w:r>
        <w:rPr>
          <w:sz w:val="20"/>
        </w:rPr>
        <w:t>40:00  so, this is such a beautiful thing.</w:t>
      </w:r>
      <w:r>
        <w:br/>
      </w:r>
      <w:r>
        <w:rPr>
          <w:sz w:val="20"/>
        </w:rPr>
        <w:t>40:05  it was not just for ayesha (may Allah be pleased with her), but it was for everyone of us. even when we were not born, the prophet prayed for us, and this is the reason that we love the prophet so much. there is a hadith, prophet (peace be upon him) said: "a time will come when a person will give up all his wealth, his family, just to see me." so, that is the kind of love we have for the prophet.</w:t>
      </w:r>
    </w:p>
    <w:p>
      <w:pPr>
        <w:pStyle w:val="Heading2"/>
      </w:pPr>
      <w:r>
        <w:t>The night the Prophet wept until dawn in prayer</w:t>
      </w:r>
    </w:p>
    <w:p>
      <w:r>
        <w:rPr>
          <w:color w:val="666666"/>
          <w:sz w:val="18"/>
        </w:rPr>
        <w:t>The Noble Qualities of The Prophet Muhammad 7 September 2025 · 4m 48s · at 40:28 · https://youtu.be/o85acwpOiDw?t=2428</w:t>
      </w:r>
    </w:p>
    <w:p>
      <w:r>
        <w:rPr>
          <w:i/>
        </w:rPr>
        <w:t>“There was an amazing night described by Aisha after the Prophet passed”</w:t>
      </w:r>
    </w:p>
    <w:p>
      <w:r>
        <w:rPr>
          <w:sz w:val="20"/>
        </w:rPr>
        <w:t>40:27  right,</w:t>
      </w:r>
      <w:r>
        <w:br/>
      </w:r>
      <w:r>
        <w:rPr>
          <w:sz w:val="20"/>
        </w:rPr>
        <w:t>40:28  doctor sahib, that brings us to the last question of this session today, and in continuation to the previous answer that you gave. there was an amazing night that was mentioned when prophet stood at night praying, and he reflected deeply on the signs of Allah, and he kept crying all through the night.</w:t>
      </w:r>
      <w:r>
        <w:br/>
      </w:r>
      <w:r>
        <w:rPr>
          <w:sz w:val="20"/>
        </w:rPr>
        <w:t>40:48  can you tell us about this amazing night? that was amazing, absolutely,</w:t>
      </w:r>
      <w:r>
        <w:br/>
      </w:r>
      <w:r>
        <w:rPr>
          <w:sz w:val="20"/>
        </w:rPr>
        <w:t>40:54  because ayesha (may Allah be pleased with her) lived for about fifty years after the prophet passed away, and she became the greatest scholar of Islam, and people used to come to her to get guidance. and</w:t>
      </w:r>
      <w:r>
        <w:br/>
      </w:r>
      <w:r>
        <w:rPr>
          <w:sz w:val="20"/>
        </w:rPr>
        <w:t>41:08  and</w:t>
      </w:r>
      <w:r>
        <w:br/>
      </w:r>
      <w:r>
        <w:rPr>
          <w:sz w:val="20"/>
        </w:rPr>
        <w:t>41:11  one of the tabi, the next generation of the companions, once he came to ayesha (may Allah be pleased with her), and he said: "please tell us, what was the most amazing thing you ever saw from the prophet (peace be upon him)?" so,</w:t>
      </w:r>
      <w:r>
        <w:br/>
      </w:r>
      <w:r>
        <w:rPr>
          <w:sz w:val="20"/>
        </w:rPr>
        <w:t>41:31  atkamzandab kas: "she remained silent,</w:t>
      </w:r>
      <w:r>
        <w:br/>
      </w:r>
      <w:r>
        <w:rPr>
          <w:sz w:val="20"/>
        </w:rPr>
        <w:t>41:37  and then buct , then she started crying,</w:t>
      </w:r>
      <w:r>
        <w:br/>
      </w:r>
      <w:r>
        <w:rPr>
          <w:sz w:val="20"/>
        </w:rPr>
        <w:t>41:44  and she said:</w:t>
      </w:r>
      <w:r>
        <w:br/>
      </w:r>
      <w:r>
        <w:rPr>
          <w:sz w:val="20"/>
        </w:rPr>
        <w:t>41:49  everything about him was amazing.</w:t>
      </w:r>
      <w:r>
        <w:br/>
      </w:r>
      <w:r>
        <w:rPr>
          <w:sz w:val="20"/>
        </w:rPr>
        <w:t>41:55  "his entire way of life was full of wonder, and she said:"but one particular night i can never forget.</w:t>
      </w:r>
      <w:r>
        <w:br/>
      </w:r>
      <w:r>
        <w:rPr>
          <w:sz w:val="20"/>
        </w:rPr>
        <w:t>42:05  " one night, the prophet came to bed, to lie down , his skin was touching my skin , and he said : "ya ibn abi baker , o the daughter of abu baker ,</w:t>
      </w:r>
      <w:r>
        <w:br/>
      </w:r>
      <w:r>
        <w:rPr>
          <w:sz w:val="20"/>
        </w:rPr>
        <w:t>42:24  will you allow me to worship my lord this night ?" and he was the prophet of god , angels are coming to him , khair al bashar , khatam al nabiyyin</w:t>
      </w:r>
      <w:r>
        <w:br/>
      </w:r>
      <w:r>
        <w:rPr>
          <w:sz w:val="20"/>
        </w:rPr>
        <w:t>42:35  , yet he was so humble that he was asking permission from his wife , out of respect and out of love for her.</w:t>
      </w:r>
      <w:r>
        <w:br/>
      </w:r>
      <w:r>
        <w:rPr>
          <w:sz w:val="20"/>
        </w:rPr>
        <w:t>42:45  and look at aisha said, beautiful :"wallah, i do not love you, i swear to god that i love being close to you,</w:t>
      </w:r>
      <w:r>
        <w:br/>
      </w:r>
      <w:r>
        <w:rPr>
          <w:sz w:val="20"/>
        </w:rPr>
        <w:t>43:00  i love being close to you, but i love even more what makes you happy." so, prophet muhammad sallallahu alaihi wasallam got up , and there was a water skin, a little water. he made wudu, and he started to pray, saying:"allahu akbar ," and soon after, he started crying heavily</w:t>
      </w:r>
      <w:r>
        <w:br/>
      </w:r>
      <w:r>
        <w:rPr>
          <w:sz w:val="20"/>
        </w:rPr>
        <w:t>43:28  . aisha razi allahu anha said that he cried so much that his entire beard was soaked with tears, and his garment was also wet with tears.</w:t>
      </w:r>
      <w:r>
        <w:br/>
      </w:r>
      <w:r>
        <w:rPr>
          <w:sz w:val="20"/>
        </w:rPr>
        <w:t>43:43  his lip was also wet with tears. the place where he was prostrating was completely wet with tears, and he caused a puddle in the house that night with his tears.</w:t>
      </w:r>
      <w:r>
        <w:br/>
      </w:r>
      <w:r>
        <w:rPr>
          <w:sz w:val="20"/>
        </w:rPr>
        <w:t>43:58  and he continued doing this till bilal came and gave the azan for fajr.</w:t>
      </w:r>
      <w:r>
        <w:br/>
      </w:r>
      <w:r>
        <w:rPr>
          <w:sz w:val="20"/>
        </w:rPr>
        <w:t>44:07  i will spend the entire night, and aisha razi allahu anha was very very worried that what happened. she never saw the prophet crying like this, and she said to:"ya rasulullah , ma yukik ? why are you crying so much ?</w:t>
      </w:r>
      <w:r>
        <w:br/>
      </w:r>
      <w:r>
        <w:rPr>
          <w:sz w:val="20"/>
        </w:rPr>
        <w:t>44:30  didnt allah already forgive forgiven all your sins, past sins, present sins?" then the prophet said:"ya aisha, a la akun abd ashkur?"</w:t>
      </w:r>
      <w:r>
        <w:br/>
      </w:r>
      <w:r>
        <w:rPr>
          <w:sz w:val="20"/>
        </w:rPr>
        <w:t>44:47  should i not be a grateful servant?" and the prophet said:"tonight our was revealed to me, " and he said:"whoever reads it and doesnt contemplate on it."</w:t>
      </w:r>
      <w:r>
        <w:br/>
      </w:r>
      <w:r>
        <w:rPr>
          <w:sz w:val="20"/>
        </w:rPr>
        <w:t>45:01  and this was the verse of surah al imran, the end of surah al imran. there are four verses: "alladhina yadhkurunallah</w:t>
      </w:r>
    </w:p>
    <w:p>
      <w:pPr>
        <w:pStyle w:val="Heading2"/>
      </w:pPr>
      <w:r>
        <w:t>Aisha's question and the dua for Laylatul Qadr</w:t>
      </w:r>
    </w:p>
    <w:p>
      <w:r>
        <w:rPr>
          <w:color w:val="666666"/>
          <w:sz w:val="18"/>
        </w:rPr>
        <w:t>Itikaf (Intellectual Seclusion) April 16, 2023 · 43s · at 40:16 · https://youtu.be/Yci8zFmfCU4?t=2416</w:t>
      </w:r>
    </w:p>
    <w:p>
      <w:r>
        <w:rPr>
          <w:i/>
        </w:rPr>
        <w:t>“Agar main yeh raat paun to kya dua karoon?”</w:t>
      </w:r>
    </w:p>
    <w:p>
      <w:r>
        <w:rPr>
          <w:sz w:val="20"/>
        </w:rPr>
        <w:t>40:16  to ek bar Hazrat Aisha ne poocha Rasool Allah (SAW) se kaha agar mein yeh raat paoon to kya dua karoon? ab aap us dua se samajh sakte hain ke Allah se mangne ki kya sab se bari cheez hai.</w:t>
      </w:r>
      <w:r>
        <w:br/>
      </w:r>
      <w:r>
        <w:rPr>
          <w:sz w:val="20"/>
        </w:rPr>
        <w:t>40:29  to aap ne kaha: Allah se maghfirat mango. to yeh dua batai: Allahumma inna ka afuwwun tuhibbul afwa fa'fu anni.</w:t>
      </w:r>
      <w:r>
        <w:br/>
      </w:r>
      <w:r>
        <w:rPr>
          <w:sz w:val="20"/>
        </w:rPr>
        <w:t>40:39  Aye Allah! beshak tu maaf karne wala hai, tu maaf ko pasand karta hai, pas tu mujhe maaf kar. to Khuda se mangne ki jo sab se bari cheez hai, woh maghfirat hai.</w:t>
      </w:r>
      <w:r>
        <w:br/>
      </w:r>
      <w:r>
        <w:rPr>
          <w:sz w:val="20"/>
        </w:rPr>
        <w:t>40:51  maghfirat ka matlab bakhshish hai, bakhshish ka matlab jannat hai. ab is se bara aur to koi cheez ho nahi sakti.</w:t>
      </w:r>
    </w:p>
    <w:p>
      <w:pPr>
        <w:pStyle w:val="Heading2"/>
      </w:pPr>
      <w:r>
        <w:t>Hadith reveals Prophet's nightly exchange with Aisha</w:t>
      </w:r>
    </w:p>
    <w:p>
      <w:r>
        <w:rPr>
          <w:color w:val="666666"/>
          <w:sz w:val="18"/>
        </w:rPr>
        <w:t>Why People Live in Despair September 2, 2007 Maulana Wahiduddin Khan · 1m 30s · at 36:45 · https://youtu.be/1Wxz28OJh9c?t=2205</w:t>
      </w:r>
    </w:p>
    <w:p>
      <w:r>
        <w:rPr>
          <w:i/>
        </w:rPr>
        <w:t>“اس کا راز میں نے کب دریافت کیا؟ بخاری کی روایت میں”</w:t>
      </w:r>
    </w:p>
    <w:p>
      <w:r>
        <w:rPr>
          <w:sz w:val="20"/>
        </w:rPr>
        <w:t>36:45  in se exchange karna. is ke yeh raaz maine kab darya</w:t>
      </w:r>
      <w:r>
        <w:br/>
      </w:r>
      <w:r>
        <w:rPr>
          <w:sz w:val="20"/>
        </w:rPr>
        <w:t>36:51  fat kiya? bukhari mein ek riwayat mein parh raha tha. to us mein hazrat aisha kehti hain, rasool allah ki wife ke rasool allah rozana uthte the fajr se pehle kuch zikr o ibadat ke liye.</w:t>
      </w:r>
      <w:r>
        <w:br/>
      </w:r>
      <w:r>
        <w:rPr>
          <w:sz w:val="20"/>
        </w:rPr>
        <w:t>37:07  to us mein woh kehti hain ke fa-in kuntu mustaiqzatan fa-haddathani. fa-in kuntu mustaiqzatan fa-haddathani.</w:t>
      </w:r>
      <w:r>
        <w:br/>
      </w:r>
      <w:r>
        <w:rPr>
          <w:sz w:val="20"/>
        </w:rPr>
        <w:t>37:16  agar main jaag rahi hoti thi to mujh se baat karte the woh.</w:t>
      </w:r>
      <w:r>
        <w:br/>
      </w:r>
      <w:r>
        <w:rPr>
          <w:sz w:val="20"/>
        </w:rPr>
        <w:t>37:21  kuch log samajhte hain ke mujh se hadees bayan karte the. yeh bilkul absurd baat hai. haddathi ke maani le liya unhon ne, hadees bayan karte the. bilkul yeh ghalat hai yeh.</w:t>
      </w:r>
      <w:r>
        <w:br/>
      </w:r>
      <w:r>
        <w:rPr>
          <w:sz w:val="20"/>
        </w:rPr>
        <w:t>37:33  fa-in kuntu mustaiqzatan fa-haddathani ke maani hain ke agar main jaag rahi hoti to mujh se exchange karte the woh. intellectual exchange, discussion.</w:t>
      </w:r>
      <w:r>
        <w:br/>
      </w:r>
      <w:r>
        <w:rPr>
          <w:sz w:val="20"/>
        </w:rPr>
        <w:t>37:44  yeh do do mind ka discussion jo hai, woh intellectual development mein bahut bada, bahut bada yeh zariya hai.</w:t>
      </w:r>
      <w:r>
        <w:br/>
      </w:r>
      <w:r>
        <w:rPr>
          <w:sz w:val="20"/>
        </w:rPr>
        <w:t>37:55  to khuda ne aap ko jo family di hai, jis ke saath aap ka bahut ek bahut hi khaas talluq hai, blood ki wajah se. is ko train kijiye taake woh aap ka, aap ke family wale aap ka intellectual partner banein.</w:t>
      </w:r>
      <w:r>
        <w:br/>
      </w:r>
      <w:r>
        <w:rPr>
          <w:sz w:val="20"/>
        </w:rPr>
        <w:t>38:10  family ka har member aap ka intellectual partner hai.</w:t>
      </w:r>
    </w:p>
    <w:p>
      <w:pPr>
        <w:pStyle w:val="Heading2"/>
      </w:pPr>
      <w:r>
        <w:t>The misbehaving camel and the lesson to tie it first</w:t>
      </w:r>
    </w:p>
    <w:p>
      <w:r>
        <w:rPr>
          <w:color w:val="666666"/>
          <w:sz w:val="18"/>
        </w:rPr>
        <w:t>The Story of Aisha Bint Abu Bakr Part 2 March 05, 2023 · 1m 40s · at 14:15 · https://youtu.be/od3Is6a9B7o?t=855</w:t>
      </w:r>
    </w:p>
    <w:p>
      <w:r>
        <w:rPr>
          <w:i/>
        </w:rPr>
        <w:t>“Aisha's camel began behaving strangely on the road”</w:t>
      </w:r>
    </w:p>
    <w:p>
      <w:r>
        <w:rPr>
          <w:sz w:val="20"/>
        </w:rPr>
        <w:t>14:15  to rastay mein kya hua ke jis oont pe baithi hui theen Hazrat Aisha woh kuch ajeeb taraykay se behave karne laga. asal mein oont jo hai na woh bara sensitive animal hai.</w:t>
      </w:r>
      <w:r>
        <w:br/>
      </w:r>
      <w:r>
        <w:rPr>
          <w:sz w:val="20"/>
        </w:rPr>
        <w:t>14:26  agar is ka malik bohat achi tarah se treat kare is ko like a child to woh bara he is the camel is as loyal as dog .</w:t>
      </w:r>
      <w:r>
        <w:br/>
      </w:r>
      <w:r>
        <w:rPr>
          <w:sz w:val="20"/>
        </w:rPr>
        <w:t>14:36  very obedient hai. bohat obedient hai. lekin agar is ko bohat achi tarah se treat nahi kiya jaye to phir woh kuch harkat karne lagta hai. acha ji.</w:t>
      </w:r>
      <w:r>
        <w:br/>
      </w:r>
      <w:r>
        <w:rPr>
          <w:sz w:val="20"/>
        </w:rPr>
        <w:t>14:44  to yeh jo camel jis pe Hazrat Aisha baithi theen yeh ajeeb tarah se behave karne laga aur kahin aur janay laga. humm kisi aur rastay pe aa ke barh gaya bohat. ji to un ki mother ne dekha to unhon ne shor machaya to is ko khair pakar dhakkar ke laya gaya.</w:t>
      </w:r>
      <w:r>
        <w:br/>
      </w:r>
      <w:r>
        <w:rPr>
          <w:sz w:val="20"/>
        </w:rPr>
        <w:t>14:57  ji to Rasool Allah ne bhi kaha hai ke tie your camel</w:t>
      </w:r>
      <w:r>
        <w:br/>
      </w:r>
      <w:r>
        <w:rPr>
          <w:sz w:val="20"/>
        </w:rPr>
        <w:t>15:01  . humm to asal mein yeh hadith hai jis mein aisa hota hai ke</w:t>
      </w:r>
      <w:r>
        <w:br/>
      </w:r>
      <w:r>
        <w:rPr>
          <w:sz w:val="20"/>
        </w:rPr>
        <w:t>15:09  aik gaon se koi aadmi aata hai oont pe baith ke jis ko badu kaha jata tha yani Bedouin to woh aa ke camel se utra aur camel chor ke kahin janay laga.</w:t>
      </w:r>
      <w:r>
        <w:br/>
      </w:r>
      <w:r>
        <w:rPr>
          <w:sz w:val="20"/>
        </w:rPr>
        <w:t>15:22  to Rasool Allah ne kaha hai ke why don't you tie your camel . humm to us ne kaha hai ke I I put my trust in Allah . haan j</w:t>
      </w:r>
      <w:r>
        <w:br/>
      </w:r>
      <w:r>
        <w:rPr>
          <w:sz w:val="20"/>
        </w:rPr>
        <w:t>15:30  i. to Rasool Allah ne kaha hai ke tie your camel first then put your trust in Allah . to yeh aik bohat bara trust, bohat bara principle ban gaya ke aisay hi nahi trust kar saktay.</w:t>
      </w:r>
      <w:r>
        <w:br/>
      </w:r>
      <w:r>
        <w:rPr>
          <w:sz w:val="20"/>
        </w:rPr>
        <w:t>15:43  ji to khair woh qafila phir chala aage aur yeh jannati logon ka qafila tha. ji aur pohanchay yeh log saaray wahan.</w:t>
      </w:r>
      <w:r>
        <w:br/>
      </w:r>
      <w:r>
        <w:rPr>
          <w:sz w:val="20"/>
        </w:rPr>
        <w:t>15:52  bilkul. madina pohanch gaye. ji.</w:t>
      </w:r>
    </w:p>
    <w:p>
      <w:pPr>
        <w:pStyle w:val="Heading2"/>
      </w:pPr>
      <w:r>
        <w:t>Lost necklace, tayammum revealed, necklace found</w:t>
      </w:r>
    </w:p>
    <w:p>
      <w:r>
        <w:rPr>
          <w:color w:val="666666"/>
          <w:sz w:val="18"/>
        </w:rPr>
        <w:t>The Story of Aisha Bint Abu Bakr Part 2 March 05, 2023 · 3m 04s · at 17:32 · https://youtu.be/od3Is6a9B7o?t=1052</w:t>
      </w:r>
    </w:p>
    <w:p>
      <w:r>
        <w:rPr>
          <w:i/>
        </w:rPr>
        <w:t>“Aisha's necklace vanished in a place with no water”</w:t>
      </w:r>
    </w:p>
    <w:p>
      <w:r>
        <w:rPr>
          <w:sz w:val="20"/>
        </w:rPr>
        <w:t>17:32  qafila jaise rukta hai na parao. to wahan jab qafila ruka to wahan kya hua ke hazrat ayesha ka aik necklace tha black color ke stones ka, woh gum ho gaya kahin.</w:t>
      </w:r>
      <w:r>
        <w:br/>
      </w:r>
      <w:r>
        <w:rPr>
          <w:sz w:val="20"/>
        </w:rPr>
        <w:t>17:47  to hazrat ayesha ne kaha rasool ALLAH صلی اللہ علیہ وسلم se ke woh mera necklace gum ho gaya, mil nahi raha hai. to Prophet ne sab se kaha, yeh hukum de diya ke sab talash karein.</w:t>
      </w:r>
      <w:r>
        <w:br/>
      </w:r>
      <w:r>
        <w:rPr>
          <w:sz w:val="20"/>
        </w:rPr>
        <w:t>17:57  ji to Prophet khud talash kar rahe hain, hazrat abubakar talash kar rahe hain, saaray sahaba talash kar rahe hain, woh necklace mil hi nahi raha hai. ji ghanton ho gaye aur masla kya tha ke wahan par pani ki qillat thi.</w:t>
      </w:r>
      <w:r>
        <w:br/>
      </w:r>
      <w:r>
        <w:rPr>
          <w:sz w:val="20"/>
        </w:rPr>
        <w:t>18:09  hmm jis jagah woh parao tha wahan par koi aik well ya koi basti waghera nahi thi ke pani le lein. to</w:t>
      </w:r>
      <w:r>
        <w:br/>
      </w:r>
      <w:r>
        <w:rPr>
          <w:sz w:val="20"/>
        </w:rPr>
        <w:t>18:17  ya to pani woh piyein ya wuzu karein, yeh nabat aa gayi thi. hmm to sahaba sab pareshan ho gaye. sahaba hazrat abubakar ke paas aaye ke dekhiye aap ki beti ki wajah se kya museebat hai, hamare liye hamare paas pani nahi hai, piyein ge ya wuzu karein ge.</w:t>
      </w:r>
      <w:r>
        <w:br/>
      </w:r>
      <w:r>
        <w:rPr>
          <w:sz w:val="20"/>
        </w:rPr>
        <w:t>18:33  saaray sahaba ghussa hone lagay. to hazrat abubakar aaye tent mein jahan hazrat ayesha theen.</w:t>
      </w:r>
      <w:r>
        <w:br/>
      </w:r>
      <w:r>
        <w:rPr>
          <w:sz w:val="20"/>
        </w:rPr>
        <w:t>18:43  to unhon ne dekha ke rasool ALLAH so rahe</w:t>
      </w:r>
      <w:r>
        <w:br/>
      </w:r>
      <w:r>
        <w:rPr>
          <w:sz w:val="20"/>
        </w:rPr>
        <w:t>18:46  hain is waqt. ji to unhon ne ahista ahista daantna shuru kiya. acha ke dekho tumhari wajah se kya ho gaya yeh. hmm tumhari wajah se saara qafila ruk gaya aur yeh.</w:t>
      </w:r>
      <w:r>
        <w:br/>
      </w:r>
      <w:r>
        <w:rPr>
          <w:sz w:val="20"/>
        </w:rPr>
        <w:t>18:56  yaani unhon ne kafi daanta ahista ahista. to hazrat ayesha ne bataya ke Prophet so rahe thay is liye mein kuch boli nahi warna mein jawab deti theek thak. ji</w:t>
      </w:r>
      <w:r>
        <w:br/>
      </w:r>
      <w:r>
        <w:rPr>
          <w:sz w:val="20"/>
        </w:rPr>
        <w:t>19:05  to khair woh jab wuzu ka, namaz ka waqt aaya to phir wohi wuzu ka masla tha. to us waqt aik ayat utri quran ki.</w:t>
      </w:r>
      <w:r>
        <w:br/>
      </w:r>
      <w:r>
        <w:rPr>
          <w:sz w:val="20"/>
        </w:rPr>
        <w:t>19:17  fatayyamamu saeedan tayyiban ke pak mitti se tum tayammum kar lo. ji</w:t>
      </w:r>
      <w:r>
        <w:br/>
      </w:r>
      <w:r>
        <w:rPr>
          <w:sz w:val="20"/>
        </w:rPr>
        <w:t>19:24  to jab sahaba ko yeh pata chala ke yeh aik nai cheez ho gayi hai ke agar hamare paas pani nahi hai to hum mitti se tayammum kar ke.</w:t>
      </w:r>
      <w:r>
        <w:br/>
      </w:r>
      <w:r>
        <w:rPr>
          <w:sz w:val="20"/>
        </w:rPr>
        <w:t>19:35  to woh bohat khush ho gaye. ji bohat zyada khush ho gaye. bohat bari riayat mili. bohat bari nemat, riayat. ji to balkay aik sahabi ne aa ke abubakarؓ se galay lagaya.</w:t>
      </w:r>
      <w:r>
        <w:br/>
      </w:r>
      <w:r>
        <w:rPr>
          <w:sz w:val="20"/>
        </w:rPr>
        <w:t>19:46  haan ke dekhiye aap ki family ki wajah se pehle bhi bohat blessings humein mili hain aur yeh bhi bohat bari blessing mil gayi hai. saaray sahaba</w:t>
      </w:r>
      <w:r>
        <w:br/>
      </w:r>
      <w:r>
        <w:rPr>
          <w:sz w:val="20"/>
        </w:rPr>
        <w:t>19:53  khush ho gaye. bohat hi khushi ka woh marhala tha. yaani baaz auqat jis ko kehte hain na blessing in disguise.</w:t>
      </w:r>
      <w:r>
        <w:br/>
      </w:r>
      <w:r>
        <w:rPr>
          <w:sz w:val="20"/>
        </w:rPr>
        <w:t>20:02  ji ke Allah taala bظahir koi ek aisi cheez hai jo pareshani hai, negative cheez hai lekin is mein blessing rakh deta hai.</w:t>
      </w:r>
      <w:r>
        <w:br/>
      </w:r>
      <w:r>
        <w:rPr>
          <w:sz w:val="20"/>
        </w:rPr>
        <w:t>20:11  ji to yeh ek tareeqe se blessing in disguise ka waqea hai.</w:t>
      </w:r>
      <w:r>
        <w:br/>
      </w:r>
      <w:r>
        <w:rPr>
          <w:sz w:val="20"/>
        </w:rPr>
        <w:t>20:16  phir woh jab oont waghera khare kiye gaye, chalna tha jab. to woh jo necklace tha woh Hazrat Aisha ke oont ke neeche tha.</w:t>
      </w:r>
      <w:r>
        <w:br/>
      </w:r>
      <w:r>
        <w:rPr>
          <w:sz w:val="20"/>
        </w:rPr>
        <w:t>20:25  jab woh utha oont to woh wahan para hua tha aur saare mein log talash kar rahe the. to yeh ek thoda dilchasp waqea tha. bohat hi dilchasp waqea hai doctor sahib yeh.</w:t>
      </w:r>
      <w:r>
        <w:br/>
      </w:r>
      <w:r>
        <w:rPr>
          <w:sz w:val="20"/>
        </w:rPr>
        <w:t>20:35  masha Allah.</w:t>
      </w:r>
    </w:p>
    <w:p>
      <w:pPr>
        <w:pStyle w:val="Heading2"/>
      </w:pPr>
      <w:r>
        <w:t>Lost necklace leads to the revelation of tayammum</w:t>
      </w:r>
    </w:p>
    <w:p>
      <w:r>
        <w:rPr>
          <w:color w:val="666666"/>
          <w:sz w:val="18"/>
        </w:rPr>
        <w:t>The Story of Aisha Bint Abu Bakr Part 2 March 05, 2023 · 2m 44s · at 17:32 · https://youtu.be/od3Is6a9B7o?t=1052</w:t>
      </w:r>
    </w:p>
    <w:p>
      <w:r>
        <w:rPr>
          <w:i/>
        </w:rPr>
        <w:t>“Aisha's necklace went missing with no water for miles”</w:t>
      </w:r>
    </w:p>
    <w:p>
      <w:r>
        <w:rPr>
          <w:sz w:val="20"/>
        </w:rPr>
        <w:t>17:32  qafila jaise rukta hai na parao. to wahan jab qafila ruka to wahan kya hua ke hazrat ayesha ka aik necklace tha black color ke stones ka, woh gum ho gaya kahin.</w:t>
      </w:r>
      <w:r>
        <w:br/>
      </w:r>
      <w:r>
        <w:rPr>
          <w:sz w:val="20"/>
        </w:rPr>
        <w:t>17:47  to hazrat ayesha ne kaha rasool ALLAH صلی اللہ علیہ وسلم se ke woh mera necklace gum ho gaya, mil nahi raha hai. to Prophet ne sab se kaha, yeh hukum de diya ke sab talash karein.</w:t>
      </w:r>
      <w:r>
        <w:br/>
      </w:r>
      <w:r>
        <w:rPr>
          <w:sz w:val="20"/>
        </w:rPr>
        <w:t>17:57  ji to Prophet khud talash kar rahe hain, hazrat abubakar talash kar rahe hain, saaray sahaba talash kar rahe hain, woh necklace mil hi nahi raha hai. ji ghanton ho gaye aur masla kya tha ke wahan par pani ki qillat thi.</w:t>
      </w:r>
      <w:r>
        <w:br/>
      </w:r>
      <w:r>
        <w:rPr>
          <w:sz w:val="20"/>
        </w:rPr>
        <w:t>18:09  hmm jis jagah woh parao tha wahan par koi aik well ya koi basti waghera nahi thi ke pani le lein. to</w:t>
      </w:r>
      <w:r>
        <w:br/>
      </w:r>
      <w:r>
        <w:rPr>
          <w:sz w:val="20"/>
        </w:rPr>
        <w:t>18:17  ya to pani woh piyein ya wuzu karein, yeh nabat aa gayi thi. hmm to sahaba sab pareshan ho gaye. sahaba hazrat abubakar ke paas aaye ke dekhiye aap ki beti ki wajah se kya museebat hai, hamare liye hamare paas pani nahi hai, piyein ge ya wuzu karein ge.</w:t>
      </w:r>
      <w:r>
        <w:br/>
      </w:r>
      <w:r>
        <w:rPr>
          <w:sz w:val="20"/>
        </w:rPr>
        <w:t>18:33  saaray sahaba ghussa hone lagay. to hazrat abubakar aaye tent mein jahan hazrat ayesha theen.</w:t>
      </w:r>
      <w:r>
        <w:br/>
      </w:r>
      <w:r>
        <w:rPr>
          <w:sz w:val="20"/>
        </w:rPr>
        <w:t>18:43  to unhon ne dekha ke rasool ALLAH so rahe</w:t>
      </w:r>
      <w:r>
        <w:br/>
      </w:r>
      <w:r>
        <w:rPr>
          <w:sz w:val="20"/>
        </w:rPr>
        <w:t>18:46  hain is waqt. ji to unhon ne ahista ahista daantna shuru kiya. acha ke dekho tumhari wajah se kya ho gaya yeh. hmm tumhari wajah se saara qafila ruk gaya aur yeh.</w:t>
      </w:r>
      <w:r>
        <w:br/>
      </w:r>
      <w:r>
        <w:rPr>
          <w:sz w:val="20"/>
        </w:rPr>
        <w:t>18:56  yaani unhon ne kafi daanta ahista ahista. to hazrat ayesha ne bataya ke Prophet so rahe thay is liye mein kuch boli nahi warna mein jawab deti theek thak. ji</w:t>
      </w:r>
      <w:r>
        <w:br/>
      </w:r>
      <w:r>
        <w:rPr>
          <w:sz w:val="20"/>
        </w:rPr>
        <w:t>19:05  to khair woh jab wuzu ka, namaz ka waqt aaya to phir wohi wuzu ka masla tha. to us waqt aik ayat utri quran ki.</w:t>
      </w:r>
      <w:r>
        <w:br/>
      </w:r>
      <w:r>
        <w:rPr>
          <w:sz w:val="20"/>
        </w:rPr>
        <w:t>19:17  fatayyamamu saeedan tayyiban ke pak mitti se tum tayammum kar lo. ji</w:t>
      </w:r>
      <w:r>
        <w:br/>
      </w:r>
      <w:r>
        <w:rPr>
          <w:sz w:val="20"/>
        </w:rPr>
        <w:t>19:24  to jab sahaba ko yeh pata chala ke yeh aik nai cheez ho gayi hai ke agar hamare paas pani nahi hai to hum mitti se tayammum kar ke.</w:t>
      </w:r>
      <w:r>
        <w:br/>
      </w:r>
      <w:r>
        <w:rPr>
          <w:sz w:val="20"/>
        </w:rPr>
        <w:t>19:35  to woh bohat khush ho gaye. ji bohat zyada khush ho gaye. bohat bari riayat mili. bohat bari nemat, riayat. ji to balkay aik sahabi ne aa ke abubakarؓ se galay lagaya.</w:t>
      </w:r>
      <w:r>
        <w:br/>
      </w:r>
      <w:r>
        <w:rPr>
          <w:sz w:val="20"/>
        </w:rPr>
        <w:t>19:46  haan ke dekhiye aap ki family ki wajah se pehle bhi bohat blessings humein mili hain aur yeh bhi bohat bari blessing mil gayi hai. saaray sahaba</w:t>
      </w:r>
      <w:r>
        <w:br/>
      </w:r>
      <w:r>
        <w:rPr>
          <w:sz w:val="20"/>
        </w:rPr>
        <w:t>19:53  khush ho gaye. bohat hi khushi ka woh marhala tha. yaani baaz auqat jis ko kehte hain na blessing in disguise.</w:t>
      </w:r>
      <w:r>
        <w:br/>
      </w:r>
      <w:r>
        <w:rPr>
          <w:sz w:val="20"/>
        </w:rPr>
        <w:t>20:02  ji ke Allah taala bظahir koi ek aisi cheez hai jo pareshani hai, negative cheez hai lekin is mein blessing rakh deta hai.</w:t>
      </w:r>
      <w:r>
        <w:br/>
      </w:r>
      <w:r>
        <w:rPr>
          <w:sz w:val="20"/>
        </w:rPr>
        <w:t>20:11  ji to yeh ek tareeqe se blessing in disguise ka waqea hai.</w:t>
      </w:r>
    </w:p>
    <w:p>
      <w:pPr>
        <w:pStyle w:val="Heading2"/>
      </w:pPr>
      <w:r>
        <w:t>Aisha sees the angel Jibreel in human form</w:t>
      </w:r>
    </w:p>
    <w:p>
      <w:r>
        <w:rPr>
          <w:color w:val="666666"/>
          <w:sz w:val="18"/>
        </w:rPr>
        <w:t>The Story of Aisha Bint Abu Bakr Part 2 March 05, 2023 · 1m 55s · at 21:12 · https://youtu.be/od3Is6a9B7o?t=1272</w:t>
      </w:r>
    </w:p>
    <w:p>
      <w:r>
        <w:rPr>
          <w:i/>
        </w:rPr>
        <w:t>“Aisha once saw the Prophet speaking to a handsome man”</w:t>
      </w:r>
    </w:p>
    <w:p>
      <w:r>
        <w:rPr>
          <w:sz w:val="20"/>
        </w:rPr>
        <w:t>21:12  haan original form mein to sirf Prophet ne dekha. Hazrat Khadija ne bhi nahi dekha. Hazrat Khadija ka to khair mamla bohat alag tha ke jibril aaye the aur Allah ka salam le ke aaye the.</w:t>
      </w:r>
      <w:r>
        <w:br/>
      </w:r>
      <w:r>
        <w:rPr>
          <w:sz w:val="20"/>
        </w:rPr>
        <w:t>21:24  ji ke Allah sends salam to you. ji woh to ek alag hi. bohat hi bari. alag hi.</w:t>
      </w:r>
      <w:r>
        <w:br/>
      </w:r>
      <w:r>
        <w:rPr>
          <w:sz w:val="20"/>
        </w:rPr>
        <w:t>21:29  she was masha Allah. bilkul un ka alag hi maqam tha. ji Hazrat Aisha ne bhi dekha farishta jibril ko lekin human form mein.</w:t>
      </w:r>
      <w:r>
        <w:br/>
      </w:r>
      <w:r>
        <w:rPr>
          <w:sz w:val="20"/>
        </w:rPr>
        <w:t>21:39  ji to aisa hua ek waqea hai ke ek baar Hazrat Aisha R.A. apne ghar mein theen to unhone bahar dekha kahin door pe Prophet khare hue ek sahabi se baat kar rahe the.</w:t>
      </w:r>
      <w:r>
        <w:br/>
      </w:r>
      <w:r>
        <w:rPr>
          <w:sz w:val="20"/>
        </w:rPr>
        <w:t>21:53  un ka naam aata hai Dahiya al Kalbi R.A..</w:t>
      </w:r>
      <w:r>
        <w:br/>
      </w:r>
      <w:r>
        <w:rPr>
          <w:sz w:val="20"/>
        </w:rPr>
        <w:t>21:57  to woh bare handsome sahabi the, sahabi the. ji balkeh kaha jata hai ke saare sahaba mein he was the most handsome sahabi. to jibril unhi ke shakal mein aate the.</w:t>
      </w:r>
      <w:r>
        <w:br/>
      </w:r>
      <w:r>
        <w:rPr>
          <w:sz w:val="20"/>
        </w:rPr>
        <w:t>22:07  ji to woh unhone dekha ke Rasool Allah Dahiya se baat kar rahe hain. ji to jab Rasool Allah Sallallahu Alaihi Wasallam aaye ghar pe to poocha ke aap se aap Dahiya se kya baatein kar rahe the?</w:t>
      </w:r>
      <w:r>
        <w:br/>
      </w:r>
      <w:r>
        <w:rPr>
          <w:sz w:val="20"/>
        </w:rPr>
        <w:t>22:20  woh kis liye aaye the aap ke paas? to Prophet ne kaha ke tum ne Dahiya ko dekha? ji</w:t>
      </w:r>
      <w:r>
        <w:br/>
      </w:r>
      <w:r>
        <w:rPr>
          <w:sz w:val="20"/>
        </w:rPr>
        <w:t>22:26  to unhone kaha haan mein ne dekha woh wahan par aap ke sath khare hue the. haan to Prophet ne kaha woh Dahiya nahi the woh jibril the. ji to is ka matlab yeh yeh nahi hai ke koi accidentally dekh liya unhone.</w:t>
      </w:r>
      <w:r>
        <w:br/>
      </w:r>
      <w:r>
        <w:rPr>
          <w:sz w:val="20"/>
        </w:rPr>
        <w:t>22:41  hmm yaani jibril bhi unhi ko nazar aayenge jis ko Allah chahe ga. ji aise nahi ke woh aaye aur accidentally woh bohat sare logon ne dekh liya.</w:t>
      </w:r>
      <w:r>
        <w:br/>
      </w:r>
      <w:r>
        <w:rPr>
          <w:sz w:val="20"/>
        </w:rPr>
        <w:t>22:52  to woh</w:t>
      </w:r>
      <w:r>
        <w:br/>
      </w:r>
      <w:r>
        <w:rPr>
          <w:sz w:val="20"/>
        </w:rPr>
        <w:t>22:55  yeh ek bohat hi khaas cheez thi jo Hazrat Aisha ko Allah taala ne yeh nemat di ke jibril ko dekhein woh. ji ji doctor sahib ek comment parhna chahunga agla sawal lene se pehle.</w:t>
      </w:r>
    </w:p>
    <w:p>
      <w:pPr>
        <w:pStyle w:val="Heading2"/>
      </w:pPr>
      <w:r>
        <w:t>Silver bracelets and the question about zakat</w:t>
      </w:r>
    </w:p>
    <w:p>
      <w:r>
        <w:rPr>
          <w:color w:val="666666"/>
          <w:sz w:val="18"/>
        </w:rPr>
        <w:t>The Story of Aisha Bint Abu Bakr Part 2 March 05, 2023 · 44s · at 23:36 · https://youtu.be/od3Is6a9B7o?t=1416</w:t>
      </w:r>
    </w:p>
    <w:p>
      <w:r>
        <w:rPr>
          <w:i/>
        </w:rPr>
        <w:t>“The Prophet saw Aisha wearing silver bracelets”</w:t>
      </w:r>
    </w:p>
    <w:p>
      <w:r>
        <w:rPr>
          <w:sz w:val="20"/>
        </w:rPr>
        <w:t>23:36  to woh kya qissa tha is ke bare mein hum sab ko batayein. Prophet Muhammad Sallallahu Alaihi Wasallam ek baar ghar mein aaye to dekha ke Hazrat Aisha silver bracelets pehne hue hain haath mein.</w:t>
      </w:r>
      <w:r>
        <w:br/>
      </w:r>
      <w:r>
        <w:rPr>
          <w:sz w:val="20"/>
        </w:rPr>
        <w:t>23:47  donon hathon mein. to kaha ke yeh kya hai?</w:t>
      </w:r>
      <w:r>
        <w:br/>
      </w:r>
      <w:r>
        <w:rPr>
          <w:sz w:val="20"/>
        </w:rPr>
        <w:t>23:52  to unhon ne kaha ke I have bought these bracelets to look beautiful for you. ji to rasool Allah ne kaha ke have you paid zakat on this?</w:t>
      </w:r>
      <w:r>
        <w:br/>
      </w:r>
      <w:r>
        <w:rPr>
          <w:sz w:val="20"/>
        </w:rPr>
        <w:t>24:04  to unhon ne kaha no I haven't paid zakat. to Prophet ne kaha ke if you have not paid zakat you will go to hell. hmm to yani rasool Allah ka zehan kahin aur tha aur Hazrat Aisha ka zehan kuch aur soch raha tha.</w:t>
      </w:r>
    </w:p>
    <w:p>
      <w:pPr>
        <w:pStyle w:val="Heading2"/>
      </w:pPr>
      <w:r>
        <w:t>A night misunderstanding teaches against bad assumptions</w:t>
      </w:r>
    </w:p>
    <w:p>
      <w:r>
        <w:rPr>
          <w:color w:val="666666"/>
          <w:sz w:val="18"/>
        </w:rPr>
        <w:t>The Story of Aisha Bint Abu Bakr Part 2 March 05, 2023 · 3m 00s · at 25:33 · https://youtu.be/od3Is6a9B7o?t=1533</w:t>
      </w:r>
    </w:p>
    <w:p>
      <w:r>
        <w:rPr>
          <w:i/>
        </w:rPr>
        <w:t>“Aisha woke at night and felt the Prophet wasn't there”</w:t>
      </w:r>
    </w:p>
    <w:p>
      <w:r>
        <w:rPr>
          <w:sz w:val="20"/>
        </w:rPr>
        <w:t>25:33  ji to Hazrat Aisha ki aankh khulti hai to un ko mehsoos hota hai ke Prophet hain nahi. to andhera rehta tha is zamanay mein yani itna bhi nahi tha ke woh charagh jala saken.</w:t>
      </w:r>
      <w:r>
        <w:br/>
      </w:r>
      <w:r>
        <w:rPr>
          <w:sz w:val="20"/>
        </w:rPr>
        <w:t>25:48  balke aik aik waqia hai ke baad ke zamanay mein jab kafi farawani ho gayi to logon se baat kar rahi theen Hazrat Aisha to kuch kaha ke raat mein andhera tha ghar mein.</w:t>
      </w:r>
      <w:r>
        <w:br/>
      </w:r>
      <w:r>
        <w:rPr>
          <w:sz w:val="20"/>
        </w:rPr>
        <w:t>26:03  to kisi ne kaha ke kya aap ke paas oil nahi hota tha ghar mein? charagh nahi hota tha? to Hazrat Aisha ne kaha agar hamare ghar mein oil hota to hum use pe jate.</w:t>
      </w:r>
      <w:r>
        <w:br/>
      </w:r>
      <w:r>
        <w:rPr>
          <w:sz w:val="20"/>
        </w:rPr>
        <w:t>26:16  yani yeh کیفیت thi ke khane peene ke saman nahi hota tha. is zamanay mein jo oil tha na woh waisa hota tha zaitoon ka tel waghera.</w:t>
      </w:r>
      <w:r>
        <w:br/>
      </w:r>
      <w:r>
        <w:rPr>
          <w:sz w:val="20"/>
        </w:rPr>
        <w:t>26:26  woh petrol ka zamanay nahi tha. to bilkul andhera tha to un ko aisa laga ke Prophet hain nahi kahin chale gaye. to unhein thoda badgumaani ho gayi ke kisi aur ghar mein chale gaye shayad.</w:t>
      </w:r>
      <w:r>
        <w:br/>
      </w:r>
      <w:r>
        <w:rPr>
          <w:sz w:val="20"/>
        </w:rPr>
        <w:t>26:41  to unhon ne hath aise aise kar ke dekha to kuch kahin mile nahi to woh bahar nikleen. bahar bhi unhon ne touch wich kiya.</w:t>
      </w:r>
      <w:r>
        <w:br/>
      </w:r>
      <w:r>
        <w:rPr>
          <w:sz w:val="20"/>
        </w:rPr>
        <w:t>26:50  masjid thi bahar. to aise hi kuch kiya to Prophet ke pair pe hath pada.</w:t>
      </w:r>
      <w:r>
        <w:br/>
      </w:r>
      <w:r>
        <w:rPr>
          <w:sz w:val="20"/>
        </w:rPr>
        <w:t>26:56  tab un ko andaza hua ke woh sajday mein hain. ji aur sajday mein bari umda dua kar rahe the subhanaka wabihamdika la ilaha illa ant aye Allah tu pak hai aur tere siwa koi ibadat ke laiq nahi hai.</w:t>
      </w:r>
      <w:r>
        <w:br/>
      </w:r>
      <w:r>
        <w:rPr>
          <w:sz w:val="20"/>
        </w:rPr>
        <w:t>27:12  to Hazrat Aisha wapas aa gayeen apne bed pe lait gayeen aur boleen ke innaka lafi shaani wa inni lafi shaani akhar yani mera zehan kahin aur ja raha hai</w:t>
      </w:r>
      <w:r>
        <w:br/>
      </w:r>
      <w:r>
        <w:rPr>
          <w:sz w:val="20"/>
        </w:rPr>
        <w:t>27:25  aap ki shan kuch aur hai. ji you are on one plane and I am on totally another plane. ji to yeh jo waqia hai ke is mein bohat bara sabak hai.</w:t>
      </w:r>
      <w:r>
        <w:br/>
      </w:r>
      <w:r>
        <w:rPr>
          <w:sz w:val="20"/>
        </w:rPr>
        <w:t>27:40  Maulana ne is hadith ke baray mein bataya tha ke ulama ne chounke fiqhi zehan hai ulama ka, ulama ne is hadith se nikala hai ke agar aurat mard ko touch kare halat wuzu mein to wuzu toote ga ya nahi</w:t>
      </w:r>
      <w:r>
        <w:br/>
      </w:r>
      <w:r>
        <w:rPr>
          <w:sz w:val="20"/>
        </w:rPr>
        <w:t>27:54  . ji halankay yeh itni bari hadith hai ke Prophet se badgumaani aur woh bhi Hazrat Aisha jaisi stature jin ka woh maqam to aam insaan ka kya haal ho ga.</w:t>
      </w:r>
      <w:r>
        <w:br/>
      </w:r>
      <w:r>
        <w:rPr>
          <w:sz w:val="20"/>
        </w:rPr>
        <w:t>28:05  to is mein yeh hai ke insaan ko badgumaan nahi hona chahiye. Misunderstanding nahi honi chahiye.</w:t>
      </w:r>
      <w:r>
        <w:br/>
      </w:r>
      <w:r>
        <w:rPr>
          <w:sz w:val="20"/>
        </w:rPr>
        <w:t>28:14  baaton ko samajhna chahiye. chounke baz auqat woh jo dekhta hai ya woh sunta hai woh kuch aur hoti hai. woh baat kuch aur aur us ki samajh mein kuch aur aati hai.</w:t>
      </w:r>
      <w:r>
        <w:br/>
      </w:r>
      <w:r>
        <w:rPr>
          <w:sz w:val="20"/>
        </w:rPr>
        <w:t>28:23  to bohat hi cautious rehna chahiye aur shaitan ke waswase se dua karni chahiye har waqt ke inshallah shaitan ke behkawe se bachaye.</w:t>
      </w:r>
    </w:p>
    <w:p>
      <w:pPr>
        <w:pStyle w:val="Heading2"/>
      </w:pPr>
      <w:r>
        <w:t>If we had oil, we would have drunk it</w:t>
      </w:r>
    </w:p>
    <w:p>
      <w:r>
        <w:rPr>
          <w:color w:val="666666"/>
          <w:sz w:val="18"/>
        </w:rPr>
        <w:t>The Story of Aisha Bint Abu Bakr Part 2 March 05, 2023 · 37s · at 25:48 · https://youtu.be/od3Is6a9B7o?t=1548</w:t>
      </w:r>
    </w:p>
    <w:p>
      <w:r>
        <w:rPr>
          <w:i/>
        </w:rPr>
        <w:t>“Someone asked Aisha, didn't you have oil at home?”</w:t>
      </w:r>
    </w:p>
    <w:p>
      <w:r>
        <w:rPr>
          <w:sz w:val="20"/>
        </w:rPr>
        <w:t>25:48  balke aik aik waqia hai ke baad ke zamanay mein jab kafi farawani ho gayi to logon se baat kar rahi theen Hazrat Aisha to kuch kaha ke raat mein andhera tha ghar mein.</w:t>
      </w:r>
      <w:r>
        <w:br/>
      </w:r>
      <w:r>
        <w:rPr>
          <w:sz w:val="20"/>
        </w:rPr>
        <w:t>26:03  to kisi ne kaha ke kya aap ke paas oil nahi hota tha ghar mein? charagh nahi hota tha? to Hazrat Aisha ne kaha agar hamare ghar mein oil hota to hum use pe jate.</w:t>
      </w:r>
      <w:r>
        <w:br/>
      </w:r>
      <w:r>
        <w:rPr>
          <w:sz w:val="20"/>
        </w:rPr>
        <w:t>26:16  yani yeh کیفیت thi ke khane peene ke saman nahi hota tha. is zamanay mein jo oil tha na woh waisa hota tha zaitoon ka tel waghera.</w:t>
      </w:r>
    </w:p>
    <w:p>
      <w:pPr>
        <w:pStyle w:val="Heading2"/>
      </w:pPr>
      <w:r>
        <w:t>The Prophet's prayer against Aisha, then retracted</w:t>
      </w:r>
    </w:p>
    <w:p>
      <w:r>
        <w:rPr>
          <w:color w:val="666666"/>
          <w:sz w:val="18"/>
        </w:rPr>
        <w:t>The Story of Aisha Bint Abu Bakr Part 2 March 05, 2023 · 2m 46s · at 36:13 · https://youtu.be/od3Is6a9B7o?t=2173</w:t>
      </w:r>
    </w:p>
    <w:p>
      <w:r>
        <w:rPr>
          <w:i/>
        </w:rPr>
        <w:t>“He got angry and said, may God cut your hands”</w:t>
      </w:r>
    </w:p>
    <w:p>
      <w:r>
        <w:rPr>
          <w:sz w:val="20"/>
        </w:rPr>
        <w:t>36:13  darasal ek bar Prophet ne kisi bohat ahem kaam ke liye bataya. ji hazrat aisha se to Prophet chale gaye jab wapas aaye to dekha woh kaam hua nahi tha to poocha ke bhai yeh kya kaam nahi hua</w:t>
      </w:r>
      <w:r>
        <w:br/>
      </w:r>
      <w:r>
        <w:rPr>
          <w:sz w:val="20"/>
        </w:rPr>
        <w:t>36:28  ? to unhon ne kaha ke meri saheliyan aa gayi theen mein is mein busy ho gayi thi. ji to Prophet ko ghussa aa gaya. ji to Prophet bole qata' allah yadayk yani may god cut your hands aur yeh keh ke woh bahar chale gaye.</w:t>
      </w:r>
      <w:r>
        <w:br/>
      </w:r>
      <w:r>
        <w:rPr>
          <w:sz w:val="20"/>
        </w:rPr>
        <w:t>36:42  ji to hazrat aisha bohat hi udas ho gayeen. hmm aur baith gayeen woh thori der mein aaye Prophet to dekha ke woh hazrat aisha aise hath ko yoon kar rahi theen baithi hui bari udas.</w:t>
      </w:r>
      <w:r>
        <w:br/>
      </w:r>
      <w:r>
        <w:rPr>
          <w:sz w:val="20"/>
        </w:rPr>
        <w:t>36:57  ji</w:t>
      </w:r>
      <w:r>
        <w:br/>
      </w:r>
      <w:r>
        <w:rPr>
          <w:sz w:val="20"/>
        </w:rPr>
        <w:t>36:58  to bole ke kya hua aisha yeh kya baat hai kya kar rahi ho yeh? to yani what's wrong with you yeh kya kar rahi ho tum?</w:t>
      </w:r>
      <w:r>
        <w:br/>
      </w:r>
      <w:r>
        <w:rPr>
          <w:sz w:val="20"/>
        </w:rPr>
        <w:t>37:10  to unhon ne kaha hai ke you have prayed against me hmm yani hazrat aisha yeh janti theen ke Prophet's prayer is not a it's very serious matter yani Prophet ne jo dua kar di to woh allah ko qabool allah qabool karta hai us ko.</w:t>
      </w:r>
      <w:r>
        <w:br/>
      </w:r>
      <w:r>
        <w:rPr>
          <w:sz w:val="20"/>
        </w:rPr>
        <w:t>37:27  ji to unhon ne kaha ke i am looking at my hand which one will fall off first ji yani kaun sa hath mera kate ga?</w:t>
      </w:r>
      <w:r>
        <w:br/>
      </w:r>
      <w:r>
        <w:rPr>
          <w:sz w:val="20"/>
        </w:rPr>
        <w:t>37:35  hmm to rasool allah ko bara ehsas hua ke yeh mein ne aisi dua kar di. ji to rasool allah ne hath asman ki taraf uthaya aur aur kaha ke ya allah inni bashar ke o allah i am a human ji aghzab kama yaghzab bashar ke i get angry as people get angry hmm</w:t>
      </w:r>
      <w:r>
        <w:br/>
      </w:r>
      <w:r>
        <w:rPr>
          <w:sz w:val="20"/>
        </w:rPr>
        <w:t>37:57  yani farishta peghambar bhi insan hota hai. hmm aur kaha ke kabhi bhi mein ne if ever i had prayed against any momin aur momina let it be a source of mercy for them, a source of elevation, and a source of purification for them ji yani peghambar ki dua peghambar ki bad dua bhi allah rehmat mein tabdeel kar deta hai.</w:t>
      </w:r>
      <w:r>
        <w:br/>
      </w:r>
      <w:r>
        <w:rPr>
          <w:sz w:val="20"/>
        </w:rPr>
        <w:t>38:21  ji kitni bari</w:t>
      </w:r>
      <w:r>
        <w:br/>
      </w:r>
      <w:r>
        <w:rPr>
          <w:sz w:val="20"/>
        </w:rPr>
        <w:t>38:22  baat hai to is mein jo sabak milta hai ke har insan se aisa ho jata hai ke woh khas moqe pe kisi ke liye badzan ho jata hai bad dua kar deta hai to us ko chahiye ke ke jab us ka zehn thanda ho dimagh thanda ho to phir woh us ke liye dua karne lage.</w:t>
      </w:r>
      <w:r>
        <w:br/>
      </w:r>
      <w:r>
        <w:rPr>
          <w:sz w:val="20"/>
        </w:rPr>
        <w:t>38:41  ji jaise rasool allah ne kiya bilkul pehle to bad dua kar di phir itne gehre alfaz mein dua ki hai to yeh yeh yani aam halat mein ho jata</w:t>
      </w:r>
      <w:r>
        <w:br/>
      </w:r>
      <w:r>
        <w:rPr>
          <w:sz w:val="20"/>
        </w:rPr>
        <w:t>38:50  hai to tu aisa agar kabhi ho to is shakhs ke liye rehmat aur maghfirat ki dua kare to us se woh cheez zail ho jati hai.</w:t>
      </w:r>
    </w:p>
    <w:p>
      <w:pPr>
        <w:pStyle w:val="Heading2"/>
      </w:pPr>
      <w:r>
        <w:t>A forgiveness dua the Prophet repeats every prayer</w:t>
      </w:r>
    </w:p>
    <w:p>
      <w:r>
        <w:rPr>
          <w:color w:val="666666"/>
          <w:sz w:val="18"/>
        </w:rPr>
        <w:t>The Story of Aisha Bint Abu Bakr Part 2 March 05, 2023 · 1m 44s · at 39:23 · https://youtu.be/od3Is6a9B7o?t=2363</w:t>
      </w:r>
    </w:p>
    <w:p>
      <w:r>
        <w:rPr>
          <w:i/>
        </w:rPr>
        <w:t>“Aisha asked the Prophet, please pray for me”</w:t>
      </w:r>
    </w:p>
    <w:p>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r>
        <w:br/>
      </w:r>
      <w:r>
        <w:rPr>
          <w:sz w:val="20"/>
        </w:rPr>
        <w:t>40:13  ji to Rasool Allah ne kaha arey tumhein bari achi lagi meri dua? ji ah to unhon ne kaha yes oh of course such a beautiful prayer to Rasool Allah ne kaha bari umda baat.</w:t>
      </w:r>
      <w:r>
        <w:br/>
      </w:r>
      <w:r>
        <w:rPr>
          <w:sz w:val="20"/>
        </w:rPr>
        <w:t>40:27  ji ke wallah innaha ladu'a li ummati fi kulli salat hmm ke I pray this dua for every person of my ummah in every prayer every day</w:t>
      </w:r>
      <w:r>
        <w:br/>
      </w:r>
      <w:r>
        <w:rPr>
          <w:sz w:val="20"/>
        </w:rPr>
        <w:t>40:42  acha to yeh to Rasool Allah ki duaen hain jo jis ki wajah se hamari gari chal rahi hai. ji bilkul inshallah ameen doctor sahib Prophet also tells Hazrat Aisha that you know Allah has a special name and if you invoke ah by that special name then the dua is accepted to us ke bare mein bhi bataen doctor sahib.</w:t>
      </w:r>
    </w:p>
    <w:p>
      <w:pPr>
        <w:pStyle w:val="Heading2"/>
      </w:pPr>
      <w:r>
        <w:t>A sweeping forgiveness dua for Aisha</w:t>
      </w:r>
    </w:p>
    <w:p>
      <w:r>
        <w:rPr>
          <w:color w:val="666666"/>
          <w:sz w:val="18"/>
        </w:rPr>
        <w:t>The Story of Aisha Bint Abu Bakr Part 2 March 05, 2023 · 49s · at 39:23 · https://youtu.be/od3Is6a9B7o?t=2363</w:t>
      </w:r>
    </w:p>
    <w:p>
      <w:r>
        <w:rPr>
          <w:i/>
        </w:rPr>
        <w:t>“O Allah, forgive Aisha all of her sins”</w:t>
      </w:r>
    </w:p>
    <w:p>
      <w:r>
        <w:rPr>
          <w:sz w:val="20"/>
        </w:rPr>
        <w:t>39:23  haan yeh baat sahi hai ek bar Prophet bohat hi happy mood mein thay he was very happy ji to Hazrat Aisha ne kaha ke adعو Allah li please pray for me ji to Rasool Allah ne hath uthaya aur bari umda dua ki.</w:t>
      </w:r>
      <w:r>
        <w:br/>
      </w:r>
      <w:r>
        <w:rPr>
          <w:sz w:val="20"/>
        </w:rPr>
        <w:t>39:38  ji Allahummaghfir li Aisha o Allah forgive Aisha</w:t>
      </w:r>
      <w:r>
        <w:br/>
      </w:r>
      <w:r>
        <w:rPr>
          <w:sz w:val="20"/>
        </w:rPr>
        <w:t>39:43  hmm all her sins ma taqaddum min zanbihi wa ma ta'akhkhar the sins that she had done in the past and the sins that she will do in future hmm ma asrart wa ma a'alant hmm open sins and hidden sins hmm to Hazrat Aisha ko itni itna acha laga he was so happy hmm that she burst into laughter ji and in her excitement and laughter and happiness she fell on her back</w:t>
      </w:r>
    </w:p>
    <w:p>
      <w:pPr>
        <w:pStyle w:val="Heading2"/>
      </w:pPr>
      <w:r>
        <w:t>Small charity to daughters becomes protection from fire</w:t>
      </w:r>
    </w:p>
    <w:p>
      <w:r>
        <w:rPr>
          <w:color w:val="666666"/>
          <w:sz w:val="18"/>
        </w:rPr>
        <w:t>The Story of Aisha Bint Abu Bakr Part 2 March 05, 2023 · 3m 00s · at 44:48 · https://youtu.be/od3Is6a9B7o?t=2688</w:t>
      </w:r>
    </w:p>
    <w:p>
      <w:r>
        <w:rPr>
          <w:i/>
        </w:rPr>
        <w:t>“A poor woman came to Aisha's door needing help”</w:t>
      </w:r>
    </w:p>
    <w:p>
      <w:r>
        <w:rPr>
          <w:sz w:val="20"/>
        </w:rPr>
        <w:t>44:48  yeh waqia aisa hai ke ek zaroorat mand lady ek poor lady aati hai Hazrat Aisha ke ghar kuch chahti hai woh kuch madad chahti hai aur do betiyan bhi us ke sath mein theen choti to us waqt Hazrat Aisha ne ghar mein dekha to kuch tha nahi sirf ek khajoor mili unhein yani aise bhi halaat thay ke sirf ek khajoor ghar mein rehti thi</w:t>
      </w:r>
      <w:r>
        <w:br/>
      </w:r>
      <w:r>
        <w:rPr>
          <w:sz w:val="20"/>
        </w:rPr>
        <w:t>45:15  to woh khajoor Hazrat Aisha R.A. ne is lady ko de diya to us ne us ko do tukre kiye aur dono betiyon ko de diya to jab Prophet aaye to yeh waqia sunaya ke ek zaroorat mand lady aayi thi aur do choti bachiyan thi maine ek khajoor di to us ne do tukre kar ke ek ek de diye dono ko</w:t>
      </w:r>
      <w:r>
        <w:br/>
      </w:r>
      <w:r>
        <w:rPr>
          <w:sz w:val="20"/>
        </w:rPr>
        <w:t>45:42  to Prophet ne kaha ke jo shakhs in in betiyon ki wajah se takleef mein mubtala hoga us ke liye yeh betiyan aag se parda ban jayengi yani curtain ban jayengi aag aur insan ke beech mein yani aag se panah mil jayegi jahannum se panah mil jayegi khaas betiyon ka zikr hai</w:t>
      </w:r>
      <w:r>
        <w:br/>
      </w:r>
      <w:r>
        <w:rPr>
          <w:sz w:val="20"/>
        </w:rPr>
        <w:t>46:09  yeh bhi bohat khaas baat hai ke betiyon se betiyon ki taraf se jo takleef pahuchegi to us se Allah taala nijaat de dega aakhirat mein us ko aur us mein jo sabaq hai wo yeh hai ke khajoor ka tukra yeh agar aap dekhein to Rasool Allah ki hadees mein aur bhi milta hai</w:t>
      </w:r>
      <w:r>
        <w:br/>
      </w:r>
      <w:r>
        <w:rPr>
          <w:sz w:val="20"/>
        </w:rPr>
        <w:t>46:28  yani jab Prophet migrate kar ke Madina gaye to jo pehla khutba diya awwal khutba khutba Rasool Allah S.A.W. in Madina ji us ke unwan se aap ko poora poora thaman milega us mein Rasool Allah ne kaha tha ke ataqoo an nara walaw bishaqi tamrah ke save yourself, save yourself from the fire even if by a piece of date</w:t>
      </w:r>
      <w:r>
        <w:br/>
      </w:r>
      <w:r>
        <w:rPr>
          <w:sz w:val="20"/>
        </w:rPr>
        <w:t>46:58  yani khajoor ka tukra ka matlab yeh hai tukre ka matlab yeh hai ke koi bhi chota amal chote se chota amal agar aap ka Allah ki raza ke liye hai aur us ke andar spirit bhari hui hai to wo Allah ke haan qabil e qabool hai to yeh sabaq milta hai is is se ke ke choti se choti bhi agar koi qurbani ho insan ki zaroori nahi hai ke bohat bara kaam kare wo</w:t>
      </w:r>
      <w:r>
        <w:br/>
      </w:r>
      <w:r>
        <w:rPr>
          <w:sz w:val="20"/>
        </w:rPr>
        <w:t>47:28  choti se choti bhi koi cheez ho to Allah us ko qabool karta hai aur ajr ji ata karta hai ji yaqeenan Miss Qurtulain ne Srinagar se comment bheja hai unhone likha hai Prophet Muhammad has been and will always remain a role model for generations to come.</w:t>
      </w:r>
    </w:p>
    <w:p>
      <w:pPr>
        <w:pStyle w:val="Heading2"/>
      </w:pPr>
      <w:r>
        <w:t>The Prophet's humor, jokes, and focus at prayer time</w:t>
      </w:r>
    </w:p>
    <w:p>
      <w:r>
        <w:rPr>
          <w:color w:val="666666"/>
          <w:sz w:val="18"/>
        </w:rPr>
        <w:t>The Story of Aisha Bint Abu Bakr Part 2 March 05, 2023 · 3m 42s · at 53:05 · https://youtu.be/od3Is6a9B7o?t=3185</w:t>
      </w:r>
    </w:p>
    <w:p>
      <w:r>
        <w:rPr>
          <w:i/>
        </w:rPr>
        <w:t>“Aisha said the Prophet was playful and cheerful at home”</w:t>
      </w:r>
    </w:p>
    <w:p>
      <w:r>
        <w:rPr>
          <w:sz w:val="20"/>
        </w:rPr>
        <w:t>53:05  nahi karte the lekin riwayat mein aata bhi hai ke wo jab khul kar hanste the to un ke pichle daant bhi nazar aate the to aisa nahi tha ke hamesha ek serious mahol tha aur serious nature tha to main chahunga ke koi humorous side jo un ka ghar mein tha us ke bare mein aap bata ke aaj ke session ko khatam karein</w:t>
      </w:r>
      <w:r>
        <w:br/>
      </w:r>
      <w:r>
        <w:rPr>
          <w:sz w:val="20"/>
        </w:rPr>
        <w:t>53:26  acha ji haan yeh aap sahi keh rahe hain balkeh Hazrat Aisha ka qaul hai ke kaana muzahan fi baitihi yani he was humorous and playful and cheerful at his home ji to aisa nahi tha ke bohat hi serious the ji ek ek do waqiyat waqe hain jo main leta hoon ek baar Prophet ne kaha Hazrat Aisha se ke I can tell you when you are angry with me and when you are happy with me</w:t>
      </w:r>
      <w:r>
        <w:br/>
      </w:r>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r>
        <w:br/>
      </w:r>
      <w:r>
        <w:rPr>
          <w:sz w:val="20"/>
        </w:rPr>
        <w:t>54:36  ji to aisi kai baaten hain jaise ek bar kya hua ke yani aap ne sahi kaha ke ghar ke andar ki glimpse hamein milti hain hazrat aisha ki baaton se</w:t>
      </w:r>
      <w:r>
        <w:br/>
      </w:r>
      <w:r>
        <w:rPr>
          <w:sz w:val="20"/>
        </w:rPr>
        <w:t>54:49  to ek baar so rahe the rasool Allah sal Allah aleh wasalam aur hazrat aisha bhi so rahi</w:t>
      </w:r>
      <w:r>
        <w:br/>
      </w:r>
      <w:r>
        <w:rPr>
          <w:sz w:val="20"/>
        </w:rPr>
        <w:t>54:54  thin to un ko mehsoos hua ke shayad Prophet nahi hain chale gaye kisi aur ghar mein chale</w:t>
      </w:r>
      <w:r>
        <w:br/>
      </w:r>
      <w:r>
        <w:rPr>
          <w:sz w:val="20"/>
        </w:rPr>
        <w:t>54:59  gaye hmm to andhera hota tha to unhon ne aise aise kar ke dekhna shuru kiya har taraf</w:t>
      </w:r>
      <w:r>
        <w:br/>
      </w:r>
      <w:r>
        <w:rPr>
          <w:sz w:val="20"/>
        </w:rPr>
        <w:t>55:04  to Prophet ke munh pe un ka hath laga ja ke ji to wo uth gaye to bole</w:t>
      </w:r>
      <w:r>
        <w:br/>
      </w:r>
      <w:r>
        <w:rPr>
          <w:sz w:val="20"/>
        </w:rPr>
        <w:t>55:09  ke malak ya aisha kya ho gaya tumhein</w:t>
      </w:r>
      <w:r>
        <w:br/>
      </w:r>
      <w:r>
        <w:rPr>
          <w:sz w:val="20"/>
        </w:rPr>
        <w:t>55:14  aqad jaaka shaitan ki has your Satan come to you?</w:t>
      </w:r>
      <w:r>
        <w:br/>
      </w:r>
      <w:r>
        <w:rPr>
          <w:sz w:val="20"/>
        </w:rPr>
        <w:t>55:19  yani koi zehn mein tumhein baat aayi hai badgumani wali to wo bolein ke don't you have a Satan, O Prophet? hmm to Prophet ne kaha ke yes, I do have a Satan, but God has given me control over him and I have made him a Muslim.</w:t>
      </w:r>
      <w:r>
        <w:br/>
      </w:r>
      <w:r>
        <w:rPr>
          <w:sz w:val="20"/>
        </w:rPr>
        <w:t>55:35  to is tarah ki bahut sari cheezen hain yani he was humorous and cheerful and he used to work at home and do the daily work.</w:t>
      </w:r>
      <w:r>
        <w:br/>
      </w:r>
      <w:r>
        <w:rPr>
          <w:sz w:val="20"/>
        </w:rPr>
        <w:t>55:49  lekin ek baat bahut zabardast kahi jis se hazrat Prophet ki shakhsiyat samajh mein aati hai ke waise to wo bahut ajeeb karte the light light subtle joke waghera bhi lekin jab azan ki awaz aati thi muazzin ki awaz jab aati thi tab he would behave as if he doesn't know us.</w:t>
      </w:r>
      <w:r>
        <w:br/>
      </w:r>
      <w:r>
        <w:rPr>
          <w:sz w:val="20"/>
        </w:rPr>
        <w:t>56:17  kanah la ya'rifuna</w:t>
      </w:r>
      <w:r>
        <w:br/>
      </w:r>
      <w:r>
        <w:rPr>
          <w:sz w:val="20"/>
        </w:rPr>
        <w:t>56:19  yani jab ah khuda ki awaz aa gayi ya maqsad ki taraf to phir wo mission ki taraf is tarah yaksu ho jate the ke jaise ke aur baaten sab bhool jate the ji to is tarah ki baaten waise aur bhi bahut hain aur sahaba ke sath bhi hmm bahut dilchasp waqiat hain to ho sakta hai kisi waqt is ko bhi len inshallah inshallah inshallah jazak Allah doctor sahab aaj ka session bahut hi dilchasp bahut hi interesting tha</w:t>
      </w:r>
    </w:p>
    <w:p>
      <w:pPr>
        <w:pStyle w:val="Heading2"/>
      </w:pPr>
      <w:r>
        <w:t>I only omit your name — a loving tease</w:t>
      </w:r>
    </w:p>
    <w:p>
      <w:r>
        <w:rPr>
          <w:color w:val="666666"/>
          <w:sz w:val="18"/>
        </w:rPr>
        <w:t>The Story of Aisha Bint Abu Bakr Part 2 March 05, 2023 · 41s · at 53:55 · https://youtu.be/od3Is6a9B7o?t=3235</w:t>
      </w:r>
    </w:p>
    <w:p>
      <w:r>
        <w:rPr>
          <w:i/>
        </w:rPr>
        <w:t>“How do you know that? Aisha asked the Prophet”</w:t>
      </w:r>
    </w:p>
    <w:p>
      <w:r>
        <w:rPr>
          <w:sz w:val="20"/>
        </w:rPr>
        <w:t>53:55  ji to Hazrat Aisha ne kaha wa kaifa ya Rasool Allah how do you know this ji how do you know O Messenger of Allah to Prophet ne kaha ke when you are happy with me, you swear by the name of Muhammad by the Lord of Muhammad ji you say like this: "I swear by the Lord of Muhammad." ji but when you are angry with me, you say: "I swear by the Lord of Abraham."</w:t>
      </w:r>
      <w:r>
        <w:br/>
      </w:r>
      <w:r>
        <w:rPr>
          <w:sz w:val="20"/>
        </w:rPr>
        <w:t>54:23  ji to hazrat aisha ne kaha ke ma ma ahjar ma ahjar illa ismaka ya rasool Allah ji I only omit your name." yani it doesn't mean that I stop loving you.</w:t>
      </w:r>
    </w:p>
    <w:p>
      <w:pPr>
        <w:pStyle w:val="Heading2"/>
      </w:pPr>
      <w:r>
        <w:t>chief hypocrite's dangerous rumor about Aisha</w:t>
      </w:r>
    </w:p>
    <w:p>
      <w:r>
        <w:rPr>
          <w:color w:val="666666"/>
          <w:sz w:val="18"/>
        </w:rPr>
        <w:t>Dars-e-Quran (Al-Baqarah (The Heifer) 2 7-19) July 26, 2015 · 54s · at 25:29 · https://youtu.be/kSrW4z79AHE?t=1529</w:t>
      </w:r>
    </w:p>
    <w:p>
      <w:r>
        <w:rPr>
          <w:i/>
        </w:rPr>
        <w:t>“The worst example among the hypocrites: Abdullah ibn Ubayy”</w:t>
      </w:r>
    </w:p>
    <w:p>
      <w:r>
        <w:rPr>
          <w:sz w:val="20"/>
        </w:rPr>
        <w:t>25:29  Is ki bohat hi buri misaal woh hai, jo munafiqeen ka mein sab se bara maana jata tha. Yaani Abdullah Abi, woh bhi Islam laya tha.</w:t>
      </w:r>
      <w:r>
        <w:br/>
      </w:r>
      <w:r>
        <w:rPr>
          <w:sz w:val="20"/>
        </w:rPr>
        <w:t>25:39  Islam laane ke baad woh, woh yaani pakhtagi se qaim nahi raha. To Hazrat Aisha jo ek martaba aayi theen, ek naujawan sahabi ke saath, akeli, koi aur nahi tha us waqt.</w:t>
      </w:r>
      <w:r>
        <w:br/>
      </w:r>
      <w:r>
        <w:rPr>
          <w:sz w:val="20"/>
        </w:rPr>
        <w:t>25:55  to un ko jab, un ko jab dekha, us ne to ek jumla keh diya wallah ma najat minh wa ma naja minha .</w:t>
      </w:r>
      <w:r>
        <w:br/>
      </w:r>
      <w:r>
        <w:rPr>
          <w:sz w:val="20"/>
        </w:rPr>
        <w:t>26:06  ek bohat hi khatarnak jumla. ke khuda ki qasam, woh is se nahi bachi, woh is se nahi bacha. to bohat hi khatarnak jumla hai.</w:t>
      </w:r>
      <w:r>
        <w:br/>
      </w:r>
      <w:r>
        <w:rPr>
          <w:sz w:val="20"/>
        </w:rPr>
        <w:t>26:15  saare madine mein phail gaya yeh. yeh bohat hi ek, yani buri misaal un ke kirdaar ki hai.</w:t>
      </w:r>
    </w:p>
    <w:p>
      <w:pPr>
        <w:pStyle w:val="Heading2"/>
      </w:pPr>
      <w:r>
        <w:t>Aisha near death: I just want to be forgotten</w:t>
      </w:r>
    </w:p>
    <w:p>
      <w:r>
        <w:rPr>
          <w:color w:val="666666"/>
          <w:sz w:val="18"/>
        </w:rPr>
        <w:t>CPS Mission Conference 2023 April 30, 2023 · 2m 10s · at 33:30 · https://youtu.be/sfTBajRastM?t=2010</w:t>
      </w:r>
    </w:p>
    <w:p>
      <w:r>
        <w:rPr>
          <w:i/>
        </w:rPr>
        <w:t>“हज़रत आयशा बहुत बीमार हो गईं, आखिरी वक्त करीब था”</w:t>
      </w:r>
    </w:p>
    <w:p>
      <w:r>
        <w:rPr>
          <w:sz w:val="20"/>
        </w:rPr>
        <w:t>33:29  Woh</w:t>
      </w:r>
      <w:r>
        <w:br/>
      </w:r>
      <w:r>
        <w:rPr>
          <w:sz w:val="20"/>
        </w:rPr>
        <w:t>33:30  Ab Hazrat Aisha ke bare mein, Hazrat Aisha Razi Allah Anha ke bare mein aata hai ke jab woh bohat bimar ho gayin, aakhri waqt qareeb tha, to Hazrat Abdullah Ibn Abbas Razi Allah Anhu aaye milne ke liye.</w:t>
      </w:r>
      <w:r>
        <w:br/>
      </w:r>
      <w:r>
        <w:rPr>
          <w:sz w:val="20"/>
        </w:rPr>
        <w:t>33:42  To bahar koi darban the ghar ke, to un se kaha ke main milna chahta hoon, ijazat chahta hoon. To ja ke unhone kaha ke Abdullah Ibn Abbas aaye hain, milna chahte hain.</w:t>
      </w:r>
      <w:r>
        <w:br/>
      </w:r>
      <w:r>
        <w:rPr>
          <w:sz w:val="20"/>
        </w:rPr>
        <w:t>33:57  To wahan par us waqt Hazrat Aisha ke neffu baithe hue the jinka naam tha Abdullah bin Abdur Rehman, bare bhai ke bete the Hazrat Aisha Razi Allah Anha ke.</w:t>
      </w:r>
      <w:r>
        <w:br/>
      </w:r>
      <w:r>
        <w:rPr>
          <w:sz w:val="20"/>
        </w:rPr>
        <w:t>34:12  To unhone jhuk ke kaha Hazrat Aisha se ke Ibn Abbas aaye hain, aap se milna chahte hain. To Hazrat Aisha ne kaha chhod do, chhod do Ibn Abbas ko, matlab milne ki zaroorat nahi hai.</w:t>
      </w:r>
      <w:r>
        <w:br/>
      </w:r>
      <w:r>
        <w:rPr>
          <w:sz w:val="20"/>
        </w:rPr>
        <w:t>34:25  To phir unhone kaha ke Ibn Abbas aap ke bete ki tarah hain, saleheen mein se hain, aap se ijazat mang rahe hain milne ke liye. To kaha ke achha tum chahte ho to bula lo.</w:t>
      </w:r>
      <w:r>
        <w:br/>
      </w:r>
      <w:r>
        <w:rPr>
          <w:sz w:val="20"/>
        </w:rPr>
        <w:t>34:36  To Hazrat Hazrat Ibn Abbas Razi Allah Anhu aaye aur baithe, aur dekha ke Hazrat Aisha aakhri stage mein hain.</w:t>
      </w:r>
      <w:r>
        <w:br/>
      </w:r>
      <w:r>
        <w:rPr>
          <w:sz w:val="20"/>
        </w:rPr>
        <w:t>34:45  To phir kuch taareefi baatein karne lage ke aap jald hi Rasool Allah se milengi, Sahaba se milengi, aur aap ki ki wajah se tayammum ki ayat nazil hui, logon ko bada badi aasani ho gayi.</w:t>
      </w:r>
      <w:r>
        <w:br/>
      </w:r>
      <w:r>
        <w:rPr>
          <w:sz w:val="20"/>
        </w:rPr>
        <w:t>35:01  Jibril saatwein aasman se aaye, aap ko jo ilzaam lagaya tha us se bari kiya, aur log aap ke bare mein par</w:t>
      </w:r>
      <w:r>
        <w:br/>
      </w:r>
      <w:r>
        <w:rPr>
          <w:sz w:val="20"/>
        </w:rPr>
        <w:t>35:10  hanay lagay. to yeh sab baatein, kai is tarah ki baatein kaheen to</w:t>
      </w:r>
      <w:r>
        <w:br/>
      </w:r>
      <w:r>
        <w:rPr>
          <w:sz w:val="20"/>
        </w:rPr>
        <w:t>35:18  hazrat aisha ko pasand nahin aaein. unhon ne kaha chhoro in sab baaton ko, main to bas yeh chahti hoon ke main bhooli bisri ban jaon, nasia mansia, yaani na koi mujhe yaad kare, na koi mera jananay wala ho.</w:t>
      </w:r>
      <w:r>
        <w:br/>
      </w:r>
      <w:r>
        <w:rPr>
          <w:sz w:val="20"/>
        </w:rPr>
        <w:t>35:31  to jo marifat yafta log hotay hain, un un ke liye duniyavi cheezein bari haqeer ban jati hain.</w:t>
      </w:r>
    </w:p>
    <w:p>
      <w:pPr>
        <w:pStyle w:val="Heading2"/>
      </w:pPr>
      <w:r>
        <w:t>Prophet asks Abu Bakr to judge his argument with Aisha</w:t>
      </w:r>
    </w:p>
    <w:p>
      <w:r>
        <w:rPr>
          <w:color w:val="666666"/>
          <w:sz w:val="18"/>
        </w:rPr>
        <w:t>CPS Mission Conference 2023 April 30, 2023 · 1m 43s · at 54:09 · https://youtu.be/sfTBajRastM?t=3249</w:t>
      </w:r>
    </w:p>
    <w:p>
      <w:r>
        <w:rPr>
          <w:i/>
        </w:rPr>
        <w:t>“एक बार हज़रत आयशा और रसूलल्लाह की बहुत बहस हो गई”</w:t>
      </w:r>
    </w:p>
    <w:p>
      <w:r>
        <w:rPr>
          <w:sz w:val="20"/>
        </w:rPr>
        <w:t>54:09  aik baar Hazrat Aisha R.A. ki aur rasool Allah ki bohat behas ho gayi, khatam hi nahi ho rahi thi baat. to rasool Allah ne kaha ke acha, tum kisi judge ko bula lo, woh ab faisla kar de.</w:t>
      </w:r>
      <w:r>
        <w:br/>
      </w:r>
      <w:r>
        <w:rPr>
          <w:sz w:val="20"/>
        </w:rPr>
        <w:t>54:27  to rasool Allah ne kaha ke Hazrat Abu Ubada Ibn Al-Jarah ko bulatay hain. baray Sahabi thay.</w:t>
      </w:r>
      <w:r>
        <w:br/>
      </w:r>
      <w:r>
        <w:rPr>
          <w:sz w:val="20"/>
        </w:rPr>
        <w:t>54:36  to unhon ne kaha No, he might favor you. to Hazrat Abu Ubada Ibn Al-Jarah, Ameen Al-Ummah kaha tha rasool Allah ne, the most trusted Sahabi of this community.</w:t>
      </w:r>
      <w:r>
        <w:br/>
      </w:r>
      <w:r>
        <w:rPr>
          <w:sz w:val="20"/>
        </w:rPr>
        <w:t>54:54  to unhon ne kaha ke nahi, how about my father Abu Bakr? to rasool Allah ne kaha theek hai, ab Hazrat Abu Bakr ko bulatay hain. to Hazrat Abu Bakr aaye, bethe.</w:t>
      </w:r>
      <w:r>
        <w:br/>
      </w:r>
      <w:r>
        <w:rPr>
          <w:sz w:val="20"/>
        </w:rPr>
        <w:t>55:06  to Prophet ne kaha Hazrat Aisha se ke acha, tum shuru karo. to Hazrat Aisha ne kaha No, you start aur bolein ke agar aap koi galat baat kahengay to main abhi beech mein I'll stop you and I'll correct you.</w:t>
      </w:r>
      <w:r>
        <w:br/>
      </w:r>
      <w:r>
        <w:rPr>
          <w:sz w:val="20"/>
        </w:rPr>
        <w:t>55:23  to is andaaz ki jab baat suni Hazrat Abu Bakr ne to woh khare ho gaye aur ghusay ho gaye ke How can you talk to he is the messenger of Allah? to he was about to slap her pakar liya Hazrat Aisha ko aur aik haath laganay walay thay, tab tak rasool Allah aa gaye, bachaya.</w:t>
      </w:r>
      <w:r>
        <w:br/>
      </w:r>
      <w:r>
        <w:rPr>
          <w:sz w:val="20"/>
        </w:rPr>
        <w:t>55:41  to khair, woh baat khatam ho gayi aur Hazrat Abu Bakr chalay gaye. to Prophet ne kaha ke Look, I have saved from you I have saved from this person I have saved you from this person.</w:t>
      </w:r>
    </w:p>
    <w:p>
      <w:pPr>
        <w:pStyle w:val="Heading2"/>
      </w:pPr>
      <w:r>
        <w:t>Prophet refuses soup three times unless Aisha is invited too</w:t>
      </w:r>
    </w:p>
    <w:p>
      <w:r>
        <w:rPr>
          <w:color w:val="666666"/>
          <w:sz w:val="18"/>
        </w:rPr>
        <w:t>CPS Mission Conference 2023 April 30, 2023 · 1m 10s · at 56:30 · https://youtu.be/sfTBajRastM?t=3390</w:t>
      </w:r>
    </w:p>
    <w:p>
      <w:r>
        <w:rPr>
          <w:i/>
        </w:rPr>
        <w:t>“एक पड़ोसी था, ईरानियन, वो कभी कोई बहुत अच्छा सूप बनाता था”</w:t>
      </w:r>
    </w:p>
    <w:p>
      <w:r>
        <w:rPr>
          <w:sz w:val="20"/>
        </w:rPr>
        <w:t>56:30  woh kabhi koi bohat acha soup banata tha to woh Prophet ko invite karta tha. to aik baar woh aaya, kaha Prophet se ke Please come and have some soup with us.</w:t>
      </w:r>
      <w:r>
        <w:br/>
      </w:r>
      <w:r>
        <w:rPr>
          <w:sz w:val="20"/>
        </w:rPr>
        <w:t>56:44  to Hazrat Aisha bhi theen wahan barabar mein. to rasool Allah ne kaha ke Wahazihi, what about her? Can she also come? Can she also join?</w:t>
      </w:r>
      <w:r>
        <w:br/>
      </w:r>
      <w:r>
        <w:rPr>
          <w:sz w:val="20"/>
        </w:rPr>
        <w:t>56:53  to us ne kaha No, only you. to rasool Allah ne kaha ke Then I will not come. I am not coming. to phir us ne insist kiya, Iranian ne, ke Please come, please come have some soup with us.</w:t>
      </w:r>
      <w:r>
        <w:br/>
      </w:r>
      <w:r>
        <w:rPr>
          <w:sz w:val="20"/>
        </w:rPr>
        <w:t>57:07  to phir rasool Allah ne kaha Wahazihi, what about her? And she, can she also come?</w:t>
      </w:r>
      <w:r>
        <w:br/>
      </w:r>
      <w:r>
        <w:rPr>
          <w:sz w:val="20"/>
        </w:rPr>
        <w:t>57:13  to us ne kaha No, only you. to rasool Allah ne kaha ke No, then I am not come. I am not coming. to teesri baar us Iranian ne phir insist kiya Please come, have some soup.</w:t>
      </w:r>
      <w:r>
        <w:br/>
      </w:r>
      <w:r>
        <w:rPr>
          <w:sz w:val="20"/>
        </w:rPr>
        <w:t>57:25  Please come inside. Please, please. phir Prophet ne kaha ke Wahazihi, what about her? And can she join?</w:t>
      </w:r>
      <w:r>
        <w:br/>
      </w:r>
      <w:r>
        <w:rPr>
          <w:sz w:val="20"/>
        </w:rPr>
        <w:t>57:33  to woh Iranian ne kaha Wahazihi, let her come. to us tareeqay se rasool Allah ka talluq tha.</w:t>
      </w:r>
    </w:p>
    <w:p>
      <w:pPr>
        <w:pStyle w:val="Heading2"/>
      </w:pPr>
      <w:r>
        <w:t>Prophet describes his love for Aisha as a rope's knot</w:t>
      </w:r>
    </w:p>
    <w:p>
      <w:r>
        <w:rPr>
          <w:color w:val="666666"/>
          <w:sz w:val="18"/>
        </w:rPr>
        <w:t>The Story of Hazrat Aishah January 29, 2023 · 37s · at 13:23 · https://youtu.be/JvCeNobW-Wk?t=803</w:t>
      </w:r>
    </w:p>
    <w:p>
      <w:r>
        <w:rPr>
          <w:i/>
        </w:rPr>
        <w:t>“Aisha poochti hain, how is your love for me?”</w:t>
      </w:r>
    </w:p>
    <w:p>
      <w:r>
        <w:rPr>
          <w:sz w:val="20"/>
        </w:rPr>
        <w:t>13:23  ji, ji, ji! ek aur doctor sahib, yahan pe interesting baat joRna chahunga ki isi tarah Hazrat Aisha ne ek baar hi Rasulullah صلى الله عليه وسلم se poocha that how is your love for me?</w:t>
      </w:r>
      <w:r>
        <w:br/>
      </w:r>
      <w:r>
        <w:rPr>
          <w:sz w:val="20"/>
        </w:rPr>
        <w:t>13:34  to Prophet ne kaha ki like the rope's knot. matlab jis tarah ek rassi ki gathan hoti hai, secure and strong.</w:t>
      </w:r>
      <w:r>
        <w:br/>
      </w:r>
      <w:r>
        <w:rPr>
          <w:sz w:val="20"/>
        </w:rPr>
        <w:t>13:45  to uske baad wo kai martaba un se poochti rahin how is the knot now? to wo kehtay thay ala haliha! that means in the same condition.</w:t>
      </w:r>
      <w:r>
        <w:br/>
      </w:r>
      <w:r>
        <w:rPr>
          <w:sz w:val="20"/>
        </w:rPr>
        <w:t>13:55  to ye bohat pyari baaten hain, doctor sahib, jin ko sun ke bohat achha lagta hai.</w:t>
      </w:r>
    </w:p>
    <w:p>
      <w:pPr>
        <w:pStyle w:val="Heading2"/>
      </w:pPr>
      <w:r>
        <w:t>Aisha gives away all her money to the poor</w:t>
      </w:r>
    </w:p>
    <w:p>
      <w:r>
        <w:rPr>
          <w:color w:val="666666"/>
          <w:sz w:val="18"/>
        </w:rPr>
        <w:t>The Story of Hazrat Aishah January 29, 2023 · 45s · at 39:49 · https://youtu.be/JvCeNobW-Wk?t=2389</w:t>
      </w:r>
    </w:p>
    <w:p>
      <w:r>
        <w:rPr>
          <w:i/>
        </w:rPr>
        <w:t>“Unko ek baar sau dirham mile the”</w:t>
      </w:r>
    </w:p>
    <w:p>
      <w:r>
        <w:rPr>
          <w:sz w:val="20"/>
        </w:rPr>
        <w:t>39:49  and doctor sahib she Hazrat Aisha was a very considerate and generous woman ah in fact she bore poverty and hunger without any complaint ah and ek martaba doctor sahib yeh bhi aaya ke un ko ek bari hundred tha dirhams jo hain woh diye gaye to unhone apne paas k</w:t>
      </w:r>
      <w:r>
        <w:br/>
      </w:r>
      <w:r>
        <w:rPr>
          <w:sz w:val="20"/>
        </w:rPr>
        <w:t>40:09  uchh bhi nahi rakha poora ka poora jo hai she gave it away to needy and poor people even though that she did not have provisions in her house aur is dauran woh fast bhi kar rahi thi to un ke maid servant ne kaha ke aap kam se kam apne liye ek dirham hi rakh leti aur us se aap kuch khareed ke aap apna fast khol leti to baray simple andaaz mein unhone kaha ke ah if i remembered it i would have done it mujhe yaad nahi raha tum ne yaad dilaya hota muj</w:t>
      </w:r>
    </w:p>
    <w:p>
      <w:pPr>
        <w:pStyle w:val="Heading2"/>
      </w:pPr>
      <w:r>
        <w:t>The meaning behind the name Aisha</w:t>
      </w:r>
    </w:p>
    <w:p>
      <w:r>
        <w:rPr>
          <w:color w:val="666666"/>
          <w:sz w:val="18"/>
        </w:rPr>
        <w:t>The Story of Hazrat Aishah January 29, 2023 · 46s · at 2:03 · https://youtu.be/JvCeNobW-Wk?t=123</w:t>
      </w:r>
    </w:p>
    <w:p>
      <w:r>
        <w:rPr>
          <w:i/>
        </w:rPr>
        <w:t>“Yeh jo word Aisha hai, iske maayne hain alive”</w:t>
      </w:r>
    </w:p>
    <w:p>
      <w:r>
        <w:rPr>
          <w:sz w:val="20"/>
        </w:rPr>
        <w:t>2:03  to yeh jo word Aisha hai, iske maayne hote hain alive ya to live, literal meaning. aur bahut saare aur bhi naam the ya alqab the, nicknames</w:t>
      </w:r>
      <w:r>
        <w:br/>
      </w:r>
      <w:r>
        <w:rPr>
          <w:sz w:val="20"/>
        </w:rPr>
        <w:t>2:20  the Hazrat Aisha razi Allahu anha ka. ek to wohi hai jo Quran mein aaya hai, Ummahat al-Mu'minin. Umm al-Mu'minin kaha jata tha, mother of the believers. aur ek naam tha As-Siddiqah. As-Siddiqah ka matlab hai truthful. to is tarah bhi kaha jata tha, As-Siddiqah bint As-Siddiq, yaani the truthful woman, daughter of the truthful man yaani Hazrat</w:t>
      </w:r>
    </w:p>
    <w:p>
      <w:pPr>
        <w:pStyle w:val="Heading2"/>
      </w:pPr>
      <w:r>
        <w:t>Prophet's famous line defending his love for Aisha</w:t>
      </w:r>
    </w:p>
    <w:p>
      <w:r>
        <w:rPr>
          <w:color w:val="666666"/>
          <w:sz w:val="18"/>
        </w:rPr>
        <w:t>The Story of Hazrat Aishah January 29, 2023 · 55s · at 50:11 · https://youtu.be/JvCeNobW-Wk?t=3011</w:t>
      </w:r>
    </w:p>
    <w:p>
      <w:r>
        <w:rPr>
          <w:i/>
        </w:rPr>
        <w:t>“Ya Umm Salama, don't hurt me regarding Aisha”</w:t>
      </w:r>
    </w:p>
    <w:p>
      <w:r>
        <w:rPr>
          <w:sz w:val="20"/>
        </w:rPr>
        <w:t>50:11  to prophet ne bari zabardast baat kahi ji bole ya umme salma la tuzini fi ayesha a umme salma don't hurt me in regard to ayesha wallah ma nazala alaihi al-wahy ke khuda ki qasam wahy sirf us waqt nazil hoti hai</w:t>
      </w:r>
      <w:r>
        <w:br/>
      </w:r>
      <w:r>
        <w:rPr>
          <w:sz w:val="20"/>
        </w:rPr>
        <w:t>50:38  wa'ana fi lihaafi imraatin minkun ghairah ke jo khuda jo quran ki wahy hai woh sirf us waqt nazil hoti hai jab mein ayesha ke sath rehta hoon aur kisi ke sath jab rehta hoon to quran ki wahy nahi ati to jab hazrat umme salma ne suna ke ah allah taala wahy quran ki jo hai woh hazrat ayesha ke ghar mein bhejta hai to woh ek dum chup ho gayin</w:t>
      </w:r>
    </w:p>
    <w:p>
      <w:pPr>
        <w:pStyle w:val="Heading2"/>
      </w:pPr>
      <w:r>
        <w:t>Who do you love most reveals Aisha's status</w:t>
      </w:r>
    </w:p>
    <w:p>
      <w:r>
        <w:rPr>
          <w:color w:val="666666"/>
          <w:sz w:val="18"/>
        </w:rPr>
        <w:t>The Story of Hazrat Aishah January 29, 2023 · 1m 32s · at 11:51 · https://youtu.be/JvCeNobW-Wk?t=711</w:t>
      </w:r>
    </w:p>
    <w:p>
      <w:r>
        <w:rPr>
          <w:i/>
        </w:rPr>
        <w:t>“Amr ibn al-As asked: who is most beloved to you?”</w:t>
      </w:r>
    </w:p>
    <w:p>
      <w:r>
        <w:rPr>
          <w:sz w:val="20"/>
        </w:rPr>
        <w:t>11:51  to maulana baithe thay kaafi dair wahan. achha, aur likha tha unhon ne safarnama waghera. to ye unka waqia hai. ek baar Hazrat Amr Ibn Alas ne poocha Prophet Muhammad صلى الله عليه وسلم se ki "Ayun nasi ahabbou ilaik?</w:t>
      </w:r>
      <w:r>
        <w:br/>
      </w:r>
      <w:r>
        <w:rPr>
          <w:sz w:val="20"/>
        </w:rPr>
        <w:t>12:08  who is the most beloved person to you?" to</w:t>
      </w:r>
      <w:r>
        <w:br/>
      </w:r>
      <w:r>
        <w:rPr>
          <w:sz w:val="20"/>
        </w:rPr>
        <w:t>12:12  darasal Hazrat Amr Ibn Alas ye samajhtay thay ki shayad unka hi naam batayen gay. ji, ki jawab mein unka hi naam hoga.</w:t>
      </w:r>
      <w:r>
        <w:br/>
      </w:r>
      <w:r>
        <w:rPr>
          <w:sz w:val="20"/>
        </w:rPr>
        <w:t>12:21  to wo unko ye andaza tha. asal mein Prophet sab se is tarah miltay thay, itni importance detay thay har shakhs ki ki wo samajhta tha ki we are the best friend of the Prophet.</w:t>
      </w:r>
      <w:r>
        <w:br/>
      </w:r>
      <w:r>
        <w:rPr>
          <w:sz w:val="20"/>
        </w:rPr>
        <w:t>12:32  ji, to sab ye ehsaas mein thay ki hum hum ko sab se zyada pasand karte hain. to unhon ne ye sawal poocha. to jawab mein Rasulullah صلى الله عليه وسلم ne kaha: "Aisha!"</w:t>
      </w:r>
      <w:r>
        <w:br/>
      </w:r>
      <w:r>
        <w:rPr>
          <w:sz w:val="20"/>
        </w:rPr>
        <w:t>12:42  ji, to wo zara chaunk gaye. chunke is zamanon mein arbon ka ye mizaj nahi tha ki wo kahein ki "I love my wife the most." ji, to wo unhon ne kaha ki "min ar-rijal." ki achha, aadmiyon mein se batayen, mardon mein se.</w:t>
      </w:r>
      <w:r>
        <w:br/>
      </w:r>
      <w:r>
        <w:rPr>
          <w:sz w:val="20"/>
        </w:rPr>
        <w:t>12:56  yani who is the your most beloved companion? ji, to Prophet ne kaha: "Abuaha!" har father, har ye nahi kaha: "Abu Bakr!" wahan bhi Hazrat Aisha ko joR ke.</w:t>
      </w:r>
      <w:r>
        <w:br/>
      </w:r>
      <w:r>
        <w:rPr>
          <w:sz w:val="20"/>
        </w:rPr>
        <w:t>13:08  ji, ki "Abuaha!"</w:t>
      </w:r>
      <w:r>
        <w:br/>
      </w:r>
      <w:r>
        <w:rPr>
          <w:sz w:val="20"/>
        </w:rPr>
        <w:t>13:10  phir unhon ne poocha: "Thumma man?" uske baad kaun hai? to kaha: "Umar Ibn Al-Khattab!" achha, to is waqie se pata chalta hai ki Hazrat Aisha ka ka kya maqam tha.</w:t>
      </w:r>
    </w:p>
    <w:p>
      <w:pPr>
        <w:pStyle w:val="Heading2"/>
      </w:pPr>
      <w:r>
        <w:t>Aisha describes her own simple wedding day</w:t>
      </w:r>
    </w:p>
    <w:p>
      <w:r>
        <w:rPr>
          <w:color w:val="666666"/>
          <w:sz w:val="18"/>
        </w:rPr>
        <w:t>The Story of Hazrat Aishah January 29, 2023 · 2m 20s · at 34:18 · https://youtu.be/JvCeNobW-Wk?t=2058</w:t>
      </w:r>
    </w:p>
    <w:p>
      <w:r>
        <w:rPr>
          <w:i/>
        </w:rPr>
        <w:t>“Ek baar main apni saheliyon ke saath thi”</w:t>
      </w:r>
    </w:p>
    <w:p>
      <w:r>
        <w:rPr>
          <w:sz w:val="20"/>
        </w:rPr>
        <w:t>34:18  gay hazrat aisha batati hain kay aik bar main apnay saheliyon kay sath thi to meri mother aayen ah hazrat umm rumman aur mujhe lay gayeen aur wahan ah balkay is say pehlay ah hazrat</w:t>
      </w:r>
      <w:r>
        <w:br/>
      </w:r>
      <w:r>
        <w:rPr>
          <w:sz w:val="20"/>
        </w:rPr>
        <w:t>34:39  aisha nay bataya kay main beemar ho gayi ji aur mujhe bukhar aa gaya aur meray baal jhar gayee ah to phir kafi din kay baad main meri tabiyat theek hui jab meray baal aa gayee aur aur aur main theek ho gayi sehat sehat yaab ho gayi tab ka yeh waqia hai kay woh aik bar kahin saheliyon kay sath th</w:t>
      </w:r>
      <w:r>
        <w:br/>
      </w:r>
      <w:r>
        <w:rPr>
          <w:sz w:val="20"/>
        </w:rPr>
        <w:t>35:02  een ji to un ki mother aayen aur un ko ghar lay gayeen aur un ka ah munh woh dhalwaya aur ah ah ah aur phir woh ah ah jo ah kuch wahan ladies theen ji unhon nay kuch banao singhar waghera kiya</w:t>
      </w:r>
      <w:r>
        <w:br/>
      </w:r>
      <w:r>
        <w:rPr>
          <w:sz w:val="20"/>
        </w:rPr>
        <w:t>35:24  phir ah yeh gaye wahan ah ah rasool Allah kay ghar hazrat aisha ko lay kay ji aur bohat hi saada andaaz mein ah nikah ho gaya aur yani rukhsati ho gayi to ah hazrat aisha batati hain kay ah na koi bakri ya na koi oont zabah hua yani koi d</w:t>
      </w:r>
      <w:r>
        <w:br/>
      </w:r>
      <w:r>
        <w:rPr>
          <w:sz w:val="20"/>
        </w:rPr>
        <w:t>35:48  aulat nahi hui koi wo waliman ke andaz ki cheez balkay ghar mein kuch khane ke liye</w:t>
      </w:r>
      <w:r>
        <w:br/>
      </w:r>
      <w:r>
        <w:rPr>
          <w:sz w:val="20"/>
        </w:rPr>
        <w:t>35:53  nahi tha us waqt jis din shadi hui hai aur yeh</w:t>
      </w:r>
      <w:r>
        <w:br/>
      </w:r>
      <w:r>
        <w:rPr>
          <w:sz w:val="20"/>
        </w:rPr>
        <w:t>35:58  a a batati hain ki ek Sahabi ne ek bol bara bol doodh ka bheja hmm to wo</w:t>
      </w:r>
      <w:r>
        <w:br/>
      </w:r>
      <w:r>
        <w:rPr>
          <w:sz w:val="20"/>
        </w:rPr>
        <w:t>36:06  Rasulullah ne piya aur phir maine piya hmm to phir baad mein jab Sahaba ko pata</w:t>
      </w:r>
      <w:r>
        <w:br/>
      </w:r>
      <w:r>
        <w:rPr>
          <w:sz w:val="20"/>
        </w:rPr>
        <w:t>36:12  chala to unko kuch ehsas hua to unhone kuch gifts waghera bheje to</w:t>
      </w:r>
      <w:r>
        <w:br/>
      </w:r>
      <w:r>
        <w:rPr>
          <w:sz w:val="20"/>
        </w:rPr>
        <w:t>36:18  itni sadgi se yeh yeh shadi hui ah ah jo yani bohat hi exemplary aur aaj kal to aap dekhte hain kya hota hai ji ji ji aur doctor sahib in ke ghar ke bare mein bataiye ke ghar kaisa tha matlab aap ne bataya ke kitne simple andaaz mein jo hai in ki rukhsati hui ah to ghar ke bare mein bhi kuch bataein doctor sahib</w:t>
      </w:r>
      <w:r>
        <w:br/>
      </w:r>
      <w:r>
        <w:rPr>
          <w:sz w:val="20"/>
        </w:rPr>
        <w:t>36:39  ba darasal jab prophet muhammad sallallahu alaihi wasallam ah madina pahunche to wahan kuch masjid pehle masjid banwai to masjid ke paas ah kuch kamre banwaye jin ko hujraat kaha jata hai quran mein surat ka naam bhi hai al-hujraat to inhi mein se ek ek ek kamra tha</w:t>
      </w:r>
    </w:p>
    <w:p>
      <w:pPr>
        <w:pStyle w:val="Heading2"/>
      </w:pPr>
      <w:r>
        <w:t>Abu Bakr judges a dispute between Aisha and the Prophet</w:t>
      </w:r>
    </w:p>
    <w:p>
      <w:r>
        <w:rPr>
          <w:color w:val="666666"/>
          <w:sz w:val="18"/>
        </w:rPr>
        <w:t>The Story of Hazrat Aishah January 29, 2023 · 2m 08s · at 45:10 · https://youtu.be/JvCeNobW-Wk?t=2710</w:t>
      </w:r>
    </w:p>
    <w:p>
      <w:r>
        <w:rPr>
          <w:i/>
        </w:rPr>
        <w:t>“Ek baar Aisha aur Prophet ka argument khatam hi nahi ho raha”</w:t>
      </w:r>
    </w:p>
    <w:p>
      <w:r>
        <w:rPr>
          <w:sz w:val="20"/>
        </w:rPr>
        <w:t>45:10  ji ek baar Hazrat Aisha radiallahu anha ka aur prophet ka kafi argument ho gaya khatam hi nahi ho rahi thi baat ji to prophet ne kaha ke ah hum kisi ko bula lete hain judge ke taur pe woh faisla karega jab baat ji ho hi nahi rahi hai to Hazrat Aisha ne kaha theek hai kisi ko bulate hain hmm</w:t>
      </w:r>
      <w:r>
        <w:br/>
      </w:r>
      <w:r>
        <w:rPr>
          <w:sz w:val="20"/>
        </w:rPr>
        <w:t>45:36  to prophet ne kaha ke hum ah Abu Ubaidah ibn al-Jarrah ko bulate hain ji baray sahabi the ji to unhone kaha no no no he might favor you haan haan how about my father Abu Bakr ji to prophet ne kaha theek hai as you wish to Hazrat Abu Bakr aaye yani aap dekhen kis tarah se baat karti thi ji bilkul hi nidar hmm to Hazrat Abu Bakr aaye baithe woh to</w:t>
      </w:r>
      <w:r>
        <w:br/>
      </w:r>
      <w:r>
        <w:rPr>
          <w:sz w:val="20"/>
        </w:rPr>
        <w:t>46:05  prophet ne kaha Hazrat Aisha se ke tum shuru karo hmm to unhone kaha no you start hmm agar aap koi ah galat baat karengi to main beech mein aap ko tokungi aur theek</w:t>
      </w:r>
      <w:r>
        <w:br/>
      </w:r>
      <w:r>
        <w:rPr>
          <w:sz w:val="20"/>
        </w:rPr>
        <w:t>46:20  karungi to jab Hazrat Abu Bakr ne yeh andaaz dekha ji to woh khare ho gaye aur he was about to slap her tab tak woh prophet beech mein aa gaye ji aur woh kaise kaise mamla khatam hua hua ji aur prophet ne kaha ke dekho i have saved you from this man ji to baad mein ah ah woh to khair mamla ho gaya phir baad mein aaye Hazrat Abu Bakr kuch din ke baad to dekha sab theek thaak</w:t>
      </w:r>
      <w:r>
        <w:br/>
      </w:r>
      <w:r>
        <w:rPr>
          <w:sz w:val="20"/>
        </w:rPr>
        <w:t>46:48  hain humm to hazrat abubakar ne kaha ke jaise aap ne mujhe you called me in your battle you should call me in peace also ji in good times also ji to is tarah ki cheezen hamein milti hain yani ah dekha jaye to rasool allah bhi insan thay humm aur agar hamein sabak lena hai aur lesson lene hain to is tarah ki zindagi ah hazrat muhammad sallallahu alaihi wasallam</w:t>
      </w:r>
    </w:p>
    <w:p>
      <w:pPr>
        <w:pStyle w:val="Heading2"/>
      </w:pPr>
      <w:r>
        <w:t>Wahi only comes when I'm with Aisha, spiritual partner lesson</w:t>
      </w:r>
    </w:p>
    <w:p>
      <w:r>
        <w:rPr>
          <w:color w:val="666666"/>
          <w:sz w:val="18"/>
        </w:rPr>
        <w:t>The Story of Hazrat Aishah January 29, 2023 · 2m 41s · at 49:40 · https://youtu.be/JvCeNobW-Wk?t=2980</w:t>
      </w:r>
    </w:p>
    <w:p>
      <w:r>
        <w:rPr>
          <w:i/>
        </w:rPr>
        <w:t>“Umm Salama boliin, yeh theek nahi ke sahaba gifts bhejte hain”</w:t>
      </w:r>
    </w:p>
    <w:p>
      <w:r>
        <w:rPr>
          <w:sz w:val="20"/>
        </w:rPr>
        <w:t>49:40  to unhone Hazrat Umm Salama rz ko bheja</w:t>
      </w:r>
      <w:r>
        <w:br/>
      </w:r>
      <w:r>
        <w:rPr>
          <w:sz w:val="20"/>
        </w:rPr>
        <w:t>49:46  ایک دن جب Prophet حضرت عائشہ کے گھر میں تھے تو حضرت ام سلمہ بولیں Prophet سے کہ</w:t>
      </w:r>
      <w:r>
        <w:br/>
      </w:r>
      <w:r>
        <w:rPr>
          <w:sz w:val="20"/>
        </w:rPr>
        <w:t>49:54  یہ ٹھیک نہیں ہے کہ صحابہ جو gifts ہیں اس دن بھیجتے ہیں جب آپ حضرت عائشہ کے</w:t>
      </w:r>
      <w:r>
        <w:br/>
      </w:r>
      <w:r>
        <w:rPr>
          <w:sz w:val="20"/>
        </w:rPr>
        <w:t>50:01  ghar mein rehte hain ap ko chahiye ki logon ko bata dein koi khutba dein ya bata dein</w:t>
      </w:r>
      <w:r>
        <w:br/>
      </w:r>
      <w:r>
        <w:rPr>
          <w:sz w:val="20"/>
        </w:rPr>
        <w:t>50:07  ki aisa na karein jab chahe bheja karein</w:t>
      </w:r>
      <w:r>
        <w:br/>
      </w:r>
      <w:r>
        <w:rPr>
          <w:sz w:val="20"/>
        </w:rPr>
        <w:t>50:11  to prophet ne bari zabardast baat kahi ji bole ya umme salma la tuzini fi ayesha a umme salma don't hurt me in regard to ayesha wallah ma nazala alaihi al-wahy ke khuda ki qasam wahy sirf us waqt nazil hoti hai</w:t>
      </w:r>
      <w:r>
        <w:br/>
      </w:r>
      <w:r>
        <w:rPr>
          <w:sz w:val="20"/>
        </w:rPr>
        <w:t>50:38  wa'ana fi lihaafi imraatin minkun ghairah ke jo khuda jo quran ki wahy hai woh sirf us waqt nazil hoti hai jab mein ayesha ke sath rehta hoon aur kisi ke sath jab rehta hoon to quran ki wahy nahi ati to jab hazrat umme salma ne suna ke ah allah taala wahy quran ki jo hai woh hazrat ayesha ke ghar mein bhejta hai to woh ek dum chup ho gayin</w:t>
      </w:r>
      <w:r>
        <w:br/>
      </w:r>
      <w:r>
        <w:rPr>
          <w:sz w:val="20"/>
        </w:rPr>
        <w:t>51:07  ke hum to bohat choti si baat ke liye aaye thay ji to ah yeh darasal ah hadith mein ata hai maulana ne bhi is ko kafi ah is pe emphasis kiya hai ke hazrat ayesha r.a. batati hain ke agar mein jaag rahi hoti thi ah tahajjud ke waqt to prophet mujh se baatein karte thay ji</w:t>
      </w:r>
      <w:r>
        <w:br/>
      </w:r>
      <w:r>
        <w:rPr>
          <w:sz w:val="20"/>
        </w:rPr>
        <w:t>51:31  hadith mein ata hai fa in kuntu musta'qithatan haddathani haddathani ke jab mein agar jaag rahi hoti thi ah tahajjud ke waqt to rasool allah mujh se baatein karte thay ji to maulana ne is ko explain kiya hai ke aisi baatein nahi ke gharelu baatein aur politics ki idhar udhar jo hum karte hain aaj kal balke ah spiritual discussion karte thay</w:t>
      </w:r>
      <w:r>
        <w:br/>
      </w:r>
      <w:r>
        <w:rPr>
          <w:sz w:val="20"/>
        </w:rPr>
        <w:t>51:59  isi liye maulana ne bohat zor diya tha ke aap log spiritual partner baniye kitchen partner mat baniye ji to ah yeh yeh bohat hi aham baat hai ke chunke hazrat ah ayesha r.a. bohat hi zaheen theen bohat hi wise theen to jab quran nazil hua karta hoga wahy ati</w:t>
      </w:r>
    </w:p>
    <w:p>
      <w:pPr>
        <w:pStyle w:val="Heading2"/>
      </w:pPr>
      <w:r>
        <w:t>Prophet insists on including Aisha in the neighbor's soup</w:t>
      </w:r>
    </w:p>
    <w:p>
      <w:r>
        <w:rPr>
          <w:color w:val="666666"/>
          <w:sz w:val="18"/>
        </w:rPr>
        <w:t>The Story of Hazrat Aishah January 29, 2023 · 2m 41s · at 54:11 · https://youtu.be/JvCeNobW-Wk?t=3251</w:t>
      </w:r>
    </w:p>
    <w:p>
      <w:r>
        <w:rPr>
          <w:i/>
        </w:rPr>
        <w:t>“Ek Iranian neighbor bohot achhe khaane banata tha”</w:t>
      </w:r>
    </w:p>
    <w:p>
      <w:r>
        <w:rPr>
          <w:sz w:val="20"/>
        </w:rPr>
        <w:t>54:11  haan yeh bohat hi dilchasp waqia hai ah ek iranian neighbor tha to woh bohat achhe khane banata tha aap ko pata hi hai ke iranian cuisine world famous hai ji to kuch soup banata tha khas bohat hi delicious soup ji to woh prophet ko aksar invite kiya karta tha aur prophet ko pasand tha</w:t>
      </w:r>
      <w:r>
        <w:br/>
      </w:r>
      <w:r>
        <w:rPr>
          <w:sz w:val="20"/>
        </w:rPr>
        <w:t>54:36  darasal rasool allah sallallahu alaihi wasallam ko jab koi bulata tha khane pe to rasool allah tareef karte thay khane ki taake uska dil rakhne ke liye paighambar is liye nahi ata ke woh bataye ke yeh khao aur woh khao ab logon ne is se nikala hai ke rasool allah ko lauki pasand thi halwa pasand tha to yeh sab baatein bas woh sahi nahi hain</w:t>
      </w:r>
      <w:r>
        <w:br/>
      </w:r>
      <w:r>
        <w:rPr>
          <w:sz w:val="20"/>
        </w:rPr>
        <w:t>55:00  to woh irani neighbor ne ek bar woh soup banaya aur woh aya aur bola ke rasool allah se ah please have some soup with us to us waqt hazrat ayesha bhi theen sath mein to rasool allah ne kaha ke ah wahazi yani and her what about her can't she also come to us ne kaha no just you</w:t>
      </w:r>
      <w:r>
        <w:br/>
      </w:r>
      <w:r>
        <w:rPr>
          <w:sz w:val="20"/>
        </w:rPr>
        <w:t>55:29  humm seedhe seedhe keh diya no to rasool allah ne kaha nahi mein nahi aa raha hoon humm jaane lage to us ne phir kaha ke please please come have some soup with us come inside ji to phir rasool allah ne kaha wahazi hazrat ayesha ki taraf ishara karte hue us ne kaha no ji just you la la ya rasool allah only you to rasool allah ne kaha nahi nahi mein ja raha hoon phir to us ne teesri bar kaha</w:t>
      </w:r>
      <w:r>
        <w:br/>
      </w:r>
      <w:r>
        <w:rPr>
          <w:sz w:val="20"/>
        </w:rPr>
        <w:t>55:57  ji ke please please have some soup with us please come please come to phir rasool allah ne ishara kiya wahazi ji to woh irani bola wahazi ke theek hai un ko bhi le aaye aap ji tab rasool allah gaye ji us ke us ke us ke haan aur woh soup liya humm to yeh ek waqia hai jo bohat hi dilchasp hai bohat hi bohat hi umdah doctor sahib i think today session was really very interesting very good very insai</w:t>
      </w:r>
      <w:r>
        <w:br/>
      </w:r>
      <w:r>
        <w:rPr>
          <w:sz w:val="20"/>
        </w:rPr>
        <w:t>56:26  ghtful there was so many lessons ah about how we can lead a happy married life ah jazak allah doctor sahib aur hum chahenge ke aap yeh hazrat ayesha ki series ko aap aage bhi continue rakhein ah and before we end today session there are some very important releases ah which i will request doctor sahib to ah release ah one by one to yeh kuch kitabein hain jo translate hui</w:t>
      </w:r>
    </w:p>
    <w:p>
      <w:pPr>
        <w:pStyle w:val="Heading2"/>
      </w:pPr>
      <w:r>
        <w:t>Cave of Thaur devotion and Aisha's unmatched status revealed</w:t>
      </w:r>
    </w:p>
    <w:p>
      <w:r>
        <w:rPr>
          <w:color w:val="666666"/>
          <w:sz w:val="18"/>
        </w:rPr>
        <w:t>The Story of Hazrat Aishah January 29, 2023 · 3m 23s · at 10:00 · https://youtu.be/JvCeNobW-Wk?t=600</w:t>
      </w:r>
    </w:p>
    <w:p>
      <w:r>
        <w:rPr>
          <w:i/>
        </w:rPr>
        <w:t>“Abu Bakr ko pareshan dekh ke Rasulullah ne farmaya”</w:t>
      </w:r>
    </w:p>
    <w:p>
      <w:r>
        <w:rPr>
          <w:sz w:val="20"/>
        </w:rPr>
        <w:t>10:00  to maulana ne ek martaba bataya ki kaise aapka naam jo hai, uska bhi source Hazrat Abu Bakr aur Prophet ke us qisse se related hai jo gaar e sour mein pesh aaya ki jab wo hijrat pe gaye to wo gaar e sour pe rukay thay. aur us waqt Hazrat Abu Bakr bohat ghabra gaye thay kyunke Quraish unke qadmon tak pahunch chukay thay.</w:t>
      </w:r>
      <w:r>
        <w:br/>
      </w:r>
      <w:r>
        <w:rPr>
          <w:sz w:val="20"/>
        </w:rPr>
        <w:t>10:21  to Hazrat Abu Bakr ko pareshan dekh ke Rasulullah صلى الله عليه وسلم ne farmaya ki ae Abu Bakr, un do ke baray mein tumhara kya khayal hai jiska teesra sathi Allah hai?</w:t>
      </w:r>
      <w:r>
        <w:br/>
      </w:r>
      <w:r>
        <w:rPr>
          <w:sz w:val="20"/>
        </w:rPr>
        <w:t>10:31  aur Quran ke chapter 9, verse number 40 mein usko zikr is tarah kiya gaya hai ki second of the two to second ko arabi mein sani kehte hain aur of the two ko asnain.</w:t>
      </w:r>
      <w:r>
        <w:br/>
      </w:r>
      <w:r>
        <w:rPr>
          <w:sz w:val="20"/>
        </w:rPr>
        <w:t>10:46  to maulana wahiduddin khan sahib ne usi qisse ke reference mein doctor sahib ka naam sani asnain rakha. to ye ek bohat interesting baat thi, to maine sab se share karna isko chaha. doctor sahib, there is also a hadith that once a companion asked the Prophet that who is the most beloved of all to us hadith ke baray mein hum sab ko batayen.</w:t>
      </w:r>
      <w:r>
        <w:br/>
      </w:r>
      <w:r>
        <w:rPr>
          <w:sz w:val="20"/>
        </w:rPr>
        <w:t>11:12  haan, ye Hazrat Amr Ibn Alas رضي الله عنه ka waqia hai aur Hazrat Amr Ibn Alas bohat hi baray sahabi thay.</w:t>
      </w:r>
      <w:r>
        <w:br/>
      </w:r>
      <w:r>
        <w:rPr>
          <w:sz w:val="20"/>
        </w:rPr>
        <w:t>11:21  ji, balkay Egypt mein Islam unke hi zariye pahuncha tha aur wo governor bhi thay Egypt ke. balkay jab maulana gaye thay Egypt to khaas taur se masjid Amr Ibn Alas dekhnay gaye thay.</w:t>
      </w:r>
      <w:r>
        <w:br/>
      </w:r>
      <w:r>
        <w:rPr>
          <w:sz w:val="20"/>
        </w:rPr>
        <w:t>11:37  and this is one of the oldest mosques in the world</w:t>
      </w:r>
      <w:r>
        <w:br/>
      </w:r>
      <w:r>
        <w:rPr>
          <w:sz w:val="20"/>
        </w:rPr>
        <w:t>11:41  . aap samjhen ki it was built in 641 AD. ji, earliest period mein aur Hazrat Amr Ibn Alas ki qabar bhi hai wahan par.</w:t>
      </w:r>
      <w:r>
        <w:br/>
      </w:r>
      <w:r>
        <w:rPr>
          <w:sz w:val="20"/>
        </w:rPr>
        <w:t>11:51  to maulana baithe thay kaafi dair wahan. achha, aur likha tha unhon ne safarnama waghera. to ye unka waqia hai. ek baar Hazrat Amr Ibn Alas ne poocha Prophet Muhammad صلى الله عليه وسلم se ki "Ayun nasi ahabbou ilaik?</w:t>
      </w:r>
      <w:r>
        <w:br/>
      </w:r>
      <w:r>
        <w:rPr>
          <w:sz w:val="20"/>
        </w:rPr>
        <w:t>12:08  who is the most beloved person to you?" to</w:t>
      </w:r>
      <w:r>
        <w:br/>
      </w:r>
      <w:r>
        <w:rPr>
          <w:sz w:val="20"/>
        </w:rPr>
        <w:t>12:12  darasal Hazrat Amr Ibn Alas ye samajhtay thay ki shayad unka hi naam batayen gay. ji, ki jawab mein unka hi naam hoga.</w:t>
      </w:r>
      <w:r>
        <w:br/>
      </w:r>
      <w:r>
        <w:rPr>
          <w:sz w:val="20"/>
        </w:rPr>
        <w:t>12:21  to wo unko ye andaza tha. asal mein Prophet sab se is tarah miltay thay, itni importance detay thay har shakhs ki ki wo samajhta tha ki we are the best friend of the Prophet.</w:t>
      </w:r>
      <w:r>
        <w:br/>
      </w:r>
      <w:r>
        <w:rPr>
          <w:sz w:val="20"/>
        </w:rPr>
        <w:t>12:32  ji, to sab ye ehsaas mein thay ki hum hum ko sab se zyada pasand karte hain. to unhon ne ye sawal poocha. to jawab mein Rasulullah صلى الله عليه وسلم ne kaha: "Aisha!"</w:t>
      </w:r>
      <w:r>
        <w:br/>
      </w:r>
      <w:r>
        <w:rPr>
          <w:sz w:val="20"/>
        </w:rPr>
        <w:t>12:42  ji, to wo zara chaunk gaye. chunke is zamanon mein arbon ka ye mizaj nahi tha ki wo kahein ki "I love my wife the most." ji, to wo unhon ne kaha ki "min ar-rijal." ki achha, aadmiyon mein se batayen, mardon mein se.</w:t>
      </w:r>
      <w:r>
        <w:br/>
      </w:r>
      <w:r>
        <w:rPr>
          <w:sz w:val="20"/>
        </w:rPr>
        <w:t>12:56  yani who is the your most beloved companion? ji, to Prophet ne kaha: "Abuaha!" har father, har ye nahi kaha: "Abu Bakr!" wahan bhi Hazrat Aisha ko joR ke.</w:t>
      </w:r>
      <w:r>
        <w:br/>
      </w:r>
      <w:r>
        <w:rPr>
          <w:sz w:val="20"/>
        </w:rPr>
        <w:t>13:08  ji, ki "Abuaha!"</w:t>
      </w:r>
      <w:r>
        <w:br/>
      </w:r>
      <w:r>
        <w:rPr>
          <w:sz w:val="20"/>
        </w:rPr>
        <w:t>13:10  phir unhon ne poocha: "Thumma man?" uske baad kaun hai? to kaha: "Umar Ibn Al-Khattab!" achha, to is waqie se pata chalta hai ki Hazrat Aisha ka ka kya maqam tha.</w:t>
      </w:r>
    </w:p>
    <w:p>
      <w:pPr>
        <w:pStyle w:val="Heading2"/>
      </w:pPr>
      <w:r>
        <w:t>Full story of the proposal and negotiation for Aisha's hand</w:t>
      </w:r>
    </w:p>
    <w:p>
      <w:r>
        <w:rPr>
          <w:color w:val="666666"/>
          <w:sz w:val="18"/>
        </w:rPr>
        <w:t>The Story of Hazrat Aishah January 29, 2023 · 5m 55s · at 15:20 · https://youtu.be/JvCeNobW-Wk?t=920</w:t>
      </w:r>
    </w:p>
    <w:p>
      <w:r>
        <w:rPr>
          <w:i/>
        </w:rPr>
        <w:t>“Ek sahabiya thi jin ka naam tha Khawla bint Hakim”</w:t>
      </w:r>
    </w:p>
    <w:p>
      <w:r>
        <w:rPr>
          <w:sz w:val="20"/>
        </w:rPr>
        <w:t>15:20  to isi doran ek sahabi thi jin ka naam tha Khawlah bint Hakim, jo ke Usman bin Mazoon r.a. ki wife thi.</w:t>
      </w:r>
      <w:r>
        <w:br/>
      </w:r>
      <w:r>
        <w:rPr>
          <w:sz w:val="20"/>
        </w:rPr>
        <w:t>15:32  aur yeh earliest companions mein yeh dono earliest companions thay.</w:t>
      </w:r>
      <w:r>
        <w:br/>
      </w:r>
      <w:r>
        <w:rPr>
          <w:sz w:val="20"/>
        </w:rPr>
        <w:t>15:38  to Hazrat Khawlah Prophet ke pas aayin aur kaha ke: Ya Rasool Allah a'tuz zawaj ke kya aap shadi nahi karein gay?</w:t>
      </w:r>
      <w:r>
        <w:br/>
      </w:r>
      <w:r>
        <w:rPr>
          <w:sz w:val="20"/>
        </w:rPr>
        <w:t>15:53  to unhon ne kaha ke: naam? yani karunga mein? aur bolay ke: kya baat hai, batao.</w:t>
      </w:r>
      <w:r>
        <w:br/>
      </w:r>
      <w:r>
        <w:rPr>
          <w:sz w:val="20"/>
        </w:rPr>
        <w:t>16:01  to unhon ne bare achay andaz mein kaha ke: bint ahabba khalqillah ilayk Aisha ke the daughter of the most beloved creation of Allah to you.</w:t>
      </w:r>
      <w:r>
        <w:br/>
      </w:r>
      <w:r>
        <w:rPr>
          <w:sz w:val="20"/>
        </w:rPr>
        <w:t>16:17  yani Hazrat Abu Bakr ka naam lene ki bajaye seedhay kaha, thora sa is indirectly kaha ke the daughter of the most beloved creation ji of Al</w:t>
      </w:r>
      <w:r>
        <w:br/>
      </w:r>
      <w:r>
        <w:rPr>
          <w:sz w:val="20"/>
        </w:rPr>
        <w:t>16:29  lah to you. to Rasulullah s.a.w. ne kaha ke: theek hai, mera paigham tum pohncha do. Ji, to Hazrat Khawlah phir Hazrat Abu Bakr r.a. ke ghar aayin.</w:t>
      </w:r>
      <w:r>
        <w:br/>
      </w:r>
      <w:r>
        <w:rPr>
          <w:sz w:val="20"/>
        </w:rPr>
        <w:t>16:42  to Hazrat Abu Bakr is waqt maujood nahi thay lekin un ki mother thi jin ka naam Umar ur Rahman tha. to un se bhi isi andaz mein unhon ne kaha ke: ma adkhalallahu alaykum min al khairi wal barakah</w:t>
      </w:r>
      <w:r>
        <w:br/>
      </w:r>
      <w:r>
        <w:rPr>
          <w:sz w:val="20"/>
        </w:rPr>
        <w:t>16:57  ke yani aap ko kya guman hai ke Allah taala ne kis khair o barkat ko aap ke ghar mein dakhil kiya hai? Ji, to unhon ne kaha: kya baat hai?</w:t>
      </w:r>
      <w:r>
        <w:br/>
      </w:r>
      <w:r>
        <w:rPr>
          <w:sz w:val="20"/>
        </w:rPr>
        <w:t>17:07  to unhon ne bataya ke Rasulullah s.a.w. ne Aisha ka proposal bheja hai. to bohat khush huin woh lekin unhon ne kaha ke: abhi Abu Bakr ghar mein nahi hain, jab aayenge to main baat kar ke batati hoon.</w:t>
      </w:r>
      <w:r>
        <w:br/>
      </w:r>
      <w:r>
        <w:rPr>
          <w:sz w:val="20"/>
        </w:rPr>
        <w:t>17:22  to itni dair mein Hazrat Abu Bakr r.a. aa gaye.</w:t>
      </w:r>
      <w:r>
        <w:br/>
      </w:r>
      <w:r>
        <w:rPr>
          <w:sz w:val="20"/>
        </w:rPr>
        <w:t>17:25  to unhon ne bataya ji ke aisi aisi baat hai, paigham bheja hai Rasulullah s.a.w. ne Aisha ka. to unhon ne kaha: bohat achi baat hai, lekin asal mein baat kya thi ke Hazrat Aisha ki engagement pehle ho chuki thi.</w:t>
      </w:r>
      <w:r>
        <w:br/>
      </w:r>
      <w:r>
        <w:rPr>
          <w:sz w:val="20"/>
        </w:rPr>
        <w:t>17:41  Ji, ek ek sahib hain jin ka naam hai Mut'im bin Adi, unhon ne Islam qabool nahi kiya tha.</w:t>
      </w:r>
      <w:r>
        <w:br/>
      </w:r>
      <w:r>
        <w:rPr>
          <w:sz w:val="20"/>
        </w:rPr>
        <w:t>17:51  un ke bete se jin ka naam tha Jubair ibn Mut'im, to un se Jubair ibn Mut'im se engagement ho chuka tha Hazrat Aisha r.a. ka.</w:t>
      </w:r>
      <w:r>
        <w:br/>
      </w:r>
      <w:r>
        <w:rPr>
          <w:sz w:val="20"/>
        </w:rPr>
        <w:t>18:04  to yeh jo Mut'im bin Adi thay, yeh waise unhon ne Islam qabool nahi kiya tha lekin Prophet ke bohat baray supporter thay. Kai mauqon pe unhon ne bohat bara, yani woh ek achay insan thay, woh dekh rahe thay ke yeh kya ho raha hai,</w:t>
      </w:r>
      <w:r>
        <w:br/>
      </w:r>
      <w:r>
        <w:rPr>
          <w:sz w:val="20"/>
        </w:rPr>
        <w:t>18:19  Rasulullah s.a.w. ko kyun tang kar rahe hain log. to woh chahte thay ke yeh sab na ho, khas tor se jo boycott tha us mein kuch logon ne hissa liya tha ke boycott khatam kiya jaye.</w:t>
      </w:r>
      <w:r>
        <w:br/>
      </w:r>
      <w:r>
        <w:rPr>
          <w:sz w:val="20"/>
        </w:rPr>
        <w:t>18:30  Ji, to Mut'im bin Adi un un mein se ek thay jinhon ne boycott khatam karwanay mein bohat bara role ada kiya tha.</w:t>
      </w:r>
      <w:r>
        <w:br/>
      </w:r>
      <w:r>
        <w:rPr>
          <w:sz w:val="20"/>
        </w:rPr>
        <w:t>18:39  Ji, aise hi jab Hazrat Khadijah ki death ho gayi aur Abu Talib ki bhi death ho gayi to to phir jo protection tha, woh zamana tribal age ka zamana tha.</w:t>
      </w:r>
      <w:r>
        <w:br/>
      </w:r>
      <w:r>
        <w:rPr>
          <w:sz w:val="20"/>
        </w:rPr>
        <w:t>18:51  koi bhi tribe agar protect nahi kare to phir woh insan aisa ho jata hai ke jaise ke kuch bhi koi kar le. Choonke is zamane mein koi police nahi thi, fauj nahi thi, koi court nahi thi, to woh tribe jo thi woh protection karte thay, tabhi woh insan reh sakta tha.</w:t>
      </w:r>
      <w:r>
        <w:br/>
      </w:r>
      <w:r>
        <w:rPr>
          <w:sz w:val="20"/>
        </w:rPr>
        <w:t>19:07  Ji, to Rasulullah s.a.w. jab Taif gaye to wahan se bhi reject kar diya un logon ne, to bohat hi bura sulook kiya. to jab wapas aaye Makka mein, jab enter kiya unhon ne to unhon ne socha ke pehle main kisi se protection le loon, tab jaon warna ho sakta hai koi koi qadam utha le ghalat.</w:t>
      </w:r>
      <w:r>
        <w:br/>
      </w:r>
      <w:r>
        <w:rPr>
          <w:sz w:val="20"/>
        </w:rPr>
        <w:t>19:31  to woh bahir hi rahe aur bheja kisi ko ke ja ke Mutim bin Adi se milein aur mere liye protection.</w:t>
      </w:r>
      <w:r>
        <w:br/>
      </w:r>
      <w:r>
        <w:rPr>
          <w:sz w:val="20"/>
        </w:rPr>
        <w:t>19:42  ji, to Mutim bin Adi ne apne beton ko bheja protect kar ke wapas laye aur Mutim bin Adi ne Kaba mein ailan kiya ke aaj se Muhammad mere protection mein hain.</w:t>
      </w:r>
      <w:r>
        <w:br/>
      </w:r>
      <w:r>
        <w:rPr>
          <w:sz w:val="20"/>
        </w:rPr>
        <w:t>19:53  to is liye bohat hi izzat karte the, kai mauqe pe bohat achhe alfaaz</w:t>
      </w:r>
      <w:r>
        <w:br/>
      </w:r>
      <w:r>
        <w:rPr>
          <w:sz w:val="20"/>
        </w:rPr>
        <w:t>19:57  bole. hmm, to un ke bete se ho chuki thi hmm engagement. to Hazrat Abu Bakr Mutim bin Adi ke ghar gaye hmm aur poocha ke tumhara kya khayal hai Aisha ki engagement ke bare mein?</w:t>
      </w:r>
      <w:r>
        <w:br/>
      </w:r>
      <w:r>
        <w:rPr>
          <w:sz w:val="20"/>
        </w:rPr>
        <w:t>20:13  ji, to Mutim bin Adi ne kaha ke meri wife se pooch lo tum. to wife bhi wahin thi. to</w:t>
      </w:r>
      <w:r>
        <w:br/>
      </w:r>
      <w:r>
        <w:rPr>
          <w:sz w:val="20"/>
        </w:rPr>
        <w:t>20:20  wife ne kaha ke mujhe yeh dar hai ke agar hum ne tumhari beti se shadi kar di apne bete ki to woh kahin sahabi na ho jaye, yani agnostic na ho jaye hmm, ya yani bad-deen ho, apne deen ko jo uska unka forefathers ka deen tha woh chhod de.</w:t>
      </w:r>
      <w:r>
        <w:br/>
      </w:r>
      <w:r>
        <w:rPr>
          <w:sz w:val="20"/>
        </w:rPr>
        <w:t>20:38  hmm, to phir Hazrat Abu Bakr ne dobara Mutim bin Adi se kaha ke tumhara kya khayal hai?</w:t>
      </w:r>
      <w:r>
        <w:br/>
      </w:r>
      <w:r>
        <w:rPr>
          <w:sz w:val="20"/>
        </w:rPr>
        <w:t>20:49  to Mutim bin Adi ne kaha ke aap ne meri wife ki baat to sun li hai hmm, yani mera bhi yahi khayal hai. hmm, to khair phir woh wapas chale gaye aur un ko andaza ho gaya ke jo bhi zimmedari thi,</w:t>
      </w:r>
      <w:r>
        <w:br/>
      </w:r>
      <w:r>
        <w:rPr>
          <w:sz w:val="20"/>
        </w:rPr>
        <w:t>21:03  ek ahad jo unhon ne liya tha ya jo pledge tha, us ki ab zimmedari khatm ho gayi. hmm, to is tarah se phir Hazrat Abu Bakr ne Khola se kaha theek hai, yeh rishta main manzoor karta hoon.</w:t>
      </w:r>
    </w:p>
    <w:p>
      <w:pPr>
        <w:pStyle w:val="Heading2"/>
      </w:pPr>
      <w:r>
        <w:t>Prophet's general policy: always choose the peaceful path</w:t>
      </w:r>
    </w:p>
    <w:p>
      <w:r>
        <w:rPr>
          <w:color w:val="666666"/>
          <w:sz w:val="18"/>
        </w:rPr>
        <w:t>Prophetic Mission in History March 06, 2007 · 1m 56s · at 1:02:17 · https://youtu.be/w7HfRxRVIps?t=3737</w:t>
      </w:r>
    </w:p>
    <w:p>
      <w:r>
        <w:rPr>
          <w:i/>
        </w:rPr>
        <w:t>“Aisha said the Prophet always chose the easier option”</w:t>
      </w:r>
    </w:p>
    <w:p>
      <w:r>
        <w:rPr>
          <w:sz w:val="20"/>
        </w:rPr>
        <w:t>1:02:17  the wife of the prophet, says about the general policy of the prophet. she says:</w:t>
      </w:r>
      <w:r>
        <w:br/>
      </w:r>
      <w:r>
        <w:rPr>
          <w:sz w:val="20"/>
        </w:rPr>
        <w:t>1:02:29  "ma khayyar rasulullah sallallahu alaihi wasallam bayna amrain illa aisha."</w:t>
      </w:r>
      <w:r>
        <w:br/>
      </w:r>
      <w:r>
        <w:rPr>
          <w:sz w:val="20"/>
        </w:rPr>
        <w:t>1:02:40  it means that whenever the prophet had to choose between the two, he always opted for</w:t>
      </w:r>
      <w:r>
        <w:br/>
      </w:r>
      <w:r>
        <w:rPr>
          <w:sz w:val="20"/>
        </w:rPr>
        <w:t>1:02:58  easier option rather than harder option.</w:t>
      </w:r>
      <w:r>
        <w:br/>
      </w:r>
      <w:r>
        <w:rPr>
          <w:sz w:val="20"/>
        </w:rPr>
        <w:t>1:03:03  here you can see that</w:t>
      </w:r>
      <w:r>
        <w:br/>
      </w:r>
      <w:r>
        <w:rPr>
          <w:sz w:val="20"/>
        </w:rPr>
        <w:t>1:03:08  of the two, of the choice is between the two methods: peaceful method and violent method. to which one is easier? which method is easier?</w:t>
      </w:r>
      <w:r>
        <w:br/>
      </w:r>
      <w:r>
        <w:rPr>
          <w:sz w:val="20"/>
        </w:rPr>
        <w:t>1:03:22  it is obvious that peaceful method is easier and violent method is harder. so, here you can see the general policy of the prophet of Islam.</w:t>
      </w:r>
      <w:r>
        <w:br/>
      </w:r>
      <w:r>
        <w:rPr>
          <w:sz w:val="20"/>
        </w:rPr>
        <w:t>1:03:36  it is general policy. so, this is a eternal policy of Islam.</w:t>
      </w:r>
      <w:r>
        <w:br/>
      </w:r>
      <w:r>
        <w:rPr>
          <w:sz w:val="20"/>
        </w:rPr>
        <w:t>1:03:45  Islamic people must follow this pattern.</w:t>
      </w:r>
      <w:r>
        <w:br/>
      </w:r>
      <w:r>
        <w:rPr>
          <w:sz w:val="20"/>
        </w:rPr>
        <w:t>1:03:52  if they are believer of the prophet, they must follow this pattern</w:t>
      </w:r>
      <w:r>
        <w:br/>
      </w:r>
      <w:r>
        <w:rPr>
          <w:sz w:val="20"/>
        </w:rPr>
        <w:t>1:04:01  that when peaceful option is available, then that not allowed to opt for violent method.</w:t>
      </w:r>
    </w:p>
    <w:p>
      <w:pPr>
        <w:pStyle w:val="Heading2"/>
      </w:pPr>
      <w:r>
        <w:t>The forgiveness prayer Prophet taught Aisha</w:t>
      </w:r>
    </w:p>
    <w:p>
      <w:r>
        <w:rPr>
          <w:color w:val="666666"/>
          <w:sz w:val="18"/>
        </w:rPr>
        <w:t>The Nigh of Destiny (Shab-e-Qadr) October 7, 2007 · 42s · at 11:54 · https://youtu.be/SsDv69B_uDk?t=714</w:t>
      </w:r>
    </w:p>
    <w:p>
      <w:r>
        <w:rPr>
          <w:i/>
        </w:rPr>
        <w:t>“O God, You are All-Forgiving, so forgive me”</w:t>
      </w:r>
    </w:p>
    <w:p>
      <w:r>
        <w:rPr>
          <w:sz w:val="20"/>
        </w:rPr>
        <w:t>11:54  Iska transition yeh hai ke aye Khuda tu sarapa maafii hai. Yani forgiveness.</w:t>
      </w:r>
      <w:r>
        <w:br/>
      </w:r>
      <w:r>
        <w:rPr>
          <w:sz w:val="20"/>
        </w:rPr>
        <w:t>12:05  You are all forgiveness. Aye Khuda tu sarapa maafii hai.</w:t>
      </w:r>
      <w:r>
        <w:br/>
      </w:r>
      <w:r>
        <w:rPr>
          <w:sz w:val="20"/>
        </w:rPr>
        <w:t>12:13  Tu maafii ko pasand karta hai. Tu aye Khuda tu mujh ko maaf kar de.</w:t>
      </w:r>
      <w:r>
        <w:br/>
      </w:r>
      <w:r>
        <w:rPr>
          <w:sz w:val="20"/>
        </w:rPr>
        <w:t>12:22  Oh God you are all forgiveness. You love forgiveness. So forgive me. Yeh dua aap ne rasool Allah ne sikhai Hazrat Aisha ko.</w:t>
      </w:r>
    </w:p>
    <w:p>
      <w:pPr>
        <w:pStyle w:val="Heading2"/>
      </w:pPr>
      <w:r>
        <w:t>Teaching the dua for forgiveness and salvation</w:t>
      </w:r>
    </w:p>
    <w:p>
      <w:r>
        <w:rPr>
          <w:color w:val="666666"/>
          <w:sz w:val="18"/>
        </w:rPr>
        <w:t>The Nigh of Destiny (Shab-e-Qadr) October 7, 2007 · 1m 55s · at 11:16 · https://youtu.be/SsDv69B_uDk?t=676</w:t>
      </w:r>
    </w:p>
    <w:p>
      <w:r>
        <w:rPr>
          <w:i/>
        </w:rPr>
        <w:t>“Aisha asked the Prophet what to pray on Laylatul Qadr”</w:t>
      </w:r>
    </w:p>
    <w:p>
      <w:r>
        <w:rPr>
          <w:sz w:val="20"/>
        </w:rPr>
        <w:t>11:16  ? hadith mein aata hai ke hazrat ayesha ne poocha rasool ALLAH se ke agar main shab qadar ko paon to kya kahoon?</w:t>
      </w:r>
      <w:r>
        <w:br/>
      </w:r>
      <w:r>
        <w:rPr>
          <w:sz w:val="20"/>
        </w:rPr>
        <w:t>11:25  kya dua karoon? aap ne farmaya tum yeh kaho ALLAHUMMA ANTA AFUWWUN TUHIBBUL AFWAFAF'U ANNI.</w:t>
      </w:r>
      <w:r>
        <w:br/>
      </w:r>
      <w:r>
        <w:rPr>
          <w:sz w:val="20"/>
        </w:rPr>
        <w:t>11:39  yeh rasool Allah ne farmaya yeh hadith sahi hai Hazrat Aisha</w:t>
      </w:r>
      <w:r>
        <w:br/>
      </w:r>
      <w:r>
        <w:rPr>
          <w:sz w:val="20"/>
        </w:rPr>
        <w:t>11:43  se ke shab qadr ko agar tum pao to tum yeh dua karo Allah taala se Allahumma anta afuwwun tuhibbul afwa faf'awni.</w:t>
      </w:r>
      <w:r>
        <w:br/>
      </w:r>
      <w:r>
        <w:rPr>
          <w:sz w:val="20"/>
        </w:rPr>
        <w:t>11:54  Iska transition yeh hai ke aye Khuda tu sarapa maafii hai. Yani forgiveness.</w:t>
      </w:r>
      <w:r>
        <w:br/>
      </w:r>
      <w:r>
        <w:rPr>
          <w:sz w:val="20"/>
        </w:rPr>
        <w:t>12:05  You are all forgiveness. Aye Khuda tu sarapa maafii hai.</w:t>
      </w:r>
      <w:r>
        <w:br/>
      </w:r>
      <w:r>
        <w:rPr>
          <w:sz w:val="20"/>
        </w:rPr>
        <w:t>12:13  Tu maafii ko pasand karta hai. Tu aye Khuda tu mujh ko maaf kar de.</w:t>
      </w:r>
      <w:r>
        <w:br/>
      </w:r>
      <w:r>
        <w:rPr>
          <w:sz w:val="20"/>
        </w:rPr>
        <w:t>12:22  Oh God you are all forgiveness. You love forgiveness. So forgive me. Yeh dua aap ne rasool Allah ne sikhai Hazrat Aisha ko.</w:t>
      </w:r>
      <w:r>
        <w:br/>
      </w:r>
      <w:r>
        <w:rPr>
          <w:sz w:val="20"/>
        </w:rPr>
        <w:t>12:36  Iska iska matlab kya hua</w:t>
      </w:r>
      <w:r>
        <w:br/>
      </w:r>
      <w:r>
        <w:rPr>
          <w:sz w:val="20"/>
        </w:rPr>
        <w:t>12:40  ? Ke shab qadr ko sab se bari cheez jo mangne ki hai woh kya hai? Woh hai akhirat ka salvation.</w:t>
      </w:r>
      <w:r>
        <w:br/>
      </w:r>
      <w:r>
        <w:rPr>
          <w:sz w:val="20"/>
        </w:rPr>
        <w:t>12:49  Khuda ki jannat. Akhirat ki success. Kyun ke maafii ke maani yahi hain ke salvation. Salvation ke maani yeh hain ke paradise.</w:t>
      </w:r>
      <w:r>
        <w:br/>
      </w:r>
      <w:r>
        <w:rPr>
          <w:sz w:val="20"/>
        </w:rPr>
        <w:t>13:01  Maafii ka matlab hai salvation. Salvation ka matlab hai paradise.</w:t>
      </w:r>
    </w:p>
    <w:p>
      <w:pPr>
        <w:pStyle w:val="Heading2"/>
      </w:pPr>
      <w:r>
        <w:t>the caravan rumor about Aisha and Abu Ayyub Ansari's masterful reply</w:t>
      </w:r>
    </w:p>
    <w:p>
      <w:r>
        <w:rPr>
          <w:color w:val="666666"/>
          <w:sz w:val="18"/>
        </w:rPr>
        <w:t>Peace of Mind June 29, 2014 · 3m 59s · at 37:06 · https://youtu.be/oVwRc_FcAGk?t=2226</w:t>
      </w:r>
    </w:p>
    <w:p>
      <w:r>
        <w:rPr>
          <w:i/>
        </w:rPr>
        <w:t>“رسول اللہ کا وہ زمانہ جو مدینے میں گزرا، ایک واقعہ ہے”</w:t>
      </w:r>
    </w:p>
    <w:p>
      <w:r>
        <w:rPr>
          <w:sz w:val="20"/>
        </w:rPr>
        <w:t>37:06  rasool Allah ka woh zamana jo madine mein guzra, us ka ek waqea hai, yaani hijrat ke baad ka.</w:t>
      </w:r>
      <w:r>
        <w:br/>
      </w:r>
      <w:r>
        <w:rPr>
          <w:sz w:val="20"/>
        </w:rPr>
        <w:t>37:15  rasool Allah ki ahliya theen aisha. aik martaba woh bahar gayeen, rasool Allah sal Allah alaihi wasallam ke sath, aur pichar gayeen, aur qafila aage chala gaya, woh peechay reh gayeen.</w:t>
      </w:r>
      <w:r>
        <w:br/>
      </w:r>
      <w:r>
        <w:rPr>
          <w:sz w:val="20"/>
        </w:rPr>
        <w:t>37:31  is ke baad jab woh subah hui, woh so gayi theen. subah hui to aik nojawan sahabi ke sath woh wapas aayeen.</w:t>
      </w:r>
      <w:r>
        <w:br/>
      </w:r>
      <w:r>
        <w:rPr>
          <w:sz w:val="20"/>
        </w:rPr>
        <w:t>37:43  is tareeqay se ke woh baithi hui thi oont par, un ka jo hauz hota hai is mein, aur oont ki jo mahar aur nakeel kehte hain, us ko woh sahabi pakray hue andar dakhil hue madine mein.</w:t>
      </w:r>
      <w:r>
        <w:br/>
      </w:r>
      <w:r>
        <w:rPr>
          <w:sz w:val="20"/>
        </w:rPr>
        <w:t>37:59  yani Hazrat Aisha oont ki peeth pe theen, aur woh oont ki nakeel pakri hui thi.</w:t>
      </w:r>
      <w:r>
        <w:br/>
      </w:r>
      <w:r>
        <w:rPr>
          <w:sz w:val="20"/>
        </w:rPr>
        <w:t>38:06  to wahan par aik shakhs tha, bohat hi, yani woh is ke andar wohi tha mizaj ke manfi item ko toot kar us ko us ko flare up karna,</w:t>
      </w:r>
      <w:r>
        <w:br/>
      </w:r>
      <w:r>
        <w:rPr>
          <w:sz w:val="20"/>
        </w:rPr>
        <w:t>38:21  yeh mizaj tha is ka. to us ne keh diya ke: "wallah ma najat binah wa ma naja minhaa".</w:t>
      </w:r>
      <w:r>
        <w:br/>
      </w:r>
      <w:r>
        <w:rPr>
          <w:sz w:val="20"/>
        </w:rPr>
        <w:t>38:34  yeh bohat hi fitnay walay jumla tha, yeh:</w:t>
      </w:r>
      <w:r>
        <w:br/>
      </w:r>
      <w:r>
        <w:rPr>
          <w:sz w:val="20"/>
        </w:rPr>
        <w:t>38:40  "wallah ma najat binah wa ma naja minhaa". yani Khuda ke sath woh is se nahi bachi, woh is se nahi bacha. yeh bohat hi khatarnak jumla hai.</w:t>
      </w:r>
      <w:r>
        <w:br/>
      </w:r>
      <w:r>
        <w:rPr>
          <w:sz w:val="20"/>
        </w:rPr>
        <w:t>38:49  ab yeh saaray madine mein phail gayi yeh baat.</w:t>
      </w:r>
      <w:r>
        <w:br/>
      </w:r>
      <w:r>
        <w:rPr>
          <w:sz w:val="20"/>
        </w:rPr>
        <w:t>38:55  to aik sahabi thay, woh sahabi apnay ghar mein dakhil hue to un ki biwi se jab mulaqat hui to biwi kehti hain un se,</w:t>
      </w:r>
      <w:r>
        <w:br/>
      </w:r>
      <w:r>
        <w:rPr>
          <w:sz w:val="20"/>
        </w:rPr>
        <w:t>39:12  woh sahabi shayad Abu Ayub Ansari thay, ghaliban. to woh biwi kehti hain Abu Ayub Ansari apnay shohar se ke: "sunao aap ne kuch?</w:t>
      </w:r>
      <w:r>
        <w:br/>
      </w:r>
      <w:r>
        <w:rPr>
          <w:sz w:val="20"/>
        </w:rPr>
        <w:t>39:25  "kaha: "kya?" kaha: "Aisha ke baray mein kya kaha ja raha hai?"</w:t>
      </w:r>
      <w:r>
        <w:br/>
      </w:r>
      <w:r>
        <w:rPr>
          <w:sz w:val="20"/>
        </w:rPr>
        <w:t>39:31  yani biwi kehti hai apnay shohar se ke: "sunao aap ne kuch Aisha ke baray mein madine mein kya kaha ja raha hai?" to Abu Ayub Ansari jo thay, unhon ne jawab jo diya, master piece jawab tha,</w:t>
      </w:r>
      <w:r>
        <w:br/>
      </w:r>
      <w:r>
        <w:rPr>
          <w:sz w:val="20"/>
        </w:rPr>
        <w:t>39:49  unhon ne kaha: "unhon ne baghair tehqeeq ke keh diya ke jhoot hai".</w:t>
      </w:r>
      <w:r>
        <w:br/>
      </w:r>
      <w:r>
        <w:rPr>
          <w:sz w:val="20"/>
        </w:rPr>
        <w:t>39:54  unhon ne kaha aik aik fitri, aik bohat hi fitri jawab diya unhon ne. unhon ne kaha ke: "tum aisa karo gi?" apni biwi se unhon ne poocha: "kya tum aisa karo gi?" to unhon ne kaha: "hargiz nahi".</w:t>
      </w:r>
      <w:r>
        <w:br/>
      </w:r>
      <w:r>
        <w:rPr>
          <w:sz w:val="20"/>
        </w:rPr>
        <w:t>40:10  to unhon ne kaha ke: "phir tum Aisha ke baray mein kaise soch sakti ho ke woh aisa kareen gi? woh to tum se bohat behtar hain, woh payamber ki biwi hain".</w:t>
      </w:r>
      <w:r>
        <w:br/>
      </w:r>
      <w:r>
        <w:rPr>
          <w:sz w:val="20"/>
        </w:rPr>
        <w:t>40:20  aik fitri formula istemal kar ke un ke oopar diffuse kar diya. poochne nahi gayeen, discuss karne nahi gayeen. yeh hai self management.</w:t>
      </w:r>
      <w:r>
        <w:br/>
      </w:r>
      <w:r>
        <w:rPr>
          <w:sz w:val="20"/>
        </w:rPr>
        <w:t>40:35  yani Abu Ayub Ansari ne na to biwi se kuch baat cheet ki is mozu par, na yeh kaha ke: "acha, mein jata hoon, ja ke pooch ke aata hoon".</w:t>
      </w:r>
      <w:r>
        <w:br/>
      </w:r>
      <w:r>
        <w:rPr>
          <w:sz w:val="20"/>
        </w:rPr>
        <w:t>40:45  yani is ko pata kar ke aata hoon, yeh bhi nahi kaha unhon ne.</w:t>
      </w:r>
      <w:r>
        <w:br/>
      </w:r>
      <w:r>
        <w:rPr>
          <w:sz w:val="20"/>
        </w:rPr>
        <w:t>40:50  sirf yeh kaha ke: "kya tum aisa karo gi?" to jab woh kehti hai ke nahi, to kehti hai ke: "tum ne kaise samajh liya ke Aisha aisa kareen gi jo tum se behtar hai?" yeh hai self management.</w:t>
      </w:r>
    </w:p>
    <w:p>
      <w:pPr>
        <w:pStyle w:val="Heading2"/>
      </w:pPr>
      <w:r>
        <w:t>why Aisha stayed silent: the wisdom of self-management</w:t>
      </w:r>
    </w:p>
    <w:p>
      <w:r>
        <w:rPr>
          <w:color w:val="666666"/>
          <w:sz w:val="18"/>
        </w:rPr>
        <w:t>Peace of Mind June 29, 2014 · 3m 23s · at 43:22 · https://youtu.be/oVwRc_FcAGk?t=2602</w:t>
      </w:r>
    </w:p>
    <w:p>
      <w:r>
        <w:rPr>
          <w:i/>
        </w:rPr>
        <w:t>“رسول اللہ صلی اللہ علیہ وسلم خود گئے جہاں حضرت عائشہ تھیں”</w:t>
      </w:r>
    </w:p>
    <w:p>
      <w:r>
        <w:rPr>
          <w:sz w:val="20"/>
        </w:rPr>
        <w:t>43:22  is ki tafseel mein yeh aata hai ke Rasool Allah S.A.W. khud gaye jahan Hazrat Aisha theen,</w:t>
      </w:r>
      <w:r>
        <w:br/>
      </w:r>
      <w:r>
        <w:rPr>
          <w:sz w:val="20"/>
        </w:rPr>
        <w:t>43:30  aur Hazrat Aisha se poocha: "aap ne yeh kitabon mein maujood hai?" yeh Rasool Allah S.A.W. ne Hazrat Aisha se poocha is waqie ke baray mein.</w:t>
      </w:r>
      <w:r>
        <w:br/>
      </w:r>
      <w:r>
        <w:rPr>
          <w:sz w:val="20"/>
        </w:rPr>
        <w:t>43:42  aap parh lijiye, Hazrat Aisha ne koi wazahat nahin ki,</w:t>
      </w:r>
      <w:r>
        <w:br/>
      </w:r>
      <w:r>
        <w:rPr>
          <w:sz w:val="20"/>
        </w:rPr>
        <w:t>43:49  yeh nahin kaha ke nahin, jhooti baat hai, yeh nahin kaha, wazahat hi nahin ki.</w:t>
      </w:r>
      <w:r>
        <w:br/>
      </w:r>
      <w:r>
        <w:rPr>
          <w:sz w:val="20"/>
        </w:rPr>
        <w:t>43:55  main ne ghor kiya ke Hazrat Aisha ne wazahat nahin ki, aur yeh nahin kaha ke nahin, yeh waqia jhoota hai. to kyun aisa kiya unhon ne? kyun aisa kiya?</w:t>
      </w:r>
      <w:r>
        <w:br/>
      </w:r>
      <w:r>
        <w:rPr>
          <w:sz w:val="20"/>
        </w:rPr>
        <w:t>44:06  yani bohat dinon ke sochne ke baad mere samnay ek raaz aaya.</w:t>
      </w:r>
      <w:r>
        <w:br/>
      </w:r>
      <w:r>
        <w:rPr>
          <w:sz w:val="20"/>
        </w:rPr>
        <w:t>44:12  goya ke Hazrat Aisha ne kaha ke aap khud, yani apnay self management ke zariye, us ko khud hi khud us ko diffuse kar dijiye, mujh se kyun poochte hain?</w:t>
      </w:r>
      <w:r>
        <w:br/>
      </w:r>
      <w:r>
        <w:rPr>
          <w:sz w:val="20"/>
        </w:rPr>
        <w:t>44:26  aap us ko paighambar aur abdul anbiya ke nazar se mat dekhiye, us ko wisdom ke nazar se dekhiye. wisdom.</w:t>
      </w:r>
      <w:r>
        <w:br/>
      </w:r>
      <w:r>
        <w:rPr>
          <w:sz w:val="20"/>
        </w:rPr>
        <w:t>44:35  main ne socha ke Hazrat Aisha itni zheen theen, aur itna nazuk mamla tha, kyun unhon ne yeh nahin kaha jaye ke nahin, yeh galat hai?</w:t>
      </w:r>
      <w:r>
        <w:br/>
      </w:r>
      <w:r>
        <w:rPr>
          <w:sz w:val="20"/>
        </w:rPr>
        <w:t>44:44  kaha ke main to, main to kuch nahin kahungi. is ka matlab tha ke</w:t>
      </w:r>
      <w:r>
        <w:br/>
      </w:r>
      <w:r>
        <w:rPr>
          <w:sz w:val="20"/>
        </w:rPr>
        <w:t>44:51  aap ko itna ziyada waaz hona chahiye, aap ko itna ziyada samajhdar hona chahiye ke khud manage kar paaein. aap apnay self management ke power se aap us ko diffuse kar dijiye.</w:t>
      </w:r>
      <w:r>
        <w:br/>
      </w:r>
      <w:r>
        <w:rPr>
          <w:sz w:val="20"/>
        </w:rPr>
        <w:t>45:06  yeh hai, yaad rakhiye, Islam ka culture, yeh hai Islam ka usool, yeh hai Islam ka method. aur main, main yeh saaf kahunga ke hamaray CPS mein jo aadmi aisa na kar raha hai, kare, woh bilashuba CPS ka member nahin hai.</w:t>
      </w:r>
      <w:r>
        <w:br/>
      </w:r>
      <w:r>
        <w:rPr>
          <w:sz w:val="20"/>
        </w:rPr>
        <w:t>45:23  woh chahe aap logon ko show karta ho ke main to CPS ka aadmi hoon,</w:t>
      </w:r>
      <w:r>
        <w:br/>
      </w:r>
      <w:r>
        <w:rPr>
          <w:sz w:val="20"/>
        </w:rPr>
        <w:t>45:28  main saaf kehta hoon, jo aadmi apnay andar self management ka tareeqa ikhtiyar na kar sake, woh CPS ke kaam par nahin hai.</w:t>
      </w:r>
      <w:r>
        <w:br/>
      </w:r>
      <w:r>
        <w:rPr>
          <w:sz w:val="20"/>
        </w:rPr>
        <w:t>45:41  woh jaye kisi aur, kisi aur bheer bakri ke ghool mein, wahan par apna jo chahe kare. woh CPS bohat hi waaz logon ki team hai,</w:t>
      </w:r>
      <w:r>
        <w:br/>
      </w:r>
      <w:r>
        <w:rPr>
          <w:sz w:val="20"/>
        </w:rPr>
        <w:t>45:55  waaz logon ki team hai. yeh bheer, bheer bakriyon, bheer bakri ki team nahi hai. yeh jo waaz aadmi hoga, wahi is mein chal sakta hai, woh nahi chal nahi payega.</w:t>
      </w:r>
      <w:r>
        <w:br/>
      </w:r>
      <w:r>
        <w:rPr>
          <w:sz w:val="20"/>
        </w:rPr>
        <w:t>46:10  aap isi waqea par ghor kijiye ke hazrat aisha ne jawab nahi diya. is ke andar aik cheez aplisit hai, understand hai ke aap khud hi is ko manage kar lijiye.</w:t>
      </w:r>
      <w:r>
        <w:br/>
      </w:r>
      <w:r>
        <w:rPr>
          <w:sz w:val="20"/>
        </w:rPr>
        <w:t>46:19  aap se poochte kyun hain?</w:t>
      </w:r>
      <w:r>
        <w:br/>
      </w:r>
      <w:r>
        <w:rPr>
          <w:sz w:val="20"/>
        </w:rPr>
        <w:t>46:25  to yeh hai meyar-e-islam ka, yeh hai woh meyar jis ko hum ne apnaya hai. jo aadmi is meyar ko pasand kare, woh hamara saath de.</w:t>
      </w:r>
      <w:r>
        <w:br/>
      </w:r>
      <w:r>
        <w:rPr>
          <w:sz w:val="20"/>
        </w:rPr>
        <w:t>46:35  nahi pasand karta to bheer bakri, bohat sare ghool hain. bheer bakri ke, un bheer bakriyon mein ja ke shamil ho jaye. woh bheer bakri ke bohat sare ghool hain, shamil ho sakta hai.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