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Search: Ali ibn Abi Talib</w:t>
      </w:r>
    </w:p>
    <w:p>
      <w:r>
        <w:rPr>
          <w:sz w:val="18"/>
        </w:rPr>
        <w:t>Q&amp;A, lecture moments and clips · full transcripts with timestamps · exported 2026-09-21</w:t>
      </w:r>
    </w:p>
    <w:p>
      <w:pPr>
        <w:pStyle w:val="Heading1"/>
      </w:pPr>
      <w:r>
        <w:t>Maulana was asked (1)</w:t>
      </w:r>
    </w:p>
    <w:p>
      <w:pPr>
        <w:pStyle w:val="Heading2"/>
      </w:pPr>
      <w:r>
        <w:t>Question from Maulana Iqbal Umari</w:t>
      </w:r>
    </w:p>
    <w:p>
      <w:r>
        <w:rPr>
          <w:color w:val="666666"/>
          <w:sz w:val="18"/>
        </w:rPr>
        <w:t>Hadith Word of Wisdom August 31, 2014 · 4m 50s · at 1:00:08 · https://youtu.be/fv4eRJRe8dk?t=3608</w:t>
      </w:r>
    </w:p>
    <w:p>
      <w:r>
        <w:rPr>
          <w:sz w:val="20"/>
        </w:rPr>
        <w:t>1:00:08  Maulana, agla sawal lene se pehle ek comment parhna chahenge jo Dr. Safeena Tabassum ne Ajmer se bheja hai.</w:t>
      </w:r>
      <w:r>
        <w:br/>
      </w:r>
      <w:r>
        <w:rPr>
          <w:sz w:val="20"/>
        </w:rPr>
        <w:t>1:00:14  unhon ne likha hai ke "Maulana sahib, aaj ke lecture se yeh baat clear ho gayi ke zamanay</w:t>
      </w:r>
      <w:r>
        <w:br/>
      </w:r>
      <w:r>
        <w:rPr>
          <w:sz w:val="20"/>
        </w:rPr>
        <w:t>1:00:19  ki ba-khabari momin ke liye kitni zaroori hai." Maulana, agla sawal aaya hai Chennai se Maulana Iqbal Umri</w:t>
      </w:r>
      <w:r>
        <w:br/>
      </w:r>
      <w:r>
        <w:rPr>
          <w:sz w:val="20"/>
        </w:rPr>
        <w:t>1:00:25  ka, aur unhon ne likha hai ke "Maulana, ek sahib ne kaha ke Musalmanon mein ittehad sirf khilafat</w:t>
      </w:r>
      <w:r>
        <w:br/>
      </w:r>
      <w:r>
        <w:rPr>
          <w:sz w:val="20"/>
        </w:rPr>
        <w:t>1:00:30  ki barkat se hi aa sakta hai.</w:t>
      </w:r>
      <w:r>
        <w:br/>
      </w:r>
      <w:r>
        <w:rPr>
          <w:sz w:val="20"/>
        </w:rPr>
        <w:t>1:00:36  Maulana, Musalman kyun, kyun khilafat ki khush fehmi mein hain? Aur yeh bhi kehte hain ke ek na</w:t>
      </w:r>
      <w:r>
        <w:br/>
      </w:r>
      <w:r>
        <w:rPr>
          <w:sz w:val="20"/>
        </w:rPr>
        <w:t>1:00:41  ek din khilafat zaroor aaye gi." Dekhen, khilafat ka lafz jo hai, yeh ek, ek bid'ati lafz hai.</w:t>
      </w:r>
      <w:r>
        <w:br/>
      </w:r>
      <w:r>
        <w:rPr>
          <w:sz w:val="20"/>
        </w:rPr>
        <w:t>1:00:47  ab baat karta hoon mein, yeh samajh lijiye, is ko logon ne Islami samajh rakha hai na? Yeh</w:t>
      </w:r>
      <w:r>
        <w:br/>
      </w:r>
      <w:r>
        <w:rPr>
          <w:sz w:val="20"/>
        </w:rPr>
        <w:t>1:00:53  bad'ati lafz hai, mubtadiyana lafz hai.</w:t>
      </w:r>
      <w:r>
        <w:br/>
      </w:r>
      <w:r>
        <w:rPr>
          <w:sz w:val="20"/>
        </w:rPr>
        <w:t>1:00:58  dekhen, chaar hamare haan maane hue mustanad hain: Hazrat Abu Bakr, Hazrat Umar, Hazrat Usman, Hazrat Ali.</w:t>
      </w:r>
      <w:r>
        <w:br/>
      </w:r>
      <w:r>
        <w:rPr>
          <w:sz w:val="20"/>
        </w:rPr>
        <w:t>1:01:04  un ke zamane mein khaleefa ka lafz tha hi nahin, amirul momineen kaha jata tha.</w:t>
      </w:r>
      <w:r>
        <w:br/>
      </w:r>
      <w:r>
        <w:rPr>
          <w:sz w:val="20"/>
        </w:rPr>
        <w:t>1:01:09  amirul momineen, yani tareekh ke mutabiq, un chaaron mein se kisi ko khaleefa nahin kaha jata, amirul momineen kaha jata tha.</w:t>
      </w:r>
      <w:r>
        <w:br/>
      </w:r>
      <w:r>
        <w:rPr>
          <w:sz w:val="20"/>
        </w:rPr>
        <w:t>1:01:15  khilafat ka lafz nikala hai banu umiya ke zamane mein, us ko, yani unhon ne, unhon ne apne</w:t>
      </w:r>
      <w:r>
        <w:br/>
      </w:r>
      <w:r>
        <w:rPr>
          <w:sz w:val="20"/>
        </w:rPr>
        <w:t>1:01:21  ko dynasty mein tabdeel kar diya, khandANI hukumat.</w:t>
      </w:r>
      <w:r>
        <w:br/>
      </w:r>
      <w:r>
        <w:rPr>
          <w:sz w:val="20"/>
        </w:rPr>
        <w:t>1:01:26  to apni khandANI hukumat ko legitimize karne ke liye unhon ne khilafat ka lafz chala diya.</w:t>
      </w:r>
      <w:r>
        <w:br/>
      </w:r>
      <w:r>
        <w:rPr>
          <w:sz w:val="20"/>
        </w:rPr>
        <w:t>1:01:32  to khilafat to dynasty ke zamane mein, yani khandANI hukumat ke zamane mein, us ko, us ko muqaddam</w:t>
      </w:r>
      <w:r>
        <w:br/>
      </w:r>
      <w:r>
        <w:rPr>
          <w:sz w:val="20"/>
        </w:rPr>
        <w:t>1:01:37  banane ke liye istemal kiya unhon ne.</w:t>
      </w:r>
      <w:r>
        <w:br/>
      </w:r>
      <w:r>
        <w:rPr>
          <w:sz w:val="20"/>
        </w:rPr>
        <w:t>1:01:43  ab woh chal pada, warna khaleefa ka lafz koi islami lafz nahin hai.</w:t>
      </w:r>
      <w:r>
        <w:br/>
      </w:r>
      <w:r>
        <w:rPr>
          <w:sz w:val="20"/>
        </w:rPr>
        <w:t>1:01:48  agar islami lafz hota to chaaron jo shakhsiyaten hain: Hazrat Abu Bakr, Hazrat Umar, Hazrat Usman, Hazrat Ali, un</w:t>
      </w:r>
      <w:r>
        <w:br/>
      </w:r>
      <w:r>
        <w:rPr>
          <w:sz w:val="20"/>
        </w:rPr>
        <w:t>1:01:54  ke zamane mein yeh lafz istemal hota.</w:t>
      </w:r>
      <w:r>
        <w:br/>
      </w:r>
      <w:r>
        <w:rPr>
          <w:sz w:val="20"/>
        </w:rPr>
        <w:t>1:02:00  ek hadith ko log samajhte hain, woh jo hadith hai ke "alaykum bi sunnati wa sunnati al-khulafai al-rashidin", is mein khulafa</w:t>
      </w:r>
      <w:r>
        <w:br/>
      </w:r>
      <w:r>
        <w:rPr>
          <w:sz w:val="20"/>
        </w:rPr>
        <w:t>1:02:05  se murad political khulafa hargiz nahin hain.</w:t>
      </w:r>
      <w:r>
        <w:br/>
      </w:r>
      <w:r>
        <w:rPr>
          <w:sz w:val="20"/>
        </w:rPr>
        <w:t>1:02:11  yeh bhi samajh lijiye, is hadith mein khulafa se murad political khulafa nahin hain, balke mere ashaab jo</w:t>
      </w:r>
      <w:r>
        <w:br/>
      </w:r>
      <w:r>
        <w:rPr>
          <w:sz w:val="20"/>
        </w:rPr>
        <w:t>1:02:16  mere rastay par chale, woh murad hain.</w:t>
      </w:r>
      <w:r>
        <w:br/>
      </w:r>
      <w:r>
        <w:rPr>
          <w:sz w:val="20"/>
        </w:rPr>
        <w:t>1:02:22  to khilafat to mubtadiyana lafz hai mere nazdeek.</w:t>
      </w:r>
      <w:r>
        <w:br/>
      </w:r>
      <w:r>
        <w:rPr>
          <w:sz w:val="20"/>
        </w:rPr>
        <w:t>1:02:28  aur doosri baat yeh hai ke khilafat ke zamane mein hamesha ladaaiyan jari rahi hain.</w:t>
      </w:r>
      <w:r>
        <w:br/>
      </w:r>
      <w:r>
        <w:rPr>
          <w:sz w:val="20"/>
        </w:rPr>
        <w:t>1:02:33  kabhi bhi aisa nahin hua ke khilafat ke zamane mein ladaaiyan na hon.</w:t>
      </w:r>
      <w:r>
        <w:br/>
      </w:r>
      <w:r>
        <w:rPr>
          <w:sz w:val="20"/>
        </w:rPr>
        <w:t>1:02:39  poora hazar saal tak ladaaiyon se bhara hua hai, har jagah ladai.</w:t>
      </w:r>
      <w:r>
        <w:br/>
      </w:r>
      <w:r>
        <w:rPr>
          <w:sz w:val="20"/>
        </w:rPr>
        <w:t>1:02:44  to kya khilafat se ittehad aata hai? kaun si tareekh batati hai aap ko? woh kaun si tareekh</w:t>
      </w:r>
      <w:r>
        <w:br/>
      </w:r>
      <w:r>
        <w:rPr>
          <w:sz w:val="20"/>
        </w:rPr>
        <w:t>1:02:50  batati hai jis mein khilafat se ittehad aa gaya? main aap ko naam munaam karne ki zaroorat nahin</w:t>
      </w:r>
      <w:r>
        <w:br/>
      </w:r>
      <w:r>
        <w:rPr>
          <w:sz w:val="20"/>
        </w:rPr>
        <w:t>1:02:56  hai, lekin jang-e-siffin aur jang-e-jamal se le kar ke aakhir waqt tak sab ladaaiyan jari rahin.</w:t>
      </w:r>
      <w:r>
        <w:br/>
      </w:r>
      <w:r>
        <w:rPr>
          <w:sz w:val="20"/>
        </w:rPr>
        <w:t>1:03:01  aakhri zamane mein khilafat-e-turki jo hai, us se arabon se ladai jari thi yahan tak ke toot</w:t>
      </w:r>
      <w:r>
        <w:br/>
      </w:r>
      <w:r>
        <w:rPr>
          <w:sz w:val="20"/>
        </w:rPr>
        <w:t>1:03:07  gaya khilafat ka zamana.</w:t>
      </w:r>
      <w:r>
        <w:br/>
      </w:r>
      <w:r>
        <w:rPr>
          <w:sz w:val="20"/>
        </w:rPr>
        <w:t>1:03:12  mughlon ke zamane mein ladai, yaani kaun si? mujhe bataiye, kaun si khilafat hai? ispain mein aath suo</w:t>
      </w:r>
      <w:r>
        <w:br/>
      </w:r>
      <w:r>
        <w:rPr>
          <w:sz w:val="20"/>
        </w:rPr>
        <w:t>1:03:18  saal tak wahan se ladte rahe log.</w:t>
      </w:r>
      <w:r>
        <w:br/>
      </w:r>
      <w:r>
        <w:rPr>
          <w:sz w:val="20"/>
        </w:rPr>
        <w:t>1:03:23  yeh kaun si khilafat hai jis ke zamane mein log mutahid ho gaye the? dekhiye, yaad rakhiye, ittehad</w:t>
      </w:r>
      <w:r>
        <w:br/>
      </w:r>
      <w:r>
        <w:rPr>
          <w:sz w:val="20"/>
        </w:rPr>
        <w:t>1:03:29  ka talluq kisi siyasi iqtadar se nahi hai.</w:t>
      </w:r>
      <w:r>
        <w:br/>
      </w:r>
      <w:r>
        <w:rPr>
          <w:sz w:val="20"/>
        </w:rPr>
        <w:t>1:03:35  ittehad zehni halat ka naam hai.</w:t>
      </w:r>
      <w:r>
        <w:br/>
      </w:r>
      <w:r>
        <w:rPr>
          <w:sz w:val="20"/>
        </w:rPr>
        <w:t>1:03:40  aap zehni aitbar se aap zyada samajhdar hon to aap mutahid rahenge.</w:t>
      </w:r>
      <w:r>
        <w:br/>
      </w:r>
      <w:r>
        <w:rPr>
          <w:sz w:val="20"/>
        </w:rPr>
        <w:t>1:03:46  ittehad ka talluq zehni, yaani taleem se, tarbiyat se, zehni irtqa se hai.</w:t>
      </w:r>
      <w:r>
        <w:br/>
      </w:r>
      <w:r>
        <w:rPr>
          <w:sz w:val="20"/>
        </w:rPr>
        <w:t>1:03:51  party se iska koi matlab nahi.</w:t>
      </w:r>
      <w:r>
        <w:br/>
      </w:r>
      <w:r>
        <w:rPr>
          <w:sz w:val="20"/>
        </w:rPr>
        <w:t>1:03:57  yaani india mein aap dekhen ke musalman aapas mein ladte rahe.</w:t>
      </w:r>
      <w:r>
        <w:br/>
      </w:r>
      <w:r>
        <w:rPr>
          <w:sz w:val="20"/>
        </w:rPr>
        <w:t>1:04:03  mughal jo musalman the, unki ladai hoti rahi.</w:t>
      </w:r>
      <w:r>
        <w:br/>
      </w:r>
      <w:r>
        <w:rPr>
          <w:sz w:val="20"/>
        </w:rPr>
        <w:t>1:04:08  deccan ke jo salateen the, muslim salateen se mughlon ki ladai, dono musalman the.</w:t>
      </w:r>
      <w:r>
        <w:br/>
      </w:r>
      <w:r>
        <w:rPr>
          <w:sz w:val="20"/>
        </w:rPr>
        <w:t>1:04:14  kahan ittehad hai? yeh to bilkul ek khayali baat hai ke khilafat se ittehad aata hai.</w:t>
      </w:r>
      <w:r>
        <w:br/>
      </w:r>
      <w:r>
        <w:rPr>
          <w:sz w:val="20"/>
        </w:rPr>
        <w:t>1:04:19  to maine do baatein arz keen ke khilafat khud ek mubtadiana tasawwur hai.</w:t>
      </w:r>
      <w:r>
        <w:br/>
      </w:r>
      <w:r>
        <w:rPr>
          <w:sz w:val="20"/>
        </w:rPr>
        <w:t>1:04:25  bano umiya ke zamane mein jo unhone khandANI hukumat bana li thi, jis ko kehte hain dynasty,</w:t>
      </w:r>
      <w:r>
        <w:br/>
      </w:r>
      <w:r>
        <w:rPr>
          <w:sz w:val="20"/>
        </w:rPr>
        <w:t>1:04:31  to is ko legitimize karne ke liye unhone khilafat ka lafz chalaya.</w:t>
      </w:r>
      <w:r>
        <w:br/>
      </w:r>
      <w:r>
        <w:rPr>
          <w:sz w:val="20"/>
        </w:rPr>
        <w:t>1:04:36  aur doosri baat yeh hai ke koi tareekh aap nahi bata sakte jabke jo zamana tha usmani saltanat'on</w:t>
      </w:r>
      <w:r>
        <w:br/>
      </w:r>
      <w:r>
        <w:rPr>
          <w:sz w:val="20"/>
        </w:rPr>
        <w:t>1:04:42  ka, jis ko woh khilafat kehte the, ke wahan par ittehad raha ho.</w:t>
      </w:r>
      <w:r>
        <w:br/>
      </w:r>
      <w:r>
        <w:rPr>
          <w:sz w:val="20"/>
        </w:rPr>
        <w:t>1:04:47  khoob ladaiyan huin, khoob khoonrezian huin.</w:t>
      </w:r>
      <w:r>
        <w:br/>
      </w:r>
      <w:r>
        <w:rPr>
          <w:sz w:val="20"/>
        </w:rPr>
        <w:t>1:04:53  yeh to, yeh to ek farzi baat hai.</w:t>
      </w:r>
    </w:p>
    <w:p>
      <w:pPr>
        <w:pStyle w:val="Heading1"/>
      </w:pPr>
      <w:r>
        <w:t>In the lectures (3)</w:t>
      </w:r>
    </w:p>
    <w:p>
      <w:pPr>
        <w:pStyle w:val="Heading2"/>
      </w:pPr>
      <w:r>
        <w:t>The Concept of Accountability in Islam (English) | June 21, 2007 | Maulana Wahiduddin Khan</w:t>
      </w:r>
    </w:p>
    <w:p>
      <w:r>
        <w:rPr>
          <w:color w:val="666666"/>
          <w:sz w:val="18"/>
        </w:rPr>
        <w:t>25:29 · https://youtu.be/g-GqrJp9iTY?t=1529</w:t>
      </w:r>
    </w:p>
    <w:p>
      <w:r>
        <w:rPr>
          <w:i/>
        </w:rPr>
        <w:t>“Ali ibn Abi Talib, and for training. Stay for a while with Ali for training, for further education." So after some days, the Prophet saw that that man was not seen in the Mas”</w:t>
      </w:r>
    </w:p>
    <w:p>
      <w:pPr>
        <w:pStyle w:val="Heading2"/>
      </w:pPr>
      <w:r>
        <w:t>Islam and Terrorism February 10, 2009 Maulana Wahiduddin Khan</w:t>
      </w:r>
    </w:p>
    <w:p>
      <w:r>
        <w:rPr>
          <w:color w:val="666666"/>
          <w:sz w:val="18"/>
        </w:rPr>
        <w:t>40:54 · https://youtu.be/vCEjp0w7Qjo?t=2454</w:t>
      </w:r>
    </w:p>
    <w:p>
      <w:r>
        <w:rPr>
          <w:i/>
        </w:rPr>
        <w:t>“Now, I would like to give a very important formula. This formula was given by a companion, Ali ibn Abi Talib, a formula of lif”</w:t>
      </w:r>
    </w:p>
    <w:p>
      <w:pPr>
        <w:pStyle w:val="Heading2"/>
      </w:pPr>
      <w:r>
        <w:t>Islam and Terrorism February 10, 2009 Maulana Wahiduddin Khan</w:t>
      </w:r>
    </w:p>
    <w:p>
      <w:r>
        <w:rPr>
          <w:color w:val="666666"/>
          <w:sz w:val="18"/>
        </w:rPr>
        <w:t>41:39 · https://youtu.be/vCEjp0w7Qjo?t=2499</w:t>
      </w:r>
    </w:p>
    <w:p>
      <w:r>
        <w:rPr>
          <w:i/>
        </w:rPr>
        <w:t>“. So this is the formula given by a companion, Ali ibn Abi Talib. And in the end, I thank you and I pray for God.”</w:t>
      </w:r>
    </w:p>
    <w:p>
      <w:pPr>
        <w:pStyle w:val="Heading1"/>
      </w:pPr>
      <w:r>
        <w:t>Clips (3)</w:t>
      </w:r>
    </w:p>
    <w:p>
      <w:pPr>
        <w:pStyle w:val="Heading2"/>
      </w:pPr>
      <w:r>
        <w:t>The iota verse: essence of accountability</w:t>
      </w:r>
    </w:p>
    <w:p>
      <w:r>
        <w:rPr>
          <w:color w:val="666666"/>
          <w:sz w:val="18"/>
        </w:rPr>
        <w:t>The Concept of Accountability in Islam (English) | June 21, 2007 | Maulana Wahiduddin Khan · 4m 06s · at 24:59 · https://youtu.be/g-GqrJp9iTY?t=1499</w:t>
      </w:r>
    </w:p>
    <w:p>
      <w:r>
        <w:rPr>
          <w:i/>
        </w:rPr>
        <w:t>“A man came to the Prophet of Islam and accepted his religion”</w:t>
      </w:r>
    </w:p>
    <w:p>
      <w:r>
        <w:rPr>
          <w:sz w:val="20"/>
        </w:rPr>
        <w:t>24:59  essential part of Islamic religion.</w:t>
      </w:r>
      <w:r>
        <w:br/>
      </w:r>
      <w:r>
        <w:rPr>
          <w:sz w:val="20"/>
        </w:rPr>
        <w:t>25:09  A man came to the Prophet of Islam and accepted his religion.</w:t>
      </w:r>
      <w:r>
        <w:br/>
      </w:r>
      <w:r>
        <w:rPr>
          <w:sz w:val="20"/>
        </w:rPr>
        <w:t>25:19  Then the Prophet said, "You would stay—you must stay with Ali,</w:t>
      </w:r>
      <w:r>
        <w:br/>
      </w:r>
      <w:r>
        <w:rPr>
          <w:sz w:val="20"/>
        </w:rPr>
        <w:t>25:29  Ali ibn Abi Talib, and for training. Stay for a while with Ali for training, for further education." So after some days, the Prophet saw that that man was not seen in the Mas</w:t>
      </w:r>
      <w:r>
        <w:br/>
      </w:r>
      <w:r>
        <w:rPr>
          <w:sz w:val="20"/>
        </w:rPr>
        <w:t>25:59  jid.</w:t>
      </w:r>
      <w:r>
        <w:br/>
      </w:r>
      <w:r>
        <w:rPr>
          <w:sz w:val="20"/>
        </w:rPr>
        <w:t>26:06  He was not present in the Masjid.</w:t>
      </w:r>
      <w:r>
        <w:br/>
      </w:r>
      <w:r>
        <w:rPr>
          <w:sz w:val="20"/>
        </w:rPr>
        <w:t>26:12  So the Prophet inquired, "What happened with this man?</w:t>
      </w:r>
      <w:r>
        <w:br/>
      </w:r>
      <w:r>
        <w:rPr>
          <w:sz w:val="20"/>
        </w:rPr>
        <w:t>26:18  Why is he not here?" So Ali said that, "I myself don't know.</w:t>
      </w:r>
      <w:r>
        <w:br/>
      </w:r>
      <w:r>
        <w:rPr>
          <w:sz w:val="20"/>
        </w:rPr>
        <w:t>26:25  I don't know." So the Prophet said that</w:t>
      </w:r>
      <w:r>
        <w:br/>
      </w:r>
      <w:r>
        <w:rPr>
          <w:sz w:val="20"/>
        </w:rPr>
        <w:t>26:31  , "Anyone who sees him, tell him that I want to meet him." So after some days, he</w:t>
      </w:r>
      <w:r>
        <w:br/>
      </w:r>
      <w:r>
        <w:rPr>
          <w:sz w:val="20"/>
        </w:rPr>
        <w:t>26:42  returned and met the Prophet of Islam.</w:t>
      </w:r>
      <w:r>
        <w:br/>
      </w:r>
      <w:r>
        <w:rPr>
          <w:sz w:val="20"/>
        </w:rPr>
        <w:t>26:52  So the Prophet asked him, "Why did you leave Ali?" He said that,</w:t>
      </w:r>
      <w:r>
        <w:br/>
      </w:r>
      <w:r>
        <w:rPr>
          <w:sz w:val="20"/>
        </w:rPr>
        <w:t>27:03  "You said that I have to learn the religion of Islam. So I learned, so I left Ali." So the Prophet said, "How did you learn?" He said that there is a verse in the—there is a chapter in the Quran, Az-Zilzal. This is chapter number 99. So in this chapter, there was a vers</w:t>
      </w:r>
      <w:r>
        <w:br/>
      </w:r>
      <w:r>
        <w:rPr>
          <w:sz w:val="20"/>
        </w:rPr>
        <w:t>27:33  e, "Everyone who has done an iota of good, he will see it</w:t>
      </w:r>
      <w:r>
        <w:br/>
      </w:r>
      <w:r>
        <w:rPr>
          <w:sz w:val="20"/>
        </w:rPr>
        <w:t>28:03  ." This verse deals with the Day of Judgment.</w:t>
      </w:r>
      <w:r>
        <w:br/>
      </w:r>
      <w:r>
        <w:rPr>
          <w:sz w:val="20"/>
        </w:rPr>
        <w:t>28:14  So the verse says that everyone who has done an iota of good, he will see it.</w:t>
      </w:r>
      <w:r>
        <w:br/>
      </w:r>
      <w:r>
        <w:rPr>
          <w:sz w:val="20"/>
        </w:rPr>
        <w:t>28:24  And everyone who has done an iota of evil, he will see it</w:t>
      </w:r>
      <w:r>
        <w:br/>
      </w:r>
      <w:r>
        <w:rPr>
          <w:sz w:val="20"/>
        </w:rPr>
        <w:t xml:space="preserve">28:34  </w:t>
      </w:r>
      <w:r>
        <w:br/>
      </w:r>
      <w:r>
        <w:rPr>
          <w:sz w:val="20"/>
        </w:rPr>
        <w:t>28:39  So he said that this is the whole religion.</w:t>
      </w:r>
      <w:r>
        <w:br/>
      </w:r>
      <w:r>
        <w:rPr>
          <w:sz w:val="20"/>
        </w:rPr>
        <w:t>28:44  This verse tells me that there is a Day of Judgment.</w:t>
      </w:r>
      <w:r>
        <w:br/>
      </w:r>
      <w:r>
        <w:rPr>
          <w:sz w:val="20"/>
        </w:rPr>
        <w:t>28:49  At the time, I will be judged by God.</w:t>
      </w:r>
      <w:r>
        <w:br/>
      </w:r>
      <w:r>
        <w:rPr>
          <w:sz w:val="20"/>
        </w:rPr>
        <w:t>28:55  So this verse inculcated in myself a sense of accountability.</w:t>
      </w:r>
      <w:r>
        <w:br/>
      </w:r>
      <w:r>
        <w:rPr>
          <w:sz w:val="20"/>
        </w:rPr>
        <w:t>29:00  So every time I remember this verse,</w:t>
      </w:r>
    </w:p>
    <w:p>
      <w:pPr>
        <w:pStyle w:val="Heading2"/>
      </w:pPr>
      <w:r>
        <w:t>Ali ibn Abi Talib's formula for life</w:t>
      </w:r>
    </w:p>
    <w:p>
      <w:r>
        <w:rPr>
          <w:color w:val="666666"/>
          <w:sz w:val="18"/>
        </w:rPr>
        <w:t>Islam and Terrorism February 10, 2009 Maulana Wahiduddin Khan · 45s · at 40:54 · https://youtu.be/vCEjp0w7Qjo?t=2454</w:t>
      </w:r>
    </w:p>
    <w:p>
      <w:r>
        <w:rPr>
          <w:i/>
        </w:rPr>
        <w:t>“A companion of the Prophet gave this formula for life.”</w:t>
      </w:r>
    </w:p>
    <w:p>
      <w:r>
        <w:rPr>
          <w:sz w:val="20"/>
        </w:rPr>
        <w:t>40:54  Now, I would like to give a very important formula. This formula was given by a companion, Ali ibn Abi Talib, a formula of lif</w:t>
      </w:r>
      <w:r>
        <w:br/>
      </w:r>
      <w:r>
        <w:rPr>
          <w:sz w:val="20"/>
        </w:rPr>
        <w:t>41:09  e. He says, "qimatul mar'i ma uhsin."</w:t>
      </w:r>
      <w:r>
        <w:br/>
      </w:r>
      <w:r>
        <w:rPr>
          <w:sz w:val="20"/>
        </w:rPr>
        <w:t>41:18  It means the value of a person lies in excellence. The value of a person lies in excellence.</w:t>
      </w:r>
      <w:r>
        <w:br/>
      </w:r>
      <w:r>
        <w:rPr>
          <w:sz w:val="20"/>
        </w:rPr>
        <w:t>41:28  It means that adopt excellence and you will be successful. Adopt excellence and you will be successful</w:t>
      </w:r>
    </w:p>
    <w:p>
      <w:pPr>
        <w:pStyle w:val="Heading2"/>
      </w:pPr>
      <w:r>
        <w:t>Ali ibn Abi Talib's wisdom: whatever happened was good</w:t>
      </w:r>
    </w:p>
    <w:p>
      <w:r>
        <w:rPr>
          <w:color w:val="666666"/>
          <w:sz w:val="18"/>
        </w:rPr>
        <w:t>The Problem of Misunderstanding January 1, 2008 · 27s · at 32:17 · https://youtu.be/CTmUoJ714fg?t=1937</w:t>
      </w:r>
    </w:p>
    <w:p>
      <w:r>
        <w:rPr>
          <w:i/>
        </w:rPr>
        <w:t>“One wisdom given by Ali ibn Abi Talib: Al-Khair fima waqa”</w:t>
      </w:r>
    </w:p>
    <w:p>
      <w:r>
        <w:rPr>
          <w:sz w:val="20"/>
        </w:rPr>
        <w:t>32:17  So one wisdom given by Ali ibn Talib in this book is Al-khairu feema waqa'a. Al-khairu feema waqa'a.</w:t>
      </w:r>
      <w:r>
        <w:br/>
      </w:r>
      <w:r>
        <w:rPr>
          <w:sz w:val="20"/>
        </w:rPr>
        <w:t>32:28  What happened? Happened, happened as a blessing. What happened? Happened as a good. Very good formula, very simple formula.</w:t>
      </w:r>
      <w:r>
        <w:br/>
      </w:r>
      <w:r>
        <w:rPr>
          <w:sz w:val="20"/>
        </w:rPr>
        <w:t>32:42  Al-khairu feema waqa'a.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