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Bilal</w:t>
      </w:r>
    </w:p>
    <w:p>
      <w:r>
        <w:rPr>
          <w:sz w:val="18"/>
        </w:rPr>
        <w:t>Q&amp;A, lecture moments and clips · full transcripts with timestamps · exported 2026-09-21</w:t>
      </w:r>
    </w:p>
    <w:p>
      <w:pPr>
        <w:pStyle w:val="Heading1"/>
      </w:pPr>
      <w:r>
        <w:t>Maulana was asked (0)</w:t>
      </w:r>
    </w:p>
    <w:p>
      <w:pPr>
        <w:pStyle w:val="Heading1"/>
      </w:pPr>
      <w:r>
        <w:t>In the lectures (1)</w:t>
      </w:r>
    </w:p>
    <w:p>
      <w:pPr>
        <w:pStyle w:val="Heading2"/>
      </w:pPr>
      <w:r>
        <w:t>Q&amp;A 20 Aug 2006 Maulana Wahiduddin Khan</w:t>
      </w:r>
    </w:p>
    <w:p>
      <w:r>
        <w:rPr>
          <w:color w:val="666666"/>
          <w:sz w:val="18"/>
        </w:rPr>
        <w:t>9:31 · https://youtu.be/g_6-zerS_N4?t=571</w:t>
      </w:r>
    </w:p>
    <w:p>
      <w:r>
        <w:rPr>
          <w:i/>
        </w:rPr>
        <w:t>“This question is from Bilal. Did the two wives of Prophet Ibrahim, Hazrat سارہ and Hazrat ہاجرہ, enjoy the equal status?”</w:t>
      </w:r>
    </w:p>
    <w:p>
      <w:pPr>
        <w:pStyle w:val="Heading1"/>
      </w:pPr>
      <w:r>
        <w:t>Clips (6)</w:t>
      </w:r>
    </w:p>
    <w:p>
      <w:pPr>
        <w:pStyle w:val="Heading2"/>
      </w:pPr>
      <w:r>
        <w:t>The Bilal incident: Islam's rejection of racism</w:t>
      </w:r>
    </w:p>
    <w:p>
      <w:r>
        <w:rPr>
          <w:color w:val="666666"/>
          <w:sz w:val="18"/>
        </w:rPr>
        <w:t>Timeless Wisdom from the Life of Abu Dharr al-Ghifari December 21, 2025 · 4m 40s · at 34:06 · https://youtu.be/CDBjybktCDM?t=2046</w:t>
      </w:r>
    </w:p>
    <w:p>
      <w:r>
        <w:rPr>
          <w:i/>
        </w:rPr>
        <w:t>“Abu Dharr got into an argument with a black man”</w:t>
      </w:r>
    </w:p>
    <w:p>
      <w:r>
        <w:rPr>
          <w:sz w:val="20"/>
        </w:rPr>
        <w:t>34:06  Doctor Sahib, there was also one incident that happened between Hazrat Abu Zar and Hazrat Bilal, and there was a great lesson to be learned from it.</w:t>
      </w:r>
      <w:r>
        <w:br/>
      </w:r>
      <w:r>
        <w:rPr>
          <w:sz w:val="20"/>
        </w:rPr>
        <w:t>34:15  Please tell us about the incident as well. Yaar, this is an important lesson.</w:t>
      </w:r>
      <w:r>
        <w:br/>
      </w:r>
      <w:r>
        <w:rPr>
          <w:sz w:val="20"/>
        </w:rPr>
        <w:t>34:22  There is an important lesson in this incident. Once Abu Dharr radiallah anh got into an argument with a black man, who was probably Bilal radiallah anh, but that is not definite.</w:t>
      </w:r>
      <w:r>
        <w:br/>
      </w:r>
      <w:r>
        <w:rPr>
          <w:sz w:val="20"/>
        </w:rPr>
        <w:t>34:36  So during the argument, Abuzar said to him, "Yibn Saudah, O son of a black woman."</w:t>
      </w:r>
      <w:r>
        <w:br/>
      </w:r>
      <w:r>
        <w:rPr>
          <w:sz w:val="20"/>
        </w:rPr>
        <w:t>34:45  "So Bilal felt hurt by this statement, and he went to the Prophet and complained.</w:t>
      </w:r>
      <w:r>
        <w:br/>
      </w:r>
      <w:r>
        <w:rPr>
          <w:sz w:val="20"/>
        </w:rPr>
        <w:t>34:52  Bilal said, "Ya Rasulullah, Abuzar insulted my mother." So the Prophet became very angry at Abuzar, and Prophet told him, "You still have some traits of jahiliyah, that is of ignorance."</w:t>
      </w:r>
      <w:r>
        <w:br/>
      </w:r>
      <w:r>
        <w:rPr>
          <w:sz w:val="20"/>
        </w:rPr>
        <w:t>35:08  and the Prophet said, "This is the attitude of jahiliyah." And he said, "You really insulted him."</w:t>
      </w:r>
      <w:r>
        <w:br/>
      </w:r>
      <w:r>
        <w:rPr>
          <w:sz w:val="20"/>
        </w:rPr>
        <w:t>35:17  r. "so dus meed abuzar felt very bad and ashamed that he realized that he had been admonished by none other than the prophet. so he made repentance in a very beautiful way.</w:t>
      </w:r>
      <w:r>
        <w:br/>
      </w:r>
      <w:r>
        <w:rPr>
          <w:sz w:val="20"/>
        </w:rPr>
        <w:t>35:31  hmm, he showed complete humility.</w:t>
      </w:r>
      <w:r>
        <w:br/>
      </w:r>
      <w:r>
        <w:rPr>
          <w:sz w:val="20"/>
        </w:rPr>
        <w:t>35:34  he learned a deep and lifelong lesson from this, and abuzar (r.a.) went out and laid down on the ground. hmm, and he said, "i will not stand until places his feet on my chest." amazing! what he meant was, "let them humiliate me as i humiliated him."</w:t>
      </w:r>
      <w:r>
        <w:br/>
      </w:r>
      <w:r>
        <w:rPr>
          <w:sz w:val="20"/>
        </w:rPr>
        <w:t>36:00  bilal refused to do that, and he lifted his hand and embraced him. and this moment deeply affected abuzar (r.a.).</w:t>
      </w:r>
      <w:r>
        <w:br/>
      </w:r>
      <w:r>
        <w:rPr>
          <w:sz w:val="20"/>
        </w:rPr>
        <w:t>36:10  from then onward, he took great care of the slaves and the weaker people. one day, he was walking with one of his slaves, and both of them were wearing exactly the same dress.</w:t>
      </w:r>
      <w:r>
        <w:br/>
      </w:r>
      <w:r>
        <w:rPr>
          <w:sz w:val="20"/>
        </w:rPr>
        <w:t>36:28  they were wearing identical dress. so someone said, "your servant one is dressed better than you." so abuzar (r.a.) said, "i once insulted a mother of a believer, and the prophet told me, 'you are a man of jahiliyyah.' " so that immediately sincested me forever.</w:t>
      </w:r>
      <w:r>
        <w:br/>
      </w:r>
      <w:r>
        <w:rPr>
          <w:sz w:val="20"/>
        </w:rPr>
        <w:t>36:47  and the prophet also said in another hadith, "your servants are your brothers." this means treat them as equals,</w:t>
      </w:r>
      <w:r>
        <w:br/>
      </w:r>
      <w:r>
        <w:rPr>
          <w:sz w:val="20"/>
        </w:rPr>
        <w:t>36:56  honor them and respect them. and the prophet told abuzar that, "those who are under your command are given to you by god." and he said, "treat them as your brothers, feed them what you eat, dress them as you dress.</w:t>
      </w:r>
      <w:r>
        <w:br/>
      </w:r>
      <w:r>
        <w:rPr>
          <w:sz w:val="20"/>
        </w:rPr>
        <w:t>37:13  "and if you give, a very important point, if you give your servant a hard task, help him in that task</w:t>
      </w:r>
      <w:r>
        <w:br/>
      </w:r>
      <w:r>
        <w:rPr>
          <w:sz w:val="20"/>
        </w:rPr>
        <w:t>37:21  k. and after this incident, abuzar (r.a.) became known for freeing slaves, and this became his habit throughout his life. and there's a famous hadith in which the prophet said, "there is no virtue of a person whose skin is over a person of black skin except by taqwa</w:t>
      </w:r>
      <w:r>
        <w:br/>
      </w:r>
      <w:r>
        <w:rPr>
          <w:sz w:val="20"/>
        </w:rPr>
        <w:t>37:48  wa." and this hadith was narrated by abuzar as well. so the prophet also said about abuzar, "ma qallat al-ghabra' wa la azallat al-khadra' azdaqa lahjatan min abi dharr.</w:t>
      </w:r>
      <w:r>
        <w:br/>
      </w:r>
      <w:r>
        <w:rPr>
          <w:sz w:val="20"/>
        </w:rPr>
        <w:t>38:09  "neither the earth carried nor the sky shaded anyone more truthful in speech than abuzar</w:t>
      </w:r>
      <w:r>
        <w:br/>
      </w:r>
      <w:r>
        <w:rPr>
          <w:sz w:val="20"/>
        </w:rPr>
        <w:t>38:18  (r.a.). so this shows that, although he was admonished by the prophet, still he rose to such a high rank.</w:t>
      </w:r>
      <w:r>
        <w:br/>
      </w:r>
      <w:r>
        <w:rPr>
          <w:sz w:val="20"/>
        </w:rPr>
        <w:t>38:28  and the prophet himself praised him in such strong and honorable words. right! and doctor sahib, it also anaway demonstrates that islam rejects racism, and how prophet showed zero tolerance towards prejudice.</w:t>
      </w:r>
    </w:p>
    <w:p>
      <w:pPr>
        <w:pStyle w:val="Heading2"/>
      </w:pPr>
      <w:r>
        <w:t>Abu Dharr insults Bilal's mother, then humbly repents</w:t>
      </w:r>
    </w:p>
    <w:p>
      <w:r>
        <w:rPr>
          <w:color w:val="666666"/>
          <w:sz w:val="18"/>
        </w:rPr>
        <w:t>Timeless Wisdom from the Life of Abu Dharr al-Ghifari December 21, 2025 · 1m 47s · at 34:22 · https://youtu.be/CDBjybktCDM?t=2062</w:t>
      </w:r>
    </w:p>
    <w:p>
      <w:r>
        <w:rPr>
          <w:i/>
        </w:rPr>
        <w:t>“Abu Dharr said, 'O son of a black woman'”</w:t>
      </w:r>
    </w:p>
    <w:p>
      <w:r>
        <w:rPr>
          <w:sz w:val="20"/>
        </w:rPr>
        <w:t>34:22  There is an important lesson in this incident. Once Abu Dharr radiallah anh got into an argument with a black man, who was probably Bilal radiallah anh, but that is not definite.</w:t>
      </w:r>
      <w:r>
        <w:br/>
      </w:r>
      <w:r>
        <w:rPr>
          <w:sz w:val="20"/>
        </w:rPr>
        <w:t>34:36  So during the argument, Abuzar said to him, "Yibn Saudah, O son of a black woman."</w:t>
      </w:r>
      <w:r>
        <w:br/>
      </w:r>
      <w:r>
        <w:rPr>
          <w:sz w:val="20"/>
        </w:rPr>
        <w:t>34:45  "So Bilal felt hurt by this statement, and he went to the Prophet and complained.</w:t>
      </w:r>
      <w:r>
        <w:br/>
      </w:r>
      <w:r>
        <w:rPr>
          <w:sz w:val="20"/>
        </w:rPr>
        <w:t>34:52  Bilal said, "Ya Rasulullah, Abuzar insulted my mother." So the Prophet became very angry at Abuzar, and Prophet told him, "You still have some traits of jahiliyah, that is of ignorance."</w:t>
      </w:r>
      <w:r>
        <w:br/>
      </w:r>
      <w:r>
        <w:rPr>
          <w:sz w:val="20"/>
        </w:rPr>
        <w:t>35:08  and the Prophet said, "This is the attitude of jahiliyah." And he said, "You really insulted him."</w:t>
      </w:r>
      <w:r>
        <w:br/>
      </w:r>
      <w:r>
        <w:rPr>
          <w:sz w:val="20"/>
        </w:rPr>
        <w:t>35:17  r. "so dus meed abuzar felt very bad and ashamed that he realized that he had been admonished by none other than the prophet. so he made repentance in a very beautiful way.</w:t>
      </w:r>
      <w:r>
        <w:br/>
      </w:r>
      <w:r>
        <w:rPr>
          <w:sz w:val="20"/>
        </w:rPr>
        <w:t>35:31  hmm, he showed complete humility.</w:t>
      </w:r>
      <w:r>
        <w:br/>
      </w:r>
      <w:r>
        <w:rPr>
          <w:sz w:val="20"/>
        </w:rPr>
        <w:t>35:34  he learned a deep and lifelong lesson from this, and abuzar (r.a.) went out and laid down on the ground. hmm, and he said, "i will not stand until places his feet on my chest." amazing! what he meant was, "let them humiliate me as i humiliated him."</w:t>
      </w:r>
      <w:r>
        <w:br/>
      </w:r>
      <w:r>
        <w:rPr>
          <w:sz w:val="20"/>
        </w:rPr>
        <w:t>36:00  bilal refused to do that, and he lifted his hand and embraced him. and this moment deeply affected abuzar (r.a.).</w:t>
      </w:r>
    </w:p>
    <w:p>
      <w:pPr>
        <w:pStyle w:val="Heading2"/>
      </w:pPr>
      <w:r>
        <w:t>A Black man was chosen to give the call to prayer</w:t>
      </w:r>
    </w:p>
    <w:p>
      <w:r>
        <w:rPr>
          <w:color w:val="666666"/>
          <w:sz w:val="18"/>
        </w:rPr>
        <w:t>Message of Hajj November 14, 2007 · 1m 58s · at 33:22 · https://youtu.be/cCvhc4niTao?t=2002</w:t>
      </w:r>
    </w:p>
    <w:p>
      <w:r>
        <w:rPr>
          <w:i/>
        </w:rPr>
        <w:t>“The two closest to him were Osama and Bilal.”</w:t>
      </w:r>
    </w:p>
    <w:p>
      <w:r>
        <w:rPr>
          <w:sz w:val="20"/>
        </w:rPr>
        <w:t>33:22  lekin sab se qareeb jo do aadmi aap ke thay, dayein aur bayein, woh thay usama aur aur woh bilal.</w:t>
      </w:r>
      <w:r>
        <w:br/>
      </w:r>
      <w:r>
        <w:rPr>
          <w:sz w:val="20"/>
        </w:rPr>
        <w:t>33:31  donon kon thay? yeh black log thay. wahan par kuch log jo africa ke black races jo theen, un ke kuch log wahan base hue thay aa kar ke.</w:t>
      </w:r>
      <w:r>
        <w:br/>
      </w:r>
      <w:r>
        <w:rPr>
          <w:sz w:val="20"/>
        </w:rPr>
        <w:t>33:42  to un mein se woh thay. khud jo original arab hotay thay, to woh to white hotay thay.</w:t>
      </w:r>
      <w:r>
        <w:br/>
      </w:r>
      <w:r>
        <w:rPr>
          <w:sz w:val="20"/>
        </w:rPr>
        <w:t>33:48  to do black jinka koi wahan par darja nahi tha, koi woh rich nahi thay, koi woh powerful nahi thay, to aik usama aur aik doosre bilal, aik dayein, aik bayein, aap ke thay.</w:t>
      </w:r>
      <w:r>
        <w:br/>
      </w:r>
      <w:r>
        <w:rPr>
          <w:sz w:val="20"/>
        </w:rPr>
        <w:t>34:04  yeh kitni bari baat hai. aur phir dekhiye, jab makkah par aap ke ko aap ne occupy kiya tha aur kaaba ko is se pehle mushrik logon ke qabze mein tha,</w:t>
      </w:r>
      <w:r>
        <w:br/>
      </w:r>
      <w:r>
        <w:rPr>
          <w:sz w:val="20"/>
        </w:rPr>
        <w:t>34:18  ab woh qabze mein aa gaya in logon ke jo khuda ko aik mante thay. to wahan par kya hua ke azan dena tha. azan dena tha to log chahte thay, yeh bohat bara yani bohat bari baat thi ke hazar saal ke baad aik koi shakhs khara ho kar azan de, wahan par allah o akbar, allah o akbar kahay.</w:t>
      </w:r>
      <w:r>
        <w:br/>
      </w:r>
      <w:r>
        <w:rPr>
          <w:sz w:val="20"/>
        </w:rPr>
        <w:t>34:39  to log samajhte thay ke ali ko mauqa diya jaye ga azan dene ka ya kisi bare jo families theen, un mein koi aadmi khara kiya jaye ga.</w:t>
      </w:r>
      <w:r>
        <w:br/>
      </w:r>
      <w:r>
        <w:rPr>
          <w:sz w:val="20"/>
        </w:rPr>
        <w:t>34:50  aap ne bilal se kaha ke tum azan do. bilal jo hai, yani aik black aadmi thay, africa se aaye thay, woh un ka koi darja nahi tha wahan.</w:t>
      </w:r>
      <w:r>
        <w:br/>
      </w:r>
      <w:r>
        <w:rPr>
          <w:sz w:val="20"/>
        </w:rPr>
        <w:t>35:00  to bilal ne wahan par khara ho kar azan di.</w:t>
      </w:r>
      <w:r>
        <w:br/>
      </w:r>
      <w:r>
        <w:rPr>
          <w:sz w:val="20"/>
        </w:rPr>
        <w:t>35:04  is se hum andaza kar sakte hain ke equality islam mein kitni zyada hai. to jahan tak main is ne samajh paya hoon islam ko ke do cheezein sab se zyada important hain islam mein:</w:t>
      </w:r>
    </w:p>
    <w:p>
      <w:pPr>
        <w:pStyle w:val="Heading2"/>
      </w:pPr>
      <w:r>
        <w:t>Bilal's full journey from tortured slave to beloved muezzin</w:t>
      </w:r>
    </w:p>
    <w:p>
      <w:r>
        <w:rPr>
          <w:color w:val="666666"/>
          <w:sz w:val="18"/>
        </w:rPr>
        <w:t>The Spirit of Namaz February 13, 2022 Dr. Saniyasnain Khan · 5m 16s · at 22:03 · https://youtu.be/Mh4K7ZR4RbE?t=1323</w:t>
      </w:r>
    </w:p>
    <w:p>
      <w:r>
        <w:rPr>
          <w:i/>
        </w:rPr>
        <w:t>“What qualities made Bilal the very first muezzin?”</w:t>
      </w:r>
    </w:p>
    <w:p>
      <w:r>
        <w:rPr>
          <w:sz w:val="20"/>
        </w:rPr>
        <w:t>22:03  to kya qualities rasool ullah ne dekha unke andar ki unko pehla mauzind banaya gaya? is iske baare mein bataein. bilal hazmat bilal rajilan ek slave the, ek African slave jo makka mein rehte the aur ek makka mein ek aadmi tha umaiya ebn e khalb, jo ki bahut hi zalim insaan tha.</w:t>
      </w:r>
      <w:r>
        <w:br/>
      </w:r>
      <w:r>
        <w:rPr>
          <w:sz w:val="20"/>
        </w:rPr>
        <w:t>22:28  woh bilal, hazbat bilal ka master tha, aaka tha aur abu jahal umaiya ebn e khalb ka dost tha. to jab hazbat bilal prophet ko follow karne lage to ab abbu jahal ne aakar kaha umaiya ibn e khalb se ki tum bilal ke upar sakhti karo, maaro pito taaki wo mohammad ka saath chhod de.</w:t>
      </w:r>
      <w:r>
        <w:br/>
      </w:r>
      <w:r>
        <w:rPr>
          <w:sz w:val="20"/>
        </w:rPr>
        <w:t>22:57  to maiya apne khalf ne yahi kiya maara peeta, lekin bilal ke upar koi asar nahi hua, tasse mast nahi hue woh. to usne kya kiya ek din ret par, jalti hui ret par lita diya. sehra mein yeh hota hai ki jab suraj nikalta hai aur ret tez dhoop hoti hai to ret bilkul aag ki tarah jalne lagti hai.</w:t>
      </w:r>
      <w:r>
        <w:br/>
      </w:r>
      <w:r>
        <w:rPr>
          <w:sz w:val="20"/>
        </w:rPr>
        <w:t>23:21  to us par litaakar bahut hi bada patthar rakh diya seene par aur kaha ki tum mohammad ka inkaar karo warna tum maut tak isi haal mein pade rahoge. lekin filhaal sirf kehte rahe ahad ahad ahad ahad god is one god is one god is one.</w:t>
      </w:r>
      <w:r>
        <w:br/>
      </w:r>
      <w:r>
        <w:rPr>
          <w:sz w:val="20"/>
        </w:rPr>
        <w:t>23:43  to jab prophet mohammad ko pata chala to prophet mohammad ne fauran hazrat abubakar ko bheja jo ki ek merchant the to wo aaye aur unhone wahi apne khalf se baat ki aur bilal ko khareed liya kyunki us zamane mein slavery ka zamana tha aur slaves khareede jaate the aur phir free kar diya hazbat bilal ko.</w:t>
      </w:r>
      <w:r>
        <w:br/>
      </w:r>
      <w:r>
        <w:rPr>
          <w:sz w:val="20"/>
        </w:rPr>
        <w:t>24:06  to uske baad se hazbat bilal profit ke saath rehne lage aur bahut hi zyada loyal aur close companion the hazbat bilal. to jab ek baar profit ne puchha hazbat bilal se ki tumne wah kaun sa amal kiya tha jiski wajah se tum mujhse pehli jannat mein pahunch gaye?</w:t>
      </w:r>
      <w:r>
        <w:br/>
      </w:r>
      <w:r>
        <w:rPr>
          <w:sz w:val="20"/>
        </w:rPr>
        <w:t>24:35  ki maine tumhari qadmon ki aahat jannat mein suni, apne se aage, mujhse aage the tum, yaani pehle hi pahunch gaye the. to jab rajat biral the wo bahut hi modest aur humble insaan the. unhone kaha ki maine koi aisa kaabile zikr kaam to nahi kiya. I have done nothing very significant. lekin bas yeh hai ki jab bhi main wazu karta hoon to do rakha namaz zaroor padta hoon.</w:t>
      </w:r>
      <w:r>
        <w:br/>
      </w:r>
      <w:r>
        <w:rPr>
          <w:sz w:val="20"/>
        </w:rPr>
        <w:t>25:05  to yeh ek bajaye chhota sa amal hai lekin allah ne jannat mein pahuncha diya woh bhi prophet se pehle hazar bilal ko. to hadish mein aata hai ki insaan jo bhi achha kaam karta hai usmein regularity honi zaroori hai. aisa nahi ki achaanak bahut zyada kaam kar diya phir sab band kar diya. hatish mein aata hai ki khair ul amli adwammuha wa in kallah.</w:t>
      </w:r>
      <w:r>
        <w:br/>
      </w:r>
      <w:r>
        <w:rPr>
          <w:sz w:val="20"/>
        </w:rPr>
        <w:t>25:33  ki sabse achha amal woh hai ki jismein regularity ho, chahe wo thode hi kyun na ho, chhote hi amal kyun na ho. jaise hum log dawat ka kaam karte hain, quran logon ko dete hain. to ek purani aap dein, hafte mein ek baar, lekin usmein regularity ho. to yeh allah taala ko pasand hai aur iska kitna bada azar allah taala ne diya.</w:t>
      </w:r>
      <w:r>
        <w:br/>
      </w:r>
      <w:r>
        <w:rPr>
          <w:sz w:val="20"/>
        </w:rPr>
        <w:t>25:59  to hazbat bilal ko chunki inki awaaz bahut achhi thi aur guland awaaz thi to rasoolullah sallallah ne inko appoint kiya as mauzdeen aur rasoolullah kehte the ki e bilal namaz ki tayyari karo aur hamare dil ko rahat do. to hazbat bilal namaz ki tayyari karte the.</w:t>
      </w:r>
      <w:r>
        <w:br/>
      </w:r>
      <w:r>
        <w:rPr>
          <w:sz w:val="20"/>
        </w:rPr>
        <w:t>26:20  phir jab hazbat bilal ka aakhri waqt aaya mauj se qareeb to wo ek share padhte the ki gadan nal kil ahippa mohammad anw sahiiba, gadan nal kil ahippa mohammad anw sahiiba ki kal hum milenge apne doston se, apne mehboob doston se aur mohammad se aur unke saathiyon se. is tareeke se adut ki baatein hain.</w:t>
      </w:r>
      <w:r>
        <w:br/>
      </w:r>
      <w:r>
        <w:rPr>
          <w:sz w:val="20"/>
        </w:rPr>
        <w:t>26:50  ji, doctor jaise aapne abhi yeh bahut hi achha tradition bataya hazrat dilal ke hawale se aur kaise jab prophet ne unse puchha ki what is that good deed that you did after embracing of Islam? so he said that nothing worth mentioning like you just stated doctor sahib. but after a performed ablution during day or night, I offered prayers as much as was written for me.</w:t>
      </w:r>
      <w:r>
        <w:br/>
      </w:r>
      <w:r>
        <w:rPr>
          <w:sz w:val="20"/>
        </w:rPr>
        <w:t>27:19  to doctor sahib agla sawal bhi mera yeh ablution yaani wazu ko lekar hi hai ki namaz ada karne se pehle wuzu kiya jaata hai. to uska kya significance hai uske baare mein bataein? wuzu jo hai woh bazai log samajhte hain ki haath pair dhona hai namaz se pehle taaki jo mail lagi hui hai, dhool wool woh saaf ho jaaye. woh bhi ek aspect hai lekin woh bahut hi minor aspect hai wuzu ka.</w:t>
      </w:r>
    </w:p>
    <w:p>
      <w:pPr>
        <w:pStyle w:val="Heading2"/>
      </w:pPr>
      <w:r>
        <w:t>Bilal tortured on burning sand for his faith</w:t>
      </w:r>
    </w:p>
    <w:p>
      <w:r>
        <w:rPr>
          <w:color w:val="666666"/>
          <w:sz w:val="18"/>
        </w:rPr>
        <w:t>The Spirit of Namaz February 13, 2022 Dr. Saniyasnain Khan · 46s · at 22:57 · https://youtu.be/Mh4K7ZR4RbE?t=1377</w:t>
      </w:r>
    </w:p>
    <w:p>
      <w:r>
        <w:rPr>
          <w:i/>
        </w:rPr>
        <w:t>“Umayya beat him, but Bilal remained unmoved”</w:t>
      </w:r>
    </w:p>
    <w:p>
      <w:r>
        <w:rPr>
          <w:sz w:val="20"/>
        </w:rPr>
        <w:t>22:57  to maiya apne khalf ne yahi kiya maara peeta, lekin bilal ke upar koi asar nahi hua, tasse mast nahi hue woh. to usne kya kiya ek din ret par, jalti hui ret par lita diya. sehra mein yeh hota hai ki jab suraj nikalta hai aur ret tez dhoop hoti hai to ret bilkul aag ki tarah jalne lagti hai.</w:t>
      </w:r>
      <w:r>
        <w:br/>
      </w:r>
      <w:r>
        <w:rPr>
          <w:sz w:val="20"/>
        </w:rPr>
        <w:t>23:21  to us par litaakar bahut hi bada patthar rakh diya seene par aur kaha ki tum mohammad ka inkaar karo warna tum maut tak isi haal mein pade rahoge. lekin filhaal sirf kehte rahe ahad ahad ahad ahad god is one god is one god is one.</w:t>
      </w:r>
      <w:r>
        <w:br/>
      </w:r>
      <w:r>
        <w:rPr>
          <w:sz w:val="20"/>
        </w:rPr>
        <w:t>23:43  to jab prophet mohammad ko pata chala to prophet mohammad ne fauran hazrat abubakar ko bheja jo ki ek merchant the to wo aaye aur unhone wahi apne khalf se baat ki aur bilal ko khareed liya kyunki us zamane mein slavery ka zamana tha aur slaves khareede jaate the aur phir free kar diya hazbat bilal ko.</w:t>
      </w:r>
    </w:p>
    <w:p>
      <w:pPr>
        <w:pStyle w:val="Heading2"/>
      </w:pPr>
      <w:r>
        <w:t>Abu Dharr and Bilal: overcoming racism</w:t>
      </w:r>
    </w:p>
    <w:p>
      <w:r>
        <w:rPr>
          <w:color w:val="666666"/>
          <w:sz w:val="18"/>
        </w:rPr>
        <w:t>Islah e Ummat August 10, 2014 · 2m 32s · at 26:28 · https://youtu.be/a7ohKq4Xf0Y?t=1588</w:t>
      </w:r>
    </w:p>
    <w:p>
      <w:r>
        <w:rPr>
          <w:i/>
        </w:rPr>
        <w:t>“Aise hi dekhiye ek aur mein waqea bataata hoon”</w:t>
      </w:r>
    </w:p>
    <w:p>
      <w:r>
        <w:rPr>
          <w:sz w:val="20"/>
        </w:rPr>
        <w:t>26:28  aise hi dekhiye aik aur mein waqia batata hoon aik sahabi ka aik sahabi thay un ka naam tha Abu Dharr</w:t>
      </w:r>
      <w:r>
        <w:br/>
      </w:r>
      <w:r>
        <w:rPr>
          <w:sz w:val="20"/>
        </w:rPr>
        <w:t>26:41  dosre sahabi the un ka naam tha bilal</w:t>
      </w:r>
      <w:r>
        <w:br/>
      </w:r>
      <w:r>
        <w:rPr>
          <w:sz w:val="20"/>
        </w:rPr>
        <w:t>26:44  to bilal jo the woh</w:t>
      </w:r>
      <w:r>
        <w:br/>
      </w:r>
      <w:r>
        <w:rPr>
          <w:sz w:val="20"/>
        </w:rPr>
        <w:t>26:47  yani siyah faam the yani black the woh abu zar the woh safed faam the yani white the</w:t>
      </w:r>
      <w:r>
        <w:br/>
      </w:r>
      <w:r>
        <w:rPr>
          <w:sz w:val="20"/>
        </w:rPr>
        <w:t>26:57  tu aik martaba do ram mein kuch kisi baat par</w:t>
      </w:r>
      <w:r>
        <w:br/>
      </w:r>
      <w:r>
        <w:rPr>
          <w:sz w:val="20"/>
        </w:rPr>
        <w:t>27:02  kuch takrar ho gayi</w:t>
      </w:r>
      <w:r>
        <w:br/>
      </w:r>
      <w:r>
        <w:rPr>
          <w:sz w:val="20"/>
        </w:rPr>
        <w:t>27:06  tu abu zar ki zuban se nikla yabna al-sawdah</w:t>
      </w:r>
      <w:r>
        <w:br/>
      </w:r>
      <w:r>
        <w:rPr>
          <w:sz w:val="20"/>
        </w:rPr>
        <w:t>27:13  aye kali yani aye black maa ke betay يَا ابْنَ السَّوْدَاءِ ka matlab hai aye black maa ke betay</w:t>
      </w:r>
      <w:r>
        <w:br/>
      </w:r>
      <w:r>
        <w:rPr>
          <w:sz w:val="20"/>
        </w:rPr>
        <w:t>27:26  to Rasool Allah ko jab yeh maloom hua aap ne farmaya Abu Dharr se أَنْتَ امْرُؤٌ فِيهِ جَاهِلِيَّةٌ aye Abu Dharr tumharay andar abhi tak jahiliyat baqi hai</w:t>
      </w:r>
      <w:r>
        <w:br/>
      </w:r>
      <w:r>
        <w:rPr>
          <w:sz w:val="20"/>
        </w:rPr>
        <w:t>27:41  to foran un ko ehsaas ho gaya ke mein ne ghalti ki ghalti yeh ki ke insaan ko black and white mein banta mein ne insaan sab insaan hotay hain yeh taqseem ki safaid faam aur siyah faam mein farq hai black mein aur white mein farq hai yeh meri ghalt soch thi woh sab color Allah ke diye hue hain</w:t>
      </w:r>
      <w:r>
        <w:br/>
      </w:r>
      <w:r>
        <w:rPr>
          <w:sz w:val="20"/>
        </w:rPr>
        <w:t>28:10  color aadmi ne khud nahi banaya hai</w:t>
      </w:r>
      <w:r>
        <w:br/>
      </w:r>
      <w:r>
        <w:rPr>
          <w:sz w:val="20"/>
        </w:rPr>
        <w:t>28:14  jo kisi ka bhi jo color hai woh to Allah ki creation hai to is mein humein kehne ka haq nahi hai ke humein yeh haq nahi hai ke hum samjhein ke yeh afzal hai woh ghair afzal hai yeh chota hai woh bara hai sab insaan hain sab insaan hain to jab Rasool Allah ne yaad dilaya to is tarah un ke zehan ne socha</w:t>
      </w:r>
      <w:r>
        <w:br/>
      </w:r>
      <w:r>
        <w:rPr>
          <w:sz w:val="20"/>
        </w:rPr>
        <w:t>28:40  is tarah zehan ne socha unhon ne</w:t>
      </w:r>
      <w:r>
        <w:br/>
      </w:r>
      <w:r>
        <w:rPr>
          <w:sz w:val="20"/>
        </w:rPr>
        <w:t>28:46  aur phir un ka poora matlab badal gaya aik riwayat mein aata hai ke woh lait gaye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