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Conflict with my parents</w:t>
      </w:r>
    </w:p>
    <w:p>
      <w:r>
        <w:rPr>
          <w:sz w:val="18"/>
        </w:rPr>
        <w:t>Q&amp;A, lecture moments and clips · full transcripts with timestamps · exported 2026-09-21</w:t>
      </w:r>
    </w:p>
    <w:p>
      <w:pPr>
        <w:pStyle w:val="Heading1"/>
      </w:pPr>
      <w:r>
        <w:t>Maulana was asked (30)</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Managing generation gap with parents</w:t>
      </w:r>
    </w:p>
    <w:p>
      <w:r>
        <w:rPr>
          <w:color w:val="666666"/>
          <w:sz w:val="18"/>
        </w:rPr>
        <w:t>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Advice for Daily Household Arguments Between Spouses</w:t>
      </w:r>
    </w:p>
    <w:p>
      <w:r>
        <w:rPr>
          <w:color w:val="666666"/>
          <w:sz w:val="18"/>
        </w:rPr>
        <w:t>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Conflict between state and public</w:t>
      </w:r>
    </w:p>
    <w:p>
      <w:r>
        <w:rPr>
          <w:color w:val="666666"/>
          <w:sz w:val="18"/>
        </w:rPr>
        <w:t>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Punishment for insulting parents</w:t>
      </w:r>
    </w:p>
    <w:p>
      <w:r>
        <w:rPr>
          <w:color w:val="666666"/>
          <w:sz w:val="18"/>
        </w:rPr>
        <w:t>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Dealing with anger when instigated</w:t>
      </w:r>
    </w:p>
    <w:p>
      <w:r>
        <w:rPr>
          <w:color w:val="666666"/>
          <w:sz w:val="18"/>
        </w:rPr>
        <w:t>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Managing emotions during controversy</w:t>
      </w:r>
    </w:p>
    <w:p>
      <w:r>
        <w:rPr>
          <w:color w:val="666666"/>
          <w:sz w:val="18"/>
        </w:rPr>
        <w:t>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What to do when spouse hinders spiritual mission?</w:t>
      </w:r>
    </w:p>
    <w:p>
      <w:r>
        <w:rPr>
          <w:color w:val="666666"/>
          <w:sz w:val="18"/>
        </w:rPr>
        <w:t>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Handling contradictory interpretations</w:t>
      </w:r>
    </w:p>
    <w:p>
      <w:r>
        <w:rPr>
          <w:color w:val="666666"/>
          <w:sz w:val="18"/>
        </w:rPr>
        <w:t>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Message for family during communal tensions</w:t>
      </w:r>
    </w:p>
    <w:p>
      <w:r>
        <w:rPr>
          <w:color w:val="666666"/>
          <w:sz w:val="18"/>
        </w:rPr>
        <w:t>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Balancing material life and spiritual goal</w:t>
      </w:r>
    </w:p>
    <w:p>
      <w:r>
        <w:rPr>
          <w:color w:val="666666"/>
          <w:sz w:val="18"/>
        </w:rPr>
        <w:t>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غلط فہمی دور کرنے کا طریقہ</w:t>
      </w:r>
    </w:p>
    <w:p>
      <w:r>
        <w:rPr>
          <w:color w:val="666666"/>
          <w:sz w:val="18"/>
        </w:rPr>
        <w:t>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Government stand on divorce causing Muslim unrest</w:t>
      </w:r>
    </w:p>
    <w:p>
      <w:r>
        <w:rPr>
          <w:color w:val="666666"/>
          <w:sz w:val="18"/>
        </w:rPr>
        <w:t>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Will my son be with me on Judgment Day?</w:t>
      </w:r>
    </w:p>
    <w:p>
      <w:r>
        <w:rPr>
          <w:color w:val="666666"/>
          <w:sz w:val="18"/>
        </w:rPr>
        <w:t>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Guidance on handling anger and frustration</w:t>
      </w:r>
    </w:p>
    <w:p>
      <w:r>
        <w:rPr>
          <w:color w:val="666666"/>
          <w:sz w:val="18"/>
        </w:rPr>
        <w:t>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Parents' duty: fulfilling wishes vs development</w:t>
      </w:r>
    </w:p>
    <w:p>
      <w:r>
        <w:rPr>
          <w:color w:val="666666"/>
          <w:sz w:val="18"/>
        </w:rPr>
        <w:t>Realization of God December 18, 2016 Maulana Wahiduddin Khan · 1m 23s · at 1:04:36 · https://youtu.be/LHKb2btTIT8?t=3876</w:t>
      </w:r>
    </w:p>
    <w:p>
      <w:r>
        <w:rPr>
          <w:i/>
        </w:rPr>
        <w:t>“Parents think that it is their utmost duty to fulfill the wishes of their family; they don't think or plan to help them develop. What should be the correct approach?”</w:t>
      </w:r>
    </w:p>
    <w:p>
      <w:r>
        <w:rPr>
          <w:sz w:val="20"/>
        </w:rPr>
        <w:t>1:04:36  zaroori kaam hai kitabon ko phailana insani literature ko phailana quran ka translation phailana maulana agla sawal bheja</w:t>
      </w:r>
      <w:r>
        <w:br/>
      </w:r>
      <w:r>
        <w:rPr>
          <w:sz w:val="20"/>
        </w:rPr>
        <w:t>1:04:43  hai doctor farida khanam ne dilli se aur unhon ne likha hai parents think that it is their</w:t>
      </w:r>
      <w:r>
        <w:br/>
      </w:r>
      <w:r>
        <w:rPr>
          <w:sz w:val="20"/>
        </w:rPr>
        <w:t>1:04:51  utmost duty to fulfill the wishes of their family they don't think or plan to help them develop</w:t>
      </w:r>
      <w:r>
        <w:br/>
      </w:r>
      <w:r>
        <w:rPr>
          <w:sz w:val="20"/>
        </w:rPr>
        <w:t>1:04:58  their spirituality so that they may serve the cause of religion and involve themselves in da'wah work even</w:t>
      </w:r>
      <w:r>
        <w:br/>
      </w:r>
      <w:r>
        <w:rPr>
          <w:sz w:val="20"/>
        </w:rPr>
        <w:t>1:05:06  maulana modudi did not involve his children with his mission what is your opinion on this dekhen family</w:t>
      </w:r>
      <w:r>
        <w:br/>
      </w:r>
      <w:r>
        <w:rPr>
          <w:sz w:val="20"/>
        </w:rPr>
        <w:t>1:05:14  ki wishes ko poora karna yeh to nothing hai yeh to kuch bhi nahi hai khuda ki wishes</w:t>
      </w:r>
      <w:r>
        <w:br/>
      </w:r>
      <w:r>
        <w:rPr>
          <w:sz w:val="20"/>
        </w:rPr>
        <w:t>1:05:21  ko bataiye family ko yani bajaye is ke ke aap family kya chahti hai is ke peeche dauren</w:t>
      </w:r>
      <w:r>
        <w:br/>
      </w:r>
      <w:r>
        <w:rPr>
          <w:sz w:val="20"/>
        </w:rPr>
        <w:t>1:05:29  yeh kijiye ke khuda ki kya chahta hai us ko daryaft kijiye us ko family ko bataiye repeat</w:t>
      </w:r>
      <w:r>
        <w:br/>
      </w:r>
      <w:r>
        <w:rPr>
          <w:sz w:val="20"/>
        </w:rPr>
        <w:t>1:05:36  kijiye mein ne kya kaha maulana you are saying that what we need to tell the family is</w:t>
      </w:r>
      <w:r>
        <w:br/>
      </w:r>
      <w:r>
        <w:rPr>
          <w:sz w:val="20"/>
        </w:rPr>
        <w:t>1:05:44  what god expects from all of us this is something which the family does not convey to their</w:t>
      </w:r>
      <w:r>
        <w:br/>
      </w:r>
      <w:r>
        <w:rPr>
          <w:sz w:val="20"/>
        </w:rPr>
        <w:t>1:05:52  members yani khuda ki chahta hai us ko bataiye family ko ji yeh mat kijiye ke jo family</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Handling arguments during dawah work</w:t>
      </w:r>
    </w:p>
    <w:p>
      <w:r>
        <w:rPr>
          <w:color w:val="666666"/>
          <w:sz w:val="18"/>
        </w:rPr>
        <w:t>Pillars of Western Thought October 6, 2013 · 1m 12s · at 51:20 · https://youtu.be/o4WfPvju5_M?t=3080</w:t>
      </w:r>
    </w:p>
    <w:p>
      <w:r>
        <w:rPr>
          <w:i/>
        </w:rPr>
        <w:t>“Sometimes it happens that while doing dawah work with a madhu, the madhu starts an argument. I want to know from you what should be our response and how should we handle such a situation.”</w:t>
      </w:r>
    </w:p>
    <w:p>
      <w:r>
        <w:rPr>
          <w:sz w:val="20"/>
        </w:rPr>
        <w:t>51:20  Maulana Ajmer se Dr. Safina Tabassum ne sawal kiya hai. unhon ne likha hai: "Maulana sahib, sometimes it happens that while doing dawah work with ar madhu, the madhu starts an argument.</w:t>
      </w:r>
      <w:r>
        <w:br/>
      </w:r>
      <w:r>
        <w:rPr>
          <w:sz w:val="20"/>
        </w:rPr>
        <w:t>51:35  I want to know from you what should be our response and how should be handle such a situation." i'raad</w:t>
      </w:r>
      <w:r>
        <w:br/>
      </w:r>
      <w:r>
        <w:rPr>
          <w:sz w:val="20"/>
        </w:rPr>
        <w:t>51:45  jab aap dekhen ke fareeq-e-sani jo hai, woh argument ki taraf le ja raha chahta hai aap ko, to phir i'raad kijiye, is ke liye dua kijiye, use kahiye ke bhai theek hai, aap study kijiye,</w:t>
      </w:r>
      <w:r>
        <w:br/>
      </w:r>
      <w:r>
        <w:rPr>
          <w:sz w:val="20"/>
        </w:rPr>
        <w:t>51:59  mazeed study kijiye, aur study kijiye. kabhi bhi argument mein apne ko dakhil mat kijiye.</w:t>
      </w:r>
      <w:r>
        <w:br/>
      </w:r>
      <w:r>
        <w:rPr>
          <w:sz w:val="20"/>
        </w:rPr>
        <w:t>52:06  jab tak aadmi, yani</w:t>
      </w:r>
      <w:r>
        <w:br/>
      </w:r>
      <w:r>
        <w:rPr>
          <w:sz w:val="20"/>
        </w:rPr>
        <w:t>52:12  baat kar raha hai samajhne ke andaaz mein, tab tak aap baat kijiye. ab jaise hi argument pe aa gaye mamla, to phir aap bilkul baat band kar dijiye.</w:t>
      </w:r>
      <w:r>
        <w:br/>
      </w:r>
      <w:r>
        <w:rPr>
          <w:sz w:val="20"/>
        </w:rPr>
        <w:t>52:22  use kahiye ke achha theek hai, ab aur mutala kijiye. to baat aap par khul jayegi. yeh sahi tareeqa hai.</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1"/>
      </w:pPr>
      <w:r>
        <w:t>In the lectures (20)</w:t>
      </w:r>
    </w:p>
    <w:p>
      <w:pPr>
        <w:pStyle w:val="Heading2"/>
      </w:pPr>
      <w:r>
        <w:t>Q&amp;A 04 DEC 2011 Maulana Wahiduddin Khan</w:t>
      </w:r>
    </w:p>
    <w:p>
      <w:r>
        <w:rPr>
          <w:color w:val="666666"/>
          <w:sz w:val="18"/>
        </w:rPr>
        <w:t>26:17 · https://youtu.be/KIMNmuUZoGo?t=1577</w:t>
      </w:r>
    </w:p>
    <w:p>
      <w:r>
        <w:rPr>
          <w:i/>
        </w:rPr>
        <w:t>“Because of this, my parents start shouting at me and I get really irritated and frustrated and end up doing nothing.”</w:t>
      </w:r>
    </w:p>
    <w:p>
      <w:pPr>
        <w:pStyle w:val="Heading2"/>
      </w:pPr>
      <w:r>
        <w:t>Muslims in Diaspora 9 jan 2007 (English)</w:t>
      </w:r>
    </w:p>
    <w:p>
      <w:r>
        <w:rPr>
          <w:color w:val="666666"/>
          <w:sz w:val="18"/>
        </w:rPr>
        <w:t>51:55 · https://youtu.be/oAi49l7nuOI?t=3115</w:t>
      </w:r>
    </w:p>
    <w:p>
      <w:r>
        <w:rPr>
          <w:i/>
        </w:rPr>
        <w:t>“regarding your boys. You are facing a probl”</w:t>
      </w:r>
    </w:p>
    <w:p>
      <w:pPr>
        <w:pStyle w:val="Heading2"/>
      </w:pPr>
      <w:r>
        <w:t>The Creation Plan December 09, 2018</w:t>
      </w:r>
    </w:p>
    <w:p>
      <w:r>
        <w:rPr>
          <w:color w:val="666666"/>
          <w:sz w:val="18"/>
        </w:rPr>
        <w:t>14:15 · https://youtu.be/y8tS4vW9lFI?t=855</w:t>
      </w:r>
    </w:p>
    <w:p>
      <w:r>
        <w:rPr>
          <w:i/>
        </w:rPr>
        <w:t>“کسی سے لڑائی چھڑ جائے۔”</w:t>
      </w:r>
    </w:p>
    <w:p>
      <w:pPr>
        <w:pStyle w:val="Heading2"/>
      </w:pPr>
      <w:r>
        <w:t>Dars-e-Quran June 27, 2007</w:t>
      </w:r>
    </w:p>
    <w:p>
      <w:r>
        <w:rPr>
          <w:color w:val="666666"/>
          <w:sz w:val="18"/>
        </w:rPr>
        <w:t>14:05 · https://youtu.be/6dgTjqN_UBM?t=845</w:t>
      </w:r>
    </w:p>
    <w:p>
      <w:r>
        <w:rPr>
          <w:i/>
        </w:rPr>
        <w:t>“ان میں آپس میں جھگڑا ہوتا ہے۔”</w:t>
      </w:r>
    </w:p>
    <w:p>
      <w:pPr>
        <w:pStyle w:val="Heading2"/>
      </w:pPr>
      <w:r>
        <w:t>The Concept of Doomsday in islam May 16, 2009</w:t>
      </w:r>
    </w:p>
    <w:p>
      <w:r>
        <w:rPr>
          <w:color w:val="666666"/>
          <w:sz w:val="18"/>
        </w:rPr>
        <w:t>32:40 · https://youtu.be/yPjFg8vwSLw?t=1960</w:t>
      </w:r>
    </w:p>
    <w:p>
      <w:r>
        <w:rPr>
          <w:i/>
        </w:rPr>
        <w:t>“So they were quarreling.”</w:t>
      </w:r>
    </w:p>
    <w:p>
      <w:pPr>
        <w:pStyle w:val="Heading2"/>
      </w:pPr>
      <w:r>
        <w:t>Peace of Mind June 29, 2014</w:t>
      </w:r>
    </w:p>
    <w:p>
      <w:r>
        <w:rPr>
          <w:color w:val="666666"/>
          <w:sz w:val="18"/>
        </w:rPr>
        <w:t>18:23 · https://youtu.be/oVwRc_FcAGk?t=1103</w:t>
      </w:r>
    </w:p>
    <w:p>
      <w:r>
        <w:rPr>
          <w:i/>
        </w:rPr>
        <w:t>“شکایت۔”</w:t>
      </w:r>
    </w:p>
    <w:p>
      <w:pPr>
        <w:pStyle w:val="Heading2"/>
      </w:pPr>
      <w:r>
        <w:t>The Power of Remembering God Often September 26, 2010</w:t>
      </w:r>
    </w:p>
    <w:p>
      <w:r>
        <w:rPr>
          <w:color w:val="666666"/>
          <w:sz w:val="18"/>
        </w:rPr>
        <w:t>28:49 · https://youtu.be/GMmwEr7Wt80?t=1729</w:t>
      </w:r>
    </w:p>
    <w:p>
      <w:r>
        <w:rPr>
          <w:i/>
        </w:rPr>
        <w:t>“کوئی فیملی میں اپنے شوہر بیوی کی جھگڑے کو لے کر کے شکایت میں جی رہا ہے،”</w:t>
      </w:r>
    </w:p>
    <w:p>
      <w:pPr>
        <w:pStyle w:val="Heading2"/>
      </w:pPr>
      <w:r>
        <w:t>Mumin is Like A Tree April 11, 2007</w:t>
      </w:r>
    </w:p>
    <w:p>
      <w:r>
        <w:rPr>
          <w:color w:val="666666"/>
          <w:sz w:val="18"/>
        </w:rPr>
        <w:t>54:35 · https://youtu.be/wfkqgwkgQzs?t=3275</w:t>
      </w:r>
    </w:p>
    <w:p>
      <w:r>
        <w:rPr>
          <w:i/>
        </w:rPr>
        <w:t>“سٹیپنگ اسٹون فار می۔ دیز پرابلمز ویر بلیسنگ ان ڈس گائیز فار می۔ سو از دا کیس اف مائی فیملی۔”</w:t>
      </w:r>
    </w:p>
    <w:p>
      <w:pPr>
        <w:pStyle w:val="Heading2"/>
      </w:pPr>
      <w:r>
        <w:t>The Importance of Team Work February 5, 2012</w:t>
      </w:r>
    </w:p>
    <w:p>
      <w:r>
        <w:rPr>
          <w:color w:val="666666"/>
          <w:sz w:val="18"/>
        </w:rPr>
        <w:t>11:04 · https://youtu.be/qBbwznqIqVw?t=664</w:t>
      </w:r>
    </w:p>
    <w:p>
      <w:r>
        <w:rPr>
          <w:i/>
        </w:rPr>
        <w:t>“آپس کی لڑائی ہے۔”</w:t>
      </w:r>
    </w:p>
    <w:p>
      <w:pPr>
        <w:pStyle w:val="Heading2"/>
      </w:pPr>
      <w:r>
        <w:t>Ramazan Training for Leading A Cautious Life April 24, 2020 Maulana Wahiduddin Khan</w:t>
      </w:r>
    </w:p>
    <w:p>
      <w:r>
        <w:rPr>
          <w:color w:val="666666"/>
          <w:sz w:val="18"/>
        </w:rPr>
        <w:t>18:09 · https://youtu.be/IBChjhcEDh0?t=1089</w:t>
      </w:r>
    </w:p>
    <w:p>
      <w:r>
        <w:rPr>
          <w:i/>
        </w:rPr>
        <w:t>“ان سے میرا ایک لین دین کا مسئلہ ہوا تھا۔ تو وہ مجھ سے اختلافات ہو گئے تھے،”</w:t>
      </w:r>
    </w:p>
    <w:p>
      <w:pPr>
        <w:pStyle w:val="Heading2"/>
      </w:pPr>
      <w:r>
        <w:t>Putting End to Complaints April 22, 2020 Maulana Wahiduddin Khan</w:t>
      </w:r>
    </w:p>
    <w:p>
      <w:r>
        <w:rPr>
          <w:color w:val="666666"/>
          <w:sz w:val="18"/>
        </w:rPr>
        <w:t>3:02 · https://youtu.be/jwchAfcFrkM?t=182</w:t>
      </w:r>
    </w:p>
    <w:p>
      <w:r>
        <w:rPr>
          <w:i/>
        </w:rPr>
        <w:t>“ان سے مجھے ایک شکایت تھی، بہت دنوں سے تھی۔”</w:t>
      </w:r>
    </w:p>
    <w:p>
      <w:pPr>
        <w:pStyle w:val="Heading2"/>
      </w:pPr>
      <w:r>
        <w:t>Importance of Peace August 17, 2014</w:t>
      </w:r>
    </w:p>
    <w:p>
      <w:r>
        <w:rPr>
          <w:color w:val="666666"/>
          <w:sz w:val="18"/>
        </w:rPr>
        <w:t>22:18 · https://youtu.be/ifxSwh2Jckw?t=1338</w:t>
      </w:r>
    </w:p>
    <w:p>
      <w:r>
        <w:rPr>
          <w:i/>
        </w:rPr>
        <w:t>“میری آزادی دوسرے کے لیے problem ہے۔”</w:t>
      </w:r>
    </w:p>
    <w:p>
      <w:pPr>
        <w:pStyle w:val="Heading2"/>
      </w:pPr>
      <w:r>
        <w:t>Importance of Peace August 17, 2014</w:t>
      </w:r>
    </w:p>
    <w:p>
      <w:r>
        <w:rPr>
          <w:color w:val="666666"/>
          <w:sz w:val="18"/>
        </w:rPr>
        <w:t>22:24 · https://youtu.be/ifxSwh2Jckw?t=1344</w:t>
      </w:r>
    </w:p>
    <w:p>
      <w:r>
        <w:rPr>
          <w:i/>
        </w:rPr>
        <w:t>“میری آزادی دوسرے کے لیے problem ہے۔”</w:t>
      </w:r>
    </w:p>
    <w:p>
      <w:pPr>
        <w:pStyle w:val="Heading2"/>
      </w:pPr>
      <w:r>
        <w:t>The Problem of Conditioning April 22, 2012</w:t>
      </w:r>
    </w:p>
    <w:p>
      <w:r>
        <w:rPr>
          <w:color w:val="666666"/>
          <w:sz w:val="18"/>
        </w:rPr>
        <w:t>6:22 · https://youtu.be/j-kJQzOz46g?t=382</w:t>
      </w:r>
    </w:p>
    <w:p>
      <w:r>
        <w:rPr>
          <w:i/>
        </w:rPr>
        <w:t>“میرے خلاف پولیس کیس بن گیا۔”</w:t>
      </w:r>
    </w:p>
    <w:p>
      <w:pPr>
        <w:pStyle w:val="Heading2"/>
      </w:pPr>
      <w:r>
        <w:t>Love of God October 04, 2009</w:t>
      </w:r>
    </w:p>
    <w:p>
      <w:r>
        <w:rPr>
          <w:color w:val="666666"/>
          <w:sz w:val="18"/>
        </w:rPr>
        <w:t>1:07:26 · https://youtu.be/JKCfgvpoX5s?t=4046</w:t>
      </w:r>
    </w:p>
    <w:p>
      <w:r>
        <w:rPr>
          <w:i/>
        </w:rPr>
        <w:t>“آپ کے آپ کے ماں باپ سے۔ یہ یہ کامن سینس کے خلاف ہے۔ اس طرح بتایا جیسے لڑکی جب ان گھر میں آئی تو ان کے ماں باپ سے لڑنے لگی۔”</w:t>
      </w:r>
    </w:p>
    <w:p>
      <w:pPr>
        <w:pStyle w:val="Heading2"/>
      </w:pPr>
      <w:r>
        <w:t>My Life and Experience April 8, 2007</w:t>
      </w:r>
    </w:p>
    <w:p>
      <w:r>
        <w:rPr>
          <w:color w:val="666666"/>
          <w:sz w:val="18"/>
        </w:rPr>
        <w:t>29:45 · https://youtu.be/HbJzX4PJdR8?t=1785</w:t>
      </w:r>
    </w:p>
    <w:p>
      <w:r>
        <w:rPr>
          <w:i/>
        </w:rPr>
        <w:t>“تو جب میں مدرسے سے آیا تو اب مجھے لگا کہ میرے اور ان کے درمیان ایک انٹلیکچول گیپ ہے۔ میں ان کے مائنڈ کو ایڈجسٹ نہیں کر پاتا تھا۔”</w:t>
      </w:r>
    </w:p>
    <w:p>
      <w:pPr>
        <w:pStyle w:val="Heading2"/>
      </w:pPr>
      <w:r>
        <w:t>The Fate of Muslim Ummah (English) May 03, 2014</w:t>
      </w:r>
    </w:p>
    <w:p>
      <w:r>
        <w:rPr>
          <w:color w:val="666666"/>
          <w:sz w:val="18"/>
        </w:rPr>
        <w:t>34:11 · https://youtu.be/Gu64pZtxdAA?t=2051</w:t>
      </w:r>
    </w:p>
    <w:p>
      <w:r>
        <w:rPr>
          <w:i/>
        </w:rPr>
        <w:t>“I am afraid that these people don't know the root cause. They try to arrange negotiation, dialogue.”</w:t>
      </w:r>
    </w:p>
    <w:p>
      <w:pPr>
        <w:pStyle w:val="Heading2"/>
      </w:pPr>
      <w:r>
        <w:t>Q&amp;A 04 Oct 2009, Maulana Wahiduddin Khan</w:t>
      </w:r>
    </w:p>
    <w:p>
      <w:r>
        <w:rPr>
          <w:color w:val="666666"/>
          <w:sz w:val="18"/>
        </w:rPr>
        <w:t>8:13 · https://youtu.be/xPBNozEQRJM?t=493</w:t>
      </w:r>
    </w:p>
    <w:p>
      <w:r>
        <w:rPr>
          <w:i/>
        </w:rPr>
        <w:t>“میں نے کہا یہ ممکن نہیں کہ وہ لڑکی پہنچے لڑائی لڑائی جھگڑا کرنے آپ کے آپ کے ماں باپ سے۔ یہ یہ کامن سینس کے خلاف ہے۔”</w:t>
      </w:r>
    </w:p>
    <w:p>
      <w:pPr>
        <w:pStyle w:val="Heading2"/>
      </w:pPr>
      <w:r>
        <w:t>The Belief System of Islam August 01, 2007</w:t>
      </w:r>
    </w:p>
    <w:p>
      <w:r>
        <w:rPr>
          <w:color w:val="666666"/>
          <w:sz w:val="18"/>
        </w:rPr>
        <w:t>39:04 · https://youtu.be/5pdnwRaPfmY?t=2344</w:t>
      </w:r>
    </w:p>
    <w:p>
      <w:r>
        <w:rPr>
          <w:i/>
        </w:rPr>
        <w:t>“with frustration,”</w:t>
      </w:r>
    </w:p>
    <w:p>
      <w:pPr>
        <w:pStyle w:val="Heading2"/>
      </w:pPr>
      <w:r>
        <w:t>Understanding Islam (In Conversation with Maulana) June 20, 2010 Maulana Wahidudidn Khan</w:t>
      </w:r>
    </w:p>
    <w:p>
      <w:r>
        <w:rPr>
          <w:color w:val="666666"/>
          <w:sz w:val="18"/>
        </w:rPr>
        <w:t>3:13 · https://youtu.be/7UylaPL-iO8?t=193</w:t>
      </w:r>
    </w:p>
    <w:p>
      <w:r>
        <w:rPr>
          <w:i/>
        </w:rPr>
        <w:t>“پرنسپل کی خلاف ورزی جو ہے، مجھے برداشت نہیں ہوتی۔ مجھے غصہ آتا ہے۔ تو اس وقت میں دو میں سے ایک کام کرتا ہوں۔”</w:t>
      </w:r>
    </w:p>
    <w:p>
      <w:pPr>
        <w:pStyle w:val="Heading1"/>
      </w:pPr>
      <w:r>
        <w:t>Clips (15)</w:t>
      </w:r>
    </w:p>
    <w:p>
      <w:pPr>
        <w:pStyle w:val="Heading2"/>
      </w:pPr>
      <w:r>
        <w:t>Closing call: Muslims abroad should embrace da'wah culture</w:t>
      </w:r>
    </w:p>
    <w:p>
      <w:r>
        <w:rPr>
          <w:color w:val="666666"/>
          <w:sz w:val="18"/>
        </w:rPr>
        <w:t>Muslims in Diaspora 9 jan 2007 (English) · 3m 42s · at 51:08 · https://youtu.be/oAi49l7nuOI?t=3068</w:t>
      </w:r>
    </w:p>
    <w:p>
      <w:r>
        <w:rPr>
          <w:i/>
        </w:rPr>
        <w:t>“So, I advise these Muslims in diaspora to adopt da'wah culture.”</w:t>
      </w:r>
    </w:p>
    <w:p>
      <w:r>
        <w:rPr>
          <w:sz w:val="20"/>
        </w:rPr>
        <w:t>51:08  So, I</w:t>
      </w:r>
      <w:r>
        <w:br/>
      </w:r>
      <w:r>
        <w:rPr>
          <w:sz w:val="20"/>
        </w:rPr>
        <w:t>51:12  advise these Muslims in diaspora who are living in Europe and America to adopt da'wah mission da'wah culture.</w:t>
      </w:r>
      <w:r>
        <w:br/>
      </w:r>
      <w:r>
        <w:rPr>
          <w:sz w:val="20"/>
        </w:rPr>
        <w:t>51:27  This is not</w:t>
      </w:r>
      <w:r>
        <w:br/>
      </w:r>
      <w:r>
        <w:rPr>
          <w:sz w:val="20"/>
        </w:rPr>
        <w:t>51:33  a very great, great job.</w:t>
      </w:r>
      <w:r>
        <w:br/>
      </w:r>
      <w:r>
        <w:rPr>
          <w:sz w:val="20"/>
        </w:rPr>
        <w:t>51:37  If you adopt da'wah culture if you adopt da'wah mission, you will be rewarded by Paradise. In the present world, you will find a solution</w:t>
      </w:r>
      <w:r>
        <w:br/>
      </w:r>
      <w:r>
        <w:rPr>
          <w:sz w:val="20"/>
        </w:rPr>
        <w:t>51:55  regarding your boys. You are facing a probl</w:t>
      </w:r>
      <w:r>
        <w:br/>
      </w:r>
      <w:r>
        <w:rPr>
          <w:sz w:val="20"/>
        </w:rPr>
        <w:t>52:00  em. You are facing that your boys your generation is now a problem generation. So, you will find a solution to this problem.</w:t>
      </w:r>
      <w:r>
        <w:br/>
      </w:r>
      <w:r>
        <w:rPr>
          <w:sz w:val="20"/>
        </w:rPr>
        <w:t>52:16  So, there are two-fold rewards for you two-fold rewards. One pertaining to this world and the other pertaining to the world hereafter.</w:t>
      </w:r>
      <w:r>
        <w:br/>
      </w:r>
      <w:r>
        <w:rPr>
          <w:sz w:val="20"/>
        </w:rPr>
        <w:t>52:26  In this world, you will be able to save your generation from becoming atheists or liberals or going astray.</w:t>
      </w:r>
      <w:r>
        <w:br/>
      </w:r>
      <w:r>
        <w:rPr>
          <w:sz w:val="20"/>
        </w:rPr>
        <w:t>52:37  And in the world hereafter, you will be rewarded by Paradise. Paradise is the greatest reward.</w:t>
      </w:r>
      <w:r>
        <w:br/>
      </w:r>
      <w:r>
        <w:rPr>
          <w:sz w:val="20"/>
        </w:rPr>
        <w:t>52:48  Paradise is the eternal bliss eternal happiness</w:t>
      </w:r>
      <w:r>
        <w:br/>
      </w:r>
      <w:r>
        <w:rPr>
          <w:sz w:val="20"/>
        </w:rPr>
        <w:t>52:55  eternal fulfillment. So, I will call to the Muslims in diaspora in our present world to adopt this formula.</w:t>
      </w:r>
      <w:r>
        <w:br/>
      </w:r>
      <w:r>
        <w:rPr>
          <w:sz w:val="20"/>
        </w:rPr>
        <w:t>53:13  This is the only way of salvation. This is the only way of blessing. This is the only way of success.</w:t>
      </w:r>
      <w:r>
        <w:br/>
      </w:r>
      <w:r>
        <w:rPr>
          <w:sz w:val="20"/>
        </w:rPr>
        <w:t>53:27  I think that my</w:t>
      </w:r>
      <w:r>
        <w:br/>
      </w:r>
      <w:r>
        <w:rPr>
          <w:sz w:val="20"/>
        </w:rPr>
        <w:t>53:31  call will be received positively.</w:t>
      </w:r>
      <w:r>
        <w:br/>
      </w:r>
      <w:r>
        <w:rPr>
          <w:sz w:val="20"/>
        </w:rPr>
        <w:t>53:37  I think that those Muslims living in diaspora will hear it in a positive way will respond to it in a positive way and adopt this formula that is one-man-two mission.</w:t>
      </w:r>
      <w:r>
        <w:br/>
      </w:r>
      <w:r>
        <w:rPr>
          <w:sz w:val="20"/>
        </w:rPr>
        <w:t>53:58  And this is a good tidying for them two-fold good tidying.</w:t>
      </w:r>
      <w:r>
        <w:br/>
      </w:r>
      <w:r>
        <w:rPr>
          <w:sz w:val="20"/>
        </w:rPr>
        <w:t>54:05  One, they will be able to save their generation.</w:t>
      </w:r>
      <w:r>
        <w:br/>
      </w:r>
      <w:r>
        <w:rPr>
          <w:sz w:val="20"/>
        </w:rPr>
        <w:t>54:13  And then, they will be rewarded by Paradise in the world hereafter.</w:t>
      </w:r>
      <w:r>
        <w:br/>
      </w:r>
      <w:r>
        <w:rPr>
          <w:sz w:val="20"/>
        </w:rPr>
        <w:t>54:21  May God bless you. May God help you realize this noble cause.</w:t>
      </w:r>
    </w:p>
    <w:p>
      <w:pPr>
        <w:pStyle w:val="Heading2"/>
      </w:pPr>
      <w:r>
        <w:t>hiding a known truth makes you a wrongdoer</w:t>
      </w:r>
    </w:p>
    <w:p>
      <w:r>
        <w:rPr>
          <w:color w:val="666666"/>
          <w:sz w:val="18"/>
        </w:rPr>
        <w:t>Dars-e-Quran June 27, 2007 · 2m 47s · at 12:03 · https://youtu.be/6dgTjqN_UBM?t=723</w:t>
      </w:r>
    </w:p>
    <w:p>
      <w:r>
        <w:rPr>
          <w:i/>
        </w:rPr>
        <w:t>“Is se bada zalim kaun hai jo gawahi chhupaye”</w:t>
      </w:r>
    </w:p>
    <w:p>
      <w:r>
        <w:rPr>
          <w:sz w:val="20"/>
        </w:rPr>
        <w:t>12:03  phir ayat number 140 mein farmaya wa man azlamu mimman qatama shahadatan 'indahu billah yeh hai ayat number 140 surah baqarah ki.</w:t>
      </w:r>
      <w:r>
        <w:br/>
      </w:r>
      <w:r>
        <w:rPr>
          <w:sz w:val="20"/>
        </w:rPr>
        <w:t>12:22  is</w:t>
      </w:r>
      <w:r>
        <w:br/>
      </w:r>
      <w:r>
        <w:rPr>
          <w:sz w:val="20"/>
        </w:rPr>
        <w:t>12:23  ka tarjuma yeh hai ke aur is se ziyada bara zalim kaun hai jo ek aisi gawahi ko chupaye jo ke us ke paas hai?</w:t>
      </w:r>
      <w:r>
        <w:br/>
      </w:r>
      <w:r>
        <w:rPr>
          <w:sz w:val="20"/>
        </w:rPr>
        <w:t>12:40  is se bara zalim kaun hai ke us ke paas Khuda ki ek gawahi hai aur is gawahi ko woh chupata hai?</w:t>
      </w:r>
      <w:r>
        <w:br/>
      </w:r>
      <w:r>
        <w:rPr>
          <w:sz w:val="20"/>
        </w:rPr>
        <w:t>12:50  dekhiye, yeh jo ayat hai is ke do pehlu hain. ek yeh ke rozana ki zindagi mein bar bar aisa hota hai ke aap ko ek baat maloom hoti hai.</w:t>
      </w:r>
      <w:r>
        <w:br/>
      </w:r>
      <w:r>
        <w:rPr>
          <w:sz w:val="20"/>
        </w:rPr>
        <w:t>13:09  do aadmi ya kai aadmi ke beech mein ek controversy hoti hai. wahan par sachai kya hai, woh aap ko pata hai.</w:t>
      </w:r>
      <w:r>
        <w:br/>
      </w:r>
      <w:r>
        <w:rPr>
          <w:sz w:val="20"/>
        </w:rPr>
        <w:t>13:16  to aap ko wahan par bolna hai. yani sachai ki gawahi dena hai. un logon ko batana hai ke dekho, sachai yeh hai.</w:t>
      </w:r>
      <w:r>
        <w:br/>
      </w:r>
      <w:r>
        <w:rPr>
          <w:sz w:val="20"/>
        </w:rPr>
        <w:t>13:27  to rozmarra zindagi mein bhi yeh kaam karna hai. gawahi denay wala kaam.</w:t>
      </w:r>
      <w:r>
        <w:br/>
      </w:r>
      <w:r>
        <w:rPr>
          <w:sz w:val="20"/>
        </w:rPr>
        <w:t>13:34  jis aadmi ke paas ek sachai hai, ek sach baat hai to us ke paas goya ke Khuda ki ek gawahi hai.</w:t>
      </w:r>
      <w:r>
        <w:br/>
      </w:r>
      <w:r>
        <w:rPr>
          <w:sz w:val="20"/>
        </w:rPr>
        <w:t>13:45  aur jab is ka mauqa aaye to us ko bolna hai. us ko bolna hai.</w:t>
      </w:r>
      <w:r>
        <w:br/>
      </w:r>
      <w:r>
        <w:rPr>
          <w:sz w:val="20"/>
        </w:rPr>
        <w:t>13:53  jaise do aadmi hain, miyan biwi hain, do parosi hain, do muamladar hain.</w:t>
      </w:r>
      <w:r>
        <w:br/>
      </w:r>
      <w:r>
        <w:rPr>
          <w:sz w:val="20"/>
        </w:rPr>
        <w:t>14:05  in mein aapas mein jhagda hota hai.</w:t>
      </w:r>
      <w:r>
        <w:br/>
      </w:r>
      <w:r>
        <w:rPr>
          <w:sz w:val="20"/>
        </w:rPr>
        <w:t>14:07  miyan biwi mein hota hai, parosi parosi mein hota hai, ya muamladar ke beech mein hota hai, ya qarz lene wale, qarz dene wale ke beech mein hota hai.</w:t>
      </w:r>
      <w:r>
        <w:br/>
      </w:r>
      <w:r>
        <w:rPr>
          <w:sz w:val="20"/>
        </w:rPr>
        <w:t>14:19  to wahan par aap ko agar pata hai ke Khuda ne yeh hukum diya hai, mislan yeh hukum diya hai ke har haal mein insaaf par qaim raho, to aap ko wahan bolna parega.</w:t>
      </w:r>
      <w:r>
        <w:br/>
      </w:r>
      <w:r>
        <w:rPr>
          <w:sz w:val="20"/>
        </w:rPr>
        <w:t>14:37  wahan par bolna parega ke dekho, insaaf yeh hai, insaaf yeh hai. to chahe woh ek ke khilaf jaye ya doosre ke khilaf jaye, us ki parwah nahi karna hai aap ko.</w:t>
      </w:r>
    </w:p>
    <w:p>
      <w:pPr>
        <w:pStyle w:val="Heading2"/>
      </w:pPr>
      <w:r>
        <w:t>Why the Qur'an says each community has its own worship</w:t>
      </w:r>
    </w:p>
    <w:p>
      <w:r>
        <w:rPr>
          <w:color w:val="666666"/>
          <w:sz w:val="18"/>
        </w:rPr>
        <w:t>The Concept of Doomsday in islam May 16, 2009 · 1m 39s · at 31:57 · https://youtu.be/yPjFg8vwSLw?t=1917</w:t>
      </w:r>
    </w:p>
    <w:p>
      <w:r>
        <w:rPr>
          <w:i/>
        </w:rPr>
        <w:t>“Surah Hajj says each community has its own way of worship — why?”</w:t>
      </w:r>
    </w:p>
    <w:p>
      <w:r>
        <w:rPr>
          <w:sz w:val="20"/>
        </w:rPr>
        <w:t>31:57  Maulana, Surah Hajj. One thing is we have appointed for every community ways of worship to observe.</w:t>
      </w:r>
      <w:r>
        <w:br/>
      </w:r>
      <w:r>
        <w:rPr>
          <w:sz w:val="20"/>
        </w:rPr>
        <w:t>32:08  Let them not dispute with you on the matter. Please clarify this.</w:t>
      </w:r>
      <w:r>
        <w:br/>
      </w:r>
      <w:r>
        <w:rPr>
          <w:sz w:val="20"/>
        </w:rPr>
        <w:t>32:16  There was some dispute when Islam introduced</w:t>
      </w:r>
      <w:r>
        <w:br/>
      </w:r>
      <w:r>
        <w:rPr>
          <w:sz w:val="20"/>
        </w:rPr>
        <w:t>32:27  a form of Hajj that was not prevalent in the past. So people were used to doing Hajj with the other form.</w:t>
      </w:r>
      <w:r>
        <w:br/>
      </w:r>
      <w:r>
        <w:rPr>
          <w:sz w:val="20"/>
        </w:rPr>
        <w:t>32:40  So they were quarreling.</w:t>
      </w:r>
      <w:r>
        <w:br/>
      </w:r>
      <w:r>
        <w:rPr>
          <w:sz w:val="20"/>
        </w:rPr>
        <w:t>32:44  It is not correct because they feel that their form was Ibrahimi form.</w:t>
      </w:r>
      <w:r>
        <w:br/>
      </w:r>
      <w:r>
        <w:rPr>
          <w:sz w:val="20"/>
        </w:rPr>
        <w:t>32:54  And this was innovation. So this verse means that avoid</w:t>
      </w:r>
      <w:r>
        <w:br/>
      </w:r>
      <w:r>
        <w:rPr>
          <w:sz w:val="20"/>
        </w:rPr>
        <w:t>33:04  the controversy. Because at that time, there was controversy. Now, there is no controversy.</w:t>
      </w:r>
      <w:r>
        <w:br/>
      </w:r>
      <w:r>
        <w:rPr>
          <w:sz w:val="20"/>
        </w:rPr>
        <w:t>33:12  So it was a temporary phase. It was a temporary phase. So in such a situation when people are</w:t>
      </w:r>
      <w:r>
        <w:br/>
      </w:r>
      <w:r>
        <w:rPr>
          <w:sz w:val="20"/>
        </w:rPr>
        <w:t>33:26  quarreling, so you have no option other than to avoid, to ignor</w:t>
      </w:r>
    </w:p>
    <w:p>
      <w:pPr>
        <w:pStyle w:val="Heading2"/>
      </w:pPr>
      <w:r>
        <w:t>biggest cause of tension throughout human history</w:t>
      </w:r>
    </w:p>
    <w:p>
      <w:r>
        <w:rPr>
          <w:color w:val="666666"/>
          <w:sz w:val="18"/>
        </w:rPr>
        <w:t>Peace of Mind June 29, 2014 · 24s · at 18:03 · https://youtu.be/oVwRc_FcAGk?t=1083</w:t>
      </w:r>
    </w:p>
    <w:p>
      <w:r>
        <w:rPr>
          <w:i/>
        </w:rPr>
        <w:t>“آدمی محبت بنتا کیسے ہے؟ دنیا میں سب سے بڑا سبب ٹینشن کا؟”</w:t>
      </w:r>
    </w:p>
    <w:p>
      <w:r>
        <w:rPr>
          <w:sz w:val="20"/>
        </w:rPr>
        <w:t>18:03  ab, ab main aap ko is ki thori si aur detail banana chahta hoon ke aadmi mohabbat banta kaise hai?</w:t>
      </w:r>
      <w:r>
        <w:br/>
      </w:r>
      <w:r>
        <w:rPr>
          <w:sz w:val="20"/>
        </w:rPr>
        <w:t>18:10  mohabbat aadmi banta kaise hai? dekhiye, duniya mein sab se bada sabab jo hai tension ka, kya hai?</w:t>
      </w:r>
      <w:r>
        <w:br/>
      </w:r>
      <w:r>
        <w:rPr>
          <w:sz w:val="20"/>
        </w:rPr>
        <w:t>18:23  shikayat.</w:t>
      </w:r>
    </w:p>
    <w:p>
      <w:pPr>
        <w:pStyle w:val="Heading2"/>
      </w:pPr>
      <w:r>
        <w:t>complaints are a self-made cloud that only harms you</w:t>
      </w:r>
    </w:p>
    <w:p>
      <w:r>
        <w:rPr>
          <w:color w:val="666666"/>
          <w:sz w:val="18"/>
        </w:rPr>
        <w:t>The Power of Remembering God Often September 26, 2010 · 2m 27s · at 27:39 · https://youtu.be/GMmwEr7Wt80?t=1659</w:t>
      </w:r>
    </w:p>
    <w:p>
      <w:r>
        <w:rPr>
          <w:i/>
        </w:rPr>
        <w:t>“We ourselves create a cloud between us and God”</w:t>
      </w:r>
    </w:p>
    <w:p>
      <w:r>
        <w:rPr>
          <w:sz w:val="20"/>
        </w:rPr>
        <w:t>27:39  to hum khud aik cloud create kar lete hain. jis tarah se mein ne kaha ke pichle itwar ko kai hafte se aisa tha ke badal chhaye rehte thay, suraj dikhai nahi parta tha.</w:t>
      </w:r>
      <w:r>
        <w:br/>
      </w:r>
      <w:r>
        <w:rPr>
          <w:sz w:val="20"/>
        </w:rPr>
        <w:t>27:54  ab aaj dekhiye, aaj ka taza, afsos, suraj chamka hua hai. to yeh cloud hat gaya. to aap ko is cloud ko hatana hai.</w:t>
      </w:r>
      <w:r>
        <w:br/>
      </w:r>
      <w:r>
        <w:rPr>
          <w:sz w:val="20"/>
        </w:rPr>
        <w:t>28:05  nafrat, nafrat ka cloud, hate ka cloud, talkhi ka cloud, shikayaton ka cloud. yeh shikayatein kya hain?</w:t>
      </w:r>
      <w:r>
        <w:br/>
      </w:r>
      <w:r>
        <w:rPr>
          <w:sz w:val="20"/>
        </w:rPr>
        <w:t>28:14  gharon mein bhi hoti hain, samaj mein hoti hain, poore country mein hoti hain, international politics mein hoti hain.</w:t>
      </w:r>
      <w:r>
        <w:br/>
      </w:r>
      <w:r>
        <w:rPr>
          <w:sz w:val="20"/>
        </w:rPr>
        <w:t>28:25  har jagah shikayat ke item hain.</w:t>
      </w:r>
      <w:r>
        <w:br/>
      </w:r>
      <w:r>
        <w:rPr>
          <w:sz w:val="20"/>
        </w:rPr>
        <w:t>28:30  aaj kal kya hai? logon ka haal? koi Palestine ko le kar ke Yahudiyon ke shikayat mein jee raha hai, koi Iraq ko le kar ke America ke khilaf shikayat mein jee raha hai, koi Kashmiri ko le kar ke army, Indian army ke khilaf shikayat mein jee raha hai,</w:t>
      </w:r>
      <w:r>
        <w:br/>
      </w:r>
      <w:r>
        <w:rPr>
          <w:sz w:val="20"/>
        </w:rPr>
        <w:t>28:49  koi family mein apne shohar biwi ki jhagde ko le kar ke shikayat mein jee raha hai,</w:t>
      </w:r>
      <w:r>
        <w:br/>
      </w:r>
      <w:r>
        <w:rPr>
          <w:sz w:val="20"/>
        </w:rPr>
        <w:t>28:55  koi apne parosiyon ki ko le kar ke shikayat mein jee raha hai. jis ko dekhein, shikayat, shikayat, shikayat, complain, protest, hate.</w:t>
      </w:r>
      <w:r>
        <w:br/>
      </w:r>
      <w:r>
        <w:rPr>
          <w:sz w:val="20"/>
        </w:rPr>
        <w:t>29:07  badhte badhte ban jata hai kya? violence. log yeh nahi jante ke aap kar rahe hain shikayat doosron ki, lekin nuksan kaun utha raha hai?</w:t>
      </w:r>
      <w:r>
        <w:br/>
      </w:r>
      <w:r>
        <w:rPr>
          <w:sz w:val="20"/>
        </w:rPr>
        <w:t>29:19  haan, aap khud nuksan utha rahe hain. aap khud nuksan utha rahe hain.</w:t>
      </w:r>
      <w:r>
        <w:br/>
      </w:r>
      <w:r>
        <w:rPr>
          <w:sz w:val="20"/>
        </w:rPr>
        <w:t>29:31  kaisi ajeeb mehroomi hai.</w:t>
      </w:r>
      <w:r>
        <w:br/>
      </w:r>
      <w:r>
        <w:rPr>
          <w:sz w:val="20"/>
        </w:rPr>
        <w:t>29:36  to jis aadmi ko</w:t>
      </w:r>
      <w:r>
        <w:br/>
      </w:r>
      <w:r>
        <w:rPr>
          <w:sz w:val="20"/>
        </w:rPr>
        <w:t>29:41  Khuda ki yaad mein jeena hai, us ko apne aur Khuda ke beech mein cloud hai, us ko hatana parega.</w:t>
      </w:r>
      <w:r>
        <w:br/>
      </w:r>
      <w:r>
        <w:rPr>
          <w:sz w:val="20"/>
        </w:rPr>
        <w:t>29:51  tab ja kar Khuda ki roshni aap ki taraf aayegi. tab ja kar Khuda ka inspiration aap ki taraf pahunchega.</w:t>
      </w:r>
      <w:r>
        <w:br/>
      </w:r>
      <w:r>
        <w:rPr>
          <w:sz w:val="20"/>
        </w:rPr>
        <w:t>29:59  nahi to kuch nahi. yun to kuch bhi nahi.</w:t>
      </w:r>
    </w:p>
    <w:p>
      <w:pPr>
        <w:pStyle w:val="Heading2"/>
      </w:pPr>
      <w:r>
        <w:t>Arab Spring proves: stability beats chaotic idealism</w:t>
      </w:r>
    </w:p>
    <w:p>
      <w:r>
        <w:rPr>
          <w:color w:val="666666"/>
          <w:sz w:val="18"/>
        </w:rPr>
        <w:t>The Importance of Team Work February 5, 2012 · 3m 43s · at 10:27 · https://youtu.be/qBbwznqIqVw?t=627</w:t>
      </w:r>
    </w:p>
    <w:p>
      <w:r>
        <w:rPr>
          <w:i/>
        </w:rPr>
        <w:t>“Mazlim jo mumalik hain, har mulk mein siyasat chal rahi hai hukmaranon ke khilaf”</w:t>
      </w:r>
    </w:p>
    <w:p>
      <w:r>
        <w:rPr>
          <w:sz w:val="20"/>
        </w:rPr>
        <w:t>10:27  kyunke jo bhi hukumat hai woh bil farz woh is mein bigaad hai, tab bhi stability stability to qaim hai.</w:t>
      </w:r>
      <w:r>
        <w:br/>
      </w:r>
      <w:r>
        <w:rPr>
          <w:sz w:val="20"/>
        </w:rPr>
        <w:t>10:36  political istahkam to qaim hai.</w:t>
      </w:r>
      <w:r>
        <w:br/>
      </w:r>
      <w:r>
        <w:rPr>
          <w:sz w:val="20"/>
        </w:rPr>
        <w:t>10:41  aap jin mulkon mein hangame kiye gaye, arab countries mein, jahan jahan bazahir logon ko kamyabi hasil hui.</w:t>
      </w:r>
      <w:r>
        <w:br/>
      </w:r>
      <w:r>
        <w:rPr>
          <w:sz w:val="20"/>
        </w:rPr>
        <w:t>10:50  to ab kya hai? yani pehle jo hukumat thi to ab kya hai? pehle bazahir wahan par amriat thi, ab kya hai?</w:t>
      </w:r>
      <w:r>
        <w:br/>
      </w:r>
      <w:r>
        <w:rPr>
          <w:sz w:val="20"/>
        </w:rPr>
        <w:t>11:02  fasaad hai.</w:t>
      </w:r>
      <w:r>
        <w:br/>
      </w:r>
      <w:r>
        <w:rPr>
          <w:sz w:val="20"/>
        </w:rPr>
        <w:t>11:04  aapas ki ladai hai.</w:t>
      </w:r>
      <w:r>
        <w:br/>
      </w:r>
      <w:r>
        <w:rPr>
          <w:sz w:val="20"/>
        </w:rPr>
        <w:t>11:08  khoon kharaba dobara jari hai har jagah. to kam az kam pehle stability to thi, istahkam to tha. hukmaran jaisa bhi ho, lekin istahkam to tha.</w:t>
      </w:r>
      <w:r>
        <w:br/>
      </w:r>
      <w:r>
        <w:rPr>
          <w:sz w:val="20"/>
        </w:rPr>
        <w:t>11:24  to istahkam jo hai hamare liye kya hai? lesser evil. to in hadithon ka matlab yeh hai ke zindagi mein aksar aisa hota hai ke option jo hai</w:t>
      </w:r>
      <w:r>
        <w:br/>
      </w:r>
      <w:r>
        <w:rPr>
          <w:sz w:val="20"/>
        </w:rPr>
        <w:t>11:41  right aur wrong ke darmiyan nahi hota. option jo hai woh hota hai lesser evil aur greater evil ke beech mein.</w:t>
      </w:r>
      <w:r>
        <w:br/>
      </w:r>
      <w:r>
        <w:rPr>
          <w:sz w:val="20"/>
        </w:rPr>
        <w:t>11:54  yeh kitni badi wisdom hai. aur yeh uswa e rasool hai.</w:t>
      </w:r>
      <w:r>
        <w:br/>
      </w:r>
      <w:r>
        <w:rPr>
          <w:sz w:val="20"/>
        </w:rPr>
        <w:t>12:00  uswa e rasool yeh hai.</w:t>
      </w:r>
      <w:r>
        <w:br/>
      </w:r>
      <w:r>
        <w:rPr>
          <w:sz w:val="20"/>
        </w:rPr>
        <w:t>12:07  yani Allah rasool Allah sallallahu alaihi wasallam ke jo zindagi ke jo namune hain, jo aap ke qaul se ya amal se sabit hote hain, un mein se ek bahut bada uswa ya hikmat ya wisdom yeh hai</w:t>
      </w:r>
      <w:r>
        <w:br/>
      </w:r>
      <w:r>
        <w:rPr>
          <w:sz w:val="20"/>
        </w:rPr>
        <w:t>12:22  ke jab political maidan mein siyasat ke maamle mein tumhare liye ideal government ka option mumkin na ho to stable government ka option le lo.</w:t>
      </w:r>
      <w:r>
        <w:br/>
      </w:r>
      <w:r>
        <w:rPr>
          <w:sz w:val="20"/>
        </w:rPr>
        <w:t>12:38  to kiya hog</w:t>
      </w:r>
      <w:r>
        <w:br/>
      </w:r>
      <w:r>
        <w:rPr>
          <w:sz w:val="20"/>
        </w:rPr>
        <w:t>12:39  a? kam az kam yeh hoga ke deeni sargharmiyan jaari rahen gi. madaris chalen ge, masjidें chalen gi, taleem gahen chalen gi, dawatullah ka kaam hoga.</w:t>
      </w:r>
      <w:r>
        <w:br/>
      </w:r>
      <w:r>
        <w:rPr>
          <w:sz w:val="20"/>
        </w:rPr>
        <w:t>12:56  yani sari, yani adr deen politics sari sargharmiyan jaari rahen gi. ke jab bigad hoga woh to sirf political maidan mein hoga.</w:t>
      </w:r>
      <w:r>
        <w:br/>
      </w:r>
      <w:r>
        <w:rPr>
          <w:sz w:val="20"/>
        </w:rPr>
        <w:t>13:08  baqi to hazaron maidan doosre bhi hain.</w:t>
      </w:r>
      <w:r>
        <w:br/>
      </w:r>
      <w:r>
        <w:rPr>
          <w:sz w:val="20"/>
        </w:rPr>
        <w:t>13:14  to adr deen politics sari sargharmiyan taawri andaaz mein jaari rahen gi. yeh hai is ki wisdom.</w:t>
      </w:r>
      <w:r>
        <w:br/>
      </w:r>
      <w:r>
        <w:rPr>
          <w:sz w:val="20"/>
        </w:rPr>
        <w:t>13:26  to rasool Allah ke naam par hazaron kitaben likhi gayi hain.</w:t>
      </w:r>
      <w:r>
        <w:br/>
      </w:r>
      <w:r>
        <w:rPr>
          <w:sz w:val="20"/>
        </w:rPr>
        <w:t>13:32  har saal 12 rabi ul awal ko beshumar jalsay kiye jatay hain, jashan manaye jatay hain. lekin yeh jo itna bara nuqta hai, itni bari wisdom jo rasool Allah ne batai, woh mein ne na kahin pahad ne suna, khud mujh ko discover karna pada.</w:t>
      </w:r>
      <w:r>
        <w:br/>
      </w:r>
      <w:r>
        <w:rPr>
          <w:sz w:val="20"/>
        </w:rPr>
        <w:t>13:56  to yeh hai haal hamari qaum ka.</w:t>
      </w:r>
      <w:r>
        <w:br/>
      </w:r>
      <w:r>
        <w:rPr>
          <w:sz w:val="20"/>
        </w:rPr>
        <w:t>14:01  ab mein is mozu par aata hoon jo mein ne arz kiya ke team ki ahmiyat. team kiya hai?</w:t>
      </w:r>
    </w:p>
    <w:p>
      <w:pPr>
        <w:pStyle w:val="Heading2"/>
      </w:pPr>
      <w:r>
        <w:t>Personal forgiveness story</w:t>
      </w:r>
    </w:p>
    <w:p>
      <w:r>
        <w:rPr>
          <w:color w:val="666666"/>
          <w:sz w:val="18"/>
        </w:rPr>
        <w:t>Ramazan Training for Leading A Cautious Life April 24, 2020 Maulana Wahiduddin Khan · 58s · at 18:09 · https://youtu.be/IBChjhcEDh0?t=1089</w:t>
      </w:r>
    </w:p>
    <w:p>
      <w:r>
        <w:rPr>
          <w:i/>
        </w:rPr>
        <w:t>“Unse mera lene-dene ka masla hua tha”</w:t>
      </w:r>
    </w:p>
    <w:p>
      <w:r>
        <w:rPr>
          <w:sz w:val="20"/>
        </w:rPr>
        <w:t>18:09  un se mera ek len den ka masla hua tha. to wo mujh se ikhtilafat ho gaye thay,</w:t>
      </w:r>
      <w:r>
        <w:br/>
      </w:r>
      <w:r>
        <w:rPr>
          <w:sz w:val="20"/>
        </w:rPr>
        <w:t>18:26  mein un ko ghalat samajhta tha,</w:t>
      </w:r>
      <w:r>
        <w:br/>
      </w:r>
      <w:r>
        <w:rPr>
          <w:sz w:val="20"/>
        </w:rPr>
        <w:t>18:31  kai saal se un ko ghalat samajhta tha. ghalat samajhne ki wajah se un ke baray mein mere dil mein ek negative thought tha, negative.</w:t>
      </w:r>
      <w:r>
        <w:br/>
      </w:r>
      <w:r>
        <w:rPr>
          <w:sz w:val="20"/>
        </w:rPr>
        <w:t>18:46  to kal mein ne yeh kiya</w:t>
      </w:r>
      <w:r>
        <w:br/>
      </w:r>
      <w:r>
        <w:rPr>
          <w:sz w:val="20"/>
        </w:rPr>
        <w:t>18:51  ke mein ne yeh tay kiya ke chahe ghalati meri ho ya un ki, chahe ghalati meri ho ya un ki, mein ne un ko maaf kar diya</w:t>
      </w:r>
    </w:p>
    <w:p>
      <w:pPr>
        <w:pStyle w:val="Heading2"/>
      </w:pPr>
      <w:r>
        <w:t>Personal story of unilateral complaint resolution</w:t>
      </w:r>
    </w:p>
    <w:p>
      <w:r>
        <w:rPr>
          <w:color w:val="666666"/>
          <w:sz w:val="18"/>
        </w:rPr>
        <w:t>Putting End to Complaints April 22, 2020 Maulana Wahiduddin Khan · 4m 51s · at 2:53 · https://youtu.be/jwchAfcFrkM?t=173</w:t>
      </w:r>
    </w:p>
    <w:p>
      <w:r>
        <w:rPr>
          <w:i/>
        </w:rPr>
        <w:t>“To ek sahib hain jo Dilli mein nahi hain”</w:t>
      </w:r>
    </w:p>
    <w:p>
      <w:r>
        <w:rPr>
          <w:sz w:val="20"/>
        </w:rPr>
        <w:t>2:53  to ek sahib hain jo Dilli mein nahi hain, Dilli ke bahar hain,</w:t>
      </w:r>
      <w:r>
        <w:br/>
      </w:r>
      <w:r>
        <w:rPr>
          <w:sz w:val="20"/>
        </w:rPr>
        <w:t>3:02  un se mujhe ek shikayat thi, bohat dinon se thi.</w:t>
      </w:r>
      <w:r>
        <w:br/>
      </w:r>
      <w:r>
        <w:rPr>
          <w:sz w:val="20"/>
        </w:rPr>
        <w:t>3:14  woh shikayat len den ki shikayat thi.</w:t>
      </w:r>
      <w:r>
        <w:br/>
      </w:r>
      <w:r>
        <w:rPr>
          <w:sz w:val="20"/>
        </w:rPr>
        <w:t>3:25  to shikayat ka maamla aisa hai ke agar aap shikayat ko</w:t>
      </w:r>
      <w:r>
        <w:br/>
      </w:r>
      <w:r>
        <w:rPr>
          <w:sz w:val="20"/>
        </w:rPr>
        <w:t>3:33  behas ka topic banayein to kabhi khatm nahi hoti. Kuch aap kahein, kuch doosra kahega, kuch aap kahein, kuch doosra kahega, to shikayat chalti rahegi.</w:t>
      </w:r>
      <w:r>
        <w:br/>
      </w:r>
      <w:r>
        <w:rPr>
          <w:sz w:val="20"/>
        </w:rPr>
        <w:t>3:48  yaad rakhiye, ek usool</w:t>
      </w:r>
      <w:r>
        <w:br/>
      </w:r>
      <w:r>
        <w:rPr>
          <w:sz w:val="20"/>
        </w:rPr>
        <w:t>3:51  main ne paya apni zindagi mein ke shikayat hamesha yak tarfa buniyad par khatm hoti hai, yak tarfa matlab hai related buniyad par.</w:t>
      </w:r>
      <w:r>
        <w:br/>
      </w:r>
      <w:r>
        <w:rPr>
          <w:sz w:val="20"/>
        </w:rPr>
        <w:t>4:07  to mujhe</w:t>
      </w:r>
      <w:r>
        <w:br/>
      </w:r>
      <w:r>
        <w:rPr>
          <w:sz w:val="20"/>
        </w:rPr>
        <w:t>4:09  bohat saaf shikayat thi aik sahib se, lekin maine yeh tay kiya ke main shikayat ko yak tarfa buniyad par khatm karta hoon.</w:t>
      </w:r>
      <w:r>
        <w:br/>
      </w:r>
      <w:r>
        <w:rPr>
          <w:sz w:val="20"/>
        </w:rPr>
        <w:t>4:28  ghalti kisi ki bhi ho, chahe kisi ki bhi ho, lekin meri taraf se woh khatm.</w:t>
      </w:r>
      <w:r>
        <w:br/>
      </w:r>
      <w:r>
        <w:rPr>
          <w:sz w:val="20"/>
        </w:rPr>
        <w:t>4:43  yeh aap sab ko karna hai.</w:t>
      </w:r>
      <w:r>
        <w:br/>
      </w:r>
      <w:r>
        <w:rPr>
          <w:sz w:val="20"/>
        </w:rPr>
        <w:t>4:51  mera jo masla tha, janne wale jante hain ke meri koi ghalti nahi thi is mein.</w:t>
      </w:r>
      <w:r>
        <w:br/>
      </w:r>
      <w:r>
        <w:rPr>
          <w:sz w:val="20"/>
        </w:rPr>
        <w:t>5:00  bazaahir ghalti doosre ki thi, lekin woh 40 saal se woh khatm nahi ho rahi thi.</w:t>
      </w:r>
      <w:r>
        <w:br/>
      </w:r>
      <w:r>
        <w:rPr>
          <w:sz w:val="20"/>
        </w:rPr>
        <w:t>5:15  kyunke woh yaad, yaad rakhiye, shikayat to hamesha yak tarfa buniyad par khatm hoti hai, do tarfa buniyad par nahi.</w:t>
      </w:r>
      <w:r>
        <w:br/>
      </w:r>
      <w:r>
        <w:rPr>
          <w:sz w:val="20"/>
        </w:rPr>
        <w:t>5:31  maine is usool ko lete hue yak tarfa buniyad par is shikayat ko khatm karna aur un sab ke liye khoob khoob duaein keen ke khudaaya,</w:t>
      </w:r>
      <w:r>
        <w:br/>
      </w:r>
      <w:r>
        <w:rPr>
          <w:sz w:val="20"/>
        </w:rPr>
        <w:t>5:47  agar ghalti meri ho</w:t>
      </w:r>
      <w:r>
        <w:br/>
      </w:r>
      <w:r>
        <w:rPr>
          <w:sz w:val="20"/>
        </w:rPr>
        <w:t>5:49  to mujhe maaf kar diya,</w:t>
      </w:r>
      <w:r>
        <w:br/>
      </w:r>
      <w:r>
        <w:rPr>
          <w:sz w:val="20"/>
        </w:rPr>
        <w:t>5:54  aur ghalti agar doosre ki ho to doosre ko tofeeq di ke woh bhi yahi kare. To ab mere liye maafi aur doosre ke liye dua,</w:t>
      </w:r>
      <w:r>
        <w:br/>
      </w:r>
      <w:r>
        <w:rPr>
          <w:sz w:val="20"/>
        </w:rPr>
        <w:t>6:13  yahi hum sab ko karna hai. Hum sab ko yahi karna hai.</w:t>
      </w:r>
      <w:r>
        <w:br/>
      </w:r>
      <w:r>
        <w:rPr>
          <w:sz w:val="20"/>
        </w:rPr>
        <w:t>6:25  shikayat ke muamle mein yaad rakhiye, aik hi formula hai:</w:t>
      </w:r>
      <w:r>
        <w:br/>
      </w:r>
      <w:r>
        <w:rPr>
          <w:sz w:val="20"/>
        </w:rPr>
        <w:t>6:33  mere liye, ab mere liye maafi,</w:t>
      </w:r>
      <w:r>
        <w:br/>
      </w:r>
      <w:r>
        <w:rPr>
          <w:sz w:val="20"/>
        </w:rPr>
        <w:t>6:48  aur doosre ke liye</w:t>
      </w:r>
      <w:r>
        <w:br/>
      </w:r>
      <w:r>
        <w:rPr>
          <w:sz w:val="20"/>
        </w:rPr>
        <w:t>6:55  bhool jana. To maine yeh kiya,</w:t>
      </w:r>
      <w:r>
        <w:br/>
      </w:r>
      <w:r>
        <w:rPr>
          <w:sz w:val="20"/>
        </w:rPr>
        <w:t>7:07  maine yeh kiya ke maine duaein keen, ke duaein keen ke khudaaya, agar ghalti meri ho to main yak tarfa taur par</w:t>
      </w:r>
      <w:r>
        <w:br/>
      </w:r>
      <w:r>
        <w:rPr>
          <w:sz w:val="20"/>
        </w:rPr>
        <w:t>7:27  is ko, ise bhula deta hoon, aur ghalti doosre ki hai to main un ke liye dua karta hoon ke Allah taala unhein tofeeq de.</w:t>
      </w:r>
    </w:p>
    <w:p>
      <w:pPr>
        <w:pStyle w:val="Heading2"/>
      </w:pPr>
      <w:r>
        <w:t>Freedom as false ideal: Skinner's 'we cannot afford freedom'</w:t>
      </w:r>
    </w:p>
    <w:p>
      <w:r>
        <w:rPr>
          <w:color w:val="666666"/>
          <w:sz w:val="18"/>
        </w:rPr>
        <w:t>Importance of Peace August 17, 2014 · 2m 44s · at 20:32 · https://youtu.be/ifxSwh2Jckw?t=1232</w:t>
      </w:r>
    </w:p>
    <w:p>
      <w:r>
        <w:rPr>
          <w:i/>
        </w:rPr>
        <w:t>“Yorop mein logon ne samjha freedom is the summum bonum”</w:t>
      </w:r>
    </w:p>
    <w:p>
      <w:r>
        <w:rPr>
          <w:sz w:val="20"/>
        </w:rPr>
        <w:t>20:32  europe mein</w:t>
      </w:r>
      <w:r>
        <w:br/>
      </w:r>
      <w:r>
        <w:rPr>
          <w:sz w:val="20"/>
        </w:rPr>
        <w:t>20:37  jo modern civilization aayi, is mein logon ne yeh samjha ke freedom is the summum bonum sab bari cheez azaadi hai.</w:t>
      </w:r>
      <w:r>
        <w:br/>
      </w:r>
      <w:r>
        <w:rPr>
          <w:sz w:val="20"/>
        </w:rPr>
        <w:t>20:50  ab bari azaadi kithon pohnchi?</w:t>
      </w:r>
      <w:r>
        <w:br/>
      </w:r>
      <w:r>
        <w:rPr>
          <w:sz w:val="20"/>
        </w:rPr>
        <w:t>20:52  azaadi, azaadi, azaadi.</w:t>
      </w:r>
      <w:r>
        <w:br/>
      </w:r>
      <w:r>
        <w:rPr>
          <w:sz w:val="20"/>
        </w:rPr>
        <w:t>20:58  lekin aap dekhiye, azadi ne kahan tak pahunchaya logon ko? anarki tak pahunchaya.</w:t>
      </w:r>
      <w:r>
        <w:br/>
      </w:r>
      <w:r>
        <w:rPr>
          <w:sz w:val="20"/>
        </w:rPr>
        <w:t>21:07  anarki. misaal ke taur par dekhiye, wahan marriage hoti hai aur dono fareeq kehte hain ke main aazad hoon, main jo chahoon karoon.</w:t>
      </w:r>
      <w:r>
        <w:br/>
      </w:r>
      <w:r>
        <w:rPr>
          <w:sz w:val="20"/>
        </w:rPr>
        <w:t>21:17  wo kehta hai ke main aazad hoon, main jo chahoon karoon.</w:t>
      </w:r>
      <w:r>
        <w:br/>
      </w:r>
      <w:r>
        <w:rPr>
          <w:sz w:val="20"/>
        </w:rPr>
        <w:t>21:20  to hamesha har marriage ego crash par khatam hoti hai. jahan do aadmi ikattha hue, ego crash. wo kehte hain ke main meri chalegi, wo kehta hai meri chalegi.</w:t>
      </w:r>
      <w:r>
        <w:br/>
      </w:r>
      <w:r>
        <w:rPr>
          <w:sz w:val="20"/>
        </w:rPr>
        <w:t>21:36  to America ke ek scholar ne ek kitaab likhi hai jis ka naam hai Freedom and Dignity</w:t>
      </w:r>
      <w:r>
        <w:br/>
      </w:r>
      <w:r>
        <w:rPr>
          <w:sz w:val="20"/>
        </w:rPr>
        <w:t>21:47  iska naam hai iscalar.</w:t>
      </w:r>
      <w:r>
        <w:br/>
      </w:r>
      <w:r>
        <w:rPr>
          <w:sz w:val="20"/>
        </w:rPr>
        <w:t>21:52  secular. is kitaab mein wo kehta hai ke we cannot afford freedom</w:t>
      </w:r>
      <w:r>
        <w:br/>
      </w:r>
      <w:r>
        <w:rPr>
          <w:sz w:val="20"/>
        </w:rPr>
        <w:t>22:00  we cannot afford freedom yaani insaan jo hai azadi ko afford nahi kar sakta. kyunke agar main apni azadi ko poore maanon mein apne ko aazad samajh loon ke main jo chahoon wo mujhe karna hai to social life jo hai is mein aap ek problem ban jayenge.</w:t>
      </w:r>
      <w:r>
        <w:br/>
      </w:r>
      <w:r>
        <w:rPr>
          <w:sz w:val="20"/>
        </w:rPr>
        <w:t>22:18  meri azadi doosre ke liye problem hai.</w:t>
      </w:r>
      <w:r>
        <w:br/>
      </w:r>
      <w:r>
        <w:rPr>
          <w:sz w:val="20"/>
        </w:rPr>
        <w:t>22:24  meri azadi doosre ke liye problem hai.</w:t>
      </w:r>
      <w:r>
        <w:br/>
      </w:r>
      <w:r>
        <w:rPr>
          <w:sz w:val="20"/>
        </w:rPr>
        <w:t>22:27  misaal ke taur par dekhiye, ab road par aap car le ke nikle hain. aap samjhen ke main jhe jhe daudaoon, idhar daudaoon, idhar daudaoon. to doosre tamam musafiron ke liye aap problem ban jayenge.</w:t>
      </w:r>
      <w:r>
        <w:br/>
      </w:r>
      <w:r>
        <w:rPr>
          <w:sz w:val="20"/>
        </w:rPr>
        <w:t>22:42  to unlimited freedom sab ke liye problem ban jati hai. yahan tak ke khud aadmi ke liye bhi. to freedom summum bonum nahi hai.</w:t>
      </w:r>
      <w:r>
        <w:br/>
      </w:r>
      <w:r>
        <w:rPr>
          <w:sz w:val="20"/>
        </w:rPr>
        <w:t>22:57  is professor ne apni kitaab, moti kitaab hai, is ne bohat si baatein likhi hain. is ka khulasa yeh hai ke we cannot afford freedom</w:t>
      </w:r>
      <w:r>
        <w:br/>
      </w:r>
      <w:r>
        <w:rPr>
          <w:sz w:val="20"/>
        </w:rPr>
        <w:t>23:12  insaan azadi ko afford nahi kar sakta.</w:t>
      </w:r>
    </w:p>
    <w:p>
      <w:pPr>
        <w:pStyle w:val="Heading2"/>
      </w:pPr>
      <w:r>
        <w:t>Man seeks Quranic charm to escape a murder case</w:t>
      </w:r>
    </w:p>
    <w:p>
      <w:r>
        <w:rPr>
          <w:color w:val="666666"/>
          <w:sz w:val="18"/>
        </w:rPr>
        <w:t>The Problem of Conditioning April 22, 2012 · 2m 55s · at 5:45 · https://youtu.be/j-kJQzOz46g?t=345</w:t>
      </w:r>
    </w:p>
    <w:p>
      <w:r>
        <w:rPr>
          <w:i/>
        </w:rPr>
        <w:t>“Aaj subah mere paas ek telephone aaya”</w:t>
      </w:r>
    </w:p>
    <w:p>
      <w:r>
        <w:rPr>
          <w:sz w:val="20"/>
        </w:rPr>
        <w:t>5:45  conditioning ki wajah se jo nuqsan hota hai, us ko mein batane ki koshish karunga. dekhiye, aaj subah meray pas aik telephone aaya.</w:t>
      </w:r>
      <w:r>
        <w:br/>
      </w:r>
      <w:r>
        <w:rPr>
          <w:sz w:val="20"/>
        </w:rPr>
        <w:t>5:58  aaj hi subah. ek sahab keh rahe the telephone par ke aap quran ke aalim hain to mera ek masla hai, is ko quran se hal bataiye, is ka.</w:t>
      </w:r>
      <w:r>
        <w:br/>
      </w:r>
      <w:r>
        <w:rPr>
          <w:sz w:val="20"/>
        </w:rPr>
        <w:t>6:13  unhon ne kaha ke hamare haan ek murder ka case ho gaya hai, qatl ka case. aur logon ne mujhe is mein phansaya do.</w:t>
      </w:r>
      <w:r>
        <w:br/>
      </w:r>
      <w:r>
        <w:rPr>
          <w:sz w:val="20"/>
        </w:rPr>
        <w:t>6:22  mere khilaf police case ban gaya.</w:t>
      </w:r>
      <w:r>
        <w:br/>
      </w:r>
      <w:r>
        <w:rPr>
          <w:sz w:val="20"/>
        </w:rPr>
        <w:t>6:26  to aap mujhe koi quran se aise aise amal bataiye, is ko main kar ke bach jaaun. aap jante hain ke baqayda aisi kitabein chhapi hui hain, amliyat ki,</w:t>
      </w:r>
      <w:r>
        <w:br/>
      </w:r>
      <w:r>
        <w:rPr>
          <w:sz w:val="20"/>
        </w:rPr>
        <w:t>6:40  amliyat qurani bhi chhapi hui kitab. to un ke nazdeek quran in ko aisa nuskha dega jis par amal kar ke wo amliyati ma'ne mein wo case se bach jayen.</w:t>
      </w:r>
      <w:r>
        <w:br/>
      </w:r>
      <w:r>
        <w:rPr>
          <w:sz w:val="20"/>
        </w:rPr>
        <w:t>6:58  to main ne socha ke dekhiye, musalman quran ko kis ma'ne mein lete hain? ya to wo samajhte hain ke quran tilawat ke liye hai, tilawat karo aur sawab hasil karte raho.</w:t>
      </w:r>
      <w:r>
        <w:br/>
      </w:r>
      <w:r>
        <w:rPr>
          <w:sz w:val="20"/>
        </w:rPr>
        <w:t>7:16  taraveeh ke zamane mein quran khatm kar lo aur bahut bada sawab un ko mil jayega. ya phir amliyat ke ma'ne mein.</w:t>
      </w:r>
      <w:r>
        <w:br/>
      </w:r>
      <w:r>
        <w:rPr>
          <w:sz w:val="20"/>
        </w:rPr>
        <w:t>7:28  amliyat ke ma'ne mein. yaani quran mein</w:t>
      </w:r>
      <w:r>
        <w:br/>
      </w:r>
      <w:r>
        <w:rPr>
          <w:sz w:val="20"/>
        </w:rPr>
        <w:t>7:33  ghor o fikr kar ke, tadabbur kar ke apni zindagi ka jaiza lena, ye ummat mein rawaji is ka nahi hai.</w:t>
      </w:r>
      <w:r>
        <w:br/>
      </w:r>
      <w:r>
        <w:rPr>
          <w:sz w:val="20"/>
        </w:rPr>
        <w:t>7:43  is ka rawaji ummat mein nahi hai.</w:t>
      </w:r>
      <w:r>
        <w:br/>
      </w:r>
      <w:r>
        <w:rPr>
          <w:sz w:val="20"/>
        </w:rPr>
        <w:t>7:47  abhi kal parson ek mazmoon padh raha tha main, is mein dhoom se wo likha tha unhon ne ke islam sari duniya ke masail ka hal hai.</w:t>
      </w:r>
      <w:r>
        <w:br/>
      </w:r>
      <w:r>
        <w:rPr>
          <w:sz w:val="20"/>
        </w:rPr>
        <w:t>7:57  quran sari duniya ke masail ka hal hai. to main ne socha ke quran mein to sari duniya ke masail ka hal musalmanon ko dikhai deta hai, khud apne bare mein hal dikhai nahi deta.</w:t>
      </w:r>
      <w:r>
        <w:br/>
      </w:r>
      <w:r>
        <w:rPr>
          <w:sz w:val="20"/>
        </w:rPr>
        <w:t>8:10  isi akhbar mein, isi magazine mein ye bhi chhapa hua tha musalmanon ke bare mein ke maujooda zamane mein musalman scienceon ka shikar hain, dushmanon se ghare hue hain.</w:t>
      </w:r>
      <w:r>
        <w:br/>
      </w:r>
      <w:r>
        <w:rPr>
          <w:sz w:val="20"/>
        </w:rPr>
        <w:t>8:23  isi mein aap bataiye ke musalman jo masail mein mubtala hain to is ka hal nahi quran mein hai? sare alam ke liye quran mein hal hai aur musalmanon ke masail ka hal nahi quran mein?</w:t>
      </w:r>
      <w:r>
        <w:br/>
      </w:r>
      <w:r>
        <w:rPr>
          <w:sz w:val="20"/>
        </w:rPr>
        <w:t>8:34  kaisi ajeeb soch hai.</w:t>
      </w:r>
    </w:p>
    <w:p>
      <w:pPr>
        <w:pStyle w:val="Heading2"/>
      </w:pPr>
      <w:r>
        <w:t>Joint family system leads to conflicts and divorce</w:t>
      </w:r>
    </w:p>
    <w:p>
      <w:r>
        <w:rPr>
          <w:color w:val="666666"/>
          <w:sz w:val="18"/>
        </w:rPr>
        <w:t>Q&amp;A 04 Oct 2009, Maulana Wahiduddin Khan · 3m 29s · at 6:08 · https://youtu.be/xPBNozEQRJM?t=368</w:t>
      </w:r>
    </w:p>
    <w:p>
      <w:r>
        <w:rPr>
          <w:i/>
        </w:rPr>
        <w:t>“Koi faida nahi hai. Aaj kal bohat bara myth hai”</w:t>
      </w:r>
    </w:p>
    <w:p>
      <w:r>
        <w:rPr>
          <w:sz w:val="20"/>
        </w:rPr>
        <w:t>6:08  koi faida nahi hai. aaj kal bohat bada myth hai ke jo shadi kar ke laate hain log, to kehte hain mere maa baap ki khidmat karo.</w:t>
      </w:r>
      <w:r>
        <w:br/>
      </w:r>
      <w:r>
        <w:rPr>
          <w:sz w:val="20"/>
        </w:rPr>
        <w:t>6:17  koi farz nahi hai. bahu ka yeh farz nahi hai ke saas susar ki khidmat kare. woh yaad rakhiye, is ka Islam se koi talluq nahi hai.</w:t>
      </w:r>
      <w:r>
        <w:br/>
      </w:r>
      <w:r>
        <w:rPr>
          <w:sz w:val="20"/>
        </w:rPr>
        <w:t>6:26  main pampering kar ke apne bete ko woh zehan mein daalte hain ke sab se zyada tumhari mein hoon, to beta jo hai maa ki side leta hai.</w:t>
      </w:r>
      <w:r>
        <w:br/>
      </w:r>
      <w:r>
        <w:rPr>
          <w:sz w:val="20"/>
        </w:rPr>
        <w:t>6:38  dekhein, arab mein kya tha sahaba ke zamane mein ke shadi hui aur is ke baad alag kar diya gaya.</w:t>
      </w:r>
      <w:r>
        <w:br/>
      </w:r>
      <w:r>
        <w:rPr>
          <w:sz w:val="20"/>
        </w:rPr>
        <w:t>6:45  rasool Allah Hazrat Fatima ki shadi ki, alag kar diya. to joint family hai hi Arab mein. is mein mein nahi kehta joint family galat hai, lekin Islam ka jo namona hai Arab mein, to joint family thi hi nahi wahan par.</w:t>
      </w:r>
      <w:r>
        <w:br/>
      </w:r>
      <w:r>
        <w:rPr>
          <w:sz w:val="20"/>
        </w:rPr>
        <w:t>7:03  yeh to joint family ka phenomena hai ke ek ek susar hotay hain, ek ek ek woh hoti hai, yani yani shohar ki maan baap hotay hain aur biwi se kehte hain is ki khidmat karo.</w:t>
      </w:r>
      <w:r>
        <w:br/>
      </w:r>
      <w:r>
        <w:rPr>
          <w:sz w:val="20"/>
        </w:rPr>
        <w:t>7:16  yeh to joint family ka phenomena hai. kuch nahi, Islam se koi talluq nahi samajhta is ka.</w:t>
      </w:r>
      <w:r>
        <w:br/>
      </w:r>
      <w:r>
        <w:rPr>
          <w:sz w:val="20"/>
        </w:rPr>
        <w:t>7:23  kuch nahi samajhta is ka talluq. sahi baat yeh hai ke shadi ke baad aadmi alag rahe, bas. joint family jo hai, sirf masail paida karti hai, masail.</w:t>
      </w:r>
      <w:r>
        <w:br/>
      </w:r>
      <w:r>
        <w:rPr>
          <w:sz w:val="20"/>
        </w:rPr>
        <w:t>7:38  to mein jo yahan se samjha hai, mein ne woh yahi hai ke yeh jhagray ki jar hai. jhagray ki jar yahi hai.</w:t>
      </w:r>
      <w:r>
        <w:br/>
      </w:r>
      <w:r>
        <w:rPr>
          <w:sz w:val="20"/>
        </w:rPr>
        <w:t>7:47  abhi ek sahib ki shadi hui, abhi jaldi ki baat hai, to do mahine ke baad talaq ho gayi.</w:t>
      </w:r>
      <w:r>
        <w:br/>
      </w:r>
      <w:r>
        <w:rPr>
          <w:sz w:val="20"/>
        </w:rPr>
        <w:t>7:54  to jis jis shohar ne talaq di thi, us ka mere paas telephone aaya. us ne kaha ke sahib, woh ladki jo hai bari galat thi aur aur bohat ghussa karti thi aur larai karti thi, is liye mein ne talaq de di.</w:t>
      </w:r>
      <w:r>
        <w:br/>
      </w:r>
      <w:r>
        <w:rPr>
          <w:sz w:val="20"/>
        </w:rPr>
        <w:t>8:06  mein ne kaha tum jhoot bolte ho. mujhe kuch pata nahi tha. kuch pata nahi tha mujhe. mein ne kaha tum jhoot bolte ho.</w:t>
      </w:r>
      <w:r>
        <w:br/>
      </w:r>
      <w:r>
        <w:rPr>
          <w:sz w:val="20"/>
        </w:rPr>
        <w:t>8:13  mein ne kaha yeh mumkin nahi ke woh ladki pohanchay larai larai jhagda karne aap ke aap ke maan baap se. yeh yeh common sense ke khilaf hai.</w:t>
      </w:r>
      <w:r>
        <w:br/>
      </w:r>
      <w:r>
        <w:rPr>
          <w:sz w:val="20"/>
        </w:rPr>
        <w:t>8:24  is tarah bataya jaise ladki jab un ghar mein aayi to un ke maan baap se larne lagi.</w:t>
      </w:r>
      <w:r>
        <w:br/>
      </w:r>
      <w:r>
        <w:rPr>
          <w:sz w:val="20"/>
        </w:rPr>
        <w:t>8:30  common sense ke khilaf hai. aap jhoot bolte hain. aap mein ne kaha tha ke common sense ke aap jo talaq diya, ek pagal pan kiya aap ne. mein ne kaha ke dekhein, yeh sab reaction mein hota hai.</w:t>
      </w:r>
      <w:r>
        <w:br/>
      </w:r>
      <w:r>
        <w:rPr>
          <w:sz w:val="20"/>
        </w:rPr>
        <w:t>8:42  biwi gayi hogi aap ke ghar, to maan baap chahte honge khidmat karein, ghar ka kaam karein. to ab us ne kaha kuch kaha hoga, yeh nahi, woh nahi.</w:t>
      </w:r>
      <w:r>
        <w:br/>
      </w:r>
      <w:r>
        <w:rPr>
          <w:sz w:val="20"/>
        </w:rPr>
        <w:t>8:51  to aap ne kuch kaha hoga, unhon ne kaha hoga. to yeh yeh bilateral hota hai.</w:t>
      </w:r>
      <w:r>
        <w:br/>
      </w:r>
      <w:r>
        <w:rPr>
          <w:sz w:val="20"/>
        </w:rPr>
        <w:t>8:58  to mein ne kaha ke aap ko abhi pata hi nahi ke ke cheezein jo hain bilateral hoti hain. aur talaq de diya aap ne.</w:t>
      </w:r>
      <w:r>
        <w:br/>
      </w:r>
      <w:r>
        <w:rPr>
          <w:sz w:val="20"/>
        </w:rPr>
        <w:t>9:06  to mein ne kaha aap yeh pagal pan kaam kiya. to khair lambi baat cheet hui telephone par. unhon ne khud iqrar kiya ke as I was I was blind then.</w:t>
      </w:r>
      <w:r>
        <w:br/>
      </w:r>
      <w:r>
        <w:rPr>
          <w:sz w:val="20"/>
        </w:rPr>
        <w:t>9:16  I was mind.</w:t>
      </w:r>
      <w:r>
        <w:br/>
      </w:r>
      <w:r>
        <w:rPr>
          <w:sz w:val="20"/>
        </w:rPr>
        <w:t>9:18  to woh kaha ab kya ho sakta hai? mein ne kaha ab kya ho sakta hai? aap ab jo teen talaq de rakhi hai, ab to asan nahi hai muamla. ab to baharhal mein samajhta hoon ke joint family system jo hai, koi achi baat nahi hai.</w:t>
      </w:r>
      <w:r>
        <w:br/>
      </w:r>
      <w:r>
        <w:rPr>
          <w:sz w:val="20"/>
        </w:rPr>
        <w:t>9:32  logon ko shadi karna chahiye aur logon ko alag alag rehna chahiye.</w:t>
      </w:r>
    </w:p>
    <w:p>
      <w:pPr>
        <w:pStyle w:val="Heading2"/>
      </w:pPr>
      <w:r>
        <w:t>Maulana's anger at principle violation</w:t>
      </w:r>
    </w:p>
    <w:p>
      <w:r>
        <w:rPr>
          <w:color w:val="666666"/>
          <w:sz w:val="18"/>
        </w:rPr>
        <w:t>Understanding Islam (In Conversation with Maulana) June 20, 2010 Maulana Wahidudidn Khan · 35s · at 3:03 · https://youtu.be/7UylaPL-iO8?t=183</w:t>
      </w:r>
    </w:p>
    <w:p>
      <w:r>
        <w:rPr>
          <w:i/>
        </w:rPr>
        <w:t>“Mujhe ghusa aata hai jab aadmi principal ke khilaf kare”</w:t>
      </w:r>
    </w:p>
    <w:p>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p>
      <w:pPr>
        <w:pStyle w:val="Heading2"/>
      </w:pPr>
      <w:r>
        <w:t>Partition leaders accepted truncated outcomes for Kashmir</w:t>
      </w:r>
    </w:p>
    <w:p>
      <w:r>
        <w:rPr>
          <w:color w:val="666666"/>
          <w:sz w:val="18"/>
        </w:rPr>
        <w:t>Respectful Settlement August 19, 2007 · 5m 28s · at 13:52 · https://youtu.be/y9rTlBkoP6I?t=832</w:t>
      </w:r>
    </w:p>
    <w:p>
      <w:r>
        <w:rPr>
          <w:i/>
        </w:rPr>
        <w:t>“Ab main aap ko misaal deta hoon partition ke waqt”</w:t>
      </w:r>
    </w:p>
    <w:p>
      <w:r>
        <w:rPr>
          <w:sz w:val="20"/>
        </w:rPr>
        <w:t>13:52  ab main aap ko misaal deta hoon partition ke waqt. Teen party thi, Britishers aur Congress aur Muslim League jis ke leader the Mr. Muhammad Ali Jinnah.</w:t>
      </w:r>
      <w:r>
        <w:br/>
      </w:r>
      <w:r>
        <w:rPr>
          <w:sz w:val="20"/>
        </w:rPr>
        <w:t>14:10  aap ko maloom hai ke jab Mr. Muhammad Ali Jinnah ka jo dream tha us mein jo Pakistan tha un ke zehan mein is mein poora Punjab tha.</w:t>
      </w:r>
      <w:r>
        <w:br/>
      </w:r>
      <w:r>
        <w:rPr>
          <w:sz w:val="20"/>
        </w:rPr>
        <w:t>14:21  poore punjab ko le kar ke pakistan banana tha unhein aur poore bangal ko le kar ke east pakistan. yaani poore bangal, poora bangal jo tha woh east pakistan mein shamil tha un ke dream mein.</w:t>
      </w:r>
      <w:r>
        <w:br/>
      </w:r>
      <w:r>
        <w:rPr>
          <w:sz w:val="20"/>
        </w:rPr>
        <w:t>14:34  aur poora punjab jo tha woh shamil tha west pakistan ke. to zahir hai ke aap jante hain ke mila nahin. bangal bhi bat gaya, punjab bhi bat gaya.</w:t>
      </w:r>
      <w:r>
        <w:br/>
      </w:r>
      <w:r>
        <w:rPr>
          <w:sz w:val="20"/>
        </w:rPr>
        <w:t>14:47  to mr muhammad ali jinnah ne kaha tha partition ke baad ke mujh ko truncated pakistan mila hai. yaani kata phata pakistan.</w:t>
      </w:r>
      <w:r>
        <w:br/>
      </w:r>
      <w:r>
        <w:rPr>
          <w:sz w:val="20"/>
        </w:rPr>
        <w:t>14:58  truncated pakistan. zahir hai ke less than ideal tha woh. woh respectful kahan se tha woh?</w:t>
      </w:r>
      <w:r>
        <w:br/>
      </w:r>
      <w:r>
        <w:rPr>
          <w:sz w:val="20"/>
        </w:rPr>
        <w:t>15:09  to disrespectful formulay par razi hona pada mr muhammad ali jinnah ko warna partition na hota. agar woh are rehte ke mujhe poora bangal do, mujhe poora punjab do.</w:t>
      </w:r>
      <w:r>
        <w:br/>
      </w:r>
      <w:r>
        <w:rPr>
          <w:sz w:val="20"/>
        </w:rPr>
        <w:t>15:22  to zahir hai ke partition na hota, kuch bhi na hota. to mr muhammad ali jinnah ko respectful formulay par nahin pakistan mila, disrespectful formulay par pakistan mila.</w:t>
      </w:r>
      <w:r>
        <w:br/>
      </w:r>
      <w:r>
        <w:rPr>
          <w:sz w:val="20"/>
        </w:rPr>
        <w:t>15:37  unhon ne khud yeh keh kar is ka mana ke mujhe truncated pakistan mila hai. ab dekhiye ke mahatma gandhi ko kya mila? un ko bhi truncated bharat mila.</w:t>
      </w:r>
      <w:r>
        <w:br/>
      </w:r>
      <w:r>
        <w:rPr>
          <w:sz w:val="20"/>
        </w:rPr>
        <w:t>15:50  truncated india. is liye ke gandhi ne kaha tha ke partition meri laash par hoga. batwara meri laash par hoga.</w:t>
      </w:r>
      <w:r>
        <w:br/>
      </w:r>
      <w:r>
        <w:rPr>
          <w:sz w:val="20"/>
        </w:rPr>
        <w:t>16:01  yaani main batwara kabhi bhi nahin manunga desh ka. kyunke aap jante hain ke maan liya unhon ne. maan liya unhon ne.</w:t>
      </w:r>
      <w:r>
        <w:br/>
      </w:r>
      <w:r>
        <w:rPr>
          <w:sz w:val="20"/>
        </w:rPr>
        <w:t>16:11  idhar idhar east pakistan bana jo bangladesh kaha jata hai. idhar west pakistan bana jo ab pakistan kaha jata hai. to woh ab gandhi ko bhi truncated india mila.</w:t>
      </w:r>
      <w:r>
        <w:br/>
      </w:r>
      <w:r>
        <w:rPr>
          <w:sz w:val="20"/>
        </w:rPr>
        <w:t>16:24  aap ghor kijiye. mahatma gandhi ko bhi truncated india mila.</w:t>
      </w:r>
      <w:r>
        <w:br/>
      </w:r>
      <w:r>
        <w:rPr>
          <w:sz w:val="20"/>
        </w:rPr>
        <w:t>16:32  ab britishers ko dekhiye. britishers abhi bohat dinon tak rule karna chahte the india par. apna british empire jo un ka tha un ke khwab mein tha ke british empire abhi bohat din tak rahega.</w:t>
      </w:r>
      <w:r>
        <w:br/>
      </w:r>
      <w:r>
        <w:rPr>
          <w:sz w:val="20"/>
        </w:rPr>
        <w:t>16:45  aur aap ko maloom hai ke jo rashtrapati bhavan hai. rashtrapati bhavan jo hai us waqt kaha jata tha viceroy ka lodge.</w:t>
      </w:r>
      <w:r>
        <w:br/>
      </w:r>
      <w:r>
        <w:rPr>
          <w:sz w:val="20"/>
        </w:rPr>
        <w:t>16:56  yaani british viceroy ka woh woh tha. us ki jagah thi rehne ki. to nineteen thirty-one mein is ka inauguration hua tha.</w:t>
      </w:r>
      <w:r>
        <w:br/>
      </w:r>
      <w:r>
        <w:rPr>
          <w:sz w:val="20"/>
        </w:rPr>
        <w:t>17:11  nineteen thirty-one mein. is ke sirf solace saal baad unhein india ko azaad karna pada. nineteen thirty-one mein aaya tha us zamane mein france ka aik leader, bara leader.</w:t>
      </w:r>
      <w:r>
        <w:br/>
      </w:r>
      <w:r>
        <w:rPr>
          <w:sz w:val="20"/>
        </w:rPr>
        <w:t>17:29  aur laqadak dekha us ne. viceroy ka lodge hai aur parliament house hai. north block aur south block yeh poori duniya jo banai thi britishers ne.</w:t>
      </w:r>
      <w:r>
        <w:br/>
      </w:r>
      <w:r>
        <w:rPr>
          <w:sz w:val="20"/>
        </w:rPr>
        <w:t>17:41  to us ko dekha us ne to us ne kaha tha us waqt bohat hi mudabir aadmi tha, bohat bohat hi zyada. to us ne kaha ke "what a magnificent world they built to le</w:t>
      </w:r>
      <w:r>
        <w:br/>
      </w:r>
      <w:r>
        <w:rPr>
          <w:sz w:val="20"/>
        </w:rPr>
        <w:t>17:52  ave!"</w:t>
      </w:r>
      <w:r>
        <w:br/>
      </w:r>
      <w:r>
        <w:rPr>
          <w:sz w:val="20"/>
        </w:rPr>
        <w:t>17:57  kisi shandar duniya unhon ne banai hai sirf is liye ke woh us ko aik din chhod kar chale jayen. to future ko isi tarah dekh liya tha us ne.</w:t>
      </w:r>
      <w:r>
        <w:br/>
      </w:r>
      <w:r>
        <w:rPr>
          <w:sz w:val="20"/>
        </w:rPr>
        <w:t>18:07  britishers ne baad ko dekha. to ghraz yeh ke britishers ke mind mein jo tha woh woh bhi bohat bara empire abhi bohat din tak chalne wala tha.</w:t>
      </w:r>
      <w:r>
        <w:br/>
      </w:r>
      <w:r>
        <w:rPr>
          <w:sz w:val="20"/>
        </w:rPr>
        <w:t>18:17  to un ko bhi truncated empire mila. truncated empire. un ka jo empire tha woh katha satth gaya, chhota sa reh gaya.</w:t>
      </w:r>
      <w:r>
        <w:br/>
      </w:r>
      <w:r>
        <w:rPr>
          <w:sz w:val="20"/>
        </w:rPr>
        <w:t>18:28  ab ghor kijiye ke britishers ko mila truncated empire. mahatma gandhi ko mila truncated india. mr muhammad ali jinnah ko mila truncated pakistan.</w:t>
      </w:r>
      <w:r>
        <w:br/>
      </w:r>
      <w:r>
        <w:rPr>
          <w:sz w:val="20"/>
        </w:rPr>
        <w:t>18:41  to main ne kaha un se ke aap un se bhi powerful hain? kya kashmir ke log jo hain britishers se zyada powerful hain?</w:t>
      </w:r>
      <w:r>
        <w:br/>
      </w:r>
      <w:r>
        <w:rPr>
          <w:sz w:val="20"/>
        </w:rPr>
        <w:t>18:50  mahatma gandhi se zyada powerful hain? mr muhammad ali jinnah se zyada powerful hain? to woh log to disrespectful settlement par razi hue.</w:t>
      </w:r>
      <w:r>
        <w:br/>
      </w:r>
      <w:r>
        <w:rPr>
          <w:sz w:val="20"/>
        </w:rPr>
        <w:t>19:01  aur aap kehte hain ke mujhe respectful settlement chahiye. They are against the law of nature.</w:t>
      </w:r>
      <w:r>
        <w:br/>
      </w:r>
      <w:r>
        <w:rPr>
          <w:sz w:val="20"/>
        </w:rPr>
        <w:t>19:11  to yeh yeh kabhi hone wala nahi hai. Aap ko raazi hona chahiye is jo status quo hai kashmir mein is par raazi huiye.</w:t>
      </w:r>
    </w:p>
    <w:p>
      <w:pPr>
        <w:pStyle w:val="Heading2"/>
      </w:pPr>
      <w:r>
        <w:t>A mother in America begging: save our children from leaving Islam</w:t>
      </w:r>
    </w:p>
    <w:p>
      <w:r>
        <w:rPr>
          <w:color w:val="666666"/>
          <w:sz w:val="18"/>
        </w:rPr>
        <w:t>Is Islam in Danger, January 10, 2007 · 2m 28s · at 32:21 · https://youtu.be/1vrUjeA7508?t=1941</w:t>
      </w:r>
    </w:p>
    <w:p>
      <w:r>
        <w:rPr>
          <w:i/>
        </w:rPr>
        <w:t>“ایک بار میں امریکہ میں تھا”</w:t>
      </w:r>
    </w:p>
    <w:p>
      <w:r>
        <w:rPr>
          <w:sz w:val="20"/>
        </w:rPr>
        <w:t>32:21  to ek baar main america mein tha. to wahan par ek bohat. ek sanatkar the, ek musalman.</w:t>
      </w:r>
      <w:r>
        <w:br/>
      </w:r>
      <w:r>
        <w:rPr>
          <w:sz w:val="20"/>
        </w:rPr>
        <w:t>32:34  jo hijrat kar ke wahan gaye, wahan base. aur un ki computer industry hai bohat bari. to un ke haan meri sham ko unhon ne dinner par bulaya tha aur bhi kai log the.</w:t>
      </w:r>
      <w:r>
        <w:br/>
      </w:r>
      <w:r>
        <w:rPr>
          <w:sz w:val="20"/>
        </w:rPr>
        <w:t>32:49  to dinner ke baad mujh se kaha gaya ke begum sahib aap se milna chahti hain. yani jo industry ke jo malik the un ki biwi.</w:t>
      </w:r>
      <w:r>
        <w:br/>
      </w:r>
      <w:r>
        <w:rPr>
          <w:sz w:val="20"/>
        </w:rPr>
        <w:t>33:03  un ka bohat bara ghar tha.</w:t>
      </w:r>
      <w:r>
        <w:br/>
      </w:r>
      <w:r>
        <w:rPr>
          <w:sz w:val="20"/>
        </w:rPr>
        <w:t>33:07  to ek kamre mein mujhe le jaya gaya. wahan begum sahib aayeen. to wahan main tha aur woh tha bas do aadmi.</w:t>
      </w:r>
      <w:r>
        <w:br/>
      </w:r>
      <w:r>
        <w:rPr>
          <w:sz w:val="20"/>
        </w:rPr>
        <w:t>33:19  to main samajhta tha ke woh mujh se kuch poochegi. kuch un ko sawalat honge. islam ke bare mein kuch un ko mujh se janna hoga.</w:t>
      </w:r>
      <w:r>
        <w:br/>
      </w:r>
      <w:r>
        <w:rPr>
          <w:sz w:val="20"/>
        </w:rPr>
        <w:t>33:30  lekin jante hain hua kya? jab woh aayeen aur kursi par baithin to ek dam rone lagin. rone lagin bilkul.</w:t>
      </w:r>
      <w:r>
        <w:br/>
      </w:r>
      <w:r>
        <w:rPr>
          <w:sz w:val="20"/>
        </w:rPr>
        <w:t>33:44  unki awaz jaise band ho gayi ho, munh se bol na nikalti ho.</w:t>
      </w:r>
      <w:r>
        <w:br/>
      </w:r>
      <w:r>
        <w:rPr>
          <w:sz w:val="20"/>
        </w:rPr>
        <w:t>33:50  to rote rote phir unhon ne kaha ke Maulana sahib.</w:t>
      </w:r>
      <w:r>
        <w:br/>
      </w:r>
      <w:r>
        <w:rPr>
          <w:sz w:val="20"/>
        </w:rPr>
        <w:t>33:57  bachchon ko</w:t>
      </w:r>
      <w:r>
        <w:br/>
      </w:r>
      <w:r>
        <w:rPr>
          <w:sz w:val="20"/>
        </w:rPr>
        <w:t>34:03  bachaiye. hamare bachche islam se door chale gaye. hamare bachchon ko bachaiye.</w:t>
      </w:r>
      <w:r>
        <w:br/>
      </w:r>
      <w:r>
        <w:rPr>
          <w:sz w:val="20"/>
        </w:rPr>
        <w:t>34:21  bas ek kahawat chali gayi. dua kijiye. haan un ka keh dua kijiye. hamare bachchon ke liye dua kijiye ke woh phir deen ki taraf loot aayen.</w:t>
      </w:r>
      <w:r>
        <w:br/>
      </w:r>
      <w:r>
        <w:rPr>
          <w:sz w:val="20"/>
        </w:rPr>
        <w:t>34:34  is tarah ka mere saath bar bar hua hai. bar bar. jahan bhi main jata hoon. jitne walidain hain.</w:t>
      </w:r>
      <w:r>
        <w:br/>
      </w:r>
      <w:r>
        <w:rPr>
          <w:sz w:val="20"/>
        </w:rPr>
        <w:t>34:44  woh apne bachchon ke bare mein yahi shikayat karte 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