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Edison</w:t>
      </w:r>
    </w:p>
    <w:p>
      <w:r>
        <w:rPr>
          <w:sz w:val="18"/>
        </w:rPr>
        <w:t>Q&amp;A, lecture moments and clips · full transcripts with timestamps · exported 2026-09-21</w:t>
      </w:r>
    </w:p>
    <w:p>
      <w:pPr>
        <w:pStyle w:val="Heading1"/>
      </w:pPr>
      <w:r>
        <w:t>Maulana was asked (0)</w:t>
      </w:r>
    </w:p>
    <w:p>
      <w:pPr>
        <w:pStyle w:val="Heading1"/>
      </w:pPr>
      <w:r>
        <w:t>In the lectures (5)</w:t>
      </w:r>
    </w:p>
    <w:p>
      <w:pPr>
        <w:pStyle w:val="Heading2"/>
      </w:pPr>
      <w:r>
        <w:t>Problem of Suffering | October 29, 2007</w:t>
      </w:r>
    </w:p>
    <w:p>
      <w:r>
        <w:rPr>
          <w:color w:val="666666"/>
          <w:sz w:val="18"/>
        </w:rPr>
        <w:t>37:36 · https://youtu.be/6dOZdfipjXQ?t=2256</w:t>
      </w:r>
    </w:p>
    <w:p>
      <w:r>
        <w:rPr>
          <w:i/>
        </w:rPr>
        <w:t>“ایک Example لیجیے آپ۔ کچھ بچے پیدا ہوتے ہیں جو پیدائشی طور پر کچھ Disabled ہوتے ہیں۔ ان میں کوئی کمی ہوتی ہے۔ اب اس کو لے کر Philosopher کیا کہتے ہیں؟ کہ دیکھو بھئی Disabled بچے پیدا ہوئے۔ یہ کیا ہے؟ یہ بھی Wrong Angle سے دیکھنا۔ میں آپ کو Example دیتا ہوں Edison کی۔ Thomas Alva ”</w:t>
      </w:r>
    </w:p>
    <w:p>
      <w:pPr>
        <w:pStyle w:val="Heading2"/>
      </w:pPr>
      <w:r>
        <w:t>Problem of Suffering | October 29, 2007</w:t>
      </w:r>
    </w:p>
    <w:p>
      <w:r>
        <w:rPr>
          <w:color w:val="666666"/>
          <w:sz w:val="18"/>
        </w:rPr>
        <w:t>38:08 · https://youtu.be/6dOZdfipjXQ?t=2288</w:t>
      </w:r>
    </w:p>
    <w:p>
      <w:r>
        <w:rPr>
          <w:i/>
        </w:rPr>
        <w:t>“Thomas Alva Edison جو ہے وہ Invention کی History میں سب سے بڑا Scientist مانا جاتا ہے۔ اکیلے اس ایک انسان نے ایک ہزار سے زیادہ Invention کیا۔ ایک ہزار سے زیادہ۔ Thomas Alva Edison۔ American Scientist۔ اب دیکھیے، اسکول میں اس کو Admit کیا گیا اور اس کے Teacher نے اس کو”</w:t>
      </w:r>
    </w:p>
    <w:p>
      <w:pPr>
        <w:pStyle w:val="Heading2"/>
      </w:pPr>
      <w:r>
        <w:t>Problem of Suffering | October 29, 2007</w:t>
      </w:r>
    </w:p>
    <w:p>
      <w:r>
        <w:rPr>
          <w:color w:val="666666"/>
          <w:sz w:val="18"/>
        </w:rPr>
        <w:t>41:12 · https://youtu.be/6dOZdfipjXQ?t=2472</w:t>
      </w:r>
    </w:p>
    <w:p>
      <w:r>
        <w:rPr>
          <w:i/>
        </w:rPr>
        <w:t>“یعنی Edison نے کہ That was for me that was a boon۔ یعنی Impaired Hearing جو تھی میرے لیے Blessing تھی۔ وہ کیسے؟ My Impaired Hearing saved me from distraction۔ So I was able to engage myself completely in my work”</w:t>
      </w:r>
    </w:p>
    <w:p>
      <w:pPr>
        <w:pStyle w:val="Heading2"/>
      </w:pPr>
      <w:r>
        <w:t>Problem of Suffering | October 29, 2007</w:t>
      </w:r>
    </w:p>
    <w:p>
      <w:r>
        <w:rPr>
          <w:color w:val="666666"/>
          <w:sz w:val="18"/>
        </w:rPr>
        <w:t>42:44 · https://youtu.be/6dOZdfipjXQ?t=2564</w:t>
      </w:r>
    </w:p>
    <w:p>
      <w:r>
        <w:rPr>
          <w:i/>
        </w:rPr>
        <w:t>“تو اسی کو میں کہہ رہا ہوں کہ آپ چیزوں کو اگر Wrong Angle سے دیکھیں گے تو بہت چیزیں غلط معلوم ہوں گی۔ Right Angle سے دیکھیں گے تو صحیح معلوم ہوں گی۔ تو خود اسی نے، یعنی Edison نے یہ کہا کہ Impaired Hearing میری، میرا جو بہرا پن ہے، اس نے میری زندگی میں بہت بڑا Positive Role کیا۔ ک”</w:t>
      </w:r>
    </w:p>
    <w:p>
      <w:pPr>
        <w:pStyle w:val="Heading2"/>
      </w:pPr>
      <w:r>
        <w:t>God, Man and Paradise April 22, 2007</w:t>
      </w:r>
    </w:p>
    <w:p>
      <w:r>
        <w:rPr>
          <w:color w:val="666666"/>
          <w:sz w:val="18"/>
        </w:rPr>
        <w:t>1:24:49 · https://youtu.be/dJ7Hp3i_nkA?t=5089</w:t>
      </w:r>
    </w:p>
    <w:p>
      <w:r>
        <w:rPr>
          <w:i/>
        </w:rPr>
        <w:t>“انسان کے بس میں نہیں ہے۔ میں سمجھتا ہوں کہ invention جو بولتے ہیں کہ Edison جو تھا، وہ سب سے بڑا inventor تھا، یہ غلط ہے میری رائے میں۔”</w:t>
      </w:r>
    </w:p>
    <w:p>
      <w:pPr>
        <w:pStyle w:val="Heading1"/>
      </w:pPr>
      <w:r>
        <w:t>Clips (12)</w:t>
      </w:r>
    </w:p>
    <w:p>
      <w:pPr>
        <w:pStyle w:val="Heading2"/>
      </w:pPr>
      <w:r>
        <w:t>Edison's disability turned into blessing</w:t>
      </w:r>
    </w:p>
    <w:p>
      <w:r>
        <w:rPr>
          <w:color w:val="666666"/>
          <w:sz w:val="18"/>
        </w:rPr>
        <w:t>Problem of Suffering | October 29, 2007 · 3m 35s · at 38:08 · https://youtu.be/6dOZdfipjXQ?t=2288</w:t>
      </w:r>
    </w:p>
    <w:p>
      <w:r>
        <w:rPr>
          <w:i/>
        </w:rPr>
        <w:t>“Thomas Alva Edison was the greatest inventor”</w:t>
      </w:r>
    </w:p>
    <w:p>
      <w:r>
        <w:rPr>
          <w:sz w:val="20"/>
        </w:rPr>
        <w:t>38:08  Thomas Alva Edison jo hai woh Invention ki History mein sab se bara Scientist maana jaata hai.</w:t>
      </w:r>
      <w:r>
        <w:br/>
      </w:r>
      <w:r>
        <w:rPr>
          <w:sz w:val="20"/>
        </w:rPr>
        <w:t>38:14  akele is ek insaan ne ek hazar se zyada Invention kiya.</w:t>
      </w:r>
      <w:r>
        <w:br/>
      </w:r>
      <w:r>
        <w:rPr>
          <w:sz w:val="20"/>
        </w:rPr>
        <w:t>38:20  ek hazar se zyada.</w:t>
      </w:r>
      <w:r>
        <w:br/>
      </w:r>
      <w:r>
        <w:rPr>
          <w:sz w:val="20"/>
        </w:rPr>
        <w:t>38:26  Thomas Alva Edison. American Scientist.</w:t>
      </w:r>
      <w:r>
        <w:br/>
      </w:r>
      <w:r>
        <w:rPr>
          <w:sz w:val="20"/>
        </w:rPr>
        <w:t>38:32  ab dekhiye, school mein is ko Admit kiya gaya aur us ke Teacher ne is ko</w:t>
      </w:r>
      <w:r>
        <w:br/>
      </w:r>
      <w:r>
        <w:rPr>
          <w:sz w:val="20"/>
        </w:rPr>
        <w:t>38:38  nikal diya. school se nikal diya. aur phir kahin is ko phir admission nahi mila. kyun? Teacher ne is ko Declare kar diya tha ke yeh woh hai. parhne qabil nahi hai. Retarded hai. yani Retarded Student ke taur par is ko nikal diya. wajah kya thi? ke class mein jab baithta tha woh to Te</w:t>
      </w:r>
      <w:r>
        <w:br/>
      </w:r>
      <w:r>
        <w:rPr>
          <w:sz w:val="20"/>
        </w:rPr>
        <w:t>39:08  acher ki baton ko woh poori tarah se sun nahin pata tha.</w:t>
      </w:r>
      <w:r>
        <w:br/>
      </w:r>
      <w:r>
        <w:rPr>
          <w:sz w:val="20"/>
        </w:rPr>
        <w:t>39:13  تو وہ سمجھا کہ یہ retarded ہے، اس کو عقل کم ہے، سمجھتا نہیں باتوں کو، باتوں کو</w:t>
      </w:r>
      <w:r>
        <w:br/>
      </w:r>
      <w:r>
        <w:rPr>
          <w:sz w:val="20"/>
        </w:rPr>
        <w:t>39:17  پکڑتا نہیں، grasp نہیں اس کے اندر ہے۔</w:t>
      </w:r>
      <w:r>
        <w:br/>
      </w:r>
      <w:r>
        <w:rPr>
          <w:sz w:val="20"/>
        </w:rPr>
        <w:t>39:22  to nikaal diya.</w:t>
      </w:r>
      <w:r>
        <w:br/>
      </w:r>
      <w:r>
        <w:rPr>
          <w:sz w:val="20"/>
        </w:rPr>
        <w:t>39:26  lekin dekhiye is ke baad kya hota hai? Is ki maa jo ek retired Teacher thi, us ko</w:t>
      </w:r>
      <w:r>
        <w:br/>
      </w:r>
      <w:r>
        <w:rPr>
          <w:sz w:val="20"/>
        </w:rPr>
        <w:t>39:31  bete se pyaar tha zahir hai.</w:t>
      </w:r>
      <w:r>
        <w:br/>
      </w:r>
      <w:r>
        <w:rPr>
          <w:sz w:val="20"/>
        </w:rPr>
        <w:t>39:35  to us ne socha.</w:t>
      </w:r>
      <w:r>
        <w:br/>
      </w:r>
      <w:r>
        <w:rPr>
          <w:sz w:val="20"/>
        </w:rPr>
        <w:t>39:40  تو سوچتے سوچتے وہاں پہنچی کہ یہ retarded، میرا بچہ retarded نہیں ہے۔</w:t>
      </w:r>
      <w:r>
        <w:br/>
      </w:r>
      <w:r>
        <w:rPr>
          <w:sz w:val="20"/>
        </w:rPr>
        <w:t>39:43  yeh Impaired Hearing ka shikaar hai.</w:t>
      </w:r>
      <w:r>
        <w:br/>
      </w:r>
      <w:r>
        <w:rPr>
          <w:sz w:val="20"/>
        </w:rPr>
        <w:t>39:47  Impaired Hearing ka matlab kam sunna.</w:t>
      </w:r>
      <w:r>
        <w:br/>
      </w:r>
      <w:r>
        <w:rPr>
          <w:sz w:val="20"/>
        </w:rPr>
        <w:t>39:51  poora poora Deaf to nahin tha woh.</w:t>
      </w:r>
      <w:r>
        <w:br/>
      </w:r>
      <w:r>
        <w:rPr>
          <w:sz w:val="20"/>
        </w:rPr>
        <w:t>39:55  Deaf to woh hai jo bilkul behra ho jaye.</w:t>
      </w:r>
      <w:r>
        <w:br/>
      </w:r>
      <w:r>
        <w:rPr>
          <w:sz w:val="20"/>
        </w:rPr>
        <w:t>39:59  to ek dum behra to nahin tha woh lekin Impaired Hearing ka shikaar tha.</w:t>
      </w:r>
      <w:r>
        <w:br/>
      </w:r>
      <w:r>
        <w:rPr>
          <w:sz w:val="20"/>
        </w:rPr>
        <w:t>40:02  kam sunta tha woh.</w:t>
      </w:r>
      <w:r>
        <w:br/>
      </w:r>
      <w:r>
        <w:rPr>
          <w:sz w:val="20"/>
        </w:rPr>
        <w:t>40:06  to maa ne us ko ghar mein parhana shuru</w:t>
      </w:r>
      <w:r>
        <w:br/>
      </w:r>
      <w:r>
        <w:rPr>
          <w:sz w:val="20"/>
        </w:rPr>
        <w:t>40:10  kya.</w:t>
      </w:r>
      <w:r>
        <w:br/>
      </w:r>
      <w:r>
        <w:rPr>
          <w:sz w:val="20"/>
        </w:rPr>
        <w:t>40:14  itna hi karna pada, is ko zyada zor se bolti thi maan.</w:t>
      </w:r>
      <w:r>
        <w:br/>
      </w:r>
      <w:r>
        <w:rPr>
          <w:sz w:val="20"/>
        </w:rPr>
        <w:t>40:19  Teacher bolta tha Normal aawaz se aur maan ko is ke kaan ke paas zyada zor se bolna pada.</w:t>
      </w:r>
      <w:r>
        <w:br/>
      </w:r>
      <w:r>
        <w:rPr>
          <w:sz w:val="20"/>
        </w:rPr>
        <w:t>40:23  to ghar mein sari is ki parhai hui.</w:t>
      </w:r>
      <w:r>
        <w:br/>
      </w:r>
      <w:r>
        <w:rPr>
          <w:sz w:val="20"/>
        </w:rPr>
        <w:t>40:27  kisi school mein nahi parha is ne.</w:t>
      </w:r>
      <w:r>
        <w:br/>
      </w:r>
      <w:r>
        <w:rPr>
          <w:sz w:val="20"/>
        </w:rPr>
        <w:t>40:32  kisi college mein is ne nahi parha is ne.</w:t>
      </w:r>
      <w:r>
        <w:br/>
      </w:r>
      <w:r>
        <w:rPr>
          <w:sz w:val="20"/>
        </w:rPr>
        <w:t>40:36  kisi university ki degree is ke paas nahi thi.</w:t>
      </w:r>
      <w:r>
        <w:br/>
      </w:r>
      <w:r>
        <w:rPr>
          <w:sz w:val="20"/>
        </w:rPr>
        <w:t>40:40  lekin wo dunya ka aik aik Top Scientist bana.</w:t>
      </w:r>
      <w:r>
        <w:br/>
      </w:r>
      <w:r>
        <w:rPr>
          <w:sz w:val="20"/>
        </w:rPr>
        <w:t>40:46  aur bohat si cheezein, Electronics ka jo saman hai sab isi ne Invent kiya.</w:t>
      </w:r>
      <w:r>
        <w:br/>
      </w:r>
      <w:r>
        <w:rPr>
          <w:sz w:val="20"/>
        </w:rPr>
        <w:t>40:51  bijli ka saman, Electronics ka saman.</w:t>
      </w:r>
      <w:r>
        <w:br/>
      </w:r>
      <w:r>
        <w:rPr>
          <w:sz w:val="20"/>
        </w:rPr>
        <w:t>40:56  gharz yeh ke bohat cheezein, aik hazar se zyada is ki Inventions hain.</w:t>
      </w:r>
      <w:r>
        <w:br/>
      </w:r>
      <w:r>
        <w:rPr>
          <w:sz w:val="20"/>
        </w:rPr>
        <w:t>41:01  ab jo is ka jo is ki jo kami thi, yani is ka jo bahra pan tha is</w:t>
      </w:r>
      <w:r>
        <w:br/>
      </w:r>
      <w:r>
        <w:rPr>
          <w:sz w:val="20"/>
        </w:rPr>
        <w:t>41:06  ka, to baat ko is ne kaha,</w:t>
      </w:r>
      <w:r>
        <w:br/>
      </w:r>
      <w:r>
        <w:rPr>
          <w:sz w:val="20"/>
        </w:rPr>
        <w:t>41:12  یعنی Edison نے کہ That was for me that was a boon.</w:t>
      </w:r>
      <w:r>
        <w:br/>
      </w:r>
      <w:r>
        <w:rPr>
          <w:sz w:val="20"/>
        </w:rPr>
        <w:t>41:20  yani Impaired Hearing jo thi mere liye Blessing thi.</w:t>
      </w:r>
      <w:r>
        <w:br/>
      </w:r>
      <w:r>
        <w:rPr>
          <w:sz w:val="20"/>
        </w:rPr>
        <w:t>41:28  وہ کیسے؟ My impaired hearing saved me from distraction.</w:t>
      </w:r>
      <w:r>
        <w:br/>
      </w:r>
      <w:r>
        <w:rPr>
          <w:sz w:val="20"/>
        </w:rPr>
        <w:t>41:36  So I was able to engage myself completely in my work</w:t>
      </w:r>
    </w:p>
    <w:p>
      <w:pPr>
        <w:pStyle w:val="Heading2"/>
      </w:pPr>
      <w:r>
        <w:t>only God creates; scientists merely discover</w:t>
      </w:r>
    </w:p>
    <w:p>
      <w:r>
        <w:rPr>
          <w:color w:val="666666"/>
          <w:sz w:val="18"/>
        </w:rPr>
        <w:t>God, Man and Paradise April 22, 2007 · 2m 09s · at 1:23:47 · https://youtu.be/dJ7Hp3i_nkA?t=5027</w:t>
      </w:r>
    </w:p>
    <w:p>
      <w:r>
        <w:rPr>
          <w:i/>
        </w:rPr>
        <w:t>“Main yeh manta hoon ke koi bhi inventor nahi hua hai, sab discoverer huay hain”</w:t>
      </w:r>
    </w:p>
    <w:p>
      <w:r>
        <w:rPr>
          <w:sz w:val="20"/>
        </w:rPr>
        <w:t>1:23:47  Hmm. Dekhiye, main yeh manta hoon ke do word alag alag hain: invention aur discovery. Invention aur discovery.</w:t>
      </w:r>
      <w:r>
        <w:br/>
      </w:r>
      <w:r>
        <w:rPr>
          <w:sz w:val="20"/>
        </w:rPr>
        <w:t>1:24:00  Yaani creator ko bolte hain shayad wahi invention ke maane mein. Is sense mein. To main yeh manta hoon ke koi bhi inventor nahi hua hai.</w:t>
      </w:r>
      <w:r>
        <w:br/>
      </w:r>
      <w:r>
        <w:rPr>
          <w:sz w:val="20"/>
        </w:rPr>
        <w:t>1:24:11  Sab discoverer hue hain. Jitne bhi scientists hain, woh jo kuch unhone diya hai duniya ko, woh invention nahi tha unka.</w:t>
      </w:r>
      <w:r>
        <w:br/>
      </w:r>
      <w:r>
        <w:rPr>
          <w:sz w:val="20"/>
        </w:rPr>
        <w:t>1:24:21  Invent ka matlab hota hai ek cheez jo na ho, us ko aap ne produce kiya. To yeh to sirf Khuda kar sakta hai.</w:t>
      </w:r>
      <w:r>
        <w:br/>
      </w:r>
      <w:r>
        <w:rPr>
          <w:sz w:val="20"/>
        </w:rPr>
        <w:t>1:24:30  Nahi se hai karna, yeh sirf Khuda ke bas mein hai. Koi scientist, aap dekhiye, yeh maan liya gaya hai science mein ke poori universe mein koi scientist na to kisi ek particle ko ghata sakta, na ek particle ko badha sakta.</w:t>
      </w:r>
      <w:r>
        <w:br/>
      </w:r>
      <w:r>
        <w:rPr>
          <w:sz w:val="20"/>
        </w:rPr>
        <w:t>1:24:49  Insaan ke bas mein nahi hai. Main samajhta hoon ke invention jo bolte hain ke Edison jo tha, woh sab se bara inventor tha, yeh galat hai meri rai mein.</w:t>
      </w:r>
      <w:r>
        <w:br/>
      </w:r>
      <w:r>
        <w:rPr>
          <w:sz w:val="20"/>
        </w:rPr>
        <w:t>1:25:00  Un ke hoti hai jo discovery hoti hai, yaani already nature mein kuch cheezein pehle se maujood hain. Ya nature mein yeh hai ke pani ko aap garam karein to steam power ban jayega, woh molecule jo hai disintegrate hone lagenge.</w:t>
      </w:r>
      <w:r>
        <w:br/>
      </w:r>
      <w:r>
        <w:rPr>
          <w:sz w:val="20"/>
        </w:rPr>
        <w:t>1:25:16  Yeh invention nahi kaha jayega. Yeh kaha jayega discovery. To koi bhi cheez jaye, camera ho ya mobile ho, rail ho, hawai jahaz ho, woh sab invention nahi hain.</w:t>
      </w:r>
      <w:r>
        <w:br/>
      </w:r>
      <w:r>
        <w:rPr>
          <w:sz w:val="20"/>
        </w:rPr>
        <w:t>1:25:27  Woh hain discovery.</w:t>
      </w:r>
      <w:r>
        <w:br/>
      </w:r>
      <w:r>
        <w:rPr>
          <w:sz w:val="20"/>
        </w:rPr>
        <w:t>1:25:30  To creation ka word agar aap bolte hain invention ke maane mein, to main galat manunga us ko. Kyun ke insaan koi cheez create nahi kar sakta.</w:t>
      </w:r>
      <w:r>
        <w:br/>
      </w:r>
      <w:r>
        <w:rPr>
          <w:sz w:val="20"/>
        </w:rPr>
        <w:t>1:25:40  Insaan sirf discovery karta hai. Discovery kya hai? Khuda ne already nature mein bohat sari cheezein rakh di hain. Potentially.</w:t>
      </w:r>
      <w:r>
        <w:br/>
      </w:r>
      <w:r>
        <w:rPr>
          <w:sz w:val="20"/>
        </w:rPr>
        <w:t>1:25:50  Is potential ko discover kar ke aap actual banate hain, yeh hai scientist ka kaam.</w:t>
      </w:r>
    </w:p>
    <w:p>
      <w:pPr>
        <w:pStyle w:val="Heading2"/>
      </w:pPr>
      <w:r>
        <w:t>No degree needed for greatness — Edison had none</w:t>
      </w:r>
    </w:p>
    <w:p>
      <w:r>
        <w:rPr>
          <w:color w:val="666666"/>
          <w:sz w:val="18"/>
        </w:rPr>
        <w:t>The Purpose of Existence September9, 2012 · 1m 00s · at 1:42:33 · https://youtu.be/GB_OC-LeGCE?t=6153</w:t>
      </w:r>
    </w:p>
    <w:p>
      <w:r>
        <w:rPr>
          <w:i/>
        </w:rPr>
        <w:t>“Thomas Edison ka koi degree nahi thi”</w:t>
      </w:r>
    </w:p>
    <w:p>
      <w:r>
        <w:rPr>
          <w:sz w:val="20"/>
        </w:rPr>
        <w:t>1:42:33  yeh school ka certificate nahi, koi degree nahi. yeh sab koi workaround nahi hain. mein mein kuch bhi nahi. aap yani well there is a way, there is a way.</w:t>
      </w:r>
      <w:r>
        <w:br/>
      </w:r>
      <w:r>
        <w:rPr>
          <w:sz w:val="20"/>
        </w:rPr>
        <w:t>1:42:47  agar aap ki sach much khwahish hai to phir rasta khulta chala jayega aap ke liye. well deira zae wal, deira zae wae ko arab mein kehte hain mujaddid ka wajood.</w:t>
      </w:r>
      <w:r>
        <w:br/>
      </w:r>
      <w:r>
        <w:rPr>
          <w:sz w:val="20"/>
        </w:rPr>
        <w:t>1:43:00  mujaddid ka wajood</w:t>
      </w:r>
      <w:r>
        <w:br/>
      </w:r>
      <w:r>
        <w:rPr>
          <w:sz w:val="20"/>
        </w:rPr>
        <w:t>1:43:03  jo koshish karega, woh payega.</w:t>
      </w:r>
    </w:p>
    <w:p>
      <w:pPr>
        <w:pStyle w:val="Heading2"/>
      </w:pPr>
      <w:r>
        <w:t>Edison's mother instilled the spirit of work</w:t>
      </w:r>
    </w:p>
    <w:p>
      <w:r>
        <w:rPr>
          <w:color w:val="666666"/>
          <w:sz w:val="18"/>
        </w:rPr>
        <w:t>The Status of Women in Islam (English) February 28, 2007 Maulana Wahiduddin Khan · 2m 16s · at 9:57 · https://youtu.be/pSLnXzYImXo?t=597</w:t>
      </w:r>
    </w:p>
    <w:p>
      <w:r>
        <w:rPr>
          <w:i/>
        </w:rPr>
        <w:t>“Then what happened? The mother of Edison took charge”</w:t>
      </w:r>
    </w:p>
    <w:p>
      <w:r>
        <w:rPr>
          <w:sz w:val="20"/>
        </w:rPr>
        <w:t>9:57  then what happened? the mother of edison, her name was nancy,</w:t>
      </w:r>
      <w:r>
        <w:br/>
      </w:r>
      <w:r>
        <w:rPr>
          <w:sz w:val="20"/>
        </w:rPr>
        <w:t>10:11  took the charge. she decided to teach her son.</w:t>
      </w:r>
      <w:r>
        <w:br/>
      </w:r>
      <w:r>
        <w:rPr>
          <w:sz w:val="20"/>
        </w:rPr>
        <w:t>10:23  nancy inculcated</w:t>
      </w:r>
      <w:r>
        <w:br/>
      </w:r>
      <w:r>
        <w:rPr>
          <w:sz w:val="20"/>
        </w:rPr>
        <w:t>10:28  the spirit of work</w:t>
      </w:r>
      <w:r>
        <w:br/>
      </w:r>
      <w:r>
        <w:rPr>
          <w:sz w:val="20"/>
        </w:rPr>
        <w:t>10:32  in them, in Edison. Word, it was a feeling, a feeling of self-confidence.</w:t>
      </w:r>
      <w:r>
        <w:br/>
      </w:r>
      <w:r>
        <w:rPr>
          <w:sz w:val="20"/>
        </w:rPr>
        <w:t>10:46  an feeling self confidence.</w:t>
      </w:r>
      <w:r>
        <w:br/>
      </w:r>
      <w:r>
        <w:rPr>
          <w:sz w:val="20"/>
        </w:rPr>
        <w:t>10:50  so nancy,</w:t>
      </w:r>
      <w:r>
        <w:br/>
      </w:r>
      <w:r>
        <w:rPr>
          <w:sz w:val="20"/>
        </w:rPr>
        <w:t>10:59  nancy incalckated the spirit of self confidence in her son.</w:t>
      </w:r>
      <w:r>
        <w:br/>
      </w:r>
      <w:r>
        <w:rPr>
          <w:sz w:val="20"/>
        </w:rPr>
        <w:t>11:12  Aldous Addison failed to find admission in school, but her mother successfully established her home as a school.</w:t>
      </w:r>
      <w:r>
        <w:br/>
      </w:r>
      <w:r>
        <w:rPr>
          <w:sz w:val="20"/>
        </w:rPr>
        <w:t>11:31  and after great labor, Edison emerged as a greatest, one of the greatest scientist.</w:t>
      </w:r>
      <w:r>
        <w:br/>
      </w:r>
      <w:r>
        <w:rPr>
          <w:sz w:val="20"/>
        </w:rPr>
        <w:t>11:44  he was able to invent more than one thousand items in electronics, in electricity, in telephone.</w:t>
      </w:r>
      <w:r>
        <w:br/>
      </w:r>
      <w:r>
        <w:rPr>
          <w:sz w:val="20"/>
        </w:rPr>
        <w:t>11:57  Edison was able to invent more than one thousand items in electronics, in electricity, in telephone, in communication.</w:t>
      </w:r>
    </w:p>
    <w:p>
      <w:pPr>
        <w:pStyle w:val="Heading2"/>
      </w:pPr>
      <w:r>
        <w:t>Edison story: mother's belief overcame school failure</w:t>
      </w:r>
    </w:p>
    <w:p>
      <w:r>
        <w:rPr>
          <w:color w:val="666666"/>
          <w:sz w:val="18"/>
        </w:rPr>
        <w:t>The Status of Women in Islam (English) February 28, 2007 Maulana Wahiduddin Khan · 5m 21s · at 8:14 · https://youtu.be/pSLnXzYImXo?t=494</w:t>
      </w:r>
    </w:p>
    <w:p>
      <w:r>
        <w:rPr>
          <w:i/>
        </w:rPr>
        <w:t>“In America, there was a great scientist”</w:t>
      </w:r>
    </w:p>
    <w:p>
      <w:r>
        <w:rPr>
          <w:sz w:val="20"/>
        </w:rPr>
        <w:t>8:14  workplace, but more important is to inculcate spirit of work among them. here i would like to give an example, a historical example.</w:t>
      </w:r>
      <w:r>
        <w:br/>
      </w:r>
      <w:r>
        <w:rPr>
          <w:sz w:val="20"/>
        </w:rPr>
        <w:t>8:29  you know, in america, there was a great scientist. his name is thomas alva edison.</w:t>
      </w:r>
      <w:r>
        <w:br/>
      </w:r>
      <w:r>
        <w:rPr>
          <w:sz w:val="20"/>
        </w:rPr>
        <w:t>8:38  he died in 1931. it is well known that thomas alva edison was</w:t>
      </w:r>
      <w:r>
        <w:br/>
      </w:r>
      <w:r>
        <w:rPr>
          <w:sz w:val="20"/>
        </w:rPr>
        <w:t>8:56  failure in education.</w:t>
      </w:r>
      <w:r>
        <w:br/>
      </w:r>
      <w:r>
        <w:rPr>
          <w:sz w:val="20"/>
        </w:rPr>
        <w:t>9:02  he failed to complete his schooling because his teacher found him retarded.</w:t>
      </w:r>
      <w:r>
        <w:br/>
      </w:r>
      <w:r>
        <w:rPr>
          <w:sz w:val="20"/>
        </w:rPr>
        <w:t>9:13  the teacher of thomas alva edison found him retarded</w:t>
      </w:r>
      <w:r>
        <w:br/>
      </w:r>
      <w:r>
        <w:rPr>
          <w:sz w:val="20"/>
        </w:rPr>
        <w:t>9:20  . so he refused to give him,</w:t>
      </w:r>
      <w:r>
        <w:br/>
      </w:r>
      <w:r>
        <w:rPr>
          <w:sz w:val="20"/>
        </w:rPr>
        <w:t>9:31  refused to admit him in his school.</w:t>
      </w:r>
      <w:r>
        <w:br/>
      </w:r>
      <w:r>
        <w:rPr>
          <w:sz w:val="20"/>
        </w:rPr>
        <w:t>9:38  so thomas alva edison failed to complete his schooling.</w:t>
      </w:r>
      <w:r>
        <w:br/>
      </w:r>
      <w:r>
        <w:rPr>
          <w:sz w:val="20"/>
        </w:rPr>
        <w:t>9:48  in this sense, he was an educated person.</w:t>
      </w:r>
      <w:r>
        <w:br/>
      </w:r>
      <w:r>
        <w:rPr>
          <w:sz w:val="20"/>
        </w:rPr>
        <w:t>9:57  then what happened? the mother of edison, her name was nancy,</w:t>
      </w:r>
      <w:r>
        <w:br/>
      </w:r>
      <w:r>
        <w:rPr>
          <w:sz w:val="20"/>
        </w:rPr>
        <w:t>10:11  took the charge. she decided to teach her son.</w:t>
      </w:r>
      <w:r>
        <w:br/>
      </w:r>
      <w:r>
        <w:rPr>
          <w:sz w:val="20"/>
        </w:rPr>
        <w:t>10:23  nancy inculcated</w:t>
      </w:r>
      <w:r>
        <w:br/>
      </w:r>
      <w:r>
        <w:rPr>
          <w:sz w:val="20"/>
        </w:rPr>
        <w:t>10:28  the spirit of work</w:t>
      </w:r>
      <w:r>
        <w:br/>
      </w:r>
      <w:r>
        <w:rPr>
          <w:sz w:val="20"/>
        </w:rPr>
        <w:t>10:32  in them, in Edison. Word, it was a feeling, a feeling of self-confidence.</w:t>
      </w:r>
      <w:r>
        <w:br/>
      </w:r>
      <w:r>
        <w:rPr>
          <w:sz w:val="20"/>
        </w:rPr>
        <w:t>10:46  an feeling self confidence.</w:t>
      </w:r>
      <w:r>
        <w:br/>
      </w:r>
      <w:r>
        <w:rPr>
          <w:sz w:val="20"/>
        </w:rPr>
        <w:t>10:50  so nancy,</w:t>
      </w:r>
      <w:r>
        <w:br/>
      </w:r>
      <w:r>
        <w:rPr>
          <w:sz w:val="20"/>
        </w:rPr>
        <w:t>10:59  nancy incalckated the spirit of self confidence in her son.</w:t>
      </w:r>
      <w:r>
        <w:br/>
      </w:r>
      <w:r>
        <w:rPr>
          <w:sz w:val="20"/>
        </w:rPr>
        <w:t>11:12  Aldous Addison failed to find admission in school, but her mother successfully established her home as a school.</w:t>
      </w:r>
      <w:r>
        <w:br/>
      </w:r>
      <w:r>
        <w:rPr>
          <w:sz w:val="20"/>
        </w:rPr>
        <w:t>11:31  and after great labor, Edison emerged as a greatest, one of the greatest scientist.</w:t>
      </w:r>
      <w:r>
        <w:br/>
      </w:r>
      <w:r>
        <w:rPr>
          <w:sz w:val="20"/>
        </w:rPr>
        <w:t>11:44  he was able to invent more than one thousand items in electronics, in electricity, in telephone.</w:t>
      </w:r>
      <w:r>
        <w:br/>
      </w:r>
      <w:r>
        <w:rPr>
          <w:sz w:val="20"/>
        </w:rPr>
        <w:t>11:57  Edison was able to invent more than one thousand items in electronics, in electricity, in telephone, in communication.</w:t>
      </w:r>
      <w:r>
        <w:br/>
      </w:r>
      <w:r>
        <w:rPr>
          <w:sz w:val="20"/>
        </w:rPr>
        <w:t>12:14  so work place is not important. most important thing is spirit to work, will to work.</w:t>
      </w:r>
      <w:r>
        <w:br/>
      </w:r>
      <w:r>
        <w:rPr>
          <w:sz w:val="20"/>
        </w:rPr>
        <w:t>12:31  so nancy, the mother of addison, establish a school at her home</w:t>
      </w:r>
      <w:r>
        <w:br/>
      </w:r>
      <w:r>
        <w:rPr>
          <w:sz w:val="20"/>
        </w:rPr>
        <w:t>12:43  . her home became a school. and she educated her son. she incalckated the spirit of work in her son.</w:t>
      </w:r>
      <w:r>
        <w:br/>
      </w:r>
      <w:r>
        <w:rPr>
          <w:sz w:val="20"/>
        </w:rPr>
        <w:t>12:54  and the result was breakless. the result was breakless. so it is not work place that is important.</w:t>
      </w:r>
      <w:r>
        <w:br/>
      </w:r>
      <w:r>
        <w:rPr>
          <w:sz w:val="20"/>
        </w:rPr>
        <w:t>13:04  it is the most important thing is spirit of work.</w:t>
      </w:r>
      <w:r>
        <w:br/>
      </w:r>
      <w:r>
        <w:rPr>
          <w:sz w:val="20"/>
        </w:rPr>
        <w:t>13:15  spirit of work, will to work. so we have to incalckate this spirit among all men, as well as among women, both.</w:t>
      </w:r>
    </w:p>
    <w:p>
      <w:pPr>
        <w:pStyle w:val="Heading2"/>
      </w:pPr>
      <w:r>
        <w:t>Edison never finished school yet invented endlessly</w:t>
      </w:r>
    </w:p>
    <w:p>
      <w:r>
        <w:rPr>
          <w:color w:val="666666"/>
          <w:sz w:val="18"/>
        </w:rPr>
        <w:t>The Secret of Success June 26, 2008 Maulana Wahiduddin Khan · 32s · at 8:31 · https://youtu.be/_vqfB9XcpPs?t=511</w:t>
      </w:r>
    </w:p>
    <w:p>
      <w:r>
        <w:rPr>
          <w:i/>
        </w:rPr>
        <w:t>“تھامس الوا ایڈیشن کی اسکولنگ بھی پوری نہیں ہوئی تھی”</w:t>
      </w:r>
    </w:p>
    <w:p>
      <w:r>
        <w:rPr>
          <w:sz w:val="20"/>
        </w:rPr>
        <w:t>8:31  iss dedication ki wajah say woh bari success tak pohanchay. aap jantay hain kay Thomas Alva Edison aik scientist tha, us ki to schooling bhi poori nahi hui thi.</w:t>
      </w:r>
      <w:r>
        <w:br/>
      </w:r>
      <w:r>
        <w:rPr>
          <w:sz w:val="20"/>
        </w:rPr>
        <w:t>8:48  schooling bhi poori nahi hui thi us ki. lekin us nay aik hazar say ziada cheezain invent kayn.</w:t>
      </w:r>
      <w:r>
        <w:br/>
      </w:r>
      <w:r>
        <w:rPr>
          <w:sz w:val="20"/>
        </w:rPr>
        <w:t>8:58  raat din, raat din kaam karta tha woh.</w:t>
      </w:r>
    </w:p>
    <w:p>
      <w:pPr>
        <w:pStyle w:val="Heading2"/>
      </w:pPr>
      <w:r>
        <w:t>Ambani, Edison, and the real criterion of success</w:t>
      </w:r>
    </w:p>
    <w:p>
      <w:r>
        <w:rPr>
          <w:color w:val="666666"/>
          <w:sz w:val="18"/>
        </w:rPr>
        <w:t>The Secret of Success June 26, 2008 Maulana Wahiduddin Khan · 3m 42s · at 5:53 · https://youtu.be/_vqfB9XcpPs?t=353</w:t>
      </w:r>
    </w:p>
    <w:p>
      <w:r>
        <w:rPr>
          <w:i/>
        </w:rPr>
        <w:t>“ہمارے દેશ میں مسٹر امبانی بہت بڑے انڈسٹریز بنے”</w:t>
      </w:r>
    </w:p>
    <w:p>
      <w:r>
        <w:rPr>
          <w:sz w:val="20"/>
        </w:rPr>
        <w:t>5:53  hamare mulk mein aap jante hain ke Mr. Ambani bohat bade industries bane, top ke industries bane woh.</w:t>
      </w:r>
      <w:r>
        <w:br/>
      </w:r>
      <w:r>
        <w:rPr>
          <w:sz w:val="20"/>
        </w:rPr>
        <w:t>6:07  lekin aap jante hain ke woh sirf high school pass the, bas high school, i school, high school se aage un ki koi education nahi thi.</w:t>
      </w:r>
      <w:r>
        <w:br/>
      </w:r>
      <w:r>
        <w:rPr>
          <w:sz w:val="20"/>
        </w:rPr>
        <w:t>6:18  lekin bohat top ki success un ko mili.</w:t>
      </w:r>
      <w:r>
        <w:br/>
      </w:r>
      <w:r>
        <w:rPr>
          <w:sz w:val="20"/>
        </w:rPr>
        <w:t>6:23  kyun? un mein kuch aur guts the, kuch aur qualities theen. jaise ek aadmi ne mujhe bataya ke ek baar woh</w:t>
      </w:r>
      <w:r>
        <w:br/>
      </w:r>
      <w:r>
        <w:rPr>
          <w:sz w:val="20"/>
        </w:rPr>
        <w:t>6:38  Mr. Ambani ke sath car mein safar kar rahe the.</w:t>
      </w:r>
      <w:r>
        <w:br/>
      </w:r>
      <w:r>
        <w:rPr>
          <w:sz w:val="20"/>
        </w:rPr>
        <w:t>6:45  to koi shayad bohat lamba safar nahi tha, bees pachees kilometer woh sath tha un ka.</w:t>
      </w:r>
      <w:r>
        <w:br/>
      </w:r>
      <w:r>
        <w:rPr>
          <w:sz w:val="20"/>
        </w:rPr>
        <w:t>6:56  ya shayad lamba bhi raha, mujhe theek se yaad nahi hai. to unhon ne kaha ke maine dekha ke Mr. Ambani jo hain, woh kuch bolte hi nahi, sirf meri sunte hain.</w:t>
      </w:r>
      <w:r>
        <w:br/>
      </w:r>
      <w:r>
        <w:rPr>
          <w:sz w:val="20"/>
        </w:rPr>
        <w:t>7:09  ke poore safar mein unhon ne</w:t>
      </w:r>
      <w:r>
        <w:br/>
      </w:r>
      <w:r>
        <w:rPr>
          <w:sz w:val="20"/>
        </w:rPr>
        <w:t>7:14  khud koi baat nahi kahi. mujh se sawal karte rahe, mujh se maloom karte rahe. jo main kaha tha, main kehta tha us ko, woh sunte rahe.</w:t>
      </w:r>
      <w:r>
        <w:br/>
      </w:r>
      <w:r>
        <w:rPr>
          <w:sz w:val="20"/>
        </w:rPr>
        <w:t>7:31  so hi was a good listener rather than a good speaker.</w:t>
      </w:r>
      <w:r>
        <w:br/>
      </w:r>
      <w:r>
        <w:rPr>
          <w:sz w:val="20"/>
        </w:rPr>
        <w:t>7:38  to suntay ziada thay, boltay kam thay. aik un ki quality yeh, mein nay suni kisi ki zabani.</w:t>
      </w:r>
      <w:r>
        <w:br/>
      </w:r>
      <w:r>
        <w:rPr>
          <w:sz w:val="20"/>
        </w:rPr>
        <w:t>7:50  to iss qism ki jo qualities hain, iss qism ki jo sifatain hain, wohi asal mein insaan ko kamyab karti hain.</w:t>
      </w:r>
      <w:r>
        <w:br/>
      </w:r>
      <w:r>
        <w:rPr>
          <w:sz w:val="20"/>
        </w:rPr>
        <w:t>8:01  ab aap dekhiye jo baray baray log hain, mislan baray baray scientist hain, un mein say shayad mushkil say koi hoga jo bohat achay numberon say pass hua ho, itna top kiya ho.</w:t>
      </w:r>
      <w:r>
        <w:br/>
      </w:r>
      <w:r>
        <w:rPr>
          <w:sz w:val="20"/>
        </w:rPr>
        <w:t>8:16  koi topper nahi tha un mein say. lekin un ka kamal kiya tha? unhon nay apnay aap ko science kay study mein dedicate kiya.</w:t>
      </w:r>
      <w:r>
        <w:br/>
      </w:r>
      <w:r>
        <w:rPr>
          <w:sz w:val="20"/>
        </w:rPr>
        <w:t>8:31  iss dedication ki wajah say woh bari success tak pohanchay. aap jantay hain kay Thomas Alva Edison aik scientist tha, us ki to schooling bhi poori nahi hui thi.</w:t>
      </w:r>
      <w:r>
        <w:br/>
      </w:r>
      <w:r>
        <w:rPr>
          <w:sz w:val="20"/>
        </w:rPr>
        <w:t>8:48  schooling bhi poori nahi hui thi us ki. lekin us nay aik hazar say ziada cheezain invent kayn.</w:t>
      </w:r>
      <w:r>
        <w:br/>
      </w:r>
      <w:r>
        <w:rPr>
          <w:sz w:val="20"/>
        </w:rPr>
        <w:t>8:58  raat din, raat din kaam karta tha woh.</w:t>
      </w:r>
      <w:r>
        <w:br/>
      </w:r>
      <w:r>
        <w:rPr>
          <w:sz w:val="20"/>
        </w:rPr>
        <w:t>9:03  parhta tha, kaam karta tha, parhta tha, kaam karta tha. to mein samajhta hoon kay kisi bhi insaan ko janna chahiye kay what is the criterion of success.</w:t>
      </w:r>
      <w:r>
        <w:br/>
      </w:r>
      <w:r>
        <w:rPr>
          <w:sz w:val="20"/>
        </w:rPr>
        <w:t>9:18  yeh janna chahiye. achay number lana. log samajhtay hain kay achay number aa gaye to bas. mein nay aisay log dekhe hain kay bohat achay number aaye un kay, agay phir chalnay sakay woh.</w:t>
      </w:r>
    </w:p>
    <w:p>
      <w:pPr>
        <w:pStyle w:val="Heading2"/>
      </w:pPr>
      <w:r>
        <w:t>Edison's poverty and deafness drove his invention</w:t>
      </w:r>
    </w:p>
    <w:p>
      <w:r>
        <w:rPr>
          <w:color w:val="666666"/>
          <w:sz w:val="18"/>
        </w:rPr>
        <w:t>Religious Extremism and Rational Extremism November 27, 2005 Maulana Wahiduddin Khan · 59s · at 1:01:41 · https://youtu.be/o-EF-I_SE_M?t=3701</w:t>
      </w:r>
    </w:p>
    <w:p>
      <w:r>
        <w:rPr>
          <w:i/>
        </w:rPr>
        <w:t>“Edison itna ghareeb tha ke school mein padh nahi saka”</w:t>
      </w:r>
    </w:p>
    <w:p>
      <w:r>
        <w:rPr>
          <w:sz w:val="20"/>
        </w:rPr>
        <w:t>1:01:41  Misal ke taur par roshni jo hai, aap dekhte hain, sari duniya ko jo roshni mil rahi hai, is ka in mein sab se bada contribution hai Edison ka. Aur Edison itna ghareeb tha ke us woh school mein nahi</w:t>
      </w:r>
      <w:r>
        <w:br/>
      </w:r>
      <w:r>
        <w:rPr>
          <w:sz w:val="20"/>
        </w:rPr>
        <w:t>1:01:56  parhai kar saka. Woh aur mazeed yeh ke woh yani behra bhi tha partially. Yani ek kaan se woh sun nahi sakta tha, ek kaan se bhi aadha sunta tha.</w:t>
      </w:r>
      <w:r>
        <w:br/>
      </w:r>
      <w:r>
        <w:rPr>
          <w:sz w:val="20"/>
        </w:rPr>
        <w:t>1:02:09  Aap bataiye ke ek ek insan jo behre pan ke sath paida hua ho, to bazahir yeh ke us ko kuch karna nahi kar sakna nahi chahiye, us ko kuch</w:t>
      </w:r>
      <w:r>
        <w:br/>
      </w:r>
      <w:r>
        <w:rPr>
          <w:sz w:val="20"/>
        </w:rPr>
        <w:t>1:02:20  . Lekin us ke behre pan ne ya us ke halaat ne us ko, us ko, us ko challenge diya aur us ne woh kaam kiya jo koi bhi doosra nahi kar saka tha.</w:t>
      </w:r>
      <w:r>
        <w:br/>
      </w:r>
      <w:r>
        <w:rPr>
          <w:sz w:val="20"/>
        </w:rPr>
        <w:t>1:02:31  Edison jo hai, bohat si cheezon ka moajid hai. Woh including yeh yeh bulb jo hote hain.</w:t>
      </w:r>
    </w:p>
    <w:p>
      <w:pPr>
        <w:pStyle w:val="Heading2"/>
      </w:pPr>
      <w:r>
        <w:t>Edison and Louis Braille show evil is really challenge</w:t>
      </w:r>
    </w:p>
    <w:p>
      <w:r>
        <w:rPr>
          <w:color w:val="666666"/>
          <w:sz w:val="18"/>
        </w:rPr>
        <w:t>Religious Extremism and Rational Extremism November 27, 2005 Maulana Wahiduddin Khan · 2m 30s · at 1:00:52 · https://youtu.be/o-EF-I_SE_M?t=3652</w:t>
      </w:r>
    </w:p>
    <w:p>
      <w:r>
        <w:rPr>
          <w:i/>
        </w:rPr>
        <w:t>“Pichle philosophers is ko evil ke roop mein dekh paye the”</w:t>
      </w:r>
    </w:p>
    <w:p>
      <w:r>
        <w:rPr>
          <w:sz w:val="20"/>
        </w:rPr>
        <w:t>1:00:52  Lekin jo modern tehqeeq hai, is ke baad maloom hua ke yeh evil nahi hai, yeh yeh yeh challenge hai. "Problem of Challenge".</w:t>
      </w:r>
      <w:r>
        <w:br/>
      </w:r>
      <w:r>
        <w:rPr>
          <w:sz w:val="20"/>
        </w:rPr>
        <w:t>1:01:04  Yani ek shakhs jo ameer gharane mein paida hua, to us ko koi challenge nahi pesh aya.</w:t>
      </w:r>
      <w:r>
        <w:br/>
      </w:r>
      <w:r>
        <w:rPr>
          <w:sz w:val="20"/>
        </w:rPr>
        <w:t>1:01:15  Jab challenge nahi pesh aya to kya hua? Uski, uski jo, uska jo potential hai, jo ke dormant position mein tha, woh so hi reh gaya.</w:t>
      </w:r>
      <w:r>
        <w:br/>
      </w:r>
      <w:r>
        <w:rPr>
          <w:sz w:val="20"/>
        </w:rPr>
        <w:t>1:01:26  Woh jaaga nahi. Woh woh jaaga hi nahi. Woh</w:t>
      </w:r>
      <w:r>
        <w:br/>
      </w:r>
      <w:r>
        <w:rPr>
          <w:sz w:val="20"/>
        </w:rPr>
        <w:t>1:01:31  Lekin jo jo jo ghareeb ghar mein paida hua, us ke potential jaage. Woh bade bade kaam us ne kiye.</w:t>
      </w:r>
      <w:r>
        <w:br/>
      </w:r>
      <w:r>
        <w:rPr>
          <w:sz w:val="20"/>
        </w:rPr>
        <w:t>1:01:41  Misal ke taur par roshni jo hai, aap dekhte hain, sari duniya ko jo roshni mil rahi hai, is ka in mein sab se bada contribution hai Edison ka. Aur Edison itna ghareeb tha ke us woh school mein nahi</w:t>
      </w:r>
      <w:r>
        <w:br/>
      </w:r>
      <w:r>
        <w:rPr>
          <w:sz w:val="20"/>
        </w:rPr>
        <w:t>1:01:56  parhai kar saka. Woh aur mazeed yeh ke woh yani behra bhi tha partially. Yani ek kaan se woh sun nahi sakta tha, ek kaan se bhi aadha sunta tha.</w:t>
      </w:r>
      <w:r>
        <w:br/>
      </w:r>
      <w:r>
        <w:rPr>
          <w:sz w:val="20"/>
        </w:rPr>
        <w:t>1:02:09  Aap bataiye ke ek ek insan jo behre pan ke sath paida hua ho, to bazahir yeh ke us ko kuch karna nahi kar sakna nahi chahiye, us ko kuch</w:t>
      </w:r>
      <w:r>
        <w:br/>
      </w:r>
      <w:r>
        <w:rPr>
          <w:sz w:val="20"/>
        </w:rPr>
        <w:t>1:02:20  . Lekin us ke behre pan ne ya us ke halaat ne us ko, us ko, us ko challenge diya aur us ne woh kaam kiya jo koi bhi doosra nahi kar saka tha.</w:t>
      </w:r>
      <w:r>
        <w:br/>
      </w:r>
      <w:r>
        <w:rPr>
          <w:sz w:val="20"/>
        </w:rPr>
        <w:t>1:02:31  Edison jo hai, bohat si cheezon ka moajid hai. Woh including yeh yeh bulb jo hote hain.</w:t>
      </w:r>
      <w:r>
        <w:br/>
      </w:r>
      <w:r>
        <w:rPr>
          <w:sz w:val="20"/>
        </w:rPr>
        <w:t>1:02:40  Isi tarah se bohat se log hain. Balkay mein kehta hoon ke sare hi woh log jinhon ne koi bara kaam kiya hai, woh wohi the jo evil ke darmiyan paida hue hain.</w:t>
      </w:r>
      <w:r>
        <w:br/>
      </w:r>
      <w:r>
        <w:rPr>
          <w:sz w:val="20"/>
        </w:rPr>
        <w:t>1:02:53  Yani ghareeb the, achay halaat un ke nahi the. Aur hatta ke physically challenge log bhi, yani disable log bhi, physically disable log bhi.</w:t>
      </w:r>
      <w:r>
        <w:br/>
      </w:r>
      <w:r>
        <w:rPr>
          <w:sz w:val="20"/>
        </w:rPr>
        <w:t>1:03:06  Maslan Louis Braille jo hai, aap jante hain ke woh andha tha. Isi ne Braille system banaya. To is duniya mein jo jo jo jo physically disabled log hain, unhon ne bare bare karname kiye hain.</w:t>
      </w:r>
    </w:p>
    <w:p>
      <w:pPr>
        <w:pStyle w:val="Heading2"/>
      </w:pPr>
      <w:r>
        <w:t>Edison's mother unlocked his potential</w:t>
      </w:r>
    </w:p>
    <w:p>
      <w:r>
        <w:rPr>
          <w:color w:val="666666"/>
          <w:sz w:val="18"/>
        </w:rPr>
        <w:t>Place of Woman in Islam-II | March 5, 2006 | Maulana Wahiduddin Khan · 5m 08s · at 22:35 · https://youtu.be/0s49N8jj560?t=1355</w:t>
      </w:r>
    </w:p>
    <w:p>
      <w:r>
        <w:rPr>
          <w:i/>
        </w:rPr>
        <w:t>“Aise hi jiti hain, aise hi mar jati hain”</w:t>
      </w:r>
    </w:p>
    <w:p>
      <w:r>
        <w:rPr>
          <w:sz w:val="20"/>
        </w:rPr>
        <w:t>22:35  aise hi jeeti hain, aise hi mar jati hain.</w:t>
      </w:r>
      <w:r>
        <w:br/>
      </w:r>
      <w:r>
        <w:rPr>
          <w:sz w:val="20"/>
        </w:rPr>
        <w:t>22:39  to main do misalein aap ko pesh karna chahta hoon yahan par.</w:t>
      </w:r>
      <w:r>
        <w:br/>
      </w:r>
      <w:r>
        <w:rPr>
          <w:sz w:val="20"/>
        </w:rPr>
        <w:t>22:42  ek misaal hai Thomas Alva Edison ki.</w:t>
      </w:r>
      <w:r>
        <w:br/>
      </w:r>
      <w:r>
        <w:rPr>
          <w:sz w:val="20"/>
        </w:rPr>
        <w:t>22:46  yeh America ka scientist tha jis ki maut hui hai 1931 mein. 1931 mein.</w:t>
      </w:r>
      <w:r>
        <w:br/>
      </w:r>
      <w:r>
        <w:rPr>
          <w:sz w:val="20"/>
        </w:rPr>
        <w:t>22:50  thomas alva edison.</w:t>
      </w:r>
      <w:r>
        <w:br/>
      </w:r>
      <w:r>
        <w:rPr>
          <w:sz w:val="20"/>
        </w:rPr>
        <w:t>22:54  aap jante hain ke yeh bohat hi bara mojid mana jata hai.</w:t>
      </w:r>
      <w:r>
        <w:br/>
      </w:r>
      <w:r>
        <w:rPr>
          <w:sz w:val="20"/>
        </w:rPr>
        <w:t>22:57  shayad sab se bara.</w:t>
      </w:r>
      <w:r>
        <w:br/>
      </w:r>
      <w:r>
        <w:rPr>
          <w:sz w:val="20"/>
        </w:rPr>
        <w:t>23:01  kyun ke is ke ej</w:t>
      </w:r>
      <w:r>
        <w:br/>
      </w:r>
      <w:r>
        <w:rPr>
          <w:sz w:val="20"/>
        </w:rPr>
        <w:t>23:05  adat ki tadad aik hazar se zyada hai.</w:t>
      </w:r>
      <w:r>
        <w:br/>
      </w:r>
      <w:r>
        <w:rPr>
          <w:sz w:val="20"/>
        </w:rPr>
        <w:t>23:09  bohat zyada cheezein is ne ijad keen.</w:t>
      </w:r>
      <w:r>
        <w:br/>
      </w:r>
      <w:r>
        <w:rPr>
          <w:sz w:val="20"/>
        </w:rPr>
        <w:t>23:14  aik hazar se zyada ya aik so se zyada mein abhi bhool raha hoon.</w:t>
      </w:r>
      <w:r>
        <w:br/>
      </w:r>
      <w:r>
        <w:rPr>
          <w:sz w:val="20"/>
        </w:rPr>
        <w:t>23:18  ya to aik so se zyada ya aik hazar se zyada.</w:t>
      </w:r>
      <w:r>
        <w:br/>
      </w:r>
      <w:r>
        <w:rPr>
          <w:sz w:val="20"/>
        </w:rPr>
        <w:t>23:22  beh-haal bohat zyada hain woh.</w:t>
      </w:r>
      <w:r>
        <w:br/>
      </w:r>
      <w:r>
        <w:rPr>
          <w:sz w:val="20"/>
        </w:rPr>
        <w:t>23:26  is ko aap dekh lijiyega.</w:t>
      </w:r>
      <w:r>
        <w:br/>
      </w:r>
      <w:r>
        <w:rPr>
          <w:sz w:val="20"/>
        </w:rPr>
        <w:t>23:31  to kya hua? thomas alva edison jo tha school mein parhta tha aur ustad ne is ko nikal diya.</w:t>
      </w:r>
      <w:r>
        <w:br/>
      </w:r>
      <w:r>
        <w:rPr>
          <w:sz w:val="20"/>
        </w:rPr>
        <w:t>23:35  kyun? is ko is ne samjha ke yeh retarder bachcha hai. aik kaan se woh sun nahin sakta tha. doosre kaan se bhi thoda kam hi sunta tha. to kam sunne ko unhon ne samjha ke retarder bachcha hai, is ko nikal diya. aur phir is ka is ko kisi school mein dakhila nahin mila. yahi insaan jo hai woh thomas alva edison bana. jis ne yeh ab yeh jo bulb aap gharon mein jalte hain, safed bulb.</w:t>
      </w:r>
      <w:r>
        <w:br/>
      </w:r>
      <w:r>
        <w:rPr>
          <w:sz w:val="20"/>
        </w:rPr>
        <w:t>24:05  yeh safed bulb isi edison ne banaya tha.</w:t>
      </w:r>
      <w:r>
        <w:br/>
      </w:r>
      <w:r>
        <w:rPr>
          <w:sz w:val="20"/>
        </w:rPr>
        <w:t>24:09  aur sari dunya mein aap dekhte hain safed bulb.</w:t>
      </w:r>
      <w:r>
        <w:br/>
      </w:r>
      <w:r>
        <w:rPr>
          <w:sz w:val="20"/>
        </w:rPr>
        <w:t>24:13  jis ko mercury bulb kaha jata hai.</w:t>
      </w:r>
      <w:r>
        <w:br/>
      </w:r>
      <w:r>
        <w:rPr>
          <w:sz w:val="20"/>
        </w:rPr>
        <w:t>24:16  yeh sab edison ne banaya tha.</w:t>
      </w:r>
      <w:r>
        <w:br/>
      </w:r>
      <w:r>
        <w:rPr>
          <w:sz w:val="20"/>
        </w:rPr>
        <w:t>24:20  aur bohat sari cheezein, bohat sari cheezein.</w:t>
      </w:r>
      <w:r>
        <w:br/>
      </w:r>
      <w:r>
        <w:rPr>
          <w:sz w:val="20"/>
        </w:rPr>
        <w:t>24:24  to kya hua? is ki maan thi, is ka naam tha nancy. miss nancy.</w:t>
      </w:r>
      <w:r>
        <w:br/>
      </w:r>
      <w:r>
        <w:rPr>
          <w:sz w:val="20"/>
        </w:rPr>
        <w:t>24:28  nancy aik ustad thi.</w:t>
      </w:r>
      <w:r>
        <w:br/>
      </w:r>
      <w:r>
        <w:rPr>
          <w:sz w:val="20"/>
        </w:rPr>
        <w:t>24:31  jab is ne dekha ke mere bachay ko kahin edison, kahin dakhla milne wala nahi</w:t>
      </w:r>
      <w:r>
        <w:br/>
      </w:r>
      <w:r>
        <w:rPr>
          <w:sz w:val="20"/>
        </w:rPr>
        <w:t>24:35  hai.</w:t>
      </w:r>
      <w:r>
        <w:br/>
      </w:r>
      <w:r>
        <w:rPr>
          <w:sz w:val="20"/>
        </w:rPr>
        <w:t>24:39  unhon ne ailan kar diya retarder hai woh.</w:t>
      </w:r>
      <w:r>
        <w:br/>
      </w:r>
      <w:r>
        <w:rPr>
          <w:sz w:val="20"/>
        </w:rPr>
        <w:t>24:43  lekin is ne dekha ke yeh zeheen bachha hai.</w:t>
      </w:r>
      <w:r>
        <w:br/>
      </w:r>
      <w:r>
        <w:rPr>
          <w:sz w:val="20"/>
        </w:rPr>
        <w:t>24:47  aisa nahi hai ke woh is ke andar zehn na ho.</w:t>
      </w:r>
      <w:r>
        <w:br/>
      </w:r>
      <w:r>
        <w:rPr>
          <w:sz w:val="20"/>
        </w:rPr>
        <w:t>24:51  to apne sare tawajjuh is ne bachay par laga di.</w:t>
      </w:r>
      <w:r>
        <w:br/>
      </w:r>
      <w:r>
        <w:rPr>
          <w:sz w:val="20"/>
        </w:rPr>
        <w:t>24:56  sab se pehle is ke andar seekhne ka shauq paida kiya.</w:t>
      </w:r>
      <w:r>
        <w:br/>
      </w:r>
      <w:r>
        <w:rPr>
          <w:sz w:val="20"/>
        </w:rPr>
        <w:t>25:00  woh kehta hai ke seekhne ka shauq sab se pehle meri maan ne mere andar paida kiya.</w:t>
      </w:r>
      <w:r>
        <w:br/>
      </w:r>
      <w:r>
        <w:rPr>
          <w:sz w:val="20"/>
        </w:rPr>
        <w:t>25:04  warna mein jaanta nahi tha ke seekhna bhi koi aham cheez hai.</w:t>
      </w:r>
      <w:r>
        <w:br/>
      </w:r>
      <w:r>
        <w:rPr>
          <w:sz w:val="20"/>
        </w:rPr>
        <w:t>25:08  aur is ke baad us ko parhaya.</w:t>
      </w:r>
      <w:r>
        <w:br/>
      </w:r>
      <w:r>
        <w:rPr>
          <w:sz w:val="20"/>
        </w:rPr>
        <w:t>25:14  is ke liye kitabein laayein, us ko angrezi mein acha banaya.</w:t>
      </w:r>
      <w:r>
        <w:br/>
      </w:r>
      <w:r>
        <w:rPr>
          <w:sz w:val="20"/>
        </w:rPr>
        <w:t>25:21  is ke liye library banai ghar ke andar.</w:t>
      </w:r>
      <w:r>
        <w:br/>
      </w:r>
      <w:r>
        <w:rPr>
          <w:sz w:val="20"/>
        </w:rPr>
        <w:t>25:28  bohat kuch karti rahi.</w:t>
      </w:r>
      <w:r>
        <w:br/>
      </w:r>
      <w:r>
        <w:rPr>
          <w:sz w:val="20"/>
        </w:rPr>
        <w:t>25:35  isi liye Edison ne kaha hai apni maan ke baray mein ke peechay meri tamam kamiyabiyon ke peechay</w:t>
      </w:r>
      <w:r>
        <w:br/>
      </w:r>
      <w:r>
        <w:rPr>
          <w:sz w:val="20"/>
        </w:rPr>
        <w:t>25:41  meri maa hi wahid zariya hai peechay meri tamam kamyabiyon ke peechay. meri maa hi sab se bara zariya hai. meri maa hi zariya hai peechay meri tamam kamyabiyon ke peechay. to is ne yahan par dekhiye. mein aksar sochta hoon ke agar woh bachcha is ka khoobsurat bachcha hota to shayad yeh bhi na hota. kyun ke khoobsurat bachche ko khilona lati hai, chocolate khilat</w:t>
      </w:r>
      <w:r>
        <w:br/>
      </w:r>
      <w:r>
        <w:rPr>
          <w:sz w:val="20"/>
        </w:rPr>
        <w:t>26:11  hai.</w:t>
      </w:r>
      <w:r>
        <w:br/>
      </w:r>
      <w:r>
        <w:rPr>
          <w:sz w:val="20"/>
        </w:rPr>
        <w:t>26:15  jaisa ke Maazuddin Dakshya ka qissa mein ne bayan kiya aap ki khidmat mein.</w:t>
      </w:r>
      <w:r>
        <w:br/>
      </w:r>
      <w:r>
        <w:rPr>
          <w:sz w:val="20"/>
        </w:rPr>
        <w:t>26:19  apne khoobsurat bachon ke liye woh apne ko fana ki hui hai.</w:t>
      </w:r>
      <w:r>
        <w:br/>
      </w:r>
      <w:r>
        <w:rPr>
          <w:sz w:val="20"/>
        </w:rPr>
        <w:t>26:23  woh bachcha bechara retarder tha, shakal surat bhi achi nahi thi.</w:t>
      </w:r>
      <w:r>
        <w:br/>
      </w:r>
      <w:r>
        <w:rPr>
          <w:sz w:val="20"/>
        </w:rPr>
        <w:t>26:27  toh us ko woh khilona aur toffee ka woh nahi ban saka.</w:t>
      </w:r>
      <w:r>
        <w:br/>
      </w:r>
      <w:r>
        <w:rPr>
          <w:sz w:val="20"/>
        </w:rPr>
        <w:t>26:31  balkeh us ne parhaya us ko.</w:t>
      </w:r>
      <w:r>
        <w:br/>
      </w:r>
      <w:r>
        <w:rPr>
          <w:sz w:val="20"/>
        </w:rPr>
        <w:t>26:35  aur parhate parhate us ko scientist bana diya.</w:t>
      </w:r>
      <w:r>
        <w:br/>
      </w:r>
      <w:r>
        <w:rPr>
          <w:sz w:val="20"/>
        </w:rPr>
        <w:t>26:38  toh mein samajhta hoon ke yeh aik achi misaal hai tareekh mein ke aik aurat ne</w:t>
      </w:r>
      <w:r>
        <w:br/>
      </w:r>
      <w:r>
        <w:rPr>
          <w:sz w:val="20"/>
        </w:rPr>
        <w:t>26:42  aik retarder bachay ko jab apni hadaf banaya toh us ko aik bara scientist bana diya us ne.</w:t>
      </w:r>
      <w:r>
        <w:br/>
      </w:r>
      <w:r>
        <w:rPr>
          <w:sz w:val="20"/>
        </w:rPr>
        <w:t>26:50  aisi tareekh mein misalein bohat kam hain, mere ilm mein toh nahi hain.</w:t>
      </w:r>
      <w:r>
        <w:br/>
      </w:r>
      <w:r>
        <w:rPr>
          <w:sz w:val="20"/>
        </w:rPr>
        <w:t>26:58  lekin is mein aap dekh sakte hain ke kis tarah aik aurat apne potential ko insaniyat ki taameer</w:t>
      </w:r>
      <w:r>
        <w:br/>
      </w:r>
      <w:r>
        <w:rPr>
          <w:sz w:val="20"/>
        </w:rPr>
        <w:t>27:05  mein istemal kar sakti hai.</w:t>
      </w:r>
      <w:r>
        <w:br/>
      </w:r>
      <w:r>
        <w:rPr>
          <w:sz w:val="20"/>
        </w:rPr>
        <w:t>27:13  kis tarah insaniyat ki taraqqi mein woh insaan ke insaniyat ki taraqqi ke qaafley ko aage barha sakti hai.</w:t>
      </w:r>
      <w:r>
        <w:br/>
      </w:r>
      <w:r>
        <w:rPr>
          <w:sz w:val="20"/>
        </w:rPr>
        <w:t>27:21  yeh sirf Miss Nancy hi ke liye mumkin nahi tha balkeh har aik ke liye mumkin hai.</w:t>
      </w:r>
      <w:r>
        <w:br/>
      </w:r>
      <w:r>
        <w:rPr>
          <w:sz w:val="20"/>
        </w:rPr>
        <w:t>27:28  mein samajhta hoon ke har aurat ke liye mumkin hai ke woh tareekh ke safar ko aage barhaye</w:t>
      </w:r>
      <w:r>
        <w:br/>
      </w:r>
      <w:r>
        <w:rPr>
          <w:sz w:val="20"/>
        </w:rPr>
        <w:t>27:36  aur koi bara kaam kar ke duniya se jaaye.</w:t>
      </w:r>
    </w:p>
    <w:p>
      <w:pPr>
        <w:pStyle w:val="Heading2"/>
      </w:pPr>
      <w:r>
        <w:t>Edison mother chooses third direction</w:t>
      </w:r>
    </w:p>
    <w:p>
      <w:r>
        <w:rPr>
          <w:color w:val="666666"/>
          <w:sz w:val="18"/>
        </w:rPr>
        <w:t>Dichotomous Thinking: A serious Intellectual Problem, August 12, 2007 · 2m 00s · at 8:19 · https://youtu.be/LvgspzJxu6w?t=499</w:t>
      </w:r>
    </w:p>
    <w:p>
      <w:r>
        <w:rPr>
          <w:i/>
        </w:rPr>
        <w:t>“Thomas Edison's teacher expelled him as retarded.”</w:t>
      </w:r>
    </w:p>
    <w:p>
      <w:r>
        <w:rPr>
          <w:sz w:val="20"/>
        </w:rPr>
        <w:t>8:19  ko admission diya gaya to us ke jo teacher the us ne us ko nikal diya. His teacher expelled him as a retard student kyun ke woh kam sunta tha. To teacher jab bolta tha to us ko samajh</w:t>
      </w:r>
      <w:r>
        <w:br/>
      </w:r>
      <w:r>
        <w:rPr>
          <w:sz w:val="20"/>
        </w:rPr>
        <w:t>8:49  ne mein der hoti thi.</w:t>
      </w:r>
      <w:r>
        <w:br/>
      </w:r>
      <w:r>
        <w:rPr>
          <w:sz w:val="20"/>
        </w:rPr>
        <w:t>8:53  to is ne kaha yeh retarder hai, is ko nikalo.</w:t>
      </w:r>
      <w:r>
        <w:br/>
      </w:r>
      <w:r>
        <w:rPr>
          <w:sz w:val="20"/>
        </w:rPr>
        <w:t>8:57  is ka baap bhi is ko marta tha ke yeh nikamma ladka hai.</w:t>
      </w:r>
      <w:r>
        <w:br/>
      </w:r>
      <w:r>
        <w:rPr>
          <w:sz w:val="20"/>
        </w:rPr>
        <w:t>9:02  phir kya hua? is ki ماں ne, main yeh nahi keh sakta ke consciously, unconsciously is ne</w:t>
      </w:r>
      <w:r>
        <w:br/>
      </w:r>
      <w:r>
        <w:rPr>
          <w:sz w:val="20"/>
        </w:rPr>
        <w:t>9:06  third direction mein soch saka woh.</w:t>
      </w:r>
      <w:r>
        <w:br/>
      </w:r>
      <w:r>
        <w:rPr>
          <w:sz w:val="20"/>
        </w:rPr>
        <w:t>9:10  yani ek tha yeh ke teacher ne is ko nikal diya retarder samajh kar ke.</w:t>
      </w:r>
      <w:r>
        <w:br/>
      </w:r>
      <w:r>
        <w:rPr>
          <w:sz w:val="20"/>
        </w:rPr>
        <w:t>9:15  ab doosra kya tha</w:t>
      </w:r>
      <w:r>
        <w:br/>
      </w:r>
      <w:r>
        <w:rPr>
          <w:sz w:val="20"/>
        </w:rPr>
        <w:t>9:19  is ke reaction? ke teacher ke khilaf ghussa, teacher ko maro, teacher ko kill karo.</w:t>
      </w:r>
      <w:r>
        <w:br/>
      </w:r>
      <w:r>
        <w:rPr>
          <w:sz w:val="20"/>
        </w:rPr>
        <w:t>9:24  teacher ke action ke muqable mein reaction jo tha woh yahi tha ke Edison jo hai is</w:t>
      </w:r>
      <w:r>
        <w:br/>
      </w:r>
      <w:r>
        <w:rPr>
          <w:sz w:val="20"/>
        </w:rPr>
        <w:t>9:29  ki family jo hai woh teacher ke dushman ban jaye, is ko maro.</w:t>
      </w:r>
      <w:r>
        <w:br/>
      </w:r>
      <w:r>
        <w:rPr>
          <w:sz w:val="20"/>
        </w:rPr>
        <w:t>9:34  yeh kare jaise ke aaj kal bohat zyada bohat jagah aap dekh rahe hain.</w:t>
      </w:r>
      <w:r>
        <w:br/>
      </w:r>
      <w:r>
        <w:rPr>
          <w:sz w:val="20"/>
        </w:rPr>
        <w:t>9:40  bohat jagah aap dekh rahe hain aisa.</w:t>
      </w:r>
      <w:r>
        <w:br/>
      </w:r>
      <w:r>
        <w:rPr>
          <w:sz w:val="20"/>
        </w:rPr>
        <w:t>9:45  lekin is ki ماں jo thi Nancy Elliott Edison woh khud teacher thi</w:t>
      </w:r>
      <w:r>
        <w:br/>
      </w:r>
      <w:r>
        <w:rPr>
          <w:sz w:val="20"/>
        </w:rPr>
        <w:t>9:50  aur bohat hi samajhdar thi. to Nancy Elliot Addison jo thi woh third direction mein soch saki. Woh kya tha third direction? School mein agar mere bachche ko retard student bana kar nikal diya gaya hai to mein padhaun us ko? Mein apne ghar ko school bana dun? Yeh tha third direction mein sochna. Generally kya hota hai ke agar aik action liya teacher ne to hum us ke dushman ho jate hain. Mere bach</w:t>
      </w:r>
    </w:p>
    <w:p>
      <w:pPr>
        <w:pStyle w:val="Heading2"/>
      </w:pPr>
      <w:r>
        <w:t>Edison success through third thinking</w:t>
      </w:r>
    </w:p>
    <w:p>
      <w:r>
        <w:rPr>
          <w:color w:val="666666"/>
          <w:sz w:val="18"/>
        </w:rPr>
        <w:t>Dichotomous Thinking: A serious Intellectual Problem, August 12, 2007 · 5m 34s · at 8:19 · https://youtu.be/LvgspzJxu6w?t=499</w:t>
      </w:r>
    </w:p>
    <w:p>
      <w:r>
        <w:rPr>
          <w:i/>
        </w:rPr>
        <w:t>“Thomas Edison's mother taught him at home.”</w:t>
      </w:r>
    </w:p>
    <w:p>
      <w:r>
        <w:rPr>
          <w:sz w:val="20"/>
        </w:rPr>
        <w:t>8:19  ko admission diya gaya to us ke jo teacher the us ne us ko nikal diya. His teacher expelled him as a retard student kyun ke woh kam sunta tha. To teacher jab bolta tha to us ko samajh</w:t>
      </w:r>
      <w:r>
        <w:br/>
      </w:r>
      <w:r>
        <w:rPr>
          <w:sz w:val="20"/>
        </w:rPr>
        <w:t>8:49  ne mein der hoti thi.</w:t>
      </w:r>
      <w:r>
        <w:br/>
      </w:r>
      <w:r>
        <w:rPr>
          <w:sz w:val="20"/>
        </w:rPr>
        <w:t>8:53  to is ne kaha yeh retarder hai, is ko nikalo.</w:t>
      </w:r>
      <w:r>
        <w:br/>
      </w:r>
      <w:r>
        <w:rPr>
          <w:sz w:val="20"/>
        </w:rPr>
        <w:t>8:57  is ka baap bhi is ko marta tha ke yeh nikamma ladka hai.</w:t>
      </w:r>
      <w:r>
        <w:br/>
      </w:r>
      <w:r>
        <w:rPr>
          <w:sz w:val="20"/>
        </w:rPr>
        <w:t>9:02  phir kya hua? is ki ماں ne, main yeh nahi keh sakta ke consciously, unconsciously is ne</w:t>
      </w:r>
      <w:r>
        <w:br/>
      </w:r>
      <w:r>
        <w:rPr>
          <w:sz w:val="20"/>
        </w:rPr>
        <w:t>9:06  third direction mein soch saka woh.</w:t>
      </w:r>
      <w:r>
        <w:br/>
      </w:r>
      <w:r>
        <w:rPr>
          <w:sz w:val="20"/>
        </w:rPr>
        <w:t>9:10  yani ek tha yeh ke teacher ne is ko nikal diya retarder samajh kar ke.</w:t>
      </w:r>
      <w:r>
        <w:br/>
      </w:r>
      <w:r>
        <w:rPr>
          <w:sz w:val="20"/>
        </w:rPr>
        <w:t>9:15  ab doosra kya tha</w:t>
      </w:r>
      <w:r>
        <w:br/>
      </w:r>
      <w:r>
        <w:rPr>
          <w:sz w:val="20"/>
        </w:rPr>
        <w:t>9:19  is ke reaction? ke teacher ke khilaf ghussa, teacher ko maro, teacher ko kill karo.</w:t>
      </w:r>
      <w:r>
        <w:br/>
      </w:r>
      <w:r>
        <w:rPr>
          <w:sz w:val="20"/>
        </w:rPr>
        <w:t>9:24  teacher ke action ke muqable mein reaction jo tha woh yahi tha ke Edison jo hai is</w:t>
      </w:r>
      <w:r>
        <w:br/>
      </w:r>
      <w:r>
        <w:rPr>
          <w:sz w:val="20"/>
        </w:rPr>
        <w:t>9:29  ki family jo hai woh teacher ke dushman ban jaye, is ko maro.</w:t>
      </w:r>
      <w:r>
        <w:br/>
      </w:r>
      <w:r>
        <w:rPr>
          <w:sz w:val="20"/>
        </w:rPr>
        <w:t>9:34  yeh kare jaise ke aaj kal bohat zyada bohat jagah aap dekh rahe hain.</w:t>
      </w:r>
      <w:r>
        <w:br/>
      </w:r>
      <w:r>
        <w:rPr>
          <w:sz w:val="20"/>
        </w:rPr>
        <w:t>9:40  bohat jagah aap dekh rahe hain aisa.</w:t>
      </w:r>
      <w:r>
        <w:br/>
      </w:r>
      <w:r>
        <w:rPr>
          <w:sz w:val="20"/>
        </w:rPr>
        <w:t>9:45  lekin is ki ماں jo thi Nancy Elliott Edison woh khud teacher thi</w:t>
      </w:r>
      <w:r>
        <w:br/>
      </w:r>
      <w:r>
        <w:rPr>
          <w:sz w:val="20"/>
        </w:rPr>
        <w:t>9:50  aur bohat hi samajhdar thi. to Nancy Elliot Addison jo thi woh third direction mein soch saki. Woh kya tha third direction? School mein agar mere bachche ko retard student bana kar nikal diya gaya hai to mein padhaun us ko? Mein apne ghar ko school bana dun? Yeh tha third direction mein sochna. Generally kya hota hai ke agar aik action liya teacher ne to hum us ke dushman ho jate hain. Mere bach</w:t>
      </w:r>
      <w:r>
        <w:br/>
      </w:r>
      <w:r>
        <w:rPr>
          <w:sz w:val="20"/>
        </w:rPr>
        <w:t>10:20  che ko nikala hai us ne, mein us ko marunga, us ko yeh karunga, us ko woh karunga. to aik action ke baad reaction hi log jante hain karna. aur kuch nahi jante. more than ninety nine percent log. aap jante hain ke jo do, aik aik boy, aik girl jo hai un mein love marriage, love affair chalta hai, phir marriage karte hain, phir aur separation hota hai. agar separation nahi hota to aapas mein jhagda laga rehta hai daily</w:t>
      </w:r>
      <w:r>
        <w:br/>
      </w:r>
      <w:r>
        <w:rPr>
          <w:sz w:val="20"/>
        </w:rPr>
        <w:t>10:50  .</w:t>
      </w:r>
      <w:r>
        <w:br/>
      </w:r>
      <w:r>
        <w:rPr>
          <w:sz w:val="20"/>
        </w:rPr>
        <w:t>10:56  kyun? woh bhi dyacotomic thinking mein jeete hain.</w:t>
      </w:r>
      <w:r>
        <w:br/>
      </w:r>
      <w:r>
        <w:rPr>
          <w:sz w:val="20"/>
        </w:rPr>
        <w:t>11:02  jitne bhi yahan se le kar amreeka tak jitne bhi marriage jo hai tootti hai ya kaamyaab nahi</w:t>
      </w:r>
      <w:r>
        <w:br/>
      </w:r>
      <w:r>
        <w:rPr>
          <w:sz w:val="20"/>
        </w:rPr>
        <w:t>11:08  rehti hai to kya ek hi reason hota hai ke boy ne ya girl ne apne jo jab</w:t>
      </w:r>
      <w:r>
        <w:br/>
      </w:r>
      <w:r>
        <w:rPr>
          <w:sz w:val="20"/>
        </w:rPr>
        <w:t>11:14  ghar mein rehne lage woh to aap jaante hain ke everyone is mr different</w:t>
      </w:r>
      <w:r>
        <w:br/>
      </w:r>
      <w:r>
        <w:rPr>
          <w:sz w:val="20"/>
        </w:rPr>
        <w:t xml:space="preserve">11:20  </w:t>
      </w:r>
      <w:r>
        <w:br/>
      </w:r>
      <w:r>
        <w:rPr>
          <w:sz w:val="20"/>
        </w:rPr>
        <w:t>11:25  har aadmi ki nature alag hai, soch alag hai.</w:t>
      </w:r>
      <w:r>
        <w:br/>
      </w:r>
      <w:r>
        <w:rPr>
          <w:sz w:val="20"/>
        </w:rPr>
        <w:t>11:29  کہا جاتا ہے کہ every cell of my body is different from your cell.</w:t>
      </w:r>
      <w:r>
        <w:br/>
      </w:r>
      <w:r>
        <w:rPr>
          <w:sz w:val="20"/>
        </w:rPr>
        <w:t>11:34  ek ek cell par difference ka stamp laga hua hai.</w:t>
      </w:r>
      <w:r>
        <w:br/>
      </w:r>
      <w:r>
        <w:rPr>
          <w:sz w:val="20"/>
        </w:rPr>
        <w:t>11:38  ab jab saath hue woh to kahin na kahin woh difference jo hai woh saamne aa jaata hai.</w:t>
      </w:r>
      <w:r>
        <w:br/>
      </w:r>
      <w:r>
        <w:rPr>
          <w:sz w:val="20"/>
        </w:rPr>
        <w:t>11:43  ab kya hai woh? ghussa ho gaye, bhadak uthe.</w:t>
      </w:r>
      <w:r>
        <w:br/>
      </w:r>
      <w:r>
        <w:rPr>
          <w:sz w:val="20"/>
        </w:rPr>
        <w:t>11:47  to woh yahan bhi dekhiye aap action ka reaction.</w:t>
      </w:r>
      <w:r>
        <w:br/>
      </w:r>
      <w:r>
        <w:rPr>
          <w:sz w:val="20"/>
        </w:rPr>
        <w:t>11:52  third line nahi soch paate ke is baat ko avoid kar ke, ignore kar ke hum aik aur dhang par apna rishta banaein. koi koi aisa kar pata hai lekin generally aisa nahi hota. to marriage ka tootna bhi isi liye hota hai ke dichotomic thinking mein jeete hain dono. wife aur husband dono. teesra line sochne ka jo hai woh nahi kar paate woh log. to mein yeh keh</w:t>
      </w:r>
      <w:r>
        <w:br/>
      </w:r>
      <w:r>
        <w:rPr>
          <w:sz w:val="20"/>
        </w:rPr>
        <w:t>12:22  ho raha tha ki Nancy Elliot Edison ne teesri line mein socha ki main apne ghar hi ko</w:t>
      </w:r>
      <w:r>
        <w:br/>
      </w:r>
      <w:r>
        <w:rPr>
          <w:sz w:val="20"/>
        </w:rPr>
        <w:t>12:28  teacher, ab ab school chhod diya usne, ghar par poori time dene lagi apne apne bachche ke upar.</w:t>
      </w:r>
      <w:r>
        <w:br/>
      </w:r>
      <w:r>
        <w:rPr>
          <w:sz w:val="20"/>
        </w:rPr>
        <w:t>12:34  jisko duniya retardd keh chuki thi.</w:t>
      </w:r>
      <w:r>
        <w:br/>
      </w:r>
      <w:r>
        <w:rPr>
          <w:sz w:val="20"/>
        </w:rPr>
        <w:t>12:40  ab is maa ki wajah se aisa hua ke woh itna bada top scientist bana.</w:t>
      </w:r>
      <w:r>
        <w:br/>
      </w:r>
      <w:r>
        <w:rPr>
          <w:sz w:val="20"/>
        </w:rPr>
        <w:t>12:46  usne khud ab kaha hai usne, yaani</w:t>
      </w:r>
      <w:r>
        <w:br/>
      </w:r>
      <w:r>
        <w:rPr>
          <w:sz w:val="20"/>
        </w:rPr>
        <w:t>12:52  تھامس الوا ایڈیسن نے کہ میری ماں جو تھی، my mother instilled in my mind the spirit of learning.</w:t>
      </w:r>
      <w:r>
        <w:br/>
      </w:r>
      <w:r>
        <w:rPr>
          <w:sz w:val="20"/>
        </w:rPr>
        <w:t>13:00  iski maa ne iske andar spirit of learning bhari.</w:t>
      </w:r>
      <w:r>
        <w:br/>
      </w:r>
      <w:r>
        <w:rPr>
          <w:sz w:val="20"/>
        </w:rPr>
        <w:t>13:07  aur iske baad kya hua? ke woh padhne laga, study karne laga.</w:t>
      </w:r>
      <w:r>
        <w:br/>
      </w:r>
      <w:r>
        <w:rPr>
          <w:sz w:val="20"/>
        </w:rPr>
        <w:t>13:15  woh hote hote hote top of scientist ban gaya.</w:t>
      </w:r>
      <w:r>
        <w:br/>
      </w:r>
      <w:r>
        <w:rPr>
          <w:sz w:val="20"/>
        </w:rPr>
        <w:t>13:22  to aap history ko dekhen to yaani majority jo hai logon ki woh kya hai? action ke jawab</w:t>
      </w:r>
      <w:r>
        <w:br/>
      </w:r>
      <w:r>
        <w:rPr>
          <w:sz w:val="20"/>
        </w:rPr>
        <w:t>13:27  mein reaction karna jaanti hai bas.</w:t>
      </w:r>
      <w:r>
        <w:br/>
      </w:r>
      <w:r>
        <w:rPr>
          <w:sz w:val="20"/>
        </w:rPr>
        <w:t>13:33  reaction se apne ko bacha kar ke yeh karna ke ek nayi line sochi jaaye, positive line.</w:t>
      </w:r>
      <w:r>
        <w:br/>
      </w:r>
      <w:r>
        <w:rPr>
          <w:sz w:val="20"/>
        </w:rPr>
        <w:t>13:38  difference ko ignore kar ke ek nayi line sochi jaaye.</w:t>
      </w:r>
      <w:r>
        <w:br/>
      </w:r>
      <w:r>
        <w:rPr>
          <w:sz w:val="20"/>
        </w:rPr>
        <w:t>13:43  yeh nahi kar paate log.</w:t>
      </w:r>
      <w:r>
        <w:br/>
      </w:r>
      <w:r>
        <w:rPr>
          <w:sz w:val="20"/>
        </w:rPr>
        <w:t>13:48  haalanki Allah taala ne pehle hi marhale mein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