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Einstein</w:t>
      </w:r>
    </w:p>
    <w:p>
      <w:r>
        <w:rPr>
          <w:sz w:val="18"/>
        </w:rPr>
        <w:t>Q&amp;A, lecture moments and clips · full transcripts with timestamps · exported 2026-09-21</w:t>
      </w:r>
    </w:p>
    <w:p>
      <w:pPr>
        <w:pStyle w:val="Heading1"/>
      </w:pPr>
      <w:r>
        <w:t>Maulana was asked (4)</w:t>
      </w:r>
    </w:p>
    <w:p>
      <w:pPr>
        <w:pStyle w:val="Heading2"/>
      </w:pPr>
      <w:r>
        <w:t>Einstein's denial of God and Prophet</w:t>
      </w:r>
    </w:p>
    <w:p>
      <w:r>
        <w:rPr>
          <w:color w:val="666666"/>
          <w:sz w:val="18"/>
        </w:rPr>
        <w:t>The Existence of God-7th October 2012 · 2m 36s · at 1:28:13 · https://youtu.be/XWFqKwm-LPM?t=5293</w:t>
      </w:r>
    </w:p>
    <w:p>
      <w:r>
        <w:rPr>
          <w:i/>
        </w:rPr>
        <w:t>“Einstein said in his letter about God that God does not exist. If someone says the same thing about the Prophet, the whole world...”</w:t>
      </w:r>
    </w:p>
    <w:p>
      <w:r>
        <w:rPr>
          <w:sz w:val="20"/>
        </w:rPr>
        <w:t>1:28:13  maulana, agla sawal dilli se hai maulana zikwan nadvi sahib ka.</w:t>
      </w:r>
      <w:r>
        <w:br/>
      </w:r>
      <w:r>
        <w:rPr>
          <w:sz w:val="20"/>
        </w:rPr>
        <w:t>1:28:18  unhon ne likha hai: "ainstein ne apne letter mein khuda ke bare mein jo kaha ke khuda ka</w:t>
      </w:r>
      <w:r>
        <w:br/>
      </w:r>
      <w:r>
        <w:rPr>
          <w:sz w:val="20"/>
        </w:rPr>
        <w:t>1:28:25  koi wajood nahi hai, agar yahi baat koi shakhs prophet ke bare mein keh de to sari dunya</w:t>
      </w:r>
      <w:r>
        <w:br/>
      </w:r>
      <w:r>
        <w:rPr>
          <w:sz w:val="20"/>
        </w:rPr>
        <w:t>1:28:33  mein protest shuru ho jayega.</w:t>
      </w:r>
      <w:r>
        <w:br/>
      </w:r>
      <w:r>
        <w:rPr>
          <w:sz w:val="20"/>
        </w:rPr>
        <w:t>1:28:36  khuda aur rasool ke muamle mein yeh farq kyun paya jata hai, is ke bare mein bataiye." is</w:t>
      </w:r>
      <w:r>
        <w:br/>
      </w:r>
      <w:r>
        <w:rPr>
          <w:sz w:val="20"/>
        </w:rPr>
        <w:t>1:28:43  liye ke musalman phatke hue hain.</w:t>
      </w:r>
      <w:r>
        <w:br/>
      </w:r>
      <w:r>
        <w:rPr>
          <w:sz w:val="20"/>
        </w:rPr>
        <w:t>1:28:46  aaj kal ke musalman jo hain, mein saaf kehta hoon ke phatke hue log hain.</w:t>
      </w:r>
      <w:r>
        <w:br/>
      </w:r>
      <w:r>
        <w:rPr>
          <w:sz w:val="20"/>
        </w:rPr>
        <w:t>1:28:52  yeh yeh na khuda ko mante hain na muhammad ko mante hain, apne qoumi khwahishat mein jeete hain.</w:t>
      </w:r>
      <w:r>
        <w:br/>
      </w:r>
      <w:r>
        <w:rPr>
          <w:sz w:val="20"/>
        </w:rPr>
        <w:t>1:29:00  log yeh qoumi khwahishat ke hangame hain.</w:t>
      </w:r>
      <w:r>
        <w:br/>
      </w:r>
      <w:r>
        <w:rPr>
          <w:sz w:val="20"/>
        </w:rPr>
        <w:t>1:29:03  yeh mat samjhiye ke rasool allah ke hangame hain.</w:t>
      </w:r>
      <w:r>
        <w:br/>
      </w:r>
      <w:r>
        <w:rPr>
          <w:sz w:val="20"/>
        </w:rPr>
        <w:t>1:29:07  yeh har giz har giz yeh rasool allah ke hangame nahi hain.</w:t>
      </w:r>
      <w:r>
        <w:br/>
      </w:r>
      <w:r>
        <w:rPr>
          <w:sz w:val="20"/>
        </w:rPr>
        <w:t>1:29:11  rasool allah ke hangame agar hote to woh jante hain ke rasool allah ne kya kiya, yani gustakhi</w:t>
      </w:r>
      <w:r>
        <w:br/>
      </w:r>
      <w:r>
        <w:rPr>
          <w:sz w:val="20"/>
        </w:rPr>
        <w:t>1:29:19  par hangama kiya.</w:t>
      </w:r>
      <w:r>
        <w:br/>
      </w:r>
      <w:r>
        <w:rPr>
          <w:sz w:val="20"/>
        </w:rPr>
        <w:t>1:29:20  rasool allah sallallahu alaihi wasallam pe bohat gustakhi khoob hoti thi.</w:t>
      </w:r>
      <w:r>
        <w:br/>
      </w:r>
      <w:r>
        <w:rPr>
          <w:sz w:val="20"/>
        </w:rPr>
        <w:t>1:29:26  roza subah makkah madine mein yeh to qoumi hangame hain.</w:t>
      </w:r>
      <w:r>
        <w:br/>
      </w:r>
      <w:r>
        <w:rPr>
          <w:sz w:val="20"/>
        </w:rPr>
        <w:t>1:29:30  apni khwahishat mein peeche daud rahe hain.</w:t>
      </w:r>
      <w:r>
        <w:br/>
      </w:r>
      <w:r>
        <w:rPr>
          <w:sz w:val="20"/>
        </w:rPr>
        <w:t>1:29:33  yeh in ko na islam se matlab hai, na quran se, na muhammad se, na islam, khuda se</w:t>
      </w:r>
      <w:r>
        <w:br/>
      </w:r>
      <w:r>
        <w:rPr>
          <w:sz w:val="20"/>
        </w:rPr>
        <w:t>1:29:41  kisi se matlab nahi hai.</w:t>
      </w:r>
      <w:r>
        <w:br/>
      </w:r>
      <w:r>
        <w:rPr>
          <w:sz w:val="20"/>
        </w:rPr>
        <w:t>1:29:43  apni khwahishat se matlab hai.</w:t>
      </w:r>
      <w:r>
        <w:br/>
      </w:r>
      <w:r>
        <w:rPr>
          <w:sz w:val="20"/>
        </w:rPr>
        <w:t>1:29:45  mein nahi manta ke yeh koi islami phenomena hai.</w:t>
      </w:r>
      <w:r>
        <w:br/>
      </w:r>
      <w:r>
        <w:rPr>
          <w:sz w:val="20"/>
        </w:rPr>
        <w:t>1:29:49  yeh mein har giz nahi manta ke koi islami phenomena hai.</w:t>
      </w:r>
      <w:r>
        <w:br/>
      </w:r>
      <w:r>
        <w:rPr>
          <w:sz w:val="20"/>
        </w:rPr>
        <w:t>1:29:53  yahan phenomena hai to kyun nahi? in ka khauf khuda kyun nahi? in ke andar insan se kharkhai</w:t>
      </w:r>
      <w:r>
        <w:br/>
      </w:r>
      <w:r>
        <w:rPr>
          <w:sz w:val="20"/>
        </w:rPr>
        <w:t>1:30:01  kyun nahi? in ke andar yeh jazba kyun nahi ke logon ko quran pahunchayein? yeh jazba kyun nahi?</w:t>
      </w:r>
      <w:r>
        <w:br/>
      </w:r>
      <w:r>
        <w:rPr>
          <w:sz w:val="20"/>
        </w:rPr>
        <w:t>1:30:08  khair, marna katna kya hai? hangama karna, protest karna, jalsa nikalna, yeh kyun hai? sab se pehla jo</w:t>
      </w:r>
      <w:r>
        <w:br/>
      </w:r>
      <w:r>
        <w:rPr>
          <w:sz w:val="20"/>
        </w:rPr>
        <w:t>1:30:16  hona chahiye, rasool Allah: "lalk baakh an-nafs ka an-nafsak Allah kun momineen".</w:t>
      </w:r>
      <w:r>
        <w:br/>
      </w:r>
      <w:r>
        <w:rPr>
          <w:sz w:val="20"/>
        </w:rPr>
        <w:t>1:30:21  yeh rasool Allah ki yeh seerat hai.</w:t>
      </w:r>
      <w:r>
        <w:br/>
      </w:r>
      <w:r>
        <w:rPr>
          <w:sz w:val="20"/>
        </w:rPr>
        <w:t>1:30:24  yeh kyun nahi? un ke andar hai ke logon ki khair khwahi mein aap uthte the ke kaash</w:t>
      </w:r>
      <w:r>
        <w:br/>
      </w:r>
      <w:r>
        <w:rPr>
          <w:sz w:val="20"/>
        </w:rPr>
        <w:t>1:30:32  un ko sachai mil jaye.</w:t>
      </w:r>
      <w:r>
        <w:br/>
      </w:r>
      <w:r>
        <w:rPr>
          <w:sz w:val="20"/>
        </w:rPr>
        <w:t>1:30:34  to agar aap baray aashiq rasool hain to yeh kyun nahi? ke yeh hargiz ishq rasool nahi hai.</w:t>
      </w:r>
      <w:r>
        <w:br/>
      </w:r>
      <w:r>
        <w:rPr>
          <w:sz w:val="20"/>
        </w:rPr>
        <w:t>1:30:42  yeh qaumi hangamay hain, is ka koi na dunya mein faida hai na akhirat mein faida hai.</w:t>
      </w:r>
    </w:p>
    <w:p>
      <w:pPr>
        <w:pStyle w:val="Heading2"/>
      </w:pPr>
      <w:r>
        <w:t>Einstein's view on God</w:t>
      </w:r>
    </w:p>
    <w:p>
      <w:r>
        <w:rPr>
          <w:color w:val="666666"/>
          <w:sz w:val="18"/>
        </w:rPr>
        <w:t>The Existence of God-7th October 2012 · 2m 57s · at 1:30:49 · https://youtu.be/XWFqKwm-LPM?t=5449</w:t>
      </w:r>
    </w:p>
    <w:p>
      <w:r>
        <w:rPr>
          <w:i/>
        </w:rPr>
        <w:t>“The letter of Einstein is a news, but it presents only a part of Einstein's view about God.”</w:t>
      </w:r>
    </w:p>
    <w:p>
      <w:r>
        <w:rPr>
          <w:sz w:val="20"/>
        </w:rPr>
        <w:t>1:30:49  maulana, agla sawal rae pur se aya hai idrees sahab ka.</w:t>
      </w:r>
      <w:r>
        <w:br/>
      </w:r>
      <w:r>
        <w:rPr>
          <w:sz w:val="20"/>
        </w:rPr>
        <w:t>1:30:54  انہوں نے لکھا ہے: "The letter of Einstein is a news, but it presents only a part of</w:t>
      </w:r>
      <w:r>
        <w:br/>
      </w:r>
      <w:r>
        <w:rPr>
          <w:sz w:val="20"/>
        </w:rPr>
        <w:t>1:31:02  ainstain view about god.</w:t>
      </w:r>
      <w:r>
        <w:br/>
      </w:r>
      <w:r>
        <w:rPr>
          <w:sz w:val="20"/>
        </w:rPr>
        <w:t>1:31:03  There are other quotes of Einstein, such as science without religion is lame.</w:t>
      </w:r>
      <w:r>
        <w:br/>
      </w:r>
      <w:r>
        <w:rPr>
          <w:sz w:val="20"/>
        </w:rPr>
        <w:t>1:31:09  religion without science is blind.</w:t>
      </w:r>
      <w:r>
        <w:br/>
      </w:r>
      <w:r>
        <w:rPr>
          <w:sz w:val="20"/>
        </w:rPr>
        <w:t>1:31:11  Second, I want to know God's thoughts.</w:t>
      </w:r>
      <w:r>
        <w:br/>
      </w:r>
      <w:r>
        <w:rPr>
          <w:sz w:val="20"/>
        </w:rPr>
        <w:t>1:31:14  the rest are details.</w:t>
      </w:r>
      <w:r>
        <w:br/>
      </w:r>
      <w:r>
        <w:rPr>
          <w:sz w:val="20"/>
        </w:rPr>
        <w:t>1:31:16  Third, strange is a situation here upon this earth.</w:t>
      </w:r>
      <w:r>
        <w:br/>
      </w:r>
      <w:r>
        <w:rPr>
          <w:sz w:val="20"/>
        </w:rPr>
        <w:t>1:31:20  Each of us comes for a short visit, not knowing why, yet sometime seeming to a divine</w:t>
      </w:r>
      <w:r>
        <w:br/>
      </w:r>
      <w:r>
        <w:rPr>
          <w:sz w:val="20"/>
        </w:rPr>
        <w:t>1:31:27  purpose.</w:t>
      </w:r>
      <w:r>
        <w:br/>
      </w:r>
      <w:r>
        <w:rPr>
          <w:sz w:val="20"/>
        </w:rPr>
        <w:t>1:31:29  and there are many other.</w:t>
      </w:r>
      <w:r>
        <w:br/>
      </w:r>
      <w:r>
        <w:rPr>
          <w:sz w:val="20"/>
        </w:rPr>
        <w:t>1:31:31  It means like many other scientists, Einstein believed in God, though his realization of God may not completely</w:t>
      </w:r>
      <w:r>
        <w:br/>
      </w:r>
      <w:r>
        <w:rPr>
          <w:sz w:val="20"/>
        </w:rPr>
        <w:t>1:31:39  match 100% with the concept of God described in religious books.</w:t>
      </w:r>
      <w:r>
        <w:br/>
      </w:r>
      <w:r>
        <w:rPr>
          <w:sz w:val="20"/>
        </w:rPr>
        <w:t>1:31:44  what is your comment on this? nahi, main is ko nahi manunga.</w:t>
      </w:r>
      <w:r>
        <w:br/>
      </w:r>
      <w:r>
        <w:rPr>
          <w:sz w:val="20"/>
        </w:rPr>
        <w:t>1:31:49  woh is ka case confusion ka case tha.</w:t>
      </w:r>
      <w:r>
        <w:br/>
      </w:r>
      <w:r>
        <w:rPr>
          <w:sz w:val="20"/>
        </w:rPr>
        <w:t>1:31:53  khud apne aik aur letter mein likha tha ke mera case jo hai woh hai.</w:t>
      </w:r>
      <w:r>
        <w:br/>
      </w:r>
      <w:r>
        <w:rPr>
          <w:sz w:val="20"/>
        </w:rPr>
        <w:t>1:31:59  ah, kya kya lafz bola tha? woh agnostic, agnosticsm ka case hai.</w:t>
      </w:r>
      <w:r>
        <w:br/>
      </w:r>
      <w:r>
        <w:rPr>
          <w:sz w:val="20"/>
        </w:rPr>
        <w:t>1:32:04  sahi ma'non mein woh agnostic tha.</w:t>
      </w:r>
      <w:r>
        <w:br/>
      </w:r>
      <w:r>
        <w:rPr>
          <w:sz w:val="20"/>
        </w:rPr>
        <w:t>1:32:07  woh main nahi manta ke woh Khuda ko manta tha.</w:t>
      </w:r>
      <w:r>
        <w:br/>
      </w:r>
      <w:r>
        <w:rPr>
          <w:sz w:val="20"/>
        </w:rPr>
        <w:t>1:32:11  yeh to confusion ke jumlay hain, idhar confusion ke jumlay hain.</w:t>
      </w:r>
      <w:r>
        <w:br/>
      </w:r>
      <w:r>
        <w:rPr>
          <w:sz w:val="20"/>
        </w:rPr>
        <w:t>1:32:16  sahi tareen jo is ka jo mawqaf tha, woh hai ke woh agnostic tha.</w:t>
      </w:r>
      <w:r>
        <w:br/>
      </w:r>
      <w:r>
        <w:rPr>
          <w:sz w:val="20"/>
        </w:rPr>
        <w:t>1:32:22  woh bas meri apni study yehi hai.</w:t>
      </w:r>
      <w:r>
        <w:br/>
      </w:r>
      <w:r>
        <w:rPr>
          <w:sz w:val="20"/>
        </w:rPr>
        <w:t>1:32:25  okay, we we'll end the session now.</w:t>
      </w:r>
      <w:r>
        <w:br/>
      </w:r>
      <w:r>
        <w:rPr>
          <w:sz w:val="20"/>
        </w:rPr>
        <w:t>1:32:28  ah, there is an announcement today: the monthly meeting of dawah field team will be conducted after the</w:t>
      </w:r>
      <w:r>
        <w:br/>
      </w:r>
      <w:r>
        <w:rPr>
          <w:sz w:val="20"/>
        </w:rPr>
        <w:t>1:32:36  namaz.</w:t>
      </w:r>
      <w:r>
        <w:br/>
      </w:r>
      <w:r>
        <w:rPr>
          <w:sz w:val="20"/>
        </w:rPr>
        <w:t>1:32:37  so, all the da'wa field members and anybody who is interested in da'wa work can stay back.</w:t>
      </w:r>
      <w:r>
        <w:br/>
      </w:r>
      <w:r>
        <w:rPr>
          <w:sz w:val="20"/>
        </w:rPr>
        <w:t>1:32:45  thank you sahib.</w:t>
      </w:r>
      <w:r>
        <w:br/>
      </w:r>
      <w:r>
        <w:rPr>
          <w:sz w:val="20"/>
        </w:rPr>
        <w:t>1:32:46  shain.</w:t>
      </w:r>
    </w:p>
    <w:p>
      <w:pPr>
        <w:pStyle w:val="Heading2"/>
      </w:pPr>
      <w:r>
        <w:t>Einstein's views on God and science</w:t>
      </w:r>
    </w:p>
    <w:p>
      <w:r>
        <w:rPr>
          <w:color w:val="666666"/>
          <w:sz w:val="18"/>
        </w:rPr>
        <w:t>The Existence of God October 7, 2012 · 2m 33s · at 1:24:37 · https://youtu.be/Hm0ybuokQ8s?t=5077</w:t>
      </w:r>
    </w:p>
    <w:p>
      <w:r>
        <w:rPr>
          <w:i/>
        </w:rPr>
        <w:t>“The letter of Einstein is a news, but it presents only a part of Einstein's view about God. There are other quotes of Einstein, such as science without religion is lame, religion without science is blind.”</w:t>
      </w:r>
    </w:p>
    <w:p>
      <w:r>
        <w:rPr>
          <w:sz w:val="20"/>
        </w:rPr>
        <w:t>1:24:37  yeh harghiz ishq rasool nahi hai. yeh yeh qoumi hangamay hain, is ka koi na dunya mein faida hai, na akhirat mein faida hai. maulana, agla sawal raipur se aaya hai idrees sahab ka.</w:t>
      </w:r>
      <w:r>
        <w:br/>
      </w:r>
      <w:r>
        <w:rPr>
          <w:sz w:val="20"/>
        </w:rPr>
        <w:t>1:24:50  unhon ne likha hai: "the letter of einstein is a news, but it presents only a part of einstein view about god.</w:t>
      </w:r>
      <w:r>
        <w:br/>
      </w:r>
      <w:r>
        <w:rPr>
          <w:sz w:val="20"/>
        </w:rPr>
        <w:t>1:25:00  there are other courts of einstein, such as science without religion is lame. religion without science is blind.</w:t>
      </w:r>
      <w:r>
        <w:br/>
      </w:r>
      <w:r>
        <w:rPr>
          <w:sz w:val="20"/>
        </w:rPr>
        <w:t>1:25:10  second, i want to know gods thoughts. the rest are details. third, strange is a situation here upon this earth.</w:t>
      </w:r>
      <w:r>
        <w:br/>
      </w:r>
      <w:r>
        <w:rPr>
          <w:sz w:val="20"/>
        </w:rPr>
        <w:t>1:25:20  each of us comes for a short visit, not knowing why, yet sometimes seeming to a divine purpose.</w:t>
      </w:r>
      <w:r>
        <w:br/>
      </w:r>
      <w:r>
        <w:rPr>
          <w:sz w:val="20"/>
        </w:rPr>
        <w:t>1:25:29  and there are many other. It means like many other scientist, Einstein believed in God, though his realization of God may not completely match hundred percent with the concept of God described in religious books.</w:t>
      </w:r>
      <w:r>
        <w:br/>
      </w:r>
      <w:r>
        <w:rPr>
          <w:sz w:val="20"/>
        </w:rPr>
        <w:t>1:25:44  Nahi, main is ko nahi manunga. Wo us ka case confusion ka case tha. Khud apne ek aur letter mein likha tha ke mera case jo hai, agnosticism ka case hai.</w:t>
      </w:r>
      <w:r>
        <w:br/>
      </w:r>
      <w:r>
        <w:rPr>
          <w:sz w:val="20"/>
        </w:rPr>
        <w:t>1:25:56  Sahi maano mein wo agnostic tha. Wo</w:t>
      </w:r>
      <w:r>
        <w:br/>
      </w:r>
      <w:r>
        <w:rPr>
          <w:sz w:val="20"/>
        </w:rPr>
        <w:t>1:25:58  main nahi manta ke wo Khuda ko manta tha. Yeh toh confusion ke jumle hain. Yeh sab confusion ke jumle hain. Sahi tareen jo uska jo muqam tha, wo hai ke wo agnostic tha.</w:t>
      </w:r>
      <w:r>
        <w:br/>
      </w:r>
      <w:r>
        <w:rPr>
          <w:sz w:val="20"/>
        </w:rPr>
        <w:t>1:26:10  Wo bas meri apni study yehi hai.</w:t>
      </w:r>
    </w:p>
    <w:p>
      <w:pPr>
        <w:pStyle w:val="Heading2"/>
      </w:pPr>
      <w:r>
        <w:t>Difference in reactions to criticism of God vs Prophet</w:t>
      </w:r>
    </w:p>
    <w:p>
      <w:r>
        <w:rPr>
          <w:color w:val="666666"/>
          <w:sz w:val="18"/>
        </w:rPr>
        <w:t>The Existence of God October 7, 2012 · 2m 08s · at 1:22:29 · https://youtu.be/Hm0ybuokQ8s?t=4949</w:t>
      </w:r>
    </w:p>
    <w:p>
      <w:r>
        <w:rPr>
          <w:i/>
        </w:rPr>
        <w:t>“Einstein said in his letter that God does not exist. If someone said the same thing about the Prophet, there would be protests all over the world. Why is there this difference in the matter of God and the Messenger? Please explain.”</w:t>
      </w:r>
    </w:p>
    <w:p>
      <w:r>
        <w:rPr>
          <w:sz w:val="20"/>
        </w:rPr>
        <w:t>1:22:29  maulana, agla sawal dilli se hai maulana zikwan nadvi sahab ka. unhon ne likha hai: "einstein ne apne letter mein khuda ke baray mein jo kaha ke khuda ka koi wajood nahi hai,</w:t>
      </w:r>
      <w:r>
        <w:br/>
      </w:r>
      <w:r>
        <w:rPr>
          <w:sz w:val="20"/>
        </w:rPr>
        <w:t>1:22:41  agar yahi baat koi shakhs prophet ke baray mein keh de to sari dunya mein protest shuru ho jaye ga. khuda aur rasool ke mamlay mein yeh farq kyun paya jata hai, is ke baray mein batayein." dekhiye, musalman phatkay hue hain.</w:t>
      </w:r>
      <w:r>
        <w:br/>
      </w:r>
      <w:r>
        <w:rPr>
          <w:sz w:val="20"/>
        </w:rPr>
        <w:t>1:22:58  aaj kal ke musalman jo hain, mein saaf kehta hoon ke yeh phatkay hue log hain. yeh yeh na khuda ko mantay hain, na muhammad ko mantay hain. apne qoumi khwahishat mein jeetay hain yeh log.</w:t>
      </w:r>
      <w:r>
        <w:br/>
      </w:r>
      <w:r>
        <w:rPr>
          <w:sz w:val="20"/>
        </w:rPr>
        <w:t>1:23:09  yeh qoumi khwahishat ke hangamay hain. yeh mat samjhiye ke rasool Allah ke hangamay hain. harghiz harghiz yeh rasool Allah ke hangamay nahi hain.</w:t>
      </w:r>
      <w:r>
        <w:br/>
      </w:r>
      <w:r>
        <w:rPr>
          <w:sz w:val="20"/>
        </w:rPr>
        <w:t>1:23:19  rasool Allah ke hangamay agar hotay to woh jantay hain ke rasool Allah ne kya kiya.</w:t>
      </w:r>
      <w:r>
        <w:br/>
      </w:r>
      <w:r>
        <w:rPr>
          <w:sz w:val="20"/>
        </w:rPr>
        <w:t>1:23:25  yaani gustakhi par hangama kiya rasool Allah sallallahu alaihi wasallam ne. wahan to gustakhi khoob hoti thi rozana subah makkah madinay mein.</w:t>
      </w:r>
      <w:r>
        <w:br/>
      </w:r>
      <w:r>
        <w:rPr>
          <w:sz w:val="20"/>
        </w:rPr>
        <w:t>1:23:33  yeh to qoumi hangamay hain, apni khwahishat mein peechay dorr rahay hain. yeh in ko na islam se matlab hai, na quran se, na muhammad se, na islam khuda se, kisi se matlab nahi.</w:t>
      </w:r>
      <w:r>
        <w:br/>
      </w:r>
      <w:r>
        <w:rPr>
          <w:sz w:val="20"/>
        </w:rPr>
        <w:t>1:23:43  in ko apni khwahishat se matlab hai. mein nahi manta ke yeh koi islami phenomena hai. mein harghiz nahi manta ke yeh koi islami phenomena hai.</w:t>
      </w:r>
      <w:r>
        <w:br/>
      </w:r>
      <w:r>
        <w:rPr>
          <w:sz w:val="20"/>
        </w:rPr>
        <w:t>1:23:54  yahan phenomena aaye to kyun nahi? in ke andar khauf khuda kyun nahi? in ke andar insaan se khair khwahi kyun nahi? in ke andar yeh jazba kyun nahi ke logon ko</w:t>
      </w:r>
      <w:r>
        <w:br/>
      </w:r>
      <w:r>
        <w:rPr>
          <w:sz w:val="20"/>
        </w:rPr>
        <w:t>1:24:05  quran pohanchayein? yeh sab jazba kyun nahi? khair, marna kaatna kya hai? hangama karna, protest karna, jalsay nikalna, yeh kyun hai? sab se pehla jo hona chahiye, rasool Allah: "lilk baakh an-nafs ka an-fusak allahu yaqoon al-mu'mineen".</w:t>
      </w:r>
      <w:r>
        <w:br/>
      </w:r>
      <w:r>
        <w:rPr>
          <w:sz w:val="20"/>
        </w:rPr>
        <w:t>1:24:21  yeh rasool Allah ki yeh seerat hai. yeh kyun nahi? in ke andar hai ke logon ki khair khwahi mein aap poochtay thay ke kaash in ko sachai mil jaye.</w:t>
      </w:r>
      <w:r>
        <w:br/>
      </w:r>
      <w:r>
        <w:rPr>
          <w:sz w:val="20"/>
        </w:rPr>
        <w:t>1:24:32  to agar aap baray ashiq rasool hain to yeh kyun nahi?</w:t>
      </w:r>
    </w:p>
    <w:p>
      <w:pPr>
        <w:pStyle w:val="Heading1"/>
      </w:pPr>
      <w:r>
        <w:t>In the lectures (6)</w:t>
      </w:r>
    </w:p>
    <w:p>
      <w:pPr>
        <w:pStyle w:val="Heading2"/>
      </w:pPr>
      <w:r>
        <w:t>B'nai B'rith International Programme October 20, 2015</w:t>
      </w:r>
    </w:p>
    <w:p>
      <w:r>
        <w:rPr>
          <w:color w:val="666666"/>
          <w:sz w:val="18"/>
        </w:rPr>
        <w:t>34:02 · https://youtu.be/3iuM_AF6RLM?t=2042</w:t>
      </w:r>
    </w:p>
    <w:p>
      <w:r>
        <w:rPr>
          <w:i/>
        </w:rPr>
        <w:t>“Einstein is”</w:t>
      </w:r>
    </w:p>
    <w:p>
      <w:pPr>
        <w:pStyle w:val="Heading2"/>
      </w:pPr>
      <w:r>
        <w:t>Art of Thinking (In Conversation with Maulana) 05 8 07</w:t>
      </w:r>
    </w:p>
    <w:p>
      <w:r>
        <w:rPr>
          <w:color w:val="666666"/>
          <w:sz w:val="18"/>
        </w:rPr>
        <w:t>35:24 · https://youtu.be/cP0z8o_50Zc?t=2124</w:t>
      </w:r>
    </w:p>
    <w:p>
      <w:r>
        <w:rPr>
          <w:i/>
        </w:rPr>
        <w:t>“और निबाह होने के लिए जरूरी है कि दो डिफरेंट कल्चर में शादी आप करेंगे तो निबाह नहीं होगा। तो इस्लाम इस पर जोर देता है कि शादी में निबाह जरूरी है। मैं समझता हूँ कि यह है असल वजह। I don't know what is निबाह। This question is from Dr. Farida Khanam। Can anyone of us become an Einstei”</w:t>
      </w:r>
    </w:p>
    <w:p>
      <w:pPr>
        <w:pStyle w:val="Heading2"/>
      </w:pPr>
      <w:r>
        <w:t>Art of Thinking (In Conversation with Maulana) 05 8 07</w:t>
      </w:r>
    </w:p>
    <w:p>
      <w:r>
        <w:rPr>
          <w:color w:val="666666"/>
          <w:sz w:val="18"/>
        </w:rPr>
        <w:t>35:55 · https://youtu.be/cP0z8o_50Zc?t=2155</w:t>
      </w:r>
    </w:p>
    <w:p>
      <w:r>
        <w:rPr>
          <w:i/>
        </w:rPr>
        <w:t>“Certainly। लेकिन देखिए, Newton बनने का मतलब नहीं कि स्टार वॉर बनना। हर आदमी टॉप का स्टार वॉर नहीं बन सकता। यह मैं नहीं मानता। डिफरेंट फील्ड में वो Newton जैसा काम कर सकता है। हर आदमी की फील्ड अलग-अलग है। तो Newton, Einstein जो”</w:t>
      </w:r>
    </w:p>
    <w:p>
      <w:pPr>
        <w:pStyle w:val="Heading2"/>
      </w:pPr>
      <w:r>
        <w:t>Divine Help September 22, 2015</w:t>
      </w:r>
    </w:p>
    <w:p>
      <w:r>
        <w:rPr>
          <w:color w:val="666666"/>
          <w:sz w:val="18"/>
        </w:rPr>
        <w:t>47:25 · https://youtu.be/sozrNCif0Gg?t=2845</w:t>
      </w:r>
    </w:p>
    <w:p>
      <w:r>
        <w:rPr>
          <w:i/>
        </w:rPr>
        <w:t>“ابھی بھی جاری ہے۔ جنتوں میں جاری رہے گا۔ اور ماورائے جنتوں میں جاری رہے گا۔ کیونکہ دیکھیے، یہ Einstein کی جو theory ہے، اس سے ثابت ہوتا ہے کہ کوئی جو creation کا جو ذمہ دار ہے، اس کی کوئی حد نہیں۔”</w:t>
      </w:r>
    </w:p>
    <w:p>
      <w:pPr>
        <w:pStyle w:val="Heading2"/>
      </w:pPr>
      <w:r>
        <w:t>Realization of God March 16, 2014 Maulana Wahiduddin Khan</w:t>
      </w:r>
    </w:p>
    <w:p>
      <w:r>
        <w:rPr>
          <w:color w:val="666666"/>
          <w:sz w:val="18"/>
        </w:rPr>
        <w:t>27:10 · https://youtu.be/OA8Apjhruag?t=1630</w:t>
      </w:r>
    </w:p>
    <w:p>
      <w:r>
        <w:rPr>
          <w:i/>
        </w:rPr>
        <w:t>“میں آپ کو دو example دیتا ہوں بہت ہی scientific example limitations کے بارے میں۔ Einstein کی جو theory ہے theory of relativity وہ یہ کہتی ہے کہ کچھ چیزیں space and time کے اندر ہیں۔”</w:t>
      </w:r>
    </w:p>
    <w:p>
      <w:pPr>
        <w:pStyle w:val="Heading2"/>
      </w:pPr>
      <w:r>
        <w:t>Realization of God March 16, 2014 Maulana Wahiduddin Khan</w:t>
      </w:r>
    </w:p>
    <w:p>
      <w:r>
        <w:rPr>
          <w:color w:val="666666"/>
          <w:sz w:val="18"/>
        </w:rPr>
        <w:t>27:47 · https://youtu.be/OA8Apjhruag?t=1667</w:t>
      </w:r>
    </w:p>
    <w:p>
      <w:r>
        <w:rPr>
          <w:i/>
        </w:rPr>
        <w:t>“یعنی beyond space and time۔ لیکن ہم اپنی limitations کی وجہ سے اس کو نہیں جان پاتے۔ تو Einstein کی جو theory ہے اس سے یہ چیز prove ہوا ہے scientifically کہ space and time کے beyond بھی کچھ چیز ہے۔”</w:t>
      </w:r>
    </w:p>
    <w:p>
      <w:pPr>
        <w:pStyle w:val="Heading1"/>
      </w:pPr>
      <w:r>
        <w:t>Clips (32)</w:t>
      </w:r>
    </w:p>
    <w:p>
      <w:pPr>
        <w:pStyle w:val="Heading2"/>
      </w:pPr>
      <w:r>
        <w:t>Qur'an assigns Promised Land</w:t>
      </w:r>
    </w:p>
    <w:p>
      <w:r>
        <w:rPr>
          <w:color w:val="666666"/>
          <w:sz w:val="18"/>
        </w:rPr>
        <w:t>B'nai B'rith International Programme October 20, 2015 · 2m 02s · at 33:45 · https://youtu.be/3iuM_AF6RLM?t=2025</w:t>
      </w:r>
    </w:p>
    <w:p>
      <w:r>
        <w:rPr>
          <w:i/>
        </w:rPr>
        <w:t>“Fortunately, our mission is the same as yours.”</w:t>
      </w:r>
    </w:p>
    <w:p>
      <w:r>
        <w:rPr>
          <w:sz w:val="20"/>
        </w:rPr>
        <w:t>33:45  I would like to refer to one aspect of our mission, that there is a verse in the Qur'an that</w:t>
      </w:r>
      <w:r>
        <w:br/>
      </w:r>
      <w:r>
        <w:rPr>
          <w:sz w:val="20"/>
        </w:rPr>
        <w:t>34:02  Einstein is</w:t>
      </w:r>
      <w:r>
        <w:br/>
      </w:r>
      <w:r>
        <w:rPr>
          <w:sz w:val="20"/>
        </w:rPr>
        <w:t>34:06  assigned land to Jewish people</w:t>
      </w:r>
      <w:r>
        <w:br/>
      </w:r>
      <w:r>
        <w:rPr>
          <w:sz w:val="20"/>
        </w:rPr>
        <w:t>34:10  . It's the same which is mentioned in the Bible in these words that it is Promised Land. In the Bible, it is Promised Land, and in the Qur'an, it is Assigned Land.</w:t>
      </w:r>
      <w:r>
        <w:br/>
      </w:r>
      <w:r>
        <w:rPr>
          <w:sz w:val="20"/>
        </w:rPr>
        <w:t>34:25  So I said to these Muslims and Arabs that the Jewish community is your neighbor.</w:t>
      </w:r>
      <w:r>
        <w:br/>
      </w:r>
      <w:r>
        <w:rPr>
          <w:sz w:val="20"/>
        </w:rPr>
        <w:t>34:34  Don't take them as your enemy or rivals.</w:t>
      </w:r>
      <w:r>
        <w:br/>
      </w:r>
      <w:r>
        <w:rPr>
          <w:sz w:val="20"/>
        </w:rPr>
        <w:t>34:38  So you two both will—I mean, you have to live in this Holy Land as two neighbors.</w:t>
      </w:r>
      <w:r>
        <w:br/>
      </w:r>
      <w:r>
        <w:rPr>
          <w:sz w:val="20"/>
        </w:rPr>
        <w:t>34:57  There is no rivalry, no enmity. So this is our mission. It is very similar to your mission.</w:t>
      </w:r>
      <w:r>
        <w:br/>
      </w:r>
      <w:r>
        <w:rPr>
          <w:sz w:val="20"/>
        </w:rPr>
        <w:t>35:07  And I think that, I mean, although it is very difficult to mend the people's mindset, but I can say that our mission is steadily—there is steady progress.</w:t>
      </w:r>
      <w:r>
        <w:br/>
      </w:r>
      <w:r>
        <w:rPr>
          <w:sz w:val="20"/>
        </w:rPr>
        <w:t>35:22  We are successful to change people's mind. We are successful to change people's mind.</w:t>
      </w:r>
      <w:r>
        <w:br/>
      </w:r>
      <w:r>
        <w:rPr>
          <w:sz w:val="20"/>
        </w:rPr>
        <w:t>35:32  And recently, we have published a book, Age of Peace</w:t>
      </w:r>
      <w:r>
        <w:br/>
      </w:r>
      <w:r>
        <w:rPr>
          <w:sz w:val="20"/>
        </w:rPr>
        <w:t>35:36  . In this book, you can see that the same is our mission. And we can say that we are successful in this mission.</w:t>
      </w:r>
    </w:p>
    <w:p>
      <w:pPr>
        <w:pStyle w:val="Heading2"/>
      </w:pPr>
      <w:r>
        <w:t>Newton and discovering your gift</w:t>
      </w:r>
    </w:p>
    <w:p>
      <w:r>
        <w:rPr>
          <w:color w:val="666666"/>
          <w:sz w:val="18"/>
        </w:rPr>
        <w:t>Art of Thinking (In Conversation with Maulana) 05 8 07 · 3m 02s · at 35:55 · https://youtu.be/cP0z8o_50Zc?t=2155</w:t>
      </w:r>
    </w:p>
    <w:p>
      <w:r>
        <w:rPr>
          <w:i/>
        </w:rPr>
        <w:t>“Newton doesn't mean Star Wars.”</w:t>
      </w:r>
    </w:p>
    <w:p>
      <w:r>
        <w:rPr>
          <w:sz w:val="20"/>
        </w:rPr>
        <w:t>35:55  certainly. lekin dekhiye, Newton banne ka matlab nahi ki star war banna. har aadmi top ka star war nahi ban sakta. yeh main nahi manta. different field mein wo Newton jaisa kaam kar sakta hai. har aadmi ki field alag alag hai. to Newton, Einstein jo</w:t>
      </w:r>
      <w:r>
        <w:br/>
      </w:r>
      <w:r>
        <w:rPr>
          <w:sz w:val="20"/>
        </w:rPr>
        <w:t>36:25  hai, har aadmi ban sakta hai lekin apne field mein.</w:t>
      </w:r>
      <w:r>
        <w:br/>
      </w:r>
      <w:r>
        <w:rPr>
          <w:sz w:val="20"/>
        </w:rPr>
        <w:t>36:30  apne field mein.</w:t>
      </w:r>
      <w:r>
        <w:br/>
      </w:r>
      <w:r>
        <w:rPr>
          <w:sz w:val="20"/>
        </w:rPr>
        <w:t>36:34  mera apna baal yeh manna hai ki kisi bhi aadmi ko Khuda ne deprive nahi kiya.</w:t>
      </w:r>
      <w:r>
        <w:br/>
      </w:r>
      <w:r>
        <w:rPr>
          <w:sz w:val="20"/>
        </w:rPr>
        <w:t>36:38  har aadmi ko Khuda ne koi bahut special sagacity di hai, special sagacity.</w:t>
      </w:r>
      <w:r>
        <w:br/>
      </w:r>
      <w:r>
        <w:rPr>
          <w:sz w:val="20"/>
        </w:rPr>
        <w:t>36:43  jaise Newton tha.</w:t>
      </w:r>
      <w:r>
        <w:br/>
      </w:r>
      <w:r>
        <w:rPr>
          <w:sz w:val="20"/>
        </w:rPr>
        <w:t>36:47  Newton mein kya cheez thi special sagacity?</w:t>
      </w:r>
      <w:r>
        <w:br/>
      </w:r>
      <w:r>
        <w:rPr>
          <w:sz w:val="20"/>
        </w:rPr>
        <w:t>36:52  wo tha bahut zyada concentration.</w:t>
      </w:r>
      <w:r>
        <w:br/>
      </w:r>
      <w:r>
        <w:rPr>
          <w:sz w:val="20"/>
        </w:rPr>
        <w:t>36:56  concentration.</w:t>
      </w:r>
      <w:r>
        <w:br/>
      </w:r>
      <w:r>
        <w:rPr>
          <w:sz w:val="20"/>
        </w:rPr>
        <w:t>37:00  to Newton ko kaha jata tha wool gatherer, kaha jata tha. wool gatherer.</w:t>
      </w:r>
      <w:r>
        <w:br/>
      </w:r>
      <w:r>
        <w:rPr>
          <w:sz w:val="20"/>
        </w:rPr>
        <w:t>37:04  ki kisi cheez ko bohat hi dhyan karke dekhna.</w:t>
      </w:r>
      <w:r>
        <w:br/>
      </w:r>
      <w:r>
        <w:rPr>
          <w:sz w:val="20"/>
        </w:rPr>
        <w:t>37:07  bohat hi zyada dhyan karke.</w:t>
      </w:r>
      <w:r>
        <w:br/>
      </w:r>
      <w:r>
        <w:rPr>
          <w:sz w:val="20"/>
        </w:rPr>
        <w:t>37:11  usi mein ekdum gum ho jana.</w:t>
      </w:r>
      <w:r>
        <w:br/>
      </w:r>
      <w:r>
        <w:rPr>
          <w:sz w:val="20"/>
        </w:rPr>
        <w:t>37:15  jaise Arjun ka qissa hai ki wo ko ek chidiya ki baain aankh dikhai di thi sirf.</w:t>
      </w:r>
      <w:r>
        <w:br/>
      </w:r>
      <w:r>
        <w:rPr>
          <w:sz w:val="20"/>
        </w:rPr>
        <w:t>37:19  wo tha concentration.</w:t>
      </w:r>
      <w:r>
        <w:br/>
      </w:r>
      <w:r>
        <w:rPr>
          <w:sz w:val="20"/>
        </w:rPr>
        <w:t>37:22  to agar Newton chala jata shadi karne mein, to wo iska koi kaam nahi tha concentration ka. ai</w:t>
      </w:r>
      <w:r>
        <w:br/>
      </w:r>
      <w:r>
        <w:rPr>
          <w:sz w:val="20"/>
        </w:rPr>
        <w:t>37:26  aisi field mein gaya wo jahan koi concentration ka waqai uska utilization tha uska.</w:t>
      </w:r>
      <w:r>
        <w:br/>
      </w:r>
      <w:r>
        <w:rPr>
          <w:sz w:val="20"/>
        </w:rPr>
        <w:t>37:31  to tarraqi ki usne.</w:t>
      </w:r>
      <w:r>
        <w:br/>
      </w:r>
      <w:r>
        <w:rPr>
          <w:sz w:val="20"/>
        </w:rPr>
        <w:t>37:36  agar wo shadi karta, sport mein chala jata, wo film mein chala jata, to usmein is is cheez</w:t>
      </w:r>
      <w:r>
        <w:br/>
      </w:r>
      <w:r>
        <w:rPr>
          <w:sz w:val="20"/>
        </w:rPr>
        <w:t>37:41  ka koi istemal nahi tha.</w:t>
      </w:r>
      <w:r>
        <w:br/>
      </w:r>
      <w:r>
        <w:rPr>
          <w:sz w:val="20"/>
        </w:rPr>
        <w:t>37:46  to aisa hai ki kabhi aisa hota hai ki aadmi by chance us us jagah pahunch jata hai.</w:t>
      </w:r>
      <w:r>
        <w:br/>
      </w:r>
      <w:r>
        <w:rPr>
          <w:sz w:val="20"/>
        </w:rPr>
        <w:t>37:51  jaise ki wo jo hai uska case,</w:t>
      </w:r>
      <w:r>
        <w:br/>
      </w:r>
      <w:r>
        <w:rPr>
          <w:sz w:val="20"/>
        </w:rPr>
        <w:t>37:57  wo Edison ka case.</w:t>
      </w:r>
      <w:r>
        <w:br/>
      </w:r>
      <w:r>
        <w:rPr>
          <w:sz w:val="20"/>
        </w:rPr>
        <w:t>38:00  Edison by chance pahunch gaya wahan.</w:t>
      </w:r>
      <w:r>
        <w:br/>
      </w:r>
      <w:r>
        <w:rPr>
          <w:sz w:val="20"/>
        </w:rPr>
        <w:t>38:03  usko school se nikal diya gaya tha.</w:t>
      </w:r>
      <w:r>
        <w:br/>
      </w:r>
      <w:r>
        <w:rPr>
          <w:sz w:val="20"/>
        </w:rPr>
        <w:t>38:07  usko pata nahi tha ki mere andar kya special sagacity hai.</w:t>
      </w:r>
      <w:r>
        <w:br/>
      </w:r>
      <w:r>
        <w:rPr>
          <w:sz w:val="20"/>
        </w:rPr>
        <w:t>38:10  बाय चांस वहाँ पहुँच गया कि invention की उसके अंदर क्वालिटी थी, invention।</w:t>
      </w:r>
      <w:r>
        <w:br/>
      </w:r>
      <w:r>
        <w:rPr>
          <w:sz w:val="20"/>
        </w:rPr>
        <w:t>38:13  ek hazar invention kar dale usne.</w:t>
      </w:r>
      <w:r>
        <w:br/>
      </w:r>
      <w:r>
        <w:rPr>
          <w:sz w:val="20"/>
        </w:rPr>
        <w:t>38:17  kyunki kisi scientist ne nahi kiye the.</w:t>
      </w:r>
      <w:r>
        <w:br/>
      </w:r>
      <w:r>
        <w:rPr>
          <w:sz w:val="20"/>
        </w:rPr>
        <w:t>38:20  to by chance wo wahan pahunch gaya.</w:t>
      </w:r>
      <w:r>
        <w:br/>
      </w:r>
      <w:r>
        <w:rPr>
          <w:sz w:val="20"/>
        </w:rPr>
        <w:t>38:24  और कोई जानता, कोई पहुँचता है by discovery. Through discovery.</w:t>
      </w:r>
      <w:r>
        <w:br/>
      </w:r>
      <w:r>
        <w:rPr>
          <w:sz w:val="20"/>
        </w:rPr>
        <w:t>38:27  khud discover karna chahta hai, koi karta hai ki main kis kaam ke liye paida kiya gaya hoon. jaise.</w:t>
      </w:r>
      <w:r>
        <w:br/>
      </w:r>
      <w:r>
        <w:rPr>
          <w:sz w:val="20"/>
        </w:rPr>
        <w:t>38:31  aur koi by chance us jagah pahunch jata hai.</w:t>
      </w:r>
      <w:r>
        <w:br/>
      </w:r>
      <w:r>
        <w:rPr>
          <w:sz w:val="20"/>
        </w:rPr>
        <w:t>38:36  bas dono mein se koi ek hona chahiye.</w:t>
      </w:r>
      <w:r>
        <w:br/>
      </w:r>
      <w:r>
        <w:rPr>
          <w:sz w:val="20"/>
        </w:rPr>
        <w:t>38:40  ya to aap by chance wahan pahunch jayen ya aap discovery karen.</w:t>
      </w:r>
      <w:r>
        <w:br/>
      </w:r>
      <w:r>
        <w:rPr>
          <w:sz w:val="20"/>
        </w:rPr>
        <w:t>38:44  to aap bilashubah Newton ban sakte hain.</w:t>
      </w:r>
      <w:r>
        <w:br/>
      </w:r>
      <w:r>
        <w:rPr>
          <w:sz w:val="20"/>
        </w:rPr>
        <w:t>38:49  apni field mein, matlab apni field mein, jis field ke liye khuda ne aap ko paida kiya hai.</w:t>
      </w:r>
      <w:r>
        <w:br/>
      </w:r>
      <w:r>
        <w:rPr>
          <w:sz w:val="20"/>
        </w:rPr>
        <w:t>38:53  us us field mein.</w:t>
      </w:r>
    </w:p>
    <w:p>
      <w:pPr>
        <w:pStyle w:val="Heading2"/>
      </w:pPr>
      <w:r>
        <w:t>Einstein and Newton sacrificed everything to avoid distraction</w:t>
      </w:r>
    </w:p>
    <w:p>
      <w:r>
        <w:rPr>
          <w:color w:val="666666"/>
          <w:sz w:val="18"/>
        </w:rPr>
        <w:t>Right Thinking, February 10, 2008 · 1m 34s · at 1:18:41 · https://youtu.be/12Qqn67uhSU?t=4721</w:t>
      </w:r>
    </w:p>
    <w:p>
      <w:r>
        <w:rPr>
          <w:i/>
        </w:rPr>
        <w:t>“Aap yun sochiye ke jis ne bhi koi bada kaam kiya”</w:t>
      </w:r>
    </w:p>
    <w:p>
      <w:r>
        <w:rPr>
          <w:sz w:val="20"/>
        </w:rPr>
        <w:t>1:18:41  har distraction say apnay ko bachaya. unhon nay</w:t>
      </w:r>
      <w:r>
        <w:br/>
      </w:r>
      <w:r>
        <w:rPr>
          <w:sz w:val="20"/>
        </w:rPr>
        <w:t>1:18:46  ainstain ko kisi nay 5000 pound ka aik check diya to us check ko bookmark kay tor par laga diya, phir bhool gaya. woh koi kitab parh raha tha, ab aik aadmi aata hai, us ko 5000 ka pound ka check deta hai.</w:t>
      </w:r>
      <w:r>
        <w:br/>
      </w:r>
      <w:r>
        <w:rPr>
          <w:sz w:val="20"/>
        </w:rPr>
        <w:t>1:19:03  us waqt aik kitab parh raha tha, woh to us nay bookmark kay tor par is mein us check ko laga diya,</w:t>
      </w:r>
      <w:r>
        <w:br/>
      </w:r>
      <w:r>
        <w:rPr>
          <w:sz w:val="20"/>
        </w:rPr>
        <w:t>1:19:09  woh bhool gaya, us ka time bhi khatam ho gaya. to itna ziyada unhon nay sacrifice kiya, itna ziyada apnay ko distraction say bachaya.</w:t>
      </w:r>
      <w:r>
        <w:br/>
      </w:r>
      <w:r>
        <w:rPr>
          <w:sz w:val="20"/>
        </w:rPr>
        <w:t>1:19:20  ya newton nay dekhen, shadi nahi ki, koi uska friend nahi tha. shadi na karnay ka matlab hai kay us kay bohat say friend thay, aisa kuch bhi nahi.</w:t>
      </w:r>
      <w:r>
        <w:br/>
      </w:r>
      <w:r>
        <w:rPr>
          <w:sz w:val="20"/>
        </w:rPr>
        <w:t>1:19:29  us kay friend sirf us ki research thi, us ki books theen, us ki laboratory thi.</w:t>
      </w:r>
      <w:r>
        <w:br/>
      </w:r>
      <w:r>
        <w:rPr>
          <w:sz w:val="20"/>
        </w:rPr>
        <w:t>1:19:35  to aap yun sochiye kay jis nay bhi koi bara kaam kiya hai, woh kaisay kar paya hai? isi tarah kar paya hai kay us nay apnay ko distraction say bachaya.</w:t>
      </w:r>
      <w:r>
        <w:br/>
      </w:r>
      <w:r>
        <w:rPr>
          <w:sz w:val="20"/>
        </w:rPr>
        <w:t>1:19:45  ab hum har aadmi ko sochna hai kay main aik animal ki tarah marna chahta hoon ya aik insaan ki tarah marna chahta hoon. agar animal ki tarah marna hai to distraction mein paray rahiye, paray rahiye, paray rahiye, yahan tak kay mout aa jayegi.</w:t>
      </w:r>
      <w:r>
        <w:br/>
      </w:r>
      <w:r>
        <w:rPr>
          <w:sz w:val="20"/>
        </w:rPr>
        <w:t>1:20:02  lekan insaan kay hasiyat say marna hai, tab distraction say apnay ko bachana hoga, tabhi intellectual development hoga, warna nahi hoga.</w:t>
      </w:r>
    </w:p>
    <w:p>
      <w:pPr>
        <w:pStyle w:val="Heading2"/>
      </w:pPr>
      <w:r>
        <w:t>Einstein's quote as indirect proof of a designer</w:t>
      </w:r>
    </w:p>
    <w:p>
      <w:r>
        <w:rPr>
          <w:color w:val="666666"/>
          <w:sz w:val="18"/>
        </w:rPr>
        <w:t>A Brief Survey of Six Major Religion I January 8, 2012 · 2m 04s · at 3:51 · https://youtu.be/Iho70yq6EVk?t=231</w:t>
      </w:r>
    </w:p>
    <w:p>
      <w:r>
        <w:rPr>
          <w:i/>
        </w:rPr>
        <w:t>“Main sirf ek misaal deta hoon — Albert Einstein”</w:t>
      </w:r>
    </w:p>
    <w:p>
      <w:r>
        <w:rPr>
          <w:sz w:val="20"/>
        </w:rPr>
        <w:t>3:51  main sirf ek misaal deta hoon.</w:t>
      </w:r>
      <w:r>
        <w:br/>
      </w:r>
      <w:r>
        <w:rPr>
          <w:sz w:val="20"/>
        </w:rPr>
        <w:t>3:57  Albert Einstein, maujooda zamane ka sab se bara scientific mind mana jata hai.</w:t>
      </w:r>
      <w:r>
        <w:br/>
      </w:r>
      <w:r>
        <w:rPr>
          <w:sz w:val="20"/>
        </w:rPr>
        <w:t>4:07  to zindagi bhar ke mutale ke baad is ne paya ke yeh jo dunya hai, bohat hi zyada meaningful hai.</w:t>
      </w:r>
      <w:r>
        <w:br/>
      </w:r>
      <w:r>
        <w:rPr>
          <w:sz w:val="20"/>
        </w:rPr>
        <w:t>4:22  bohat zyada well designed hai.</w:t>
      </w:r>
      <w:r>
        <w:br/>
      </w:r>
      <w:r>
        <w:rPr>
          <w:sz w:val="20"/>
        </w:rPr>
        <w:t>4:29  to is ne kaha,</w:t>
      </w:r>
      <w:r>
        <w:br/>
      </w:r>
      <w:r>
        <w:rPr>
          <w:sz w:val="20"/>
        </w:rPr>
        <w:t>4:34  agarche is ne Khuda ka iqrar kabhi nahi kiya tha, lekin is ne yeh baat kahi ke "da most incomprehensible fact about nature is that it is comprehensible".</w:t>
      </w:r>
      <w:r>
        <w:br/>
      </w:r>
      <w:r>
        <w:rPr>
          <w:sz w:val="20"/>
        </w:rPr>
        <w:t>4:50  nature ke baray mein sab se zyada na qabil e fahm baat yeh hai ke woh qabil e fahm hai.</w:t>
      </w:r>
      <w:r>
        <w:br/>
      </w:r>
      <w:r>
        <w:rPr>
          <w:sz w:val="20"/>
        </w:rPr>
        <w:t>4:59  yeh science ek scientist ki zuban thi.</w:t>
      </w:r>
      <w:r>
        <w:br/>
      </w:r>
      <w:r>
        <w:rPr>
          <w:sz w:val="20"/>
        </w:rPr>
        <w:t>5:05  scientist ki zuban aisi hoti hai. lekin agar hum is ko badlein, in alfaaz ko, to apni haqeeqat ke aitbar se is ne yeh kaha tha</w:t>
      </w:r>
      <w:r>
        <w:br/>
      </w:r>
      <w:r>
        <w:rPr>
          <w:sz w:val="20"/>
        </w:rPr>
        <w:t>5:20  ke "the universe is so well designed that it is unthinkable to believe that there is no designer".</w:t>
      </w:r>
      <w:r>
        <w:br/>
      </w:r>
      <w:r>
        <w:rPr>
          <w:sz w:val="20"/>
        </w:rPr>
        <w:t>5:38  yeh dunya itni zyada aala darjay mein, itni zyada meaningful hai, itna aala darjay ki design is ke andar hai ke yeh na qabil e fahm hai ke is ka koi designer na ho.</w:t>
      </w:r>
    </w:p>
    <w:p>
      <w:pPr>
        <w:pStyle w:val="Heading2"/>
      </w:pPr>
      <w:r>
        <w:t>Einstein used a five-thousand-pound check as a bookmark</w:t>
      </w:r>
    </w:p>
    <w:p>
      <w:r>
        <w:rPr>
          <w:color w:val="666666"/>
          <w:sz w:val="18"/>
        </w:rPr>
        <w:t>God Oriented Life July 9, 2023 · 40s · at 26:52 · https://youtu.be/0bQxMeOk5c8?t=1612</w:t>
      </w:r>
    </w:p>
    <w:p>
      <w:r>
        <w:rPr>
          <w:i/>
        </w:rPr>
        <w:t>“Someone gave Einstein a check for five thousand pounds”</w:t>
      </w:r>
    </w:p>
    <w:p>
      <w:r>
        <w:rPr>
          <w:sz w:val="20"/>
        </w:rPr>
        <w:t>26:52  aam aadmi ko kyun nahi samajh mein aati? to jaise misal ke tor par Einstein, Einstein ko bohat sab se bara scientist mana jata hai.</w:t>
      </w:r>
      <w:r>
        <w:br/>
      </w:r>
      <w:r>
        <w:rPr>
          <w:sz w:val="20"/>
        </w:rPr>
        <w:t>27:03  to us ko aik bar kisi ne panch hazar pound ka check diya. ab wo is qadar soch mein gharaq tha ke us ne is check book ko bookmark bana diya.</w:t>
      </w:r>
      <w:r>
        <w:br/>
      </w:r>
      <w:r>
        <w:rPr>
          <w:sz w:val="20"/>
        </w:rPr>
        <w:t>27:14  ab wo kitab parhta raha, parhta raha, yahan tak ke kai mahina guzar gaya to pata chala ke wo is ka time hi khatam ho gaya tha. to jab aap dekhte hain ke choti choti baaten jo hain, wo itna ziyada sochne par maloom hoti hain, discover hoti hain, to yahan to humein God realization karna hai.</w:t>
      </w:r>
    </w:p>
    <w:p>
      <w:pPr>
        <w:pStyle w:val="Heading2"/>
      </w:pPr>
      <w:r>
        <w:t>Einstein offered but declined Israel's presidency</w:t>
      </w:r>
    </w:p>
    <w:p>
      <w:r>
        <w:rPr>
          <w:color w:val="666666"/>
          <w:sz w:val="18"/>
        </w:rPr>
        <w:t>Man's Place in The Universe June 17, 2007 · 50s · at 3:01 · https://youtu.be/CND6qsCMZVU?t=181</w:t>
      </w:r>
    </w:p>
    <w:p>
      <w:r>
        <w:rPr>
          <w:i/>
        </w:rPr>
        <w:t>“Then you know he got the Nobel Prize”</w:t>
      </w:r>
    </w:p>
    <w:p>
      <w:r>
        <w:rPr>
          <w:sz w:val="20"/>
        </w:rPr>
        <w:t>3:01  Phir aap jante hain ke is ko Nobel Prize mila. aur jab Israel ki riyasat bani 1948 mein to is ko pehla president banana chaha logon ne.</w:t>
      </w:r>
      <w:r>
        <w:br/>
      </w:r>
      <w:r>
        <w:rPr>
          <w:sz w:val="20"/>
        </w:rPr>
        <w:t>3:20  Agarche Einstein ne is ko accept nahi kiya, lekin behraal un ki taraf se kaafi koshish ki gayi ke woh pehla president bane.</w:t>
      </w:r>
      <w:r>
        <w:br/>
      </w:r>
      <w:r>
        <w:rPr>
          <w:sz w:val="20"/>
        </w:rPr>
        <w:t>3:35  To is tarah ke bahut saare, bahut saare aizaazaat, bahut saari badi badi cheezein un ke naam ke saath judi hui hain.</w:t>
      </w:r>
    </w:p>
    <w:p>
      <w:pPr>
        <w:pStyle w:val="Heading2"/>
      </w:pPr>
      <w:r>
        <w:t>Einstein's despair despite fame as world's top scientist</w:t>
      </w:r>
    </w:p>
    <w:p>
      <w:r>
        <w:rPr>
          <w:color w:val="666666"/>
          <w:sz w:val="18"/>
        </w:rPr>
        <w:t>Man's Place in The Universe June 17, 2007 · 46s · at 4:10 · https://youtu.be/CND6qsCMZVU?t=250</w:t>
      </w:r>
    </w:p>
    <w:p>
      <w:r>
        <w:rPr>
          <w:i/>
        </w:rPr>
        <w:t>“He said, I feel like a stranger in the world”</w:t>
      </w:r>
    </w:p>
    <w:p>
      <w:r>
        <w:rPr>
          <w:sz w:val="20"/>
        </w:rPr>
        <w:t>4:10  To aakhri zamane mein, yaani 1950 aur 1955 ke beech mein, us ne kaha tha ke main akela hoon.</w:t>
      </w:r>
      <w:r>
        <w:br/>
      </w:r>
      <w:r>
        <w:rPr>
          <w:sz w:val="20"/>
        </w:rPr>
        <w:t>4:26  Us ne kaha tha ke "I feel like a stranger in the world"۔</w:t>
      </w:r>
      <w:r>
        <w:br/>
      </w:r>
      <w:r>
        <w:rPr>
          <w:sz w:val="20"/>
        </w:rPr>
        <w:t>4:38  "I feel like a stranger in the world"۔ itna bada scientist jis ko poori history ka sab se bada scientist maana jaata hai, aur woh despair mein marta hai.</w:t>
      </w:r>
    </w:p>
    <w:p>
      <w:pPr>
        <w:pStyle w:val="Heading2"/>
      </w:pPr>
      <w:r>
        <w:t>Einstein's fame, achievements, and quiet despair</w:t>
      </w:r>
    </w:p>
    <w:p>
      <w:r>
        <w:rPr>
          <w:color w:val="666666"/>
          <w:sz w:val="18"/>
        </w:rPr>
        <w:t>Man's Place in The Universe June 17, 2007 · 5m 44s · at 2:16 · https://youtu.be/CND6qsCMZVU?t=136</w:t>
      </w:r>
    </w:p>
    <w:p>
      <w:r>
        <w:rPr>
          <w:i/>
        </w:rPr>
        <w:t>“This topic came to mind reading Einstein's life”</w:t>
      </w:r>
    </w:p>
    <w:p>
      <w:r>
        <w:rPr>
          <w:sz w:val="20"/>
        </w:rPr>
        <w:t>2:16  Yeh topic mere mind mein is tarah aaya ke kal main Albert Einstein ki life padh raha tha.</w:t>
      </w:r>
      <w:r>
        <w:br/>
      </w:r>
      <w:r>
        <w:rPr>
          <w:sz w:val="20"/>
        </w:rPr>
        <w:t>2:30  Aap jante hain ke Albert Einstein jo hai bahut hi well known scientist hai.</w:t>
      </w:r>
      <w:r>
        <w:br/>
      </w:r>
      <w:r>
        <w:rPr>
          <w:sz w:val="20"/>
        </w:rPr>
        <w:t>2:41  Is mein likha tha ke "Most Famous Scientist in the World"۔</w:t>
      </w:r>
      <w:r>
        <w:br/>
      </w:r>
      <w:r>
        <w:rPr>
          <w:sz w:val="20"/>
        </w:rPr>
        <w:t>2:51  Albert Einstein ke baare mein likha tha ke "Most Famous Scientist in the World"۔</w:t>
      </w:r>
      <w:r>
        <w:br/>
      </w:r>
      <w:r>
        <w:rPr>
          <w:sz w:val="20"/>
        </w:rPr>
        <w:t>3:01  Phir aap jante hain ke is ko Nobel Prize mila. aur jab Israel ki riyasat bani 1948 mein to is ko pehla president banana chaha logon ne.</w:t>
      </w:r>
      <w:r>
        <w:br/>
      </w:r>
      <w:r>
        <w:rPr>
          <w:sz w:val="20"/>
        </w:rPr>
        <w:t>3:20  Agarche Einstein ne is ko accept nahi kiya, lekin behraal un ki taraf se kaafi koshish ki gayi ke woh pehla president bane.</w:t>
      </w:r>
      <w:r>
        <w:br/>
      </w:r>
      <w:r>
        <w:rPr>
          <w:sz w:val="20"/>
        </w:rPr>
        <w:t>3:35  To is tarah ke bahut saare, bahut saare aizaazaat, bahut saari badi badi cheezein un ke naam ke saath judi hui hain.</w:t>
      </w:r>
      <w:r>
        <w:br/>
      </w:r>
      <w:r>
        <w:rPr>
          <w:sz w:val="20"/>
        </w:rPr>
        <w:t>3:51  To Einstein ki death jo hui hai woh 1955 mein. 1955 mein mara hai woh jabke us ki umar thi 76, yaani 76 saal.</w:t>
      </w:r>
      <w:r>
        <w:br/>
      </w:r>
      <w:r>
        <w:rPr>
          <w:sz w:val="20"/>
        </w:rPr>
        <w:t>4:10  To aakhri zamane mein, yaani 1950 aur 1955 ke beech mein, us ne kaha tha ke main akela hoon.</w:t>
      </w:r>
      <w:r>
        <w:br/>
      </w:r>
      <w:r>
        <w:rPr>
          <w:sz w:val="20"/>
        </w:rPr>
        <w:t>4:26  Us ne kaha tha ke "I feel like a stranger in the world"۔</w:t>
      </w:r>
      <w:r>
        <w:br/>
      </w:r>
      <w:r>
        <w:rPr>
          <w:sz w:val="20"/>
        </w:rPr>
        <w:t>4:38  "I feel like a stranger in the world"۔ itna bada scientist jis ko poori history ka sab se bada scientist maana jaata hai, aur woh despair mein marta hai.</w:t>
      </w:r>
      <w:r>
        <w:br/>
      </w:r>
      <w:r>
        <w:rPr>
          <w:sz w:val="20"/>
        </w:rPr>
        <w:t>4:56  Is mein bataya gaya tha ke us ki bahut kuch cheezon se badi dilchaspi thi, us ko mislan violin bajana. violin ya piano bajata tha shayad.</w:t>
      </w:r>
      <w:r>
        <w:br/>
      </w:r>
      <w:r>
        <w:rPr>
          <w:sz w:val="20"/>
        </w:rPr>
        <w:t>5:08  To woh chhod diya us ne, chhoot gaya. boating karta tha, woh bhi chhoot gayi. kyunke bilkul frustration mein rehta tha woh aakhri zamane mein.</w:t>
      </w:r>
      <w:r>
        <w:br/>
      </w:r>
      <w:r>
        <w:rPr>
          <w:sz w:val="20"/>
        </w:rPr>
        <w:t>5:21  To kyun aisa hua?</w:t>
      </w:r>
      <w:r>
        <w:br/>
      </w:r>
      <w:r>
        <w:rPr>
          <w:sz w:val="20"/>
        </w:rPr>
        <w:t>5:25  itni bari position ko paane ke baad bhi kyun woh tension mein raha?</w:t>
      </w:r>
      <w:r>
        <w:br/>
      </w:r>
      <w:r>
        <w:rPr>
          <w:sz w:val="20"/>
        </w:rPr>
        <w:t>5:33  kyun woh despair mein mara?</w:t>
      </w:r>
      <w:r>
        <w:br/>
      </w:r>
      <w:r>
        <w:rPr>
          <w:sz w:val="20"/>
        </w:rPr>
        <w:t>5:38  to is ko parh kar ke mujhe samajh mein aaya ke is mein likha tha ke nuclear fusion yeh sab se bari jo</w:t>
      </w:r>
      <w:r>
        <w:br/>
      </w:r>
      <w:r>
        <w:rPr>
          <w:sz w:val="20"/>
        </w:rPr>
        <w:t>5:52  cheez is ki taraf, sab se bara jo is ko, sab se bara kaam jo is ne kiya hai woh nuclear fusion ki discovery.</w:t>
      </w:r>
      <w:r>
        <w:br/>
      </w:r>
      <w:r>
        <w:rPr>
          <w:sz w:val="20"/>
        </w:rPr>
        <w:t>6:05  jo baad ko atom bomb ka formula jis se nikla.</w:t>
      </w:r>
      <w:r>
        <w:br/>
      </w:r>
      <w:r>
        <w:rPr>
          <w:sz w:val="20"/>
        </w:rPr>
        <w:t>6:11  to mein ne socha ke Einstein ka masla yeh tha ke is ne ideology of atom to discover kiya.</w:t>
      </w:r>
      <w:r>
        <w:br/>
      </w:r>
      <w:r>
        <w:rPr>
          <w:sz w:val="20"/>
        </w:rPr>
        <w:t>6:28  ideology of atom to is ne discover kiya, lekin woh ideology of life discover na kar saka.</w:t>
      </w:r>
      <w:r>
        <w:br/>
      </w:r>
      <w:r>
        <w:rPr>
          <w:sz w:val="20"/>
        </w:rPr>
        <w:t>6:37  yeh tha is ka masla. aap sochiye ke itni sari position paane ke baad bhi 76 saal mein mar raha hai ek aadmi.</w:t>
      </w:r>
      <w:r>
        <w:br/>
      </w:r>
      <w:r>
        <w:rPr>
          <w:sz w:val="20"/>
        </w:rPr>
        <w:t>6:47  to kitna zyada is ko frustration hoga. aap kisi bhi aadmi se poochein, koi marna nahi chahta.</w:t>
      </w:r>
      <w:r>
        <w:br/>
      </w:r>
      <w:r>
        <w:rPr>
          <w:sz w:val="20"/>
        </w:rPr>
        <w:t>6:58  har aadmi chahta hai ke mein hamesha jeeta rahoon. hamesha sehatmand rahoon. koi bimari is ko na ho. is ko death na aaye.</w:t>
      </w:r>
      <w:r>
        <w:br/>
      </w:r>
      <w:r>
        <w:rPr>
          <w:sz w:val="20"/>
        </w:rPr>
        <w:t>7:08  koi hadsa na ho. to har aadmi chahta hai bohat lambi umer.</w:t>
      </w:r>
      <w:r>
        <w:br/>
      </w:r>
      <w:r>
        <w:rPr>
          <w:sz w:val="20"/>
        </w:rPr>
        <w:t>7:18  aisi halat mein ek aadmi lazmi taur par 76 saal mein mar jaye, marna pade is ko.</w:t>
      </w:r>
      <w:r>
        <w:br/>
      </w:r>
      <w:r>
        <w:rPr>
          <w:sz w:val="20"/>
        </w:rPr>
        <w:t>7:30  to aap sochiye kitna bara is ko frustration hoga ke kya hai yeh zindagi.</w:t>
      </w:r>
      <w:r>
        <w:br/>
      </w:r>
      <w:r>
        <w:rPr>
          <w:sz w:val="20"/>
        </w:rPr>
        <w:t>7:38  phir is ki khwahishat jo hain, koi khwahish is ki poori nahi huien. sari khwahishat andar ke andar reh gayeen.</w:t>
      </w:r>
      <w:r>
        <w:br/>
      </w:r>
      <w:r>
        <w:rPr>
          <w:sz w:val="20"/>
        </w:rPr>
        <w:t>7:47  to khwahishat ka poora hona nahi mila is ko. dunya mein bohat din tak jeena nahi mila is ko. doston mein bilkul woh ajnabi tha.</w:t>
      </w:r>
    </w:p>
    <w:p>
      <w:pPr>
        <w:pStyle w:val="Heading2"/>
      </w:pPr>
      <w:r>
        <w:t>Einstein's isolation: the speech nobody understood</w:t>
      </w:r>
    </w:p>
    <w:p>
      <w:r>
        <w:rPr>
          <w:color w:val="666666"/>
          <w:sz w:val="18"/>
        </w:rPr>
        <w:t>Man's Place in The Universe June 17, 2007 · 4m 22s · at 8:00 · https://youtu.be/CND6qsCMZVU?t=480</w:t>
      </w:r>
    </w:p>
    <w:p>
      <w:r>
        <w:rPr>
          <w:i/>
        </w:rPr>
        <w:t>“When Einstein won the Nobel Prize, a friend invited him”</w:t>
      </w:r>
    </w:p>
    <w:p>
      <w:r>
        <w:rPr>
          <w:sz w:val="20"/>
        </w:rPr>
        <w:t>8:00  is ka ek qissa mein ne parha. jab Einstein ko Nobel Prize mila to is ka ek dost jo kisi aur shehar mein rehta tha,</w:t>
      </w:r>
      <w:r>
        <w:br/>
      </w:r>
      <w:r>
        <w:rPr>
          <w:sz w:val="20"/>
        </w:rPr>
        <w:t>8:15  is ne is ko ek paigham bheja ke hum log bohat khush hain.</w:t>
      </w:r>
      <w:r>
        <w:br/>
      </w:r>
      <w:r>
        <w:rPr>
          <w:sz w:val="20"/>
        </w:rPr>
        <w:t>8:20  mein chahta hoon ke aap ke reception mein mein yahan ek meeting karoon. jis mein kai log ikatthe honge, parhe likhe. to aap aaiye.</w:t>
      </w:r>
      <w:r>
        <w:br/>
      </w:r>
      <w:r>
        <w:rPr>
          <w:sz w:val="20"/>
        </w:rPr>
        <w:t>8:31  is mein shirkat kijiye aap. to Einstein ne pehle to kaha ke bhai nahi aisa mat karo.</w:t>
      </w:r>
      <w:r>
        <w:br/>
      </w:r>
      <w:r>
        <w:rPr>
          <w:sz w:val="20"/>
        </w:rPr>
        <w:t>8:41  mat karo. dost nahi mana. to is ke israr par woh chala gaya.</w:t>
      </w:r>
      <w:r>
        <w:br/>
      </w:r>
      <w:r>
        <w:rPr>
          <w:sz w:val="20"/>
        </w:rPr>
        <w:t>8:51  to jab wahan woh pohancha to jo log baithe the sab parhe likhe log the. woh mamooli log nahi the.</w:t>
      </w:r>
      <w:r>
        <w:br/>
      </w:r>
      <w:r>
        <w:rPr>
          <w:sz w:val="20"/>
        </w:rPr>
        <w:t>9:03  lekin wahan Einstein ne apne ko ajnabi mehsoos kiya.</w:t>
      </w:r>
      <w:r>
        <w:br/>
      </w:r>
      <w:r>
        <w:rPr>
          <w:sz w:val="20"/>
        </w:rPr>
        <w:t>9:11  to</w:t>
      </w:r>
      <w:r>
        <w:br/>
      </w:r>
      <w:r>
        <w:rPr>
          <w:sz w:val="20"/>
        </w:rPr>
        <w:t>9:15  logon ne kaha ke bhai aap kuch boliye. chup chap baitha tha woh</w:t>
      </w:r>
      <w:r>
        <w:br/>
      </w:r>
      <w:r>
        <w:rPr>
          <w:sz w:val="20"/>
        </w:rPr>
        <w:t>9:20  ۔ to bolna chahta nahi tha woh. logon ne kaha ke boliye. to Einstein ne kaha ke aaj mere paas aap se kehne ke liye kuch nahi hai.</w:t>
      </w:r>
      <w:r>
        <w:br/>
      </w:r>
      <w:r>
        <w:rPr>
          <w:sz w:val="20"/>
        </w:rPr>
        <w:t>9:31  yani parhe likhe, taleem yafta logon ka ek sam'een hai. aur dost ne organize kiya hai. aur phir woh khare ho kar yeh kahe ke aaj mere paas aap logon se kehne ke liye kuch nahi hai.</w:t>
      </w:r>
      <w:r>
        <w:br/>
      </w:r>
      <w:r>
        <w:rPr>
          <w:sz w:val="20"/>
        </w:rPr>
        <w:t>9:46  yeh keh kar baith gaya.</w:t>
      </w:r>
      <w:r>
        <w:br/>
      </w:r>
      <w:r>
        <w:rPr>
          <w:sz w:val="20"/>
        </w:rPr>
        <w:t>9:48  ab log bohat ghussa hue ke hum aaye the kuch sunne ke liye. aur yeh kya keh diya unhon ne.</w:t>
      </w:r>
      <w:r>
        <w:br/>
      </w:r>
      <w:r>
        <w:rPr>
          <w:sz w:val="20"/>
        </w:rPr>
        <w:t>9:58  to us ke baad woh chala gaya. ab dost se baat karo, woh shikayatein keen ke kaisa aap ne kiya tha. to dost ne phir rabta kiya einstein se ke bhai logon ko bari shikayat hai ke aap kuch bolay nahi, kuch bataye nahi.</w:t>
      </w:r>
      <w:r>
        <w:br/>
      </w:r>
      <w:r>
        <w:rPr>
          <w:sz w:val="20"/>
        </w:rPr>
        <w:t>10:15  to dost ne jab bohat ziyada kaha to us ne kaha ke chalen phir main aata hoon, dobara aaunga. organize karo meeting.</w:t>
      </w:r>
      <w:r>
        <w:br/>
      </w:r>
      <w:r>
        <w:rPr>
          <w:sz w:val="20"/>
        </w:rPr>
        <w:t>10:24  buniyadi baat yeh thi ke einstein yeh mehsoos kar raha tha ke yeh mera sam'een nahi hai. agarche professor log the woh, tab bhi. chunancha doosri baar jab woh aaya woh, woh khara hua.</w:t>
      </w:r>
      <w:r>
        <w:br/>
      </w:r>
      <w:r>
        <w:rPr>
          <w:sz w:val="20"/>
        </w:rPr>
        <w:t>10:37  aur us ke baad us ne ek taqreer ki.</w:t>
      </w:r>
      <w:r>
        <w:br/>
      </w:r>
      <w:r>
        <w:rPr>
          <w:sz w:val="20"/>
        </w:rPr>
        <w:t>10:41  jo us ki daryaft thi us par us ne taqreer ki. to koi kuch samjha nahi.</w:t>
      </w:r>
      <w:r>
        <w:br/>
      </w:r>
      <w:r>
        <w:rPr>
          <w:sz w:val="20"/>
        </w:rPr>
        <w:t>10:51  kyun ke us ki jo daryaft thi us mein bohat aala riyazi shamil thi. aala riyazi.</w:t>
      </w:r>
      <w:r>
        <w:br/>
      </w:r>
      <w:r>
        <w:rPr>
          <w:sz w:val="20"/>
        </w:rPr>
        <w:t>11:01  to kaha jata hai ke bohat hi thore log dunya mein the jinhon ne einstein ki theory ko samjha ho. kyun ke itni aala riyazi se log aam taur par manoos nahi hote hain.</w:t>
      </w:r>
      <w:r>
        <w:br/>
      </w:r>
      <w:r>
        <w:rPr>
          <w:sz w:val="20"/>
        </w:rPr>
        <w:t>11:13  to behal us ne taqreer ki.</w:t>
      </w:r>
      <w:r>
        <w:br/>
      </w:r>
      <w:r>
        <w:rPr>
          <w:sz w:val="20"/>
        </w:rPr>
        <w:t>11:18  aur taqreer kar ke woh baith gaya. koi aadmi kuch samjha nahi.</w:t>
      </w:r>
      <w:r>
        <w:br/>
      </w:r>
      <w:r>
        <w:rPr>
          <w:sz w:val="20"/>
        </w:rPr>
        <w:t>11:26  aur us ke baad woh chala gaya.</w:t>
      </w:r>
      <w:r>
        <w:br/>
      </w:r>
      <w:r>
        <w:rPr>
          <w:sz w:val="20"/>
        </w:rPr>
        <w:t>11:30  yeh tha ek pehlu is ka, is ki zindagi ka. ke jo daryaft us ko hui thi agarche bohat hi juzwi daryaft thi woh.</w:t>
      </w:r>
      <w:r>
        <w:br/>
      </w:r>
      <w:r>
        <w:rPr>
          <w:sz w:val="20"/>
        </w:rPr>
        <w:t>11:42  yani nuclear fusion to poori kainaat ka ek chota sa itna hissa hai. ek chota sa hissa hai woh.</w:t>
      </w:r>
      <w:r>
        <w:br/>
      </w:r>
      <w:r>
        <w:rPr>
          <w:sz w:val="20"/>
        </w:rPr>
        <w:t>11:53  to us ne jo taqreer di thi woh quantum theory par thi.</w:t>
      </w:r>
      <w:r>
        <w:br/>
      </w:r>
      <w:r>
        <w:rPr>
          <w:sz w:val="20"/>
        </w:rPr>
        <w:t>11:59  to quantum theory poori kainaat ka ek chota sa hissa hai. jis mein.</w:t>
      </w:r>
      <w:r>
        <w:br/>
      </w:r>
      <w:r>
        <w:rPr>
          <w:sz w:val="20"/>
        </w:rPr>
        <w:t>12:07  to nuclear fusion jo us ka jo karname bataya tha woh ek kainaat ka, yani kainaat-e-haqaiq ka ek chota sa hissa tha.</w:t>
      </w:r>
      <w:r>
        <w:br/>
      </w:r>
      <w:r>
        <w:rPr>
          <w:sz w:val="20"/>
        </w:rPr>
        <w:t>12:20  aur us ko log samjhe nahi.</w:t>
      </w:r>
    </w:p>
    <w:p>
      <w:pPr>
        <w:pStyle w:val="Heading2"/>
      </w:pPr>
      <w:r>
        <w:t>Einstein and Newton thrilled by discovery</w:t>
      </w:r>
    </w:p>
    <w:p>
      <w:r>
        <w:rPr>
          <w:color w:val="666666"/>
          <w:sz w:val="18"/>
        </w:rPr>
        <w:t>The Message of The Quran (English) July 4, 2009 · 48s · at 17:41 · https://youtu.be/1DoXQna1vuY?t=1061</w:t>
      </w:r>
    </w:p>
    <w:p>
      <w:r>
        <w:rPr>
          <w:i/>
        </w:rPr>
        <w:t>“When Newton discovered the law of gravity, he was thrilled”</w:t>
      </w:r>
    </w:p>
    <w:p>
      <w:r>
        <w:rPr>
          <w:sz w:val="20"/>
        </w:rPr>
        <w:t>17:41  so was the case all those scientist. for example, when newton discovered the law of gravity,</w:t>
      </w:r>
      <w:r>
        <w:br/>
      </w:r>
      <w:r>
        <w:rPr>
          <w:sz w:val="20"/>
        </w:rPr>
        <w:t>17:56  so he was so thrill.</w:t>
      </w:r>
      <w:r>
        <w:br/>
      </w:r>
      <w:r>
        <w:rPr>
          <w:sz w:val="20"/>
        </w:rPr>
        <w:t>17:59  he became the, he became the founder of modern science. so was the case of einstein.</w:t>
      </w:r>
      <w:r>
        <w:br/>
      </w:r>
      <w:r>
        <w:rPr>
          <w:sz w:val="20"/>
        </w:rPr>
        <w:t>18:08  when einstein discovered that matter is convert, matter converted into energy, he was so thrill that azrael offered him presidentship, but he refused.</w:t>
      </w:r>
      <w:r>
        <w:br/>
      </w:r>
      <w:r>
        <w:rPr>
          <w:sz w:val="20"/>
        </w:rPr>
        <w:t>18:22  he said: "my liberty is better than the president house in israel."</w:t>
      </w:r>
    </w:p>
    <w:p>
      <w:pPr>
        <w:pStyle w:val="Heading2"/>
      </w:pPr>
      <w:r>
        <w:t>the thrill of scientific discovery, Eureka to Einstein</w:t>
      </w:r>
    </w:p>
    <w:p>
      <w:r>
        <w:rPr>
          <w:color w:val="666666"/>
          <w:sz w:val="18"/>
        </w:rPr>
        <w:t>The Message of The Quran (English) July 4, 2009 · 1m 25s · at 17:15 · https://youtu.be/1DoXQna1vuY?t=1035</w:t>
      </w:r>
    </w:p>
    <w:p>
      <w:r>
        <w:rPr>
          <w:i/>
        </w:rPr>
        <w:t>“Archimedes was in pursuit of the law of hydrostatics”</w:t>
      </w:r>
    </w:p>
    <w:p>
      <w:r>
        <w:rPr>
          <w:sz w:val="20"/>
        </w:rPr>
        <w:t>17:15  you know, archimedes was in pursuit of hydrostatics, the law of hydrostatics.</w:t>
      </w:r>
      <w:r>
        <w:br/>
      </w:r>
      <w:r>
        <w:rPr>
          <w:sz w:val="20"/>
        </w:rPr>
        <w:t>17:24  and suddenly, he discovered when he was taking bath in a tub,</w:t>
      </w:r>
      <w:r>
        <w:br/>
      </w:r>
      <w:r>
        <w:rPr>
          <w:sz w:val="20"/>
        </w:rPr>
        <w:t>17:30  he was so thrill that he run without dress. that i eureka, eureka, i found, i found.</w:t>
      </w:r>
      <w:r>
        <w:br/>
      </w:r>
      <w:r>
        <w:rPr>
          <w:sz w:val="20"/>
        </w:rPr>
        <w:t>17:41  so was the case all those scientist. for example, when newton discovered the law of gravity,</w:t>
      </w:r>
      <w:r>
        <w:br/>
      </w:r>
      <w:r>
        <w:rPr>
          <w:sz w:val="20"/>
        </w:rPr>
        <w:t>17:56  so he was so thrill.</w:t>
      </w:r>
      <w:r>
        <w:br/>
      </w:r>
      <w:r>
        <w:rPr>
          <w:sz w:val="20"/>
        </w:rPr>
        <w:t>17:59  he became the, he became the founder of modern science. so was the case of einstein.</w:t>
      </w:r>
      <w:r>
        <w:br/>
      </w:r>
      <w:r>
        <w:rPr>
          <w:sz w:val="20"/>
        </w:rPr>
        <w:t>18:08  when einstein discovered that matter is convert, matter converted into energy, he was so thrill that azrael offered him presidentship, but he refused.</w:t>
      </w:r>
      <w:r>
        <w:br/>
      </w:r>
      <w:r>
        <w:rPr>
          <w:sz w:val="20"/>
        </w:rPr>
        <w:t>18:22  he said: "my liberty is better than the president house in israel."</w:t>
      </w:r>
      <w:r>
        <w:br/>
      </w:r>
      <w:r>
        <w:rPr>
          <w:sz w:val="20"/>
        </w:rPr>
        <w:t>18:30  so god want to every human being to live among discoveries. every day, you have to develop your mind.</w:t>
      </w:r>
    </w:p>
    <w:p>
      <w:pPr>
        <w:pStyle w:val="Heading2"/>
      </w:pPr>
      <w:r>
        <w:t>Three levels of understanding: Ptolemy to Einstein to God</w:t>
      </w:r>
    </w:p>
    <w:p>
      <w:r>
        <w:rPr>
          <w:color w:val="666666"/>
          <w:sz w:val="18"/>
        </w:rPr>
        <w:t>Belief in the Existance of God | 11 Jan, 2009 · 5m 33s · at 15:29 · https://youtu.be/BniNkb0aE6Q?t=929</w:t>
      </w:r>
    </w:p>
    <w:p>
      <w:r>
        <w:rPr>
          <w:i/>
        </w:rPr>
        <w:t>“Ab dekhiye, ek nahi, teen level hain”</w:t>
      </w:r>
    </w:p>
    <w:p>
      <w:r>
        <w:rPr>
          <w:sz w:val="20"/>
        </w:rPr>
        <w:t>15:29  phir teesra jo hai jo main arz karna chahunga ke beyond telescope level of understanding. yeh teen level hain. to telescope se pehle jo level tha marifat ka, woh is ko yani is ka jo alamati taur par naam hum le sakte hain woh Tolmi ka hai. jab duniya mein telescope bani nahi thi, apni aankh se dekhta tha aadmi. to telesco</w:t>
      </w:r>
      <w:r>
        <w:br/>
      </w:r>
      <w:r>
        <w:rPr>
          <w:sz w:val="20"/>
        </w:rPr>
        <w:t>15:59  p se pehle ka jo zamana hai woh hai talmi ka zamana.</w:t>
      </w:r>
      <w:r>
        <w:br/>
      </w:r>
      <w:r>
        <w:rPr>
          <w:sz w:val="20"/>
        </w:rPr>
        <w:t>16:05  to jo dekha tha us ne wahi.</w:t>
      </w:r>
      <w:r>
        <w:br/>
      </w:r>
      <w:r>
        <w:rPr>
          <w:sz w:val="20"/>
        </w:rPr>
        <w:t>16:11  us ne kaha ke zameen beech mein hai aur suraj ghoom raha hai is ke gird.</w:t>
      </w:r>
      <w:r>
        <w:br/>
      </w:r>
      <w:r>
        <w:rPr>
          <w:sz w:val="20"/>
        </w:rPr>
        <w:t>16:17  lekin jab telescope ka zamana aaya aur insan ne zyada door tak dekha to rai badal gayi.</w:t>
      </w:r>
      <w:r>
        <w:br/>
      </w:r>
      <w:r>
        <w:rPr>
          <w:sz w:val="20"/>
        </w:rPr>
        <w:t>16:23  aur ab yeh rai bani ke nahi, suraj center mein hai aur zameen ghoom rahi hai.</w:t>
      </w:r>
      <w:r>
        <w:br/>
      </w:r>
      <w:r>
        <w:rPr>
          <w:sz w:val="20"/>
        </w:rPr>
        <w:t>16:29  woh tha yani post telescope level of understanding. is ke baad ek to second century AD mein aata hai Tolmi. aur seven aur aur yeh jo hai doosra jo hai seven 17 century, satrahveen sadi mein aata hai Galileo. second century AD mein aata hai Tolmi. jo pre telesco</w:t>
      </w:r>
      <w:r>
        <w:br/>
      </w:r>
      <w:r>
        <w:rPr>
          <w:sz w:val="20"/>
        </w:rPr>
        <w:t>16:59  پ level of understanding کا نمائندہ تھا۔</w:t>
      </w:r>
      <w:r>
        <w:br/>
      </w:r>
      <w:r>
        <w:rPr>
          <w:sz w:val="20"/>
        </w:rPr>
        <w:t>17:05  aur satrahveen sadi mein yani 17 century mein yani satrahveen sadi mein aata hai galilio.</w:t>
      </w:r>
      <w:r>
        <w:br/>
      </w:r>
      <w:r>
        <w:rPr>
          <w:sz w:val="20"/>
        </w:rPr>
        <w:t>17:12  جو represents کرتا ہے post-telescope level of understanding کو۔</w:t>
      </w:r>
      <w:r>
        <w:br/>
      </w:r>
      <w:r>
        <w:rPr>
          <w:sz w:val="20"/>
        </w:rPr>
        <w:t>17:18  ab is ke baad aata hai 20 century mein einstein.</w:t>
      </w:r>
      <w:r>
        <w:br/>
      </w:r>
      <w:r>
        <w:rPr>
          <w:sz w:val="20"/>
        </w:rPr>
        <w:t>17:24  وہ تھا یعنی beyond telescope level of understanding.</w:t>
      </w:r>
      <w:r>
        <w:br/>
      </w:r>
      <w:r>
        <w:rPr>
          <w:sz w:val="20"/>
        </w:rPr>
        <w:t>17:31  jo theory of relativity hai woh yahi hai.</w:t>
      </w:r>
      <w:r>
        <w:br/>
      </w:r>
      <w:r>
        <w:rPr>
          <w:sz w:val="20"/>
        </w:rPr>
        <w:t>17:36  einstein ne jo pesh kiya, jo us ki jo general theory of relativity hai ke jo kuch hum</w:t>
      </w:r>
      <w:r>
        <w:br/>
      </w:r>
      <w:r>
        <w:rPr>
          <w:sz w:val="20"/>
        </w:rPr>
        <w:t>17:41  hamare jo knowledge hai woh space and time ke andar hoti hai.</w:t>
      </w:r>
      <w:r>
        <w:br/>
      </w:r>
      <w:r>
        <w:rPr>
          <w:sz w:val="20"/>
        </w:rPr>
        <w:t>17:46  hum space and time ke andar hain aur isi mein hum soch paate hain.</w:t>
      </w:r>
      <w:r>
        <w:br/>
      </w:r>
      <w:r>
        <w:rPr>
          <w:sz w:val="20"/>
        </w:rPr>
        <w:t>17:51  beyond space and time ke baray mein hamein kuch pata nahi.</w:t>
      </w:r>
      <w:r>
        <w:br/>
      </w:r>
      <w:r>
        <w:rPr>
          <w:sz w:val="20"/>
        </w:rPr>
        <w:t>17:56  to us ne ek bohat hi simple</w:t>
      </w:r>
      <w:r>
        <w:br/>
      </w:r>
      <w:r>
        <w:rPr>
          <w:sz w:val="20"/>
        </w:rPr>
        <w:t>18:01  misal di hai, bohat hi sada jo har aadmi us ko samajh sakta hai.</w:t>
      </w:r>
      <w:r>
        <w:br/>
      </w:r>
      <w:r>
        <w:rPr>
          <w:sz w:val="20"/>
        </w:rPr>
        <w:t>18:04  keh aik railway track hai, double line ki.</w:t>
      </w:r>
      <w:r>
        <w:br/>
      </w:r>
      <w:r>
        <w:rPr>
          <w:sz w:val="20"/>
        </w:rPr>
        <w:t>18:08  aur do trainen is par dor rahi hain.</w:t>
      </w:r>
      <w:r>
        <w:br/>
      </w:r>
      <w:r>
        <w:rPr>
          <w:sz w:val="20"/>
        </w:rPr>
        <w:t>18:12  aik hi speed se, yaani 100 kilometer ki speed se chal rahi hain dono.</w:t>
      </w:r>
      <w:r>
        <w:br/>
      </w:r>
      <w:r>
        <w:rPr>
          <w:sz w:val="20"/>
        </w:rPr>
        <w:t>18:16  suppose kijiye aap.</w:t>
      </w:r>
      <w:r>
        <w:br/>
      </w:r>
      <w:r>
        <w:rPr>
          <w:sz w:val="20"/>
        </w:rPr>
        <w:t>18:20  aik dam exact tor par dono ki speed aik hai.</w:t>
      </w:r>
      <w:r>
        <w:br/>
      </w:r>
      <w:r>
        <w:rPr>
          <w:sz w:val="20"/>
        </w:rPr>
        <w:t>18:23  acha, aap aik gaari mein bethe hue hain.</w:t>
      </w:r>
      <w:r>
        <w:br/>
      </w:r>
      <w:r>
        <w:rPr>
          <w:sz w:val="20"/>
        </w:rPr>
        <w:t>18:27  to aap ko lagega keh doosri</w:t>
      </w:r>
      <w:r>
        <w:br/>
      </w:r>
      <w:r>
        <w:rPr>
          <w:sz w:val="20"/>
        </w:rPr>
        <w:t>18:31  gaari thehri hui hai.</w:t>
      </w:r>
      <w:r>
        <w:br/>
      </w:r>
      <w:r>
        <w:rPr>
          <w:sz w:val="20"/>
        </w:rPr>
        <w:t>18:34  standing still hai woh.</w:t>
      </w:r>
      <w:r>
        <w:br/>
      </w:r>
      <w:r>
        <w:rPr>
          <w:sz w:val="20"/>
        </w:rPr>
        <w:t>18:37  jis aik gaari mein aap bethe hue hain, doosri gaari ko dekh rahe hain.</w:t>
      </w:r>
      <w:r>
        <w:br/>
      </w:r>
      <w:r>
        <w:rPr>
          <w:sz w:val="20"/>
        </w:rPr>
        <w:t>18:40  to aap ko yeh nahi lagega keh gaari dor rahi hai.</w:t>
      </w:r>
      <w:r>
        <w:br/>
      </w:r>
      <w:r>
        <w:rPr>
          <w:sz w:val="20"/>
        </w:rPr>
        <w:t>18:43  aap ko lagega bilkul thehri hui hai.</w:t>
      </w:r>
      <w:r>
        <w:br/>
      </w:r>
      <w:r>
        <w:rPr>
          <w:sz w:val="20"/>
        </w:rPr>
        <w:t>18:46  keh aap ki jo speed hai wahi us ki speed hai.</w:t>
      </w:r>
      <w:r>
        <w:br/>
      </w:r>
      <w:r>
        <w:rPr>
          <w:sz w:val="20"/>
        </w:rPr>
        <w:t>18:49  acha, agar aap opposite side mein gaariyan chal rahi hon, aap ki idhar ja rahi ho, us ki</w:t>
      </w:r>
      <w:r>
        <w:br/>
      </w:r>
      <w:r>
        <w:rPr>
          <w:sz w:val="20"/>
        </w:rPr>
        <w:t>18:52  idhar ja rahi ho, to aap ko double speed lagegi.</w:t>
      </w:r>
      <w:r>
        <w:br/>
      </w:r>
      <w:r>
        <w:rPr>
          <w:sz w:val="20"/>
        </w:rPr>
        <w:t>18:55  speed lagegi.</w:t>
      </w:r>
      <w:r>
        <w:br/>
      </w:r>
      <w:r>
        <w:rPr>
          <w:sz w:val="20"/>
        </w:rPr>
        <w:t>18:58  yaani 200 kilometer par lagega dor</w:t>
      </w:r>
      <w:r>
        <w:br/>
      </w:r>
      <w:r>
        <w:rPr>
          <w:sz w:val="20"/>
        </w:rPr>
        <w:t>19:01  rahi gaari.</w:t>
      </w:r>
      <w:r>
        <w:br/>
      </w:r>
      <w:r>
        <w:rPr>
          <w:sz w:val="20"/>
        </w:rPr>
        <w:t>19:06  acha, ab aap helicopter par beth jaen, ooper jaen, ooper se dekhen.</w:t>
      </w:r>
      <w:r>
        <w:br/>
      </w:r>
      <w:r>
        <w:rPr>
          <w:sz w:val="20"/>
        </w:rPr>
        <w:t>19:11  to aap dekhenge keh yaani is ko jo asli speed hai is ko dekh paenge aap.</w:t>
      </w:r>
      <w:r>
        <w:br/>
      </w:r>
      <w:r>
        <w:rPr>
          <w:sz w:val="20"/>
        </w:rPr>
        <w:t>19:17  keh yeh 100 100 kilometer par hour ki speed chal rahi hai.</w:t>
      </w:r>
      <w:r>
        <w:br/>
      </w:r>
      <w:r>
        <w:rPr>
          <w:sz w:val="20"/>
        </w:rPr>
        <w:t>19:22  ya 200 200 kilometer par hour ki speed chal rahi hai.</w:t>
      </w:r>
      <w:r>
        <w:br/>
      </w:r>
      <w:r>
        <w:rPr>
          <w:sz w:val="20"/>
        </w:rPr>
        <w:t>19:27  yaani helicopter se aap jab dekhenge</w:t>
      </w:r>
      <w:r>
        <w:br/>
      </w:r>
      <w:r>
        <w:rPr>
          <w:sz w:val="20"/>
        </w:rPr>
        <w:t>19:32  aur jab train mein beth kar dekhenge, dono farq ho jayega.</w:t>
      </w:r>
      <w:r>
        <w:br/>
      </w:r>
      <w:r>
        <w:rPr>
          <w:sz w:val="20"/>
        </w:rPr>
        <w:t>19:37  is ko le kar woh kehta hai keh jo kuch hamara observation hai woh hai space and time ke andar.</w:t>
      </w:r>
      <w:r>
        <w:br/>
      </w:r>
      <w:r>
        <w:rPr>
          <w:sz w:val="20"/>
        </w:rPr>
        <w:t>19:42  aur bayan space and time jo hai wahan se observe karne ki position hum nahin hain.</w:t>
      </w:r>
      <w:r>
        <w:br/>
      </w:r>
      <w:r>
        <w:rPr>
          <w:sz w:val="20"/>
        </w:rPr>
        <w:t>19:47  to sab kuch relative hai.</w:t>
      </w:r>
      <w:r>
        <w:br/>
      </w:r>
      <w:r>
        <w:rPr>
          <w:sz w:val="20"/>
        </w:rPr>
        <w:t>19:52  all the observations are relative.</w:t>
      </w:r>
      <w:r>
        <w:br/>
      </w:r>
      <w:r>
        <w:rPr>
          <w:sz w:val="20"/>
        </w:rPr>
        <w:t>19:57  to main yeh kahunga ke Khuda ke mamle mein dekhiye, yeh mamla hai</w:t>
      </w:r>
      <w:r>
        <w:br/>
      </w:r>
      <w:r>
        <w:rPr>
          <w:sz w:val="20"/>
        </w:rPr>
        <w:t>20:02  ke hum Khuda jo hai hum space and time ke andar hain.</w:t>
      </w:r>
      <w:r>
        <w:br/>
      </w:r>
      <w:r>
        <w:rPr>
          <w:sz w:val="20"/>
        </w:rPr>
        <w:t>20:06  Khuda jo creator hai woh space and time ke bahar hai.</w:t>
      </w:r>
      <w:r>
        <w:br/>
      </w:r>
      <w:r>
        <w:rPr>
          <w:sz w:val="20"/>
        </w:rPr>
        <w:t>20:11  beyond space and time.</w:t>
      </w:r>
      <w:r>
        <w:br/>
      </w:r>
      <w:r>
        <w:rPr>
          <w:sz w:val="20"/>
        </w:rPr>
        <w:t>20:15  to agar hamare paas woh nigah ho jo beyond space and time dekh sakti ho, tab hum jaan</w:t>
      </w:r>
      <w:r>
        <w:br/>
      </w:r>
      <w:r>
        <w:rPr>
          <w:sz w:val="20"/>
        </w:rPr>
        <w:t>20:19  payenge Khuda ke existence ko directly.</w:t>
      </w:r>
      <w:r>
        <w:br/>
      </w:r>
      <w:r>
        <w:rPr>
          <w:sz w:val="20"/>
        </w:rPr>
        <w:t>20:24  abhi hum sirf indirect way mein jaan sakte hain.</w:t>
      </w:r>
      <w:r>
        <w:br/>
      </w:r>
      <w:r>
        <w:rPr>
          <w:sz w:val="20"/>
        </w:rPr>
        <w:t>20:28  chunaanche jitni bhi n</w:t>
      </w:r>
      <w:r>
        <w:br/>
      </w:r>
      <w:r>
        <w:rPr>
          <w:sz w:val="20"/>
        </w:rPr>
        <w:t>20:32  owledge is science mein hui hai, sab indirect way mein jani gai hai. kyun? is ko hum wahan tak pahunch nahi sakte. yani Einstein ke baad jo knowledge barhi hai science mein, woh sab indirect way mein hasil hui hai. kyunke direct tor par hum jaan nahi sakte is ko. to yeh Quran Majeed mein ghaliban isi ko kaha gaya is tarah se ke LAQAD K</w:t>
      </w:r>
    </w:p>
    <w:p>
      <w:pPr>
        <w:pStyle w:val="Heading2"/>
      </w:pPr>
      <w:r>
        <w:t>Newton and Einstein's total devotion to discovery</w:t>
      </w:r>
    </w:p>
    <w:p>
      <w:r>
        <w:rPr>
          <w:color w:val="666666"/>
          <w:sz w:val="18"/>
        </w:rPr>
        <w:t>Intellectual Poverty of Modern World December 17, 2006 · 2m 32s · at 1:04:18 · https://youtu.be/GdhR0DoI1Ys?t=3858</w:t>
      </w:r>
    </w:p>
    <w:p>
      <w:r>
        <w:rPr>
          <w:i/>
        </w:rPr>
        <w:t>“آپ جانتے ہیں کہ نیوٹن جو تھا نیوٹن نے شادی نہیں کی۔”</w:t>
      </w:r>
    </w:p>
    <w:p>
      <w:r>
        <w:rPr>
          <w:sz w:val="20"/>
        </w:rPr>
        <w:t>1:04:18  kuch rasoomat hain is ko kar lo to bas yeh Islam ho gaya. ke bhari cheez nahi dikhai par rahi hai. aap jante hain ke Newton jo tha Newton ne shadi nahi ki.</w:t>
      </w:r>
      <w:r>
        <w:br/>
      </w:r>
      <w:r>
        <w:rPr>
          <w:sz w:val="20"/>
        </w:rPr>
        <w:t>1:04:34  main sochta raha ke shadi kyun nahi ki us ne. kyunke woh jo cheez us ko mili thi jo falakiyat mein jo cheezain woh daryaft kar raha tha woh woh us ko bohat hi bari cheez dikhai parti thi.</w:t>
      </w:r>
      <w:r>
        <w:br/>
      </w:r>
      <w:r>
        <w:rPr>
          <w:sz w:val="20"/>
        </w:rPr>
        <w:t>1:04:47  har cheez se zyada. is ke bare mein kaha jata hai ke jo</w:t>
      </w:r>
      <w:r>
        <w:br/>
      </w:r>
      <w:r>
        <w:rPr>
          <w:sz w:val="20"/>
        </w:rPr>
        <w:t>1:04:56  khane ke waqt mein woh bhool jata tha ke khana ke waqt lunch ka ho gaya waqt dinner ka ho gaya.</w:t>
      </w:r>
      <w:r>
        <w:br/>
      </w:r>
      <w:r>
        <w:rPr>
          <w:sz w:val="20"/>
        </w:rPr>
        <w:t>1:05:04  to us ki behan thi jo bohat manti thi us ko to woh tray mein khana rakh kar ke lati aur dheere se woh us ki mez par rakh deti.</w:t>
      </w:r>
      <w:r>
        <w:br/>
      </w:r>
      <w:r>
        <w:rPr>
          <w:sz w:val="20"/>
        </w:rPr>
        <w:t>1:05:13  taake us ka tawajjuh na ho. aur phir kabhi woh kha leta. itna masroof tha to us ki jo daryaft ho rahi thi jo yani falakiyat ko tabdeel kar raha tha woh falakiyat mein to yeh yeh yeh daryaft itni bari thi us ke liye ke shadi wadi us ko mamooli cheez maloom hone lagi to shadi nahi ki us ne.</w:t>
      </w:r>
      <w:r>
        <w:br/>
      </w:r>
      <w:r>
        <w:rPr>
          <w:sz w:val="20"/>
        </w:rPr>
        <w:t>1:05:34  is tarah aap jante hain ke einstein jo hai jis ne jis ki general theory of relativity is ki bohat mashhoor hai. bohat bara zehn tha woh.</w:t>
      </w:r>
      <w:r>
        <w:br/>
      </w:r>
      <w:r>
        <w:rPr>
          <w:sz w:val="20"/>
        </w:rPr>
        <w:t>1:05:44  is ko israel ki pehle se woh pesh ki gayi. sadar banaya ja raha tha is ko. jab israel bana 1948 mein to einstein se kaha gaya ke ab aap pehle sadar baniye is ke.</w:t>
      </w:r>
      <w:r>
        <w:br/>
      </w:r>
      <w:r>
        <w:rPr>
          <w:sz w:val="20"/>
        </w:rPr>
        <w:t>1:05:58  is ne bilkul flatly refuse kar diya is ko.</w:t>
      </w:r>
      <w:r>
        <w:br/>
      </w:r>
      <w:r>
        <w:rPr>
          <w:sz w:val="20"/>
        </w:rPr>
        <w:t>1:06:02  kyun? is ko jo science mein jo jo is ko khushi mil rahi thi is ka is ke zehn ko jo ghiza mil raha tha is ke liye bilkul mamooli cheez thi sadar banna.</w:t>
      </w:r>
      <w:r>
        <w:br/>
      </w:r>
      <w:r>
        <w:rPr>
          <w:sz w:val="20"/>
        </w:rPr>
        <w:t>1:06:17  to un logon ne bare bare science dan jo thay un logon ne jo jo jo qurbaniyan kin jo jo is mamle ko waqf kiya is ki wajah se is science ko bohat bari cheez dikhai parti thi.</w:t>
      </w:r>
      <w:r>
        <w:br/>
      </w:r>
      <w:r>
        <w:rPr>
          <w:sz w:val="20"/>
        </w:rPr>
        <w:t>1:06:29  aaj jo mamla hai islam ka to logon ne islam ko aisa bana diya ke is ka aik kam shuda shakal tayyar kiya hai. kam shuda shakal. to kisi kisi kisi zaheen aadmi ko lagta nahi ke woh is mein apne ko shamil kare.</w:t>
      </w:r>
    </w:p>
    <w:p>
      <w:pPr>
        <w:pStyle w:val="Heading2"/>
      </w:pPr>
      <w:r>
        <w:t>Einstein's answer: 'I am agnostic, not atheist'</w:t>
      </w:r>
    </w:p>
    <w:p>
      <w:r>
        <w:rPr>
          <w:color w:val="666666"/>
          <w:sz w:val="18"/>
        </w:rPr>
        <w:t>God Particle July 8, 2012 · 44s · at 44:20 · https://youtu.be/30Ulu10c2nA?t=2660</w:t>
      </w:r>
    </w:p>
    <w:p>
      <w:r>
        <w:rPr>
          <w:i/>
        </w:rPr>
        <w:t>“Einstein was once asked — are you an atheist?”</w:t>
      </w:r>
    </w:p>
    <w:p>
      <w:r>
        <w:rPr>
          <w:sz w:val="20"/>
        </w:rPr>
        <w:t>44:20  jaise einstein se poocha gaya tha ke kya aap atheist hain? einstein se aik shakhs ne poocha tha, yeh chupa hua hai is ki life mein ke us ne correspondence ki thi einstein se.</w:t>
      </w:r>
      <w:r>
        <w:br/>
      </w:r>
      <w:r>
        <w:rPr>
          <w:sz w:val="20"/>
        </w:rPr>
        <w:t>44:38  phir kaha aap khuda ke munkir hain? kya aap atheist hain? kya khuda ka inkar karte hain aap? to us ne likha tha is mein ke aap mujh ko atheist nahi kar sakt</w:t>
      </w:r>
      <w:r>
        <w:br/>
      </w:r>
      <w:r>
        <w:rPr>
          <w:sz w:val="20"/>
        </w:rPr>
        <w:t>44:48  e. main atheist nahi hoon. aap mujhe sirf agnostic samajh sakte hain. atheist nahi balkeh agnostic. yani agnostic ka matlab hota hai na, na yeh main kehta hoon ke khuda hai, na yeh kehta hoon ke khuda nahi hai.</w:t>
      </w:r>
    </w:p>
    <w:p>
      <w:pPr>
        <w:pStyle w:val="Heading2"/>
      </w:pPr>
      <w:r>
        <w:t>Einstein on why a comprehensible universe is astonishing</w:t>
      </w:r>
    </w:p>
    <w:p>
      <w:r>
        <w:rPr>
          <w:color w:val="666666"/>
          <w:sz w:val="18"/>
        </w:rPr>
        <w:t>Roza and Quran July 18, 2010 · 35s · at 13:52 · https://youtu.be/TSjqSQEb0EQ?t=832</w:t>
      </w:r>
    </w:p>
    <w:p>
      <w:r>
        <w:rPr>
          <w:i/>
        </w:rPr>
        <w:t>“Einstein said nature's most incomprehensible fact is that it's comprehensible.”</w:t>
      </w:r>
    </w:p>
    <w:p>
      <w:r>
        <w:rPr>
          <w:sz w:val="20"/>
        </w:rPr>
        <w:t>13:52  Einstein ne kaha tha ke aap jante hain ke Einstein bohat bara scientist tha, sari zindagi woh study karta raha nature ki aur yeh duniya jo hai, hamare aas paas hai is ki.</w:t>
      </w:r>
      <w:r>
        <w:br/>
      </w:r>
      <w:r>
        <w:rPr>
          <w:sz w:val="20"/>
        </w:rPr>
        <w:t>14:05  to us ne kaha ke apne aakhri zamane mein ke "the most incomprehensible fact about nature is that it is comprehensible."</w:t>
      </w:r>
      <w:r>
        <w:br/>
      </w:r>
      <w:r>
        <w:rPr>
          <w:sz w:val="20"/>
        </w:rPr>
        <w:t>14:19  yani sab se ziyada na qabil e fahm baat nature ke bare mein yeh hai ke woh qabil e fahm hai. to yeh kyun kaha is ne?</w:t>
      </w:r>
    </w:p>
    <w:p>
      <w:pPr>
        <w:pStyle w:val="Heading2"/>
      </w:pPr>
      <w:r>
        <w:t>Einstein's letter calling God a human weakness</w:t>
      </w:r>
    </w:p>
    <w:p>
      <w:r>
        <w:rPr>
          <w:color w:val="666666"/>
          <w:sz w:val="18"/>
        </w:rPr>
        <w:t>The Existence of God October 7, 2012 · 54s · at 6:19 · https://youtu.be/Hm0ybuokQ8s?t=379</w:t>
      </w:r>
    </w:p>
    <w:p>
      <w:r>
        <w:rPr>
          <w:i/>
        </w:rPr>
        <w:t>“Einstein wrote a letter one year before his death”</w:t>
      </w:r>
    </w:p>
    <w:p>
      <w:r>
        <w:rPr>
          <w:sz w:val="20"/>
        </w:rPr>
        <w:t>6:19  apne is letter mein,</w:t>
      </w:r>
      <w:r>
        <w:br/>
      </w:r>
      <w:r>
        <w:rPr>
          <w:sz w:val="20"/>
        </w:rPr>
        <w:t>6:22  yani maut se ek saal pehle,</w:t>
      </w:r>
      <w:r>
        <w:br/>
      </w:r>
      <w:r>
        <w:rPr>
          <w:sz w:val="20"/>
        </w:rPr>
        <w:t>6:24  us ne yeh likha tha</w:t>
      </w:r>
      <w:r>
        <w:br/>
      </w:r>
      <w:r>
        <w:rPr>
          <w:sz w:val="20"/>
        </w:rPr>
        <w:t>6:29  ke "the word god</w:t>
      </w:r>
      <w:r>
        <w:br/>
      </w:r>
      <w:r>
        <w:rPr>
          <w:sz w:val="20"/>
        </w:rPr>
        <w:t>6:35  is for me</w:t>
      </w:r>
      <w:r>
        <w:br/>
      </w:r>
      <w:r>
        <w:rPr>
          <w:sz w:val="20"/>
        </w:rPr>
        <w:t>6:38  nothing more than the expression</w:t>
      </w:r>
      <w:r>
        <w:br/>
      </w:r>
      <w:r>
        <w:rPr>
          <w:sz w:val="20"/>
        </w:rPr>
        <w:t>6:45  of human weaknesses".</w:t>
      </w:r>
      <w:r>
        <w:br/>
      </w:r>
      <w:r>
        <w:rPr>
          <w:sz w:val="20"/>
        </w:rPr>
        <w:t>6:52  yeh german zaban mein likha tha, is ka english tarjuma yeh hai. is ka matlab yeh hai ke khuda ka lafz mere nazdeek</w:t>
      </w:r>
      <w:r>
        <w:br/>
      </w:r>
      <w:r>
        <w:rPr>
          <w:sz w:val="20"/>
        </w:rPr>
        <w:t>7:05  koi haqeeqat nahi rakhta, woh sirf insan ki kamzoriyon ki pedawar hai.</w:t>
      </w:r>
    </w:p>
    <w:p>
      <w:pPr>
        <w:pStyle w:val="Heading2"/>
      </w:pPr>
      <w:r>
        <w:t>Einstein: nature's most incomprehensible fact is its comprehensibility</w:t>
      </w:r>
    </w:p>
    <w:p>
      <w:r>
        <w:rPr>
          <w:color w:val="666666"/>
          <w:sz w:val="18"/>
        </w:rPr>
        <w:t>The Existence of God October 7, 2012 · 32s · at 21:55 · https://youtu.be/Hm0ybuokQ8s?t=1315</w:t>
      </w:r>
    </w:p>
    <w:p>
      <w:r>
        <w:rPr>
          <w:i/>
        </w:rPr>
        <w:t>“Einstein said something remarkable about nature”</w:t>
      </w:r>
    </w:p>
    <w:p>
      <w:r>
        <w:rPr>
          <w:sz w:val="20"/>
        </w:rPr>
        <w:t>21:55  tavjeeh kare. is ki to Einstein ne, ek biography ne naqal kiya hai ke Einstein ne kaha tha</w:t>
      </w:r>
      <w:r>
        <w:br/>
      </w:r>
      <w:r>
        <w:rPr>
          <w:sz w:val="20"/>
        </w:rPr>
        <w:t>22:07  ke "the most incomprehensible fact about nature is that it is comprehensible".</w:t>
      </w:r>
      <w:r>
        <w:br/>
      </w:r>
      <w:r>
        <w:rPr>
          <w:sz w:val="20"/>
        </w:rPr>
        <w:t>22:16  yeh duniya jis mein hum rehte hain, is ke bare mein sab se zyada naqabil-e-fahm baat yeh hai ke woh qabil-e-fahm hai. yeh kyun kaha Einstein ne?</w:t>
      </w:r>
    </w:p>
    <w:p>
      <w:pPr>
        <w:pStyle w:val="Heading2"/>
      </w:pPr>
      <w:r>
        <w:t>Newton, Einstein, and not fearing new knowledge</w:t>
      </w:r>
    </w:p>
    <w:p>
      <w:r>
        <w:rPr>
          <w:color w:val="666666"/>
          <w:sz w:val="18"/>
        </w:rPr>
        <w:t>In Conversation with Mohammad Asad Pervez March 27, 2022 · 53s · at 27:11 · https://youtu.be/usQU5XmtkX0?t=1631</w:t>
      </w:r>
    </w:p>
    <w:p>
      <w:r>
        <w:rPr>
          <w:i/>
        </w:rPr>
        <w:t>“Newtonian physics got us to the moon in '69”</w:t>
      </w:r>
    </w:p>
    <w:p>
      <w:r>
        <w:rPr>
          <w:sz w:val="20"/>
        </w:rPr>
        <w:t>27:11  Now, Newtonian physics was all we needed to land on the moon in '69. But Albert Einstein disproved everything Newton said, you know, back in the 40s. That doesn't discredit Newton. It just means that we just it doesn't demerit Newton for his works, everyone now accept Albert Einstein. Then Heisenberg comes up with his uncertainty principle, and then you just switch to the uncertainty principle.</w:t>
      </w:r>
      <w:r>
        <w:br/>
      </w:r>
      <w:r>
        <w:rPr>
          <w:sz w:val="20"/>
        </w:rPr>
        <w:t>27:35  You don't hold on to an idea of, well, how can you disagree with Newton or Einstein or those before you. So the same thing was happened to me when I grew up, you know, hearing all these other different scholars and different people. And then when Monana came up with something that addressed my mind further, it switched. You know, I was very, I was ease, you know, I was easy, it was easy for me to accept it.</w:t>
      </w:r>
      <w:r>
        <w:br/>
      </w:r>
      <w:r>
        <w:rPr>
          <w:sz w:val="20"/>
        </w:rPr>
        <w:t>28:04  So when Mulana made this something I thought of a weakness in me into a strength, I realized that there is no, you know, ideal Muslim or an ideal human being that, ok, if you want to, if you want to contribute toward Islam or towards God's work, you know, you have to know Arabic and then Urdu and then, you know, you need to memorize like 10 juz of the Quran or something. No, you just, God has made everyone different.</w:t>
      </w:r>
    </w:p>
    <w:p>
      <w:pPr>
        <w:pStyle w:val="Heading2"/>
      </w:pPr>
      <w:r>
        <w:t>Einstein's silence and second invitation</w:t>
      </w:r>
    </w:p>
    <w:p>
      <w:r>
        <w:rPr>
          <w:color w:val="666666"/>
          <w:sz w:val="18"/>
        </w:rPr>
        <w:t>The Value of Silence | April 21, 2018 · 2m 32s · at 3:51 · https://youtu.be/eVOJ7dheeB8?t=231</w:t>
      </w:r>
    </w:p>
    <w:p>
      <w:r>
        <w:rPr>
          <w:i/>
        </w:rPr>
        <w:t>“میں آپ کو ایک اور قصہ بتاتا ہوں”</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p>
    <w:p>
      <w:pPr>
        <w:pStyle w:val="Heading2"/>
      </w:pPr>
      <w:r>
        <w:t>Einstein's speech not understood</w:t>
      </w:r>
    </w:p>
    <w:p>
      <w:r>
        <w:rPr>
          <w:color w:val="666666"/>
          <w:sz w:val="18"/>
        </w:rPr>
        <w:t>The Value of Silence | April 21, 2018 · 1m 30s · at 6:23 · https://youtu.be/eVOJ7dheeB8?t=383</w:t>
      </w:r>
    </w:p>
    <w:p>
      <w:r>
        <w:rPr>
          <w:i/>
        </w:rPr>
        <w:t>“تو کیا ہوا؟ آڈینس کو سمجھا ہی نہیں”</w:t>
      </w:r>
    </w:p>
    <w:p>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p>
    <w:p>
      <w:pPr>
        <w:pStyle w:val="Heading2"/>
      </w:pPr>
      <w:r>
        <w:t>Einstein's silence and audience misunderstanding</w:t>
      </w:r>
    </w:p>
    <w:p>
      <w:r>
        <w:rPr>
          <w:color w:val="666666"/>
          <w:sz w:val="18"/>
        </w:rPr>
        <w:t>The Value of Silence | April 21, 2018 · 4m 02s · at 3:51 · https://youtu.be/eVOJ7dheeB8?t=231</w:t>
      </w:r>
    </w:p>
    <w:p>
      <w:r>
        <w:rPr>
          <w:i/>
        </w:rPr>
        <w:t>“میں آپ کو ایک اور قصہ بتاتا ہوں”</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p>
    <w:p>
      <w:pPr>
        <w:pStyle w:val="Heading2"/>
      </w:pPr>
      <w:r>
        <w:t>Einstein's silence and technical talk</w:t>
      </w:r>
    </w:p>
    <w:p>
      <w:r>
        <w:rPr>
          <w:color w:val="666666"/>
          <w:sz w:val="18"/>
        </w:rPr>
        <w:t>The Value of Silence | April 21, 2018 · 3m 02s · at 3:51 · https://youtu.be/eVOJ7dheeB8?t=231</w:t>
      </w:r>
    </w:p>
    <w:p>
      <w:r>
        <w:rPr>
          <w:i/>
        </w:rPr>
        <w:t>“Albert Einstein got Nobel Prize in Physics”</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p>
    <w:p>
      <w:pPr>
        <w:pStyle w:val="Heading2"/>
      </w:pPr>
      <w:r>
        <w:t>Comparison of spiritual and intellectual silence</w:t>
      </w:r>
    </w:p>
    <w:p>
      <w:r>
        <w:rPr>
          <w:color w:val="666666"/>
          <w:sz w:val="18"/>
        </w:rPr>
        <w:t>The Value of Silence | April 21, 2018 · 4m 32s · at 3:51 · https://youtu.be/eVOJ7dheeB8?t=231</w:t>
      </w:r>
    </w:p>
    <w:p>
      <w:r>
        <w:rPr>
          <w:i/>
        </w:rPr>
        <w:t>“Albert Einstein got Nobel Prize in Physics”</w:t>
      </w:r>
    </w:p>
    <w:p>
      <w:r>
        <w:rPr>
          <w:sz w:val="20"/>
        </w:rPr>
        <w:t>3:51  mein aap ko ek aur qissa batata hoon jis se, yani compare karne ke liye, aap jante hain</w:t>
      </w:r>
      <w:r>
        <w:br/>
      </w:r>
      <w:r>
        <w:rPr>
          <w:sz w:val="20"/>
        </w:rPr>
        <w:t>4:01  ke Albert Einstein, jo bara scientist tha, to us ko Nobel Prize mila physics ka.</w:t>
      </w:r>
      <w:r>
        <w:br/>
      </w:r>
      <w:r>
        <w:rPr>
          <w:sz w:val="20"/>
        </w:rPr>
        <w:t>4:11  to us ka</w:t>
      </w:r>
      <w:r>
        <w:br/>
      </w:r>
      <w:r>
        <w:rPr>
          <w:sz w:val="20"/>
        </w:rPr>
        <w:t>4:21  ek dost tha kisi doosre shehar mein, us ne us ko message message bheja ke tum hamare haan</w:t>
      </w:r>
      <w:r>
        <w:br/>
      </w:r>
      <w:r>
        <w:rPr>
          <w:sz w:val="20"/>
        </w:rPr>
        <w:t>4:32  aao, yahan hum ek gathering karenge aur log tumhari baat sunna chahte hain.</w:t>
      </w:r>
      <w:r>
        <w:br/>
      </w:r>
      <w:r>
        <w:rPr>
          <w:sz w:val="20"/>
        </w:rPr>
        <w:t>4:42  to dost ki baat thi, to Einstein chala gaya, aur dost ne wahan par</w:t>
      </w:r>
      <w:r>
        <w:br/>
      </w:r>
      <w:r>
        <w:rPr>
          <w:sz w:val="20"/>
        </w:rPr>
        <w:t>4:53  intizam kiya aik jalsay ka. log akatha hue, lekin Einstein kuch bolay hi nahi. jab us ka naam pukara gaya to apni jagah se uth kar aaye hi nahi, yahan tak ke chala gaya</w:t>
      </w:r>
      <w:r>
        <w:br/>
      </w:r>
      <w:r>
        <w:rPr>
          <w:sz w:val="20"/>
        </w:rPr>
        <w:t>5:23  wapas. to jo wahan par akatha hue thay log, unhon ne jo aagay hazir thay, un se kaha ke bhai yeh kya aap ne kiya? jab un ko bolna nahi tha to aap ne bulaya kyun hum logon ko? to us ne dobara message bheja apne dost ka ke bhai log bohat ghusa kar rah</w:t>
      </w:r>
      <w:r>
        <w:br/>
      </w:r>
      <w:r>
        <w:rPr>
          <w:sz w:val="20"/>
        </w:rPr>
        <w:t>5:53  hain ke kyun aap ne aisa kiya? to mein kya karoon? to Einstein ne kaha ke dobara</w:t>
      </w:r>
      <w:r>
        <w:br/>
      </w:r>
      <w:r>
        <w:rPr>
          <w:sz w:val="20"/>
        </w:rPr>
        <w:t>6:03  ek ek organize kijiye, aap ek mein dobara aaunga aur aur bolunga.</w:t>
      </w:r>
      <w:r>
        <w:br/>
      </w:r>
      <w:r>
        <w:rPr>
          <w:sz w:val="20"/>
        </w:rPr>
        <w:t>6:13  to date fix hui</w:t>
      </w:r>
      <w:r>
        <w:br/>
      </w:r>
      <w:r>
        <w:rPr>
          <w:sz w:val="20"/>
        </w:rPr>
        <w:t>6:23  aur bulaya gaya Einstein ko, woh aaya aur us ne khoob taqreer ki.</w:t>
      </w:r>
      <w:r>
        <w:br/>
      </w:r>
      <w:r>
        <w:rPr>
          <w:sz w:val="20"/>
        </w:rPr>
        <w:t>6:31  to kya hua? audience ko samjha hi nahi, kyunke us ne jo latest theory thi science ki, us</w:t>
      </w:r>
      <w:r>
        <w:br/>
      </w:r>
      <w:r>
        <w:rPr>
          <w:sz w:val="20"/>
        </w:rPr>
        <w:t>6:38  waqt bola tha woh.</w:t>
      </w:r>
      <w:r>
        <w:br/>
      </w:r>
      <w:r>
        <w:rPr>
          <w:sz w:val="20"/>
        </w:rPr>
        <w:t>6:46  jo sari ki sari base karti hai</w:t>
      </w:r>
      <w:r>
        <w:br/>
      </w:r>
      <w:r>
        <w:rPr>
          <w:sz w:val="20"/>
        </w:rPr>
        <w:t>6:53  hard mathematics par.</w:t>
      </w:r>
      <w:r>
        <w:br/>
      </w:r>
      <w:r>
        <w:rPr>
          <w:sz w:val="20"/>
        </w:rPr>
        <w:t>7:01  to aam taur par log hard mathematics jante nahi.</w:t>
      </w:r>
      <w:r>
        <w:br/>
      </w:r>
      <w:r>
        <w:rPr>
          <w:sz w:val="20"/>
        </w:rPr>
        <w:t>7:09  to Einstein ne poori taqreer apni latest theory jo science mein hai, us mein bola woh, aur sab</w:t>
      </w:r>
      <w:r>
        <w:br/>
      </w:r>
      <w:r>
        <w:rPr>
          <w:sz w:val="20"/>
        </w:rPr>
        <w:t>7:16  ke sab hard mathematics ki language mein tha.</w:t>
      </w:r>
      <w:r>
        <w:br/>
      </w:r>
      <w:r>
        <w:rPr>
          <w:sz w:val="20"/>
        </w:rPr>
        <w:t>7:24  to us ne kaha ke dekhein, mein jo nahi bola tha, is liye ke aap us ko samajh nahi sakte.</w:t>
      </w:r>
      <w:r>
        <w:br/>
      </w:r>
      <w:r>
        <w:rPr>
          <w:sz w:val="20"/>
        </w:rPr>
        <w:t>7:31  ab aap ka israr kiya to main bol diya, ab aap khud khud samjhiye ke main main chup</w:t>
      </w:r>
      <w:r>
        <w:br/>
      </w:r>
      <w:r>
        <w:rPr>
          <w:sz w:val="20"/>
        </w:rPr>
        <w:t>7:39  rehna sahi tha ke bolna sahi tha.</w:t>
      </w:r>
      <w:r>
        <w:br/>
      </w:r>
      <w:r>
        <w:rPr>
          <w:sz w:val="20"/>
        </w:rPr>
        <w:t>7:46  to dekhen, ye to alag baat hai,</w:t>
      </w:r>
      <w:r>
        <w:br/>
      </w:r>
      <w:r>
        <w:rPr>
          <w:sz w:val="20"/>
        </w:rPr>
        <w:t>7:54  yani ek scholar aisa kar sakta hai, ye scholarship ki baat hai jo einstein ne jo kiya.</w:t>
      </w:r>
      <w:r>
        <w:br/>
      </w:r>
      <w:r>
        <w:rPr>
          <w:sz w:val="20"/>
        </w:rPr>
        <w:t>8:00  lekin main samajhta hoon ke hazrat usman ne jo kiya aur audience ne jo kiya, wo is se</w:t>
      </w:r>
      <w:r>
        <w:br/>
      </w:r>
      <w:r>
        <w:rPr>
          <w:sz w:val="20"/>
        </w:rPr>
        <w:t>8:06  bilkul alag hai.</w:t>
      </w:r>
      <w:r>
        <w:br/>
      </w:r>
      <w:r>
        <w:rPr>
          <w:sz w:val="20"/>
        </w:rPr>
        <w:t>8:12  yani wo chup ho kar bhi bol rahe the, chup ho kar bhi wo sar soch rahe the,</w:t>
      </w:r>
      <w:r>
        <w:br/>
      </w:r>
      <w:r>
        <w:rPr>
          <w:sz w:val="20"/>
        </w:rPr>
        <w:t>8:18  chup ho kar bhi wo</w:t>
      </w:r>
    </w:p>
    <w:p>
      <w:pPr>
        <w:pStyle w:val="Heading2"/>
      </w:pPr>
      <w:r>
        <w:t>Einstein's focus vs Sulaiman's distraction</w:t>
      </w:r>
    </w:p>
    <w:p>
      <w:r>
        <w:rPr>
          <w:color w:val="666666"/>
          <w:sz w:val="18"/>
        </w:rPr>
        <w:t>Distraction is the Source of Destruction August 5, 2007 Maulana Wahiduddin Khan · 2m 28s · at 17:45 · https://youtu.be/IeiijTFDVH8?t=1065</w:t>
      </w:r>
    </w:p>
    <w:p>
      <w:r>
        <w:rPr>
          <w:i/>
        </w:rPr>
        <w:t>“There was a gentleman named Sir Shah Sulaiman”</w:t>
      </w:r>
    </w:p>
    <w:p>
      <w:r>
        <w:rPr>
          <w:sz w:val="20"/>
        </w:rPr>
        <w:t>17:45  wahan par ek sahib thay, un ka naam tha sir shah sulaiman. sir shah sulaiman. woh bohat hi intelligent aadmi thay.</w:t>
      </w:r>
      <w:r>
        <w:br/>
      </w:r>
      <w:r>
        <w:rPr>
          <w:sz w:val="20"/>
        </w:rPr>
        <w:t>17:57  woh bohat bara mathematical tha woh aadmi. mathematical mind tha un ka. yaani unhon ne Einstein ke jo theory of general relativity hai, us par article likha tha, bohat zabardast article.</w:t>
      </w:r>
      <w:r>
        <w:br/>
      </w:r>
      <w:r>
        <w:rPr>
          <w:sz w:val="20"/>
        </w:rPr>
        <w:t>18:13  aur kai is mein weakness dikhai thi unhon ne. aur general mein chupa tha us zamane mein. lekin unhon ne kiya kiya?</w:t>
      </w:r>
      <w:r>
        <w:br/>
      </w:r>
      <w:r>
        <w:rPr>
          <w:sz w:val="20"/>
        </w:rPr>
        <w:t>18:23  judge ban gaye. aur judge banne ke baad phir university ke vice chancellor ban gaye aur mar gaye. yaani science ko unhon ne apna maidan nahi banaya.</w:t>
      </w:r>
      <w:r>
        <w:br/>
      </w:r>
      <w:r>
        <w:rPr>
          <w:sz w:val="20"/>
        </w:rPr>
        <w:t>18:33  mathematics ko apna maidan nahi banaya. is ka ulta dekhiye aap. Einstein ko aap dekhiye. Einstein ko bhi offer diya gaya Israel ki presidenship ka.</w:t>
      </w:r>
      <w:r>
        <w:br/>
      </w:r>
      <w:r>
        <w:rPr>
          <w:sz w:val="20"/>
        </w:rPr>
        <w:t>18:47  toh Israel ke pehle president bante Einstein.</w:t>
      </w:r>
      <w:r>
        <w:br/>
      </w:r>
      <w:r>
        <w:rPr>
          <w:sz w:val="20"/>
        </w:rPr>
        <w:t>18:52  lekin Einstein ne kaha ke nahi. main apne is kaam ko, yaani scientific research ko chhod nahi sakta. that is a distraction for me.</w:t>
      </w:r>
      <w:r>
        <w:br/>
      </w:r>
      <w:r>
        <w:rPr>
          <w:sz w:val="20"/>
        </w:rPr>
        <w:t>19:03  toh dekhiye aap ke Sir Shah Sulaiman jahan tak main jaanta hoon, Einstein ke takkar ka un ka mind tha. isi satah ke aadmi the. woh Einstein jaisa koi bara kaam kar sakte the woh.</w:t>
      </w:r>
      <w:r>
        <w:br/>
      </w:r>
      <w:r>
        <w:rPr>
          <w:sz w:val="20"/>
        </w:rPr>
        <w:t>19:16  bohat hi zabardast aadmi tha Sir Shah Sulaiman.</w:t>
      </w:r>
      <w:r>
        <w:br/>
      </w:r>
      <w:r>
        <w:rPr>
          <w:sz w:val="20"/>
        </w:rPr>
        <w:t>19:19  British rule ke zamane mein un ko Sir ka title diya gaya tha. lekin woh kuch nahi kar sake. kuch nahi.</w:t>
      </w:r>
      <w:r>
        <w:br/>
      </w:r>
      <w:r>
        <w:rPr>
          <w:sz w:val="20"/>
        </w:rPr>
        <w:t>19:29  judge rahe, is ke baad vice chancellor rahe, woh phir mar gaye. aur Einstein ne itna bara kaam kiya ke ek naya, yaani science mein ek naya age paida kiya.</w:t>
      </w:r>
      <w:r>
        <w:br/>
      </w:r>
      <w:r>
        <w:rPr>
          <w:sz w:val="20"/>
        </w:rPr>
        <w:t>19:41  yaani micro world ko micro world tak pahunchaya Einstein ne. ke itna bara kaam kiya.</w:t>
      </w:r>
      <w:r>
        <w:br/>
      </w:r>
      <w:r>
        <w:rPr>
          <w:sz w:val="20"/>
        </w:rPr>
        <w:t>19:48  toh main samajhta hoon ke Einstein ka case distraction case nahi hai. is liye woh apna jo us ke andar distinctive quality thi, us ko woh explore kar ke aage badh saka.</w:t>
      </w:r>
      <w:r>
        <w:br/>
      </w:r>
      <w:r>
        <w:rPr>
          <w:sz w:val="20"/>
        </w:rPr>
        <w:t>20:00  aur Sir Shah Sulaiman jo the, apni jo un ki jo quality thi, us ko samajh nahi sake. aur phir kiya hua ke woh duniya mein aise aaye aur duniya mein aise chale gaye.</w:t>
      </w:r>
    </w:p>
    <w:p>
      <w:pPr>
        <w:pStyle w:val="Heading2"/>
      </w:pPr>
      <w:r>
        <w:t>All arguments now inferential</w:t>
      </w:r>
    </w:p>
    <w:p>
      <w:r>
        <w:rPr>
          <w:color w:val="666666"/>
          <w:sz w:val="18"/>
        </w:rPr>
        <w:t>Q&amp;A 20 Aug 2006 Maulana Wahiduddin Khan · 16s · at 47:36 · https://youtu.be/g_6-zerS_N4?t=2856</w:t>
      </w:r>
    </w:p>
    <w:p>
      <w:r>
        <w:rPr>
          <w:i/>
        </w:rPr>
        <w:t>“After Einstein, even atoms became unseen entities.”</w:t>
      </w:r>
    </w:p>
    <w:p>
      <w:r>
        <w:rPr>
          <w:sz w:val="20"/>
        </w:rPr>
        <w:t>47:36  Newton ke zamane mein atom jo tha, woh dekhne ki cheez thi, observable tha,</w:t>
      </w:r>
      <w:r>
        <w:br/>
      </w:r>
      <w:r>
        <w:rPr>
          <w:sz w:val="20"/>
        </w:rPr>
        <w:t>47:42  ab woh un unseen entity ban gayi. to ab to har jagah influential argument chalega. unhon ne jo baat kahi thi, aaj main sochta hoon, woh zahir hai duniya mein nahi hai.</w:t>
      </w:r>
    </w:p>
    <w:p>
      <w:pPr>
        <w:pStyle w:val="Heading2"/>
      </w:pPr>
      <w:r>
        <w:t>Einstein says he is agnostic not atheist</w:t>
      </w:r>
    </w:p>
    <w:p>
      <w:r>
        <w:rPr>
          <w:color w:val="666666"/>
          <w:sz w:val="18"/>
        </w:rPr>
        <w:t>Discovering God June 30, 2019 Maulana Wahiduddin Khan · 38s · at 58:41 · https://youtu.be/Yt1-eX7XzYU?t=3521</w:t>
      </w:r>
    </w:p>
    <w:p>
      <w:r>
        <w:rPr>
          <w:i/>
        </w:rPr>
        <w:t>“To Einstein ne is ka jawab diya”</w:t>
      </w:r>
    </w:p>
    <w:p>
      <w:r>
        <w:rPr>
          <w:sz w:val="20"/>
        </w:rPr>
        <w:t>58:41  yeh chupa hua hai yeh khat. to einstein ne is ka jawab diya ke main atheist nahi hoon, main agnostic hoon.</w:t>
      </w:r>
      <w:r>
        <w:br/>
      </w:r>
      <w:r>
        <w:rPr>
          <w:sz w:val="20"/>
        </w:rPr>
        <w:t>58:53  apne yani hand writing mein likha tha, yeh type shuda nahi hai. woh woh jo letter is ka hai, woh hand hand writing mein hai.</w:t>
      </w:r>
      <w:r>
        <w:br/>
      </w:r>
      <w:r>
        <w:rPr>
          <w:sz w:val="20"/>
        </w:rPr>
        <w:t>59:05  agnostic mein hoon. to agnostic ka matlab hai na munkir, na muqarrar, muqarrar na inkar karne wala, na iqrar karne wala.</w:t>
      </w:r>
    </w:p>
    <w:p>
      <w:pPr>
        <w:pStyle w:val="Heading2"/>
      </w:pPr>
      <w:r>
        <w:t>Time-space continuum explains afterlife</w:t>
      </w:r>
    </w:p>
    <w:p>
      <w:r>
        <w:rPr>
          <w:color w:val="666666"/>
          <w:sz w:val="18"/>
        </w:rPr>
        <w:t>Doomsday Knocking at the Door (In Conversation with Maulana) April 18, 2010 · 2m 13s · at 18:10 · https://youtu.be/oiRC9xnuP3M?t=1090</w:t>
      </w:r>
    </w:p>
    <w:p>
      <w:r>
        <w:rPr>
          <w:i/>
        </w:rPr>
        <w:t>“Yeh Einstein ki theory se hal ho jati hai”</w:t>
      </w:r>
    </w:p>
    <w:p>
      <w:r>
        <w:rPr>
          <w:sz w:val="20"/>
        </w:rPr>
        <w:t>18:10  yeh Einstein ki jo theory hai, us se yeh bat hal ho jati hai. is ki theory of relativity jo hai, to pehle time and space tha, time and space, aur phir time space continuum kar diya.</w:t>
      </w:r>
      <w:r>
        <w:br/>
      </w:r>
      <w:r>
        <w:rPr>
          <w:sz w:val="20"/>
        </w:rPr>
        <w:t>18:26  is ko yani taim spes donon ek ho gaye. kyunke hum is duniya mein rahte hain jahan ke hum taim aur spes ke andar sochte hain.</w:t>
      </w:r>
      <w:r>
        <w:br/>
      </w:r>
      <w:r>
        <w:rPr>
          <w:sz w:val="20"/>
        </w:rPr>
        <w:t>18:36  is vajah se yeh sawal aate hain. maut ke bad jo duniya hai, woh bayan taim aur spes hai. isi ko imajin kiya tha ainstain ne.</w:t>
      </w:r>
      <w:r>
        <w:br/>
      </w:r>
      <w:r>
        <w:rPr>
          <w:sz w:val="20"/>
        </w:rPr>
        <w:t>18:45  to wahan to time khatm ho jata hai. wahan aaj aur kal aur parson sab ek ho jata hai. yani present aur future aur yani past, present, future ek ho jata hai.</w:t>
      </w:r>
      <w:r>
        <w:br/>
      </w:r>
      <w:r>
        <w:rPr>
          <w:sz w:val="20"/>
        </w:rPr>
        <w:t>18:57  time space continuum. to hum is ko sirf yani hum is ko sirf imagine kar sakte hain.</w:t>
      </w:r>
      <w:r>
        <w:br/>
      </w:r>
      <w:r>
        <w:rPr>
          <w:sz w:val="20"/>
        </w:rPr>
        <w:t>19:06  kyunke hum is dunya mein jahan hum time aur space ke andar sochte hain, wo dunya hum mein jab dakhil honge to ek dam wahan par mamla badla hua hoga.</w:t>
      </w:r>
      <w:r>
        <w:br/>
      </w:r>
      <w:r>
        <w:rPr>
          <w:sz w:val="20"/>
        </w:rPr>
        <w:t>19:17  bayan time aur space hoga. wahan yeh past aur present aur future ka farq nahi rahega. wo aur Allah taala ne is ko yani Einstein ne to is ko ek science ke taur par pesh kiya hai.</w:t>
      </w:r>
      <w:r>
        <w:br/>
      </w:r>
      <w:r>
        <w:rPr>
          <w:sz w:val="20"/>
        </w:rPr>
        <w:t>19:32  lekin har insan is ko apne personal experience se ho sakta hai. wo kya?</w:t>
      </w:r>
      <w:r>
        <w:br/>
      </w:r>
      <w:r>
        <w:rPr>
          <w:sz w:val="20"/>
        </w:rPr>
        <w:t>19:38  aksar dream aate hain hum ko, aap ko ke within second aap poori history ko dekh lete hain. jhapki jhapki mein mujhe to bar bar aise dream aate hain.</w:t>
      </w:r>
      <w:r>
        <w:br/>
      </w:r>
      <w:r>
        <w:rPr>
          <w:sz w:val="20"/>
        </w:rPr>
        <w:t>19:47  har ek ko aate honge. ek jhapki aayegi. wo jhapki wo hai chand second ki hogi. usi mein poori history aap dekh lete hain.</w:t>
      </w:r>
      <w:r>
        <w:br/>
      </w:r>
      <w:r>
        <w:rPr>
          <w:sz w:val="20"/>
        </w:rPr>
        <w:t>19:57  wahan time aur space khatm ho jata hai. to khwab humein batate hain ke dunya wahi nahi hai jo hum aadi hain jis ke.</w:t>
      </w:r>
      <w:r>
        <w:br/>
      </w:r>
      <w:r>
        <w:rPr>
          <w:sz w:val="20"/>
        </w:rPr>
        <w:t>20:07  is ke siwa bhi ek dunya hai jo time and space ke mawra hai. to main samajhta hoon ke har insan khwab ke zariye is ko janta hai aur Einstein ki theory ke zariye is ko yani in terms of science bhi wo samajh sakta hai.</w:t>
      </w:r>
    </w:p>
    <w:p>
      <w:pPr>
        <w:pStyle w:val="Heading2"/>
      </w:pPr>
      <w:r>
        <w:t>Einstein was agnostic not atheist</w:t>
      </w:r>
    </w:p>
    <w:p>
      <w:r>
        <w:rPr>
          <w:color w:val="666666"/>
          <w:sz w:val="18"/>
        </w:rPr>
        <w:t>Contemplation on The Quran December 16, 2018 Maulana Wahiduddin Khan · 1m 19s · at 42:52 · https://youtu.be/bSOe1_KKEYk?t=2572</w:t>
      </w:r>
    </w:p>
    <w:p>
      <w:r>
        <w:rPr>
          <w:i/>
        </w:rPr>
        <w:t>“Aisa nahi hai. Ek ghalat baat mashhoor ho gayi hai”</w:t>
      </w:r>
    </w:p>
    <w:p>
      <w:r>
        <w:rPr>
          <w:sz w:val="20"/>
        </w:rPr>
        <w:t>42:52  aisa kyun? main to samajhta hoon ke aisa nahi hai. ek galat baat mashhoor ho gayi hai. misaal ke taur par dekhiye, einstein ke bare mein</w:t>
      </w:r>
      <w:r>
        <w:br/>
      </w:r>
      <w:r>
        <w:rPr>
          <w:sz w:val="20"/>
        </w:rPr>
        <w:t>43:12  yeh kaha jata hai ke woh atheist tha, allah ka munkir. lekin khud uska german zaban mein jo chupa hua khat hai, us mein woh kehta hai ke main atheist nahi hoon, main agnostic hoon.</w:t>
      </w:r>
      <w:r>
        <w:br/>
      </w:r>
      <w:r>
        <w:rPr>
          <w:sz w:val="20"/>
        </w:rPr>
        <w:t>43:30  to agnostic to 50-50 ka muamla hai. yani jo aadmi aap ko kahe ke main agnostic hoon, to 50 percent woh god ko</w:t>
      </w:r>
      <w:r>
        <w:br/>
      </w:r>
      <w:r>
        <w:rPr>
          <w:sz w:val="20"/>
        </w:rPr>
        <w:t>43:45  maan raha hai.</w:t>
      </w:r>
      <w:r>
        <w:br/>
      </w:r>
      <w:r>
        <w:rPr>
          <w:sz w:val="20"/>
        </w:rPr>
        <w:t>43:49  kyun ke atheist ka matlab yeh hai ke main yaqeen ke sath nahi keh sakta. ho sakta hai ke khuda ho, ho sakta hai khuda na ho.</w:t>
      </w:r>
      <w:r>
        <w:br/>
      </w:r>
      <w:r>
        <w:rPr>
          <w:sz w:val="20"/>
        </w:rPr>
        <w:t>44:00  yeh to 50 percent mana hua hai. yeh yeh inkar khuda nahi hai, balke 50-50 ka muamla hai.</w:t>
      </w:r>
    </w:p>
    <w:p>
      <w:pPr>
        <w:pStyle w:val="Heading2"/>
      </w:pPr>
      <w:r>
        <w:t>Shift from direct to inferential argument</w:t>
      </w:r>
    </w:p>
    <w:p>
      <w:r>
        <w:rPr>
          <w:color w:val="666666"/>
          <w:sz w:val="18"/>
        </w:rPr>
        <w:t>How to Find Truth | August 8, 2007 · 3m 01s · at 47:02 · https://youtu.be/YaxWNPN2K5A?t=2822</w:t>
      </w:r>
    </w:p>
    <w:p>
      <w:r>
        <w:rPr>
          <w:i/>
        </w:rPr>
        <w:t>“In pre-Einstein period, knowledge was confined to micro world”</w:t>
      </w:r>
    </w:p>
    <w:p>
      <w:r>
        <w:rPr>
          <w:sz w:val="20"/>
        </w:rPr>
        <w:t>47:02  that the same criterion which you have to prove anything else, I referred to a great discovery of science.</w:t>
      </w:r>
      <w:r>
        <w:br/>
      </w:r>
      <w:r>
        <w:rPr>
          <w:sz w:val="20"/>
        </w:rPr>
        <w:t>47:12  You know, in science there are two different periods: pre-Einstein period and post-Einstein period.</w:t>
      </w:r>
      <w:r>
        <w:br/>
      </w:r>
      <w:r>
        <w:rPr>
          <w:sz w:val="20"/>
        </w:rPr>
        <w:t>47:22  in pre-Einstein period,</w:t>
      </w:r>
      <w:r>
        <w:br/>
      </w:r>
      <w:r>
        <w:rPr>
          <w:sz w:val="20"/>
        </w:rPr>
        <w:t>47:32  man was living in the knowledge, was the knowledge of man was confined to to the micro world. from newton up to einstein. from newton up to einstein, the knowledge of man was limited to to the to wh</w:t>
      </w:r>
      <w:r>
        <w:br/>
      </w:r>
      <w:r>
        <w:rPr>
          <w:sz w:val="20"/>
        </w:rPr>
        <w:t>48:02  It is called micro world.</w:t>
      </w:r>
      <w:r>
        <w:br/>
      </w:r>
      <w:r>
        <w:rPr>
          <w:sz w:val="20"/>
        </w:rPr>
        <w:t>48:08  There are big things, those things which are measurable, which can be seen, which can be observed, which</w:t>
      </w:r>
      <w:r>
        <w:br/>
      </w:r>
      <w:r>
        <w:rPr>
          <w:sz w:val="20"/>
        </w:rPr>
        <w:t>48:14  can be testified.</w:t>
      </w:r>
      <w:r>
        <w:br/>
      </w:r>
      <w:r>
        <w:rPr>
          <w:sz w:val="20"/>
        </w:rPr>
        <w:t>48:20  So that is micro world.</w:t>
      </w:r>
      <w:r>
        <w:br/>
      </w:r>
      <w:r>
        <w:rPr>
          <w:sz w:val="20"/>
        </w:rPr>
        <w:t>48:26  But after the spirit in atom, when it</w:t>
      </w:r>
      <w:r>
        <w:br/>
      </w:r>
      <w:r>
        <w:rPr>
          <w:sz w:val="20"/>
        </w:rPr>
        <w:t>48:32  "m exploded, then the knowledge of human being reached to the micro world. Micro world."</w:t>
      </w:r>
      <w:r>
        <w:br/>
      </w:r>
      <w:r>
        <w:rPr>
          <w:sz w:val="20"/>
        </w:rPr>
        <w:t>48:42  So previously, means knowledge was confined to seen world. Seen world.</w:t>
      </w:r>
      <w:r>
        <w:br/>
      </w:r>
      <w:r>
        <w:rPr>
          <w:sz w:val="20"/>
        </w:rPr>
        <w:t>48:52  Now, main reach to the reach to to the</w:t>
      </w:r>
      <w:r>
        <w:br/>
      </w:r>
      <w:r>
        <w:rPr>
          <w:sz w:val="20"/>
        </w:rPr>
        <w:t>49:03  unseen world.</w:t>
      </w:r>
      <w:r>
        <w:br/>
      </w:r>
      <w:r>
        <w:rPr>
          <w:sz w:val="20"/>
        </w:rPr>
        <w:t>49:10  This was the difference.</w:t>
      </w:r>
      <w:r>
        <w:br/>
      </w:r>
      <w:r>
        <w:rPr>
          <w:sz w:val="20"/>
        </w:rPr>
        <w:t>49:18  So now, in pre-Einstein period, everything was measurable.</w:t>
      </w:r>
      <w:r>
        <w:br/>
      </w:r>
      <w:r>
        <w:rPr>
          <w:sz w:val="20"/>
        </w:rPr>
        <w:t>49:25  At that time, reasoning was based on in those things that were observable or measurable. So</w:t>
      </w:r>
      <w:r>
        <w:br/>
      </w:r>
      <w:r>
        <w:rPr>
          <w:sz w:val="20"/>
        </w:rPr>
        <w:t>49:33  in logic, at that time, logic was based on direct argument. at that time, man was able to establish direct argument because everything was observable. even light was observable. so Newton said that light is light</w:t>
      </w:r>
    </w:p>
    <w:p>
      <w:pPr>
        <w:pStyle w:val="Heading2"/>
      </w:pPr>
      <w:r>
        <w:t>Shah Sulaiman vs Einstein on focus</w:t>
      </w:r>
    </w:p>
    <w:p>
      <w:r>
        <w:rPr>
          <w:color w:val="666666"/>
          <w:sz w:val="18"/>
        </w:rPr>
        <w:t>Distraction is the Source of Destruction August 5, 2007 · 2m 54s · at 17:24 · https://youtu.be/E5Xo0_emjIs?t=1044</w:t>
      </w:r>
    </w:p>
    <w:p>
      <w:r>
        <w:rPr>
          <w:i/>
        </w:rPr>
        <w:t>“Einstein focused, Shah Sulaiman wasted his genius”</w:t>
      </w:r>
    </w:p>
    <w:p>
      <w:r>
        <w:rPr>
          <w:sz w:val="20"/>
        </w:rPr>
        <w:t>17:24  tab hi aap koi aala position pesh kar painge duniya mein. aur duniya ko koi bari cheez de painge aap. mere apne jahan mein paida hua tha, district Aligarh mein,</w:t>
      </w:r>
      <w:r>
        <w:br/>
      </w:r>
      <w:r>
        <w:rPr>
          <w:sz w:val="20"/>
        </w:rPr>
        <w:t>17:40  wahan par ek sahib thay, un ka naam tha Sir Shah Sulaiman. Sir Shah Sulaiman, woh bohat hi zaheen aadmi thay.</w:t>
      </w:r>
      <w:r>
        <w:br/>
      </w:r>
      <w:r>
        <w:rPr>
          <w:sz w:val="20"/>
        </w:rPr>
        <w:t>17:52  bohat bara riyazi daan thay woh aadmi. riyazi ka zehn tha un ka. yaani unhon ne Einstein ki jo theory of general relativity hai, us par article likha tha, bohat zabardast article.</w:t>
      </w:r>
      <w:r>
        <w:br/>
      </w:r>
      <w:r>
        <w:rPr>
          <w:sz w:val="20"/>
        </w:rPr>
        <w:t>18:08  aur kai is mein kamzoriyan dikhai thi unhon ne. aur general mein chupa tha is zamane mein. lekin unhon ne kya kiya?</w:t>
      </w:r>
      <w:r>
        <w:br/>
      </w:r>
      <w:r>
        <w:rPr>
          <w:sz w:val="20"/>
        </w:rPr>
        <w:t>18:17  judge ban gaye. aur judge banne ke baad phir university ke vice chancellor ban gaye aur mar gaye. yaani science ko unhon ne apna maidan nahi banaya.</w:t>
      </w:r>
      <w:r>
        <w:br/>
      </w:r>
      <w:r>
        <w:rPr>
          <w:sz w:val="20"/>
        </w:rPr>
        <w:t>18:28  riyazi daan ko apna maidan nahi banaya. is ka ulta dekhen aap. Einstein ko aap dekhen. Einstein ko bhi offer diya gaya Israel ki sadarat ka.</w:t>
      </w:r>
      <w:r>
        <w:br/>
      </w:r>
      <w:r>
        <w:rPr>
          <w:sz w:val="20"/>
        </w:rPr>
        <w:t>18:42  to Israel ke pehle sadar bante Einstein. lekin Einstein ne kaha ke nahi, mein apne is kaam ko yaani saensy tehqeeq ko chhor nahi sakta.</w:t>
      </w:r>
      <w:r>
        <w:br/>
      </w:r>
      <w:r>
        <w:rPr>
          <w:sz w:val="20"/>
        </w:rPr>
        <w:t>18:54  that is a distraction for me. to dekhen aap ke Sir Shah Sulaiman jahan tak mein janta hoon, Einstein hi ke takkar ka un ka zehn tha.</w:t>
      </w:r>
      <w:r>
        <w:br/>
      </w:r>
      <w:r>
        <w:rPr>
          <w:sz w:val="20"/>
        </w:rPr>
        <w:t>19:04  isi satah ke aadmi thay. woh Einstein jaisa koi bara kaam kar sakte thay woh. bohat hi zabardast aadmi tha Sir Shah Sulaiman.</w:t>
      </w:r>
      <w:r>
        <w:br/>
      </w:r>
      <w:r>
        <w:rPr>
          <w:sz w:val="20"/>
        </w:rPr>
        <w:t>19:14  British hukmarani ke zamane mein un ko Sir ka title diya gaya tha. lekin woh kuch nahi kar sake. kuch nahi, judge rahay, us ke baad vice chancellor rahay aur phir mar gaye.</w:t>
      </w:r>
      <w:r>
        <w:br/>
      </w:r>
      <w:r>
        <w:rPr>
          <w:sz w:val="20"/>
        </w:rPr>
        <w:t>19:27  aur Einstein ne itna bara kaam kiya ke ek naya yaani science mein ek naya daur paida kiya. yaani micro world ko micro world tak pohanchaya Einstein ne.</w:t>
      </w:r>
      <w:r>
        <w:br/>
      </w:r>
      <w:r>
        <w:rPr>
          <w:sz w:val="20"/>
        </w:rPr>
        <w:t>19:40  itna bara kaam kiya. to mein samajhta hoon ke Einstein ka case distraction case nahi hai. is liye woh apna jo us ke andar munfarid khoobi thi, us ko woh explore kar ke aage barh saka.</w:t>
      </w:r>
      <w:r>
        <w:br/>
      </w:r>
      <w:r>
        <w:rPr>
          <w:sz w:val="20"/>
        </w:rPr>
        <w:t>19:54  aur Sir Shah Sulaiman jo thay, apni jo un ki jo khoobi thi, us ko samajh nahi sake. aur phir kya hua ke woh duniya mein aise aaye aur duniya mein aise chale gaye.</w:t>
      </w:r>
      <w:r>
        <w:br/>
      </w:r>
      <w:r>
        <w:rPr>
          <w:sz w:val="20"/>
        </w:rPr>
        <w:t>20:09  to poora mein samajhta hoon ke ek fard se le kar qaum tak yeh formula sab par laagu hota hai.</w:t>
      </w:r>
    </w:p>
    <w:p>
      <w:pPr>
        <w:pStyle w:val="Heading2"/>
      </w:pPr>
      <w:r>
        <w:t>Einstein nature is comprehensible</w:t>
      </w:r>
    </w:p>
    <w:p>
      <w:r>
        <w:rPr>
          <w:color w:val="666666"/>
          <w:sz w:val="18"/>
        </w:rPr>
        <w:t>How to Discover God I May 09, 2008 · 34s · at 31:27 · https://youtu.be/fv8fazBISsw?t=1887</w:t>
      </w:r>
    </w:p>
    <w:p>
      <w:r>
        <w:rPr>
          <w:i/>
        </w:rPr>
        <w:t>“The most incomprehensible fact about nature is that it is comprehensible.”</w:t>
      </w:r>
    </w:p>
    <w:p>
      <w:r>
        <w:rPr>
          <w:sz w:val="20"/>
        </w:rPr>
        <w:t>31:27  he says, with great understand, with great, with deep sense of assessment, that, that the most in, the</w:t>
      </w:r>
      <w:r>
        <w:br/>
      </w:r>
      <w:r>
        <w:rPr>
          <w:sz w:val="20"/>
        </w:rPr>
        <w:t>31:44  most in, the most in, most in, in comprehensible fact about nature is that it is comprehensible.</w:t>
      </w:r>
      <w:r>
        <w:br/>
      </w:r>
      <w:r>
        <w:rPr>
          <w:sz w:val="20"/>
        </w:rPr>
        <w:t>32:01  nature ke bare mein sabse zyada, sabse zyada anokhi baat yeh hai ke woh qabile fahm hai.</w:t>
      </w:r>
    </w:p>
    <w:p>
      <w:pPr>
        <w:pStyle w:val="Heading2"/>
      </w:pPr>
      <w:r>
        <w:t>Einstein on comprehensibility of nature</w:t>
      </w:r>
    </w:p>
    <w:p>
      <w:r>
        <w:rPr>
          <w:color w:val="666666"/>
          <w:sz w:val="18"/>
        </w:rPr>
        <w:t>How to Discover God I May 09, 2008 · 2m 24s · at 31:27 · https://youtu.be/fv8fazBISsw?t=1887</w:t>
      </w:r>
    </w:p>
    <w:p>
      <w:r>
        <w:rPr>
          <w:i/>
        </w:rPr>
        <w:t>“The most incomprehensible fact about nature is that it is comprehensible.”</w:t>
      </w:r>
    </w:p>
    <w:p>
      <w:r>
        <w:rPr>
          <w:sz w:val="20"/>
        </w:rPr>
        <w:t>31:27  he says, with great understand, with great, with deep sense of assessment, that, that the most in, the</w:t>
      </w:r>
      <w:r>
        <w:br/>
      </w:r>
      <w:r>
        <w:rPr>
          <w:sz w:val="20"/>
        </w:rPr>
        <w:t>31:44  most in, the most in, most in, in comprehensible fact about nature is that it is comprehensible.</w:t>
      </w:r>
      <w:r>
        <w:br/>
      </w:r>
      <w:r>
        <w:rPr>
          <w:sz w:val="20"/>
        </w:rPr>
        <w:t>32:01  nature ke bare mein sabse zyada, sabse zyada anokhi baat yeh hai ke woh qabile fahm hai.</w:t>
      </w:r>
      <w:r>
        <w:br/>
      </w:r>
      <w:r>
        <w:rPr>
          <w:sz w:val="20"/>
        </w:rPr>
        <w:t>32:07  the most in comprehensible fact about nature is that it is comprehensible.</w:t>
      </w:r>
      <w:r>
        <w:br/>
      </w:r>
      <w:r>
        <w:rPr>
          <w:sz w:val="20"/>
        </w:rPr>
        <w:t>32:14  why he says like this?</w:t>
      </w:r>
      <w:r>
        <w:br/>
      </w:r>
      <w:r>
        <w:rPr>
          <w:sz w:val="20"/>
        </w:rPr>
        <w:t>32:20  it is, it is acknowledgement of God in the, in, in direct way.</w:t>
      </w:r>
      <w:r>
        <w:br/>
      </w:r>
      <w:r>
        <w:rPr>
          <w:sz w:val="20"/>
        </w:rPr>
        <w:t>32:27  indirectly, he acknowledge the existence of God.</w:t>
      </w:r>
      <w:r>
        <w:br/>
      </w:r>
      <w:r>
        <w:rPr>
          <w:sz w:val="20"/>
        </w:rPr>
        <w:t>32:34  so, i can say that, any, if i, if i rephrase his saying, then i would like to say that, that without, without believing god, nature is extremely incomprehensible. khuda ko bani bagar.</w:t>
      </w:r>
      <w:r>
        <w:br/>
      </w:r>
      <w:r>
        <w:rPr>
          <w:sz w:val="20"/>
        </w:rPr>
        <w:t>32:58  nature qabul-e-fahem with god, nature becomes comprehensible, but without god, nature becomes extremely incomprehensible.</w:t>
      </w:r>
      <w:r>
        <w:br/>
      </w:r>
      <w:r>
        <w:rPr>
          <w:sz w:val="20"/>
        </w:rPr>
        <w:t>33:15  so, when Einstein said like this, he, he, it, it is like, it, it, it means that he</w:t>
      </w:r>
      <w:r>
        <w:br/>
      </w:r>
      <w:r>
        <w:rPr>
          <w:sz w:val="20"/>
        </w:rPr>
        <w:t>33:27  acknowledges in indirect way the existence of God, because this kind of, this kind of meaningful world</w:t>
      </w:r>
      <w:r>
        <w:br/>
      </w:r>
      <w:r>
        <w:rPr>
          <w:sz w:val="20"/>
        </w:rPr>
        <w:t>33:39  is not possible without believing that there is a planner, there is a, there is a manager of this universe.</w:t>
      </w:r>
      <w:r>
        <w:br/>
      </w:r>
      <w:r>
        <w:rPr>
          <w:sz w:val="20"/>
        </w:rPr>
        <w:t>33:51  then, according to my study, almost all the scientist like philosophers believe in god, although they don't, although they, they avoid to, to, to use the word god. they avoid to use the word god. here, i would like to refer some, the name of some scientist.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