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Fatima</w:t>
      </w:r>
    </w:p>
    <w:p>
      <w:r>
        <w:rPr>
          <w:sz w:val="18"/>
        </w:rPr>
        <w:t>Q&amp;A, lecture moments and clips · full transcripts with timestamps · exported 2026-09-21</w:t>
      </w:r>
    </w:p>
    <w:p>
      <w:pPr>
        <w:pStyle w:val="Heading1"/>
      </w:pPr>
      <w:r>
        <w:t>Maulana was asked (1)</w:t>
      </w:r>
    </w:p>
    <w:p>
      <w:pPr>
        <w:pStyle w:val="Heading2"/>
      </w:pPr>
      <w:r>
        <w:t>Clarify the correct method of Tasbih Fatima</w:t>
      </w:r>
    </w:p>
    <w:p>
      <w:r>
        <w:rPr>
          <w:color w:val="666666"/>
          <w:sz w:val="18"/>
        </w:rPr>
        <w:t>The Story of Hazrat Fatima The Prophet's Cherished Daughter (Part- II) October 1, 2023 · 13m 14s · at 20:42 · https://youtu.be/-fPPxXoii24?t=1242</w:t>
      </w:r>
    </w:p>
    <w:p>
      <w:r>
        <w:rPr>
          <w:i/>
        </w:rPr>
        <w:t>“Could you elaborate on Tasbih Fatima and clarify the correct method?”</w:t>
      </w:r>
    </w:p>
    <w:p>
      <w:r>
        <w:rPr>
          <w:sz w:val="20"/>
        </w:rPr>
        <w:t>20:42  follow kar saken. ji to doctor sahib isi se agla sawal bhi nikalta hai ke tasbeeh Fatima is ke bare mein bhi aap hum sab ko bataen doctor sahib thoda elaborate karen.</w:t>
      </w:r>
      <w:r>
        <w:br/>
      </w:r>
      <w:r>
        <w:rPr>
          <w:sz w:val="20"/>
        </w:rPr>
        <w:t>20:51  haan yeh jo ah ah rasool Allah sallallahu alaihi wasallam ne bataya 33 baar kaho 33 baar aur 34 baar yeh tasbeeh Fatima ke naam se mashhoor ho gayi hai aur log samajhte hain ke tasbeeh ko ginna Allahu Akbar Allahu Akbar subhan Allah subhan Allah subhan Allah Alhamdulillah Alhamdulillah yeh yani kuch karte rahen aur yeh aise ginte rahen.</w:t>
      </w:r>
      <w:r>
        <w:br/>
      </w:r>
      <w:r>
        <w:rPr>
          <w:sz w:val="20"/>
        </w:rPr>
        <w:t>21:10  haan yeh yeh nahi hai tasbeeh Fatima.</w:t>
      </w:r>
      <w:r>
        <w:br/>
      </w:r>
      <w:r>
        <w:rPr>
          <w:sz w:val="20"/>
        </w:rPr>
        <w:t>21:13  hmm tasbeeh Fatima to dekhiye jo yeh teen words hain subhan Allah Alhamdulillah aur Allahu Akbar agar yahi bohat hi ah deep meaning hai is ke andar.</w:t>
      </w:r>
      <w:r>
        <w:br/>
      </w:r>
      <w:r>
        <w:rPr>
          <w:sz w:val="20"/>
        </w:rPr>
        <w:t>21:25  ah yani subhan Allah ka matlab hai glory be to Allah. hmm yani ah its a way of acknowledging the perfection and greatness of God.</w:t>
      </w:r>
      <w:r>
        <w:br/>
      </w:r>
      <w:r>
        <w:rPr>
          <w:sz w:val="20"/>
        </w:rPr>
        <w:t>21:35  yani jab aap koi cheez dekhte hain nature ki koi cheez dekhte hain koi cheez aap ko bohat pasand aati hai to aap subhan Allah kehte hain. yani kitna perfect hai hamare creator ke us ne yeh cheez banai yeh ek ehsaas aur yeh ya koi bhi beautiful cheez aap dekhte hain nature mein ya koi bhi to aap ke munh se nikalta hai.</w:t>
      </w:r>
      <w:r>
        <w:br/>
      </w:r>
      <w:r>
        <w:rPr>
          <w:sz w:val="20"/>
        </w:rPr>
        <w:t>21:56  yani Allah ki jo qudrat hai jo creative power hai us ko acknowledge karte hain us ka aaitraaf hai.</w:t>
      </w:r>
      <w:r>
        <w:br/>
      </w:r>
      <w:r>
        <w:rPr>
          <w:sz w:val="20"/>
        </w:rPr>
        <w:t>22:03  aise hi Alhamdulillah ka matlab hai thank you Allah. ji yani thank you Allah for everything both in good times and in tests and trials.</w:t>
      </w:r>
      <w:r>
        <w:br/>
      </w:r>
      <w:r>
        <w:rPr>
          <w:sz w:val="20"/>
        </w:rPr>
        <w:t>22:13  hmm yeh thank you Allah in ah difficult times also ke ho sakta hai ke Allah taala is se bhi mushkil halaat paida kar sakta tha.</w:t>
      </w:r>
      <w:r>
        <w:br/>
      </w:r>
      <w:r>
        <w:rPr>
          <w:sz w:val="20"/>
        </w:rPr>
        <w:t>22:23  to Alhamdulillah waise hum kehte rehte hain Alhamdulillah lekin is ko bhi yani bohat hi gehri gehra yeh ah word hai.</w:t>
      </w:r>
      <w:r>
        <w:br/>
      </w:r>
      <w:r>
        <w:rPr>
          <w:sz w:val="20"/>
        </w:rPr>
        <w:t>22:33  ah yeh emphasize karta hai ke jo saara praise aur saara hamd saara shukr Allah ke liye hai aur surah Al-Fatiha bhi aaghaz isi se hota hai Alhamdulillah Rabbil Alameen.</w:t>
      </w:r>
      <w:r>
        <w:br/>
      </w:r>
      <w:r>
        <w:rPr>
          <w:sz w:val="20"/>
        </w:rPr>
        <w:t>22:48  to aur Allahu Akbar ka matlab hai ke Allah is the greatest yani there is no power greater than Allah.</w:t>
      </w:r>
      <w:r>
        <w:br/>
      </w:r>
      <w:r>
        <w:rPr>
          <w:sz w:val="20"/>
        </w:rPr>
        <w:t>22:57  ji so we should entrust entrust our all affairs ah to Allah yani koi bhi pareshani hai koi bhi de aap ko aisi cheez hai jo aap ko pareshan kar rahi hai to Allah ke khane mein dalen jaise Maulana kehte the aur Allahu Akbar Maulana ki kitab bhi hai.</w:t>
      </w:r>
      <w:r>
        <w:br/>
      </w:r>
      <w:r>
        <w:rPr>
          <w:sz w:val="20"/>
        </w:rPr>
        <w:t>23:17  hmm bohat hi achi kitab jis ka English translation hai God's Glory is mein yahi saari baaten hain living in God's glory.</w:t>
      </w:r>
      <w:r>
        <w:br/>
      </w:r>
      <w:r>
        <w:rPr>
          <w:sz w:val="20"/>
        </w:rPr>
        <w:t>23:27  tu</w:t>
      </w:r>
      <w:r>
        <w:br/>
      </w:r>
      <w:r>
        <w:rPr>
          <w:sz w:val="20"/>
        </w:rPr>
        <w:t>23:28  maulana ka kehna tha ke yeh aik shoori takrar hai yani ap soch ke alhamdulillah aur bismillah kahein na ke na ke ghaflat mein alhamdulillah bismillah kar rahe hain aur pata nahi kya keh rahe hain sirf repeat kar rahe hain.</w:t>
      </w:r>
      <w:r>
        <w:br/>
      </w:r>
      <w:r>
        <w:rPr>
          <w:sz w:val="20"/>
        </w:rPr>
        <w:t>23:42  tu yeh yeh bohat hi ahem cheez hai aise hi maulana kehte the ke yani yeh aik zikr hai</w:t>
      </w:r>
      <w:r>
        <w:br/>
      </w:r>
      <w:r>
        <w:rPr>
          <w:sz w:val="20"/>
        </w:rPr>
        <w:t>23:50  zikr ka matlab maulana ne hamein hamesha kaha hai ke ke khuda ko daryaft karna is ki azmat ko daryaft karna maulana kehte the ke point of reference se zikr karna.</w:t>
      </w:r>
      <w:r>
        <w:br/>
      </w:r>
      <w:r>
        <w:rPr>
          <w:sz w:val="20"/>
        </w:rPr>
        <w:t>24:03  ji khuda ki yaad point of reference hai khud insan ka wajood bohat bara point of reference hai kaise woh bol raha hai kaise chal raha hai kaise dekh raha hai kaise hamara dil dharak</w:t>
      </w:r>
      <w:r>
        <w:br/>
      </w:r>
      <w:r>
        <w:rPr>
          <w:sz w:val="20"/>
        </w:rPr>
        <w:t>24:14  raha hai poore jo organs hain hamare body ke kaise chal rahe hain itne perfect andaaz mein. ji bana kisi awaz ke tu yeh sari cheezein jab bhi insan dekhta hai koi bhi aisi cheez sochta hai tu us ke liye hamd ke aur praise ke aur shukr ke jazbat us ke andar ah paida hona shuru ho jate</w:t>
      </w:r>
      <w:r>
        <w:br/>
      </w:r>
      <w:r>
        <w:rPr>
          <w:sz w:val="20"/>
        </w:rPr>
        <w:t>24:35  hain. aise hi maulana ne aik mazmoon likha tha bohat acha mazmoon tha aur tasbeeh fatima ke ooper tha aur is ka jo is ka jo unwan tha heading thi woh tasbeeh khawateen.</w:t>
      </w:r>
      <w:r>
        <w:br/>
      </w:r>
      <w:r>
        <w:rPr>
          <w:sz w:val="20"/>
        </w:rPr>
        <w:t>24:46  hmm aur likha tha ke yeh jo tasbeeh hai tasbeeh fatima yeh ah ummat ke tamam khawateen ke liye ah aik bohat hi qeemti tohfa Allah Rasool Allah ne</w:t>
      </w:r>
      <w:r>
        <w:br/>
      </w:r>
      <w:r>
        <w:rPr>
          <w:sz w:val="20"/>
        </w:rPr>
        <w:t>25:00  diya yani aik bohat hi qeemti tohfa hai. maulana ne likha tha ke ke yeh is ko tasbeeh khawateen kehna chahiye chounke jo ladies hain un ko aksar time mil jata hai ghar mein tu phir woh bas baatein idhar udhar ki karti hain koi khaas ah koi discussion aisa nahi bas idhar udhar ki baaton mein chat chet aur ji ke party warty jo aaj kal bohat zyada ho gayi hai</w:t>
      </w:r>
      <w:r>
        <w:br/>
      </w:r>
      <w:r>
        <w:rPr>
          <w:sz w:val="20"/>
        </w:rPr>
        <w:t>25:26  tu is se bachne ka bohat acha zariya hai ke tasbeeh fatima yani tasbeeh mein apna waqt lagayein aur khuda ki yaad mein apna waqt lagayein</w:t>
      </w:r>
      <w:r>
        <w:br/>
      </w:r>
      <w:r>
        <w:rPr>
          <w:sz w:val="20"/>
        </w:rPr>
        <w:t>25:38  tu yeh yani ah repetition of word ka mamla nahi hai. hmm balkeh yeh aik ah aik daryaft ka mamla hai shoori daryaft jis ko maulana ne marifat pe itna zor diya hai ke yeh realization ka kalma hai na ke kuch repetition ka kalma.</w:t>
      </w:r>
      <w:r>
        <w:br/>
      </w:r>
      <w:r>
        <w:rPr>
          <w:sz w:val="20"/>
        </w:rPr>
        <w:t>25:57  ji doctor sahib yeh bohat mein mein kahunga ke yeh bohat ahem baat hai kyunke itna zyada maulana is ko emphasize karte</w:t>
      </w:r>
      <w:r>
        <w:br/>
      </w:r>
      <w:r>
        <w:rPr>
          <w:sz w:val="20"/>
        </w:rPr>
        <w:t>26:05  the aur jaise ap ne kaha ke it is not just mere repetition ah but to think about God. ah jaise doctor sahib ah chapter 2 of the Quran mein aya bhi hai ke ah so you remember me and i will remember you</w:t>
      </w:r>
      <w:r>
        <w:br/>
      </w:r>
      <w:r>
        <w:rPr>
          <w:sz w:val="20"/>
        </w:rPr>
        <w:t>26:18  tu Allah taala ka yeh wada hai ke i will remember you ah which is a big ah hope for all of us and doctor sahib aaj ke zamane mein bhi agar hum dekhein ah matlab ritualistic to ho hi gaya hai lekin itne zyada log tension mein stress mein rehte hain and they try to find out ways to get out of that stress and negativity by either going into holidays or spending a lot of money or getting into entertain</w:t>
      </w:r>
      <w:r>
        <w:br/>
      </w:r>
      <w:r>
        <w:rPr>
          <w:sz w:val="20"/>
        </w:rPr>
        <w:t>26:44  ment tu isi mein yeh remembrance hai hi is mein itni in unequivocal terms mein Quran says in chapter 13 that surely in the remembrance of God hearts find comfort tu ap ne woh jo abhi baat batai ke har cheez mein point of reference ko dhoondna woh bohat important baat hai kyunke that only brings us closer to God tu remembrance ki yahi sirf apne zehn ko activate karna hai.</w:t>
      </w:r>
      <w:r>
        <w:br/>
      </w:r>
      <w:r>
        <w:rPr>
          <w:sz w:val="20"/>
        </w:rPr>
        <w:t>27:11  ji</w:t>
      </w:r>
      <w:r>
        <w:br/>
      </w:r>
      <w:r>
        <w:rPr>
          <w:sz w:val="20"/>
        </w:rPr>
        <w:t>27:12  woh cheezein har taraf hain yeh pani ka glass bhi hai yeh table bhi hai yeh chair bhi hai yeh mic bhi hai light bhi hai har cheez ji jis ke andar ap ko ghiza milti hai khuda ko yaad karne ki bilkul lekin aik unaware insan hai woh samajhta hai ke yeh tu glass hai yeh hum khareed ke laye hain yeh mic hai yeh tu hum wahan se laye hain yani har cheez Allah ki ata kardah hai.</w:t>
      </w:r>
      <w:r>
        <w:br/>
      </w:r>
      <w:r>
        <w:rPr>
          <w:sz w:val="20"/>
        </w:rPr>
        <w:t>27:34  Allah ka gift hai</w:t>
      </w:r>
      <w:r>
        <w:br/>
      </w:r>
      <w:r>
        <w:rPr>
          <w:sz w:val="20"/>
        </w:rPr>
        <w:t>27:36  koi bhi cheez ji jab aap is tarah se soch sochenge ke yeh carpet bhi Allah ne diya hai yeh light bhi Allah ne di hai ji tab aap ke andar bare gehre jazbat Khuda ke liye paida honge.</w:t>
      </w:r>
      <w:r>
        <w:br/>
      </w:r>
      <w:r>
        <w:rPr>
          <w:sz w:val="20"/>
        </w:rPr>
        <w:t>27:48  ji bilkul aur doctor sahib ah yeh yeh tested hai aik dam kabhi bhi jaise love feeling hai if you read some hadith you read some pages of Quran suddenly ap ko aik sukoon mil jata hai</w:t>
      </w:r>
      <w:r>
        <w:br/>
      </w:r>
      <w:r>
        <w:rPr>
          <w:sz w:val="20"/>
        </w:rPr>
        <w:t>28:02  تو وہی ایک طریقے سے صحیح معنی میں it's a true way to remember God مولانا نے وہ</w:t>
      </w:r>
      <w:r>
        <w:br/>
      </w:r>
      <w:r>
        <w:rPr>
          <w:sz w:val="20"/>
        </w:rPr>
        <w:t>28:08  waqia jo sunaya tha ah Sanjay babu ne diya hai haan haan haan ji woh bara zabardast hai</w:t>
      </w:r>
      <w:r>
        <w:br/>
      </w:r>
      <w:r>
        <w:rPr>
          <w:sz w:val="20"/>
        </w:rPr>
        <w:t>28:14  Sanjay babu ki den hai Sanjay babu ki den hai haan har cheez ke liye woh keh raha</w:t>
      </w:r>
      <w:r>
        <w:br/>
      </w:r>
      <w:r>
        <w:rPr>
          <w:sz w:val="20"/>
        </w:rPr>
        <w:t>28:17  hai Sanjay babu ki den hai ji ji ji chunchke Sanjay Gandhi ne is ki kuch help ki</w:t>
      </w:r>
      <w:r>
        <w:br/>
      </w:r>
      <w:r>
        <w:rPr>
          <w:sz w:val="20"/>
        </w:rPr>
        <w:t>28:21  thi woh kuch ban gaya tha MLA waghera ji toh woh jab gaye the milne ke</w:t>
      </w:r>
      <w:r>
        <w:br/>
      </w:r>
      <w:r>
        <w:rPr>
          <w:sz w:val="20"/>
        </w:rPr>
        <w:t>28:25  liye jo sahib toh woh charcha karta raha toh yahi cheez har momin ke liye hai ke woh</w:t>
      </w:r>
      <w:r>
        <w:br/>
      </w:r>
      <w:r>
        <w:rPr>
          <w:sz w:val="20"/>
        </w:rPr>
        <w:t>28:30  charcha karta rahe Allah ka ke yeh Allah ka diya hua hai Allah ka atiya hai Allah ka</w:t>
      </w:r>
      <w:r>
        <w:br/>
      </w:r>
      <w:r>
        <w:rPr>
          <w:sz w:val="20"/>
        </w:rPr>
        <w:t>28:35  gift hai ji toh yahi yahi woh is tasbeeh Fatima ki jazak Allah Doctor sahib bohat bohat achhe</w:t>
      </w:r>
      <w:r>
        <w:br/>
      </w:r>
      <w:r>
        <w:rPr>
          <w:sz w:val="20"/>
        </w:rPr>
        <w:t>28:40  se aap ne is ko wazeh kiya</w:t>
      </w:r>
      <w:r>
        <w:br/>
      </w:r>
      <w:r>
        <w:rPr>
          <w:sz w:val="20"/>
        </w:rPr>
        <w:t>28:42  doctor sahib mein chahunga ke kuch ap interesting kuch episodes un ki zindagi se batayein Hazrat Ali aur Hazrat Fatima ki zindagi se ah tu if you can share some through some light into it haan bara acha relationship tha un ka ah Hazrat Ali chounke ah shayar bhi the he was a poet tu he used to write funny poems for Fatima ji just to make her happy a aur kafi yani this was a house of laughter</w:t>
      </w:r>
      <w:r>
        <w:br/>
      </w:r>
      <w:r>
        <w:rPr>
          <w:sz w:val="20"/>
        </w:rPr>
        <w:t>29:11  kafi hanste the to lekin kabhi ladai bhi ho jati thi ji ek bar bada disagreement ho</w:t>
      </w:r>
      <w:r>
        <w:br/>
      </w:r>
      <w:r>
        <w:rPr>
          <w:sz w:val="20"/>
        </w:rPr>
        <w:t>29:17  gya aur hazrat ali ghar se bahar chale gaye aur ja ke masjid mein so gaye ji to</w:t>
      </w:r>
      <w:r>
        <w:br/>
      </w:r>
      <w:r>
        <w:rPr>
          <w:sz w:val="20"/>
        </w:rPr>
        <w:t>29:24  اگلے دن Prophet آئے گھر میں تو Fatima was upset تو ان کو لگا Prophet کو کچھ گڑبڑ</w:t>
      </w:r>
      <w:r>
        <w:br/>
      </w:r>
      <w:r>
        <w:rPr>
          <w:sz w:val="20"/>
        </w:rPr>
        <w:t>29:32  hai pucha kya baat hai kaha ke hamari ladai ho gayi thi aur hazrat ali chale gaye bahar</w:t>
      </w:r>
      <w:r>
        <w:br/>
      </w:r>
      <w:r>
        <w:rPr>
          <w:sz w:val="20"/>
        </w:rPr>
        <w:t>29:39  sone masjid ke andar</w:t>
      </w:r>
      <w:r>
        <w:br/>
      </w:r>
      <w:r>
        <w:rPr>
          <w:sz w:val="20"/>
        </w:rPr>
        <w:t>29:41  tu prophet gaye masjid mein dekha ke aik corner pe Hazrat Ali so rahe hain aur un ki jo shirt thi woh utar gayi hai ooper ka garment aur chounke woh us zamane mein jaise maine abhi photo dikhaya mitti ka sara farsh hota tha us waqt na carpet thi na koi marble ke floors the sirf mitti thi tu woh sari mitti dhool ah back mein chipak gayi thi</w:t>
      </w:r>
      <w:r>
        <w:br/>
      </w:r>
      <w:r>
        <w:rPr>
          <w:sz w:val="20"/>
        </w:rPr>
        <w:t>30:09  tu Rasool Allah baith gaye aur woh sab mitti chhanane lage ah un ki back se aur bole ke qoom ya abaa turab ke get up sit up o father of dirt abu turab yani father of dirt tu woh bara mashhoor nickname ban gaya Hazrat Ali ka abu turab tu phir Hazrat Ali uth gaye baith gaye aur dono hansne lage bohat</w:t>
      </w:r>
      <w:r>
        <w:br/>
      </w:r>
      <w:r>
        <w:rPr>
          <w:sz w:val="20"/>
        </w:rPr>
        <w:t>30:36  phir woh mamla theek ho gaya aur wapas chale gaye ghar</w:t>
      </w:r>
      <w:r>
        <w:br/>
      </w:r>
      <w:r>
        <w:rPr>
          <w:sz w:val="20"/>
        </w:rPr>
        <w:t>30:40  aise hi jab pehla bachcha paida hua hazrat ali ke haan to unhone naam rakha harb harb</w:t>
      </w:r>
      <w:r>
        <w:br/>
      </w:r>
      <w:r>
        <w:rPr>
          <w:sz w:val="20"/>
        </w:rPr>
        <w:t>30:49  ka matlab hota hai war asal mein woh zamana tha ke sab ladte phirte the har waqt ladai</w:t>
      </w:r>
      <w:r>
        <w:br/>
      </w:r>
      <w:r>
        <w:rPr>
          <w:sz w:val="20"/>
        </w:rPr>
        <w:t>30:55  hoti rehti thi woh tribal culture tha aur closed society thi to ladna bhadna unki zindagi ka</w:t>
      </w:r>
      <w:r>
        <w:br/>
      </w:r>
      <w:r>
        <w:rPr>
          <w:sz w:val="20"/>
        </w:rPr>
        <w:t>31:00  ek bahut hi aham hissa tha to unhone hazrat ali rz ne naam rakha bachche</w:t>
      </w:r>
      <w:r>
        <w:br/>
      </w:r>
      <w:r>
        <w:rPr>
          <w:sz w:val="20"/>
        </w:rPr>
        <w:t>31:05  ka harb yani war to rasool Allah aaye unhone kaha nahi bhai yeh harb nahi hoga naam</w:t>
      </w:r>
      <w:r>
        <w:br/>
      </w:r>
      <w:r>
        <w:rPr>
          <w:sz w:val="20"/>
        </w:rPr>
        <w:t>31:11  is bachche ka naam hoga hasan hasan ka matlab hai</w:t>
      </w:r>
      <w:r>
        <w:br/>
      </w:r>
      <w:r>
        <w:rPr>
          <w:sz w:val="20"/>
        </w:rPr>
        <w:t>31:15  goodness ya excellence to aik saal ke baad taqreeban doosra bachcha paida hua phir hazrat ali ne harb rakh diya naam is ka war to phir prophet ko pata chala prophet ne kaha nahi nahi harb nahi hoga is ka naam rakhte hain hum hussain hussain ka matlab hai little hasan is ko tasgheer kehte hain kisi word ko kisi naam ko chhota karna</w:t>
      </w:r>
      <w:r>
        <w:br/>
      </w:r>
      <w:r>
        <w:rPr>
          <w:sz w:val="20"/>
        </w:rPr>
        <w:t>31:40  hamare haan bhi hota hai jaise beti ko betiya kehte hain pyar se aise hi hasan ka hussain rasool Allah ne bana diya yani another source of goodness</w:t>
      </w:r>
      <w:r>
        <w:br/>
      </w:r>
      <w:r>
        <w:rPr>
          <w:sz w:val="20"/>
        </w:rPr>
        <w:t>31:52  to jo hasan aur hussain thay jab aik do saal ke thay to jo sab se ah un ka mehboob mashgala tha woh yeh tha ke woh rasool Allah s.a.w. jab namaz parhte thay to rasool Allah ki back pe aa ke they used to jump on the back of the prophet while he was in sajdah aur rasool Allah apna sajdah prolong kar dete</w:t>
      </w:r>
      <w:r>
        <w:br/>
      </w:r>
      <w:r>
        <w:rPr>
          <w:sz w:val="20"/>
        </w:rPr>
        <w:t>32:11  thay ji taake aur zara woh ah apna jo un ka shoq hai woh poora karein aur ah aik waqia bohat hi interesting hai ke prophet khutba de rahe thay masjid mein ji masjid ghar ke barabar mein hi thi ah he was on the pulpit giving sermon to yeh dono daurte hue aaye hasan aur hussain chhote chhote do do saal ke to</w:t>
      </w:r>
      <w:r>
        <w:br/>
      </w:r>
      <w:r>
        <w:rPr>
          <w:sz w:val="20"/>
        </w:rPr>
        <w:t>32:36  prophet ne dekha to he came down from the pulpit neeche aa gaye aur baith gaye aur hasan aur hussain ko apne lap pe bitha liya dono aap tasawwur karein ji aur phir khutba dena shuru kar diya yani he both of them sitting on prophet's lap and the prophet is giving khutba yani yeh kis qadar ah in ko mohabbat thi bachchon se yeh bhi aik human touch ji yani prophet bhi insan thay</w:t>
      </w:r>
      <w:r>
        <w:br/>
      </w:r>
      <w:r>
        <w:rPr>
          <w:sz w:val="20"/>
        </w:rPr>
        <w:t>33:04  hmm to is mein bhi hamare liye aik pehlu hai ke hum yeh na samjhein ke rasool Allah s.a.w. koi divine ah woh woh dein attribute balkeh ah woh bhi insan thay aur sari woh cheezein ah un ke sath bhi theen aise hi aik aur waqia hai ke sardi ka zamana tha winter thi to aik bohat hi bara cloak aik jabba pehan rakha tha rasool Allah ne ji bohat hi bara jabba</w:t>
      </w:r>
      <w:r>
        <w:br/>
      </w:r>
      <w:r>
        <w:rPr>
          <w:sz w:val="20"/>
        </w:rPr>
        <w:t>33:31  to yeh dono phir daurte hue aaye hasan aur hussain prophet ke paas aur prophet zameen pe baith gaye aur in dono ke dono ko apne jabbay mein le liya cloak ke andar le liya aur phir fatima ne dekha fatima aaein un ke liye bhi prophet extended his cloak for her woh bhi is mein jabbay mein aa gayeen phir ali aaye un ko bhi le l</w:t>
      </w:r>
    </w:p>
    <w:p>
      <w:pPr>
        <w:pStyle w:val="Heading1"/>
      </w:pPr>
      <w:r>
        <w:t>In the lectures (5)</w:t>
      </w:r>
    </w:p>
    <w:p>
      <w:pPr>
        <w:pStyle w:val="Heading2"/>
      </w:pPr>
      <w:r>
        <w:t>Realisation of God December 13, 2015</w:t>
      </w:r>
    </w:p>
    <w:p>
      <w:r>
        <w:rPr>
          <w:color w:val="666666"/>
          <w:sz w:val="18"/>
        </w:rPr>
        <w:t>19:26 · https://youtu.be/E6nrPAKAgAQ?t=1166</w:t>
      </w:r>
    </w:p>
    <w:p>
      <w:r>
        <w:rPr>
          <w:i/>
        </w:rPr>
        <w:t>“تو یہ یہ وہی وہی بات ہے دعا کی احد کے موقع پر۔ وہ ذخیرہ ہو گئی اور پھر وہ زبردست فتح کے شکل میں ملی آپ کو۔ اور وہ کیا تھا؟ پورا عرب اسلامائز ہو گیا۔ تو ہم آپ دعائیں کرتے ہیں۔ ہر آدمی دعا کرتا ہے۔ تو اس کو جاننا چاہیے کہ دعا تو بندہ کرے گا لیکن دعا سنی جائے گی اللہ کی سنت کے مطابق”</w:t>
      </w:r>
    </w:p>
    <w:p>
      <w:pPr>
        <w:pStyle w:val="Heading2"/>
      </w:pPr>
      <w:r>
        <w:t>The Story of Hazrat Fatima The Prophet's Cherished Daughter (Part- I) July 30, 2023</w:t>
      </w:r>
    </w:p>
    <w:p>
      <w:r>
        <w:rPr>
          <w:color w:val="666666"/>
          <w:sz w:val="18"/>
        </w:rPr>
        <w:t>5:28 · https://youtu.be/MG9FmkFEyfo?t=328</w:t>
      </w:r>
    </w:p>
    <w:p>
      <w:r>
        <w:rPr>
          <w:i/>
        </w:rPr>
        <w:t>“No one resembles the Prophet like Fatima.”</w:t>
      </w:r>
    </w:p>
    <w:p>
      <w:pPr>
        <w:pStyle w:val="Heading2"/>
      </w:pPr>
      <w:r>
        <w:t>On World Religion Diversity not Dissension I March 9, 2013</w:t>
      </w:r>
    </w:p>
    <w:p>
      <w:r>
        <w:rPr>
          <w:color w:val="666666"/>
          <w:sz w:val="18"/>
        </w:rPr>
        <w:t>1:30:03 · https://youtu.be/TyMv28ALMHk?t=5403</w:t>
      </w:r>
    </w:p>
    <w:p>
      <w:r>
        <w:rPr>
          <w:i/>
        </w:rPr>
        <w:t>“Fatima. Fatima. Fatima. Fatima. And many Hindu temples and Jewish temples. So that is very, very helpful. Once you've been to one of the holy places and also Jordan, that mosque, the rock, I also pay my sort of respect. Baha'i worship.”</w:t>
      </w:r>
    </w:p>
    <w:p>
      <w:pPr>
        <w:pStyle w:val="Heading2"/>
      </w:pPr>
      <w:r>
        <w:t>Anger An Obstacle to wisdom 5 Jan 2020 - Maulana Wahiduddin Khan</w:t>
      </w:r>
    </w:p>
    <w:p>
      <w:r>
        <w:rPr>
          <w:color w:val="666666"/>
          <w:sz w:val="18"/>
        </w:rPr>
        <w:t>39:25 · https://youtu.be/q0VPtCsiYrI?t=2365</w:t>
      </w:r>
    </w:p>
    <w:p>
      <w:r>
        <w:rPr>
          <w:i/>
        </w:rPr>
        <w:t>“So Miss Sarah Fatima, who sent the message, she has written: "Moulana صاحب says that Spirit of Islam is happening from divine planning.”</w:t>
      </w:r>
    </w:p>
    <w:p>
      <w:pPr>
        <w:pStyle w:val="Heading2"/>
      </w:pPr>
      <w:r>
        <w:t>Anger An Obstacle to wisdom 5 Jan 2020 - Maulana Wahiduddin Khan</w:t>
      </w:r>
    </w:p>
    <w:p>
      <w:r>
        <w:rPr>
          <w:color w:val="666666"/>
          <w:sz w:val="18"/>
        </w:rPr>
        <w:t>40:06 · https://youtu.be/q0VPtCsiYrI?t=2406</w:t>
      </w:r>
    </w:p>
    <w:p>
      <w:r>
        <w:rPr>
          <w:i/>
        </w:rPr>
        <w:t>“ماشاءاللہ۔ I will now take the comments. The first comment again comes from Miss Sarah Fatima from Bangalore.”</w:t>
      </w:r>
    </w:p>
    <w:p>
      <w:pPr>
        <w:pStyle w:val="Heading1"/>
      </w:pPr>
      <w:r>
        <w:t>Clips (33)</w:t>
      </w:r>
    </w:p>
    <w:p>
      <w:pPr>
        <w:pStyle w:val="Heading2"/>
      </w:pPr>
      <w:r>
        <w:t>Fatima was a true copy of the Prophet</w:t>
      </w:r>
    </w:p>
    <w:p>
      <w:r>
        <w:rPr>
          <w:color w:val="666666"/>
          <w:sz w:val="18"/>
        </w:rPr>
        <w:t>The Story of Hazrat Fatima The Prophet's Cherished Daughter (Part- I) July 30, 2023 · 49s · at 5:10 · https://youtu.be/MG9FmkFEyfo?t=310</w:t>
      </w:r>
    </w:p>
    <w:p>
      <w:r>
        <w:rPr>
          <w:i/>
        </w:rPr>
        <w:t>“No one resembled the Prophet like Fatima did”</w:t>
      </w:r>
    </w:p>
    <w:p>
      <w:r>
        <w:rPr>
          <w:sz w:val="20"/>
        </w:rPr>
        <w:t>5:10  haan, yeh bohat hi aham point hai. Kyun ke Hazrat Aisha R.A. ki hadith hai, bohat hi zabardast hadith hai, jis mein unhon ne kaha hai ke</w:t>
      </w:r>
      <w:r>
        <w:br/>
      </w:r>
      <w:r>
        <w:rPr>
          <w:sz w:val="20"/>
        </w:rPr>
        <w:t>5:28  No one resembles the Prophet like Fatima.</w:t>
      </w:r>
      <w:r>
        <w:br/>
      </w:r>
      <w:r>
        <w:rPr>
          <w:sz w:val="20"/>
        </w:rPr>
        <w:t>5:32  She was a true copy of the Prophet. A female version of the Prophet. Ji. Hadith mein aise aata hai ke ma ra'aytu ahadan ashbaha samtan wa dalan wa hadyan bi Rasul Allah sallallahu 'alayhi wa sallam.</w:t>
      </w:r>
      <w:r>
        <w:br/>
      </w:r>
      <w:r>
        <w:rPr>
          <w:sz w:val="20"/>
        </w:rPr>
        <w:t>5:48  I have never seen anyone resembling the Prophet like Fatima in his character, in his manners, in his guidance, and in his conduct.</w:t>
      </w:r>
    </w:p>
    <w:p>
      <w:pPr>
        <w:pStyle w:val="Heading2"/>
      </w:pPr>
      <w:r>
        <w:t>Hadith: Fatima is part of me</w:t>
      </w:r>
    </w:p>
    <w:p>
      <w:r>
        <w:rPr>
          <w:color w:val="666666"/>
          <w:sz w:val="18"/>
        </w:rPr>
        <w:t>The Story of Hazrat Fatima The Prophet's Cherished Daughter (Part- I) July 30, 2023 · 13s · at 0:23 · https://youtu.be/MG9FmkFEyfo?t=23</w:t>
      </w:r>
    </w:p>
    <w:p>
      <w:r>
        <w:rPr>
          <w:i/>
        </w:rPr>
        <w:t>“Prophet once said, Fatima is part of me”</w:t>
      </w:r>
    </w:p>
    <w:p>
      <w:r>
        <w:rPr>
          <w:sz w:val="20"/>
        </w:rPr>
        <w:t>0:23  Prophet once said that, "Fatima is part of</w:t>
      </w:r>
      <w:r>
        <w:br/>
      </w:r>
      <w:r>
        <w:rPr>
          <w:sz w:val="20"/>
        </w:rPr>
        <w:t>0:27  me; whoever makes her angry, makes me angry." The legacy of Hazrat Fatima continues to inspire millions of Muslims.</w:t>
      </w:r>
    </w:p>
    <w:p>
      <w:pPr>
        <w:pStyle w:val="Heading2"/>
      </w:pPr>
      <w:r>
        <w:t>Nickname Umm Abiha, mother of her father</w:t>
      </w:r>
    </w:p>
    <w:p>
      <w:r>
        <w:rPr>
          <w:color w:val="666666"/>
          <w:sz w:val="18"/>
        </w:rPr>
        <w:t>The Story of Hazrat Fatima The Prophet's Cherished Daughter (Part- I) July 30, 2023 · 46s · at 14:52 · https://youtu.be/MG9FmkFEyfo?t=892</w:t>
      </w:r>
    </w:p>
    <w:p>
      <w:r>
        <w:rPr>
          <w:i/>
        </w:rPr>
        <w:t>“They called ten-year-old Fatima 'mother of her father'”</w:t>
      </w:r>
    </w:p>
    <w:p>
      <w:r>
        <w:rPr>
          <w:sz w:val="20"/>
        </w:rPr>
        <w:t>14:52  Hmm, aur jo care karti theen woh Rasool Allah ki jis tarah se care karti theen, Hazrat Fatima, halanke she was just ten years old to un ka ek bara unusual nickname par gaya, Umm Abīhā, haan ji, the mother of her father,</w:t>
      </w:r>
      <w:r>
        <w:br/>
      </w:r>
      <w:r>
        <w:rPr>
          <w:sz w:val="20"/>
        </w:rPr>
        <w:t>15:07  yani motherly affection ki wajah se aa un ka un ka yeh yeh naam par gaya. To aa yeh Hazrat Fatima ka bohat bara role hai us waqt jab Hazrat Khadija maujood nahi theen.</w:t>
      </w:r>
      <w:r>
        <w:br/>
      </w:r>
      <w:r>
        <w:rPr>
          <w:sz w:val="20"/>
        </w:rPr>
        <w:t>15:22  To she took care of him, she cooked food for him, she nurse him and cleaned his wounds aur yani jo bhi apne maa ka jo role tha, woh poori tarah se ada kiya unhon ne.</w:t>
      </w:r>
    </w:p>
    <w:p>
      <w:pPr>
        <w:pStyle w:val="Heading2"/>
      </w:pPr>
      <w:r>
        <w:t>Prophet comforts trembling Fatima on wedding night</w:t>
      </w:r>
    </w:p>
    <w:p>
      <w:r>
        <w:rPr>
          <w:color w:val="666666"/>
          <w:sz w:val="18"/>
        </w:rPr>
        <w:t>The Story of Hazrat Fatima The Prophet's Cherished Daughter (Part- I) July 30, 2023 · 44s · at 48:28 · https://youtu.be/MG9FmkFEyfo?t=2908</w:t>
      </w:r>
    </w:p>
    <w:p>
      <w:r>
        <w:rPr>
          <w:i/>
        </w:rPr>
        <w:t>“I have married you to the most beloved person in my family”</w:t>
      </w:r>
    </w:p>
    <w:p>
      <w:r>
        <w:rPr>
          <w:sz w:val="20"/>
        </w:rPr>
        <w:t>48:28  ji aur dua ki, he made dua and said: "you now you go." aur phir fatima ko bulaya</w:t>
      </w:r>
      <w:r>
        <w:br/>
      </w:r>
      <w:r>
        <w:rPr>
          <w:sz w:val="20"/>
        </w:rPr>
        <w:t>48:34  to fatima rz boht hi zyada she was shivering, she was shaking, she couldnt walk. boht mushkil se wo aaein aur yani boht hi unko sharm aa rahi thi, haya and modesty.</w:t>
      </w:r>
      <w:r>
        <w:br/>
      </w:r>
      <w:r>
        <w:rPr>
          <w:sz w:val="20"/>
        </w:rPr>
        <w:t>48:48  to ah prophet comforted her and he said: "i have married you to the most beloved person in my family." ji yani dont worry, he is the most beloved person to me in my family</w:t>
      </w:r>
      <w:r>
        <w:br/>
      </w:r>
      <w:r>
        <w:rPr>
          <w:sz w:val="20"/>
        </w:rPr>
        <w:t>49:02  phir dobara prophet ne wuzu kiya. ji and he sprinkled some water in in fatima and then he made a beautiful dua.</w:t>
      </w:r>
    </w:p>
    <w:p>
      <w:pPr>
        <w:pStyle w:val="Heading2"/>
      </w:pPr>
      <w:r>
        <w:t>The many names of Fatima and their meanings</w:t>
      </w:r>
    </w:p>
    <w:p>
      <w:r>
        <w:rPr>
          <w:color w:val="666666"/>
          <w:sz w:val="18"/>
        </w:rPr>
        <w:t>The Story of Hazrat Fatima The Prophet's Cherished Daughter (Part- I) July 30, 2023 · 2m 39s · at 1:31 · https://youtu.be/MG9FmkFEyfo?t=91</w:t>
      </w:r>
    </w:p>
    <w:p>
      <w:r>
        <w:rPr>
          <w:i/>
        </w:rPr>
        <w:t>“Fatima was born the same year the Quran began”</w:t>
      </w:r>
    </w:p>
    <w:p>
      <w:r>
        <w:rPr>
          <w:sz w:val="20"/>
        </w:rPr>
        <w:t>1:31  hazrat fatima rz ki paidaish first year of Prophet h</w:t>
      </w:r>
      <w:r>
        <w:br/>
      </w:r>
      <w:r>
        <w:rPr>
          <w:sz w:val="20"/>
        </w:rPr>
        <w:t>1:38  d mein hui, yani jab pehli bar quran reveal hona shuru hua, usi saal mein aap paida huin. aur jo un ka naam hai fatima, wo ghaliban hazrat khadija rz ne rakha tha.</w:t>
      </w:r>
      <w:r>
        <w:br/>
      </w:r>
      <w:r>
        <w:rPr>
          <w:sz w:val="20"/>
        </w:rPr>
        <w:t>1:55  chunki hazrat khadija ki mother ka naam bhi fatima tha, fatima bint zaid</w:t>
      </w:r>
      <w:r>
        <w:br/>
      </w:r>
      <w:r>
        <w:rPr>
          <w:sz w:val="20"/>
        </w:rPr>
        <w:t>2:00  h. waise fatima bahut common naam tha us waqt aur abhi bhi, aur is ka matlab hota hai ke</w:t>
      </w:r>
      <w:r>
        <w:br/>
      </w:r>
      <w:r>
        <w:rPr>
          <w:sz w:val="20"/>
        </w:rPr>
        <w:t>2:10  fil term baby, yani healthy baby. Healthy, full term baby and weaned, yeh is ka literal meaning hota hai. Aur jaisa aap ko maloom hai, Hazrat Khadija ka jo naam tha Khadija, uska matlab hota hai premature.</w:t>
      </w:r>
      <w:r>
        <w:br/>
      </w:r>
      <w:r>
        <w:rPr>
          <w:sz w:val="20"/>
        </w:rPr>
        <w:t>2:26  to bilkul ulta, premature aur Fatima ka matlab healthy and weaned. To Hazrat Ali ki mother ka naam bhi Fatima tha.</w:t>
      </w:r>
      <w:r>
        <w:br/>
      </w:r>
      <w:r>
        <w:rPr>
          <w:sz w:val="20"/>
        </w:rPr>
        <w:t>2:37  Fatima bohat common naam hota tha. Hazrat Ali ki jo mother theen, un ka naam tha Fatima bint Asad. Balkay unhon ne pehle Hazrat Ali ka naam Asad rakha tha.</w:t>
      </w:r>
      <w:r>
        <w:br/>
      </w:r>
      <w:r>
        <w:rPr>
          <w:sz w:val="20"/>
        </w:rPr>
        <w:t>2:48  Asad ka matlab hota hai lion, lion. To lekin phir badal ke Ali rakh diya. To</w:t>
      </w:r>
      <w:r>
        <w:br/>
      </w:r>
      <w:r>
        <w:rPr>
          <w:sz w:val="20"/>
        </w:rPr>
        <w:t>2:55  kai nicknames bhi thay Hazrat Fatima R.A. ke, jaisay Al-Zahra, jo sab se zyada common naam hai, woh Al-Zahra hai. Beautifully bright, the splendid one aur shining, brilliant.</w:t>
      </w:r>
      <w:r>
        <w:br/>
      </w:r>
      <w:r>
        <w:rPr>
          <w:sz w:val="20"/>
        </w:rPr>
        <w:t>3:08  yani bohat hi, she was very beautiful aur shining chehra tha, is liye Al-Zahra kaha jata hai un ko. Aur Batool bhi kaha jata tha.</w:t>
      </w:r>
      <w:r>
        <w:br/>
      </w:r>
      <w:r>
        <w:rPr>
          <w:sz w:val="20"/>
        </w:rPr>
        <w:t>3:17  Batool ka matlab hota hai ke jo distraction se bache aur yaksu ho ke Allah ki ibadat kare aur har takleef ko bardasht kare.</w:t>
      </w:r>
      <w:r>
        <w:br/>
      </w:r>
      <w:r>
        <w:rPr>
          <w:sz w:val="20"/>
        </w:rPr>
        <w:t>3:26  yani bohat hi sahi naam hai yeh, aur Allah ke ke ke upar razi ho jaye, Allah ke faisle par, to us ko Batool kehte hain.</w:t>
      </w:r>
      <w:r>
        <w:br/>
      </w:r>
      <w:r>
        <w:rPr>
          <w:sz w:val="20"/>
        </w:rPr>
        <w:t>3:36  aise hi Radiya bhi naam tha un ka</w:t>
      </w:r>
      <w:r>
        <w:br/>
      </w:r>
      <w:r>
        <w:rPr>
          <w:sz w:val="20"/>
        </w:rPr>
        <w:t>3:38  aik. Radiya ka matlab hai Khuda se razi hona. Aur Zakiyya bhi naam tha, yani bohat hi pakiza aur pak khatoon.</w:t>
      </w:r>
      <w:r>
        <w:br/>
      </w:r>
      <w:r>
        <w:rPr>
          <w:sz w:val="20"/>
        </w:rPr>
        <w:t>3:47  aur jaisa aap ne bhi kaha yeh ke Prophet ne kaha tha, Fatima bid'ati minni faman aghdabaha aghdabani ke Fatima is a part of me, is a piece of me, and who ever will anger her, who ever will make her angry, actually he will make me, me angry.</w:t>
      </w:r>
    </w:p>
    <w:p>
      <w:pPr>
        <w:pStyle w:val="Heading2"/>
      </w:pPr>
      <w:r>
        <w:t>Fatima's uncanny resemblance and closeness to the Prophet</w:t>
      </w:r>
    </w:p>
    <w:p>
      <w:r>
        <w:rPr>
          <w:color w:val="666666"/>
          <w:sz w:val="18"/>
        </w:rPr>
        <w:t>The Story of Hazrat Fatima The Prophet's Cherished Daughter (Part- I) July 30, 2023 · 2m 54s · at 4:55 · https://youtu.be/MG9FmkFEyfo?t=295</w:t>
      </w:r>
    </w:p>
    <w:p>
      <w:r>
        <w:rPr>
          <w:i/>
        </w:rPr>
        <w:t>“No one resembled the Prophet like Fatima, hadith says”</w:t>
      </w:r>
    </w:p>
    <w:p>
      <w:r>
        <w:rPr>
          <w:sz w:val="20"/>
        </w:rPr>
        <w:t>4:55  Doctor sahib, There are various historical accounts and hadiths which indicate that Hazrat Fatima had remarkable resemblance with her father, Prophet Muhammad.</w:t>
      </w:r>
      <w:r>
        <w:br/>
      </w:r>
      <w:r>
        <w:rPr>
          <w:sz w:val="20"/>
        </w:rPr>
        <w:t>5:07  to main chahoon ga is ke baray mein aap kuch batayein.</w:t>
      </w:r>
      <w:r>
        <w:br/>
      </w:r>
      <w:r>
        <w:rPr>
          <w:sz w:val="20"/>
        </w:rPr>
        <w:t>5:10  haan, yeh bohat hi aham point hai. Kyun ke Hazrat Aisha R.A. ki hadith hai, bohat hi zabardast hadith hai, jis mein unhon ne kaha hai ke</w:t>
      </w:r>
      <w:r>
        <w:br/>
      </w:r>
      <w:r>
        <w:rPr>
          <w:sz w:val="20"/>
        </w:rPr>
        <w:t>5:28  No one resembles the Prophet like Fatima.</w:t>
      </w:r>
      <w:r>
        <w:br/>
      </w:r>
      <w:r>
        <w:rPr>
          <w:sz w:val="20"/>
        </w:rPr>
        <w:t>5:32  She was a true copy of the Prophet. A female version of the Prophet. Ji. Hadith mein aise aata hai ke ma ra'aytu ahadan ashbaha samtan wa dalan wa hadyan bi Rasul Allah sallallahu 'alayhi wa sallam.</w:t>
      </w:r>
      <w:r>
        <w:br/>
      </w:r>
      <w:r>
        <w:rPr>
          <w:sz w:val="20"/>
        </w:rPr>
        <w:t>5:48  I have never seen anyone resembling the Prophet like Fatima in his character, in his manners, in his guidance, and in his conduct.</w:t>
      </w:r>
      <w:r>
        <w:br/>
      </w:r>
      <w:r>
        <w:rPr>
          <w:sz w:val="20"/>
        </w:rPr>
        <w:t>6:00  aur dekhiye, ek aur bohat hi zabardast baat hai ke fi qiyamihā wa qu'ūdihā min Fatima. Even in his standing up and sitting down, Fatima would look exactly like him.</w:t>
      </w:r>
      <w:r>
        <w:br/>
      </w:r>
      <w:r>
        <w:rPr>
          <w:sz w:val="20"/>
        </w:rPr>
        <w:t>6:15  yani har lihaz se bilkul Rasool Allah ki copy theen woh. Aur Hazrat Aisha farmati hain, Hazrat Aisha R.A. farmati hain ke wa kanat idha dakhala 'ala an-Nabi yani if Fatima enters in a room or a gathering where the Prophet is present,</w:t>
      </w:r>
      <w:r>
        <w:br/>
      </w:r>
      <w:r>
        <w:rPr>
          <w:sz w:val="20"/>
        </w:rPr>
        <w:t>6:35  he would stand up</w:t>
      </w:r>
      <w:r>
        <w:br/>
      </w:r>
      <w:r>
        <w:rPr>
          <w:sz w:val="20"/>
        </w:rPr>
        <w:t>6:38  Ji. He would get up and greet her and he would kiss her on her forehead and let her sit where he was seated.</w:t>
      </w:r>
      <w:r>
        <w:br/>
      </w:r>
      <w:r>
        <w:rPr>
          <w:sz w:val="20"/>
        </w:rPr>
        <w:t>6:53  yani jahan bhi kursi hai ya koi table hai ya koi chair hai ya koi jagah hai, couch hai, agar prophet wahan bethe hue thay to wahin bethate thay apni apni jagah pe.</w:t>
      </w:r>
      <w:r>
        <w:br/>
      </w:r>
      <w:r>
        <w:rPr>
          <w:sz w:val="20"/>
        </w:rPr>
        <w:t>7:03  Aur aise hi hadith mein aata hai wa kaana rasool Allah sallallahu alaihi wasallam dakhala alaiha yani if the Prophet enters in a gathering in a room where Fatima is present,</w:t>
      </w:r>
      <w:r>
        <w:br/>
      </w:r>
      <w:r>
        <w:rPr>
          <w:sz w:val="20"/>
        </w:rPr>
        <w:t>7:16  she would stand up and greet him and rush towards him and kiss his both hands.</w:t>
      </w:r>
      <w:r>
        <w:br/>
      </w:r>
      <w:r>
        <w:rPr>
          <w:sz w:val="20"/>
        </w:rPr>
        <w:t>7:31  She would kiss both of his hands, and some narration she would kiss his forehead as well, and she would hold the Prophet's hand and bring her and let her sit where she was seated.</w:t>
      </w:r>
      <w:r>
        <w:br/>
      </w:r>
      <w:r>
        <w:rPr>
          <w:sz w:val="20"/>
        </w:rPr>
        <w:t>7:44  to bohat hi, a very special relationship thi Hazrat Fatima ki Rasool Allah SA</w:t>
      </w:r>
    </w:p>
    <w:p>
      <w:pPr>
        <w:pStyle w:val="Heading2"/>
      </w:pPr>
      <w:r>
        <w:t>Young Fatima nurses the Prophet's wounds after persecution</w:t>
      </w:r>
    </w:p>
    <w:p>
      <w:r>
        <w:rPr>
          <w:color w:val="666666"/>
          <w:sz w:val="18"/>
        </w:rPr>
        <w:t>The Story of Hazrat Fatima The Prophet's Cherished Daughter (Part- I) July 30, 2023 · 2m 37s · at 13:01 · https://youtu.be/MG9FmkFEyfo?t=781</w:t>
      </w:r>
    </w:p>
    <w:p>
      <w:r>
        <w:rPr>
          <w:i/>
        </w:rPr>
        <w:t>“After Khadijah died, ten-year-old Fatima tended her father's wounds”</w:t>
      </w:r>
    </w:p>
    <w:p>
      <w:r>
        <w:rPr>
          <w:sz w:val="20"/>
        </w:rPr>
        <w:t>13:01  rat Khadija bhi aur Abu Talib bhi. To is ke baad aa jo Mecca ke log thay, woh bare aa free ho gaye, yani Rasool Allah ko tarah tarah ki pareshaniyon mein daalne daalne lage aur aa violent attack, public publicly attack karne lage Prophet ko.</w:t>
      </w:r>
      <w:r>
        <w:br/>
      </w:r>
      <w:r>
        <w:rPr>
          <w:sz w:val="20"/>
        </w:rPr>
        <w:t>13:21  Aur Rasool Allah har roz Kaba mein jaya karte thay namaz parhne</w:t>
      </w:r>
      <w:r>
        <w:br/>
      </w:r>
      <w:r>
        <w:rPr>
          <w:sz w:val="20"/>
        </w:rPr>
        <w:t>13:25  . Ji, chounke wahan Kaba mein log ate thay, aa bahar se bhi ate thay aur jo muqami log hote thay, woh bhi ate thay.</w:t>
      </w:r>
      <w:r>
        <w:br/>
      </w:r>
      <w:r>
        <w:rPr>
          <w:sz w:val="20"/>
        </w:rPr>
        <w:t>13:34  To Rasool Allah jate thay aur Quran ki baatein batate thay, kuch Quran ki wirse sunate thay. To wahan ke jo Mecca ke jo elite thay, Abu Jahl waghera, yeh log in ko yeh pasand nahi tha.</w:t>
      </w:r>
      <w:r>
        <w:br/>
      </w:r>
      <w:r>
        <w:rPr>
          <w:sz w:val="20"/>
        </w:rPr>
        <w:t>13:48  To woh tarah tarah se satate thay.</w:t>
      </w:r>
      <w:r>
        <w:br/>
      </w:r>
      <w:r>
        <w:rPr>
          <w:sz w:val="20"/>
        </w:rPr>
        <w:t>13:51  To aa aur wapas jab Prophet ate thay to taqreeban roz aana hi was covered with blood yani har taraf chot lagi lagi rehti thi, pathar marte thay, tarah tarah se satate thay.</w:t>
      </w:r>
      <w:r>
        <w:br/>
      </w:r>
      <w:r>
        <w:rPr>
          <w:sz w:val="20"/>
        </w:rPr>
        <w:t>14:05  To jab ghar ate thay to Fatima rehti thi wahan. Ji, she she was the only person in the house at that time to she would clean his wounds, she would nurse him, she would take care of him</w:t>
      </w:r>
      <w:r>
        <w:br/>
      </w:r>
      <w:r>
        <w:rPr>
          <w:sz w:val="20"/>
        </w:rPr>
        <w:t>14:20  To aa yeh yani yeh ek tarike se bohat hi public humiliation Rasool Allah ke liye ho gaya ke aa log aa tarah tarah se satane lage.</w:t>
      </w:r>
      <w:r>
        <w:br/>
      </w:r>
      <w:r>
        <w:rPr>
          <w:sz w:val="20"/>
        </w:rPr>
        <w:t>14:33  Aur Fatima ka role bohat aham tha ke jab bhi Rasool Allah ate thay to woh un ki marham p</w:t>
      </w:r>
      <w:r>
        <w:br/>
      </w:r>
      <w:r>
        <w:rPr>
          <w:sz w:val="20"/>
        </w:rPr>
        <w:t>14:39  atti karti thi, zakhamon pe marham lagati thi. Aur us waqt jab Khadija ki death ho gayi, Hazrat Khadija ki, to unhon ne ek tarike se Hazrat Khadija ka role ada kiya.</w:t>
      </w:r>
      <w:r>
        <w:br/>
      </w:r>
      <w:r>
        <w:rPr>
          <w:sz w:val="20"/>
        </w:rPr>
        <w:t>14:52  Hmm, aur jo care karti theen woh Rasool Allah ki jis tarah se care karti theen, Hazrat Fatima, halanke she was just ten years old to un ka ek bara unusual nickname par gaya, Umm Abīhā, haan ji, the mother of her father,</w:t>
      </w:r>
      <w:r>
        <w:br/>
      </w:r>
      <w:r>
        <w:rPr>
          <w:sz w:val="20"/>
        </w:rPr>
        <w:t>15:07  yani motherly affection ki wajah se aa un ka un ka yeh yeh naam par gaya. To aa yeh Hazrat Fatima ka bohat bara role hai us waqt jab Hazrat Khadija maujood nahi theen.</w:t>
      </w:r>
      <w:r>
        <w:br/>
      </w:r>
      <w:r>
        <w:rPr>
          <w:sz w:val="20"/>
        </w:rPr>
        <w:t>15:22  To she took care of him, she cooked food for him, she nurse him and cleaned his wounds aur yani jo bhi apne maa ka jo role tha, woh poori tarah se ada kiya unhon ne.</w:t>
      </w:r>
    </w:p>
    <w:p>
      <w:pPr>
        <w:pStyle w:val="Heading2"/>
      </w:pPr>
      <w:r>
        <w:t>Wedding night: Fatima trembling, Prophet's short blessing</w:t>
      </w:r>
    </w:p>
    <w:p>
      <w:r>
        <w:rPr>
          <w:color w:val="666666"/>
          <w:sz w:val="18"/>
        </w:rPr>
        <w:t>The Story of Hazrat Fatima The Prophet's Cherished Daughter (Part- I) July 30, 2023 · 3m 05s · at 47:19 · https://youtu.be/MG9FmkFEyfo?t=2839</w:t>
      </w:r>
    </w:p>
    <w:p>
      <w:r>
        <w:rPr>
          <w:i/>
        </w:rPr>
        <w:t>“She was trembling, could barely walk to her wedding”</w:t>
      </w:r>
    </w:p>
    <w:p>
      <w:r>
        <w:rPr>
          <w:sz w:val="20"/>
        </w:rPr>
        <w:t>47:19  to hazrat ali aah aah gaye aur us ke baad jo umm aiman theen, umm aiman razi allah anho prophet ki mother ki maid theen.</w:t>
      </w:r>
      <w:r>
        <w:br/>
      </w:r>
      <w:r>
        <w:rPr>
          <w:sz w:val="20"/>
        </w:rPr>
        <w:t>47:31  jab madina se aa rahi theen prophet ki mother to un ke rastay mein death ho gayi thi. to maid prophet ko le ke aayi theen, he was just five year old.</w:t>
      </w:r>
      <w:r>
        <w:br/>
      </w:r>
      <w:r>
        <w:rPr>
          <w:sz w:val="20"/>
        </w:rPr>
        <w:t>47:40  ji to woh phir ghar mein rehne lagin, she was like prophets mother. to umm aiman brought fatima to ali's house. to</w:t>
      </w:r>
      <w:r>
        <w:br/>
      </w:r>
      <w:r>
        <w:rPr>
          <w:sz w:val="20"/>
        </w:rPr>
        <w:t>47:49  hazrat ali ne intezar kiya. rasool allah ne kaha tha ke main aaunga sham ko, main wait karna mera aur baray nervous thay ke prophet kya kahenge, what he will say.</w:t>
      </w:r>
      <w:r>
        <w:br/>
      </w:r>
      <w:r>
        <w:rPr>
          <w:sz w:val="20"/>
        </w:rPr>
        <w:t>47:58  to hazrat ali kehte hain: "the prophet walked in and he said to us: keep seated where you are sitting, don't get up." to</w:t>
      </w:r>
      <w:r>
        <w:br/>
      </w:r>
      <w:r>
        <w:rPr>
          <w:sz w:val="20"/>
        </w:rPr>
        <w:t>48:10  rasool allah ne ek jug liya pani ka aur wuzu kiya. aur wuzu karne ke baad aah ali ko bulaya, hazrat ali razi allah anho ko bulaya aur aah he sprinkled some water on him jis waqt pani se wuzu kiya tha, kuch pani chhirka.</w:t>
      </w:r>
      <w:r>
        <w:br/>
      </w:r>
      <w:r>
        <w:rPr>
          <w:sz w:val="20"/>
        </w:rPr>
        <w:t>48:28  ji aur dua ki, he made dua and said: "you now you go." aur phir fatima ko bulaya</w:t>
      </w:r>
      <w:r>
        <w:br/>
      </w:r>
      <w:r>
        <w:rPr>
          <w:sz w:val="20"/>
        </w:rPr>
        <w:t>48:34  to fatima rz boht hi zyada she was shivering, she was shaking, she couldnt walk. boht mushkil se wo aaein aur yani boht hi unko sharm aa rahi thi, haya and modesty.</w:t>
      </w:r>
      <w:r>
        <w:br/>
      </w:r>
      <w:r>
        <w:rPr>
          <w:sz w:val="20"/>
        </w:rPr>
        <w:t>48:48  to ah prophet comforted her and he said: "i have married you to the most beloved person in my family." ji yani dont worry, he is the most beloved person to me in my family</w:t>
      </w:r>
      <w:r>
        <w:br/>
      </w:r>
      <w:r>
        <w:rPr>
          <w:sz w:val="20"/>
        </w:rPr>
        <w:t>49:02  phir dobara prophet ne wuzu kiya. ji and he sprinkled some water in in fatima and then he made a beautiful dua.</w:t>
      </w:r>
      <w:r>
        <w:br/>
      </w:r>
      <w:r>
        <w:rPr>
          <w:sz w:val="20"/>
        </w:rPr>
        <w:t>49:12  yani dua boht hi choti hai, its a very small prayer but very very comprehensive. rasool allah ne dua ki: "allahumma barik fehima, wa barik alayhima, wa barik fi shubhhima." allahumma barik fehima ka matlab hai ke main allah bless you both.</w:t>
      </w:r>
      <w:r>
        <w:br/>
      </w:r>
      <w:r>
        <w:rPr>
          <w:sz w:val="20"/>
        </w:rPr>
        <w:t>49:30  y</w:t>
      </w:r>
      <w:r>
        <w:br/>
      </w:r>
      <w:r>
        <w:rPr>
          <w:sz w:val="20"/>
        </w:rPr>
        <w:t>49:31  ani kisi insan ke liye agar blessing ki dua ki jae to barik fehima aaega. allahumma barik fehima, main allah bless you both, wa barik alayhima and main allah bless your positions.</w:t>
      </w:r>
      <w:r>
        <w:br/>
      </w:r>
      <w:r>
        <w:rPr>
          <w:sz w:val="20"/>
        </w:rPr>
        <w:t>49:43  yani jo aap ka ghar hai, aap ki property hai, aap ki cheezein, aap ki wealth hai, in in sab cheezon ki ke liye bhi blessing ki dua ki.</w:t>
      </w:r>
      <w:r>
        <w:br/>
      </w:r>
      <w:r>
        <w:rPr>
          <w:sz w:val="20"/>
        </w:rPr>
        <w:t>49:51  allahumma barik alayhima, wa barik fi shubhhima. yani main allah bless your of spring, your chil</w:t>
      </w:r>
      <w:r>
        <w:br/>
      </w:r>
      <w:r>
        <w:rPr>
          <w:sz w:val="20"/>
        </w:rPr>
        <w:t>49:59  dren. to bari choti dua lekin comprehensive dua. to is tarah se ye shadi mukammal hui aur allah taala, main allah please with them and main allah make us follow their foot steps and main allah allow us</w:t>
      </w:r>
      <w:r>
        <w:br/>
      </w:r>
      <w:r>
        <w:rPr>
          <w:sz w:val="20"/>
        </w:rPr>
        <w:t>50:18  to meet them in jannat al firdous.</w:t>
      </w:r>
    </w:p>
    <w:p>
      <w:pPr>
        <w:pStyle w:val="Heading2"/>
      </w:pPr>
      <w:r>
        <w:t>Why Fatima is destined to be leader of women in paradise</w:t>
      </w:r>
    </w:p>
    <w:p>
      <w:r>
        <w:rPr>
          <w:color w:val="666666"/>
          <w:sz w:val="18"/>
        </w:rPr>
        <w:t>The Story of Hazrat Fatima The Prophet's Cherished Daughter (Part- I) July 30, 2023 · 4m 42s · at 22:22 · https://youtu.be/MG9FmkFEyfo?t=1342</w:t>
      </w:r>
    </w:p>
    <w:p>
      <w:r>
        <w:rPr>
          <w:i/>
        </w:rPr>
        <w:t>“Are you not happy to be the leader of women in paradise?”</w:t>
      </w:r>
    </w:p>
    <w:p>
      <w:r>
        <w:rPr>
          <w:sz w:val="20"/>
        </w:rPr>
        <w:t>22:22  aa there is one hadith, doctor sahib, where prophet once said that she is destined to be the leader of women in paradise.</w:t>
      </w:r>
      <w:r>
        <w:br/>
      </w:r>
      <w:r>
        <w:rPr>
          <w:sz w:val="20"/>
        </w:rPr>
        <w:t>22:31  to main chahunga is ke bare mein aap hum sab ko kuch batayen. haan, yeh isi daur ki baat hai jab tarah tarah se satate thay log prophet ko.</w:t>
      </w:r>
      <w:r>
        <w:br/>
      </w:r>
      <w:r>
        <w:rPr>
          <w:sz w:val="20"/>
        </w:rPr>
        <w:t>22:42  to aik bar rasool Allah salallaho alaihi wasallam ne dekha ke Hazrat Khadija bohat, Hazrat Fatima bohat udas hain, baithi hui hain.</w:t>
      </w:r>
      <w:r>
        <w:br/>
      </w:r>
      <w:r>
        <w:rPr>
          <w:sz w:val="20"/>
        </w:rPr>
        <w:t>22:50  to poocha ke kaifa tajduna kaifa tajdina ya bunaiyya how are you feeling my my my daughter?</w:t>
      </w:r>
      <w:r>
        <w:br/>
      </w:r>
      <w:r>
        <w:rPr>
          <w:sz w:val="20"/>
        </w:rPr>
        <w:t>23:02  to Hazrat Fatima ne kaha: inni li wajaa'in ke i am in pain and what increases my pain is that we don't even have food to eat.</w:t>
      </w:r>
      <w:r>
        <w:br/>
      </w:r>
      <w:r>
        <w:rPr>
          <w:sz w:val="20"/>
        </w:rPr>
        <w:t>23:17  to is zamane mein yeh کیفیت hoti thi ke khane ke liye nahi hota tha ke what what increasing my pain, what increases my pain is that we don't have even food to eat.</w:t>
      </w:r>
      <w:r>
        <w:br/>
      </w:r>
      <w:r>
        <w:rPr>
          <w:sz w:val="20"/>
        </w:rPr>
        <w:t>23:30  to Hazrat Muhammad salallaho alaihi wasallam ne kaha ke ama tardeenai ke are you not satisfied? are you not happy?</w:t>
      </w:r>
      <w:r>
        <w:br/>
      </w:r>
      <w:r>
        <w:rPr>
          <w:sz w:val="20"/>
        </w:rPr>
        <w:t>23:39  ama tardeenai inki sayyidatun nisa al-alamin ke are you na</w:t>
      </w:r>
      <w:r>
        <w:br/>
      </w:r>
      <w:r>
        <w:rPr>
          <w:sz w:val="20"/>
        </w:rPr>
        <w:t>23:45  t happy? are you not satisfied? are you not contented that you will be the leader of women in paradise?</w:t>
      </w:r>
      <w:r>
        <w:br/>
      </w:r>
      <w:r>
        <w:rPr>
          <w:sz w:val="20"/>
        </w:rPr>
        <w:t>23:54  you will be the queen of paradise. to ab aap dekhiye, look at her knowledge and her understanding what she says.</w:t>
      </w:r>
      <w:r>
        <w:br/>
      </w:r>
      <w:r>
        <w:rPr>
          <w:sz w:val="20"/>
        </w:rPr>
        <w:t>24:04  she says: ya abati fa ayna Maryam bint Imran? where is Mary the daughter of Imran, the mother of Jesus</w:t>
      </w:r>
      <w:r>
        <w:br/>
      </w:r>
      <w:r>
        <w:rPr>
          <w:sz w:val="20"/>
        </w:rPr>
        <w:t>24:14  s? yani aa, this position is reserved for her. how can i be the queen of jannat? ji to aa, rasool Allah bohat achhi tarah samjhate hain is ko.</w:t>
      </w:r>
      <w:r>
        <w:br/>
      </w:r>
      <w:r>
        <w:rPr>
          <w:sz w:val="20"/>
        </w:rPr>
        <w:t>24:26  aa, kehte hain ke al-qa sayyidatun nisa al-alamin she was the leader of women of her time</w:t>
      </w:r>
      <w:r>
        <w:br/>
      </w:r>
      <w:r>
        <w:rPr>
          <w:sz w:val="20"/>
        </w:rPr>
        <w:t>24:35  m. ji and you are the leader of women of your time. ji aur phir aa, rasool Allah ne char khawateen ka naam liya.</w:t>
      </w:r>
      <w:r>
        <w:br/>
      </w:r>
      <w:r>
        <w:rPr>
          <w:sz w:val="20"/>
        </w:rPr>
        <w:t>24:44  aa, jo aa, remarkable women of all times, jis mein naam tha Maryam aur Asiya aur Khadija aur Fatima</w:t>
      </w:r>
      <w:r>
        <w:br/>
      </w:r>
      <w:r>
        <w:rPr>
          <w:sz w:val="20"/>
        </w:rPr>
        <w:t>24:56  h. aise hi ek aah, aah, ek narration hai isi se mutalliq ke ek sahabi the, un ka naam hai Huzaifa R.A.</w:t>
      </w:r>
      <w:r>
        <w:br/>
      </w:r>
      <w:r>
        <w:rPr>
          <w:sz w:val="20"/>
        </w:rPr>
        <w:t>25:07  to Hazrat Huzaifa batate hain ke ek din meri mother ne mujhe daanta aur kaha ke tum gaye nahi abhi tak prophet ke paas?</w:t>
      </w:r>
      <w:r>
        <w:br/>
      </w:r>
      <w:r>
        <w:rPr>
          <w:sz w:val="20"/>
        </w:rPr>
        <w:t>25:16  hmm to unhon ne kaha: "acha, mein jaata hoon, aaj hi jaata hoon aur ja ke aah milta hoon aur aap ki maghfirat ke liye dua karwata hoon aur apne liye bhi dua karata</w:t>
      </w:r>
      <w:r>
        <w:br/>
      </w:r>
      <w:r>
        <w:rPr>
          <w:sz w:val="20"/>
        </w:rPr>
        <w:t>25:26  hoon." lagta hai un ki mother ne kaha hoga ke bhai jao tum aah mere liye dua aah kehne ke liye. to is liye unhon ne thoda sa daantne ke andaaz mein kaha.</w:t>
      </w:r>
      <w:r>
        <w:br/>
      </w:r>
      <w:r>
        <w:rPr>
          <w:sz w:val="20"/>
        </w:rPr>
        <w:t>25:36  to woh gaye isi din aur wahan maghrib ki namaz padhi prophet ke saath masjid mein aur phir baithe rahe. phir isha ki bhi namaz padhi.</w:t>
      </w:r>
      <w:r>
        <w:br/>
      </w:r>
      <w:r>
        <w:rPr>
          <w:sz w:val="20"/>
        </w:rPr>
        <w:t>25:45  ji aur phir prophet bahar nikle masjid se to raat ka waqt ho gaya tha. to woh bhi saath peeche</w:t>
      </w:r>
      <w:r>
        <w:br/>
      </w:r>
      <w:r>
        <w:rPr>
          <w:sz w:val="20"/>
        </w:rPr>
        <w:t>25:55  nikle to prophet ne kaha ke kaun hai? Huzaifa? hmm to unhon ne kaha: "haan." to aah bole ke kya baat hai?</w:t>
      </w:r>
      <w:r>
        <w:br/>
      </w:r>
      <w:r>
        <w:rPr>
          <w:sz w:val="20"/>
        </w:rPr>
        <w:t>26:05  kuch kaam hai tumhein? to phir prophet ne dua di un ko aur un ki mother ko: "may Allah forgive you and your mother." aur phir kaha ke yahan ek farishta hai aur woh bohat hi unique andaaz ka farishta</w:t>
      </w:r>
      <w:r>
        <w:br/>
      </w:r>
      <w:r>
        <w:rPr>
          <w:sz w:val="20"/>
        </w:rPr>
        <w:t>26:20  hai. he came to this earth for the first time. hmm aur aur aur aur bataya hai ke woh aaya hai aur yeh information de de raha hai mujhe ke mujhe aah good news de raha hai ke Fatima will be the leader of women in paradise</w:t>
      </w:r>
      <w:r>
        <w:br/>
      </w:r>
      <w:r>
        <w:rPr>
          <w:sz w:val="20"/>
        </w:rPr>
        <w:t>26:40  ۔ yani bohat hi ek anokhe andaaz mein Allah taala ne yeh baat aah Rasool Allah ko batai ke ek khaas farishte ko bheja hai jo kabhi aaya hi nahi apni zindagi mein zameen ke upar.</w:t>
      </w:r>
      <w:r>
        <w:br/>
      </w:r>
      <w:r>
        <w:rPr>
          <w:sz w:val="20"/>
        </w:rPr>
        <w:t>26:52  to yeh to bohat bara, its a very amazing honour. is mein ek sabak ka jo pehlu hai woh bohat aham hai. aah yeh bohat hi inspiring aah baat hai.</w:t>
      </w:r>
    </w:p>
    <w:p>
      <w:pPr>
        <w:pStyle w:val="Heading2"/>
      </w:pPr>
      <w:r>
        <w:t>Ali's silent marriage proposal for Fatima's hand</w:t>
      </w:r>
    </w:p>
    <w:p>
      <w:r>
        <w:rPr>
          <w:color w:val="666666"/>
          <w:sz w:val="18"/>
        </w:rPr>
        <w:t>The Story of Hazrat Fatima The Prophet's Cherished Daughter (Part- I) July 30, 2023 · 5m 33s · at 30:01 · https://youtu.be/MG9FmkFEyfo?t=1801</w:t>
      </w:r>
    </w:p>
    <w:p>
      <w:r>
        <w:rPr>
          <w:i/>
        </w:rPr>
        <w:t>“My father told us how we got married, Ali's son said”</w:t>
      </w:r>
    </w:p>
    <w:p>
      <w:r>
        <w:rPr>
          <w:sz w:val="20"/>
        </w:rPr>
        <w:t>30:01  ji ke my father told us how we got married ji to hazrat ali batate hain ke hamara hamara aik family ka ghar tha hamare uncles waghera baithe hue thay to hum aisi baat cheet kar rahe thay</w:t>
      </w:r>
      <w:r>
        <w:br/>
      </w:r>
      <w:r>
        <w:rPr>
          <w:sz w:val="20"/>
        </w:rPr>
        <w:t>30:14  j</w:t>
      </w:r>
      <w:r>
        <w:br/>
      </w:r>
      <w:r>
        <w:rPr>
          <w:sz w:val="20"/>
        </w:rPr>
        <w:t>30:15  y to achaanak woh log meri shadi ke bare mein baat karne lage aur woh kehne lage why dont you go to the prophet and ask for fatima hand humm to aah baharhal yeh baat hoti rahi aur unhone kaha ke aik old maid thi hamari family mein</w:t>
      </w:r>
      <w:r>
        <w:br/>
      </w:r>
      <w:r>
        <w:rPr>
          <w:sz w:val="20"/>
        </w:rPr>
        <w:t>30:33  un ka naam nahi aata ke unhone kaha ke i think prophet has an eye on you</w:t>
      </w:r>
      <w:r>
        <w:br/>
      </w:r>
      <w:r>
        <w:rPr>
          <w:sz w:val="20"/>
        </w:rPr>
        <w:t>30:41  to hazrat ali ne kaha ke aah aah prophet ne to bohat hi bare bare sahaba ko hi turn down number of top sahaba chuna ke bohat sare sahaba ne rishte bheje thay aah fatima rz ke liye</w:t>
      </w:r>
      <w:r>
        <w:br/>
      </w:r>
      <w:r>
        <w:rPr>
          <w:sz w:val="20"/>
        </w:rPr>
        <w:t>30:58  to aah aah yani unhone kaha ke mere paas to kuch hai bhi nahi aah meri kaise shadi ho sakti hai fatima se</w:t>
      </w:r>
      <w:r>
        <w:br/>
      </w:r>
      <w:r>
        <w:rPr>
          <w:sz w:val="20"/>
        </w:rPr>
        <w:t>31:08  to lekin woh jo lady thi woh push karti rahi aur us ne kaha ke you just go to the prophet and he will marry his daughter to you aur bhi jo sahaba thay aah hazrat abu bakr rz aur hazrat umar rz aur saad ibn maaz jo ke chief thay aah madina mein yeh sab aah aah encourage karte rahe ke jao ji tum go and ask for fatima hand</w:t>
      </w:r>
      <w:r>
        <w:br/>
      </w:r>
      <w:r>
        <w:rPr>
          <w:sz w:val="20"/>
        </w:rPr>
        <w:t>31:38  to hazrat ali kehte hain ke finally mere andar confidence paida hua aah and i thought i can do it humm aur aah kafi himmat hui to gaye woh aik din</w:t>
      </w:r>
      <w:r>
        <w:br/>
      </w:r>
      <w:r>
        <w:rPr>
          <w:sz w:val="20"/>
        </w:rPr>
        <w:t>31:51  humm aur aah gaye prophet ke ghar aur prophet ke samne baith gaye prophet samne baithe hue thay to woh ja ke baith ke bilkul khamosh ho gaye</w:t>
      </w:r>
      <w:r>
        <w:br/>
      </w:r>
      <w:r>
        <w:rPr>
          <w:sz w:val="20"/>
        </w:rPr>
        <w:t>32:03  ji he could not say one word</w:t>
      </w:r>
      <w:r>
        <w:br/>
      </w:r>
      <w:r>
        <w:rPr>
          <w:sz w:val="20"/>
        </w:rPr>
        <w:t>32:06  to kehte hain ke maine koshish ki bolne ki i tried to say but i just mumbled a few words haan on is tarah se bas kiya aur bole ke jallat wa hibat li rasool allah sallallahu alaihi wasallam due to the glory respect and love of the prophet i could not say one word humm to aah halanke hazrat ali aah is considered to be the most eloquent among the</w:t>
      </w:r>
      <w:r>
        <w:br/>
      </w:r>
      <w:r>
        <w:rPr>
          <w:sz w:val="20"/>
        </w:rPr>
        <w:t>32:33  sahaba he was a writer he was a poet he was a scholar aah lekin he was completely at loss of words completely aah complete loss of words</w:t>
      </w:r>
      <w:r>
        <w:br/>
      </w:r>
      <w:r>
        <w:rPr>
          <w:sz w:val="20"/>
        </w:rPr>
        <w:t>32:47  to kehte hain ke i was shivering i was sweating i was super nervous ji aur aah i mumbled a few words aah and prophet was looking at me</w:t>
      </w:r>
      <w:r>
        <w:br/>
      </w:r>
      <w:r>
        <w:rPr>
          <w:sz w:val="20"/>
        </w:rPr>
        <w:t>32:59  to prophet ne kaha ke ma ja baka ma ja baka ya ibn ummi what has brought you o son of my uncle</w:t>
      </w:r>
      <w:r>
        <w:br/>
      </w:r>
      <w:r>
        <w:rPr>
          <w:sz w:val="20"/>
        </w:rPr>
        <w:t>33:08  what what has brought you here o son of my uncle to phir kuch bol nahi sake humm to rasool allah ne kaha allah ka hajja koi kaam hai tumhe</w:t>
      </w:r>
      <w:r>
        <w:br/>
      </w:r>
      <w:r>
        <w:rPr>
          <w:sz w:val="20"/>
        </w:rPr>
        <w:t>33:19  do you need something to hazrat ali kehte hain ke first sakat yani i was completely silent</w:t>
      </w:r>
      <w:r>
        <w:br/>
      </w:r>
      <w:r>
        <w:rPr>
          <w:sz w:val="20"/>
        </w:rPr>
        <w:t>33:27  to i could not say anything to finally prophet himself said maybe you have come to ask for fatima hand to hazrat ali ne aise dekha zameen ki taraf aur kaha ke naam ya rasool allah yes o messenger of allah to prophet ne kaha ke theek hai its okay good</w:t>
      </w:r>
      <w:r>
        <w:br/>
      </w:r>
      <w:r>
        <w:rPr>
          <w:sz w:val="20"/>
        </w:rPr>
        <w:t>33:52  aah do you have anything to give as mehr</w:t>
      </w:r>
      <w:r>
        <w:br/>
      </w:r>
      <w:r>
        <w:rPr>
          <w:sz w:val="20"/>
        </w:rPr>
        <w:t>33:56  to hazrat ali ne kaha no i dont have anything to give mehr yani he had nothing to prophet ne aik shield latki hui thi wahan jo woh nahi hoti hai</w:t>
      </w:r>
      <w:r>
        <w:br/>
      </w:r>
      <w:r>
        <w:rPr>
          <w:sz w:val="20"/>
        </w:rPr>
        <w:t>34:10  dara yani aah jang waghera mein pehente hain log coat of mail ji to kaha ke yeh to hai na tumhare paas humm to unhone kaha haan i i have this to unhone kaha how much you can sell it for humm</w:t>
      </w:r>
      <w:r>
        <w:br/>
      </w:r>
      <w:r>
        <w:rPr>
          <w:sz w:val="20"/>
        </w:rPr>
        <w:t>34:26  to hazrat ali ne kaha ke: "i can sell it for four dirham, four silver coin, which is almost nothing." ji to prophet ne kaha: "okay, go and sell this, and this will be mahr from you, this will be good enough as a gift from you." to ah phir prophet went to fatima, hmm and told her that ali came and he asked for your hand</w:t>
      </w:r>
      <w:r>
        <w:br/>
      </w:r>
      <w:r>
        <w:rPr>
          <w:sz w:val="20"/>
        </w:rPr>
        <w:t>34:55  , ah, are you okay with it? to woh bilkul khamosh ho gayi, yani modesty ki wajah se, sharm ki wajah se, ek lafz bhi nahi bol bol saki.</w:t>
      </w:r>
      <w:r>
        <w:br/>
      </w:r>
      <w:r>
        <w:rPr>
          <w:sz w:val="20"/>
        </w:rPr>
        <w:t>35:06  to pucha unhone: "rasool allah sallallahu alaihi wasallam ne dobara phir kaha ke: do you have any objection?" yani yeh zaroori hai ke ah ah ah ah ladki ki bhi ah ijazat, razamandi zaroori hai.</w:t>
      </w:r>
      <w:r>
        <w:br/>
      </w:r>
      <w:r>
        <w:rPr>
          <w:sz w:val="20"/>
        </w:rPr>
        <w:t>35:22  to woh khamosh reh</w:t>
      </w:r>
      <w:r>
        <w:br/>
      </w:r>
      <w:r>
        <w:rPr>
          <w:sz w:val="20"/>
        </w:rPr>
        <w:t>35:23  gayi bilkul. to rasool allah took her silence as her approval of of marriage, yani ah is tarah se hazrat ali aur fatima raziallahu anha ki ka rishta tay hua.</w:t>
      </w:r>
    </w:p>
    <w:p>
      <w:pPr>
        <w:pStyle w:val="Heading2"/>
      </w:pPr>
      <w:r>
        <w:t>The extreme simplicity of Fatima's wedding preparations</w:t>
      </w:r>
    </w:p>
    <w:p>
      <w:r>
        <w:rPr>
          <w:color w:val="666666"/>
          <w:sz w:val="18"/>
        </w:rPr>
        <w:t>The Story of Hazrat Fatima The Prophet's Cherished Daughter (Part- I) July 30, 2023 · 4m 36s · at 39:43 · https://youtu.be/MG9FmkFEyfo?t=2383</w:t>
      </w:r>
    </w:p>
    <w:p>
      <w:r>
        <w:rPr>
          <w:i/>
        </w:rPr>
        <w:t>“No decoration, no lavish gifts — this was their wedding prep”</w:t>
      </w:r>
    </w:p>
    <w:p>
      <w:r>
        <w:rPr>
          <w:sz w:val="20"/>
        </w:rPr>
        <w:t>39:43  aah itna decoration, wastage of money, lavish affair, aah unlimited amount of gifts are exchanged. to mein poochna chahoon ga ke is time pe kya preparations theen shadi</w:t>
      </w:r>
      <w:r>
        <w:br/>
      </w:r>
      <w:r>
        <w:rPr>
          <w:sz w:val="20"/>
        </w:rPr>
        <w:t>39:56  ki? aaj mein to hum different picture dekhte hain lekin mein chahoon ga aap is ki tasweer hamare samne rakhein ke kya preparations theen marriage ki. aur prophet Muhammad sallallahu alaihi wasallam ne Hazrat Aisha Razi Allahu Anha aur Hazrat Umm Salama ko yeh responsibility di ke woh Fatima ko tayyar karein.</w:t>
      </w:r>
      <w:r>
        <w:br/>
      </w:r>
      <w:r>
        <w:rPr>
          <w:sz w:val="20"/>
        </w:rPr>
        <w:t>40:16  jee aur jo bhi marriage ki preparations hain woh karein. jee</w:t>
      </w:r>
      <w:r>
        <w:br/>
      </w:r>
      <w:r>
        <w:rPr>
          <w:sz w:val="20"/>
        </w:rPr>
        <w:t>40:20  to Hazrat aah Aisha batati hain ke hum gaye bahar valley mein, wahan se hum ne mitti li.</w:t>
      </w:r>
      <w:r>
        <w:br/>
      </w:r>
      <w:r>
        <w:rPr>
          <w:sz w:val="20"/>
        </w:rPr>
        <w:t>40:30  hum aah jo achi mitti thi, phir us ko hum ne saaf kiya jo kankar pathar sab thay aur apne hath se jo Hazrat Fatima ka ghar tha, ghar kya, ek kamra hota tha us zamane mein.</w:t>
      </w:r>
      <w:r>
        <w:br/>
      </w:r>
      <w:r>
        <w:rPr>
          <w:sz w:val="20"/>
        </w:rPr>
        <w:t>40:43  ghar ka matlab hai room, yani wahi sab kuch hota tha aur us ghar mein sirf ek ek door hota tha aur ek window.</w:t>
      </w:r>
      <w:r>
        <w:br/>
      </w:r>
      <w:r>
        <w:rPr>
          <w:sz w:val="20"/>
        </w:rPr>
        <w:t>40:54  to Hazrat Aisha batati hain ke mein aur Umm Salama mitti laye, us ko hum ne chhana waana saaf kiya jo achi mitti thi.</w:t>
      </w:r>
      <w:r>
        <w:br/>
      </w:r>
      <w:r>
        <w:rPr>
          <w:sz w:val="20"/>
        </w:rPr>
        <w:t>41:04  woh jo Hazrat Aisha Hazrat Fatima ka aah ghar tha, us ka jo farsh tha woh bilkul waisa tha.</w:t>
      </w:r>
      <w:r>
        <w:br/>
      </w:r>
      <w:r>
        <w:rPr>
          <w:sz w:val="20"/>
        </w:rPr>
        <w:t>41:13  yani farsh is zamane mein aise nahi hotay thay jaise aaj hamare hotay hain, tiles waghera, woh bas mitti ke hotay thay. to woh bohat is pe kankar pathar waghera thay.</w:t>
      </w:r>
      <w:r>
        <w:br/>
      </w:r>
      <w:r>
        <w:rPr>
          <w:sz w:val="20"/>
        </w:rPr>
        <w:t>41:21  to woh sab hata ke us ko us pe woh mitti se us ko level kar diya aur unhon ne kaha ke hum ne aah cushions banaye.</w:t>
      </w:r>
      <w:r>
        <w:br/>
      </w:r>
      <w:r>
        <w:rPr>
          <w:sz w:val="20"/>
        </w:rPr>
        <w:t>41:34  aah aur cushion kis cheez ke bante thay is zamane mein</w:t>
      </w:r>
      <w:r>
        <w:br/>
      </w:r>
      <w:r>
        <w:rPr>
          <w:sz w:val="20"/>
        </w:rPr>
        <w:t>41:37  ? is zamane mein jo aah aah palm fiber hota tha, yani aah jo khajoor ke peir ki patiyan, woh jab sookh jati hain na to woh thora aah us ke andar softness ho jati hai.</w:t>
      </w:r>
      <w:r>
        <w:br/>
      </w:r>
      <w:r>
        <w:rPr>
          <w:sz w:val="20"/>
        </w:rPr>
        <w:t>41:54  us ko us ko bhartay thay log to us se woh cushions waghera ban</w:t>
      </w:r>
      <w:r>
        <w:br/>
      </w:r>
      <w:r>
        <w:rPr>
          <w:sz w:val="20"/>
        </w:rPr>
        <w:t>41:59  tay thay. to is tarah ki woh sab cheezein karein aur prophet ne khud aah aata hai hadith mein ke apne hath se unhon ne ek animal skin ki pillow banai, us mein kuch palm fiber bhare, kuch ek aah ek woh hoti thi</w:t>
      </w:r>
      <w:r>
        <w:br/>
      </w:r>
      <w:r>
        <w:rPr>
          <w:sz w:val="20"/>
        </w:rPr>
        <w:t>42:20  aah herb jis ka naam tha akhdar, jo ke bohat hi sweet smelling us mein smelling herb thi. woh to woh us ke andar bhari aur aah rasool Allah ne khud apne hath se kiya yeh aur kuch aah aah water ke liye kuch</w:t>
      </w:r>
      <w:r>
        <w:br/>
      </w:r>
      <w:r>
        <w:rPr>
          <w:sz w:val="20"/>
        </w:rPr>
        <w:t>42:37  aah aah pots rakh diye, kuch aah aah water skin rakh di aur ek aah batati hain Hazrat Aisha ke ek hum ne lakri aah ka stand banaya jis pe kuch hooks thay ke woh kuch tang sakein apne apni cheezein aur rasool Allah ne wahan par kuch</w:t>
      </w:r>
      <w:r>
        <w:br/>
      </w:r>
      <w:r>
        <w:rPr>
          <w:sz w:val="20"/>
        </w:rPr>
        <w:t>42:58  pathar ke jo tukray hotay hain us ke liye chakki ke liye woh rakhe taake woh aata waghera goond sakein.</w:t>
      </w:r>
      <w:r>
        <w:br/>
      </w:r>
      <w:r>
        <w:rPr>
          <w:sz w:val="20"/>
        </w:rPr>
        <w:t>43:05  to is tarah se bohat hi simple aah aah andaaz ka sara kaam tha. aah matlab aaj ke dour mein hum tasawwur bhi nahi kar sakte ke aisi koi cheez ho sakti hai.</w:t>
      </w:r>
      <w:r>
        <w:br/>
      </w:r>
      <w:r>
        <w:rPr>
          <w:sz w:val="20"/>
        </w:rPr>
        <w:t>43:17  to aah Hazrat Ali kehte hain ke jo bed tha woh bhi aise hi mitti ka tha. asal mein is zamane mein kya hota tha ke ek platform banaya jata tha.</w:t>
      </w:r>
      <w:r>
        <w:br/>
      </w:r>
      <w:r>
        <w:rPr>
          <w:sz w:val="20"/>
        </w:rPr>
        <w:t>43:28  aah bohat ooncha nahi hota</w:t>
      </w:r>
      <w:r>
        <w:br/>
      </w:r>
      <w:r>
        <w:rPr>
          <w:sz w:val="20"/>
        </w:rPr>
        <w:t>43:30  tha woh bed ke liye ek platform banaya wohi mitti ka aur us ke oopar ek lakri ka frame aah fix kar diya aur phir us mein kuch wahi palm ke jo leaves hain aur woh bhar dein taake aah softness ke liye phir us pe kapra charha diya to woh bed ho</w:t>
      </w:r>
      <w:r>
        <w:br/>
      </w:r>
      <w:r>
        <w:rPr>
          <w:sz w:val="20"/>
        </w:rPr>
        <w:t>43:49  gaya. to Hazrat Ali kehte hain ke jo yeh bed tha woh hum raat ko us pe sotay thay aur din mein us ko we use as a couch aur we never had a servant.</w:t>
      </w:r>
      <w:r>
        <w:br/>
      </w:r>
      <w:r>
        <w:rPr>
          <w:sz w:val="20"/>
        </w:rPr>
        <w:t>44:02  so yeh jo sadgi thi woh bohat hi kamal ki aah sadgi thi is</w:t>
      </w:r>
      <w:r>
        <w:br/>
      </w:r>
      <w:r>
        <w:rPr>
          <w:sz w:val="20"/>
        </w:rPr>
        <w:t>44:09  zamane mein. ji yani hum tasawwur nahi kar sakte ke is tarah ka bhi koi koi zamana raha hoga ke is qadar simplicity aur sadgi.</w:t>
      </w:r>
    </w:p>
    <w:p>
      <w:pPr>
        <w:pStyle w:val="Heading2"/>
      </w:pPr>
      <w:r>
        <w:t>Fatima's blistered hands and the Prophet's answer of dhikr</w:t>
      </w:r>
    </w:p>
    <w:p>
      <w:r>
        <w:rPr>
          <w:color w:val="666666"/>
          <w:sz w:val="18"/>
        </w:rPr>
        <w:t>The Age of Deceiving Philosophies I 21 June 2009 · 2m 13s · at 53:50 · https://youtu.be/RZCs_8AtCTM?t=3230</w:t>
      </w:r>
    </w:p>
    <w:p>
      <w:r>
        <w:rPr>
          <w:i/>
        </w:rPr>
        <w:t>“Prophet married his daughter Fatima to Ali, who had nothing”</w:t>
      </w:r>
    </w:p>
    <w:p>
      <w:r>
        <w:rPr>
          <w:sz w:val="20"/>
        </w:rPr>
        <w:t>53:50  hazrat rasool allah ne apni beti fatima ki shadi kardi ali se. ali ghar mein literally kuch bhi nahi tha,</w:t>
      </w:r>
      <w:r>
        <w:br/>
      </w:r>
      <w:r>
        <w:rPr>
          <w:sz w:val="20"/>
        </w:rPr>
        <w:t>53:56  sirf ek mamooli sa ghar tha, kuch bhi nahi tha is mein. literally aap karenge aisi shadi apni beti ki aise aadmi ke sath jis ke paas kuch bhi na ho?</w:t>
      </w:r>
      <w:r>
        <w:br/>
      </w:r>
      <w:r>
        <w:rPr>
          <w:sz w:val="20"/>
        </w:rPr>
        <w:t>54:07  to jo log yeh kehte hain ke rasool allah jo hai, un ke haan ek woh tha balance. tha balance kahan tha? aap priority diye hue the dawat ko aur baqi cheezon ko bas jitna ho sake, ho sake, nahi ho sake, na ho sake.</w:t>
      </w:r>
      <w:r>
        <w:br/>
      </w:r>
      <w:r>
        <w:rPr>
          <w:sz w:val="20"/>
        </w:rPr>
        <w:t>54:23  business kya? aap ne business chhoot chhoot gaya.</w:t>
      </w:r>
      <w:r>
        <w:br/>
      </w:r>
      <w:r>
        <w:rPr>
          <w:sz w:val="20"/>
        </w:rPr>
        <w:t>54:26  aap ko maloom hai ke pehle business karte the aap, lekin jab aap ko dawat ki jab madad dali gayi to to business chhoot gaya. shadi kya? aap ne apni beti ki to aise ghar kar diya jahan ke kuch tha hi nahi.</w:t>
      </w:r>
      <w:r>
        <w:br/>
      </w:r>
      <w:r>
        <w:rPr>
          <w:sz w:val="20"/>
        </w:rPr>
        <w:t>54:37  literally kuch nahi tha wahan par. hazrat fatima chaki peesti thi, chhala pad gaya tha. aaj kal tasbeeh fatima ka bahut zor hai, har jagah masjidon mein tasbeeh fatima padhte hain log: subhan allah, alhamdulillah, la ilaha illallah, akbar, 33 baar, 33 baar, 33 baar.</w:t>
      </w:r>
      <w:r>
        <w:br/>
      </w:r>
      <w:r>
        <w:rPr>
          <w:sz w:val="20"/>
        </w:rPr>
        <w:t>54:58  main kehta hoon ke kya woh karenge? aap jo is ki is ki background kya hai? hazrat fatima jo aap ki beti thi, un ko chaki chalana padta tha, hath mein chhale pad gaye the.</w:t>
      </w:r>
      <w:r>
        <w:br/>
      </w:r>
      <w:r>
        <w:rPr>
          <w:sz w:val="20"/>
        </w:rPr>
        <w:t>55:10  to rasool allah ke paas gayin ke humein ek khadim de dijiye, ek khadim. to rasool allah ne kya kaha?</w:t>
      </w:r>
      <w:r>
        <w:br/>
      </w:r>
      <w:r>
        <w:rPr>
          <w:sz w:val="20"/>
        </w:rPr>
        <w:t>55:21  ittqi ya fatima! ae fatima! khuda se dar itni si baat par.</w:t>
      </w:r>
      <w:r>
        <w:br/>
      </w:r>
      <w:r>
        <w:rPr>
          <w:sz w:val="20"/>
        </w:rPr>
        <w:t>55:28  phir aap ne farmaya ke main tum ko khadim se zyada achhi cheez deta hoon. to aap ne yahi yahi zikr farmaya: subhan allah, alhamdulillah, la ilaha illallah, akbar ke yeh bas padh liya karo.</w:t>
      </w:r>
      <w:r>
        <w:br/>
      </w:r>
      <w:r>
        <w:rPr>
          <w:sz w:val="20"/>
        </w:rPr>
        <w:t>55:42  yeh aap mein se kaun hai jo apni beti ko aisa kahe? koi hathon mein chhale pade hue hon, woh khadim mang rahi ho, aap kahein ke jao ghar mein raho aur sirf yeh dua padh liya karo.</w:t>
      </w:r>
      <w:r>
        <w:br/>
      </w:r>
      <w:r>
        <w:rPr>
          <w:sz w:val="20"/>
        </w:rPr>
        <w:t>55:54  jo log kehte hain ke rasool allah ki jamiyat thi, main bataoon ke woh bahut bada yaani jurm karte hain, gunah karte hain. kya yeh jamiyat ke mani yahi hain?</w:t>
      </w:r>
    </w:p>
    <w:p>
      <w:pPr>
        <w:pStyle w:val="Heading2"/>
      </w:pPr>
      <w:r>
        <w:t>Prophet refuses his own daughter a servant</w:t>
      </w:r>
    </w:p>
    <w:p>
      <w:r>
        <w:rPr>
          <w:color w:val="666666"/>
          <w:sz w:val="18"/>
        </w:rPr>
        <w:t>The Story of Hazrat Abu Hurairah (r.a.) December 31, 2023 · 1m 02s · at 18:02 · https://youtu.be/ntoKGwQ1WX0?t=1082</w:t>
      </w:r>
    </w:p>
    <w:p>
      <w:r>
        <w:rPr>
          <w:i/>
        </w:rPr>
        <w:t>“Fatima asked for help with the housework”</w:t>
      </w:r>
    </w:p>
    <w:p>
      <w:r>
        <w:rPr>
          <w:sz w:val="20"/>
        </w:rPr>
        <w:t>18:02  To yeh, aah, aur aap ko yaad hai hum ne Hazrat Fatima R.A. ka kiya tha aik session, to is mein yeh tha ke un ko aik servant ki zaroorat thi.</w:t>
      </w:r>
      <w:r>
        <w:br/>
      </w:r>
      <w:r>
        <w:rPr>
          <w:sz w:val="20"/>
        </w:rPr>
        <w:t>18:13  to woh gaen. Hazrat Ali ne bhi kaha ke jaao aur, aah, apne father se ek servant le lo, choonke aaj kal kuch aaye hue hain log.</w:t>
      </w:r>
      <w:r>
        <w:br/>
      </w:r>
      <w:r>
        <w:rPr>
          <w:sz w:val="20"/>
        </w:rPr>
        <w:t>18:22  to gaen aur kaha ke mere haath mein chhaale pad gaye hain aur meri kamar mein dard hota hai, to aap ek servant deden, jo khaadim, jo meri madad kare.</w:t>
      </w:r>
      <w:r>
        <w:br/>
      </w:r>
      <w:r>
        <w:rPr>
          <w:sz w:val="20"/>
        </w:rPr>
        <w:t>18:31  to Rasool Allah ne kaha tha uss waqt ke I cannot give you a servant. While the people of Suffa lie hungry.</w:t>
      </w:r>
      <w:r>
        <w:br/>
      </w:r>
      <w:r>
        <w:rPr>
          <w:sz w:val="20"/>
        </w:rPr>
        <w:t>18:43  kitni zabardast baat kahi hai. It shows his integrity. haalanke Rasool Allah das servant de sakte</w:t>
      </w:r>
      <w:r>
        <w:br/>
      </w:r>
      <w:r>
        <w:rPr>
          <w:sz w:val="20"/>
        </w:rPr>
        <w:t>18:50  the. Ji. Lekin apni beti, jo sab se mehboob thi, Fatima, uss se kaha ke nahin, yeh servant nahin doonga main. Choonke I have to, uh, see, uh, the, uh, the, the problems of Ashab-e-Suffa.</w:t>
      </w:r>
      <w:r>
        <w:br/>
      </w:r>
      <w:r>
        <w:rPr>
          <w:sz w:val="20"/>
        </w:rPr>
        <w:t>19:04  Ji.</w:t>
      </w:r>
    </w:p>
    <w:p>
      <w:pPr>
        <w:pStyle w:val="Heading2"/>
      </w:pPr>
      <w:r>
        <w:t>noblewoman Fatima's theft shows equal punishment for all</w:t>
      </w:r>
    </w:p>
    <w:p>
      <w:r>
        <w:rPr>
          <w:color w:val="666666"/>
          <w:sz w:val="18"/>
        </w:rPr>
        <w:t>Blasphemy in Islam November 24, 2024 · 1m 36s · at 34:34 · https://youtu.be/IjG5T6KZDxs?t=2074</w:t>
      </w:r>
    </w:p>
    <w:p>
      <w:r>
        <w:rPr>
          <w:i/>
        </w:rPr>
        <w:t>“قبیلہ مخزوم کی ایک لڑکی نے، جن کا نام فاطمہ تھا، چوری کی”</w:t>
      </w:r>
    </w:p>
    <w:p>
      <w:r>
        <w:rPr>
          <w:sz w:val="20"/>
        </w:rPr>
        <w:t>34:34  hum jante hain ke Rasool Allah sallallahu alaihi wasallam ke zamane mein jo qabila e Makhzum ki ek ladki ne, jinka naam Fatima tha, chori ki to bade khandan ki thi, bade gharane ki thi.</w:t>
      </w:r>
      <w:r>
        <w:br/>
      </w:r>
      <w:r>
        <w:rPr>
          <w:sz w:val="20"/>
        </w:rPr>
        <w:t>34:49  to unhon ne ja kar request ki Usama bin Zaid se ke Usama se Rasool Allah zyada mohabbat karte hain,</w:t>
      </w:r>
      <w:r>
        <w:br/>
      </w:r>
      <w:r>
        <w:rPr>
          <w:sz w:val="20"/>
        </w:rPr>
        <w:t>34:59  agar woh ja kar sifarish karein to shayad saza par nazar sani ki jayegi. to Usama bin Zaid Nabi sallallahu alaihi wasallam ke paas pahunche sifarish ke karne ke liye to aap ne farmaya ke atashfa'u fi haddin min hududillah.</w:t>
      </w:r>
      <w:r>
        <w:br/>
      </w:r>
      <w:r>
        <w:rPr>
          <w:sz w:val="20"/>
        </w:rPr>
        <w:t>35:19  Usama, kya tum Khuda ke hudood mein sifarish karne kar rahe ho? tum ya</w:t>
      </w:r>
      <w:r>
        <w:br/>
      </w:r>
      <w:r>
        <w:rPr>
          <w:sz w:val="20"/>
        </w:rPr>
        <w:t>35:25  yani agar woh had hai to saza nafiz hogi, maafi nahi milegi aur woh jurm koi bhi kare, us ko saza mil kar rahegi.</w:t>
      </w:r>
      <w:r>
        <w:br/>
      </w:r>
      <w:r>
        <w:rPr>
          <w:sz w:val="20"/>
        </w:rPr>
        <w:t>35:35  aur aap ne yahan tak kaha is mamle mein ke walaw ann Fatima bint Muhammad yusraqu laqata'a Muhammad yaduha. ke agar is jagah Fatima bint qabila e Makhzum ki ladki Fatima nahi, agar Muhammad sallallahu alaihi wasallam ki meri apni beti Fatima bhi hoti to main apni beti ka haath bhi kaat deta.</w:t>
      </w:r>
      <w:r>
        <w:br/>
      </w:r>
      <w:r>
        <w:rPr>
          <w:sz w:val="20"/>
        </w:rPr>
        <w:t>36:00  dekhiye, is ka matlab yeh hai ke agar koi saza qabil e had hai, koi koi jurm qabil e had hai to wahan par maafi nahi di ja sakti.</w:t>
      </w:r>
    </w:p>
    <w:p>
      <w:pPr>
        <w:pStyle w:val="Heading2"/>
      </w:pPr>
      <w:r>
        <w:t>Bangalore book-stall at a Hindu ashram sparks huge interest in Islam</w:t>
      </w:r>
    </w:p>
    <w:p>
      <w:r>
        <w:rPr>
          <w:color w:val="666666"/>
          <w:sz w:val="18"/>
        </w:rPr>
        <w:t>Ijtihad in Islam December 28, 2008 · 3m 41s · at 20:06 · https://youtu.be/tQL9OXuyYFk?t=1206</w:t>
      </w:r>
    </w:p>
    <w:p>
      <w:r>
        <w:rPr>
          <w:i/>
        </w:rPr>
        <w:t>“Bangalore mein hamare mission ki Sarah Fatima ne ek stall lagaya”</w:t>
      </w:r>
    </w:p>
    <w:p>
      <w:r>
        <w:rPr>
          <w:sz w:val="20"/>
        </w:rPr>
        <w:t>20:06  jaise dekhiye, aik telephone mujhe aaya Bangalore se. yani bohat hi simple way mein batana chahta hoon main aap ko ke ijtihad kya cheez hai.</w:t>
      </w:r>
      <w:r>
        <w:br/>
      </w:r>
      <w:r>
        <w:rPr>
          <w:sz w:val="20"/>
        </w:rPr>
        <w:t>20:17  to Bangalore mein hamare mission ke aik hain, Sarah Fatima. un ke husband jo hain, woh multinational mein kaam karte hain.</w:t>
      </w:r>
      <w:r>
        <w:br/>
      </w:r>
      <w:r>
        <w:rPr>
          <w:sz w:val="20"/>
        </w:rPr>
        <w:t>20:26  to yeh log jud gaye hain bilkul mission mein. to un ka telephone aaya.</w:t>
      </w:r>
      <w:r>
        <w:br/>
      </w:r>
      <w:r>
        <w:rPr>
          <w:sz w:val="20"/>
        </w:rPr>
        <w:t>20:33  yeh log bohat dair se kaam kar rahe the lekin pehle woh community work karte the. community work yaani musalmanon ko parhana, musalmanon ke liye kaam karna, musalmanon ke andar un kikhidmat karna waghera.</w:t>
      </w:r>
      <w:r>
        <w:br/>
      </w:r>
      <w:r>
        <w:rPr>
          <w:sz w:val="20"/>
        </w:rPr>
        <w:t>20:47  to isi mein reh rahe the. milli work mein woh un ke subah shaam jeete the. milli work hi un ka ya kaam hota tha.</w:t>
      </w:r>
      <w:r>
        <w:br/>
      </w:r>
      <w:r>
        <w:rPr>
          <w:sz w:val="20"/>
        </w:rPr>
        <w:t>20:58  ab kya hua? muslim area phir hamare mission juri hain. woh aaj ab to ek muslim area mein unhon ne ek book stall lagaya.</w:t>
      </w:r>
      <w:r>
        <w:br/>
      </w:r>
      <w:r>
        <w:rPr>
          <w:sz w:val="20"/>
        </w:rPr>
        <w:t>21:09  book stall to wahan ek hindu swami aa gaya, ittefaq se, by chance. unhon ne dekha, unhon ne kaha "Ideology of Peace" aur aur sab yaani "Peace and Islam" aur bohat sari cheezein dekhi unhon ne.</w:t>
      </w:r>
      <w:r>
        <w:br/>
      </w:r>
      <w:r>
        <w:rPr>
          <w:sz w:val="20"/>
        </w:rPr>
        <w:t>21:27  to unhon ne kaha ke sahi Islam ka yeh matlab hai. hum to samajhte hain ke Islam se ladne ladne phirne ka mazhab hai khali. to beharhaal bohat acha laga un ko.</w:t>
      </w:r>
      <w:r>
        <w:br/>
      </w:r>
      <w:r>
        <w:rPr>
          <w:sz w:val="20"/>
        </w:rPr>
        <w:t>21:38  kitabein bohat pasand aayin un ko. to unhon ne offer diya ke hamare haan ek bohat bara function hone ja raha hai. aap is mein aaiye aur free aap ko jagah den ge.</w:t>
      </w:r>
      <w:r>
        <w:br/>
      </w:r>
      <w:r>
        <w:rPr>
          <w:sz w:val="20"/>
        </w:rPr>
        <w:t>21:49  stall lagai wahan par. to</w:t>
      </w:r>
      <w:r>
        <w:br/>
      </w:r>
      <w:r>
        <w:rPr>
          <w:sz w:val="20"/>
        </w:rPr>
        <w:t>21:52  to Bangalore mein ek swami ka bohat bara ashram hai, kafi bara. un ko un ka meditation ka kaam hota hai.</w:t>
      </w:r>
      <w:r>
        <w:br/>
      </w:r>
      <w:r>
        <w:rPr>
          <w:sz w:val="20"/>
        </w:rPr>
        <w:t>22:00  dunya bhar se log aate hain meditation. to ek bohat bare area mein un ka ashram hai. to annual function hota hai.</w:t>
      </w:r>
      <w:r>
        <w:br/>
      </w:r>
      <w:r>
        <w:rPr>
          <w:sz w:val="20"/>
        </w:rPr>
        <w:t>22:10  is mein stall lagte hain.</w:t>
      </w:r>
      <w:r>
        <w:br/>
      </w:r>
      <w:r>
        <w:rPr>
          <w:sz w:val="20"/>
        </w:rPr>
        <w:t>22:12  stall zyada tar jo different jo hinduo ke jo different jo publishers hain ya un ke different jo ashram hain, un ke different jo organizations hain, to apne book stall lagati hain woh.</w:t>
      </w:r>
      <w:r>
        <w:br/>
      </w:r>
      <w:r>
        <w:rPr>
          <w:sz w:val="20"/>
        </w:rPr>
        <w:t>22:26  to un ko unhon ne kaha ke aap wahan aaiye, hum free zameen dete hain aap ko. aur unhon ne table waghera bhi de diya. ab lagai wahan pe stall.</w:t>
      </w:r>
      <w:r>
        <w:br/>
      </w:r>
      <w:r>
        <w:rPr>
          <w:sz w:val="20"/>
        </w:rPr>
        <w:t>22:36  Islam ka message dijiye wahan pe. to sahib wahan gayein.</w:t>
      </w:r>
      <w:r>
        <w:br/>
      </w:r>
      <w:r>
        <w:rPr>
          <w:sz w:val="20"/>
        </w:rPr>
        <w:t>22:40  abhi wahan chal raha hai. 31 December ko khatam hoga woh. abhi abhi woh chal raha hai. to unhon ne bataya ke subah fajar ki namaz parh kar mein nikalte hoon aur raat ko aati hoon budh der mein.</w:t>
      </w:r>
      <w:r>
        <w:br/>
      </w:r>
      <w:r>
        <w:rPr>
          <w:sz w:val="20"/>
        </w:rPr>
        <w:t>22:53  aur sab bheed lagi rehti hai is jail mein. unhon ne bataya ke sab se zyada bheed hamari stall pe rehti hai. wahan Quran ka translation hai aur wahan ke chhupa hua literature hai.</w:t>
      </w:r>
      <w:r>
        <w:br/>
      </w:r>
      <w:r>
        <w:rPr>
          <w:sz w:val="20"/>
        </w:rPr>
        <w:t>23:05  yeh sari kitabein jo aap brochure hain, pamphlet hain, yeh sab cheezein hain wahan par.</w:t>
      </w:r>
      <w:r>
        <w:br/>
      </w:r>
      <w:r>
        <w:rPr>
          <w:sz w:val="20"/>
        </w:rPr>
        <w:t>23:09  aur woh log khareed kar le rahe hain, khareed kar ke. aisa nahi ke free bant rahi hain woh. khareed kar le rahe hain. aur kitabein jo hain woh kam par gayi hain.</w:t>
      </w:r>
      <w:r>
        <w:br/>
      </w:r>
      <w:r>
        <w:rPr>
          <w:sz w:val="20"/>
        </w:rPr>
        <w:t>23:22  bar bar woh mangana parta hai un ko. to unhon ne kaha ke hindu log aate hain. kehte hain ke aap ab tak kahan the aap log?</w:t>
      </w:r>
      <w:r>
        <w:br/>
      </w:r>
      <w:r>
        <w:rPr>
          <w:sz w:val="20"/>
        </w:rPr>
        <w:t>23:33  aap log kyun apni cell mein rehte hain? kyun musalmano mein rehte hain</w:t>
      </w:r>
      <w:r>
        <w:br/>
      </w:r>
      <w:r>
        <w:rPr>
          <w:sz w:val="20"/>
        </w:rPr>
        <w:t>23:37  aap log? bahar aaiye, hum logo mein aaiye, hum logo ko bataiye ke Islam kya hai. ab dekhein ke woh jo hain ya un ke saathi is baat ko nahi jante the.</w:t>
      </w:r>
    </w:p>
    <w:p>
      <w:pPr>
        <w:pStyle w:val="Heading2"/>
      </w:pPr>
      <w:r>
        <w:t>Quraysh persecution and little Fatima's tears</w:t>
      </w:r>
    </w:p>
    <w:p>
      <w:r>
        <w:rPr>
          <w:color w:val="666666"/>
          <w:sz w:val="18"/>
        </w:rPr>
        <w:t>The Story of Khadija Part 2 December 25, 2022 · 2m 01s · at 23:22 · https://youtu.be/CT7OATmveus?t=1402</w:t>
      </w:r>
    </w:p>
    <w:p>
      <w:r>
        <w:rPr>
          <w:i/>
        </w:rPr>
        <w:t>“Mecca ran on idol worship, and that business was threatened”</w:t>
      </w:r>
    </w:p>
    <w:p>
      <w:r>
        <w:rPr>
          <w:sz w:val="20"/>
        </w:rPr>
        <w:t>23:22  darasal Makkah mein shirk tha, yaani bohat sare Khudaon ko manna ji, aur un ki jo tijarat thi, woh isi pe chal rahi thi ke log aate the aur charhawa charhate the, un ka business bhi chalta tha.</w:t>
      </w:r>
      <w:r>
        <w:br/>
      </w:r>
      <w:r>
        <w:rPr>
          <w:sz w:val="20"/>
        </w:rPr>
        <w:t>23:41  to jab Rasool Allah sal Allah alayhi wasallam ne tauheed ka paigham diya ji, to un ko laga ke yeh is ki wajah se to hamara jo business hai, woh khatm ho jayega.</w:t>
      </w:r>
      <w:r>
        <w:br/>
      </w:r>
      <w:r>
        <w:rPr>
          <w:sz w:val="20"/>
        </w:rPr>
        <w:t>23:53  to woh sab against ho gaye ji, khaas tor se Quraish, jo wahan ke strong tribe thi aur powerful tribe thi, aur un ko leadership bhi hasil thi.</w:t>
      </w:r>
      <w:r>
        <w:br/>
      </w:r>
      <w:r>
        <w:rPr>
          <w:sz w:val="20"/>
        </w:rPr>
        <w:t>24:04  to Quraish ke jo leaders the, woh against ho gaye ji, to tarah tarah se sat</w:t>
      </w:r>
      <w:r>
        <w:br/>
      </w:r>
      <w:r>
        <w:rPr>
          <w:sz w:val="20"/>
        </w:rPr>
        <w:t>24:10  ane lage. is ki baatein aap ne suni hongi ke Rasool Allah sal Allah alayhi wasallam jate the logon ko batane to pathar marte the ji, aur kaante bichate the, aur tarah tarah ke satate the.</w:t>
      </w:r>
      <w:r>
        <w:br/>
      </w:r>
      <w:r>
        <w:rPr>
          <w:sz w:val="20"/>
        </w:rPr>
        <w:t>24:21  yaani koi din aisa nahi hota tha, agar aap kitaab parhein jaise Maulana ki kitaab hai Seerat-e-Rasool ji, to is mein Maulana ne bilkul saada andaaz mein Seerat ke waqiat likhe</w:t>
      </w:r>
      <w:r>
        <w:br/>
      </w:r>
      <w:r>
        <w:rPr>
          <w:sz w:val="20"/>
        </w:rPr>
        <w:t>24:35  hain. to is mein Maulana ne likha hai ke shayad koi din aisa nahi hota tha ke Rasool Allah wapas jayein ghar mein aur un ke badan se kahin khoon na beh raha ho.</w:t>
      </w:r>
      <w:r>
        <w:br/>
      </w:r>
      <w:r>
        <w:rPr>
          <w:sz w:val="20"/>
        </w:rPr>
        <w:t>24:44  pathar marte the, satate the, lekin Rasool Allah sal Allah alayhi wasallam koi jawab nahi dete the, bas apni baat jo paigham pohanchana tha, woh pohanchate the. jab ghar pohnchte the to apne marham patti karte the ji.</w:t>
      </w:r>
      <w:r>
        <w:br/>
      </w:r>
      <w:r>
        <w:rPr>
          <w:sz w:val="20"/>
        </w:rPr>
        <w:t>24:57  to ek din woh marham patti kar rahe the to Fatima choti thi ji, to Fatima rone lagi</w:t>
      </w:r>
      <w:r>
        <w:br/>
      </w:r>
      <w:r>
        <w:rPr>
          <w:sz w:val="20"/>
        </w:rPr>
        <w:t>25:04  ji dekh ke ke yeh takleef. to Prophet ne kaha, "chup raho beti, chup raho, tumhare father ka contact Allah se hai ji." to woh thori chup rahi hoen.</w:t>
      </w:r>
      <w:r>
        <w:br/>
      </w:r>
      <w:r>
        <w:rPr>
          <w:sz w:val="20"/>
        </w:rPr>
        <w:t>25:16  to is tareeqe se bohat hi tarah tarah se sataya, tarah tarah se pareshan kiya.</w:t>
      </w:r>
    </w:p>
    <w:p>
      <w:pPr>
        <w:pStyle w:val="Heading2"/>
      </w:pPr>
      <w:r>
        <w:t>Fatima cries seeing her father's wounds dressed</w:t>
      </w:r>
    </w:p>
    <w:p>
      <w:r>
        <w:rPr>
          <w:color w:val="666666"/>
          <w:sz w:val="18"/>
        </w:rPr>
        <w:t>The Story of Khadija Part 2 December 25, 2022 · 27s · at 24:57 · https://youtu.be/CT7OATmveus?t=1497</w:t>
      </w:r>
    </w:p>
    <w:p>
      <w:r>
        <w:rPr>
          <w:i/>
        </w:rPr>
        <w:t>“Little Fatima started crying seeing his injuries”</w:t>
      </w:r>
    </w:p>
    <w:p>
      <w:r>
        <w:rPr>
          <w:sz w:val="20"/>
        </w:rPr>
        <w:t>24:57  to ek din woh marham patti kar rahe the to Fatima choti thi ji, to Fatima rone lagi</w:t>
      </w:r>
      <w:r>
        <w:br/>
      </w:r>
      <w:r>
        <w:rPr>
          <w:sz w:val="20"/>
        </w:rPr>
        <w:t>25:04  ji dekh ke ke yeh takleef. to Prophet ne kaha, "chup raho beti, chup raho, tumhare father ka contact Allah se hai ji." to woh thori chup rahi hoen.</w:t>
      </w:r>
      <w:r>
        <w:br/>
      </w:r>
      <w:r>
        <w:rPr>
          <w:sz w:val="20"/>
        </w:rPr>
        <w:t>25:16  to is tareeqe se bohat hi tarah tarah se sataya, tarah tarah se pareshan kiya.</w:t>
      </w:r>
    </w:p>
    <w:p>
      <w:pPr>
        <w:pStyle w:val="Heading2"/>
      </w:pPr>
      <w:r>
        <w:t>Prophet refuses Fatima a servant, cites the poor</w:t>
      </w:r>
    </w:p>
    <w:p>
      <w:r>
        <w:rPr>
          <w:color w:val="666666"/>
          <w:sz w:val="18"/>
        </w:rPr>
        <w:t>The Story of Hazrat Fatima The Prophet's Cherished Daughter (Part- II) October 1, 2023 · 34s · at 17:38 · https://youtu.be/-fPPxXoii24?t=1058</w:t>
      </w:r>
    </w:p>
    <w:p>
      <w:r>
        <w:rPr>
          <w:i/>
        </w:rPr>
        <w:t>“My hands have blisters from grinding grain, Fatima said”</w:t>
      </w:r>
    </w:p>
    <w:p>
      <w:r>
        <w:rPr>
          <w:sz w:val="20"/>
        </w:rPr>
        <w:t>17:38  aur Hazrat Fatima radiallahu anha ne kaha ke mere hath mein blisters par gaye hain chhalay par gaye hain chakki peesti hoon main.</w:t>
      </w:r>
      <w:r>
        <w:br/>
      </w:r>
      <w:r>
        <w:rPr>
          <w:sz w:val="20"/>
        </w:rPr>
        <w:t>17:46  to hum ne suna hai ke Allah taala ne aap ko bohat hi servants diye hain to aik servant humein bhi de dein ta ke hamara ghar ka jo kaam hai wo asan ho jaye.</w:t>
      </w:r>
      <w:r>
        <w:br/>
      </w:r>
      <w:r>
        <w:rPr>
          <w:sz w:val="20"/>
        </w:rPr>
        <w:t>17:58  to rasool Allah ne kaha ke bhai Allah I will not give you a servant and leave the people of suffa empty handed.</w:t>
      </w:r>
      <w:r>
        <w:br/>
      </w:r>
      <w:r>
        <w:rPr>
          <w:sz w:val="20"/>
        </w:rPr>
        <w:t>18:08  ji chunaanche he wanted to rehabilitate the people of suffa the homeless pep</w:t>
      </w:r>
    </w:p>
    <w:p>
      <w:pPr>
        <w:pStyle w:val="Heading2"/>
      </w:pPr>
      <w:r>
        <w:t>Fatima's poetic farewell to her father</w:t>
      </w:r>
    </w:p>
    <w:p>
      <w:r>
        <w:rPr>
          <w:color w:val="666666"/>
          <w:sz w:val="18"/>
        </w:rPr>
        <w:t>The Story of Hazrat Fatima The Prophet's Cherished Daughter (Part- II) October 1, 2023 · 59s · at 42:21 · https://youtu.be/-fPPxXoii24?t=2541</w:t>
      </w:r>
    </w:p>
    <w:p>
      <w:r>
        <w:rPr>
          <w:i/>
        </w:rPr>
        <w:t>“O my dear father, we announce your death to Gabriel”</w:t>
      </w:r>
    </w:p>
    <w:p>
      <w:r>
        <w:rPr>
          <w:sz w:val="20"/>
        </w:rPr>
        <w:t>42:21  to wahan par ah sab se pehle jis ne suna wo hazrat fatima hi thi paas mein hi bilkul ghar tha to unhon ne jo alfaaz bolay wo kitabon mein aata hai bohat hi she spoke beautiful words ke ya abta ajab rabba dua o my dear father you have accepted the call of your lord yani how close you are now from your lord</w:t>
      </w:r>
      <w:r>
        <w:br/>
      </w:r>
      <w:r>
        <w:rPr>
          <w:sz w:val="20"/>
        </w:rPr>
        <w:t>42:50  aur phir bolein ke ya abta ila جبرائیل inaa o my dear father</w:t>
      </w:r>
      <w:r>
        <w:br/>
      </w:r>
      <w:r>
        <w:rPr>
          <w:sz w:val="20"/>
        </w:rPr>
        <w:t>43:02  o my dear father we announce the news of your death to jibril ya abta jannat al firdous mawa o my dear father jannat al firdous is now your abode</w:t>
      </w:r>
    </w:p>
    <w:p>
      <w:pPr>
        <w:pStyle w:val="Heading2"/>
      </w:pPr>
      <w:r>
        <w:t>Companion gifts land for Ali and Fatima's home</w:t>
      </w:r>
    </w:p>
    <w:p>
      <w:r>
        <w:rPr>
          <w:color w:val="666666"/>
          <w:sz w:val="18"/>
        </w:rPr>
        <w:t>The Story of Hazrat Fatima The Prophet's Cherished Daughter (Part- II) October 1, 2023 · 1m 59s · at 3:38 · https://youtu.be/-fPPxXoii24?t=218</w:t>
      </w:r>
    </w:p>
    <w:p>
      <w:r>
        <w:rPr>
          <w:i/>
        </w:rPr>
        <w:t>“When Fatima and Ali married, they moved far away”</w:t>
      </w:r>
    </w:p>
    <w:p>
      <w:r>
        <w:rPr>
          <w:sz w:val="20"/>
        </w:rPr>
        <w:t>3:38  . to jab Hazrat Fatima aur Hazrat Ali ki shadi hui to woh kahin door ja ke rehne lage, paas mein. ab Rasool Allah salallahu alaihi wasallam ko acha nahi lagta tha ke har baar unhone already bohat hi diya hua hai.</w:t>
      </w:r>
      <w:r>
        <w:br/>
      </w:r>
      <w:r>
        <w:rPr>
          <w:sz w:val="20"/>
        </w:rPr>
        <w:t>3:53  to aik din Harisa ibn Nu'man radiallahu anhu ne Prophet se kaha ke "Do you miss your daughter? Are you missing your daughter?" kuch aisa mehsoos hua hoga.</w:t>
      </w:r>
      <w:r>
        <w:br/>
      </w:r>
      <w:r>
        <w:rPr>
          <w:sz w:val="20"/>
        </w:rPr>
        <w:t>4:04  to Rasool Allah ne kaha "Haan."</w:t>
      </w:r>
      <w:r>
        <w:br/>
      </w:r>
      <w:r>
        <w:rPr>
          <w:sz w:val="20"/>
        </w:rPr>
        <w:t>4:07  to unhon ne kaha ke "Aap ghar bana lijiye, yahan mein aap ko zameen deta hoon." to Rasool Allah ne kaha "You have already given us so much, aah, acha nahi lagta ke mein aur maangoon." to unhon ne bari achi baat kahi thi ke "aah, yani I swear to God,</w:t>
      </w:r>
      <w:r>
        <w:br/>
      </w:r>
      <w:r>
        <w:rPr>
          <w:sz w:val="20"/>
        </w:rPr>
        <w:t>4:28  the land which you have is more precious to me than land which I have."</w:t>
      </w:r>
      <w:r>
        <w:br/>
      </w:r>
      <w:r>
        <w:rPr>
          <w:sz w:val="20"/>
        </w:rPr>
        <w:t>4:35  yani aap mujh se land lete jaiye, mein aap ko dete jaunga. aap ki jo zameen hai woh zyada mehboob hai mere liye, ji, bansbat meri apni zameen ke. to Rasool Allah ne khair accept kiya aur unhon ne aik land di jo bilkul Prophet ke ghar ke samne thi,</w:t>
      </w:r>
      <w:r>
        <w:br/>
      </w:r>
      <w:r>
        <w:rPr>
          <w:sz w:val="20"/>
        </w:rPr>
        <w:t>4:52  bilkul paas. to wahan par Hazrat Fatima aur Hazrat Ali ke liye ghar banaya.</w:t>
      </w:r>
      <w:r>
        <w:br/>
      </w:r>
      <w:r>
        <w:rPr>
          <w:sz w:val="20"/>
        </w:rPr>
        <w:t>5:00  yani is mein aik sabak bhi hai ke insaan samajhta hai ke Khuda ki raah mein jo kharch kare woh, woh is ko itna, aah, ahmiyat nahi deta, halanke jo us ne kharch kiya hai Allah ki raah mein woh zyada aham hai, ji, bansbat us ki, us ki daulat ke muqable mein.</w:t>
      </w:r>
      <w:r>
        <w:br/>
      </w:r>
      <w:r>
        <w:rPr>
          <w:sz w:val="20"/>
        </w:rPr>
        <w:t>5:20  ji to, aah, khair woh Rasool Allah ne phir dua ki, ji, un ke liye ke "I ask Allah to give you a palace in paradise."</w:t>
      </w:r>
      <w:r>
        <w:br/>
      </w:r>
      <w:r>
        <w:rPr>
          <w:sz w:val="20"/>
        </w:rPr>
        <w:t>5:29  " to is tarah se, aah, Hazrat Fatima radiallahu anha ka ghar wahan bilkul Rasool Allah ke ghar ke samne hi ban gaya.</w:t>
      </w:r>
    </w:p>
    <w:p>
      <w:pPr>
        <w:pStyle w:val="Heading2"/>
      </w:pPr>
      <w:r>
        <w:t>Ali and Fatima ask Prophet for a servant</w:t>
      </w:r>
    </w:p>
    <w:p>
      <w:r>
        <w:rPr>
          <w:color w:val="666666"/>
          <w:sz w:val="18"/>
        </w:rPr>
        <w:t>The Story of Hazrat Fatima The Prophet's Cherished Daughter (Part- II) October 1, 2023 · 2m 26s · at 16:24 · https://youtu.be/-fPPxXoii24?t=984</w:t>
      </w:r>
    </w:p>
    <w:p>
      <w:r>
        <w:rPr>
          <w:i/>
        </w:rPr>
        <w:t>“I also grind grain, my hands have blisters, Fatima said”</w:t>
      </w:r>
    </w:p>
    <w:p>
      <w:r>
        <w:rPr>
          <w:sz w:val="20"/>
        </w:rPr>
        <w:t>16:24  Hazrat Fatima se kaha to kaha unhon ne ke tum jao aur main ne suna hai ke kuch servants aaye hain a tumharay father ke pas aur aik servant hamare liye bhi le aao wo thora humein help ka ho jaye gi hamare liye.</w:t>
      </w:r>
      <w:r>
        <w:br/>
      </w:r>
      <w:r>
        <w:rPr>
          <w:sz w:val="20"/>
        </w:rPr>
        <w:t>16:39  to Fatima radiallahu anha ne bhi kaha ke haan main bhi chakki peesti hoon mere hathon mein blisters par gaye hain aur chhalay par gaye hain. to Hazrat Fatima gayeen aik din prophet ke pas</w:t>
      </w:r>
      <w:r>
        <w:br/>
      </w:r>
      <w:r>
        <w:rPr>
          <w:sz w:val="20"/>
        </w:rPr>
        <w:t>16:53  to prophet ne kaha ke meri beti tum kaisay aayi what has brought you here. ji to unhon ne kaha bas main salam karne aayi thi aap se un ke andar himmat nahi hui ke poochen kahin ke aap humein aik servant de dein to wapas aagayen bina ji kahe hue.</w:t>
      </w:r>
      <w:r>
        <w:br/>
      </w:r>
      <w:r>
        <w:rPr>
          <w:sz w:val="20"/>
        </w:rPr>
        <w:t>17:11  to Hazrat Ali ne pocha ke kiya hua tum wapas aagayi ke kiya kaha prophet ne. unhon ne kaha i was too shy to ask the prophet that we need a servant.</w:t>
      </w:r>
      <w:r>
        <w:br/>
      </w:r>
      <w:r>
        <w:rPr>
          <w:sz w:val="20"/>
        </w:rPr>
        <w:t>17:21  ji to unhon ne kaha acha hum dono chalenge. ji to Hazrat Ali radiallahu anhu aur Hazrat Fatima dono gaye aur rasool Allah se kaha ke a mere chest mein pain honay laga hai main pani le ke aata hoon kunwein se nikal ke.</w:t>
      </w:r>
      <w:r>
        <w:br/>
      </w:r>
      <w:r>
        <w:rPr>
          <w:sz w:val="20"/>
        </w:rPr>
        <w:t>17:38  aur Hazrat Fatima radiallahu anha ne kaha ke mere hath mein blisters par gaye hain chhalay par gaye hain chakki peesti hoon main.</w:t>
      </w:r>
      <w:r>
        <w:br/>
      </w:r>
      <w:r>
        <w:rPr>
          <w:sz w:val="20"/>
        </w:rPr>
        <w:t>17:46  to hum ne suna hai ke Allah taala ne aap ko bohat hi servants diye hain to aik servant humein bhi de dein ta ke hamara ghar ka jo kaam hai wo asan ho jaye.</w:t>
      </w:r>
      <w:r>
        <w:br/>
      </w:r>
      <w:r>
        <w:rPr>
          <w:sz w:val="20"/>
        </w:rPr>
        <w:t>17:58  to rasool Allah ne kaha ke bhai Allah I will not give you a servant and leave the people of suffa empty handed.</w:t>
      </w:r>
      <w:r>
        <w:br/>
      </w:r>
      <w:r>
        <w:rPr>
          <w:sz w:val="20"/>
        </w:rPr>
        <w:t>18:08  ji chunaanche he wanted to rehabilitate the people of suffa the homeless pep</w:t>
      </w:r>
      <w:r>
        <w:br/>
      </w:r>
      <w:r>
        <w:rPr>
          <w:sz w:val="20"/>
        </w:rPr>
        <w:t>18:13  le in ko na ghar tha na family thi yahan tak ke in ke paas kapre bhi nahi hote the itne ke poori tarah se dhak saken. to rasool Allah ki pehli priority woh thi aur badr ke orphans aur ashaab us suffa ke log jo jo homeless log the asal mein khyber ke zamanay mein yeh waqea hua tha wahan se prophet received very big wealth in precedent wealth thi received to</w:t>
      </w:r>
      <w:r>
        <w:br/>
      </w:r>
      <w:r>
        <w:rPr>
          <w:sz w:val="20"/>
        </w:rPr>
        <w:t>18:37  woh sab un ki woh woh is ke is is waqay ke baad Hazrat Ali ne yeh socha hoga ke ab rasool Allah ke paas bohat wealth hai hmm kuch hum le len un se to rasool Allah ne kuch nahi diya.</w:t>
      </w:r>
    </w:p>
    <w:p>
      <w:pPr>
        <w:pStyle w:val="Heading2"/>
      </w:pPr>
      <w:r>
        <w:t>Deep meaning behind Tasbih-e-Fatima's three phrases</w:t>
      </w:r>
    </w:p>
    <w:p>
      <w:r>
        <w:rPr>
          <w:color w:val="666666"/>
          <w:sz w:val="18"/>
        </w:rPr>
        <w:t>The Story of Hazrat Fatima The Prophet's Cherished Daughter (Part- II) October 1, 2023 · 2m 45s · at 20:42 · https://youtu.be/-fPPxXoii24?t=1242</w:t>
      </w:r>
    </w:p>
    <w:p>
      <w:r>
        <w:rPr>
          <w:i/>
        </w:rPr>
        <w:t>“Let's talk about what's called Tasbih Fatima”</w:t>
      </w:r>
    </w:p>
    <w:p>
      <w:r>
        <w:rPr>
          <w:sz w:val="20"/>
        </w:rPr>
        <w:t>20:42  follow kar saken. ji to doctor sahib isi se agla sawal bhi nikalta hai ke tasbeeh Fatima is ke bare mein bhi aap hum sab ko bataen doctor sahib thoda elaborate karen.</w:t>
      </w:r>
      <w:r>
        <w:br/>
      </w:r>
      <w:r>
        <w:rPr>
          <w:sz w:val="20"/>
        </w:rPr>
        <w:t>20:51  haan yeh jo ah ah rasool Allah sallallahu alaihi wasallam ne bataya 33 baar kaho 33 baar aur 34 baar yeh tasbeeh Fatima ke naam se mashhoor ho gayi hai aur log samajhte hain ke tasbeeh ko ginna Allahu Akbar Allahu Akbar subhan Allah subhan Allah subhan Allah Alhamdulillah Alhamdulillah yeh yani kuch karte rahen aur yeh aise ginte rahen.</w:t>
      </w:r>
      <w:r>
        <w:br/>
      </w:r>
      <w:r>
        <w:rPr>
          <w:sz w:val="20"/>
        </w:rPr>
        <w:t>21:10  haan yeh yeh nahi hai tasbeeh Fatima.</w:t>
      </w:r>
      <w:r>
        <w:br/>
      </w:r>
      <w:r>
        <w:rPr>
          <w:sz w:val="20"/>
        </w:rPr>
        <w:t>21:13  hmm tasbeeh Fatima to dekhiye jo yeh teen words hain subhan Allah Alhamdulillah aur Allahu Akbar agar yahi bohat hi ah deep meaning hai is ke andar.</w:t>
      </w:r>
      <w:r>
        <w:br/>
      </w:r>
      <w:r>
        <w:rPr>
          <w:sz w:val="20"/>
        </w:rPr>
        <w:t>21:25  ah yani subhan Allah ka matlab hai glory be to Allah. hmm yani ah its a way of acknowledging the perfection and greatness of God.</w:t>
      </w:r>
      <w:r>
        <w:br/>
      </w:r>
      <w:r>
        <w:rPr>
          <w:sz w:val="20"/>
        </w:rPr>
        <w:t>21:35  yani jab aap koi cheez dekhte hain nature ki koi cheez dekhte hain koi cheez aap ko bohat pasand aati hai to aap subhan Allah kehte hain. yani kitna perfect hai hamare creator ke us ne yeh cheez banai yeh ek ehsaas aur yeh ya koi bhi beautiful cheez aap dekhte hain nature mein ya koi bhi to aap ke munh se nikalta hai.</w:t>
      </w:r>
      <w:r>
        <w:br/>
      </w:r>
      <w:r>
        <w:rPr>
          <w:sz w:val="20"/>
        </w:rPr>
        <w:t>21:56  yani Allah ki jo qudrat hai jo creative power hai us ko acknowledge karte hain us ka aaitraaf hai.</w:t>
      </w:r>
      <w:r>
        <w:br/>
      </w:r>
      <w:r>
        <w:rPr>
          <w:sz w:val="20"/>
        </w:rPr>
        <w:t>22:03  aise hi Alhamdulillah ka matlab hai thank you Allah. ji yani thank you Allah for everything both in good times and in tests and trials.</w:t>
      </w:r>
      <w:r>
        <w:br/>
      </w:r>
      <w:r>
        <w:rPr>
          <w:sz w:val="20"/>
        </w:rPr>
        <w:t>22:13  hmm yeh thank you Allah in ah difficult times also ke ho sakta hai ke Allah taala is se bhi mushkil halaat paida kar sakta tha.</w:t>
      </w:r>
      <w:r>
        <w:br/>
      </w:r>
      <w:r>
        <w:rPr>
          <w:sz w:val="20"/>
        </w:rPr>
        <w:t>22:23  to Alhamdulillah waise hum kehte rehte hain Alhamdulillah lekin is ko bhi yani bohat hi gehri gehra yeh ah word hai.</w:t>
      </w:r>
      <w:r>
        <w:br/>
      </w:r>
      <w:r>
        <w:rPr>
          <w:sz w:val="20"/>
        </w:rPr>
        <w:t>22:33  ah yeh emphasize karta hai ke jo saara praise aur saara hamd saara shukr Allah ke liye hai aur surah Al-Fatiha bhi aaghaz isi se hota hai Alhamdulillah Rabbil Alameen.</w:t>
      </w:r>
      <w:r>
        <w:br/>
      </w:r>
      <w:r>
        <w:rPr>
          <w:sz w:val="20"/>
        </w:rPr>
        <w:t>22:48  to aur Allahu Akbar ka matlab hai ke Allah is the greatest yani there is no power greater than Allah.</w:t>
      </w:r>
      <w:r>
        <w:br/>
      </w:r>
      <w:r>
        <w:rPr>
          <w:sz w:val="20"/>
        </w:rPr>
        <w:t>22:57  ji so we should entrust entrust our all affairs ah to Allah yani koi bhi pareshani hai koi bhi de aap ko aisi cheez hai jo aap ko pareshan kar rahi hai to Allah ke khane mein dalen jaise Maulana kehte the aur Allahu Akbar Maulana ki kitab bhi hai.</w:t>
      </w:r>
      <w:r>
        <w:br/>
      </w:r>
      <w:r>
        <w:rPr>
          <w:sz w:val="20"/>
        </w:rPr>
        <w:t>23:17  hmm bohat hi achi kitab jis ka English translation hai God's Glory is mein yahi saari baaten hain living in God's glory.</w:t>
      </w:r>
    </w:p>
    <w:p>
      <w:pPr>
        <w:pStyle w:val="Heading2"/>
      </w:pPr>
      <w:r>
        <w:t>Ali and Fatima's marriage, fights, naming their sons</w:t>
      </w:r>
    </w:p>
    <w:p>
      <w:r>
        <w:rPr>
          <w:color w:val="666666"/>
          <w:sz w:val="18"/>
        </w:rPr>
        <w:t>The Story of Hazrat Fatima The Prophet's Cherished Daughter (Part- II) October 1, 2023 · 3m 09s · at 28:42 · https://youtu.be/-fPPxXoii24?t=1722</w:t>
      </w:r>
    </w:p>
    <w:p>
      <w:r>
        <w:rPr>
          <w:i/>
        </w:rPr>
        <w:t>“They had a good relationship, but sometimes they'd fight”</w:t>
      </w:r>
    </w:p>
    <w:p>
      <w:r>
        <w:rPr>
          <w:sz w:val="20"/>
        </w:rPr>
        <w:t>28:42  doctor sahib mein chahunga ke kuch ap interesting kuch episodes un ki zindagi se batayein Hazrat Ali aur Hazrat Fatima ki zindagi se ah tu if you can share some through some light into it haan bara acha relationship tha un ka ah Hazrat Ali chounke ah shayar bhi the he was a poet tu he used to write funny poems for Fatima ji just to make her happy a aur kafi yani this was a house of laughter</w:t>
      </w:r>
      <w:r>
        <w:br/>
      </w:r>
      <w:r>
        <w:rPr>
          <w:sz w:val="20"/>
        </w:rPr>
        <w:t>29:11  kafi hanste the to lekin kabhi ladai bhi ho jati thi ji ek bar bada disagreement ho</w:t>
      </w:r>
      <w:r>
        <w:br/>
      </w:r>
      <w:r>
        <w:rPr>
          <w:sz w:val="20"/>
        </w:rPr>
        <w:t>29:17  gya aur hazrat ali ghar se bahar chale gaye aur ja ke masjid mein so gaye ji to</w:t>
      </w:r>
      <w:r>
        <w:br/>
      </w:r>
      <w:r>
        <w:rPr>
          <w:sz w:val="20"/>
        </w:rPr>
        <w:t>29:24  اگلے دن Prophet آئے گھر میں تو Fatima was upset تو ان کو لگا Prophet کو کچھ گڑبڑ</w:t>
      </w:r>
      <w:r>
        <w:br/>
      </w:r>
      <w:r>
        <w:rPr>
          <w:sz w:val="20"/>
        </w:rPr>
        <w:t>29:32  hai pucha kya baat hai kaha ke hamari ladai ho gayi thi aur hazrat ali chale gaye bahar</w:t>
      </w:r>
      <w:r>
        <w:br/>
      </w:r>
      <w:r>
        <w:rPr>
          <w:sz w:val="20"/>
        </w:rPr>
        <w:t>29:39  sone masjid ke andar</w:t>
      </w:r>
      <w:r>
        <w:br/>
      </w:r>
      <w:r>
        <w:rPr>
          <w:sz w:val="20"/>
        </w:rPr>
        <w:t>29:41  tu prophet gaye masjid mein dekha ke aik corner pe Hazrat Ali so rahe hain aur un ki jo shirt thi woh utar gayi hai ooper ka garment aur chounke woh us zamane mein jaise maine abhi photo dikhaya mitti ka sara farsh hota tha us waqt na carpet thi na koi marble ke floors the sirf mitti thi tu woh sari mitti dhool ah back mein chipak gayi thi</w:t>
      </w:r>
      <w:r>
        <w:br/>
      </w:r>
      <w:r>
        <w:rPr>
          <w:sz w:val="20"/>
        </w:rPr>
        <w:t>30:09  tu Rasool Allah baith gaye aur woh sab mitti chhanane lage ah un ki back se aur bole ke qoom ya abaa turab ke get up sit up o father of dirt abu turab yani father of dirt tu woh bara mashhoor nickname ban gaya Hazrat Ali ka abu turab tu phir Hazrat Ali uth gaye baith gaye aur dono hansne lage bohat</w:t>
      </w:r>
      <w:r>
        <w:br/>
      </w:r>
      <w:r>
        <w:rPr>
          <w:sz w:val="20"/>
        </w:rPr>
        <w:t>30:36  phir woh mamla theek ho gaya aur wapas chale gaye ghar</w:t>
      </w:r>
      <w:r>
        <w:br/>
      </w:r>
      <w:r>
        <w:rPr>
          <w:sz w:val="20"/>
        </w:rPr>
        <w:t>30:40  aise hi jab pehla bachcha paida hua hazrat ali ke haan to unhone naam rakha harb harb</w:t>
      </w:r>
      <w:r>
        <w:br/>
      </w:r>
      <w:r>
        <w:rPr>
          <w:sz w:val="20"/>
        </w:rPr>
        <w:t>30:49  ka matlab hota hai war asal mein woh zamana tha ke sab ladte phirte the har waqt ladai</w:t>
      </w:r>
      <w:r>
        <w:br/>
      </w:r>
      <w:r>
        <w:rPr>
          <w:sz w:val="20"/>
        </w:rPr>
        <w:t>30:55  hoti rehti thi woh tribal culture tha aur closed society thi to ladna bhadna unki zindagi ka</w:t>
      </w:r>
      <w:r>
        <w:br/>
      </w:r>
      <w:r>
        <w:rPr>
          <w:sz w:val="20"/>
        </w:rPr>
        <w:t>31:00  ek bahut hi aham hissa tha to unhone hazrat ali rz ne naam rakha bachche</w:t>
      </w:r>
      <w:r>
        <w:br/>
      </w:r>
      <w:r>
        <w:rPr>
          <w:sz w:val="20"/>
        </w:rPr>
        <w:t>31:05  ka harb yani war to rasool Allah aaye unhone kaha nahi bhai yeh harb nahi hoga naam</w:t>
      </w:r>
      <w:r>
        <w:br/>
      </w:r>
      <w:r>
        <w:rPr>
          <w:sz w:val="20"/>
        </w:rPr>
        <w:t>31:11  is bachche ka naam hoga hasan hasan ka matlab hai</w:t>
      </w:r>
      <w:r>
        <w:br/>
      </w:r>
      <w:r>
        <w:rPr>
          <w:sz w:val="20"/>
        </w:rPr>
        <w:t>31:15  goodness ya excellence to aik saal ke baad taqreeban doosra bachcha paida hua phir hazrat ali ne harb rakh diya naam is ka war to phir prophet ko pata chala prophet ne kaha nahi nahi harb nahi hoga is ka naam rakhte hain hum hussain hussain ka matlab hai little hasan is ko tasgheer kehte hain kisi word ko kisi naam ko chhota karna</w:t>
      </w:r>
      <w:r>
        <w:br/>
      </w:r>
      <w:r>
        <w:rPr>
          <w:sz w:val="20"/>
        </w:rPr>
        <w:t>31:40  hamare haan bhi hota hai jaise beti ko betiya kehte hain pyar se aise hi hasan ka hussain rasool Allah ne bana diya yani another source of goodness</w:t>
      </w:r>
    </w:p>
    <w:p>
      <w:pPr>
        <w:pStyle w:val="Heading2"/>
      </w:pPr>
      <w:r>
        <w:t>Ali's grief-stricken poem at Fatima's grave</w:t>
      </w:r>
    </w:p>
    <w:p>
      <w:r>
        <w:rPr>
          <w:color w:val="666666"/>
          <w:sz w:val="18"/>
        </w:rPr>
        <w:t>The Story of Hazrat Fatima The Prophet's Cherished Daughter (Part- II) October 1, 2023 · 3m 12s · at 48:59 · https://youtu.be/-fPPxXoii24?t=2939</w:t>
      </w:r>
    </w:p>
    <w:p>
      <w:r>
        <w:rPr>
          <w:i/>
        </w:rPr>
        <w:t>“Right after burying her, Ali recited a poem at her grave”</w:t>
      </w:r>
    </w:p>
    <w:p>
      <w:r>
        <w:rPr>
          <w:sz w:val="20"/>
        </w:rPr>
        <w:t>48:59  tu unhon ne ek poem likhi usi waqt and he recited that poem ah near the grave of</w:t>
      </w:r>
      <w:r>
        <w:br/>
      </w:r>
      <w:r>
        <w:rPr>
          <w:sz w:val="20"/>
        </w:rPr>
        <w:t>49:09  Fatima R.A. yeh is tarah thi acha woh poem mein yeh hai ke pehle to apni</w:t>
      </w:r>
      <w:r>
        <w:br/>
      </w:r>
      <w:r>
        <w:rPr>
          <w:sz w:val="20"/>
        </w:rPr>
        <w:t>49:14  baat kehte hain ji phir woh Fatima ki taraf se bhi bolte hain hmm pehle kuch poochte hain</w:t>
      </w:r>
      <w:r>
        <w:br/>
      </w:r>
      <w:r>
        <w:rPr>
          <w:sz w:val="20"/>
        </w:rPr>
        <w:t>49:22  ji phir phir jawab bhi khud hi dete hain ji tu bohat hi unique poem hai</w:t>
      </w:r>
      <w:r>
        <w:br/>
      </w:r>
      <w:r>
        <w:rPr>
          <w:sz w:val="20"/>
        </w:rPr>
        <w:t>49:29  very painful and emotional kehte hain ke mali waqfat al-qubur al-musallama ke what's wrong with me standing at the grave side saying salam to the one who passed phir kehte hain qabr al-habibi fil-mird jawabi</w:t>
      </w:r>
      <w:r>
        <w:br/>
      </w:r>
      <w:r>
        <w:rPr>
          <w:sz w:val="20"/>
        </w:rPr>
        <w:t>49:53  ke the grave of my beloved one but she is not responding to my greeting phir kehte hain ke habib malaki la tarud jawabna my beloved why are you not responding to my salam phir kehte hain ke ansait ba'da khilati ahbabi</w:t>
      </w:r>
      <w:r>
        <w:br/>
      </w:r>
      <w:r>
        <w:rPr>
          <w:sz w:val="20"/>
        </w:rPr>
        <w:t>50:22  have you forgotten all the moments that we shared together aur phir jawab dete hain abhi to sawal kiya unhon ne phir khud hi jawab dete hain jaise ke Hazrat Aisha Hazrat Fatima ki taraf se to kehte hain qala al-habib wa kaifa ah li bi jawabkum my beloved one responded and said how can I respond to you</w:t>
      </w:r>
      <w:r>
        <w:br/>
      </w:r>
      <w:r>
        <w:rPr>
          <w:sz w:val="20"/>
        </w:rPr>
        <w:t>50:51  wa ana rahin jandal al-turabi I have been consumed by the stone and the dirt phir is mauqe pe Hazrat Ali bahut rote hain he cried a lot phir kehte hain ah again he responds from Fatima side akl al-turab mahasini finsaitkum</w:t>
      </w:r>
      <w:r>
        <w:br/>
      </w:r>
      <w:r>
        <w:rPr>
          <w:sz w:val="20"/>
        </w:rPr>
        <w:t>51:16  the dirt has consumed my beauty and that's why i have moved on aur aakhri sher jo hai woh hai fa'ilaykum minni al-salam taqat taqat ah taqata'at minni wa minkum khilt khilt al-ahbabi</w:t>
      </w:r>
      <w:r>
        <w:br/>
      </w:r>
      <w:r>
        <w:rPr>
          <w:sz w:val="20"/>
        </w:rPr>
        <w:t>51:39  ah she responded back saying salam my salams back to you and to other like family members ah those I have left behind these intimate moments have now passed</w:t>
      </w:r>
      <w:r>
        <w:br/>
      </w:r>
      <w:r>
        <w:rPr>
          <w:sz w:val="20"/>
        </w:rPr>
        <w:t>51:56  to yeh bari painful ah dua ah poem thi jo Hazrat Ali ne kahi aur yeh jo story hai Hazrat Fatima ki yeh bohat hi ah it's an incredible story and very inspiring story</w:t>
      </w:r>
      <w:r>
        <w:br/>
      </w:r>
      <w:r>
        <w:rPr>
          <w:sz w:val="20"/>
        </w:rPr>
        <w:t>52:12  puri life agar hum dekhen Hazrat Fatima R.A. ki bachpan se ji yani bohat hi pareshani mein guzri hai jab bilkul choti thin us waqt boycott hua and she lived in ji the boycott very difficult aise circumstances aur jo woh zamana tha jab Rasool Allah S.A.W ko sataya jata tha</w:t>
      </w:r>
    </w:p>
    <w:p>
      <w:pPr>
        <w:pStyle w:val="Heading2"/>
      </w:pPr>
      <w:r>
        <w:t>Fatima asks for a servant, receives tasbih instead</w:t>
      </w:r>
    </w:p>
    <w:p>
      <w:r>
        <w:rPr>
          <w:color w:val="666666"/>
          <w:sz w:val="18"/>
        </w:rPr>
        <w:t>The Story of Hazrat Fatima The Prophet's Cherished Daughter (Part- II) October 1, 2023 · 5m 38s · at 14:36 · https://youtu.be/-fPPxXoii24?t=876</w:t>
      </w:r>
    </w:p>
    <w:p>
      <w:r>
        <w:rPr>
          <w:i/>
        </w:rPr>
        <w:t>“This is actually a very moving incident, a touching hadith”</w:t>
      </w:r>
    </w:p>
    <w:p>
      <w:r>
        <w:rPr>
          <w:sz w:val="20"/>
        </w:rPr>
        <w:t>14:36  doctor sahib there is a touching incident which is also been documented in various hadith and historical accounts about Hazrat Fatima going to her father prophet Muhammad and asking for a household servant.</w:t>
      </w:r>
      <w:r>
        <w:br/>
      </w:r>
      <w:r>
        <w:rPr>
          <w:sz w:val="20"/>
        </w:rPr>
        <w:t>14:53  to</w:t>
      </w:r>
      <w:r>
        <w:br/>
      </w:r>
      <w:r>
        <w:rPr>
          <w:sz w:val="20"/>
        </w:rPr>
        <w:t>14:54  main chahoon ga is ke baray mein aap hum sab ko batayen. ji ye ye asal mein aik bohat hi acha waqia hai aur bara sabak hai jaisay aap ne kaha touching incident hai.</w:t>
      </w:r>
      <w:r>
        <w:br/>
      </w:r>
      <w:r>
        <w:rPr>
          <w:sz w:val="20"/>
        </w:rPr>
        <w:t>15:04  a aur ye Hazrat Ali ki hi hadith hai. ji unhon ne bohat lambi hadith mein ye waqia bayan kiya hai. Hazrat Ali radiallahu anhu batatay hain ke jab when we got married a with the prophet gave Fatima few things</w:t>
      </w:r>
      <w:r>
        <w:br/>
      </w:r>
      <w:r>
        <w:rPr>
          <w:sz w:val="20"/>
        </w:rPr>
        <w:t>15:23  yani a a velour garment a a leather pillow ji jis ko stuffed kiya tha rasool Allah ne khud banai thi pillow wo.</w:t>
      </w:r>
      <w:r>
        <w:br/>
      </w:r>
      <w:r>
        <w:rPr>
          <w:sz w:val="20"/>
        </w:rPr>
        <w:t>15:32  ji aur is mein kuch a a sukhi patiyan waghera kuch herbs waghera ab bhari thi stuffed with form fiber or to mill stone chakki.</w:t>
      </w:r>
      <w:r>
        <w:br/>
      </w:r>
      <w:r>
        <w:rPr>
          <w:sz w:val="20"/>
        </w:rPr>
        <w:t>15:46  ji aur aik water skin aur aur and to earthen jars</w:t>
      </w:r>
      <w:r>
        <w:br/>
      </w:r>
      <w:r>
        <w:rPr>
          <w:sz w:val="20"/>
        </w:rPr>
        <w:t>15:52  . to this was the only possession of the prophets daughter. ji aap tasawwur kar sakte hain ke yani basic necessity wear minimum.</w:t>
      </w:r>
      <w:r>
        <w:br/>
      </w:r>
      <w:r>
        <w:rPr>
          <w:sz w:val="20"/>
        </w:rPr>
        <w:t>16:03  a to Hazrat Ali a kehtay hain ke main pani laya karta tha kunwein se. a is zamanay mein wo mashak hoti thi aik is mein pani aata tha wo chamray ki.</w:t>
      </w:r>
      <w:r>
        <w:br/>
      </w:r>
      <w:r>
        <w:rPr>
          <w:sz w:val="20"/>
        </w:rPr>
        <w:t>16:15  to wo kehtay hain ke main pani laya karta tha kunwein se to mere chest mein pain honay laga.</w:t>
      </w:r>
      <w:r>
        <w:br/>
      </w:r>
      <w:r>
        <w:rPr>
          <w:sz w:val="20"/>
        </w:rPr>
        <w:t>16:24  Hazrat Fatima se kaha to kaha unhon ne ke tum jao aur main ne suna hai ke kuch servants aaye hain a tumharay father ke pas aur aik servant hamare liye bhi le aao wo thora humein help ka ho jaye gi hamare liye.</w:t>
      </w:r>
      <w:r>
        <w:br/>
      </w:r>
      <w:r>
        <w:rPr>
          <w:sz w:val="20"/>
        </w:rPr>
        <w:t>16:39  to Fatima radiallahu anha ne bhi kaha ke haan main bhi chakki peesti hoon mere hathon mein blisters par gaye hain aur chhalay par gaye hain. to Hazrat Fatima gayeen aik din prophet ke pas</w:t>
      </w:r>
      <w:r>
        <w:br/>
      </w:r>
      <w:r>
        <w:rPr>
          <w:sz w:val="20"/>
        </w:rPr>
        <w:t>16:53  to prophet ne kaha ke meri beti tum kaisay aayi what has brought you here. ji to unhon ne kaha bas main salam karne aayi thi aap se un ke andar himmat nahi hui ke poochen kahin ke aap humein aik servant de dein to wapas aagayen bina ji kahe hue.</w:t>
      </w:r>
      <w:r>
        <w:br/>
      </w:r>
      <w:r>
        <w:rPr>
          <w:sz w:val="20"/>
        </w:rPr>
        <w:t>17:11  to Hazrat Ali ne pocha ke kiya hua tum wapas aagayi ke kiya kaha prophet ne. unhon ne kaha i was too shy to ask the prophet that we need a servant.</w:t>
      </w:r>
      <w:r>
        <w:br/>
      </w:r>
      <w:r>
        <w:rPr>
          <w:sz w:val="20"/>
        </w:rPr>
        <w:t>17:21  ji to unhon ne kaha acha hum dono chalenge. ji to Hazrat Ali radiallahu anhu aur Hazrat Fatima dono gaye aur rasool Allah se kaha ke a mere chest mein pain honay laga hai main pani le ke aata hoon kunwein se nikal ke.</w:t>
      </w:r>
      <w:r>
        <w:br/>
      </w:r>
      <w:r>
        <w:rPr>
          <w:sz w:val="20"/>
        </w:rPr>
        <w:t>17:38  aur Hazrat Fatima radiallahu anha ne kaha ke mere hath mein blisters par gaye hain chhalay par gaye hain chakki peesti hoon main.</w:t>
      </w:r>
      <w:r>
        <w:br/>
      </w:r>
      <w:r>
        <w:rPr>
          <w:sz w:val="20"/>
        </w:rPr>
        <w:t>17:46  to hum ne suna hai ke Allah taala ne aap ko bohat hi servants diye hain to aik servant humein bhi de dein ta ke hamara ghar ka jo kaam hai wo asan ho jaye.</w:t>
      </w:r>
      <w:r>
        <w:br/>
      </w:r>
      <w:r>
        <w:rPr>
          <w:sz w:val="20"/>
        </w:rPr>
        <w:t>17:58  to rasool Allah ne kaha ke bhai Allah I will not give you a servant and leave the people of suffa empty handed.</w:t>
      </w:r>
      <w:r>
        <w:br/>
      </w:r>
      <w:r>
        <w:rPr>
          <w:sz w:val="20"/>
        </w:rPr>
        <w:t>18:08  ji chunaanche he wanted to rehabilitate the people of suffa the homeless pep</w:t>
      </w:r>
      <w:r>
        <w:br/>
      </w:r>
      <w:r>
        <w:rPr>
          <w:sz w:val="20"/>
        </w:rPr>
        <w:t>18:13  le in ko na ghar tha na family thi yahan tak ke in ke paas kapre bhi nahi hote the itne ke poori tarah se dhak saken. to rasool Allah ki pehli priority woh thi aur badr ke orphans aur ashaab us suffa ke log jo jo homeless log the asal mein khyber ke zamanay mein yeh waqea hua tha wahan se prophet received very big wealth in precedent wealth thi received to</w:t>
      </w:r>
      <w:r>
        <w:br/>
      </w:r>
      <w:r>
        <w:rPr>
          <w:sz w:val="20"/>
        </w:rPr>
        <w:t>18:37  woh sab un ki woh woh is ke is is waqay ke baad Hazrat Ali ne yeh socha hoga ke ab rasool Allah ke paas bohat wealth hai hmm kuch hum le len un se to rasool Allah ne kuch nahi diya.</w:t>
      </w:r>
      <w:r>
        <w:br/>
      </w:r>
      <w:r>
        <w:rPr>
          <w:sz w:val="20"/>
        </w:rPr>
        <w:t>18:50  ji aur wapas chale aaye dono ji na na koi paise diya na koi admi diya. to raat ke waqt prophet aaye phir Hazrat Fatima R.A. aaye ghar pe knock kiya to ah so rahe the Hazrat Ali aur Hazrat Fatima lete hue the to woh uth ke jaldi jaldi apne ghar mein theek karne lage to rasool Allah ne kaha nahi aise rehne do koi b</w:t>
      </w:r>
      <w:r>
        <w:br/>
      </w:r>
      <w:r>
        <w:rPr>
          <w:sz w:val="20"/>
        </w:rPr>
        <w:t>19:13  uraat nahi. ji to prophet aaye baith gaye aur kaha ke Jibrael aaye the mere paas aur unhone yeh bataya hai. ji</w:t>
      </w:r>
      <w:r>
        <w:br/>
      </w:r>
      <w:r>
        <w:rPr>
          <w:sz w:val="20"/>
        </w:rPr>
        <w:t>19:21  kaha hai ke tum Fatima se kaho ke jab woh namaz padhen to namaz ke baad das baar subhan Allah kaheen aur das baar Alhamdulillah kaheen aur das baar Allahu Akbar kaheen aur jab sone jayen to 33 times ah subhan Allah kaheen aur 33 times Alhamdulillah kaheen aur 34 times Allahu Akbar</w:t>
      </w:r>
      <w:r>
        <w:br/>
      </w:r>
      <w:r>
        <w:rPr>
          <w:sz w:val="20"/>
        </w:rPr>
        <w:t>19:45  kaheen. ji to Hazrat Ali kehte hain isi riwayat mein hai ke saari zindagi mein koi din maine miss nahi kiya ke maine yeh teen jo words hain is ko namaz mein aur raat ko sone se pehle nahi kiya.</w:t>
      </w:r>
      <w:r>
        <w:br/>
      </w:r>
      <w:r>
        <w:rPr>
          <w:sz w:val="20"/>
        </w:rPr>
        <w:t>20:01  yani it shows the ethics and integrity of the prophet he didn't give anything ji to his his his daughter and its a very big lesson for all of us</w:t>
      </w:r>
    </w:p>
    <w:p>
      <w:pPr>
        <w:pStyle w:val="Heading2"/>
      </w:pPr>
      <w:r>
        <w:t>Fatima's death, final wishes, and Ali's lament</w:t>
      </w:r>
    </w:p>
    <w:p>
      <w:r>
        <w:rPr>
          <w:color w:val="666666"/>
          <w:sz w:val="18"/>
        </w:rPr>
        <w:t>The Story of Hazrat Fatima The Prophet's Cherished Daughter (Part- II) October 1, 2023 · 6m 03s · at 46:08 · https://youtu.be/-fPPxXoii24?t=2768</w:t>
      </w:r>
    </w:p>
    <w:p>
      <w:r>
        <w:rPr>
          <w:i/>
        </w:rPr>
        <w:t>“She went out at night into the courtyard and smiled”</w:t>
      </w:r>
    </w:p>
    <w:p>
      <w:r>
        <w:rPr>
          <w:sz w:val="20"/>
        </w:rPr>
        <w:t>46:08  tu woh raat ko niklein</w:t>
      </w:r>
      <w:r>
        <w:br/>
      </w:r>
      <w:r>
        <w:rPr>
          <w:sz w:val="20"/>
        </w:rPr>
        <w:t>46:12  apne ghar se bahir courtyard mein</w:t>
      </w:r>
      <w:r>
        <w:br/>
      </w:r>
      <w:r>
        <w:rPr>
          <w:sz w:val="20"/>
        </w:rPr>
        <w:t>46:16  aur asman ki taraf dekha aur muskurai</w:t>
      </w:r>
      <w:r>
        <w:br/>
      </w:r>
      <w:r>
        <w:rPr>
          <w:sz w:val="20"/>
        </w:rPr>
        <w:t>46:21  aur Hazrat Asma bint Amees R.A. ko bulaya aur kaha ke ke main chahti hoon ke</w:t>
      </w:r>
      <w:r>
        <w:br/>
      </w:r>
      <w:r>
        <w:rPr>
          <w:sz w:val="20"/>
        </w:rPr>
        <w:t>46:30  meri jo tadfeen ho bareil ho woh raat ko ho taake kam log aain ji kam log dekh</w:t>
      </w:r>
      <w:r>
        <w:br/>
      </w:r>
      <w:r>
        <w:rPr>
          <w:sz w:val="20"/>
        </w:rPr>
        <w:t>46:37  sakein ah</w:t>
      </w:r>
      <w:r>
        <w:br/>
      </w:r>
      <w:r>
        <w:rPr>
          <w:sz w:val="20"/>
        </w:rPr>
        <w:t>46:39  koi modesty un ki thi yani she wanted a modest parting to hazrat asma bint umays aik ah aik kapra laeen jo jo ke ah ah umm salma razi Allah anha ah habsha se laee laee theen habsha yani ethiopia jab yeh log migrate kar ke gaye thay to wahan se aik kapra laye thay jo bohat acha khasa thick kapra tha wo to</w:t>
      </w:r>
      <w:r>
        <w:br/>
      </w:r>
      <w:r>
        <w:rPr>
          <w:sz w:val="20"/>
        </w:rPr>
        <w:t>47:05  ah ah hazrat fatima ne kaha tha ke aik mere liye bara kapra lao ah to isi ke mutabiq wo kapra torn ke laeen to hazrat fatima ne us ko dekha chhua aur kaha ke ya its good to unhon ne pasand kiya is</w:t>
      </w:r>
      <w:r>
        <w:br/>
      </w:r>
      <w:r>
        <w:rPr>
          <w:sz w:val="20"/>
        </w:rPr>
        <w:t>47:23  ko to wo ah aur phir is ke baad jo family ke log thay hazrat ali wahan thay aur family ke log un se baatein keen aur hazrat ali se kaha ke meri death ke baad tum imama se shadi karna</w:t>
      </w:r>
      <w:r>
        <w:br/>
      </w:r>
      <w:r>
        <w:rPr>
          <w:sz w:val="20"/>
        </w:rPr>
        <w:t>47:41  imama ah</w:t>
      </w:r>
      <w:r>
        <w:br/>
      </w:r>
      <w:r>
        <w:rPr>
          <w:sz w:val="20"/>
        </w:rPr>
        <w:t>47:51  jo prophet ki bari beti thi zainab un ki beti thi ji to fatima razi Allah anha ne kaha ke you marry imama because she is a very loving and motherly woman she will take good care of the kids to aur baad mein hazrat ali ne aisay hi kiya to</w:t>
      </w:r>
      <w:r>
        <w:br/>
      </w:r>
      <w:r>
        <w:rPr>
          <w:sz w:val="20"/>
        </w:rPr>
        <w:t>48:10  phir hazrat fatima ne ah she embraced ah the family members and ah looked at the heavens and the angel came and took away her soul to wahi baat hui rasool Allah sal Allah alayh wasalam ki ke you will be the first one after after me yani rasool Allah ke baad un ki death hui</w:t>
      </w:r>
      <w:r>
        <w:br/>
      </w:r>
      <w:r>
        <w:rPr>
          <w:sz w:val="20"/>
        </w:rPr>
        <w:t>48:34  to hazrat ali ke liye bohat bara shok tha chounkay abhi prophet ki death hui paanch chhay mahine pehle ab un ki jo mehboob biwi theen fatima razi Allah anha un ki death ho gayi aur hazrat ali ne hi janazay ki namaz parhai ji aur ab bohat hi painful ah soorat e haal thi ah</w:t>
      </w:r>
      <w:r>
        <w:br/>
      </w:r>
      <w:r>
        <w:rPr>
          <w:sz w:val="20"/>
        </w:rPr>
        <w:t>48:59  tu unhon ne ek poem likhi usi waqt and he recited that poem ah near the grave of</w:t>
      </w:r>
      <w:r>
        <w:br/>
      </w:r>
      <w:r>
        <w:rPr>
          <w:sz w:val="20"/>
        </w:rPr>
        <w:t>49:09  Fatima R.A. yeh is tarah thi acha woh poem mein yeh hai ke pehle to apni</w:t>
      </w:r>
      <w:r>
        <w:br/>
      </w:r>
      <w:r>
        <w:rPr>
          <w:sz w:val="20"/>
        </w:rPr>
        <w:t>49:14  baat kehte hain ji phir woh Fatima ki taraf se bhi bolte hain hmm pehle kuch poochte hain</w:t>
      </w:r>
      <w:r>
        <w:br/>
      </w:r>
      <w:r>
        <w:rPr>
          <w:sz w:val="20"/>
        </w:rPr>
        <w:t>49:22  ji phir phir jawab bhi khud hi dete hain ji tu bohat hi unique poem hai</w:t>
      </w:r>
      <w:r>
        <w:br/>
      </w:r>
      <w:r>
        <w:rPr>
          <w:sz w:val="20"/>
        </w:rPr>
        <w:t>49:29  very painful and emotional kehte hain ke mali waqfat al-qubur al-musallama ke what's wrong with me standing at the grave side saying salam to the one who passed phir kehte hain qabr al-habibi fil-mird jawabi</w:t>
      </w:r>
      <w:r>
        <w:br/>
      </w:r>
      <w:r>
        <w:rPr>
          <w:sz w:val="20"/>
        </w:rPr>
        <w:t>49:53  ke the grave of my beloved one but she is not responding to my greeting phir kehte hain ke habib malaki la tarud jawabna my beloved why are you not responding to my salam phir kehte hain ke ansait ba'da khilati ahbabi</w:t>
      </w:r>
      <w:r>
        <w:br/>
      </w:r>
      <w:r>
        <w:rPr>
          <w:sz w:val="20"/>
        </w:rPr>
        <w:t>50:22  have you forgotten all the moments that we shared together aur phir jawab dete hain abhi to sawal kiya unhon ne phir khud hi jawab dete hain jaise ke Hazrat Aisha Hazrat Fatima ki taraf se to kehte hain qala al-habib wa kaifa ah li bi jawabkum my beloved one responded and said how can I respond to you</w:t>
      </w:r>
      <w:r>
        <w:br/>
      </w:r>
      <w:r>
        <w:rPr>
          <w:sz w:val="20"/>
        </w:rPr>
        <w:t>50:51  wa ana rahin jandal al-turabi I have been consumed by the stone and the dirt phir is mauqe pe Hazrat Ali bahut rote hain he cried a lot phir kehte hain ah again he responds from Fatima side akl al-turab mahasini finsaitkum</w:t>
      </w:r>
      <w:r>
        <w:br/>
      </w:r>
      <w:r>
        <w:rPr>
          <w:sz w:val="20"/>
        </w:rPr>
        <w:t>51:16  the dirt has consumed my beauty and that's why i have moved on aur aakhri sher jo hai woh hai fa'ilaykum minni al-salam taqat taqat ah taqata'at minni wa minkum khilt khilt al-ahbabi</w:t>
      </w:r>
      <w:r>
        <w:br/>
      </w:r>
      <w:r>
        <w:rPr>
          <w:sz w:val="20"/>
        </w:rPr>
        <w:t>51:39  ah she responded back saying salam my salams back to you and to other like family members ah those I have left behind these intimate moments have now passed</w:t>
      </w:r>
      <w:r>
        <w:br/>
      </w:r>
      <w:r>
        <w:rPr>
          <w:sz w:val="20"/>
        </w:rPr>
        <w:t>51:56  to yeh bari painful ah dua ah poem thi jo Hazrat Ali ne kahi aur yeh jo story hai Hazrat Fatima ki yeh bohat hi ah it's an incredible story and very inspiring story</w:t>
      </w:r>
      <w:r>
        <w:br/>
      </w:r>
      <w:r>
        <w:rPr>
          <w:sz w:val="20"/>
        </w:rPr>
        <w:t>52:12  puri life agar hum dekhen Hazrat Fatima R.A. ki bachpan se ji yani bohat hi pareshani mein guzri hai jab bilkul choti thin us waqt boycott hua and she lived in ji the boycott very difficult aise circumstances aur jo woh zamana tha jab Rasool Allah S.A.W ko sataya jata tha</w:t>
      </w:r>
    </w:p>
    <w:p>
      <w:pPr>
        <w:pStyle w:val="Heading2"/>
      </w:pPr>
      <w:r>
        <w:t>Debunking the myth that Fatima was a pampered daughter</w:t>
      </w:r>
    </w:p>
    <w:p>
      <w:r>
        <w:rPr>
          <w:color w:val="666666"/>
          <w:sz w:val="18"/>
        </w:rPr>
        <w:t>Hadith-e-Jibril, April 21, 2013 · 2m 14s · at 1:17:26 · https://youtu.be/0rF6Ou0pDog?t=4646</w:t>
      </w:r>
    </w:p>
    <w:p>
      <w:r>
        <w:rPr>
          <w:i/>
        </w:rPr>
        <w:t>“حضرت فاطمہ is referred to as لاڈلی بیٹی؟ یہ تو جھوٹی بات ہے”</w:t>
      </w:r>
    </w:p>
    <w:p>
      <w:r>
        <w:rPr>
          <w:sz w:val="20"/>
        </w:rPr>
        <w:t>1:17:26  Hazrat Fatima is referred to as ladli beti. Kindly let us know the reality of things. Yeh to jhooti baat hai.</w:t>
      </w:r>
      <w:r>
        <w:br/>
      </w:r>
      <w:r>
        <w:rPr>
          <w:sz w:val="20"/>
        </w:rPr>
        <w:t>1:17:35  Hergiz yeh ladli beti nahi thi. Aap jante hain Rasool Allah ne Hazrat Fatima se shadi ki thi. To kaise ki thi? Ali ko bulaya aur un se shadi kar di.</w:t>
      </w:r>
      <w:r>
        <w:br/>
      </w:r>
      <w:r>
        <w:rPr>
          <w:sz w:val="20"/>
        </w:rPr>
        <w:t>1:17:48  Nikah padha diya. Jabki Ali ke paas kuch bhi nahi tha. Un ke ghar mein. Sirf ek chakki thi aata peesne ke liye.</w:t>
      </w:r>
      <w:r>
        <w:br/>
      </w:r>
      <w:r>
        <w:rPr>
          <w:sz w:val="20"/>
        </w:rPr>
        <w:t>1:17:57  Aur ek chatai thi. Aur mitti ka ek ghada tha bas.</w:t>
      </w:r>
      <w:r>
        <w:br/>
      </w:r>
      <w:r>
        <w:rPr>
          <w:sz w:val="20"/>
        </w:rPr>
        <w:t>1:18:02  Aaj yeh kaun hai? Yeh log taqdeer jo karte hain ke woh apni beti ko ladle pan ke liye aise ghar mein shadi kar dein. Koi karega?</w:t>
      </w:r>
      <w:r>
        <w:br/>
      </w:r>
      <w:r>
        <w:rPr>
          <w:sz w:val="20"/>
        </w:rPr>
        <w:t>1:18:14  Apni mohabbat ke izhaar ke liye aisa karega woh ke apni beti ko ek aise shakhs se shadi kar de jis ke paas ghar bhi rehne ke liye nahi.</w:t>
      </w:r>
      <w:r>
        <w:br/>
      </w:r>
      <w:r>
        <w:rPr>
          <w:sz w:val="20"/>
        </w:rPr>
        <w:t>1:18:23  Aur is ke baad Hazrat Fatima jo thi woh wahi chakki peesti thi. Un ke haath mein chhala pad gaya tha.</w:t>
      </w:r>
      <w:r>
        <w:br/>
      </w:r>
      <w:r>
        <w:rPr>
          <w:sz w:val="20"/>
        </w:rPr>
        <w:t>1:18:33  To woh aayin Rasool Allah ke paas ke mujhe mehnat mushaqqat karni padti hai to mujhe ek khadim de dijiye.</w:t>
      </w:r>
      <w:r>
        <w:br/>
      </w:r>
      <w:r>
        <w:rPr>
          <w:sz w:val="20"/>
        </w:rPr>
        <w:t>1:18:44  Khadim. To jante hain Rasool Allah ne kya jawab diya? Unhone kaha kya main tum ko khadim se behtar bataun ek cheez?</w:t>
      </w:r>
      <w:r>
        <w:br/>
      </w:r>
      <w:r>
        <w:rPr>
          <w:sz w:val="20"/>
        </w:rPr>
        <w:t>1:18:55  To Hazrat Fatima ne kaha ke haan.</w:t>
      </w:r>
      <w:r>
        <w:br/>
      </w:r>
      <w:r>
        <w:rPr>
          <w:sz w:val="20"/>
        </w:rPr>
        <w:t>1:18:59  To Rasool Allah ne un ko wahi cheez de di ke jis ko aaj kal tasbeeh Fatima kaha jata hai.</w:t>
      </w:r>
      <w:r>
        <w:br/>
      </w:r>
      <w:r>
        <w:rPr>
          <w:sz w:val="20"/>
        </w:rPr>
        <w:t>1:19:07  Subhan Allah, Alhamdulillah, Allah, Allah, Allah, Allah Akbar. Kya aaj kal koi koi aadmi aisa karega apni beti ki mohabbat ke sath?</w:t>
      </w:r>
      <w:r>
        <w:br/>
      </w:r>
      <w:r>
        <w:rPr>
          <w:sz w:val="20"/>
        </w:rPr>
        <w:t>1:19:16  Koi karega apni ladli beti ke sath? Koi apni ladli beti ke sath yeh karega ke woh mange us se khadim aur us ko de de ke ja ja ke yeh tasbeeh parho?</w:t>
      </w:r>
      <w:r>
        <w:br/>
      </w:r>
      <w:r>
        <w:rPr>
          <w:sz w:val="20"/>
        </w:rPr>
        <w:t>1:19:27  Yeh sab jhooti taqdeerein hain aur bilashubah yeh log Allah taala pakad jayenge kyunke floging hui. Flogging. To apne jhoote culture ke liye Quran Hadees se justify karte the.</w:t>
      </w:r>
    </w:p>
    <w:p>
      <w:pPr>
        <w:pStyle w:val="Heading2"/>
      </w:pPr>
      <w:r>
        <w:t>Story of extremists attacking Shia visitors at Fatima's grave</w:t>
      </w:r>
    </w:p>
    <w:p>
      <w:r>
        <w:rPr>
          <w:color w:val="666666"/>
          <w:sz w:val="18"/>
        </w:rPr>
        <w:t>Return to Religion June 13, 2009 · 1m 12s · at 32:51 · https://youtu.be/qx7LpCmXMQk?t=1971</w:t>
      </w:r>
    </w:p>
    <w:p>
      <w:r>
        <w:rPr>
          <w:i/>
        </w:rPr>
        <w:t>“In Mecca there's a graveyard called Jannat al-Baqi”</w:t>
      </w:r>
    </w:p>
    <w:p>
      <w:r>
        <w:rPr>
          <w:sz w:val="20"/>
        </w:rPr>
        <w:t>32:51  yani perhaps today, there was a news, there is a news item in the, in the, in some magazine that in mecca there is a graveyard.</w:t>
      </w:r>
      <w:r>
        <w:br/>
      </w:r>
      <w:r>
        <w:rPr>
          <w:sz w:val="20"/>
        </w:rPr>
        <w:t>33:04  there is called jannat ul baqi.</w:t>
      </w:r>
      <w:r>
        <w:br/>
      </w:r>
      <w:r>
        <w:rPr>
          <w:sz w:val="20"/>
        </w:rPr>
        <w:t>33:10  in mecca there is a graveyard, jannat ul baqi. so in this graveyard, there is a grave fatima also.</w:t>
      </w:r>
      <w:r>
        <w:br/>
      </w:r>
      <w:r>
        <w:rPr>
          <w:sz w:val="20"/>
        </w:rPr>
        <w:t>33:19  and you know, shia people have special reverence to fatima. so sub shia people, yani, when to that graveyard, they become boring.</w:t>
      </w:r>
      <w:r>
        <w:br/>
      </w:r>
      <w:r>
        <w:rPr>
          <w:sz w:val="20"/>
        </w:rPr>
        <w:t>33:31  so they were shorted ek</w:t>
      </w:r>
      <w:r>
        <w:br/>
      </w:r>
      <w:r>
        <w:rPr>
          <w:sz w:val="20"/>
        </w:rPr>
        <w:t>33:34  extremist. and they, they objected, but they, they, they refused to follow their instructions.</w:t>
      </w:r>
      <w:r>
        <w:br/>
      </w:r>
      <w:r>
        <w:rPr>
          <w:sz w:val="20"/>
        </w:rPr>
        <w:t>33:51  to they were shorted. so this extremist. so i can see that deobandi people are not wahabi in this sense.</w:t>
      </w:r>
    </w:p>
    <w:p>
      <w:pPr>
        <w:pStyle w:val="Heading2"/>
      </w:pPr>
      <w:r>
        <w:t>Fatima asks for a servant, gets dhikr instead</w:t>
      </w:r>
    </w:p>
    <w:p>
      <w:r>
        <w:rPr>
          <w:color w:val="666666"/>
          <w:sz w:val="18"/>
        </w:rPr>
        <w:t>The Age of Deceiving Philosophies I June 21, 2009 Maulana Wahiduddin Khan · 50s · at 55:04 · https://youtu.be/Ytnj8NSIAgQ?t=3304</w:t>
      </w:r>
    </w:p>
    <w:p>
      <w:r>
        <w:rPr>
          <w:i/>
        </w:rPr>
        <w:t>“Fatima's hands blistered from grinding grain by hand”</w:t>
      </w:r>
    </w:p>
    <w:p>
      <w:r>
        <w:rPr>
          <w:sz w:val="20"/>
        </w:rPr>
        <w:t>55:04  hazrat fatima jo aap ki beti thin, un ko chakki chalana parta tha, haath mein chhale par gaye the. to rasool allah ke paas gayin ke humein ek khadim de dijiye, ek khadim.</w:t>
      </w:r>
      <w:r>
        <w:br/>
      </w:r>
      <w:r>
        <w:rPr>
          <w:sz w:val="20"/>
        </w:rPr>
        <w:t>55:18  to rasool allah ne kya kaha? ittaqi ya fatima! aye fatima! khuda se dar ut</w:t>
      </w:r>
      <w:r>
        <w:br/>
      </w:r>
      <w:r>
        <w:rPr>
          <w:sz w:val="20"/>
        </w:rPr>
        <w:t>55:25  ne si baat par. phir aap ne farmaya ke main tum ko khadim se zyada achi cheez deta hoon. to aap ne yehi yehi zikr farmaya: subhan allah, alhamdulillah, la ilaha illa allah, allahu akbar ke ye bas parh liya karo.</w:t>
      </w:r>
      <w:r>
        <w:br/>
      </w:r>
      <w:r>
        <w:rPr>
          <w:sz w:val="20"/>
        </w:rPr>
        <w:t>55:42  ye aap mein se kaun hai jo apni beti ko aisa kahe? koi hathon mein chhale pade hue hon, wo khadim mang rahi ho, aap kahen ke jao ghar mein raho aur sirf ye dua parh liya karo.</w:t>
      </w:r>
    </w:p>
    <w:p>
      <w:pPr>
        <w:pStyle w:val="Heading2"/>
      </w:pPr>
      <w:r>
        <w:t>Consoling his crying daughter Fatima amid persecution</w:t>
      </w:r>
    </w:p>
    <w:p>
      <w:r>
        <w:rPr>
          <w:color w:val="666666"/>
          <w:sz w:val="18"/>
        </w:rPr>
        <w:t>In Conversation with Dr. Saniyasnain Khan December 12, 2021 · 1m 08s · at 24:33 · https://youtu.be/9Lp76ckNRYE?t=1473</w:t>
      </w:r>
    </w:p>
    <w:p>
      <w:r>
        <w:rPr>
          <w:i/>
        </w:rPr>
        <w:t>“Fatima roti thi jab log unke abbu ko patthar maarte thay”</w:t>
      </w:r>
    </w:p>
    <w:p>
      <w:r>
        <w:rPr>
          <w:sz w:val="20"/>
        </w:rPr>
        <w:t>24:33  Makkah ke sardar thay Quraish woh against thay prophet ke to tarah tarah se satate thay pathar marte</w:t>
      </w:r>
      <w:r>
        <w:br/>
      </w:r>
      <w:r>
        <w:rPr>
          <w:sz w:val="20"/>
        </w:rPr>
        <w:t>24:40  thay aur tarah tarah se takleef dete thay bari kitabon mein bari ajeeb ajeeb baaten aati hain jo</w:t>
      </w:r>
      <w:r>
        <w:br/>
      </w:r>
      <w:r>
        <w:rPr>
          <w:sz w:val="20"/>
        </w:rPr>
        <w:t>24:48  sun ke yaqeen nahi hota kis tareeqay se sataya gaya to jab wapas pohanchte thay ghar to khoon</w:t>
      </w:r>
      <w:r>
        <w:br/>
      </w:r>
      <w:r>
        <w:rPr>
          <w:sz w:val="20"/>
        </w:rPr>
        <w:t>24:55  beh raha hota tha hmm to baith ke ghar mein marham patti karte thay</w:t>
      </w:r>
      <w:r>
        <w:br/>
      </w:r>
      <w:r>
        <w:rPr>
          <w:sz w:val="20"/>
        </w:rPr>
        <w:t>25:14  to Fatima jo choti beti thi woh ronay lagti thi Fatima Razi Allahu Anha ronay lagti thi choti thi us waqt to un se kehte thay ke ro mat beti tumharay father ka talluq is se hai us ko sahara detay thay ji to kya ghussa nahi aata hoga prophet ko us waqt</w:t>
      </w:r>
    </w:p>
    <w:p>
      <w:pPr>
        <w:pStyle w:val="Heading2"/>
      </w:pPr>
      <w:r>
        <w:t>Sara Fatima's dedicated work</w:t>
      </w:r>
    </w:p>
    <w:p>
      <w:r>
        <w:rPr>
          <w:color w:val="666666"/>
          <w:sz w:val="18"/>
        </w:rPr>
        <w:t>Experience of CPS Peace Conference 2023 May 7, 2023 · 4m 22s · at 30:36 · https://youtu.be/FXG2h96Ylsg?t=1836</w:t>
      </w:r>
    </w:p>
    <w:p>
      <w:r>
        <w:rPr>
          <w:i/>
        </w:rPr>
        <w:t>“She turned her entire home into a center.”</w:t>
      </w:r>
    </w:p>
    <w:p>
      <w:r>
        <w:rPr>
          <w:sz w:val="20"/>
        </w:rPr>
        <w:t>30:36  unhone apne pure ghar ko center hi bana liya hai. keh rahi hai bas humne ek kona apne liye rakha hai baqi pura jo hai sab c p s ko de diya hai ki log aaye yahan baithe hain aur yahan training hasil karen, kaam karen. to pura unhone apne aap ko bhi waqt kar diya hai, apne ghar ko bhi waqt kar diya hai. is mission ke liye bahut bade paimane par din raat kaam karti hain. hum log heran hote hain ki kaise woh yeh sab karti hain?</w:t>
      </w:r>
      <w:r>
        <w:br/>
      </w:r>
      <w:r>
        <w:rPr>
          <w:sz w:val="20"/>
        </w:rPr>
        <w:t>31:04  kaise unki kaise unko kehti hain sote bhi bahut kam hain. do teen ghanta mushkil se woh soti hain. har waqt kaam karti rehti hain. koi bhi opportunity aati hai to usko miss nahi karti. to bahut sare unke christian organizations hain. to woh unko bulate hain. program mein wahan jaate hain. to program mein chahe winter faith ka program ho ya peace kab par program ho woh program mein jaati hain. islam ka view point present karti hain.</w:t>
      </w:r>
      <w:r>
        <w:br/>
      </w:r>
      <w:r>
        <w:rPr>
          <w:sz w:val="20"/>
        </w:rPr>
        <w:t>31:34  uske baad sab logon ke liye quran distribution hota hai aur jo khawas hote hain khas khas log hain unke liye. bahut sari murane ki kitabein le jati hain. library ke liye kitabein le jati hain. to is tarike se woh saare kaam kar rahi hain. bahut taqreeban hafte mein do teen program unka is tarike se ho jata hai. wahan ashram chunke bangalore ka area aisa hai wahan bahut zyada educated community hai. to wahan ashram bahut hain.</w:t>
      </w:r>
      <w:r>
        <w:br/>
      </w:r>
      <w:r>
        <w:rPr>
          <w:sz w:val="20"/>
        </w:rPr>
        <w:t>32:03  isaiidare hain. to ashram bhi jaati hain. wahan un logon ko se batchit karti hain. un logon ko maurana ki literature pesh karti hain. phir wahan par masjidon mein unke unki poori team hai. yeh nayat umri sahab hain aur poori team hai to unke zariye se woh jaati hain aur saath mein bhi jaate hain woh log. madarson mein jaate hain. masjidon mein jaate hain. libraryon mein jaate hain aur wahan woh sara literature mein pahunchati hain.</w:t>
      </w:r>
      <w:r>
        <w:br/>
      </w:r>
      <w:r>
        <w:rPr>
          <w:sz w:val="20"/>
        </w:rPr>
        <w:t>32:31  to chunke woh pehle bhi woh college mein lecturer thi. to unko yeh sab tazarbhi hai. to woh college mein yeh school mein, university mein mustaqil program karti rehti hain. is par hi islam se related jo issues hain. phir unho ne spirit of islam usmein nikala. bahut mehnat se din raat usmein mehnat karti hain. kabhi koi galti usmein nahi nikalti. proof reading bhi das das baar woh karti hain.</w:t>
      </w:r>
      <w:r>
        <w:br/>
      </w:r>
      <w:r>
        <w:rPr>
          <w:sz w:val="20"/>
        </w:rPr>
        <w:t>33:01  to ab yeh jab se lockdown hua tha corona to unho ne physical copy band kar diya ab website uski bana diya hai aur woh soft copy uski hai lekin woh usi tarike se abhi bhi nikal raha hai. aur khud bhi seminar organize karti hai. to jab maulana the to unho ne ek seminar ek interface ek ek program organize kiya tha uska c p s ke liye. to bahut zabardast program hua tha.</w:t>
      </w:r>
      <w:r>
        <w:br/>
      </w:r>
      <w:r>
        <w:rPr>
          <w:sz w:val="20"/>
        </w:rPr>
        <w:t>33:30  bahut sare log wahan aaye the aur bahut hi kamyab program hua tha. iske alawa woh zoom meetings karti hain. unka ek kaam yeh hai ki woh logon ko train karti hain. to naye naye log unke paas aate hain. to kabhi physical meeting hoti hai. kabhi zoom meeting hoti hai. to un logon ki training hoti hai. train karke unko dahi banana aur phir unke zariye se phir kaam ko aage badhana. to kaam yahi hai ki woh literature zyada se zyada distribute ho.</w:t>
      </w:r>
      <w:r>
        <w:br/>
      </w:r>
      <w:r>
        <w:rPr>
          <w:sz w:val="20"/>
        </w:rPr>
        <w:t>33:59  jab lockdown ke zamane mein bhi woh khamosh nahi baithti thi. two wheeler le kar ke chali jati thi jahan jahan jo colony mein jitna bhi ja sakti thi ja kar distribution karti thi. to woh bilkul ek bahut hi unique lady hain. unka to shayad koi comparison hi nahi hai. iske alawa woh kehti hai bahut sare woh bhi aur bhi log hai jo kehte hai hum apne doctors bhi badalte rehte hai.</w:t>
      </w:r>
      <w:r>
        <w:br/>
      </w:r>
      <w:r>
        <w:rPr>
          <w:sz w:val="20"/>
        </w:rPr>
        <w:t>34:29  taki har baar jab naye doctor yahan jayenge to unko uran pesh karenge, literature pesh karenge. to yahi woh bhi karti hai. doctors badalti hain, shop par jati hain. kabhi ek shop par jayengi, kabhi doosri shop par jayengi. taki mauka mile unko puran dene ka. koi bhi ghar mein aata hai jaise technicians waghera ghar mein aate hain. to unko unko thoda sa usko introduce karenge ki hum kya kaam kar rahe hain?</w:t>
      </w:r>
      <w:r>
        <w:br/>
      </w:r>
      <w:r>
        <w:rPr>
          <w:sz w:val="20"/>
        </w:rPr>
        <w:t>34:58  phir unko literature dengi. ek baar yeh to bahut hi bahut hi ajeeb waqia hai ki ek baar ek baje raat ko kuch bahar bachche jo hain college ki college going girls aur boys jo hai na kuch zor zor bol rahe the to inki aankh khul gayi. to bahar nikli. ab koi bhi doosra hota to woh gussa hota ki tum log sone nahi de rahe ho hum log humein. woh gayi hai bahut hi beta beta keh kar unko baat ki ki wahan aa jao ghar ke andar aa jao.</w:t>
      </w:r>
    </w:p>
    <w:p>
      <w:pPr>
        <w:pStyle w:val="Heading2"/>
      </w:pPr>
      <w:r>
        <w:t>True meaning of Tasbih Fatima</w:t>
      </w:r>
    </w:p>
    <w:p>
      <w:r>
        <w:rPr>
          <w:color w:val="666666"/>
          <w:sz w:val="18"/>
        </w:rPr>
        <w:t>Darkness at Noon May 11, 2008 Maulana Wahiduddin Khan · 2m 30s · at 1:05:38 · https://youtu.be/dHDBJ60V6J8?t=3938</w:t>
      </w:r>
    </w:p>
    <w:p>
      <w:r>
        <w:rPr>
          <w:i/>
        </w:rPr>
        <w:t>“Tasbih Fatima jo aaj kal hai to main ye kahunga”</w:t>
      </w:r>
    </w:p>
    <w:p>
      <w:r>
        <w:rPr>
          <w:sz w:val="20"/>
        </w:rPr>
        <w:t>1:05:38  tasbeeh fatima jo aaj kal hai to mein yeh kahunga ke ek aadmi bhi tasbeeh fatima nahin padhta. dikhane ke liye sab padhte hain.</w:t>
      </w:r>
      <w:r>
        <w:br/>
      </w:r>
      <w:r>
        <w:rPr>
          <w:sz w:val="20"/>
        </w:rPr>
        <w:t>1:05:48  dikhane ke liye sab padhte hain lekin padhta koi bhi nahin. kyon? hazrat fatima rasool allah ki beti theen. to un ko kaam karne ke liye chahiye tha ek servant.</w:t>
      </w:r>
      <w:r>
        <w:br/>
      </w:r>
      <w:r>
        <w:rPr>
          <w:sz w:val="20"/>
        </w:rPr>
        <w:t>1:06:03  kaam karte karte un ke haath bichale pad gaye the. chakki peesna padta tha, bohat se kaam, bohat hi rough qism ke.</w:t>
      </w:r>
      <w:r>
        <w:br/>
      </w:r>
      <w:r>
        <w:rPr>
          <w:sz w:val="20"/>
        </w:rPr>
        <w:t>1:06:13  rasool allah ke paas gayeen ke mujhe ek servant de dijiyey. domestic help manga unhon ne. to rasool allah alehissalam ne kya farmaya?</w:t>
      </w:r>
      <w:r>
        <w:br/>
      </w:r>
      <w:r>
        <w:rPr>
          <w:sz w:val="20"/>
        </w:rPr>
        <w:t>1:06:23  attaq allah ya fatima. aye fatima allah se daro.</w:t>
      </w:r>
      <w:r>
        <w:br/>
      </w:r>
      <w:r>
        <w:rPr>
          <w:sz w:val="20"/>
        </w:rPr>
        <w:t>1:06:31  aur aap ne kaha ke kya mein tujh ko domestic help se achi cheez na de doon?</w:t>
      </w:r>
      <w:r>
        <w:br/>
      </w:r>
      <w:r>
        <w:rPr>
          <w:sz w:val="20"/>
        </w:rPr>
        <w:t>1:06:39  to aap ne kaha ke zaroor. to aap ne kaha ke yeh padh liya karo.</w:t>
      </w:r>
      <w:r>
        <w:br/>
      </w:r>
      <w:r>
        <w:rPr>
          <w:sz w:val="20"/>
        </w:rPr>
        <w:t>1:06:46  jis cheez ko aap tasbeeh fatima kehte hain us tareeqe se di thi rasool allah ne fatima ko. dunya mein kaun baap hai apni beti ko is tareeqe se deta hai tasbeeh fatima?</w:t>
      </w:r>
      <w:r>
        <w:br/>
      </w:r>
      <w:r>
        <w:rPr>
          <w:sz w:val="20"/>
        </w:rPr>
        <w:t>1:06:55  mujhe bataiyey. aur kaun aadmi hai jo is tarah se padh raha hai tasbeeh fatima? har aadmi paisa kama raha hai, ghar bana raha hai aur carain khareed raha hai dhoom se aur phir tasbeeh fatima hi padhta hai.</w:t>
      </w:r>
      <w:r>
        <w:br/>
      </w:r>
      <w:r>
        <w:rPr>
          <w:sz w:val="20"/>
        </w:rPr>
        <w:t>1:07:07  yakeen kijiyey ke sab to khuda ke haan pakde jayenge aise log ke tu ne tasbeeh fatima ke naam par ek bana liya liya tha woh padhte the tum.</w:t>
      </w:r>
      <w:r>
        <w:br/>
      </w:r>
      <w:r>
        <w:rPr>
          <w:sz w:val="20"/>
        </w:rPr>
        <w:t>1:07:16  jo rasool allah ne diya tha woh to tum ne kiya nahin? tasbeeh fatima ki spirit yeh hai ke aap materialist na banen. apni mehnat kar ke zindagi guzaren aur jo mushkil payen to khuda se mangen.</w:t>
      </w:r>
      <w:r>
        <w:br/>
      </w:r>
      <w:r>
        <w:rPr>
          <w:sz w:val="20"/>
        </w:rPr>
        <w:t>1:07:35  yaani domestic help ki bajaye aap khuda se dua karen. ke khuda yeh meri mushkilat ko hal kar de. ab ab kya aisa koi karta hai?</w:t>
      </w:r>
      <w:r>
        <w:br/>
      </w:r>
      <w:r>
        <w:rPr>
          <w:sz w:val="20"/>
        </w:rPr>
        <w:t>1:07:45  yeh sab log jo hain apni banai hui tasbeeh padh rahe hain. yeh rasool allah ki di hui tasbeeh nahin hai yeh. yeh tasbeeh fatima nahin hai yeh.</w:t>
      </w:r>
      <w:r>
        <w:br/>
      </w:r>
      <w:r>
        <w:rPr>
          <w:sz w:val="20"/>
        </w:rPr>
        <w:t>1:07:56  mein sakht, bohat bari sakht rai is ke bare mein hai ke yeh bilkul aik banawati tasbeeh parhte hain aur kehte hain yeh tasbeeh Fatima hai.</w:t>
      </w:r>
    </w:p>
    <w:p>
      <w:pPr>
        <w:pStyle w:val="Heading2"/>
      </w:pPr>
      <w:r>
        <w:t>Biggest obstacle: visible vs invisible, worldly focus</w:t>
      </w:r>
    </w:p>
    <w:p>
      <w:r>
        <w:rPr>
          <w:color w:val="666666"/>
          <w:sz w:val="18"/>
        </w:rPr>
        <w:t>Concept of Death in Islam 26th Aug 12 SLOW · 4m 25s · at 11:20 · https://youtu.be/8dsos0OBM6M?t=680</w:t>
      </w:r>
    </w:p>
    <w:p>
      <w:r>
        <w:rPr>
          <w:i/>
        </w:rPr>
        <w:t>“Moulana, agla sawaal Miss Fatima Sarah ka hai Bangalore se.”</w:t>
      </w:r>
    </w:p>
    <w:p>
      <w:r>
        <w:rPr>
          <w:sz w:val="20"/>
        </w:rPr>
        <w:t>11:20  maulana, agla sawal miss fatima sarah ka hai bangalore se.</w:t>
      </w:r>
      <w:r>
        <w:br/>
      </w:r>
      <w:r>
        <w:rPr>
          <w:sz w:val="20"/>
        </w:rPr>
        <w:t>11:31  unhon ne likha hai: "What is the biggest obstacle we face when trying to take a lesson from</w:t>
      </w:r>
      <w:r>
        <w:br/>
      </w:r>
      <w:r>
        <w:rPr>
          <w:sz w:val="20"/>
        </w:rPr>
        <w:t>11:42  death and how we do clear our minds of this obstacle? "</w:t>
      </w:r>
      <w:r>
        <w:br/>
      </w:r>
      <w:r>
        <w:rPr>
          <w:sz w:val="20"/>
        </w:rPr>
        <w:t>11:53  baat yeh hai ke insaan jo hai, jo cheez dikhai de, us ko to foran woh le leta hai.</w:t>
      </w:r>
      <w:r>
        <w:br/>
      </w:r>
      <w:r>
        <w:rPr>
          <w:sz w:val="20"/>
        </w:rPr>
        <w:t>11:59  jo cheez dikhai na de, us ko soch kar us ko lena pare to is mein woh fail</w:t>
      </w:r>
      <w:r>
        <w:br/>
      </w:r>
      <w:r>
        <w:rPr>
          <w:sz w:val="20"/>
        </w:rPr>
        <w:t>12:05  ho jata hai.</w:t>
      </w:r>
      <w:r>
        <w:br/>
      </w:r>
      <w:r>
        <w:rPr>
          <w:sz w:val="20"/>
        </w:rPr>
        <w:t>12:12  to maut se pehle ki dunya to dikhai de rahi hai, is ka nafa, is ka nuqsan, is</w:t>
      </w:r>
      <w:r>
        <w:br/>
      </w:r>
      <w:r>
        <w:rPr>
          <w:sz w:val="20"/>
        </w:rPr>
        <w:t>12:18  ka aaram, is ki takleef, is ki khushi, is ka gham, yeh sab dikhai de raha hai.</w:t>
      </w:r>
      <w:r>
        <w:br/>
      </w:r>
      <w:r>
        <w:rPr>
          <w:sz w:val="20"/>
        </w:rPr>
        <w:t>12:24  lekin maut ke baad ka jo khushi o gham hai, aaram o takleef hai, woh dikhai nahi deta.</w:t>
      </w:r>
      <w:r>
        <w:br/>
      </w:r>
      <w:r>
        <w:rPr>
          <w:sz w:val="20"/>
        </w:rPr>
        <w:t>12:31  to insaan ki kamzori hai ke woh dikhai dene wali cheezon mein jeeta hai.</w:t>
      </w:r>
      <w:r>
        <w:br/>
      </w:r>
      <w:r>
        <w:rPr>
          <w:sz w:val="20"/>
        </w:rPr>
        <w:t>12:37  isi liye quran mein hai ke "yominoon bil ghaib" .</w:t>
      </w:r>
      <w:r>
        <w:br/>
      </w:r>
      <w:r>
        <w:rPr>
          <w:sz w:val="20"/>
        </w:rPr>
        <w:t>12:43  jo apne mind, jo quran mein hai ke zaalik ki kitab la raha hai "fi huda al mutaqeen alladheen</w:t>
      </w:r>
      <w:r>
        <w:br/>
      </w:r>
      <w:r>
        <w:rPr>
          <w:sz w:val="20"/>
        </w:rPr>
        <w:t>12:50  yominoon bil ghaib" .</w:t>
      </w:r>
      <w:r>
        <w:br/>
      </w:r>
      <w:r>
        <w:rPr>
          <w:sz w:val="20"/>
        </w:rPr>
        <w:t>12:56  یومنون بالغیب مطلب یہ ہے کہ جو اپنا اپنے مائنڈ کو ڈیولپ کریں، intellectual awakening جس کے اندر</w:t>
      </w:r>
      <w:r>
        <w:br/>
      </w:r>
      <w:r>
        <w:rPr>
          <w:sz w:val="20"/>
        </w:rPr>
        <w:t>13:02  aa jaye, jis ka zehan hota hai, bedaar ho jaye, bedaar ho jaye ke jo dikhai nahi deta,</w:t>
      </w:r>
      <w:r>
        <w:br/>
      </w:r>
      <w:r>
        <w:rPr>
          <w:sz w:val="20"/>
        </w:rPr>
        <w:t>13:09  us par hi soche woh.</w:t>
      </w:r>
      <w:r>
        <w:br/>
      </w:r>
      <w:r>
        <w:rPr>
          <w:sz w:val="20"/>
        </w:rPr>
        <w:t>13:15  tab ja kar aisa hoga ke woh maut ki haqeeqat ko samjhenge aur maut ke baad wali</w:t>
      </w:r>
      <w:r>
        <w:br/>
      </w:r>
      <w:r>
        <w:rPr>
          <w:sz w:val="20"/>
        </w:rPr>
        <w:t>13:21  jo zindagi hai, us ke lehaz se apni zindagi ki pehle planning karenge.</w:t>
      </w:r>
      <w:r>
        <w:br/>
      </w:r>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r>
        <w:br/>
      </w:r>
      <w:r>
        <w:rPr>
          <w:sz w:val="20"/>
        </w:rPr>
        <w:t>13:53  baat yeh hai ke is zindagi ko sab kuch subject rehte hain, woh to isi ko healthy banaye</w:t>
      </w:r>
      <w:r>
        <w:br/>
      </w:r>
      <w:r>
        <w:rPr>
          <w:sz w:val="20"/>
        </w:rPr>
        <w:t>13:59  rakhna, isi ki bimariyon ka ilaaj karte rehna, isi mein koi hadsa pesh aaya to hospital mein ja</w:t>
      </w:r>
      <w:r>
        <w:br/>
      </w:r>
      <w:r>
        <w:rPr>
          <w:sz w:val="20"/>
        </w:rPr>
        <w:t>14:06  kar theek karna.</w:t>
      </w:r>
      <w:r>
        <w:br/>
      </w:r>
      <w:r>
        <w:rPr>
          <w:sz w:val="20"/>
        </w:rPr>
        <w:t>14:12  to chounke isi zindagi ko hum chhaya rehte hain, dimagh par, kyunke beshtar log aap jante hain ke sochte nahi.</w:t>
      </w:r>
      <w:r>
        <w:br/>
      </w:r>
      <w:r>
        <w:rPr>
          <w:sz w:val="20"/>
        </w:rPr>
        <w:t>14:19  میں جو so-called developed countries ہیں، وہاں میں جب جاتا ہوں اور لوگوں سے پوچھتا ہوں تو</w:t>
      </w:r>
      <w:r>
        <w:br/>
      </w:r>
      <w:r>
        <w:rPr>
          <w:sz w:val="20"/>
        </w:rPr>
        <w:t>14:25  اس سارے profession کے کسی بات پر وہ کچھ کچھ کچھ share کرنے کی کوشش میں نہیں ہوتے۔</w:t>
      </w:r>
      <w:r>
        <w:br/>
      </w:r>
      <w:r>
        <w:rPr>
          <w:sz w:val="20"/>
        </w:rPr>
        <w:t>14:32  yeh bohat bara tajurba hua hai so called developed countries ka ke khoob paisa kama rahe hain, khoob</w:t>
      </w:r>
      <w:r>
        <w:br/>
      </w:r>
      <w:r>
        <w:rPr>
          <w:sz w:val="20"/>
        </w:rPr>
        <w:t>14:39  yaani achi zindagi guzar rahe hain, lekin kisi aur yaani is par guftagu ki jaye to kuch is</w:t>
      </w:r>
      <w:r>
        <w:br/>
      </w:r>
      <w:r>
        <w:rPr>
          <w:sz w:val="20"/>
        </w:rPr>
        <w:t>14:45  par share nahi kar paate.</w:t>
      </w:r>
      <w:r>
        <w:br/>
      </w:r>
      <w:r>
        <w:rPr>
          <w:sz w:val="20"/>
        </w:rPr>
        <w:t>14:52  woh profession ke bare mein bata payenge agar is se poochein aap to.</w:t>
      </w:r>
      <w:r>
        <w:br/>
      </w:r>
      <w:r>
        <w:rPr>
          <w:sz w:val="20"/>
        </w:rPr>
        <w:t>14:58  to yeh insaan ki jo kamzori jo hai ke woh atka rehta hai dekhne wali cheezon ko aur</w:t>
      </w:r>
      <w:r>
        <w:br/>
      </w:r>
      <w:r>
        <w:rPr>
          <w:sz w:val="20"/>
        </w:rPr>
        <w:t>15:05  idhar jo cheezein dekhein, dikhai nahi deti, woh sirf wahan par tawajjuh nahi nahi deta.</w:t>
      </w:r>
      <w:r>
        <w:br/>
      </w:r>
      <w:r>
        <w:rPr>
          <w:sz w:val="20"/>
        </w:rPr>
        <w:t>15:12  to sab se bari cheez yeh hai ke hamara mission, hamari zimmedari yeh hai ke hum logon</w:t>
      </w:r>
      <w:r>
        <w:br/>
      </w:r>
      <w:r>
        <w:rPr>
          <w:sz w:val="20"/>
        </w:rPr>
        <w:t>15:18  کے اندر intellectual awakening لائیں۔</w:t>
      </w:r>
      <w:r>
        <w:br/>
      </w:r>
      <w:r>
        <w:rPr>
          <w:sz w:val="20"/>
        </w:rPr>
        <w:t>15:25  یعنی ہم جو مشن چلا رہے ہیں، اس کی پہلی شرط یہ ہے کہ لوگوں کے اندر intellectual</w:t>
      </w:r>
      <w:r>
        <w:br/>
      </w:r>
      <w:r>
        <w:rPr>
          <w:sz w:val="20"/>
        </w:rPr>
        <w:t>15:31  awareness aa jaye, tabhi woh soch payenge, nahi to kuch nahi soch payenge.</w:t>
      </w:r>
      <w:r>
        <w:br/>
      </w:r>
      <w:r>
        <w:rPr>
          <w:sz w:val="20"/>
        </w:rPr>
        <w:t>15:38  تو first step ہے ہمارے مشن کا لوگوں کے اندر intellectual awakening لانا۔</w:t>
      </w:r>
      <w:r>
        <w:br/>
      </w:r>
      <w:r>
        <w:rPr>
          <w:sz w:val="20"/>
        </w:rPr>
        <w:t>15:45  Maulana, agla sawal Tamil Nadu se hai Maulana Iqbal Omri sahib ka. unhon ne likha hai: "Maulana, aaj mein jawan hoon, maut ko door dekh raha hoon. is ghaflat se mein kaise bachoon?" is ke bare mein batayein.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