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Gandhi</w:t>
      </w:r>
    </w:p>
    <w:p>
      <w:r>
        <w:rPr>
          <w:sz w:val="18"/>
        </w:rPr>
        <w:t>Q&amp;A, lecture moments and clips · full transcripts with timestamps · exported 2026-09-21</w:t>
      </w:r>
    </w:p>
    <w:p>
      <w:pPr>
        <w:pStyle w:val="Heading1"/>
      </w:pPr>
      <w:r>
        <w:t>Maulana was asked (1)</w:t>
      </w:r>
    </w:p>
    <w:p>
      <w:pPr>
        <w:pStyle w:val="Heading2"/>
      </w:pPr>
      <w:r>
        <w:t>Mission as revival of Gandhi's mission</w:t>
      </w:r>
    </w:p>
    <w:p>
      <w:r>
        <w:rPr>
          <w:color w:val="666666"/>
          <w:sz w:val="18"/>
        </w:rPr>
        <w:t>Politics and Nation Building May 19, 2013 · 2m 54s · at 54:24 · https://youtu.be/kmiMGq0Ki2Q?t=3264</w:t>
      </w:r>
    </w:p>
    <w:p>
      <w:r>
        <w:rPr>
          <w:i/>
        </w:rPr>
        <w:t>“In an interview in April 20, you have related your mission as a revival of Gandhi's mission. This creates confusion in masses. Kindly elaborate your viewpoint in light of your interview.”</w:t>
      </w:r>
    </w:p>
    <w:p>
      <w:r>
        <w:rPr>
          <w:sz w:val="20"/>
        </w:rPr>
        <w:t>54:24  yani result oriented aap ban jayein to bas sab kuch theek ho jayega Maulana agla sawal Kashmir se hai Muhammad Saleem Mir Sahab ka unhone likha hai in an interview in April 20 you have related your mission as a revival of Gandhi's mission this creates confusion in masses</w:t>
      </w:r>
      <w:r>
        <w:br/>
      </w:r>
      <w:r>
        <w:rPr>
          <w:sz w:val="20"/>
        </w:rPr>
        <w:t>54:51  kindly elaborate your viewpoint in light of your interview nahi nahi yeh galat hai aap ne kis context mein main ne kaha hai kya baat kahi hai usko lekar aap ne socha nahi</w:t>
      </w:r>
      <w:r>
        <w:br/>
      </w:r>
      <w:r>
        <w:rPr>
          <w:sz w:val="20"/>
        </w:rPr>
        <w:t>55:09  dekhiye India mein jo secular society hai India mein jo secular samaj hai India mein jo secular nizam hai uske lehaz se maine yeh baat kahi hai ke Mahatma Gandhi ka jo tareeqa tha woh tha non violent activism</w:t>
      </w:r>
      <w:r>
        <w:br/>
      </w:r>
      <w:r>
        <w:rPr>
          <w:sz w:val="20"/>
        </w:rPr>
        <w:t>55:30  non violent activism mein Mahatma Gandhi ka natija yeh bhi tha kisi se nafrat na karo nafrat ko bhi Gandhi violent samajhte the</w:t>
      </w:r>
      <w:r>
        <w:br/>
      </w:r>
      <w:r>
        <w:rPr>
          <w:sz w:val="20"/>
        </w:rPr>
        <w:t>55:40  to maine yeh baat kahi thi India ke context mein Islam ke context mein nahi</w:t>
      </w:r>
      <w:r>
        <w:br/>
      </w:r>
      <w:r>
        <w:rPr>
          <w:sz w:val="20"/>
        </w:rPr>
        <w:t>55:47  islam ke context mein nahi kaha tha main ne is india ke context ke india mein jo secular society hai jis ki majority hindu hai jahan secular log hukumat kar rahe hain aur jo gandhi ko mante hain to main ne kaha ke azadi se pehle jo gandhi ka usool tha usi ko aaj bhi raaij kijiye</w:t>
      </w:r>
      <w:r>
        <w:br/>
      </w:r>
      <w:r>
        <w:rPr>
          <w:sz w:val="20"/>
        </w:rPr>
        <w:t>56:11  pure maano mein aaimah nan al wailent activism yaad rakhiye mahatma gandhi ka jo nan wailent activism tha us mein sirf tashaddud hi nahi violence tha nafrat bhi violence thi heat bhi violence tha aur yeh jo tod phod karte hain log ke koi baat ho gayi to foran jalate phoonkte hain carain jala dete hain buildingen jala dete hain yeh sab gandhi ke nazariye ke khilaf tha</w:t>
      </w:r>
      <w:r>
        <w:br/>
      </w:r>
      <w:r>
        <w:rPr>
          <w:sz w:val="20"/>
        </w:rPr>
        <w:t>56:37  ap ko maloom hai ke gandhi jab tehreek chala rahe the apni</w:t>
      </w:r>
      <w:r>
        <w:br/>
      </w:r>
      <w:r>
        <w:rPr>
          <w:sz w:val="20"/>
        </w:rPr>
        <w:t>56:41  to un ke kuch volunteers jo hain bardoli mein thanay mein ghus gaye mahatma gandhi ke kuch volunteers</w:t>
      </w:r>
      <w:r>
        <w:br/>
      </w:r>
      <w:r>
        <w:rPr>
          <w:sz w:val="20"/>
        </w:rPr>
        <w:t>56:50  wahan aag aag laga di unhon ne to apni movement woh band kar di unhon ne</w:t>
      </w:r>
      <w:r>
        <w:br/>
      </w:r>
      <w:r>
        <w:rPr>
          <w:sz w:val="20"/>
        </w:rPr>
        <w:t>56:58  بند کر دی انہوں نے کہا کہ ہمارے ساتھی ابھی جانتے نہیں ہیں کہ peaceful activism کیسے</w:t>
      </w:r>
      <w:r>
        <w:br/>
      </w:r>
      <w:r>
        <w:rPr>
          <w:sz w:val="20"/>
        </w:rPr>
        <w:t>57:04  hoti hai thanay mein aag laga diya</w:t>
      </w:r>
      <w:r>
        <w:br/>
      </w:r>
      <w:r>
        <w:rPr>
          <w:sz w:val="20"/>
        </w:rPr>
        <w:t>57:08  to india ke context mein maine yeh baat kahi thi ke india mein zaroorat hai ke isi</w:t>
      </w:r>
      <w:r>
        <w:br/>
      </w:r>
      <w:r>
        <w:rPr>
          <w:sz w:val="20"/>
        </w:rPr>
        <w:t>57:13  ko revive kiya jaye phir se gandhi ke tareeqay ko uss ko ap islam ke context mein mat</w:t>
      </w:r>
    </w:p>
    <w:p>
      <w:pPr>
        <w:pStyle w:val="Heading1"/>
      </w:pPr>
      <w:r>
        <w:t>In the lectures (20)</w:t>
      </w:r>
    </w:p>
    <w:p>
      <w:pPr>
        <w:pStyle w:val="Heading2"/>
      </w:pPr>
      <w:r>
        <w:t>Maulana Wahiduddin Khan Conferred Mahatma Gandhi Seva Medal by Gandhi Global Family July 11, 2016</w:t>
      </w:r>
    </w:p>
    <w:p>
      <w:r>
        <w:rPr>
          <w:color w:val="666666"/>
          <w:sz w:val="18"/>
        </w:rPr>
        <w:t>0:34 · https://youtu.be/OdxrDosKWfU?t=34</w:t>
      </w:r>
    </w:p>
    <w:p>
      <w:r>
        <w:rPr>
          <w:i/>
        </w:rPr>
        <w:t>“धन्यवाद। ये यूएन इंडिया की कनेक्ट पिन है। हैं जी। अच्छा, अच्छा। बहुत अच्छा। ये मैगज़ीन है हमारी, यूएन की, जिसमें पहले। मुझे आज बड़ी खुशी हो रही है कि आज मैं मौलाना साहब के पास, यहाँ इनके दर्शन कर सका हूँ। हमारी एसोसिएशन जो है, वो बड़ी लंबी है। आज से 24 साल पहले, निर्मल देशपांडे ज”</w:t>
      </w:r>
    </w:p>
    <w:p>
      <w:pPr>
        <w:pStyle w:val="Heading2"/>
      </w:pPr>
      <w:r>
        <w:t>Maulana Wahiduddin Khan Conferred Mahatma Gandhi Seva Medal by Gandhi Global Family July 11, 2016</w:t>
      </w:r>
    </w:p>
    <w:p>
      <w:r>
        <w:rPr>
          <w:color w:val="666666"/>
          <w:sz w:val="18"/>
        </w:rPr>
        <w:t>7:44 · https://youtu.be/OdxrDosKWfU?t=464</w:t>
      </w:r>
    </w:p>
    <w:p>
      <w:r>
        <w:rPr>
          <w:i/>
        </w:rPr>
        <w:t>“बहुत-बहुत शुक्रिया। एसपी वर्मा जी से आज मिलकर, वो दिन याद आ गए जब हम दोनों एक साथ यहाँ से चित्रकूट गए थे। और निर्मल देशपांडे जी हमारी लीडर थीं। तो मुझे बहुत अच्छा लगा था, और उस-उसको सोचकर मुझे अभी भी प्रेरणा मिलती है। जहाँ तक मेरा मामला है, तो मैं एक ऐसे परिवार में जन्मा, यूपी के”</w:t>
      </w:r>
    </w:p>
    <w:p>
      <w:pPr>
        <w:pStyle w:val="Heading2"/>
      </w:pPr>
      <w:r>
        <w:t>B'nai B'birth International Programme October 20, 2015</w:t>
      </w:r>
    </w:p>
    <w:p>
      <w:r>
        <w:rPr>
          <w:color w:val="666666"/>
          <w:sz w:val="18"/>
        </w:rPr>
        <w:t>3:31 · https://youtu.be/1WtsK3mrkEQ?t=211</w:t>
      </w:r>
    </w:p>
    <w:p>
      <w:r>
        <w:rPr>
          <w:i/>
        </w:rPr>
        <w:t>“You would be happy to know that many people who have been engaged in violence, people with jihadi mentality, they have given up, you know, the arms and ammunition, and they've taken to the field of education. And this work has been recognized not only nationally but also internat”</w:t>
      </w:r>
    </w:p>
    <w:p>
      <w:pPr>
        <w:pStyle w:val="Heading2"/>
      </w:pPr>
      <w:r>
        <w:t>On World Religion Diversity not Dissension I March 9, 2013</w:t>
      </w:r>
    </w:p>
    <w:p>
      <w:r>
        <w:rPr>
          <w:color w:val="666666"/>
          <w:sz w:val="18"/>
        </w:rPr>
        <w:t>1:47:55 · https://youtu.be/TyMv28ALMHk?t=6475</w:t>
      </w:r>
    </w:p>
    <w:p>
      <w:r>
        <w:rPr>
          <w:i/>
        </w:rPr>
        <w:t>“Thank you. Some of the simpler and more practical things to do to build harmony among the religions is to begin working where we agree, to begin working on those things that don't require that you be a person of one faith or another, but to begin to tackle the issues that are of ”</w:t>
      </w:r>
    </w:p>
    <w:p>
      <w:pPr>
        <w:pStyle w:val="Heading2"/>
      </w:pPr>
      <w:r>
        <w:t>Understanding Islam, Peace and Jihad (English) | October 27, 2014 | Maulana Wahiduddin Khan</w:t>
      </w:r>
    </w:p>
    <w:p>
      <w:r>
        <w:rPr>
          <w:color w:val="666666"/>
          <w:sz w:val="18"/>
        </w:rPr>
        <w:t>3:41 · https://youtu.be/HfVTQpI4A2w?t=221</w:t>
      </w:r>
    </w:p>
    <w:p>
      <w:r>
        <w:rPr>
          <w:i/>
        </w:rPr>
        <w:t>“Indians, both Muslims and non-Muslims. He has also been awarded the title of Ambassador of Peace by the International Federation for World Peace, Korea. Some of other awards presented to him are the Padma Bhushan, the Rajiv Gandhi National Sadhbhavna Award, the National Integrate”</w:t>
      </w:r>
    </w:p>
    <w:p>
      <w:pPr>
        <w:pStyle w:val="Heading2"/>
      </w:pPr>
      <w:r>
        <w:t>Peace and Non-Violence in Islam | August 11, 2007</w:t>
      </w:r>
    </w:p>
    <w:p>
      <w:r>
        <w:rPr>
          <w:color w:val="666666"/>
          <w:sz w:val="18"/>
        </w:rPr>
        <w:t>28:47 · https://youtu.be/wUS1pJ-A3dw?t=1727</w:t>
      </w:r>
    </w:p>
    <w:p>
      <w:r>
        <w:rPr>
          <w:i/>
        </w:rPr>
        <w:t>“gave a demonstration of the effectiveness of the peaceful method in India. I think the Gandhi was a demonstration. Gandhi opted for the nonviolent method, for the peaceful method, and he was successful. So it was like a demonstration that even in the present age,”</w:t>
      </w:r>
    </w:p>
    <w:p>
      <w:pPr>
        <w:pStyle w:val="Heading2"/>
      </w:pPr>
      <w:r>
        <w:t>Peace and Non-Violence in Islam | August 11, 2007</w:t>
      </w:r>
    </w:p>
    <w:p>
      <w:r>
        <w:rPr>
          <w:color w:val="666666"/>
          <w:sz w:val="18"/>
        </w:rPr>
        <w:t>29:17 · https://youtu.be/wUS1pJ-A3dw?t=1757</w:t>
      </w:r>
    </w:p>
    <w:p>
      <w:r>
        <w:rPr>
          <w:i/>
        </w:rPr>
        <w:t>“the peaceful method is far more effective than the violent method. So Gandhi was a demonstration by God to open the eyes of Muslims. Here you can see that the peaceful method was far more effective than the violent method. Our freedom struggle started in 1857. Our freedom struggl”</w:t>
      </w:r>
    </w:p>
    <w:p>
      <w:pPr>
        <w:pStyle w:val="Heading2"/>
      </w:pPr>
      <w:r>
        <w:t>Peace and Non-Violence in Islam | August 11, 2007</w:t>
      </w:r>
    </w:p>
    <w:p>
      <w:r>
        <w:rPr>
          <w:color w:val="666666"/>
          <w:sz w:val="18"/>
        </w:rPr>
        <w:t>29:48 · https://youtu.be/wUS1pJ-A3dw?t=1788</w:t>
      </w:r>
    </w:p>
    <w:p>
      <w:r>
        <w:rPr>
          <w:i/>
        </w:rPr>
        <w:t>“started in 1857. And it was a failure, a complete failure, that Gandhi came, and he became the leader of the freedom struggle in 1919. And he opted for the nonviolent method, and he was a success, a complete success.”</w:t>
      </w:r>
    </w:p>
    <w:p>
      <w:pPr>
        <w:pStyle w:val="Heading2"/>
      </w:pPr>
      <w:r>
        <w:t>Peace and Non-Violence in Islam | August 11, 2007</w:t>
      </w:r>
    </w:p>
    <w:p>
      <w:r>
        <w:rPr>
          <w:color w:val="666666"/>
          <w:sz w:val="18"/>
        </w:rPr>
        <w:t>30:18 · https://youtu.be/wUS1pJ-A3dw?t=1818</w:t>
      </w:r>
    </w:p>
    <w:p>
      <w:r>
        <w:rPr>
          <w:i/>
        </w:rPr>
        <w:t>“So this is a demonstration. We may take a lesson from Gandhian experience. This is a very interesting story. When Gandhi declared that we will follow the peaceful method or the nonviolent method or Ahimsa, so it is said that some British officer”</w:t>
      </w:r>
    </w:p>
    <w:p>
      <w:pPr>
        <w:pStyle w:val="Heading2"/>
      </w:pPr>
      <w:r>
        <w:t>Peace and Non-Violence in Islam | August 11, 2007</w:t>
      </w:r>
    </w:p>
    <w:p>
      <w:r>
        <w:rPr>
          <w:color w:val="666666"/>
          <w:sz w:val="18"/>
        </w:rPr>
        <w:t>31:18 · https://youtu.be/wUS1pJ-A3dw?t=1878</w:t>
      </w:r>
    </w:p>
    <w:p>
      <w:r>
        <w:rPr>
          <w:i/>
        </w:rPr>
        <w:t>“although he has a gun and bomb. At that time, the British were having guns and bombs. In terms of arms, they were very, very strong. In terms of arms, the British militants were very, very strong. But they failed. And Gandhi was successful. So I think that Muslims must opt for”</w:t>
      </w:r>
    </w:p>
    <w:p>
      <w:pPr>
        <w:pStyle w:val="Heading2"/>
      </w:pPr>
      <w:r>
        <w:t>Peace and Interfaith Harmony | July 16, 2017 | Maulana Wahiduddin Khan</w:t>
      </w:r>
    </w:p>
    <w:p>
      <w:r>
        <w:rPr>
          <w:color w:val="666666"/>
          <w:sz w:val="18"/>
        </w:rPr>
        <w:t>2:16 · https://youtu.be/XLH-VYfueK4?t=136</w:t>
      </w:r>
    </w:p>
    <w:p>
      <w:r>
        <w:rPr>
          <w:i/>
        </w:rPr>
        <w:t>“. So, every religion provided it follows a peaceful method can carry on its mission without any difficulty. You know, Mahatma Gandhi is well known on this subject. I can say that Mahatma”</w:t>
      </w:r>
    </w:p>
    <w:p>
      <w:pPr>
        <w:pStyle w:val="Heading2"/>
      </w:pPr>
      <w:r>
        <w:t>Peace and Interfaith Harmony | July 16, 2017 | Maulana Wahiduddin Khan</w:t>
      </w:r>
    </w:p>
    <w:p>
      <w:r>
        <w:rPr>
          <w:color w:val="666666"/>
          <w:sz w:val="18"/>
        </w:rPr>
        <w:t>2:46 · https://youtu.be/XLH-VYfueK4?t=166</w:t>
      </w:r>
    </w:p>
    <w:p>
      <w:r>
        <w:rPr>
          <w:i/>
        </w:rPr>
        <w:t>“Gandhi is a symbol of peace, symbol of Indian tradition. You know, Mahatma Gandhi was born in the 20th century. At that time, there were so many problems against Indian nations. He started his mission of freedom in that”</w:t>
      </w:r>
    </w:p>
    <w:p>
      <w:pPr>
        <w:pStyle w:val="Heading2"/>
      </w:pPr>
      <w:r>
        <w:t>Peace and Interfaith Harmony | July 16, 2017 | Maulana Wahiduddin Khan</w:t>
      </w:r>
    </w:p>
    <w:p>
      <w:r>
        <w:rPr>
          <w:color w:val="666666"/>
          <w:sz w:val="18"/>
        </w:rPr>
        <w:t>3:17 · https://youtu.be/XLH-VYfueK4?t=197</w:t>
      </w:r>
    </w:p>
    <w:p>
      <w:r>
        <w:rPr>
          <w:i/>
        </w:rPr>
        <w:t>“situation. But it is very, very unique that Mahatma Gandhi decided to opt for peaceful activism, no violence at all. So, this is the Indian tradition, and Islam is also following the same tradition according to the teachings of the Quran”</w:t>
      </w:r>
    </w:p>
    <w:p>
      <w:pPr>
        <w:pStyle w:val="Heading2"/>
      </w:pPr>
      <w:r>
        <w:t>From Anger to Awareness A Journey with Maulana Wahiduddin Khan</w:t>
      </w:r>
    </w:p>
    <w:p>
      <w:r>
        <w:rPr>
          <w:color w:val="666666"/>
          <w:sz w:val="18"/>
        </w:rPr>
        <w:t>4:10 · https://youtu.be/EmHNgq0Iq1w?t=250</w:t>
      </w:r>
    </w:p>
    <w:p>
      <w:r>
        <w:rPr>
          <w:i/>
        </w:rPr>
        <w:t>“he was awarded many national and international awards. Uh, in India, he got, uh, the top awards like Padma Bhushan, Padma Vibhushan, uh, Rajiv Gandhi Sadhbhavna Award, National Citizen Award, Communal Harmony Award, and many others.”</w:t>
      </w:r>
    </w:p>
    <w:p>
      <w:pPr>
        <w:pStyle w:val="Heading2"/>
      </w:pPr>
      <w:r>
        <w:t>Quran A Book of Universal Guidance May 31, 2009</w:t>
      </w:r>
    </w:p>
    <w:p>
      <w:r>
        <w:rPr>
          <w:color w:val="666666"/>
          <w:sz w:val="18"/>
        </w:rPr>
        <w:t>1:24:48 · https://youtu.be/Q2_96C_3Zd8?t=5088</w:t>
      </w:r>
    </w:p>
    <w:p>
      <w:r>
        <w:rPr>
          <w:i/>
        </w:rPr>
        <w:t>“I was moved to tears when their leader, Mr. IS Gandhi, took the pamphlets from my hand and distributed them to all the members himself.”</w:t>
      </w:r>
    </w:p>
    <w:p>
      <w:pPr>
        <w:pStyle w:val="Heading2"/>
      </w:pPr>
      <w:r>
        <w:t>Islma A Religion of Peace (English) January 7, 2010</w:t>
      </w:r>
    </w:p>
    <w:p>
      <w:r>
        <w:rPr>
          <w:color w:val="666666"/>
          <w:sz w:val="18"/>
        </w:rPr>
        <w:t>49:13 · https://youtu.be/YKg_GJj8Hvg?t=2953</w:t>
      </w:r>
    </w:p>
    <w:p>
      <w:r>
        <w:rPr>
          <w:i/>
        </w:rPr>
        <w:t>“Did I—was I clear? I would say that the ideology of Mahaatma Gandhi was not repeated, neither in this country, nor in any other country.”</w:t>
      </w:r>
    </w:p>
    <w:p>
      <w:pPr>
        <w:pStyle w:val="Heading2"/>
      </w:pPr>
      <w:r>
        <w:t>Islma A Religion of Peace (English) January 7, 2010</w:t>
      </w:r>
    </w:p>
    <w:p>
      <w:r>
        <w:rPr>
          <w:color w:val="666666"/>
          <w:sz w:val="18"/>
        </w:rPr>
        <w:t>1:00:22 · https://youtu.be/YKg_GJj8Hvg?t=3622</w:t>
      </w:r>
    </w:p>
    <w:p>
      <w:r>
        <w:rPr>
          <w:i/>
        </w:rPr>
        <w:t>“Molana, I am Khalid Ansari. My question is an extension to Mr. Arun Gandhi's question, which probably some part of that remained unanswered.”</w:t>
      </w:r>
    </w:p>
    <w:p>
      <w:pPr>
        <w:pStyle w:val="Heading2"/>
      </w:pPr>
      <w:r>
        <w:t>Islma A Religion of Peace (English) January 7, 2010</w:t>
      </w:r>
    </w:p>
    <w:p>
      <w:r>
        <w:rPr>
          <w:color w:val="666666"/>
          <w:sz w:val="18"/>
        </w:rPr>
        <w:t>1:03:29 · https://youtu.be/YKg_GJj8Hvg?t=3809</w:t>
      </w:r>
    </w:p>
    <w:p>
      <w:r>
        <w:rPr>
          <w:i/>
        </w:rPr>
        <w:t>“So would that mean that I am Tushar Gandhi, I am Arun Gandhi's son? Would that mean that you are saying that a true believer in Islam would take the violence of the opponent and yet remain non-violent and fight for justice, or at one point of time, the believer would be justified”</w:t>
      </w:r>
    </w:p>
    <w:p>
      <w:pPr>
        <w:pStyle w:val="Heading2"/>
      </w:pPr>
      <w:r>
        <w:t>Islma A Religion of Peace (English) January 7, 2010</w:t>
      </w:r>
    </w:p>
    <w:p>
      <w:r>
        <w:rPr>
          <w:color w:val="666666"/>
          <w:sz w:val="18"/>
        </w:rPr>
        <w:t>1:05:06 · https://youtu.be/YKg_GJj8Hvg?t=3906</w:t>
      </w:r>
    </w:p>
    <w:p>
      <w:r>
        <w:rPr>
          <w:i/>
        </w:rPr>
        <w:t>“They must adopt peaceful activism. Prophet of Islam also adopted peaceful activism. Mahatma Gandhi adopted peaceful activism.”</w:t>
      </w:r>
    </w:p>
    <w:p>
      <w:pPr>
        <w:pStyle w:val="Heading2"/>
      </w:pPr>
      <w:r>
        <w:t>B'nai B'rith International Programme October 20, 2015</w:t>
      </w:r>
    </w:p>
    <w:p>
      <w:r>
        <w:rPr>
          <w:color w:val="666666"/>
          <w:sz w:val="18"/>
        </w:rPr>
        <w:t>3:58 · https://youtu.be/3iuM_AF6RLM?t=238</w:t>
      </w:r>
    </w:p>
    <w:p>
      <w:r>
        <w:rPr>
          <w:i/>
        </w:rPr>
        <w:t>“ia. And, uh, several other awards, like the National Citizen Award given by Mother Teresa, the Rajiv Gandhi Samadhi Award, the Communal Harmony Award, and, uh, two recently awards, one which he got in Abu Dhabi, Sayyidna Imam Al-Hasan Ibn Ali Award, uh, for fostering peace.”</w:t>
      </w:r>
    </w:p>
    <w:p>
      <w:pPr>
        <w:pStyle w:val="Heading1"/>
      </w:pPr>
      <w:r>
        <w:t>Clips (60)</w:t>
      </w:r>
    </w:p>
    <w:p>
      <w:pPr>
        <w:pStyle w:val="Heading2"/>
      </w:pPr>
      <w:r>
        <w:t>Gandhi's nonviolent success</w:t>
      </w:r>
    </w:p>
    <w:p>
      <w:r>
        <w:rPr>
          <w:color w:val="666666"/>
          <w:sz w:val="18"/>
        </w:rPr>
        <w:t>Peace and Non-Violence in Islam | August 11, 2007 · 30s · at 28:47 · https://youtu.be/wUS1pJ-A3dw?t=1727</w:t>
      </w:r>
    </w:p>
    <w:p>
      <w:r>
        <w:rPr>
          <w:i/>
        </w:rPr>
        <w:t>“Gandhi opted for nonviolent method”</w:t>
      </w:r>
    </w:p>
    <w:p>
      <w:r>
        <w:rPr>
          <w:sz w:val="20"/>
        </w:rPr>
        <w:t>28:47  gave a demonstration of the effectiveness of the peaceful method in India.</w:t>
      </w:r>
      <w:r>
        <w:br/>
      </w:r>
      <w:r>
        <w:rPr>
          <w:sz w:val="20"/>
        </w:rPr>
        <w:t>28:54  I think the Gandhi was a demonstration.</w:t>
      </w:r>
      <w:r>
        <w:br/>
      </w:r>
      <w:r>
        <w:rPr>
          <w:sz w:val="20"/>
        </w:rPr>
        <w:t>29:02  Gandhi opted for the nonviolent method, for the peaceful method, and he was successful.</w:t>
      </w:r>
      <w:r>
        <w:br/>
      </w:r>
      <w:r>
        <w:rPr>
          <w:sz w:val="20"/>
        </w:rPr>
        <w:t>29:10  So it was like a demonstration that even in the present age,</w:t>
      </w:r>
    </w:p>
    <w:p>
      <w:pPr>
        <w:pStyle w:val="Heading2"/>
      </w:pPr>
      <w:r>
        <w:t>Gandhi's nonviolent success story</w:t>
      </w:r>
    </w:p>
    <w:p>
      <w:r>
        <w:rPr>
          <w:color w:val="666666"/>
          <w:sz w:val="18"/>
        </w:rPr>
        <w:t>Peace and Non-Violence in Islam | August 11, 2007 · 1m 31s · at 28:47 · https://youtu.be/wUS1pJ-A3dw?t=1727</w:t>
      </w:r>
    </w:p>
    <w:p>
      <w:r>
        <w:rPr>
          <w:i/>
        </w:rPr>
        <w:t>“Gandhi opted for nonviolent method”</w:t>
      </w:r>
    </w:p>
    <w:p>
      <w:r>
        <w:rPr>
          <w:sz w:val="20"/>
        </w:rPr>
        <w:t>28:47  gave a demonstration of the effectiveness of the peaceful method in India.</w:t>
      </w:r>
      <w:r>
        <w:br/>
      </w:r>
      <w:r>
        <w:rPr>
          <w:sz w:val="20"/>
        </w:rPr>
        <w:t>28:54  I think the Gandhi was a demonstration.</w:t>
      </w:r>
      <w:r>
        <w:br/>
      </w:r>
      <w:r>
        <w:rPr>
          <w:sz w:val="20"/>
        </w:rPr>
        <w:t>29:02  Gandhi opted for the nonviolent method, for the peaceful method, and he was successful.</w:t>
      </w:r>
      <w:r>
        <w:br/>
      </w:r>
      <w:r>
        <w:rPr>
          <w:sz w:val="20"/>
        </w:rPr>
        <w:t>29:10  So it was like a demonstration that even in the present age,</w:t>
      </w:r>
      <w:r>
        <w:br/>
      </w:r>
      <w:r>
        <w:rPr>
          <w:sz w:val="20"/>
        </w:rPr>
        <w:t>29:17  the peaceful method is far more effective than the violent method.</w:t>
      </w:r>
      <w:r>
        <w:br/>
      </w:r>
      <w:r>
        <w:rPr>
          <w:sz w:val="20"/>
        </w:rPr>
        <w:t>29:23  So Gandhi was a demonstration by God to open the eyes of Muslims.</w:t>
      </w:r>
      <w:r>
        <w:br/>
      </w:r>
      <w:r>
        <w:rPr>
          <w:sz w:val="20"/>
        </w:rPr>
        <w:t>29:29  Here you can see that the peaceful method was far more effective than the violent method.</w:t>
      </w:r>
      <w:r>
        <w:br/>
      </w:r>
      <w:r>
        <w:rPr>
          <w:sz w:val="20"/>
        </w:rPr>
        <w:t>29:35  Our freedom struggle started in 1857.</w:t>
      </w:r>
      <w:r>
        <w:br/>
      </w:r>
      <w:r>
        <w:rPr>
          <w:sz w:val="20"/>
        </w:rPr>
        <w:t>29:41  Our freedom struggle</w:t>
      </w:r>
      <w:r>
        <w:br/>
      </w:r>
      <w:r>
        <w:rPr>
          <w:sz w:val="20"/>
        </w:rPr>
        <w:t>29:48  started in 1857.</w:t>
      </w:r>
      <w:r>
        <w:br/>
      </w:r>
      <w:r>
        <w:rPr>
          <w:sz w:val="20"/>
        </w:rPr>
        <w:t>29:55  And it was a failure, a complete failure, that Gandhi came, and he became the leader of the</w:t>
      </w:r>
      <w:r>
        <w:br/>
      </w:r>
      <w:r>
        <w:rPr>
          <w:sz w:val="20"/>
        </w:rPr>
        <w:t>30:03  freedom struggle in 1919.</w:t>
      </w:r>
      <w:r>
        <w:br/>
      </w:r>
      <w:r>
        <w:rPr>
          <w:sz w:val="20"/>
        </w:rPr>
        <w:t>30:10  And he opted for the nonviolent method, and he was a success, a complete success.</w:t>
      </w:r>
    </w:p>
    <w:p>
      <w:pPr>
        <w:pStyle w:val="Heading2"/>
      </w:pPr>
      <w:r>
        <w:t>Gandhi and nonpolitical empire</w:t>
      </w:r>
    </w:p>
    <w:p>
      <w:r>
        <w:rPr>
          <w:color w:val="666666"/>
          <w:sz w:val="18"/>
        </w:rPr>
        <w:t>Peace and Non-Violence in Islam | August 11, 2007 · 4m 33s · at 28:47 · https://youtu.be/wUS1pJ-A3dw?t=1727</w:t>
      </w:r>
    </w:p>
    <w:p>
      <w:r>
        <w:rPr>
          <w:i/>
        </w:rPr>
        <w:t>“Gandhi opted for nonviolent method”</w:t>
      </w:r>
    </w:p>
    <w:p>
      <w:r>
        <w:rPr>
          <w:sz w:val="20"/>
        </w:rPr>
        <w:t>28:47  gave a demonstration of the effectiveness of the peaceful method in India.</w:t>
      </w:r>
      <w:r>
        <w:br/>
      </w:r>
      <w:r>
        <w:rPr>
          <w:sz w:val="20"/>
        </w:rPr>
        <w:t>28:54  I think the Gandhi was a demonstration.</w:t>
      </w:r>
      <w:r>
        <w:br/>
      </w:r>
      <w:r>
        <w:rPr>
          <w:sz w:val="20"/>
        </w:rPr>
        <w:t>29:02  Gandhi opted for the nonviolent method, for the peaceful method, and he was successful.</w:t>
      </w:r>
      <w:r>
        <w:br/>
      </w:r>
      <w:r>
        <w:rPr>
          <w:sz w:val="20"/>
        </w:rPr>
        <w:t>29:10  So it was like a demonstration that even in the present age,</w:t>
      </w:r>
      <w:r>
        <w:br/>
      </w:r>
      <w:r>
        <w:rPr>
          <w:sz w:val="20"/>
        </w:rPr>
        <w:t>29:17  the peaceful method is far more effective than the violent method.</w:t>
      </w:r>
      <w:r>
        <w:br/>
      </w:r>
      <w:r>
        <w:rPr>
          <w:sz w:val="20"/>
        </w:rPr>
        <w:t>29:23  So Gandhi was a demonstration by God to open the eyes of Muslims.</w:t>
      </w:r>
      <w:r>
        <w:br/>
      </w:r>
      <w:r>
        <w:rPr>
          <w:sz w:val="20"/>
        </w:rPr>
        <w:t>29:29  Here you can see that the peaceful method was far more effective than the violent method.</w:t>
      </w:r>
      <w:r>
        <w:br/>
      </w:r>
      <w:r>
        <w:rPr>
          <w:sz w:val="20"/>
        </w:rPr>
        <w:t>29:35  Our freedom struggle started in 1857.</w:t>
      </w:r>
      <w:r>
        <w:br/>
      </w:r>
      <w:r>
        <w:rPr>
          <w:sz w:val="20"/>
        </w:rPr>
        <w:t>29:41  Our freedom struggle</w:t>
      </w:r>
      <w:r>
        <w:br/>
      </w:r>
      <w:r>
        <w:rPr>
          <w:sz w:val="20"/>
        </w:rPr>
        <w:t>29:48  started in 1857.</w:t>
      </w:r>
      <w:r>
        <w:br/>
      </w:r>
      <w:r>
        <w:rPr>
          <w:sz w:val="20"/>
        </w:rPr>
        <w:t>29:55  And it was a failure, a complete failure, that Gandhi came, and he became the leader of the</w:t>
      </w:r>
      <w:r>
        <w:br/>
      </w:r>
      <w:r>
        <w:rPr>
          <w:sz w:val="20"/>
        </w:rPr>
        <w:t>30:03  freedom struggle in 1919.</w:t>
      </w:r>
      <w:r>
        <w:br/>
      </w:r>
      <w:r>
        <w:rPr>
          <w:sz w:val="20"/>
        </w:rPr>
        <w:t>30:10  And he opted for the nonviolent method, and he was a success, a complete success.</w:t>
      </w:r>
      <w:r>
        <w:br/>
      </w:r>
      <w:r>
        <w:rPr>
          <w:sz w:val="20"/>
        </w:rPr>
        <w:t>30:18  So this is a demonstration.</w:t>
      </w:r>
      <w:r>
        <w:br/>
      </w:r>
      <w:r>
        <w:rPr>
          <w:sz w:val="20"/>
        </w:rPr>
        <w:t>30:24  We may take a lesson from Gandhian experience.</w:t>
      </w:r>
      <w:r>
        <w:br/>
      </w:r>
      <w:r>
        <w:rPr>
          <w:sz w:val="20"/>
        </w:rPr>
        <w:t>30:30  This is a very interesting story.</w:t>
      </w:r>
      <w:r>
        <w:br/>
      </w:r>
      <w:r>
        <w:rPr>
          <w:sz w:val="20"/>
        </w:rPr>
        <w:t>30:36  When Gandhi declared that we will follow the peaceful method or the nonviolent method or Ahimsa, so it</w:t>
      </w:r>
      <w:r>
        <w:br/>
      </w:r>
      <w:r>
        <w:rPr>
          <w:sz w:val="20"/>
        </w:rPr>
        <w:t>30:42  is said that some British officer</w:t>
      </w:r>
      <w:r>
        <w:br/>
      </w:r>
      <w:r>
        <w:rPr>
          <w:sz w:val="20"/>
        </w:rPr>
        <w:t>30:48  was bewildered what to do.</w:t>
      </w:r>
      <w:r>
        <w:br/>
      </w:r>
      <w:r>
        <w:rPr>
          <w:sz w:val="20"/>
        </w:rPr>
        <w:t>30:56  So he sent a telegram to his secretariat.</w:t>
      </w:r>
      <w:r>
        <w:br/>
      </w:r>
      <w:r>
        <w:rPr>
          <w:sz w:val="20"/>
        </w:rPr>
        <w:t>31:03  In this telegram, he said that, "Kindly write instructions on how to kill a tiger nonviolently." It means</w:t>
      </w:r>
      <w:r>
        <w:br/>
      </w:r>
      <w:r>
        <w:rPr>
          <w:sz w:val="20"/>
        </w:rPr>
        <w:t>31:11  that the peaceful method is so effective that you can overpower the other party</w:t>
      </w:r>
      <w:r>
        <w:br/>
      </w:r>
      <w:r>
        <w:rPr>
          <w:sz w:val="20"/>
        </w:rPr>
        <w:t>31:18  although he has a gun and bomb. At that time, the British were having guns and bombs. In terms of arms, they were very, very strong. In terms of arms, the British militants were very, very strong. But they failed. And Gandhi was successful. So I think that Muslims must opt for</w:t>
      </w:r>
      <w:r>
        <w:br/>
      </w:r>
      <w:r>
        <w:rPr>
          <w:sz w:val="20"/>
        </w:rPr>
        <w:t>31:48  the peaceful method.</w:t>
      </w:r>
      <w:r>
        <w:br/>
      </w:r>
      <w:r>
        <w:rPr>
          <w:sz w:val="20"/>
        </w:rPr>
        <w:t>31:56  There is no other option.</w:t>
      </w:r>
      <w:r>
        <w:br/>
      </w:r>
      <w:r>
        <w:rPr>
          <w:sz w:val="20"/>
        </w:rPr>
        <w:t>32:04  Generally, people don't know the changes, don't know the present world, although there is a hadith that, "An</w:t>
      </w:r>
      <w:r>
        <w:br/>
      </w:r>
      <w:r>
        <w:rPr>
          <w:sz w:val="20"/>
        </w:rPr>
        <w:t>32:12  yakuna basiram be zamanihi." A Mumin is one who knows the situation of his</w:t>
      </w:r>
      <w:r>
        <w:br/>
      </w:r>
      <w:r>
        <w:rPr>
          <w:sz w:val="20"/>
        </w:rPr>
        <w:t>32:20  time.</w:t>
      </w:r>
      <w:r>
        <w:br/>
      </w:r>
      <w:r>
        <w:rPr>
          <w:sz w:val="20"/>
        </w:rPr>
        <w:t>32:27  So I can say that we are living in an age that is completely a different age.</w:t>
      </w:r>
      <w:r>
        <w:br/>
      </w:r>
      <w:r>
        <w:rPr>
          <w:sz w:val="20"/>
        </w:rPr>
        <w:t>32:35  The scientific revolution, the industrial revolution has changed everything, everything, everything, everything.</w:t>
      </w:r>
      <w:r>
        <w:br/>
      </w:r>
      <w:r>
        <w:rPr>
          <w:sz w:val="20"/>
        </w:rPr>
        <w:t>32:42  Now, for example, during kingship, everything was in the hands</w:t>
      </w:r>
      <w:r>
        <w:br/>
      </w:r>
      <w:r>
        <w:rPr>
          <w:sz w:val="20"/>
        </w:rPr>
        <w:t>32:50  of the political ruler, the political ruler. The king was the master of all things. At that time, that was an agricultural period, and everything was in the hands of the king. But now, everything is now decentralized. Now there is no king. At present</w:t>
      </w:r>
    </w:p>
    <w:p>
      <w:pPr>
        <w:pStyle w:val="Heading2"/>
      </w:pPr>
      <w:r>
        <w:t>Full biography: Maulana's life, books, and awards</w:t>
      </w:r>
    </w:p>
    <w:p>
      <w:r>
        <w:rPr>
          <w:color w:val="666666"/>
          <w:sz w:val="18"/>
        </w:rPr>
        <w:t>From Anger to Awareness A Journey with Maulana Wahiduddin Khan · 3m 25s · at 2:00 · https://youtu.be/EmHNgq0Iq1w?t=120</w:t>
      </w:r>
    </w:p>
    <w:p>
      <w:r>
        <w:rPr>
          <w:i/>
        </w:rPr>
        <w:t>“We'd like to start with the very basics about Maulana.”</w:t>
      </w:r>
    </w:p>
    <w:p>
      <w:r>
        <w:rPr>
          <w:sz w:val="20"/>
        </w:rPr>
        <w:t>2:00  So welcome, Dr. Rajat Malhotra. How are you? Good, uh, thank you. Thank you, Vikrant, for having me in the CPS, uh, studio tod</w:t>
      </w:r>
      <w:r>
        <w:br/>
      </w:r>
      <w:r>
        <w:rPr>
          <w:sz w:val="20"/>
        </w:rPr>
        <w:t>2:07  ay. So Dr. Rajat, we would like to start with the very basics about CPS International and Maulana Wahiduddin Khan.</w:t>
      </w:r>
      <w:r>
        <w:br/>
      </w:r>
      <w:r>
        <w:rPr>
          <w:sz w:val="20"/>
        </w:rPr>
        <w:t>2:15  Yeah, sure. You know, Maulana Wahiduddin Khan was an extra- extraordinary man, way ahead of his time. Uh, there are moments, uh, in life when you meet someone, uh, who changes the direction of your life, and their words, uh, not just inform you but transform you.</w:t>
      </w:r>
      <w:r>
        <w:br/>
      </w:r>
      <w:r>
        <w:rPr>
          <w:sz w:val="20"/>
        </w:rPr>
        <w:t>2:34  Uh,</w:t>
      </w:r>
      <w:r>
        <w:br/>
      </w:r>
      <w:r>
        <w:rPr>
          <w:sz w:val="20"/>
        </w:rPr>
        <w:t>2:35  Maulana Wahiduddin Khan was, uh, such a voice, a scholar, a thinker, and a global ambassador of, uh, peace. He would say that, uh, violence, uh, anger, confrontation, uh, these are, uh, tools of human failure, of human spirit, and positive thinking, uh, dialogue, spirituality--they are the tools of, uh, change.</w:t>
      </w:r>
      <w:r>
        <w:br/>
      </w:r>
      <w:r>
        <w:rPr>
          <w:sz w:val="20"/>
        </w:rPr>
        <w:t>2:58  But perhaps one of his greatest achievements was he helped create, uh, a new mindset, a mindset, uh, that rejects extremism, uh, breaks the cycle of, uh, reaction, and replaces anger with, uh, compassion, and inculcates love of God.</w:t>
      </w:r>
      <w:r>
        <w:br/>
      </w:r>
      <w:r>
        <w:rPr>
          <w:sz w:val="20"/>
        </w:rPr>
        <w:t>3:14  He taught that, uh, the biggest jihad is not against others but against one's own negativity.</w:t>
      </w:r>
      <w:r>
        <w:br/>
      </w:r>
      <w:r>
        <w:rPr>
          <w:sz w:val="20"/>
        </w:rPr>
        <w:t>3:22  Through more than 200 of his, uh, books, uh, from "God Arises" to "Prophet of Peace" to "Spirit of Islam" and "Quran Commentary," he reintroduced Islam as a religion of, uh, compassion, reason, and spirituality.</w:t>
      </w:r>
      <w:r>
        <w:br/>
      </w:r>
      <w:r>
        <w:rPr>
          <w:sz w:val="20"/>
        </w:rPr>
        <w:t>3:40  And, uh, he did not just stop</w:t>
      </w:r>
      <w:r>
        <w:br/>
      </w:r>
      <w:r>
        <w:rPr>
          <w:sz w:val="20"/>
        </w:rPr>
        <w:t>3:42  at theory. At the age of 75 years, he founded the Center for Peace and Spirituality International, uh, a kind of a movement that, uh, spread from India to far corners of the world, encouraging, uh, uh, positive thinking, interfaith dialogue, building bridges between communities, and, uh, welcoming people, uh, irrespective of faith, to discover God through reflection and gratitude.</w:t>
      </w:r>
      <w:r>
        <w:br/>
      </w:r>
      <w:r>
        <w:rPr>
          <w:sz w:val="20"/>
        </w:rPr>
        <w:t>4:09  Um,</w:t>
      </w:r>
      <w:r>
        <w:br/>
      </w:r>
      <w:r>
        <w:rPr>
          <w:sz w:val="20"/>
        </w:rPr>
        <w:t>4:10  he was awarded many national and international awards. Uh, in India, he got, uh, the top awards like Padma Bhushan, Padma Vibhushan, uh, Rajiv Gandhi Sadhbhavna Award, National Citizen Award, Communal Harmony Award, and many others.</w:t>
      </w:r>
      <w:r>
        <w:br/>
      </w:r>
      <w:r>
        <w:rPr>
          <w:sz w:val="20"/>
        </w:rPr>
        <w:t>4:24  And internationally, he was given the Peace Demagogues International Award, which was given by the Nuclear Disarmament Forum, along with Vladimir Putin of Russia, Archbishop Desmond Tutu, and Princes of Yugoslav</w:t>
      </w:r>
      <w:r>
        <w:br/>
      </w:r>
      <w:r>
        <w:rPr>
          <w:sz w:val="20"/>
        </w:rPr>
        <w:t>4:36  ia. He also, um, uh, was honored with the Lifetime Achievement Award, um, in Canada by ISNA, and the Muslim Forum gave him an award in Abu Dhabi.</w:t>
      </w:r>
      <w:r>
        <w:br/>
      </w:r>
      <w:r>
        <w:rPr>
          <w:sz w:val="20"/>
        </w:rPr>
        <w:t>4:47  Uh, so his journey, uh, carried on, and he never, uh, sort of, uh, uh, focused on the awards, but his work was recognized.</w:t>
      </w:r>
      <w:r>
        <w:br/>
      </w:r>
      <w:r>
        <w:rPr>
          <w:sz w:val="20"/>
        </w:rPr>
        <w:t>4:58  Today, uh, I would say a world divided, uh, needs bridg</w:t>
      </w:r>
      <w:r>
        <w:br/>
      </w:r>
      <w:r>
        <w:rPr>
          <w:sz w:val="20"/>
        </w:rPr>
        <w:t>5:02  es, a world angry needs compassion, and a world restless needs, uh, spirituality, and a world confused, uh, needs clarity.</w:t>
      </w:r>
      <w:r>
        <w:br/>
      </w:r>
      <w:r>
        <w:rPr>
          <w:sz w:val="20"/>
        </w:rPr>
        <w:t>5:10  And, uh, this is exactly what is the role of the Center for Peace and Spirituality International. And, uh, CPS International, along with its members across the world, are carrying forward, uh, uh, his legacy of positivity in a hate-free world.</w:t>
      </w:r>
    </w:p>
    <w:p>
      <w:pPr>
        <w:pStyle w:val="Heading2"/>
      </w:pPr>
      <w:r>
        <w:t>Gandhian philosophy was never truly applied</w:t>
      </w:r>
    </w:p>
    <w:p>
      <w:r>
        <w:rPr>
          <w:color w:val="666666"/>
          <w:sz w:val="18"/>
        </w:rPr>
        <w:t>Islma A Religion of Peace (English) January 7, 2010 · 46s · at 49:06 · https://youtu.be/YKg_GJj8Hvg?t=2946</w:t>
      </w:r>
    </w:p>
    <w:p>
      <w:r>
        <w:rPr>
          <w:i/>
        </w:rPr>
        <w:t>“The ideology of Mahatma Gandhi was never repeated”</w:t>
      </w:r>
    </w:p>
    <w:p>
      <w:r>
        <w:rPr>
          <w:sz w:val="20"/>
        </w:rPr>
        <w:t>49:06  Because it's not the way that you speak; it is so beautiful and true, and I want more people to understand it.</w:t>
      </w:r>
      <w:r>
        <w:br/>
      </w:r>
      <w:r>
        <w:rPr>
          <w:sz w:val="20"/>
        </w:rPr>
        <w:t>49:13  Did I—was I clear? I would say that the ideology of Mahaatma Gandhi was not repeated, neither in this country, nor in any other country.</w:t>
      </w:r>
      <w:r>
        <w:br/>
      </w:r>
      <w:r>
        <w:rPr>
          <w:sz w:val="20"/>
        </w:rPr>
        <w:t>49:28  People blame the USA, but no one was able to apply the Gandhian philosophy in this regard.</w:t>
      </w:r>
      <w:r>
        <w:br/>
      </w:r>
      <w:r>
        <w:rPr>
          <w:sz w:val="20"/>
        </w:rPr>
        <w:t>49:37  I don't know any person.</w:t>
      </w:r>
      <w:r>
        <w:br/>
      </w:r>
      <w:r>
        <w:rPr>
          <w:sz w:val="20"/>
        </w:rPr>
        <w:t>49:40  Simply, they blame, they blame, they complain, they protest.</w:t>
      </w:r>
      <w:r>
        <w:br/>
      </w:r>
      <w:r>
        <w:rPr>
          <w:sz w:val="20"/>
        </w:rPr>
        <w:t>49:47  They never tried to</w:t>
      </w:r>
    </w:p>
    <w:p>
      <w:pPr>
        <w:pStyle w:val="Heading2"/>
      </w:pPr>
      <w:r>
        <w:t>What a believer should do when violence is done to him</w:t>
      </w:r>
    </w:p>
    <w:p>
      <w:r>
        <w:rPr>
          <w:color w:val="666666"/>
          <w:sz w:val="18"/>
        </w:rPr>
        <w:t>Islma A Religion of Peace (English) January 7, 2010 · 1m 49s · at 1:04:55 · https://youtu.be/YKg_GJj8Hvg?t=3895</w:t>
      </w:r>
    </w:p>
    <w:p>
      <w:r>
        <w:rPr>
          <w:i/>
        </w:rPr>
        <w:t>“What should a believer do if violence is done to him?”</w:t>
      </w:r>
    </w:p>
    <w:p>
      <w:r>
        <w:rPr>
          <w:sz w:val="20"/>
        </w:rPr>
        <w:t>1:04:55  Molana, what should a believer do if violence is done to him? How should he behave? Peaceful activism?</w:t>
      </w:r>
      <w:r>
        <w:br/>
      </w:r>
      <w:r>
        <w:rPr>
          <w:sz w:val="20"/>
        </w:rPr>
        <w:t>1:05:06  They must adopt peaceful activism. Prophet of Islam also adopted peaceful activism. Mahatma Gandhi adopted peaceful activism.</w:t>
      </w:r>
      <w:r>
        <w:br/>
      </w:r>
      <w:r>
        <w:rPr>
          <w:sz w:val="20"/>
        </w:rPr>
        <w:t>1:05:19  And Japan adopted peaceful activism after the Second World War. And they succeeded.</w:t>
      </w:r>
      <w:r>
        <w:br/>
      </w:r>
      <w:r>
        <w:rPr>
          <w:sz w:val="20"/>
        </w:rPr>
        <w:t>1:05:26  So you have to see the result. They have been using arms since long, but there is no result.</w:t>
      </w:r>
      <w:r>
        <w:br/>
      </w:r>
      <w:r>
        <w:rPr>
          <w:sz w:val="20"/>
        </w:rPr>
        <w:t>1:05:37  So I am saying that you have to see the result. When you adopt violent struggle, when you adopt arms, then there is no result.</w:t>
      </w:r>
      <w:r>
        <w:br/>
      </w:r>
      <w:r>
        <w:rPr>
          <w:sz w:val="20"/>
        </w:rPr>
        <w:t>1:05:51  So if believers feel that they are suffering from atrocities from some country, then they have to refer to their governments.</w:t>
      </w:r>
      <w:r>
        <w:br/>
      </w:r>
      <w:r>
        <w:rPr>
          <w:sz w:val="20"/>
        </w:rPr>
        <w:t>1:06:07  There are 57 Muslim governments. So they have to refer their matters to these governments. And if they want to refer to the National Forum, they have to go to the United Nations.</w:t>
      </w:r>
      <w:r>
        <w:br/>
      </w:r>
      <w:r>
        <w:rPr>
          <w:sz w:val="20"/>
        </w:rPr>
        <w:t>1:06:20  But Islam does not allow them to use arms by themselves. This is according to my study, this is the Islamic position.</w:t>
      </w:r>
    </w:p>
    <w:p>
      <w:pPr>
        <w:pStyle w:val="Heading2"/>
      </w:pPr>
      <w:r>
        <w:t>Gandhi's peaceful path to India's freedom</w:t>
      </w:r>
    </w:p>
    <w:p>
      <w:r>
        <w:rPr>
          <w:color w:val="666666"/>
          <w:sz w:val="18"/>
        </w:rPr>
        <w:t>Islam and Terrorism February 10, 2009 Maulana Wahiduddin Khan · 35s · at 57:36 · https://youtu.be/vCEjp0w7Qjo?t=3456</w:t>
      </w:r>
    </w:p>
    <w:p>
      <w:r>
        <w:rPr>
          <w:i/>
        </w:rPr>
        <w:t>“It was only Gandhi's slogan of peace that brought India freedom.”</w:t>
      </w:r>
    </w:p>
    <w:p>
      <w:r>
        <w:rPr>
          <w:sz w:val="20"/>
        </w:rPr>
        <w:t>57:36  I mean, it was going on for many hundreds of years. But it didn't actually materialize freedom. But it was only Gandhi's slogan of peace which brought India to freedom.</w:t>
      </w:r>
      <w:r>
        <w:br/>
      </w:r>
      <w:r>
        <w:rPr>
          <w:sz w:val="20"/>
        </w:rPr>
        <w:t>57:48  In fact, there is this famous quote where a British senior officer wired a telegraph message to the British secretariat.</w:t>
      </w:r>
      <w:r>
        <w:br/>
      </w:r>
      <w:r>
        <w:rPr>
          <w:sz w:val="20"/>
        </w:rPr>
        <w:t>58:00  And he wrote that, "Kindly wire instructions how to kill a tiger non-violently." So it was only after this long, sustained struggle for peace that India got freedom.</w:t>
      </w:r>
    </w:p>
    <w:p>
      <w:pPr>
        <w:pStyle w:val="Heading2"/>
      </w:pPr>
      <w:r>
        <w:t>Why grievances should go to UN, not violence</w:t>
      </w:r>
    </w:p>
    <w:p>
      <w:r>
        <w:rPr>
          <w:color w:val="666666"/>
          <w:sz w:val="18"/>
        </w:rPr>
        <w:t>Islam A Religion of Peace January 7, 2010 Maulana Wahiduddin Khan · 2m 21s · at 1:00:10 · https://youtu.be/L3qaWEfRY6o?t=3610</w:t>
      </w:r>
    </w:p>
    <w:p>
      <w:r>
        <w:rPr>
          <w:i/>
        </w:rPr>
        <w:t>“NGOs have no right to kill the bad elements.”</w:t>
      </w:r>
    </w:p>
    <w:p>
      <w:r>
        <w:rPr>
          <w:sz w:val="20"/>
        </w:rPr>
        <w:t>1:00:10  I don't subscribe with this notion. Maulana, I am Khalid Ansari. My question is an extension to Mr.</w:t>
      </w:r>
      <w:r>
        <w:br/>
      </w:r>
      <w:r>
        <w:rPr>
          <w:sz w:val="20"/>
        </w:rPr>
        <w:t>1:00:20  Arun Gandhi's question, which probably some part of that remained unanswered. The US administration believed and still believes that to achieve peace, it is important to eliminate the bad elements, means the terroristic outfits and all that.</w:t>
      </w:r>
      <w:r>
        <w:br/>
      </w:r>
      <w:r>
        <w:rPr>
          <w:sz w:val="20"/>
        </w:rPr>
        <w:t>1:00:39  On the other hand, there are terrorist groups and outfits. They claim that they are the real presenter of Islam and to achieve peace, they need to eliminate the bad people from the face of the earth.</w:t>
      </w:r>
      <w:r>
        <w:br/>
      </w:r>
      <w:r>
        <w:rPr>
          <w:sz w:val="20"/>
        </w:rPr>
        <w:t>1:00:53  Do you think they are actually representing the Islam and achieving the goal called peace? No, no. I don't think that they are representing Islam.</w:t>
      </w:r>
      <w:r>
        <w:br/>
      </w:r>
      <w:r>
        <w:rPr>
          <w:sz w:val="20"/>
        </w:rPr>
        <w:t>1:01:04  NGOs have noright to kill the bad elements. No. You can go to the United Nations. If America is misusing its powers, you can go to the United Nations,</w:t>
      </w:r>
      <w:r>
        <w:br/>
      </w:r>
      <w:r>
        <w:rPr>
          <w:sz w:val="20"/>
        </w:rPr>
        <w:t>1:01:17  the International Forum. You cannot say that we ourselves will kill the bad element. It is wrong. It is un-Islamic.</w:t>
      </w:r>
      <w:r>
        <w:br/>
      </w:r>
      <w:r>
        <w:rPr>
          <w:sz w:val="20"/>
        </w:rPr>
        <w:t>1:01:28  It is against the international norm.</w:t>
      </w:r>
      <w:r>
        <w:br/>
      </w:r>
      <w:r>
        <w:rPr>
          <w:sz w:val="20"/>
        </w:rPr>
        <w:t>1:01:30  If someone has any, so if someone disagrees with this policy, he can go to the United Nations. He is not allowed to use arms and bombs.</w:t>
      </w:r>
      <w:r>
        <w:br/>
      </w:r>
      <w:r>
        <w:rPr>
          <w:sz w:val="20"/>
        </w:rPr>
        <w:t>1:01:42  This is my point.</w:t>
      </w:r>
      <w:r>
        <w:br/>
      </w:r>
      <w:r>
        <w:rPr>
          <w:sz w:val="20"/>
        </w:rPr>
        <w:t>1:01:44  If America or any country is misusing its authority, is misusing its power, then the best forum is the United Nations.</w:t>
      </w:r>
      <w:r>
        <w:br/>
      </w:r>
      <w:r>
        <w:rPr>
          <w:sz w:val="20"/>
        </w:rPr>
        <w:t>1:01:57  You are not allowed to use it as an excuse for using, for going to suicide bombing or gun culture.</w:t>
      </w:r>
      <w:r>
        <w:br/>
      </w:r>
      <w:r>
        <w:rPr>
          <w:sz w:val="20"/>
        </w:rPr>
        <w:t>1:02:11  You have to go to the United Nations. You have to use the International Forum. You have to complain or register in that</w:t>
      </w:r>
      <w:r>
        <w:br/>
      </w:r>
      <w:r>
        <w:rPr>
          <w:sz w:val="20"/>
        </w:rPr>
        <w:t>1:02:25  UNO. This is theright place</w:t>
      </w:r>
    </w:p>
    <w:p>
      <w:pPr>
        <w:pStyle w:val="Heading2"/>
      </w:pPr>
      <w:r>
        <w:t>Gandhi's political nonviolence vs Islamic general</w:t>
      </w:r>
    </w:p>
    <w:p>
      <w:r>
        <w:rPr>
          <w:color w:val="666666"/>
          <w:sz w:val="18"/>
        </w:rPr>
        <w:t>Interview of Maulana Wahiduddin Khan by Steve Chase · 2m 04s · at 11:37 · https://youtu.be/dbDfvOYCLdA?t=697</w:t>
      </w:r>
    </w:p>
    <w:p>
      <w:r>
        <w:rPr>
          <w:i/>
        </w:rPr>
        <w:t>“Gandhi adopted nonviolence, but his was political nonviolence.”</w:t>
      </w:r>
    </w:p>
    <w:p>
      <w:r>
        <w:rPr>
          <w:sz w:val="20"/>
        </w:rPr>
        <w:t>11:37  Gandhi adopted nonviolence, but according to my knowledge, his nonviolence was political nonviolence.</w:t>
      </w:r>
      <w:r>
        <w:br/>
      </w:r>
      <w:r>
        <w:rPr>
          <w:sz w:val="20"/>
        </w:rPr>
        <w:t>11:47  And he tried to oust British from India by the way of nonviolence, while the other leaders, like, were extremists.</w:t>
      </w:r>
      <w:r>
        <w:br/>
      </w:r>
      <w:r>
        <w:rPr>
          <w:sz w:val="20"/>
        </w:rPr>
        <w:t>11:58  They said that, "Give us blood</w:t>
      </w:r>
      <w:r>
        <w:br/>
      </w:r>
      <w:r>
        <w:rPr>
          <w:sz w:val="20"/>
        </w:rPr>
        <w:t>12:08  and we will give you freedom." But—but Gandhi said that, "No, we will achieve our goal through nonviolent</w:t>
      </w:r>
      <w:r>
        <w:br/>
      </w:r>
      <w:r>
        <w:rPr>
          <w:sz w:val="20"/>
        </w:rPr>
        <w:t>12:15  method." So his was—his—his nonviolence was a political strategy.</w:t>
      </w:r>
      <w:r>
        <w:br/>
      </w:r>
      <w:r>
        <w:rPr>
          <w:sz w:val="20"/>
        </w:rPr>
        <w:t>12:23  So I agree with Gandhi, but my nonviolence is broader than Gandhi's.</w:t>
      </w:r>
      <w:r>
        <w:br/>
      </w:r>
      <w:r>
        <w:rPr>
          <w:sz w:val="20"/>
        </w:rPr>
        <w:t>12:30  My nonviolence is</w:t>
      </w:r>
      <w:r>
        <w:br/>
      </w:r>
      <w:r>
        <w:rPr>
          <w:sz w:val="20"/>
        </w:rPr>
        <w:t>12:38  based on Hadith. Prophet of Islam has said, "Innallaha yauti' al-riq mala yauti' al-zul." It means that God grants to peace what He does not grant to violence. So this is a—this is a—this is not a political strategy. It is for whole life, for family life, for personal life, for</w:t>
      </w:r>
      <w:r>
        <w:br/>
      </w:r>
      <w:r>
        <w:rPr>
          <w:sz w:val="20"/>
        </w:rPr>
        <w:t>13:08  social life. Everywhere you have to adopt nonviolence. That is peace, not only in political fields. So I'm great—I'm—I admire Mahatma Gandhi, but not in political sense, but in general sense. My nonviolence is based on Prophet's saying, Prophet's teaching,</w:t>
      </w:r>
      <w:r>
        <w:br/>
      </w:r>
      <w:r>
        <w:rPr>
          <w:sz w:val="20"/>
        </w:rPr>
        <w:t>13:38  basically. Is it clear?</w:t>
      </w:r>
    </w:p>
    <w:p>
      <w:pPr>
        <w:pStyle w:val="Heading2"/>
      </w:pPr>
      <w:r>
        <w:t>Gandhi's nonviolence and Islamic perspective</w:t>
      </w:r>
    </w:p>
    <w:p>
      <w:r>
        <w:rPr>
          <w:color w:val="666666"/>
          <w:sz w:val="18"/>
        </w:rPr>
        <w:t>Interview of Maulana Wahiduddin Khan by Steve Chase · 4m 55s · at 11:37 · https://youtu.be/dbDfvOYCLdA?t=697</w:t>
      </w:r>
    </w:p>
    <w:p>
      <w:r>
        <w:rPr>
          <w:i/>
        </w:rPr>
        <w:t>“Gandhi adopted nonviolence, but his was political nonviolence.”</w:t>
      </w:r>
    </w:p>
    <w:p>
      <w:r>
        <w:rPr>
          <w:sz w:val="20"/>
        </w:rPr>
        <w:t>11:37  Gandhi adopted nonviolence, but according to my knowledge, his nonviolence was political nonviolence.</w:t>
      </w:r>
      <w:r>
        <w:br/>
      </w:r>
      <w:r>
        <w:rPr>
          <w:sz w:val="20"/>
        </w:rPr>
        <w:t>11:47  And he tried to oust British from India by the way of nonviolence, while the other leaders, like, were extremists.</w:t>
      </w:r>
      <w:r>
        <w:br/>
      </w:r>
      <w:r>
        <w:rPr>
          <w:sz w:val="20"/>
        </w:rPr>
        <w:t>11:58  They said that, "Give us blood</w:t>
      </w:r>
      <w:r>
        <w:br/>
      </w:r>
      <w:r>
        <w:rPr>
          <w:sz w:val="20"/>
        </w:rPr>
        <w:t>12:08  and we will give you freedom." But—but Gandhi said that, "No, we will achieve our goal through nonviolent</w:t>
      </w:r>
      <w:r>
        <w:br/>
      </w:r>
      <w:r>
        <w:rPr>
          <w:sz w:val="20"/>
        </w:rPr>
        <w:t>12:15  method." So his was—his—his nonviolence was a political strategy.</w:t>
      </w:r>
      <w:r>
        <w:br/>
      </w:r>
      <w:r>
        <w:rPr>
          <w:sz w:val="20"/>
        </w:rPr>
        <w:t>12:23  So I agree with Gandhi, but my nonviolence is broader than Gandhi's.</w:t>
      </w:r>
      <w:r>
        <w:br/>
      </w:r>
      <w:r>
        <w:rPr>
          <w:sz w:val="20"/>
        </w:rPr>
        <w:t>12:30  My nonviolence is</w:t>
      </w:r>
      <w:r>
        <w:br/>
      </w:r>
      <w:r>
        <w:rPr>
          <w:sz w:val="20"/>
        </w:rPr>
        <w:t>12:38  based on Hadith. Prophet of Islam has said, "Innallaha yauti' al-riq mala yauti' al-zul." It means that God grants to peace what He does not grant to violence. So this is a—this is a—this is not a political strategy. It is for whole life, for family life, for personal life, for</w:t>
      </w:r>
      <w:r>
        <w:br/>
      </w:r>
      <w:r>
        <w:rPr>
          <w:sz w:val="20"/>
        </w:rPr>
        <w:t>13:08  social life. Everywhere you have to adopt nonviolence. That is peace, not only in political fields. So I'm great—I'm—I admire Mahatma Gandhi, but not in political sense, but in general sense. My nonviolence is based on Prophet's saying, Prophet's teaching,</w:t>
      </w:r>
      <w:r>
        <w:br/>
      </w:r>
      <w:r>
        <w:rPr>
          <w:sz w:val="20"/>
        </w:rPr>
        <w:t>13:38  basically. Is it clear?</w:t>
      </w:r>
      <w:r>
        <w:br/>
      </w:r>
      <w:r>
        <w:rPr>
          <w:sz w:val="20"/>
        </w:rPr>
        <w:t>13:42  Yes.</w:t>
      </w:r>
      <w:r>
        <w:br/>
      </w:r>
      <w:r>
        <w:rPr>
          <w:sz w:val="20"/>
        </w:rPr>
        <w:t>13:47  That's—that's really interesting.</w:t>
      </w:r>
      <w:r>
        <w:br/>
      </w:r>
      <w:r>
        <w:rPr>
          <w:sz w:val="20"/>
        </w:rPr>
        <w:t>13:52  And Gandhi made a distinction between nonviolence of the weak and nonviolence of the strong.</w:t>
      </w:r>
      <w:r>
        <w:br/>
      </w:r>
      <w:r>
        <w:rPr>
          <w:sz w:val="20"/>
        </w:rPr>
        <w:t>13:57  And the nonviolence of the strong was where people were seeing it as a whole life, not just</w:t>
      </w:r>
      <w:r>
        <w:br/>
      </w:r>
      <w:r>
        <w:rPr>
          <w:sz w:val="20"/>
        </w:rPr>
        <w:t>14:02  a political strategy or a tactic, but growing out of deep faithfulness and—and changed hearts and minds.</w:t>
      </w:r>
      <w:r>
        <w:br/>
      </w:r>
      <w:r>
        <w:rPr>
          <w:sz w:val="20"/>
        </w:rPr>
        <w:t>14:07  And it seems like that aspect is</w:t>
      </w:r>
      <w:r>
        <w:br/>
      </w:r>
      <w:r>
        <w:rPr>
          <w:sz w:val="20"/>
        </w:rPr>
        <w:t>14:12  —is—is the part of Gandhian nonviolence that you've drawn and built on the most. Is that a correct assumption?</w:t>
      </w:r>
      <w:r>
        <w:br/>
      </w:r>
      <w:r>
        <w:rPr>
          <w:sz w:val="20"/>
        </w:rPr>
        <w:t>14:23  I—I would say that basically for Gandhi, nonviolence was political strategy. Political strategy.</w:t>
      </w:r>
      <w:r>
        <w:br/>
      </w:r>
      <w:r>
        <w:rPr>
          <w:sz w:val="20"/>
        </w:rPr>
        <w:t>14:33  His—but he said that nonviolence is not—not—not for any weak people.</w:t>
      </w:r>
      <w:r>
        <w:br/>
      </w:r>
      <w:r>
        <w:rPr>
          <w:sz w:val="20"/>
        </w:rPr>
        <w:t>14:43  It is also for strong people.</w:t>
      </w:r>
      <w:r>
        <w:br/>
      </w:r>
      <w:r>
        <w:rPr>
          <w:sz w:val="20"/>
        </w:rPr>
        <w:t>14:53  He said that we are using nonviolence not because we are—we are—we are weak, but our nonviolence is—is our strength. We are—we can fight against Britishers, but—but in—but I never used—but I've decided that we will not use arms against Britishers.</w:t>
      </w:r>
      <w:r>
        <w:br/>
      </w:r>
      <w:r>
        <w:rPr>
          <w:sz w:val="20"/>
        </w:rPr>
        <w:t>15:23  But we will—we will—we will use the non—nonviolent strategy.</w:t>
      </w:r>
      <w:r>
        <w:br/>
      </w:r>
      <w:r>
        <w:rPr>
          <w:sz w:val="20"/>
        </w:rPr>
        <w:t>15:30  So this differentiation was in—in a—in a limited sense.</w:t>
      </w:r>
      <w:r>
        <w:br/>
      </w:r>
      <w:r>
        <w:rPr>
          <w:sz w:val="20"/>
        </w:rPr>
        <w:t>15:38  According to my study, his nonviolence was political strategy.</w:t>
      </w:r>
      <w:r>
        <w:br/>
      </w:r>
      <w:r>
        <w:rPr>
          <w:sz w:val="20"/>
        </w:rPr>
        <w:t>15:45  He said that our nonviolence is not because of our we</w:t>
      </w:r>
      <w:r>
        <w:br/>
      </w:r>
      <w:r>
        <w:rPr>
          <w:sz w:val="20"/>
        </w:rPr>
        <w:t>15:53  akness, but we are strong enough to fight Britishers, but we—we have decided not to use arms.</w:t>
      </w:r>
      <w:r>
        <w:br/>
      </w:r>
      <w:r>
        <w:rPr>
          <w:sz w:val="20"/>
        </w:rPr>
        <w:t>16:03  So basically his nonviolence was political strategy.</w:t>
      </w:r>
      <w:r>
        <w:br/>
      </w:r>
      <w:r>
        <w:rPr>
          <w:sz w:val="20"/>
        </w:rPr>
        <w:t>16:14  He only justified his violence—justified his—his nonviolence by saying that we are not weak, we are strong. So</w:t>
      </w:r>
      <w:r>
        <w:br/>
      </w:r>
      <w:r>
        <w:rPr>
          <w:sz w:val="20"/>
        </w:rPr>
        <w:t>16:25  in—he said it in a—in a limited sense. Is it clear?</w:t>
      </w:r>
    </w:p>
    <w:p>
      <w:pPr>
        <w:pStyle w:val="Heading2"/>
      </w:pPr>
      <w:r>
        <w:t>Gandhi's nonviolent method success</w:t>
      </w:r>
    </w:p>
    <w:p>
      <w:r>
        <w:rPr>
          <w:color w:val="666666"/>
          <w:sz w:val="18"/>
        </w:rPr>
        <w:t>Peace and Non Violence - 11. 08. 2007 · 2m 33s · at 28:22 · https://youtu.be/e4iKH4GUT3E?t=1702</w:t>
      </w:r>
    </w:p>
    <w:p>
      <w:r>
        <w:rPr>
          <w:i/>
        </w:rPr>
        <w:t>“There is a great example in India.”</w:t>
      </w:r>
    </w:p>
    <w:p>
      <w:r>
        <w:rPr>
          <w:sz w:val="20"/>
        </w:rPr>
        <w:t>28:22  It is very clear. When peaceful when peaceful method is open, then you are not allowed to to opt for violent method. They are not good for you. Now everywhere Muslims are engaged in violent method and they are losing. They are losing. They are losing.</w:t>
      </w:r>
      <w:r>
        <w:br/>
      </w:r>
      <w:r>
        <w:rPr>
          <w:sz w:val="20"/>
        </w:rPr>
        <w:t>28:54  There is a great example in India. I can say that God it it is it was God's blessing that God gave a demonstration of of effectiveness of peaceful method in India. I think the Gandhi was a demonstration. Gandhi you know Gandhi opted for non-violent method for peaceful method and</w:t>
      </w:r>
      <w:r>
        <w:br/>
      </w:r>
      <w:r>
        <w:rPr>
          <w:sz w:val="20"/>
        </w:rPr>
        <w:t>29:24  he was successful. So it was like a demonstration that even in in in present age, peaceful method is far more effective than the violent method. So Gandhi was a demonstration by God to open the eyes of Muslims. Here you can see that peaceful method was far more effec</w:t>
      </w:r>
      <w:r>
        <w:br/>
      </w:r>
      <w:r>
        <w:rPr>
          <w:sz w:val="20"/>
        </w:rPr>
        <w:t>29:54  tive than the violent method. You know our freedom struggle started in in 1857. Our freedom struggle started in 1857 and it is a failure, completely failure, that Gandhi came and he become the leader of the freedom struggle in 1919</w:t>
      </w:r>
      <w:r>
        <w:br/>
      </w:r>
      <w:r>
        <w:rPr>
          <w:sz w:val="20"/>
        </w:rPr>
        <w:t>30:25  . And you know he opted for non-violent method and he was success, completely success. So this is a demonstration. We may take lesson from Gandhian experience. This is very interesting story. When Gandhi declared that we will we will follow the peace</w:t>
      </w:r>
    </w:p>
    <w:p>
      <w:pPr>
        <w:pStyle w:val="Heading2"/>
      </w:pPr>
      <w:r>
        <w:t>Why political Islamism leads only to violence, never justice</w:t>
      </w:r>
    </w:p>
    <w:p>
      <w:r>
        <w:rPr>
          <w:color w:val="666666"/>
          <w:sz w:val="18"/>
        </w:rPr>
        <w:t>The Purpose of Existence September9, 2012 · 4m 36s · at 1:26:09 · https://youtu.be/GB_OC-LeGCE?t=5169</w:t>
      </w:r>
    </w:p>
    <w:p>
      <w:r>
        <w:rPr>
          <w:i/>
        </w:rPr>
        <w:t>“Mahatma Gandhi aur Nehru ka bhi hai, to aap unko bura kyun kehte hain?”</w:t>
      </w:r>
    </w:p>
    <w:p>
      <w:r>
        <w:rPr>
          <w:sz w:val="20"/>
        </w:rPr>
        <w:t>1:26:09  iska matlab kya hai? kya unka koi bhi positive contribution nahi hai jisko hum acknowledge kar sakte hain? "nahi, dekhiye, sawal yeh sawal sahi nahi hai.</w:t>
      </w:r>
      <w:r>
        <w:br/>
      </w:r>
      <w:r>
        <w:rPr>
          <w:sz w:val="20"/>
        </w:rPr>
        <w:t>1:26:20  yeh sawal sahi nahi hai.</w:t>
      </w:r>
      <w:r>
        <w:br/>
      </w:r>
      <w:r>
        <w:rPr>
          <w:sz w:val="20"/>
        </w:rPr>
        <w:t>1:26:23  koi bhi to mahatma gandhi aur nehru ka bhi hai, to aap unko bura bhala kyun kehte hain? ke koi to hitler aur mussolini ka bhi hai, koi bura bhala kehte hain isko.</w:t>
      </w:r>
      <w:r>
        <w:br/>
      </w:r>
      <w:r>
        <w:rPr>
          <w:sz w:val="20"/>
        </w:rPr>
        <w:t>1:26:36  masla koi nahi hai. masla yeh hai ke unka jo tha target, woh kya tha? uska masla hai.</w:t>
      </w:r>
      <w:r>
        <w:br/>
      </w:r>
      <w:r>
        <w:rPr>
          <w:sz w:val="20"/>
        </w:rPr>
        <w:t>1:26:47  kuch to sharab, quran mein aaya hai ke sharab mein bhi kuch khoobiyan hoti hain, sharab mein bhi kuch nafa hai. kuch ka masla nahi hai. main target kya tha in hazraat ka?</w:t>
      </w:r>
      <w:r>
        <w:br/>
      </w:r>
      <w:r>
        <w:rPr>
          <w:sz w:val="20"/>
        </w:rPr>
        <w:t>1:26:57  main target tha hukoomat, hukoomat banana, islami hukoomat banana, nizam e adl qaim karna. main target</w:t>
      </w:r>
      <w:r>
        <w:br/>
      </w:r>
      <w:r>
        <w:rPr>
          <w:sz w:val="20"/>
        </w:rPr>
        <w:t>1:27:08  to mera manna yeh hai ke allah taala ki system ke khilaf hai yeh target, kyunke allah ne taala ne jab insaan ko azaad de diya hai to kaise aap nizam e adl qaim karenge?</w:t>
      </w:r>
      <w:r>
        <w:br/>
      </w:r>
      <w:r>
        <w:rPr>
          <w:sz w:val="20"/>
        </w:rPr>
        <w:t>1:27:24  nizam e adl to kabhi bhi qaim nahi hua. jo islam ka jo early period, us zamane mein bhi nahi qaim hua nizam e adl, kyunke rasool allah ke zamane mein yeh kitabon mein padh lijiye ke sahabi ne kaha tha rasool allah se samne khade ho kar:</w:t>
      </w:r>
      <w:r>
        <w:br/>
      </w:r>
      <w:r>
        <w:rPr>
          <w:sz w:val="20"/>
        </w:rPr>
        <w:t>1:27:41  "wallah ma adaltaha". yeh yeh madine ke zamane ka waqea hai jisko musalman samajhte hain ke wahan par islami hukoomat qaim ki thi. islami hukoomat ke zamane ka waqea yeh hai.</w:t>
      </w:r>
      <w:r>
        <w:br/>
      </w:r>
      <w:r>
        <w:rPr>
          <w:sz w:val="20"/>
        </w:rPr>
        <w:t>1:27:54  ek sahabi kehta hai rasool allah se ke: "wallah ma adaltaha". khuda ki qasam, aapne adl nahi kiya, aapne justice nahi ki. to kahan tha woh perfect nizam? bataiye.</w:t>
      </w:r>
      <w:r>
        <w:br/>
      </w:r>
      <w:r>
        <w:rPr>
          <w:sz w:val="20"/>
        </w:rPr>
        <w:t>1:28:05  to perfect nizam qaim nahi ho sakta hai. ab kya hota hai? dekhiye, in logon ne nishana banaya hai ke humein islami hukoomat qaim karna hai, al adalat al ijtima'i fi al islam qaim karna hai.</w:t>
      </w:r>
      <w:r>
        <w:br/>
      </w:r>
      <w:r>
        <w:rPr>
          <w:sz w:val="20"/>
        </w:rPr>
        <w:t>1:28:20  to ab kya hai? wahan par ek ek ek maujood hai, ek ek hakim jo aapse pehle rule kar raha hai. aap samajhte hain ke woh rukawat hai, ab isse lado.</w:t>
      </w:r>
      <w:r>
        <w:br/>
      </w:r>
      <w:r>
        <w:rPr>
          <w:sz w:val="20"/>
        </w:rPr>
        <w:t>1:28:30  ladna shuru kar diya. woh ek ko mara, doosra aaya, usne bhi masla paida kiya. to syed abdullah maududi aur syed qutb musalsal zindagi bhar rulers se ladte rahe, ek ke baad ek ke baad ek ke baad ek.</w:t>
      </w:r>
      <w:r>
        <w:br/>
      </w:r>
      <w:r>
        <w:rPr>
          <w:sz w:val="20"/>
        </w:rPr>
        <w:t>1:28:47  to kya islam hai ke ladte raho, ladte raho, ladte raho?</w:t>
      </w:r>
      <w:r>
        <w:br/>
      </w:r>
      <w:r>
        <w:rPr>
          <w:sz w:val="20"/>
        </w:rPr>
        <w:t>1:28:51  to jab aap aisa target banayenge jo unnatural hoga, to natija kya hoga? ke aap sirf ladenge ke koi aapko lage ke ke rukawat ban hua hai, ya is rukawat se ladenge aap. lekin ek rukawat jab khatam hogi to ek aur rukawat aa jayegi, phir usse ladenge aap.</w:t>
      </w:r>
      <w:r>
        <w:br/>
      </w:r>
      <w:r>
        <w:rPr>
          <w:sz w:val="20"/>
        </w:rPr>
        <w:t>1:29:07  aur aakhir mein jab dekhein ke hum kamyab nahi ho rahe to suicide bombing karenge. in hazraat ki ideology ne kya kiya? pehle nafrat phailai.</w:t>
      </w:r>
      <w:r>
        <w:br/>
      </w:r>
      <w:r>
        <w:rPr>
          <w:sz w:val="20"/>
        </w:rPr>
        <w:t>1:29:17  yeh yeh taghoot hai.</w:t>
      </w:r>
      <w:r>
        <w:br/>
      </w:r>
      <w:r>
        <w:rPr>
          <w:sz w:val="20"/>
        </w:rPr>
        <w:t>1:29:20  in hazraat ki ideology ne pehle yeh kiya ke nafrat phailai ke yeh taghoot hai, isse hatana hai. achha, iske baad iske khilaf tehreek chalai. pehle chalai qalam se, zuban se. woh nahi hata paye to phir kya hua? ke iske khilaf gand ka charcha chala diya, bomb ka charcha chala diya. isse bhi nahi hata to aakhir mein kya hua? suicide bombing shuru ho gayi.</w:t>
      </w:r>
      <w:r>
        <w:br/>
      </w:r>
      <w:r>
        <w:rPr>
          <w:sz w:val="20"/>
        </w:rPr>
        <w:t>1:29:41  to jab aap ek aisa target banayein jo achievable na ho to kya hoga?</w:t>
      </w:r>
      <w:r>
        <w:br/>
      </w:r>
      <w:r>
        <w:rPr>
          <w:sz w:val="20"/>
        </w:rPr>
        <w:t>1:29:47  hamesha yehi sab hoga. ya phir aap jhoot bolenge ke ek nizam aap banayenge jahan hoga to kuch nahi . ailaan karein ke wahan Islam ka darya beh raha hai.</w:t>
      </w:r>
      <w:r>
        <w:br/>
      </w:r>
      <w:r>
        <w:rPr>
          <w:sz w:val="20"/>
        </w:rPr>
        <w:t>1:29:57  ye bhi ho raha hai ye sab ke ek jagah hukoomat banate hain ye log aur jhoot bolte hain ke yahan Islam ka darya beh raha hai. hota kuch bhi nahi wahan par, hota kuch bhi nahi .</w:t>
      </w:r>
      <w:r>
        <w:br/>
      </w:r>
      <w:r>
        <w:rPr>
          <w:sz w:val="20"/>
        </w:rPr>
        <w:t>1:30:07  chahte hain jhoot bolo, ladai karo. to sahi target sirf dawat e Allah hai jismein kisi se takrao nahi hai.</w:t>
      </w:r>
      <w:r>
        <w:br/>
      </w:r>
      <w:r>
        <w:rPr>
          <w:sz w:val="20"/>
        </w:rPr>
        <w:t>1:30:17  is maeni mein kehta hoon, agar aap bhi aapka nazariya hi ho to nazariya to ye to ismein bhi, yaani Quran ke mutabiq sharab mein bhi ek nafa hai.</w:t>
      </w:r>
      <w:r>
        <w:br/>
      </w:r>
      <w:r>
        <w:rPr>
          <w:sz w:val="20"/>
        </w:rPr>
        <w:t>1:30:27  wo koi wo tareeqa koi sochne ka nahi hai. sochne ka tareeqa ye hai ke aadmi ne jo target diya hai, jo goldiya hai, uske aitbaar se jaanchein aap ke goal ke aitbaar se kya hai?</w:t>
      </w:r>
      <w:r>
        <w:br/>
      </w:r>
      <w:r>
        <w:rPr>
          <w:sz w:val="20"/>
        </w:rPr>
        <w:t>1:30:38  siwae takrao ke, siwae nafrat ke, aur kuch bhi unhone unhone nahi diya. Maulana, agla sawal lete hain.</w:t>
      </w:r>
    </w:p>
    <w:p>
      <w:pPr>
        <w:pStyle w:val="Heading2"/>
      </w:pPr>
      <w:r>
        <w:t>Sanjay Gandhi loyalist story as a parable of misplaced devotion</w:t>
      </w:r>
    </w:p>
    <w:p>
      <w:r>
        <w:rPr>
          <w:color w:val="666666"/>
          <w:sz w:val="18"/>
        </w:rPr>
        <w:t>Love of God April 10, 2011 · 3m 38s · at 12:00 · https://youtu.be/Pt1wxMp7nvE?t=720</w:t>
      </w:r>
    </w:p>
    <w:p>
      <w:r>
        <w:rPr>
          <w:i/>
        </w:rPr>
        <w:t>“ایک زمانے میں دلی میں سنجے گاندھی کی بڑی دھوم ہوا کرتی تھی”</w:t>
      </w:r>
    </w:p>
    <w:p>
      <w:r>
        <w:rPr>
          <w:sz w:val="20"/>
        </w:rPr>
        <w:t>12:00  dekhein, ek zamane mein yahan par Dilli mein Sanjay Gandhi ki bari dhoom hua karti thi.</w:t>
      </w:r>
      <w:r>
        <w:br/>
      </w:r>
      <w:r>
        <w:rPr>
          <w:sz w:val="20"/>
        </w:rPr>
        <w:t>12:08  jab Indira Gandhi prime minister theen. to Sanjay Gandhi ko bohat zyada dakhal ho gaya tha government ke mamlaat mein.</w:t>
      </w:r>
      <w:r>
        <w:br/>
      </w:r>
      <w:r>
        <w:rPr>
          <w:sz w:val="20"/>
        </w:rPr>
        <w:t>12:20  to hamare ilaaqe ke ek sahib, yaani UP ke ilaaqe ke ek sahib, Sanjay Gandhi ki party mein shamil ho gaye. bohat wafadari dikhai unhon ne.</w:t>
      </w:r>
      <w:r>
        <w:br/>
      </w:r>
      <w:r>
        <w:rPr>
          <w:sz w:val="20"/>
        </w:rPr>
        <w:t>12:31  to Sanjay Gandhi ne un ko raaj sahib ka member bana diya.</w:t>
      </w:r>
      <w:r>
        <w:br/>
      </w:r>
      <w:r>
        <w:rPr>
          <w:sz w:val="20"/>
        </w:rPr>
        <w:t>12:37  is zamane mein Sanjay Gandhi ke haath mein sab kuch hua karta tha. ab woh gaon ka ek aadmi, mamooli ghar mein rehne wala, koi is ki hesiyat nahi thi wahan par apne gaon mein.</w:t>
      </w:r>
      <w:r>
        <w:br/>
      </w:r>
      <w:r>
        <w:rPr>
          <w:sz w:val="20"/>
        </w:rPr>
        <w:t>12:50  lekin Sanjay Gandhi ki party mein shamil hua aur wahan par is ne wafadari dikhai. to Sanjay Gandhi khush ho gaye un se aur un ko raaj sahib ka member bana diya.</w:t>
      </w:r>
      <w:r>
        <w:br/>
      </w:r>
      <w:r>
        <w:rPr>
          <w:sz w:val="20"/>
        </w:rPr>
        <w:t>13:04  to wahan ke ek sahib ek baar aaye is se milne ke liye. gaye. main un ko jaanta tha. to woh kaha, unhon ne kaha mujh se ke main ja raha hoon falan aadmi se milne ke liye.</w:t>
      </w:r>
      <w:r>
        <w:br/>
      </w:r>
      <w:r>
        <w:rPr>
          <w:sz w:val="20"/>
        </w:rPr>
        <w:t>13:15  woh mere janne wale hain. woh suna hai ke woh raaj sahib ka member ho gaye hain.</w:t>
      </w:r>
      <w:r>
        <w:br/>
      </w:r>
      <w:r>
        <w:rPr>
          <w:sz w:val="20"/>
        </w:rPr>
        <w:t>13:23  to member parliament ki hesiyat se un ko ek bohat achi jagah rehne ke liye mili. car mili, telephone mila aur bohat sari cheezein.</w:t>
      </w:r>
      <w:r>
        <w:br/>
      </w:r>
      <w:r>
        <w:rPr>
          <w:sz w:val="20"/>
        </w:rPr>
        <w:t>13:32  jo unhon ne kabhi socha bhi nahi tha. unthinkable tha un ke liye gaon mein. to yeh jab gaye, dono ek doosre ko achi tarah jante the.</w:t>
      </w:r>
      <w:r>
        <w:br/>
      </w:r>
      <w:r>
        <w:rPr>
          <w:sz w:val="20"/>
        </w:rPr>
        <w:t>13:43  to unhon ne bataya ke jab main pohncha to un ke paas koi baat hi doosri nahi thi</w:t>
      </w:r>
      <w:r>
        <w:br/>
      </w:r>
      <w:r>
        <w:rPr>
          <w:sz w:val="20"/>
        </w:rPr>
        <w:t>13:47  siwaye Sanjay Gandhi ke bakhaan tareef ke. woh bar bar kehte the ke yeh sab, yeh sab Sanjay babu ki dein hai.</w:t>
      </w:r>
      <w:r>
        <w:br/>
      </w:r>
      <w:r>
        <w:rPr>
          <w:sz w:val="20"/>
        </w:rPr>
        <w:t>13:59  yeh sab Sanjay babu ki dein hai. jaise lagta tha ke un ko Sanjay babu se itna attachment hai ke woh jo us ko yeh strong affection jis ko maine kaha, ek hi insaan se hai, woh hai Sanjay babu.</w:t>
      </w:r>
      <w:r>
        <w:br/>
      </w:r>
      <w:r>
        <w:rPr>
          <w:sz w:val="20"/>
        </w:rPr>
        <w:t>14:12  saare mohabbat ke jazbaat, saare affection, woh sab unka ek ek hi point par centralize ho gaya tha.</w:t>
      </w:r>
      <w:r>
        <w:br/>
      </w:r>
      <w:r>
        <w:rPr>
          <w:sz w:val="20"/>
        </w:rPr>
        <w:t>14:21  woh the sanjay gandhi. toh baar baar kehte the ke yeh sab, yeh sab sanjay babu ki dein hai.</w:t>
      </w:r>
      <w:r>
        <w:br/>
      </w:r>
      <w:r>
        <w:rPr>
          <w:sz w:val="20"/>
        </w:rPr>
        <w:t>14:32  jab maine yeh socha toh mere dil mein aaya ke isi hesiyat se jab aap khuda ko daryaft karein toh kainaati satah par sab kuch aap ko lagega ke yeh sab khawand zuljalal ki dein hai.</w:t>
      </w:r>
      <w:r>
        <w:br/>
      </w:r>
      <w:r>
        <w:rPr>
          <w:sz w:val="20"/>
        </w:rPr>
        <w:t>14:45  sab God Almighty ki dein hai.</w:t>
      </w:r>
      <w:r>
        <w:br/>
      </w:r>
      <w:r>
        <w:rPr>
          <w:sz w:val="20"/>
        </w:rPr>
        <w:t>14:50  kyunke aap ka wajood, yeh zameen, yeh hawa, yeh suraj, jo kuch bhi hai, jo kuch bhi hai, jo kuch bhi hai, sab Allah ki dein hai.</w:t>
      </w:r>
      <w:r>
        <w:br/>
      </w:r>
      <w:r>
        <w:rPr>
          <w:sz w:val="20"/>
        </w:rPr>
        <w:t>14:59  jis se aap faida uthate hain.</w:t>
      </w:r>
      <w:r>
        <w:br/>
      </w:r>
      <w:r>
        <w:rPr>
          <w:sz w:val="20"/>
        </w:rPr>
        <w:t>15:02  toh agar aap is ko daryaft karein sach pooch toh aap jiyenge is ehsaas mein ke yeh sab jo khawand zuljalal ki dein hai. yeh sab God Almighty ki dein hai.</w:t>
      </w:r>
      <w:r>
        <w:br/>
      </w:r>
      <w:r>
        <w:rPr>
          <w:sz w:val="20"/>
        </w:rPr>
        <w:t>15:12  toh yeh hai mohabbat. itni zyada aap ke andar Allah se mohabbat paida ho jayegi. itna zyada strong affection ho jayega Allah taala se ke baar baar aap ki zubaan se niklega.</w:t>
      </w:r>
      <w:r>
        <w:br/>
      </w:r>
      <w:r>
        <w:rPr>
          <w:sz w:val="20"/>
        </w:rPr>
        <w:t>15:25  yahi hai ashad hubban lillah. yahi ashad hubban lillah.</w:t>
      </w:r>
    </w:p>
    <w:p>
      <w:pPr>
        <w:pStyle w:val="Heading2"/>
      </w:pPr>
      <w:r>
        <w:t>Gandhi analogy: mistaking a strategy for the mission</w:t>
      </w:r>
    </w:p>
    <w:p>
      <w:r>
        <w:rPr>
          <w:color w:val="666666"/>
          <w:sz w:val="18"/>
        </w:rPr>
        <w:t>Islam A Religion of Peace November 25, 2024 · 1m 39s · at 35:33 · https://youtu.be/9WlSbAPxmwc?t=2133</w:t>
      </w:r>
    </w:p>
    <w:p>
      <w:r>
        <w:rPr>
          <w:i/>
        </w:rPr>
        <w:t>“Gandhi ji ka mission tha Swaraj rule ko lana”</w:t>
      </w:r>
    </w:p>
    <w:p>
      <w:r>
        <w:rPr>
          <w:sz w:val="20"/>
        </w:rPr>
        <w:t>35:33  aap is ko samajhna hai to ek misaal se samajh sakte hain ke Gandhi ji, un ka mission tha ke swaraj rule ko lana.</w:t>
      </w:r>
      <w:r>
        <w:br/>
      </w:r>
      <w:r>
        <w:rPr>
          <w:sz w:val="20"/>
        </w:rPr>
        <w:t>35:46  swaraj rule lana yeh Gandhi ji ka mission tha. aur is mission ke liye unhon ne jo strategy apnai thi, woh tha civil disobedience.</w:t>
      </w:r>
      <w:r>
        <w:br/>
      </w:r>
      <w:r>
        <w:rPr>
          <w:sz w:val="20"/>
        </w:rPr>
        <w:t>35:57  civil disobedience yeh aap ne strategy apnai.</w:t>
      </w:r>
      <w:r>
        <w:br/>
      </w:r>
      <w:r>
        <w:rPr>
          <w:sz w:val="20"/>
        </w:rPr>
        <w:t>36:01  ab jab angrezon ki angrezon se azadi hasil ho gayi, is strategy se jo matlab tha, woh hasil ho gaya.</w:t>
      </w:r>
      <w:r>
        <w:br/>
      </w:r>
      <w:r>
        <w:rPr>
          <w:sz w:val="20"/>
        </w:rPr>
        <w:t>36:10  is ke baad azadi mil gayi. to hindustaniyon ki janib se ghalati yeh hui ke hindustaniyon ne is strategy ko civil disobedience wali jo strategy thi ke hum angrezon ke banaye hue qanoon ki khilaf warzi karenge, yeh jo strategy Gandhi ji ne apnai thi, is strategy ko hindustaniyon ne, indians ne, is ko apni taqdeer samajh liya, is ko hamesha ka usool aur zabta samajh liya.</w:t>
      </w:r>
      <w:r>
        <w:br/>
      </w:r>
      <w:r>
        <w:rPr>
          <w:sz w:val="20"/>
        </w:rPr>
        <w:t>36:38  yeh ghalati un se hui.</w:t>
      </w:r>
      <w:r>
        <w:br/>
      </w:r>
      <w:r>
        <w:rPr>
          <w:sz w:val="20"/>
        </w:rPr>
        <w:t>36:40  wohi ghalati musalmanon se yeh hui ke fitna aur mazhabi jabr, religious persecution ko khatm karne ke liye jo qital ki strategy peghambar e islam ne apnai thi, musalmanon ne ghalati se is strategy ko yeh samajh liya jaise namaz roze ka hukum hai, waise qital ka bhi hukum hai.</w:t>
      </w:r>
      <w:r>
        <w:br/>
      </w:r>
      <w:r>
        <w:rPr>
          <w:sz w:val="20"/>
        </w:rPr>
        <w:t>36:59  jang aur war yeh bhi waise hi hukum hai jaise namaz roze ka hukum hai.</w:t>
      </w:r>
      <w:r>
        <w:br/>
      </w:r>
      <w:r>
        <w:rPr>
          <w:sz w:val="20"/>
        </w:rPr>
        <w:t>37:03  yeh ghalati musalmanon ne ki jis ki wajah se aaj islam ek violent mazhab ke taur par logon ke beech samjha jane laga.</w:t>
      </w:r>
    </w:p>
    <w:p>
      <w:pPr>
        <w:pStyle w:val="Heading2"/>
      </w:pPr>
      <w:r>
        <w:t>Why India needs a second Gandhi: education over violence</w:t>
      </w:r>
    </w:p>
    <w:p>
      <w:r>
        <w:rPr>
          <w:color w:val="666666"/>
          <w:sz w:val="18"/>
        </w:rPr>
        <w:t>The Nigh of Destiny (Shab-e-Qadr) October 7, 2007 · 4m 04s · at 47:24 · https://youtu.be/SsDv69B_uDk?t=2844</w:t>
      </w:r>
    </w:p>
    <w:p>
      <w:r>
        <w:rPr>
          <w:i/>
        </w:rPr>
        <w:t>“Why does India need a second Gandhi?”</w:t>
      </w:r>
    </w:p>
    <w:p>
      <w:r>
        <w:rPr>
          <w:sz w:val="20"/>
        </w:rPr>
        <w:t>47:24  is mein yeh ek poore ek page ka ek likha hai kisi ne is is ke upar yeh hai ke why india need a second gandhi</w:t>
      </w:r>
      <w:r>
        <w:br/>
      </w:r>
      <w:r>
        <w:rPr>
          <w:sz w:val="20"/>
        </w:rPr>
        <w:t>47:39  why india need a second gandhi aam taur par main sunta hoon ke log yeh kehte hain ke bhai hamein second gandhi chahiye matlab ek gandhi woh tha jis ne 47 paida kiya ek aur gandhi chahiye jo naya india banaye</w:t>
      </w:r>
      <w:r>
        <w:br/>
      </w:r>
      <w:r>
        <w:rPr>
          <w:sz w:val="20"/>
        </w:rPr>
        <w:t>47:56  yeh baat aam taur par dohrayi jati hai lekin main samajhta hoon ke log samajhte nahi baat ko baat kya hai dekhiye kya cheez hai first gandhi kya cheez hai second gandhi mahatma gandhi ka karnama yeh tha ke unhon ne peace ka formula pesh kiya peace ka formula</w:t>
      </w:r>
      <w:r>
        <w:br/>
      </w:r>
      <w:r>
        <w:rPr>
          <w:sz w:val="20"/>
        </w:rPr>
        <w:t>48:18  to is se pehle insaan jo tha jo activism jis ko kaha jaye yani jo kisi maqsad ko hajj karne ke liye jo struggle ki jati hai us ko kehte hain ek activism to pehle zamane mein jo activism tha that was based on violence ladai</w:t>
      </w:r>
      <w:r>
        <w:br/>
      </w:r>
      <w:r>
        <w:rPr>
          <w:sz w:val="20"/>
        </w:rPr>
        <w:t>48:38  violence ladai</w:t>
      </w:r>
      <w:r>
        <w:br/>
      </w:r>
      <w:r>
        <w:rPr>
          <w:sz w:val="20"/>
        </w:rPr>
        <w:t>48:42  yani activism based on violence</w:t>
      </w:r>
      <w:r>
        <w:br/>
      </w:r>
      <w:r>
        <w:rPr>
          <w:sz w:val="20"/>
        </w:rPr>
        <w:t>48:47  mahatma gandhi ne yeh kiya ke nahi activism unhon ne yeh kiya ke activism ko peaceful sangsh par laye woh yani violent violence aur war ke bajaye peaceful sangsh lekin peaceful sangsh se kya hua sirf british raj toh khatam hua lekin koi naya india nahi aaya</w:t>
      </w:r>
      <w:r>
        <w:br/>
      </w:r>
      <w:r>
        <w:rPr>
          <w:sz w:val="20"/>
        </w:rPr>
        <w:t>49:10  toh main samajhta hoon ke yahan par jo jo message hai quran mein iqra bismi rabbik alladhi khalaq ke learning ke through itna bada revolution lane ka jo is mein bataya gaya hai toh main samajhta hoon ke ab jo hai message hamein dena hai naye zamane ke liye woh hai activism based on peaceful educational yani peaceful education</w:t>
      </w:r>
      <w:r>
        <w:br/>
      </w:r>
      <w:r>
        <w:rPr>
          <w:sz w:val="20"/>
        </w:rPr>
        <w:t>49:39  ab jo hamein change lana hai duniya mein woh through education na toh aap violence ke zariye koi inqilab la sakte aur na sangsh ke zariye la sakte aap is ke darkaar hai education education mein former sense mein nahi bol raha hoon in former sense mein bol raha hoon insan ko woh batana jo insan janta nahi ilm insan malam yalam</w:t>
      </w:r>
      <w:r>
        <w:br/>
      </w:r>
      <w:r>
        <w:rPr>
          <w:sz w:val="20"/>
        </w:rPr>
        <w:t>50:07  ab aap ghor kijiye ke jab maine is ko daryaft kiya ke quran mein jo alaq hai woh bohat bari meaning is ke andar chupi hui hai toh ajeeb ek thal paida hua mere andar yeh thal kis raste se aaya learning ke raste se aaya ilm ke raste se aaya yeh learning dena hai insan ko divine learning is ke through inqilab aayega is ke through zehn badlega</w:t>
      </w:r>
      <w:r>
        <w:br/>
      </w:r>
      <w:r>
        <w:rPr>
          <w:sz w:val="20"/>
        </w:rPr>
        <w:t>50:35  to main samajhta hoon ke aaj ki duniya ko europe mein america mein aap jaayen to wahan bhi</w:t>
      </w:r>
      <w:r>
        <w:br/>
      </w:r>
      <w:r>
        <w:rPr>
          <w:sz w:val="20"/>
        </w:rPr>
        <w:t>50:39  kya log bolte hain hum ko ek naya renaissance chahiye</w:t>
      </w:r>
      <w:r>
        <w:br/>
      </w:r>
      <w:r>
        <w:rPr>
          <w:sz w:val="20"/>
        </w:rPr>
        <w:t>50:44  ek naya renaissance woh naya renaissance kya hoga bhai kya hoga bhai</w:t>
      </w:r>
      <w:r>
        <w:br/>
      </w:r>
      <w:r>
        <w:rPr>
          <w:sz w:val="20"/>
        </w:rPr>
        <w:t>50:50  woh naya renaissance hi ek woh jo divine knowledge par base karta ho</w:t>
      </w:r>
      <w:r>
        <w:br/>
      </w:r>
      <w:r>
        <w:rPr>
          <w:sz w:val="20"/>
        </w:rPr>
        <w:t>50:54  divine knowledge par base karne wala renaissance woh woh renaissance is se aap ko woh cheezein nahin mili</w:t>
      </w:r>
      <w:r>
        <w:br/>
      </w:r>
      <w:r>
        <w:rPr>
          <w:sz w:val="20"/>
        </w:rPr>
        <w:t>51:00  jo aap ne apne sapne mein basi hui thi aap ki</w:t>
      </w:r>
      <w:r>
        <w:br/>
      </w:r>
      <w:r>
        <w:rPr>
          <w:sz w:val="20"/>
        </w:rPr>
        <w:t>51:05  toh main samajhta hoon ke aaj ki raat aap jo dua karein yahi dua karein ke aap ko khuda tofeeq de ke aap duniya mein woh naya rensa la sakein jis ka intezar kar raha hai insan</w:t>
      </w:r>
      <w:r>
        <w:br/>
      </w:r>
      <w:r>
        <w:rPr>
          <w:sz w:val="20"/>
        </w:rPr>
        <w:t>51:21  woh naya second october la sakein jis ki jis ka india intezar kar raha hai</w:t>
      </w:r>
    </w:p>
    <w:p>
      <w:pPr>
        <w:pStyle w:val="Heading2"/>
      </w:pPr>
      <w:r>
        <w:t>Gandhi halted his movement after one violent incident</w:t>
      </w:r>
    </w:p>
    <w:p>
      <w:r>
        <w:rPr>
          <w:color w:val="666666"/>
          <w:sz w:val="18"/>
        </w:rPr>
        <w:t>The Right Path May 24, 2015 · 59s · at 27:00 · https://youtu.be/XrsNdAp9PJA?t=1620</w:t>
      </w:r>
    </w:p>
    <w:p>
      <w:r>
        <w:rPr>
          <w:i/>
        </w:rPr>
        <w:t>“Mahatma Gandhi ne apni tehreek non-violence ke usool par chalayi thi”</w:t>
      </w:r>
    </w:p>
    <w:p>
      <w:r>
        <w:rPr>
          <w:sz w:val="20"/>
        </w:rPr>
        <w:t>27:00  jaise matma ghazi ke mutalliq aap jante hain ke woh apni tehreek chalai thi, unhon ne non-violence ke usool par, yaani adam tashaddud ke usool par.</w:t>
      </w:r>
      <w:r>
        <w:br/>
      </w:r>
      <w:r>
        <w:rPr>
          <w:sz w:val="20"/>
        </w:rPr>
        <w:t>27:14  to ek martaba unhon ne yeh civil disobedience ki tehreek chalai. to kuch logon ne juloos nikala.</w:t>
      </w:r>
      <w:r>
        <w:br/>
      </w:r>
      <w:r>
        <w:rPr>
          <w:sz w:val="20"/>
        </w:rPr>
        <w:t>27:25  is juloos ke douran woh ek maqam tha, chaar chori, wahan woh ghus gaye thane mein aur kai police walon ko maar dala, aag aag laga di.</w:t>
      </w:r>
      <w:r>
        <w:br/>
      </w:r>
      <w:r>
        <w:rPr>
          <w:sz w:val="20"/>
        </w:rPr>
        <w:t>27:37  to isi waqt gandhi ne ailaan kar diya ke hum stop karte hain, khatam karte hain, rokte hain apni is tehreek ko.</w:t>
      </w:r>
      <w:r>
        <w:br/>
      </w:r>
      <w:r>
        <w:rPr>
          <w:sz w:val="20"/>
        </w:rPr>
        <w:t>27:46  rok diya unhon ne civil disobedience ki tehreek ko, khatam kar di unhon ne. kyunke nateeja ulta nikla, nateeja ulta nikalta tha.</w:t>
      </w:r>
    </w:p>
    <w:p>
      <w:pPr>
        <w:pStyle w:val="Heading2"/>
      </w:pPr>
      <w:r>
        <w:t>A dream about Gandhi and love of one's homeland</w:t>
      </w:r>
    </w:p>
    <w:p>
      <w:r>
        <w:rPr>
          <w:color w:val="666666"/>
          <w:sz w:val="18"/>
        </w:rPr>
        <w:t>Rationalization of Evil Feb 15, 2009 · 3m 06s · at 1:31:04 · https://youtu.be/WbeB4g7sNQ4?t=5464</w:t>
      </w:r>
    </w:p>
    <w:p>
      <w:r>
        <w:rPr>
          <w:i/>
        </w:rPr>
        <w:t>“میں آپ کو ایک واقعہ عرض کروں”</w:t>
      </w:r>
    </w:p>
    <w:p>
      <w:r>
        <w:rPr>
          <w:sz w:val="20"/>
        </w:rPr>
        <w:t>1:31:04  Main aap ko ek ek ek waqia arz karoon. Main ek jalse mein tha, ulama ke jalse mein, to wahan par yeh masla tha. To ek shakhs ne wahan par kaha ke Hadees mein aaya hai ke hubb-ul-watan min-al-iman,</w:t>
      </w:r>
      <w:r>
        <w:br/>
      </w:r>
      <w:r>
        <w:rPr>
          <w:sz w:val="20"/>
        </w:rPr>
        <w:t>1:31:19  Hubb-ul-watan min-al-iman, yani watan se mohabbat karna yeh iman ka hissa hai. To ek aalim sahab khade hue, unhone kaha ke yeh Hadees galat hai, yeh mauzu hai.</w:t>
      </w:r>
      <w:r>
        <w:br/>
      </w:r>
      <w:r>
        <w:rPr>
          <w:sz w:val="20"/>
        </w:rPr>
        <w:t>1:31:32  To us ke baad main aaya,</w:t>
      </w:r>
      <w:r>
        <w:br/>
      </w:r>
      <w:r>
        <w:rPr>
          <w:sz w:val="20"/>
        </w:rPr>
        <w:t>1:31:34  Main ne kaha ke dekhiye, yeh jo qaul hai hubb-ul-watan min-al-iman, agar yeh Hadees-e-Rasool na ho to Hadees-e-Fitrat hai.</w:t>
      </w:r>
      <w:r>
        <w:br/>
      </w:r>
      <w:r>
        <w:rPr>
          <w:sz w:val="20"/>
        </w:rPr>
        <w:t>1:31:43  Yeh yaad rakhiye, agar yeh Hadees-e-Rasool na ho, tab bhi yeh Hadees-e-Fitrat hai. Yeh Fitrat mein hai insaan ke ke woh apne watan se mohabbat kare.</w:t>
      </w:r>
      <w:r>
        <w:br/>
      </w:r>
      <w:r>
        <w:rPr>
          <w:sz w:val="20"/>
        </w:rPr>
        <w:t>1:31:54  To main ne poocha ke bataiye, kahan likha hua hai ke aib, aib, aye logon, apne maa se mohabbat karo? Kahan likha hua hai? To hubb-ul-umm min-al-iman agar na ho to hubb-ul-umm min-al-fitrah hai.</w:t>
      </w:r>
      <w:r>
        <w:br/>
      </w:r>
      <w:r>
        <w:rPr>
          <w:sz w:val="20"/>
        </w:rPr>
        <w:t>1:32:04  Woh kahan likha hua hai ke hubb-ul-umm jo hai, maa se mohabbat karna zaroori hai aap ke liye? Lekin sab log mohabbat karte hain apni maa se.</w:t>
      </w:r>
      <w:r>
        <w:br/>
      </w:r>
      <w:r>
        <w:rPr>
          <w:sz w:val="20"/>
        </w:rPr>
        <w:t>1:32:15  Kaun jo apni maa se mohabbat na karta ho? Hai kahan? Kahin likha hua nahi ke hubb-ul-umm min-al-iman, maa se mohabbat karo, yeh iman ka hissa hai. Yeh to main ne kaha ke dekhiye, agar hubb-ul-watan min-al-iman Hadees na ho, Hadees-e-Rasool na ho, tab bhi woh Hadees-e-Fitrat hai.</w:t>
      </w:r>
      <w:r>
        <w:br/>
      </w:r>
      <w:r>
        <w:rPr>
          <w:sz w:val="20"/>
        </w:rPr>
        <w:t>1:32:32  Woh aadmi jo hai, bahut hi beshaanista aadmi hai jo apne watan se mohabbat na kare. Jis mulk mein hum paida hue, jis mulk ki hawa mein saans lete hain, jis mulk ki ghiza se hamara body bana hai,</w:t>
      </w:r>
      <w:r>
        <w:br/>
      </w:r>
      <w:r>
        <w:rPr>
          <w:sz w:val="20"/>
        </w:rPr>
        <w:t>1:32:42  jis logon ki daryaon mein rehte hain, us se mohabbat nahi hai aap ko? to aap haiwan hain, haiwan hain, insan nahi hain aap.</w:t>
      </w:r>
      <w:r>
        <w:br/>
      </w:r>
      <w:r>
        <w:rPr>
          <w:sz w:val="20"/>
        </w:rPr>
        <w:t>1:32:52  main ne ek baar to sath poona mein tha, to poona mein mujhe ek dream aaya. main is baat ne bohat sakht yaad rakhiye, bas dream aaya.</w:t>
      </w:r>
      <w:r>
        <w:br/>
      </w:r>
      <w:r>
        <w:rPr>
          <w:sz w:val="20"/>
        </w:rPr>
        <w:t>1:33:02  ek main ne kaha, mahatma gandhi aaye hain khwab mein, mujh se kehte hain ke ae maulana, main tum ko muheb watan manta hoon,</w:t>
      </w:r>
      <w:r>
        <w:br/>
      </w:r>
      <w:r>
        <w:rPr>
          <w:sz w:val="20"/>
        </w:rPr>
        <w:t>1:33:13  patriot muheb watan, mujhe patriot manta hoon. to main, yani main ro para. main ne kaha, gandhi, tumhare certificate ki mujhe zaroorat nahi hai, main nature mere liye kafi hai ke main apne watan se mohabbat karoon.</w:t>
      </w:r>
      <w:r>
        <w:br/>
      </w:r>
      <w:r>
        <w:rPr>
          <w:sz w:val="20"/>
        </w:rPr>
        <w:t>1:33:28  kisi gandhi ke certificate ki mujhe zaroorat nahi hai, main woh watan hi ke liye. main insan nahi hoon agar apne watan se mohabbat na karoon, is liye main apne watan se mohabbat karta hoon.</w:t>
      </w:r>
      <w:r>
        <w:br/>
      </w:r>
      <w:r>
        <w:rPr>
          <w:sz w:val="20"/>
        </w:rPr>
        <w:t>1:33:40  woh insan nahi hai, woh haiwan hai. woh</w:t>
      </w:r>
      <w:r>
        <w:br/>
      </w:r>
      <w:r>
        <w:rPr>
          <w:sz w:val="20"/>
        </w:rPr>
        <w:t>1:33:44  ek haiwan ko aap chahe india mein rakhein, chahe us ko america mein le jaiye, har jagah barabar waseeh rahe ga. woh yeh insan ki fitrat mein intro-man hai ke woh apne watan se mohabbat kare, ke apne se mohabbat na kare.</w:t>
      </w:r>
      <w:r>
        <w:br/>
      </w:r>
      <w:r>
        <w:rPr>
          <w:sz w:val="20"/>
        </w:rPr>
        <w:t>1:33:56  woh beshanista aadmi hai, woh haiwan hai, woh woh animal hai. woh to mujhe yaad hai ke main ne kaha ke gandhi, mujhe tumhare certificate ki zaroorat nahi hai, ke main india mein paida hua to india se mujhe mohabbat hai,</w:t>
      </w:r>
    </w:p>
    <w:p>
      <w:pPr>
        <w:pStyle w:val="Heading2"/>
      </w:pPr>
      <w:r>
        <w:t>Gandhi's Satyagraha: why movements need discipline first</w:t>
      </w:r>
    </w:p>
    <w:p>
      <w:r>
        <w:rPr>
          <w:color w:val="666666"/>
          <w:sz w:val="18"/>
        </w:rPr>
        <w:t>The Issues of Islam in the Present World November 11, 2012 · 1m 35s · at 56:02 · https://youtu.be/COoaUbCCi1c?t=3362</w:t>
      </w:r>
    </w:p>
    <w:p>
      <w:r>
        <w:rPr>
          <w:i/>
        </w:rPr>
        <w:t>“Gandhi halted his own movement the moment a police post was burned”</w:t>
      </w:r>
    </w:p>
    <w:p>
      <w:r>
        <w:rPr>
          <w:sz w:val="20"/>
        </w:rPr>
        <w:t>56:02  main ek misal doon ga aap ko mahatma gandhi ki. mahatma gandhi ne satyagraha chalai. satyagraha ka matlab tha bohat hi peaceful, bohat hi peaceful, bohat hi peaceful tareeqay par protest karna.</w:t>
      </w:r>
      <w:r>
        <w:br/>
      </w:r>
      <w:r>
        <w:rPr>
          <w:sz w:val="20"/>
        </w:rPr>
        <w:t>56:18  to kya hua ke yeh jo jo azadi ke log thay, un ke jaloos nikla aur ja kar unhone ek thanay mein aag laga di, chara chaudhri ke thanay mein aag laga di.</w:t>
      </w:r>
      <w:r>
        <w:br/>
      </w:r>
      <w:r>
        <w:rPr>
          <w:sz w:val="20"/>
        </w:rPr>
        <w:t>56:36  is mahatma gandhi ne ailan kiya ke "full force" ke satyagraha band stop kar diya aur dead stop kar diya. unhone</w:t>
      </w:r>
      <w:r>
        <w:br/>
      </w:r>
      <w:r>
        <w:rPr>
          <w:sz w:val="20"/>
        </w:rPr>
        <w:t>56:44  kaha ke "tum log satyagraha ke qabil nahi ho, tum ne aag kyun nikali chara chaudhri ke thanay mein?"</w:t>
      </w:r>
      <w:r>
        <w:br/>
      </w:r>
      <w:r>
        <w:rPr>
          <w:sz w:val="20"/>
        </w:rPr>
        <w:t>56:55  to jab unhone dekha ke yeh log jo hain, jo azadi ke naam par uthay hain, woh abhi azadi ke discipline ko nahi jante.</w:t>
      </w:r>
      <w:r>
        <w:br/>
      </w:r>
      <w:r>
        <w:rPr>
          <w:sz w:val="20"/>
        </w:rPr>
        <w:t>57:03  discipline ko</w:t>
      </w:r>
      <w:r>
        <w:br/>
      </w:r>
      <w:r>
        <w:rPr>
          <w:sz w:val="20"/>
        </w:rPr>
        <w:t>57:07  har tehreek, yani every movement requires of discipline.</w:t>
      </w:r>
      <w:r>
        <w:br/>
      </w:r>
      <w:r>
        <w:rPr>
          <w:sz w:val="20"/>
        </w:rPr>
        <w:t>57:13  to woh woh discipline nahi tha in logon mein. peaceful dalna tha, unhein ja kar aag laga di. wahan par kuch log mar gaye. usi waqt mahatma gandhi ne ailan kar diya ke "satyagraha band".</w:t>
      </w:r>
      <w:r>
        <w:br/>
      </w:r>
      <w:r>
        <w:rPr>
          <w:sz w:val="20"/>
        </w:rPr>
        <w:t>57:29  to itna ziyada ho chuka hai, itna ziyada ho chuka hai. hum hum kab bold decision len ge?</w:t>
      </w:r>
    </w:p>
    <w:p>
      <w:pPr>
        <w:pStyle w:val="Heading2"/>
      </w:pPr>
      <w:r>
        <w:t>Gandhi's civil disobedience as a time-bound tactic</w:t>
      </w:r>
    </w:p>
    <w:p>
      <w:r>
        <w:rPr>
          <w:color w:val="666666"/>
          <w:sz w:val="18"/>
        </w:rPr>
        <w:t>Islam and Violence October 12, 2014 · 1m 41s · at 14:49 · https://youtu.be/KmpXYZjPlj8?t=889</w:t>
      </w:r>
    </w:p>
    <w:p>
      <w:r>
        <w:rPr>
          <w:i/>
        </w:rPr>
        <w:t>“Mahatma Gandhi ka mission sara ka sara non-violence par tha”</w:t>
      </w:r>
    </w:p>
    <w:p>
      <w:r>
        <w:rPr>
          <w:sz w:val="20"/>
        </w:rPr>
        <w:t>14:49  misalan dekhen, Mahatma Gandhi ka mission jo tha, woh sara ka sara aain sahib pesh tha, non-violence par pesh tha.</w:t>
      </w:r>
      <w:r>
        <w:br/>
      </w:r>
      <w:r>
        <w:rPr>
          <w:sz w:val="20"/>
        </w:rPr>
        <w:t>15:00  poore poore maanon mein pacifist thay Mahatma Gandhi.</w:t>
      </w:r>
      <w:r>
        <w:br/>
      </w:r>
      <w:r>
        <w:rPr>
          <w:sz w:val="20"/>
        </w:rPr>
        <w:t>15:04  lekin aap jante hain ke unhon ne ek nara diya tha: "civil disobedience", jis ko urdu mein kehte thay "sivi nafarmani".</w:t>
      </w:r>
      <w:r>
        <w:br/>
      </w:r>
      <w:r>
        <w:rPr>
          <w:sz w:val="20"/>
        </w:rPr>
        <w:t>15:18  yani qanoon ko todna, qanoon ke khilaf jalsa jaloos nikalna, legal system jo angrezon ne qaim kar rakha tha, us ke khilaf tehrikain chalana.</w:t>
      </w:r>
      <w:r>
        <w:br/>
      </w:r>
      <w:r>
        <w:rPr>
          <w:sz w:val="20"/>
        </w:rPr>
        <w:t>15:31  yeh hai "civil disobedience".</w:t>
      </w:r>
      <w:r>
        <w:br/>
      </w:r>
      <w:r>
        <w:rPr>
          <w:sz w:val="20"/>
        </w:rPr>
        <w:t>15:36  to bazahir yeh is ko kehte thay, yani log "passive violence" kehte thay is ko. to passive violence Gandhi ki scheme mein nahi tha.</w:t>
      </w:r>
      <w:r>
        <w:br/>
      </w:r>
      <w:r>
        <w:rPr>
          <w:sz w:val="20"/>
        </w:rPr>
        <w:t>15:50  Gandhi ki scheme mein passive violence nahi tha. Gandhi scheme mein sirf paise pes tha. lekin us waqt chunke British rule tha aur British gun chalate thay, marte peette thay,</w:t>
      </w:r>
      <w:r>
        <w:br/>
      </w:r>
      <w:r>
        <w:rPr>
          <w:sz w:val="20"/>
        </w:rPr>
        <w:t>16:06  to is ke ab Gandhi ko India ko aazad karana tha. to is zamani halaat ki bina par yeh "civil disobedience" ka daur aaya Gandhi ki tehrik mein.</w:t>
      </w:r>
      <w:r>
        <w:br/>
      </w:r>
      <w:r>
        <w:rPr>
          <w:sz w:val="20"/>
        </w:rPr>
        <w:t>16:23  jab angrez chale gaye to disobedience, woh yeh yeh bhi khatam ho gaya.</w:t>
      </w:r>
    </w:p>
    <w:p>
      <w:pPr>
        <w:pStyle w:val="Heading2"/>
      </w:pPr>
      <w:r>
        <w:t>Gandhi's nonviolent movement succeeds through patience</w:t>
      </w:r>
    </w:p>
    <w:p>
      <w:r>
        <w:rPr>
          <w:color w:val="666666"/>
          <w:sz w:val="18"/>
        </w:rPr>
        <w:t>Importance of Patience in Islam December 11, 2022 · 1m 11s · at 21:46 · https://youtu.be/Cy59II1dC-I?t=1306</w:t>
      </w:r>
    </w:p>
    <w:p>
      <w:r>
        <w:rPr>
          <w:i/>
        </w:rPr>
        <w:t>“Take the example of Gandhi ji”</w:t>
      </w:r>
    </w:p>
    <w:p>
      <w:r>
        <w:rPr>
          <w:sz w:val="20"/>
        </w:rPr>
        <w:t>21:46  koi apne aas paas dekh sakta hai ke sabr karne par kitni zyada logon ko kaamyaabi hui. ab hum Gandhi ji ki misaal aap le lijiye. pehle jo us freedom movement violent violence base violence ki base par chal rahi thi, koi kaamyaabi nahi ho rahi thi. ho rahi thi kyunke Angrezon ke paas bohat zyada superior hathiyaar the.</w:t>
      </w:r>
      <w:r>
        <w:br/>
      </w:r>
      <w:r>
        <w:rPr>
          <w:sz w:val="20"/>
        </w:rPr>
        <w:t>22:11  uske baad jab Gandhi ji aaye, unhon ne kaha ke hum peaceful tareeqe se is movement ko chalayenge. to Angrez bilkul nihhathe ho gaye. unhon ne kaha, "ab agar peaceful tareeqe se koi kaam kar raha hai, to us par hathiyaar chala nahi sakte." na to ek baar kaha jaata hai ke unhon ne ek taar diya. Angrez</w:t>
      </w:r>
      <w:r>
        <w:br/>
      </w:r>
      <w:r>
        <w:rPr>
          <w:sz w:val="20"/>
        </w:rPr>
        <w:t>22:32  on ne collector ne ek taar diya secretariat mein ke "please wire instructions how to kill a tiger non-violently." to yeh hai sabr. jab sabr hum karte hain, to hum peaceful ho jaate hain. ab peaceful jab ho jaate hain, to phir doosre ka jo hai waar hamare upar chalta nahi.</w:t>
      </w:r>
    </w:p>
    <w:p>
      <w:pPr>
        <w:pStyle w:val="Heading2"/>
      </w:pPr>
      <w:r>
        <w:t>Recurring dream of Gandhi, claiming to be his true successor</w:t>
      </w:r>
    </w:p>
    <w:p>
      <w:r>
        <w:rPr>
          <w:color w:val="666666"/>
          <w:sz w:val="18"/>
        </w:rPr>
        <w:t>Journey to a Mediterranean Island November 23, 2008 · 4m 22s · at 58:32 · https://youtu.be/uoOiuhWeSIQ?t=3512</w:t>
      </w:r>
    </w:p>
    <w:p>
      <w:r>
        <w:rPr>
          <w:i/>
        </w:rPr>
        <w:t>“واٹ از نیو گاندھینزم؟ کین اور مشن بی ایسوسیٹڈ ود اٹ؟”</w:t>
      </w:r>
    </w:p>
    <w:p>
      <w:r>
        <w:rPr>
          <w:sz w:val="20"/>
        </w:rPr>
        <w:t>58:32  das question is from miss raziya: what is new gandhism? can our mission be associated with it?</w:t>
      </w:r>
      <w:r>
        <w:br/>
      </w:r>
      <w:r>
        <w:rPr>
          <w:sz w:val="20"/>
        </w:rPr>
        <w:t>58:46  kal aaye the mister siddharth, ek types of india ke,</w:t>
      </w:r>
      <w:r>
        <w:br/>
      </w:r>
      <w:r>
        <w:rPr>
          <w:sz w:val="20"/>
        </w:rPr>
        <w:t>58:50  un se mein ne baat karti hui kaha ke yeh lafz use kiya tha, mein ne new atheism. to bas bachta ho ke hamara jo mission hai, woh new atheism hai.</w:t>
      </w:r>
      <w:r>
        <w:br/>
      </w:r>
      <w:r>
        <w:rPr>
          <w:sz w:val="20"/>
        </w:rPr>
        <w:t>59:06  mein ne kai bar mahatma gandhi ko dream mein dekha.</w:t>
      </w:r>
      <w:r>
        <w:br/>
      </w:r>
      <w:r>
        <w:rPr>
          <w:sz w:val="20"/>
        </w:rPr>
        <w:t>59:13  mein ne ek baar dekha ke mein ek road hai, is pe walk kar raha hoon paidal. phir ek darakht hai, ek peir, is neeche mahatma gandhi akele baithe hue hain.</w:t>
      </w:r>
      <w:r>
        <w:br/>
      </w:r>
      <w:r>
        <w:rPr>
          <w:sz w:val="20"/>
        </w:rPr>
        <w:t>59:28  ek dam wahi haliya hai jo un ka hota tha, bohat hi sad.</w:t>
      </w:r>
      <w:r>
        <w:br/>
      </w:r>
      <w:r>
        <w:rPr>
          <w:sz w:val="20"/>
        </w:rPr>
        <w:t>59:36  to mein un ke paas jata hoon, to mujh ko ek pen dete hain.</w:t>
      </w:r>
      <w:r>
        <w:br/>
      </w:r>
      <w:r>
        <w:rPr>
          <w:sz w:val="20"/>
        </w:rPr>
        <w:t>59:43  mahatma gandhi ek pen dete hain aur kehte hain ke maulana sahib, aap jo kar rahe hain, is ko karte rahey.</w:t>
      </w:r>
      <w:r>
        <w:br/>
      </w:r>
      <w:r>
        <w:rPr>
          <w:sz w:val="20"/>
        </w:rPr>
        <w:t>59:57  bas itna hi bolay woh ke maulana sahib, aap jo kar rahe hain, is ko karte rahey. aur pen diya unhon ne. bas samajhta hoon ke mein mahatma gandhi ka reincarnation hoon,</w:t>
      </w:r>
      <w:r>
        <w:br/>
      </w:r>
      <w:r>
        <w:rPr>
          <w:sz w:val="20"/>
        </w:rPr>
        <w:t>1:00:10  ya kam az kam yeh keh sakta hoon ke mahatma gandhi ke ideals jo hain, un ka mein embodiment hoon. aap yeh na dekhen ke mera term of reference kya hota hai, matlab mahatma gandhi ka term of reference geeta hota tha.</w:t>
      </w:r>
      <w:r>
        <w:br/>
      </w:r>
      <w:r>
        <w:rPr>
          <w:sz w:val="20"/>
        </w:rPr>
        <w:t>1:00:25  agar mera term of reference quran hai to is mein bhadkiye nahin. aap kaha mahatma gandhi khud kehte thay ke ram rahim ek hai.</w:t>
      </w:r>
      <w:r>
        <w:br/>
      </w:r>
      <w:r>
        <w:rPr>
          <w:sz w:val="20"/>
        </w:rPr>
        <w:t>1:00:33  mahatma gandhi ke haan gaya jata tha gana baqayda, daily: ram rahim ek hai. to jo cheez unhein jo bolte thay, woh geeta ke reference mein, isi ko agar boloon quran ke reference mein to baat ek hi hui, do nahin hui.</w:t>
      </w:r>
      <w:r>
        <w:br/>
      </w:r>
      <w:r>
        <w:rPr>
          <w:sz w:val="20"/>
        </w:rPr>
        <w:t>1:00:50  woh</w:t>
      </w:r>
      <w:r>
        <w:br/>
      </w:r>
      <w:r>
        <w:rPr>
          <w:sz w:val="20"/>
        </w:rPr>
        <w:t>1:00:52  to mein to beharhaal yeh samajhta hoon ke mein mahatma gandhi ke ideals ka embodiment hoon. aur waqia hai ke is waqt india mein agar koi mahatma gandhi ko represent kar raha hai to mein akela hoon, koi doosra aadmi nahin hai.</w:t>
      </w:r>
      <w:r>
        <w:br/>
      </w:r>
      <w:r>
        <w:rPr>
          <w:sz w:val="20"/>
        </w:rPr>
        <w:t>1:01:09  dekhiye, mahatma gandhi ke jo saathi thay, woh un ke successor nahin ban sake. sab ke sab un ke revolution ke political beneficiary thay,</w:t>
      </w:r>
      <w:r>
        <w:br/>
      </w:r>
      <w:r>
        <w:rPr>
          <w:sz w:val="20"/>
        </w:rPr>
        <w:t>1:01:20  yani un ka jo revolution aaya, us se political faiday uthaye logon ne. mein ne koi faida nahin uthaya. mein bhi ek freedom fighter hoon, mein bhi bohat se faiday le sakta tha, mujhe offer bhi kai diye gaye, koi faida mein ne nahin liya.</w:t>
      </w:r>
      <w:r>
        <w:br/>
      </w:r>
      <w:r>
        <w:rPr>
          <w:sz w:val="20"/>
        </w:rPr>
        <w:t>1:01:35  to mein apne aap ko mahatma gandhi ka true successor manta hoon. is se koi na bhadkaye ke woh agar geeta ka reference dete thay aur mein quran ka reference deta hoon to yeh to yeh to khud woh kehte thay: ram rahim ek hai.</w:t>
      </w:r>
      <w:r>
        <w:br/>
      </w:r>
      <w:r>
        <w:rPr>
          <w:sz w:val="20"/>
        </w:rPr>
        <w:t>1:01:51  is ko le kar koi koi bhadakna nahin chahiye ke is ko. aur waqia yeh hai ke mahatma gandhi ke mission ko mein revive kar raha hoon ke mein ne mr. sudhar se kaha, aur jaate hue mein samajhta hoon ke unhon ne mana is cheez ko, is ke wazan ko, is ke weight ko unhon ne tasleem kiya.</w:t>
      </w:r>
      <w:r>
        <w:br/>
      </w:r>
      <w:r>
        <w:rPr>
          <w:sz w:val="20"/>
        </w:rPr>
        <w:t>1:02:10  to new gauthi-ism jo hai, woh naam hai guardian philosophy ka naye situation mein reapplication.</w:t>
      </w:r>
      <w:r>
        <w:br/>
      </w:r>
      <w:r>
        <w:rPr>
          <w:sz w:val="20"/>
        </w:rPr>
        <w:t>1:02:20  woh mein kar raha hoon, khuda ke fazal se.</w:t>
      </w:r>
      <w:r>
        <w:br/>
      </w:r>
      <w:r>
        <w:rPr>
          <w:sz w:val="20"/>
        </w:rPr>
        <w:t>1:02:26  logon ka mamla hai ke kuch kuch oopri cheezon ko le kar bhadakte hain, gehre gehre gehrai mein ja kar nahin dekhte. gehrai mein ja kar nahin dekhte.</w:t>
      </w:r>
      <w:r>
        <w:br/>
      </w:r>
      <w:r>
        <w:rPr>
          <w:sz w:val="20"/>
        </w:rPr>
        <w:t>1:02:37  gehrai mein ja ke aap dekhen to lage ke waqai yeh aadmi revive kar raha hai guardian philosophy ko.</w:t>
      </w:r>
      <w:r>
        <w:br/>
      </w:r>
      <w:r>
        <w:rPr>
          <w:sz w:val="20"/>
        </w:rPr>
        <w:t>1:02:45  inshallah, mein is par ek ek poora ek lecture inshallah hum rakhen ge india international center mein, isi par: what is new gauthi-ism?</w:t>
      </w:r>
    </w:p>
    <w:p>
      <w:pPr>
        <w:pStyle w:val="Heading2"/>
      </w:pPr>
      <w:r>
        <w:t>Gandhi mobilized crowds but never built a team</w:t>
      </w:r>
    </w:p>
    <w:p>
      <w:r>
        <w:rPr>
          <w:color w:val="666666"/>
          <w:sz w:val="18"/>
        </w:rPr>
        <w:t>Journey to a Mediterranean Island November 23, 2008 · 3m 26s · at 50:34 · https://youtu.be/uoOiuhWeSIQ?t=3034</w:t>
      </w:r>
    </w:p>
    <w:p>
      <w:r>
        <w:rPr>
          <w:i/>
        </w:rPr>
        <w:t>“کل میرے پاس ٹائمز آف انڈیا کے ایک صاحب آئے تھے”</w:t>
      </w:r>
    </w:p>
    <w:p>
      <w:r>
        <w:rPr>
          <w:sz w:val="20"/>
        </w:rPr>
        <w:t>50:34  kal mere paas types of India ke ek sahib aaye the, to mere kaam ke bare mein un se baat hui. to</w:t>
      </w:r>
      <w:r>
        <w:br/>
      </w:r>
      <w:r>
        <w:rPr>
          <w:sz w:val="20"/>
        </w:rPr>
        <w:t>50:42  mein ne kaha ke dekhiye, Mahatma Gandhi jo hai, independence pehle bohat hi successful leader the, independence ke baad fail ho gaye, woh kuch nahi kar paye, woh first mare, woh unhone kaha ke ab meri kaun sune ga?</w:t>
      </w:r>
      <w:r>
        <w:br/>
      </w:r>
      <w:r>
        <w:rPr>
          <w:sz w:val="20"/>
        </w:rPr>
        <w:t>50:58  kyun? unhone audience se pehle jo kaam kiya, woh British empire ko target kiya tha.</w:t>
      </w:r>
      <w:r>
        <w:br/>
      </w:r>
      <w:r>
        <w:rPr>
          <w:sz w:val="20"/>
        </w:rPr>
        <w:t>51:08  unhone Brit</w:t>
      </w:r>
      <w:r>
        <w:br/>
      </w:r>
      <w:r>
        <w:rPr>
          <w:sz w:val="20"/>
        </w:rPr>
        <w:t>51:11  ish, yani Quit India, to Quit India par unhone phir logon ko mobilize kiya, aur bohat bari bheed un ka aktha ho gayi.</w:t>
      </w:r>
      <w:r>
        <w:br/>
      </w:r>
      <w:r>
        <w:rPr>
          <w:sz w:val="20"/>
        </w:rPr>
        <w:t>51:21  to is ki taqat se angrezon ko jahan chhodna pada, lekin yani post independence India mein jo kaam karna tha, us ke liye team chahiye thi.</w:t>
      </w:r>
      <w:r>
        <w:br/>
      </w:r>
      <w:r>
        <w:rPr>
          <w:sz w:val="20"/>
        </w:rPr>
        <w:t>51:32  team, team thi nahi un ke paas, Gandhi</w:t>
      </w:r>
      <w:r>
        <w:br/>
      </w:r>
      <w:r>
        <w:rPr>
          <w:sz w:val="20"/>
        </w:rPr>
        <w:t>51:37  ke paas koi team nahi thi. Gandhi to awam ko mobilize karte rahe, bas sadkon par bari bari bheed aktha ho jaye, jalson par bari bari bheed aktha ho jaye, aur is is is bheed ko unhone ek ek ek taqat ki taraf istemal kiya British British ke khilaf, jis mein woh kamyab hue.</w:t>
      </w:r>
      <w:r>
        <w:br/>
      </w:r>
      <w:r>
        <w:rPr>
          <w:sz w:val="20"/>
        </w:rPr>
        <w:t>51:56  lekin baad ka zamana jo tha, yahan to koi aisa nahi tha, koi jis se aap takkar karein.</w:t>
      </w:r>
      <w:r>
        <w:br/>
      </w:r>
      <w:r>
        <w:rPr>
          <w:sz w:val="20"/>
        </w:rPr>
        <w:t>52:06  ek takrao ki policy jo chalai thi Gandhi ne, woh azadi se pehle kaam kar sakti thi. ab to takrao kis se karenge? apne logon se takrao karenge aap, aur kuch log nadani mein kar rahe hain, to bhat band aur chakka jam karte hain, yeh strike karte hain, desh ko tabah kar rahe hain.</w:t>
      </w:r>
      <w:r>
        <w:br/>
      </w:r>
      <w:r>
        <w:rPr>
          <w:sz w:val="20"/>
        </w:rPr>
        <w:t>52:23  to mein ne kaha ke dekhiye, Mahatma Gandhi ka kaam jahan, yani jahan khatam hua tha, wahan se hamara kaam shuru hua hai, yani hum team bana rahe hain.</w:t>
      </w:r>
      <w:r>
        <w:br/>
      </w:r>
      <w:r>
        <w:rPr>
          <w:sz w:val="20"/>
        </w:rPr>
        <w:t>52:33  team</w:t>
      </w:r>
      <w:r>
        <w:br/>
      </w:r>
      <w:r>
        <w:rPr>
          <w:sz w:val="20"/>
        </w:rPr>
        <w:t>52:35  jo Fabian Society ka mein ne hawala diya, jis se England mein kiya tha, unhone Fabian Society ne pehle team banai, unhone phir team ne aage badh kar kaam kiya. to yeh do phase mein kaam hua un ka.</w:t>
      </w:r>
      <w:r>
        <w:br/>
      </w:r>
      <w:r>
        <w:rPr>
          <w:sz w:val="20"/>
        </w:rPr>
        <w:t>52:48  to hum yeh jo yahan par hum karte hain, yahan par aur is tarah ki doosri activities jo hamari hain, to ek team banane ke liye aap log woh team hain.</w:t>
      </w:r>
      <w:r>
        <w:br/>
      </w:r>
      <w:r>
        <w:rPr>
          <w:sz w:val="20"/>
        </w:rPr>
        <w:t>53:00  to hamara pehla nishana yeh hai ke ek team ban jaye,</w:t>
      </w:r>
      <w:r>
        <w:br/>
      </w:r>
      <w:r>
        <w:rPr>
          <w:sz w:val="20"/>
        </w:rPr>
        <w:t>53:04  agla kaam jo hai woh yeh team anjam degi, jaisa ke Fabian Society ne kiya England mein. to aap ko consciously jaan na chahiye ke aap ka mission kya hai, aap ka role kya hai,</w:t>
      </w:r>
      <w:r>
        <w:br/>
      </w:r>
      <w:r>
        <w:rPr>
          <w:sz w:val="20"/>
        </w:rPr>
        <w:t>53:17  aap ko is duniya mein karna kya hai. consciously jaan na chahiye, consciously.</w:t>
      </w:r>
      <w:r>
        <w:br/>
      </w:r>
      <w:r>
        <w:rPr>
          <w:sz w:val="20"/>
        </w:rPr>
        <w:t>53:27  is waqt hamari sari jo phases hain, hamara zor jo hamara hai, woh hai team banane par.</w:t>
      </w:r>
      <w:r>
        <w:br/>
      </w:r>
      <w:r>
        <w:rPr>
          <w:sz w:val="20"/>
        </w:rPr>
        <w:t>53:36  jab tak hum is mein, yani jitna hum is mein kamyab honge, yani team banane mein, utna hi hum agle marhale mein kamyabi hasil kar sakenge.</w:t>
      </w:r>
      <w:r>
        <w:br/>
      </w:r>
      <w:r>
        <w:rPr>
          <w:sz w:val="20"/>
        </w:rPr>
        <w:t>53:49  yeh Rasool Allah Sallallahu Alaihi Wasallam ka tareeqa yahi tha. Rasool Allah ne pehle team banai, phir us team ne, usi team ko hum Sahaba kehte hain, Sahaba naam hai usi team ka.</w:t>
      </w:r>
    </w:p>
    <w:p>
      <w:pPr>
        <w:pStyle w:val="Heading2"/>
      </w:pPr>
      <w:r>
        <w:t>Gandhi as God's demonstration of peaceful struggle</w:t>
      </w:r>
    </w:p>
    <w:p>
      <w:r>
        <w:rPr>
          <w:color w:val="666666"/>
          <w:sz w:val="18"/>
        </w:rPr>
        <w:t>The Concept of Naskh in Quran July 18, 2007 · 1m 31s · at 26:54 · https://youtu.be/fXpiwXIo2As?t=1614</w:t>
      </w:r>
    </w:p>
    <w:p>
      <w:r>
        <w:rPr>
          <w:i/>
        </w:rPr>
        <w:t>“مہاتما گاندھی خدا کی طرف سے ایک ڈیمونسٹریشن تھے”</w:t>
      </w:r>
    </w:p>
    <w:p>
      <w:r>
        <w:rPr>
          <w:sz w:val="20"/>
        </w:rPr>
        <w:t>26:54  To aap yeh karein ke yahan bhi aap peaceful way pe apni struggle chalaiye. Jaise Mahatma Gandhi ne India mein chalaya, Mahatma Gandhi ne ek bahut badi movement chalai,</w:t>
      </w:r>
      <w:r>
        <w:br/>
      </w:r>
      <w:r>
        <w:rPr>
          <w:sz w:val="20"/>
        </w:rPr>
        <w:t>27:12  freedom struggle ki movement, aur poori ki poori woh peaceful method se chalai gayi.</w:t>
      </w:r>
      <w:r>
        <w:br/>
      </w:r>
      <w:r>
        <w:rPr>
          <w:sz w:val="20"/>
        </w:rPr>
        <w:t>27:18  To agar koi problem aata hai kisi ki taraf se, tab bhi aap ko peaceful method hi par chalna hai, violent method nahi lena hai. Aur kitni badi misaal hai Mahatma Gandhi ke zariye Khuda ne qaim kar di hai ke bhai agar koi India mein dekhein, Angrez aaye, Angrezon ne hamare har desh par qabza kar liya to Mahatma Gandhi ne kaha ke "talwar ki kya zaroorat hai?"</w:t>
      </w:r>
      <w:r>
        <w:br/>
      </w:r>
      <w:r>
        <w:rPr>
          <w:sz w:val="20"/>
        </w:rPr>
        <w:t>27:48  Ab freedom ke zariye sab kuch hum kar sakte hain to hum talwar kyun istemal karein?</w:t>
      </w:r>
      <w:r>
        <w:br/>
      </w:r>
      <w:r>
        <w:rPr>
          <w:sz w:val="20"/>
        </w:rPr>
        <w:t>27:57  jab freedom dunya hum ko freedom de rahi hai to hum kyun gun aur talwar istemal karein?</w:t>
      </w:r>
      <w:r>
        <w:br/>
      </w:r>
      <w:r>
        <w:rPr>
          <w:sz w:val="20"/>
        </w:rPr>
        <w:t>28:06  to mahatma gandhi ne freedom movement ko, jo britishers ke problem ki wajah se paish aayi thi, us ko 100 fisad peaceful tareeqay se chalaya aur us ko success tak pohanchaya.</w:t>
      </w:r>
    </w:p>
    <w:p>
      <w:pPr>
        <w:pStyle w:val="Heading2"/>
      </w:pPr>
      <w:r>
        <w:t>Winning hearts at Agra by acknowledging Gandhi's true story</w:t>
      </w:r>
    </w:p>
    <w:p>
      <w:r>
        <w:rPr>
          <w:color w:val="666666"/>
          <w:sz w:val="18"/>
        </w:rPr>
        <w:t>Lessons from My Journey to Agra October 27, 2013 · 4m 46s · at 17:53 · https://youtu.be/Gg2N0h4ETH8?t=1073</w:t>
      </w:r>
    </w:p>
    <w:p>
      <w:r>
        <w:rPr>
          <w:i/>
        </w:rPr>
        <w:t>“Agra mein sab se zyada mujhe unhon ne ahmiyat di”</w:t>
      </w:r>
    </w:p>
    <w:p>
      <w:r>
        <w:rPr>
          <w:sz w:val="20"/>
        </w:rPr>
        <w:t>17:53  isi ka ek misal yahan par hai jo Agra mein hui. Agra mein jo log gaye the, woh is ke gawah hain ke wahan par sab se zyada mujhe ko in logon ne ahmiyat de di.</w:t>
      </w:r>
      <w:r>
        <w:br/>
      </w:r>
      <w:r>
        <w:rPr>
          <w:sz w:val="20"/>
        </w:rPr>
        <w:t>18:06  meri jab taqreer khatam hui, wahan par main baitha ek jagah, kursiyan lagi hui thin, to sab mere paas aa gaye aur mujh se mil rahe hain, mujh se is ke sar pe hath rakhwa rahe hain, kitab sign, woh autograph le rahe hain waghera.</w:t>
      </w:r>
      <w:r>
        <w:br/>
      </w:r>
      <w:r>
        <w:rPr>
          <w:sz w:val="20"/>
        </w:rPr>
        <w:t>18:22  to kyun aisa hua? yeh main batana chahta hoon aap ko ke talib-e-qalb ka woh tareeqa maine ikhtiyar kiya jis ko main ne kaha ke acknowledge karna.</w:t>
      </w:r>
      <w:r>
        <w:br/>
      </w:r>
      <w:r>
        <w:rPr>
          <w:sz w:val="20"/>
        </w:rPr>
        <w:t>18:33  acknowledge karna</w:t>
      </w:r>
      <w:r>
        <w:br/>
      </w:r>
      <w:r>
        <w:rPr>
          <w:sz w:val="20"/>
        </w:rPr>
        <w:t>18:36  to wahan par maine jo taqreer ka mozu tha, woh Gandhi ko le kar ke tha. Gandhi ne ka kya contribution hai history mein, kyunke yeh log Gandhi ke tareeqe ko ikhtiyar kiye hue hain, Gandhi ko apne leader leader mante hain.</w:t>
      </w:r>
      <w:r>
        <w:br/>
      </w:r>
      <w:r>
        <w:rPr>
          <w:sz w:val="20"/>
        </w:rPr>
        <w:t>18:53  to maine ek aisi baat kahi jo in logon ne abhi tak Gandhi ke bare mein is tarah ki baat kahi bhi nahi thi, kyunke bahut anokhi baat lagi. woh</w:t>
      </w:r>
      <w:r>
        <w:br/>
      </w:r>
      <w:r>
        <w:rPr>
          <w:sz w:val="20"/>
        </w:rPr>
        <w:t>19:02  maine kaha ke Gandhi ji, yeh zindagi shuru hoti hai South Africa ke ek tajrube se. South Africa mein aap jante hain ke Gandhi ji paida hue India mein, un ki taleem India mein pehle hui, phir woh gaye London, wahan se bar at law kiya unhone,</w:t>
      </w:r>
      <w:r>
        <w:br/>
      </w:r>
      <w:r>
        <w:rPr>
          <w:sz w:val="20"/>
        </w:rPr>
        <w:t>19:22  phir wapas aaye. is ke baad South Africa gaye, wahan par woh vakalat karte the. to</w:t>
      </w:r>
      <w:r>
        <w:br/>
      </w:r>
      <w:r>
        <w:rPr>
          <w:sz w:val="20"/>
        </w:rPr>
        <w:t>19:27  1853 mein aisa hua ke ek bar woh train mein safar kar rahe the, woh first class ke apartment mein the, ticket bhi un ke paas tha, lekin is zamane mein yeh rang ka color ka bahut zyada wahan par culture tha.</w:t>
      </w:r>
      <w:r>
        <w:br/>
      </w:r>
      <w:r>
        <w:rPr>
          <w:sz w:val="20"/>
        </w:rPr>
        <w:t>19:47  to ek white aadmi, ek white British dakhil hua gaadi mein, wahan dekha ke ek black baitha hua hai.</w:t>
      </w:r>
      <w:r>
        <w:br/>
      </w:r>
      <w:r>
        <w:rPr>
          <w:sz w:val="20"/>
        </w:rPr>
        <w:t>19:56  to bahut ghussa</w:t>
      </w:r>
      <w:r>
        <w:br/>
      </w:r>
      <w:r>
        <w:rPr>
          <w:sz w:val="20"/>
        </w:rPr>
        <w:t>19:57  hua woh. un ke nazdeek white, un ke nazdeek first class jo tha, woh sirf white ke liye tha, black ke liye nahi tha. to unhon ne TT ko bulaya aur us ko nikalwa diya kaha apartment se.</w:t>
      </w:r>
      <w:r>
        <w:br/>
      </w:r>
      <w:r>
        <w:rPr>
          <w:sz w:val="20"/>
        </w:rPr>
        <w:t>20:10  unhon ne dekha, kaha ke bhai apartment hai, lekin kuch suna nahi. un ko nikaal diya, un ka saaman bahar phenk diya. raat ka waqt tha, bohat hi thand thand mausam tha, bohat hi cold.</w:t>
      </w:r>
      <w:r>
        <w:br/>
      </w:r>
      <w:r>
        <w:rPr>
          <w:sz w:val="20"/>
        </w:rPr>
        <w:t>20:24  to yeh bohat talkh tajurba tha Mahatma Gandhi ko, yaani violence ka, violence ka ek tajurba.</w:t>
      </w:r>
      <w:r>
        <w:br/>
      </w:r>
      <w:r>
        <w:rPr>
          <w:sz w:val="20"/>
        </w:rPr>
        <w:t>20:32  phir kya hua ke Mahatma Gandhi ke zamane mein second world war hui, jis mein bohat zyada violence hua, bohat log maare gaye.</w:t>
      </w:r>
      <w:r>
        <w:br/>
      </w:r>
      <w:r>
        <w:rPr>
          <w:sz w:val="20"/>
        </w:rPr>
        <w:t>20:44  is ke baad jab Mahatma Gandhi wapas aaye South Africa se India 1915 mein, to is ke baad 1919 ka waqea hua Amritsar mein, leelwane aur aabad mein.</w:t>
      </w:r>
      <w:r>
        <w:br/>
      </w:r>
      <w:r>
        <w:rPr>
          <w:sz w:val="20"/>
        </w:rPr>
        <w:t>20:58  wahan par General Dyer ke hukum se goli chalai gayi aur taqreeban ek hazar Indian mar gaye. to Mahatma Gandhi ne teen violence dekha, yaani personal violence, national violence aur global violence.</w:t>
      </w:r>
      <w:r>
        <w:br/>
      </w:r>
      <w:r>
        <w:rPr>
          <w:sz w:val="20"/>
        </w:rPr>
        <w:t>21:14  is ke baad, lekin unhon ne jo philosophy pesh ki duniya ke samne, woh thi peace, woh non-violence ki.</w:t>
      </w:r>
      <w:r>
        <w:br/>
      </w:r>
      <w:r>
        <w:rPr>
          <w:sz w:val="20"/>
        </w:rPr>
        <w:t>21:21  to main ne kaha ke Mahatma Gandhi jo the, woh itna bashaoor the ke unhon ne tajurba un ka hua violence ka, lekin is se nichoda unhon ne non-violence,</w:t>
      </w:r>
      <w:r>
        <w:br/>
      </w:r>
      <w:r>
        <w:rPr>
          <w:sz w:val="20"/>
        </w:rPr>
        <w:t>21:34  yaani tashaddud se aman nikala. unhon ne yeh un ki, un ki mahanta hai ya un ka greatness hai, warna aam taur par kya hota hai, log negative ho jate hain.</w:t>
      </w:r>
      <w:r>
        <w:br/>
      </w:r>
      <w:r>
        <w:rPr>
          <w:sz w:val="20"/>
        </w:rPr>
        <w:t>21:47  to ab is tarah unhon ne socha bhi nahi tha ke Mahatma Gandhi ko yeh credit milta hai. to bohat zyada khushi hui. woh log, main yeh arz kar raha hoon ke kisi ko acknowledge dein, aap acknowledge karein, aap</w:t>
      </w:r>
      <w:r>
        <w:br/>
      </w:r>
      <w:r>
        <w:rPr>
          <w:sz w:val="20"/>
        </w:rPr>
        <w:t>22:01  to bohat zyada, aap ko yeh talib-e-qalb ka bohat super item yeh hota hai. chunancha wahan kya hua, hamare jo saathi the, jo yahan se kitabein le gaye the, Quran le gaye the, to in logon ne dhoom macha kar kitabein leen aur khud apni taraf se mez diya, table diya ke is pe kitabein likhiye aur stage se ailaan kiya ke dekhein, in ki kitabein hain, is ko lijiye, aap log padhiye.</w:t>
      </w:r>
      <w:r>
        <w:br/>
      </w:r>
      <w:r>
        <w:rPr>
          <w:sz w:val="20"/>
        </w:rPr>
        <w:t>22:27  to un ko jo main ne talib-e-qalb ki, ab ko acknowledge kiya, is ka yeh nateeja tha. to yeh ek tajurba tha jo main ne arz kiya.</w:t>
      </w:r>
    </w:p>
    <w:p>
      <w:pPr>
        <w:pStyle w:val="Heading2"/>
      </w:pPr>
      <w:r>
        <w:t>Gandhi and Tilak read opposite lessons into Gita</w:t>
      </w:r>
    </w:p>
    <w:p>
      <w:r>
        <w:rPr>
          <w:color w:val="666666"/>
          <w:sz w:val="18"/>
        </w:rPr>
        <w:t>From Political Empire to Opportunity Empire, Jan 3, 2010 · 32s · at 15:08 · https://youtu.be/beXYK7vtZ04?t=908</w:t>
      </w:r>
    </w:p>
    <w:p>
      <w:r>
        <w:rPr>
          <w:i/>
        </w:rPr>
        <w:t>“یہ دوسرے لوگوں میں بھی ہے، جیسے گیتا کو لیجئے”</w:t>
      </w:r>
    </w:p>
    <w:p>
      <w:r>
        <w:rPr>
          <w:sz w:val="20"/>
        </w:rPr>
        <w:t>15:08  yeh doosre logon mein bhi hai, jaise geeta ko lijiye. aap ghazi ka mind tha peaceful, to unhon ne quran mein geeta se nikal liya peaceful method nikal liya.</w:t>
      </w:r>
      <w:r>
        <w:br/>
      </w:r>
      <w:r>
        <w:rPr>
          <w:sz w:val="20"/>
        </w:rPr>
        <w:t>15:18  tilak ka mind tha doosra, to unhon ne is mein violence nikal liya.</w:t>
      </w:r>
      <w:r>
        <w:br/>
      </w:r>
      <w:r>
        <w:rPr>
          <w:sz w:val="20"/>
        </w:rPr>
        <w:t>15:23  yani tilak ko geeta mein violence mila, violent method, aur ghazi ko usi waqt peaceful method mila. yahi musalmanon ka haal hai. har aadmi ka apna bana hua mind us ko toarta nahin hai. aadmi first of all, you have to decondition your mind.</w:t>
      </w:r>
    </w:p>
    <w:p>
      <w:pPr>
        <w:pStyle w:val="Heading2"/>
      </w:pPr>
      <w:r>
        <w:t>Tolstoy and Gandhi's failed dream to end all tears</w:t>
      </w:r>
    </w:p>
    <w:p>
      <w:r>
        <w:rPr>
          <w:color w:val="666666"/>
          <w:sz w:val="18"/>
        </w:rPr>
        <w:t>Right Man at Wrong Place May 18, 2008 · 2m 23s · at 54:12 · https://youtu.be/sKwAjR3OAGo?t=3252</w:t>
      </w:r>
    </w:p>
    <w:p>
      <w:r>
        <w:rPr>
          <w:i/>
        </w:rPr>
        <w:t>“ٹالسٹائے نے چاہا ایسی سوسائٹی بنائے جس میں کوئی رونے والا نہ ہو”</w:t>
      </w:r>
    </w:p>
    <w:p>
      <w:r>
        <w:rPr>
          <w:sz w:val="20"/>
        </w:rPr>
        <w:t>54:12  toh yeh hai yeh hai is mein bible mein ke god will wipe away tears from all faces ab kya hua ke is ko le liya tolstoy ne tolstoy ek bohat bara writer tha russia ka us ki kitab hai war and peace aur bohat si kitabein hain toh is ko dunya mein translate karna chaha unhon ne</w:t>
      </w:r>
      <w:r>
        <w:br/>
      </w:r>
      <w:r>
        <w:rPr>
          <w:sz w:val="20"/>
        </w:rPr>
        <w:t>54:39  unhon ne yeh mashad banaya apna ke dunya mein jo insan hain jo society hai un ke aansu poochein hum agar aisi society banayein jis mein koi rota rone wala na ho toh kuch bhi nahi hua woh khud hi yani is mein jis peer mein mare 1910 mein 1910 mein un ka death hua tolstoy ka 1910 mein frustration mein mare woh</w:t>
      </w:r>
      <w:r>
        <w:br/>
      </w:r>
      <w:r>
        <w:rPr>
          <w:sz w:val="20"/>
        </w:rPr>
        <w:t>55:08  halankeh woh unki 88 years ho chuki thi kyunke woh ayat jo thi bible mein woh to</w:t>
      </w:r>
      <w:r>
        <w:br/>
      </w:r>
      <w:r>
        <w:rPr>
          <w:sz w:val="20"/>
        </w:rPr>
        <w:t>55:14  aakhirat ke bare mein thi yeh dunya ke bare mein nahi thi yahi</w:t>
      </w:r>
      <w:r>
        <w:br/>
      </w:r>
      <w:r>
        <w:rPr>
          <w:sz w:val="20"/>
        </w:rPr>
        <w:t>55:19  kahani hum India mein dekhte hain</w:t>
      </w:r>
      <w:r>
        <w:br/>
      </w:r>
      <w:r>
        <w:rPr>
          <w:sz w:val="20"/>
        </w:rPr>
        <w:t>55:23  Mahatma Gandhi bohat hi barhe leader thay</w:t>
      </w:r>
      <w:r>
        <w:br/>
      </w:r>
      <w:r>
        <w:rPr>
          <w:sz w:val="20"/>
        </w:rPr>
        <w:t>55:28  to unhon ne kaha tha azadi se pehle ke mera mission har aankh ke aansu poochna hai</w:t>
      </w:r>
      <w:r>
        <w:br/>
      </w:r>
      <w:r>
        <w:rPr>
          <w:sz w:val="20"/>
        </w:rPr>
        <w:t>55:38  mahatma gandhi ne kaha tha azadi se pehle ke mera mission har aankh ke aansu pochhna hai toh 47 ke baad kya har aankh ke aansu poch gaye zahir hai ke nahi poche balkeh shayad rone walon ki aankh aur rone wali aankhein aur zyada ho gayin</w:t>
      </w:r>
      <w:r>
        <w:br/>
      </w:r>
      <w:r>
        <w:rPr>
          <w:sz w:val="20"/>
        </w:rPr>
        <w:t>55:58  1947 mein jo jawaharlal nehru ne kaha tha ke india mein 36 crore aadmi hain aur 36 crore problem hain aur aaj kitne aadmi hain aaj toh bohat zyada hamari ginti ho chuki hai toh rone wale hi barh gaye hain toh rone wale jo the un ke aansu kahan poche</w:t>
      </w:r>
      <w:r>
        <w:br/>
      </w:r>
      <w:r>
        <w:rPr>
          <w:sz w:val="20"/>
        </w:rPr>
        <w:t>56:22  toh kyun aisa hua hamare leader ne is bible ke ek verse ko dunya mein transfer karna chaha jo thi akhirat ke liye paradise ke liye</w:t>
      </w:r>
      <w:r>
        <w:br/>
      </w:r>
      <w:r>
        <w:rPr>
          <w:sz w:val="20"/>
        </w:rPr>
        <w:t>56:36  yaad rakhiye ke dunya mein hamein yani khuda banaye nahi khuda ne dunya ko ke hum hamari desire yahan poori hon desire toh wahan poori hongi</w:t>
      </w:r>
    </w:p>
    <w:p>
      <w:pPr>
        <w:pStyle w:val="Heading2"/>
      </w:pPr>
      <w:r>
        <w:t>Gandhi's real mission: Hindu-Muslim harmony, not sameness</w:t>
      </w:r>
    </w:p>
    <w:p>
      <w:r>
        <w:rPr>
          <w:color w:val="666666"/>
          <w:sz w:val="18"/>
        </w:rPr>
        <w:t>Multi Religious Society and Islam (English) March 3, 2007 · 2m 12s · at 34:42 · https://youtu.be/13uSBqf_XHg?t=2082</w:t>
      </w:r>
    </w:p>
    <w:p>
      <w:r>
        <w:rPr>
          <w:i/>
        </w:rPr>
        <w:t>“Mahatma Gandhi's real mission for India after independence”</w:t>
      </w:r>
    </w:p>
    <w:p>
      <w:r>
        <w:rPr>
          <w:sz w:val="20"/>
        </w:rPr>
        <w:t>34:42  because he tried to eliminate the course of nature. and, who can change the course of nature?</w:t>
      </w:r>
      <w:r>
        <w:br/>
      </w:r>
      <w:r>
        <w:rPr>
          <w:sz w:val="20"/>
        </w:rPr>
        <w:t>34:55  in india,</w:t>
      </w:r>
      <w:r>
        <w:br/>
      </w:r>
      <w:r>
        <w:rPr>
          <w:sz w:val="20"/>
        </w:rPr>
        <w:t>35:00  in india, the greatest leader of india, mahatma gandhi, wanted to establish a society, a harmonious society in india, after the</w:t>
      </w:r>
      <w:r>
        <w:br/>
      </w:r>
      <w:r>
        <w:rPr>
          <w:sz w:val="20"/>
        </w:rPr>
        <w:t>35:19  freedom.</w:t>
      </w:r>
      <w:r>
        <w:br/>
      </w:r>
      <w:r>
        <w:rPr>
          <w:sz w:val="20"/>
        </w:rPr>
        <w:t>35:21  butt, unfortunately, he was shot dead in 1948.</w:t>
      </w:r>
      <w:r>
        <w:br/>
      </w:r>
      <w:r>
        <w:rPr>
          <w:sz w:val="20"/>
        </w:rPr>
        <w:t>35:30  before his death, he declared that,</w:t>
      </w:r>
      <w:r>
        <w:br/>
      </w:r>
      <w:r>
        <w:rPr>
          <w:sz w:val="20"/>
        </w:rPr>
        <w:t>35:38  he declared what was his mission in post independent India.</w:t>
      </w:r>
      <w:r>
        <w:br/>
      </w:r>
      <w:r>
        <w:rPr>
          <w:sz w:val="20"/>
        </w:rPr>
        <w:t>35:44  he said, "Hindus aur Musalman must learn to living in harmony." harmony.</w:t>
      </w:r>
      <w:r>
        <w:br/>
      </w:r>
      <w:r>
        <w:rPr>
          <w:sz w:val="20"/>
        </w:rPr>
        <w:t>36:01  he never said that they must eliminate all those differences in terms of culture, in terms of religion.</w:t>
      </w:r>
      <w:r>
        <w:br/>
      </w:r>
      <w:r>
        <w:rPr>
          <w:sz w:val="20"/>
        </w:rPr>
        <w:t>36:12  mahatma gandhi never said like this, that you have to eliminate all those differences that are prevalent in India in terms of culture, in terms of language, in terms of religion.</w:t>
      </w:r>
      <w:r>
        <w:br/>
      </w:r>
      <w:r>
        <w:rPr>
          <w:sz w:val="20"/>
        </w:rPr>
        <w:t>36:26  instead, he said that, "Hindus aur Musalmans should learn to living together in peace and harmony.</w:t>
      </w:r>
      <w:r>
        <w:br/>
      </w:r>
      <w:r>
        <w:rPr>
          <w:sz w:val="20"/>
        </w:rPr>
        <w:t>36:38  otherwise, i should die in the attempt." so, this is the best mission for indian leaders and indian thinkers.</w:t>
      </w:r>
    </w:p>
    <w:p>
      <w:pPr>
        <w:pStyle w:val="Heading2"/>
      </w:pPr>
      <w:r>
        <w:t>How Gandhi's nonviolent movement actually won freedom</w:t>
      </w:r>
    </w:p>
    <w:p>
      <w:r>
        <w:rPr>
          <w:color w:val="666666"/>
          <w:sz w:val="18"/>
        </w:rPr>
        <w:t>Muslims In the Modern Age (Israil-Palestain Issue) Jan 18, 2009 · 3m 45s · at 42:53 · https://youtu.be/3hJE65YKtU4?t=2573</w:t>
      </w:r>
    </w:p>
    <w:p>
      <w:r>
        <w:rPr>
          <w:i/>
        </w:rPr>
        <w:t>“Before Mahatma Gandhi, India was engaged in violent struggle.”</w:t>
      </w:r>
    </w:p>
    <w:p>
      <w:r>
        <w:rPr>
          <w:sz w:val="20"/>
        </w:rPr>
        <w:t>42:53  i narrated a very relevant story of mahatma gandhi. you know, before mahatma gandhi, india was engaged in violent struggle.</w:t>
      </w:r>
      <w:r>
        <w:br/>
      </w:r>
      <w:r>
        <w:rPr>
          <w:sz w:val="20"/>
        </w:rPr>
        <w:t>43:08  you know, freedom struggle started in 1857. freedom struggle of india started in 1857.</w:t>
      </w:r>
      <w:r>
        <w:br/>
      </w:r>
      <w:r>
        <w:rPr>
          <w:sz w:val="20"/>
        </w:rPr>
        <w:t>43:22  at that time, all the leaders of india were obsessed with militancy, muslim leaders and hindu leaders both.</w:t>
      </w:r>
      <w:r>
        <w:br/>
      </w:r>
      <w:r>
        <w:rPr>
          <w:sz w:val="20"/>
        </w:rPr>
        <w:t>43:37  you know, tilak and subhash and</w:t>
      </w:r>
      <w:r>
        <w:br/>
      </w:r>
      <w:r>
        <w:rPr>
          <w:sz w:val="20"/>
        </w:rPr>
        <w:t>43:44  and ulama deoband, all were thinking in this term.</w:t>
      </w:r>
      <w:r>
        <w:br/>
      </w:r>
      <w:r>
        <w:rPr>
          <w:sz w:val="20"/>
        </w:rPr>
        <w:t>43:53  so after great loss, they achieved nothing. they started their freedom struggle in the violence pattern, but they gained nothing.</w:t>
      </w:r>
      <w:r>
        <w:br/>
      </w:r>
      <w:r>
        <w:rPr>
          <w:sz w:val="20"/>
        </w:rPr>
        <w:t>44:08  then came mahatma gandhi. he said: "no, no violence at all. we will adopt the peaceful method."</w:t>
      </w:r>
      <w:r>
        <w:br/>
      </w:r>
      <w:r>
        <w:rPr>
          <w:sz w:val="20"/>
        </w:rPr>
        <w:t>44:21  Mahatma Gandhi was aware of Islamic teachings. Perhaps you are aware of this hadith that the Prophet of Islam has said: "In Allah mala gharaz to non violence, what he does not grant to violence."</w:t>
      </w:r>
      <w:r>
        <w:br/>
      </w:r>
      <w:r>
        <w:rPr>
          <w:sz w:val="20"/>
        </w:rPr>
        <w:t>44:47  so mahatma gandhi adopted this islamic principles and he achieved success. at that time, there war britishers in india.</w:t>
      </w:r>
      <w:r>
        <w:br/>
      </w:r>
      <w:r>
        <w:rPr>
          <w:sz w:val="20"/>
        </w:rPr>
        <w:t>45:00  so what happen? i read in some book this story that when mahatma gandhi declared that we will follow non violence</w:t>
      </w:r>
      <w:r>
        <w:br/>
      </w:r>
      <w:r>
        <w:rPr>
          <w:sz w:val="20"/>
        </w:rPr>
        <w:t>45:14  , so one british collector send a telegram to to the secretariat, british secretariat, what to do in such such situation.</w:t>
      </w:r>
      <w:r>
        <w:br/>
      </w:r>
      <w:r>
        <w:rPr>
          <w:sz w:val="20"/>
        </w:rPr>
        <w:t>45:29  so the the text of the telegram was like this: "kindly wire instructions, wire send through telegram, kindly wire instructions how to kill tiger non violently."</w:t>
      </w:r>
      <w:r>
        <w:br/>
      </w:r>
      <w:r>
        <w:rPr>
          <w:sz w:val="20"/>
        </w:rPr>
        <w:t>45:52  you know what happen? the whole british army paralyzed when mahatma gandhi said that we will follow the non violence.</w:t>
      </w:r>
      <w:r>
        <w:br/>
      </w:r>
      <w:r>
        <w:rPr>
          <w:sz w:val="20"/>
        </w:rPr>
        <w:t>46:06  he snatch the justification from british army, british police, british officers.</w:t>
      </w:r>
      <w:r>
        <w:br/>
      </w:r>
      <w:r>
        <w:rPr>
          <w:sz w:val="20"/>
        </w:rPr>
        <w:t>46:15  british government was, was, was deprived of all those justification.</w:t>
      </w:r>
      <w:r>
        <w:br/>
      </w:r>
      <w:r>
        <w:rPr>
          <w:sz w:val="20"/>
        </w:rPr>
        <w:t>46:27  and you know, freedom was achieved in 1947. so i said this to those arab gentlemen: "you know what they said?</w:t>
      </w:r>
    </w:p>
    <w:p>
      <w:pPr>
        <w:pStyle w:val="Heading2"/>
      </w:pPr>
      <w:r>
        <w:t>The telegram that paralyzed the British Army</w:t>
      </w:r>
    </w:p>
    <w:p>
      <w:r>
        <w:rPr>
          <w:color w:val="666666"/>
          <w:sz w:val="18"/>
        </w:rPr>
        <w:t>Muslims In the Modern Age (Israil-Palestain Issue) Jan 18, 2009 · 1m 38s · at 45:00 · https://youtu.be/3hJE65YKtU4?t=2700</w:t>
      </w:r>
    </w:p>
    <w:p>
      <w:r>
        <w:rPr>
          <w:i/>
        </w:rPr>
        <w:t>“When Gandhi declared we will follow non-violence completely.”</w:t>
      </w:r>
    </w:p>
    <w:p>
      <w:r>
        <w:rPr>
          <w:sz w:val="20"/>
        </w:rPr>
        <w:t>45:00  so what happen? i read in some book this story that when mahatma gandhi declared that we will follow non violence</w:t>
      </w:r>
      <w:r>
        <w:br/>
      </w:r>
      <w:r>
        <w:rPr>
          <w:sz w:val="20"/>
        </w:rPr>
        <w:t>45:14  , so one british collector send a telegram to to the secretariat, british secretariat, what to do in such such situation.</w:t>
      </w:r>
      <w:r>
        <w:br/>
      </w:r>
      <w:r>
        <w:rPr>
          <w:sz w:val="20"/>
        </w:rPr>
        <w:t>45:29  so the the text of the telegram was like this: "kindly wire instructions, wire send through telegram, kindly wire instructions how to kill tiger non violently."</w:t>
      </w:r>
      <w:r>
        <w:br/>
      </w:r>
      <w:r>
        <w:rPr>
          <w:sz w:val="20"/>
        </w:rPr>
        <w:t>45:52  you know what happen? the whole british army paralyzed when mahatma gandhi said that we will follow the non violence.</w:t>
      </w:r>
      <w:r>
        <w:br/>
      </w:r>
      <w:r>
        <w:rPr>
          <w:sz w:val="20"/>
        </w:rPr>
        <w:t>46:06  he snatch the justification from british army, british police, british officers.</w:t>
      </w:r>
      <w:r>
        <w:br/>
      </w:r>
      <w:r>
        <w:rPr>
          <w:sz w:val="20"/>
        </w:rPr>
        <w:t>46:15  british government was, was, was deprived of all those justification.</w:t>
      </w:r>
      <w:r>
        <w:br/>
      </w:r>
      <w:r>
        <w:rPr>
          <w:sz w:val="20"/>
        </w:rPr>
        <w:t>46:27  and you know, freedom was achieved in 1947. so i said this to those arab gentlemen: "you know what they said?</w:t>
      </w:r>
    </w:p>
    <w:p>
      <w:pPr>
        <w:pStyle w:val="Heading2"/>
      </w:pPr>
      <w:r>
        <w:t>Gandhi's nonviolence and the prophetic saying it proved</w:t>
      </w:r>
    </w:p>
    <w:p>
      <w:r>
        <w:rPr>
          <w:color w:val="666666"/>
          <w:sz w:val="18"/>
        </w:rPr>
        <w:t>Islma A Religion of Peace (English) January 7, 2010 · 3m 56s · at 9:10 · https://youtu.be/YKg_GJj8Hvg?t=550</w:t>
      </w:r>
    </w:p>
    <w:p>
      <w:r>
        <w:rPr>
          <w:i/>
        </w:rPr>
        <w:t>“Mahatma Gandhi gave a successful demonstration of this principle”</w:t>
      </w:r>
    </w:p>
    <w:p>
      <w:r>
        <w:rPr>
          <w:sz w:val="20"/>
        </w:rPr>
        <w:t>9:10  Mahatma Gandhi was that Mahatma Gandhi gave a successful demonstration of this principle.</w:t>
      </w:r>
      <w:r>
        <w:br/>
      </w:r>
      <w:r>
        <w:rPr>
          <w:sz w:val="20"/>
        </w:rPr>
        <w:t>9:23  you know, Mahatma Gandhi was the great leader of India.</w:t>
      </w:r>
      <w:r>
        <w:br/>
      </w:r>
      <w:r>
        <w:rPr>
          <w:sz w:val="20"/>
        </w:rPr>
        <w:t>9:29  he was the</w:t>
      </w:r>
      <w:r>
        <w:br/>
      </w:r>
      <w:r>
        <w:rPr>
          <w:sz w:val="20"/>
        </w:rPr>
        <w:t>9:33  great leader of freedom struggle. and in India, freedom struggle started in 1857.</w:t>
      </w:r>
      <w:r>
        <w:br/>
      </w:r>
      <w:r>
        <w:rPr>
          <w:sz w:val="20"/>
        </w:rPr>
        <w:t>9:44  at that time, the leaders were following armed struggle, the formula of armed struggle.</w:t>
      </w:r>
      <w:r>
        <w:br/>
      </w:r>
      <w:r>
        <w:rPr>
          <w:sz w:val="20"/>
        </w:rPr>
        <w:t>9:54  they were using violence against Britishers.</w:t>
      </w:r>
      <w:r>
        <w:br/>
      </w:r>
      <w:r>
        <w:rPr>
          <w:sz w:val="20"/>
        </w:rPr>
        <w:t>9:58  then, in 1919, Mahatma Gandhi came. he was adopted as as the supreme leader of International Congress.</w:t>
      </w:r>
      <w:r>
        <w:br/>
      </w:r>
      <w:r>
        <w:rPr>
          <w:sz w:val="20"/>
        </w:rPr>
        <w:t>10:15  Mahatma Gandhi declared that, "now, we will abandon all card of violence against Britishers.</w:t>
      </w:r>
      <w:r>
        <w:br/>
      </w:r>
      <w:r>
        <w:rPr>
          <w:sz w:val="20"/>
        </w:rPr>
        <w:t>10:26  we will follow our struggle through peaceful means, ahimsa or non-violence." this was a peace bomb, like a peace bomb.</w:t>
      </w:r>
      <w:r>
        <w:br/>
      </w:r>
      <w:r>
        <w:rPr>
          <w:sz w:val="20"/>
        </w:rPr>
        <w:t>10:42  this bomb paralyzed the British Empire.</w:t>
      </w:r>
      <w:r>
        <w:br/>
      </w:r>
      <w:r>
        <w:rPr>
          <w:sz w:val="20"/>
        </w:rPr>
        <w:t>10:50  they felt that now they had no justification to use arms, to use guns against the freedom fighters.</w:t>
      </w:r>
      <w:r>
        <w:br/>
      </w:r>
      <w:r>
        <w:rPr>
          <w:sz w:val="20"/>
        </w:rPr>
        <w:t>11:01  they were interesting story.</w:t>
      </w:r>
      <w:r>
        <w:br/>
      </w:r>
      <w:r>
        <w:rPr>
          <w:sz w:val="20"/>
        </w:rPr>
        <w:t>11:04  one British collector of the time</w:t>
      </w:r>
      <w:r>
        <w:br/>
      </w:r>
      <w:r>
        <w:rPr>
          <w:sz w:val="20"/>
        </w:rPr>
        <w:t>11:13  wanted</w:t>
      </w:r>
      <w:r>
        <w:br/>
      </w:r>
      <w:r>
        <w:rPr>
          <w:sz w:val="20"/>
        </w:rPr>
        <w:t>11:17  direction from his center, secretariat, how to do against this non-violent activist.</w:t>
      </w:r>
      <w:r>
        <w:br/>
      </w:r>
      <w:r>
        <w:rPr>
          <w:sz w:val="20"/>
        </w:rPr>
        <w:t>11:28  so, he sent a telegram asking a guidance</w:t>
      </w:r>
      <w:r>
        <w:br/>
      </w:r>
      <w:r>
        <w:rPr>
          <w:sz w:val="20"/>
        </w:rPr>
        <w:t>11:34  The wording of this telegram was very interesting. It was, "Wire kindly, wire instructions how to kill a tiger non violently."</w:t>
      </w:r>
      <w:r>
        <w:br/>
      </w:r>
      <w:r>
        <w:rPr>
          <w:sz w:val="20"/>
        </w:rPr>
        <w:t>11:52  it means that previously the fight freedom fighters were violent. so, we were justified to use violence against them.</w:t>
      </w:r>
      <w:r>
        <w:br/>
      </w:r>
      <w:r>
        <w:rPr>
          <w:sz w:val="20"/>
        </w:rPr>
        <w:t>12:04  now, they are saying that we are non violent activist. we have abandon armed and violence.</w:t>
      </w:r>
      <w:r>
        <w:br/>
      </w:r>
      <w:r>
        <w:rPr>
          <w:sz w:val="20"/>
        </w:rPr>
        <w:t>12:15  so, what to do?</w:t>
      </w:r>
      <w:r>
        <w:br/>
      </w:r>
      <w:r>
        <w:rPr>
          <w:sz w:val="20"/>
        </w:rPr>
        <w:t>12:19  so, this this is a best illustration that</w:t>
      </w:r>
      <w:r>
        <w:br/>
      </w:r>
      <w:r>
        <w:rPr>
          <w:sz w:val="20"/>
        </w:rPr>
        <w:t>12:27  non violence is forward effective than the violence.</w:t>
      </w:r>
      <w:r>
        <w:br/>
      </w:r>
      <w:r>
        <w:rPr>
          <w:sz w:val="20"/>
        </w:rPr>
        <w:t>12:35  peaceful struggle is forward effective than the violent struggle.</w:t>
      </w:r>
      <w:r>
        <w:br/>
      </w:r>
      <w:r>
        <w:rPr>
          <w:sz w:val="20"/>
        </w:rPr>
        <w:t>12:45  so, that principle which was given by the prophet of islam in this verse, that god grants to non violence what he does not grant to violence.</w:t>
      </w:r>
      <w:r>
        <w:br/>
      </w:r>
      <w:r>
        <w:rPr>
          <w:sz w:val="20"/>
        </w:rPr>
        <w:t>12:57  mahatma gandhi demonstrated practically that it is a fact</w:t>
      </w:r>
    </w:p>
    <w:p>
      <w:pPr>
        <w:pStyle w:val="Heading2"/>
      </w:pPr>
      <w:r>
        <w:t>Arun Gandhi's challenge on peace at any cost, answered</w:t>
      </w:r>
    </w:p>
    <w:p>
      <w:r>
        <w:rPr>
          <w:color w:val="666666"/>
          <w:sz w:val="18"/>
        </w:rPr>
        <w:t>Islma A Religion of Peace (English) January 7, 2010 · 3m 47s · at 44:17 · https://youtu.be/YKg_GJj8Hvg?t=2657</w:t>
      </w:r>
    </w:p>
    <w:p>
      <w:r>
        <w:rPr>
          <w:i/>
        </w:rPr>
        <w:t>“I do have one question, it may show my ignorance”</w:t>
      </w:r>
    </w:p>
    <w:p>
      <w:r>
        <w:rPr>
          <w:sz w:val="20"/>
        </w:rPr>
        <w:t>44:17  but i do have one question, and it may be an indication of my ignorance.</w:t>
      </w:r>
      <w:r>
        <w:br/>
      </w:r>
      <w:r>
        <w:rPr>
          <w:sz w:val="20"/>
        </w:rPr>
        <w:t>44:26  so, i would ask your forgiveness if i have not understood you properly. but you mentioned two or three times during your talk that we have to work for peace at any</w:t>
      </w:r>
      <w:r>
        <w:br/>
      </w:r>
      <w:r>
        <w:rPr>
          <w:sz w:val="20"/>
        </w:rPr>
        <w:t>44:42  cost, and that i was not able to understand properly because in today times, president bush said that he declared war because he is working for peace, that we need to kill all the terrorist before we can achieve peace in the world.</w:t>
      </w:r>
      <w:r>
        <w:br/>
      </w:r>
      <w:r>
        <w:rPr>
          <w:sz w:val="20"/>
        </w:rPr>
        <w:t>45:06  the jihadist said the same kind of thing, that we need to kill all the</w:t>
      </w:r>
      <w:r>
        <w:br/>
      </w:r>
      <w:r>
        <w:rPr>
          <w:sz w:val="20"/>
        </w:rPr>
        <w:t>45:14  impure people before we can get peace in the world. so, when you say we need to have peace at any cost, work for peace at any cost, are you saying that this is the right way of working</w:t>
      </w:r>
      <w:r>
        <w:br/>
      </w:r>
      <w:r>
        <w:rPr>
          <w:sz w:val="20"/>
        </w:rPr>
        <w:t>45:30  ? i mean even violence and killing would be a good way of working for peace, or because my grandfather always believed that peace can only be achieved through non violence,</w:t>
      </w:r>
      <w:r>
        <w:br/>
      </w:r>
      <w:r>
        <w:rPr>
          <w:sz w:val="20"/>
        </w:rPr>
        <w:t>45:47  that no other way of achieving peace, its only through non violence that we can achieve peace.</w:t>
      </w:r>
      <w:r>
        <w:br/>
      </w:r>
      <w:r>
        <w:rPr>
          <w:sz w:val="20"/>
        </w:rPr>
        <w:t>45:55  so, if you could clarify this little point for me, i would be very grateful to you. thank you.</w:t>
      </w:r>
      <w:r>
        <w:br/>
      </w:r>
      <w:r>
        <w:rPr>
          <w:sz w:val="20"/>
        </w:rPr>
        <w:t>46:05  thank you. you know, mahatma gandhi started his non violent movement after 1919.</w:t>
      </w:r>
      <w:r>
        <w:br/>
      </w:r>
      <w:r>
        <w:rPr>
          <w:sz w:val="20"/>
        </w:rPr>
        <w:t>46:15  1919 was a massacre.</w:t>
      </w:r>
      <w:r>
        <w:br/>
      </w:r>
      <w:r>
        <w:rPr>
          <w:sz w:val="20"/>
        </w:rPr>
        <w:t>46:19  he never said that we have to wear to give a fit response through violence.</w:t>
      </w:r>
      <w:r>
        <w:br/>
      </w:r>
      <w:r>
        <w:rPr>
          <w:sz w:val="20"/>
        </w:rPr>
        <w:t>46:30  they showed violence in 1919, but mahatma gandhi adopted peace. so, you have to see the result.</w:t>
      </w:r>
      <w:r>
        <w:br/>
      </w:r>
      <w:r>
        <w:rPr>
          <w:sz w:val="20"/>
        </w:rPr>
        <w:t>46:40  those who have</w:t>
      </w:r>
      <w:r>
        <w:br/>
      </w:r>
      <w:r>
        <w:rPr>
          <w:sz w:val="20"/>
        </w:rPr>
        <w:t>46:44  opted for violence in 1919, they failed, and mahatma gandhi was successful. so, you have to see the result.</w:t>
      </w:r>
      <w:r>
        <w:br/>
      </w:r>
      <w:r>
        <w:rPr>
          <w:sz w:val="20"/>
        </w:rPr>
        <w:t>46:55  in islam, it is result that matters. so, i am a great believer that through violence you cannot achieve anything.</w:t>
      </w:r>
      <w:r>
        <w:br/>
      </w:r>
      <w:r>
        <w:rPr>
          <w:sz w:val="20"/>
        </w:rPr>
        <w:t>47:09  only in, only through peaceful method you can achieve your goal. so, mahatma gandhi him self has showed the way.</w:t>
      </w:r>
      <w:r>
        <w:br/>
      </w:r>
      <w:r>
        <w:rPr>
          <w:sz w:val="20"/>
        </w:rPr>
        <w:t>47:21  even there was 1919 massacre, but he adopted peace, and he was successful. so, i think that we have to redefine mahatma gandhi his philosophy.</w:t>
      </w:r>
      <w:r>
        <w:br/>
      </w:r>
      <w:r>
        <w:rPr>
          <w:sz w:val="20"/>
        </w:rPr>
        <w:t>47:37  now, we have to redefine, we have to restudy, we have to rediscover the philosophy.</w:t>
      </w:r>
      <w:r>
        <w:br/>
      </w:r>
      <w:r>
        <w:rPr>
          <w:sz w:val="20"/>
        </w:rPr>
        <w:t>47:45  I am a great admirer of Mahatma Gandhi, and I am a guardian in the sense of non-violent activist.</w:t>
      </w:r>
      <w:r>
        <w:br/>
      </w:r>
      <w:r>
        <w:rPr>
          <w:sz w:val="20"/>
        </w:rPr>
        <w:t>47:57  So, I believe in result. Violence can't lead to any result.</w:t>
      </w:r>
    </w:p>
    <w:p>
      <w:pPr>
        <w:pStyle w:val="Heading2"/>
      </w:pPr>
      <w:r>
        <w:t>modern weapons make war unlawful, choose peace like Gandhi</w:t>
      </w:r>
    </w:p>
    <w:p>
      <w:r>
        <w:rPr>
          <w:color w:val="666666"/>
          <w:sz w:val="18"/>
        </w:rPr>
        <w:t>On Positive Thinking (Sai Center) June 13, 2007 · 4m 11s · at 23:23 · https://youtu.be/nSLf0wQ-PWw?t=1403</w:t>
      </w:r>
    </w:p>
    <w:p>
      <w:r>
        <w:rPr>
          <w:i/>
        </w:rPr>
        <w:t>“Today the world has weapons of mass destruction”</w:t>
      </w:r>
    </w:p>
    <w:p>
      <w:r>
        <w:rPr>
          <w:sz w:val="20"/>
        </w:rPr>
        <w:t>23:23  aaj jo hai, dekhiye, aaj duniya mein weapons of mass destruction aa chuke hain.</w:t>
      </w:r>
      <w:r>
        <w:br/>
      </w:r>
      <w:r>
        <w:rPr>
          <w:sz w:val="20"/>
        </w:rPr>
        <w:t>23:33  weapons of mass destruction. is ka matlab kya hua hai? ke kisi ladai mein aap yeh kar nahi sakte ke combatant aur non combatant mein differentiate karen.</w:t>
      </w:r>
      <w:r>
        <w:br/>
      </w:r>
      <w:r>
        <w:rPr>
          <w:sz w:val="20"/>
        </w:rPr>
        <w:t>23:46  aap ka hathiyar un ko marega, un ko hi marega. ab to war islam mein unlawful ho chuki hai. ab islam mein war ke liye koi room nahi hai.</w:t>
      </w:r>
      <w:r>
        <w:br/>
      </w:r>
      <w:r>
        <w:rPr>
          <w:sz w:val="20"/>
        </w:rPr>
        <w:t>23:56  there is no room for combating aisa hai.</w:t>
      </w:r>
      <w:r>
        <w:br/>
      </w:r>
      <w:r>
        <w:rPr>
          <w:sz w:val="20"/>
        </w:rPr>
        <w:t>24:03  is ka matlab kya hua? koi mujh se poochega phir kya karen hum? ke peace fully struggle karo. non violent struggle ka rasta khula hua hai.</w:t>
      </w:r>
      <w:r>
        <w:br/>
      </w:r>
      <w:r>
        <w:rPr>
          <w:sz w:val="20"/>
        </w:rPr>
        <w:t>24:16  violent struggle ka rasta nahi khula hua hai. aap violent struggle nahi kar sakte is zamane mein. kyunke aap ko haram karna parega is ke liye.</w:t>
      </w:r>
      <w:r>
        <w:br/>
      </w:r>
      <w:r>
        <w:rPr>
          <w:sz w:val="20"/>
        </w:rPr>
        <w:t>24:24  in logon ko marna parega jo ke non combatant hain. ab is zamane mein azadi hai, har qism ki azadi hai.</w:t>
      </w:r>
      <w:r>
        <w:br/>
      </w:r>
      <w:r>
        <w:rPr>
          <w:sz w:val="20"/>
        </w:rPr>
        <w:t>24:33  to aap azadi ko avail kijiye. opportunities khuli hui hain. aap is ko avail kar ke peace fully struggle kijiye aap.</w:t>
      </w:r>
      <w:r>
        <w:br/>
      </w:r>
      <w:r>
        <w:rPr>
          <w:sz w:val="20"/>
        </w:rPr>
        <w:t>24:42  jaise Mahatma Gandhi ne kiya. aap jante hain isi India mein kuch log violent struggle kar rahe the. aur kuch se mila nahi kuch.</w:t>
      </w:r>
      <w:r>
        <w:br/>
      </w:r>
      <w:r>
        <w:rPr>
          <w:sz w:val="20"/>
        </w:rPr>
        <w:t>24:52  phir Gandhi aaye. unhon ne peacefully struggle chalaya. aur woh kamyab hue.</w:t>
      </w:r>
      <w:r>
        <w:br/>
      </w:r>
      <w:r>
        <w:rPr>
          <w:sz w:val="20"/>
        </w:rPr>
        <w:t>24:58  is zamane mein jabke har qism ki azadi mil chuki hai. har qism ki opportunities khul chuki hain.</w:t>
      </w:r>
      <w:r>
        <w:br/>
      </w:r>
      <w:r>
        <w:rPr>
          <w:sz w:val="20"/>
        </w:rPr>
        <w:t>25:08  to humein violence karne ki zarurat hi kya hai? hum ko war ki zarurat kya hai? violent struggle jo hai woh aaj is ka koi place nahi hai aaj ki duniya mein.</w:t>
      </w:r>
      <w:r>
        <w:br/>
      </w:r>
      <w:r>
        <w:rPr>
          <w:sz w:val="20"/>
        </w:rPr>
        <w:t>25:22  is wajah se mein kahunga ke yeh jo jihad idhar ho raha hai, in logon ne kiya kiya hai?</w:t>
      </w:r>
      <w:r>
        <w:br/>
      </w:r>
      <w:r>
        <w:rPr>
          <w:sz w:val="20"/>
        </w:rPr>
        <w:t>25:28  ke wrong option le rakha hai unhon ne. ek dekhiye hadith hai ke aap ki wife Aisha batati hain aap ki policy ke bare mein, general policy ke bare mein.</w:t>
      </w:r>
      <w:r>
        <w:br/>
      </w:r>
      <w:r>
        <w:rPr>
          <w:sz w:val="20"/>
        </w:rPr>
        <w:t>25:40  ke ma khair rasool Allah sal Allahu alaihi wasallam bain amrain ila khairahu</w:t>
      </w:r>
      <w:r>
        <w:br/>
      </w:r>
      <w:r>
        <w:rPr>
          <w:sz w:val="20"/>
        </w:rPr>
        <w:t>25:47  is ka matlab yeh hai ke whenever the prophet had to choose between the two, he always opted for easier option rather than harder option.</w:t>
      </w:r>
      <w:r>
        <w:br/>
      </w:r>
      <w:r>
        <w:rPr>
          <w:sz w:val="20"/>
        </w:rPr>
        <w:t>26:00  ab dekhen ke easier kya hai, harder kya hai? to violent action jo hai, violent activism jo hai, woh harder option hai.</w:t>
      </w:r>
      <w:r>
        <w:br/>
      </w:r>
      <w:r>
        <w:rPr>
          <w:sz w:val="20"/>
        </w:rPr>
        <w:t>26:12  violent activism jo hai, woh harder option hai. aur peaceful activism jo hai, easier option hai. to jab khula hua rasta easier option ka, yani peaceful activism ka rasta khula hua hai,</w:t>
      </w:r>
      <w:r>
        <w:br/>
      </w:r>
      <w:r>
        <w:rPr>
          <w:sz w:val="20"/>
        </w:rPr>
        <w:t>26:28  to aap ko right hi nahi hai ke aap violent action ka option len. kitni khuli hui baat hai yeh.</w:t>
      </w:r>
      <w:r>
        <w:br/>
      </w:r>
      <w:r>
        <w:rPr>
          <w:sz w:val="20"/>
        </w:rPr>
        <w:t>26:37  to jo log is zamane mein ladaai bhadaai kar rahe hain, woh Islam se deviate kar ke aisa kar rahe hain. woh Islam ko follow kar ke aisa nahi kar rahe hain. woh Islam ko follow kar ke aisa nahi kar rahe hain.</w:t>
      </w:r>
      <w:r>
        <w:br/>
      </w:r>
      <w:r>
        <w:rPr>
          <w:sz w:val="20"/>
        </w:rPr>
        <w:t>26:49  to mein jo is waqt keh raha hoon, woh yeh nahi keh raha hoon ke Musalman jo kar rahe hain, is ko mein justify karoon. yeh mera job nahi hai.</w:t>
      </w:r>
      <w:r>
        <w:br/>
      </w:r>
      <w:r>
        <w:rPr>
          <w:sz w:val="20"/>
        </w:rPr>
        <w:t>26:59  mera job kya hai? ke Islam ki teaching kya hai, is ko bataoon. kyunke mein ek Islam ka ek scholar hoon.</w:t>
      </w:r>
      <w:r>
        <w:br/>
      </w:r>
      <w:r>
        <w:rPr>
          <w:sz w:val="20"/>
        </w:rPr>
        <w:t>27:05  saari umar mein mein ne Islam ko parha hai. Arabic language mein janta hoon. direct Arabic sources se mein ne parha hai. to mein jab mein apne conviction ke sath bata sakta hoon ke Islam kya hai,</w:t>
      </w:r>
      <w:r>
        <w:br/>
      </w:r>
      <w:r>
        <w:rPr>
          <w:sz w:val="20"/>
        </w:rPr>
        <w:t>27:20  to mein jahan tak mein ne samjha hai, mein yeh keh sakta hoon ke is zamane mein war ka option hi baqi nahi raha hai. ab sirf option se way ek hai, woh peace ka option hai.</w:t>
      </w:r>
    </w:p>
    <w:p>
      <w:pPr>
        <w:pStyle w:val="Heading2"/>
      </w:pPr>
      <w:r>
        <w:t>Mutual-recognition formula historically failed repeatedly</w:t>
      </w:r>
    </w:p>
    <w:p>
      <w:r>
        <w:rPr>
          <w:color w:val="666666"/>
          <w:sz w:val="18"/>
        </w:rPr>
        <w:t>Role of Islam in History April 5, 2009 · 2m 05s · at 1:21:48 · https://youtu.be/_chXIaKrOH8?t=4908</w:t>
      </w:r>
    </w:p>
    <w:p>
      <w:r>
        <w:rPr>
          <w:i/>
        </w:rPr>
        <w:t>“Akbar failed, Gandhi failed, Vivekananda failed”</w:t>
      </w:r>
    </w:p>
    <w:p>
      <w:r>
        <w:rPr>
          <w:sz w:val="20"/>
        </w:rPr>
        <w:t>1:21:48  this question is from mr michel lemay. maulana, when discussing the topic of harmony in a multi religious society, you said that mutual recognition formula is not feasible.</w:t>
      </w:r>
      <w:r>
        <w:br/>
      </w:r>
      <w:r>
        <w:rPr>
          <w:sz w:val="20"/>
        </w:rPr>
        <w:t>1:22:03  so we should use the mutual respect formula of Islam. but you also said yesterday that the mutual recognition formula is never the less a beautiful formula.</w:t>
      </w:r>
      <w:r>
        <w:br/>
      </w:r>
      <w:r>
        <w:rPr>
          <w:sz w:val="20"/>
        </w:rPr>
        <w:t>1:22:15  so can we still think that there is some truth in other religions? kindly comment! i am not saying that is correct formula.</w:t>
      </w:r>
      <w:r>
        <w:br/>
      </w:r>
      <w:r>
        <w:rPr>
          <w:sz w:val="20"/>
        </w:rPr>
        <w:t>1:22:25  seemingly, it is beautiful formula. apparently, it is beautiful formula, but i am not saying that is correct. there is other point, another point.</w:t>
      </w:r>
      <w:r>
        <w:br/>
      </w:r>
      <w:r>
        <w:rPr>
          <w:sz w:val="20"/>
        </w:rPr>
        <w:t>1:22:36  to in these matters, we yani in these matters, we need only practical formula.</w:t>
      </w:r>
      <w:r>
        <w:br/>
      </w:r>
      <w:r>
        <w:rPr>
          <w:sz w:val="20"/>
        </w:rPr>
        <w:t>1:22:47  and history shows us that it is not a practical formula. Akbar Akbar fail, Dr. Bhagwan Das fail, Mahatma Gandhi fail, Swami Vikran fail.</w:t>
      </w:r>
      <w:r>
        <w:br/>
      </w:r>
      <w:r>
        <w:rPr>
          <w:sz w:val="20"/>
        </w:rPr>
        <w:t>1:23:03  they were advocate of this formula.</w:t>
      </w:r>
      <w:r>
        <w:br/>
      </w:r>
      <w:r>
        <w:rPr>
          <w:sz w:val="20"/>
        </w:rPr>
        <w:t>1:23:06  so apparently, it is beautiful formula, but if it is not practicable, then it is not useful. it is urgent need to bring about harmony among the society.</w:t>
      </w:r>
      <w:r>
        <w:br/>
      </w:r>
      <w:r>
        <w:rPr>
          <w:sz w:val="20"/>
        </w:rPr>
        <w:t>1:23:20  it are urgent need! we can't wait up to several hundred years, or several thousand years.</w:t>
      </w:r>
      <w:r>
        <w:br/>
      </w:r>
      <w:r>
        <w:rPr>
          <w:sz w:val="20"/>
        </w:rPr>
        <w:t>1:23:30  so apparent, all yani i am not saying that is correct formula.</w:t>
      </w:r>
      <w:r>
        <w:br/>
      </w:r>
      <w:r>
        <w:rPr>
          <w:sz w:val="20"/>
        </w:rPr>
        <w:t>1:23:39  apparently, it seems to be beautiful formula, but when it is not practical, it is not feasible, then it is not useful for us, because it is urgent need to bring about harmony in our society.</w:t>
      </w:r>
    </w:p>
    <w:p>
      <w:pPr>
        <w:pStyle w:val="Heading2"/>
      </w:pPr>
      <w:r>
        <w:t>Rousseau, Marx and Gandhi's predictions all proved wrong</w:t>
      </w:r>
    </w:p>
    <w:p>
      <w:r>
        <w:rPr>
          <w:color w:val="666666"/>
          <w:sz w:val="18"/>
        </w:rPr>
        <w:t>Untold Story of Islam January 28, 2007 · 5m 19s · at 42:36 · https://youtu.be/SoBrn4U1jyw?t=2556</w:t>
      </w:r>
    </w:p>
    <w:p>
      <w:r>
        <w:rPr>
          <w:i/>
        </w:rPr>
        <w:t>“Rousseau ne likha tha: man was born free but in chains”</w:t>
      </w:r>
    </w:p>
    <w:p>
      <w:r>
        <w:rPr>
          <w:sz w:val="20"/>
        </w:rPr>
        <w:t>42:36  jaise France ka jo thinker tha, Rousseau, us ki book hai "social contract". to woh political philosopher tha woh.</w:t>
      </w:r>
      <w:r>
        <w:br/>
      </w:r>
      <w:r>
        <w:rPr>
          <w:sz w:val="20"/>
        </w:rPr>
        <w:t>42:48  woh samajhta tha ke political role jo hai, wohi sab kuch shape karta hai.</w:t>
      </w:r>
      <w:r>
        <w:br/>
      </w:r>
      <w:r>
        <w:rPr>
          <w:sz w:val="20"/>
        </w:rPr>
        <w:t>42:53  insan ki destiny jo hai, political</w:t>
      </w:r>
      <w:r>
        <w:br/>
      </w:r>
      <w:r>
        <w:rPr>
          <w:sz w:val="20"/>
        </w:rPr>
        <w:t>42:58  power se shape hoti hai. to us ke zamane mein kingship thi. to us ki kitab jo hai, "social contract", us ka pehla sentence hai ke "Man was born free,</w:t>
      </w:r>
      <w:r>
        <w:br/>
      </w:r>
      <w:r>
        <w:rPr>
          <w:sz w:val="20"/>
        </w:rPr>
        <w:t>43:15  but I see him in chain." to us ke mutabiq political chain na rahe to insan free ho jayega.</w:t>
      </w:r>
      <w:r>
        <w:br/>
      </w:r>
      <w:r>
        <w:rPr>
          <w:sz w:val="20"/>
        </w:rPr>
        <w:t>43:24  sab se bari evil jo thi, woh political chain thi.</w:t>
      </w:r>
      <w:r>
        <w:br/>
      </w:r>
      <w:r>
        <w:rPr>
          <w:sz w:val="20"/>
        </w:rPr>
        <w:t>43:30  lekin aap jante hain ke baad ko history badli. yeh baat kab ki hai? jabke land based economy hua karti thi.</w:t>
      </w:r>
      <w:r>
        <w:br/>
      </w:r>
      <w:r>
        <w:rPr>
          <w:sz w:val="20"/>
        </w:rPr>
        <w:t>43:42  land based economy khatam ho gayi. yaad rakhiye, kingship ki jo hamari ahmiyat thi, land based economy ne, us ke baad us ki irrelevant ho gaya yeh institution.</w:t>
      </w:r>
      <w:r>
        <w:br/>
      </w:r>
      <w:r>
        <w:rPr>
          <w:sz w:val="20"/>
        </w:rPr>
        <w:t>43:53  jab industrial revolution aaya to decentralized ho gaya sara mamla. decentralized kar diya.</w:t>
      </w:r>
      <w:r>
        <w:br/>
      </w:r>
      <w:r>
        <w:rPr>
          <w:sz w:val="20"/>
        </w:rPr>
        <w:t>44:03  industrial revolution ne saare cheezon ko decentralized kar diya. ab bohat se doosre institution aa gaye.</w:t>
      </w:r>
      <w:r>
        <w:br/>
      </w:r>
      <w:r>
        <w:rPr>
          <w:sz w:val="20"/>
        </w:rPr>
        <w:t>44:12  industry, business, journalism, education. to political power reduce ho gaya.</w:t>
      </w:r>
      <w:r>
        <w:br/>
      </w:r>
      <w:r>
        <w:rPr>
          <w:sz w:val="20"/>
        </w:rPr>
        <w:t>44:20  ab dekhiye ke is ne jo samjha tha ke political power hi zindagi ko shape karta hai, to kitna zyada is ka andaza galat tha.</w:t>
      </w:r>
      <w:r>
        <w:br/>
      </w:r>
      <w:r>
        <w:rPr>
          <w:sz w:val="20"/>
        </w:rPr>
        <w:t>44:31  is ne zindagi ko kitna kam samjha tha. kyunke is waqt tak industrial revolution nahi aaya tha. to agricultural daur mein is ki baat bazahir sahi lagti thi.</w:t>
      </w:r>
      <w:r>
        <w:br/>
      </w:r>
      <w:r>
        <w:rPr>
          <w:sz w:val="20"/>
        </w:rPr>
        <w:t>44:42  lekin jab industrial revolution aaya to is ki baat galat ho gayi.</w:t>
      </w:r>
      <w:r>
        <w:br/>
      </w:r>
      <w:r>
        <w:rPr>
          <w:sz w:val="20"/>
        </w:rPr>
        <w:t>44:48  industrial revolution shuru ho chuka tha is ke zamane mein, lekin abhi wo bohat hi ibtedai marhale mein tha. poori tarah zahir nahi hua tha. to ab aaj ka insan, aap jante hain, pehle ka insan agar political masters ke qabze mein hua karta tha to aaj industrial masters ke qabze mein hai insan.</w:t>
      </w:r>
      <w:r>
        <w:br/>
      </w:r>
      <w:r>
        <w:rPr>
          <w:sz w:val="20"/>
        </w:rPr>
        <w:t>45:12  economy aaj rule kar rahi hai. economic powers rule kar rahi hain.</w:t>
      </w:r>
      <w:r>
        <w:br/>
      </w:r>
      <w:r>
        <w:rPr>
          <w:sz w:val="20"/>
        </w:rPr>
        <w:t>45:17  yani political powers chupi hi chali gayi hain. lekin jo economic giant hain, wo rule kar rahe hain duniya ko. to is ki baat galat sabit ho gayi.</w:t>
      </w:r>
      <w:r>
        <w:br/>
      </w:r>
      <w:r>
        <w:rPr>
          <w:sz w:val="20"/>
        </w:rPr>
        <w:t>45:29  aise hi Marx ne kaha ke sab se bara evil jo hai, private economy hai. private ownership hai. aur poori duniya mein ek hungama khara hua.</w:t>
      </w:r>
      <w:r>
        <w:br/>
      </w:r>
      <w:r>
        <w:rPr>
          <w:sz w:val="20"/>
        </w:rPr>
        <w:t>45:41  Galbert ne apni ek kitaab mein likha tha ke jitna popularity hui Marx ke ideas ko, utni popularity kabhi kisi bhi idea ko nahi hui.</w:t>
      </w:r>
      <w:r>
        <w:br/>
      </w:r>
      <w:r>
        <w:rPr>
          <w:sz w:val="20"/>
        </w:rPr>
        <w:t>45:53  itna bara is ke ideas itne phailay duniya mein. lekin aap jante hain ke aaj koi is ko mannay wala nahi hai.</w:t>
      </w:r>
      <w:r>
        <w:br/>
      </w:r>
      <w:r>
        <w:rPr>
          <w:sz w:val="20"/>
        </w:rPr>
        <w:t>46:03  yani Russia mein communist rule qaim hua. 75 saal tak chalta raha.</w:t>
      </w:r>
      <w:r>
        <w:br/>
      </w:r>
      <w:r>
        <w:rPr>
          <w:sz w:val="20"/>
        </w:rPr>
        <w:t>46:13  aur is ke baad wo collapse kar gaya. ab koi ye mannay wala nahi duniya mein ke sab se bara evil jo hai, private ownership hai.</w:t>
      </w:r>
      <w:r>
        <w:br/>
      </w:r>
      <w:r>
        <w:rPr>
          <w:sz w:val="20"/>
        </w:rPr>
        <w:t>46:24  koi aisa duniya mein mannay wala nahi hai. hoga agar to kisi jungle mein rehta hoga wo. kisi cell mein rehta hoga wo.</w:t>
      </w:r>
      <w:r>
        <w:br/>
      </w:r>
      <w:r>
        <w:rPr>
          <w:sz w:val="20"/>
        </w:rPr>
        <w:t>46:31  kuch aise communist hain jo janglon mein rehte hain. ab bhi wo isi tarah sochte hain. lekin ye hamari universities mein, hamare institutions mein, hamare seminar mein, ab koi aisa bolnay wala nahi hai.</w:t>
      </w:r>
      <w:r>
        <w:br/>
      </w:r>
      <w:r>
        <w:rPr>
          <w:sz w:val="20"/>
        </w:rPr>
        <w:t>46:44  to goya ke Marx ka jo concept tha, baad ki history ne is ko discard kar diya.</w:t>
      </w:r>
      <w:r>
        <w:br/>
      </w:r>
      <w:r>
        <w:rPr>
          <w:sz w:val="20"/>
        </w:rPr>
        <w:t>46:54  is ko discard kar diya.</w:t>
      </w:r>
      <w:r>
        <w:br/>
      </w:r>
      <w:r>
        <w:rPr>
          <w:sz w:val="20"/>
        </w:rPr>
        <w:t>46:57  to jo bhi koi bola hai future ke bare mein, koi statement diya hai, wo galat sabit ho gaya. hamare apne desh mein Mahatma Gandhi ne kaha tha ke mera mission har ek ke aansu poochna hai.</w:t>
      </w:r>
      <w:r>
        <w:br/>
      </w:r>
      <w:r>
        <w:rPr>
          <w:sz w:val="20"/>
        </w:rPr>
        <w:t>47:10  unhon ne samjha tha ke British rule jo hai, is se logon ki aankhon mein aansu hain. aur jab hamara nature rule hoga to aansu pooch jayenge.</w:t>
      </w:r>
      <w:r>
        <w:br/>
      </w:r>
      <w:r>
        <w:rPr>
          <w:sz w:val="20"/>
        </w:rPr>
        <w:t>47:20  maloom hua ke ye bhi galat andaza tha.</w:t>
      </w:r>
      <w:r>
        <w:br/>
      </w:r>
      <w:r>
        <w:rPr>
          <w:sz w:val="20"/>
        </w:rPr>
        <w:t>47:25  main nahi samajhta ke aaj ka insan zyada khush hai is zamane ke muqable mein. aur ab koi ronay wala nahi hai. aaj logon ke aansu mein, aankhon mein aansu nahi hain.</w:t>
      </w:r>
      <w:r>
        <w:br/>
      </w:r>
      <w:r>
        <w:rPr>
          <w:sz w:val="20"/>
        </w:rPr>
        <w:t>47:34  main nahi samajhta ke koi aisa keh sakta ho. to ye ye samajhna ke British rule jo hai, is ki wajah se logon ki aankhon mein aansu hain.</w:t>
      </w:r>
      <w:r>
        <w:br/>
      </w:r>
      <w:r>
        <w:rPr>
          <w:sz w:val="20"/>
        </w:rPr>
        <w:t>47:45  aur jab natural rule aa jayega to aansu, aankhon mein aansu nahi rahenge. ye baad ki history ne is ko galat sabit kar diya.</w:t>
      </w:r>
    </w:p>
    <w:p>
      <w:pPr>
        <w:pStyle w:val="Heading2"/>
      </w:pPr>
      <w:r>
        <w:t>Gandhi rises and declares nonviolence, ahimsa</w:t>
      </w:r>
    </w:p>
    <w:p>
      <w:r>
        <w:rPr>
          <w:color w:val="666666"/>
          <w:sz w:val="18"/>
        </w:rPr>
        <w:t>The History of Peace (English) November 12, 2006 · 1m 18s · at 20:12 · https://youtu.be/zlIi5eiTPIg?t=1212</w:t>
      </w:r>
    </w:p>
    <w:p>
      <w:r>
        <w:rPr>
          <w:i/>
        </w:rPr>
        <w:t>“Then Mahatma Gandhi came, he was in South Africa”</w:t>
      </w:r>
    </w:p>
    <w:p>
      <w:r>
        <w:rPr>
          <w:sz w:val="20"/>
        </w:rPr>
        <w:t>20:12  Then Mahatma Gandhi came, he was at the time, he was in South Africa. He came in India, and he became the leader of freedom struggle.</w:t>
      </w:r>
      <w:r>
        <w:br/>
      </w:r>
      <w:r>
        <w:rPr>
          <w:sz w:val="20"/>
        </w:rPr>
        <w:t>20:30  Mahatma Gandhi was influenced by Jainism, and he was great believer of Ahinsa.</w:t>
      </w:r>
      <w:r>
        <w:br/>
      </w:r>
      <w:r>
        <w:rPr>
          <w:sz w:val="20"/>
        </w:rPr>
        <w:t>20:42  So he declared after,</w:t>
      </w:r>
      <w:r>
        <w:br/>
      </w:r>
      <w:r>
        <w:rPr>
          <w:sz w:val="20"/>
        </w:rPr>
        <w:t>20:50  after he entered the Indian politics, he declared that we will adopt the Ahinsa.</w:t>
      </w:r>
      <w:r>
        <w:br/>
      </w:r>
      <w:r>
        <w:rPr>
          <w:sz w:val="20"/>
        </w:rPr>
        <w:t>21:04  We will adopt the non violent activism.</w:t>
      </w:r>
      <w:r>
        <w:br/>
      </w:r>
      <w:r>
        <w:rPr>
          <w:sz w:val="20"/>
        </w:rPr>
        <w:t>21:09  So he completely abandoned Ahinsa or violence. There is an interesting anecdote which illustrates what was the Gandhi formula and how it was a successful formula.</w:t>
      </w:r>
    </w:p>
    <w:p>
      <w:pPr>
        <w:pStyle w:val="Heading2"/>
      </w:pPr>
      <w:r>
        <w:t>Gandhi's success came at the cost of anarchy</w:t>
      </w:r>
    </w:p>
    <w:p>
      <w:r>
        <w:rPr>
          <w:color w:val="666666"/>
          <w:sz w:val="18"/>
        </w:rPr>
        <w:t>The History of Peace (English) November 12, 2006 · 2m 54s · at 25:18 · https://youtu.be/zlIi5eiTPIg?t=1518</w:t>
      </w:r>
    </w:p>
    <w:p>
      <w:r>
        <w:rPr>
          <w:i/>
        </w:rPr>
        <w:t>“Gandhi achieved freedom by peaceful activism—but there were minus points”</w:t>
      </w:r>
    </w:p>
    <w:p>
      <w:r>
        <w:rPr>
          <w:sz w:val="20"/>
        </w:rPr>
        <w:t>25:18  he achieved freedom by the way of peaceful activism.</w:t>
      </w:r>
      <w:r>
        <w:br/>
      </w:r>
      <w:r>
        <w:rPr>
          <w:sz w:val="20"/>
        </w:rPr>
        <w:t>25:26  also there was some minus points because by using this butter, he destabilized the whole society.</w:t>
      </w:r>
      <w:r>
        <w:br/>
      </w:r>
      <w:r>
        <w:rPr>
          <w:sz w:val="20"/>
        </w:rPr>
        <w:t>25:40  i am a witness of that society in my when i was in my childhood. i saw that indian society was establish society,</w:t>
      </w:r>
      <w:r>
        <w:br/>
      </w:r>
      <w:r>
        <w:rPr>
          <w:sz w:val="20"/>
        </w:rPr>
        <w:t>25:58  establish society. but gandhi</w:t>
      </w:r>
      <w:r>
        <w:br/>
      </w:r>
      <w:r>
        <w:rPr>
          <w:sz w:val="20"/>
        </w:rPr>
        <w:t>26:05  destabilize the whole society. yani people, those people were engaged in service, in education, in different fields.</w:t>
      </w:r>
      <w:r>
        <w:br/>
      </w:r>
      <w:r>
        <w:rPr>
          <w:sz w:val="20"/>
        </w:rPr>
        <w:t>26:16  they abandon their activities.</w:t>
      </w:r>
      <w:r>
        <w:br/>
      </w:r>
      <w:r>
        <w:rPr>
          <w:sz w:val="20"/>
        </w:rPr>
        <w:t>26:19  students abandon their education. service servants abandon their services, and every where, everyone</w:t>
      </w:r>
      <w:r>
        <w:br/>
      </w:r>
      <w:r>
        <w:rPr>
          <w:sz w:val="20"/>
        </w:rPr>
        <w:t>26:34  came out in street. so although traditions were broken.</w:t>
      </w:r>
      <w:r>
        <w:br/>
      </w:r>
      <w:r>
        <w:rPr>
          <w:sz w:val="20"/>
        </w:rPr>
        <w:t>26:40  you know, there is saying very well saying that it required,</w:t>
      </w:r>
      <w:r>
        <w:br/>
      </w:r>
      <w:r>
        <w:rPr>
          <w:sz w:val="20"/>
        </w:rPr>
        <w:t>26:48  it required lot of history to make a little tradition. so although Gandhi was successful, but the price of this success was breaking all the traditions of samaj,</w:t>
      </w:r>
      <w:r>
        <w:br/>
      </w:r>
      <w:r>
        <w:rPr>
          <w:sz w:val="20"/>
        </w:rPr>
        <w:t>27:05  society.</w:t>
      </w:r>
      <w:r>
        <w:br/>
      </w:r>
      <w:r>
        <w:rPr>
          <w:sz w:val="20"/>
        </w:rPr>
        <w:t>27:07  so the tradition, the price was to destabilize the whole society. and it is, it is the result of this method that in post independent era, we find that India was</w:t>
      </w:r>
      <w:r>
        <w:br/>
      </w:r>
      <w:r>
        <w:rPr>
          <w:sz w:val="20"/>
        </w:rPr>
        <w:t>27:28  a land of anarchy.</w:t>
      </w:r>
      <w:r>
        <w:br/>
      </w:r>
      <w:r>
        <w:rPr>
          <w:sz w:val="20"/>
        </w:rPr>
        <w:t>27:33  it is not legacy of Britishers.</w:t>
      </w:r>
      <w:r>
        <w:br/>
      </w:r>
      <w:r>
        <w:rPr>
          <w:sz w:val="20"/>
        </w:rPr>
        <w:t>27:37  da anarchy we see in India at present, it is not legacy of Britishers. at the time, society was established, established.</w:t>
      </w:r>
      <w:r>
        <w:br/>
      </w:r>
      <w:r>
        <w:rPr>
          <w:sz w:val="20"/>
        </w:rPr>
        <w:t>27:47  we were living in established society, but now we are living in a society where everywhere there is anarchy. So it is legacy of Mahatma Gandhi method.</w:t>
      </w:r>
      <w:r>
        <w:br/>
      </w:r>
      <w:r>
        <w:rPr>
          <w:sz w:val="20"/>
        </w:rPr>
        <w:t>28:00  present anarchy is legacy of Mahatma Gandhi method rather than British empire.</w:t>
      </w:r>
    </w:p>
    <w:p>
      <w:pPr>
        <w:pStyle w:val="Heading2"/>
      </w:pPr>
      <w:r>
        <w:t>Gandhi's nonviolent demonstrations disarmed the British rulers</w:t>
      </w:r>
    </w:p>
    <w:p>
      <w:r>
        <w:rPr>
          <w:color w:val="666666"/>
          <w:sz w:val="18"/>
        </w:rPr>
        <w:t>The History of Peace (English) November 12, 2006 · 3m 55s · at 21:30 · https://youtu.be/zlIi5eiTPIg?t=1290</w:t>
      </w:r>
    </w:p>
    <w:p>
      <w:r>
        <w:rPr>
          <w:i/>
        </w:rPr>
        <w:t>“When Gandhi declared he'd follow ahimsa, the British had a problem”</w:t>
      </w:r>
    </w:p>
    <w:p>
      <w:r>
        <w:rPr>
          <w:sz w:val="20"/>
        </w:rPr>
        <w:t>21:30  So when Mahatma Gandhi declared that we will follow the Ahinsa principle towards our freedom struggle, then was a problem.</w:t>
      </w:r>
      <w:r>
        <w:br/>
      </w:r>
      <w:r>
        <w:rPr>
          <w:sz w:val="20"/>
        </w:rPr>
        <w:t>21:47  Britishers felt that their helpless</w:t>
      </w:r>
      <w:r>
        <w:br/>
      </w:r>
      <w:r>
        <w:rPr>
          <w:sz w:val="20"/>
        </w:rPr>
        <w:t>21:53  ۔ Yani how they felt that Mahatma Gandhi by declaring this have any after this declaration, they have no justification to to to adopt violence to gun down the freedom struggle.</w:t>
      </w:r>
      <w:r>
        <w:br/>
      </w:r>
      <w:r>
        <w:rPr>
          <w:sz w:val="20"/>
        </w:rPr>
        <w:t>22:16  So there is a very interesting anecdote that a British magistrate</w:t>
      </w:r>
      <w:r>
        <w:br/>
      </w:r>
      <w:r>
        <w:rPr>
          <w:sz w:val="20"/>
        </w:rPr>
        <w:t>22:28  sent a telegraphic message. You know, at the time there was only telegraph to convey the messages.</w:t>
      </w:r>
      <w:r>
        <w:br/>
      </w:r>
      <w:r>
        <w:rPr>
          <w:sz w:val="20"/>
        </w:rPr>
        <w:t>22:39  Now there are telephones, but at the time there was no telephone.</w:t>
      </w:r>
      <w:r>
        <w:br/>
      </w:r>
      <w:r>
        <w:rPr>
          <w:sz w:val="20"/>
        </w:rPr>
        <w:t>22:44  so this british magistrate send a</w:t>
      </w:r>
      <w:r>
        <w:br/>
      </w:r>
      <w:r>
        <w:rPr>
          <w:sz w:val="20"/>
        </w:rPr>
        <w:t>22:50  message to the secretariat, to the british secretariat. the wording of this telegram was wire instructions how to kill a tiger non violently.</w:t>
      </w:r>
      <w:r>
        <w:br/>
      </w:r>
      <w:r>
        <w:rPr>
          <w:sz w:val="20"/>
        </w:rPr>
        <w:t>23:07  it means that when freedom struggle has adopted peace and ahinsa, then we have no justification to fire and kill them.</w:t>
      </w:r>
      <w:r>
        <w:br/>
      </w:r>
      <w:r>
        <w:rPr>
          <w:sz w:val="20"/>
        </w:rPr>
        <w:t>23:25  this was the power of mahatma gandhi.</w:t>
      </w:r>
      <w:r>
        <w:br/>
      </w:r>
      <w:r>
        <w:rPr>
          <w:sz w:val="20"/>
        </w:rPr>
        <w:t>23:32  previously, people adopted arm as a source of power, but mahatma gandhi adopted demonstration, peoples demonstration as his force.</w:t>
      </w:r>
      <w:r>
        <w:br/>
      </w:r>
      <w:r>
        <w:rPr>
          <w:sz w:val="20"/>
        </w:rPr>
        <w:t>23:48  so he any this was the technique adopted by mahatma gandhi.</w:t>
      </w:r>
      <w:r>
        <w:br/>
      </w:r>
      <w:r>
        <w:rPr>
          <w:sz w:val="20"/>
        </w:rPr>
        <w:t>24:01  he yeh use the peoples demonstration as a source of strength, source of power.</w:t>
      </w:r>
      <w:r>
        <w:br/>
      </w:r>
      <w:r>
        <w:rPr>
          <w:sz w:val="20"/>
        </w:rPr>
        <w:t>24:14  so britishers saw every where peoples demonstration, every where peoples meeting, every where people slogan without without violence, without hinsa.</w:t>
      </w:r>
      <w:r>
        <w:br/>
      </w:r>
      <w:r>
        <w:rPr>
          <w:sz w:val="20"/>
        </w:rPr>
        <w:t>24:27  so British rulers became brawler. you can not fire those people.</w:t>
      </w:r>
      <w:r>
        <w:br/>
      </w:r>
      <w:r>
        <w:rPr>
          <w:sz w:val="20"/>
        </w:rPr>
        <w:t>24:40  you can not open fire those people who adopting peace, who completely non violent.</w:t>
      </w:r>
      <w:r>
        <w:br/>
      </w:r>
      <w:r>
        <w:rPr>
          <w:sz w:val="20"/>
        </w:rPr>
        <w:t>24:51  so this was the strength of mahatma gandhi.</w:t>
      </w:r>
      <w:r>
        <w:br/>
      </w:r>
      <w:r>
        <w:rPr>
          <w:sz w:val="20"/>
        </w:rPr>
        <w:t>24:58  he used public demonstration as a as a as a power.</w:t>
      </w:r>
      <w:r>
        <w:br/>
      </w:r>
      <w:r>
        <w:rPr>
          <w:sz w:val="20"/>
        </w:rPr>
        <w:t>25:09  so this was gandhian formula of peace. to although gandhi was successful.</w:t>
      </w:r>
      <w:r>
        <w:br/>
      </w:r>
      <w:r>
        <w:rPr>
          <w:sz w:val="20"/>
        </w:rPr>
        <w:t>25:18  he achieved freedom by the way of peaceful activism.</w:t>
      </w:r>
    </w:p>
    <w:p>
      <w:pPr>
        <w:pStyle w:val="Heading2"/>
      </w:pPr>
      <w:r>
        <w:t>Gandhi and Nehru's dream of free India betrayed</w:t>
      </w:r>
    </w:p>
    <w:p>
      <w:r>
        <w:rPr>
          <w:color w:val="666666"/>
          <w:sz w:val="18"/>
        </w:rPr>
        <w:t>One Can See God March 4, 2007 · 1m 54s · at 22:11 · https://youtu.be/Xm14mPW0HJI?t=1331</w:t>
      </w:r>
    </w:p>
    <w:p>
      <w:r>
        <w:rPr>
          <w:i/>
        </w:rPr>
        <w:t>“گاندھی اور نہرو دو ٹاپ کے آدمی تھے ہمارے انڈیا میں۔”</w:t>
      </w:r>
    </w:p>
    <w:p>
      <w:r>
        <w:rPr>
          <w:sz w:val="20"/>
        </w:rPr>
        <w:t>22:11  but breaking ka bhi. ab dekhiye hamaray India ko lijiye aap. Gandhi aur Nehru do top ke aadmi thay hamaray India mein.</w:t>
      </w:r>
      <w:r>
        <w:br/>
      </w:r>
      <w:r>
        <w:rPr>
          <w:sz w:val="20"/>
        </w:rPr>
        <w:t>22:20  gandhi samajhte the ke azaad India jo hoga woh apna hi apna hoga sab kuch. apna hi apna hoga. aur angrezon ne goli nahi maari thi gandhi ko.</w:t>
      </w:r>
      <w:r>
        <w:br/>
      </w:r>
      <w:r>
        <w:rPr>
          <w:sz w:val="20"/>
        </w:rPr>
        <w:t>22:30  lekin indian ne goli maar di un ko. aap sochiye. yeh tha azaad India.</w:t>
      </w:r>
      <w:r>
        <w:br/>
      </w:r>
      <w:r>
        <w:rPr>
          <w:sz w:val="20"/>
        </w:rPr>
        <w:t>22:39  sahib al-bati qastanteen ne kar diya kamaal. to kamaal kar ke jo azaad India banaya nehru gandhi ne. isi India ne un ko goli maar di</w:t>
      </w:r>
      <w:r>
        <w:br/>
      </w:r>
      <w:r>
        <w:rPr>
          <w:sz w:val="20"/>
        </w:rPr>
        <w:t>22:48  . jabke angrez jo tha un ko rakhta tha agha khan palace mein. nehru ji ki dekhiye aap. India ka sab se zyada jo parosi tha masla parosi.</w:t>
      </w:r>
      <w:r>
        <w:br/>
      </w:r>
      <w:r>
        <w:rPr>
          <w:sz w:val="20"/>
        </w:rPr>
        <w:t>23:03  woh tha cheen. to angrezon ki hikmat e amli yeh thi ke woh tibbat ko beech mein buffer is tarah banaye hue the.</w:t>
      </w:r>
      <w:r>
        <w:br/>
      </w:r>
      <w:r>
        <w:rPr>
          <w:sz w:val="20"/>
        </w:rPr>
        <w:t>23:13  to unhone tibbat khush karne ke liye cheen ko khush karne ke liye tibbat de diya cheen ko. aur unhone nikala hindi cheeni bhai bhai.</w:t>
      </w:r>
      <w:r>
        <w:br/>
      </w:r>
      <w:r>
        <w:rPr>
          <w:sz w:val="20"/>
        </w:rPr>
        <w:t>23:24  ab yahan par tibbat de diya un ko khush karne ke liye. cheeniyon ko. aur hindi cheeni bhai bhai ke nare yahan lagne lage. ek hua kya?</w:t>
      </w:r>
      <w:r>
        <w:br/>
      </w:r>
      <w:r>
        <w:rPr>
          <w:sz w:val="20"/>
        </w:rPr>
        <w:t>23:33  1962 mein cheen ne hamla kar diya. ab ghus aaye assam mein.</w:t>
      </w:r>
      <w:r>
        <w:br/>
      </w:r>
      <w:r>
        <w:rPr>
          <w:sz w:val="20"/>
        </w:rPr>
        <w:t>23:41  ab nehru jo hai un ko dil ka daura ho gaya un ko. aur agle hi saal mar gaye woh. to is mani mein nehru ke qabze mein yeh nahi tha ke cheen jo hai is par control kar sakein woh.</w:t>
      </w:r>
      <w:r>
        <w:br/>
      </w:r>
      <w:r>
        <w:rPr>
          <w:sz w:val="20"/>
        </w:rPr>
        <w:t>23:54  gandhi ke qabze mein nahi tha ke woh indians ko raazi kar sakein ke mujhe goli na maro. to bayroni awamil kis ke qabze mein hain mujhe bataiye.</w:t>
      </w:r>
    </w:p>
    <w:p>
      <w:pPr>
        <w:pStyle w:val="Heading2"/>
      </w:pPr>
      <w:r>
        <w:t>The Bhagavad Gita's historical problem, per Gandhi</w:t>
      </w:r>
    </w:p>
    <w:p>
      <w:r>
        <w:rPr>
          <w:color w:val="666666"/>
          <w:sz w:val="18"/>
        </w:rPr>
        <w:t>The Creation Plan of God January 4, 2007 Maulana Wahiduddin Khan · 2m 56s · at 33:37 · https://youtu.be/KNQtOQeLgTQ?t=2017</w:t>
      </w:r>
    </w:p>
    <w:p>
      <w:r>
        <w:rPr>
          <w:i/>
        </w:rPr>
        <w:t>“Historically, there is no trace of the Mahabharata”</w:t>
      </w:r>
    </w:p>
    <w:p>
      <w:r>
        <w:rPr>
          <w:sz w:val="20"/>
        </w:rPr>
        <w:t>33:37  misal ke taur par hinduon ka mazhab sara ka sara mythology par mabni hai. sara ka sara mythology par mabni hai. mahatma gandhi ne jo sab se zyada important kitab mani jati hai, woh gita hai.</w:t>
      </w:r>
      <w:r>
        <w:br/>
      </w:r>
      <w:r>
        <w:rPr>
          <w:sz w:val="20"/>
        </w:rPr>
        <w:t>33:51  gita ki commentary likhi hai mahatma gandhi ne</w:t>
      </w:r>
      <w:r>
        <w:br/>
      </w:r>
      <w:r>
        <w:rPr>
          <w:sz w:val="20"/>
        </w:rPr>
        <w:t>33:54  . to mahatma gandhi jab is commentary likhne baithe to un ke samne yeh sawal tha ke gita jo hai, ek maha bharat ke dauran likhi gai.</w:t>
      </w:r>
      <w:r>
        <w:br/>
      </w:r>
      <w:r>
        <w:rPr>
          <w:sz w:val="20"/>
        </w:rPr>
        <w:t>34:05  is maha bharat ka koi trace history mein nahin hai.</w:t>
      </w:r>
      <w:r>
        <w:br/>
      </w:r>
      <w:r>
        <w:rPr>
          <w:sz w:val="20"/>
        </w:rPr>
        <w:t>34:10  yani gita jo hai, ek ek aisi kitab hai jo ek bari ladai ke beech mein likhi gai. yani maha bharat ka ek hissa hai woh.</w:t>
      </w:r>
      <w:r>
        <w:br/>
      </w:r>
      <w:r>
        <w:rPr>
          <w:sz w:val="20"/>
        </w:rPr>
        <w:t>34:21  to jab unhon ne dekha to maloom hua ke historically there is no maha bharat</w:t>
      </w:r>
      <w:r>
        <w:br/>
      </w:r>
      <w:r>
        <w:rPr>
          <w:sz w:val="20"/>
        </w:rPr>
        <w:t>34:29  yani historical term mein kisi maha bharat ka koi wajood hi nahin hai. to ab gita mein jo baatein hain, is mein gita mein aap jante hain ke krishan ji kehte hain arjun se, " aye arjun, aage barh aur ladai kar." go ahead and fight</w:t>
      </w:r>
      <w:r>
        <w:br/>
      </w:r>
      <w:r>
        <w:rPr>
          <w:sz w:val="20"/>
        </w:rPr>
        <w:t>34:49  to kis se ladai ki unhon ne? jab historical sense mein koi fauj nahin thi wahan par, koi army nahin thi wahan par. to arjun ne kis army se ladai ki?</w:t>
      </w:r>
      <w:r>
        <w:br/>
      </w:r>
      <w:r>
        <w:rPr>
          <w:sz w:val="20"/>
        </w:rPr>
        <w:t>35:03  yeh sawal tha un ke samne. yeh mahatma gandhi ki baat mein kar raha hoon. to unhon ne yeh keh diya ke it was a spiritual crusade spiritual fighting, inner fighting thi woh</w:t>
      </w:r>
      <w:r>
        <w:br/>
      </w:r>
      <w:r>
        <w:rPr>
          <w:sz w:val="20"/>
        </w:rPr>
        <w:t>35:15  . yani poori maha bharat jo hai, woh kahin bahar kahin nahin hui. woh insaan ke andar hoti hai. ab bataiye, agar aap maha bharat ko manen ek historical event to is ka kahin trace nahin hai.</w:t>
      </w:r>
      <w:r>
        <w:br/>
      </w:r>
      <w:r>
        <w:rPr>
          <w:sz w:val="20"/>
        </w:rPr>
        <w:t>35:33  agar aap maha bharat ko yeh manen ke woh koi ladai thi jo hui kabhi, is mein gita likhi gai. to historical term mein is ka koi wajood nahin.</w:t>
      </w:r>
      <w:r>
        <w:br/>
      </w:r>
      <w:r>
        <w:rPr>
          <w:sz w:val="20"/>
        </w:rPr>
        <w:t>35:45  koi bhi history aisi nahin hai india ki ya dunya ki jo mention karti ho ke kabhi yahan par maha bharat hui thi.</w:t>
      </w:r>
      <w:r>
        <w:br/>
      </w:r>
      <w:r>
        <w:rPr>
          <w:sz w:val="20"/>
        </w:rPr>
        <w:t>35:54  aur agar aap mahatma gandhi ki commentary ko manen, koi inner fighting le len to yeh phir ek fiction ban jati hai. fiction just like novel</w:t>
      </w:r>
      <w:r>
        <w:br/>
      </w:r>
      <w:r>
        <w:rPr>
          <w:sz w:val="20"/>
        </w:rPr>
        <w:t>36:06  to yani poori poori gita, poori poori maha bharat aisi fiction ban jati hai jaise koi novel hoti hai. ek khayali ladai. aap jante hain ke navelon mein khayali mohabbat, khayali ladai, khali baatein hoti hain.</w:t>
      </w:r>
      <w:r>
        <w:br/>
      </w:r>
      <w:r>
        <w:rPr>
          <w:sz w:val="20"/>
        </w:rPr>
        <w:t>36:21  to agar aap maha bharat ko history manen to yeh history kahin wajood nahin rakhti apna. aur agar is ko mahatma gandhi wali sense mein manen to woh fiction ban jati hai.</w:t>
      </w:r>
    </w:p>
    <w:p>
      <w:pPr>
        <w:pStyle w:val="Heading2"/>
      </w:pPr>
      <w:r>
        <w:t>Man credits a politician but never credits God</w:t>
      </w:r>
    </w:p>
    <w:p>
      <w:r>
        <w:rPr>
          <w:color w:val="666666"/>
          <w:sz w:val="18"/>
        </w:rPr>
        <w:t>What is Dua (Only Lecture) April 26, 2009 Maulana Wahiduddin Khan · 2m 28s · at 52:43 · https://youtu.be/JxIR0o_C7GM?t=3163</w:t>
      </w:r>
    </w:p>
    <w:p>
      <w:r>
        <w:rPr>
          <w:i/>
        </w:rPr>
        <w:t>“Sanjay Gandhi ke zamane ka waqia hai”</w:t>
      </w:r>
    </w:p>
    <w:p>
      <w:r>
        <w:rPr>
          <w:sz w:val="20"/>
        </w:rPr>
        <w:t>52:43  aik qissa main ne bataya tha, us ko bhi main dohrata hoon kyunke is sequence mein is ki importance bahut zyada hai ke Sanjay Gandhi ke zamane ka waqia yeh hai.</w:t>
      </w:r>
      <w:r>
        <w:br/>
      </w:r>
      <w:r>
        <w:rPr>
          <w:sz w:val="20"/>
        </w:rPr>
        <w:t>52:55  hamare Adam Garh ke area ke aik sahib thay jo dehati gaon ke aadmi thay, haan musalman. To woh Sanjay ki party mein shamil ho gaye.</w:t>
      </w:r>
      <w:r>
        <w:br/>
      </w:r>
      <w:r>
        <w:rPr>
          <w:sz w:val="20"/>
        </w:rPr>
        <w:t>53:08  to is zamane mein Sanjay Gandhi ko musalmanon ki zaroorat thi.</w:t>
      </w:r>
      <w:r>
        <w:br/>
      </w:r>
      <w:r>
        <w:rPr>
          <w:sz w:val="20"/>
        </w:rPr>
        <w:t>53:11  to hote hote hote Sanjay Gandhi ne un ko Rai Sahib ka member bana diya. Gaon ka aik aadmi jo hai, New Delhi mein Rai Sahib ka member ban gaya, yahan par us ko jane ke liye ghar mil gaya aur car mil gayi, telephone, car, sab cheez.</w:t>
      </w:r>
      <w:r>
        <w:br/>
      </w:r>
      <w:r>
        <w:rPr>
          <w:sz w:val="20"/>
        </w:rPr>
        <w:t>53:30  to hamare saathi thay Abul Furqan sahib, isi area ke thay, ab un ki death ho chuki hai. Woh aaye to un se milne ke liye gaye, woh jaan pehchan thi.</w:t>
      </w:r>
      <w:r>
        <w:br/>
      </w:r>
      <w:r>
        <w:rPr>
          <w:sz w:val="20"/>
        </w:rPr>
        <w:t>53:42  jab wapas aaye woh to unhon ne kaha sahib, aaj ka waqia batata hoon aap ko. Jab wahan gaye woh, yani jab member parliament ke liye jo residence hotay hain, us mein koi jagah mili thi rehne ke liye, to us mein woh gaye.</w:t>
      </w:r>
      <w:r>
        <w:br/>
      </w:r>
      <w:r>
        <w:rPr>
          <w:sz w:val="20"/>
        </w:rPr>
        <w:t>54:00  ab wahan car hai, telephone hai, sab cheezain hain, furniture hai.</w:t>
      </w:r>
      <w:r>
        <w:br/>
      </w:r>
      <w:r>
        <w:rPr>
          <w:sz w:val="20"/>
        </w:rPr>
        <w:t>54:05  to woh aadmi jo tha, bata rahe the ke shuru se aakhir tak bas yahi kehta raha ke yeh sab sanjay babu ki dein hai, yeh sab sanjay babu ki dein hai.</w:t>
      </w:r>
      <w:r>
        <w:br/>
      </w:r>
      <w:r>
        <w:rPr>
          <w:sz w:val="20"/>
        </w:rPr>
        <w:t>54:22  yeh gehra jazba maine kisi ke andar nahi paya ke yeh sab khawand barkat bartar ki dein hai, woh keh sake.</w:t>
      </w:r>
      <w:r>
        <w:br/>
      </w:r>
      <w:r>
        <w:rPr>
          <w:sz w:val="20"/>
        </w:rPr>
        <w:t>54:32  yeh galaxy, yeh solar system, yeh hawaein, yeh zameen, yeh ghalla, yeh phal, yeh mewa, yeh daryaein jo beh rahi hain, koi yeh keh sakta keh nahi saka.</w:t>
      </w:r>
      <w:r>
        <w:br/>
      </w:r>
      <w:r>
        <w:rPr>
          <w:sz w:val="20"/>
        </w:rPr>
        <w:t>54:46  main maine nahi suna, mere kaano ne yeh sab khawand bartar ki dein hai.</w:t>
      </w:r>
      <w:r>
        <w:br/>
      </w:r>
      <w:r>
        <w:rPr>
          <w:sz w:val="20"/>
        </w:rPr>
        <w:t>54:59  agar koi keh sakta to us ko khuda gaon se nikal kar ke la kar ke dil, yaani capital city mein, us ko abad karta, lekin koi keh nahi saka.</w:t>
      </w:r>
    </w:p>
    <w:p>
      <w:pPr>
        <w:pStyle w:val="Heading2"/>
      </w:pPr>
      <w:r>
        <w:t>Sanjay Gandhi story: crediting man over the Creator</w:t>
      </w:r>
    </w:p>
    <w:p>
      <w:r>
        <w:rPr>
          <w:color w:val="666666"/>
          <w:sz w:val="18"/>
        </w:rPr>
        <w:t>What is Dua (Only Lecture) April 26, 2009 Maulana Wahiduddin Khan · 5m 20s · at 52:43 · https://youtu.be/JxIR0o_C7GM?t=3163</w:t>
      </w:r>
    </w:p>
    <w:p>
      <w:r>
        <w:rPr>
          <w:i/>
        </w:rPr>
        <w:t>“Sanjay Gandhi ke zamane ka waqia hai”</w:t>
      </w:r>
    </w:p>
    <w:p>
      <w:r>
        <w:rPr>
          <w:sz w:val="20"/>
        </w:rPr>
        <w:t>52:43  aik qissa main ne bataya tha, us ko bhi main dohrata hoon kyunke is sequence mein is ki importance bahut zyada hai ke Sanjay Gandhi ke zamane ka waqia yeh hai.</w:t>
      </w:r>
      <w:r>
        <w:br/>
      </w:r>
      <w:r>
        <w:rPr>
          <w:sz w:val="20"/>
        </w:rPr>
        <w:t>52:55  hamare Adam Garh ke area ke aik sahib thay jo dehati gaon ke aadmi thay, haan musalman. To woh Sanjay ki party mein shamil ho gaye.</w:t>
      </w:r>
      <w:r>
        <w:br/>
      </w:r>
      <w:r>
        <w:rPr>
          <w:sz w:val="20"/>
        </w:rPr>
        <w:t>53:08  to is zamane mein Sanjay Gandhi ko musalmanon ki zaroorat thi.</w:t>
      </w:r>
      <w:r>
        <w:br/>
      </w:r>
      <w:r>
        <w:rPr>
          <w:sz w:val="20"/>
        </w:rPr>
        <w:t>53:11  to hote hote hote Sanjay Gandhi ne un ko Rai Sahib ka member bana diya. Gaon ka aik aadmi jo hai, New Delhi mein Rai Sahib ka member ban gaya, yahan par us ko jane ke liye ghar mil gaya aur car mil gayi, telephone, car, sab cheez.</w:t>
      </w:r>
      <w:r>
        <w:br/>
      </w:r>
      <w:r>
        <w:rPr>
          <w:sz w:val="20"/>
        </w:rPr>
        <w:t>53:30  to hamare saathi thay Abul Furqan sahib, isi area ke thay, ab un ki death ho chuki hai. Woh aaye to un se milne ke liye gaye, woh jaan pehchan thi.</w:t>
      </w:r>
      <w:r>
        <w:br/>
      </w:r>
      <w:r>
        <w:rPr>
          <w:sz w:val="20"/>
        </w:rPr>
        <w:t>53:42  jab wapas aaye woh to unhon ne kaha sahib, aaj ka waqia batata hoon aap ko. Jab wahan gaye woh, yani jab member parliament ke liye jo residence hotay hain, us mein koi jagah mili thi rehne ke liye, to us mein woh gaye.</w:t>
      </w:r>
      <w:r>
        <w:br/>
      </w:r>
      <w:r>
        <w:rPr>
          <w:sz w:val="20"/>
        </w:rPr>
        <w:t>54:00  ab wahan car hai, telephone hai, sab cheezain hain, furniture hai.</w:t>
      </w:r>
      <w:r>
        <w:br/>
      </w:r>
      <w:r>
        <w:rPr>
          <w:sz w:val="20"/>
        </w:rPr>
        <w:t>54:05  to woh aadmi jo tha, bata rahe the ke shuru se aakhir tak bas yahi kehta raha ke yeh sab sanjay babu ki dein hai, yeh sab sanjay babu ki dein hai.</w:t>
      </w:r>
      <w:r>
        <w:br/>
      </w:r>
      <w:r>
        <w:rPr>
          <w:sz w:val="20"/>
        </w:rPr>
        <w:t>54:22  yeh gehra jazba maine kisi ke andar nahi paya ke yeh sab khawand barkat bartar ki dein hai, woh keh sake.</w:t>
      </w:r>
      <w:r>
        <w:br/>
      </w:r>
      <w:r>
        <w:rPr>
          <w:sz w:val="20"/>
        </w:rPr>
        <w:t>54:32  yeh galaxy, yeh solar system, yeh hawaein, yeh zameen, yeh ghalla, yeh phal, yeh mewa, yeh daryaein jo beh rahi hain, koi yeh keh sakta keh nahi saka.</w:t>
      </w:r>
      <w:r>
        <w:br/>
      </w:r>
      <w:r>
        <w:rPr>
          <w:sz w:val="20"/>
        </w:rPr>
        <w:t>54:46  main maine nahi suna, mere kaano ne yeh sab khawand bartar ki dein hai.</w:t>
      </w:r>
      <w:r>
        <w:br/>
      </w:r>
      <w:r>
        <w:rPr>
          <w:sz w:val="20"/>
        </w:rPr>
        <w:t>54:59  agar koi keh sakta to us ko khuda gaon se nikal kar ke la kar ke dil, yaani capital city mein, us ko abad karta, lekin koi keh nahi saka.</w:t>
      </w:r>
      <w:r>
        <w:br/>
      </w:r>
      <w:r>
        <w:rPr>
          <w:sz w:val="20"/>
        </w:rPr>
        <w:t>55:11  isi ki zindagi mein yeh yeh bagh nahi hoga, yeh bagh nahi hoga ke khuda ko yaad kare, woh khuda ki rehmaton ko yaad kare, khuda ki blessing ko yaad kare.</w:t>
      </w:r>
      <w:r>
        <w:br/>
      </w:r>
      <w:r>
        <w:rPr>
          <w:sz w:val="20"/>
        </w:rPr>
        <w:t>55:24  yeh poori universe jo hai, woh is ke liye is is soch mein dhal jaye ke yeh sab khawand bartar ki dein hai.</w:t>
      </w:r>
      <w:r>
        <w:br/>
      </w:r>
      <w:r>
        <w:rPr>
          <w:sz w:val="20"/>
        </w:rPr>
        <w:t>55:34  mujhe kam az kam aisa insaan nahi maloom, na sagar mein, na akabir mein, na aalim mein, na ghair aalim mein, na namaziyon mein, na be namaziyon mein.</w:t>
      </w:r>
      <w:r>
        <w:br/>
      </w:r>
      <w:r>
        <w:rPr>
          <w:sz w:val="20"/>
        </w:rPr>
        <w:t>55:49  kahin bhi maine khuda ki barhai ka charcha suna hi nahi, na madrase mein suna, na masjid mein suna, na ijtamaat mein suna, na jalson mein, na idaron mein. Apne barhon ka charcha hota hai, apne buzurgon ka, apne jo banawati buzurg hain, jo hamare khud bana likhe hain, bana liya hum ne, akabir jin ko kehte hain, hum un ke charchay hotay hain.</w:t>
      </w:r>
      <w:r>
        <w:br/>
      </w:r>
      <w:r>
        <w:rPr>
          <w:sz w:val="20"/>
        </w:rPr>
        <w:t>56:14  itni bari dunya khuda ne bana ke aap ko di hai.</w:t>
      </w:r>
      <w:r>
        <w:br/>
      </w:r>
      <w:r>
        <w:rPr>
          <w:sz w:val="20"/>
        </w:rPr>
        <w:t>56:18  yeh anokha yeh planet hai, is par life support system hai. Aap bataiye ke main bol raha hoon to main khuda mujhe supply kar raha hai, oxygen khuda mujhe supply karta hai, roshni khuda mujhe tofeeq de raha hai ke main boloon,</w:t>
      </w:r>
      <w:r>
        <w:br/>
      </w:r>
      <w:r>
        <w:rPr>
          <w:sz w:val="20"/>
        </w:rPr>
        <w:t>56:36  khuda meri bol ko aap tak pouncha raha hai. Yaani billion billion cheezein involve hain is mein.</w:t>
      </w:r>
      <w:r>
        <w:br/>
      </w:r>
      <w:r>
        <w:rPr>
          <w:sz w:val="20"/>
        </w:rPr>
        <w:t>56:47  yeh kitna bara aap ke andar ubhalna chahe samandar ke yeh khawand bartar ki dein hai.</w:t>
      </w:r>
      <w:r>
        <w:br/>
      </w:r>
      <w:r>
        <w:rPr>
          <w:sz w:val="20"/>
        </w:rPr>
        <w:t>56:56  lekin koi nahi, koi ek insaan mere ilm mein nahi, na maine parha, na suna, na jana, na kisi ne bataya mujhe aisa koi insaan rehta hai zameen ke upar.</w:t>
      </w:r>
      <w:r>
        <w:br/>
      </w:r>
      <w:r>
        <w:rPr>
          <w:sz w:val="20"/>
        </w:rPr>
        <w:t>57:13  kaisi anokhi baat hai ke sanjay babu ki dein sab ko dikhai parhe aur khawand zuljalal ki dein kisi ko na dikhai parhe.</w:t>
      </w:r>
      <w:r>
        <w:br/>
      </w:r>
      <w:r>
        <w:rPr>
          <w:sz w:val="20"/>
        </w:rPr>
        <w:t>57:26  kaisi anokhi baat hai</w:t>
      </w:r>
      <w:r>
        <w:br/>
      </w:r>
      <w:r>
        <w:rPr>
          <w:sz w:val="20"/>
        </w:rPr>
        <w:t>57:31  sanjay babu ki choti si dein logon ko dikhai parhe aur khuda ki universal dein jo hai, kainati dein jo hai, woh kisi ko dikhai na parhe.</w:t>
      </w:r>
      <w:r>
        <w:br/>
      </w:r>
      <w:r>
        <w:rPr>
          <w:sz w:val="20"/>
        </w:rPr>
        <w:t>57:50  isi liye living dua kisi ki zuban se nahi nikalti. Hadees mein aata hai ke tum duaen karoge, wala istijab lakum, duaen qabool nahi hongi.</w:t>
      </w:r>
    </w:p>
    <w:p>
      <w:pPr>
        <w:pStyle w:val="Heading2"/>
      </w:pPr>
      <w:r>
        <w:t>How Gandhi's peaceful struggle won India's freedom</w:t>
      </w:r>
    </w:p>
    <w:p>
      <w:r>
        <w:rPr>
          <w:color w:val="666666"/>
          <w:sz w:val="18"/>
        </w:rPr>
        <w:t>Islam and Terrorism February 10, 2009 Maulana Wahiduddin Khan · 1m 29s · at 57:23 · https://youtu.be/vCEjp0w7Qjo?t=3443</w:t>
      </w:r>
    </w:p>
    <w:p>
      <w:r>
        <w:rPr>
          <w:i/>
        </w:rPr>
        <w:t>“Look at India — it was Gandhi's slogan of peace that won freedom.”</w:t>
      </w:r>
    </w:p>
    <w:p>
      <w:r>
        <w:rPr>
          <w:sz w:val="20"/>
        </w:rPr>
        <w:t>57:23  Molana, I'd like to add one thing. Molana often gives one more example of the same lines of peace and justice. Look at India as an example. The freedom struggle was going on.</w:t>
      </w:r>
      <w:r>
        <w:br/>
      </w:r>
      <w:r>
        <w:rPr>
          <w:sz w:val="20"/>
        </w:rPr>
        <w:t>57:36  I mean, it was going on for many hundreds of years. But it didn't actually materialize freedom. But it was only Gandhi's slogan of peace which brought India to freedom.</w:t>
      </w:r>
      <w:r>
        <w:br/>
      </w:r>
      <w:r>
        <w:rPr>
          <w:sz w:val="20"/>
        </w:rPr>
        <w:t>57:48  In fact, there is this famous quote where a British senior officer wired a telegraph message to the British secretariat.</w:t>
      </w:r>
      <w:r>
        <w:br/>
      </w:r>
      <w:r>
        <w:rPr>
          <w:sz w:val="20"/>
        </w:rPr>
        <w:t>58:00  And he wrote that, "Kindly wire instructions how to kill a tiger non-violently." So it was only after this long, sustained struggle for peace that India got freedom.</w:t>
      </w:r>
      <w:r>
        <w:br/>
      </w:r>
      <w:r>
        <w:rPr>
          <w:sz w:val="20"/>
        </w:rPr>
        <w:t>58:12  And today, we all know that India is not only China's fastest-growing economy.</w:t>
      </w:r>
      <w:r>
        <w:br/>
      </w:r>
      <w:r>
        <w:rPr>
          <w:sz w:val="20"/>
        </w:rPr>
        <w:t>58:16  So what Molana Sahib has always advocated for is that just look at peace as an opportunity. Don't ask for justice. You should do your duties and ask your rights from God.</w:t>
      </w:r>
      <w:r>
        <w:br/>
      </w:r>
      <w:r>
        <w:rPr>
          <w:sz w:val="20"/>
        </w:rPr>
        <w:t>58:28  Today, the problem in the whole world is that the whole society is becoming rights-conscious. I want this. I want that. We want our rights. But nobody talks about duties.</w:t>
      </w:r>
      <w:r>
        <w:br/>
      </w:r>
      <w:r>
        <w:rPr>
          <w:sz w:val="20"/>
        </w:rPr>
        <w:t>58:37  So as a duty, it is very important that one should look at those aspects. And then justice follow</w:t>
      </w:r>
      <w:r>
        <w:br/>
      </w:r>
      <w:r>
        <w:rPr>
          <w:sz w:val="20"/>
        </w:rPr>
        <w:t>58:45  s. So that is one of his examples that he always quotes. I thought it would be comfortable to put in here.</w:t>
      </w:r>
    </w:p>
    <w:p>
      <w:pPr>
        <w:pStyle w:val="Heading2"/>
      </w:pPr>
      <w:r>
        <w:t>Gandhi's train-station humiliation set his life's course</w:t>
      </w:r>
    </w:p>
    <w:p>
      <w:r>
        <w:rPr>
          <w:color w:val="666666"/>
          <w:sz w:val="18"/>
        </w:rPr>
        <w:t>Choice Between Right and Wrong Battlefield January 26, 2007 Maulana Wahiddduin Khan · 1m 18s · at 28:14 · https://youtu.be/F-onKK3Ibcc?t=1694</w:t>
      </w:r>
    </w:p>
    <w:p>
      <w:r>
        <w:rPr>
          <w:i/>
        </w:rPr>
        <w:t>“Big people do this too, even Mahatma Gandhi”</w:t>
      </w:r>
    </w:p>
    <w:p>
      <w:r>
        <w:rPr>
          <w:sz w:val="20"/>
        </w:rPr>
        <w:t>28:14  hain. bade bade log yahi karte hain. bade bade top ke log bhi yahi karte hain. hamare, hamare desh mein top ke aadmi the Mahatma Gandhi.</w:t>
      </w:r>
      <w:r>
        <w:br/>
      </w:r>
      <w:r>
        <w:rPr>
          <w:sz w:val="20"/>
        </w:rPr>
        <w:t>28:26  Mahatma Gandhi ne khud likha hai, khud mere paas maujood hai kitaab ke jab South Africa ke ek station par raat ke waqt ek white angrez ne unhein dhakel ke bahar nikaal diya,</w:t>
      </w:r>
      <w:r>
        <w:br/>
      </w:r>
      <w:r>
        <w:rPr>
          <w:sz w:val="20"/>
        </w:rPr>
        <w:t>28:43  aur wahan par thandi sard mein woh platform par raat guzarni padi unhein,</w:t>
      </w:r>
      <w:r>
        <w:br/>
      </w:r>
      <w:r>
        <w:rPr>
          <w:sz w:val="20"/>
        </w:rPr>
        <w:t>28:49  itna shock laga un ko, shock laga. khud likhte hain woh ke This event set the course of my life This event set the course of my life aap ghor kijiye.</w:t>
      </w:r>
      <w:r>
        <w:br/>
      </w:r>
      <w:r>
        <w:rPr>
          <w:sz w:val="20"/>
        </w:rPr>
        <w:t>29:04  yeh is event ko unhein bhulana tha, bhula kar ke unhein sochna tha, ghusse ko manage karna tha, phir bahut dinon ke soch samajh ke baad koi apna course banana tha apni zindagi ka.</w:t>
      </w:r>
      <w:r>
        <w:br/>
      </w:r>
      <w:r>
        <w:rPr>
          <w:sz w:val="20"/>
        </w:rPr>
        <w:t>29:17  yahan se nahi banana tha.</w:t>
      </w:r>
      <w:r>
        <w:br/>
      </w:r>
      <w:r>
        <w:rPr>
          <w:sz w:val="20"/>
        </w:rPr>
        <w:t>29:18  khud likhte hain ke This event set the course of my life yeh Mr. Jinnah ne kiya. Mr. Jinnah aap ko jaante honge ke shuru mein Mr. Jinnah Congress mein the.</w:t>
      </w:r>
    </w:p>
    <w:p>
      <w:pPr>
        <w:pStyle w:val="Heading2"/>
      </w:pPr>
      <w:r>
        <w:t>Gandhi and Jinnah's reactive anger shaped the partition</w:t>
      </w:r>
    </w:p>
    <w:p>
      <w:r>
        <w:rPr>
          <w:color w:val="666666"/>
          <w:sz w:val="18"/>
        </w:rPr>
        <w:t>Choice Between Right and Wrong Battlefield January 26, 2007 Maulana Wahiddduin Khan · 4m 12s · at 27:39 · https://youtu.be/F-onKK3Ibcc?t=1659</w:t>
      </w:r>
    </w:p>
    <w:p>
      <w:r>
        <w:rPr>
          <w:i/>
        </w:rPr>
        <w:t>“Basically everyone is acting purely out of reaction”</w:t>
      </w:r>
    </w:p>
    <w:p>
      <w:r>
        <w:rPr>
          <w:sz w:val="20"/>
        </w:rPr>
        <w:t>27:39  pehlay ghusse ko manage kijiye. na ke aap jis ne ghussa dilaya hai, us ke khilaf action lene lagein.</w:t>
      </w:r>
      <w:r>
        <w:br/>
      </w:r>
      <w:r>
        <w:rPr>
          <w:sz w:val="20"/>
        </w:rPr>
        <w:t>27:48  yani is waqt ek aap hote hain, ek doosra aadmi hota hai jis ne aap ko provoke kiya hai. jab aap ko ghussa aata hai, negative thought aa jate hain, kisi ke khilaaf aap ke andar maelth aa jata hai, to ek aap hote hain, ek doosra aadmi hota hai.</w:t>
      </w:r>
      <w:r>
        <w:br/>
      </w:r>
      <w:r>
        <w:rPr>
          <w:sz w:val="20"/>
        </w:rPr>
        <w:t>28:06  to log kya karte hain? apne ghusse ko isi ke upar odhel dete hain. apni jo negative thought hai, isi ke upar daal dete</w:t>
      </w:r>
      <w:r>
        <w:br/>
      </w:r>
      <w:r>
        <w:rPr>
          <w:sz w:val="20"/>
        </w:rPr>
        <w:t>28:14  hain. bade bade log yahi karte hain. bade bade top ke log bhi yahi karte hain. hamare, hamare desh mein top ke aadmi the Mahatma Gandhi.</w:t>
      </w:r>
      <w:r>
        <w:br/>
      </w:r>
      <w:r>
        <w:rPr>
          <w:sz w:val="20"/>
        </w:rPr>
        <w:t>28:26  Mahatma Gandhi ne khud likha hai, khud mere paas maujood hai kitaab ke jab South Africa ke ek station par raat ke waqt ek white angrez ne unhein dhakel ke bahar nikaal diya,</w:t>
      </w:r>
      <w:r>
        <w:br/>
      </w:r>
      <w:r>
        <w:rPr>
          <w:sz w:val="20"/>
        </w:rPr>
        <w:t>28:43  aur wahan par thandi sard mein woh platform par raat guzarni padi unhein,</w:t>
      </w:r>
      <w:r>
        <w:br/>
      </w:r>
      <w:r>
        <w:rPr>
          <w:sz w:val="20"/>
        </w:rPr>
        <w:t>28:49  itna shock laga un ko, shock laga. khud likhte hain woh ke This event set the course of my life This event set the course of my life aap ghor kijiye.</w:t>
      </w:r>
      <w:r>
        <w:br/>
      </w:r>
      <w:r>
        <w:rPr>
          <w:sz w:val="20"/>
        </w:rPr>
        <w:t>29:04  yeh is event ko unhein bhulana tha, bhula kar ke unhein sochna tha, ghusse ko manage karna tha, phir bahut dinon ke soch samajh ke baad koi apna course banana tha apni zindagi ka.</w:t>
      </w:r>
      <w:r>
        <w:br/>
      </w:r>
      <w:r>
        <w:rPr>
          <w:sz w:val="20"/>
        </w:rPr>
        <w:t>29:17  yahan se nahi banana tha.</w:t>
      </w:r>
      <w:r>
        <w:br/>
      </w:r>
      <w:r>
        <w:rPr>
          <w:sz w:val="20"/>
        </w:rPr>
        <w:t>29:18  khud likhte hain ke This event set the course of my life yeh Mr. Jinnah ne kiya. Mr. Jinnah aap ko jaante honge ke shuru mein Mr. Jinnah Congress mein the.</w:t>
      </w:r>
      <w:r>
        <w:br/>
      </w:r>
      <w:r>
        <w:rPr>
          <w:sz w:val="20"/>
        </w:rPr>
        <w:t>29:32  Jinnah sahab aur Gandhi ek platform hua karte the pehle. yeh zara bahut hi angrez type ke aadmi the aur Mahatma waghera nahi bolte the.</w:t>
      </w:r>
      <w:r>
        <w:br/>
      </w:r>
      <w:r>
        <w:rPr>
          <w:sz w:val="20"/>
        </w:rPr>
        <w:t>29:42  yeh Mahatma ya Maulana, yeh sab alfaaz un ki vocabulary mein nahi the.</w:t>
      </w:r>
      <w:r>
        <w:br/>
      </w:r>
      <w:r>
        <w:rPr>
          <w:sz w:val="20"/>
        </w:rPr>
        <w:t>29:47  to Congress jalsa ho raha tha, aaye to aap jaante hain ke stage par jo log aate hain bolne ke liye to woh address karte hain. to pehle yeh kehte hain ke Mr. falan, Mr. falan, Mr. falan, phir apni baat kehte hain.</w:t>
      </w:r>
      <w:r>
        <w:br/>
      </w:r>
      <w:r>
        <w:rPr>
          <w:sz w:val="20"/>
        </w:rPr>
        <w:t>30:01  to unhon ne shuru kiya Mr. Gandhi. woh Gandhi the, kuch aur log the to Mr. Gandhi. ek aadmi khada ho gaya, us ne kaha ke nahi, kaho ke Mahatma Gandhi.</w:t>
      </w:r>
      <w:r>
        <w:br/>
      </w:r>
      <w:r>
        <w:rPr>
          <w:sz w:val="20"/>
        </w:rPr>
        <w:t>30:16  Mr. Jinnah ne dobara kaha, shuru jab kiya Mr. Gandhi, phir woh khada ho gaya, nahi, Mahatma Gandhi kaho. is ke baad Jinnah stage se utre aur chale gaye.</w:t>
      </w:r>
      <w:r>
        <w:br/>
      </w:r>
      <w:r>
        <w:rPr>
          <w:sz w:val="20"/>
        </w:rPr>
        <w:t>30:29  aur isi se Jinnah ki zindagi ka bhi course set hua. Jinnah ka bhi zindagi ka jo course set hua, isi se hua ke ab main dikhaunga</w:t>
      </w:r>
      <w:r>
        <w:br/>
      </w:r>
      <w:r>
        <w:rPr>
          <w:sz w:val="20"/>
        </w:rPr>
        <w:t>30:42  tum ko.</w:t>
      </w:r>
      <w:r>
        <w:br/>
      </w:r>
      <w:r>
        <w:rPr>
          <w:sz w:val="20"/>
        </w:rPr>
        <w:t>30:45  is par jab woh nikal ke chale gaye aur to yeh lamba qissa hai. Nehru ne keh diya tha ke bas ab, yani Jinnah ka problem khatam ho gaya.</w:t>
      </w:r>
      <w:r>
        <w:br/>
      </w:r>
      <w:r>
        <w:rPr>
          <w:sz w:val="20"/>
        </w:rPr>
        <w:t>30:58  to jab suna unhon ne, woh chale gaye the London azm mein, waqti taur par. to unhon ne keh diya ke gaye ab.</w:t>
      </w:r>
      <w:r>
        <w:br/>
      </w:r>
      <w:r>
        <w:rPr>
          <w:sz w:val="20"/>
        </w:rPr>
        <w:t>31:08  to ab to jab unhon ne suna Jinnah sahab ne London mein, us ne kaha ke Nehru yeh samajhte hain ke main ab nahi hoon India mein, yahan aa gaya hoon. to unhon ne kaha ke un ko maloom hona chahiye, I am very much there aur aaye aur phir partition chalaya unhon ne.</w:t>
      </w:r>
      <w:r>
        <w:br/>
      </w:r>
      <w:r>
        <w:rPr>
          <w:sz w:val="20"/>
        </w:rPr>
        <w:t>31:23  is maeni ke partition jo tha, out of reaction bana. to dono bade bade leader hamare India ke, unhon ne out of reaction apna apna course banaya.</w:t>
      </w:r>
      <w:r>
        <w:br/>
      </w:r>
      <w:r>
        <w:rPr>
          <w:sz w:val="20"/>
        </w:rPr>
        <w:t>31:34  aaj tak India bhi bhugat raha hai, aaj ke Pakistan bhi bhugat raha hai.</w:t>
      </w:r>
      <w:r>
        <w:br/>
      </w:r>
      <w:r>
        <w:rPr>
          <w:sz w:val="20"/>
        </w:rPr>
        <w:t>31:38  nahi, yahan par kuch ban saka na wahan kuch ban saka. aap dekhiye ke yahan par pehle colonial, yani colonial powers ka yahan par woh tha, dominate kar rahi thein.</w:t>
      </w:r>
    </w:p>
    <w:p>
      <w:pPr>
        <w:pStyle w:val="Heading2"/>
      </w:pPr>
      <w:r>
        <w:t>Akbar, Bhagwan Das and Gandhi's 'all religions true' idea failed</w:t>
      </w:r>
    </w:p>
    <w:p>
      <w:r>
        <w:rPr>
          <w:color w:val="666666"/>
          <w:sz w:val="18"/>
        </w:rPr>
        <w:t>How to Establish Harmony in a Multi-Religious Society April 4, 2009 Maulana Wahiduddin Khan · 1m 53s · at 3:39 · https://youtu.be/21fE3OxNqV8?t=219</w:t>
      </w:r>
    </w:p>
    <w:p>
      <w:r>
        <w:rPr>
          <w:i/>
        </w:rPr>
        <w:t>“This concept was first adopted by Emperor Akbar”</w:t>
      </w:r>
    </w:p>
    <w:p>
      <w:r>
        <w:rPr>
          <w:sz w:val="20"/>
        </w:rPr>
        <w:t>3:39  you know, this concept was first adopted by emperor akbar.</w:t>
      </w:r>
      <w:r>
        <w:br/>
      </w:r>
      <w:r>
        <w:rPr>
          <w:sz w:val="20"/>
        </w:rPr>
        <w:t>3:50  emperor akbar was a believer of this formula that every religion is true.</w:t>
      </w:r>
      <w:r>
        <w:br/>
      </w:r>
      <w:r>
        <w:rPr>
          <w:sz w:val="20"/>
        </w:rPr>
        <w:t>4:02  every religion is true, but it failed. it failed completely.</w:t>
      </w:r>
      <w:r>
        <w:br/>
      </w:r>
      <w:r>
        <w:rPr>
          <w:sz w:val="20"/>
        </w:rPr>
        <w:t>4:11  that was not adopted by either the religious community. then you know, doctor bhagwan das was a great scholar.</w:t>
      </w:r>
      <w:r>
        <w:br/>
      </w:r>
      <w:r>
        <w:rPr>
          <w:sz w:val="20"/>
        </w:rPr>
        <w:t>4:23  he he was he he is encyclopedic knowledge of religion.</w:t>
      </w:r>
      <w:r>
        <w:br/>
      </w:r>
      <w:r>
        <w:rPr>
          <w:sz w:val="20"/>
        </w:rPr>
        <w:t>4:32  so, he prepared a book. essential unity of all all religions.</w:t>
      </w:r>
      <w:r>
        <w:br/>
      </w:r>
      <w:r>
        <w:rPr>
          <w:sz w:val="20"/>
        </w:rPr>
        <w:t>4:42  he tried to establish his theory that all the religions are essentially one,</w:t>
      </w:r>
      <w:r>
        <w:br/>
      </w:r>
      <w:r>
        <w:rPr>
          <w:sz w:val="20"/>
        </w:rPr>
        <w:t>4:51  but</w:t>
      </w:r>
      <w:r>
        <w:br/>
      </w:r>
      <w:r>
        <w:rPr>
          <w:sz w:val="20"/>
        </w:rPr>
        <w:t>4:56  this</w:t>
      </w:r>
      <w:r>
        <w:br/>
      </w:r>
      <w:r>
        <w:rPr>
          <w:sz w:val="20"/>
        </w:rPr>
        <w:t>4:59  that this book. all to i have a copy of this book in my library, but you know, this book was also completely failed.</w:t>
      </w:r>
      <w:r>
        <w:br/>
      </w:r>
      <w:r>
        <w:rPr>
          <w:sz w:val="20"/>
        </w:rPr>
        <w:t>5:11  this full this book failed to failed to</w:t>
      </w:r>
      <w:r>
        <w:br/>
      </w:r>
      <w:r>
        <w:rPr>
          <w:sz w:val="20"/>
        </w:rPr>
        <w:t>5:18  launch any momentum.</w:t>
      </w:r>
      <w:r>
        <w:br/>
      </w:r>
      <w:r>
        <w:rPr>
          <w:sz w:val="20"/>
        </w:rPr>
        <w:t>5:21  then you know, mahatma gandhi. this was the thinking of mahatma gandhi also, but mahatma gandhi also failed.</w:t>
      </w:r>
    </w:p>
    <w:p>
      <w:pPr>
        <w:pStyle w:val="Heading2"/>
      </w:pPr>
      <w:r>
        <w:t>Gandhi: Abu Bakr and Umar lived like paupers</w:t>
      </w:r>
    </w:p>
    <w:p>
      <w:r>
        <w:rPr>
          <w:color w:val="666666"/>
          <w:sz w:val="18"/>
        </w:rPr>
        <w:t>Moral Values In Islam - III | January 27, 2006 | Maulana Wahiduddin Khan · 30s · at 48:23 · https://youtu.be/dTiWv3ClWPI?t=2903</w:t>
      </w:r>
    </w:p>
    <w:p>
      <w:r>
        <w:rPr>
          <w:i/>
        </w:rPr>
        <w:t>“This is a word of Mahatma Gandhi.”</w:t>
      </w:r>
    </w:p>
    <w:p>
      <w:r>
        <w:rPr>
          <w:sz w:val="20"/>
        </w:rPr>
        <w:t>48:23  empire." This is a word you Mahatma Gandhi. Abu Bakar aur Umar were masters of great empire, but they live like a pauper. But they live like a pauper. How, how one can afford to live the</w:t>
      </w:r>
    </w:p>
    <w:p>
      <w:pPr>
        <w:pStyle w:val="Heading2"/>
      </w:pPr>
      <w:r>
        <w:t>Gandhi on caliphs who lived like paupers</w:t>
      </w:r>
    </w:p>
    <w:p>
      <w:r>
        <w:rPr>
          <w:color w:val="666666"/>
          <w:sz w:val="18"/>
        </w:rPr>
        <w:t>Moral Values In Islam - III | January 27, 2006 | Maulana Wahiduddin Khan · 2m 39s · at 47:22 · https://youtu.be/dTiWv3ClWPI?t=2842</w:t>
      </w:r>
    </w:p>
    <w:p>
      <w:r>
        <w:rPr>
          <w:i/>
        </w:rPr>
        <w:t>“I recall an article published by Mahatma Gandhi.”</w:t>
      </w:r>
    </w:p>
    <w:p>
      <w:r>
        <w:rPr>
          <w:sz w:val="20"/>
        </w:rPr>
        <w:t>47:22  I recall an article published by Mahatma Gandhi.</w:t>
      </w:r>
      <w:r>
        <w:br/>
      </w:r>
      <w:r>
        <w:rPr>
          <w:sz w:val="20"/>
        </w:rPr>
        <w:t>47:30  This article was published in a paper Horizon.</w:t>
      </w:r>
      <w:r>
        <w:br/>
      </w:r>
      <w:r>
        <w:rPr>
          <w:sz w:val="20"/>
        </w:rPr>
        <w:t>47:37  In this paper, he said that about, about the great companions of Prophet Abu Bakr and Umar.</w:t>
      </w:r>
      <w:r>
        <w:br/>
      </w:r>
      <w:r>
        <w:rPr>
          <w:sz w:val="20"/>
        </w:rPr>
        <w:t>47:45  You know, there were two prophets</w:t>
      </w:r>
      <w:r>
        <w:br/>
      </w:r>
      <w:r>
        <w:rPr>
          <w:sz w:val="20"/>
        </w:rPr>
        <w:t>47:52  of Muhammad, Abu Bakar and Umar.</w:t>
      </w:r>
      <w:r>
        <w:br/>
      </w:r>
      <w:r>
        <w:rPr>
          <w:sz w:val="20"/>
        </w:rPr>
        <w:t>47:58  After the death of the Prophet, they became khalifa.</w:t>
      </w:r>
      <w:r>
        <w:br/>
      </w:r>
      <w:r>
        <w:rPr>
          <w:sz w:val="20"/>
        </w:rPr>
        <w:t>48:05  Both were killed.</w:t>
      </w:r>
      <w:r>
        <w:br/>
      </w:r>
      <w:r>
        <w:rPr>
          <w:sz w:val="20"/>
        </w:rPr>
        <w:t>48:11  Abu Bakr was first caliph, and Umar was second caliph.</w:t>
      </w:r>
      <w:r>
        <w:br/>
      </w:r>
      <w:r>
        <w:rPr>
          <w:sz w:val="20"/>
        </w:rPr>
        <w:t>48:17  So Mahatma Gandhi said: "Abu Bakr and Umar were masters of great</w:t>
      </w:r>
      <w:r>
        <w:br/>
      </w:r>
      <w:r>
        <w:rPr>
          <w:sz w:val="20"/>
        </w:rPr>
        <w:t>48:23  empire." This is a word you Mahatma Gandhi. Abu Bakar aur Umar were masters of great empire, but they live like a pauper. But they live like a pauper. How, how one can afford to live the</w:t>
      </w:r>
      <w:r>
        <w:br/>
      </w:r>
      <w:r>
        <w:rPr>
          <w:sz w:val="20"/>
        </w:rPr>
        <w:t>48:53  such kind of life? How is possible? How is possible that one who a great ruler, is master</w:t>
      </w:r>
      <w:r>
        <w:br/>
      </w:r>
      <w:r>
        <w:rPr>
          <w:sz w:val="20"/>
        </w:rPr>
        <w:t>49:03  of great empire, but he live like a pauper? Very simple life, very, very simple life.</w:t>
      </w:r>
      <w:r>
        <w:br/>
      </w:r>
      <w:r>
        <w:rPr>
          <w:sz w:val="20"/>
        </w:rPr>
        <w:t>49:14  This was due to this belief</w:t>
      </w:r>
      <w:r>
        <w:br/>
      </w:r>
      <w:r>
        <w:rPr>
          <w:sz w:val="20"/>
        </w:rPr>
        <w:t>49:24  , this belief accountability.</w:t>
      </w:r>
      <w:r>
        <w:br/>
      </w:r>
      <w:r>
        <w:rPr>
          <w:sz w:val="20"/>
        </w:rPr>
        <w:t>49:36  They were believing that although we are kale, although we are companions of the prophet, but we are,</w:t>
      </w:r>
      <w:r>
        <w:br/>
      </w:r>
      <w:r>
        <w:rPr>
          <w:sz w:val="20"/>
        </w:rPr>
        <w:t>49:49  We will be punished if you, if you adopt wrong character, wrong behavior.</w:t>
      </w:r>
    </w:p>
    <w:p>
      <w:pPr>
        <w:pStyle w:val="Heading2"/>
      </w:pPr>
      <w:r>
        <w:t>Gandhi turned suffering into a nonviolent movement</w:t>
      </w:r>
    </w:p>
    <w:p>
      <w:r>
        <w:rPr>
          <w:color w:val="666666"/>
          <w:sz w:val="18"/>
        </w:rPr>
        <w:t>Powerful Evidence of Life After Death December 6, 2013 Maulana Wahiduddin Khan · 1m 53s · at 9:46 · https://youtu.be/AgjTBIRcWeg?t=586</w:t>
      </w:r>
    </w:p>
    <w:p>
      <w:r>
        <w:rPr>
          <w:i/>
        </w:rPr>
        <w:t>“Suddenly I remembered Gandhi's story from South Africa”</w:t>
      </w:r>
    </w:p>
    <w:p>
      <w:r>
        <w:rPr>
          <w:sz w:val="20"/>
        </w:rPr>
        <w:t>9:46  to aaj main yeh soch raha tha yeh baat to mujhe achanak yaad aaya Mahatma Gandhi ka qissa. aap jante hain ke Mahatma Gandhi ke saath ek ghatna ghatti thi South Africa mein.</w:t>
      </w:r>
      <w:r>
        <w:br/>
      </w:r>
      <w:r>
        <w:rPr>
          <w:sz w:val="20"/>
        </w:rPr>
        <w:t>9:59  ek thandi raat ko unhein train se nikal kar bahar daal diya gaya aur bohat hi zyada humiliation aur bohat zyada pareshani pesh aayi un ko.</w:t>
      </w:r>
      <w:r>
        <w:br/>
      </w:r>
      <w:r>
        <w:rPr>
          <w:sz w:val="20"/>
        </w:rPr>
        <w:t>10:12  to wahan likha hai ke is waqeye ne meri, yani meri life ka future course set kar diya.</w:t>
      </w:r>
      <w:r>
        <w:br/>
      </w:r>
      <w:r>
        <w:rPr>
          <w:sz w:val="20"/>
        </w:rPr>
        <w:t>10:24  ab main yeh soch raha tha ke wo kya set course kiya unhone? un ke saath to hui thi hinsa, violence, bohat cruelty.</w:t>
      </w:r>
      <w:r>
        <w:br/>
      </w:r>
      <w:r>
        <w:rPr>
          <w:sz w:val="20"/>
        </w:rPr>
        <w:t>10:33  lekin jab India wapas aaye wo to kya hua? unhone ek, ek, ek non violent movement in charge layi,</w:t>
      </w:r>
      <w:r>
        <w:br/>
      </w:r>
      <w:r>
        <w:rPr>
          <w:sz w:val="20"/>
        </w:rPr>
        <w:t>10:46  ahinsa wali movement ch</w:t>
      </w:r>
      <w:r>
        <w:br/>
      </w:r>
      <w:r>
        <w:rPr>
          <w:sz w:val="20"/>
        </w:rPr>
        <w:t>10:48  lai. yani un ke sath hua ahinsa aur jo movement chalai unhon ne woh ahinsa wali. main samajhta hoon ke yeh aik bohat tha, bohat acha example hai ke kis tarah aadmi yeh kar sakta hai ke woh is ke sath ahinsa kiya jaye lekin woh ahinsa mein jiye.</w:t>
      </w:r>
      <w:r>
        <w:br/>
      </w:r>
      <w:r>
        <w:rPr>
          <w:sz w:val="20"/>
        </w:rPr>
        <w:t>11:06  is ke sath negative behaviour kiya jaye lekin woh positive mind banaye apne andar.</w:t>
      </w:r>
      <w:r>
        <w:br/>
      </w:r>
      <w:r>
        <w:rPr>
          <w:sz w:val="20"/>
        </w:rPr>
        <w:t>11:14  yeh isi ke liye Khuda ne yeh duniya banai hai ke duniya mein aap apne andar aik aisa, aisi personality develop karen jis ke andar love ho, compassion ho, peace ho, spirituality ho.</w:t>
      </w:r>
      <w:r>
        <w:br/>
      </w:r>
      <w:r>
        <w:rPr>
          <w:sz w:val="20"/>
        </w:rPr>
        <w:t>11:29  dusron ke liye aap blesser hon. aap ki dealing jo hai us mein kisi ko problem mein pesh aata ho, aik no problem person ban kar rahen aap.</w:t>
      </w:r>
    </w:p>
    <w:p>
      <w:pPr>
        <w:pStyle w:val="Heading2"/>
      </w:pPr>
      <w:r>
        <w:t>hardship as 'shock treatment' — the Gandhi and Birla stories</w:t>
      </w:r>
    </w:p>
    <w:p>
      <w:r>
        <w:rPr>
          <w:color w:val="666666"/>
          <w:sz w:val="18"/>
        </w:rPr>
        <w:t>Interaction Session with Prof. Farida Khanam May 16, 2022 · 2m 24s · at 50:05 · https://youtu.be/eEfmoB2bwBM?t=3005</w:t>
      </w:r>
    </w:p>
    <w:p>
      <w:r>
        <w:rPr>
          <w:i/>
        </w:rPr>
        <w:t>“Jo problems logon ko nazar aate hain, Maulana kehte the ke woh challenges hain — shock treatment hai”</w:t>
      </w:r>
    </w:p>
    <w:p>
      <w:r>
        <w:rPr>
          <w:sz w:val="20"/>
        </w:rPr>
        <w:t>50:05  Quran padhne walon ko bhi sari baatein nahi maloom hain. to ek to yeh baat hai. doosri baat yeh hai ki jo problems logon ko nazar aa rahe hain woh Maulana kehte the ki woh challenges hain. to woh shock treatment hai.</w:t>
      </w:r>
      <w:r>
        <w:br/>
      </w:r>
      <w:r>
        <w:rPr>
          <w:sz w:val="20"/>
        </w:rPr>
        <w:t>50:22  jaise main misaal doongi Gandhi ji ki ki Gandhi ji ko jab train se nikal utar ke bahar</w:t>
      </w:r>
      <w:r>
        <w:br/>
      </w:r>
      <w:r>
        <w:rPr>
          <w:sz w:val="20"/>
        </w:rPr>
        <w:t>50:29  phenk diya gaya platform par, tab Gandhi ji ke andar woh jaldba jaaga ki hamein India ko azaad karana hai.</w:t>
      </w:r>
      <w:r>
        <w:br/>
      </w:r>
      <w:r>
        <w:rPr>
          <w:sz w:val="20"/>
        </w:rPr>
        <w:t>50:37  to na wah hota na wah unke andar wah jaldbaagta.</w:t>
      </w:r>
      <w:r>
        <w:br/>
      </w:r>
      <w:r>
        <w:rPr>
          <w:sz w:val="20"/>
        </w:rPr>
        <w:t>50:45  to wah ek shock treatment hota hai insaan ke andar jo saare jaldbaad hai wah dormant position mein hote hain.</w:t>
      </w:r>
      <w:r>
        <w:br/>
      </w:r>
      <w:r>
        <w:rPr>
          <w:sz w:val="20"/>
        </w:rPr>
        <w:t>50:53  aisi Birla jo ke bahut bade industrialist hain woh unhone ek baar kahin Angrezo ke zamane mein woh kisi daftar mein gaye. to unko baithne nahi diya gaya, khade khade unhone kaam kiya. wahan se unke andar yeh jazbaat ja gayi ki bhai hamara mol ke aur hum baith bhi nahi sakte apni seat par. to unhone bahut badi funding ki congress us zamane mein. sabse badi party thi aur unhone poori koshish ki aazadi ke liye.</w:t>
      </w:r>
      <w:r>
        <w:br/>
      </w:r>
      <w:r>
        <w:rPr>
          <w:sz w:val="20"/>
        </w:rPr>
        <w:t>51:21  to yeh to badi badi chand misaal hai yeh har ek ki zindagi mein hoti hai. jab hamein koi humiliation hota hai, misaal ke dauran hum humne koi exam diya hum fail ho gaye to hum aur zyada mehnat karte hain. to yeh jo hai woh shock treatment hai na ki evil hai koi. hamare samajhne ka fear hai. usko hum right angle se dekhein to woh shock treatment hai aur wrong angle se dekhein to problem afebrile hai.</w:t>
      </w:r>
      <w:r>
        <w:br/>
      </w:r>
      <w:r>
        <w:rPr>
          <w:sz w:val="20"/>
        </w:rPr>
        <w:t>51:50  koi ameer hai, koi gareeb hai, koi shaydamand hai, koi beemar hai, koi jinko haves aur haves nots kehte hain, to Maulana kehte haves nots hamesha ke liye thodi hote hain. woh unke andar zabardast motive jaagta hai aur woh mehnat karte hain, mehnat karke aage badh jate hain. aur jo hain woh peeche reh jate hain. to yeh musalsal ek process hai.</w:t>
      </w:r>
      <w:r>
        <w:br/>
      </w:r>
      <w:r>
        <w:rPr>
          <w:sz w:val="20"/>
        </w:rPr>
        <w:t>52:15  na sirf individuals mein balki qaumon mein bhi yeh yeh ek process hai jo chal raha hai. to halaat badalte rehte hain hamein usko right angle se samajhna hai.</w:t>
      </w:r>
      <w:r>
        <w:br/>
      </w:r>
      <w:r>
        <w:rPr>
          <w:sz w:val="20"/>
        </w:rPr>
        <w:t>52:29  wah isiliye wah logon ko samajh mein nahi aata kyunki hoda ki guidance jo hai na ab quran</w:t>
      </w:r>
    </w:p>
    <w:p>
      <w:pPr>
        <w:pStyle w:val="Heading2"/>
      </w:pPr>
      <w:r>
        <w:t>Gandhi's non-violence defeated the British empire</w:t>
      </w:r>
    </w:p>
    <w:p>
      <w:r>
        <w:rPr>
          <w:color w:val="666666"/>
          <w:sz w:val="18"/>
        </w:rPr>
        <w:t>Power of Peace June 6, 2010 Maulana Wahiduddin Khan · 2m 58s · at 1:02:22 · https://youtu.be/QNnouRoYI38?t=3742</w:t>
      </w:r>
    </w:p>
    <w:p>
      <w:r>
        <w:rPr>
          <w:i/>
        </w:rPr>
        <w:t>“Sabr ke zariye atyachar se lada ja sakta hai”</w:t>
      </w:r>
    </w:p>
    <w:p>
      <w:r>
        <w:rPr>
          <w:sz w:val="20"/>
        </w:rPr>
        <w:t>1:02:22  This question is from Mr. Shahnawaz Siddiqui from New Delhi. kya sabr kay zariye aatish aatish gawah se lara ja sakta hai?</w:t>
      </w:r>
      <w:r>
        <w:br/>
      </w:r>
      <w:r>
        <w:rPr>
          <w:sz w:val="20"/>
        </w:rPr>
        <w:t>1:02:35  zarur lara sakta hai, koi larta hi nahi. koi larta hi nahi. larta kon hai? Mahatma Gandhi nay dikha diya hai.</w:t>
      </w:r>
      <w:r>
        <w:br/>
      </w:r>
      <w:r>
        <w:rPr>
          <w:sz w:val="20"/>
        </w:rPr>
        <w:t>1:02:45  is mulk mein aap jantay hain atharah sau satavan se logon nay larr kar ke angrezon ko nikalna chaha. ulma bhi lartay rahay, swar chand darboz bhi lartay rahay, aur yeh tilak bhi lartay rahay, sab larr larr kar ke.</w:t>
      </w:r>
      <w:r>
        <w:br/>
      </w:r>
      <w:r>
        <w:rPr>
          <w:sz w:val="20"/>
        </w:rPr>
        <w:t>1:02:58  angrez nahi nikal paaye woh.</w:t>
      </w:r>
      <w:r>
        <w:br/>
      </w:r>
      <w:r>
        <w:rPr>
          <w:sz w:val="20"/>
        </w:rPr>
        <w:t>1:03:01  na ulma nikal paaye, na swar chand darboz nikal paaye, na tilak nikal paaye. aur Gandhi aaye to unhon nay nikal diya. unhon nay yaani sabr ki policy chalayi.</w:t>
      </w:r>
      <w:r>
        <w:br/>
      </w:r>
      <w:r>
        <w:rPr>
          <w:sz w:val="20"/>
        </w:rPr>
        <w:t>1:03:14  Non-violence, aain sa. woh itnay taqatwar thay ke woh angrezon ko jana pada.</w:t>
      </w:r>
      <w:r>
        <w:br/>
      </w:r>
      <w:r>
        <w:rPr>
          <w:sz w:val="20"/>
        </w:rPr>
        <w:t>1:03:24  is se pehle aap ko aik mein ne aik sunaya tha qissa ke jis jab gandhi ne ailaan kiya anees sau anees mein ghaliban, ya anees sau bees mein shayad, ke ab hum azaadi ki ladaai ladenge bana hathiyaar ke.</w:t>
      </w:r>
      <w:r>
        <w:br/>
      </w:r>
      <w:r>
        <w:rPr>
          <w:sz w:val="20"/>
        </w:rPr>
        <w:t>1:03:42  yaani violence nahi karenge, non-violence. yaani non-violent activism chalayenge. to angrezon ko samajh mein aaya ke ab kya karein hum.</w:t>
      </w:r>
      <w:r>
        <w:br/>
      </w:r>
      <w:r>
        <w:rPr>
          <w:sz w:val="20"/>
        </w:rPr>
        <w:t>1:03:53  to is zamane mein telephone nahi hota tha, yeh telegram hua karta tha. to aik angrez collector ne taar bheja apne secretariat ko ke aap batayein ke hum kaise aise aadmi se kaise ladien jo hathiyaar istemaal nahi karta.</w:t>
      </w:r>
      <w:r>
        <w:br/>
      </w:r>
      <w:r>
        <w:rPr>
          <w:sz w:val="20"/>
        </w:rPr>
        <w:t>1:04:08  to unhone kaha tha kindly wire instructions how to kill a tiger non-violently kyunke agar doosra aadmi aa raha hai hathiyaar le kar to ab bhi hathiyaar chalate the.</w:t>
      </w:r>
      <w:r>
        <w:br/>
      </w:r>
      <w:r>
        <w:rPr>
          <w:sz w:val="20"/>
        </w:rPr>
        <w:t>1:04:20  ab is ne to kuch nahi, kapda bhi utaar diya, hathiyaar bhi chhod diya. to aap kaise maarein is ko? to aap dekhiye ke kis tarah se woh jeet ho gayi is ki.</w:t>
      </w:r>
      <w:r>
        <w:br/>
      </w:r>
      <w:r>
        <w:rPr>
          <w:sz w:val="20"/>
        </w:rPr>
        <w:t>1:04:32  aur hadith mein hai dekhiye yahi baat. innalaha yu'ti al-rifqa ma la yu'ti al-'unf is ka matlab hai God grants to non-violence.</w:t>
      </w:r>
      <w:r>
        <w:br/>
      </w:r>
      <w:r>
        <w:rPr>
          <w:sz w:val="20"/>
        </w:rPr>
        <w:t>1:04:45  What He does not grant to violence.</w:t>
      </w:r>
      <w:r>
        <w:br/>
      </w:r>
      <w:r>
        <w:rPr>
          <w:sz w:val="20"/>
        </w:rPr>
        <w:t>1:04:49  logon ki himmat nahi hai is ka is ka is ka tajruba karne ki. log darte hain. himmat hi nahi hai tajruba karne ki. unhein misalein maujood hain.</w:t>
      </w:r>
      <w:r>
        <w:br/>
      </w:r>
      <w:r>
        <w:rPr>
          <w:sz w:val="20"/>
        </w:rPr>
        <w:t>1:04:58  japan ne tajruba kiya, mahatma gandhi ne tajruba kiya, rasool Allah salallahu alaihi wasallam ne tajruba kiya. lekin himmat kahan logon ke andar hai? log to ghusse mein hain, nafrat mein hain, inteqaam mein hain.</w:t>
      </w:r>
      <w:r>
        <w:br/>
      </w:r>
      <w:r>
        <w:rPr>
          <w:sz w:val="20"/>
        </w:rPr>
        <w:t>1:05:09  baat maaro, kaato, yeh jaante hain khaali. yaani sabr ke saath planning karna yeh unko aata hi nahi hai logon ko.</w:t>
      </w:r>
    </w:p>
    <w:p>
      <w:pPr>
        <w:pStyle w:val="Heading2"/>
      </w:pPr>
      <w:r>
        <w:t>MP's gratitude for a house vs God's gift of the universe</w:t>
      </w:r>
    </w:p>
    <w:p>
      <w:r>
        <w:rPr>
          <w:color w:val="666666"/>
          <w:sz w:val="18"/>
        </w:rPr>
        <w:t>God Realization 23 June 2018 - Maulana Wahiduddin Khan · 2m 41s · at 4:54 · https://youtu.be/nar5wBjiT7Q?t=294</w:t>
      </w:r>
    </w:p>
    <w:p>
      <w:r>
        <w:rPr>
          <w:i/>
        </w:rPr>
        <w:t>“Woh Sanjay Gandhi ki party mein shamil ho gaye”</w:t>
      </w:r>
    </w:p>
    <w:p>
      <w:r>
        <w:rPr>
          <w:sz w:val="20"/>
        </w:rPr>
        <w:t>4:54  to woh Siraj Gandhi ki party mein shamil ho gaye, halanke koi khaas taleem yafta nahin the, par shayad woh bohat ziyada loyal ban gaye.</w:t>
      </w:r>
      <w:r>
        <w:br/>
      </w:r>
      <w:r>
        <w:rPr>
          <w:sz w:val="20"/>
        </w:rPr>
        <w:t>5:08  Siraj Gandhi ke bohat ziyada loyal.</w:t>
      </w:r>
      <w:r>
        <w:br/>
      </w:r>
      <w:r>
        <w:rPr>
          <w:sz w:val="20"/>
        </w:rPr>
        <w:t>5:12  to Siraj Gandhi ne un ko Raj Sabha ka member bana diya. ab gaon ka ek aadmi Raj Sabha koi bara ban jaye to us ke liye bohat bari cheez thi,</w:t>
      </w:r>
      <w:r>
        <w:br/>
      </w:r>
      <w:r>
        <w:rPr>
          <w:sz w:val="20"/>
        </w:rPr>
        <w:t>5:28  bohat bari cheez thi.</w:t>
      </w:r>
      <w:r>
        <w:br/>
      </w:r>
      <w:r>
        <w:rPr>
          <w:sz w:val="20"/>
        </w:rPr>
        <w:t>5:31  to jo sahib aaye the Adore se un se milne ke liye, unhone bataya</w:t>
      </w:r>
      <w:r>
        <w:br/>
      </w:r>
      <w:r>
        <w:rPr>
          <w:sz w:val="20"/>
        </w:rPr>
        <w:t>5:41  keh jab woh</w:t>
      </w:r>
      <w:r>
        <w:br/>
      </w:r>
      <w:r>
        <w:rPr>
          <w:sz w:val="20"/>
        </w:rPr>
        <w:t>5:44  raj subah ke ka jo residence hua karta tha, us mein gaye un se milne ke liye,</w:t>
      </w:r>
      <w:r>
        <w:br/>
      </w:r>
      <w:r>
        <w:rPr>
          <w:sz w:val="20"/>
        </w:rPr>
        <w:t>5:54  to unhein bataya ke woh poori mulaqaat mein aik aik baat karte rahe, poori mulaqaat, aur bohat hi jazbe ke sath aise hi kehte the woh: "yeh sab saje babu ki dein hai,</w:t>
      </w:r>
      <w:r>
        <w:br/>
      </w:r>
      <w:r>
        <w:rPr>
          <w:sz w:val="20"/>
        </w:rPr>
        <w:t>6:13  yeh sab saje babu ki dein hai."</w:t>
      </w:r>
      <w:r>
        <w:br/>
      </w:r>
      <w:r>
        <w:rPr>
          <w:sz w:val="20"/>
        </w:rPr>
        <w:t>6:17  ab aap ghor kijiye</w:t>
      </w:r>
      <w:r>
        <w:br/>
      </w:r>
      <w:r>
        <w:rPr>
          <w:sz w:val="20"/>
        </w:rPr>
        <w:t>6:22  ke siraj gandhi ne to in ko sirf aik chand saal ke liye aik residence dilwa diya tha, lekin Allah rab ul alameen to aap ko poori universe di hui hai.</w:t>
      </w:r>
      <w:r>
        <w:br/>
      </w:r>
      <w:r>
        <w:rPr>
          <w:sz w:val="20"/>
        </w:rPr>
        <w:t>6:41  itni bari universe aap ke liye custom made universe bana di gayi hai, custom made universe. har cheez aap ki khidmat mein hai, har cheez aap ki khidmat kar rahi hai.</w:t>
      </w:r>
      <w:r>
        <w:br/>
      </w:r>
      <w:r>
        <w:rPr>
          <w:sz w:val="20"/>
        </w:rPr>
        <w:t>6:57  to aap ghor kijiye ke yeh agar aap ko is ki marifat ho to aap billion trillion times ziyada</w:t>
      </w:r>
      <w:r>
        <w:br/>
      </w:r>
      <w:r>
        <w:rPr>
          <w:sz w:val="20"/>
        </w:rPr>
        <w:t>7:09  bade spirit ke sath kahenge rozana: "yeh sab Allah rab ul alameen ki dein hai,</w:t>
      </w:r>
      <w:r>
        <w:br/>
      </w:r>
      <w:r>
        <w:rPr>
          <w:sz w:val="20"/>
        </w:rPr>
        <w:t>7:21  yeh sab Allah rab ul alameen ki dein hai." lekin kam az kam maine to kisi ko paya nahi ke is jazbe ke sath woh kahe ke "yeh sab Allah rab ul alameen ki dein hai."</w:t>
      </w:r>
    </w:p>
    <w:p>
      <w:pPr>
        <w:pStyle w:val="Heading2"/>
      </w:pPr>
      <w:r>
        <w:t>Prophet's saying on nonviolence proven by Gandhi's movement</w:t>
      </w:r>
    </w:p>
    <w:p>
      <w:r>
        <w:rPr>
          <w:color w:val="666666"/>
          <w:sz w:val="18"/>
        </w:rPr>
        <w:t>Islam A Religion of Peace January 7, 2010 Maulana Wahiduddin Khan · 2m 29s · at 8:42 · https://youtu.be/L3qaWEfRY6o?t=522</w:t>
      </w:r>
    </w:p>
    <w:p>
      <w:r>
        <w:rPr>
          <w:i/>
        </w:rPr>
        <w:t>“God grants to non-violence what he does not grant to violence.”</w:t>
      </w:r>
    </w:p>
    <w:p>
      <w:r>
        <w:rPr>
          <w:sz w:val="20"/>
        </w:rPr>
        <w:t>8:42  so this is the quranic, this is the basic principle of the quran. then the prophet of islam has said,</w:t>
      </w:r>
      <w:r>
        <w:br/>
      </w:r>
      <w:r>
        <w:rPr>
          <w:sz w:val="20"/>
        </w:rPr>
        <w:t>8:55  "inna allaha yu'ti 'ala al-rifq, ma la yu'ti 'ala al-'unf". it means god grants to non-violence what he does not grant to violence.</w:t>
      </w:r>
      <w:r>
        <w:br/>
      </w:r>
      <w:r>
        <w:rPr>
          <w:sz w:val="20"/>
        </w:rPr>
        <w:t>9:11  this is a prophetic saying. and i can say that</w:t>
      </w:r>
      <w:r>
        <w:br/>
      </w:r>
      <w:r>
        <w:rPr>
          <w:sz w:val="20"/>
        </w:rPr>
        <w:t>9:21  mahatma gandhi was, that mahatma gandhi gave a successful demonstration of this principle.</w:t>
      </w:r>
      <w:r>
        <w:br/>
      </w:r>
      <w:r>
        <w:rPr>
          <w:sz w:val="20"/>
        </w:rPr>
        <w:t>9:34  you know, mahatma gandhi was the great leader of india. he was the</w:t>
      </w:r>
      <w:r>
        <w:br/>
      </w:r>
      <w:r>
        <w:rPr>
          <w:sz w:val="20"/>
        </w:rPr>
        <w:t>9:45  great leader of freedom struggle. and in india, freedom struggle started in eighteen fifty seven.</w:t>
      </w:r>
      <w:r>
        <w:br/>
      </w:r>
      <w:r>
        <w:rPr>
          <w:sz w:val="20"/>
        </w:rPr>
        <w:t>9:55  at that time, the leaders were following armed struggle, the formula of armed struggle.</w:t>
      </w:r>
      <w:r>
        <w:br/>
      </w:r>
      <w:r>
        <w:rPr>
          <w:sz w:val="20"/>
        </w:rPr>
        <w:t>10:05  they were using violence against british. then in nineteen nineteen, mahatma gandhi came. he was adopted as the supreme leader of international congress.</w:t>
      </w:r>
      <w:r>
        <w:br/>
      </w:r>
      <w:r>
        <w:rPr>
          <w:sz w:val="20"/>
        </w:rPr>
        <w:t>10:27  mahatma gandhi declared that, "now we will abandon all card of violence against british.</w:t>
      </w:r>
      <w:r>
        <w:br/>
      </w:r>
      <w:r>
        <w:rPr>
          <w:sz w:val="20"/>
        </w:rPr>
        <w:t>10:37  we will follow our struggle through peaceful means, ahimsa or non-violence." this was a peace boom, like a peace boom.</w:t>
      </w:r>
      <w:r>
        <w:br/>
      </w:r>
      <w:r>
        <w:rPr>
          <w:sz w:val="20"/>
        </w:rPr>
        <w:t>10:54  this boom paralyzed the british empire.</w:t>
      </w:r>
      <w:r>
        <w:br/>
      </w:r>
      <w:r>
        <w:rPr>
          <w:sz w:val="20"/>
        </w:rPr>
        <w:t>11:01  they felt that now they had no justification to use arms, to use guns against the freedom fighters.</w:t>
      </w:r>
    </w:p>
    <w:p>
      <w:pPr>
        <w:pStyle w:val="Heading2"/>
      </w:pPr>
      <w:r>
        <w:t>How Gandhi's nonviolence paralyzed the British Empire</w:t>
      </w:r>
    </w:p>
    <w:p>
      <w:r>
        <w:rPr>
          <w:color w:val="666666"/>
          <w:sz w:val="18"/>
        </w:rPr>
        <w:t>Islam A Religion of Peace January 7, 2010 Maulana Wahiduddin Khan · 3m 43s · at 9:34 · https://youtu.be/L3qaWEfRY6o?t=574</w:t>
      </w:r>
    </w:p>
    <w:p>
      <w:r>
        <w:rPr>
          <w:i/>
        </w:rPr>
        <w:t>“You know, Mahatma Gandhi was the great leader of India.”</w:t>
      </w:r>
    </w:p>
    <w:p>
      <w:r>
        <w:rPr>
          <w:sz w:val="20"/>
        </w:rPr>
        <w:t>9:34  you know, mahatma gandhi was the great leader of india. he was the</w:t>
      </w:r>
      <w:r>
        <w:br/>
      </w:r>
      <w:r>
        <w:rPr>
          <w:sz w:val="20"/>
        </w:rPr>
        <w:t>9:45  great leader of freedom struggle. and in india, freedom struggle started in eighteen fifty seven.</w:t>
      </w:r>
      <w:r>
        <w:br/>
      </w:r>
      <w:r>
        <w:rPr>
          <w:sz w:val="20"/>
        </w:rPr>
        <w:t>9:55  at that time, the leaders were following armed struggle, the formula of armed struggle.</w:t>
      </w:r>
      <w:r>
        <w:br/>
      </w:r>
      <w:r>
        <w:rPr>
          <w:sz w:val="20"/>
        </w:rPr>
        <w:t>10:05  they were using violence against british. then in nineteen nineteen, mahatma gandhi came. he was adopted as the supreme leader of international congress.</w:t>
      </w:r>
      <w:r>
        <w:br/>
      </w:r>
      <w:r>
        <w:rPr>
          <w:sz w:val="20"/>
        </w:rPr>
        <w:t>10:27  mahatma gandhi declared that, "now we will abandon all card of violence against british.</w:t>
      </w:r>
      <w:r>
        <w:br/>
      </w:r>
      <w:r>
        <w:rPr>
          <w:sz w:val="20"/>
        </w:rPr>
        <w:t>10:37  we will follow our struggle through peaceful means, ahimsa or non-violence." this was a peace boom, like a peace boom.</w:t>
      </w:r>
      <w:r>
        <w:br/>
      </w:r>
      <w:r>
        <w:rPr>
          <w:sz w:val="20"/>
        </w:rPr>
        <w:t>10:54  this boom paralyzed the british empire.</w:t>
      </w:r>
      <w:r>
        <w:br/>
      </w:r>
      <w:r>
        <w:rPr>
          <w:sz w:val="20"/>
        </w:rPr>
        <w:t>11:01  they felt that now they had no justification to use arms, to use guns against the freedom fighters.</w:t>
      </w:r>
      <w:r>
        <w:br/>
      </w:r>
      <w:r>
        <w:rPr>
          <w:sz w:val="20"/>
        </w:rPr>
        <w:t>11:12  they were interesting story. one british collector of the time</w:t>
      </w:r>
      <w:r>
        <w:br/>
      </w:r>
      <w:r>
        <w:rPr>
          <w:sz w:val="20"/>
        </w:rPr>
        <w:t>11:24  wanted</w:t>
      </w:r>
      <w:r>
        <w:br/>
      </w:r>
      <w:r>
        <w:rPr>
          <w:sz w:val="20"/>
        </w:rPr>
        <w:t>11:28  direction from his center, religion secretariat, how to do against this non violent activist.</w:t>
      </w:r>
      <w:r>
        <w:br/>
      </w:r>
      <w:r>
        <w:rPr>
          <w:sz w:val="20"/>
        </w:rPr>
        <w:t>11:39  so he send a telegram asking a guidance. the wording of this telegram was very interesting.</w:t>
      </w:r>
      <w:r>
        <w:br/>
      </w:r>
      <w:r>
        <w:rPr>
          <w:sz w:val="20"/>
        </w:rPr>
        <w:t>11:50  it was, "wire kindly wire instructions how to kill a tiger non violently."</w:t>
      </w:r>
      <w:r>
        <w:br/>
      </w:r>
      <w:r>
        <w:rPr>
          <w:sz w:val="20"/>
        </w:rPr>
        <w:t>12:04  it means that previously the fight, freedom fighters were violent. so we were justified to use violence against them.</w:t>
      </w:r>
      <w:r>
        <w:br/>
      </w:r>
      <w:r>
        <w:rPr>
          <w:sz w:val="20"/>
        </w:rPr>
        <w:t>12:16  now they are saying that we are non violent activist. we have abandon arm and violence.</w:t>
      </w:r>
      <w:r>
        <w:br/>
      </w:r>
      <w:r>
        <w:rPr>
          <w:sz w:val="20"/>
        </w:rPr>
        <w:t>12:26  so what to do?</w:t>
      </w:r>
      <w:r>
        <w:br/>
      </w:r>
      <w:r>
        <w:rPr>
          <w:sz w:val="20"/>
        </w:rPr>
        <w:t>12:30  so this, this is a best illustration that</w:t>
      </w:r>
      <w:r>
        <w:br/>
      </w:r>
      <w:r>
        <w:rPr>
          <w:sz w:val="20"/>
        </w:rPr>
        <w:t>12:39  non violence is forward effective than the violence.</w:t>
      </w:r>
      <w:r>
        <w:br/>
      </w:r>
      <w:r>
        <w:rPr>
          <w:sz w:val="20"/>
        </w:rPr>
        <w:t>12:46  peaceful struggle is forward effective than the violent struggle.</w:t>
      </w:r>
      <w:r>
        <w:br/>
      </w:r>
      <w:r>
        <w:rPr>
          <w:sz w:val="20"/>
        </w:rPr>
        <w:t>12:56  so that principle which was given by the prophet of Islam in this verse, that God grants to non violence what he does not grant to violence.</w:t>
      </w:r>
      <w:r>
        <w:br/>
      </w:r>
      <w:r>
        <w:rPr>
          <w:sz w:val="20"/>
        </w:rPr>
        <w:t>13:08  Mahatma Gandhi demonstrated practically that it is a fact.</w:t>
      </w:r>
    </w:p>
    <w:p>
      <w:pPr>
        <w:pStyle w:val="Heading2"/>
      </w:pPr>
      <w:r>
        <w:t>Q&amp;A: can violence ever be justified in pursuit of peace?</w:t>
      </w:r>
    </w:p>
    <w:p>
      <w:r>
        <w:rPr>
          <w:color w:val="666666"/>
          <w:sz w:val="18"/>
        </w:rPr>
        <w:t>Islam A Religion of Peace January 7, 2010 Maulana Wahiduddin Khan · 5m 00s · at 43:23 · https://youtu.be/L3qaWEfRY6o?t=2603</w:t>
      </w:r>
    </w:p>
    <w:p>
      <w:r>
        <w:rPr>
          <w:i/>
        </w:rPr>
        <w:t>“Mولانا صاحب, I am Arun Gandhi, grandson of Mahatma Gandhi.”</w:t>
      </w:r>
    </w:p>
    <w:p>
      <w:r>
        <w:rPr>
          <w:sz w:val="20"/>
        </w:rPr>
        <w:t>43:23  maulana sahib, i am, my name is arun gandhi. i am a grand son of mahatma gandhi and i teach mahatma gandhi philosophy in united states.</w:t>
      </w:r>
      <w:r>
        <w:br/>
      </w:r>
      <w:r>
        <w:rPr>
          <w:sz w:val="20"/>
        </w:rPr>
        <w:t>43:37  this group is a group that i bring every year to india in, and its the purpose is to show them and give them an idea of what gandhi philosophy was about.</w:t>
      </w:r>
      <w:r>
        <w:br/>
      </w:r>
      <w:r>
        <w:rPr>
          <w:sz w:val="20"/>
        </w:rPr>
        <w:t>43:56  and so i am very grateful to you today for spending time with us and clarifying so many issues about islam that needed to be understood properly.</w:t>
      </w:r>
      <w:r>
        <w:br/>
      </w:r>
      <w:r>
        <w:rPr>
          <w:sz w:val="20"/>
        </w:rPr>
        <w:t>44:11  i think i have learned more about islam today in this one evening than i did in all my 76 years of life. but i do have one question and it may be an indication of my ignorance.</w:t>
      </w:r>
      <w:r>
        <w:br/>
      </w:r>
      <w:r>
        <w:rPr>
          <w:sz w:val="20"/>
        </w:rPr>
        <w:t>44:30  so i would ask your forgiveness if i have not understood you properly. but you mentioned two or three times during your talk that we have to work for peace at any cost.</w:t>
      </w:r>
      <w:r>
        <w:br/>
      </w:r>
      <w:r>
        <w:rPr>
          <w:sz w:val="20"/>
        </w:rPr>
        <w:t>44:48  and that i was not able to understand properly because in today times president bush said that he declared war because he is working for peace.</w:t>
      </w:r>
      <w:r>
        <w:br/>
      </w:r>
      <w:r>
        <w:rPr>
          <w:sz w:val="20"/>
        </w:rPr>
        <w:t>45:03  that we need to kill all the terrorists before we can achieve peace in the world. the jihadist said the same kind of thing, that we need to kill all the</w:t>
      </w:r>
      <w:r>
        <w:br/>
      </w:r>
      <w:r>
        <w:rPr>
          <w:sz w:val="20"/>
        </w:rPr>
        <w:t>45:17  impure people before we can get peace in the world. so when you say we need to have peace by at any cost, work for peace at any cost, are you saying that this is the right way of working?</w:t>
      </w:r>
      <w:r>
        <w:br/>
      </w:r>
      <w:r>
        <w:rPr>
          <w:sz w:val="20"/>
        </w:rPr>
        <w:t>45:33  i mean even violence and killing would be a good way of working for peace? or because my grandfather always believed that peace can only be achieved through non-violence.</w:t>
      </w:r>
      <w:r>
        <w:br/>
      </w:r>
      <w:r>
        <w:rPr>
          <w:sz w:val="20"/>
        </w:rPr>
        <w:t>45:50  that no other way of achieving peace. its only through non-violence that we can achieve peace. so if you could clarify this little point for me, i would be very grateful to you.</w:t>
      </w:r>
      <w:r>
        <w:br/>
      </w:r>
      <w:r>
        <w:rPr>
          <w:sz w:val="20"/>
        </w:rPr>
        <w:t>46:04  thank you.</w:t>
      </w:r>
      <w:r>
        <w:br/>
      </w:r>
      <w:r>
        <w:rPr>
          <w:sz w:val="20"/>
        </w:rPr>
        <w:t>46:09  thank you. you know mahatma gandhi started his non-violent movement after 1919.</w:t>
      </w:r>
      <w:r>
        <w:br/>
      </w:r>
      <w:r>
        <w:rPr>
          <w:sz w:val="20"/>
        </w:rPr>
        <w:t>46:19  1919 was a massacre. he never said that we have to wear to give a fit response through violence.</w:t>
      </w:r>
      <w:r>
        <w:br/>
      </w:r>
      <w:r>
        <w:rPr>
          <w:sz w:val="20"/>
        </w:rPr>
        <w:t>46:34  They showed violence in 1919, but Mahatma Gandhi adopted peace. So you have to see the result.</w:t>
      </w:r>
      <w:r>
        <w:br/>
      </w:r>
      <w:r>
        <w:rPr>
          <w:sz w:val="20"/>
        </w:rPr>
        <w:t>46:44  doz ho hev</w:t>
      </w:r>
      <w:r>
        <w:br/>
      </w:r>
      <w:r>
        <w:rPr>
          <w:sz w:val="20"/>
        </w:rPr>
        <w:t>46:48  opted for violence in 1919, they failed. And Mahatma Gandhi was successful. So you have to see the result.</w:t>
      </w:r>
      <w:r>
        <w:br/>
      </w:r>
      <w:r>
        <w:rPr>
          <w:sz w:val="20"/>
        </w:rPr>
        <w:t>46:59  In Islam, it is result that matters. So I am a great believer that through violence you can achieve anything.</w:t>
      </w:r>
      <w:r>
        <w:br/>
      </w:r>
      <w:r>
        <w:rPr>
          <w:sz w:val="20"/>
        </w:rPr>
        <w:t>47:12  only in, only through peaceful method you can achieve your goal. So Mahatma Gandhi himself has showed the way.</w:t>
      </w:r>
      <w:r>
        <w:br/>
      </w:r>
      <w:r>
        <w:rPr>
          <w:sz w:val="20"/>
        </w:rPr>
        <w:t>47:25  even there was 1919 massacre, but he adopted peace and he was successful. so I think that we have to redefine Mahatma Gandhi's philosophy.</w:t>
      </w:r>
      <w:r>
        <w:br/>
      </w:r>
      <w:r>
        <w:rPr>
          <w:sz w:val="20"/>
        </w:rPr>
        <w:t>47:41  Now we have to redefine. We have to restudy. You have to rediscover the philosophy.</w:t>
      </w:r>
      <w:r>
        <w:br/>
      </w:r>
      <w:r>
        <w:rPr>
          <w:sz w:val="20"/>
        </w:rPr>
        <w:t>47:49  I am a great admirer of Mahatma Gandhi and I am a guardian in this sense of non-violent activist.</w:t>
      </w:r>
      <w:r>
        <w:br/>
      </w:r>
      <w:r>
        <w:rPr>
          <w:sz w:val="20"/>
        </w:rPr>
        <w:t>48:00  So I believe in result. Violence can't lead to any result. Peaceful, positive result can't be achieved only through peace.</w:t>
      </w:r>
      <w:r>
        <w:br/>
      </w:r>
      <w:r>
        <w:rPr>
          <w:sz w:val="20"/>
        </w:rPr>
        <w:t>48:12  dis is mai belif.</w:t>
      </w:r>
    </w:p>
    <w:p>
      <w:pPr>
        <w:pStyle w:val="Heading2"/>
      </w:pPr>
      <w:r>
        <w:t>Sanjay Gandhi story: crediting the true benefactor</w:t>
      </w:r>
    </w:p>
    <w:p>
      <w:r>
        <w:rPr>
          <w:color w:val="666666"/>
          <w:sz w:val="18"/>
        </w:rPr>
        <w:t>Love of God 19 Sept 2021 - Prof. Farida Khanam · 1m 30s · at 17:19 · https://youtu.be/mpGeGz_Cfrw?t=1039</w:t>
      </w:r>
    </w:p>
    <w:p>
      <w:r>
        <w:rPr>
          <w:i/>
        </w:rPr>
        <w:t>“Ek gaon mein ek aadmi tha, usne Congress join kar li”</w:t>
      </w:r>
    </w:p>
    <w:p>
      <w:r>
        <w:rPr>
          <w:sz w:val="20"/>
        </w:rPr>
        <w:t>17:19  te hain yeh "Alhamdulillah" jo hai, woh hai "Alhamdulillah".</w:t>
      </w:r>
      <w:r>
        <w:br/>
      </w:r>
      <w:r>
        <w:rPr>
          <w:sz w:val="20"/>
        </w:rPr>
        <w:t>17:25  yeh lap service hai.</w:t>
      </w:r>
      <w:r>
        <w:br/>
      </w:r>
      <w:r>
        <w:rPr>
          <w:sz w:val="20"/>
        </w:rPr>
        <w:t>17:31  jo asli acknowledgement hai, us ke liye Maulana ek misaal dete the ke woh aisa tha ke ek</w:t>
      </w:r>
      <w:r>
        <w:br/>
      </w:r>
      <w:r>
        <w:rPr>
          <w:sz w:val="20"/>
        </w:rPr>
        <w:t>17:37  gaon mein ek aadmi tha, to woh us ne Congress join kar li, aur bohat zyada woh loyal tha.</w:t>
      </w:r>
      <w:r>
        <w:br/>
      </w:r>
      <w:r>
        <w:rPr>
          <w:sz w:val="20"/>
        </w:rPr>
        <w:t>17:43  woh Sanjay Gandhi ka zamana tha, to woh bohat zyada loyal tha. Us ne</w:t>
      </w:r>
      <w:r>
        <w:br/>
      </w:r>
      <w:r>
        <w:rPr>
          <w:sz w:val="20"/>
        </w:rPr>
        <w:t>17:49  kaafi kaam kiya party ke liye.</w:t>
      </w:r>
      <w:r>
        <w:br/>
      </w:r>
      <w:r>
        <w:rPr>
          <w:sz w:val="20"/>
        </w:rPr>
        <w:t>17:54  to Sanjay Gandhi ne chunke zyada parha likha nahi tha, woh to Sanjay Gandhi ne us ko M</w:t>
      </w:r>
      <w:r>
        <w:br/>
      </w:r>
      <w:r>
        <w:rPr>
          <w:sz w:val="20"/>
        </w:rPr>
        <w:t>17:59  M, Rajya Sabha ka MP bana diya.</w:t>
      </w:r>
      <w:r>
        <w:br/>
      </w:r>
      <w:r>
        <w:rPr>
          <w:sz w:val="20"/>
        </w:rPr>
        <w:t>18:04  ab woh gaon ka ek aadmi, us ko itna zyada mil gaya, achaanak us ko Parliament House ke</w:t>
      </w:r>
      <w:r>
        <w:br/>
      </w:r>
      <w:r>
        <w:rPr>
          <w:sz w:val="20"/>
        </w:rPr>
        <w:t>18:09  paas us ka ghar, us ki gaadi, us ki tamam sahoolaten, telephone.</w:t>
      </w:r>
      <w:r>
        <w:br/>
      </w:r>
      <w:r>
        <w:rPr>
          <w:sz w:val="20"/>
        </w:rPr>
        <w:t>18:14  to woh itna sarshaar ho gaya is ek</w:t>
      </w:r>
      <w:r>
        <w:br/>
      </w:r>
      <w:r>
        <w:rPr>
          <w:sz w:val="20"/>
        </w:rPr>
        <w:t>18:19  knowledge management, that a man meets him, from his village.</w:t>
      </w:r>
      <w:r>
        <w:br/>
      </w:r>
      <w:r>
        <w:rPr>
          <w:sz w:val="20"/>
        </w:rPr>
        <w:t>18:24  to woh baat baad mein kehta tha ke yeh sab Sanjay babu ki den hai.</w:t>
      </w:r>
      <w:r>
        <w:br/>
      </w:r>
      <w:r>
        <w:rPr>
          <w:sz w:val="20"/>
        </w:rPr>
        <w:t>18:29  har baat mein kehta tha yeh Sanjay babu ki den hai.</w:t>
      </w:r>
      <w:r>
        <w:br/>
      </w:r>
      <w:r>
        <w:rPr>
          <w:sz w:val="20"/>
        </w:rPr>
        <w:t>18:34  to Maulana kehte the ke yeh isi tareeqe se hamein kehna hai ke yeh sab hamare Khuda ki den hai.</w:t>
      </w:r>
      <w:r>
        <w:br/>
      </w:r>
      <w:r>
        <w:rPr>
          <w:sz w:val="20"/>
        </w:rPr>
        <w:t>18:39  تو جو یہ گہرائی سے، جو پوری personality میں، یہ ہمارے اندر یہ جو acknowledgment ہے، خدا کا</w:t>
      </w:r>
      <w:r>
        <w:br/>
      </w:r>
      <w:r>
        <w:rPr>
          <w:sz w:val="20"/>
        </w:rPr>
        <w:t>18:44  shukr hai, hamd hai, poori personality mein</w:t>
      </w:r>
    </w:p>
    <w:p>
      <w:pPr>
        <w:pStyle w:val="Heading2"/>
      </w:pPr>
      <w:r>
        <w:t>From the Sanjay Gandhi story to acknowledging God's role in our lives</w:t>
      </w:r>
    </w:p>
    <w:p>
      <w:r>
        <w:rPr>
          <w:color w:val="666666"/>
          <w:sz w:val="18"/>
        </w:rPr>
        <w:t>Love of God 19 Sept 2021 - Prof. Farida Khanam · 5m 03s · at 17:19 · https://youtu.be/mpGeGz_Cfrw?t=1039</w:t>
      </w:r>
    </w:p>
    <w:p>
      <w:r>
        <w:rPr>
          <w:i/>
        </w:rPr>
        <w:t>“Ek gaon mein ek aadmi tha, usne Congress join kar li”</w:t>
      </w:r>
    </w:p>
    <w:p>
      <w:r>
        <w:rPr>
          <w:sz w:val="20"/>
        </w:rPr>
        <w:t>17:19  te hain yeh "Alhamdulillah" jo hai, woh hai "Alhamdulillah".</w:t>
      </w:r>
      <w:r>
        <w:br/>
      </w:r>
      <w:r>
        <w:rPr>
          <w:sz w:val="20"/>
        </w:rPr>
        <w:t>17:25  yeh lap service hai.</w:t>
      </w:r>
      <w:r>
        <w:br/>
      </w:r>
      <w:r>
        <w:rPr>
          <w:sz w:val="20"/>
        </w:rPr>
        <w:t>17:31  jo asli acknowledgement hai, us ke liye Maulana ek misaal dete the ke woh aisa tha ke ek</w:t>
      </w:r>
      <w:r>
        <w:br/>
      </w:r>
      <w:r>
        <w:rPr>
          <w:sz w:val="20"/>
        </w:rPr>
        <w:t>17:37  gaon mein ek aadmi tha, to woh us ne Congress join kar li, aur bohat zyada woh loyal tha.</w:t>
      </w:r>
      <w:r>
        <w:br/>
      </w:r>
      <w:r>
        <w:rPr>
          <w:sz w:val="20"/>
        </w:rPr>
        <w:t>17:43  woh Sanjay Gandhi ka zamana tha, to woh bohat zyada loyal tha. Us ne</w:t>
      </w:r>
      <w:r>
        <w:br/>
      </w:r>
      <w:r>
        <w:rPr>
          <w:sz w:val="20"/>
        </w:rPr>
        <w:t>17:49  kaafi kaam kiya party ke liye.</w:t>
      </w:r>
      <w:r>
        <w:br/>
      </w:r>
      <w:r>
        <w:rPr>
          <w:sz w:val="20"/>
        </w:rPr>
        <w:t>17:54  to Sanjay Gandhi ne chunke zyada parha likha nahi tha, woh to Sanjay Gandhi ne us ko M</w:t>
      </w:r>
      <w:r>
        <w:br/>
      </w:r>
      <w:r>
        <w:rPr>
          <w:sz w:val="20"/>
        </w:rPr>
        <w:t>17:59  M, Rajya Sabha ka MP bana diya.</w:t>
      </w:r>
      <w:r>
        <w:br/>
      </w:r>
      <w:r>
        <w:rPr>
          <w:sz w:val="20"/>
        </w:rPr>
        <w:t>18:04  ab woh gaon ka ek aadmi, us ko itna zyada mil gaya, achaanak us ko Parliament House ke</w:t>
      </w:r>
      <w:r>
        <w:br/>
      </w:r>
      <w:r>
        <w:rPr>
          <w:sz w:val="20"/>
        </w:rPr>
        <w:t>18:09  paas us ka ghar, us ki gaadi, us ki tamam sahoolaten, telephone.</w:t>
      </w:r>
      <w:r>
        <w:br/>
      </w:r>
      <w:r>
        <w:rPr>
          <w:sz w:val="20"/>
        </w:rPr>
        <w:t>18:14  to woh itna sarshaar ho gaya is ek</w:t>
      </w:r>
      <w:r>
        <w:br/>
      </w:r>
      <w:r>
        <w:rPr>
          <w:sz w:val="20"/>
        </w:rPr>
        <w:t>18:19  knowledge management, that a man meets him, from his village.</w:t>
      </w:r>
      <w:r>
        <w:br/>
      </w:r>
      <w:r>
        <w:rPr>
          <w:sz w:val="20"/>
        </w:rPr>
        <w:t>18:24  to woh baat baad mein kehta tha ke yeh sab Sanjay babu ki den hai.</w:t>
      </w:r>
      <w:r>
        <w:br/>
      </w:r>
      <w:r>
        <w:rPr>
          <w:sz w:val="20"/>
        </w:rPr>
        <w:t>18:29  har baat mein kehta tha yeh Sanjay babu ki den hai.</w:t>
      </w:r>
      <w:r>
        <w:br/>
      </w:r>
      <w:r>
        <w:rPr>
          <w:sz w:val="20"/>
        </w:rPr>
        <w:t>18:34  to Maulana kehte the ke yeh isi tareeqe se hamein kehna hai ke yeh sab hamare Khuda ki den hai.</w:t>
      </w:r>
      <w:r>
        <w:br/>
      </w:r>
      <w:r>
        <w:rPr>
          <w:sz w:val="20"/>
        </w:rPr>
        <w:t>18:39  تو جو یہ گہرائی سے، جو پوری personality میں، یہ ہمارے اندر یہ جو acknowledgment ہے، خدا کا</w:t>
      </w:r>
      <w:r>
        <w:br/>
      </w:r>
      <w:r>
        <w:rPr>
          <w:sz w:val="20"/>
        </w:rPr>
        <w:t>18:44  shukr hai, hamd hai, poori personality mein</w:t>
      </w:r>
      <w:r>
        <w:br/>
      </w:r>
      <w:r>
        <w:rPr>
          <w:sz w:val="20"/>
        </w:rPr>
        <w:t>18:49  woh shamil ho jaye.</w:t>
      </w:r>
      <w:r>
        <w:br/>
      </w:r>
      <w:r>
        <w:rPr>
          <w:sz w:val="20"/>
        </w:rPr>
        <w:t>18:55  to is gehrai se jab hum kahenge ke yeh sab kuch Khuda ne hamein diya hua hai,</w:t>
      </w:r>
      <w:r>
        <w:br/>
      </w:r>
      <w:r>
        <w:rPr>
          <w:sz w:val="20"/>
        </w:rPr>
        <w:t>19:00  تبھی وہ خدا اس کو accept کرے گا۔</w:t>
      </w:r>
      <w:r>
        <w:br/>
      </w:r>
      <w:r>
        <w:rPr>
          <w:sz w:val="20"/>
        </w:rPr>
        <w:t>19:05  aur is ka reflection ye hoga ke hum apne andar ek divine personality banayen, jis ko takhalluq be</w:t>
      </w:r>
      <w:r>
        <w:br/>
      </w:r>
      <w:r>
        <w:rPr>
          <w:sz w:val="20"/>
        </w:rPr>
        <w:t>19:10  اخلاق اللہ کہا گیا ہے، adopt divine ethics.</w:t>
      </w:r>
      <w:r>
        <w:br/>
      </w:r>
      <w:r>
        <w:rPr>
          <w:sz w:val="20"/>
        </w:rPr>
        <w:t>19:15  to jab tak hum apne andar yeh rabbani shakhsiyat na banayenge, tab tak hum ko</w:t>
      </w:r>
      <w:r>
        <w:br/>
      </w:r>
      <w:r>
        <w:rPr>
          <w:sz w:val="20"/>
        </w:rPr>
        <w:t>19:20  Jannat mein entry milne ke qabil nahi rahenge.</w:t>
      </w:r>
      <w:r>
        <w:br/>
      </w:r>
      <w:r>
        <w:rPr>
          <w:sz w:val="20"/>
        </w:rPr>
        <w:t>19:24  وہاں پھر وہاں پر آخرت میں یا جنت ہے یا جہنم ہے، جس کو Maulana کائناتی ایک ڈسٹ</w:t>
      </w:r>
      <w:r>
        <w:br/>
      </w:r>
      <w:r>
        <w:rPr>
          <w:sz w:val="20"/>
        </w:rPr>
        <w:t>19:29  ban kehte hain.</w:t>
      </w:r>
      <w:r>
        <w:br/>
      </w:r>
      <w:r>
        <w:rPr>
          <w:sz w:val="20"/>
        </w:rPr>
        <w:t>19:33  to Jannat hai ya Jahannum hai, wahan agar Jannat mein jagah nahi mili to wahan koi arth nahi</w:t>
      </w:r>
      <w:r>
        <w:br/>
      </w:r>
      <w:r>
        <w:rPr>
          <w:sz w:val="20"/>
        </w:rPr>
        <w:t>19:38  hai ke hum ko doosra ek baar aur mauqa milega.</w:t>
      </w:r>
      <w:r>
        <w:br/>
      </w:r>
      <w:r>
        <w:rPr>
          <w:sz w:val="20"/>
        </w:rPr>
        <w:t>19:42  balkeh woh ek hi baar wahi mauqa hoga.</w:t>
      </w:r>
      <w:r>
        <w:br/>
      </w:r>
      <w:r>
        <w:rPr>
          <w:sz w:val="20"/>
        </w:rPr>
        <w:t>19:46  to isi duniya mein hum ko poori tareeqe se serious ho jana hai,</w:t>
      </w:r>
      <w:r>
        <w:br/>
      </w:r>
      <w:r>
        <w:rPr>
          <w:sz w:val="20"/>
        </w:rPr>
        <w:t>19:51  aur us ke liye kaam karna hai, aur bohat hi zyada seriously hum ko in sab baaton ko</w:t>
      </w:r>
      <w:r>
        <w:br/>
      </w:r>
      <w:r>
        <w:rPr>
          <w:sz w:val="20"/>
        </w:rPr>
        <w:t>19:55  consider karna hai, Allah taala se ta'alluq jodna hai.</w:t>
      </w:r>
      <w:r>
        <w:br/>
      </w:r>
      <w:r>
        <w:rPr>
          <w:sz w:val="20"/>
        </w:rPr>
        <w:t>20:00  to is ki aik misaal Maulana ne diya hai.</w:t>
      </w:r>
      <w:r>
        <w:br/>
      </w:r>
      <w:r>
        <w:rPr>
          <w:sz w:val="20"/>
        </w:rPr>
        <w:t>20:04  jab Maulana ko electric shock hua tha, aur un ka shayad bayen haath tha ya right hand tha,</w:t>
      </w:r>
      <w:r>
        <w:br/>
      </w:r>
      <w:r>
        <w:rPr>
          <w:sz w:val="20"/>
        </w:rPr>
        <w:t>20:09  to is mein tundan jal gaya tha.</w:t>
      </w:r>
      <w:r>
        <w:br/>
      </w:r>
      <w:r>
        <w:rPr>
          <w:sz w:val="20"/>
        </w:rPr>
        <w:t>20:13  to woh kisi tareeqay se theek nahi ho raha tha.</w:t>
      </w:r>
      <w:r>
        <w:br/>
      </w:r>
      <w:r>
        <w:rPr>
          <w:sz w:val="20"/>
        </w:rPr>
        <w:t>20:17  to doctor ne kaha ke is mein</w:t>
      </w:r>
      <w:r>
        <w:br/>
      </w:r>
      <w:r>
        <w:rPr>
          <w:sz w:val="20"/>
        </w:rPr>
        <w:t>20:22  skin grafting hogi.</w:t>
      </w:r>
      <w:r>
        <w:br/>
      </w:r>
      <w:r>
        <w:rPr>
          <w:sz w:val="20"/>
        </w:rPr>
        <w:t>20:26  to is ko auto grafting bhi kehte hain.</w:t>
      </w:r>
      <w:r>
        <w:br/>
      </w:r>
      <w:r>
        <w:rPr>
          <w:sz w:val="20"/>
        </w:rPr>
        <w:t>20:29  to skin grafting mein kya hota hai ke isi person ki skin ko le kar ke us ko</w:t>
      </w:r>
      <w:r>
        <w:br/>
      </w:r>
      <w:r>
        <w:rPr>
          <w:sz w:val="20"/>
        </w:rPr>
        <w:t>20:33  graft kiya jata hai.</w:t>
      </w:r>
      <w:r>
        <w:br/>
      </w:r>
      <w:r>
        <w:rPr>
          <w:sz w:val="20"/>
        </w:rPr>
        <w:t>20:37  to Maulana ne woh har cheez parhte thay, to unhon ne aik kitaab mangai skin grafting par.</w:t>
      </w:r>
      <w:r>
        <w:br/>
      </w:r>
      <w:r>
        <w:rPr>
          <w:sz w:val="20"/>
        </w:rPr>
        <w:t>20:41  to is mein aik jumla likha hua tha skin grafting par ke isi person ki skin grafting jo</w:t>
      </w:r>
      <w:r>
        <w:br/>
      </w:r>
      <w:r>
        <w:rPr>
          <w:sz w:val="20"/>
        </w:rPr>
        <w:t>20:44  hai, woh body accept karti hai.</w:t>
      </w:r>
      <w:r>
        <w:br/>
      </w:r>
      <w:r>
        <w:rPr>
          <w:sz w:val="20"/>
        </w:rPr>
        <w:t>20:48  to is silsilay mein aik jumla tha: "S</w:t>
      </w:r>
      <w:r>
        <w:br/>
      </w:r>
      <w:r>
        <w:rPr>
          <w:sz w:val="20"/>
        </w:rPr>
        <w:t>20:52  elf will not accept not self".</w:t>
      </w:r>
      <w:r>
        <w:br/>
      </w:r>
      <w:r>
        <w:rPr>
          <w:sz w:val="20"/>
        </w:rPr>
        <w:t>20:57  تو وہی ہے کہ جب body not self، یعنی دوسرے کی skin کو accept نہیں کرتی، تو اسی</w:t>
      </w:r>
      <w:r>
        <w:br/>
      </w:r>
      <w:r>
        <w:rPr>
          <w:sz w:val="20"/>
        </w:rPr>
        <w:t>21:02  طریقے سے خدا جو ہے، ایک ایسی personality کو accept نہیں کرے گا جس نے divine ethics کو</w:t>
      </w:r>
      <w:r>
        <w:br/>
      </w:r>
      <w:r>
        <w:rPr>
          <w:sz w:val="20"/>
        </w:rPr>
        <w:t>21:07  اختیار نہیں کیا، ربانی شخصیت کو develop نہیں کیا۔</w:t>
      </w:r>
      <w:r>
        <w:br/>
      </w:r>
      <w:r>
        <w:rPr>
          <w:sz w:val="20"/>
        </w:rPr>
        <w:t>21:12  to is ko jannat mein jagah nahi mile gi.</w:t>
      </w:r>
      <w:r>
        <w:br/>
      </w:r>
      <w:r>
        <w:rPr>
          <w:sz w:val="20"/>
        </w:rPr>
        <w:t>21:17  is ke baad is ke paas aur koi jagah nahi hogi jahan woh</w:t>
      </w:r>
      <w:r>
        <w:br/>
      </w:r>
      <w:r>
        <w:rPr>
          <w:sz w:val="20"/>
        </w:rPr>
        <w:t>21:22  refuge le sake. to is dunya mein hame bohat hi aik choti qeemat dena hai ke khuda ko acknowledge karna hai, khuda ki hamd karna hai, khuda ki yaad karna hai, aur acknowledgement hamara wahi hona chahiye jo is gaon ke aadmi ne jo acknowledgement wo karta tha sanjay gandhi ka. to wahi acknowledgement hum karein ge, tab yeh acknowledgement khuda</w:t>
      </w:r>
      <w:r>
        <w:br/>
      </w:r>
      <w:r>
        <w:rPr>
          <w:sz w:val="20"/>
        </w:rPr>
        <w:t>21:52  ke liye qabil-e-qubool hoga.</w:t>
      </w:r>
      <w:r>
        <w:br/>
      </w:r>
      <w:r>
        <w:rPr>
          <w:sz w:val="20"/>
        </w:rPr>
        <w:t>22:00  Allah taala hum sab logon ki madad kare.</w:t>
      </w:r>
      <w:r>
        <w:br/>
      </w:r>
      <w:r>
        <w:rPr>
          <w:sz w:val="20"/>
        </w:rPr>
        <w:t>22:07  Okay, we start with the question answer and comment session.</w:t>
      </w:r>
      <w:r>
        <w:br/>
      </w:r>
      <w:r>
        <w:rPr>
          <w:sz w:val="20"/>
        </w:rPr>
        <w:t>22:15  I request everyone, if you want to post in your questions or comments, also mention your location.</w:t>
      </w:r>
    </w:p>
    <w:p>
      <w:pPr>
        <w:pStyle w:val="Heading2"/>
      </w:pPr>
      <w:r>
        <w:t>Nonviolence as political vs social</w:t>
      </w:r>
    </w:p>
    <w:p>
      <w:r>
        <w:rPr>
          <w:color w:val="666666"/>
          <w:sz w:val="18"/>
        </w:rPr>
        <w:t>Interview of Maulana Wahiduddin Khan by Steve Chase · 2m 04s · at 11:37 · https://youtu.be/dbDfvOYCLdA?t=697</w:t>
      </w:r>
    </w:p>
    <w:p>
      <w:r>
        <w:rPr>
          <w:i/>
        </w:rPr>
        <w:t>“Gandhi adopted nonviolence, but according to my knowledge, his nonviolence was political.”</w:t>
      </w:r>
    </w:p>
    <w:p>
      <w:r>
        <w:rPr>
          <w:sz w:val="20"/>
        </w:rPr>
        <w:t>11:37  Gandhi adopted nonviolence, but according to my knowledge, his nonviolence was political nonviolence.</w:t>
      </w:r>
      <w:r>
        <w:br/>
      </w:r>
      <w:r>
        <w:rPr>
          <w:sz w:val="20"/>
        </w:rPr>
        <w:t>11:47  And he tried to oust British from India by the way of nonviolence, while the other leaders, like, were extremists.</w:t>
      </w:r>
      <w:r>
        <w:br/>
      </w:r>
      <w:r>
        <w:rPr>
          <w:sz w:val="20"/>
        </w:rPr>
        <w:t>11:58  They said that, "Give us blood</w:t>
      </w:r>
      <w:r>
        <w:br/>
      </w:r>
      <w:r>
        <w:rPr>
          <w:sz w:val="20"/>
        </w:rPr>
        <w:t>12:08  and we will give you freedom." But—but Gandhi said that, "No, we will achieve our goal through nonviolent</w:t>
      </w:r>
      <w:r>
        <w:br/>
      </w:r>
      <w:r>
        <w:rPr>
          <w:sz w:val="20"/>
        </w:rPr>
        <w:t>12:15  method." So his was—his—his nonviolence was a political strategy.</w:t>
      </w:r>
      <w:r>
        <w:br/>
      </w:r>
      <w:r>
        <w:rPr>
          <w:sz w:val="20"/>
        </w:rPr>
        <w:t>12:23  So I agree with Gandhi, but my nonviolence is broader than Gandhi's.</w:t>
      </w:r>
      <w:r>
        <w:br/>
      </w:r>
      <w:r>
        <w:rPr>
          <w:sz w:val="20"/>
        </w:rPr>
        <w:t>12:30  My nonviolence is</w:t>
      </w:r>
      <w:r>
        <w:br/>
      </w:r>
      <w:r>
        <w:rPr>
          <w:sz w:val="20"/>
        </w:rPr>
        <w:t>12:38  based on Hadith. Prophet of Islam has said, "Innallaha yauti' al-riq mala yauti' al-zul." It means that God grants to peace what He does not grant to violence. So this is a—this is a—this is not a political strategy. It is for whole life, for family life, for personal life, for</w:t>
      </w:r>
      <w:r>
        <w:br/>
      </w:r>
      <w:r>
        <w:rPr>
          <w:sz w:val="20"/>
        </w:rPr>
        <w:t>13:08  social life. Everywhere you have to adopt nonviolence. That is peace, not only in political fields. So I'm great—I'm—I admire Mahatma Gandhi, but not in political sense, but in general sense. My nonviolence is based on Prophet's saying, Prophet's teaching,</w:t>
      </w:r>
      <w:r>
        <w:br/>
      </w:r>
      <w:r>
        <w:rPr>
          <w:sz w:val="20"/>
        </w:rPr>
        <w:t>13:38  basically. Is it clear?</w:t>
      </w:r>
    </w:p>
    <w:p>
      <w:pPr>
        <w:pStyle w:val="Heading2"/>
      </w:pPr>
      <w:r>
        <w:t>Nonviolence as social principle beyond politics</w:t>
      </w:r>
    </w:p>
    <w:p>
      <w:r>
        <w:rPr>
          <w:color w:val="666666"/>
          <w:sz w:val="18"/>
        </w:rPr>
        <w:t>Interview of Maulana Wahiduddin Khan by Steve Chase · 4m 55s · at 11:37 · https://youtu.be/dbDfvOYCLdA?t=697</w:t>
      </w:r>
    </w:p>
    <w:p>
      <w:r>
        <w:rPr>
          <w:i/>
        </w:rPr>
        <w:t>“Gandhi adopted nonviolence, but according to my knowledge, his nonviolence was political.”</w:t>
      </w:r>
    </w:p>
    <w:p>
      <w:r>
        <w:rPr>
          <w:sz w:val="20"/>
        </w:rPr>
        <w:t>11:37  Gandhi adopted nonviolence, but according to my knowledge, his nonviolence was political nonviolence.</w:t>
      </w:r>
      <w:r>
        <w:br/>
      </w:r>
      <w:r>
        <w:rPr>
          <w:sz w:val="20"/>
        </w:rPr>
        <w:t>11:47  And he tried to oust British from India by the way of nonviolence, while the other leaders, like, were extremists.</w:t>
      </w:r>
      <w:r>
        <w:br/>
      </w:r>
      <w:r>
        <w:rPr>
          <w:sz w:val="20"/>
        </w:rPr>
        <w:t>11:58  They said that, "Give us blood</w:t>
      </w:r>
      <w:r>
        <w:br/>
      </w:r>
      <w:r>
        <w:rPr>
          <w:sz w:val="20"/>
        </w:rPr>
        <w:t>12:08  and we will give you freedom." But—but Gandhi said that, "No, we will achieve our goal through nonviolent</w:t>
      </w:r>
      <w:r>
        <w:br/>
      </w:r>
      <w:r>
        <w:rPr>
          <w:sz w:val="20"/>
        </w:rPr>
        <w:t>12:15  method." So his was—his—his nonviolence was a political strategy.</w:t>
      </w:r>
      <w:r>
        <w:br/>
      </w:r>
      <w:r>
        <w:rPr>
          <w:sz w:val="20"/>
        </w:rPr>
        <w:t>12:23  So I agree with Gandhi, but my nonviolence is broader than Gandhi's.</w:t>
      </w:r>
      <w:r>
        <w:br/>
      </w:r>
      <w:r>
        <w:rPr>
          <w:sz w:val="20"/>
        </w:rPr>
        <w:t>12:30  My nonviolence is</w:t>
      </w:r>
      <w:r>
        <w:br/>
      </w:r>
      <w:r>
        <w:rPr>
          <w:sz w:val="20"/>
        </w:rPr>
        <w:t>12:38  based on Hadith. Prophet of Islam has said, "Innallaha yauti' al-riq mala yauti' al-zul." It means that God grants to peace what He does not grant to violence. So this is a—this is a—this is not a political strategy. It is for whole life, for family life, for personal life, for</w:t>
      </w:r>
      <w:r>
        <w:br/>
      </w:r>
      <w:r>
        <w:rPr>
          <w:sz w:val="20"/>
        </w:rPr>
        <w:t>13:08  social life. Everywhere you have to adopt nonviolence. That is peace, not only in political fields. So I'm great—I'm—I admire Mahatma Gandhi, but not in political sense, but in general sense. My nonviolence is based on Prophet's saying, Prophet's teaching,</w:t>
      </w:r>
      <w:r>
        <w:br/>
      </w:r>
      <w:r>
        <w:rPr>
          <w:sz w:val="20"/>
        </w:rPr>
        <w:t>13:38  basically. Is it clear?</w:t>
      </w:r>
      <w:r>
        <w:br/>
      </w:r>
      <w:r>
        <w:rPr>
          <w:sz w:val="20"/>
        </w:rPr>
        <w:t>13:42  Yes.</w:t>
      </w:r>
      <w:r>
        <w:br/>
      </w:r>
      <w:r>
        <w:rPr>
          <w:sz w:val="20"/>
        </w:rPr>
        <w:t>13:47  That's—that's really interesting.</w:t>
      </w:r>
      <w:r>
        <w:br/>
      </w:r>
      <w:r>
        <w:rPr>
          <w:sz w:val="20"/>
        </w:rPr>
        <w:t>13:52  And Gandhi made a distinction between nonviolence of the weak and nonviolence of the strong.</w:t>
      </w:r>
      <w:r>
        <w:br/>
      </w:r>
      <w:r>
        <w:rPr>
          <w:sz w:val="20"/>
        </w:rPr>
        <w:t>13:57  And the nonviolence of the strong was where people were seeing it as a whole life, not just</w:t>
      </w:r>
      <w:r>
        <w:br/>
      </w:r>
      <w:r>
        <w:rPr>
          <w:sz w:val="20"/>
        </w:rPr>
        <w:t>14:02  a political strategy or a tactic, but growing out of deep faithfulness and—and changed hearts and minds.</w:t>
      </w:r>
      <w:r>
        <w:br/>
      </w:r>
      <w:r>
        <w:rPr>
          <w:sz w:val="20"/>
        </w:rPr>
        <w:t>14:07  And it seems like that aspect is</w:t>
      </w:r>
      <w:r>
        <w:br/>
      </w:r>
      <w:r>
        <w:rPr>
          <w:sz w:val="20"/>
        </w:rPr>
        <w:t>14:12  —is—is the part of Gandhian nonviolence that you've drawn and built on the most. Is that a correct assumption?</w:t>
      </w:r>
      <w:r>
        <w:br/>
      </w:r>
      <w:r>
        <w:rPr>
          <w:sz w:val="20"/>
        </w:rPr>
        <w:t>14:23  I—I would say that basically for Gandhi, nonviolence was political strategy. Political strategy.</w:t>
      </w:r>
      <w:r>
        <w:br/>
      </w:r>
      <w:r>
        <w:rPr>
          <w:sz w:val="20"/>
        </w:rPr>
        <w:t>14:33  His—but he said that nonviolence is not—not—not for any weak people.</w:t>
      </w:r>
      <w:r>
        <w:br/>
      </w:r>
      <w:r>
        <w:rPr>
          <w:sz w:val="20"/>
        </w:rPr>
        <w:t>14:43  It is also for strong people.</w:t>
      </w:r>
      <w:r>
        <w:br/>
      </w:r>
      <w:r>
        <w:rPr>
          <w:sz w:val="20"/>
        </w:rPr>
        <w:t>14:53  He said that we are using nonviolence not because we are—we are—we are weak, but our nonviolence is—is our strength. We are—we can fight against Britishers, but—but in—but I never used—but I've decided that we will not use arms against Britishers.</w:t>
      </w:r>
      <w:r>
        <w:br/>
      </w:r>
      <w:r>
        <w:rPr>
          <w:sz w:val="20"/>
        </w:rPr>
        <w:t>15:23  But we will—we will—we will use the non—nonviolent strategy.</w:t>
      </w:r>
      <w:r>
        <w:br/>
      </w:r>
      <w:r>
        <w:rPr>
          <w:sz w:val="20"/>
        </w:rPr>
        <w:t>15:30  So this differentiation was in—in a—in a limited sense.</w:t>
      </w:r>
      <w:r>
        <w:br/>
      </w:r>
      <w:r>
        <w:rPr>
          <w:sz w:val="20"/>
        </w:rPr>
        <w:t>15:38  According to my study, his nonviolence was political strategy.</w:t>
      </w:r>
      <w:r>
        <w:br/>
      </w:r>
      <w:r>
        <w:rPr>
          <w:sz w:val="20"/>
        </w:rPr>
        <w:t>15:45  He said that our nonviolence is not because of our we</w:t>
      </w:r>
      <w:r>
        <w:br/>
      </w:r>
      <w:r>
        <w:rPr>
          <w:sz w:val="20"/>
        </w:rPr>
        <w:t>15:53  akness, but we are strong enough to fight Britishers, but we—we have decided not to use arms.</w:t>
      </w:r>
      <w:r>
        <w:br/>
      </w:r>
      <w:r>
        <w:rPr>
          <w:sz w:val="20"/>
        </w:rPr>
        <w:t>16:03  So basically his nonviolence was political strategy.</w:t>
      </w:r>
      <w:r>
        <w:br/>
      </w:r>
      <w:r>
        <w:rPr>
          <w:sz w:val="20"/>
        </w:rPr>
        <w:t>16:14  He only justified his violence—justified his—his nonviolence by saying that we are not weak, we are strong. So</w:t>
      </w:r>
      <w:r>
        <w:br/>
      </w:r>
      <w:r>
        <w:rPr>
          <w:sz w:val="20"/>
        </w:rPr>
        <w:t>16:25  in—he said it in a—in a limited sense. Is it clear?</w:t>
      </w:r>
    </w:p>
    <w:p>
      <w:pPr>
        <w:pStyle w:val="Heading2"/>
      </w:pPr>
      <w:r>
        <w:t>Dream about Mahatma Gandhi</w:t>
      </w:r>
    </w:p>
    <w:p>
      <w:r>
        <w:rPr>
          <w:color w:val="666666"/>
          <w:sz w:val="18"/>
        </w:rPr>
        <w:t>Principle of Talif al-Qalb (English) May 2, 2009 Maulana Wahiduddin Khan · 52s · at 9:10 · https://youtu.be/rDs0yh-Nsig?t=550</w:t>
      </w:r>
    </w:p>
    <w:p>
      <w:r>
        <w:rPr>
          <w:i/>
        </w:rPr>
        <w:t>“I have seen Mahatma Gandhi several times in my dreams.”</w:t>
      </w:r>
    </w:p>
    <w:p>
      <w:r>
        <w:rPr>
          <w:sz w:val="20"/>
        </w:rPr>
        <w:t>9:10  I said that I said that I have seen Mahatma Gandhi several time in my dreams.</w:t>
      </w:r>
      <w:r>
        <w:br/>
      </w:r>
      <w:r>
        <w:rPr>
          <w:sz w:val="20"/>
        </w:rPr>
        <w:t>9:24  for example, according to my diary, I said I dream at May 15, 2001.</w:t>
      </w:r>
      <w:r>
        <w:br/>
      </w:r>
      <w:r>
        <w:rPr>
          <w:sz w:val="20"/>
        </w:rPr>
        <w:t>9:38  it was very clear dream, and I have noted down this in my diary. you can see it in my diary. so in this dream, I said that I am walking at some road,</w:t>
      </w:r>
      <w:r>
        <w:br/>
      </w:r>
      <w:r>
        <w:rPr>
          <w:sz w:val="20"/>
        </w:rPr>
        <w:t>9:51  and in the road side, there were trees. then I notice that Mahatma Gandhi is sitting under tree</w:t>
      </w:r>
    </w:p>
    <w:p>
      <w:pPr>
        <w:pStyle w:val="Heading2"/>
      </w:pPr>
      <w:r>
        <w:t>Gandhi's approval in dream</w:t>
      </w:r>
    </w:p>
    <w:p>
      <w:r>
        <w:rPr>
          <w:color w:val="666666"/>
          <w:sz w:val="18"/>
        </w:rPr>
        <w:t>Principle of Talif al-Qalb (English) May 2, 2009 Maulana Wahiduddin Khan · 1m 24s · at 10:31 · https://youtu.be/rDs0yh-Nsig?t=631</w:t>
      </w:r>
    </w:p>
    <w:p>
      <w:r>
        <w:rPr>
          <w:i/>
        </w:rPr>
        <w:t>“He said, Maulana sahib, aap jo kaam kar rahe hain.”</w:t>
      </w:r>
    </w:p>
    <w:p>
      <w:r>
        <w:rPr>
          <w:sz w:val="20"/>
        </w:rPr>
        <w:t>10:31  . he said, "Maulana sahib, aap jo kaam kar rahe hain, is ko karte rahiye.</w:t>
      </w:r>
      <w:r>
        <w:br/>
      </w:r>
      <w:r>
        <w:rPr>
          <w:sz w:val="20"/>
        </w:rPr>
        <w:t>10:42  Maulana sahib, aap jo kaam kar rahe hain, is ko karte rahiye." then at that time, there was two fountain pen with him.</w:t>
      </w:r>
      <w:r>
        <w:br/>
      </w:r>
      <w:r>
        <w:rPr>
          <w:sz w:val="20"/>
        </w:rPr>
        <w:t>10:55  he gave me this fountain pen,</w:t>
      </w:r>
      <w:r>
        <w:br/>
      </w:r>
      <w:r>
        <w:rPr>
          <w:sz w:val="20"/>
        </w:rPr>
        <w:t>11:01  first one fountain pen, then both this fountain pen he gave me.</w:t>
      </w:r>
      <w:r>
        <w:br/>
      </w:r>
      <w:r>
        <w:rPr>
          <w:sz w:val="20"/>
        </w:rPr>
        <w:t>11:10  so there was some other details of this dream. so by this dream, according to my interpretation, this dream means that Mahatma Gandhi is happy with my mission</w:t>
      </w:r>
      <w:r>
        <w:br/>
      </w:r>
      <w:r>
        <w:rPr>
          <w:sz w:val="20"/>
        </w:rPr>
        <w:t>11:26  , because a very important aspect of mission is to normalize the relationship between Hindus or Muslims. this is an important part of my mission.</w:t>
      </w:r>
      <w:r>
        <w:br/>
      </w:r>
      <w:r>
        <w:rPr>
          <w:sz w:val="20"/>
        </w:rPr>
        <w:t>11:40  since the out set, I am always try to emphasize that Muslims or Hindus both have to live in this country with normal relationship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