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Hasan al-Basri</w:t>
      </w:r>
    </w:p>
    <w:p>
      <w:r>
        <w:rPr>
          <w:sz w:val="18"/>
        </w:rPr>
        <w:t>Q&amp;A, lecture moments and clips · full transcripts with timestamps · exported 2026-09-21</w:t>
      </w:r>
    </w:p>
    <w:p>
      <w:pPr>
        <w:pStyle w:val="Heading1"/>
      </w:pPr>
      <w:r>
        <w:t>Maulana was asked (0)</w:t>
      </w:r>
    </w:p>
    <w:p>
      <w:pPr>
        <w:pStyle w:val="Heading1"/>
      </w:pPr>
      <w:r>
        <w:t>In the lectures (0)</w:t>
      </w:r>
    </w:p>
    <w:p>
      <w:pPr>
        <w:pStyle w:val="Heading1"/>
      </w:pPr>
      <w:r>
        <w:t>Clips (4)</w:t>
      </w:r>
    </w:p>
    <w:p>
      <w:pPr>
        <w:pStyle w:val="Heading2"/>
      </w:pPr>
      <w:r>
        <w:t>Hasan al-Basri describes the Badr companions</w:t>
      </w:r>
    </w:p>
    <w:p>
      <w:r>
        <w:rPr>
          <w:color w:val="666666"/>
          <w:sz w:val="18"/>
        </w:rPr>
        <w:t>Introduction to Paradise December 18, 2022 · 1m 13s · at 1:06:20 · https://youtu.be/82pHJMz7OHs?t=3980</w:t>
      </w:r>
    </w:p>
    <w:p>
      <w:r>
        <w:rPr>
          <w:i/>
        </w:rPr>
        <w:t>“I saw seventy companions of Badr, said Hasan al-Basri”</w:t>
      </w:r>
    </w:p>
    <w:p>
      <w:r>
        <w:rPr>
          <w:sz w:val="20"/>
        </w:rPr>
        <w:t>1:06:20  To Hasan Hazrat Hasan Basri Tabi, jo ki bat Sufi bhi mashhoor hain, to woh unhone kaha hai, Tabi unko kehte hain jinhone Sahaba ko dekha tha, unse tarbiyat hasil ki thi. To unhone kaha, maine 70 Badri Sahaba ko dekha hai. Badri jo jang-e-Badr mein shamil hue the, unka libaas aksar suf ka hota tha. Suf kehte hain, coarse cloth ko mota jhoota kapda.</w:t>
      </w:r>
      <w:r>
        <w:br/>
      </w:r>
      <w:r>
        <w:rPr>
          <w:sz w:val="20"/>
        </w:rPr>
        <w:t>1:06:48  Agar tum unhein dekhte, to kehte ki yeh pagal hain. Agar woh tumhare achhon ko dekhein, to kahenge ki deen mein unka koi hissa nahi. Agar woh tumhare buron ko dekhein, to woh kahenge ki yeh log roz-e-hisab par iman nahi rakhte. Maine aise log dekhe hain ki duniya unke nazdeek paanv ke neeche ki mitti se bhi zyada behqiqa thi. To yeh is tarah ke bahut saare waqiyat aapko usmein milenge</w:t>
      </w:r>
      <w:r>
        <w:br/>
      </w:r>
      <w:r>
        <w:rPr>
          <w:sz w:val="20"/>
        </w:rPr>
        <w:t>1:07:17  , Hayat-e-Sahaba mein. Usse aapke andar yeh heavenly personality ko banne mein bahut zyada madad milegi. Allah taala hum sab logon ki madad farmaye, aameen. Aur hum log apni personality develop karein aur aakhirat mein Jannatul Firdaus mein jagah</w:t>
      </w:r>
    </w:p>
    <w:p>
      <w:pPr>
        <w:pStyle w:val="Heading2"/>
      </w:pPr>
      <w:r>
        <w:t>Hasan al-Basri's definition of an accepted hajj</w:t>
      </w:r>
    </w:p>
    <w:p>
      <w:r>
        <w:rPr>
          <w:color w:val="666666"/>
          <w:sz w:val="18"/>
        </w:rPr>
        <w:t>The Spirit of Hajj June 25, 2023 · 24s · at 35:16 · https://youtu.be/q5IqRKE3t9E?t=2116</w:t>
      </w:r>
    </w:p>
    <w:p>
      <w:r>
        <w:rPr>
          <w:i/>
        </w:rPr>
        <w:t>“Hajj-e-Mabroor is one from which a man returns detached from the world”</w:t>
      </w:r>
    </w:p>
    <w:p>
      <w:r>
        <w:rPr>
          <w:sz w:val="20"/>
        </w:rPr>
        <w:t>35:16  main aik call parhungi hazrat hasan basri ka jo senior senior tabai hain to unka aik call hai ke hajj mabroor woh hai jisay aadmi is tarah lotay ke woh duniya se beraghabat ho aur aakhirat ka shauq uskay andar paida ho jaye. to yeh wala hajj hai woh hajj mabroor hai.</w:t>
      </w:r>
      <w:r>
        <w:br/>
      </w:r>
      <w:r>
        <w:rPr>
          <w:sz w:val="20"/>
        </w:rPr>
        <w:t>35:40  to logon ko chahiye ke poori koshish karein ke unko hajj mabroor hasil ho. ji jazaa kar lo aap. aap aap nay abhi maulana wahiduddin khan sahib ki kitab kabhi zikr kiya. to main chahunga koi unka experience aap batayein hajj ka experience hum hum sab ko? maana ki kai articles to bohat hain. do kitabein yeh hain. aik hajj ka paigham aur haqeeqat e hajj.</w:t>
      </w:r>
    </w:p>
    <w:p>
      <w:pPr>
        <w:pStyle w:val="Heading2"/>
      </w:pPr>
      <w:r>
        <w:t>Hasan al-Basri: called crazy for total devotion to God</w:t>
      </w:r>
    </w:p>
    <w:p>
      <w:r>
        <w:rPr>
          <w:color w:val="666666"/>
          <w:sz w:val="18"/>
        </w:rPr>
        <w:t>Understanding Sufism August 7, 2022 Prof. Farida Khanam · 56s · at 31:46 · https://youtu.be/6J2Bb3Ypf2Y?t=1906</w:t>
      </w:r>
    </w:p>
    <w:p>
      <w:r>
        <w:rPr>
          <w:i/>
        </w:rPr>
        <w:t>“Agar tum unhe dekhte to kehte yeh paagal hain”</w:t>
      </w:r>
    </w:p>
    <w:p>
      <w:r>
        <w:rPr>
          <w:sz w:val="20"/>
        </w:rPr>
        <w:t>31:46  agar tum unhein dekhte to kehte hain ki yeh pagal hain. agar woh tumhare achhon ko dekhein to kahenge ki deen mein unka koi hissa nahi. to maine aise log dekhe ki duniya unke nazdeek paon ke neeche ki mitti se bhi zyada behqiqaat thi. to kehte hain ki jo sahaba the woh itna zyada inspired the ki kehte hain ki akhirat ke fikr ne unko deewana bana diya tha.</w:t>
      </w:r>
      <w:r>
        <w:br/>
      </w:r>
      <w:r>
        <w:rPr>
          <w:sz w:val="20"/>
        </w:rPr>
        <w:t>32:14  to wohi kaha unhone bataya ki tum log dekho to kahoge woh pagal hain. pagal nahi woh khuda ki matlab khuda ki fikr mein aur akhirat ki fikr mein aur khuda se dar ne unko aisa bana diya tha. to woh kehte hain kehte the ki ilm yeh hai ki aadmi khuda se darne lage. to khuda se jo hai log sirf farm ki yeh baat kar rahe hain. farm kuch bhi sochte nahi hai.</w:t>
      </w:r>
      <w:r>
        <w:br/>
      </w:r>
      <w:r>
        <w:rPr>
          <w:sz w:val="20"/>
        </w:rPr>
        <w:t>32:42  na khuda se dar, na khuda se mohabbat, na jahannum ka dar, na jannat ka shauk bas waqti taur par bas woh panch das minute ki ibadat kar lete hain. to wohi agar in logon ne kaam na kiya hota to islam ki spirit to bohat pehle khatam ho chuki hoti.</w:t>
      </w:r>
    </w:p>
    <w:p>
      <w:pPr>
        <w:pStyle w:val="Heading2"/>
      </w:pPr>
      <w:r>
        <w:t>Hasan al-Basri: rich merchant turned devoted ascetic</w:t>
      </w:r>
    </w:p>
    <w:p>
      <w:r>
        <w:rPr>
          <w:color w:val="666666"/>
          <w:sz w:val="18"/>
        </w:rPr>
        <w:t>Understanding Sufism August 7, 2022 Prof. Farida Khanam · 2m 39s · at 30:55 · https://youtu.be/6J2Bb3Ypf2Y?t=1855</w:t>
      </w:r>
    </w:p>
    <w:p>
      <w:r>
        <w:rPr>
          <w:i/>
        </w:rPr>
        <w:t>“Unhone Hazrat Abu Bakr ke haath Islam qubool kiya tha, wo ek ameer tajir the”</w:t>
      </w:r>
    </w:p>
    <w:p>
      <w:r>
        <w:rPr>
          <w:sz w:val="20"/>
        </w:rPr>
        <w:t>30:55  to main chahunga unke bare mein bhi aap kuch batayein. unhone hazrat abbuqr ke haath islam ko qabool kiya tha. to woh tazir the, kafi daulatmand tazir the. lekin unko jab khuda se bohat gehra talluq kaam ho gaya to unhone taizarat ko chhod diya aur ekdum duniya se kinarkashi ikhtiyar kar li.</w:t>
      </w:r>
      <w:r>
        <w:br/>
      </w:r>
      <w:r>
        <w:rPr>
          <w:sz w:val="20"/>
        </w:rPr>
        <w:t>31:15  to din raat woh yeh baad mein mashgool rehte the us par khuda tawajjo nahin karta aur us</w:t>
      </w:r>
      <w:r>
        <w:br/>
      </w:r>
      <w:r>
        <w:rPr>
          <w:sz w:val="20"/>
        </w:rPr>
        <w:t>31:25  zamane ke jo musalman the us zamane mein daulat ki bahut zyada rail pel thi to kehte the</w:t>
      </w:r>
      <w:r>
        <w:br/>
      </w:r>
      <w:r>
        <w:rPr>
          <w:sz w:val="20"/>
        </w:rPr>
        <w:t>31:35  ke maine sattar badri sahaba ko dekha hai.</w:t>
      </w:r>
      <w:r>
        <w:br/>
      </w:r>
      <w:r>
        <w:rPr>
          <w:sz w:val="20"/>
        </w:rPr>
        <w:t>31:46  agar tum unhein dekhte to kehte hain ki yeh pagal hain. agar woh tumhare achhon ko dekhein to kahenge ki deen mein unka koi hissa nahi. to maine aise log dekhe ki duniya unke nazdeek paon ke neeche ki mitti se bhi zyada behqiqaat thi. to kehte hain ki jo sahaba the woh itna zyada inspired the ki kehte hain ki akhirat ke fikr ne unko deewana bana diya tha.</w:t>
      </w:r>
      <w:r>
        <w:br/>
      </w:r>
      <w:r>
        <w:rPr>
          <w:sz w:val="20"/>
        </w:rPr>
        <w:t>32:14  to wohi kaha unhone bataya ki tum log dekho to kahoge woh pagal hain. pagal nahi woh khuda ki matlab khuda ki fikr mein aur akhirat ki fikr mein aur khuda se dar ne unko aisa bana diya tha. to woh kehte hain kehte the ki ilm yeh hai ki aadmi khuda se darne lage. to khuda se jo hai log sirf farm ki yeh baat kar rahe hain. farm kuch bhi sochte nahi hai.</w:t>
      </w:r>
      <w:r>
        <w:br/>
      </w:r>
      <w:r>
        <w:rPr>
          <w:sz w:val="20"/>
        </w:rPr>
        <w:t>32:42  na khuda se dar, na khuda se mohabbat, na jahannum ka dar, na jannat ka shauk bas waqti taur par bas woh panch das minute ki ibadat kar lete hain. to wohi agar in logon ne kaam na kiya hota to islam ki spirit to bohat pehle khatam ho chuki hoti.</w:t>
      </w:r>
      <w:r>
        <w:br/>
      </w:r>
      <w:r>
        <w:rPr>
          <w:sz w:val="20"/>
        </w:rPr>
        <w:t>33:01  to in logon ne jo sab kaam kiya in logon ke jo disciples the aur is jo shilasile</w:t>
      </w:r>
      <w:r>
        <w:br/>
      </w:r>
      <w:r>
        <w:rPr>
          <w:sz w:val="20"/>
        </w:rPr>
        <w:t>33:09  ko spiritual jo trend tha spiritual jo uska islam ka aspect tha usko in logon ne aage badhaya</w:t>
      </w:r>
      <w:r>
        <w:br/>
      </w:r>
      <w:r>
        <w:rPr>
          <w:sz w:val="20"/>
        </w:rPr>
        <w:t>33:17  aur in logon ne inhi logon ki wajah se baad mein woh yeh silsila jo hai spiritual silsila</w:t>
      </w:r>
      <w:r>
        <w:br/>
      </w:r>
      <w:r>
        <w:rPr>
          <w:sz w:val="20"/>
        </w:rPr>
        <w:t>33:25  badhta hi chala gaya, badhta hi chala gaya yahan tak ke woh sari duniya mein fail gaya.</w:t>
      </w:r>
      <w:r>
        <w:br/>
      </w:r>
      <w:r>
        <w:rPr>
          <w:sz w:val="20"/>
        </w:rPr>
        <w:t>33:34  ji aur unke yahan par quotes bhi bohat famous hue hain. ek to mujhe bohat hi pasand aaya ki unhone kaha ki whoever speaks evil about you behind your back do not get angry For in reality they are offering their good deeds on a golden plate. to main samajhta hoon ki yeh ghusse ki jad ko hi kaat diya unhone is baat ko kehkar. bohat hi zabardast quote tha unka yeh.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