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Hiroshima</w:t>
      </w:r>
    </w:p>
    <w:p>
      <w:r>
        <w:rPr>
          <w:sz w:val="18"/>
        </w:rPr>
        <w:t>Q&amp;A, lecture moments and clips · full transcripts with timestamps · exported 2026-09-21</w:t>
      </w:r>
    </w:p>
    <w:p>
      <w:pPr>
        <w:pStyle w:val="Heading1"/>
      </w:pPr>
      <w:r>
        <w:t>Maulana was asked (0)</w:t>
      </w:r>
    </w:p>
    <w:p>
      <w:pPr>
        <w:pStyle w:val="Heading1"/>
      </w:pPr>
      <w:r>
        <w:t>In the lectures (0)</w:t>
      </w:r>
    </w:p>
    <w:p>
      <w:pPr>
        <w:pStyle w:val="Heading1"/>
      </w:pPr>
      <w:r>
        <w:t>Clips (4)</w:t>
      </w:r>
    </w:p>
    <w:p>
      <w:pPr>
        <w:pStyle w:val="Heading2"/>
      </w:pPr>
      <w:r>
        <w:t>Surrender-or-die ultimatum echoes Hiroshima, asks Maulana</w:t>
      </w:r>
    </w:p>
    <w:p>
      <w:r>
        <w:rPr>
          <w:color w:val="666666"/>
          <w:sz w:val="18"/>
        </w:rPr>
        <w:t>Muslim Militancy July 8, 2007 · 38s · at 26:31 · https://youtu.be/mfIIEFQDOtg?t=1591</w:t>
      </w:r>
    </w:p>
    <w:p>
      <w:r>
        <w:rPr>
          <w:i/>
        </w:rPr>
        <w:t>“پاکستان کی government کہہ رہی ہے surrender or die، یہ کون سا اسلام ہے؟”</w:t>
      </w:r>
    </w:p>
    <w:p>
      <w:r>
        <w:rPr>
          <w:sz w:val="20"/>
        </w:rPr>
        <w:t>26:31  ab dekhiye ke japan aur america to dushman thay aik doosre ke. to ek dushman ne doosre dushman se kaha ke surrender or face death ab yeh to musalman hi musalman aapas mein bol rahay hain.</w:t>
      </w:r>
      <w:r>
        <w:br/>
      </w:r>
      <w:r>
        <w:rPr>
          <w:sz w:val="20"/>
        </w:rPr>
        <w:t>26:46  pakistan ke public aur pakistan ki government woh keh rahi hai ke surrender or die yeh kaun sa islam hai?</w:t>
      </w:r>
      <w:r>
        <w:br/>
      </w:r>
      <w:r>
        <w:rPr>
          <w:sz w:val="20"/>
        </w:rPr>
        <w:t>26:58  yeh kaun sa islam hai?</w:t>
      </w:r>
      <w:r>
        <w:br/>
      </w:r>
      <w:r>
        <w:rPr>
          <w:sz w:val="20"/>
        </w:rPr>
        <w:t>27:00  yeh toh non-islam bhi nahi hai, yeh kuch bhi nahi hai. yeh toh insaniyat bhi nahi hai. yeh na islam hai, na insaniyat hai, na sharafat hai, kuch bhi nahi hai.</w:t>
      </w:r>
    </w:p>
    <w:p>
      <w:pPr>
        <w:pStyle w:val="Heading2"/>
      </w:pPr>
      <w:r>
        <w:t>Japanese intellectuals used equalization to defuse revenge</w:t>
      </w:r>
    </w:p>
    <w:p>
      <w:r>
        <w:rPr>
          <w:color w:val="666666"/>
          <w:sz w:val="18"/>
        </w:rPr>
        <w:t>Why Have Muslims Turned Violent December 14, 2008 · 2m 34s · at 20:19 · https://youtu.be/TYLK8Jwz8EE?t=1219</w:t>
      </w:r>
    </w:p>
    <w:p>
      <w:r>
        <w:rPr>
          <w:i/>
        </w:rPr>
        <w:t>“Japan was furious after Hiroshima and Nagasaki.”</w:t>
      </w:r>
    </w:p>
    <w:p>
      <w:r>
        <w:rPr>
          <w:sz w:val="20"/>
        </w:rPr>
        <w:t>20:19  ab zahir hai ke Japan, Japanese jo the, Japani log jo the woh bohat ghusse mein bhar gaye. sara Japan ghusse mein bhar gaya. humein revenge lena hai, revenge lena hai, revenge lena hai.</w:t>
      </w:r>
      <w:r>
        <w:br/>
      </w:r>
      <w:r>
        <w:rPr>
          <w:sz w:val="20"/>
        </w:rPr>
        <w:t>20:30  woh jante hain Japan woh log hain, Japanese sab se pehle jinhon ne suicide bombing shuru ki thi. suicide bombing ke wohi inventor hain.</w:t>
      </w:r>
      <w:r>
        <w:br/>
      </w:r>
      <w:r>
        <w:rPr>
          <w:sz w:val="20"/>
        </w:rPr>
        <w:t>20:40  apni body aur bomb baandh kar ke apne gira dete the woh enemy ke area mein. aur destroy karte the woh. to woh aisa kar sakte the.</w:t>
      </w:r>
      <w:r>
        <w:br/>
      </w:r>
      <w:r>
        <w:rPr>
          <w:sz w:val="20"/>
        </w:rPr>
        <w:t>20:53  kya aur kuch nahi to chalo hum suicide bombing karte hain.</w:t>
      </w:r>
      <w:r>
        <w:br/>
      </w:r>
      <w:r>
        <w:rPr>
          <w:sz w:val="20"/>
        </w:rPr>
        <w:t>20:57  lekin wahan par jo jo un ke leaders the, jo un ke intellectuals the, unhon ne bohat bara constructive role is waqt pe le liya.</w:t>
      </w:r>
      <w:r>
        <w:br/>
      </w:r>
      <w:r>
        <w:rPr>
          <w:sz w:val="20"/>
        </w:rPr>
        <w:t>21:10  un ke intellectuals ne aik campaign chalai unhon ne media mein. aur is ka basic jo point tha woh kya tha?</w:t>
      </w:r>
      <w:r>
        <w:br/>
      </w:r>
      <w:r>
        <w:rPr>
          <w:sz w:val="20"/>
        </w:rPr>
        <w:t>21:20  wohi principle of equalization.</w:t>
      </w:r>
      <w:r>
        <w:br/>
      </w:r>
      <w:r>
        <w:rPr>
          <w:sz w:val="20"/>
        </w:rPr>
        <w:t>21:24  par unhon ne kaha ke dekho tum ko yeh gham hai ke 1945 mein America ne atom bomb gira kar ke tumhare Nagasaki koshishon ko tabah kar diya.</w:t>
      </w:r>
      <w:r>
        <w:br/>
      </w:r>
      <w:r>
        <w:rPr>
          <w:sz w:val="20"/>
        </w:rPr>
        <w:t>21:40  lekin tum yeh socho ke is se pehle 1941 mein tum khud un ke Pearl Harbor ko tabah kar chuke the.</w:t>
      </w:r>
      <w:r>
        <w:br/>
      </w:r>
      <w:r>
        <w:rPr>
          <w:sz w:val="20"/>
        </w:rPr>
        <w:t>21:51  Pearl Harbor jo tha woh Americans ka naval base tha.</w:t>
      </w:r>
      <w:r>
        <w:br/>
      </w:r>
      <w:r>
        <w:rPr>
          <w:sz w:val="20"/>
        </w:rPr>
        <w:t>21:58  Pearl Harbor jo tha bohat bara naval base tha Americans ka. is ko Japanese ne bombardment ki aur is ko tabah kar diya.</w:t>
      </w:r>
      <w:r>
        <w:br/>
      </w:r>
      <w:r>
        <w:rPr>
          <w:sz w:val="20"/>
        </w:rPr>
        <w:t>22:09  suicide bombing ki thi wahan unhon ne. to Japan ke intellectuals ne kaha ke yeh to mamla barabar ho gaya.</w:t>
      </w:r>
      <w:r>
        <w:br/>
      </w:r>
      <w:r>
        <w:rPr>
          <w:sz w:val="20"/>
        </w:rPr>
        <w:t>22:20  tum ne tabah kiya tha un ke Pearl Harbor ko 1941 mein. unhon ne tabah kar diya tumhare Hiroshima aur Nagasaki ko 1945 mein.</w:t>
      </w:r>
      <w:r>
        <w:br/>
      </w:r>
      <w:r>
        <w:rPr>
          <w:sz w:val="20"/>
        </w:rPr>
        <w:t>22:31  to mamla barabar ho gaya. ab negative soch band karo. ghussa band karo.</w:t>
      </w:r>
      <w:r>
        <w:br/>
      </w:r>
      <w:r>
        <w:rPr>
          <w:sz w:val="20"/>
        </w:rPr>
        <w:t>22:40  is se kya hua?</w:t>
      </w:r>
      <w:r>
        <w:br/>
      </w:r>
      <w:r>
        <w:rPr>
          <w:sz w:val="20"/>
        </w:rPr>
        <w:t>22:42  Japanese ko, Japaniyon ko aik line of action mil gayi. positive line of action mil gayi.</w:t>
      </w:r>
      <w:r>
        <w:br/>
      </w:r>
      <w:r>
        <w:rPr>
          <w:sz w:val="20"/>
        </w:rPr>
        <w:t>22:54  unhon ne replanning ki. aur sab se bara jo kiya kaam unhon ne woh hai ke thirty years ki aik plan banaya education ka unhon ne.</w:t>
      </w:r>
    </w:p>
    <w:p>
      <w:pPr>
        <w:pStyle w:val="Heading2"/>
      </w:pPr>
      <w:r>
        <w:t>Pax Americana: Hiroshima, Iraq, and resulting hatred of America</w:t>
      </w:r>
    </w:p>
    <w:p>
      <w:r>
        <w:rPr>
          <w:color w:val="666666"/>
          <w:sz w:val="18"/>
        </w:rPr>
        <w:t>The History of Peace (English) November 12, 2006 · 4m 16s · at 6:35 · https://youtu.be/zlIi5eiTPIg?t=395</w:t>
      </w:r>
    </w:p>
    <w:p>
      <w:r>
        <w:rPr>
          <w:i/>
        </w:rPr>
        <w:t>“The second model is the American model, Pax Americana”</w:t>
      </w:r>
    </w:p>
    <w:p>
      <w:r>
        <w:rPr>
          <w:sz w:val="20"/>
        </w:rPr>
        <w:t>6:35  . the second model is american model that is called pax americana. when americans became superpower, they try to establish peace in international affairs.</w:t>
      </w:r>
      <w:r>
        <w:br/>
      </w:r>
      <w:r>
        <w:rPr>
          <w:sz w:val="20"/>
        </w:rPr>
        <w:t>6:58  waT waz da formula of american</w:t>
      </w:r>
      <w:r>
        <w:br/>
      </w:r>
      <w:r>
        <w:rPr>
          <w:sz w:val="20"/>
        </w:rPr>
        <w:t>7:08  american</w:t>
      </w:r>
      <w:r>
        <w:br/>
      </w:r>
      <w:r>
        <w:rPr>
          <w:sz w:val="20"/>
        </w:rPr>
        <w:t>7:12  peopl? de wanted to establish peace again by force, although it was somewhat different from that of Romans.</w:t>
      </w:r>
      <w:r>
        <w:br/>
      </w:r>
      <w:r>
        <w:rPr>
          <w:sz w:val="20"/>
        </w:rPr>
        <w:t>7:28  you know, Americans initially tried to engage people in dialogue, political dialogue, negotiation.</w:t>
      </w:r>
      <w:r>
        <w:br/>
      </w:r>
      <w:r>
        <w:rPr>
          <w:sz w:val="20"/>
        </w:rPr>
        <w:t>7:40  but when negotiation failed, they tried to establish some compulsions in terms of economic compulsion and political compulsion.</w:t>
      </w:r>
      <w:r>
        <w:br/>
      </w:r>
      <w:r>
        <w:rPr>
          <w:sz w:val="20"/>
        </w:rPr>
        <w:t>7:55  and if this kind of compulsion failed, they tried to adopt drop bomb,</w:t>
      </w:r>
      <w:r>
        <w:br/>
      </w:r>
      <w:r>
        <w:rPr>
          <w:sz w:val="20"/>
        </w:rPr>
        <w:t>8:06  like Japan and Iraq. they drop two atom bomb, two atomic bomb in Japan for establish for establishing peace.</w:t>
      </w:r>
      <w:r>
        <w:br/>
      </w:r>
      <w:r>
        <w:rPr>
          <w:sz w:val="20"/>
        </w:rPr>
        <w:t>8:20  although there was peace in Japan, but by establishing peace, they destroyed two largest city of Japan, that is Hiroshima and Nagasaki.</w:t>
      </w:r>
      <w:r>
        <w:br/>
      </w:r>
      <w:r>
        <w:rPr>
          <w:sz w:val="20"/>
        </w:rPr>
        <w:t>8:36  then they wanted to establish peace in Iraq, and again they there bombardment destroyed Iraq.</w:t>
      </w:r>
      <w:r>
        <w:br/>
      </w:r>
      <w:r>
        <w:rPr>
          <w:sz w:val="20"/>
        </w:rPr>
        <w:t>8:48  and still there is no progress in Iraq. so American model or peace Americana was not a perfect model.</w:t>
      </w:r>
      <w:r>
        <w:br/>
      </w:r>
      <w:r>
        <w:rPr>
          <w:sz w:val="20"/>
        </w:rPr>
        <w:t>9:05  it was maybe it was in favor of American supremacy. maybe it was helpful to establish</w:t>
      </w:r>
      <w:r>
        <w:br/>
      </w:r>
      <w:r>
        <w:rPr>
          <w:sz w:val="20"/>
        </w:rPr>
        <w:t>9:18  to maintain Americans as superpower in the world politics. b</w:t>
      </w:r>
      <w:r>
        <w:br/>
      </w:r>
      <w:r>
        <w:rPr>
          <w:sz w:val="20"/>
        </w:rPr>
        <w:t>9:24  but it was completely. but it gave negative result as far as the other nations are concerned.</w:t>
      </w:r>
      <w:r>
        <w:br/>
      </w:r>
      <w:r>
        <w:rPr>
          <w:sz w:val="20"/>
        </w:rPr>
        <w:t>9:41  it is this reason that now Americans are</w:t>
      </w:r>
      <w:r>
        <w:br/>
      </w:r>
      <w:r>
        <w:rPr>
          <w:sz w:val="20"/>
        </w:rPr>
        <w:t>9:50  now people all over the world hate Americans, especially Muslim countries.</w:t>
      </w:r>
      <w:r>
        <w:br/>
      </w:r>
      <w:r>
        <w:rPr>
          <w:sz w:val="20"/>
        </w:rPr>
        <w:t>10:06  if you travel Muslim countries, you will hear that everywhere Muslims are saying that America is number one enemy of Islam.</w:t>
      </w:r>
      <w:r>
        <w:br/>
      </w:r>
      <w:r>
        <w:rPr>
          <w:sz w:val="20"/>
        </w:rPr>
        <w:t>10:18  America adu al Islam wahid. so although they tried to establish peace, and in some sense they achieved</w:t>
      </w:r>
      <w:r>
        <w:br/>
      </w:r>
      <w:r>
        <w:rPr>
          <w:sz w:val="20"/>
        </w:rPr>
        <w:t>10:30  , but at the cost of hate, at the cost of negative results. so this was American model, which which is called Pax Americana.</w:t>
      </w:r>
    </w:p>
    <w:p>
      <w:pPr>
        <w:pStyle w:val="Heading2"/>
      </w:pPr>
      <w:r>
        <w:t>Japan's non-retaliation after WWII</w:t>
      </w:r>
    </w:p>
    <w:p>
      <w:r>
        <w:rPr>
          <w:color w:val="666666"/>
          <w:sz w:val="18"/>
        </w:rPr>
        <w:t>The Secular Contribution of Islam | April 16, 2017 · 2m 00s · at 28:58 · https://youtu.be/QV_HIq7KeaY?t=1738</w:t>
      </w:r>
    </w:p>
    <w:p>
      <w:r>
        <w:rPr>
          <w:i/>
        </w:rPr>
        <w:t>“Japan did not retaliate after Hiroshima.”</w:t>
      </w:r>
    </w:p>
    <w:p>
      <w:r>
        <w:rPr>
          <w:sz w:val="20"/>
        </w:rPr>
        <w:t>28:58  Hiroshima aur Nagasaki. Bohat hi bara, bohat hi bari tabahi aayi. Lekin Japan ne takht-e-tafrih U-turn liya. America ne us waqt, yaani jang jab khatam hui, second world war jab khatam hui, to Japan ka ek bara jazeera Okinawa kabze mein kar rakha tha. Unhon ne General MacArthur</w:t>
      </w:r>
      <w:r>
        <w:br/>
      </w:r>
      <w:r>
        <w:rPr>
          <w:sz w:val="20"/>
        </w:rPr>
        <w:t>29:28  har Japan ka administrator banaya gaya.</w:t>
      </w:r>
      <w:r>
        <w:br/>
      </w:r>
      <w:r>
        <w:rPr>
          <w:sz w:val="20"/>
        </w:rPr>
        <w:t>29:32  America ki education jahan chalai gayi.</w:t>
      </w:r>
      <w:r>
        <w:br/>
      </w:r>
      <w:r>
        <w:rPr>
          <w:sz w:val="20"/>
        </w:rPr>
        <w:t>29:37  lekin unhon ne takrao nahin kiya.</w:t>
      </w:r>
      <w:r>
        <w:br/>
      </w:r>
      <w:r>
        <w:rPr>
          <w:sz w:val="20"/>
        </w:rPr>
        <w:t>29:41  hum, unhon ne planning ki aur hum America se paisa liya.</w:t>
      </w:r>
      <w:r>
        <w:br/>
      </w:r>
      <w:r>
        <w:rPr>
          <w:sz w:val="20"/>
        </w:rPr>
        <w:t>29:45  America se paise le kar apni national planning ki.</w:t>
      </w:r>
      <w:r>
        <w:br/>
      </w:r>
      <w:r>
        <w:rPr>
          <w:sz w:val="20"/>
        </w:rPr>
        <w:t>29:50  unhon ne koi sawal hi nahin chhodha.</w:t>
      </w:r>
      <w:r>
        <w:br/>
      </w:r>
      <w:r>
        <w:rPr>
          <w:sz w:val="20"/>
        </w:rPr>
        <w:t>29:54  unhon ne Okinawa ka ya General MacArthur ka ya aur</w:t>
      </w:r>
      <w:r>
        <w:br/>
      </w:r>
      <w:r>
        <w:rPr>
          <w:sz w:val="20"/>
        </w:rPr>
        <w:t>29:58  jo America ki jo domination tha, kuch nahin.</w:t>
      </w:r>
      <w:r>
        <w:br/>
      </w:r>
      <w:r>
        <w:rPr>
          <w:sz w:val="20"/>
        </w:rPr>
        <w:t>30:06  sirf apni national jo un ka national plan tha, us ko chalana America ke taawun se, America ke cooperation se.</w:t>
      </w:r>
      <w:r>
        <w:br/>
      </w:r>
      <w:r>
        <w:rPr>
          <w:sz w:val="20"/>
        </w:rPr>
        <w:t>30:13  aur aap jaante hain ke 25 saal ke andar history badal gayi.</w:t>
      </w:r>
      <w:r>
        <w:br/>
      </w:r>
      <w:r>
        <w:rPr>
          <w:sz w:val="20"/>
        </w:rPr>
        <w:t>30:21  Japan jo hai, emerge kiya ek economic</w:t>
      </w:r>
      <w:r>
        <w:br/>
      </w:r>
      <w:r>
        <w:rPr>
          <w:sz w:val="20"/>
        </w:rPr>
        <w:t>30:28  superpower ke taur par. To duniya mein jo taraqqiyan hain, bazahir to mukhtalif qomon ne taraqqiyan ki hain, lekin is ka jo primary source, primary role jo hai, woh Islami ka hai. Secondary role doosron ka hai, secondary. Primary role Islam ka hai. Maut ke zamane mein Musalmanon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