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am a student under pressure</w:t>
      </w:r>
    </w:p>
    <w:p>
      <w:r>
        <w:rPr>
          <w:sz w:val="18"/>
        </w:rPr>
        <w:t>Q&amp;A, lecture moments and clips · full transcripts with timestamps · exported 2026-09-21</w:t>
      </w:r>
    </w:p>
    <w:p>
      <w:pPr>
        <w:pStyle w:val="Heading1"/>
      </w:pPr>
      <w:r>
        <w:t>Maulana was asked (30)</w:t>
      </w:r>
    </w:p>
    <w:p>
      <w:pPr>
        <w:pStyle w:val="Heading2"/>
      </w:pPr>
      <w:r>
        <w:t>Youngsters distracted by career and earning pressure</w:t>
      </w:r>
    </w:p>
    <w:p>
      <w:r>
        <w:rPr>
          <w:color w:val="666666"/>
          <w:sz w:val="18"/>
        </w:rPr>
        <w:t>Dars-e-Quran, Chapter 2, Verse 35 | December 17, 2017 · 4m 15s · at 1:05:22 · https://youtu.be/Cd8MlWM7B9w?t=3922</w:t>
      </w:r>
    </w:p>
    <w:p>
      <w:r>
        <w:rPr>
          <w:i/>
        </w:rPr>
        <w:t>“Today's youngsters are distracted by the pressure they face in terms of career, future planning, and earning more and more. What should they do?”</w:t>
      </w:r>
    </w:p>
    <w:p>
      <w:r>
        <w:rPr>
          <w:sz w:val="20"/>
        </w:rPr>
        <w:t>1:05:22  مولانا، اگلا سوال بھیجا ہے قصیب رضا صاحب نے گیا بہار سے اور انہوں نے لکھا ہے، مولانا، today's youngsters</w:t>
      </w:r>
      <w:r>
        <w:br/>
      </w:r>
      <w:r>
        <w:rPr>
          <w:sz w:val="20"/>
        </w:rPr>
        <w:t>1:05:30  are in the distraction of the pressure that they face in terms of their career, future planning and</w:t>
      </w:r>
      <w:r>
        <w:br/>
      </w:r>
      <w:r>
        <w:rPr>
          <w:sz w:val="20"/>
        </w:rPr>
        <w:t>1:05:36  to earn more and more.</w:t>
      </w:r>
      <w:r>
        <w:br/>
      </w:r>
      <w:r>
        <w:rPr>
          <w:sz w:val="20"/>
        </w:rPr>
        <w:t>1:05:42  What is your guidance and what is your opinion for all these youngsters? Main samajhta hoon ke yahan woh</w:t>
      </w:r>
      <w:r>
        <w:br/>
      </w:r>
      <w:r>
        <w:rPr>
          <w:sz w:val="20"/>
        </w:rPr>
        <w:t>1:05:48  hadith apply hoti hai.</w:t>
      </w:r>
      <w:r>
        <w:br/>
      </w:r>
      <w:r>
        <w:rPr>
          <w:sz w:val="20"/>
        </w:rPr>
        <w:t>1:05:54  ek hadith mein hai ke insan</w:t>
      </w:r>
      <w:r>
        <w:br/>
      </w:r>
      <w:r>
        <w:rPr>
          <w:sz w:val="20"/>
        </w:rPr>
        <w:t>1:06:00  paida hota hai nature par, al fitrat par.</w:t>
      </w:r>
      <w:r>
        <w:br/>
      </w:r>
      <w:r>
        <w:rPr>
          <w:sz w:val="20"/>
        </w:rPr>
        <w:t>1:06:06  phir is ke maa baap us ko daal dete hain doosre raaste par.</w:t>
      </w:r>
      <w:r>
        <w:br/>
      </w:r>
      <w:r>
        <w:rPr>
          <w:sz w:val="20"/>
        </w:rPr>
        <w:t>1:06:12  to main samajhta hoon ke is zamane mein taqreeban har ghar mein hi yahi ho raha hai ke</w:t>
      </w:r>
      <w:r>
        <w:br/>
      </w:r>
      <w:r>
        <w:rPr>
          <w:sz w:val="20"/>
        </w:rPr>
        <w:t>1:06:18  maa baap ke ambitions hoti hain ke mera beta yeh bane, mera beta woh bane, mera beta falan</w:t>
      </w:r>
      <w:r>
        <w:br/>
      </w:r>
      <w:r>
        <w:rPr>
          <w:sz w:val="20"/>
        </w:rPr>
        <w:t>1:06:24  idhar pahunche, mera beta yeh paisa kam</w:t>
      </w:r>
      <w:r>
        <w:br/>
      </w:r>
      <w:r>
        <w:rPr>
          <w:sz w:val="20"/>
        </w:rPr>
        <w:t>1:06:30  aaye.</w:t>
      </w:r>
      <w:r>
        <w:br/>
      </w:r>
      <w:r>
        <w:rPr>
          <w:sz w:val="20"/>
        </w:rPr>
        <w:t>1:06:35  to maa baap apne ambitions ko thopte hain apni aulaad par.</w:t>
      </w:r>
      <w:r>
        <w:br/>
      </w:r>
      <w:r>
        <w:rPr>
          <w:sz w:val="20"/>
        </w:rPr>
        <w:t>1:06:40  main samajhta hoon ke agar maa baap jo hai fitrat par qaaim rahe to bete aur aulaad apne</w:t>
      </w:r>
      <w:r>
        <w:br/>
      </w:r>
      <w:r>
        <w:rPr>
          <w:sz w:val="20"/>
        </w:rPr>
        <w:t>1:06:45  aap hi fitrat par qaaim ho sakte hain.</w:t>
      </w:r>
      <w:r>
        <w:br/>
      </w:r>
      <w:r>
        <w:rPr>
          <w:sz w:val="20"/>
        </w:rPr>
        <w:t>1:06:50  yeh badi mushkil masla hai ke maa baap ka zehan itna bigad chuka hai, itna money oriented ho</w:t>
      </w:r>
      <w:r>
        <w:br/>
      </w:r>
      <w:r>
        <w:rPr>
          <w:sz w:val="20"/>
        </w:rPr>
        <w:t>1:06:56  gaye hain ke apne bete ko sirf ek hi chahte hain ke woh</w:t>
      </w:r>
      <w:r>
        <w:br/>
      </w:r>
      <w:r>
        <w:rPr>
          <w:sz w:val="20"/>
        </w:rPr>
        <w:t>1:07:01  money haarne ki machine bane.</w:t>
      </w:r>
      <w:r>
        <w:br/>
      </w:r>
      <w:r>
        <w:rPr>
          <w:sz w:val="20"/>
        </w:rPr>
        <w:t>1:07:07  ab hum is baare mein main sochta rehta hoon ke kya kya jaaye aur hum likhte rehte hain.</w:t>
      </w:r>
      <w:r>
        <w:br/>
      </w:r>
      <w:r>
        <w:rPr>
          <w:sz w:val="20"/>
        </w:rPr>
        <w:t>1:07:13  aa'indah bhi insha'Allah koshish karte rahenge.</w:t>
      </w:r>
      <w:r>
        <w:br/>
      </w:r>
      <w:r>
        <w:rPr>
          <w:sz w:val="20"/>
        </w:rPr>
        <w:t>1:07:19  maulana, ek comment aaya hai Azhar Rizvi sahib ka Pakistan se.</w:t>
      </w:r>
      <w:r>
        <w:br/>
      </w:r>
      <w:r>
        <w:rPr>
          <w:sz w:val="20"/>
        </w:rPr>
        <w:t>1:07:25  unhon ne likha hai isi comment mein woh jaanna bhi yeh chahte hain ke kya inka yeh</w:t>
      </w:r>
      <w:r>
        <w:br/>
      </w:r>
      <w:r>
        <w:rPr>
          <w:sz w:val="20"/>
        </w:rPr>
        <w:t>1:07:31  sochna sahi hai.</w:t>
      </w:r>
      <w:r>
        <w:br/>
      </w:r>
      <w:r>
        <w:rPr>
          <w:sz w:val="20"/>
        </w:rPr>
        <w:t>1:07:36  انہوں نے لکھا ہے کہ مولانا، if I have understood correctly, we all have worldly responsibilities and there</w:t>
      </w:r>
      <w:r>
        <w:br/>
      </w:r>
      <w:r>
        <w:rPr>
          <w:sz w:val="20"/>
        </w:rPr>
        <w:t>1:07:41  are two way to address them.</w:t>
      </w:r>
      <w:r>
        <w:br/>
      </w:r>
      <w:r>
        <w:rPr>
          <w:sz w:val="20"/>
        </w:rPr>
        <w:t>1:07:46  first through halal halal way and the other through the haram way.</w:t>
      </w:r>
      <w:r>
        <w:br/>
      </w:r>
      <w:r>
        <w:rPr>
          <w:sz w:val="20"/>
        </w:rPr>
        <w:t>1:07:51  one take you to qanaat and sabr, that is the halal way, and the other which is the</w:t>
      </w:r>
      <w:r>
        <w:br/>
      </w:r>
      <w:r>
        <w:rPr>
          <w:sz w:val="20"/>
        </w:rPr>
        <w:t>1:07:56  haste and the distraction is through the haram wa</w:t>
      </w:r>
      <w:r>
        <w:br/>
      </w:r>
      <w:r>
        <w:rPr>
          <w:sz w:val="20"/>
        </w:rPr>
        <w:t>1:08:01  ye. am i right in my understanding it? haan, baat to aap ki theek hai lekin yeh ek side hai. yaani sirf yahi cheez ke haram se bachna yeh aap ko jannat ka mustaghni bana dega. aap sirf khanzir na khayen, is tarah sharab na piyen. yeh ek yahi kafi nahi hai. aap ko jannat</w:t>
      </w:r>
      <w:r>
        <w:br/>
      </w:r>
      <w:r>
        <w:rPr>
          <w:sz w:val="20"/>
        </w:rPr>
        <w:t>1:08:31  کو ڈسکور کرنا ہے، internal جو abode ہے آپ کا، اس کو ڈسکور کرنا ہے۔</w:t>
      </w:r>
      <w:r>
        <w:br/>
      </w:r>
      <w:r>
        <w:rPr>
          <w:sz w:val="20"/>
        </w:rPr>
        <w:t>1:08:39  sirf halal gosht aur haram gosht jaanna yeh kaafi nahi mere khayal se.</w:t>
      </w:r>
      <w:r>
        <w:br/>
      </w:r>
      <w:r>
        <w:rPr>
          <w:sz w:val="20"/>
        </w:rPr>
        <w:t>1:08:46  jannat ki discovery zaroori hai aur God Almighty ki discovery zaroori hai.</w:t>
      </w:r>
      <w:r>
        <w:br/>
      </w:r>
      <w:r>
        <w:rPr>
          <w:sz w:val="20"/>
        </w:rPr>
        <w:t>1:08:54  sab se pehle God Almighty ki discovery, phir jannat ki discovery.</w:t>
      </w:r>
      <w:r>
        <w:br/>
      </w:r>
      <w:r>
        <w:rPr>
          <w:sz w:val="20"/>
        </w:rPr>
        <w:t>1:09:02  main Europe America mein jaata hoon to wahan sab se zyada inka rehta hai halal gosht aur haram gosht.</w:t>
      </w:r>
      <w:r>
        <w:br/>
      </w:r>
      <w:r>
        <w:rPr>
          <w:sz w:val="20"/>
        </w:rPr>
        <w:t>1:09:08  yeh kaafi nahi hai.</w:t>
      </w:r>
      <w:r>
        <w:br/>
      </w:r>
      <w:r>
        <w:rPr>
          <w:sz w:val="20"/>
        </w:rPr>
        <w:t>1:09:14  maulana, agla comment bheja hai Abdus Salam Umri sahib ne Hyderabad se.</w:t>
      </w:r>
      <w:r>
        <w:br/>
      </w:r>
      <w:r>
        <w:rPr>
          <w:sz w:val="20"/>
        </w:rPr>
        <w:t>1:09:20  unhon ne likha hai, maulana, aaj maine apni kamzori ko pakda, woh yeh hai ke marifat ki</w:t>
      </w:r>
      <w:r>
        <w:br/>
      </w:r>
      <w:r>
        <w:rPr>
          <w:sz w:val="20"/>
        </w:rPr>
        <w:t>1:09:26  raah mein meri tar</w:t>
      </w:r>
      <w:r>
        <w:br/>
      </w:r>
      <w:r>
        <w:rPr>
          <w:sz w:val="20"/>
        </w:rPr>
        <w:t>1:09:32  aqi na hone ka reason shajar ممنوعہ hai, yani distraction hai.</w:t>
      </w:r>
    </w:p>
    <w:p>
      <w:pPr>
        <w:pStyle w:val="Heading2"/>
      </w:pPr>
      <w:r>
        <w:t>Study plan failure and parental frustration</w:t>
      </w:r>
    </w:p>
    <w:p>
      <w:r>
        <w:rPr>
          <w:color w:val="666666"/>
          <w:sz w:val="18"/>
        </w:rPr>
        <w:t>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Struggling to study as planned</w:t>
      </w:r>
    </w:p>
    <w:p>
      <w:r>
        <w:rPr>
          <w:color w:val="666666"/>
          <w:sz w:val="18"/>
        </w:rPr>
        <w:t>Q&amp;A 04 DEC 2011 Maulana Wahiduddin Khan · 2m 53s · at 25:46 · https://youtu.be/KIMNmuUZoGo?t=1546</w:t>
      </w:r>
    </w:p>
    <w:p>
      <w:r>
        <w:rPr>
          <w:i/>
        </w:rPr>
        <w:t>“Sir, I am a second year engineering student. I have nine subjects to study and my exams start on ninth of December. The problem is that the moment I start my studies in the morning and make a plan to study for at least ten to twelve hours, I end up studying only two to three hours, which is very insufficient.”</w:t>
      </w:r>
    </w:p>
    <w:p>
      <w:r>
        <w:rPr>
          <w:sz w:val="20"/>
        </w:rPr>
        <w:t>25:46  Maulana, agla sawal aaya hai Mr Haren Sharma ka, Delhi se. Unhone likha hai: "Sir, I am a second year engineering student.</w:t>
      </w:r>
      <w:r>
        <w:br/>
      </w:r>
      <w:r>
        <w:rPr>
          <w:sz w:val="20"/>
        </w:rPr>
        <w:t>25:56  I have nine subjects to study and my exams start on ninth of December</w:t>
      </w:r>
      <w:r>
        <w:br/>
      </w:r>
      <w:r>
        <w:rPr>
          <w:sz w:val="20"/>
        </w:rPr>
        <w:t>26:03  . The problem is that the moment I start my studies in the morning and make a plan to study for at least ten to twelve hours, I end up studying only two to three hours, which is very insufficient.</w:t>
      </w:r>
      <w:r>
        <w:br/>
      </w:r>
      <w:r>
        <w:rPr>
          <w:sz w:val="20"/>
        </w:rPr>
        <w:t>26:17  Because of this, my parents start shouting at me and I get really irritated and frustrated and end up doing nothing.</w:t>
      </w:r>
      <w:r>
        <w:br/>
      </w:r>
      <w:r>
        <w:rPr>
          <w:sz w:val="20"/>
        </w:rPr>
        <w:t>26:27  I can concentrate not more than two hours at a stretch. I am afraid I will end up failing. Please help me out."</w:t>
      </w:r>
      <w:r>
        <w:br/>
      </w:r>
      <w:r>
        <w:rPr>
          <w:sz w:val="20"/>
        </w:rPr>
        <w:t>26:44  mere khayal se aap ka aap ke habits jo hain is ko aap tod nahi paate. Yeh unnatural baat hai ke aadmi bas do ghanta parhe.</w:t>
      </w:r>
      <w:r>
        <w:br/>
      </w:r>
      <w:r>
        <w:rPr>
          <w:sz w:val="20"/>
        </w:rPr>
        <w:t>26:54  kyun aadmi ise do ghanta padhega? Aadmi chaar ghanta padh sakta hai? Main yeh nahi kehta hoon ke aap barah ghante padhein. Main yeh nahi kehta. Lekin aap do ghanta, chaar ghanta, chhe ghanta padh sakte hain.</w:t>
      </w:r>
      <w:r>
        <w:br/>
      </w:r>
      <w:r>
        <w:rPr>
          <w:sz w:val="20"/>
        </w:rPr>
        <w:t>27:05  yeh kuch habits hain jis ko aap chhod nahi paate. Bahut buri cheez hai habit. Habit jab ho jati hai kisi ki to itna us ko yaani is se itna zyada familiar ho jata hai ke na chhod kar bhi samajhta hai ke main chhod diya hai.</w:t>
      </w:r>
      <w:r>
        <w:br/>
      </w:r>
      <w:r>
        <w:rPr>
          <w:sz w:val="20"/>
        </w:rPr>
        <w:t>27:24  ajeeb baat hai. Yeh maine paya hai ke chhodte nahi samajhte ke hum ne chhod diya. Mujhe batana padta hai kahin chhod diya aap ne?</w:t>
      </w:r>
      <w:r>
        <w:br/>
      </w:r>
      <w:r>
        <w:rPr>
          <w:sz w:val="20"/>
        </w:rPr>
        <w:t>27:34  to jis aadmi ko bhi koi unnatural is qism ka yaani mamla pesh aaye, yeh unnatural yaad rakhiye.</w:t>
      </w:r>
      <w:r>
        <w:br/>
      </w:r>
      <w:r>
        <w:rPr>
          <w:sz w:val="20"/>
        </w:rPr>
        <w:t>27:43  yeh natural nahi hai.</w:t>
      </w:r>
      <w:r>
        <w:br/>
      </w:r>
      <w:r>
        <w:rPr>
          <w:sz w:val="20"/>
        </w:rPr>
        <w:t>27:46  aur is liye koi na koi habit galat lagi hui hai aap ko. Is habit ko discover kijiye. Main to aaj tak dhoondta rehta hoon ke aisi habit jo mujhe bachpan se lag gayi ho, abhi tak lagi hui ho.</w:t>
      </w:r>
      <w:r>
        <w:br/>
      </w:r>
      <w:r>
        <w:rPr>
          <w:sz w:val="20"/>
        </w:rPr>
        <w:t>28:00  to habit badi buri cheez hai.</w:t>
      </w:r>
      <w:r>
        <w:br/>
      </w:r>
      <w:r>
        <w:rPr>
          <w:sz w:val="20"/>
        </w:rPr>
        <w:t>28:03  bade bade logon ko habit lagi rehti hai. Aur bachpan se lag jati hai. To aadmi is pe condition ho jata hai. To aap aap sawab mamlaat sirf parent ka nahi hai.</w:t>
      </w:r>
      <w:r>
        <w:br/>
      </w:r>
      <w:r>
        <w:rPr>
          <w:sz w:val="20"/>
        </w:rPr>
        <w:t>28:14  aap future mein kya karenge? Aap ko zindagi guzarna hai duniya mein. Aap ke paas achhi education chahiye. To kaise zindagi guzarenge aap? Masla parent ka nahi hai, masla aap ke apne future ka hai.</w:t>
      </w:r>
      <w:r>
        <w:br/>
      </w:r>
      <w:r>
        <w:rPr>
          <w:sz w:val="20"/>
        </w:rPr>
        <w:t>28:26  to aap apni jo wrong habits hain us ko daryaft kijiye aur us apne is yaani is ko correct kijiye, is ki islaah kijiye.</w:t>
      </w:r>
    </w:p>
    <w:p>
      <w:pPr>
        <w:pStyle w:val="Heading2"/>
      </w:pPr>
      <w:r>
        <w:t>A Shia youth seeks guidance on new thinking</w:t>
      </w:r>
    </w:p>
    <w:p>
      <w:r>
        <w:rPr>
          <w:color w:val="666666"/>
          <w:sz w:val="18"/>
        </w:rPr>
        <w:t>Forget the Grievances, January 01, 2017 · 2m 07s · at 48:44 · https://youtu.be/zW4q8dl2cmw?t=2924</w:t>
      </w:r>
    </w:p>
    <w:p>
      <w:r>
        <w:rPr>
          <w:i/>
        </w:rPr>
        <w:t>“I am a Kashmiri young man, and I have been following you religiously from past many years. I am a Shia, but with new thinking.”</w:t>
      </w:r>
    </w:p>
    <w:p>
      <w:r>
        <w:rPr>
          <w:sz w:val="20"/>
        </w:rPr>
        <w:t>48:44  maulana, agla sawal dilli se kiya hai javed ahmad beg sahab ne, aur unhon ne likha hai ke:</w:t>
      </w:r>
      <w:r>
        <w:br/>
      </w:r>
      <w:r>
        <w:rPr>
          <w:sz w:val="20"/>
        </w:rPr>
        <w:t>48:52  I am a Kashmiri young man, and I have been following you religiously from past many years.</w:t>
      </w:r>
      <w:r>
        <w:br/>
      </w:r>
      <w:r>
        <w:rPr>
          <w:sz w:val="20"/>
        </w:rPr>
        <w:t>48:59  i am a shia, but with new thinking.</w:t>
      </w:r>
      <w:r>
        <w:br/>
      </w:r>
      <w:r>
        <w:rPr>
          <w:sz w:val="20"/>
        </w:rPr>
        <w:t>49:03  what would be the solution to the kashmir problem?" maulana sahab, please say something on this.</w:t>
      </w:r>
      <w:r>
        <w:br/>
      </w:r>
      <w:r>
        <w:rPr>
          <w:sz w:val="20"/>
        </w:rPr>
        <w:t>49:10  bhai, is par likh chuke hain kai kitaben, woh un ko aap parhiye, aap english mein bhi hain,</w:t>
      </w:r>
      <w:r>
        <w:br/>
      </w:r>
      <w:r>
        <w:rPr>
          <w:sz w:val="20"/>
        </w:rPr>
        <w:t>49:17  urdu mein bhi hain.</w:t>
      </w:r>
      <w:r>
        <w:br/>
      </w:r>
      <w:r>
        <w:rPr>
          <w:sz w:val="20"/>
        </w:rPr>
        <w:t>49:19  misal ke taur par "dawn aur kashmir" ek ek kitab hai, is ko aap parhiye.</w:t>
      </w:r>
      <w:r>
        <w:br/>
      </w:r>
      <w:r>
        <w:rPr>
          <w:sz w:val="20"/>
        </w:rPr>
        <w:t>49:24  "kashmir mein aman" ek kitab hai, is ko parhiye.</w:t>
      </w:r>
      <w:r>
        <w:br/>
      </w:r>
      <w:r>
        <w:rPr>
          <w:sz w:val="20"/>
        </w:rPr>
        <w:t>49:28  to sari baaten, bhai, likh chuka hoon.</w:t>
      </w:r>
      <w:r>
        <w:br/>
      </w:r>
      <w:r>
        <w:rPr>
          <w:sz w:val="20"/>
        </w:rPr>
        <w:t>49:31  ji, sari baaten, kai kitaben hain, sirf kashmiri par hain.</w:t>
      </w:r>
      <w:r>
        <w:br/>
      </w:r>
      <w:r>
        <w:rPr>
          <w:sz w:val="20"/>
        </w:rPr>
        <w:t>49:35  ji, is ko aap parhiye.</w:t>
      </w:r>
      <w:r>
        <w:br/>
      </w:r>
      <w:r>
        <w:rPr>
          <w:sz w:val="20"/>
        </w:rPr>
        <w:t>49:37  maulana, kuch aur comments parhna chahenge.</w:t>
      </w:r>
      <w:r>
        <w:br/>
      </w:r>
      <w:r>
        <w:rPr>
          <w:sz w:val="20"/>
        </w:rPr>
        <w:t>49:40  agle do comments kashmir se aaye hain.</w:t>
      </w:r>
      <w:r>
        <w:br/>
      </w:r>
      <w:r>
        <w:rPr>
          <w:sz w:val="20"/>
        </w:rPr>
        <w:t>49:43  پہلا کمنٹ کشمیر سے ہے مس قروتلین کا، انہوں نے لکھا ہے: "The only hope for the entire</w:t>
      </w:r>
      <w:r>
        <w:br/>
      </w:r>
      <w:r>
        <w:rPr>
          <w:sz w:val="20"/>
        </w:rPr>
        <w:t>49:51  world in general, and in particular for muslims world, is maulana teachings and interpretations of quran." agla comment</w:t>
      </w:r>
      <w:r>
        <w:br/>
      </w:r>
      <w:r>
        <w:rPr>
          <w:sz w:val="20"/>
        </w:rPr>
        <w:t>49:59  کشمیر سے بھیجا ہے مسٹر عامر موری صاحب نے، اور انہوں نے لکھا ہے: "Today's lecture was an</w:t>
      </w:r>
      <w:r>
        <w:br/>
      </w:r>
      <w:r>
        <w:rPr>
          <w:sz w:val="20"/>
        </w:rPr>
        <w:t>50:07  eye opener for all Kashmiris, including me.</w:t>
      </w:r>
      <w:r>
        <w:br/>
      </w:r>
      <w:r>
        <w:rPr>
          <w:sz w:val="20"/>
        </w:rPr>
        <w:t>50:10  i think da revival of da prophetic sunnah, wich is based on replanning and da'wah, can be</w:t>
      </w:r>
      <w:r>
        <w:br/>
      </w:r>
      <w:r>
        <w:rPr>
          <w:sz w:val="20"/>
        </w:rPr>
        <w:t>50:17  best examplified by kashmir, as the kashmir has many opportunities for doing global da'wah work. " agla comment bangalore</w:t>
      </w:r>
      <w:r>
        <w:br/>
      </w:r>
      <w:r>
        <w:rPr>
          <w:sz w:val="20"/>
        </w:rPr>
        <w:t>50:25  سے بھیجا ہے فیصل سلیم صاحب نے، اور انہوں نے لکھا ہے: "really got a point from the</w:t>
      </w:r>
      <w:r>
        <w:br/>
      </w:r>
      <w:r>
        <w:rPr>
          <w:sz w:val="20"/>
        </w:rPr>
        <w:t>50:33  lesson that we need to ignore the community problems and avail global opportunities. " maulana yaqoob umri ne dilli</w:t>
      </w:r>
      <w:r>
        <w:br/>
      </w:r>
      <w:r>
        <w:rPr>
          <w:sz w:val="20"/>
        </w:rPr>
        <w:t>50:40  سے کمنٹ بھیجا ہے: "مولانا صاحب، today's lectures just is to plan according to the global opportunities available,</w:t>
      </w:r>
      <w:r>
        <w:br/>
      </w:r>
      <w:r>
        <w:rPr>
          <w:sz w:val="20"/>
        </w:rPr>
        <w:t>50:48  and not according to the grievances of victimised community.</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Deviated young boy seeking guidance</w:t>
      </w:r>
    </w:p>
    <w:p>
      <w:r>
        <w:rPr>
          <w:color w:val="666666"/>
          <w:sz w:val="18"/>
        </w:rPr>
        <w:t>Divine Guidance November 20, 2016 · 5m 03s · at 55:16 · https://youtu.be/tbcloc-fvSE?t=3316</w:t>
      </w:r>
    </w:p>
    <w:p>
      <w:r>
        <w:rPr>
          <w:i/>
        </w:rPr>
        <w:t>“I am a deviated young boy from Pakistan.”</w:t>
      </w:r>
    </w:p>
    <w:p>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p>
    <w:p>
      <w:pPr>
        <w:pStyle w:val="Heading2"/>
      </w:pPr>
      <w:r>
        <w:t>Hindrances to learning</w:t>
      </w:r>
    </w:p>
    <w:p>
      <w:r>
        <w:rPr>
          <w:color w:val="666666"/>
          <w:sz w:val="18"/>
        </w:rPr>
        <w:t>Divine Help February 09, 2014 Maulana Wahiduddin Khan · 3m 42s · at 54:47 · https://youtu.be/eJBjiYGZcKY?t=3287</w:t>
      </w:r>
    </w:p>
    <w:p>
      <w:r>
        <w:rPr>
          <w:i/>
        </w:rPr>
        <w:t>“Maulana as per your advice I do interact with people to learn more and more. My question is what are the factors which are hindrance to learning?”</w:t>
      </w:r>
    </w:p>
    <w:p>
      <w:r>
        <w:rPr>
          <w:sz w:val="20"/>
        </w:rPr>
        <w:t>54:47  Maulana agla sawal roorkee se kya hai Sajid Anwar sahib ne.</w:t>
      </w:r>
      <w:r>
        <w:br/>
      </w:r>
      <w:r>
        <w:rPr>
          <w:sz w:val="20"/>
        </w:rPr>
        <w:t>54:52  Unhon ne likha hai: Maulana as per your advice I do interact with people to learn more and more.</w:t>
      </w:r>
      <w:r>
        <w:br/>
      </w:r>
      <w:r>
        <w:rPr>
          <w:sz w:val="20"/>
        </w:rPr>
        <w:t>54:58  My question is what are the factors which are hindrance to learning?</w:t>
      </w:r>
      <w:r>
        <w:br/>
      </w:r>
      <w:r>
        <w:rPr>
          <w:sz w:val="20"/>
        </w:rPr>
        <w:t>55:04  Please advise me.</w:t>
      </w:r>
      <w:r>
        <w:br/>
      </w:r>
      <w:r>
        <w:rPr>
          <w:sz w:val="20"/>
        </w:rPr>
        <w:t>55:09  Dekhiye insaan ki yeh aam kamzori hai ke woh apni chalana chahta hai.</w:t>
      </w:r>
      <w:r>
        <w:br/>
      </w:r>
      <w:r>
        <w:rPr>
          <w:sz w:val="20"/>
        </w:rPr>
        <w:t>55:14  Apna agenda is ke paas hota hai hamesha.</w:t>
      </w:r>
      <w:r>
        <w:br/>
      </w:r>
      <w:r>
        <w:rPr>
          <w:sz w:val="20"/>
        </w:rPr>
        <w:t>55:19  Har aadmi ke paas mein dekhta hoon ke apna agenda rehta hai woh khule ya chhupe is ko</w:t>
      </w:r>
      <w:r>
        <w:br/>
      </w:r>
      <w:r>
        <w:rPr>
          <w:sz w:val="20"/>
        </w:rPr>
        <w:t>55:24  chalana chahta hai.</w:t>
      </w:r>
      <w:r>
        <w:br/>
      </w:r>
      <w:r>
        <w:rPr>
          <w:sz w:val="20"/>
        </w:rPr>
        <w:t>55:29  Open mind ke saath uske andar learning ki salahiyat hi nahi hoti.</w:t>
      </w:r>
      <w:r>
        <w:br/>
      </w:r>
      <w:r>
        <w:rPr>
          <w:sz w:val="20"/>
        </w:rPr>
        <w:t>55:34  Is ka saboot kya hai? Is ka saboot yeh hai ke log aitraaf nahi karte.</w:t>
      </w:r>
      <w:r>
        <w:br/>
      </w:r>
      <w:r>
        <w:rPr>
          <w:sz w:val="20"/>
        </w:rPr>
        <w:t>55:39  Hazrat Umar ke baray mein hum parhte hain ke baba unhon ne aisa kaha ke lola falan lehlak Umar.</w:t>
      </w:r>
      <w:r>
        <w:br/>
      </w:r>
      <w:r>
        <w:rPr>
          <w:sz w:val="20"/>
        </w:rPr>
        <w:t>55:44  Agar falan shakhs na hota to Umar halak ho jata.</w:t>
      </w:r>
      <w:r>
        <w:br/>
      </w:r>
      <w:r>
        <w:rPr>
          <w:sz w:val="20"/>
        </w:rPr>
        <w:t>55:49  Yaani Umar Sahabi thay, woh Khalifa thay, woh Quran ko jante thay.</w:t>
      </w:r>
      <w:r>
        <w:br/>
      </w:r>
      <w:r>
        <w:rPr>
          <w:sz w:val="20"/>
        </w:rPr>
        <w:t>55:54  Phir bhi woh aisa kaha unhon ne.</w:t>
      </w:r>
      <w:r>
        <w:br/>
      </w:r>
      <w:r>
        <w:rPr>
          <w:sz w:val="20"/>
        </w:rPr>
        <w:t>55:59  Lola falan lehlak Umar.</w:t>
      </w:r>
      <w:r>
        <w:br/>
      </w:r>
      <w:r>
        <w:rPr>
          <w:sz w:val="20"/>
        </w:rPr>
        <w:t>56:04  Yeh hai kya barha hua jazba learning ka.</w:t>
      </w:r>
      <w:r>
        <w:br/>
      </w:r>
      <w:r>
        <w:rPr>
          <w:sz w:val="20"/>
        </w:rPr>
        <w:t>56:09  Yeh hai nahi logon mein? Main to sun nahi pata aise alfaaz.</w:t>
      </w:r>
      <w:r>
        <w:br/>
      </w:r>
      <w:r>
        <w:rPr>
          <w:sz w:val="20"/>
        </w:rPr>
        <w:t>56:14  Yeh alfaaz jo hain lola falan lehlak Umar aise alfaaz to ban hi nahi pata.</w:t>
      </w:r>
      <w:r>
        <w:br/>
      </w:r>
      <w:r>
        <w:rPr>
          <w:sz w:val="20"/>
        </w:rPr>
        <w:t>56:19  Log bas pitch up kar lete hain, ghuma phira kar bolte hain.</w:t>
      </w:r>
      <w:r>
        <w:br/>
      </w:r>
      <w:r>
        <w:rPr>
          <w:sz w:val="20"/>
        </w:rPr>
        <w:t>56:24  Haan haan theek theek hai, woh bhi theek hai.</w:t>
      </w:r>
      <w:r>
        <w:br/>
      </w:r>
      <w:r>
        <w:rPr>
          <w:sz w:val="20"/>
        </w:rPr>
        <w:t>56:29  Jab tak aap ke andar bepanah jazba na ho learning ka.</w:t>
      </w:r>
      <w:r>
        <w:br/>
      </w:r>
      <w:r>
        <w:rPr>
          <w:sz w:val="20"/>
        </w:rPr>
        <w:t>56:34  Aur is ki pehchan yahi hai ke aap keh sakein ke yeh to baat agar main na jaanta</w:t>
      </w:r>
      <w:r>
        <w:br/>
      </w:r>
      <w:r>
        <w:rPr>
          <w:sz w:val="20"/>
        </w:rPr>
        <w:t>56:39  to main to halak ho chuka tha.</w:t>
      </w:r>
      <w:r>
        <w:br/>
      </w:r>
      <w:r>
        <w:rPr>
          <w:sz w:val="20"/>
        </w:rPr>
        <w:t>56:44  I was living in blunder.</w:t>
      </w:r>
      <w:r>
        <w:br/>
      </w:r>
      <w:r>
        <w:rPr>
          <w:sz w:val="20"/>
        </w:rPr>
        <w:t>56:49  Tab tak sab bas lip service hai, sirf kehna sunna hai.</w:t>
      </w:r>
      <w:r>
        <w:br/>
      </w:r>
      <w:r>
        <w:rPr>
          <w:sz w:val="20"/>
        </w:rPr>
        <w:t>56:54  Kuch haqeeqat is ki nahi hai.</w:t>
      </w:r>
      <w:r>
        <w:br/>
      </w:r>
      <w:r>
        <w:rPr>
          <w:sz w:val="20"/>
        </w:rPr>
        <w:t>56:59  to hazrat umar ke andar jo learning process tha jo kaha jata hai ke kaan ta'allum min kulli ahad.</w:t>
      </w:r>
      <w:r>
        <w:br/>
      </w:r>
      <w:r>
        <w:rPr>
          <w:sz w:val="20"/>
        </w:rPr>
        <w:t>57:04  to yeh sab andar se aata hai, koi bahar se aap ko nahi bataye ga.</w:t>
      </w:r>
      <w:r>
        <w:br/>
      </w:r>
      <w:r>
        <w:rPr>
          <w:sz w:val="20"/>
        </w:rPr>
        <w:t>57:09  aap ke andar be-panah shauq ho learning ka, ta'allum ka, seekhne ka.</w:t>
      </w:r>
      <w:r>
        <w:br/>
      </w:r>
      <w:r>
        <w:rPr>
          <w:sz w:val="20"/>
        </w:rPr>
        <w:t>57:14  to bas aap ka shauq hi aap ka guide ban jaye ga.</w:t>
      </w:r>
      <w:r>
        <w:br/>
      </w:r>
      <w:r>
        <w:rPr>
          <w:sz w:val="20"/>
        </w:rPr>
        <w:t>57:19  aur jaise hi saamne aaye koi sachai to fi'l-faur aap keh saken ke main ab tak andha</w:t>
      </w:r>
      <w:r>
        <w:br/>
      </w:r>
      <w:r>
        <w:rPr>
          <w:sz w:val="20"/>
        </w:rPr>
        <w:t>57:24  tha, ab mujhe sachai mili hai.</w:t>
      </w:r>
      <w:r>
        <w:br/>
      </w:r>
      <w:r>
        <w:rPr>
          <w:sz w:val="20"/>
        </w:rPr>
        <w:t>57:29  yeh keh saken.</w:t>
      </w:r>
      <w:r>
        <w:br/>
      </w:r>
      <w:r>
        <w:rPr>
          <w:sz w:val="20"/>
        </w:rPr>
        <w:t>57:34  yeh nahi keh saken kahen ge to zehan ke darwaze khulenge nahi.</w:t>
      </w:r>
      <w:r>
        <w:br/>
      </w:r>
      <w:r>
        <w:rPr>
          <w:sz w:val="20"/>
        </w:rPr>
        <w:t>57:39  log hal logon ka hal kya hai? haan haan yeh bhi theek hai.</w:t>
      </w:r>
      <w:r>
        <w:br/>
      </w:r>
      <w:r>
        <w:rPr>
          <w:sz w:val="20"/>
        </w:rPr>
        <w:t>57:44  yeh yeh jo aap kar rahe hain yeh bhi theek hai.</w:t>
      </w:r>
      <w:r>
        <w:br/>
      </w:r>
      <w:r>
        <w:rPr>
          <w:sz w:val="20"/>
        </w:rPr>
        <w:t>57:49  yeh yeh sirf bilkul yeh nothing.</w:t>
      </w:r>
      <w:r>
        <w:br/>
      </w:r>
      <w:r>
        <w:rPr>
          <w:sz w:val="20"/>
        </w:rPr>
        <w:t>57:54  aap kahiye ke ab tak main andha tha.</w:t>
      </w:r>
      <w:r>
        <w:br/>
      </w:r>
      <w:r>
        <w:rPr>
          <w:sz w:val="20"/>
        </w:rPr>
        <w:t>57:59  ab tak main be-khabar tha.</w:t>
      </w:r>
      <w:r>
        <w:br/>
      </w:r>
      <w:r>
        <w:rPr>
          <w:sz w:val="20"/>
        </w:rPr>
        <w:t>58:04  kyunke jaise hi aap yeh kahenge jaise hi dimagh ke darwaze khul jayenge.</w:t>
      </w:r>
      <w:r>
        <w:br/>
      </w:r>
      <w:r>
        <w:rPr>
          <w:sz w:val="20"/>
        </w:rPr>
        <w:t>58:09  aap ki shakhsiyat mein aik aik aik aik naya emergence paida hoga.</w:t>
      </w:r>
      <w:r>
        <w:br/>
      </w:r>
      <w:r>
        <w:rPr>
          <w:sz w:val="20"/>
        </w:rPr>
        <w:t>58:14  to yeh sab cheezen aadmi ke apne khud apne faisle par depend karti hain.</w:t>
      </w:r>
      <w:r>
        <w:br/>
      </w:r>
      <w:r>
        <w:rPr>
          <w:sz w:val="20"/>
        </w:rPr>
        <w:t>58:19  bahar se koi inculcate nahi kar sakta.</w:t>
      </w:r>
      <w:r>
        <w:br/>
      </w:r>
      <w:r>
        <w:rPr>
          <w:sz w:val="20"/>
        </w:rPr>
        <w:t>58:24  khud aadmi chahe to aisa banaye apne aap ko, nahi to na banaye to na banaye.</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Seeking spiritual guidance</w:t>
      </w:r>
    </w:p>
    <w:p>
      <w:r>
        <w:rPr>
          <w:color w:val="666666"/>
          <w:sz w:val="18"/>
        </w:rPr>
        <w:t>Purpose Of Human Life -12th Feb. '12 · 1m 44s · at 1:25:01 · https://youtu.be/TCGYvGJHf7w?t=5101</w:t>
      </w:r>
    </w:p>
    <w:p>
      <w:r>
        <w:rPr>
          <w:i/>
        </w:rPr>
        <w:t>“Maulana, my question is about seeking guidance.”</w:t>
      </w:r>
    </w:p>
    <w:p>
      <w:r>
        <w:rPr>
          <w:sz w:val="20"/>
        </w:rPr>
        <w:t>1:25:01  Maulana, agla sawal Mr.</w:t>
      </w:r>
      <w:r>
        <w:br/>
      </w:r>
      <w:r>
        <w:rPr>
          <w:sz w:val="20"/>
        </w:rPr>
        <w:t>1:25:06  Danyal ka hai.</w:t>
      </w:r>
      <w:r>
        <w:br/>
      </w:r>
      <w:r>
        <w:rPr>
          <w:sz w:val="20"/>
        </w:rPr>
        <w:t>1:25:10  Patna, Bihar se.</w:t>
      </w:r>
      <w:r>
        <w:br/>
      </w:r>
      <w:r>
        <w:rPr>
          <w:sz w:val="20"/>
        </w:rPr>
        <w:t>1:25:15  unhon ne aap se poocha hai ke purposeful life guzarne mein kisi ek ko guru ke taur par</w:t>
      </w:r>
      <w:r>
        <w:br/>
      </w:r>
      <w:r>
        <w:rPr>
          <w:sz w:val="20"/>
        </w:rPr>
        <w:t>1:25:20  manna ki kya ahmiyat hai? Agar aap ko sacha guru mil jaye to zaroor manna chahiye.</w:t>
      </w:r>
      <w:r>
        <w:br/>
      </w:r>
      <w:r>
        <w:rPr>
          <w:sz w:val="20"/>
        </w:rPr>
        <w:t>1:25:25  dekhen, nabi ke siwa koi dawah nahi kar sakta ke main guru hoon.</w:t>
      </w:r>
      <w:r>
        <w:br/>
      </w:r>
      <w:r>
        <w:rPr>
          <w:sz w:val="20"/>
        </w:rPr>
        <w:t>1:25:29  nabi kehta hai ke ana nabi la kazib goya kehta hai ke main tumhara guru hoon.</w:t>
      </w:r>
      <w:r>
        <w:br/>
      </w:r>
      <w:r>
        <w:rPr>
          <w:sz w:val="20"/>
        </w:rPr>
        <w:t>1:25:34  lekin doosre ke liye aap ko khud discover karna parta hai.</w:t>
      </w:r>
      <w:r>
        <w:br/>
      </w:r>
      <w:r>
        <w:rPr>
          <w:sz w:val="20"/>
        </w:rPr>
        <w:t>1:25:39  nabi apna kaam shuru karta hai dawah se.</w:t>
      </w:r>
      <w:r>
        <w:br/>
      </w:r>
      <w:r>
        <w:rPr>
          <w:sz w:val="20"/>
        </w:rPr>
        <w:t>1:25:44  ana nabi la kazib dawah se.</w:t>
      </w:r>
      <w:r>
        <w:br/>
      </w:r>
      <w:r>
        <w:rPr>
          <w:sz w:val="20"/>
        </w:rPr>
        <w:t>1:25:48  ana nabi la kazib kehta hai woh.</w:t>
      </w:r>
      <w:r>
        <w:br/>
      </w:r>
      <w:r>
        <w:rPr>
          <w:sz w:val="20"/>
        </w:rPr>
        <w:t>1:25:53  lekin doosra insan dawah se apne nahi shuru kar sakta apna kaam.</w:t>
      </w:r>
      <w:r>
        <w:br/>
      </w:r>
      <w:r>
        <w:rPr>
          <w:sz w:val="20"/>
        </w:rPr>
        <w:t>1:25:58  woh aap ko aap ki zimmedari hai ke aap discover karen us ko.</w:t>
      </w:r>
      <w:r>
        <w:br/>
      </w:r>
      <w:r>
        <w:rPr>
          <w:sz w:val="20"/>
        </w:rPr>
        <w:t>1:26:03  aur jab us ko payen ke us ke andar woh sifat hain to aap us ko maan len. Yeh hai.</w:t>
      </w:r>
      <w:r>
        <w:br/>
      </w:r>
      <w:r>
        <w:rPr>
          <w:sz w:val="20"/>
        </w:rPr>
        <w:t>1:26:08  Maulana, un ka ek aur sawal hai.</w:t>
      </w:r>
      <w:r>
        <w:br/>
      </w:r>
      <w:r>
        <w:rPr>
          <w:sz w:val="20"/>
        </w:rPr>
        <w:t>1:26:12  unhon ne poocha hai ke shakhsiyat parasti aur kisi ek ko apna rehnuma mante hue religious mission ko</w:t>
      </w:r>
      <w:r>
        <w:br/>
      </w:r>
      <w:r>
        <w:rPr>
          <w:sz w:val="20"/>
        </w:rPr>
        <w:t>1:26:17  chalane mein kya difference hai? Dekhen, shakhsiyat parasti ek alag cheez hai.</w:t>
      </w:r>
      <w:r>
        <w:br/>
      </w:r>
      <w:r>
        <w:rPr>
          <w:sz w:val="20"/>
        </w:rPr>
        <w:t>1:26:22  jisko kehte hain cult of individual ya personality cult, woh ek alag cheez hai.</w:t>
      </w:r>
      <w:r>
        <w:br/>
      </w:r>
      <w:r>
        <w:rPr>
          <w:sz w:val="20"/>
        </w:rPr>
        <w:t>1:26:27  aur rehnuma manna ek bilkul different cheez hai.</w:t>
      </w:r>
      <w:r>
        <w:br/>
      </w:r>
      <w:r>
        <w:rPr>
          <w:sz w:val="20"/>
        </w:rPr>
        <w:t>1:26:31  bilkul dono alag alag cheezen hain.</w:t>
      </w:r>
      <w:r>
        <w:br/>
      </w:r>
      <w:r>
        <w:rPr>
          <w:sz w:val="20"/>
        </w:rPr>
        <w:t>1:26:36  is par maine likha hai risale mein, aap parh lijie us ko.</w:t>
      </w:r>
      <w:r>
        <w:br/>
      </w:r>
      <w:r>
        <w:rPr>
          <w:sz w:val="20"/>
        </w:rPr>
        <w:t>1:26:41  yeh cheez aa chuki hai.</w:t>
      </w:r>
    </w:p>
    <w:p>
      <w:pPr>
        <w:pStyle w:val="Heading2"/>
      </w:pPr>
      <w:r>
        <w:t>Response to student rejecting God's test</w:t>
      </w:r>
    </w:p>
    <w:p>
      <w:r>
        <w:rPr>
          <w:color w:val="666666"/>
          <w:sz w:val="18"/>
        </w:rPr>
        <w:t>Revival of Muslim Ummah, February 4, 2013 · 1m 49s · at 58:52 · https://youtu.be/xB3MfWhLHoM?t=3532</w:t>
      </w:r>
    </w:p>
    <w:p>
      <w:r>
        <w:rPr>
          <w:i/>
        </w:rPr>
        <w:t>“This week during our dawah in the university campus, I was explaining the creation plan of God to a student. After a long discussion on various topics, she said: 'I don't like such God who creates me in this imperfect world and then tests me. It's so mean, I don't need such God.' Maulana, I want to know what is your comment on this?”</w:t>
      </w:r>
    </w:p>
    <w:p>
      <w:r>
        <w:rPr>
          <w:sz w:val="20"/>
        </w:rPr>
        <w:t>58:52  to maine yeh sawal Canada se aya hai Abu Hassan sahib ka. unhon ne likha hai: "Maulana sahib, das week during our daawa in the university campus, I was explaining the creation plan of God to a student.</w:t>
      </w:r>
      <w:r>
        <w:br/>
      </w:r>
      <w:r>
        <w:rPr>
          <w:sz w:val="20"/>
        </w:rPr>
        <w:t>59:10  after a long discussion in various topics, she said: 'I don't like such God who creates me in this imperfect world and then tests me.</w:t>
      </w:r>
      <w:r>
        <w:br/>
      </w:r>
      <w:r>
        <w:rPr>
          <w:sz w:val="20"/>
        </w:rPr>
        <w:t>59:23  it's so mean, I don't need such God.' Maulana sahib, I want to know what is your comment on this?</w:t>
      </w:r>
      <w:r>
        <w:br/>
      </w:r>
      <w:r>
        <w:rPr>
          <w:sz w:val="20"/>
        </w:rPr>
        <w:t>59:32  how can we address such a such a question?"</w:t>
      </w:r>
      <w:r>
        <w:br/>
      </w:r>
      <w:r>
        <w:rPr>
          <w:sz w:val="20"/>
        </w:rPr>
        <w:t>59:37  dekhein, log jo hain conditioned ho gaye hain immediate ko le kar sochne ke, immediate ko le kar sochne ke conditioned ho gaye hain.</w:t>
      </w:r>
      <w:r>
        <w:br/>
      </w:r>
      <w:r>
        <w:rPr>
          <w:sz w:val="20"/>
        </w:rPr>
        <w:t>59:49  to zahir hai ke itni jaldi woh apne zehan nahi badal sakte. to aap koshish karte rahein aur apni apni koshish ko jari rakhein.</w:t>
      </w:r>
      <w:r>
        <w:br/>
      </w:r>
      <w:r>
        <w:rPr>
          <w:sz w:val="20"/>
        </w:rPr>
        <w:t>1:00:06  inhi mein se aise log milenge jo aap ko positive response denge.</w:t>
      </w:r>
      <w:r>
        <w:br/>
      </w:r>
      <w:r>
        <w:rPr>
          <w:sz w:val="20"/>
        </w:rPr>
        <w:t>1:00:13  kisi ek, kisi ek waqeye ko aap generalize na karein. aisa nahi ke sab log aise hi honge, doosre qism ke log bhi honge.</w:t>
      </w:r>
      <w:r>
        <w:br/>
      </w:r>
      <w:r>
        <w:rPr>
          <w:sz w:val="20"/>
        </w:rPr>
        <w:t>1:00:23  to main yahi kahunga ke logon ki conditioning ko todne mein bohat time lagta hai. to aap ko thoda patience dikhana padega aur bohat hi, yani long term patience ko apne daawa par chalana padega.</w:t>
      </w:r>
      <w:r>
        <w:br/>
      </w:r>
      <w:r>
        <w:rPr>
          <w:sz w:val="20"/>
        </w:rPr>
        <w:t>1:00:40  Maulana, un ka ek aur</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Reason for tension in business</w:t>
      </w:r>
    </w:p>
    <w:p>
      <w:r>
        <w:rPr>
          <w:color w:val="666666"/>
          <w:sz w:val="18"/>
        </w:rPr>
        <w:t>Building A Creative Personality | 20 Nov 2011 · 5m 22s · at 1:12:43 · https://youtu.be/jdfhpwfEvKg?t=4363</w:t>
      </w:r>
    </w:p>
    <w:p>
      <w:r>
        <w:rPr>
          <w:i/>
        </w:rPr>
        <w:t>“I am a shopkeeper. Due to some business issues, I remain tense. What is the reason for this?”</w:t>
      </w:r>
    </w:p>
    <w:p>
      <w:r>
        <w:rPr>
          <w:sz w:val="20"/>
        </w:rPr>
        <w:t>1:12:43  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r>
        <w:br/>
      </w:r>
      <w:r>
        <w:rPr>
          <w:sz w:val="20"/>
        </w:rPr>
        <w:t>1:13:13  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r>
        <w:br/>
      </w:r>
      <w:r>
        <w:rPr>
          <w:sz w:val="20"/>
        </w:rPr>
        <w:t>1:13:43  cheez tension ka sabab hiras hai, karobar nahi hai.</w:t>
      </w:r>
      <w:r>
        <w:br/>
      </w:r>
      <w:r>
        <w:rPr>
          <w:sz w:val="20"/>
        </w:rPr>
        <w:t>1:13:48  yaad rakhiye, hiras ko khatm kijiye, qanaat ko ikhtiyar kijiye, kharch ko ghataye, aamdani ko manage kijiye to</w:t>
      </w:r>
      <w:r>
        <w:br/>
      </w:r>
      <w:r>
        <w:rPr>
          <w:sz w:val="20"/>
        </w:rPr>
        <w:t>1:13:53  tension harghiz nahi hoga.</w:t>
      </w:r>
      <w:r>
        <w:br/>
      </w:r>
      <w:r>
        <w:rPr>
          <w:sz w:val="20"/>
        </w:rPr>
        <w:t>1:13:58  mujhe mera tareeqa hai, main to koi kharch hi nahi, main koi tension bhi nahi.</w:t>
      </w:r>
      <w:r>
        <w:br/>
      </w:r>
      <w:r>
        <w:rPr>
          <w:sz w:val="20"/>
        </w:rPr>
        <w:t>1:14:03  main jo hai, woh isi pe, isi pe raazi rehta hoon, isi pe raazi rehta hoon.</w:t>
      </w:r>
      <w:r>
        <w:br/>
      </w:r>
      <w:r>
        <w:rPr>
          <w:sz w:val="20"/>
        </w:rPr>
        <w:t>1:14:08  misalan yeh farz kijiye, glass mein hai, glass hai, glass mein pani pi loon ga, glass nahi</w:t>
      </w:r>
      <w:r>
        <w:br/>
      </w:r>
      <w:r>
        <w:rPr>
          <w:sz w:val="20"/>
        </w:rPr>
        <w:t>1:14:13  to hath se hi pi loon ga, hath se pi loon ga, kisi cheez se pi loon ga.</w:t>
      </w:r>
      <w:r>
        <w:br/>
      </w:r>
      <w:r>
        <w:rPr>
          <w:sz w:val="20"/>
        </w:rPr>
        <w:t>1:14:20  mujhe koi pareshani nahi hogi, glass nahi, glass nahi, glass nahi.</w:t>
      </w:r>
      <w:r>
        <w:br/>
      </w:r>
      <w:r>
        <w:rPr>
          <w:sz w:val="20"/>
        </w:rPr>
        <w:t>1:14:26  to yeh ghalat hai soch ke karobar ki waja se tension harghiz nahi, hiras ki waja se tension.</w:t>
      </w:r>
      <w:r>
        <w:br/>
      </w:r>
      <w:r>
        <w:rPr>
          <w:sz w:val="20"/>
        </w:rPr>
        <w:t>1:14:32  log apna kharch barhaye rehte hain, aamdani ab hoti nahi hoti to phir aamdani barhaye, koshish pe lage</w:t>
      </w:r>
      <w:r>
        <w:br/>
      </w:r>
      <w:r>
        <w:rPr>
          <w:sz w:val="20"/>
        </w:rPr>
        <w:t>1:14:39  rehte hain, raat din, raat din, raat din to tension hoga. woh to</w:t>
      </w:r>
      <w:r>
        <w:br/>
      </w:r>
      <w:r>
        <w:rPr>
          <w:sz w:val="20"/>
        </w:rPr>
        <w:t>1:14:45  apne karobar ko manage kijiye.</w:t>
      </w:r>
      <w:r>
        <w:br/>
      </w:r>
      <w:r>
        <w:rPr>
          <w:sz w:val="20"/>
        </w:rPr>
        <w:t>1:14:51  aik hi hal hai ke manage kijiye aur had ke andar rahiye, bas had se bahar na jaiye.</w:t>
      </w:r>
      <w:r>
        <w:br/>
      </w:r>
      <w:r>
        <w:rPr>
          <w:sz w:val="20"/>
        </w:rPr>
        <w:t>1:14:57  quran ne kaha: "takathur, takathur asal raaz hai tension ka." ilhaq o takathur, takathur se apne aap ko bachaiye.</w:t>
      </w:r>
      <w:r>
        <w:br/>
      </w:r>
      <w:r>
        <w:rPr>
          <w:sz w:val="20"/>
        </w:rPr>
        <w:t>1:15:03  mister khawaja kaleemuddin ne pennsylvania, usa se sawal kiya hai.</w:t>
      </w:r>
      <w:r>
        <w:br/>
      </w:r>
      <w:r>
        <w:rPr>
          <w:sz w:val="20"/>
        </w:rPr>
        <w:t>1:15:09  unhon ne likha hai: "mol</w:t>
      </w:r>
      <w:r>
        <w:br/>
      </w:r>
      <w:r>
        <w:rPr>
          <w:sz w:val="20"/>
        </w:rPr>
        <w:t>1:15:15  "Ana sahib, what is the difference between Ijtihad and Ijma? Is Ijma necessary in any Ijtihad?" Dekhiye, yeh</w:t>
      </w:r>
      <w:r>
        <w:br/>
      </w:r>
      <w:r>
        <w:rPr>
          <w:sz w:val="20"/>
        </w:rPr>
        <w:t>1:15:21  aik bara masla hai.</w:t>
      </w:r>
      <w:r>
        <w:br/>
      </w:r>
      <w:r>
        <w:rPr>
          <w:sz w:val="20"/>
        </w:rPr>
        <w:t>1:15:27  yeh aaj mein isi par bolne wala tha lekin kisi waja se topic badal gaya.</w:t>
      </w:r>
      <w:r>
        <w:br/>
      </w:r>
      <w:r>
        <w:rPr>
          <w:sz w:val="20"/>
        </w:rPr>
        <w:t>1:15:33  dekhen, ijma ka jo tasawwur hai logon ka, ab mein is ko sahi nahi samajhta.</w:t>
      </w:r>
      <w:r>
        <w:br/>
      </w:r>
      <w:r>
        <w:rPr>
          <w:sz w:val="20"/>
        </w:rPr>
        <w:t>1:15:39  ijma ko woh aaj kal kiya hai, mukhtasar tor par</w:t>
      </w:r>
      <w:r>
        <w:br/>
      </w:r>
      <w:r>
        <w:rPr>
          <w:sz w:val="20"/>
        </w:rPr>
        <w:t>1:15:45  arz karunga ke fuqaha jo hain kehte hain ke shariat ke char masadir hain. masdar yani source. source of shariat jo hai, woh char hain: quran, sunnat, ijma aur qiyas. main kehta hoon yeh sahi nahi hai, sirf do hi masdar hain, woh hain quran aur hadith. jaisa ke quran, jaisa ke hadith mein aata hai: "طرف مستقلا کتاب اللہ و سنتی". to asal jo hai, woh sirf quran aur hadith hai aur koi aslan</w:t>
      </w:r>
      <w:r>
        <w:br/>
      </w:r>
      <w:r>
        <w:rPr>
          <w:sz w:val="20"/>
        </w:rPr>
        <w:t>1:16:15  nahi hai. baqi jo hai, teesra woh ijtihad hai. ijtihad ki qismein mein se ek qism hai ijma, ek qism hai qiyas. to ijma jo hai, abadi nahi hota. logon ne samajh rakha hai ke ek baar agar ijma ho gaya to hamesha ke liye ijma quran o sunnat ki taraf ho gaya. yeh bilkul galat hai, yeh hargiz nahi. ijma jo hota hai, kisi waqti masle ko hal karne ke liye hota hai. to ek waqti masla pesh aaya, is mein do sooraten hain. agar sab ki ra</w:t>
      </w:r>
      <w:r>
        <w:br/>
      </w:r>
      <w:r>
        <w:rPr>
          <w:sz w:val="20"/>
        </w:rPr>
        <w:t>1:16:45  ek ho jaye to woh hua ijma. agar sab ki raah ek na ho to aksariyat dekha jayega, usko kehte hain jumhoor. to na to jumhoor ki raah hai aur na ijma hamesha ke liye hota hai. waqti hota hai woh, yani halaat badal jayein to ijma bhi badal jayega aur jumhoor ki raah bhi badal jayegi. jo naye badalne wali cheez hai, woh sirf do hain: quran aur hadith. to khulasa yeh hai ke ijma se pehle ijtihad hai. jab</w:t>
      </w:r>
      <w:r>
        <w:br/>
      </w:r>
      <w:r>
        <w:rPr>
          <w:sz w:val="20"/>
        </w:rPr>
        <w:t>1:17:15  bhi quran o hadith mein sarahatan kuch na mile, hidayat aap ko sochna pare to woh woh ijtihad</w:t>
      </w:r>
      <w:r>
        <w:br/>
      </w:r>
      <w:r>
        <w:rPr>
          <w:sz w:val="20"/>
        </w:rPr>
        <w:t>1:17:19  ka masla hota hai.</w:t>
      </w:r>
      <w:r>
        <w:br/>
      </w:r>
      <w:r>
        <w:rPr>
          <w:sz w:val="20"/>
        </w:rPr>
        <w:t>1:17:24  ab ijtihad ki jab aap karenge to kabhi consensus ho jayega, kabhi nahi hoga.</w:t>
      </w:r>
      <w:r>
        <w:br/>
      </w:r>
      <w:r>
        <w:rPr>
          <w:sz w:val="20"/>
        </w:rPr>
        <w:t>1:17:28  is ki wajah se shaklein badlengi.</w:t>
      </w:r>
      <w:r>
        <w:br/>
      </w:r>
      <w:r>
        <w:rPr>
          <w:sz w:val="20"/>
        </w:rPr>
        <w:t>1:17:32  to mere dekh, asal cheez Quran o Sunnat ke baad jo hai, wo ijtihad hi hai.</w:t>
      </w:r>
      <w:r>
        <w:br/>
      </w:r>
      <w:r>
        <w:rPr>
          <w:sz w:val="20"/>
        </w:rPr>
        <w:t>1:17:36  yeh jo logon ne banaya hai, ijma o qiyas, yeh apni taraf se banaya hai.</w:t>
      </w:r>
      <w:r>
        <w:br/>
      </w:r>
      <w:r>
        <w:rPr>
          <w:sz w:val="20"/>
        </w:rPr>
        <w:t>1:17:41  lekin phir bhi</w:t>
      </w:r>
      <w:r>
        <w:br/>
      </w:r>
      <w:r>
        <w:rPr>
          <w:sz w:val="20"/>
        </w:rPr>
        <w:t>1:17:45  main kahunga ke ijma agar kisi cheez ke upar ho jaye to wo abadi kabhi bhi nahi</w:t>
      </w:r>
      <w:r>
        <w:br/>
      </w:r>
      <w:r>
        <w:rPr>
          <w:sz w:val="20"/>
        </w:rPr>
        <w:t>1:17:50  hoga, waqti hoga.</w:t>
      </w:r>
      <w:r>
        <w:br/>
      </w:r>
      <w:r>
        <w:rPr>
          <w:sz w:val="20"/>
        </w:rPr>
        <w:t>1:17:55  wo abadi hai to sirf Quran o Sunnat hai.</w:t>
      </w:r>
      <w:r>
        <w:br/>
      </w:r>
      <w:r>
        <w:rPr>
          <w:sz w:val="20"/>
        </w:rPr>
        <w:t>1:18:00  is par inshallah main ek ek poora ek class karna chahta hoon is masle par aindah kisi waqt.</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Balancing dawah and self study</w:t>
      </w:r>
    </w:p>
    <w:p>
      <w:r>
        <w:rPr>
          <w:color w:val="666666"/>
          <w:sz w:val="18"/>
        </w:rPr>
        <w:t>From The Spiritual Tree September 8, 2013 · 1m 21s · at 51:58 · https://youtu.be/Vv6vf2N8YQA?t=3118</w:t>
      </w:r>
    </w:p>
    <w:p>
      <w:r>
        <w:rPr>
          <w:i/>
        </w:rPr>
        <w:t>“Sometimes I find myself between two opposite demands. Whether to engage in a dawah activity or to engage in self study. Please guide how to balance between these conflicting but equally important tasks.”</w:t>
      </w:r>
    </w:p>
    <w:p>
      <w:r>
        <w:rPr>
          <w:sz w:val="20"/>
        </w:rPr>
        <w:t>51:58  Masha Allah. yeh agla sawal aaya hai Sajid Anwar Sahab Karar ki se.</w:t>
      </w:r>
      <w:r>
        <w:br/>
      </w:r>
      <w:r>
        <w:rPr>
          <w:sz w:val="20"/>
        </w:rPr>
        <w:t>52:04  yeh kehte hain Maulana Sometimes I find myself between two opposite demands. Whether to engage in a دعویٰ Activity or to engage in Self Study.</w:t>
      </w:r>
      <w:r>
        <w:br/>
      </w:r>
      <w:r>
        <w:rPr>
          <w:sz w:val="20"/>
        </w:rPr>
        <w:t>52:18  Please guide how to balance between these conflicting but equally important tasks.</w:t>
      </w:r>
      <w:r>
        <w:br/>
      </w:r>
      <w:r>
        <w:rPr>
          <w:sz w:val="20"/>
        </w:rPr>
        <w:t>52:29  dekhen is par to ab bahar se koi aap ko Advice nahi de</w:t>
      </w:r>
      <w:r>
        <w:br/>
      </w:r>
      <w:r>
        <w:rPr>
          <w:sz w:val="20"/>
        </w:rPr>
        <w:t>52:32  sakta. aap ko khud Manage karna parega. kyunke aadmi is dunya mein Different taqazon ke darmiyan jeeta hai.</w:t>
      </w:r>
      <w:r>
        <w:br/>
      </w:r>
      <w:r>
        <w:rPr>
          <w:sz w:val="20"/>
        </w:rPr>
        <w:t>52:41  yeh to har aadmi ko kai taqazon ke beech mein jeena parta. yeh to har aadmi ka mamla hai. to in sab mukhtalif taqazon ko hum kaise Manage karen?</w:t>
      </w:r>
      <w:r>
        <w:br/>
      </w:r>
      <w:r>
        <w:rPr>
          <w:sz w:val="20"/>
        </w:rPr>
        <w:t>52:51  yeh aadmi khud hi samajh sakta hai</w:t>
      </w:r>
      <w:r>
        <w:br/>
      </w:r>
      <w:r>
        <w:rPr>
          <w:sz w:val="20"/>
        </w:rPr>
        <w:t>52:53  ke woh kitna Sacrifice kar sakta hai. kitna bardasht kar sakta hai, kitna sabr kar sakta hai, kitna Afford kar sakta hai. yeh aadmi khud hi jaan sakta hai.</w:t>
      </w:r>
      <w:r>
        <w:br/>
      </w:r>
      <w:r>
        <w:rPr>
          <w:sz w:val="20"/>
        </w:rPr>
        <w:t>53:04  to aap khud apne halaat ke lehaaz se yaani koi formula nikaliye jis se aap manage kar saken.</w:t>
      </w:r>
      <w:r>
        <w:br/>
      </w:r>
      <w:r>
        <w:rPr>
          <w:sz w:val="20"/>
        </w:rPr>
        <w:t>53:13  hum bilkul specific tor par to hum kuch nahi kar sakte.</w:t>
      </w:r>
    </w:p>
    <w:p>
      <w:pPr>
        <w:pStyle w:val="Heading2"/>
      </w:pPr>
      <w:r>
        <w:t>Managing stress from unmet expectations</w:t>
      </w:r>
    </w:p>
    <w:p>
      <w:r>
        <w:rPr>
          <w:color w:val="666666"/>
          <w:sz w:val="18"/>
        </w:rPr>
        <w:t>Islam &amp; Prophet of Islam 21 Oct, 2012 - Maulana Wahiduddin Khan · 2m 32s · at 1:18:45 · https://youtu.be/2hwtfOyNeS0?t=4725</w:t>
      </w:r>
    </w:p>
    <w:p>
      <w:r>
        <w:rPr>
          <w:i/>
        </w:rPr>
        <w:t>“This world is for test, we get less than ideal, but our nature wants ideal. This results in stress. How can we manage stress? Please guide us.”</w:t>
      </w:r>
    </w:p>
    <w:p>
      <w:r>
        <w:rPr>
          <w:sz w:val="20"/>
        </w:rPr>
        <w:t>1:18:45  maulana, agla sawal hai dilli se miss naghma siddiqui ka. unhon ne likha hai: "as this world is for test, we get less than ideal, but our nature wants ideal."</w:t>
      </w:r>
      <w:r>
        <w:br/>
      </w:r>
      <w:r>
        <w:rPr>
          <w:sz w:val="20"/>
        </w:rPr>
        <w:t>1:18:59  das results in stress. how can we manage stress? please guide us." dekhiye, maine jahan tak samjha apne tajrube se, woh yeh hai ke stress ya tension naam hai over expectation ka.</w:t>
      </w:r>
      <w:r>
        <w:br/>
      </w:r>
      <w:r>
        <w:rPr>
          <w:sz w:val="20"/>
        </w:rPr>
        <w:t>1:19:19  over expectation. chahe woh shohar biwi ki baat ho, chahe government ki baat ho.</w:t>
      </w:r>
      <w:r>
        <w:br/>
      </w:r>
      <w:r>
        <w:rPr>
          <w:sz w:val="20"/>
        </w:rPr>
        <w:t>1:19:28  jab shadi hoti hai aur husband wife ekatha hote hain ek ghar mein, to dono ek doosre se over expect karne lagte hain.</w:t>
      </w:r>
      <w:r>
        <w:br/>
      </w:r>
      <w:r>
        <w:rPr>
          <w:sz w:val="20"/>
        </w:rPr>
        <w:t>1:19:38  wahin se shikayat paida ho jati hai. yaani husband chahta hai jo us se zyada chahta hai, jo jo chahta hai woh us se zyada hota hai jo biwi de sakti hai us ko.</w:t>
      </w:r>
      <w:r>
        <w:br/>
      </w:r>
      <w:r>
        <w:rPr>
          <w:sz w:val="20"/>
        </w:rPr>
        <w:t>1:19:49  biwi jo chahti hai woh us se zyada hota hai jo shohar us ko de sakta hai. to married life mein jitne bhi conflict hain, woh paida hote hain over expectation ki wajah se.</w:t>
      </w:r>
      <w:r>
        <w:br/>
      </w:r>
      <w:r>
        <w:rPr>
          <w:sz w:val="20"/>
        </w:rPr>
        <w:t>1:19:59  aisi mamla government ka hai. government se sab log shikayat karte hain, aap jante hain. jis ko dekhein, woh government ki shikayat hi bole ga. kyun?</w:t>
      </w:r>
      <w:r>
        <w:br/>
      </w:r>
      <w:r>
        <w:rPr>
          <w:sz w:val="20"/>
        </w:rPr>
        <w:t>1:20:09  woh over expect kar raha hai. to over expectation jo hai, woh kabhi bhi aap ko shikayat se khali nahi kar sakta.</w:t>
      </w:r>
      <w:r>
        <w:br/>
      </w:r>
      <w:r>
        <w:rPr>
          <w:sz w:val="20"/>
        </w:rPr>
        <w:t>1:20:18  to sahi tareeqa kya hai? ke aap realist banen. realist. aap yeh janen ke kaun kya kuch de sakta hai aap ko. balkeh mera tareeqa to yeh hai ke main kisi se expect hi nahi karta.</w:t>
      </w:r>
      <w:r>
        <w:br/>
      </w:r>
      <w:r>
        <w:rPr>
          <w:sz w:val="20"/>
        </w:rPr>
        <w:t>1:20:30  jo us ne de diya to bara acha. hamare gaon mein, jahan UP ka rehne wala hoon main, to bachpan mein mujhe yaad aata hai ke ek ek faqeer aata aata tha.</w:t>
      </w:r>
      <w:r>
        <w:br/>
      </w:r>
      <w:r>
        <w:rPr>
          <w:sz w:val="20"/>
        </w:rPr>
        <w:t>1:20:39  ek faqeer. boodha faqeer tha. to woh awaz lagata tha ke jo de us ka hi bhala, jo na de us ka hi bhala.</w:t>
      </w:r>
      <w:r>
        <w:br/>
      </w:r>
      <w:r>
        <w:rPr>
          <w:sz w:val="20"/>
        </w:rPr>
        <w:t>1:20:51  jo de us ka bhi bhala, jo na de us ka bhi bhala. best formula yeh hai. best formula hai. doosron se jo kuch mil gaya aap ko, bohat acha.</w:t>
      </w:r>
      <w:r>
        <w:br/>
      </w:r>
      <w:r>
        <w:rPr>
          <w:sz w:val="20"/>
        </w:rPr>
        <w:t>1:21:01  nahi mila tab bhi acha. doosron se agar mil gaya kuch to tab bhi acha hai. nahi mila tab bhi acha hai. yahi wahid cheez hai jis se aap stress free reh sakte hain.</w:t>
      </w:r>
      <w:r>
        <w:br/>
      </w:r>
      <w:r>
        <w:rPr>
          <w:sz w:val="20"/>
        </w:rPr>
        <w:t>1:21:12  aur koi doosra formula nahi.</w:t>
      </w:r>
    </w:p>
    <w:p>
      <w:pPr>
        <w:pStyle w:val="Heading2"/>
      </w:pPr>
      <w:r>
        <w:t>How to resist external influences and live simply</w:t>
      </w:r>
    </w:p>
    <w:p>
      <w:r>
        <w:rPr>
          <w:color w:val="666666"/>
          <w:sz w:val="18"/>
        </w:rPr>
        <w:t>Spirituality in Simple Living, High Thinking October 27, 2019 Maulana Wahiduddin Khan · 2m 22s · at 46:07 · https://youtu.be/Kr28g15eFr8?t=2767</w:t>
      </w:r>
    </w:p>
    <w:p>
      <w:r>
        <w:rPr>
          <w:i/>
        </w:rPr>
        <w:t>“Maulana sahib, I have been trying to live simple life as you have advocated it personally to me number of times, but sometimes due to external influences, I'm not able to implement it in complete sense. Kindly guide how can we save our self from getting influence from the surrounding environment.”</w:t>
      </w:r>
    </w:p>
    <w:p>
      <w:r>
        <w:rPr>
          <w:sz w:val="20"/>
        </w:rPr>
        <w:t>46:07  Maulana, agla sawal Aamir Mori sahab ne Goa se kiya hai.</w:t>
      </w:r>
      <w:r>
        <w:br/>
      </w:r>
      <w:r>
        <w:rPr>
          <w:sz w:val="20"/>
        </w:rPr>
        <w:t>46:12  Unhon ne likha hai: "Maulana sahib, I have been trying to live simple life as you have advocated it personally to me number of times, but sometimes due to external influences, I am not able to implement it in complete sense.</w:t>
      </w:r>
      <w:r>
        <w:br/>
      </w:r>
      <w:r>
        <w:rPr>
          <w:sz w:val="20"/>
        </w:rPr>
        <w:t>46:31  Kindly guide how can we save our self from getting influence from the surrounding environment."</w:t>
      </w:r>
      <w:r>
        <w:br/>
      </w:r>
      <w:r>
        <w:rPr>
          <w:sz w:val="20"/>
        </w:rPr>
        <w:t>46:43  Bhai, yeh to pehli condition hai</w:t>
      </w:r>
      <w:r>
        <w:br/>
      </w:r>
      <w:r>
        <w:rPr>
          <w:sz w:val="20"/>
        </w:rPr>
        <w:t>46:49  ke environment ka jo influence hota hai, us ko aap. Us se aap ignore karen, us se aap influence na hon.</w:t>
      </w:r>
      <w:r>
        <w:br/>
      </w:r>
      <w:r>
        <w:rPr>
          <w:sz w:val="20"/>
        </w:rPr>
        <w:t>47:00  yeh to rahi to kuch bhi nahi,</w:t>
      </w:r>
      <w:r>
        <w:br/>
      </w:r>
      <w:r>
        <w:rPr>
          <w:sz w:val="20"/>
        </w:rPr>
        <w:t>47:04  wohin se to condition shuru hoti hai aur conditioning ka koi hal nahi hai siwaye de conditioning ke.</w:t>
      </w:r>
      <w:r>
        <w:br/>
      </w:r>
      <w:r>
        <w:rPr>
          <w:sz w:val="20"/>
        </w:rPr>
        <w:t>47:16  aap excuse agar lenge to aap conditioning ko de condition kar nahi sakte. to yeh to aap ko karna hi karna hai.</w:t>
      </w:r>
      <w:r>
        <w:br/>
      </w:r>
      <w:r>
        <w:rPr>
          <w:sz w:val="20"/>
        </w:rPr>
        <w:t>47:31  environment se</w:t>
      </w:r>
      <w:r>
        <w:br/>
      </w:r>
      <w:r>
        <w:rPr>
          <w:sz w:val="20"/>
        </w:rPr>
        <w:t>47:36  ke influence se bachne ke liye to aap ko merciless de conditioning karni padegi, is mein koi doosri baat nahi hai.</w:t>
      </w:r>
      <w:r>
        <w:br/>
      </w:r>
      <w:r>
        <w:rPr>
          <w:sz w:val="20"/>
        </w:rPr>
        <w:t>47:53  merciless de conditioning,</w:t>
      </w:r>
      <w:r>
        <w:br/>
      </w:r>
      <w:r>
        <w:rPr>
          <w:sz w:val="20"/>
        </w:rPr>
        <w:t>47:58  mein ne Allah ke fazl se apni merciless de conditioning ki hai,</w:t>
      </w:r>
      <w:r>
        <w:br/>
      </w:r>
      <w:r>
        <w:rPr>
          <w:sz w:val="20"/>
        </w:rPr>
        <w:t>48:08  is ki bohat example mere paas hai. to yeh to yeh to koi excuse chalega nahi.</w:t>
      </w:r>
      <w:r>
        <w:br/>
      </w:r>
      <w:r>
        <w:rPr>
          <w:sz w:val="20"/>
        </w:rPr>
        <w:t>48:20  wahan to wohi hai ke ya to hai ya nahi, beech ka koi rasta nahi hai.</w:t>
      </w:r>
    </w:p>
    <w:p>
      <w:pPr>
        <w:pStyle w:val="Heading2"/>
      </w:pPr>
      <w:r>
        <w:t>Balancing dawah and self-study</w:t>
      </w:r>
    </w:p>
    <w:p>
      <w:r>
        <w:rPr>
          <w:color w:val="666666"/>
          <w:sz w:val="18"/>
        </w:rPr>
        <w:t>From the Spiritual Tree September 8, 2013 Maulana Wahiduddin Khan · 1m 13s · at 52:35 · https://youtu.be/y4bObH7a_64?t=3155</w:t>
      </w:r>
    </w:p>
    <w:p>
      <w:r>
        <w:rPr>
          <w:i/>
        </w:rPr>
        <w:t>“Sometimes I find myself between two opposite demands, whether to engage in a dawah activity and to engage in self-study. Please guide how to balance between these conflicting but equally important tasks.”</w:t>
      </w:r>
    </w:p>
    <w:p>
      <w:r>
        <w:rPr>
          <w:sz w:val="20"/>
        </w:rPr>
        <w:t>52:35  masha allah. yeh agla sawal aaya hai sajid anwar sahib ka rurki se. yeh kehte hain: "maulana sometimes i find myself between two opposite demands,</w:t>
      </w:r>
      <w:r>
        <w:br/>
      </w:r>
      <w:r>
        <w:rPr>
          <w:sz w:val="20"/>
        </w:rPr>
        <w:t>52:48  whether to engage in a dawah activity or to engage in self study. please guide how to balance between these conflicting but equally important tasks."</w:t>
      </w:r>
    </w:p>
    <w:p>
      <w:pPr>
        <w:pStyle w:val="Heading2"/>
      </w:pPr>
      <w:r>
        <w:t>International politics theory and human nature</w:t>
      </w:r>
    </w:p>
    <w:p>
      <w:r>
        <w:rPr>
          <w:color w:val="666666"/>
          <w:sz w:val="18"/>
        </w:rPr>
        <w:t>Concept of Jihad in Islam September 7, 2014 · 1m 16s · at 53:23 · https://youtu.be/GnKBYM8HbuQ?t=3203</w:t>
      </w:r>
    </w:p>
    <w:p>
      <w:r>
        <w:rPr>
          <w:i/>
        </w:rPr>
        <w:t>“I am a student of international politics. International relations theory of politics puts power, national interest, wicked human nature at the center of all discourse.”</w:t>
      </w:r>
    </w:p>
    <w:p>
      <w:r>
        <w:rPr>
          <w:sz w:val="20"/>
        </w:rPr>
        <w:t>53:23  maulana, agla sawal dilli se hai mushtaq ahmed wani sahib ne kiya hai, aur unhon ne likha hai</w:t>
      </w:r>
      <w:r>
        <w:br/>
      </w:r>
      <w:r>
        <w:rPr>
          <w:sz w:val="20"/>
        </w:rPr>
        <w:t>53:28  ke I am a student of international politics.</w:t>
      </w:r>
      <w:r>
        <w:br/>
      </w:r>
      <w:r>
        <w:rPr>
          <w:sz w:val="20"/>
        </w:rPr>
        <w:t>53:34  International relations theory of politics puts power, national interest, wicked human nature at the center of all discourse.</w:t>
      </w:r>
      <w:r>
        <w:br/>
      </w:r>
      <w:r>
        <w:rPr>
          <w:sz w:val="20"/>
        </w:rPr>
        <w:t>53:39  What baffles my mind is that where I could place God in all this game where morality does</w:t>
      </w:r>
      <w:r>
        <w:br/>
      </w:r>
      <w:r>
        <w:rPr>
          <w:sz w:val="20"/>
        </w:rPr>
        <w:t>53:45  not have any place.</w:t>
      </w:r>
      <w:r>
        <w:br/>
      </w:r>
      <w:r>
        <w:rPr>
          <w:sz w:val="20"/>
        </w:rPr>
        <w:t>53:50  dekhiye, yeh sab jo course hote hain, yeh to job ke liye hote hain.</w:t>
      </w:r>
      <w:r>
        <w:br/>
      </w:r>
      <w:r>
        <w:rPr>
          <w:sz w:val="20"/>
        </w:rPr>
        <w:t>53:56  wo wo ek alag cheez, alag duniya hai.</w:t>
      </w:r>
      <w:r>
        <w:br/>
      </w:r>
      <w:r>
        <w:rPr>
          <w:sz w:val="20"/>
        </w:rPr>
        <w:t>54:01  wo chahe aap mba karein ya aap koi aur mozu karein, wo job ke liye hota hai.</w:t>
      </w:r>
      <w:r>
        <w:br/>
      </w:r>
      <w:r>
        <w:rPr>
          <w:sz w:val="20"/>
        </w:rPr>
        <w:t>54:07  is se mera koi matlab nahi hai.</w:t>
      </w:r>
      <w:r>
        <w:br/>
      </w:r>
      <w:r>
        <w:rPr>
          <w:sz w:val="20"/>
        </w:rPr>
        <w:t>54:12  aap ko islam ko samajhna hai to hamari kitabein parhiye.</w:t>
      </w:r>
      <w:r>
        <w:br/>
      </w:r>
      <w:r>
        <w:rPr>
          <w:sz w:val="20"/>
        </w:rPr>
        <w:t>54:18  is se koi ta'alluq nahi hai.</w:t>
      </w:r>
      <w:r>
        <w:br/>
      </w:r>
      <w:r>
        <w:rPr>
          <w:sz w:val="20"/>
        </w:rPr>
        <w:t>54:23  is ka islam ko samajhne ke liye jadeed daur mein islam ko kaise apply kiya jaye, is ko</w:t>
      </w:r>
      <w:r>
        <w:br/>
      </w:r>
      <w:r>
        <w:rPr>
          <w:sz w:val="20"/>
        </w:rPr>
        <w:t>54:29  janna hai to hamari kitabein parhiye.</w:t>
      </w:r>
      <w:r>
        <w:br/>
      </w:r>
      <w:r>
        <w:rPr>
          <w:sz w:val="20"/>
        </w:rPr>
        <w:t>54:34  kyun ke hum ne poori umar khapayi hai isi mein, poori umar khapa kar ke yeh kitabein tayyar ki hain.</w:t>
      </w:r>
    </w:p>
    <w:p>
      <w:pPr>
        <w:pStyle w:val="Heading2"/>
      </w:pPr>
      <w:r>
        <w:t>Overcoming tension from lust as shopkeeper</w:t>
      </w:r>
    </w:p>
    <w:p>
      <w:r>
        <w:rPr>
          <w:color w:val="666666"/>
          <w:sz w:val="18"/>
        </w:rPr>
        <w:t>Life After Death January 22, 2012 · 3m 24s · at 1:16:39 · https://youtu.be/5hVH1BLKBF4?t=4599</w:t>
      </w:r>
    </w:p>
    <w:p>
      <w:r>
        <w:rPr>
          <w:i/>
        </w:rPr>
        <w:t>“I am a shopkeeper. The issue of HIRS (lust) is always with every shopkeeper, due to which every shopkeeper remains in severe tension. How can one get out of this tension?”</w:t>
      </w:r>
    </w:p>
    <w:p>
      <w:r>
        <w:rPr>
          <w:sz w:val="20"/>
        </w:rPr>
        <w:t>1:16:39  Maulana, agla sawal aya hai Mr Fazal Amin ka, Karachi Pakistan se. unhon ne likha hai: "main aik dukandar hoon.</w:t>
      </w:r>
      <w:r>
        <w:br/>
      </w:r>
      <w:r>
        <w:rPr>
          <w:sz w:val="20"/>
        </w:rPr>
        <w:t>1:16:48  HIRS ka mamla har dukandar ke sath rehta hai jis ki wajah se har dukandar shadeed Tension mein rehta hai. Maulana sahib, is Tension se kis tarah nikla jaye?" HIRS ka matlab hai Lust.</w:t>
      </w:r>
      <w:r>
        <w:br/>
      </w:r>
      <w:r>
        <w:rPr>
          <w:sz w:val="20"/>
        </w:rPr>
        <w:t>1:17:02  L-U-S-T, Lust.</w:t>
      </w:r>
      <w:r>
        <w:br/>
      </w:r>
      <w:r>
        <w:rPr>
          <w:sz w:val="20"/>
        </w:rPr>
        <w:t>1:17:09  is ka saada tareeqa dekhiye kya hai formula. ke is ko Quran mein kaha gaya hai taqasur. aur zyada, aur zyada, aur zyada.</w:t>
      </w:r>
      <w:r>
        <w:br/>
      </w:r>
      <w:r>
        <w:rPr>
          <w:sz w:val="20"/>
        </w:rPr>
        <w:t>1:17:19  to is ka saada formula sochne ka yeh hai ke aap yeh sochen ke zyada paisa kis liye?</w:t>
      </w:r>
      <w:r>
        <w:br/>
      </w:r>
      <w:r>
        <w:rPr>
          <w:sz w:val="20"/>
        </w:rPr>
        <w:t>1:17:29  zyada zyada chahta hoon paisa to kis liye? zyada peace of mind ke liye? to zyada paisa sirf peace of mind ko Disrupt karta hai.</w:t>
      </w:r>
      <w:r>
        <w:br/>
      </w:r>
      <w:r>
        <w:rPr>
          <w:sz w:val="20"/>
        </w:rPr>
        <w:t>1:17:40  jitna zyada paisa utni pais of mind khatam.</w:t>
      </w:r>
      <w:r>
        <w:br/>
      </w:r>
      <w:r>
        <w:rPr>
          <w:sz w:val="20"/>
        </w:rPr>
        <w:t>1:17:44  to jab jo required result na mile to taqasur se faida kya hai? is wajah se dekhiye hadith mein ata hai ke sab se bari cheez qanaat hai, taqasur nahin.</w:t>
      </w:r>
      <w:r>
        <w:br/>
      </w:r>
      <w:r>
        <w:rPr>
          <w:sz w:val="20"/>
        </w:rPr>
        <w:t>1:18:00  do cheezein hain dekhiye qanaat aik hai aik hai taqasur. taqasur ka matlab hai ke mahr hai na mahr.</w:t>
      </w:r>
      <w:r>
        <w:br/>
      </w:r>
      <w:r>
        <w:rPr>
          <w:sz w:val="20"/>
        </w:rPr>
        <w:t>1:18:07  qanaat ka matlab hai ke jo Allah taala ne aap ko diya hai us par aap ka Contentment ho jaye. to Contentment mein Peace of Mind hai.</w:t>
      </w:r>
      <w:r>
        <w:br/>
      </w:r>
      <w:r>
        <w:rPr>
          <w:sz w:val="20"/>
        </w:rPr>
        <w:t>1:18:19  mahr hai na mahr mein nahin hai. to sawal yeh hai ke jab jab Result na milta ho to kya faida taqasur se?</w:t>
      </w:r>
      <w:r>
        <w:br/>
      </w:r>
      <w:r>
        <w:rPr>
          <w:sz w:val="20"/>
        </w:rPr>
        <w:t>1:18:29  aap sochiye ke Tension hota hai. insaan ki sehat kharab hoti hai. Blood Pressure badhta hai. aadmi Diabetic ho jata hai.</w:t>
      </w:r>
      <w:r>
        <w:br/>
      </w:r>
      <w:r>
        <w:rPr>
          <w:sz w:val="20"/>
        </w:rPr>
        <w:t>1:18:40  jitne zyada paise wale hain un ka yeh anjam hua. is wajah se dekhiye sahi tareeqa kya hai? agar aap ke paas zyada paisa aata hai to us ko deen ke raaste mein kharch kijiye.</w:t>
      </w:r>
      <w:r>
        <w:br/>
      </w:r>
      <w:r>
        <w:rPr>
          <w:sz w:val="20"/>
        </w:rPr>
        <w:t>1:18:54  sirf apni zaat mein mat kharch kijiye.</w:t>
      </w:r>
      <w:r>
        <w:br/>
      </w:r>
      <w:r>
        <w:rPr>
          <w:sz w:val="20"/>
        </w:rPr>
        <w:t>1:18:59  yaani kam paisa agar Allah taala ne diya aap ko to us par qanaat kar ke zindagi guzariye. agar Allah taala ne aap ko zyada paise de diye to theek hai woh bhi nemmat hai lekin kis liye?</w:t>
      </w:r>
      <w:r>
        <w:br/>
      </w:r>
      <w:r>
        <w:rPr>
          <w:sz w:val="20"/>
        </w:rPr>
        <w:t>1:19:14  sirf is liye ke apni Family ke liye nahi deen ke liye. Quran mein hai ke: "yasaloonaka ma la yunfiqoon" .</w:t>
      </w:r>
      <w:r>
        <w:br/>
      </w:r>
      <w:r>
        <w:rPr>
          <w:sz w:val="20"/>
        </w:rPr>
        <w:t>1:19:24  log poochte hain ke kaise kharch karein?</w:t>
      </w:r>
      <w:r>
        <w:br/>
      </w:r>
      <w:r>
        <w:rPr>
          <w:sz w:val="20"/>
        </w:rPr>
        <w:t>1:19:27  to Allah taala ne farmaya ke baqadr zaroorat apne paas rakho baqi deen mein kharch karo. yeh do formula hain Peace ka aur sukoon ka.</w:t>
      </w:r>
      <w:r>
        <w:br/>
      </w:r>
      <w:r>
        <w:rPr>
          <w:sz w:val="20"/>
        </w:rPr>
        <w:t>1:19:37  ke agar aap ko kam rizq mila hai to us par qanaat kar li jiye. zyada paisa aa raha hai Allah taala ki taraf se aap ko to zaroorat ke waqt apne paas rakhiye baqi deen mein kharch kar dijiye.</w:t>
      </w:r>
      <w:r>
        <w:br/>
      </w:r>
      <w:r>
        <w:rPr>
          <w:sz w:val="20"/>
        </w:rPr>
        <w:t>1:19:51  is ke siwa jo tareeqa hoga us mein sirf Tension, Stress, sehat ki kharabi is ke siwa kuch nahi.</w:t>
      </w:r>
    </w:p>
    <w:p>
      <w:pPr>
        <w:pStyle w:val="Heading2"/>
      </w:pPr>
      <w:r>
        <w:t>Dealing with doubts from atheist books</w:t>
      </w:r>
    </w:p>
    <w:p>
      <w:r>
        <w:rPr>
          <w:color w:val="666666"/>
          <w:sz w:val="18"/>
        </w:rPr>
        <w:t>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Dealing with criticism and mockery</w:t>
      </w:r>
    </w:p>
    <w:p>
      <w:r>
        <w:rPr>
          <w:color w:val="666666"/>
          <w:sz w:val="18"/>
        </w:rPr>
        <w:t>Importance of Peace August 17, 2014 · 3m 42s · at 41:04 · https://youtu.be/ifxSwh2Jckw?t=2464</w:t>
      </w:r>
    </w:p>
    <w:p>
      <w:r>
        <w:rPr>
          <w:i/>
        </w:rPr>
        <w:t>“People's negative criticism or mockery of me is very painful. What is the way to avoid this pain? Can we ignore it and continue our work? But in this path we have to suffer these pains repeatedly. Is it possible that we develop ourselves to such an extent that no one's rudeness has any effect on us?”</w:t>
      </w:r>
    </w:p>
    <w:p>
      <w:r>
        <w:rPr>
          <w:sz w:val="20"/>
        </w:rPr>
        <w:t>41:04  maulana, yeh sawal aaya hai shahnawaz zafar sahab ka, dilli se, aur unhon ne likha hai ke logon ka apne upar negative tanqeed ya mazak bohat hi takleef deh hota hai.</w:t>
      </w:r>
      <w:r>
        <w:br/>
      </w:r>
      <w:r>
        <w:rPr>
          <w:sz w:val="20"/>
        </w:rPr>
        <w:t>41:19  is takleef se bachne ka kya rasta hai? kya hum ise ignore kar ke apna kaam karte rahen? lekin is raste mein bar bar humein in takleefon se dochar hona parta hai.</w:t>
      </w:r>
      <w:r>
        <w:br/>
      </w:r>
      <w:r>
        <w:rPr>
          <w:sz w:val="20"/>
        </w:rPr>
        <w:t>41:33  kya aisa mumkin hai ke hum itne develop ho jayen ke kisi ki badtameezi ka hamare upar koi asar na ho?</w:t>
      </w:r>
      <w:r>
        <w:br/>
      </w:r>
      <w:r>
        <w:rPr>
          <w:sz w:val="20"/>
        </w:rPr>
        <w:t>41:44  dekhen, islam ka jo principle hai is mamle mein ke jo critique hai, jo tanqeed kar raha hai, us ko chahiye ke woh allegation ki zuban na bole, ilzam tarashi ki zuban na bole.</w:t>
      </w:r>
      <w:r>
        <w:br/>
      </w:r>
      <w:r>
        <w:rPr>
          <w:sz w:val="20"/>
        </w:rPr>
        <w:t>42:04  balkeh facts ko le kar ke comment de apna. yani sabit shuda fact, aisa fact jo dono fareeq ke darmiyan tasleem shuda ho, us ko le kar ke bole woh.</w:t>
      </w:r>
      <w:r>
        <w:br/>
      </w:r>
      <w:r>
        <w:rPr>
          <w:sz w:val="20"/>
        </w:rPr>
        <w:t>42:22  aur niyat par hamla karna, aib lagana, yeh islam mein haram hai. lekin ab dunya mein jab hota hai to ab sawal yeh hai ke woh aadmi kya kare jis ki tanqeed ki gayi hai?</w:t>
      </w:r>
      <w:r>
        <w:br/>
      </w:r>
      <w:r>
        <w:rPr>
          <w:sz w:val="20"/>
        </w:rPr>
        <w:t>42:37  yeh usool to hum dunya ko bata sakte hain ke bhai aisa karo. kuch log manenge, kuch log na manenge. ab is is insan ke liye kya hai jo jis par criticize kiya gaya hai?</w:t>
      </w:r>
      <w:r>
        <w:br/>
      </w:r>
      <w:r>
        <w:rPr>
          <w:sz w:val="20"/>
        </w:rPr>
        <w:t>42:51  to us ke liye tareeqa islam mein yeh bataya gaya hai ke aap bajaye is ke ke aap provoke hon, ghussa ho jayen, react karen, aap sirf yeh kijiye ke dekhen ke us ne jo baat kahi hai, us mein kuch sachai hai.</w:t>
      </w:r>
      <w:r>
        <w:br/>
      </w:r>
      <w:r>
        <w:rPr>
          <w:sz w:val="20"/>
        </w:rPr>
        <w:t>43:11  agar sachai hai to us ko seriously lijiye aur apni islaah kar lijiye.</w:t>
      </w:r>
      <w:r>
        <w:br/>
      </w:r>
      <w:r>
        <w:rPr>
          <w:sz w:val="20"/>
        </w:rPr>
        <w:t>43:20  agar sachai nahi hai, woh allegation hai to phir aaraaz kijiye, avoid kijiye. uljhiye mat.</w:t>
      </w:r>
      <w:r>
        <w:br/>
      </w:r>
      <w:r>
        <w:rPr>
          <w:sz w:val="20"/>
        </w:rPr>
        <w:t>43:32  yani agar is ne jo baat kahi hai, woh yani is qabil hai ke aap is ko manen, apni ghalti ki islaah karen to aap zaroor is ko maniye aur is ki islaah kar lijie apni ghalti ki.</w:t>
      </w:r>
      <w:r>
        <w:br/>
      </w:r>
      <w:r>
        <w:rPr>
          <w:sz w:val="20"/>
        </w:rPr>
        <w:t>43:50  agar aap dekhte hain ke is ne to ek jhoota ilzaam laga rakha hai ke woh character assassination kar raha hai to character assassination to islam mein haraam hai.</w:t>
      </w:r>
      <w:r>
        <w:br/>
      </w:r>
      <w:r>
        <w:rPr>
          <w:sz w:val="20"/>
        </w:rPr>
        <w:t>44:03  lekin aap agar provoke hon, aap react karen to aap ka waqt zaya hota hai.</w:t>
      </w:r>
      <w:r>
        <w:br/>
      </w:r>
      <w:r>
        <w:rPr>
          <w:sz w:val="20"/>
        </w:rPr>
        <w:t>44:11  to is ko main kehta hoon ke</w:t>
      </w:r>
      <w:r>
        <w:br/>
      </w:r>
      <w:r>
        <w:rPr>
          <w:sz w:val="20"/>
        </w:rPr>
        <w:t>44:15  by time strategy, B-U-Y, by time strategy. yani jab aap aaraaz karte hain, jab chup ho jate hain to aap time avail karte hain.</w:t>
      </w:r>
      <w:r>
        <w:br/>
      </w:r>
      <w:r>
        <w:rPr>
          <w:sz w:val="20"/>
        </w:rPr>
        <w:t>44:30  aur jab ulajh jate hain to aap ka time waste hota hai.</w:t>
      </w:r>
      <w:r>
        <w:br/>
      </w:r>
      <w:r>
        <w:rPr>
          <w:sz w:val="20"/>
        </w:rPr>
        <w:t>44:37  to ya to apni islaah kar lijie ya phir by time strategy ko apnaie.</w:t>
      </w:r>
    </w:p>
    <w:p>
      <w:pPr>
        <w:pStyle w:val="Heading2"/>
      </w:pPr>
      <w:r>
        <w:t>Knowing and maintaining self-correction process</w:t>
      </w:r>
    </w:p>
    <w:p>
      <w:r>
        <w:rPr>
          <w:color w:val="666666"/>
          <w:sz w:val="18"/>
        </w:rPr>
        <w:t>The Role of Suffering 31 Aug, 2019 - Maulana Wahiduddin Khan · 17m 38s · at 33:58 · https://youtu.be/y4B5iBknSpk?t=2038</w:t>
      </w:r>
    </w:p>
    <w:p>
      <w:r>
        <w:rPr>
          <w:i/>
        </w:rPr>
        <w:t>“How can I understand that the self-correction process has started within me and how to maintain it?”</w:t>
      </w:r>
    </w:p>
    <w:p>
      <w:r>
        <w:rPr>
          <w:sz w:val="20"/>
        </w:rPr>
        <w:t>33:58  Maulana Mahboob bhai ka Mumbai se sawal hai. unhone likha hai: "Maulana, main yeh kaise samjhun ke mere andar self-correction process jaari ho chuka hai aur usko kaise barkarar rakha jaaye?"</w:t>
      </w:r>
      <w:r>
        <w:br/>
      </w:r>
      <w:r>
        <w:rPr>
          <w:sz w:val="20"/>
        </w:rPr>
        <w:t>34:15  Yeh sab dekhne ki zaroorat nahi hai. Yeh ek process jaanna hai. Aap process ko jaanen ge, aap jo ho raha hai woh woh wahan tak toh sirf angel ki pahunch hoti hai, farishton ki.</w:t>
      </w:r>
      <w:r>
        <w:br/>
      </w:r>
      <w:r>
        <w:rPr>
          <w:sz w:val="20"/>
        </w:rPr>
        <w:t>34:32  Bas</w:t>
      </w:r>
      <w:r>
        <w:br/>
      </w:r>
      <w:r>
        <w:rPr>
          <w:sz w:val="20"/>
        </w:rPr>
        <w:t>34:39  batar news, batar khabar ko laani nahi. Aap ki pahunch yahin tak hai ke batar khabar ke janne ho.</w:t>
      </w:r>
      <w:r>
        <w:br/>
      </w:r>
      <w:r>
        <w:rPr>
          <w:sz w:val="20"/>
        </w:rPr>
        <w:t>34:59  Maulana, kya yeh keh sakte hain hum ke ah pre ah Muhammad era mein zyada it is to be physical torture suffering and not is more mental suffering?</w:t>
      </w:r>
      <w:r>
        <w:br/>
      </w:r>
      <w:r>
        <w:rPr>
          <w:sz w:val="20"/>
        </w:rPr>
        <w:t>35:12  Can we say that people suffered more physically in the dows times pre ah pre Muhammad period? Aisa kuch keh sakte hain? Maulana sahib, abhi aaj kal mental suffering zyada hai.</w:t>
      </w:r>
      <w:r>
        <w:br/>
      </w:r>
      <w:r>
        <w:rPr>
          <w:sz w:val="20"/>
        </w:rPr>
        <w:t>35:25  mein samjha, mein samjha nahin.</w:t>
      </w:r>
      <w:r>
        <w:br/>
      </w:r>
      <w:r>
        <w:rPr>
          <w:sz w:val="20"/>
        </w:rPr>
        <w:t>35:27  woh priya ka sawal yeh hai ke ah prophet se jo pehle ka daur tha, us daur mein physical suffering zyada thi aur aaj ke daur mein mental suffering zyada hai.</w:t>
      </w:r>
      <w:r>
        <w:br/>
      </w:r>
      <w:r>
        <w:rPr>
          <w:sz w:val="20"/>
        </w:rPr>
        <w:t>35:40  toh kya is ko aise kaha ja sakta hai? kya yeh sahi hai kehna?</w:t>
      </w:r>
      <w:r>
        <w:br/>
      </w:r>
      <w:r>
        <w:rPr>
          <w:sz w:val="20"/>
        </w:rPr>
        <w:t>35:48  partial sense mein se ho sakta hai, partial sense mein. kyunke sara mamla yeh hai ke aap kitna apne kuch mein involve karte hain.</w:t>
      </w:r>
      <w:r>
        <w:br/>
      </w:r>
      <w:r>
        <w:rPr>
          <w:sz w:val="20"/>
        </w:rPr>
        <w:t>36:01  involve kijiye toh physical suffering aa jayegi. jaise aap dekhiye, hussain thay makka mein rehte thay toh khabar suni unhon ne kufa ki toh rawana ho gaye.</w:t>
      </w:r>
      <w:r>
        <w:br/>
      </w:r>
      <w:r>
        <w:rPr>
          <w:sz w:val="20"/>
        </w:rPr>
        <w:t>36:17  rastay mein farazdaq mila, aik aik aadmi tha farazdaq. us ne kaha aap mat jaiye, woh kufa wale aise hotay hain. phir bhi woh gaye toh jab wahan pohanchay toh waqai woh hua jo jo farazdaq ne kar rakha tha.</w:t>
      </w:r>
      <w:r>
        <w:br/>
      </w:r>
      <w:r>
        <w:rPr>
          <w:sz w:val="20"/>
        </w:rPr>
        <w:t>36:34  toh toh apne ko khud hi jhonkna hai. pehle bhi aisa hota tha ke aadmi na jhuke, aaj bhi aisa hota hai ke aadmi na jhuke.</w:t>
      </w:r>
      <w:r>
        <w:br/>
      </w:r>
      <w:r>
        <w:rPr>
          <w:sz w:val="20"/>
        </w:rPr>
        <w:t>36:44  misalan india mein dekhiye, sare log wahan bjp, mein toh kuch bhi nahin, mein sirf phir parha tha, waise ab bhi hoon, mujhe koi pareshani nahin hai.</w:t>
      </w:r>
      <w:r>
        <w:br/>
      </w:r>
      <w:r>
        <w:rPr>
          <w:sz w:val="20"/>
        </w:rPr>
        <w:t>36:59  yeh yeh yeh aik relative yaani baat hai, yeh is ko real nahin samjhiye.</w:t>
      </w:r>
      <w:r>
        <w:br/>
      </w:r>
      <w:r>
        <w:rPr>
          <w:sz w:val="20"/>
        </w:rPr>
        <w:t>37:08  hain nafs ammara kya hota hai? nafs ammara, nafs ammara aur nafs al-lawwamah koi mysterious baat nahin hai,</w:t>
      </w:r>
      <w:r>
        <w:br/>
      </w:r>
      <w:r>
        <w:rPr>
          <w:sz w:val="20"/>
        </w:rPr>
        <w:t>37:23  mysterious baat nahin hai. dekhiye, aadmi rozana mukhtalif qism ke cheezon ke darmiyan guzarta hai toh nafs al-lawwamah jo hai,</w:t>
      </w:r>
      <w:r>
        <w:br/>
      </w:r>
      <w:r>
        <w:rPr>
          <w:sz w:val="20"/>
        </w:rPr>
        <w:t>37:37  woh right direction mein aap ko woh karta hai,</w:t>
      </w:r>
      <w:r>
        <w:br/>
      </w:r>
      <w:r>
        <w:rPr>
          <w:sz w:val="20"/>
        </w:rPr>
        <w:t>37:44  guide karta hai, tawajjuh dilata hai. aur nafs al-lawwamah jo hai, ghalat direction mein, matlab woh woh farishte ke asar se hota hai ya shaitan ke asar se hota hai.</w:t>
      </w:r>
      <w:r>
        <w:br/>
      </w:r>
      <w:r>
        <w:rPr>
          <w:sz w:val="20"/>
        </w:rPr>
        <w:t>37:57  yeh bohat hi yeh koi mysterious baat nahin hai, koi mysterious baat nahin hai. yeh yeh common aik common se experience ki baat hai.</w:t>
      </w:r>
      <w:r>
        <w:br/>
      </w:r>
      <w:r>
        <w:rPr>
          <w:sz w:val="20"/>
        </w:rPr>
        <w:t>38:17  maulana, you said that our mind gets activated when we are hit with some sad experience.</w:t>
      </w:r>
      <w:r>
        <w:br/>
      </w:r>
      <w:r>
        <w:rPr>
          <w:sz w:val="20"/>
        </w:rPr>
        <w:t>38:28  can it be that at that time we feel helpless and that is why inspiration comes from god?</w:t>
      </w:r>
      <w:r>
        <w:br/>
      </w:r>
      <w:r>
        <w:rPr>
          <w:sz w:val="20"/>
        </w:rPr>
        <w:t>38:37  if we are able to take that situation positively and not react to it? rajab,</w:t>
      </w:r>
      <w:r>
        <w:br/>
      </w:r>
      <w:r>
        <w:rPr>
          <w:sz w:val="20"/>
        </w:rPr>
        <w:t>38:50  kya kaha? say inspiration aati hai. maulana, woh yeh keh rahi hain ke jo aap ne bataya ke jab aik insaan suffering ko face karta hai toh us time pe woh helpless ho jata hai aur isi wajah se nahin, yeh yeh ghalat nikala hai.</w:t>
      </w:r>
      <w:r>
        <w:br/>
      </w:r>
      <w:r>
        <w:rPr>
          <w:sz w:val="20"/>
        </w:rPr>
        <w:t>39:14  aap ne helpless ho jata hai, zyada sensitive ho jata hai. yeh kahiye ji,</w:t>
      </w:r>
      <w:r>
        <w:br/>
      </w:r>
      <w:r>
        <w:rPr>
          <w:sz w:val="20"/>
        </w:rPr>
        <w:t>39:19  helpless hua. haan, hum hum ne toh bohat suffering uthai, uthai hai, bohat suffer.</w:t>
      </w:r>
      <w:r>
        <w:br/>
      </w:r>
      <w:r>
        <w:rPr>
          <w:sz w:val="20"/>
        </w:rPr>
        <w:t>39:30  aaj aaj ki baat batata hoon mein ke itni bari mujhe suffering hui thi, aaj hi, aaj hi ke maine kaha khudaaya, mein jannat ka mustahiq nahin hoon, mujhe toh sirf aik aik aik nazar khuda ko dekh lena hai,</w:t>
      </w:r>
      <w:r>
        <w:br/>
      </w:r>
      <w:r>
        <w:rPr>
          <w:sz w:val="20"/>
        </w:rPr>
        <w:t>39:47  bas dekh loon, bas qissa khatam. aaj ki baat karta hoon, itni zyada mujhe mujhe aaj kuch baat hui thi, experience ke mein ne kaha bhai, mein jannat ka ki price nahin de sakta, mere bas mein nahin hai,</w:t>
      </w:r>
      <w:r>
        <w:br/>
      </w:r>
      <w:r>
        <w:rPr>
          <w:sz w:val="20"/>
        </w:rPr>
        <w:t>40:06  toh mein jannat ka mustahiq nahin hoon. lekin yeh toh woh jis ne mujhe paida kiya, woh kaisa hoga,</w:t>
      </w:r>
      <w:r>
        <w:br/>
      </w:r>
      <w:r>
        <w:rPr>
          <w:sz w:val="20"/>
        </w:rPr>
        <w:t>40:18  bas yeh baat janna chahta hoon. aik aik jhalak dekhna chahta hoon, yeh aaj ka tajurba batata hoon aap ko.</w:t>
      </w:r>
      <w:r>
        <w:br/>
      </w:r>
      <w:r>
        <w:rPr>
          <w:sz w:val="20"/>
        </w:rPr>
        <w:t>40:33  aaj mein ne dua ki ke khudaaya, mujhe apni aik jhalak dikha de, aik glimpse, glimpse, us waqt mujhe khatam kar de,</w:t>
      </w:r>
      <w:r>
        <w:br/>
      </w:r>
      <w:r>
        <w:rPr>
          <w:sz w:val="20"/>
        </w:rPr>
        <w:t>40:46  is se zyada ka mustahiq nahi hoon. main</w:t>
      </w:r>
      <w:r>
        <w:br/>
      </w:r>
      <w:r>
        <w:rPr>
          <w:sz w:val="20"/>
        </w:rPr>
        <w:t>40:59  Maulana, jo aap ne kaha ke suffering yeh God realization ke liye ek</w:t>
      </w:r>
      <w:r>
        <w:br/>
      </w:r>
      <w:r>
        <w:rPr>
          <w:sz w:val="20"/>
        </w:rPr>
        <w:t>41:10  bohat hi ahem mor hota hai, jahan se aadmi Khuda ki taraf mutawajjah hota hai. to Maulana, is ke liye Ashab-e-Kahf ka waqia bhi Quran mein Allah ne naqal kar ke kaha tha, kaha hai:</w:t>
      </w:r>
      <w:r>
        <w:br/>
      </w:r>
      <w:r>
        <w:rPr>
          <w:sz w:val="20"/>
        </w:rPr>
        <w:t>41:27  "Innahum fityatun aamanoo birabbihim wa zidnahum huda" ke Khuda ne kaha ke in logon ko jo religious persecution ko face karna pada, to is ki is ki wajah se un ke imaan mein aur bhi izafa ho gaya.</w:t>
      </w:r>
      <w:r>
        <w:br/>
      </w:r>
      <w:r>
        <w:rPr>
          <w:sz w:val="20"/>
        </w:rPr>
        <w:t>41:49  to Maulana, yeh baat aap jo keh rahe hain, bohat hi mukhtalif waqiat se yeh baat bohat achi tarah sabit hoti hai. Maulana, to yeh bohat hi hamare liye positive baat hai aur encouraging hai.</w:t>
      </w:r>
      <w:r>
        <w:br/>
      </w:r>
      <w:r>
        <w:rPr>
          <w:sz w:val="20"/>
        </w:rPr>
        <w:t>42:02  negative situations ko ke hum is ko imaan mein izafe ka sabab banayein.</w:t>
      </w:r>
      <w:r>
        <w:br/>
      </w:r>
      <w:r>
        <w:rPr>
          <w:sz w:val="20"/>
        </w:rPr>
        <w:t>42:09  Bhai, bhai, samjha nahi. Maulana yaar bhai, hain Yaqoob sahib, yeh keh rahe hain ke aap ne yeh jo kaha ke aadmi jab suffering mein aata hai to us ko God, aadmi jab suffering mein aata hai to us ko God realization hota hai.</w:t>
      </w:r>
      <w:r>
        <w:br/>
      </w:r>
      <w:r>
        <w:rPr>
          <w:sz w:val="20"/>
        </w:rPr>
        <w:t>42:25  to unhon ne kaha hai ke yeh cheez bohat a</w:t>
      </w:r>
      <w:r>
        <w:br/>
      </w:r>
      <w:r>
        <w:rPr>
          <w:sz w:val="20"/>
        </w:rPr>
        <w:t>42:28  ham hai aur dekhiye, suffering apne aap nahi, main ne kaha hai apne aap nahi ke dard ho raha hai yahan par to realize ho jayega.</w:t>
      </w:r>
      <w:r>
        <w:br/>
      </w:r>
      <w:r>
        <w:rPr>
          <w:sz w:val="20"/>
        </w:rPr>
        <w:t>42:40  yeh main ne nahi kaha hai, suffering ko main ne kaha hai ke inner core jo hai insaan ka, us ko hila deti hai.</w:t>
      </w:r>
      <w:r>
        <w:br/>
      </w:r>
      <w:r>
        <w:rPr>
          <w:sz w:val="20"/>
        </w:rPr>
        <w:t>42:49  wo jis tarah se main ne kaha hai, aap ke mind ka jo inner core hai, spirituality ka jo inner core hai, aap ke personality ka jo inner core hai, wo to hil jata hai, itna kisi khushi se nahi hilta.</w:t>
      </w:r>
      <w:r>
        <w:br/>
      </w:r>
      <w:r>
        <w:rPr>
          <w:sz w:val="20"/>
        </w:rPr>
        <w:t>43:06  aap khush hon to aap ka inner core hilega.</w:t>
      </w:r>
      <w:r>
        <w:br/>
      </w:r>
      <w:r>
        <w:rPr>
          <w:sz w:val="20"/>
        </w:rPr>
        <w:t>43:13  to main ne wo kiya cheez ki hai ke insaan ke potential ka jaag uthna, jis tarah unhon ne kaha hai, insaan ke potential jo hai, wo aakhir had tak jaag uthte hain.</w:t>
      </w:r>
      <w:r>
        <w:br/>
      </w:r>
      <w:r>
        <w:rPr>
          <w:sz w:val="20"/>
        </w:rPr>
        <w:t>43:28  suffering jab hoti hai jo khushi mein nahi jaagte, yeh main ne kaha hai.</w:t>
      </w:r>
      <w:r>
        <w:br/>
      </w:r>
      <w:r>
        <w:rPr>
          <w:sz w:val="20"/>
        </w:rPr>
        <w:t>43:42  Maulana to keh sakte hain ke jin ko Khuda pyar karta hai, un ko zyada suffering milti hai. hain, wo keh rahi hain ke kya Priya keh rahi hain ke kya yeh keh sakte hain ke Allah jis ko pyar zyada karta hai, us ko suffering milti hai?</w:t>
      </w:r>
      <w:r>
        <w:br/>
      </w:r>
      <w:r>
        <w:rPr>
          <w:sz w:val="20"/>
        </w:rPr>
        <w:t>44:02  pyar karta hai? kya Allah mein koi lath pyar ka wahan culture hai? yeh sab nahi hai, matlab nahi hai. jo zyada apne aap ko competent sabit karta hai,</w:t>
      </w:r>
      <w:r>
        <w:br/>
      </w:r>
      <w:r>
        <w:rPr>
          <w:sz w:val="20"/>
        </w:rPr>
        <w:t>44:16  yeh matlab hai. yeh nahi ke wahan koi lath pyar chalta hai, wahan love affair chalta hai. wo yeh love affair ki baat nahi hai, yeh yaad rakhiye, wo competence ki baat hai.</w:t>
      </w:r>
      <w:r>
        <w:br/>
      </w:r>
      <w:r>
        <w:rPr>
          <w:sz w:val="20"/>
        </w:rPr>
        <w:t>44:38  Rajat, there is a question that Saleem asked and I think it didn't get answered or didn't get conveyed. The question was that mental suffering and physical suffering, they both stimulate the brain in a similar manner.</w:t>
      </w:r>
      <w:r>
        <w:br/>
      </w:r>
      <w:r>
        <w:rPr>
          <w:sz w:val="20"/>
        </w:rPr>
        <w:t>44:53  So his question was that, uh, he believes therefore that, uh, hell is actually mental suffering.</w:t>
      </w:r>
      <w:r>
        <w:br/>
      </w:r>
      <w:r>
        <w:rPr>
          <w:sz w:val="20"/>
        </w:rPr>
        <w:t>45:03  It's a state of mind where in you are suffering mentally. It is not a physical place where you'll be burning, burning, etc. It's a state where in you'll be suffering mentally.</w:t>
      </w:r>
      <w:r>
        <w:br/>
      </w:r>
      <w:r>
        <w:rPr>
          <w:sz w:val="20"/>
        </w:rPr>
        <w:t>45:14  Is that right? Or what is Maulana's view on this?</w:t>
      </w:r>
      <w:r>
        <w:br/>
      </w:r>
      <w:r>
        <w:rPr>
          <w:sz w:val="20"/>
        </w:rPr>
        <w:t>45:18  Maulana, aap ne jab aaj desires ka ek sawal aaya tha ke desire kabhi khatam nahi honge, aap ne kaha insaan ke andar, to desire ko control kar sakte hain.</w:t>
      </w:r>
      <w:r>
        <w:br/>
      </w:r>
      <w:r>
        <w:rPr>
          <w:sz w:val="20"/>
        </w:rPr>
        <w:t>45:32  to Maulana, kaise control kar sakte hain desires ko?</w:t>
      </w:r>
      <w:r>
        <w:br/>
      </w:r>
      <w:r>
        <w:rPr>
          <w:sz w:val="20"/>
        </w:rPr>
        <w:t>45:39  Desire ka koi khali cheez hai? yeh to Buddhism mein desire ko burai bana diya. koi burai hai hi nahi, wo desire koi burai hai hi nahi.</w:t>
      </w:r>
      <w:r>
        <w:br/>
      </w:r>
      <w:r>
        <w:rPr>
          <w:sz w:val="20"/>
        </w:rPr>
        <w:t>45:51  wo</w:t>
      </w:r>
      <w:r>
        <w:br/>
      </w:r>
      <w:r>
        <w:rPr>
          <w:sz w:val="20"/>
        </w:rPr>
        <w:t>45:54  desire to ek bohat high class ki yani insani sifat hai.</w:t>
      </w:r>
      <w:r>
        <w:br/>
      </w:r>
      <w:r>
        <w:rPr>
          <w:sz w:val="20"/>
        </w:rPr>
        <w:t>46:10  yeh to hai ke desire koi buri cheez hai.</w:t>
      </w:r>
      <w:r>
        <w:br/>
      </w:r>
      <w:r>
        <w:rPr>
          <w:sz w:val="20"/>
        </w:rPr>
        <w:t>46:17  misal ke taur par, maine yeh desire paida hui ke main jannat ka mustahiq to banai hoon, lekin Allah ka ek jhalak mujhe dikhana dekhne ko mil jaye.</w:t>
      </w:r>
      <w:r>
        <w:br/>
      </w:r>
      <w:r>
        <w:rPr>
          <w:sz w:val="20"/>
        </w:rPr>
        <w:t>46:30  ek glimpse yeh desire thi, to kya desire koi galat nahi hai?</w:t>
      </w:r>
      <w:r>
        <w:br/>
      </w:r>
      <w:r>
        <w:rPr>
          <w:sz w:val="20"/>
        </w:rPr>
        <w:t>46:43  Maulana, mera yeh sawal hai ke jab Allah hum se naraz ho jata hai to kya woh hum se naik kaam yani ke achhe kaam lene chhod deta hai?</w:t>
      </w:r>
      <w:r>
        <w:br/>
      </w:r>
      <w:r>
        <w:rPr>
          <w:sz w:val="20"/>
        </w:rPr>
        <w:t>47:00  Maulana, sawal yeh hai ke jab Allah hum se naraz ho jata hai to kya woh hum se naik kaam lena chhod deta hai?</w:t>
      </w:r>
      <w:r>
        <w:br/>
      </w:r>
      <w:r>
        <w:rPr>
          <w:sz w:val="20"/>
        </w:rPr>
        <w:t>47:10  Zaroor nahi, chhodna nahi, chhodta nahi. Hum lautein, tauba naseeb karein. Yeh to bohat zyada likha hua hai Quran mein ke Allah taala lautne walon ko bohat pasand karta hai.</w:t>
      </w:r>
      <w:r>
        <w:br/>
      </w:r>
      <w:r>
        <w:rPr>
          <w:sz w:val="20"/>
        </w:rPr>
        <w:t>47:26  Phir sahib ji,</w:t>
      </w:r>
      <w:r>
        <w:br/>
      </w:r>
      <w:r>
        <w:rPr>
          <w:sz w:val="20"/>
        </w:rPr>
        <w:t>47:30  lautne wala jo hai, woh to Allah ka most wanted insan hai jo laute.</w:t>
      </w:r>
      <w:r>
        <w:br/>
      </w:r>
      <w:r>
        <w:rPr>
          <w:sz w:val="20"/>
        </w:rPr>
        <w:t>47:40  Sachhe tareeqe se log lautate nahi. Lautein to lautna yani tauba to bohat bada yeh rewardable amal hai.</w:t>
      </w:r>
      <w:r>
        <w:br/>
      </w:r>
      <w:r>
        <w:rPr>
          <w:sz w:val="20"/>
        </w:rPr>
        <w:t>47:51  yeh</w:t>
      </w:r>
      <w:r>
        <w:br/>
      </w:r>
      <w:r>
        <w:rPr>
          <w:sz w:val="20"/>
        </w:rPr>
        <w:t>47:58  Lekin sachha lautna kya cheez hai jis ko tauba naseeb kaha gaya hai?</w:t>
      </w:r>
      <w:r>
        <w:br/>
      </w:r>
      <w:r>
        <w:rPr>
          <w:sz w:val="20"/>
        </w:rPr>
        <w:t>48:07  Is par Allah ki inayatein hain. Ah,</w:t>
      </w:r>
      <w:r>
        <w:br/>
      </w:r>
      <w:r>
        <w:rPr>
          <w:sz w:val="20"/>
        </w:rPr>
        <w:t>48:15  Maulana, ek ek hadith hai. Hain, ek hadith hai: "Azam al-nas hamman al-mu'min alladhi yahtammu bi-amri dunya wa amri akhiratihi" ke logon mein sab se zyada plan karne wala momin hota hai.</w:t>
      </w:r>
      <w:r>
        <w:br/>
      </w:r>
      <w:r>
        <w:rPr>
          <w:sz w:val="20"/>
        </w:rPr>
        <w:t>48:33  Logon mein sab se zyada plan karne wala momin hota hai. Woh apne duniya ke mamlaat ki planning karta hai aur apne akhirat ke mamlaat ki planning karta hai.</w:t>
      </w:r>
      <w:r>
        <w:br/>
      </w:r>
      <w:r>
        <w:rPr>
          <w:sz w:val="20"/>
        </w:rPr>
        <w:t>48:42  Hmm, to momin ke liye to yeh wazeh hai ke woh akhirat ke mamlaat ki planning karta hai. Duniya ke mamlaat ki planning kya hai momin ke liye?</w:t>
      </w:r>
      <w:r>
        <w:br/>
      </w:r>
      <w:r>
        <w:rPr>
          <w:sz w:val="20"/>
        </w:rPr>
        <w:t>48:51  Yahan isi ma'ne mein hai ke momin bohat zyada sensitive insan hota hai. Sara ma'mla sensitivity ka hai.</w:t>
      </w:r>
      <w:r>
        <w:br/>
      </w:r>
      <w:r>
        <w:rPr>
          <w:sz w:val="20"/>
        </w:rPr>
        <w:t>49:00  Yeh momin yani kalma padhne wale ka nahi hai. Yani jo kalma padh le, woh aisa ho jayega nahi.</w:t>
      </w:r>
      <w:r>
        <w:br/>
      </w:r>
      <w:r>
        <w:rPr>
          <w:sz w:val="20"/>
        </w:rPr>
        <w:t>49:14  Jo waqai is ma'amle mein momin bada hai, sensitivity ke momin hain, to us ki har cheez mein uska izhaar hoga.</w:t>
      </w:r>
      <w:r>
        <w:br/>
      </w:r>
      <w:r>
        <w:rPr>
          <w:sz w:val="20"/>
        </w:rPr>
        <w:t>49:24  Ji ji, Maulana, mera ek aakhri sawal hai aaj ke discussion ka. Woh that's based on the concept of Iblis, Satan.</w:t>
      </w:r>
      <w:r>
        <w:br/>
      </w:r>
      <w:r>
        <w:rPr>
          <w:sz w:val="20"/>
        </w:rPr>
        <w:t>49:34  Ah, maine kahin padha tha ke Satan was extremely in love with God and he still is. Unko Allah se bohat mohabbat thi, unhone Allah ki har jagah pe ibadat ki thi.</w:t>
      </w:r>
      <w:r>
        <w:br/>
      </w:r>
      <w:r>
        <w:rPr>
          <w:sz w:val="20"/>
        </w:rPr>
        <w:t>49:45  Haan, to woh aaj bhi he is in love with God. But jab Allah taala ne unko Adam ko sajda karne ke liye kaha to unse woh baat rahi nahi gayi, because he was given a competitor for his love with God.</w:t>
      </w:r>
      <w:r>
        <w:br/>
      </w:r>
      <w:r>
        <w:rPr>
          <w:sz w:val="20"/>
        </w:rPr>
        <w:t>49:58  To woh aaj bhi hum ko Allah se door karne pe ade hue hain. Jab whenever we want to go close to God, he or he makes us repel and woh hum ko Allah se door kar dete hain.</w:t>
      </w:r>
      <w:r>
        <w:br/>
      </w:r>
      <w:r>
        <w:rPr>
          <w:sz w:val="20"/>
        </w:rPr>
        <w:t>50:10  Kya hum ko Iblis se nafrat rakhna kya hai is hisab se sahi hai ke g</w:t>
      </w:r>
      <w:r>
        <w:br/>
      </w:r>
      <w:r>
        <w:rPr>
          <w:sz w:val="20"/>
        </w:rPr>
        <w:t>50:15  Ghalat hai? Nahi, kyun ke nafrat kyun? Nafrat kyun? Apne se nafrat karo ke hum kyun uska shikar ban jate hain? Rasool Allah se aisi koi hadith to nahi ke Rasool Allah Iblis se nafrat karte the?</w:t>
      </w:r>
      <w:r>
        <w:br/>
      </w:r>
      <w:r>
        <w:rPr>
          <w:sz w:val="20"/>
        </w:rPr>
        <w:t>50:30  apne sath nafrat karo ke hum kyun shikar ban jate hain?</w:t>
      </w:r>
      <w:r>
        <w:br/>
      </w:r>
      <w:r>
        <w:rPr>
          <w:sz w:val="20"/>
        </w:rPr>
        <w:t>50:37  nafrat to yeh yeh thi yani yeh jo bigre hue in</w:t>
      </w:r>
    </w:p>
    <w:p>
      <w:pPr>
        <w:pStyle w:val="Heading2"/>
      </w:pPr>
      <w:r>
        <w:t>People who don't desire heaven or hell</w:t>
      </w:r>
    </w:p>
    <w:p>
      <w:r>
        <w:rPr>
          <w:color w:val="666666"/>
          <w:sz w:val="18"/>
        </w:rPr>
        <w:t>Importance of Creative Thinking December 11, 2011 · 2m 35s · at 1:02:57 · https://youtu.be/jfML9Arb0S4?t=3777</w:t>
      </w:r>
    </w:p>
    <w:p>
      <w:r>
        <w:rPr>
          <w:i/>
        </w:rPr>
        <w:t>“In your many speeches, you have mentioned that this world is like an examination hall. This life is a test on the basis of which we will be awarded heaven or hell. But there are many people who do not desire either of them. They don't want to undergo this test. For them, life is forced upon them.”</w:t>
      </w:r>
    </w:p>
    <w:p>
      <w:r>
        <w:rPr>
          <w:sz w:val="20"/>
        </w:rPr>
        <w:t>1:02:57  maulana, agla sawal aaya hai mrs sadia anjum ka dilli se. unhon ne likha hai: "maulana, in your many speeches, you have mentioned that this world is like an examination hall.</w:t>
      </w:r>
      <w:r>
        <w:br/>
      </w:r>
      <w:r>
        <w:rPr>
          <w:sz w:val="20"/>
        </w:rPr>
        <w:t>1:03:11  this life is a test on the basis of which we will be awarded heaven or hell.</w:t>
      </w:r>
      <w:r>
        <w:br/>
      </w:r>
      <w:r>
        <w:rPr>
          <w:sz w:val="20"/>
        </w:rPr>
        <w:t>1:03:18  but there are many people who do not desire either of them. they don't want to undergo this test. for them, life is forced on them.</w:t>
      </w:r>
      <w:r>
        <w:br/>
      </w:r>
      <w:r>
        <w:rPr>
          <w:sz w:val="20"/>
        </w:rPr>
        <w:t>1:03:29  as a result, their performances under this forced circumstance do suffer. they fail to do good deeds, noble work, whole heartedly,</w:t>
      </w:r>
      <w:r>
        <w:br/>
      </w:r>
      <w:r>
        <w:rPr>
          <w:sz w:val="20"/>
        </w:rPr>
        <w:t>1:03:41  since they are not giving this test, or their consent like other normal exams. hence, the instances of isolation, suicides, depression.</w:t>
      </w:r>
      <w:r>
        <w:br/>
      </w:r>
      <w:r>
        <w:rPr>
          <w:sz w:val="20"/>
        </w:rPr>
        <w:t>1:03:54  so please explain that why this forced exam? why not only those people should be tested who want to be part of it?"</w:t>
      </w:r>
      <w:r>
        <w:br/>
      </w:r>
      <w:r>
        <w:rPr>
          <w:sz w:val="20"/>
        </w:rPr>
        <w:t>1:04:05  dekhen, yeh yani sara mamla angle of vision ka hota hai. kis rukh se cheezon ko aap dekhen? yani jaise aap agar yeh sochen ke Allah taala ne hum ko paida kiya aur bohat aik short period hota hai dunya mein, pachas saath saal ka,</w:t>
      </w:r>
      <w:r>
        <w:br/>
      </w:r>
      <w:r>
        <w:rPr>
          <w:sz w:val="20"/>
        </w:rPr>
        <w:t>1:04:26  is mein hum agar acha insan apne ko sabit karen to eternal paradise milti hai. to aap yani aap ke andar jo soch ke positive soch aaye gi ke Allah taala ne kehte hain bari rehmat ki mujhe,</w:t>
      </w:r>
      <w:r>
        <w:br/>
      </w:r>
      <w:r>
        <w:rPr>
          <w:sz w:val="20"/>
        </w:rPr>
        <w:t>1:04:42  yeh soch ka farq hai. asal mein main samajhta hoon ke creation plan ko le kar sochna, agar hum creation plan ko le kar agar hum sochen to dunya humein bohat bari rehmat dikhai pare gi, bohat bari rehmat</w:t>
      </w:r>
      <w:r>
        <w:br/>
      </w:r>
      <w:r>
        <w:rPr>
          <w:sz w:val="20"/>
        </w:rPr>
        <w:t>1:04:57  ke aik aik short, aik thore kuch barson mein hum hum apne aap ko yani acha insan pesh kar saken Allah ke ke hukum ke mutabiq.</w:t>
      </w:r>
      <w:r>
        <w:br/>
      </w:r>
      <w:r>
        <w:rPr>
          <w:sz w:val="20"/>
        </w:rPr>
        <w:t>1:05:12  to eternal paradise milti hai,</w:t>
      </w:r>
      <w:r>
        <w:br/>
      </w:r>
      <w:r>
        <w:rPr>
          <w:sz w:val="20"/>
        </w:rPr>
        <w:t>1:05:15  yeh to yani bohat hi bari rehmat hai. is ko shikayat ke roop mein lena sirf yani is liye ke aap is ko galat angle se dekh raha hai aadmi.</w:t>
      </w:r>
    </w:p>
    <w:p>
      <w:pPr>
        <w:pStyle w:val="Heading2"/>
      </w:pPr>
      <w:r>
        <w:t>Strategy of avoiding confrontation requires deep study</w:t>
      </w:r>
    </w:p>
    <w:p>
      <w:r>
        <w:rPr>
          <w:color w:val="666666"/>
          <w:sz w:val="18"/>
        </w:rPr>
        <w:t>The Secular Contribution of Islam | April 16, 2017 · 55s · at 57:18 · https://youtu.be/QV_HIq7KeaY?t=3438</w:t>
      </w:r>
    </w:p>
    <w:p>
      <w:r>
        <w:rPr>
          <w:i/>
        </w:rPr>
        <w:t>“The main theme of the strategy to be adapted is avoidance of confrontation. Similarly, deep study is required for making an opinion.”</w:t>
      </w:r>
    </w:p>
    <w:p>
      <w:r>
        <w:rPr>
          <w:sz w:val="20"/>
        </w:rPr>
        <w:t>57:18  riyaz bhatt sahib ne molana ek sawal bheja hai srinagar se, unhon ne likha hai: the man</w:t>
      </w:r>
      <w:r>
        <w:br/>
      </w:r>
      <w:r>
        <w:rPr>
          <w:sz w:val="20"/>
        </w:rPr>
        <w:t>57:24  The theme of the strategy to be adopted is avoidance of confrontation.</w:t>
      </w:r>
      <w:r>
        <w:br/>
      </w:r>
      <w:r>
        <w:rPr>
          <w:sz w:val="20"/>
        </w:rPr>
        <w:t>57:31  Similarly, deep study is requisite for making an opinion.</w:t>
      </w:r>
      <w:r>
        <w:br/>
      </w:r>
      <w:r>
        <w:rPr>
          <w:sz w:val="20"/>
        </w:rPr>
        <w:t>57:37  These two things are missing in today's Muslim representatives, which they feel is cowardice.</w:t>
      </w:r>
      <w:r>
        <w:br/>
      </w:r>
      <w:r>
        <w:rPr>
          <w:sz w:val="20"/>
        </w:rPr>
        <w:t>57:43  to work on creating positivity among muslims, how can progress be accelerated? molana, what are your views on</w:t>
      </w:r>
      <w:r>
        <w:br/>
      </w:r>
      <w:r>
        <w:rPr>
          <w:sz w:val="20"/>
        </w:rPr>
        <w:t>57:50  this? aap ne theek baat kahi hai, apni koshish ko badha dijiye, accelerate your effort.</w:t>
      </w:r>
      <w:r>
        <w:br/>
      </w:r>
      <w:r>
        <w:rPr>
          <w:sz w:val="20"/>
        </w:rPr>
        <w:t>57:58  line to aap ki sahi hai, bilkul soch.</w:t>
      </w:r>
      <w:r>
        <w:br/>
      </w:r>
      <w:r>
        <w:rPr>
          <w:sz w:val="20"/>
        </w:rPr>
        <w:t>58:06  agar aap nateeja kam dekhte hain to aur koshish badha dijiye.</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Preparing the mind amidst many distractions</w:t>
      </w:r>
    </w:p>
    <w:p>
      <w:r>
        <w:rPr>
          <w:color w:val="666666"/>
          <w:sz w:val="18"/>
        </w:rPr>
        <w:t>The Concept of Divine Help June 16, 2013 · 1m 09s · at 1:04:40 · https://youtu.be/b0QaxGSnAOI?t=3880</w:t>
      </w:r>
    </w:p>
    <w:p>
      <w:r>
        <w:rPr>
          <w:i/>
        </w:rPr>
        <w:t>“How can we prepare our minds? I know it is by thinking, but with so many distractions, what can we do?”</w:t>
      </w:r>
    </w:p>
    <w:p>
      <w:r>
        <w:rPr>
          <w:sz w:val="20"/>
        </w:rPr>
        <w:t>1:04:40  maulana, agla sawal dilli se hai miss naghma siddiqui ka. unhon ne likha hai: "How can we prepare our minds?</w:t>
      </w:r>
      <w:r>
        <w:br/>
      </w:r>
      <w:r>
        <w:rPr>
          <w:sz w:val="20"/>
        </w:rPr>
        <w:t>1:04:49  I know it is by thinking, but with so many distractions, what can we do?</w:t>
      </w:r>
      <w:r>
        <w:br/>
      </w:r>
      <w:r>
        <w:rPr>
          <w:sz w:val="20"/>
        </w:rPr>
        <w:t>1:04:56  " bhai, ek sahab ne aise hi sawal kiya tha mujh se to main ne kaha ke aap aap hamara sunday ka lecture hai, us ko parhiye, us ko barabar suniye, regular.</w:t>
      </w:r>
      <w:r>
        <w:br/>
      </w:r>
      <w:r>
        <w:rPr>
          <w:sz w:val="20"/>
        </w:rPr>
        <w:t>1:05:06  us ka daily lecture bhi hota hai, jis ko main umri lecture kehta hoon, us ko bhi suniye. aur jo literature hai, us ko parhiye. aur jo monthly magazine hai, hamara risala hai, us ko parhiye.</w:t>
      </w:r>
      <w:r>
        <w:br/>
      </w:r>
      <w:r>
        <w:rPr>
          <w:sz w:val="20"/>
        </w:rPr>
        <w:t>1:05:17  Spirit of Islam English mein hai, us ko parhiye. bhai, yeh sab kijiye, bas us ke baad sab theek ho jayega.</w:t>
      </w:r>
      <w:r>
        <w:br/>
      </w:r>
      <w:r>
        <w:rPr>
          <w:sz w:val="20"/>
        </w:rPr>
        <w:t>1:05:24  koi is ka koi alag se formula nahin hai. sunday class ko suniye, umri lecture ko suniye, literature ko parhiye, tazkir ul quran ko parhiye, us ke baad apne aap hi sab baatein aa jayengi.</w:t>
      </w:r>
      <w:r>
        <w:br/>
      </w:r>
      <w:r>
        <w:rPr>
          <w:sz w:val="20"/>
        </w:rPr>
        <w:t>1:05:40  isi ke liye to yeh mission, isi ke liye yeh pura mission, isi ke liye to hai. koi doosra maqsad nahin hai is is is mission ka.</w:t>
      </w:r>
    </w:p>
    <w:p>
      <w:pPr>
        <w:pStyle w:val="Heading1"/>
      </w:pPr>
      <w:r>
        <w:t>In the lectures (20)</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How to Deepen God Realization February 29, 2020 Maulana Wahiduddin Khan</w:t>
      </w:r>
    </w:p>
    <w:p>
      <w:r>
        <w:rPr>
          <w:color w:val="666666"/>
          <w:sz w:val="18"/>
        </w:rPr>
        <w:t>8:54 · https://youtu.be/1PL67G9Wcjc?t=534</w:t>
      </w:r>
    </w:p>
    <w:p>
      <w:r>
        <w:rPr>
          <w:i/>
        </w:rPr>
        <w:t>“دباؤ۔”</w:t>
      </w:r>
    </w:p>
    <w:p>
      <w:pPr>
        <w:pStyle w:val="Heading2"/>
      </w:pPr>
      <w:r>
        <w:t>History 0f Thoughts November 12, 2006</w:t>
      </w:r>
    </w:p>
    <w:p>
      <w:r>
        <w:rPr>
          <w:color w:val="666666"/>
          <w:sz w:val="18"/>
        </w:rPr>
        <w:t>1:23:14 · https://youtu.be/BvzmJxA0j7c?t=4994</w:t>
      </w:r>
    </w:p>
    <w:p>
      <w:r>
        <w:rPr>
          <w:i/>
        </w:rPr>
        <w:t>“دباؤں۔ دبانے کا دبانے کی کوشش کروں۔ تو کیا ہوتا ہے؟ میرا process disturb ہو جاتا ہے۔”</w:t>
      </w:r>
    </w:p>
    <w:p>
      <w:pPr>
        <w:pStyle w:val="Heading2"/>
      </w:pPr>
      <w:r>
        <w:t>Interfaith Dialogue (English) February 1, 2014 Maulana Wahiduddin Khan</w:t>
      </w:r>
    </w:p>
    <w:p>
      <w:r>
        <w:rPr>
          <w:color w:val="666666"/>
          <w:sz w:val="18"/>
        </w:rPr>
        <w:t>9:44 · https://youtu.be/esM8RDj_new?t=584</w:t>
      </w:r>
    </w:p>
    <w:p>
      <w:r>
        <w:rPr>
          <w:i/>
        </w:rPr>
        <w:t>“Learning.”</w:t>
      </w:r>
    </w:p>
    <w:p>
      <w:pPr>
        <w:pStyle w:val="Heading2"/>
      </w:pPr>
      <w:r>
        <w:t>On Death June 08, 2014</w:t>
      </w:r>
    </w:p>
    <w:p>
      <w:r>
        <w:rPr>
          <w:color w:val="666666"/>
          <w:sz w:val="18"/>
        </w:rPr>
        <w:t>56:07 · https://youtu.be/p0lSKQ0edmw?t=3367</w:t>
      </w:r>
    </w:p>
    <w:p>
      <w:r>
        <w:rPr>
          <w:i/>
        </w:rPr>
        <w:t>“ایک ایک stagnation کا ماحول رہتا ہے میرے اوپر طاری۔”</w:t>
      </w:r>
    </w:p>
    <w:p>
      <w:pPr>
        <w:pStyle w:val="Heading2"/>
      </w:pPr>
      <w:r>
        <w:t>The Root Cause of Terrorism 16 May 2010 - Maulana Wahiduddin Khan</w:t>
      </w:r>
    </w:p>
    <w:p>
      <w:r>
        <w:rPr>
          <w:color w:val="666666"/>
          <w:sz w:val="18"/>
        </w:rPr>
        <w:t>55:08 · https://youtu.be/sq0ZKGJb0vo?t=3308</w:t>
      </w:r>
    </w:p>
    <w:p>
      <w:r>
        <w:rPr>
          <w:i/>
        </w:rPr>
        <w:t>“pounding hard.”</w:t>
      </w:r>
    </w:p>
    <w:p>
      <w:pPr>
        <w:pStyle w:val="Heading2"/>
      </w:pPr>
      <w:r>
        <w:t>The Age of Deceiving Philosophies I 21 June 2009</w:t>
      </w:r>
    </w:p>
    <w:p>
      <w:r>
        <w:rPr>
          <w:color w:val="666666"/>
          <w:sz w:val="18"/>
        </w:rPr>
        <w:t>1:56:38 · https://youtu.be/RZCs_8AtCTM?t=6998</w:t>
      </w:r>
    </w:p>
    <w:p>
      <w:r>
        <w:rPr>
          <w:i/>
        </w:rPr>
        <w:t>“. I want to grab this opportunity, but I hardly get any time to promote your thinking as I am a student and can't find time out of my studies.”</w:t>
      </w:r>
    </w:p>
    <w:p>
      <w:pPr>
        <w:pStyle w:val="Heading2"/>
      </w:pPr>
      <w:r>
        <w:t>Stress and Spirituality January 1, 2012</w:t>
      </w:r>
    </w:p>
    <w:p>
      <w:r>
        <w:rPr>
          <w:color w:val="666666"/>
          <w:sz w:val="18"/>
        </w:rPr>
        <w:t>1:39 · https://youtu.be/TPhXL9-g6ME?t=99</w:t>
      </w:r>
    </w:p>
    <w:p>
      <w:r>
        <w:rPr>
          <w:i/>
        </w:rPr>
        <w:t>“اسٹریس بڑھتا جا رہا ہے۔”</w:t>
      </w:r>
    </w:p>
    <w:p>
      <w:pPr>
        <w:pStyle w:val="Heading2"/>
      </w:pPr>
      <w:r>
        <w:t>Stress and Spirituality 1 Jan. 2012 - Maulana Wahiduddin Khan</w:t>
      </w:r>
    </w:p>
    <w:p>
      <w:r>
        <w:rPr>
          <w:color w:val="666666"/>
          <w:sz w:val="18"/>
        </w:rPr>
        <w:t>1:39 · https://youtu.be/RjwFDdlo4dE?t=99</w:t>
      </w:r>
    </w:p>
    <w:p>
      <w:r>
        <w:rPr>
          <w:i/>
        </w:rPr>
        <w:t>“اسٹریس بڑھتا جا رہا ہے۔”</w:t>
      </w:r>
    </w:p>
    <w:p>
      <w:pPr>
        <w:pStyle w:val="Heading2"/>
      </w:pPr>
      <w:r>
        <w:t>How to Decondition One's Mind 27 December, 2009</w:t>
      </w:r>
    </w:p>
    <w:p>
      <w:r>
        <w:rPr>
          <w:color w:val="666666"/>
          <w:sz w:val="18"/>
        </w:rPr>
        <w:t>23:33 · https://youtu.be/BGMkpCzMxB0?t=1413</w:t>
      </w:r>
    </w:p>
    <w:p>
      <w:r>
        <w:rPr>
          <w:i/>
        </w:rPr>
        <w:t>“لوگ پڑھنا چاہتے ہیں۔”</w:t>
      </w:r>
    </w:p>
    <w:p>
      <w:pPr>
        <w:pStyle w:val="Heading2"/>
      </w:pPr>
      <w:r>
        <w:t>Discovering God June 30, 2019 Maulana Wahiduddin Khan</w:t>
      </w:r>
    </w:p>
    <w:p>
      <w:r>
        <w:rPr>
          <w:color w:val="666666"/>
          <w:sz w:val="18"/>
        </w:rPr>
        <w:t>5:13 · https://youtu.be/Yt1-eX7XzYU?t=313</w:t>
      </w:r>
    </w:p>
    <w:p>
      <w:r>
        <w:rPr>
          <w:i/>
        </w:rPr>
        <w:t>“اسٹڈی شروع ہوئی۔”</w:t>
      </w:r>
    </w:p>
    <w:p>
      <w:pPr>
        <w:pStyle w:val="Heading2"/>
      </w:pPr>
      <w:r>
        <w:t>Dars-e-Quran, Chapter 2 Verse 25 December 03, 2017</w:t>
      </w:r>
    </w:p>
    <w:p>
      <w:r>
        <w:rPr>
          <w:color w:val="666666"/>
          <w:sz w:val="18"/>
        </w:rPr>
        <w:t>17:36 · https://youtu.be/XdaA0-OrPgg?t=1056</w:t>
      </w:r>
    </w:p>
    <w:p>
      <w:r>
        <w:rPr>
          <w:i/>
        </w:rPr>
        <w:t>“جیسے ایک ایک نوجوان ڈگری کی ایجوکیشن لیتا ہے اور بہت ہی زیادہ حساس ہوتا ہے وہ کہ میں نہ صرف پاس ہو جاؤں بلکہ فرسٹ آؤں، ٹاپ کروں۔”</w:t>
      </w:r>
    </w:p>
    <w:p>
      <w:pPr>
        <w:pStyle w:val="Heading2"/>
      </w:pPr>
      <w:r>
        <w:t>Understanding Islam (In Conversation with Maulana)</w:t>
      </w:r>
    </w:p>
    <w:p>
      <w:r>
        <w:rPr>
          <w:color w:val="666666"/>
          <w:sz w:val="18"/>
        </w:rPr>
        <w:t>19:35 · https://youtu.be/tLTRyW1qhRw?t=1175</w:t>
      </w:r>
    </w:p>
    <w:p>
      <w:r>
        <w:rPr>
          <w:i/>
        </w:rPr>
        <w:t>“I have”</w:t>
      </w:r>
    </w:p>
    <w:p>
      <w:pPr>
        <w:pStyle w:val="Heading2"/>
      </w:pPr>
      <w:r>
        <w:t>An Intellectual journey 1 May 2011 - Maulana Wahiduddin Khan</w:t>
      </w:r>
    </w:p>
    <w:p>
      <w:r>
        <w:rPr>
          <w:color w:val="666666"/>
          <w:sz w:val="18"/>
        </w:rPr>
        <w:t>24:48 · https://youtu.be/lnfjC7x_s2A?t=1488</w:t>
      </w:r>
    </w:p>
    <w:p>
      <w:r>
        <w:rPr>
          <w:i/>
        </w:rPr>
        <w:t>“ٹینشن کو ریفلیکٹ کر رہا ہے۔”</w:t>
      </w:r>
    </w:p>
    <w:p>
      <w:pPr>
        <w:pStyle w:val="Heading2"/>
      </w:pPr>
      <w:r>
        <w:t>Companions of The Prophet (2) 11 July 2021 - Prof. Farida Khanam and Dr. Saniyasnain Khan</w:t>
      </w:r>
    </w:p>
    <w:p>
      <w:r>
        <w:rPr>
          <w:color w:val="666666"/>
          <w:sz w:val="18"/>
        </w:rPr>
        <w:t>7:58 · https://youtu.be/FkhLHnwvUZQ?t=478</w:t>
      </w:r>
    </w:p>
    <w:p>
      <w:r>
        <w:rPr>
          <w:i/>
        </w:rPr>
        <w:t>“एक उनका स्टूडेंट।”</w:t>
      </w:r>
    </w:p>
    <w:p>
      <w:pPr>
        <w:pStyle w:val="Heading2"/>
      </w:pPr>
      <w:r>
        <w:t>How to Remove Tension February 11, 2007 Maulana Wahiduddin Khan</w:t>
      </w:r>
    </w:p>
    <w:p>
      <w:r>
        <w:rPr>
          <w:color w:val="666666"/>
          <w:sz w:val="18"/>
        </w:rPr>
        <w:t>22:56 · https://youtu.be/_PB2YOm8cV8?t=1376</w:t>
      </w:r>
    </w:p>
    <w:p>
      <w:r>
        <w:rPr>
          <w:i/>
        </w:rPr>
        <w:t>“میرے پاس طاقت ہے۔ اس کو مجھے استعمال کرنا ہے۔”</w:t>
      </w:r>
    </w:p>
    <w:p>
      <w:pPr>
        <w:pStyle w:val="Heading2"/>
      </w:pPr>
      <w:r>
        <w:t>Month of Spirituality July 28, 2013</w:t>
      </w:r>
    </w:p>
    <w:p>
      <w:r>
        <w:rPr>
          <w:color w:val="666666"/>
          <w:sz w:val="18"/>
        </w:rPr>
        <w:t>32:09 · https://youtu.be/p4MM2gjJBxA?t=1929</w:t>
      </w:r>
    </w:p>
    <w:p>
      <w:r>
        <w:rPr>
          <w:i/>
        </w:rPr>
        <w:t>“You know, the students are committed to my care.”</w:t>
      </w:r>
    </w:p>
    <w:p>
      <w:pPr>
        <w:pStyle w:val="Heading2"/>
      </w:pPr>
      <w:r>
        <w:t>Help of God November 29, 2020 Maulana Wahiduddin Khan</w:t>
      </w:r>
    </w:p>
    <w:p>
      <w:r>
        <w:rPr>
          <w:color w:val="666666"/>
          <w:sz w:val="18"/>
        </w:rPr>
        <w:t>23:09 · https://youtu.be/FiM937kOHVQ?t=1389</w:t>
      </w:r>
    </w:p>
    <w:p>
      <w:r>
        <w:rPr>
          <w:i/>
        </w:rPr>
        <w:t>“یعنی طالب مدد ہو رہا ہے۔ بڑی بات ہے یہ۔”</w:t>
      </w:r>
    </w:p>
    <w:p>
      <w:pPr>
        <w:pStyle w:val="Heading2"/>
      </w:pPr>
      <w:r>
        <w:t>Quran The Book of Guidance July 21, 2013</w:t>
      </w:r>
    </w:p>
    <w:p>
      <w:r>
        <w:rPr>
          <w:color w:val="666666"/>
          <w:sz w:val="18"/>
        </w:rPr>
        <w:t>30:36 · https://youtu.be/DGDHIAde7eU?t=1836</w:t>
      </w:r>
    </w:p>
    <w:p>
      <w:r>
        <w:rPr>
          <w:i/>
        </w:rPr>
        <w:t>“اس ذہن کو لے کر کہ میں انڈر سیز ہوں، دنیا میری دشمن ہو گئی ہے، میرے خلاف کانسپریسی کی جا رہی ہے۔”</w:t>
      </w:r>
    </w:p>
    <w:p>
      <w:pPr>
        <w:pStyle w:val="Heading2"/>
      </w:pPr>
      <w:r>
        <w:t>Islam in the Changing World August 6, 2007</w:t>
      </w:r>
    </w:p>
    <w:p>
      <w:r>
        <w:rPr>
          <w:color w:val="666666"/>
          <w:sz w:val="18"/>
        </w:rPr>
        <w:t>19:36 · https://youtu.be/lEhH4VDLSFY?t=1176</w:t>
      </w:r>
    </w:p>
    <w:p>
      <w:r>
        <w:rPr>
          <w:i/>
        </w:rPr>
        <w:t>“Learning is the power.”</w:t>
      </w:r>
    </w:p>
    <w:p>
      <w:pPr>
        <w:pStyle w:val="Heading1"/>
      </w:pPr>
      <w:r>
        <w:t>Clips (38)</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Bathroom waste and gravity reveal God's power</w:t>
      </w:r>
    </w:p>
    <w:p>
      <w:r>
        <w:rPr>
          <w:color w:val="666666"/>
          <w:sz w:val="18"/>
        </w:rPr>
        <w:t>How to Deepen God Realization February 29, 2020 Maulana Wahiduddin Khan · 5m 50s · at 5:22 · https://youtu.be/1PL67G9Wcjc?t=322</w:t>
      </w:r>
    </w:p>
    <w:p>
      <w:r>
        <w:rPr>
          <w:i/>
        </w:rPr>
        <w:t>“Hum jo jate hain bathroom mein to woh ajeeb phenomenon hai”</w:t>
      </w:r>
    </w:p>
    <w:p>
      <w:r>
        <w:rPr>
          <w:sz w:val="20"/>
        </w:rPr>
        <w:t>5:22  misaal ke tor par, ek baat is se pehle maine aap ke samne arz ki hai ke hum jo jatay hain bathroom mein to woh ek bohat ajeeb o ghareeb phenomenon hai,</w:t>
      </w:r>
      <w:r>
        <w:br/>
      </w:r>
      <w:r>
        <w:rPr>
          <w:sz w:val="20"/>
        </w:rPr>
        <w:t>5:41  bohat hi ajeeb o ghareeb. Yani kaise aisa hai ke insaan</w:t>
      </w:r>
      <w:r>
        <w:br/>
      </w:r>
      <w:r>
        <w:rPr>
          <w:sz w:val="20"/>
        </w:rPr>
        <w:t>5:48  dirt, dirty item</w:t>
      </w:r>
      <w:r>
        <w:br/>
      </w:r>
      <w:r>
        <w:rPr>
          <w:sz w:val="20"/>
        </w:rPr>
        <w:t>5:55  nikalta hai, aur phir woh zameen us ko nigal leti hai, aur hum us ke</w:t>
      </w:r>
      <w:r>
        <w:br/>
      </w:r>
      <w:r>
        <w:rPr>
          <w:sz w:val="20"/>
        </w:rPr>
        <w:t>6:11  dirt se bach jatay hain.</w:t>
      </w:r>
      <w:r>
        <w:br/>
      </w:r>
      <w:r>
        <w:rPr>
          <w:sz w:val="20"/>
        </w:rPr>
        <w:t>6:15  yeh hota hai</w:t>
      </w:r>
      <w:r>
        <w:br/>
      </w:r>
      <w:r>
        <w:rPr>
          <w:sz w:val="20"/>
        </w:rPr>
        <w:t>6:20  qudrat ke nizam ke tehat.</w:t>
      </w:r>
      <w:r>
        <w:br/>
      </w:r>
      <w:r>
        <w:rPr>
          <w:sz w:val="20"/>
        </w:rPr>
        <w:t>6:30  aap zameen mein jo dirty item dalte hain to ek bohat bara</w:t>
      </w:r>
      <w:r>
        <w:br/>
      </w:r>
      <w:r>
        <w:rPr>
          <w:sz w:val="20"/>
        </w:rPr>
        <w:t>6:45  divine plan hai jo us ko,</w:t>
      </w:r>
      <w:r>
        <w:br/>
      </w:r>
      <w:r>
        <w:rPr>
          <w:sz w:val="20"/>
        </w:rPr>
        <w:t>6:54  mein kahoon ga ke is ko nigal leta hai, warna sari dunya dirt se bhar jaye.</w:t>
      </w:r>
      <w:r>
        <w:br/>
      </w:r>
      <w:r>
        <w:rPr>
          <w:sz w:val="20"/>
        </w:rPr>
        <w:t>7:05  hamari jo zameen hai, woh</w:t>
      </w:r>
      <w:r>
        <w:br/>
      </w:r>
      <w:r>
        <w:rPr>
          <w:sz w:val="20"/>
        </w:rPr>
        <w:t>7:15  is ke andar</w:t>
      </w:r>
      <w:r>
        <w:br/>
      </w:r>
      <w:r>
        <w:rPr>
          <w:sz w:val="20"/>
        </w:rPr>
        <w:t>7:20  bohat zyada taqatwar qism ka,</w:t>
      </w:r>
      <w:r>
        <w:br/>
      </w:r>
      <w:r>
        <w:rPr>
          <w:sz w:val="20"/>
        </w:rPr>
        <w:t>7:34  bohat zyada taqatwar qism ka</w:t>
      </w:r>
      <w:r>
        <w:br/>
      </w:r>
      <w:r>
        <w:rPr>
          <w:sz w:val="20"/>
        </w:rPr>
        <w:t>7:41  quwwat-e-kashish maujood hai,</w:t>
      </w:r>
      <w:r>
        <w:br/>
      </w:r>
      <w:r>
        <w:rPr>
          <w:sz w:val="20"/>
        </w:rPr>
        <w:t>7:45  bohat hi zyada. Yeh jo quwwat-e-kashish hai, yeh</w:t>
      </w:r>
      <w:r>
        <w:br/>
      </w:r>
      <w:r>
        <w:rPr>
          <w:sz w:val="20"/>
        </w:rPr>
        <w:t>7:59  zameen mein woh quwwat-e-kashish ki shakal mein hai, aur oopar jo hai woh dabaao ki shakal mein hai.</w:t>
      </w:r>
      <w:r>
        <w:br/>
      </w:r>
      <w:r>
        <w:rPr>
          <w:sz w:val="20"/>
        </w:rPr>
        <w:t>8:13  yeh dabaao oopar se jo hai,</w:t>
      </w:r>
      <w:r>
        <w:br/>
      </w:r>
      <w:r>
        <w:rPr>
          <w:sz w:val="20"/>
        </w:rPr>
        <w:t>8:19  woh bohat taqatwar hai.</w:t>
      </w:r>
      <w:r>
        <w:br/>
      </w:r>
      <w:r>
        <w:rPr>
          <w:sz w:val="20"/>
        </w:rPr>
        <w:t>8:24  toh</w:t>
      </w:r>
      <w:r>
        <w:br/>
      </w:r>
      <w:r>
        <w:rPr>
          <w:sz w:val="20"/>
        </w:rPr>
        <w:t>8:27  jahan tak zameen ka ta'alluq hai, woh koi kashish ki shakal mein kaam karta hai, lekin jab oopar ke aitbaar se dekha jaye toh wahi dabaao ho jata hai.</w:t>
      </w:r>
      <w:r>
        <w:br/>
      </w:r>
      <w:r>
        <w:rPr>
          <w:sz w:val="20"/>
        </w:rPr>
        <w:t>8:42  yani atmosphere, atmosphere, atmosphere, atmosphere, atmosphere,</w:t>
      </w:r>
      <w:r>
        <w:br/>
      </w:r>
      <w:r>
        <w:rPr>
          <w:sz w:val="20"/>
        </w:rPr>
        <w:t>8:54  dabaao.</w:t>
      </w:r>
      <w:r>
        <w:br/>
      </w:r>
      <w:r>
        <w:rPr>
          <w:sz w:val="20"/>
        </w:rPr>
        <w:t>8:58  toh atmmasfiyer mein ja ke woh dabaao ban jata hai. Neeche jab tak hai woh, woh kashish hai, oopar jab jata hai toh woh dabaao ban jata hai.</w:t>
      </w:r>
      <w:r>
        <w:br/>
      </w:r>
      <w:r>
        <w:rPr>
          <w:sz w:val="20"/>
        </w:rPr>
        <w:t>9:14  toh is tareeqe se woh zameen mein,</w:t>
      </w:r>
      <w:r>
        <w:br/>
      </w:r>
      <w:r>
        <w:rPr>
          <w:sz w:val="20"/>
        </w:rPr>
        <w:t>9:22  zameen mein dakhil hota hai, aur phir zameen ki nichli tahon mein se aata hai.</w:t>
      </w:r>
      <w:r>
        <w:br/>
      </w:r>
      <w:r>
        <w:rPr>
          <w:sz w:val="20"/>
        </w:rPr>
        <w:t>9:33  agar yeh nizaam na ho toh hum kuch nahi kar sakte. Insaan helpless hai yahan ke is ko kuch kare.</w:t>
      </w:r>
      <w:r>
        <w:br/>
      </w:r>
      <w:r>
        <w:rPr>
          <w:sz w:val="20"/>
        </w:rPr>
        <w:t>9:48  toh</w:t>
      </w:r>
      <w:r>
        <w:br/>
      </w:r>
      <w:r>
        <w:rPr>
          <w:sz w:val="20"/>
        </w:rPr>
        <w:t>9:49  ab yeh, is ko jab hum sochte hain toh yeh Allah ki, ki qudrat ko aur insaan ki helplessness, helplessness ko yaad dilata hai.</w:t>
      </w:r>
      <w:r>
        <w:br/>
      </w:r>
      <w:r>
        <w:rPr>
          <w:sz w:val="20"/>
        </w:rPr>
        <w:t>10:06  yahi sab baatein hain</w:t>
      </w:r>
      <w:r>
        <w:br/>
      </w:r>
      <w:r>
        <w:rPr>
          <w:sz w:val="20"/>
        </w:rPr>
        <w:t>10:08  jis ko sochne se</w:t>
      </w:r>
      <w:r>
        <w:br/>
      </w:r>
      <w:r>
        <w:rPr>
          <w:sz w:val="20"/>
        </w:rPr>
        <w:t>10:12  Allah ki ma'rifat barhti hai.</w:t>
      </w:r>
      <w:r>
        <w:br/>
      </w:r>
      <w:r>
        <w:rPr>
          <w:sz w:val="20"/>
        </w:rPr>
        <w:t>10:19  mein samajhta hoon ke tadabbur hi aik zariya hai ma'rifat ko barhane wale ka,</w:t>
      </w:r>
      <w:r>
        <w:br/>
      </w:r>
      <w:r>
        <w:rPr>
          <w:sz w:val="20"/>
        </w:rPr>
        <w:t>10:31  ma'rifat ko barhane ka. Toh mein dua karta hoon ke Allah taala hum sab ko tofeeq de ke hum tadabbur ke</w:t>
      </w:r>
      <w:r>
        <w:br/>
      </w:r>
      <w:r>
        <w:rPr>
          <w:sz w:val="20"/>
        </w:rPr>
        <w:t>10:49  upar qaim rahen. is ko, jis ko quran mein zikr kaha gaya hai, zikr kya hai, woh tadabbur hai.</w:t>
      </w:r>
      <w:r>
        <w:br/>
      </w:r>
      <w:r>
        <w:rPr>
          <w:sz w:val="20"/>
        </w:rPr>
        <w:t>11:02  to mein apne liye, aap sab ke liye dua karta hoon ke yeh sifat hamare andar paida ho taake hamari marifat barhe.</w:t>
      </w:r>
    </w:p>
    <w:p>
      <w:pPr>
        <w:pStyle w:val="Heading2"/>
      </w:pPr>
      <w:r>
        <w:t>Umar's tradition inspires the mutual learning formula</w:t>
      </w:r>
    </w:p>
    <w:p>
      <w:r>
        <w:rPr>
          <w:color w:val="666666"/>
          <w:sz w:val="18"/>
        </w:rPr>
        <w:t>Interfaith Dialogue (English) February 1, 2014 Maulana Wahiduddin Khan · 2m 18s · at 8:38 · https://youtu.be/esM8RDj_new?t=518</w:t>
      </w:r>
    </w:p>
    <w:p>
      <w:r>
        <w:rPr>
          <w:i/>
        </w:rPr>
        <w:t>“Umar ibn al-Khattab used to learn from everyone.”</w:t>
      </w:r>
    </w:p>
    <w:p>
      <w:r>
        <w:rPr>
          <w:sz w:val="20"/>
        </w:rPr>
        <w:t>8:38  This third formula is based on a tradition. I can say that it is a Faruqi formula.</w:t>
      </w:r>
      <w:r>
        <w:br/>
      </w:r>
      <w:r>
        <w:rPr>
          <w:sz w:val="20"/>
        </w:rPr>
        <w:t>8:50  This formula was adopted by Umar ibn al-Khattab,</w:t>
      </w:r>
      <w:r>
        <w:br/>
      </w:r>
      <w:r>
        <w:rPr>
          <w:sz w:val="20"/>
        </w:rPr>
        <w:t>9:00  who was the second Caliph of Islam</w:t>
      </w:r>
      <w:r>
        <w:br/>
      </w:r>
      <w:r>
        <w:rPr>
          <w:sz w:val="20"/>
        </w:rPr>
        <w:t>9:06  . So, about Umar ibn al-Khattab, we find in books there is a report about him in these words:</w:t>
      </w:r>
      <w:r>
        <w:br/>
      </w:r>
      <w:r>
        <w:rPr>
          <w:sz w:val="20"/>
        </w:rPr>
        <w:t>9:23  "qana yata'allamu min kulli haddin."</w:t>
      </w:r>
      <w:r>
        <w:br/>
      </w:r>
      <w:r>
        <w:rPr>
          <w:sz w:val="20"/>
        </w:rPr>
        <w:t>9:31  It means that he used to learn from everyone. So, this third formula is based on a learning process.</w:t>
      </w:r>
      <w:r>
        <w:br/>
      </w:r>
      <w:r>
        <w:rPr>
          <w:sz w:val="20"/>
        </w:rPr>
        <w:t>9:44  Learning.</w:t>
      </w:r>
      <w:r>
        <w:br/>
      </w:r>
      <w:r>
        <w:rPr>
          <w:sz w:val="20"/>
        </w:rPr>
        <w:t>9:47  So, when I apply this on the concept of interfaith dialogue, I would say that the third formula is mutual learning.</w:t>
      </w:r>
      <w:r>
        <w:br/>
      </w:r>
      <w:r>
        <w:rPr>
          <w:sz w:val="20"/>
        </w:rPr>
        <w:t>10:03  Mutual learning.</w:t>
      </w:r>
      <w:r>
        <w:br/>
      </w:r>
      <w:r>
        <w:rPr>
          <w:sz w:val="20"/>
        </w:rPr>
        <w:t>10:05  It means that</w:t>
      </w:r>
      <w:r>
        <w:br/>
      </w:r>
      <w:r>
        <w:rPr>
          <w:sz w:val="20"/>
        </w:rPr>
        <w:t>10:10  interfaith dialogue, the purpose of interfaith dialogue is neither to discover the uniformity among all the religions, also not to establish your superiority on other religions.</w:t>
      </w:r>
      <w:r>
        <w:br/>
      </w:r>
      <w:r>
        <w:rPr>
          <w:sz w:val="20"/>
        </w:rPr>
        <w:t>10:33  No.</w:t>
      </w:r>
      <w:r>
        <w:br/>
      </w:r>
      <w:r>
        <w:rPr>
          <w:sz w:val="20"/>
        </w:rPr>
        <w:t>10:35  Instead of these two formulas, the third formula is based on mutual learning. All the participants in this process must try to learn from each other.</w:t>
      </w:r>
    </w:p>
    <w:p>
      <w:pPr>
        <w:pStyle w:val="Heading2"/>
      </w:pPr>
      <w:r>
        <w:t>why every stress expert fails to actually help</w:t>
      </w:r>
    </w:p>
    <w:p>
      <w:r>
        <w:rPr>
          <w:color w:val="666666"/>
          <w:sz w:val="18"/>
        </w:rPr>
        <w:t>Stress and Spirituality January 1, 2012 · 4m 06s · at 0:54 · https://youtu.be/TPhXL9-g6ME?t=54</w:t>
      </w:r>
    </w:p>
    <w:p>
      <w:r>
        <w:rPr>
          <w:i/>
        </w:rPr>
        <w:t>“Everyone's biggest problem today is called stress”</w:t>
      </w:r>
    </w:p>
    <w:p>
      <w:r>
        <w:rPr>
          <w:sz w:val="20"/>
        </w:rPr>
        <w:t>0:54  Aaj kal sari duniya ka sab se bara masla yahi hai jis ko kehte hain stress.</w:t>
      </w:r>
      <w:r>
        <w:br/>
      </w:r>
      <w:r>
        <w:rPr>
          <w:sz w:val="20"/>
        </w:rPr>
        <w:t>1:04  Sari duniya mein</w:t>
      </w:r>
      <w:r>
        <w:br/>
      </w:r>
      <w:r>
        <w:rPr>
          <w:sz w:val="20"/>
        </w:rPr>
        <w:t>1:08  hazaron ki tadad mein school of de-stressing khule hue hain, beshumar log is profession mein lage hue hain.</w:t>
      </w:r>
      <w:r>
        <w:br/>
      </w:r>
      <w:r>
        <w:rPr>
          <w:sz w:val="20"/>
        </w:rPr>
        <w:t>1:20  Magar jahan tak main jaanta hoon, 1% bhi</w:t>
      </w:r>
      <w:r>
        <w:br/>
      </w:r>
      <w:r>
        <w:rPr>
          <w:sz w:val="20"/>
        </w:rPr>
        <w:t>1:28  kamyabi nahi hui is mein ke stress mein jo log jee rahe hain, un ki de-stressing kar sakein yeh log.</w:t>
      </w:r>
      <w:r>
        <w:br/>
      </w:r>
      <w:r>
        <w:rPr>
          <w:sz w:val="20"/>
        </w:rPr>
        <w:t>1:39  Stress badhta ja raha hai.</w:t>
      </w:r>
      <w:r>
        <w:br/>
      </w:r>
      <w:r>
        <w:rPr>
          <w:sz w:val="20"/>
        </w:rPr>
        <w:t>1:43  Toh is par main aaj ki majlis mein kuch kehne ki koshish karunga.</w:t>
      </w:r>
      <w:r>
        <w:br/>
      </w:r>
      <w:r>
        <w:rPr>
          <w:sz w:val="20"/>
        </w:rPr>
        <w:t>1:55  Aap jante hain ke main rozana All India Radio sunta hoon, toh aaj bhi main subah sun raha tha.</w:t>
      </w:r>
      <w:r>
        <w:br/>
      </w:r>
      <w:r>
        <w:rPr>
          <w:sz w:val="20"/>
        </w:rPr>
        <w:t>2:03  Ittifaq se aaj, yani aaj pehla din hai naye saal ka, yani 2012 jo hai, is ka pehla din hai, first January.</w:t>
      </w:r>
      <w:r>
        <w:br/>
      </w:r>
      <w:r>
        <w:rPr>
          <w:sz w:val="20"/>
        </w:rPr>
        <w:t>2:15  Toh aaj wahan aik senior psychiatrist, jis ko kehte hain psychiatrist, aik senior psychiatrist ka interview aa raha tha, aur isi mauzu par aa raha tha, stress ke mauzu par.</w:t>
      </w:r>
      <w:r>
        <w:br/>
      </w:r>
      <w:r>
        <w:rPr>
          <w:sz w:val="20"/>
        </w:rPr>
        <w:t>2:33  to woh aadmi bohat shandar English bol raha tha, maine bohat ghaur se suna.</w:t>
      </w:r>
      <w:r>
        <w:br/>
      </w:r>
      <w:r>
        <w:rPr>
          <w:sz w:val="20"/>
        </w:rPr>
        <w:t>2:42  ek bhi lafz aisa nahi tha jis ke liye mujhe dictionary dekhna pare, lekin phir bhi kuch samajh mein nahi aaya. kyunke sab confusion hi confusion tha.</w:t>
      </w:r>
      <w:r>
        <w:br/>
      </w:r>
      <w:r>
        <w:rPr>
          <w:sz w:val="20"/>
        </w:rPr>
        <w:t>2:54  main bohat zyada parha hai in logon ki cheezein, in ke article ya kitabein hain, in ki speeches bhi suni hain, jo log is profession mein hain.</w:t>
      </w:r>
      <w:r>
        <w:br/>
      </w:r>
      <w:r>
        <w:rPr>
          <w:sz w:val="20"/>
        </w:rPr>
        <w:t>3:06  lekin sabhi ka haal yeh hai ke woh koi solution nahi de paate,</w:t>
      </w:r>
      <w:r>
        <w:br/>
      </w:r>
      <w:r>
        <w:rPr>
          <w:sz w:val="20"/>
        </w:rPr>
        <w:t>3:14  problems without any exception.</w:t>
      </w:r>
      <w:r>
        <w:br/>
      </w:r>
      <w:r>
        <w:rPr>
          <w:sz w:val="20"/>
        </w:rPr>
        <w:t>3:19  to aaj bhi jo main sun raha tha to "there was not an exception".</w:t>
      </w:r>
      <w:r>
        <w:br/>
      </w:r>
      <w:r>
        <w:rPr>
          <w:sz w:val="20"/>
        </w:rPr>
        <w:t>3:29  unhone</w:t>
      </w:r>
      <w:r>
        <w:br/>
      </w:r>
      <w:r>
        <w:rPr>
          <w:sz w:val="20"/>
        </w:rPr>
        <w:t>3:33  diagnosis to bohat sahi kiya, lekin prescription sahi nahi thi is ki. yeh sab ka haal hai. kitabein main sunta hoon ya parhta hoon to diagnosis to bada acha karte hain woh,</w:t>
      </w:r>
      <w:r>
        <w:br/>
      </w:r>
      <w:r>
        <w:rPr>
          <w:sz w:val="20"/>
        </w:rPr>
        <w:t>3:47  lekin jab aati hai baat prescription ki to bata nahi paate.</w:t>
      </w:r>
      <w:r>
        <w:br/>
      </w:r>
      <w:r>
        <w:rPr>
          <w:sz w:val="20"/>
        </w:rPr>
        <w:t>3:54  diagnosis karte hue unhone yeh jumla istemal kiya ke "stress is a result of difference between aspiration and reality".</w:t>
      </w:r>
      <w:r>
        <w:br/>
      </w:r>
      <w:r>
        <w:rPr>
          <w:sz w:val="20"/>
        </w:rPr>
        <w:t>4:16  stress is a result of difference between aspiration and reality.</w:t>
      </w:r>
      <w:r>
        <w:br/>
      </w:r>
      <w:r>
        <w:rPr>
          <w:sz w:val="20"/>
        </w:rPr>
        <w:t>4:23  yaani yeh zehni tanav hai, woh is liye hota hai ke hamari khwahishein zyada hain aur jo haqeeqat mein hum paate hain woh kam hota hai.</w:t>
      </w:r>
      <w:r>
        <w:br/>
      </w:r>
      <w:r>
        <w:rPr>
          <w:sz w:val="20"/>
        </w:rPr>
        <w:t>4:35  isi contradiction ke result ka naam hai stress.</w:t>
      </w:r>
      <w:r>
        <w:br/>
      </w:r>
      <w:r>
        <w:rPr>
          <w:sz w:val="20"/>
        </w:rPr>
        <w:t>4:40  bohat sahi yeh tashkhees thi.</w:t>
      </w:r>
      <w:r>
        <w:br/>
      </w:r>
      <w:r>
        <w:rPr>
          <w:sz w:val="20"/>
        </w:rPr>
        <w:t>4:47  lekin diagnosis jo hai sahi thi aur prescription kuch bhi nahi, tajweez kuch bhi nahi, is confusion ke siwa.</w:t>
      </w:r>
    </w:p>
    <w:p>
      <w:pPr>
        <w:pStyle w:val="Heading2"/>
      </w:pPr>
      <w:r>
        <w:t>From childhood moon to study of God</w:t>
      </w:r>
    </w:p>
    <w:p>
      <w:r>
        <w:rPr>
          <w:color w:val="666666"/>
          <w:sz w:val="18"/>
        </w:rPr>
        <w:t>Discovering God June 30, 2019 Maulana Wahiduddin Khan · 2m 20s · at 3:01 · https://youtu.be/Yt1-eX7XzYU?t=181</w:t>
      </w:r>
    </w:p>
    <w:p>
      <w:r>
        <w:rPr>
          <w:i/>
        </w:rPr>
        <w:t>“Ajeeb baat hai ke meri zindagi ka aaghaz isi se hua”</w:t>
      </w:r>
    </w:p>
    <w:p>
      <w:r>
        <w:rPr>
          <w:sz w:val="20"/>
        </w:rPr>
        <w:t>3:01  us waqt main gaon mein rehta tha,</w:t>
      </w:r>
      <w:r>
        <w:br/>
      </w:r>
      <w:r>
        <w:rPr>
          <w:sz w:val="20"/>
        </w:rPr>
        <w:t>3:10  to choti umar mein tha. us waqt main raat ko apnay ghar ke angan mein chal raha tha.</w:t>
      </w:r>
      <w:r>
        <w:br/>
      </w:r>
      <w:r>
        <w:rPr>
          <w:sz w:val="20"/>
        </w:rPr>
        <w:t>3:25  us waqt chaudhveen raat ki, chaudhveen raat thi.</w:t>
      </w:r>
      <w:r>
        <w:br/>
      </w:r>
      <w:r>
        <w:rPr>
          <w:sz w:val="20"/>
        </w:rPr>
        <w:t>3:35  aap jante hain ke jab aap ke sar par chand chonkh raha ho aur aap chalen to aisa lagega ke aap ke sath chand chal raha hai.</w:t>
      </w:r>
      <w:r>
        <w:br/>
      </w:r>
      <w:r>
        <w:rPr>
          <w:sz w:val="20"/>
        </w:rPr>
        <w:t>3:54  to main ne apni maan se kaha</w:t>
      </w:r>
      <w:r>
        <w:br/>
      </w:r>
      <w:r>
        <w:rPr>
          <w:sz w:val="20"/>
        </w:rPr>
        <w:t>3:59  keh dekho maan, chand kitna zyada mujh se mohabbat karta hai.</w:t>
      </w:r>
      <w:r>
        <w:br/>
      </w:r>
      <w:r>
        <w:rPr>
          <w:sz w:val="20"/>
        </w:rPr>
        <w:t>4:08  jab mein chalta hoon to woh bhi chalne lagta hai.</w:t>
      </w:r>
      <w:r>
        <w:br/>
      </w:r>
      <w:r>
        <w:rPr>
          <w:sz w:val="20"/>
        </w:rPr>
        <w:t>4:14  jab mein chalta hoon to woh bhi chalne lagta hai. yeh uss waqt ki baat hai jab keh mein bohat hi chhota tha.</w:t>
      </w:r>
      <w:r>
        <w:br/>
      </w:r>
      <w:r>
        <w:rPr>
          <w:sz w:val="20"/>
        </w:rPr>
        <w:t>4:27  to meri study yahan se shuru hoti hai. uss waqt chand mere liye creator ka symbol tha.</w:t>
      </w:r>
      <w:r>
        <w:br/>
      </w:r>
      <w:r>
        <w:rPr>
          <w:sz w:val="20"/>
        </w:rPr>
        <w:t>4:47  chand ko dekhna, sitaron ko dekhna, suraj ko dekhna mujhe</w:t>
      </w:r>
      <w:r>
        <w:br/>
      </w:r>
      <w:r>
        <w:rPr>
          <w:sz w:val="20"/>
        </w:rPr>
        <w:t>4:55  God Almighty ko yaad dilata tha. mein apne ghar ki chhat par raat ko charh jata tha aur galaxy ko dekhta tha.</w:t>
      </w:r>
      <w:r>
        <w:br/>
      </w:r>
      <w:r>
        <w:rPr>
          <w:sz w:val="20"/>
        </w:rPr>
        <w:t>5:08  to yahan se meri</w:t>
      </w:r>
      <w:r>
        <w:br/>
      </w:r>
      <w:r>
        <w:rPr>
          <w:sz w:val="20"/>
        </w:rPr>
        <w:t>5:13  study shuru hui.</w:t>
      </w:r>
    </w:p>
    <w:p>
      <w:pPr>
        <w:pStyle w:val="Heading2"/>
      </w:pPr>
      <w:r>
        <w:t>Buddha teaches cleaning the heart of negativity</w:t>
      </w:r>
    </w:p>
    <w:p>
      <w:r>
        <w:rPr>
          <w:color w:val="666666"/>
          <w:sz w:val="18"/>
        </w:rPr>
        <w:t>Companions of The Prophet (2) 11 July 2021 - Prof. Farida Khanam and Dr. Saniyasnain Khan · 2m 51s · at 7:42 · https://youtu.be/FkhLHnwvUZQ?t=462</w:t>
      </w:r>
    </w:p>
    <w:p>
      <w:r>
        <w:rPr>
          <w:i/>
        </w:rPr>
        <w:t>“To yeh bahut hi ahem hai”</w:t>
      </w:r>
    </w:p>
    <w:p>
      <w:r>
        <w:rPr>
          <w:sz w:val="20"/>
        </w:rPr>
        <w:t>7:42  to maine mere andar jo negativity thi, woh khatm ho gayi. to yeh yeh bahut hi aham hai. aur maulana aksar ek waqia sunaya karte the budhha ka ki budhha ka ek shagird tha,</w:t>
      </w:r>
      <w:r>
        <w:br/>
      </w:r>
      <w:r>
        <w:rPr>
          <w:sz w:val="20"/>
        </w:rPr>
        <w:t>7:58  ek unka student.</w:t>
      </w:r>
      <w:r>
        <w:br/>
      </w:r>
      <w:r>
        <w:rPr>
          <w:sz w:val="20"/>
        </w:rPr>
        <w:t>8:01  to uske yahan gaay ka karobar tha. to budhha se usne kaha ki aap hamare ghar aaiye, kuch hamein gyan ki baatein bataiye aur hum aapko gift ke taur par kuch fresh milk denge.</w:t>
      </w:r>
      <w:r>
        <w:br/>
      </w:r>
      <w:r>
        <w:rPr>
          <w:sz w:val="20"/>
        </w:rPr>
        <w:t>8:18  to usne kaha ki ek bartan bhi aap saath laiye. to budhha ne kaha theek hai, main aaunga. to budhha ek din ghar se nikle aur ek bartan lekar. to raaste mein unhone kuch</w:t>
      </w:r>
      <w:r>
        <w:br/>
      </w:r>
      <w:r>
        <w:rPr>
          <w:sz w:val="20"/>
        </w:rPr>
        <w:t>8:36  matti uthai aur bartan mein daal di aur phir us shagird ke ghar pahunch gaye. to shagird bahut khush hua budhha ko dekhkar, kaha ki aaiye aap, tashreef laiye. aap bahut hi khushi ki baat hai ki aap aaye</w:t>
      </w:r>
      <w:r>
        <w:br/>
      </w:r>
      <w:r>
        <w:rPr>
          <w:sz w:val="20"/>
        </w:rPr>
        <w:t>8:53  hamare ghar. to usne dekha ki budhha ke haath mein bartan hai, to bartan liya, kaha ki main abhi ismein doodh lekar aapke liye fresh milk lekar aata hoon. us zamane mein yahi sab cheezein hoti thin, jo gift wagera ka koi aur tareeka to tha nahi. to lekin usne dekha ki uske andar kuch matti padi hui hai.</w:t>
      </w:r>
      <w:r>
        <w:br/>
      </w:r>
      <w:r>
        <w:rPr>
          <w:sz w:val="20"/>
        </w:rPr>
        <w:t>9:17  to usne kaha ki are, ismein to matti hai, main isko pehle clean karta hoon, saaf karta hoon, phir ismein doodh dalta hoon. to woh gaya, bahut achhi tarah saaf kiya usne, clean kiya. phir usne usmein doodh dala aur lakar pesh kiya budhha ko. to budhha ne liya</w:t>
      </w:r>
      <w:r>
        <w:br/>
      </w:r>
      <w:r>
        <w:rPr>
          <w:sz w:val="20"/>
        </w:rPr>
        <w:t>9:34  aur uthkar woh jaane lage bahar. to woh shagird jo tha, bahut hairaan hua. usne kaha, aapse hamari yeh baat hui thi ki aap aayenge aur main aapko gift ke taur par doodh dunga aur aap kuch hamein gyan ki baatein bataenge. to budhha ne kaha ki maine to tumhein gyan de diya.</w:t>
      </w:r>
      <w:r>
        <w:br/>
      </w:r>
      <w:r>
        <w:rPr>
          <w:sz w:val="20"/>
        </w:rPr>
        <w:t>9:53  to woh aur hairaan ho gaya. usne kaha, aapne to ek lafz bhi nahi abhi bola, kya aapne mujhe gyan diya? to phir budhha ne samjhaya ki dekho, yeh jo bartan tha, ismein matti thi, to tumne usko saaf kiya. jab khoob saaf ho gaya, tab tumne usmein doodh dala.</w:t>
      </w:r>
      <w:r>
        <w:br/>
      </w:r>
      <w:r>
        <w:rPr>
          <w:sz w:val="20"/>
        </w:rPr>
        <w:t>10:12  isi tarah tumhara jo dil hai, tumhara jo man hai, woh uske andar negativity hai, hate hai logon ke liye. to main agar koi tumhein gyan ki baat bataoon, tum kahan rakhoge use?</w:t>
      </w:r>
      <w:r>
        <w:br/>
      </w:r>
      <w:r>
        <w:rPr>
          <w:sz w:val="20"/>
        </w:rPr>
        <w:t>10:24  pehle usko saaf karo, phir main kuch bataunga, tab tumhare kaam aayegi. to yeh badi achhi misaal hai. maulana aksar isko bataya karte the</w:t>
      </w:r>
    </w:p>
    <w:p>
      <w:pPr>
        <w:pStyle w:val="Heading2"/>
      </w:pPr>
      <w:r>
        <w:t>Mother's resilience after husband death</w:t>
      </w:r>
    </w:p>
    <w:p>
      <w:r>
        <w:rPr>
          <w:color w:val="666666"/>
          <w:sz w:val="18"/>
        </w:rPr>
        <w:t>How to Remove Tension February 11, 2007 Maulana Wahiduddin Khan · 3m 13s · at 20:18 · https://youtu.be/_PB2YOm8cV8?t=1218</w:t>
      </w:r>
    </w:p>
    <w:p>
      <w:r>
        <w:rPr>
          <w:i/>
        </w:rPr>
        <w:t>“Meri walida jo thein log sab log kehte thein”</w:t>
      </w:r>
    </w:p>
    <w:p>
      <w:r>
        <w:rPr>
          <w:sz w:val="20"/>
        </w:rPr>
        <w:t>20:18  meri walida jo thin log sab log kehte the ke bohat khoobsoorat thin woh. aur hamare baap bohat mante the un ko.</w:t>
      </w:r>
      <w:r>
        <w:br/>
      </w:r>
      <w:r>
        <w:rPr>
          <w:sz w:val="20"/>
        </w:rPr>
        <w:t>20:27  abhi woh zyada umar nahi hui thi un ki. ke december unees so chhappan mein mere baap ka inteqal ho gaya.</w:t>
      </w:r>
      <w:r>
        <w:br/>
      </w:r>
      <w:r>
        <w:rPr>
          <w:sz w:val="20"/>
        </w:rPr>
        <w:t>20:40  december unees so chhappan mein.</w:t>
      </w:r>
      <w:r>
        <w:br/>
      </w:r>
      <w:r>
        <w:rPr>
          <w:sz w:val="20"/>
        </w:rPr>
        <w:t>20:45  to abhi un ki umar itni zyada nahi thi. rishte aate the un ke doosri shadi ke liye. lekin un ke paas paanch bachhe the. hum log jo the paanch bachhe.</w:t>
      </w:r>
      <w:r>
        <w:br/>
      </w:r>
      <w:r>
        <w:rPr>
          <w:sz w:val="20"/>
        </w:rPr>
        <w:t>20:54  do behnein, teen bhai. to unhon ne yeh faisla kiya ke mujhe doosri shadi nahi karna hai. kyunke in bachhon ko mujhe paalna hai.</w:t>
      </w:r>
      <w:r>
        <w:br/>
      </w:r>
      <w:r>
        <w:rPr>
          <w:sz w:val="20"/>
        </w:rPr>
        <w:t>21:04  lekin masla kya tha?</w:t>
      </w:r>
      <w:r>
        <w:br/>
      </w:r>
      <w:r>
        <w:rPr>
          <w:sz w:val="20"/>
        </w:rPr>
        <w:t>21:07  ke baap ke marne ke baad</w:t>
      </w:r>
      <w:r>
        <w:br/>
      </w:r>
      <w:r>
        <w:rPr>
          <w:sz w:val="20"/>
        </w:rPr>
        <w:t>21:12  aap logon ko ek baat ka pata nahi hoga ke zarai zamane mein kya hota tha hamare gaon mein. ke sab kuch base karta tha zameen par.</w:t>
      </w:r>
      <w:r>
        <w:br/>
      </w:r>
      <w:r>
        <w:rPr>
          <w:sz w:val="20"/>
        </w:rPr>
        <w:t>21:21  to zameen ko log girift kiya karte thay. ab zameen ki ahmiyat number do par chali gayi hai. ab log karobar mein, sanat mein aur naukri mein yahan wahan milian chezen khuli hui hain aap paisa kama sakte hain ja kar ke</w:t>
      </w:r>
      <w:r>
        <w:br/>
      </w:r>
      <w:r>
        <w:rPr>
          <w:sz w:val="20"/>
        </w:rPr>
        <w:t>21:35  wahan. kyunke pehle to sirf ek hi cheez thi zameen bas. to sara jhagda hota tha zameen ke upar le kar ke. koi aur logon ko dikhai nahi padta tha zariya aamdani.</w:t>
      </w:r>
      <w:r>
        <w:br/>
      </w:r>
      <w:r>
        <w:rPr>
          <w:sz w:val="20"/>
        </w:rPr>
        <w:t>21:45  to kya hua ke hamare baap jab mare to sari hamari zameen aur bagh aur yeh sab logon ne le liya. hamari maan jo hai un ko ek jagah de di jo hospital, istbal thi yani wahan ghoda rehta tha.</w:t>
      </w:r>
      <w:r>
        <w:br/>
      </w:r>
      <w:r>
        <w:rPr>
          <w:sz w:val="20"/>
        </w:rPr>
        <w:t>22:03  h</w:t>
      </w:r>
      <w:r>
        <w:br/>
      </w:r>
      <w:r>
        <w:rPr>
          <w:sz w:val="20"/>
        </w:rPr>
        <w:t>22:04  mare ghorey paley rehte thay to woh ghoda wahan rehta tha. to kafi bara compound tha wohi de diya rani ke liye. to hum log ghar ki bajaye istbal bhi rakh le.</w:t>
      </w:r>
      <w:r>
        <w:br/>
      </w:r>
      <w:r>
        <w:rPr>
          <w:sz w:val="20"/>
        </w:rPr>
        <w:t>22:16  ab dekhen ke meri maan jo hai khudkushi kar sakti thi ya doosri shadi kar leti hai hum log bilkul yani woh ho kar rehte yani bigad kar reh jatay.</w:t>
      </w:r>
      <w:r>
        <w:br/>
      </w:r>
      <w:r>
        <w:rPr>
          <w:sz w:val="20"/>
        </w:rPr>
        <w:t>22:29  bila maan, bila baap ke jo bachay hotay hain woh kharab ho jatay hain aap jantay hain.</w:t>
      </w:r>
      <w:r>
        <w:br/>
      </w:r>
      <w:r>
        <w:rPr>
          <w:sz w:val="20"/>
        </w:rPr>
        <w:t>22:34  lekin unhon ne kya faisla kiya ke mujhe ek nai zindagi banani hai. ek khushhal kisan ke ghar ki larki thi woh.</w:t>
      </w:r>
      <w:r>
        <w:br/>
      </w:r>
      <w:r>
        <w:rPr>
          <w:sz w:val="20"/>
        </w:rPr>
        <w:t>22:45  aur hamare baap bhi achi halat mein thay. hum log zamindar thay. achank zamindar ho gaye hum log. to unhon ne kya kiya? unhon ne yeh faisla kiya ke mere pas sehat hai.</w:t>
      </w:r>
      <w:r>
        <w:br/>
      </w:r>
      <w:r>
        <w:rPr>
          <w:sz w:val="20"/>
        </w:rPr>
        <w:t>22:56  mere pas taqat hai. is ko mujhe istemal karna hai.</w:t>
      </w:r>
      <w:r>
        <w:br/>
      </w:r>
      <w:r>
        <w:rPr>
          <w:sz w:val="20"/>
        </w:rPr>
        <w:t>23:00  to is ghar mein jo bara sa compound tha us mein unhon ne bakri paali. bakri se aamdani hoti thi. uska doodh milta tha.</w:t>
      </w:r>
      <w:r>
        <w:br/>
      </w:r>
      <w:r>
        <w:rPr>
          <w:sz w:val="20"/>
        </w:rPr>
        <w:t>23:09  murghi paali. usey anda milta tha. us ko bechti thi woh. us ke andar woh sabzi boti thi. us se sabzi milti thi. to is zamane mein yeh dekh kar ke maine ek sher banaya tha ke bakri, murghi, sabzi, phal yeh hai momin ki maash ka hal.</w:t>
      </w:r>
    </w:p>
    <w:p>
      <w:pPr>
        <w:pStyle w:val="Heading2"/>
      </w:pPr>
      <w:r>
        <w:t>Veteran Shakespeare professor who still studies every night</w:t>
      </w:r>
    </w:p>
    <w:p>
      <w:r>
        <w:rPr>
          <w:color w:val="666666"/>
          <w:sz w:val="18"/>
        </w:rPr>
        <w:t>Month of Spirituality July 28, 2013 · 1m 26s · at 30:55 · https://youtu.be/p4MM2gjJBxA?t=1855</w:t>
      </w:r>
    </w:p>
    <w:p>
      <w:r>
        <w:rPr>
          <w:i/>
        </w:rPr>
        <w:t>“Ek senior professor abhi bhi Shakespeare padhta tha raat ko”</w:t>
      </w:r>
    </w:p>
    <w:p>
      <w:r>
        <w:rPr>
          <w:sz w:val="20"/>
        </w:rPr>
        <w:t>30:55  india ke ek sahab, unhone unki taleem hui london mein.</w:t>
      </w:r>
      <w:r>
        <w:br/>
      </w:r>
      <w:r>
        <w:rPr>
          <w:sz w:val="20"/>
        </w:rPr>
        <w:t>31:02  to padh kar wapas aa gaye. ek arse ke baad dobara woh london gaye to ek woh professor jo un ka ustad tha, us se milne gaye woh.</w:t>
      </w:r>
      <w:r>
        <w:br/>
      </w:r>
      <w:r>
        <w:rPr>
          <w:sz w:val="20"/>
        </w:rPr>
        <w:t>31:13  appointment le, appointment le kar ke. to woh Shakespeare padhata tha woh, woh professor. aur abhi bhi woh padhata tha, abhi senior professor ho chuka tha.</w:t>
      </w:r>
      <w:r>
        <w:br/>
      </w:r>
      <w:r>
        <w:rPr>
          <w:sz w:val="20"/>
        </w:rPr>
        <w:t>31:25  to us ne raat ka waqt diya tha milne ke liye. raat ka waqt.</w:t>
      </w:r>
      <w:r>
        <w:br/>
      </w:r>
      <w:r>
        <w:rPr>
          <w:sz w:val="20"/>
        </w:rPr>
        <w:t>31:30  jab woh pahunche to dekha unhone us ki mez ke saamne Shakespeare ki kitab phaili hui hai. to us ne poocha un se ke aap to ek senior professor hain.</w:t>
      </w:r>
      <w:r>
        <w:br/>
      </w:r>
      <w:r>
        <w:rPr>
          <w:sz w:val="20"/>
        </w:rPr>
        <w:t>31:43  itni lambi muddat se aap Shakespeare ko padha rahe hain. aur abhi bhi Shakespeare ki study karte hain aap? to bohat hi sanjeedgi se unhone jawab diya tha.</w:t>
      </w:r>
      <w:r>
        <w:br/>
      </w:r>
      <w:r>
        <w:rPr>
          <w:sz w:val="20"/>
        </w:rPr>
        <w:t>31:56  us us senior professor ne, britania ke. ke You know, the students are committed to my care.</w:t>
      </w:r>
      <w:r>
        <w:br/>
      </w:r>
      <w:r>
        <w:rPr>
          <w:sz w:val="20"/>
        </w:rPr>
        <w:t>32:09  You know, the students are committed to my care.</w:t>
      </w:r>
      <w:r>
        <w:br/>
      </w:r>
      <w:r>
        <w:rPr>
          <w:sz w:val="20"/>
        </w:rPr>
        <w:t>32:15  I must prepare myself to do justice to them.</w:t>
      </w:r>
    </w:p>
    <w:p>
      <w:pPr>
        <w:pStyle w:val="Heading2"/>
      </w:pPr>
      <w:r>
        <w:t>Muslims' complaint culture vs. Quran's answer: change yourself first</w:t>
      </w:r>
    </w:p>
    <w:p>
      <w:r>
        <w:rPr>
          <w:color w:val="666666"/>
          <w:sz w:val="18"/>
        </w:rPr>
        <w:t>Quran The Book of Guidance July 21, 2013 · 2m 41s · at 29:45 · https://youtu.be/DGDHIAde7eU?t=1785</w:t>
      </w:r>
    </w:p>
    <w:p>
      <w:r>
        <w:rPr>
          <w:i/>
        </w:rPr>
        <w:t>“Saari duniya ke Musalman ek hi nafsiyat mein mashghool hain: shikayat”</w:t>
      </w:r>
    </w:p>
    <w:p>
      <w:r>
        <w:rPr>
          <w:sz w:val="20"/>
        </w:rPr>
        <w:t>29:45  sari duniya ke musalman jo hain, ek hi nafsiyat mein mashgool hain, woh hai shikayat, complaint, grievances.</w:t>
      </w:r>
      <w:r>
        <w:br/>
      </w:r>
      <w:r>
        <w:rPr>
          <w:sz w:val="20"/>
        </w:rPr>
        <w:t>29:55  isi mein mashgool hain. har aadmi ko, har har mulk ke mein jo musalman jahan bhi hain, un ko kisi na kisi shikayat hai, political shikayat hai aur tarah tarah ki shikayatein hain.</w:t>
      </w:r>
      <w:r>
        <w:br/>
      </w:r>
      <w:r>
        <w:rPr>
          <w:sz w:val="20"/>
        </w:rPr>
        <w:t>30:09  musalmanon ke akhbar padhiye, musalmanon ke magazine padhiye, musalmanon ke jalson mein jaiye to har jagah shikayat wali baatein ho rahi hain. har jagah complaint, protest, har jagah.</w:t>
      </w:r>
      <w:r>
        <w:br/>
      </w:r>
      <w:r>
        <w:rPr>
          <w:sz w:val="20"/>
        </w:rPr>
        <w:t>30:20  isi liye bahut jald musalman bhadak uthte hain, bahut jald tashaddud pe utar aate hain, aur jab tashaddud se kaam nahi chalta to suicide bombing karte hain.</w:t>
      </w:r>
      <w:r>
        <w:br/>
      </w:r>
      <w:r>
        <w:rPr>
          <w:sz w:val="20"/>
        </w:rPr>
        <w:t>30:31  ab is zehan ko le kar aap quran ko padhiye,</w:t>
      </w:r>
      <w:r>
        <w:br/>
      </w:r>
      <w:r>
        <w:rPr>
          <w:sz w:val="20"/>
        </w:rPr>
        <w:t>30:36  is zehan ko le kar ke mein under siege hoon, duniya meri dushman ho gayi hai, mere khilaf conspiracy ki ja rahi hai.</w:t>
      </w:r>
      <w:r>
        <w:br/>
      </w:r>
      <w:r>
        <w:rPr>
          <w:sz w:val="20"/>
        </w:rPr>
        <w:t>30:45  is zehan ko le kar padhiye to baaz logon ke quran mein to ek kuch aur hi baat likhi hui hai, woh yeh hai ke wa ma asabakum min musibatin fama kasabat aydikum jo musibat tumhare par aati hai,</w:t>
      </w:r>
      <w:r>
        <w:br/>
      </w:r>
      <w:r>
        <w:rPr>
          <w:sz w:val="20"/>
        </w:rPr>
        <w:t>31:02  woh tumhare apne hi ki ek nateeja hoti hai. ya</w:t>
      </w:r>
      <w:r>
        <w:br/>
      </w:r>
      <w:r>
        <w:rPr>
          <w:sz w:val="20"/>
        </w:rPr>
        <w:t>31:07  ani wahi baat hai ke hum ilzam un ko dete the, qusoor apna nikal aaya.</w:t>
      </w:r>
      <w:r>
        <w:br/>
      </w:r>
      <w:r>
        <w:rPr>
          <w:sz w:val="20"/>
        </w:rPr>
        <w:t>31:15  kisi ne likha hai ke hum ilzam un ko dete the, qusoor apna nikal aaya. to bilkul aap ke zehan mein ek nayi baat aa jayegi, aur phir aap ek ek ek naya, aap ke zehan mein ek ek ek nayi soch jaag padegi.</w:t>
      </w:r>
      <w:r>
        <w:br/>
      </w:r>
      <w:r>
        <w:rPr>
          <w:sz w:val="20"/>
        </w:rPr>
        <w:t>31:39  to yeh maqsad hai quran ka, yeh maqsad hai quran ka.</w:t>
      </w:r>
      <w:r>
        <w:br/>
      </w:r>
      <w:r>
        <w:rPr>
          <w:sz w:val="20"/>
        </w:rPr>
        <w:t>31:49  aur phir aap parhein ge quran mein yeh ayat inna allaha la yughayyiru ma bi qawmin hatta yughayyiru ma bi anfusihim is se aap ka andhera door ho jaye ga ke quran yeh keh raha hai ke apne ko badlo, tab dunya badal pao ge.</w:t>
      </w:r>
      <w:r>
        <w:br/>
      </w:r>
      <w:r>
        <w:rPr>
          <w:sz w:val="20"/>
        </w:rPr>
        <w:t>32:04  tum apni islaah karo, tab dunya mein tum ko jagah mile gi.</w:t>
      </w:r>
      <w:r>
        <w:br/>
      </w:r>
      <w:r>
        <w:rPr>
          <w:sz w:val="20"/>
        </w:rPr>
        <w:t>32:10  apne aap ko competent banao, tab dunya tum ko qabool kare gi. to is ke mani yeh hain ke aap is ko daryaft karo ke hum dor rahe the kisi taraf, aur yahan manzil kisi aur taraf hai.</w:t>
      </w:r>
    </w:p>
    <w:p>
      <w:pPr>
        <w:pStyle w:val="Heading2"/>
      </w:pPr>
      <w:r>
        <w:t>Sword to science: power shift</w:t>
      </w:r>
    </w:p>
    <w:p>
      <w:r>
        <w:rPr>
          <w:color w:val="666666"/>
          <w:sz w:val="18"/>
        </w:rPr>
        <w:t>Islam in the Changing World August 6, 2007 · 2m 32s · at 17:55 · https://youtu.be/lEhH4VDLSFY?t=1075</w:t>
      </w:r>
    </w:p>
    <w:p>
      <w:r>
        <w:rPr>
          <w:i/>
        </w:rPr>
        <w:t>“Before Renaissance, sword was the symbol of power.”</w:t>
      </w:r>
    </w:p>
    <w:p>
      <w:r>
        <w:rPr>
          <w:sz w:val="20"/>
        </w:rPr>
        <w:t>17:55  Before Renaissance, before Renaissance, sword was the symbol of power.</w:t>
      </w:r>
      <w:r>
        <w:br/>
      </w:r>
      <w:r>
        <w:rPr>
          <w:sz w:val="20"/>
        </w:rPr>
        <w:t>18:08  Before Renaissance, sword was the symbol of power. But after Renaissance, there was a great scientific revolution</w:t>
      </w:r>
      <w:r>
        <w:br/>
      </w:r>
      <w:r>
        <w:rPr>
          <w:sz w:val="20"/>
        </w:rPr>
        <w:t>18:23  . So after scientific revolution, knowledge became the symbol of power.</w:t>
      </w:r>
      <w:r>
        <w:br/>
      </w:r>
      <w:r>
        <w:rPr>
          <w:sz w:val="20"/>
        </w:rPr>
        <w:t>18:34  This is the basic difference.</w:t>
      </w:r>
      <w:r>
        <w:br/>
      </w:r>
      <w:r>
        <w:rPr>
          <w:sz w:val="20"/>
        </w:rPr>
        <w:t>18:39  In ancient days,</w:t>
      </w:r>
      <w:r>
        <w:br/>
      </w:r>
      <w:r>
        <w:rPr>
          <w:sz w:val="20"/>
        </w:rPr>
        <w:t>18:44  sword was the symbol of power. By using a sword, you were able to change the situation.</w:t>
      </w:r>
      <w:r>
        <w:br/>
      </w:r>
      <w:r>
        <w:rPr>
          <w:sz w:val="20"/>
        </w:rPr>
        <w:t>18:55  By using a sword, it was possible for you to become master of the situation.</w:t>
      </w:r>
      <w:r>
        <w:br/>
      </w:r>
      <w:r>
        <w:rPr>
          <w:sz w:val="20"/>
        </w:rPr>
        <w:t>19:06  Through a sword, it was possible for in that time that the sword can make you the master of the situation.</w:t>
      </w:r>
      <w:r>
        <w:br/>
      </w:r>
      <w:r>
        <w:rPr>
          <w:sz w:val="20"/>
        </w:rPr>
        <w:t>19:22  But now it is impossible.</w:t>
      </w:r>
      <w:r>
        <w:br/>
      </w:r>
      <w:r>
        <w:rPr>
          <w:sz w:val="20"/>
        </w:rPr>
        <w:t>19:25  Now science is the power. Technology is the power. Modern way of organization is the power. Knowledge is the power.</w:t>
      </w:r>
      <w:r>
        <w:br/>
      </w:r>
      <w:r>
        <w:rPr>
          <w:sz w:val="20"/>
        </w:rPr>
        <w:t>19:36  Learning is the power.</w:t>
      </w:r>
      <w:r>
        <w:br/>
      </w:r>
      <w:r>
        <w:rPr>
          <w:sz w:val="20"/>
        </w:rPr>
        <w:t>19:41  So now he is the master of the situation who</w:t>
      </w:r>
      <w:r>
        <w:br/>
      </w:r>
      <w:r>
        <w:rPr>
          <w:sz w:val="20"/>
        </w:rPr>
        <w:t>19:50  is</w:t>
      </w:r>
      <w:r>
        <w:br/>
      </w:r>
      <w:r>
        <w:rPr>
          <w:sz w:val="20"/>
        </w:rPr>
        <w:t>19:58  who is master of knowledge, master of science.</w:t>
      </w:r>
      <w:r>
        <w:br/>
      </w:r>
      <w:r>
        <w:rPr>
          <w:sz w:val="20"/>
        </w:rPr>
        <w:t>20:03  Now only those people are master of the situation who are master of modern sciences, master of modern technique.</w:t>
      </w:r>
      <w:r>
        <w:br/>
      </w:r>
      <w:r>
        <w:rPr>
          <w:sz w:val="20"/>
        </w:rPr>
        <w:t>20:21  It is this point that we have to understand</w:t>
      </w:r>
    </w:p>
    <w:p>
      <w:pPr>
        <w:pStyle w:val="Heading2"/>
      </w:pPr>
      <w:r>
        <w:t>Developing mind to extract spiritual lessons from nature</w:t>
      </w:r>
    </w:p>
    <w:p>
      <w:r>
        <w:rPr>
          <w:color w:val="666666"/>
          <w:sz w:val="18"/>
        </w:rPr>
        <w:t>Spirituality in Daily Life 13 Aug 2016 - Maulana Wahiduddin Khan · 2m 05s · at 13:01 · https://youtu.be/SB0AF0Q9aTE?t=781</w:t>
      </w:r>
    </w:p>
    <w:p>
      <w:r>
        <w:rPr>
          <w:i/>
        </w:rPr>
        <w:t>“Mai bataun ki pehla kaam hai mind ko develop karna.”</w:t>
      </w:r>
    </w:p>
    <w:p>
      <w:r>
        <w:rPr>
          <w:sz w:val="20"/>
        </w:rPr>
        <w:t>13:01  to main bataoon ki pehla kaam hai mind ko, mind ko develop, develop karna. maslan, main ek, mere ghar ke saamne ek, ek, ek darakht hai. to usmein</w:t>
      </w:r>
      <w:r>
        <w:br/>
      </w:r>
      <w:r>
        <w:rPr>
          <w:sz w:val="20"/>
        </w:rPr>
        <w:t>13:18  phool khile hue the. kai phool ka ek, ek khosa tha. main utha hokar usko dekhne laga. to itni beauty thi, itni beauty thi, itni beauty thi. main hairaan tha</w:t>
      </w:r>
      <w:r>
        <w:br/>
      </w:r>
      <w:r>
        <w:rPr>
          <w:sz w:val="20"/>
        </w:rPr>
        <w:t>13:34  ki kya yeh beauty koi phool apne aap apne andar paida kar sakta hai. to mere saath possible nahin hai. to itni zabardast,</w:t>
      </w:r>
      <w:r>
        <w:br/>
      </w:r>
      <w:r>
        <w:rPr>
          <w:sz w:val="20"/>
        </w:rPr>
        <w:t>13:49  beautiful cheez apne aap kaise ban jayegi? to zaroor hai koi creator ho.</w:t>
      </w:r>
      <w:r>
        <w:br/>
      </w:r>
      <w:r>
        <w:rPr>
          <w:sz w:val="20"/>
        </w:rPr>
        <w:t>13:55  phir maine socha ki ye darakht shuru mein kya hai? tana hai, stem hai, phir branches hain, phir pattiyan hain. usi mein kaante bhi hain. in cheezon ke darmiyan ek cheez nikalti hai, phool,</w:t>
      </w:r>
      <w:r>
        <w:br/>
      </w:r>
      <w:r>
        <w:rPr>
          <w:sz w:val="20"/>
        </w:rPr>
        <w:t>14:13  jo bilkul differently, bahut hi zyada beautiful hoti hai. to kya us phool ke andar mere liye ek content tha, ek,</w:t>
      </w:r>
      <w:r>
        <w:br/>
      </w:r>
      <w:r>
        <w:rPr>
          <w:sz w:val="20"/>
        </w:rPr>
        <w:t>14:28  ek nectar tha,</w:t>
      </w:r>
      <w:r>
        <w:br/>
      </w:r>
      <w:r>
        <w:rPr>
          <w:sz w:val="20"/>
        </w:rPr>
        <w:t>14:30  jisne mujhe bataya ki duniya ka zaroor koi creator hai. agar creator na ho, to kaisi aisi beautiful cheez ban sakti hai?</w:t>
      </w:r>
      <w:r>
        <w:br/>
      </w:r>
      <w:r>
        <w:rPr>
          <w:sz w:val="20"/>
        </w:rPr>
        <w:t>14:42  to ye, ye jo aap develop karein, is tarah ka mind,</w:t>
      </w:r>
      <w:r>
        <w:br/>
      </w:r>
      <w:r>
        <w:rPr>
          <w:sz w:val="20"/>
        </w:rPr>
        <w:t>14:47  to phir aapko ek permanent life mil jati hai, spiritual life. phir kabhi boring nahin aati. ye mere liye sirf suni hui baat nahin hai, balki main daily iska</w:t>
      </w:r>
      <w:r>
        <w:br/>
      </w:r>
      <w:r>
        <w:rPr>
          <w:sz w:val="20"/>
        </w:rPr>
        <w:t>15:03  tazurba karta hoon.</w:t>
      </w:r>
    </w:p>
    <w:p>
      <w:pPr>
        <w:pStyle w:val="Heading2"/>
      </w:pPr>
      <w:r>
        <w:t>Political hate, shaitan, and true freedom</w:t>
      </w:r>
    </w:p>
    <w:p>
      <w:r>
        <w:rPr>
          <w:color w:val="666666"/>
          <w:sz w:val="18"/>
        </w:rPr>
        <w:t>Dars-e-Quran, Chapter 2 Verse 25 December 03, 2017 · 5m 10s · at 19:14 · https://youtu.be/XdaA0-OrPgg?t=1154</w:t>
      </w:r>
    </w:p>
    <w:p>
      <w:r>
        <w:rPr>
          <w:i/>
        </w:rPr>
        <w:t>“Duniya mein koi party, political party hai”</w:t>
      </w:r>
    </w:p>
    <w:p>
      <w:r>
        <w:rPr>
          <w:sz w:val="20"/>
        </w:rPr>
        <w:t>19:14  dunya mein koi party, political party hai, woh aap ko bura samajhti hai, aap ke khilaf qanoon banati hai۔</w:t>
      </w:r>
      <w:r>
        <w:br/>
      </w:r>
      <w:r>
        <w:rPr>
          <w:sz w:val="20"/>
        </w:rPr>
        <w:t>19:24  is ke bawajood to aap ne is se mohabbat ki۔ghore kijiye, aaj sari dunya mein logon ka haal yeh hai ke political ka partiyon se nafrat karte hain۔</w:t>
      </w:r>
      <w:r>
        <w:br/>
      </w:r>
      <w:r>
        <w:rPr>
          <w:sz w:val="20"/>
        </w:rPr>
        <w:t>19:37  kyun؟ woh samajhte hain ke mere khilaf qanoon nahi banaya is ne, mujhe jo dena chahiye tha woh use diya nahi۔</w:t>
      </w:r>
      <w:r>
        <w:br/>
      </w:r>
      <w:r>
        <w:rPr>
          <w:sz w:val="20"/>
        </w:rPr>
        <w:t>19:48  to political hate dunya mein sab se zyada hai۔aaj ki dunya mein sab se zyada jo cheez hai woh hai political hate۔</w:t>
      </w:r>
      <w:r>
        <w:br/>
      </w:r>
      <w:r>
        <w:rPr>
          <w:sz w:val="20"/>
        </w:rPr>
        <w:t>19:59  aaj ki dunya mein sab se zyada jo cheez hai, sab se zyada woh hai political hate۔yeh sari dunya mein hai،</w:t>
      </w:r>
      <w:r>
        <w:br/>
      </w:r>
      <w:r>
        <w:rPr>
          <w:sz w:val="20"/>
        </w:rPr>
        <w:t>20:09  yeh sari dunya mein۔aaj mein soch raha tha ke shaitan ne kaha tha jab dunya mein, jab dunya bani thi aur Allah taala se uska mukalama hua tha: "la tanukun zuriatahum illa qalila"۔</w:t>
      </w:r>
      <w:r>
        <w:br/>
      </w:r>
      <w:r>
        <w:rPr>
          <w:sz w:val="20"/>
        </w:rPr>
        <w:t>20:25  mein sab ko, mein sab ko nigal jaon ga, thore logon ko chhod kar۔nigalna kya hai؟</w:t>
      </w:r>
      <w:r>
        <w:br/>
      </w:r>
      <w:r>
        <w:rPr>
          <w:sz w:val="20"/>
        </w:rPr>
        <w:t>20:35  apne jaisa banaon ga, apne jaisa bana doon ga۔apne jaisa kya hai؟ shaitan nafrat ka putla hai۔</w:t>
      </w:r>
      <w:r>
        <w:br/>
      </w:r>
      <w:r>
        <w:rPr>
          <w:sz w:val="20"/>
        </w:rPr>
        <w:t>20:45  shaitan sartaapa nafrat hai۔</w:t>
      </w:r>
      <w:r>
        <w:br/>
      </w:r>
      <w:r>
        <w:rPr>
          <w:sz w:val="20"/>
        </w:rPr>
        <w:t>20:50  shaitan ka aaghaz hi nafrat se hua۔insan se nafrat hi is ne ki kyunke insan ko woh cheez de di gayi jo us ko nahi di gayi thi۔to nafrat, nafrat, nafrat۔</w:t>
      </w:r>
      <w:r>
        <w:br/>
      </w:r>
      <w:r>
        <w:rPr>
          <w:sz w:val="20"/>
        </w:rPr>
        <w:t>21:02  to jo aadmi nafrat mein jeeta hai, nafrat ka response deta hai, woh shaitan ke raste par bhai hai۔shaitan ke raste par yani woh gaya apne amal se dikha raha hai ke mujh ko shaitan ne nigal liya hai،</w:t>
      </w:r>
      <w:r>
        <w:br/>
      </w:r>
      <w:r>
        <w:rPr>
          <w:sz w:val="20"/>
        </w:rPr>
        <w:t>21:18  mein nigla hua insan hon۔</w:t>
      </w:r>
      <w:r>
        <w:br/>
      </w:r>
      <w:r>
        <w:rPr>
          <w:sz w:val="20"/>
        </w:rPr>
        <w:t>21:23  jo aadmi nafrat ka response de, nafrat ki boli bole, woh goya apne amal se dikha raha hai ke mujh ko mein ek nigla hua insan hon, mujhe shaitan ne nigal rakha hai،</w:t>
      </w:r>
      <w:r>
        <w:br/>
      </w:r>
      <w:r>
        <w:rPr>
          <w:sz w:val="20"/>
        </w:rPr>
        <w:t>21:38  mujhe sikhaya hai ke nafrat karo۔aur is dunya mein ek nai nafrat paida hui hai, woh hai political hate۔</w:t>
      </w:r>
      <w:r>
        <w:br/>
      </w:r>
      <w:r>
        <w:rPr>
          <w:sz w:val="20"/>
        </w:rPr>
        <w:t>21:51  sari dunya mein</w:t>
      </w:r>
      <w:r>
        <w:br/>
      </w:r>
      <w:r>
        <w:rPr>
          <w:sz w:val="20"/>
        </w:rPr>
        <w:t>21:56  political hate ki waja se aam ho gayi kyunke political hate ke peechay aik justification hota hota hai. shaitan ne aik bohat hi beautiful hate is zamane mein dunya mein phailai hai.</w:t>
      </w:r>
      <w:r>
        <w:br/>
      </w:r>
      <w:r>
        <w:rPr>
          <w:sz w:val="20"/>
        </w:rPr>
        <w:t>22:10  beautiful hate woh yeh hai ke shaitan ne, yeh jo shaitan ne kaha tha ke mein sab ko nigal jaunga, to shaitan bohat hi ziyada intelligent hai, bohat hi ziyada intelligent hai.</w:t>
      </w:r>
      <w:r>
        <w:br/>
      </w:r>
      <w:r>
        <w:rPr>
          <w:sz w:val="20"/>
        </w:rPr>
        <w:t>22:26  shaitan ne read kar ke jana, history ko read kiya hoga, insan ki nature ko read kiya hoga ke Allah taala ne chunke dunya ko banaya hai freedom ke base par,</w:t>
      </w:r>
      <w:r>
        <w:br/>
      </w:r>
      <w:r>
        <w:rPr>
          <w:sz w:val="20"/>
        </w:rPr>
        <w:t>22:42  Allah taala ne dunya mein har aadmi ko freedom di hai, har aadmi ko total freedom, har aadmi ko total freedom.</w:t>
      </w:r>
      <w:r>
        <w:br/>
      </w:r>
      <w:r>
        <w:rPr>
          <w:sz w:val="20"/>
        </w:rPr>
        <w:t>22:53  to kahin na kahin har aadmi ko doosre ki freedom se kuch na kuch takleef pohnche gi. jab har aadmi apna freedom istemal kar raha hai, har aadmi apna freedom istemal kar raha hai, to kahin na kahin aap ko tok lage gi.</w:t>
      </w:r>
      <w:r>
        <w:br/>
      </w:r>
      <w:r>
        <w:rPr>
          <w:sz w:val="20"/>
        </w:rPr>
        <w:t>23:14  jaise America mein kaha jata hai ke jab America mein azadi aayi to aik aadmi bohat khush hua ke aaj mein azaad hoon.</w:t>
      </w:r>
      <w:r>
        <w:br/>
      </w:r>
      <w:r>
        <w:rPr>
          <w:sz w:val="20"/>
        </w:rPr>
        <w:t>23:25  woh ghar se nikla aur apna hath aise aise karta hua nikal raha tha, chal raha tha sarak mein unruly andaaz mein. to kisi koi aadmi doosra chal raha tha road par, us ke us ki nose, us ki nose par us ka hath lag gaya.</w:t>
      </w:r>
      <w:r>
        <w:br/>
      </w:r>
      <w:r>
        <w:rPr>
          <w:sz w:val="20"/>
        </w:rPr>
        <w:t>23:45  to us ne kaha: "why this nonsense nonsense? why you hit my nose? why you hit my nose?" us ne kaha ke aaj mein azaad hoon, jo chahoon karoon.</w:t>
      </w:r>
      <w:r>
        <w:br/>
      </w:r>
      <w:r>
        <w:rPr>
          <w:sz w:val="20"/>
        </w:rPr>
        <w:t>24:00  to us ne kaha ke: "my brother, your freedom ends where my nose begins.</w:t>
      </w:r>
      <w:r>
        <w:br/>
      </w:r>
      <w:r>
        <w:rPr>
          <w:sz w:val="20"/>
        </w:rPr>
        <w:t>24:12  tumhari azadi wahan khatam ho jati hai jahan meri nose shuru hoti hai, jahan meri naak shuru hoti hai." yeh waqia jo hai aik secular waqia hai, secular waqia.</w:t>
      </w:r>
    </w:p>
    <w:p>
      <w:pPr>
        <w:pStyle w:val="Heading2"/>
      </w:pPr>
      <w:r>
        <w:t>Balancing free will and destiny with a water analogy</w:t>
      </w:r>
    </w:p>
    <w:p>
      <w:r>
        <w:rPr>
          <w:color w:val="666666"/>
          <w:sz w:val="18"/>
        </w:rPr>
        <w:t>Science of God May 04, 2008 · 2m 20s · at 1:06:50 · https://youtu.be/L7aU_nJRRDQ?t=4010</w:t>
      </w:r>
    </w:p>
    <w:p>
      <w:r>
        <w:rPr>
          <w:i/>
        </w:rPr>
        <w:t>“Dekhiye yeh baat sahi nahi — khuda ne sab muqaddar nahi kiya”</w:t>
      </w:r>
    </w:p>
    <w:p>
      <w:r>
        <w:rPr>
          <w:sz w:val="20"/>
        </w:rPr>
        <w:t>1:06:50  dekhen yeh baat sahi nahin hai. ke khuda ne muqaddar kar diya hai bas wohi hota hai wohi hota hai wohi hota hai. nahin khuda ne insan ko azadi di hai.</w:t>
      </w:r>
      <w:r>
        <w:br/>
      </w:r>
      <w:r>
        <w:rPr>
          <w:sz w:val="20"/>
        </w:rPr>
        <w:t>1:07:03  poori azadi total freedom. aur jo kuch aap karte hain woh aap ki responsibility hoti hai.</w:t>
      </w:r>
      <w:r>
        <w:br/>
      </w:r>
      <w:r>
        <w:rPr>
          <w:sz w:val="20"/>
        </w:rPr>
        <w:t>1:07:14  dekhen is mamle mein jo hamari kitabein hain us mein teen school bataye gaye hain. qadriya jabriya aur wastiya teen school.</w:t>
      </w:r>
      <w:r>
        <w:br/>
      </w:r>
      <w:r>
        <w:rPr>
          <w:sz w:val="20"/>
        </w:rPr>
        <w:t>1:07:25  to do school to woh hain ke extremist school mein kahunga un ko. ke woh mante hain ek ek tabqa manta hai ke sirf taqdeer hai.</w:t>
      </w:r>
      <w:r>
        <w:br/>
      </w:r>
      <w:r>
        <w:rPr>
          <w:sz w:val="20"/>
        </w:rPr>
        <w:t>1:07:36  ek kehta hai ke sirf tadbeer hai. mein kahunga wastiya wastiya matlab beech ka. yeh beech ka</w:t>
      </w:r>
      <w:r>
        <w:br/>
      </w:r>
      <w:r>
        <w:rPr>
          <w:sz w:val="20"/>
        </w:rPr>
        <w:t>1:07:43  mamla hai woh kaise? dekhen yeh glass mein pani hai. mein chahun to piyun chahe to na piyun.</w:t>
      </w:r>
      <w:r>
        <w:br/>
      </w:r>
      <w:r>
        <w:rPr>
          <w:sz w:val="20"/>
        </w:rPr>
        <w:t>1:07:53  lekin yeh glass jis material se bana hai woh material nahin bana sakta mein. yeh pani jis tarah bana hai woh pani nahin bana sakta mein. to glass ka material.</w:t>
      </w:r>
      <w:r>
        <w:br/>
      </w:r>
      <w:r>
        <w:rPr>
          <w:sz w:val="20"/>
        </w:rPr>
        <w:t>1:08:06  pani kaise bana hai woh cheez kaise ren aur barish kaise ho woh sab yeh sab khuda karta hai.</w:t>
      </w:r>
      <w:r>
        <w:br/>
      </w:r>
      <w:r>
        <w:rPr>
          <w:sz w:val="20"/>
        </w:rPr>
        <w:t>1:08:12  isko mein kahoon ke infrastructure. to do cheezein hain ek hai meri freedom ek hai natural mein infrastructure. to infrastructure hum koi doosra create nahi kar sakte.</w:t>
      </w:r>
      <w:r>
        <w:br/>
      </w:r>
      <w:r>
        <w:rPr>
          <w:sz w:val="20"/>
        </w:rPr>
        <w:t>1:08:25  yeh naam impossible hai ke hum ek pani ki jagah ek alternative bana lein iska. aisa nahi ho sakta. wahi pani hamein use karna hai jo pani nature mein maujood hai.</w:t>
      </w:r>
      <w:r>
        <w:br/>
      </w:r>
      <w:r>
        <w:rPr>
          <w:sz w:val="20"/>
        </w:rPr>
        <w:t>1:08:36  yahan par hum majboor hain.</w:t>
      </w:r>
      <w:r>
        <w:br/>
      </w:r>
      <w:r>
        <w:rPr>
          <w:sz w:val="20"/>
        </w:rPr>
        <w:t>1:08:38  wasitiya ka beech ka jo hai ke ek lehaz se hum depend karte hain khuda par. doosre lehaz se hum azaad hain.</w:t>
      </w:r>
      <w:r>
        <w:br/>
      </w:r>
      <w:r>
        <w:rPr>
          <w:sz w:val="20"/>
        </w:rPr>
        <w:t>1:08:48  to iske liye mein ek lafz bolunga ke ek hai infrastructure ek hai mera freedom. to infrastructure jo hai wahan par mein koi iska alternative nahi bana sakta.</w:t>
      </w:r>
      <w:r>
        <w:br/>
      </w:r>
      <w:r>
        <w:rPr>
          <w:sz w:val="20"/>
        </w:rPr>
        <w:t>1:09:00  isme wahi hoga jo hai jaise ke maine abhi bataya ke khuda ne jo nizam banaya hai usme zindagiyaan jo hain woh sirf animal so called animal mein nahi hain.</w:t>
      </w:r>
    </w:p>
    <w:p>
      <w:pPr>
        <w:pStyle w:val="Heading2"/>
      </w:pPr>
      <w:r>
        <w:t>Maulana's personal journey to Quranic knowledge</w:t>
      </w:r>
    </w:p>
    <w:p>
      <w:r>
        <w:rPr>
          <w:color w:val="666666"/>
          <w:sz w:val="18"/>
        </w:rPr>
        <w:t>Q&amp;A 09 Nov 2008 - Maulana Wahiduddin Khan · 3m 32s · at 17:22 · https://youtu.be/iA8ELjlgPLU?t=1042</w:t>
      </w:r>
    </w:p>
    <w:p>
      <w:r>
        <w:rPr>
          <w:i/>
        </w:rPr>
        <w:t>“Ek interesting example deta hoon aap ko. Ek English the, John Butt.”</w:t>
      </w:r>
    </w:p>
    <w:p>
      <w:r>
        <w:rPr>
          <w:sz w:val="20"/>
        </w:rPr>
        <w:t>17:22  jan butt, unhon ne islam qabool kiya to hamare paas aate the. pehle ab woh wapas chale gaye london to hamari ek cheez ka tarjuma kiya tha unhon ne.</w:t>
      </w:r>
      <w:r>
        <w:br/>
      </w:r>
      <w:r>
        <w:rPr>
          <w:sz w:val="20"/>
        </w:rPr>
        <w:t>17:35  to is mein tha ke hazrat abu ka jab</w:t>
      </w:r>
      <w:r>
        <w:br/>
      </w:r>
      <w:r>
        <w:rPr>
          <w:sz w:val="20"/>
        </w:rPr>
        <w:t>17:40  woh hazrat abu ka jab khaleefa hue to usama ka lashkar jo tha, woh unhon ne rawana kiya moti ki taraf.</w:t>
      </w:r>
      <w:r>
        <w:br/>
      </w:r>
      <w:r>
        <w:rPr>
          <w:sz w:val="20"/>
        </w:rPr>
        <w:t>17:52  to jab usama ghore pe charh ke ja rahe the to hazrat umar, woh hazrat abubakar un ke sath sath chal rahe the baatein karte hue.</w:t>
      </w:r>
      <w:r>
        <w:br/>
      </w:r>
      <w:r>
        <w:rPr>
          <w:sz w:val="20"/>
        </w:rPr>
        <w:t>18:00  to is tarjuma unhon ne kaha ke cheating, cheating karte hue, yani un ke sath chal rahe the, woh cheating karte hue. ab zahir hai ke khaleefa ke liye cheating karna to nahi bola jayega, lekin un ko pehchan nahi thi is ki.</w:t>
      </w:r>
      <w:r>
        <w:br/>
      </w:r>
      <w:r>
        <w:rPr>
          <w:sz w:val="20"/>
        </w:rPr>
        <w:t>18:16  is ki pehchan nahi thi kisi bhi cheez ki. yaad rakhiye, science ho, philosophy ho ya quran ho,</w:t>
      </w:r>
      <w:r>
        <w:br/>
      </w:r>
      <w:r>
        <w:rPr>
          <w:sz w:val="20"/>
        </w:rPr>
        <w:t>18:23  kisi bhi cheez ko ek cheez hoti hai pehchan. jaise johari hote hain, jo diamond merchant hote hain, un ko diamond ki pehchan ho jati hai.</w:t>
      </w:r>
      <w:r>
        <w:br/>
      </w:r>
      <w:r>
        <w:rPr>
          <w:sz w:val="20"/>
        </w:rPr>
        <w:t>18:33  aap aaj kal ke zamane mein aise diamond bane hain, bilkul ho bahu usi ki tarah ke hote hain, natural diamond ki tarah, lekin woh pehchan lete hain us ko.</w:t>
      </w:r>
      <w:r>
        <w:br/>
      </w:r>
      <w:r>
        <w:rPr>
          <w:sz w:val="20"/>
        </w:rPr>
        <w:t>18:41  hum apni pehchan payenge. to quran ki pehchan, marifat quran</w:t>
      </w:r>
      <w:r>
        <w:br/>
      </w:r>
      <w:r>
        <w:rPr>
          <w:sz w:val="20"/>
        </w:rPr>
        <w:t>18:50  ke liye zaroori hai ke aadmi apne aap ko sirf halak kar dale, yani soul concern bana le woh quran ko.</w:t>
      </w:r>
      <w:r>
        <w:br/>
      </w:r>
      <w:r>
        <w:rPr>
          <w:sz w:val="20"/>
        </w:rPr>
        <w:t>18:59  soul concern bana le woh quran ko. main ne is tarah se quran ko parha hai ke shibli manzil jo hamare adham garh mein hai, darul musannifeen, wahan bohat acha collection hai arabic books ka.</w:t>
      </w:r>
      <w:r>
        <w:br/>
      </w:r>
      <w:r>
        <w:rPr>
          <w:sz w:val="20"/>
        </w:rPr>
        <w:t>19:13  sari sab se pehle main ne wahan par tafseeron ko parha, quran ki tafseerein.</w:t>
      </w:r>
      <w:r>
        <w:br/>
      </w:r>
      <w:r>
        <w:rPr>
          <w:sz w:val="20"/>
        </w:rPr>
        <w:t>19:18  is waqt maula abdul baqi sahib is ke library hua karte the, ab un ka intaqal ho gaya, woh wahan hote the. to main jata tha wahan subah ko, jab jab is ka door khulta tha,</w:t>
      </w:r>
      <w:r>
        <w:br/>
      </w:r>
      <w:r>
        <w:rPr>
          <w:sz w:val="20"/>
        </w:rPr>
        <w:t>19:33  jab tala laga kar ke, to main pehla hota tha, acha jo enter hota tha is ke andar se. aur sham ko jab band hota tha to main pehla shakhs hota tha jo nikalta tha is se.</w:t>
      </w:r>
      <w:r>
        <w:br/>
      </w:r>
      <w:r>
        <w:rPr>
          <w:sz w:val="20"/>
        </w:rPr>
        <w:t>19:45  beech mein woh log jate the, woh is ke liye lunch ke liye band kar ke, to main andar hi parha rehta tha is ko. aur kya karta tha? main quran ki tafaseer, quran ki tafaseer, sari arabic tafaseer wahan par theen.</w:t>
      </w:r>
      <w:r>
        <w:br/>
      </w:r>
      <w:r>
        <w:rPr>
          <w:sz w:val="20"/>
        </w:rPr>
        <w:t>19:58  arabic tafaseer jo hain, us ko parhta rehta tha woh. aur jante hain kya hota tha?</w:t>
      </w:r>
      <w:r>
        <w:br/>
      </w:r>
      <w:r>
        <w:rPr>
          <w:sz w:val="20"/>
        </w:rPr>
        <w:t>20:04  aisa hua ke main din ka khana nahi khata tha, subah woh khana kha ke chala gaya, jo kuch bhi, phir sham ko lot ta tha, bilkul sham ko maghrib ke waqt.</w:t>
      </w:r>
      <w:r>
        <w:br/>
      </w:r>
      <w:r>
        <w:rPr>
          <w:sz w:val="20"/>
        </w:rPr>
        <w:t>20:15  to wahan par mujhe woh is ka ek tajurba hua jis ko kehte hain andhera chha gaya ke main ne is ek shelf hai, is se main ne ek tafseer nikali.</w:t>
      </w:r>
      <w:r>
        <w:br/>
      </w:r>
      <w:r>
        <w:rPr>
          <w:sz w:val="20"/>
        </w:rPr>
        <w:t>20:24  yahan baith ke parh raha hoon</w:t>
      </w:r>
      <w:r>
        <w:br/>
      </w:r>
      <w:r>
        <w:rPr>
          <w:sz w:val="20"/>
        </w:rPr>
        <w:t>20:26  to jab uthta hoon us ko rakhne ke liye, andhera chha jata hai, mujhe nazar nahi ata ke shelf kidhar hai, idhar hai ke idhar hai, kyun bhook ki wajah se. to beharhal main keh sakta hoon apne aap ko ke main ne apne aap ko isi waqt fana kar diya,</w:t>
      </w:r>
      <w:r>
        <w:br/>
      </w:r>
      <w:r>
        <w:rPr>
          <w:sz w:val="20"/>
        </w:rPr>
        <w:t>20:43  tab ja kar mujhe marifat quran hasil hui, quran ki pehchan. ab aap ko yeh baat subjective lagegi to ab lag sakti hai, lekin apna jo experience hai woh main ne bayan kar diya.</w:t>
      </w:r>
    </w:p>
    <w:p>
      <w:pPr>
        <w:pStyle w:val="Heading2"/>
      </w:pPr>
      <w:r>
        <w:t>Stress is a digital process not negative</w:t>
      </w:r>
    </w:p>
    <w:p>
      <w:r>
        <w:rPr>
          <w:color w:val="666666"/>
          <w:sz w:val="18"/>
        </w:rPr>
        <w:t>Stress Management Jan 25, 2020 - Maulana Wahiduddin Khan · 4m 43s · at 0:14 · https://youtu.be/oK-oYmN2YVA?t=14</w:t>
      </w:r>
    </w:p>
    <w:p>
      <w:r>
        <w:rPr>
          <w:i/>
        </w:rPr>
        <w:t>“Bismillah hir Rahman nir Rahim, Wa alaikum assalam”</w:t>
      </w:r>
    </w:p>
    <w:p>
      <w:r>
        <w:rPr>
          <w:sz w:val="20"/>
        </w:rPr>
        <w:t>0:14  bismillah rahman rahim. wa alaikum assalam. wa salli allah ala nabiyyi karim. to aaj</w:t>
      </w:r>
      <w:r>
        <w:br/>
      </w:r>
      <w:r>
        <w:rPr>
          <w:sz w:val="20"/>
        </w:rPr>
        <w:t>0:25  piya malik ki rah ki aaj ka topic</w:t>
      </w:r>
      <w:r>
        <w:br/>
      </w:r>
      <w:r>
        <w:rPr>
          <w:sz w:val="20"/>
        </w:rPr>
        <w:t>0:33  stress hua, how to de stress.</w:t>
      </w:r>
      <w:r>
        <w:br/>
      </w:r>
      <w:r>
        <w:rPr>
          <w:sz w:val="20"/>
        </w:rPr>
        <w:t>0:40  yeh kaise?</w:t>
      </w:r>
      <w:r>
        <w:br/>
      </w:r>
      <w:r>
        <w:rPr>
          <w:sz w:val="20"/>
        </w:rPr>
        <w:t>0:47  jahan tak mera tajurba hai,</w:t>
      </w:r>
      <w:r>
        <w:br/>
      </w:r>
      <w:r>
        <w:rPr>
          <w:sz w:val="20"/>
        </w:rPr>
        <w:t>0:55  jahan tak mera tajurba hai, is cheez ko aaj kal stress kaha jata hai, woh koi negative phenomena nahi hai.</w:t>
      </w:r>
      <w:r>
        <w:br/>
      </w:r>
      <w:r>
        <w:rPr>
          <w:sz w:val="20"/>
        </w:rPr>
        <w:t>1:07  aam taur par is ko log lete hain negative phenomena ke taur par.</w:t>
      </w:r>
      <w:r>
        <w:br/>
      </w:r>
      <w:r>
        <w:rPr>
          <w:sz w:val="20"/>
        </w:rPr>
        <w:t>1:15  main samajhta hoon ke yeh positive phenomena hai.</w:t>
      </w:r>
      <w:r>
        <w:br/>
      </w:r>
      <w:r>
        <w:rPr>
          <w:sz w:val="20"/>
        </w:rPr>
        <w:t>1:24  stress ka tajurba jo hota hai, woh hamare nature ka ek part hai. hamare nature ka ek part hai.</w:t>
      </w:r>
      <w:r>
        <w:br/>
      </w:r>
      <w:r>
        <w:rPr>
          <w:sz w:val="20"/>
        </w:rPr>
        <w:t>1:44  hamare ziddi ek to yeh hai ke woh normal tareeqe se guzar rahe hain, woh.</w:t>
      </w:r>
      <w:r>
        <w:br/>
      </w:r>
      <w:r>
        <w:rPr>
          <w:sz w:val="20"/>
        </w:rPr>
        <w:t>1:53  lekin kabhi hamare ziddi mein kuch aise halaat pesh aate hain ke woh stress ban jate hain.</w:t>
      </w:r>
      <w:r>
        <w:br/>
      </w:r>
      <w:r>
        <w:rPr>
          <w:sz w:val="20"/>
        </w:rPr>
        <w:t>2:10  woh stress ban jate hain.</w:t>
      </w:r>
      <w:r>
        <w:br/>
      </w:r>
      <w:r>
        <w:rPr>
          <w:sz w:val="20"/>
        </w:rPr>
        <w:t>2:16  yani zyada dabaav padta hai hamare mind par.</w:t>
      </w:r>
      <w:r>
        <w:br/>
      </w:r>
      <w:r>
        <w:rPr>
          <w:sz w:val="20"/>
        </w:rPr>
        <w:t>2:23  to mera tajurba yeh hai ke woh ek digital process hai, woh koi</w:t>
      </w:r>
      <w:r>
        <w:br/>
      </w:r>
      <w:r>
        <w:rPr>
          <w:sz w:val="20"/>
        </w:rPr>
        <w:t>2:43  negative tajurba hai hi nahi.</w:t>
      </w:r>
      <w:r>
        <w:br/>
      </w:r>
      <w:r>
        <w:rPr>
          <w:sz w:val="20"/>
        </w:rPr>
        <w:t>2:51  woh ek digital process hai. yeh hamara jo, yeh jo hamara jo body wajood hai, wajood, hamari jo personality hai,</w:t>
      </w:r>
      <w:r>
        <w:br/>
      </w:r>
      <w:r>
        <w:rPr>
          <w:sz w:val="20"/>
        </w:rPr>
        <w:t>3:07  woh kuch cheezein create karti hai abnormal taur par.</w:t>
      </w:r>
      <w:r>
        <w:br/>
      </w:r>
      <w:r>
        <w:rPr>
          <w:sz w:val="20"/>
        </w:rPr>
        <w:t>3:14  to isi ko hum keh dete hain stress.</w:t>
      </w:r>
      <w:r>
        <w:br/>
      </w:r>
      <w:r>
        <w:rPr>
          <w:sz w:val="20"/>
        </w:rPr>
        <w:t>3:20  stress mein yeh kahunga ke bahar ki cheez nahi hai, hamare apne shakhsiyat ka ek production hai.</w:t>
      </w:r>
      <w:r>
        <w:br/>
      </w:r>
      <w:r>
        <w:rPr>
          <w:sz w:val="20"/>
        </w:rPr>
        <w:t>3:36  hamari apni shakhsiyat ka ek production hai.</w:t>
      </w:r>
      <w:r>
        <w:br/>
      </w:r>
      <w:r>
        <w:rPr>
          <w:sz w:val="20"/>
        </w:rPr>
        <w:t>3:43  yani kuch halaat aise hote hain jo bazahir un ke usoolon se nahi hote, wahan hamari jo personality hai, woh woh enhance karti hai.</w:t>
      </w:r>
      <w:r>
        <w:br/>
      </w:r>
      <w:r>
        <w:rPr>
          <w:sz w:val="20"/>
        </w:rPr>
        <w:t>3:59  hamare apne</w:t>
      </w:r>
      <w:r>
        <w:br/>
      </w:r>
      <w:r>
        <w:rPr>
          <w:sz w:val="20"/>
        </w:rPr>
        <w:t>4:06  wajood ke andar jo chalta rehta hai, us ko.</w:t>
      </w:r>
      <w:r>
        <w:br/>
      </w:r>
      <w:r>
        <w:rPr>
          <w:sz w:val="20"/>
        </w:rPr>
        <w:t>4:15  to is ka matlab yeh hua ke yeh</w:t>
      </w:r>
      <w:r>
        <w:br/>
      </w:r>
      <w:r>
        <w:rPr>
          <w:sz w:val="20"/>
        </w:rPr>
        <w:t>4:26  is waqt hamari personality zyada deeper system mein sochne lagti hai.</w:t>
      </w:r>
      <w:r>
        <w:br/>
      </w:r>
      <w:r>
        <w:rPr>
          <w:sz w:val="20"/>
        </w:rPr>
        <w:t>4:39  woh creative solution chahti hai nikalna. hum par jo beetta hai, us ka koi naya solution, koi creative solution ka.</w:t>
      </w:r>
    </w:p>
    <w:p>
      <w:pPr>
        <w:pStyle w:val="Heading2"/>
      </w:pPr>
      <w:r>
        <w:t>More money means more distraction, not more happiness</w:t>
      </w:r>
    </w:p>
    <w:p>
      <w:r>
        <w:rPr>
          <w:color w:val="666666"/>
          <w:sz w:val="18"/>
        </w:rPr>
        <w:t>Muslim Militancy July 8, 2007 · 4m 18s · at 1:43:15 · https://youtu.be/mfIIEFQDOtg?t=6195</w:t>
      </w:r>
    </w:p>
    <w:p>
      <w:r>
        <w:rPr>
          <w:i/>
        </w:rPr>
        <w:t>“more money تو better چیز ختم ہو جاتی ہے”</w:t>
      </w:r>
    </w:p>
    <w:p>
      <w:r>
        <w:rPr>
          <w:sz w:val="20"/>
        </w:rPr>
        <w:t>1:43:15  Is it wrong to earn more money and obtain better things in life? Ab more money to better, more money ke baad better cheez khatam ho jati hai.</w:t>
      </w:r>
      <w:r>
        <w:br/>
      </w:r>
      <w:r>
        <w:rPr>
          <w:sz w:val="20"/>
        </w:rPr>
        <w:t>1:43:30  Mili hui bhi khatam ho jati hai. More money aai ke better cheez gai.</w:t>
      </w:r>
      <w:r>
        <w:br/>
      </w:r>
      <w:r>
        <w:rPr>
          <w:sz w:val="20"/>
        </w:rPr>
        <w:t>1:43:37  Dekhiye, mera zindagi ke upar ka tajurba hai. Ke more money anay ke baad kya hota hai?</w:t>
      </w:r>
      <w:r>
        <w:br/>
      </w:r>
      <w:r>
        <w:rPr>
          <w:sz w:val="20"/>
        </w:rPr>
        <w:t>1:43:48  Waste of money. Jis ke paas paisa zyada aya to money ko waste karne laga woh. Kahan? Outing mein, shopping mein, fashion mein.</w:t>
      </w:r>
      <w:r>
        <w:br/>
      </w:r>
      <w:r>
        <w:rPr>
          <w:sz w:val="20"/>
        </w:rPr>
        <w:t>1:43:59  Aur aisa ghar banana, waisa car khareedna</w:t>
      </w:r>
      <w:r>
        <w:br/>
      </w:r>
      <w:r>
        <w:rPr>
          <w:sz w:val="20"/>
        </w:rPr>
        <w:t>1:44:02  ۔ To more money means super diversion۔</w:t>
      </w:r>
      <w:r>
        <w:br/>
      </w:r>
      <w:r>
        <w:rPr>
          <w:sz w:val="20"/>
        </w:rPr>
        <w:t>1:44:11  Super distraction. Maine to koi exception nahi dekha is mein. Koi exception mujhe nahi apni zindagi mein dikhai nahi para. Jab tak aadmi se kam paisa hai to distraction kam hota hai.</w:t>
      </w:r>
      <w:r>
        <w:br/>
      </w:r>
      <w:r>
        <w:rPr>
          <w:sz w:val="20"/>
        </w:rPr>
        <w:t>1:44:26  Aur zyada paisa aya to phir distraction har waqt. Har waqt distraction.</w:t>
      </w:r>
      <w:r>
        <w:br/>
      </w:r>
      <w:r>
        <w:rPr>
          <w:sz w:val="20"/>
        </w:rPr>
        <w:t>1:44:34  Aur maine ek baar to kaha tha yahan par ke haram jo hai cheezen wo isi liye haram hain ke wo distraction hain wo. Haram kyun hain?</w:t>
      </w:r>
      <w:r>
        <w:br/>
      </w:r>
      <w:r>
        <w:rPr>
          <w:sz w:val="20"/>
        </w:rPr>
        <w:t>1:44:43  Is liye ke wo distract karti hain right path se. Right path se. Jaise sharab hai, haram kyun hai?</w:t>
      </w:r>
      <w:r>
        <w:br/>
      </w:r>
      <w:r>
        <w:rPr>
          <w:sz w:val="20"/>
        </w:rPr>
        <w:t>1:44:54  Khuda yeh chahta hai ke intellectual process mere mind mein barabar chalta rahe. Intellectual process. Aur sharab kya karti hai?</w:t>
      </w:r>
      <w:r>
        <w:br/>
      </w:r>
      <w:r>
        <w:rPr>
          <w:sz w:val="20"/>
        </w:rPr>
        <w:t>1:45:04  Mere intellectual process ko stop kar deti hai.</w:t>
      </w:r>
      <w:r>
        <w:br/>
      </w:r>
      <w:r>
        <w:rPr>
          <w:sz w:val="20"/>
        </w:rPr>
        <w:t>1:45:10  Sensitivity ko khatam kar deti hai. Intellectual process sound way mein, bilkul right way mein chalta rahe, chalta rahe, chalta rahe.</w:t>
      </w:r>
      <w:r>
        <w:br/>
      </w:r>
      <w:r>
        <w:rPr>
          <w:sz w:val="20"/>
        </w:rPr>
        <w:t>1:45:22  Yeh hai to. To sharab distract karti hai. Aur jitni bhi cheezen hain, friendship hai aur jitni bhi cheezen hain, sab distract karti hain.</w:t>
      </w:r>
      <w:r>
        <w:br/>
      </w:r>
      <w:r>
        <w:rPr>
          <w:sz w:val="20"/>
        </w:rPr>
        <w:t>1:45:34  To jab paisa aye ga to is mani mein ke aap distraction ki ke bill chukane ki position mein ho jatay hain.</w:t>
      </w:r>
      <w:r>
        <w:br/>
      </w:r>
      <w:r>
        <w:rPr>
          <w:sz w:val="20"/>
        </w:rPr>
        <w:t>1:45:43  Paisa nahi hai to aap ne ek suit bana liya. Ya do suit bana liya. Zyada paisa aya to aap so suit khareeden ge aap.</w:t>
      </w:r>
      <w:r>
        <w:br/>
      </w:r>
      <w:r>
        <w:rPr>
          <w:sz w:val="20"/>
        </w:rPr>
        <w:t>1:45:51  To aap distraction ki price dene ki position mein ho jatay hain aap. Aaj yahan chalo, aaj wahan chalo, aaj outing karo, woh khana hotel mein kha len ge, falan jagah karen ge.</w:t>
      </w:r>
      <w:r>
        <w:br/>
      </w:r>
      <w:r>
        <w:rPr>
          <w:sz w:val="20"/>
        </w:rPr>
        <w:t>1:46:02  To jis aadmi, woh sahib, bohat hi main kehta hoon ke bad-qismat hai woh aadmi jis ko distraction ki price dene ke liye Khuda paisa thakel de us ke paas.</w:t>
      </w:r>
      <w:r>
        <w:br/>
      </w:r>
      <w:r>
        <w:rPr>
          <w:sz w:val="20"/>
        </w:rPr>
        <w:t>1:46:12  Lo paisa, khoob distraction mein jao, par jao is mein.</w:t>
      </w:r>
      <w:r>
        <w:br/>
      </w:r>
      <w:r>
        <w:rPr>
          <w:sz w:val="20"/>
        </w:rPr>
        <w:t>1:46:17  To distraction ke is zamanay mein khaas tor par itnay zyada khulay hue hain tareeqay ke aap bari bari carain khareediye, baray baray ghar banaiye.</w:t>
      </w:r>
      <w:r>
        <w:br/>
      </w:r>
      <w:r>
        <w:rPr>
          <w:sz w:val="20"/>
        </w:rPr>
        <w:t>1:46:29  Main Arab mein gaya to ek sahib thay, mujhe le gaye apne ghar mein. To sahib itna bara ghar tha, itna bara tha, so aadmi reh sakte hain is ke andar. Aur rehte thay kaun?</w:t>
      </w:r>
      <w:r>
        <w:br/>
      </w:r>
      <w:r>
        <w:rPr>
          <w:sz w:val="20"/>
        </w:rPr>
        <w:t>1:46:39  Woh aur un ki biwi, bas do aadmi. Aur sara fully air condition tha woh. To paise ko kahan kharch kiya unhon ne?</w:t>
      </w:r>
      <w:r>
        <w:br/>
      </w:r>
      <w:r>
        <w:rPr>
          <w:sz w:val="20"/>
        </w:rPr>
        <w:t>1:46:47  Distraction mein. Yeh bara sa ghar liya, har waqt dekhte rehte hain ke bhai is mein dekho woh woh woh jo hai unit theek chal raha hai ya nahi chal raha hai air conditioning ka.</w:t>
      </w:r>
      <w:r>
        <w:br/>
      </w:r>
      <w:r>
        <w:rPr>
          <w:sz w:val="20"/>
        </w:rPr>
        <w:t>1:46:57  Aur dekho woh mali aya hai ke nahi aya garden karne ke liye. Yani har waqt wohi chakar rehta hai. Safai hui ke nahi hui. To kaha paisa aya to distraction ki jo bill hai woh barh gaya.</w:t>
      </w:r>
      <w:r>
        <w:br/>
      </w:r>
      <w:r>
        <w:rPr>
          <w:sz w:val="20"/>
        </w:rPr>
        <w:t>1:47:13  yeh mein samajhta hoon ke woh hadees bohat hi sahi hadees hai. The same as the scientific hadees hai. Ke hadees mein aata hai ke bohat hi achhe tareeqe se is ko bataya gaya hai ke insaan ko kya chahiye.</w:t>
      </w:r>
    </w:p>
    <w:p>
      <w:pPr>
        <w:pStyle w:val="Heading2"/>
      </w:pPr>
      <w:r>
        <w:t>Social aspect of Zakat and creation plan</w:t>
      </w:r>
    </w:p>
    <w:p>
      <w:r>
        <w:rPr>
          <w:color w:val="666666"/>
          <w:sz w:val="18"/>
        </w:rPr>
        <w:t>Principles of Zakat in Islam 11 May 2007 - Maulana Wahiduddin Khan · 1m 58s · at 23:45 · https://youtu.be/RmfLc_lQrxs?t=1425</w:t>
      </w:r>
    </w:p>
    <w:p>
      <w:r>
        <w:rPr>
          <w:i/>
        </w:rPr>
        <w:t>“Then there is social aspect of Zakat.”</w:t>
      </w:r>
    </w:p>
    <w:p>
      <w:r>
        <w:rPr>
          <w:sz w:val="20"/>
        </w:rPr>
        <w:t>23:45  Then there is... social aspect. And this social aspect is mentioned in the... in... in Hadith.</w:t>
      </w:r>
      <w:r>
        <w:br/>
      </w:r>
      <w:r>
        <w:rPr>
          <w:sz w:val="20"/>
        </w:rPr>
        <w:t>23:55  The Prophet of Islam has said... about Zakat...</w:t>
      </w:r>
      <w:r>
        <w:br/>
      </w:r>
      <w:r>
        <w:rPr>
          <w:sz w:val="20"/>
        </w:rPr>
        <w:t>24:04  yukhaz min aghniyaikum wa turaddu ila fuqaraiqum</w:t>
      </w:r>
      <w:r>
        <w:br/>
      </w:r>
      <w:r>
        <w:rPr>
          <w:sz w:val="20"/>
        </w:rPr>
        <w:t>24:17  It means that...</w:t>
      </w:r>
      <w:r>
        <w:br/>
      </w:r>
      <w:r>
        <w:rPr>
          <w:sz w:val="20"/>
        </w:rPr>
        <w:t>24:23  that we... take... money from rich people... only to return it to poor people.</w:t>
      </w:r>
      <w:r>
        <w:br/>
      </w:r>
      <w:r>
        <w:rPr>
          <w:sz w:val="20"/>
        </w:rPr>
        <w:t>24:34  This is a money management.</w:t>
      </w:r>
      <w:r>
        <w:br/>
      </w:r>
      <w:r>
        <w:rPr>
          <w:sz w:val="20"/>
        </w:rPr>
        <w:t>24:39  The social aspect of Zakat. Zakat tries to... to establish balance between...</w:t>
      </w:r>
      <w:r>
        <w:br/>
      </w:r>
      <w:r>
        <w:rPr>
          <w:sz w:val="20"/>
        </w:rPr>
        <w:t>24:50  two different sectors of the society.</w:t>
      </w:r>
      <w:r>
        <w:br/>
      </w:r>
      <w:r>
        <w:rPr>
          <w:sz w:val="20"/>
        </w:rPr>
        <w:t>24:57  Why... why this problem? Why this issue? Because... it... here you can remind the...</w:t>
      </w:r>
      <w:r>
        <w:br/>
      </w:r>
      <w:r>
        <w:rPr>
          <w:sz w:val="20"/>
        </w:rPr>
        <w:t>25:07  Creation Plan of God. What is the Creation Plan of God? God's... plan is based on competition...</w:t>
      </w:r>
      <w:r>
        <w:br/>
      </w:r>
      <w:r>
        <w:rPr>
          <w:sz w:val="20"/>
        </w:rPr>
        <w:t>25:15  on challenge.</w:t>
      </w:r>
      <w:r>
        <w:br/>
      </w:r>
      <w:r>
        <w:rPr>
          <w:sz w:val="20"/>
        </w:rPr>
        <w:t>25:17  So... in society... you see disparity. You cannot establish...</w:t>
      </w:r>
      <w:r>
        <w:br/>
      </w:r>
      <w:r>
        <w:rPr>
          <w:sz w:val="20"/>
        </w:rPr>
        <w:t>25:27  equality. It is impossible</w:t>
      </w:r>
      <w:r>
        <w:br/>
      </w:r>
      <w:r>
        <w:rPr>
          <w:sz w:val="20"/>
        </w:rPr>
        <w:t>25:33  . God hates equality. According to the Creation Plan of God...</w:t>
      </w:r>
    </w:p>
    <w:p>
      <w:pPr>
        <w:pStyle w:val="Heading2"/>
      </w:pPr>
      <w:r>
        <w:t>Examples of TALEEF in Prophet's life</w:t>
      </w:r>
    </w:p>
    <w:p>
      <w:r>
        <w:rPr>
          <w:color w:val="666666"/>
          <w:sz w:val="18"/>
        </w:rPr>
        <w:t>The Concept of Taleef in Islam August 3, 2007 · 5m 52s · at 13:14 · https://youtu.be/IHAeOuCThHg?t=794</w:t>
      </w:r>
    </w:p>
    <w:p>
      <w:r>
        <w:rPr>
          <w:i/>
        </w:rPr>
        <w:t>“I will give you practical examples from Prophet's life”</w:t>
      </w:r>
    </w:p>
    <w:p>
      <w:r>
        <w:rPr>
          <w:sz w:val="20"/>
        </w:rPr>
        <w:t>13:14  To illustrate this point, I will give you some practical examples from the life of the Prophet of Islam.</w:t>
      </w:r>
      <w:r>
        <w:br/>
      </w:r>
      <w:r>
        <w:rPr>
          <w:sz w:val="20"/>
        </w:rPr>
        <w:t>13:22  You know Prophet of Islam, Muhammad bin Abdullah (sallallahu alaihi wasallam), was appointed as a Prophet in 610 AD.</w:t>
      </w:r>
      <w:r>
        <w:br/>
      </w:r>
      <w:r>
        <w:rPr>
          <w:sz w:val="20"/>
        </w:rPr>
        <w:t>13:37  At that time, he was in Makkah. His clan was Banu Hashim.</w:t>
      </w:r>
      <w:r>
        <w:br/>
      </w:r>
      <w:r>
        <w:rPr>
          <w:sz w:val="20"/>
        </w:rPr>
        <w:t>13:46  He was born in Banu Hashim.</w:t>
      </w:r>
      <w:r>
        <w:br/>
      </w:r>
      <w:r>
        <w:rPr>
          <w:sz w:val="20"/>
        </w:rPr>
        <w:t>13:49  So when he was appointed as a Prophet, he was ordered by God, "Anzir Ashiratak al-Laqnabeen," convey your message to your relatives,</w:t>
      </w:r>
      <w:r>
        <w:br/>
      </w:r>
      <w:r>
        <w:rPr>
          <w:sz w:val="20"/>
        </w:rPr>
        <w:t>14:05  to the members of your clan.</w:t>
      </w:r>
      <w:r>
        <w:br/>
      </w:r>
      <w:r>
        <w:rPr>
          <w:sz w:val="20"/>
        </w:rPr>
        <w:t>14:09  "Anzir Ashiratak al-Laqnabeen." So he organised a meeting.</w:t>
      </w:r>
      <w:r>
        <w:br/>
      </w:r>
      <w:r>
        <w:rPr>
          <w:sz w:val="20"/>
        </w:rPr>
        <w:t>14:22  He asked all those members of his clan and members of his family to gather at his house. And do you know what was the beginning of this gathering</w:t>
      </w:r>
      <w:r>
        <w:br/>
      </w:r>
      <w:r>
        <w:rPr>
          <w:sz w:val="20"/>
        </w:rPr>
        <w:t>14:38  ? Prophet of Islam served soft drink to all those participants of this meeting. That soft drink was milk.</w:t>
      </w:r>
      <w:r>
        <w:br/>
      </w:r>
      <w:r>
        <w:rPr>
          <w:sz w:val="20"/>
        </w:rPr>
        <w:t>14:50  There is a natural drink.</w:t>
      </w:r>
      <w:r>
        <w:br/>
      </w:r>
      <w:r>
        <w:rPr>
          <w:sz w:val="20"/>
        </w:rPr>
        <w:t>14:55  Milk is a natural kind of soft drink.</w:t>
      </w:r>
      <w:r>
        <w:br/>
      </w:r>
      <w:r>
        <w:rPr>
          <w:sz w:val="20"/>
        </w:rPr>
        <w:t>15:01  So when all these people gathered at his house in Makkah, he ordered Ali to serve a drink of milk as a soft drink to all those participants.</w:t>
      </w:r>
      <w:r>
        <w:br/>
      </w:r>
      <w:r>
        <w:rPr>
          <w:sz w:val="20"/>
        </w:rPr>
        <w:t>15:27  This was the beginning of that</w:t>
      </w:r>
      <w:r>
        <w:br/>
      </w:r>
      <w:r>
        <w:rPr>
          <w:sz w:val="20"/>
        </w:rPr>
        <w:t>15:32  meeting. This was TALEEF-u-Qalb. It was clearly a TALEEF-u-Qalb. A clear example of TALEEF-u-Qalb, that is softening the heart of the people</w:t>
      </w:r>
      <w:r>
        <w:br/>
      </w:r>
      <w:r>
        <w:rPr>
          <w:sz w:val="20"/>
        </w:rPr>
        <w:t>15:48  . Why he served milk as a soft drink? Only for the purpose of TALEEF, that is softening their heart so that they may listen to his message with a normal mind,</w:t>
      </w:r>
      <w:r>
        <w:br/>
      </w:r>
      <w:r>
        <w:rPr>
          <w:sz w:val="20"/>
        </w:rPr>
        <w:t>16:14  with a friendly he wanted to create a friendly environment by serving this drink, that is a natural drink</w:t>
      </w:r>
      <w:r>
        <w:br/>
      </w:r>
      <w:r>
        <w:rPr>
          <w:sz w:val="20"/>
        </w:rPr>
        <w:t>16:28  . By serving this natural drink, Prophet of Islam wanted to create a normal relationship between the two.</w:t>
      </w:r>
      <w:r>
        <w:br/>
      </w:r>
      <w:r>
        <w:rPr>
          <w:sz w:val="20"/>
        </w:rPr>
        <w:t>16:42  A friendship environment.</w:t>
      </w:r>
      <w:r>
        <w:br/>
      </w:r>
      <w:r>
        <w:rPr>
          <w:sz w:val="20"/>
        </w:rPr>
        <w:t>16:48  So this was TALEEF. So according to my study, TALEEF is not confined to Zakat or to giving some money.</w:t>
      </w:r>
      <w:r>
        <w:br/>
      </w:r>
      <w:r>
        <w:rPr>
          <w:sz w:val="20"/>
        </w:rPr>
        <w:t>17:02  No. TALEEF is a very comprehensive teaching of Islam.</w:t>
      </w:r>
      <w:r>
        <w:br/>
      </w:r>
      <w:r>
        <w:rPr>
          <w:sz w:val="20"/>
        </w:rPr>
        <w:t>17:09  So when Prophet of Islam served a natural drink to those madhous, it was an act of TALEEF.</w:t>
      </w:r>
      <w:r>
        <w:br/>
      </w:r>
      <w:r>
        <w:rPr>
          <w:sz w:val="20"/>
        </w:rPr>
        <w:t>17:23  Then the whole life of the Prophet of Islam may be traced under this principle.</w:t>
      </w:r>
      <w:r>
        <w:br/>
      </w:r>
      <w:r>
        <w:rPr>
          <w:sz w:val="20"/>
        </w:rPr>
        <w:t>17:33  Prophet of Islam was Prophet of Tauhid.</w:t>
      </w:r>
      <w:r>
        <w:br/>
      </w:r>
      <w:r>
        <w:rPr>
          <w:sz w:val="20"/>
        </w:rPr>
        <w:t>17:39  His mission was the mission of Tauhid, there is oneness of God.</w:t>
      </w:r>
      <w:r>
        <w:br/>
      </w:r>
      <w:r>
        <w:rPr>
          <w:sz w:val="20"/>
        </w:rPr>
        <w:t>17:49  But at that time, Makkah was</w:t>
      </w:r>
      <w:r>
        <w:br/>
      </w:r>
      <w:r>
        <w:rPr>
          <w:sz w:val="20"/>
        </w:rPr>
        <w:t>17:55  all the people at Makkah were idol worshippers. And Kaaba, that was situated in Makkah, Kaaba was built by Prophet Ibrahim</w:t>
      </w:r>
      <w:r>
        <w:br/>
      </w:r>
      <w:r>
        <w:rPr>
          <w:sz w:val="20"/>
        </w:rPr>
        <w:t>18:12  . But at that time, Kaaba was also filled with idols.</w:t>
      </w:r>
      <w:r>
        <w:br/>
      </w:r>
      <w:r>
        <w:rPr>
          <w:sz w:val="20"/>
        </w:rPr>
        <w:t>18:21  There were 360 idols in the Kaaba premises. Prophet of Islam</w:t>
      </w:r>
      <w:r>
        <w:br/>
      </w:r>
      <w:r>
        <w:rPr>
          <w:sz w:val="20"/>
        </w:rPr>
        <w:t>18:35  was</w:t>
      </w:r>
      <w:r>
        <w:br/>
      </w:r>
      <w:r>
        <w:rPr>
          <w:sz w:val="20"/>
        </w:rPr>
        <w:t>18:38  born in this city, in the neighbourhood of Kaaba. But he never objected. He simply avoided.</w:t>
      </w:r>
      <w:r>
        <w:br/>
      </w:r>
      <w:r>
        <w:rPr>
          <w:sz w:val="20"/>
        </w:rPr>
        <w:t>18:48  This was also TALEEF. This act of avoidance was also a TALEEF, an example of TALEEF. He never said any word against those idols.</w:t>
      </w:r>
    </w:p>
    <w:p>
      <w:pPr>
        <w:pStyle w:val="Heading2"/>
      </w:pPr>
      <w:r>
        <w:t>Nervous English lecture in Delhi despite no formal schooling</w:t>
      </w:r>
    </w:p>
    <w:p>
      <w:r>
        <w:rPr>
          <w:color w:val="666666"/>
          <w:sz w:val="18"/>
        </w:rPr>
        <w:t>From The Spiritual Tree August 8, 2010 · 2m 24s · at 15:25 · https://youtu.be/H6e9NOrqgHI?t=925</w:t>
      </w:r>
    </w:p>
    <w:p>
      <w:r>
        <w:rPr>
          <w:i/>
        </w:rPr>
        <w:t>“Main ek bohot tough subject par English mein bol raha tha”</w:t>
      </w:r>
    </w:p>
    <w:p>
      <w:r>
        <w:rPr>
          <w:sz w:val="20"/>
        </w:rPr>
        <w:t>15:25  maujood hai sab cheez, magar is ko le nahin pata woh. Ab mein aap ko kal ka ek tajurba batata hoon. Kal jo hai, dilli mein</w:t>
      </w:r>
      <w:r>
        <w:br/>
      </w:r>
      <w:r>
        <w:rPr>
          <w:sz w:val="20"/>
        </w:rPr>
        <w:t>15:38  mera ek lecture lag gaya tha logon ne.</w:t>
      </w:r>
      <w:r>
        <w:br/>
      </w:r>
      <w:r>
        <w:rPr>
          <w:sz w:val="20"/>
        </w:rPr>
        <w:t>15:43  aur use angrezi mein bolna tha mujhe.</w:t>
      </w:r>
      <w:r>
        <w:br/>
      </w:r>
      <w:r>
        <w:rPr>
          <w:sz w:val="20"/>
        </w:rPr>
        <w:t>15:48  english mein ek bohat hi tough subject par. Yani namaz roze par nahin, ek bohat hi tough subject par english mein bol raha tha.</w:t>
      </w:r>
      <w:r>
        <w:br/>
      </w:r>
      <w:r>
        <w:rPr>
          <w:sz w:val="20"/>
        </w:rPr>
        <w:t>16:00  ab mein ek molvi aadmi hoon, mujhe angrezi aati nahin. Mein ne kisi school mein parha nahin kabhi.</w:t>
      </w:r>
      <w:r>
        <w:br/>
      </w:r>
      <w:r>
        <w:rPr>
          <w:sz w:val="20"/>
        </w:rPr>
        <w:t>16:12  to aap yaqeen kijiye, jab mein ja raha tha yahan se to lagta tha ke ek ek ek bakri ko slaughterhouse le ja rahe hain, le ja rahe hain, zibah karne ke liye.</w:t>
      </w:r>
      <w:r>
        <w:br/>
      </w:r>
      <w:r>
        <w:rPr>
          <w:sz w:val="20"/>
        </w:rPr>
        <w:t>16:26  ek ajeeb meri kaifiyat thi, mein bayan nahin kar sakta is ko.</w:t>
      </w:r>
      <w:r>
        <w:br/>
      </w:r>
      <w:r>
        <w:rPr>
          <w:sz w:val="20"/>
        </w:rPr>
        <w:t>16:30  yahan tak ke jab mein seedhi pe charh raha tha wahan, yani oopar first floor par jana tha, to mein bohat ruk ruk kar charh raha tha, bohat ruk ruk charh raha tha.</w:t>
      </w:r>
      <w:r>
        <w:br/>
      </w:r>
      <w:r>
        <w:rPr>
          <w:sz w:val="20"/>
        </w:rPr>
        <w:t>16:42  kyun? bar bar yeh sochta tha mein ke khudaaya, yeh mera jumla nikalta tha mere andar se. Khudaaya, aage barhne ki himmat nahin aur peechay hatne ki ijazat nahin.</w:t>
      </w:r>
      <w:r>
        <w:br/>
      </w:r>
      <w:r>
        <w:rPr>
          <w:sz w:val="20"/>
        </w:rPr>
        <w:t>17:00  yani aage barh kar ja ke stage baithoon, is ki himmat nahin aur peechay bhag jaon, is ki ijazat nahin. To bar bar mere munh se yeh nikalta tha ke khudaaya, aage barhne ki himmat nahin, peechay hatne ki ijazat nahin.</w:t>
      </w:r>
      <w:r>
        <w:br/>
      </w:r>
      <w:r>
        <w:rPr>
          <w:sz w:val="20"/>
        </w:rPr>
        <w:t>17:18  isi kaifiyat ke sath aa kar baith gaya. Mujhe nahin maloom mein ne kya bola wahan par. Yeh log kehte hain ke tum acha bole. Yaqeen kijiye ke mujhe kuch bhi nahin maloom ke mein kya bola.</w:t>
      </w:r>
      <w:r>
        <w:br/>
      </w:r>
      <w:r>
        <w:rPr>
          <w:sz w:val="20"/>
        </w:rPr>
        <w:t>17:30  agar koi mujh se pooche to mujhe kuch nahin maloom ke mein kya bola hoon. Aur sunne wale bohat ghor se sun rahe the, un ko bohat positive taasur unhon ne diya.</w:t>
      </w:r>
      <w:r>
        <w:br/>
      </w:r>
      <w:r>
        <w:rPr>
          <w:sz w:val="20"/>
        </w:rPr>
        <w:t>17:43  to agar kuch bola hoon ga mein to woh khuda ke farishtay bolay hoon ge.</w:t>
      </w:r>
    </w:p>
    <w:p>
      <w:pPr>
        <w:pStyle w:val="Heading2"/>
      </w:pPr>
      <w:r>
        <w:t>Dream of a team meeting and blessing</w:t>
      </w:r>
    </w:p>
    <w:p>
      <w:r>
        <w:rPr>
          <w:color w:val="666666"/>
          <w:sz w:val="18"/>
        </w:rPr>
        <w:t>Divine Help 28 Sept, 2019 - Maulana Wahiduddin Khan · 4m 17s · at 0:14 · https://youtu.be/djYNA8XBXwM?t=14</w:t>
      </w:r>
    </w:p>
    <w:p>
      <w:r>
        <w:rPr>
          <w:i/>
        </w:rPr>
        <w:t>“Aaj ek ajeeb waqea hua”</w:t>
      </w:r>
    </w:p>
    <w:p>
      <w:r>
        <w:rPr>
          <w:sz w:val="20"/>
        </w:rPr>
        <w:t>0:14  bismillah rahman rahim, wasallallahu ala nabiyil karim. 28 september 2019.</w:t>
      </w:r>
      <w:r>
        <w:br/>
      </w:r>
      <w:r>
        <w:rPr>
          <w:sz w:val="20"/>
        </w:rPr>
        <w:t>0:31  aaj ek ajeeb waqia hua.</w:t>
      </w:r>
      <w:r>
        <w:br/>
      </w:r>
      <w:r>
        <w:rPr>
          <w:sz w:val="20"/>
        </w:rPr>
        <w:t>0:37  hamare bumbai ke kuch saathi dili aaye hue the, main apne office mein un ke saath baitha hua baat kar raha tha.</w:t>
      </w:r>
      <w:r>
        <w:br/>
      </w:r>
      <w:r>
        <w:rPr>
          <w:sz w:val="20"/>
        </w:rPr>
        <w:t>0:51  phir mujhe laga ke main andar se kuch, yaani kuch problem feel kar raha hoon.</w:t>
      </w:r>
      <w:r>
        <w:br/>
      </w:r>
      <w:r>
        <w:rPr>
          <w:sz w:val="20"/>
        </w:rPr>
        <w:t>1:00  to maine un logon se kaha ke aap, aap jaiye, mulaqaat hogi aapse program mein. to bombai ke log chale gaye.</w:t>
      </w:r>
      <w:r>
        <w:br/>
      </w:r>
      <w:r>
        <w:rPr>
          <w:sz w:val="20"/>
        </w:rPr>
        <w:t>1:12  phir main apne office mein, apne bed par so gaya. aur bohat achhi neend aayi, bilkul sound sleep aayi.</w:t>
      </w:r>
      <w:r>
        <w:br/>
      </w:r>
      <w:r>
        <w:rPr>
          <w:sz w:val="20"/>
        </w:rPr>
        <w:t>1:25  phir main sone ke baad utha to main kuch khaya maine. khate hi meri tabiyat theek ho gayi.</w:t>
      </w:r>
      <w:r>
        <w:br/>
      </w:r>
      <w:r>
        <w:rPr>
          <w:sz w:val="20"/>
        </w:rPr>
        <w:t>1:36  to maloom hua ke asal mein woh maamla bhook ka maamla tha. bhook jab chali gayi to woh kefiyat bhi chali gayi.</w:t>
      </w:r>
      <w:r>
        <w:br/>
      </w:r>
      <w:r>
        <w:rPr>
          <w:sz w:val="20"/>
        </w:rPr>
        <w:t>1:49  ab jab main soya, bohat hi achhi neend, to maine ek khwab dekha. abhi, aaj hi, apne office mein.</w:t>
      </w:r>
      <w:r>
        <w:br/>
      </w:r>
      <w:r>
        <w:rPr>
          <w:sz w:val="20"/>
        </w:rPr>
        <w:t>2:01  ek khwab dekha. woh khwab bohat hi zyada saaf aur clear tha. to kya hua ke jab main so gaya to maine ek bohat acha, saaf ek khwab dekha.</w:t>
      </w:r>
      <w:r>
        <w:br/>
      </w:r>
      <w:r>
        <w:rPr>
          <w:sz w:val="20"/>
        </w:rPr>
        <w:t>2:21  dream.</w:t>
      </w:r>
      <w:r>
        <w:br/>
      </w:r>
      <w:r>
        <w:rPr>
          <w:sz w:val="20"/>
        </w:rPr>
        <w:t>2:24  bohat hi zyada saaf dream tha woh, aur bara khwab tha. maine dekha ke main ek bohat bare kamre mein hoon, hall jaisa kamra.</w:t>
      </w:r>
      <w:r>
        <w:br/>
      </w:r>
      <w:r>
        <w:rPr>
          <w:sz w:val="20"/>
        </w:rPr>
        <w:t>2:39  to is kamre mein chaaron taraf seatein hain, kursiyan. log kursiyon par baithe hue hain.</w:t>
      </w:r>
      <w:r>
        <w:br/>
      </w:r>
      <w:r>
        <w:rPr>
          <w:sz w:val="20"/>
        </w:rPr>
        <w:t>2:48  tamam kursiyan bhari hui hain. bhari hui hain. aur bohat hi khushi ka mahaul hai. woh sab ke sab log hamari team ke log hain.</w:t>
      </w:r>
      <w:r>
        <w:br/>
      </w:r>
      <w:r>
        <w:rPr>
          <w:sz w:val="20"/>
        </w:rPr>
        <w:t>3:03  hamari team ke log kahin se aaye hain. kahin se aaye hain, phir wahan par woh meeting kar rahe hain. to main thodi der ke baad wahan aata hoon, is hall mein.</w:t>
      </w:r>
      <w:r>
        <w:br/>
      </w:r>
      <w:r>
        <w:rPr>
          <w:sz w:val="20"/>
        </w:rPr>
        <w:t>3:16  jab main aata hoon to bohat khushi ka mahaul wahan dekhta hoon.</w:t>
      </w:r>
      <w:r>
        <w:br/>
      </w:r>
      <w:r>
        <w:rPr>
          <w:sz w:val="20"/>
        </w:rPr>
        <w:t>3:23  to main ek sawal karta hoon ke aap mein head kaun hai? yeh ek ajeeb sa sawal tha. aap mein head kaun hai?</w:t>
      </w:r>
      <w:r>
        <w:br/>
      </w:r>
      <w:r>
        <w:rPr>
          <w:sz w:val="20"/>
        </w:rPr>
        <w:t>3:35  mujhe is se haath milana hai. to log kehte hain ke head to sadia khan hain.</w:t>
      </w:r>
      <w:r>
        <w:br/>
      </w:r>
      <w:r>
        <w:rPr>
          <w:sz w:val="20"/>
        </w:rPr>
        <w:t>3:46  yaani is meeting ki head sadia khan hain.</w:t>
      </w:r>
      <w:r>
        <w:br/>
      </w:r>
      <w:r>
        <w:rPr>
          <w:sz w:val="20"/>
        </w:rPr>
        <w:t>3:52  to is waqt main kehta hoon ke theek hai, boodha aadmi haath nahi milata. boodha aadmi sar par haath rakhta hai.</w:t>
      </w:r>
      <w:r>
        <w:br/>
      </w:r>
      <w:r>
        <w:rPr>
          <w:sz w:val="20"/>
        </w:rPr>
        <w:t>4:06  pehlay maine kaha tha ke mujhe haath milana hai. lekin jab unhon ne yeh kaha ke is meeting ki head sadia khan hain, tab maine kaha ke boodha aadmi haath nahi milata, boodha aadmi sar par haath rakhta hai.</w:t>
      </w:r>
      <w:r>
        <w:br/>
      </w:r>
      <w:r>
        <w:rPr>
          <w:sz w:val="20"/>
        </w:rPr>
        <w:t>4:27  yahan par khwab khatam hota hai.</w:t>
      </w:r>
    </w:p>
    <w:p>
      <w:pPr>
        <w:pStyle w:val="Heading2"/>
      </w:pPr>
      <w:r>
        <w:t>Toynbee's theory: pressure turns minorities creative</w:t>
      </w:r>
    </w:p>
    <w:p>
      <w:r>
        <w:rPr>
          <w:color w:val="666666"/>
          <w:sz w:val="18"/>
        </w:rPr>
        <w:t>Post Fasting Period September 04, 2011 · 59s · at 19:26 · https://youtu.be/njQ14sZvkXc?t=1166</w:t>
      </w:r>
    </w:p>
    <w:p>
      <w:r>
        <w:rPr>
          <w:i/>
        </w:rPr>
        <w:t>“Toynbee: minority par dabaav uski creativity badhata hai”</w:t>
      </w:r>
    </w:p>
    <w:p>
      <w:r>
        <w:rPr>
          <w:sz w:val="20"/>
        </w:rPr>
        <w:t>19:26  to Arnold Toynbee ne yeh likha hai ke jab kisi mulk mein ek group kam ho doosra group zyada ho.</w:t>
      </w:r>
      <w:r>
        <w:br/>
      </w:r>
      <w:r>
        <w:rPr>
          <w:sz w:val="20"/>
        </w:rPr>
        <w:t>19:35  ek minority ho ek minority ho. to dono ke darmiyan barabar challenge hota hai. challenge. challenge. yani aqalliyati jo hai aqalliyat jo hai musalsal taur par dabao mein rehti hai.</w:t>
      </w:r>
      <w:r>
        <w:br/>
      </w:r>
      <w:r>
        <w:rPr>
          <w:sz w:val="20"/>
        </w:rPr>
        <w:t>19:50  musalsal taur par dabao mein rehti hai. is se kya hota hai? is ke andar nai soch barhti hai.</w:t>
      </w:r>
      <w:r>
        <w:br/>
      </w:r>
      <w:r>
        <w:rPr>
          <w:sz w:val="20"/>
        </w:rPr>
        <w:t>19:56  yani yeh us ko us ke lafz mein hai challenge response mechanism. to us ki creativity barhti hai.</w:t>
      </w:r>
      <w:r>
        <w:br/>
      </w:r>
      <w:r>
        <w:rPr>
          <w:sz w:val="20"/>
        </w:rPr>
        <w:t>20:07  yani yeh jo process hai challenge ka. is yeh minority ko creative minority bana deta hai.</w:t>
      </w:r>
      <w:r>
        <w:br/>
      </w:r>
      <w:r>
        <w:rPr>
          <w:sz w:val="20"/>
        </w:rPr>
        <w:t>20:19  minority ko creative minority bana deta hai. takhliqi aqalliyat.</w:t>
      </w:r>
    </w:p>
    <w:p>
      <w:pPr>
        <w:pStyle w:val="Heading2"/>
      </w:pPr>
      <w:r>
        <w:t>obsessing over side-questions instead of the real goal</w:t>
      </w:r>
    </w:p>
    <w:p>
      <w:r>
        <w:rPr>
          <w:color w:val="666666"/>
          <w:sz w:val="18"/>
        </w:rPr>
        <w:t>Freedom of Thought in Islam 23 October, 2011 · 1m 20s · at 1:08:07 · https://youtu.be/aGbxRNNOKzo?t=4087</w:t>
      </w:r>
    </w:p>
    <w:p>
      <w:r>
        <w:rPr>
          <w:i/>
        </w:rPr>
        <w:t>“I once met a student obsessed with topping his class”</w:t>
      </w:r>
    </w:p>
    <w:p>
      <w:r>
        <w:rPr>
          <w:sz w:val="20"/>
        </w:rPr>
        <w:t>1:08:07  main ek shakhs se mila ek baar, jo padh raha tha university mein. to ek kamre mein raat din rehta tha woh. us ko zaroor tha ke mujhe top karna hai.</w:t>
      </w:r>
      <w:r>
        <w:br/>
      </w:r>
      <w:r>
        <w:rPr>
          <w:sz w:val="20"/>
        </w:rPr>
        <w:t>1:08:18  top karna hai. bade bade baal ho gaye the, baal nahin banwata tha woh.</w:t>
      </w:r>
      <w:r>
        <w:br/>
      </w:r>
      <w:r>
        <w:rPr>
          <w:sz w:val="20"/>
        </w:rPr>
        <w:t>1:08:25  yani bilkul neat bana hua tha us zamane mein woh. to main ne us se poocha ke bhai, aap ki haalat hai aisi?</w:t>
      </w:r>
      <w:r>
        <w:br/>
      </w:r>
      <w:r>
        <w:rPr>
          <w:sz w:val="20"/>
        </w:rPr>
        <w:t>1:08:34  to yeh aap ko kaisa lagta hai yeh?</w:t>
      </w:r>
      <w:r>
        <w:br/>
      </w:r>
      <w:r>
        <w:rPr>
          <w:sz w:val="20"/>
        </w:rPr>
        <w:t>1:08:37  to us ne kaha, yeh baat kahi ke jab main yeh sochta hoon ke jis din main top karunga, us din foran mere taraqqi ke darwaze khul jayenge. to sab bhool jaata hai, pareshani bhool jaati hai.</w:t>
      </w:r>
      <w:r>
        <w:br/>
      </w:r>
      <w:r>
        <w:rPr>
          <w:sz w:val="20"/>
        </w:rPr>
        <w:t>1:08:51  agar woh yeh sochta ke kahin mar jaaun beech mein, ya hadsa ho jaaye, ke falan baat ho jaaye. to usi mein phansa rehta hai woh.</w:t>
      </w:r>
      <w:r>
        <w:br/>
      </w:r>
      <w:r>
        <w:rPr>
          <w:sz w:val="20"/>
        </w:rPr>
        <w:t>1:09:00  dekhen, side question mein phansna, yeh us ka naam hai confusion. yaad rakhiye.</w:t>
      </w:r>
      <w:r>
        <w:br/>
      </w:r>
      <w:r>
        <w:rPr>
          <w:sz w:val="20"/>
        </w:rPr>
        <w:t>1:09:05  Side question hamesha hi hote hain. kisi bhi cheez mein. agar aap side question mein phans jaayen to aap zinda reh rahe hain. aap shaadi na karen. aap bachchon ko na padhayen.</w:t>
      </w:r>
      <w:r>
        <w:br/>
      </w:r>
      <w:r>
        <w:rPr>
          <w:sz w:val="20"/>
        </w:rPr>
        <w:t>1:09:13  aap business na karen. aap job na karen. kyun ke har jagah side question maujood hai. to yeh science mein yahi hota hai ke aaj scientist jab aap kisi cheez ki tehqeeq karta hai to bahut si cheezen darmiyan mein aati hain.</w:t>
      </w:r>
    </w:p>
    <w:p>
      <w:pPr>
        <w:pStyle w:val="Heading2"/>
      </w:pPr>
      <w:r>
        <w:t>First encounter with Maulana and the sutra</w:t>
      </w:r>
    </w:p>
    <w:p>
      <w:r>
        <w:rPr>
          <w:color w:val="666666"/>
          <w:sz w:val="18"/>
        </w:rPr>
        <w:t>Discussions on the impact of Maulana Wahiduddin Khan's Thought July 1, 2020 · 2m 48s · at 3:52 · https://youtu.be/Xzuu-nbDm4g?t=232</w:t>
      </w:r>
    </w:p>
    <w:p>
      <w:r>
        <w:rPr>
          <w:i/>
        </w:rPr>
        <w:t>“Before you meet a master meet the team first”</w:t>
      </w:r>
    </w:p>
    <w:p>
      <w:r>
        <w:rPr>
          <w:sz w:val="20"/>
        </w:rPr>
        <w:t>3:52  Anybody can go. And so just like a seeker, I also went there. I would say that, first of all, it's important that before you meet a master or a guru or somebody like Maulana,</w:t>
      </w:r>
      <w:r>
        <w:br/>
      </w:r>
      <w:r>
        <w:rPr>
          <w:sz w:val="20"/>
        </w:rPr>
        <w:t>4:08  you get to</w:t>
      </w:r>
      <w:r>
        <w:br/>
      </w:r>
      <w:r>
        <w:rPr>
          <w:sz w:val="20"/>
        </w:rPr>
        <w:t>4:09  meet the team members first, people who are around them. And I remember that entire Maulana's family and all the CPS members, the way they treated me on day one,</w:t>
      </w:r>
      <w:r>
        <w:br/>
      </w:r>
      <w:r>
        <w:rPr>
          <w:sz w:val="20"/>
        </w:rPr>
        <w:t>4:24  I felt I mean, that first day only, I got this feeling that I'm home.</w:t>
      </w:r>
      <w:r>
        <w:br/>
      </w:r>
      <w:r>
        <w:rPr>
          <w:sz w:val="20"/>
        </w:rPr>
        <w:t>4:30  I'm meeting people who are like I got this vibe that they are like they are my friends.</w:t>
      </w:r>
      <w:r>
        <w:br/>
      </w:r>
      <w:r>
        <w:rPr>
          <w:sz w:val="20"/>
        </w:rPr>
        <w:t>4:39  They are my I'm safe with them. And so initially, I think, in a few Sundays, I was just</w:t>
      </w:r>
      <w:r>
        <w:br/>
      </w:r>
      <w:r>
        <w:rPr>
          <w:sz w:val="20"/>
        </w:rPr>
        <w:t>4:50  reluctant to go to Maulana and talk to him.</w:t>
      </w:r>
      <w:r>
        <w:br/>
      </w:r>
      <w:r>
        <w:rPr>
          <w:sz w:val="20"/>
        </w:rPr>
        <w:t>4:54  But then once, I remember, I got an opportunity, and Maulana got to know from one of the team members that I've been coming.</w:t>
      </w:r>
      <w:r>
        <w:br/>
      </w:r>
      <w:r>
        <w:rPr>
          <w:sz w:val="20"/>
        </w:rPr>
        <w:t>5:04  And then Maulana called me, and he said that, "No, I bet you know how we're going to talk." So I was a little nervous.</w:t>
      </w:r>
      <w:r>
        <w:br/>
      </w:r>
      <w:r>
        <w:rPr>
          <w:sz w:val="20"/>
        </w:rPr>
        <w:t>5:16  And he asked me that, "I mean, what I have learned is that you have been coming for quite some time. So why do you come?</w:t>
      </w:r>
      <w:r>
        <w:br/>
      </w:r>
      <w:r>
        <w:rPr>
          <w:sz w:val="20"/>
        </w:rPr>
        <w:t>5:27  What is the reason? What are you looking for?" And that in all that nervousness, I told him, "Maulana, I come because after your lecture,</w:t>
      </w:r>
      <w:r>
        <w:br/>
      </w:r>
      <w:r>
        <w:rPr>
          <w:sz w:val="20"/>
        </w:rPr>
        <w:t>5:41  I get food for thought.</w:t>
      </w:r>
      <w:r>
        <w:br/>
      </w:r>
      <w:r>
        <w:rPr>
          <w:sz w:val="20"/>
        </w:rPr>
        <w:t>5:45  Whatever you say stimulates my intellect." And sochne ko miltai. After that, I get time. I get opportunity to ponder on things.</w:t>
      </w:r>
      <w:r>
        <w:br/>
      </w:r>
      <w:r>
        <w:rPr>
          <w:sz w:val="20"/>
        </w:rPr>
        <w:t>5:58  So Maulana was very happy by this. And he says that, "No, apko patai, apko ek sutra mil gaya.</w:t>
      </w:r>
      <w:r>
        <w:br/>
      </w:r>
      <w:r>
        <w:rPr>
          <w:sz w:val="20"/>
        </w:rPr>
        <w:t>6:07  You have got a sort of method or a tool with which you can really go deeper in your journey." So that was my first interaction with Maulana.</w:t>
      </w:r>
      <w:r>
        <w:br/>
      </w:r>
      <w:r>
        <w:rPr>
          <w:sz w:val="20"/>
        </w:rPr>
        <w:t>6:26  And I still remember when he says that, "No, apko ek sutra mil gaya. Apko ek path mil gaya in a way."</w:t>
      </w:r>
      <w:r>
        <w:br/>
      </w:r>
      <w:r>
        <w:rPr>
          <w:sz w:val="20"/>
        </w:rPr>
        <w:t>6:35  And now it's been 10 years, huh? 9 to 10 years, I guess. Yeah, long time. Long time to be. Ye</w:t>
      </w:r>
    </w:p>
    <w:p>
      <w:pPr>
        <w:pStyle w:val="Heading2"/>
      </w:pPr>
      <w:r>
        <w:t>From quantum physics to unseen reality</w:t>
      </w:r>
    </w:p>
    <w:p>
      <w:r>
        <w:rPr>
          <w:color w:val="666666"/>
          <w:sz w:val="18"/>
        </w:rPr>
        <w:t>The Search for Truth March 15, 2020 Maulana Wahiduddin Khan · 5m 11s · at 10:44 · https://youtu.be/Vs_wx9z7IZQ?t=644</w:t>
      </w:r>
    </w:p>
    <w:p>
      <w:r>
        <w:rPr>
          <w:i/>
        </w:rPr>
        <w:t>“Quantum physics ka jab aap study karte hain.”</w:t>
      </w:r>
    </w:p>
    <w:p>
      <w:r>
        <w:rPr>
          <w:sz w:val="20"/>
        </w:rPr>
        <w:t>10:44  jahan matter khatam ho jata hai. Matter se shuru karte hain aap, lekin pohnchte hain wahan jahan matter non existent par ban jata hai.</w:t>
      </w:r>
      <w:r>
        <w:br/>
      </w:r>
      <w:r>
        <w:rPr>
          <w:sz w:val="20"/>
        </w:rPr>
        <w:t>11:08  isi liye aik top ke scientist ne kaha hai ke</w:t>
      </w:r>
      <w:r>
        <w:br/>
      </w:r>
      <w:r>
        <w:rPr>
          <w:sz w:val="20"/>
        </w:rPr>
        <w:t>11:18  aakhri</w:t>
      </w:r>
      <w:r>
        <w:br/>
      </w:r>
      <w:r>
        <w:rPr>
          <w:sz w:val="20"/>
        </w:rPr>
        <w:t>11:22  reality ke bare mein...</w:t>
      </w:r>
      <w:r>
        <w:br/>
      </w:r>
      <w:r>
        <w:rPr>
          <w:sz w:val="20"/>
        </w:rPr>
        <w:t>11:35  ke "Waves of Probabilities". Yani scientist matter ka study karte karte aik aise maqam par pohnchta hai jahan sirf waves baat karti hain.</w:t>
      </w:r>
      <w:r>
        <w:br/>
      </w:r>
      <w:r>
        <w:rPr>
          <w:sz w:val="20"/>
        </w:rPr>
        <w:t>11:50  waves.</w:t>
      </w:r>
      <w:r>
        <w:br/>
      </w:r>
      <w:r>
        <w:rPr>
          <w:sz w:val="20"/>
        </w:rPr>
        <w:t>11:54  to us ko us ne kaha ke aakhri cheez jo maine paya woh thi "Waves of Probabilities".</w:t>
      </w:r>
      <w:r>
        <w:br/>
      </w:r>
      <w:r>
        <w:rPr>
          <w:sz w:val="20"/>
        </w:rPr>
        <w:t>12:05  imkanat ki lehar. Bohat ajeeb cheez hai.</w:t>
      </w:r>
      <w:r>
        <w:br/>
      </w:r>
      <w:r>
        <w:rPr>
          <w:sz w:val="20"/>
        </w:rPr>
        <w:t>12:11  aam insan ko samajh aaye gi nahin.</w:t>
      </w:r>
      <w:r>
        <w:br/>
      </w:r>
      <w:r>
        <w:rPr>
          <w:sz w:val="20"/>
        </w:rPr>
        <w:t>12:18  "Waves of Probabilities".</w:t>
      </w:r>
      <w:r>
        <w:br/>
      </w:r>
      <w:r>
        <w:rPr>
          <w:sz w:val="20"/>
        </w:rPr>
        <w:t>12:24  to is theory ke mutabiq</w:t>
      </w:r>
      <w:r>
        <w:br/>
      </w:r>
      <w:r>
        <w:rPr>
          <w:sz w:val="20"/>
        </w:rPr>
        <w:t>12:30  jab aadmi mutala karte karte</w:t>
      </w:r>
      <w:r>
        <w:br/>
      </w:r>
      <w:r>
        <w:rPr>
          <w:sz w:val="20"/>
        </w:rPr>
        <w:t>12:35  matter tak pohnchta hai to phir woh pohnchta hai atom tak, phir aur aage barhta hai aur aage barhta hai.</w:t>
      </w:r>
      <w:r>
        <w:br/>
      </w:r>
      <w:r>
        <w:rPr>
          <w:sz w:val="20"/>
        </w:rPr>
        <w:t>12:50  to woh pohnchta hai...</w:t>
      </w:r>
      <w:r>
        <w:br/>
      </w:r>
      <w:r>
        <w:rPr>
          <w:sz w:val="20"/>
        </w:rPr>
        <w:t>13:06  ke aage is to kuch hai hi nahin.</w:t>
      </w:r>
      <w:r>
        <w:br/>
      </w:r>
      <w:r>
        <w:rPr>
          <w:sz w:val="20"/>
        </w:rPr>
        <w:t>13:11  just like qayas hai. To sab atak pade ke to aik... aik aisi cheez hai jo na dikhai de, na sunai de,</w:t>
      </w:r>
      <w:r>
        <w:br/>
      </w:r>
      <w:r>
        <w:rPr>
          <w:sz w:val="20"/>
        </w:rPr>
        <w:t>13:26  na us ko aap tod saken.</w:t>
      </w:r>
      <w:r>
        <w:br/>
      </w:r>
      <w:r>
        <w:rPr>
          <w:sz w:val="20"/>
        </w:rPr>
        <w:t>13:29  to kaise detect... usay kaise detect karte hain? Kaise jante hain?</w:t>
      </w:r>
      <w:r>
        <w:br/>
      </w:r>
      <w:r>
        <w:rPr>
          <w:sz w:val="20"/>
        </w:rPr>
        <w:t>13:43  to woh kehte hain ke us ko hum us ke effects se jante hain. Effects. Is tarah se ke aakhri had par pohnch kar ke matter aik non existent</w:t>
      </w:r>
      <w:r>
        <w:br/>
      </w:r>
      <w:r>
        <w:rPr>
          <w:sz w:val="20"/>
        </w:rPr>
        <w:t>14:02  se ikhtiyar kar leta hai. Aur woh rotate karta hai, rotate. Yani aik qism ka khasi rotation.</w:t>
      </w:r>
      <w:r>
        <w:br/>
      </w:r>
      <w:r>
        <w:rPr>
          <w:sz w:val="20"/>
        </w:rPr>
        <w:t>14:17  to</w:t>
      </w:r>
      <w:r>
        <w:br/>
      </w:r>
      <w:r>
        <w:rPr>
          <w:sz w:val="20"/>
        </w:rPr>
        <w:t>14:19  mutala to har waqt woh rotation... rotate karte karte woh us ki jo lehrein hoti hain, us se heat generate hoti hai, heat.</w:t>
      </w:r>
      <w:r>
        <w:br/>
      </w:r>
      <w:r>
        <w:rPr>
          <w:sz w:val="20"/>
        </w:rPr>
        <w:t>14:34  to is heat ko</w:t>
      </w:r>
      <w:r>
        <w:br/>
      </w:r>
      <w:r>
        <w:rPr>
          <w:sz w:val="20"/>
        </w:rPr>
        <w:t>14:38  science daan pakar pata hai. yaani detect, detect kar pata hai.</w:t>
      </w:r>
      <w:r>
        <w:br/>
      </w:r>
      <w:r>
        <w:rPr>
          <w:sz w:val="20"/>
        </w:rPr>
        <w:t>14:56  yeh wohi cheez doosre science daan ne kaha ke "Waves of Probabilities".</w:t>
      </w:r>
      <w:r>
        <w:br/>
      </w:r>
      <w:r>
        <w:rPr>
          <w:sz w:val="20"/>
        </w:rPr>
        <w:t>15:10  woh aakhri had par pahunch kar aap ko ek aisi cheez ko manna parta hai jo non existent hai. bazahir.</w:t>
      </w:r>
      <w:r>
        <w:br/>
      </w:r>
      <w:r>
        <w:rPr>
          <w:sz w:val="20"/>
        </w:rPr>
        <w:t>15:21  na dekhne wale, na sunne wale.</w:t>
      </w:r>
      <w:r>
        <w:br/>
      </w:r>
      <w:r>
        <w:rPr>
          <w:sz w:val="20"/>
        </w:rPr>
        <w:t>15:27  yeh bohat ajeeb cheez, panokhi baat hai. ke aakhri had par pahunch kar aap ek aisi cheez</w:t>
      </w:r>
      <w:r>
        <w:br/>
      </w:r>
      <w:r>
        <w:rPr>
          <w:sz w:val="20"/>
        </w:rPr>
        <w:t>15:38  ko jaan paate hain jis ka bazahir koi wajood hi nahi.</w:t>
      </w:r>
    </w:p>
    <w:p>
      <w:pPr>
        <w:pStyle w:val="Heading2"/>
      </w:pPr>
      <w:r>
        <w:t>Man destined to live in challenge Satan means challenge</w:t>
      </w:r>
    </w:p>
    <w:p>
      <w:r>
        <w:rPr>
          <w:color w:val="666666"/>
          <w:sz w:val="18"/>
        </w:rPr>
        <w:t>The Science of Man October 23, 2007 Maulana Wahiduddin Khan · 35s · at 11:41 · https://youtu.be/nhZ6JUSBKOg?t=701</w:t>
      </w:r>
    </w:p>
    <w:p>
      <w:r>
        <w:rPr>
          <w:i/>
        </w:rPr>
        <w:t>“Man and Satan.”</w:t>
      </w:r>
    </w:p>
    <w:p>
      <w:r>
        <w:rPr>
          <w:sz w:val="20"/>
        </w:rPr>
        <w:t>11:41  Man and Satan. It means that man was destined to live in challenge. What is Satan? Satan means challenge.</w:t>
      </w:r>
      <w:r>
        <w:br/>
      </w:r>
      <w:r>
        <w:rPr>
          <w:sz w:val="20"/>
        </w:rPr>
        <w:t>11:50  Every time, there is challenge.</w:t>
      </w:r>
      <w:r>
        <w:br/>
      </w:r>
      <w:r>
        <w:rPr>
          <w:sz w:val="20"/>
        </w:rPr>
        <w:t>11:55  Challenge from Satan, from jinn, from Satanic community. But also, there are jinn.</w:t>
      </w:r>
      <w:r>
        <w:br/>
      </w:r>
      <w:r>
        <w:rPr>
          <w:sz w:val="20"/>
        </w:rPr>
        <w:t>12:04  Also, there are malaika or angels. Angels are helpers of man. Helpers of man.</w:t>
      </w:r>
    </w:p>
    <w:p>
      <w:pPr>
        <w:pStyle w:val="Heading2"/>
      </w:pPr>
      <w:r>
        <w:t>two traditional methods of studying human history</w:t>
      </w:r>
    </w:p>
    <w:p>
      <w:r>
        <w:rPr>
          <w:color w:val="666666"/>
          <w:sz w:val="18"/>
        </w:rPr>
        <w:t>Interpretation of Prophetic History March 18, 2007 Maulana Wahiduddin Khan · 3m 07s · at 0:37 · https://youtu.be/em6fFdShppU?t=37</w:t>
      </w:r>
    </w:p>
    <w:p>
      <w:r>
        <w:rPr>
          <w:i/>
        </w:rPr>
        <w:t>“Aaj ka topic hai: interpretation of Prophetic history”</w:t>
      </w:r>
    </w:p>
    <w:p>
      <w:r>
        <w:rPr>
          <w:sz w:val="20"/>
        </w:rPr>
        <w:t>0:37  aaj ka topic hai:</w:t>
      </w:r>
      <w:r>
        <w:br/>
      </w:r>
      <w:r>
        <w:rPr>
          <w:sz w:val="20"/>
        </w:rPr>
        <w:t>0:42  interpretation of prophetic history.</w:t>
      </w:r>
      <w:r>
        <w:br/>
      </w:r>
      <w:r>
        <w:rPr>
          <w:sz w:val="20"/>
        </w:rPr>
        <w:t>0:50  interpretation of prophetic history. history kya hai?</w:t>
      </w:r>
      <w:r>
        <w:br/>
      </w:r>
      <w:r>
        <w:rPr>
          <w:sz w:val="20"/>
        </w:rPr>
        <w:t>1:01  history</w:t>
      </w:r>
      <w:r>
        <w:br/>
      </w:r>
      <w:r>
        <w:rPr>
          <w:sz w:val="20"/>
        </w:rPr>
        <w:t>1:05  naam hai</w:t>
      </w:r>
      <w:r>
        <w:br/>
      </w:r>
      <w:r>
        <w:rPr>
          <w:sz w:val="20"/>
        </w:rPr>
        <w:t>1:08  systematic study of past ka.</w:t>
      </w:r>
      <w:r>
        <w:br/>
      </w:r>
      <w:r>
        <w:rPr>
          <w:sz w:val="20"/>
        </w:rPr>
        <w:t>1:15  systematic study of past ka. yeh hai history.</w:t>
      </w:r>
      <w:r>
        <w:br/>
      </w:r>
      <w:r>
        <w:rPr>
          <w:sz w:val="20"/>
        </w:rPr>
        <w:t>1:25  dunya mein history ke do method rahe hain.</w:t>
      </w:r>
      <w:r>
        <w:br/>
      </w:r>
      <w:r>
        <w:rPr>
          <w:sz w:val="20"/>
        </w:rPr>
        <w:t>1:35  traditionally jo method tha,</w:t>
      </w:r>
      <w:r>
        <w:br/>
      </w:r>
      <w:r>
        <w:rPr>
          <w:sz w:val="20"/>
        </w:rPr>
        <w:t>1:41  hazaron saal se, woh tha political events ko unit bana kar ke study karna tareekh ka.</w:t>
      </w:r>
      <w:r>
        <w:br/>
      </w:r>
      <w:r>
        <w:rPr>
          <w:sz w:val="20"/>
        </w:rPr>
        <w:t>1:53  yani political event ko base bana kar ke</w:t>
      </w:r>
      <w:r>
        <w:br/>
      </w:r>
      <w:r>
        <w:rPr>
          <w:sz w:val="20"/>
        </w:rPr>
        <w:t>1:59  study karna.</w:t>
      </w:r>
      <w:r>
        <w:br/>
      </w:r>
      <w:r>
        <w:rPr>
          <w:sz w:val="20"/>
        </w:rPr>
        <w:t>2:01  doosra jis ko introduce kiya hai allan time be ne, woh hai civilization ko unit bana kar ke study karna.</w:t>
      </w:r>
      <w:r>
        <w:br/>
      </w:r>
      <w:r>
        <w:rPr>
          <w:sz w:val="20"/>
        </w:rPr>
        <w:t>2:13  yeh do baray trend hain. toh hazaron saal se jo trend chala raha tha, woh toh wahi hai ke political events ko unit maan kar ke study karna.</w:t>
      </w:r>
      <w:r>
        <w:br/>
      </w:r>
      <w:r>
        <w:rPr>
          <w:sz w:val="20"/>
        </w:rPr>
        <w:t>2:27  jaise India mein aap dekhiye ke rajaon ka ek period tha, phir Mughlon ka period aaya, phir British period aaya,</w:t>
      </w:r>
      <w:r>
        <w:br/>
      </w:r>
      <w:r>
        <w:rPr>
          <w:sz w:val="20"/>
        </w:rPr>
        <w:t>2:43  phir Congress ka period aaya. is tarah ke ek unit bante hain.</w:t>
      </w:r>
      <w:r>
        <w:br/>
      </w:r>
      <w:r>
        <w:rPr>
          <w:sz w:val="20"/>
        </w:rPr>
        <w:t>2:50  toh political events ke le kar ke unit bante hain jo, is ko le kar study karna.</w:t>
      </w:r>
      <w:r>
        <w:br/>
      </w:r>
      <w:r>
        <w:rPr>
          <w:sz w:val="20"/>
        </w:rPr>
        <w:t>2:59  yehi chala raha hai hazaron saal se. lekin ek naya jo introduce kiya hai allan time be ne, woh hai civilization ko unit maan kar ke study karna history ka.</w:t>
      </w:r>
      <w:r>
        <w:br/>
      </w:r>
      <w:r>
        <w:rPr>
          <w:sz w:val="20"/>
        </w:rPr>
        <w:t>3:18  jaise Greek civilization, aur Chinese civilization, Roman civilization, Muslim civilization,</w:t>
      </w:r>
      <w:r>
        <w:br/>
      </w:r>
      <w:r>
        <w:rPr>
          <w:sz w:val="20"/>
        </w:rPr>
        <w:t>3:33  Western civilization. toh ek tareeqa yeh hai tareekh ka. tareekh ki study karne ka.</w:t>
      </w:r>
    </w:p>
    <w:p>
      <w:pPr>
        <w:pStyle w:val="Heading2"/>
      </w:pPr>
      <w:r>
        <w:t>Achievable vs unachievable goals: the root of all frustration</w:t>
      </w:r>
    </w:p>
    <w:p>
      <w:r>
        <w:rPr>
          <w:color w:val="666666"/>
          <w:sz w:val="18"/>
        </w:rPr>
        <w:t>Hadith-e-Jibril, April 21, 2013 · 5m 36s · at 1:02:55 · https://youtu.be/0rF6Ou0pDog?t=3775</w:t>
      </w:r>
    </w:p>
    <w:p>
      <w:r>
        <w:rPr>
          <w:i/>
        </w:rPr>
        <w:t>“دنیا میں دو قسم کے goal ہوتے ہیں”</w:t>
      </w:r>
    </w:p>
    <w:p>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2"/>
      </w:pPr>
      <w:r>
        <w:t>The mystery of Quran's disconnected letters like Alif Lam Meem</w:t>
      </w:r>
    </w:p>
    <w:p>
      <w:r>
        <w:rPr>
          <w:color w:val="666666"/>
          <w:sz w:val="18"/>
        </w:rPr>
        <w:t>Why was Muhammad The Last Prophet March 25, 2007 · 3m 43s · at 1:21:04 · https://youtu.be/iPBd0i_xtnA?t=4864</w:t>
      </w:r>
    </w:p>
    <w:p>
      <w:r>
        <w:rPr>
          <w:i/>
        </w:rPr>
        <w:t>“حروف مقطعات — الف لام میم کا مطلب کیا ہے؟”</w:t>
      </w:r>
    </w:p>
    <w:p>
      <w:r>
        <w:rPr>
          <w:sz w:val="20"/>
        </w:rPr>
        <w:t>1:21:04  there are a few words in the quran like alif laam meem ya seen alif laam meem saad which do not have any meanings what are the significance of these words huroof muqattaat yun kehte hain na aap huroof muq</w:t>
      </w:r>
      <w:r>
        <w:br/>
      </w:r>
      <w:r>
        <w:rPr>
          <w:sz w:val="20"/>
        </w:rPr>
        <w:t>1:21:20  muqatta'at</w:t>
      </w:r>
      <w:r>
        <w:br/>
      </w:r>
      <w:r>
        <w:rPr>
          <w:sz w:val="20"/>
        </w:rPr>
        <w:t>1:21:24  dekhein huroof muqatta'at ka mujhe masla hai yeh bohat ziyada</w:t>
      </w:r>
      <w:r>
        <w:br/>
      </w:r>
      <w:r>
        <w:rPr>
          <w:sz w:val="20"/>
        </w:rPr>
        <w:t>1:21:31  is mein bohat saare dhang se is ki commentary ki gayi hai lekin mein in mein se kisi ko bhi theek nahi paata</w:t>
      </w:r>
      <w:r>
        <w:br/>
      </w:r>
      <w:r>
        <w:rPr>
          <w:sz w:val="20"/>
        </w:rPr>
        <w:t>1:21:41  is liye mein samajhta hoon ke Quran ka yeh jo hai yeh jo yeh letters hain sach peechay letters alif laam meem kaaf ya ain saad ya seen waghera</w:t>
      </w:r>
      <w:r>
        <w:br/>
      </w:r>
      <w:r>
        <w:rPr>
          <w:sz w:val="20"/>
        </w:rPr>
        <w:t>1:21:58  toh yeh abhi tak is ka koi aisa yaani aisa nahi bata sake hamare scholars jo bilkul do do chaar ki tarah se samajh mein aajaye theek samajhta hoon ke ek abhi tak yeh mystery hai yeh mystery yeh hai</w:t>
      </w:r>
      <w:r>
        <w:br/>
      </w:r>
      <w:r>
        <w:rPr>
          <w:sz w:val="20"/>
        </w:rPr>
        <w:t>1:22:22  ek ek cheez jo hai mujh ko thoda sa attract karti hai ek scholar ki baat</w:t>
      </w:r>
      <w:r>
        <w:br/>
      </w:r>
      <w:r>
        <w:rPr>
          <w:sz w:val="20"/>
        </w:rPr>
        <w:t>1:22:28  aur bahut sare logon ne likhi bahut sari baatein hain to wo mujhe wo mujhe wo theek nahi</w:t>
      </w:r>
      <w:r>
        <w:br/>
      </w:r>
      <w:r>
        <w:rPr>
          <w:sz w:val="20"/>
        </w:rPr>
        <w:t>1:22:33  lagti ke ek baat mujhe theek lagti hai kisi qadar</w:t>
      </w:r>
      <w:r>
        <w:br/>
      </w:r>
      <w:r>
        <w:rPr>
          <w:sz w:val="20"/>
        </w:rPr>
        <w:t>1:22:39  keh quran mein shuru mein hota hai yeh yeh hamesha shuru mein hota hai huroof muqatta'at kehte hain</w:t>
      </w:r>
      <w:r>
        <w:br/>
      </w:r>
      <w:r>
        <w:rPr>
          <w:sz w:val="20"/>
        </w:rPr>
        <w:t>1:22:46  is ko woh shuru mein hotay hain yani letters ki shakal mein</w:t>
      </w:r>
      <w:r>
        <w:br/>
      </w:r>
      <w:r>
        <w:rPr>
          <w:sz w:val="20"/>
        </w:rPr>
        <w:t>1:22:53  toh woh woh de kar ke goya Quran mein ek ek impression diya gaya ke Quran agarche isi tarah ke insani language mein human language mein tumhara ABC jo hai isi mein Quran bhi hai lekin is ke bawajood Quran jo hai woh woh word of God hai yaani language ke aitbaar se woh alif laam meem hai</w:t>
      </w:r>
      <w:r>
        <w:br/>
      </w:r>
      <w:r>
        <w:rPr>
          <w:sz w:val="20"/>
        </w:rPr>
        <w:t>1:23:19  language ke aitbaar se woh ABC hai lekin agar tum is ki meaning par utro ge aur gehrai mein is ko jaano ge toh pata chalega yeh toh yeh toh Khuda ki Khuda ka kalam hai yeh toh Khuda ki baat hai</w:t>
      </w:r>
      <w:r>
        <w:br/>
      </w:r>
      <w:r>
        <w:rPr>
          <w:sz w:val="20"/>
        </w:rPr>
        <w:t>1:23:34  yeh toh Khuda ki baat hai jaise aap mein ek misaal deta hoon aap ko ke dunya mein bohat saari kitabein hain jo muqaddas maani jaati hain sacred lekin aap aap comparative study kijiye</w:t>
      </w:r>
      <w:r>
        <w:br/>
      </w:r>
      <w:r>
        <w:rPr>
          <w:sz w:val="20"/>
        </w:rPr>
        <w:t>1:23:50  toh kisi bhi doosri book mein ek baat nahi paayenge aap jo Quran mein hai ke Quran mein jo aap parhte hain toh lagta hai ke ek taraf God hai ek taraf aap hain God aap ko address kar raha hai yeh bohat hi anokhi baat hai yeh achaanak jaise aap Quran parhna shuru karte hain samajh kar ke achaanak aisa lagta hai ke ek aap wahan pahunch gaye hain jahan ek taraf God hai ek taraf aap hain God address karta raha hai aap ko toh</w:t>
      </w:r>
      <w:r>
        <w:br/>
      </w:r>
      <w:r>
        <w:rPr>
          <w:sz w:val="20"/>
        </w:rPr>
        <w:t>1:24:17  mein samajhta hoon keh yeh jo alif laam meem waghera hai shayad is ka matlab yeh hai keh</w:t>
      </w:r>
      <w:r>
        <w:br/>
      </w:r>
      <w:r>
        <w:rPr>
          <w:sz w:val="20"/>
        </w:rPr>
        <w:t>1:24:21  agarcheh quran hai insaan ki language mein lekin woh khuda ka kalam hai woh phir bhi</w:t>
      </w:r>
      <w:r>
        <w:br/>
      </w:r>
      <w:r>
        <w:rPr>
          <w:sz w:val="20"/>
        </w:rPr>
        <w:t>1:24:27  upar upar dekho ge to lagay ga yeh yeh to abc ki language hai andar</w:t>
      </w:r>
      <w:r>
        <w:br/>
      </w:r>
      <w:r>
        <w:rPr>
          <w:sz w:val="20"/>
        </w:rPr>
        <w:t>1:24:31  ghusoo ge to maloom hoga keh nahi yeh to khuda ka kalam hai khuda bol raha hai</w:t>
      </w:r>
      <w:r>
        <w:br/>
      </w:r>
      <w:r>
        <w:rPr>
          <w:sz w:val="20"/>
        </w:rPr>
        <w:t>1:24:36  aik word of god hai yeh</w:t>
      </w:r>
      <w:r>
        <w:br/>
      </w:r>
      <w:r>
        <w:rPr>
          <w:sz w:val="20"/>
        </w:rPr>
        <w:t>1:24:39  shayad is ka aik matlab yeh ho kisi aik aik scholar ne yeh baat likhi hai aur relatively</w:t>
      </w:r>
      <w:r>
        <w:br/>
      </w:r>
      <w:r>
        <w:rPr>
          <w:sz w:val="20"/>
        </w:rPr>
        <w:t>1:24:43  mujhe yahi baat zyada theek lagti hai</w:t>
      </w:r>
    </w:p>
    <w:p>
      <w:pPr>
        <w:pStyle w:val="Heading2"/>
      </w:pPr>
      <w:r>
        <w:t>abrogation in the Qur'an is postponement, not cancellation</w:t>
      </w:r>
    </w:p>
    <w:p>
      <w:r>
        <w:rPr>
          <w:color w:val="666666"/>
          <w:sz w:val="18"/>
        </w:rPr>
        <w:t>In Conversation with Maulana Wahiduddin Khan English · 4m 22s · at 36:38 · https://youtu.be/QZrkP8Z3Fv8?t=2198</w:t>
      </w:r>
    </w:p>
    <w:p>
      <w:r>
        <w:rPr>
          <w:i/>
        </w:rPr>
        <w:t>“Does this imply God made a mistake?”</w:t>
      </w:r>
    </w:p>
    <w:p>
      <w:r>
        <w:rPr>
          <w:sz w:val="20"/>
        </w:rPr>
        <w:t>36:38  But Islamic text is not subject to degeneration. Maulana, Muslims believed in the theory of abrogation. That is, certain verses which were revealed earlier were abrogated by the verses which were revealed later.</w:t>
      </w:r>
      <w:r>
        <w:br/>
      </w:r>
      <w:r>
        <w:rPr>
          <w:sz w:val="20"/>
        </w:rPr>
        <w:t>36:53  Does this imply that God made a mistake and then later corrected it? Abrogation means Naskh.</w:t>
      </w:r>
      <w:r>
        <w:br/>
      </w:r>
      <w:r>
        <w:rPr>
          <w:sz w:val="20"/>
        </w:rPr>
        <w:t>37:04  N-A-S-K-H, Naskh. But abrogation does not mean cancellation. There is a difference between abrogation and cancellation.</w:t>
      </w:r>
      <w:r>
        <w:br/>
      </w:r>
      <w:r>
        <w:rPr>
          <w:sz w:val="20"/>
        </w:rPr>
        <w:t>37:19  So, no verse of the Qur'an was cancelled. Not at all. It was a temporary you can say that it was a temporary postponement.</w:t>
      </w:r>
      <w:r>
        <w:br/>
      </w:r>
      <w:r>
        <w:rPr>
          <w:sz w:val="20"/>
        </w:rPr>
        <w:t>37:35  Because, you know, there are two parts of Islamic religion. One, that is</w:t>
      </w:r>
      <w:r>
        <w:br/>
      </w:r>
      <w:r>
        <w:rPr>
          <w:sz w:val="20"/>
        </w:rPr>
        <w:t>37:47  based on belief</w:t>
      </w:r>
      <w:r>
        <w:br/>
      </w:r>
      <w:r>
        <w:rPr>
          <w:sz w:val="20"/>
        </w:rPr>
        <w:t>37:49  . So, the belief system is eternal. Also, moral values are eternal. For example, honesty is eternal.</w:t>
      </w:r>
      <w:r>
        <w:br/>
      </w:r>
      <w:r>
        <w:rPr>
          <w:sz w:val="20"/>
        </w:rPr>
        <w:t>38:00  Teaching. Justice is eternal teaching.</w:t>
      </w:r>
      <w:r>
        <w:br/>
      </w:r>
      <w:r>
        <w:rPr>
          <w:sz w:val="20"/>
        </w:rPr>
        <w:t>38:06  So, some teachings of Islam are eternal. But some other teachings are subject to change because that relates that is based on situation.</w:t>
      </w:r>
      <w:r>
        <w:br/>
      </w:r>
      <w:r>
        <w:rPr>
          <w:sz w:val="20"/>
        </w:rPr>
        <w:t>38:25  So, when the situation changes,</w:t>
      </w:r>
      <w:r>
        <w:br/>
      </w:r>
      <w:r>
        <w:rPr>
          <w:sz w:val="20"/>
        </w:rPr>
        <w:t>38:30  the teaching also changes. But for a temporary period.</w:t>
      </w:r>
      <w:r>
        <w:br/>
      </w:r>
      <w:r>
        <w:rPr>
          <w:sz w:val="20"/>
        </w:rPr>
        <w:t>38:36  For example, during the Prophet during the second caliphate, there was a</w:t>
      </w:r>
      <w:r>
        <w:br/>
      </w:r>
      <w:r>
        <w:rPr>
          <w:sz w:val="20"/>
        </w:rPr>
        <w:t>38:50  great problem in the economy. There was a great crisis.</w:t>
      </w:r>
      <w:r>
        <w:br/>
      </w:r>
      <w:r>
        <w:rPr>
          <w:sz w:val="20"/>
        </w:rPr>
        <w:t>38:58  So,</w:t>
      </w:r>
      <w:r>
        <w:br/>
      </w:r>
      <w:r>
        <w:rPr>
          <w:sz w:val="20"/>
        </w:rPr>
        <w:t>39:01  the punishment for theft is very severe in Islam. But the second caliph postponed that punishment.</w:t>
      </w:r>
      <w:r>
        <w:br/>
      </w:r>
      <w:r>
        <w:rPr>
          <w:sz w:val="20"/>
        </w:rPr>
        <w:t>39:17  But it is not only temporary postponement. It is not cancellation.</w:t>
      </w:r>
      <w:r>
        <w:br/>
      </w:r>
      <w:r>
        <w:rPr>
          <w:sz w:val="20"/>
        </w:rPr>
        <w:t>39:22  So, when the situation changed, the teaching of Islam returned.</w:t>
      </w:r>
      <w:r>
        <w:br/>
      </w:r>
      <w:r>
        <w:rPr>
          <w:sz w:val="20"/>
        </w:rPr>
        <w:t>39:32  So, Naskh is not cancellation. Naskh is temporary postponement because the situation always varies, always changes.</w:t>
      </w:r>
      <w:r>
        <w:br/>
      </w:r>
      <w:r>
        <w:rPr>
          <w:sz w:val="20"/>
        </w:rPr>
        <w:t>39:47  So, when there is a change in the situation, it is but natural that that teaching which was</w:t>
      </w:r>
      <w:r>
        <w:br/>
      </w:r>
      <w:r>
        <w:rPr>
          <w:sz w:val="20"/>
        </w:rPr>
        <w:t>39:59  related to that situation will be postponed for a temporary period. But again, after revealing that situation again,</w:t>
      </w:r>
      <w:r>
        <w:br/>
      </w:r>
      <w:r>
        <w:rPr>
          <w:sz w:val="20"/>
        </w:rPr>
        <w:t>40:13  the teaching will be required again.</w:t>
      </w:r>
      <w:r>
        <w:br/>
      </w:r>
      <w:r>
        <w:rPr>
          <w:sz w:val="20"/>
        </w:rPr>
        <w:t>40:18  So, it is in every system, not only in Islam, that some teachings are subject to the situation.</w:t>
      </w:r>
      <w:r>
        <w:br/>
      </w:r>
      <w:r>
        <w:rPr>
          <w:sz w:val="20"/>
        </w:rPr>
        <w:t>40:31  And the situation always varies. But not eternally, temporarily.</w:t>
      </w:r>
      <w:r>
        <w:br/>
      </w:r>
      <w:r>
        <w:rPr>
          <w:sz w:val="20"/>
        </w:rPr>
        <w:t>40:41  So, for a temporary period, there is a change in some teachings.</w:t>
      </w:r>
      <w:r>
        <w:br/>
      </w:r>
      <w:r>
        <w:rPr>
          <w:sz w:val="20"/>
        </w:rPr>
        <w:t>40:47  But it is not abrogation. But it is only temporary postponement.</w:t>
      </w:r>
    </w:p>
    <w:p>
      <w:pPr>
        <w:pStyle w:val="Heading2"/>
      </w:pPr>
      <w:r>
        <w:t>In-forward education aims at intellectual development</w:t>
      </w:r>
    </w:p>
    <w:p>
      <w:r>
        <w:rPr>
          <w:color w:val="666666"/>
          <w:sz w:val="18"/>
        </w:rPr>
        <w:t>A Believer’s Journey February 5, 2014 Maulana Wahiduddin Khan · 2m 50s · at 11:04 · https://youtu.be/QzHEA7XunSg?t=664</w:t>
      </w:r>
    </w:p>
    <w:p>
      <w:r>
        <w:rPr>
          <w:i/>
        </w:rPr>
        <w:t>“From this it follows that you must be aware of your time.”</w:t>
      </w:r>
    </w:p>
    <w:p>
      <w:r>
        <w:rPr>
          <w:sz w:val="20"/>
        </w:rPr>
        <w:t>11:04  is se is se yeh nikalta hai keh aap ko zamane ka, zamane zamane se ba khabar hona chahiye.</w:t>
      </w:r>
      <w:r>
        <w:br/>
      </w:r>
      <w:r>
        <w:rPr>
          <w:sz w:val="20"/>
        </w:rPr>
        <w:t>11:16  to aap dekhiye madaris mein kya hota hai? aap ko baseer-e-maazi banaya jata hai, baseer-e-haal nahi banaya jata. yeh galat nahi hai.</w:t>
      </w:r>
      <w:r>
        <w:br/>
      </w:r>
      <w:r>
        <w:rPr>
          <w:sz w:val="20"/>
        </w:rPr>
        <w:t>11:27  yeh koi galat nahi kehta ke yeh galat ho raha hai. waqea yahi hai, shayad yahi rahega hamesha ke madaris aap ko sirf baseer-e-maazi banayenge.</w:t>
      </w:r>
      <w:r>
        <w:br/>
      </w:r>
      <w:r>
        <w:rPr>
          <w:sz w:val="20"/>
        </w:rPr>
        <w:t>11:39  yaani maazi se ba-khabar banayenge.</w:t>
      </w:r>
      <w:r>
        <w:br/>
      </w:r>
      <w:r>
        <w:rPr>
          <w:sz w:val="20"/>
        </w:rPr>
        <w:t>11:43  lekin haal ya zamana is se nahi karenge. in ka woh woh in ka kaam nahi hai. woh yaani mein yeh kahunga ke yeh kaam hai in forward education ka.</w:t>
      </w:r>
      <w:r>
        <w:br/>
      </w:r>
      <w:r>
        <w:rPr>
          <w:sz w:val="20"/>
        </w:rPr>
        <w:t>12:04  forward education jo hoti hai, education for the sake of education.</w:t>
      </w:r>
      <w:r>
        <w:br/>
      </w:r>
      <w:r>
        <w:rPr>
          <w:sz w:val="20"/>
        </w:rPr>
        <w:t>12:11  dekhiye do qism ki taleem ka nizaam hota hai. ek hai forward education, ek in forward education. to forward education hoti hai is usool par ke education for the sake of education.</w:t>
      </w:r>
      <w:r>
        <w:br/>
      </w:r>
      <w:r>
        <w:rPr>
          <w:sz w:val="20"/>
        </w:rPr>
        <w:t>12:28  lekin in forward education jo hoti hai, is ka kya nishana hota hai?</w:t>
      </w:r>
      <w:r>
        <w:br/>
      </w:r>
      <w:r>
        <w:rPr>
          <w:sz w:val="20"/>
        </w:rPr>
        <w:t>12:34  education for the sake of intellectual development. yeh farq hai. is ko samjhiye. yaani forward education ka nishana hota hai education for the sake of education.</w:t>
      </w:r>
      <w:r>
        <w:br/>
      </w:r>
      <w:r>
        <w:rPr>
          <w:sz w:val="20"/>
        </w:rPr>
        <w:t>12:50  aur in forward education ka nishana hota hai education for the sake of intellectual development. to hum jo kaam kar rahe hain, woh yahi hai.</w:t>
      </w:r>
      <w:r>
        <w:br/>
      </w:r>
      <w:r>
        <w:rPr>
          <w:sz w:val="20"/>
        </w:rPr>
        <w:t>13:01  hum jo kaam kar rahe hain, woh in forward education hai.</w:t>
      </w:r>
      <w:r>
        <w:br/>
      </w:r>
      <w:r>
        <w:rPr>
          <w:sz w:val="20"/>
        </w:rPr>
        <w:t>13:06  in forward education yahi hai ke nisaab ke bahir jo zarea hain, un ko istemaal kar ke aap logon ko ba-shaoor banayein.</w:t>
      </w:r>
      <w:r>
        <w:br/>
      </w:r>
      <w:r>
        <w:rPr>
          <w:sz w:val="20"/>
        </w:rPr>
        <w:t>13:15  un ke andar intellectual development, intellectual development layein. un ko zamane se ba-khabar karein.</w:t>
      </w:r>
      <w:r>
        <w:br/>
      </w:r>
      <w:r>
        <w:rPr>
          <w:sz w:val="20"/>
        </w:rPr>
        <w:t>13:25  zamane ki zarooraton ko janne wale banayein. yeh hai in forward education ka goal.</w:t>
      </w:r>
      <w:r>
        <w:br/>
      </w:r>
      <w:r>
        <w:rPr>
          <w:sz w:val="20"/>
        </w:rPr>
        <w:t>13:37  to dekhiye forward education ka dhancha is tarah nahi badalta. aap badalne ki koshish karein to kuch kamyabi bhi nahi hogi aap ko.</w:t>
      </w:r>
      <w:r>
        <w:br/>
      </w:r>
      <w:r>
        <w:rPr>
          <w:sz w:val="20"/>
        </w:rPr>
        <w:t>13:48  to in forward education ke dhanchay ko as it is qabool kar lijiye.</w:t>
      </w:r>
    </w:p>
    <w:p>
      <w:pPr>
        <w:pStyle w:val="Heading2"/>
      </w:pPr>
      <w:r>
        <w:t>Islam popularized education, taking it from clergy and royalty</w:t>
      </w:r>
    </w:p>
    <w:p>
      <w:r>
        <w:rPr>
          <w:color w:val="666666"/>
          <w:sz w:val="18"/>
        </w:rPr>
        <w:t>Islam and Democracy January 23, 2011 · 3m 01s · at 18:16 · https://youtu.be/SgxyqSf267U?t=1096</w:t>
      </w:r>
    </w:p>
    <w:p>
      <w:r>
        <w:rPr>
          <w:i/>
        </w:rPr>
        <w:t>“Before Islam, only clergy or royalty could read and write”</w:t>
      </w:r>
    </w:p>
    <w:p>
      <w:r>
        <w:rPr>
          <w:sz w:val="20"/>
        </w:rPr>
        <w:t>18:16  phir jo khilafat qaim hui to khilafat mein kya hua ke jo traditionally ja raha tha jo zamana kingship ka wahi more or less prevail kar gaya.</w:t>
      </w:r>
      <w:r>
        <w:br/>
      </w:r>
      <w:r>
        <w:rPr>
          <w:sz w:val="20"/>
        </w:rPr>
        <w:t>18:30  kyunke abhi education darkar thi dekhiye. Islam jo change laya tha us ke us mein woh hona chahiye tha.</w:t>
      </w:r>
      <w:r>
        <w:br/>
      </w:r>
      <w:r>
        <w:rPr>
          <w:sz w:val="20"/>
        </w:rPr>
        <w:t>18:40  us ke baad ek education darkar thi, education.</w:t>
      </w:r>
      <w:r>
        <w:br/>
      </w:r>
      <w:r>
        <w:rPr>
          <w:sz w:val="20"/>
        </w:rPr>
        <w:t>18:46  to education ke muamle mein Islam ne wahan bhi Islam ne aaghaz kiya. aaghaz is tarah se ke aap dekhiye education ki history.</w:t>
      </w:r>
      <w:r>
        <w:br/>
      </w:r>
      <w:r>
        <w:rPr>
          <w:sz w:val="20"/>
        </w:rPr>
        <w:t>18:58  to Islam se pehle kya tha? aam logon mein parhna likhna tha hi nahi. sirf clergy ke log padhte the ya royalty</w:t>
      </w:r>
      <w:r>
        <w:br/>
      </w:r>
      <w:r>
        <w:rPr>
          <w:sz w:val="20"/>
        </w:rPr>
        <w:t>19:09  ke log padhte the bas.</w:t>
      </w:r>
      <w:r>
        <w:br/>
      </w:r>
      <w:r>
        <w:rPr>
          <w:sz w:val="20"/>
        </w:rPr>
        <w:t>19:13  royalty ya clergy. baqi aam logon ke liye education thi hi nahin. Islam ne pehli baar education ko popularize kiya.</w:t>
      </w:r>
      <w:r>
        <w:br/>
      </w:r>
      <w:r>
        <w:rPr>
          <w:sz w:val="20"/>
        </w:rPr>
        <w:t>19:25  aur khud Rasool Allah ne Madine mein ek jo school banaya tha apni zindagi mein us mein saare teacher mushrik thay.</w:t>
      </w:r>
      <w:r>
        <w:br/>
      </w:r>
      <w:r>
        <w:rPr>
          <w:sz w:val="20"/>
        </w:rPr>
        <w:t>19:35  students, tab bachche Musalman thay. aur student aur jo jo teacher thay woh sab ke sab mushrik thay. to aap ne ek bohat yaani extreme example qaim kiya ke chahe mushrik se parhna paray.</w:t>
      </w:r>
      <w:r>
        <w:br/>
      </w:r>
      <w:r>
        <w:rPr>
          <w:sz w:val="20"/>
        </w:rPr>
        <w:t>19:51  chahe secular logon se parhna paray. education lo.</w:t>
      </w:r>
      <w:r>
        <w:br/>
      </w:r>
      <w:r>
        <w:rPr>
          <w:sz w:val="20"/>
        </w:rPr>
        <w:t>19:57  to Rasool Allah ne ya Islam ke inqilab ne education ko clergy se nikala, royalty se nikala, us ko popularize kiya.</w:t>
      </w:r>
      <w:r>
        <w:br/>
      </w:r>
      <w:r>
        <w:rPr>
          <w:sz w:val="20"/>
        </w:rPr>
        <w:t>20:06  is tarah chal pada yeh. yeh process tha, process. jo Madine mein shuru hua. phir Damascus pohancha, Damascus se phir woh Baghdad pohancha, Qairoon pohancha, Qurtuba pohancha, Qarnatah pohancha.</w:t>
      </w:r>
      <w:r>
        <w:br/>
      </w:r>
      <w:r>
        <w:rPr>
          <w:sz w:val="20"/>
        </w:rPr>
        <w:t>20:21  yahan tak ke Italy aur France pohanch gaya. to education jab jab popular ho jaye tabhi democracy chal</w:t>
      </w:r>
      <w:r>
        <w:br/>
      </w:r>
      <w:r>
        <w:rPr>
          <w:sz w:val="20"/>
        </w:rPr>
        <w:t>20:28  sakti hai. yaani jo system Islam chahta tha democracy ka us ke liye zaroori tha ke society educated ho.</w:t>
      </w:r>
      <w:r>
        <w:br/>
      </w:r>
      <w:r>
        <w:rPr>
          <w:sz w:val="20"/>
        </w:rPr>
        <w:t>20:41  to yeh to mumkin tha ke ke king ko battlefield mein shakal de di jaye. aur battlefield mein shakal de di gayi king ko, Roman king ko, Irani king ko.</w:t>
      </w:r>
      <w:r>
        <w:br/>
      </w:r>
      <w:r>
        <w:rPr>
          <w:sz w:val="20"/>
        </w:rPr>
        <w:t>20:52  lekin</w:t>
      </w:r>
      <w:r>
        <w:br/>
      </w:r>
      <w:r>
        <w:rPr>
          <w:sz w:val="20"/>
        </w:rPr>
        <w:t>20:55  poore poore awam ko, saare logon ko educate karna yeh to ek din mein nahin ho sakta. kisi battle battlefield mein aap logon ko parha nahin sakte.</w:t>
      </w:r>
      <w:r>
        <w:br/>
      </w:r>
      <w:r>
        <w:rPr>
          <w:sz w:val="20"/>
        </w:rPr>
        <w:t>21:05  woh to ek lamba process hai, generation of generation darkar ek process.</w:t>
      </w:r>
      <w:r>
        <w:br/>
      </w:r>
      <w:r>
        <w:rPr>
          <w:sz w:val="20"/>
        </w:rPr>
        <w:t>21:10  woh Islam ne chalaya.</w:t>
      </w:r>
    </w:p>
    <w:p>
      <w:pPr>
        <w:pStyle w:val="Heading2"/>
      </w:pPr>
      <w:r>
        <w:t>Prophet Muhammad's school with polytheist teachers</w:t>
      </w:r>
    </w:p>
    <w:p>
      <w:r>
        <w:rPr>
          <w:color w:val="666666"/>
          <w:sz w:val="18"/>
        </w:rPr>
        <w:t>Islam and Democracy January 23, 2011- Maulana Wahiduddin Khan · 31s · at 19:39 · https://youtu.be/MSA29qlrGSo?t=1179</w:t>
      </w:r>
    </w:p>
    <w:p>
      <w:r>
        <w:rPr>
          <w:i/>
        </w:rPr>
        <w:t>“Khud Rasul Allah ne Madina mein ek school banaya”</w:t>
      </w:r>
    </w:p>
    <w:p>
      <w:r>
        <w:rPr>
          <w:sz w:val="20"/>
        </w:rPr>
        <w:t>19:39  aur khud rasool allah ne madine mein ek jo school banaya tha apni zindagi mein us mein sare teacher mushrik the.</w:t>
      </w:r>
      <w:r>
        <w:br/>
      </w:r>
      <w:r>
        <w:rPr>
          <w:sz w:val="20"/>
        </w:rPr>
        <w:t>19:49  student tab bachche musalman the. aur student aur jo jo teacher the woh sab ke sab mushrik the. to aap ne ek bohat yaani extreme example qaim kiya ke chahe mushrik se parhna pade.</w:t>
      </w:r>
      <w:r>
        <w:br/>
      </w:r>
      <w:r>
        <w:rPr>
          <w:sz w:val="20"/>
        </w:rPr>
        <w:t>20:04  chahe secular logon se parhna pade. education lo.</w:t>
      </w:r>
    </w:p>
    <w:p>
      <w:pPr>
        <w:pStyle w:val="Heading2"/>
      </w:pPr>
      <w:r>
        <w:t>Why everyone now chases English education, not paradise</w:t>
      </w:r>
    </w:p>
    <w:p>
      <w:r>
        <w:rPr>
          <w:color w:val="666666"/>
          <w:sz w:val="18"/>
        </w:rPr>
        <w:t>The Concept of Paradise in Islam May 27, 2012 Maulana Wahiduddin Khan · 2m 56s · at 16:37 · https://youtu.be/vrXgNg6BLnE?t=997</w:t>
      </w:r>
    </w:p>
    <w:p>
      <w:r>
        <w:rPr>
          <w:i/>
        </w:rPr>
        <w:t>“Pehle mere paas log bahut aate the, ab koi nahi aata”</w:t>
      </w:r>
    </w:p>
    <w:p>
      <w:r>
        <w:rPr>
          <w:sz w:val="20"/>
        </w:rPr>
        <w:t>16:37  jaise mein aik misaal deta hoon. abhi kal parson aik saath se mulaqat hui. toh unhon ne kaha ke pehle mere haan log bohat milnay aatay thay, bheer lagi rehti thi.</w:t>
      </w:r>
      <w:r>
        <w:br/>
      </w:r>
      <w:r>
        <w:rPr>
          <w:sz w:val="20"/>
        </w:rPr>
        <w:t>16:50  chah pani hota tha. ab koi milnay nahin aata. aik bohat ajeeb qissa yeh hai. yeh sab ka haal hai. wohi aik aadmi ka nahin.</w:t>
      </w:r>
      <w:r>
        <w:br/>
      </w:r>
      <w:r>
        <w:rPr>
          <w:sz w:val="20"/>
        </w:rPr>
        <w:t>17:02  toh mein ne socha ke aisa kyun hai? pehle bheer lagti thi un ke haan. ab koi aata nahin. asal wajah kya hai? jab se multinationals walay aaye hain, india economy ko unhon ne bilkul revolutionize kar diya hai.</w:t>
      </w:r>
      <w:r>
        <w:br/>
      </w:r>
      <w:r>
        <w:rPr>
          <w:sz w:val="20"/>
        </w:rPr>
        <w:t>17:17  har aadmi ke liye kamane ka moqa khol diya. pehle jo india mein state control yaani economy chal rahi thi, chalti thi.</w:t>
      </w:r>
      <w:r>
        <w:br/>
      </w:r>
      <w:r>
        <w:rPr>
          <w:sz w:val="20"/>
        </w:rPr>
        <w:t>17:28  ab fifty percent kam az kam de control kar diya unhon ne. mukammal toh nahin. toh paisay ka darya bahar aaya. baray baray tankhwahin logon ko mil rahi hain.</w:t>
      </w:r>
      <w:r>
        <w:br/>
      </w:r>
      <w:r>
        <w:rPr>
          <w:sz w:val="20"/>
        </w:rPr>
        <w:t>17:39  sab dorr rahe hain isi ki taraf. ab kisi ko fursat nahin hai ke aap ko khat likhe. kisi ko fursat nahin hai ke aap ki majlisoun mein aa ke baithe, chaye pani kare.</w:t>
      </w:r>
      <w:r>
        <w:br/>
      </w:r>
      <w:r>
        <w:rPr>
          <w:sz w:val="20"/>
        </w:rPr>
        <w:t>17:50  bas paisa, paisa, paisa. toh kyun paisay ka dahana khul gaya? paisay ki importance maloom ho gayi. hamare bachay bachpan mein kisi ko shoq nahin tha ke angrezi parhay.</w:t>
      </w:r>
      <w:r>
        <w:br/>
      </w:r>
      <w:r>
        <w:rPr>
          <w:sz w:val="20"/>
        </w:rPr>
        <w:t>18:04  koi angrezi ka shoq nahin tha. ab dhoom macha rakhi hai logon ne. har aadmi apne bete ko angrezi parhwa raha hai. aik martaba mein gaya aik aik imam sahib se milnay ke liye aik masjid mein.</w:t>
      </w:r>
      <w:r>
        <w:br/>
      </w:r>
      <w:r>
        <w:rPr>
          <w:sz w:val="20"/>
        </w:rPr>
        <w:t>18:17  woh masjid bhi thi, madrasa bhi tha. wahan mein baitha hua tha un ka. toh un ka beta nikla aik bag liye hue. aur tezi se chala gaya.</w:t>
      </w:r>
      <w:r>
        <w:br/>
      </w:r>
      <w:r>
        <w:rPr>
          <w:sz w:val="20"/>
        </w:rPr>
        <w:t>18:27  mein ne kaha bhai kahan ja raha hai yeh bachcha? kaha school ja raha hai. sab school achay school ki talash mein hain.</w:t>
      </w:r>
      <w:r>
        <w:br/>
      </w:r>
      <w:r>
        <w:rPr>
          <w:sz w:val="20"/>
        </w:rPr>
        <w:t>18:35  sab bachchon ko padhwa rahe hain angrezi.</w:t>
      </w:r>
      <w:r>
        <w:br/>
      </w:r>
      <w:r>
        <w:rPr>
          <w:sz w:val="20"/>
        </w:rPr>
        <w:t>18:41  abhi ek hindu leader se meri mulaqat hui. jo hindi india ki zaban bane aur hindi ka parchar ho. hindi, hindi har taraf ho jaye.</w:t>
      </w:r>
      <w:r>
        <w:br/>
      </w:r>
      <w:r>
        <w:rPr>
          <w:sz w:val="20"/>
        </w:rPr>
        <w:t>18:52  is ke is ke woh wakeel rahe hain. poori zindagi is mein bitai unhon ne. maine un se poocha ke aap ke aap ke bete pote kya padhte hain?</w:t>
      </w:r>
      <w:r>
        <w:br/>
      </w:r>
      <w:r>
        <w:rPr>
          <w:sz w:val="20"/>
        </w:rPr>
        <w:t>19:01  kaha angrezi padhte hain.</w:t>
      </w:r>
      <w:r>
        <w:br/>
      </w:r>
      <w:r>
        <w:rPr>
          <w:sz w:val="20"/>
        </w:rPr>
        <w:t>19:05  khud apni zindagi bitai unhon ne hindi ke liye. un ke bete pote angrezi padhte hain. kyun? yeh saada baat nahi hai. har ek ne yeh jana ke future to english mein hai.</w:t>
      </w:r>
      <w:r>
        <w:br/>
      </w:r>
      <w:r>
        <w:rPr>
          <w:sz w:val="20"/>
        </w:rPr>
        <w:t>19:17  hindi mein koi future nahi hai. bade bade tarqiyan, bade bade salary, bade bade makanat, bade bade carain, bade bade uhde sab in logon ke liye hain jo english mein jin ke andar salahiyat ho, qabliyat ho.</w:t>
      </w:r>
    </w:p>
    <w:p>
      <w:pPr>
        <w:pStyle w:val="Heading2"/>
      </w:pPr>
      <w:r>
        <w:t>30-year effort to get published in India's top newspaper</w:t>
      </w:r>
    </w:p>
    <w:p>
      <w:r>
        <w:rPr>
          <w:color w:val="666666"/>
          <w:sz w:val="18"/>
        </w:rPr>
        <w:t>Realistic Approach 30 March, 2014 · 5m 45s · at 7:14 · https://youtu.be/HIFxmWWiEG4?t=434</w:t>
      </w:r>
    </w:p>
    <w:p>
      <w:r>
        <w:rPr>
          <w:i/>
        </w:rPr>
        <w:t>“I came to Delhi in 1967 believing Muslim magazines were worthless.”</w:t>
      </w:r>
    </w:p>
    <w:p>
      <w:r>
        <w:rPr>
          <w:sz w:val="20"/>
        </w:rPr>
        <w:t>7:14  is se aap samjhiye ke masla kahan hai. main dilli aaya 1967 mein. 1967 mein.</w:t>
      </w:r>
      <w:r>
        <w:br/>
      </w:r>
      <w:r>
        <w:rPr>
          <w:sz w:val="20"/>
        </w:rPr>
        <w:t>7:26  to us waqt se meri yeh soch yeh thi ke musalman jo parche nikalte hain idhar udhar, is ki koi value nahin. bohat se parche musalman nikal rakhe hain english mein.</w:t>
      </w:r>
      <w:r>
        <w:br/>
      </w:r>
      <w:r>
        <w:rPr>
          <w:sz w:val="20"/>
        </w:rPr>
        <w:t>7:37  main english ki baat kar raha hoon.</w:t>
      </w:r>
      <w:r>
        <w:br/>
      </w:r>
      <w:r>
        <w:rPr>
          <w:sz w:val="20"/>
        </w:rPr>
        <w:t>7:40  in ke kuch bhi, one percent bhi, in ki koi value nahin hai. kyun? aap nikalte hain, aap parcha nikalte hain ke log parhen.</w:t>
      </w:r>
      <w:r>
        <w:br/>
      </w:r>
      <w:r>
        <w:rPr>
          <w:sz w:val="20"/>
        </w:rPr>
        <w:t>7:51  general public parhe. woh koi parhta hi nahin. is ki readership jo hai, unhi logon mein rehti hai jo nikalte hain. khud hi nikalte hain, khud hi parhte hain.</w:t>
      </w:r>
      <w:r>
        <w:br/>
      </w:r>
      <w:r>
        <w:rPr>
          <w:sz w:val="20"/>
        </w:rPr>
        <w:t>8:03  jo general readership hai, us ko is se koi matlab nahin. koi is ko parhta parhta nahin.</w:t>
      </w:r>
      <w:r>
        <w:br/>
      </w:r>
      <w:r>
        <w:rPr>
          <w:sz w:val="20"/>
        </w:rPr>
        <w:t>8:10  to mera shuru se yeh tha ke jo national dailies hain, jo national press hai, us mein aana chahiye. community press mein koi cheez chhape, is ki koi value nahin hoti.</w:t>
      </w:r>
      <w:r>
        <w:br/>
      </w:r>
      <w:r>
        <w:rPr>
          <w:sz w:val="20"/>
        </w:rPr>
        <w:t>8:24  to musalmanon ke jo parche hain, woh sab un ko kaha jata hai community press. koi value nahin in ki. one percent bhi koi value nahin hai. agli cheez hai ke jo national press hai, wahan chhape aap ki cheezen.</w:t>
      </w:r>
      <w:r>
        <w:br/>
      </w:r>
      <w:r>
        <w:rPr>
          <w:sz w:val="20"/>
        </w:rPr>
        <w:t>8:38  to log is ko jab main kehta tha, log is ko badness batate thay. badness. kehte hain ke national press jo hai, woh to hamare to mutasir hai.</w:t>
      </w:r>
      <w:r>
        <w:br/>
      </w:r>
      <w:r>
        <w:rPr>
          <w:sz w:val="20"/>
        </w:rPr>
        <w:t>8:48  is ko to hum se, hamare baray mein negative hai. woh kahan chhapay ga? one to all, har aadmi yahi kehta tha ke aap aik, aap aik aisa khwab dekh rahe hain jo kabhi poora hone wala nahin hai.</w:t>
      </w:r>
      <w:r>
        <w:br/>
      </w:r>
      <w:r>
        <w:rPr>
          <w:sz w:val="20"/>
        </w:rPr>
        <w:t>9:02  kyun ke jo national press hai, woh aap ki cheez kabhi nahin chhapay ga. woh to mutasir hai.</w:t>
      </w:r>
      <w:r>
        <w:br/>
      </w:r>
      <w:r>
        <w:rPr>
          <w:sz w:val="20"/>
        </w:rPr>
        <w:t>9:08  aap jante hain ke india ka top ka parcha hai times of india. to main chahta tha ke mere mazameen times of india chhapen. to jante hain, main ne kya kiya?</w:t>
      </w:r>
      <w:r>
        <w:br/>
      </w:r>
      <w:r>
        <w:rPr>
          <w:sz w:val="20"/>
        </w:rPr>
        <w:t>9:22  30 saal ki effort ki, tab ja ke parcha mera parha maloom chhapa tha times of india mein. aur aaj regular chhapta hai.</w:t>
      </w:r>
      <w:r>
        <w:br/>
      </w:r>
      <w:r>
        <w:rPr>
          <w:sz w:val="20"/>
        </w:rPr>
        <w:t>9:31  30 saal ki effort ke baad main ne yeh kiya ke main daily times of india parhne laga.</w:t>
      </w:r>
      <w:r>
        <w:br/>
      </w:r>
      <w:r>
        <w:rPr>
          <w:sz w:val="20"/>
        </w:rPr>
        <w:t>9:39  aik zamana tha ke main daily aath akhbar parhta tha. aath akhbar. is mein se aik times of india hota tha.</w:t>
      </w:r>
      <w:r>
        <w:br/>
      </w:r>
      <w:r>
        <w:rPr>
          <w:sz w:val="20"/>
        </w:rPr>
        <w:t>9:48  to daily mein times of india parhta tha ke is ka test kya hai, is ki requirement kya hai, is ka yani kin kin cheezon ko select karta hai chhapne ke liye.</w:t>
      </w:r>
      <w:r>
        <w:br/>
      </w:r>
      <w:r>
        <w:rPr>
          <w:sz w:val="20"/>
        </w:rPr>
        <w:t>10:00  to 30 saal beet gaye yeh janne ke liye. aur bhejta tha, un ke liye likhta tha mazmoon.</w:t>
      </w:r>
      <w:r>
        <w:br/>
      </w:r>
      <w:r>
        <w:rPr>
          <w:sz w:val="20"/>
        </w:rPr>
        <w:t>10:08  pehla mazmoon jo chhaapa hai mera times of india mein, woh chhaapa hai 15 september 1997 ko. jo 67 se le kar 97 tak 30 saal hain.</w:t>
      </w:r>
      <w:r>
        <w:br/>
      </w:r>
      <w:r>
        <w:rPr>
          <w:sz w:val="20"/>
        </w:rPr>
        <w:t>10:22  67 se le kar 97 tak 30 saal hain. 30 saal tak main times of india parhta raha, parhta raha, parhta. daily, daily, daily.</w:t>
      </w:r>
      <w:r>
        <w:br/>
      </w:r>
      <w:r>
        <w:rPr>
          <w:sz w:val="20"/>
        </w:rPr>
        <w:t>10:34  tab mera pehla mazmoon chhaapa times of india mein 15 september 1997 ko. us waqt Girilal Jain times of india ke editor thay.</w:t>
      </w:r>
      <w:r>
        <w:br/>
      </w:r>
      <w:r>
        <w:rPr>
          <w:sz w:val="20"/>
        </w:rPr>
        <w:t>10:46  un ko bhi musalman kaha jata hai. woh to bara mutasir hai, bara mutasir hai. Girilal Jain ne mera pehla mazmoon chhapa. is ka title tha "Not by Grievances Alone".</w:t>
      </w:r>
      <w:r>
        <w:br/>
      </w:r>
      <w:r>
        <w:rPr>
          <w:sz w:val="20"/>
        </w:rPr>
        <w:t>11:00  matlab shikayat kafi nahin. "naat bai grivansiz alon". yeh mazmoon shamil hai meri kitab "an indian muslims ap past lok" mein.</w:t>
      </w:r>
      <w:r>
        <w:br/>
      </w:r>
      <w:r>
        <w:rPr>
          <w:sz w:val="20"/>
        </w:rPr>
        <w:t>11:14  is ko aap parh sakte hain.</w:t>
      </w:r>
      <w:r>
        <w:br/>
      </w:r>
      <w:r>
        <w:rPr>
          <w:sz w:val="20"/>
        </w:rPr>
        <w:t>11:18  to jis cheez ko woh kehte thay ta'assub, woh woh yaani woh kya tha? fals fit mein jeena tha.</w:t>
      </w:r>
      <w:r>
        <w:br/>
      </w:r>
      <w:r>
        <w:rPr>
          <w:sz w:val="20"/>
        </w:rPr>
        <w:t>11:27  fals fit mein jeena.</w:t>
      </w:r>
      <w:r>
        <w:br/>
      </w:r>
      <w:r>
        <w:rPr>
          <w:sz w:val="20"/>
        </w:rPr>
        <w:t>11:30  koi dunya mutasir nahin hai. koi hamara dushman nahin hai. koi kis ko fursat nahin kaha hua? kharab sazish kare. cheez yeh hai ke hum is ka jo standerd hai, is standerd par apnay aap ko pesh karen.</w:t>
      </w:r>
      <w:r>
        <w:br/>
      </w:r>
      <w:r>
        <w:rPr>
          <w:sz w:val="20"/>
        </w:rPr>
        <w:t>11:46  jaise aik glass hai. market mein jis standerd ka glass ki jo requirement hai, us ke mutabiq glass banayenge to log daur ke khareeden ge.</w:t>
      </w:r>
      <w:r>
        <w:br/>
      </w:r>
      <w:r>
        <w:rPr>
          <w:sz w:val="20"/>
        </w:rPr>
        <w:t>11:57  is ko koi nahin khareeden ge. koi nahin khareeden ge. lekin agar aap ka glass market ki requirement ke mutabiq nahin hai to koi nahin khareede ga.</w:t>
      </w:r>
      <w:r>
        <w:br/>
      </w:r>
      <w:r>
        <w:rPr>
          <w:sz w:val="20"/>
        </w:rPr>
        <w:t>12:06  free bhi nahin khole ga woh. to 30 saal maine bataya yeh jawane ke liye ke national press ki requirement kya hai.</w:t>
      </w:r>
      <w:r>
        <w:br/>
      </w:r>
      <w:r>
        <w:rPr>
          <w:sz w:val="20"/>
        </w:rPr>
        <w:t>12:17  national press kis kis cheezon ko chhape ga?</w:t>
      </w:r>
      <w:r>
        <w:br/>
      </w:r>
      <w:r>
        <w:rPr>
          <w:sz w:val="20"/>
        </w:rPr>
        <w:t>12:23  to jab mein is, jab maine is discover kiya, maine samjha ke national press ka test kya hai, woh kis tarah ki cheezon ko chhapta hai. yeh karte karte 67 se shuru kiya maine aur phir 1997 mein mera pehla mazmoon chhaapa september ke mahine mein.</w:t>
      </w:r>
      <w:r>
        <w:br/>
      </w:r>
      <w:r>
        <w:rPr>
          <w:sz w:val="20"/>
        </w:rPr>
        <w:t>12:47  is ke baad se aap barabar regular mera mazmoon chhapta raha. barabar chhapta hai. aur ab jo hai yeh jo tasweer chhaapi hai, yeh jante hain kyun chhaapi hai?</w:t>
      </w:r>
    </w:p>
    <w:p>
      <w:pPr>
        <w:pStyle w:val="Heading2"/>
      </w:pPr>
      <w:r>
        <w:t>Jihad means super work in Arabic</w:t>
      </w:r>
    </w:p>
    <w:p>
      <w:r>
        <w:rPr>
          <w:color w:val="666666"/>
          <w:sz w:val="18"/>
        </w:rPr>
        <w:t>Jihad in Islam (English) June 12, 2007 Maulana Wahiduddin Khan · 2m 32s · at 3:16 · https://youtu.be/4_Qe6ZZ6c7o?t=196</w:t>
      </w:r>
    </w:p>
    <w:p>
      <w:r>
        <w:rPr>
          <w:i/>
        </w:rPr>
        <w:t>“So there is no concept of holy Jihad in Islam.”</w:t>
      </w:r>
    </w:p>
    <w:p>
      <w:r>
        <w:rPr>
          <w:sz w:val="20"/>
        </w:rPr>
        <w:t>3:16  So there is no concept of holy Jihad in Islam. Then Jihad is an Arabic word.</w:t>
      </w:r>
      <w:r>
        <w:br/>
      </w:r>
      <w:r>
        <w:rPr>
          <w:sz w:val="20"/>
        </w:rPr>
        <w:t>3:31  Jihad is not a mysterious word. You know in every language, there are words for work like act.</w:t>
      </w:r>
      <w:r>
        <w:br/>
      </w:r>
      <w:r>
        <w:rPr>
          <w:sz w:val="20"/>
        </w:rPr>
        <w:t>3:49  In English, you say act. In Arabic, the equivalent of act is amal.</w:t>
      </w:r>
      <w:r>
        <w:br/>
      </w:r>
      <w:r>
        <w:rPr>
          <w:sz w:val="20"/>
        </w:rPr>
        <w:t>4:00  But act is a simple word. When you want to emphasize, you want to convey</w:t>
      </w:r>
      <w:r>
        <w:br/>
      </w:r>
      <w:r>
        <w:rPr>
          <w:sz w:val="20"/>
        </w:rPr>
        <w:t>4:15  that</w:t>
      </w:r>
      <w:r>
        <w:br/>
      </w:r>
      <w:r>
        <w:rPr>
          <w:sz w:val="20"/>
        </w:rPr>
        <w:t>4:21  super effort, you say struggle. So act and struggle are both synonymous words, but act is a simple word</w:t>
      </w:r>
      <w:r>
        <w:br/>
      </w:r>
      <w:r>
        <w:rPr>
          <w:sz w:val="20"/>
        </w:rPr>
        <w:t>4:35  . And struggle is a</w:t>
      </w:r>
      <w:r>
        <w:br/>
      </w:r>
      <w:r>
        <w:rPr>
          <w:sz w:val="20"/>
        </w:rPr>
        <w:t>4:43  super action. Struggle means super action. So there is no mystery in struggle. Simply, it means that super struggle or super action.</w:t>
      </w:r>
      <w:r>
        <w:br/>
      </w:r>
      <w:r>
        <w:rPr>
          <w:sz w:val="20"/>
        </w:rPr>
        <w:t>4:59  So is the case of Arabic language. In Arabic, there is a word amal.</w:t>
      </w:r>
      <w:r>
        <w:br/>
      </w:r>
      <w:r>
        <w:rPr>
          <w:sz w:val="20"/>
        </w:rPr>
        <w:t>5:08  amal means action, to act, to work. But Jihad is a</w:t>
      </w:r>
      <w:r>
        <w:br/>
      </w:r>
      <w:r>
        <w:rPr>
          <w:sz w:val="20"/>
        </w:rPr>
        <w:t>5:19  superlative. Jihad is a super work.</w:t>
      </w:r>
      <w:r>
        <w:br/>
      </w:r>
      <w:r>
        <w:rPr>
          <w:sz w:val="20"/>
        </w:rPr>
        <w:t>5:31  So Jihad is in the sense of struggle,</w:t>
      </w:r>
      <w:r>
        <w:br/>
      </w:r>
      <w:r>
        <w:rPr>
          <w:sz w:val="20"/>
        </w:rPr>
        <w:t>5:38  utmost struggle.</w:t>
      </w:r>
      <w:r>
        <w:br/>
      </w:r>
      <w:r>
        <w:rPr>
          <w:sz w:val="20"/>
        </w:rPr>
        <w:t>5:42  So this is the meaning of Jihad.</w:t>
      </w:r>
    </w:p>
    <w:p>
      <w:pPr>
        <w:pStyle w:val="Heading2"/>
      </w:pPr>
      <w:r>
        <w:t>Understanding need to reinterpret Islam in modern terms</w:t>
      </w:r>
    </w:p>
    <w:p>
      <w:r>
        <w:rPr>
          <w:color w:val="666666"/>
          <w:sz w:val="18"/>
        </w:rPr>
        <w:t>Reinterpretation of Islam April 12, 2009 Maulana Wahiduddin Khan · 5m 17s · at 1:36 · https://youtu.be/kut_WRX7mZ4?t=96</w:t>
      </w:r>
    </w:p>
    <w:p>
      <w:r>
        <w:rPr>
          <w:i/>
        </w:rPr>
        <w:t>“My habit is not to take anything with bad intention.”</w:t>
      </w:r>
    </w:p>
    <w:p>
      <w:r>
        <w:rPr>
          <w:sz w:val="20"/>
        </w:rPr>
        <w:t>1:36  dekhein, meri habit hai ke mein kisi baat ko bad intention par nahi leta.</w:t>
      </w:r>
      <w:r>
        <w:br/>
      </w:r>
      <w:r>
        <w:rPr>
          <w:sz w:val="20"/>
        </w:rPr>
        <w:t>1:49  mein hamesha yeh sochta hoon ke it is a way of thinking.</w:t>
      </w:r>
      <w:r>
        <w:br/>
      </w:r>
      <w:r>
        <w:rPr>
          <w:sz w:val="20"/>
        </w:rPr>
        <w:t>1:57  it is a way of thinking. to thinking ke level par samajhna,</w:t>
      </w:r>
      <w:r>
        <w:br/>
      </w:r>
      <w:r>
        <w:rPr>
          <w:sz w:val="20"/>
        </w:rPr>
        <w:t>2:05  I always take it as a challenge, intellectual challenge. I always try to meet the challenge on intellectual level.</w:t>
      </w:r>
      <w:r>
        <w:br/>
      </w:r>
      <w:r>
        <w:rPr>
          <w:sz w:val="20"/>
        </w:rPr>
        <w:t>2:15  yeh hai mera mind. to sochta rehta hoon, sochta rehta hoon, sochta rehta hoon. my mind works like a computer.</w:t>
      </w:r>
      <w:r>
        <w:br/>
      </w:r>
      <w:r>
        <w:rPr>
          <w:sz w:val="20"/>
        </w:rPr>
        <w:t>2:29  to abhi kal, yaani only yesterday, I</w:t>
      </w:r>
      <w:r>
        <w:br/>
      </w:r>
      <w:r>
        <w:rPr>
          <w:sz w:val="20"/>
        </w:rPr>
        <w:t>2:38  was able to understand what is the real meaning of this general phrase.</w:t>
      </w:r>
      <w:r>
        <w:br/>
      </w:r>
      <w:r>
        <w:rPr>
          <w:sz w:val="20"/>
        </w:rPr>
        <w:t>2:48  abhi kal, shayad pachas saal ke baad. to dekhein, jahan tak mein ne parha hai, parhez Mr. A. A. Faiz, he is called three A Faiz,</w:t>
      </w:r>
      <w:r>
        <w:br/>
      </w:r>
      <w:r>
        <w:rPr>
          <w:sz w:val="20"/>
        </w:rPr>
        <w:t>3:06  was the first to publish complete book on this subject. the title was "Modern Approach to Islam".</w:t>
      </w:r>
      <w:r>
        <w:br/>
      </w:r>
      <w:r>
        <w:rPr>
          <w:sz w:val="20"/>
        </w:rPr>
        <w:t>3:20  this book was registered by ulema. but mein ne kaha ke mein bad intention par nahi leta kisi cheez ko.</w:t>
      </w:r>
      <w:r>
        <w:br/>
      </w:r>
      <w:r>
        <w:rPr>
          <w:sz w:val="20"/>
        </w:rPr>
        <w:t>3:29  mein sochta rehta hoon.</w:t>
      </w:r>
      <w:r>
        <w:br/>
      </w:r>
      <w:r>
        <w:rPr>
          <w:sz w:val="20"/>
        </w:rPr>
        <w:t>3:34  to is tarah ki bohat si cheez parhi mein ne. phir mujhe yaad hai ke partition se pehle, yaani independent se pehle, aik sahib thay Lahore ke.</w:t>
      </w:r>
      <w:r>
        <w:br/>
      </w:r>
      <w:r>
        <w:rPr>
          <w:sz w:val="20"/>
        </w:rPr>
        <w:t>3:47  to unhon ne kaha tha, likha tha, main ne parha tha is ko: "quran has to be re revealed today."</w:t>
      </w:r>
      <w:r>
        <w:br/>
      </w:r>
      <w:r>
        <w:rPr>
          <w:sz w:val="20"/>
        </w:rPr>
        <w:t>4:00  "quran has to be re revealed today." yeh jo un ka phrase hai, mujhe shayad pachas baras se haunt karta raha, kar raha tha.</w:t>
      </w:r>
      <w:r>
        <w:br/>
      </w:r>
      <w:r>
        <w:rPr>
          <w:sz w:val="20"/>
        </w:rPr>
        <w:t>4:14  only yesterday i discovered</w:t>
      </w:r>
      <w:r>
        <w:br/>
      </w:r>
      <w:r>
        <w:rPr>
          <w:sz w:val="20"/>
        </w:rPr>
        <w:t>4:19  the meaning of this phrase. dekhen, baat yeh hai ke har aadmi ka apna aik bent of mind hota hai.</w:t>
      </w:r>
      <w:r>
        <w:br/>
      </w:r>
      <w:r>
        <w:rPr>
          <w:sz w:val="20"/>
        </w:rPr>
        <w:t>4:30  aik mind set hota hai.</w:t>
      </w:r>
      <w:r>
        <w:br/>
      </w:r>
      <w:r>
        <w:rPr>
          <w:sz w:val="20"/>
        </w:rPr>
        <w:t>4:35  to jab tak aap</w:t>
      </w:r>
      <w:r>
        <w:br/>
      </w:r>
      <w:r>
        <w:rPr>
          <w:sz w:val="20"/>
        </w:rPr>
        <w:t>4:39  baat ko apne mind set par na dhaal len, aap ki samajh mein nahin aata.</w:t>
      </w:r>
      <w:r>
        <w:br/>
      </w:r>
      <w:r>
        <w:rPr>
          <w:sz w:val="20"/>
        </w:rPr>
        <w:t>4:51  yani when you are, when you are able to convert that idea in your familiar words, then you are able to understand the point.</w:t>
      </w:r>
      <w:r>
        <w:br/>
      </w:r>
      <w:r>
        <w:rPr>
          <w:sz w:val="20"/>
        </w:rPr>
        <w:t>5:04  to main ne kal jo hai is ko badla, yani badal saka. mere mind ne bohat dinon ki ke analysis ke baad, woh kya tha?</w:t>
      </w:r>
      <w:r>
        <w:br/>
      </w:r>
      <w:r>
        <w:rPr>
          <w:sz w:val="20"/>
        </w:rPr>
        <w:t>5:19  main ne socha ke dekhen, yeh jo kaha unhon ne: "quran has to be re revealed today", is ka matlab kya hai?</w:t>
      </w:r>
      <w:r>
        <w:br/>
      </w:r>
      <w:r>
        <w:rPr>
          <w:sz w:val="20"/>
        </w:rPr>
        <w:t>5:29  is ka matlab hai: "quran has to be re defined in modern terms".</w:t>
      </w:r>
      <w:r>
        <w:br/>
      </w:r>
      <w:r>
        <w:rPr>
          <w:sz w:val="20"/>
        </w:rPr>
        <w:t>5:38  tab main samajh gaya is ka matlab. "quran has to be re defined in modern terms".</w:t>
      </w:r>
      <w:r>
        <w:br/>
      </w:r>
      <w:r>
        <w:rPr>
          <w:sz w:val="20"/>
        </w:rPr>
        <w:t>5:49  tab main samjha ke is ka matlab kya hai.</w:t>
      </w:r>
      <w:r>
        <w:br/>
      </w:r>
      <w:r>
        <w:rPr>
          <w:sz w:val="20"/>
        </w:rPr>
        <w:t>5:53  dekhen, sara muamla yeh islam kya hai? universal facts. islam is nothing but a statement of.</w:t>
      </w:r>
      <w:r>
        <w:br/>
      </w:r>
      <w:r>
        <w:rPr>
          <w:sz w:val="20"/>
        </w:rPr>
        <w:t>6:04  islam is nothing but a statement of universal facts.</w:t>
      </w:r>
      <w:r>
        <w:br/>
      </w:r>
      <w:r>
        <w:rPr>
          <w:sz w:val="20"/>
        </w:rPr>
        <w:t>6:10  lekin islam ko seven century mein reveal kiya gaya. to seven century ke idiom mein is ko ban kiya gaya.</w:t>
      </w:r>
      <w:r>
        <w:br/>
      </w:r>
      <w:r>
        <w:rPr>
          <w:sz w:val="20"/>
        </w:rPr>
        <w:t>6:24  universal statement in the terminology of seven century. ab hamein, ab hum twenty first century mein hain.</w:t>
      </w:r>
      <w:r>
        <w:br/>
      </w:r>
      <w:r>
        <w:rPr>
          <w:sz w:val="20"/>
        </w:rPr>
        <w:t>6:36  to hamein kya karna hoga? we have to re explain, we have to re interpret islamic principles in modern terms.</w:t>
      </w:r>
      <w:r>
        <w:br/>
      </w:r>
      <w:r>
        <w:rPr>
          <w:sz w:val="20"/>
        </w:rPr>
        <w:t>6:48  yeh karna hai hamein.</w:t>
      </w:r>
    </w:p>
    <w:p>
      <w:pPr>
        <w:pStyle w:val="Heading2"/>
      </w:pPr>
      <w:r>
        <w:t>Iman really means discovering God's creation plan</w:t>
      </w:r>
    </w:p>
    <w:p>
      <w:r>
        <w:rPr>
          <w:color w:val="666666"/>
          <w:sz w:val="18"/>
        </w:rPr>
        <w:t>Dars-e-Quran (Chapter 103, Verses 1-3) August 19, 2012 · 1m 59s · at 14:33 · https://youtu.be/q7ORmSbhs4s?t=873</w:t>
      </w:r>
    </w:p>
    <w:p>
      <w:r>
        <w:rPr>
          <w:i/>
        </w:rPr>
        <w:t>“Eman kya hai? Eman ka matlab hai discovery”</w:t>
      </w:r>
    </w:p>
    <w:p>
      <w:r>
        <w:rPr>
          <w:sz w:val="20"/>
        </w:rPr>
        <w:t>14:33  is mein do lafz aaye hain: iman aur amal salih. yani exception un logon ka hai jinhone iman ka rasta ikhtiyar kiya.</w:t>
      </w:r>
      <w:r>
        <w:br/>
      </w:r>
      <w:r>
        <w:rPr>
          <w:sz w:val="20"/>
        </w:rPr>
        <w:t>14:44  iman kya hai? iman ka matlab yeh nahi ke aik kalma padh liya. nahi, iman ka matlab hai discovery.</w:t>
      </w:r>
      <w:r>
        <w:br/>
      </w:r>
      <w:r>
        <w:rPr>
          <w:sz w:val="20"/>
        </w:rPr>
        <w:t>14:54  yani woh log jinhone Allah taala ka jo creation plan hai, us ko discover kiya.</w:t>
      </w:r>
      <w:r>
        <w:br/>
      </w:r>
      <w:r>
        <w:rPr>
          <w:sz w:val="20"/>
        </w:rPr>
        <w:t>15:02  kyunke agar Khuda bata deta to to option khatam ho jata. agar Khuda insaan ko bata deta, aasman se awaz aati rehti: "ae insaan, aisa kar, ae insaan, waisa kar".</w:t>
      </w:r>
      <w:r>
        <w:br/>
      </w:r>
      <w:r>
        <w:rPr>
          <w:sz w:val="20"/>
        </w:rPr>
        <w:t>15:14  to phir option kahan rehta?</w:t>
      </w:r>
      <w:r>
        <w:br/>
      </w:r>
      <w:r>
        <w:rPr>
          <w:sz w:val="20"/>
        </w:rPr>
        <w:t>15:17  to Allah taala ne insaan ko dimaagh diya, bohat bara, be-panah capacity wala dimaagh, taake insaan soche, soche aur contemplation kare,</w:t>
      </w:r>
      <w:r>
        <w:br/>
      </w:r>
      <w:r>
        <w:rPr>
          <w:sz w:val="20"/>
        </w:rPr>
        <w:t>15:36  reflect kare, aur phir woh discover kare Allah taala ke creation plan ko.</w:t>
      </w:r>
      <w:r>
        <w:br/>
      </w:r>
      <w:r>
        <w:rPr>
          <w:sz w:val="20"/>
        </w:rPr>
        <w:t>15:44  aur yeh jaane ke mujh se Allah taala ne yeh chaha hai, yani khalq ne yeh chaha hai ke main khud apne choice se right path ko ikhtiyar karoon.</w:t>
      </w:r>
      <w:r>
        <w:br/>
      </w:r>
      <w:r>
        <w:rPr>
          <w:sz w:val="20"/>
        </w:rPr>
        <w:t>15:54  yeh hai iman. "amnu" ke maani yeh nahi ke kuch aik kalma padh liya. nahi, iman means discovery.</w:t>
      </w:r>
      <w:r>
        <w:br/>
      </w:r>
      <w:r>
        <w:rPr>
          <w:sz w:val="20"/>
        </w:rPr>
        <w:t>16:06  to exception kin logon ka hai? exception un logon ka hai jinho ne apne mind ko active kiya, apne intellectual salahiyaton ko bedar kiya, aur Allah taala ka jo creation plan hai, us ko discover kiya.</w:t>
      </w:r>
      <w:r>
        <w:br/>
      </w:r>
      <w:r>
        <w:rPr>
          <w:sz w:val="20"/>
        </w:rPr>
        <w:t>16:26  discover kar ke jana ke main ek exception hoon.</w:t>
      </w:r>
    </w:p>
    <w:p>
      <w:pPr>
        <w:pStyle w:val="Heading2"/>
      </w:pPr>
      <w:r>
        <w:t>A maid's Quran leaflets, and why Muslims became 'users' not 'givers'</w:t>
      </w:r>
    </w:p>
    <w:p>
      <w:r>
        <w:rPr>
          <w:color w:val="666666"/>
          <w:sz w:val="18"/>
        </w:rPr>
        <w:t>Quran A Book of Universal Guidance May 31, 2009 · 4m 23s · at 29:54 · https://youtu.be/Q2_96C_3Zd8?t=1794</w:t>
      </w:r>
    </w:p>
    <w:p>
      <w:r>
        <w:rPr>
          <w:i/>
        </w:rPr>
        <w:t>“Kal mujhe aapa ne bataya, woh gayi thi Lodhi Garden”</w:t>
      </w:r>
    </w:p>
    <w:p>
      <w:r>
        <w:rPr>
          <w:sz w:val="20"/>
        </w:rPr>
        <w:t>29:54  kal mujhe apa ne bataya, woh gayi theen lodhi garden. to hamara jo jo larki kaam karti hai, jis ko kehte hain aaj kal ki zaban mein, yani domestic help, woh woh parhi likhi nahi hai, aise hi hai bilkul.</w:t>
      </w:r>
      <w:r>
        <w:br/>
      </w:r>
      <w:r>
        <w:rPr>
          <w:sz w:val="20"/>
        </w:rPr>
        <w:t>30:12  to ek ajeeb baat batayi unhon ne ke woh woh woh pamphlet dena chahti hai. wahan tourist atay hain, foreigners atay hain aur bohat educated log atay hain lodhi garden mein.</w:t>
      </w:r>
      <w:r>
        <w:br/>
      </w:r>
      <w:r>
        <w:rPr>
          <w:sz w:val="20"/>
        </w:rPr>
        <w:t>30:26  to woh gayi wahan par woh kitab dene ke liye. is ko unhon ne istemal kiya, is larki ko. kaha ke le aa kar sab ko do.</w:t>
      </w:r>
      <w:r>
        <w:br/>
      </w:r>
      <w:r>
        <w:rPr>
          <w:sz w:val="20"/>
        </w:rPr>
        <w:t>30:37  to jis ke paas jati thi, kehti thi ke uncle, is ko lijiye, is ko parhiye.</w:t>
      </w:r>
      <w:r>
        <w:br/>
      </w:r>
      <w:r>
        <w:rPr>
          <w:sz w:val="20"/>
        </w:rPr>
        <w:t>30:42  foran le lete thay, le lete thay log. to poore lodhi garden mein is tarah se woh kitab bantati rahi woh. do din.</w:t>
      </w:r>
      <w:r>
        <w:br/>
      </w:r>
      <w:r>
        <w:rPr>
          <w:sz w:val="20"/>
        </w:rPr>
        <w:t>30:52  to apa bata rahi theen ke do saal se woh kehti theen ke tum urdu parho, urdu parho, urdu parho. koi parhna koi janti nahi hai woh. ab woh khud hi keh rahi hain ke hum padhenge.</w:t>
      </w:r>
      <w:r>
        <w:br/>
      </w:r>
      <w:r>
        <w:rPr>
          <w:sz w:val="20"/>
        </w:rPr>
        <w:t>31:03  to main socha, aisa kyun hua? is ke samne ek mission aa gaya. mission aa gaya, hum kuch de sakte hain doosron ko.</w:t>
      </w:r>
      <w:r>
        <w:br/>
      </w:r>
      <w:r>
        <w:rPr>
          <w:sz w:val="20"/>
        </w:rPr>
        <w:t>31:13  yaad rakhiye, sab se sad story musalmanon ki kya hai? ke pehle woh giver thay, aaj woh user par bane hue hain logon ki nazar mein.</w:t>
      </w:r>
      <w:r>
        <w:br/>
      </w:r>
      <w:r>
        <w:rPr>
          <w:sz w:val="20"/>
        </w:rPr>
        <w:t>31:24  aap ne is ko khilafat ka naam diya, mukammal islam implement karne ka naam diya. lekin logon ki nazar mein aap user par ban gaye. yeh hamari zameen ko chheenana chahte hain.</w:t>
      </w:r>
      <w:r>
        <w:br/>
      </w:r>
      <w:r>
        <w:rPr>
          <w:sz w:val="20"/>
        </w:rPr>
        <w:t>31:34  hamari political power ko chheenana chahte hain. hamare economic sources ko chheenana chahte hain.</w:t>
      </w:r>
      <w:r>
        <w:br/>
      </w:r>
      <w:r>
        <w:rPr>
          <w:sz w:val="20"/>
        </w:rPr>
        <w:t>31:41  to pehle musalmanon ki image kya thi? yeh giver hain, giver. ab yeh image ban gayi, yeh user par hain, user par.</w:t>
      </w:r>
      <w:r>
        <w:br/>
      </w:r>
      <w:r>
        <w:rPr>
          <w:sz w:val="20"/>
        </w:rPr>
        <w:t>31:51  to jab aap giver hon to aap ka to yahi jazba aata hai, jis ka ek chhota sa namuna main ne aap ko is larki ki shakal mein bataya. jab giver hotay hain aap, giver, ke mere paas ek universal message hai.</w:t>
      </w:r>
      <w:r>
        <w:br/>
      </w:r>
      <w:r>
        <w:rPr>
          <w:sz w:val="20"/>
        </w:rPr>
        <w:t>32:05  mere paas doosron ko dene ke liye ek cheez hai.</w:t>
      </w:r>
      <w:r>
        <w:br/>
      </w:r>
      <w:r>
        <w:rPr>
          <w:sz w:val="20"/>
        </w:rPr>
        <w:t>32:08  yaad rakhiye, sab se bara jo thrilling ek jo experience hota hai, wohi hai ke aap yeh mehsoos karein ke mere paas doosron ko dene ke liye koi cheez hai.</w:t>
      </w:r>
      <w:r>
        <w:br/>
      </w:r>
      <w:r>
        <w:rPr>
          <w:sz w:val="20"/>
        </w:rPr>
        <w:t>32:18  aap giver hesiyat rakhte hain is duniya mein. aur duniya bhar ko dene ke liye koi cheez ho. is se bara koi afaqi tajruba nahi hai insaan ke liye.</w:t>
      </w:r>
      <w:r>
        <w:br/>
      </w:r>
      <w:r>
        <w:rPr>
          <w:sz w:val="20"/>
        </w:rPr>
        <w:t>32:33  ek ajib, ek ajib thrilling ehsas hota hai ke mere paas dene ke liye koi cheez hai.</w:t>
      </w:r>
      <w:r>
        <w:br/>
      </w:r>
      <w:r>
        <w:rPr>
          <w:sz w:val="20"/>
        </w:rPr>
        <w:t>32:42  toh yeh daawa hai, straight mamooli cheez nahi hai.</w:t>
      </w:r>
      <w:r>
        <w:br/>
      </w:r>
      <w:r>
        <w:rPr>
          <w:sz w:val="20"/>
        </w:rPr>
        <w:t>32:48  ashab-e-rasool ke bare mein aap tareekh kitabon mein padhiye. yaani jo makkah madine ke jo log the, arab ke, un ki kya image thi is zamane mein?</w:t>
      </w:r>
      <w:r>
        <w:br/>
      </w:r>
      <w:r>
        <w:rPr>
          <w:sz w:val="20"/>
        </w:rPr>
        <w:t>33:00  ladna, aapas mein ladna, aapas mein ladna.</w:t>
      </w:r>
      <w:r>
        <w:br/>
      </w:r>
      <w:r>
        <w:rPr>
          <w:sz w:val="20"/>
        </w:rPr>
        <w:t>33:03  yahi image thi ke aapas mein ladne wale log hain. ek is zamane ke ek shayar ne kaha tha ke woh</w:t>
      </w:r>
      <w:r>
        <w:br/>
      </w:r>
      <w:r>
        <w:rPr>
          <w:sz w:val="20"/>
        </w:rPr>
        <w:t>33:17  wa ahyaanan ala baqrin nakhina itha ma lam najid allaha akhana yeh yaani fakhr ke sath kaha tha, fakhr ke sath ke wa ahyaanan ala baqrin nakhina itha ma lam najid allaha akhana</w:t>
      </w:r>
      <w:r>
        <w:br/>
      </w:r>
      <w:r>
        <w:rPr>
          <w:sz w:val="20"/>
        </w:rPr>
        <w:t>33:32  yaani doosre nahi milte, agar hamein ladne ke liye toh hum apno se ladne lagte hain. doosre agar nahi milte ladne ke liye, hamein toh aap apno se ladne lagte hain.</w:t>
      </w:r>
      <w:r>
        <w:br/>
      </w:r>
      <w:r>
        <w:rPr>
          <w:sz w:val="20"/>
        </w:rPr>
        <w:t>33:42  yeh taliban ka mamla aap dekh rahe hain, aap roosi nahi mile toh aap aapas mein lad rahe hain. woh jab roos wale the, doosre lad rahe the, woh nahi hain toh aap aapas mein maar rahe hain, kaat rahe hain.</w:t>
      </w:r>
      <w:r>
        <w:br/>
      </w:r>
      <w:r>
        <w:rPr>
          <w:sz w:val="20"/>
        </w:rPr>
        <w:t>33:53  toh yeh bilkul wahi fanawra hai ke wa ahyaanan ala ala baqrin nakhina itha ma lam najid allaha akhana ke taliban ko jab roosi mile the, maar rahe the, un ko maar rahe the, woh chale gaye toh aap apne logon ko maar rahe hain.</w:t>
      </w:r>
      <w:r>
        <w:br/>
      </w:r>
      <w:r>
        <w:rPr>
          <w:sz w:val="20"/>
        </w:rPr>
        <w:t>34:08  kyun? passion nahi koi un ke paas, yeh un ko ehsas nahi ke hum duniya ko kuch de sakte hain.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