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I am angry</w:t>
      </w:r>
    </w:p>
    <w:p>
      <w:r>
        <w:rPr>
          <w:sz w:val="18"/>
        </w:rPr>
        <w:t>Q&amp;A, lecture moments and clips · full transcripts with timestamps · exported 2026-09-21</w:t>
      </w:r>
    </w:p>
    <w:p>
      <w:pPr>
        <w:pStyle w:val="Heading1"/>
      </w:pPr>
      <w:r>
        <w:t>Maulana was asked (30)</w:t>
      </w:r>
    </w:p>
    <w:p>
      <w:pPr>
        <w:pStyle w:val="Heading2"/>
      </w:pPr>
      <w:r>
        <w:t>Controlling anger and its consequences</w:t>
      </w:r>
    </w:p>
    <w:p>
      <w:r>
        <w:rPr>
          <w:color w:val="666666"/>
          <w:sz w:val="18"/>
        </w:rPr>
        <w:t>The Road to Paradise December 11, 2016 · 4m 32s · at 56:59 · https://youtu.be/iW2QmcY1_yU?t=3419</w:t>
      </w:r>
    </w:p>
    <w:p>
      <w:r>
        <w:rPr>
          <w:i/>
        </w:rPr>
        <w:t>“You say anger is a satanic act and often a person says foolish things in anger. In anger, one says such words that create discord between people.”</w:t>
      </w:r>
    </w:p>
    <w:p>
      <w:r>
        <w:rPr>
          <w:sz w:val="20"/>
        </w:rPr>
        <w:t>56:59  maulana, agla sawal dilli se kiya hai ahmed ali sahib ne aur unhon ne likha hai: maulana kehte</w:t>
      </w:r>
      <w:r>
        <w:br/>
      </w:r>
      <w:r>
        <w:rPr>
          <w:sz w:val="20"/>
        </w:rPr>
        <w:t>57:05  hain ghussa shaitani amal hai aur aksar insan ghusse mein be-aqal ki baatein keh baithta hai.</w:t>
      </w:r>
      <w:r>
        <w:br/>
      </w:r>
      <w:r>
        <w:rPr>
          <w:sz w:val="20"/>
        </w:rPr>
        <w:t>57:11  ghusse mein aise alfaaz keh deta hai jis se aapas mein ikhtilaf paida ho jata hai.</w:t>
      </w:r>
      <w:r>
        <w:br/>
      </w:r>
      <w:r>
        <w:rPr>
          <w:sz w:val="20"/>
        </w:rPr>
        <w:t>57:17  jab ghussa thanda hota hai phir afsos hota hai lekin us waqt afsos karne ka faida nahi hota.</w:t>
      </w:r>
      <w:r>
        <w:br/>
      </w:r>
      <w:r>
        <w:rPr>
          <w:sz w:val="20"/>
        </w:rPr>
        <w:t>57:23  is halaat se kaise bachein aur apne ghusse par kaise control karein, is ke bare mein hamein guidance dein.</w:t>
      </w:r>
      <w:r>
        <w:br/>
      </w:r>
      <w:r>
        <w:rPr>
          <w:sz w:val="20"/>
        </w:rPr>
        <w:t>57:29  dekhiye, ghussa shaitani amal hai, yeh baat result ke aitbar se hai, nateeja ke aitbar se hai.</w:t>
      </w:r>
      <w:r>
        <w:br/>
      </w:r>
      <w:r>
        <w:rPr>
          <w:sz w:val="20"/>
        </w:rPr>
        <w:t>57:35  khud ghussa shaitan nahi hai.</w:t>
      </w:r>
      <w:r>
        <w:br/>
      </w:r>
      <w:r>
        <w:rPr>
          <w:sz w:val="20"/>
        </w:rPr>
        <w:t>57:41  main samajhta hoon ke ghussa ek natural baat hai, ghussa sab ko aata hai, ghussa peghambar ko bhi aata hai.</w:t>
      </w:r>
      <w:r>
        <w:br/>
      </w:r>
      <w:r>
        <w:rPr>
          <w:sz w:val="20"/>
        </w:rPr>
        <w:t>57:47  hazrat moosa ko ghussa aaya, rasool allah ko ghussa aaya.</w:t>
      </w:r>
      <w:r>
        <w:br/>
      </w:r>
      <w:r>
        <w:rPr>
          <w:sz w:val="20"/>
        </w:rPr>
        <w:t>57:53  jahan tak maine samjha hai, jo mera apna tajruba hai aur is par amal karta hoon, ghusse</w:t>
      </w:r>
      <w:r>
        <w:br/>
      </w:r>
      <w:r>
        <w:rPr>
          <w:sz w:val="20"/>
        </w:rPr>
        <w:t>57:59  ka ilaaj bohat hi aasaan hai, bohat hi aasaan hai.</w:t>
      </w:r>
      <w:r>
        <w:br/>
      </w:r>
      <w:r>
        <w:rPr>
          <w:sz w:val="20"/>
        </w:rPr>
        <w:t>58:05  woh yeh hai ke jab ghussa aaye to chup ho jaiye, bas kuch mat kijiye, chup ho jaiye.</w:t>
      </w:r>
      <w:r>
        <w:br/>
      </w:r>
      <w:r>
        <w:rPr>
          <w:sz w:val="20"/>
        </w:rPr>
        <w:t>58:11  main yahi karta hoon, mujhe bohat ghussa aata hai, mere andar bohat ghussa hai, jaise hi ghussa aata</w:t>
      </w:r>
      <w:r>
        <w:br/>
      </w:r>
      <w:r>
        <w:rPr>
          <w:sz w:val="20"/>
        </w:rPr>
        <w:t>58:17  hai, main bolta nahin hoon, chup ho jata hoon.</w:t>
      </w:r>
      <w:r>
        <w:br/>
      </w:r>
      <w:r>
        <w:rPr>
          <w:sz w:val="20"/>
        </w:rPr>
        <w:t>58:23  to dekhiye, nature mein ek process hai, automatic process, woh hai ghusse ko diffuse karne ka.</w:t>
      </w:r>
      <w:r>
        <w:br/>
      </w:r>
      <w:r>
        <w:rPr>
          <w:sz w:val="20"/>
        </w:rPr>
        <w:t>58:29  Automatic process hai.</w:t>
      </w:r>
      <w:r>
        <w:br/>
      </w:r>
      <w:r>
        <w:rPr>
          <w:sz w:val="20"/>
        </w:rPr>
        <w:t>58:35  Ghussa bhi natural phenomena hai aur us ko diffuse karna bhi ek natural process hai.</w:t>
      </w:r>
      <w:r>
        <w:br/>
      </w:r>
      <w:r>
        <w:rPr>
          <w:sz w:val="20"/>
        </w:rPr>
        <w:t>58:41  to jab main ghusse ke baad chup ho jata hoon to kya hota hai? mera woh natural process</w:t>
      </w:r>
      <w:r>
        <w:br/>
      </w:r>
      <w:r>
        <w:rPr>
          <w:sz w:val="20"/>
        </w:rPr>
        <w:t>58:47  jo hai, woh foran active ho jata hai, yani diffuse karne ka.</w:t>
      </w:r>
      <w:r>
        <w:br/>
      </w:r>
      <w:r>
        <w:rPr>
          <w:sz w:val="20"/>
        </w:rPr>
        <w:t>58:53  Within minutes sab diffuse ho jata hai.</w:t>
      </w:r>
      <w:r>
        <w:br/>
      </w:r>
      <w:r>
        <w:rPr>
          <w:sz w:val="20"/>
        </w:rPr>
        <w:t>58:59  apne aap hi woh nature ka jo process hai, woh apne aap hi us ko diffuse kar de ga.</w:t>
      </w:r>
      <w:r>
        <w:br/>
      </w:r>
      <w:r>
        <w:rPr>
          <w:sz w:val="20"/>
        </w:rPr>
        <w:t>59:05  ab dekhiye, agar aap ghussa aaye aur bolne lage to kya hoga? sunne wala react kare ga.</w:t>
      </w:r>
      <w:r>
        <w:br/>
      </w:r>
      <w:r>
        <w:rPr>
          <w:sz w:val="20"/>
        </w:rPr>
        <w:t>59:11  to kya hoga? phir chain reaction ban jaye ga.</w:t>
      </w:r>
      <w:r>
        <w:br/>
      </w:r>
      <w:r>
        <w:rPr>
          <w:sz w:val="20"/>
        </w:rPr>
        <w:t>59:17  aap bole, woh bola, woh bole, phir aap bole.</w:t>
      </w:r>
      <w:r>
        <w:br/>
      </w:r>
      <w:r>
        <w:rPr>
          <w:sz w:val="20"/>
        </w:rPr>
        <w:t>59:23  That is chain reaction.</w:t>
      </w:r>
      <w:r>
        <w:br/>
      </w:r>
      <w:r>
        <w:rPr>
          <w:sz w:val="20"/>
        </w:rPr>
        <w:t>59:29  aur chup rehne se kya hota hai? ke chain reaction banta hi nahin.</w:t>
      </w:r>
      <w:r>
        <w:br/>
      </w:r>
      <w:r>
        <w:rPr>
          <w:sz w:val="20"/>
        </w:rPr>
        <w:t>59:35  jo burai hai, woh chain reaction hai, khud ghussa nahin hai.</w:t>
      </w:r>
      <w:r>
        <w:br/>
      </w:r>
      <w:r>
        <w:rPr>
          <w:sz w:val="20"/>
        </w:rPr>
        <w:t>59:41  Ghussa apne aap mein burai nahin hai.</w:t>
      </w:r>
      <w:r>
        <w:br/>
      </w:r>
      <w:r>
        <w:rPr>
          <w:sz w:val="20"/>
        </w:rPr>
        <w:t>59:47  Ghussa is waqt burai ban jata hai jabke woh chain reaction ban jaye.</w:t>
      </w:r>
      <w:r>
        <w:br/>
      </w:r>
      <w:r>
        <w:rPr>
          <w:sz w:val="20"/>
        </w:rPr>
        <w:t>59:53  to aap bolen ge to doosra bole ga, to aap bolen ge.</w:t>
      </w:r>
      <w:r>
        <w:br/>
      </w:r>
      <w:r>
        <w:rPr>
          <w:sz w:val="20"/>
        </w:rPr>
        <w:t>59:59  That is chain reaction.</w:t>
      </w:r>
      <w:r>
        <w:br/>
      </w:r>
      <w:r>
        <w:rPr>
          <w:sz w:val="20"/>
        </w:rPr>
        <w:t>1:00:05  to jab aap chup rehte hain to chain reaction se aap logon ko bachate hain.</w:t>
      </w:r>
      <w:r>
        <w:br/>
      </w:r>
      <w:r>
        <w:rPr>
          <w:sz w:val="20"/>
        </w:rPr>
        <w:t>1:00:11  bohat hi simple method hai is ka.</w:t>
      </w:r>
      <w:r>
        <w:br/>
      </w:r>
      <w:r>
        <w:rPr>
          <w:sz w:val="20"/>
        </w:rPr>
        <w:t>1:00:17  bas chup ho jaiye aur kuch mat kijiye, chup ho jaiye.</w:t>
      </w:r>
      <w:r>
        <w:br/>
      </w:r>
      <w:r>
        <w:rPr>
          <w:sz w:val="20"/>
        </w:rPr>
        <w:t>1:00:23  kuch mat kijiye, chup ho jaiye.</w:t>
      </w:r>
      <w:r>
        <w:br/>
      </w:r>
      <w:r>
        <w:rPr>
          <w:sz w:val="20"/>
        </w:rPr>
        <w:t>1:00:29  to aap chain reaction se bach jayen ge aur dhire dhire sara bara diffuse ho jayega.</w:t>
      </w:r>
      <w:r>
        <w:br/>
      </w:r>
      <w:r>
        <w:rPr>
          <w:sz w:val="20"/>
        </w:rPr>
        <w:t>1:00:35  aap jab chahen is ka tajurba kar ke dekh lijie.</w:t>
      </w:r>
      <w:r>
        <w:br/>
      </w:r>
      <w:r>
        <w:rPr>
          <w:sz w:val="20"/>
        </w:rPr>
        <w:t>1:00:41  main ne to bar bar kiya hai, aap bhi kar ke dekh lijie.</w:t>
      </w:r>
      <w:r>
        <w:br/>
      </w:r>
      <w:r>
        <w:rPr>
          <w:sz w:val="20"/>
        </w:rPr>
        <w:t>1:00:47  tajurba yani yahan par nature aap ke support ke liye maujood hai.</w:t>
      </w:r>
      <w:r>
        <w:br/>
      </w:r>
      <w:r>
        <w:rPr>
          <w:sz w:val="20"/>
        </w:rPr>
        <w:t>1:00:53  yani ghusse ko diffuse karne ke liye khud nature mein mechanism maujood hai.</w:t>
      </w:r>
      <w:r>
        <w:br/>
      </w:r>
      <w:r>
        <w:rPr>
          <w:sz w:val="20"/>
        </w:rPr>
        <w:t>1:00:59  aap is ko mauqa dijie.</w:t>
      </w:r>
      <w:r>
        <w:br/>
      </w:r>
      <w:r>
        <w:rPr>
          <w:sz w:val="20"/>
        </w:rPr>
        <w:t>1:01:05  Give nature a chance.</w:t>
      </w:r>
      <w:r>
        <w:br/>
      </w:r>
      <w:r>
        <w:rPr>
          <w:sz w:val="20"/>
        </w:rPr>
        <w:t>1:01:12  Give your nature a chance.</w:t>
      </w:r>
      <w:r>
        <w:br/>
      </w:r>
      <w:r>
        <w:rPr>
          <w:sz w:val="20"/>
        </w:rPr>
        <w:t>1:01:16  wo kya hai? wo sirf chup ho jana.</w:t>
      </w:r>
      <w:r>
        <w:br/>
      </w:r>
      <w:r>
        <w:rPr>
          <w:sz w:val="20"/>
        </w:rPr>
        <w:t>1:01:21  aap kabhi bhi tajurba kar ke dekh lijie.</w:t>
      </w:r>
      <w:r>
        <w:br/>
      </w:r>
      <w:r>
        <w:rPr>
          <w:sz w:val="20"/>
        </w:rPr>
        <w:t>1:01:26  main to bar bar isi par amal hai.</w:t>
      </w:r>
    </w:p>
    <w:p>
      <w:pPr>
        <w:pStyle w:val="Heading2"/>
      </w:pPr>
      <w:r>
        <w:t>What makes you angry and how to handle it?</w:t>
      </w:r>
    </w:p>
    <w:p>
      <w:r>
        <w:rPr>
          <w:color w:val="666666"/>
          <w:sz w:val="18"/>
        </w:rPr>
        <w:t>Understanding Islam (In Conversation with Maulana) June 20, 2010 Maulana Wahidudidn Khan · 4m 43s · at 2:43 · https://youtu.be/7UylaPL-iO8?t=163</w:t>
      </w:r>
    </w:p>
    <w:p>
      <w:r>
        <w:rPr>
          <w:i/>
        </w:rPr>
        <w:t>“What things make you angry and what do you do when you get angry?”</w:t>
      </w:r>
    </w:p>
    <w:p>
      <w:r>
        <w:rPr>
          <w:sz w:val="20"/>
        </w:rPr>
        <w:t>2:43  Mera pehla sawal yeh hai ke har insaan ko kabhi na kabhi kisi na kisi baat par ghussa aata hai. Aap ko kaun kaun si baat par ghussa aata hai?</w:t>
      </w:r>
      <w:r>
        <w:br/>
      </w:r>
      <w:r>
        <w:rPr>
          <w:sz w:val="20"/>
        </w:rPr>
        <w:t>2:55  aur jab aap ko ghussa aata hai to aap kya karte hain?</w:t>
      </w:r>
      <w:r>
        <w:br/>
      </w:r>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r>
        <w:br/>
      </w:r>
      <w:r>
        <w:rPr>
          <w:sz w:val="20"/>
        </w:rPr>
        <w:t>6:47  un ka doosra sawal yeh hai, main janna chahta hoon ke aap ki qualification kya hai? sir, aap ka mind ilm aur maloomat ka ek khazana hai, woh aap ne kaise prapt ki?</w:t>
      </w:r>
      <w:r>
        <w:br/>
      </w:r>
      <w:r>
        <w:rPr>
          <w:sz w:val="20"/>
        </w:rPr>
        <w:t>7:01  dekhein, meri ek kitab hai, is ka naam hai "Deen o Shariat". is mein 50 safhe ka ek chapter hai, is mein meri taleem ke bare mein hai. is 50 safhe ko aap padh lijiye, is mein aap ko sari baat mil jayegi.</w:t>
      </w:r>
      <w:r>
        <w:br/>
      </w:r>
      <w:r>
        <w:rPr>
          <w:sz w:val="20"/>
        </w:rPr>
        <w:t>7:15  is ka naam hai kitab ka "Deen o Shariat". moti si kitab hai woh. ek chapter is ka hai meri apni education ke bare mein. is ko aap padh lijiye.</w:t>
      </w:r>
    </w:p>
    <w:p>
      <w:pPr>
        <w:pStyle w:val="Heading2"/>
      </w:pPr>
      <w:r>
        <w:t>Dealing with anger when instigated</w:t>
      </w:r>
    </w:p>
    <w:p>
      <w:r>
        <w:rPr>
          <w:color w:val="666666"/>
          <w:sz w:val="18"/>
        </w:rPr>
        <w:t>Anger An Obstacle to wisdom 5 Jan 2020 - Maulana Wahiduddin Khan · 6m 59s · at 1:01:01 · https://youtu.be/q0VPtCsiYrI?t=3661</w:t>
      </w:r>
    </w:p>
    <w:p>
      <w:r>
        <w:rPr>
          <w:i/>
        </w:rPr>
        <w:t>“My question is how to deal with anger when in spite of adopting an approach of keeping our calm, someone is continuously instigating you?”</w:t>
      </w:r>
    </w:p>
    <w:p>
      <w:r>
        <w:rPr>
          <w:sz w:val="20"/>
        </w:rPr>
        <w:t>1:01:01  Inshallah, I will strive to apply your teachings into my life." Inshallah. Maulana, agla sawal aah bheja hai Miss Marvi Pathania ne Gurgaon se, unhon ne likha hai:</w:t>
      </w:r>
      <w:r>
        <w:br/>
      </w:r>
      <w:r>
        <w:rPr>
          <w:sz w:val="20"/>
        </w:rPr>
        <w:t>1:01:18  "My question is how to deal with anger when in spite of adopting an approach of keeping our calm, someone is continuously instig</w:t>
      </w:r>
      <w:r>
        <w:br/>
      </w:r>
      <w:r>
        <w:rPr>
          <w:sz w:val="20"/>
        </w:rPr>
        <w:t>1:01:31  ating you?" Dekhiye, mere tajurbe ke mutabiq yeh</w:t>
      </w:r>
      <w:r>
        <w:br/>
      </w:r>
      <w:r>
        <w:rPr>
          <w:sz w:val="20"/>
        </w:rPr>
        <w:t>1:01:43  bohat hi aasan hai, is ko bhi is ko janna hai, is ko tajurba karna hai.</w:t>
      </w:r>
      <w:r>
        <w:br/>
      </w:r>
      <w:r>
        <w:rPr>
          <w:sz w:val="20"/>
        </w:rPr>
        <w:t>1:01:52  Woh kya hai? Aap chup ho jaiye. Jab aap ko kisi se par ghussa hai to kuch mat kijiye, sirf chup ho jaiye.</w:t>
      </w:r>
      <w:r>
        <w:br/>
      </w:r>
      <w:r>
        <w:rPr>
          <w:sz w:val="20"/>
        </w:rPr>
        <w:t>1:02:05  Main ne bohat baar tajurba kiya is ko ke agar aap chup ho jate hain to kya hota hai ke nature ka process chal parta hai.</w:t>
      </w:r>
      <w:r>
        <w:br/>
      </w:r>
      <w:r>
        <w:rPr>
          <w:sz w:val="20"/>
        </w:rPr>
        <w:t>1:02:17  Nature yani</w:t>
      </w:r>
      <w:r>
        <w:br/>
      </w:r>
      <w:r>
        <w:rPr>
          <w:sz w:val="20"/>
        </w:rPr>
        <w:t>1:02:22  Pehle pehle second mein woh process chalta hai, outward</w:t>
      </w:r>
      <w:r>
        <w:br/>
      </w:r>
      <w:r>
        <w:rPr>
          <w:sz w:val="20"/>
        </w:rPr>
        <w:t>1:02:34  chalta hai. Lekin agar aap chup ho jayen to suddenly aik aik aik anokhi baat hoti hai ke woh downward chalne lagta hai.</w:t>
      </w:r>
      <w:r>
        <w:br/>
      </w:r>
      <w:r>
        <w:rPr>
          <w:sz w:val="20"/>
        </w:rPr>
        <w:t>1:02:50  Yani pehle moment woh chalega outward, lekin agar chup ho jayen to apne aap hi woh chalega downward aur phir sab kuch khatam ho jayega.</w:t>
      </w:r>
      <w:r>
        <w:br/>
      </w:r>
      <w:r>
        <w:rPr>
          <w:sz w:val="20"/>
        </w:rPr>
        <w:t>1:03:02  Aap jab bhi yani chahen is ka tajurba kar lijiye, jab bhi chahiye.</w:t>
      </w:r>
      <w:r>
        <w:br/>
      </w:r>
      <w:r>
        <w:rPr>
          <w:sz w:val="20"/>
        </w:rPr>
        <w:t>1:03:11  Yeh aap ko kuch karna nahi hai, nature ki potential ko use karna hai, bas kuch bhi nahi karna hai aap ko.</w:t>
      </w:r>
      <w:r>
        <w:br/>
      </w:r>
      <w:r>
        <w:rPr>
          <w:sz w:val="20"/>
        </w:rPr>
        <w:t>1:03:22  Jis Khuda ne insaan ko paida kiya hai, us Khuda ne insaan ke andar yeh aik azeem taqat rakh di hai ke agar tum chup ho jao to apne aap hi aik process jari hoga aur woh dheere dheere sab khatam ho jayega.</w:t>
      </w:r>
      <w:r>
        <w:br/>
      </w:r>
      <w:r>
        <w:rPr>
          <w:sz w:val="20"/>
        </w:rPr>
        <w:t>1:03:42  Aap tajurba kar ke dekh lijiye.</w:t>
      </w:r>
      <w:r>
        <w:br/>
      </w:r>
      <w:r>
        <w:rPr>
          <w:sz w:val="20"/>
        </w:rPr>
        <w:t>1:03:48  Maulana, aik comment parhna chahenge jo Professor Fareeda Khanam ne bheja hai Delhi se, unhon ne likha hai: "There is a non-Muslim family in our neighborhood.</w:t>
      </w:r>
      <w:r>
        <w:br/>
      </w:r>
      <w:r>
        <w:rPr>
          <w:sz w:val="20"/>
        </w:rPr>
        <w:t>1:04:02  We have been living in this society for about forty years, but we never went to their home. About six months ago, I saw that the lady had fractured herright hand.</w:t>
      </w:r>
      <w:r>
        <w:br/>
      </w:r>
      <w:r>
        <w:rPr>
          <w:sz w:val="20"/>
        </w:rPr>
        <w:t>1:04:16  She was in great trouble. She had not got theright treatment. So I went to her and provided all the aid.</w:t>
      </w:r>
      <w:r>
        <w:br/>
      </w:r>
      <w:r>
        <w:rPr>
          <w:sz w:val="20"/>
        </w:rPr>
        <w:t>1:04:26  I asked my physiotherapist to treat her and I paid the fees myself.</w:t>
      </w:r>
      <w:r>
        <w:br/>
      </w:r>
      <w:r>
        <w:rPr>
          <w:sz w:val="20"/>
        </w:rPr>
        <w:t>1:04:32  After about three months, her hand healed fully. Now she is so indebted to us for this act that she tells people that they are bhagwan, yeh hamare bhagwan hain.</w:t>
      </w:r>
      <w:r>
        <w:br/>
      </w:r>
      <w:r>
        <w:rPr>
          <w:sz w:val="20"/>
        </w:rPr>
        <w:t>1:04:47  I think we can solve our problems by building good relations. Itna aasan hai, ghor kijiye, aik aise country mein aap hain jahan aik shabd bol kar ke aap logon ko jeet sakte hain.</w:t>
      </w:r>
      <w:r>
        <w:br/>
      </w:r>
      <w:r>
        <w:rPr>
          <w:sz w:val="20"/>
        </w:rPr>
        <w:t>1:05:05  Aik shabd, main ne khud tajurba kiya hai, aap ko naam ke sath is ka aap ko address de sakta hoon ke aap sirf yeh yeh kijiye ke meethe shabd boliye, meethe shabd,</w:t>
      </w:r>
      <w:r>
        <w:br/>
      </w:r>
      <w:r>
        <w:rPr>
          <w:sz w:val="20"/>
        </w:rPr>
        <w:t>1:05:28  Aur sab kuch achanak sab kuch aap dekhen ke sab kuch solve ho chuka hai.</w:t>
      </w:r>
      <w:r>
        <w:br/>
      </w:r>
      <w:r>
        <w:rPr>
          <w:sz w:val="20"/>
        </w:rPr>
        <w:t>1:05:39  Hamare jo log hain, woh sirf reaction jante hain. Reaction yeh dekhiye, reaction ki logic yeh hai ke jab aap react karte hain to woh bhi react karega.</w:t>
      </w:r>
      <w:r>
        <w:br/>
      </w:r>
      <w:r>
        <w:rPr>
          <w:sz w:val="20"/>
        </w:rPr>
        <w:t>1:05:54  To kya ho jayega ke aik</w:t>
      </w:r>
      <w:r>
        <w:br/>
      </w:r>
      <w:r>
        <w:rPr>
          <w:sz w:val="20"/>
        </w:rPr>
        <w:t>1:06:02  Aik reaction ka aik aik aik silsila chal parega.</w:t>
      </w:r>
      <w:r>
        <w:br/>
      </w:r>
      <w:r>
        <w:rPr>
          <w:sz w:val="20"/>
        </w:rPr>
        <w:t>1:06:12  aap ka reaction, un ka reaction, aap ka.</w:t>
      </w:r>
      <w:r>
        <w:br/>
      </w:r>
      <w:r>
        <w:rPr>
          <w:sz w:val="20"/>
        </w:rPr>
        <w:t>1:06:17  aap kuch mat kijiye ke koi aadmi aap ke sath koi nakhushgawar baat karta hai to sirf chup ho jaiye, ek kalma bol dijiye.</w:t>
      </w:r>
      <w:r>
        <w:br/>
      </w:r>
      <w:r>
        <w:rPr>
          <w:sz w:val="20"/>
        </w:rPr>
        <w:t>1:06:29  yeh to nature ki taqat hai, jaag uthe gi aap ko. dekhiye, nature ki taqat har waqt jaagne ke liye tayar hai.</w:t>
      </w:r>
      <w:r>
        <w:br/>
      </w:r>
      <w:r>
        <w:rPr>
          <w:sz w:val="20"/>
        </w:rPr>
        <w:t>1:06:42  lekin hamare sathhi jo hain, woh jante hi nahi is potential ko, nature ke potential ko jante hi nahi.</w:t>
      </w:r>
      <w:r>
        <w:br/>
      </w:r>
      <w:r>
        <w:rPr>
          <w:sz w:val="20"/>
        </w:rPr>
        <w:t>1:06:59  sajid ahmad khan sahib ne nagpur se comment bheja hai, unhon ne likha hai: "Molana, nobody is our enemy. This concept I have discovered from your company</w:t>
      </w:r>
      <w:r>
        <w:br/>
      </w:r>
      <w:r>
        <w:rPr>
          <w:sz w:val="20"/>
        </w:rPr>
        <w:t>1:07:11  . Every person in our contact is either friend or potential friend. I believe that this is the best way to live in every society.</w:t>
      </w:r>
      <w:r>
        <w:br/>
      </w:r>
      <w:r>
        <w:rPr>
          <w:sz w:val="20"/>
        </w:rPr>
        <w:t>1:07:23  If we are positive in our mind, then every situation is an item of thanks and thanks only to God.</w:t>
      </w:r>
      <w:r>
        <w:br/>
      </w:r>
      <w:r>
        <w:rPr>
          <w:sz w:val="20"/>
        </w:rPr>
        <w:t>1:07:32  jazak Allah Maulana. doctor safina tabassum ne saharanpur se likha hai: "I really thank God for giving us guidance through you.</w:t>
      </w:r>
      <w:r>
        <w:br/>
      </w:r>
      <w:r>
        <w:rPr>
          <w:sz w:val="20"/>
        </w:rPr>
        <w:t>1:07:43  In the times of widespread negativity, we are totally positive and unaffected by the environment. This is all because of your teachings.</w:t>
      </w:r>
      <w:r>
        <w:br/>
      </w:r>
      <w:r>
        <w:rPr>
          <w:sz w:val="20"/>
        </w:rPr>
        <w:t>1:07:56  Really thank you from the core of my heart."</w:t>
      </w:r>
    </w:p>
    <w:p>
      <w:pPr>
        <w:pStyle w:val="Heading2"/>
      </w:pPr>
      <w:r>
        <w:t>Controlling greed for property and land</w:t>
      </w:r>
    </w:p>
    <w:p>
      <w:r>
        <w:rPr>
          <w:color w:val="666666"/>
          <w:sz w:val="18"/>
        </w:rPr>
        <w:t>Dars-e-Quran, Chapter 2, Verse 25 | November 19, 2017 | Maulana Wahiduddin Khan · 2m 07s · at 1:06:46 · https://youtu.be/ctvrG32NCgA?t=4006</w:t>
      </w:r>
    </w:p>
    <w:p>
      <w:r>
        <w:rPr>
          <w:i/>
        </w:rPr>
        <w:t>“How to control greed of property, house and land? It is killing me.”</w:t>
      </w:r>
    </w:p>
    <w:p>
      <w:r>
        <w:rPr>
          <w:sz w:val="20"/>
        </w:rPr>
        <w:t>1:06:46  maulana, maulana, agla sawal letay hain jo bheja hai khaleel abrar barkati sahib nay, unhon nay apni location</w:t>
      </w:r>
      <w:r>
        <w:br/>
      </w:r>
      <w:r>
        <w:rPr>
          <w:sz w:val="20"/>
        </w:rPr>
        <w:t>1:06:52  nahi likhi hai.</w:t>
      </w:r>
      <w:r>
        <w:br/>
      </w:r>
      <w:r>
        <w:rPr>
          <w:sz w:val="20"/>
        </w:rPr>
        <w:t>1:06:58  ان کا سوال ہے: "مولانا صاحب، how to control greed of property, house and land?" It is killing me.</w:t>
      </w:r>
      <w:r>
        <w:br/>
      </w:r>
      <w:r>
        <w:rPr>
          <w:sz w:val="20"/>
        </w:rPr>
        <w:t>1:07:04  This how to how to control greed of property,</w:t>
      </w:r>
      <w:r>
        <w:br/>
      </w:r>
      <w:r>
        <w:rPr>
          <w:sz w:val="20"/>
        </w:rPr>
        <w:t>1:07:10  house and land? it is distracting me from my study. whenever i am concentrating on my study, this type of thoughts are coming to my mind that my brother is taking all the land and property. therefore success is not coming to me in my examination as i am not fully able to concentrate on my studies. please show me some way how to avoid such thoughts. bh</w:t>
      </w:r>
      <w:r>
        <w:br/>
      </w:r>
      <w:r>
        <w:rPr>
          <w:sz w:val="20"/>
        </w:rPr>
        <w:t>1:07:40  yi, aap aik simple si baat sochiye, simple si kay jin logon ko property aur maal mil gaya</w:t>
      </w:r>
      <w:r>
        <w:br/>
      </w:r>
      <w:r>
        <w:rPr>
          <w:sz w:val="20"/>
        </w:rPr>
        <w:t>1:07:46  hai, un ki zindagi ko dekhiye.</w:t>
      </w:r>
      <w:r>
        <w:br/>
      </w:r>
      <w:r>
        <w:rPr>
          <w:sz w:val="20"/>
        </w:rPr>
        <w:t>1:07:53  misal kay bill gates, dunya ka sab bara wealthy aadmi.</w:t>
      </w:r>
      <w:r>
        <w:br/>
      </w:r>
      <w:r>
        <w:rPr>
          <w:sz w:val="20"/>
        </w:rPr>
        <w:t>1:07:59  donald trump, dunya ka sab say powerful aadmi.</w:t>
      </w:r>
      <w:r>
        <w:br/>
      </w:r>
      <w:r>
        <w:rPr>
          <w:sz w:val="20"/>
        </w:rPr>
        <w:t>1:08:05  لیکن ان کو ایک sucker بھی پیس نہیں ہے،</w:t>
      </w:r>
      <w:r>
        <w:br/>
      </w:r>
      <w:r>
        <w:rPr>
          <w:sz w:val="20"/>
        </w:rPr>
        <w:t>1:08:11  un ko sukoon nahi hai.</w:t>
      </w:r>
      <w:r>
        <w:br/>
      </w:r>
      <w:r>
        <w:rPr>
          <w:sz w:val="20"/>
        </w:rPr>
        <w:t>1:08:16  to kiya cheez aap chahtay hain? kis liye chahtay hain? yani property for the sake of property, wealth</w:t>
      </w:r>
      <w:r>
        <w:br/>
      </w:r>
      <w:r>
        <w:rPr>
          <w:sz w:val="20"/>
        </w:rPr>
        <w:t>1:08:22  for the sake of wealth.</w:t>
      </w:r>
      <w:r>
        <w:br/>
      </w:r>
      <w:r>
        <w:rPr>
          <w:sz w:val="20"/>
        </w:rPr>
        <w:t>1:08:27  jin logon ko property ya wealth mila, un ki zindagi ko, zindagi ko dekhiye to un ki zindagiyaan</w:t>
      </w:r>
      <w:r>
        <w:br/>
      </w:r>
      <w:r>
        <w:rPr>
          <w:sz w:val="20"/>
        </w:rPr>
        <w:t>1:08:32  yani problem say bhari hui hain.</w:t>
      </w:r>
      <w:r>
        <w:br/>
      </w:r>
      <w:r>
        <w:rPr>
          <w:sz w:val="20"/>
        </w:rPr>
        <w:t>1:08:37  hata kay bill gates ko is ki dolat aik museebat nazar anay lagi hai.</w:t>
      </w:r>
      <w:r>
        <w:br/>
      </w:r>
      <w:r>
        <w:rPr>
          <w:sz w:val="20"/>
        </w:rPr>
        <w:t>1:08:42  to kis cheez ko chahtay hain aap? kiya maqsad hai chahanay ka? main samajhta hoon kay aap apnay</w:t>
      </w:r>
      <w:r>
        <w:br/>
      </w:r>
      <w:r>
        <w:rPr>
          <w:sz w:val="20"/>
        </w:rPr>
        <w:t>1:08:48  upar aap revise kijiye.</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Guidance on handling anger and frustration</w:t>
      </w:r>
    </w:p>
    <w:p>
      <w:r>
        <w:rPr>
          <w:color w:val="666666"/>
          <w:sz w:val="18"/>
        </w:rPr>
        <w:t>Man and The Paradise August 11, 2013 Maulana Wahiduddin Khan · 5m 28s · at 55:35 · https://youtu.be/m8XdpnaS95U?t=3335</w:t>
      </w:r>
    </w:p>
    <w:p>
      <w:r>
        <w:rPr>
          <w:i/>
        </w:rPr>
        <w:t>“Your words are very thought-provoking and very true. There are often challenging situations which arise from time to time, and often these result into anger and frustration. Sometimes these frustrations come out in words, causing hurt to everyone, and followed by regret later. Dear Maulana, please guide me that if a situation like this comes again.”</w:t>
      </w:r>
    </w:p>
    <w:p>
      <w:r>
        <w:rPr>
          <w:sz w:val="20"/>
        </w:rPr>
        <w:t>55:35  maulana, agla sawal singapore se hai, mr sailesh malhotra ka. unhon ne likha hai: "maulana, your words are very thought provoking and very true.</w:t>
      </w:r>
      <w:r>
        <w:br/>
      </w:r>
      <w:r>
        <w:rPr>
          <w:sz w:val="20"/>
        </w:rPr>
        <w:t>55:47  there are often challenging situations which arise from time to time, and often these result into anger and frustration.</w:t>
      </w:r>
      <w:r>
        <w:br/>
      </w:r>
      <w:r>
        <w:rPr>
          <w:sz w:val="20"/>
        </w:rPr>
        <w:t>55:57  sometimes these frustrations come out in words, causing hurt to everyone, and followed by regret later. dear Maulana, please guide me that if a situation like this comes again,</w:t>
      </w:r>
      <w:r>
        <w:br/>
      </w:r>
      <w:r>
        <w:rPr>
          <w:sz w:val="20"/>
        </w:rPr>
        <w:t>56:11  what should I do to subside negative thoughts and angry words?</w:t>
      </w:r>
      <w:r>
        <w:br/>
      </w:r>
      <w:r>
        <w:rPr>
          <w:sz w:val="20"/>
        </w:rPr>
        <w:t>56:17  I want to go to paradise with the rest of the CPS team, and don't want to lose this because of my stupid mistakes."</w:t>
      </w:r>
      <w:r>
        <w:br/>
      </w:r>
      <w:r>
        <w:rPr>
          <w:sz w:val="20"/>
        </w:rPr>
        <w:t>56:36  dekhiye, paradise ki qeemat hai acceptance of reality.</w:t>
      </w:r>
      <w:r>
        <w:br/>
      </w:r>
      <w:r>
        <w:rPr>
          <w:sz w:val="20"/>
        </w:rPr>
        <w:t>56:46  paradise ki qeemat hai acceptance of reality.</w:t>
      </w:r>
      <w:r>
        <w:br/>
      </w:r>
      <w:r>
        <w:rPr>
          <w:sz w:val="20"/>
        </w:rPr>
        <w:t>56:53  yani duniya mein jo creator hai, creator us ne apne plan ke mutabiq duniya ka ek system banaya hai.</w:t>
      </w:r>
      <w:r>
        <w:br/>
      </w:r>
      <w:r>
        <w:rPr>
          <w:sz w:val="20"/>
        </w:rPr>
        <w:t>57:07  is system mein har ek ko azaadi hai, har ek ko total freedom hai.</w:t>
      </w:r>
      <w:r>
        <w:br/>
      </w:r>
      <w:r>
        <w:rPr>
          <w:sz w:val="20"/>
        </w:rPr>
        <w:t>57:15  to apni freedom ko woh chahe misuse kare, chahe proper use kare. yahi woh cheez hai jo hamare andar paida karti hai anger, complain, protest, yeh sab cheezen.</w:t>
      </w:r>
      <w:r>
        <w:br/>
      </w:r>
      <w:r>
        <w:rPr>
          <w:sz w:val="20"/>
        </w:rPr>
        <w:t>57:30  to pehli condition yeh hai ke aap accept karen Allah ki is ki maaf things ko.</w:t>
      </w:r>
      <w:r>
        <w:br/>
      </w:r>
      <w:r>
        <w:rPr>
          <w:sz w:val="20"/>
        </w:rPr>
        <w:t>57:39  yani jis cheez ko le kar aadmi ghussa hota hai, shikayat karta hai, protest karta hai, to kis ke khilaaf karta hai? woh bazahir kisi insaan ke khilaaf hoti hai, woh lekin hoti hai woh Khuda ke khilaaf.</w:t>
      </w:r>
      <w:r>
        <w:br/>
      </w:r>
      <w:r>
        <w:rPr>
          <w:sz w:val="20"/>
        </w:rPr>
        <w:t>57:54  jab aap bolte hain America ke khilaaf to aap bolte hain Khuda ke khilaaf. America jo kuch bhi kar raha hai, woh Allah ki di hui freedom par kar raha hai.</w:t>
      </w:r>
      <w:r>
        <w:br/>
      </w:r>
      <w:r>
        <w:rPr>
          <w:sz w:val="20"/>
        </w:rPr>
        <w:t>58:03  Yahudi jo kuch kar raha hai, woh Allah ki di hui freedom par kar raha hai. Hindu jo kuch bhi kar raha hai, woh Allah ki di hui freedom par kar raha hai. to jab aap shikayat karte hain, protest karte hain, kis ke khilaaf jati hai?</w:t>
      </w:r>
      <w:r>
        <w:br/>
      </w:r>
      <w:r>
        <w:rPr>
          <w:sz w:val="20"/>
        </w:rPr>
        <w:t>58:14  woh Allah ke khilaaf jati hai. woh</w:t>
      </w:r>
      <w:r>
        <w:br/>
      </w:r>
      <w:r>
        <w:rPr>
          <w:sz w:val="20"/>
        </w:rPr>
        <w:t>58:18  to isi ko maine kaha ke ke acceptance of reality jo hai, wahi price hai jannat ki.</w:t>
      </w:r>
      <w:r>
        <w:br/>
      </w:r>
      <w:r>
        <w:rPr>
          <w:sz w:val="20"/>
        </w:rPr>
        <w:t>58:29  isi ko Quran mein dekhiye: "raziyallahu anhum wa razuwan". yani jo log raazi ho gaye Allah ki is ki maaf things par, to Allah un se raazi ho jayega.</w:t>
      </w:r>
      <w:r>
        <w:br/>
      </w:r>
      <w:r>
        <w:rPr>
          <w:sz w:val="20"/>
        </w:rPr>
        <w:t>58:41  yeh jo ayat hai Quran majeed ki, is ko bhi log samajhte nahin.</w:t>
      </w:r>
      <w:r>
        <w:br/>
      </w:r>
      <w:r>
        <w:rPr>
          <w:sz w:val="20"/>
        </w:rPr>
        <w:t>58:46  mysterious bana rakha hai is ayat ko. mysterious. "raziyallahu anhum wa razuwan" ka matlab yeh hai ke jo log raazi ho gaye Allah ki is ki maaf things par,</w:t>
      </w:r>
      <w:r>
        <w:br/>
      </w:r>
      <w:r>
        <w:rPr>
          <w:sz w:val="20"/>
        </w:rPr>
        <w:t>59:01  apne aap ko aap ko is se adjust kiya, to Allah un se raazi ho jayega.</w:t>
      </w:r>
      <w:r>
        <w:br/>
      </w:r>
      <w:r>
        <w:rPr>
          <w:sz w:val="20"/>
        </w:rPr>
        <w:t>59:09  Allah ka jo plan hai, Allah ka jo plan hai, jo creation plan hai, us ke mutabiq jo is ki maaf things hain, to woh hamare hamein pasand aaye ya na pasand aayen,</w:t>
      </w:r>
      <w:r>
        <w:br/>
      </w:r>
      <w:r>
        <w:rPr>
          <w:sz w:val="20"/>
        </w:rPr>
        <w:t>59:26  har haal mein hum is se raazi ho jayen. hamare muwafiq ho, hamare khilaf ho, hamein chot lage ya chot na lage,</w:t>
      </w:r>
      <w:r>
        <w:br/>
      </w:r>
      <w:r>
        <w:rPr>
          <w:sz w:val="20"/>
        </w:rPr>
        <w:t>59:38  hamein shock pounchay ya shock na pounchay, har haal mein hum is par raazi ho jayen. yahi matlab hai "razi allahu anhum wa ridwan" ka ke jo log Allah ki is ki maaf things par raazi ho gaye, to Allah un par raazi ho jayega.</w:t>
      </w:r>
      <w:r>
        <w:br/>
      </w:r>
      <w:r>
        <w:rPr>
          <w:sz w:val="20"/>
        </w:rPr>
        <w:t>59:57  to ek baat yeh hai. doosri baat maine arz ki, jaisa ke abhi ke jo log is par raazi na hon, to kya hota hota hota hai? woh hypocrite bante hain. hypocrite.</w:t>
      </w:r>
      <w:r>
        <w:br/>
      </w:r>
      <w:r>
        <w:rPr>
          <w:sz w:val="20"/>
        </w:rPr>
        <w:t>1:00:10  yani hypocrisy is direct result of non acceptance of reality. kyunke aap kya karenge? badal sakte sakte nahi hain Allah ke naqshe ko.</w:t>
      </w:r>
      <w:r>
        <w:br/>
      </w:r>
      <w:r>
        <w:rPr>
          <w:sz w:val="20"/>
        </w:rPr>
        <w:t>1:00:21  to aap kya karenge? jahan interest kal hoga, wahan aap adjust karenge. jahan interest dekhenge, mein interest kal nahi ho raha hoga, wahan aap bolenge, wahan aap josh dikhayenge, wahan aap violence karenge.</w:t>
      </w:r>
      <w:r>
        <w:br/>
      </w:r>
      <w:r>
        <w:rPr>
          <w:sz w:val="20"/>
        </w:rPr>
        <w:t>1:00:35  to dekhiye, yeh yeh bilkul hi ek simple formula hai ke agar aap chahte hain ke jannat mein mujhe dakhla mile, then you have to accept the reality.</w:t>
      </w:r>
      <w:r>
        <w:br/>
      </w:r>
      <w:r>
        <w:rPr>
          <w:sz w:val="20"/>
        </w:rPr>
        <w:t>1:00:50  aur koi doosra rasta nahi. doosra rasta hai woh kya hai? woh apne aap ko aap kal karna hai, apne aap ko destroy karna hai, apne aap ko tabah karna hai.</w:t>
      </w:r>
    </w:p>
    <w:p>
      <w:pPr>
        <w:pStyle w:val="Heading2"/>
      </w:pPr>
      <w:r>
        <w:t>Study plan failure and parental frustration</w:t>
      </w:r>
    </w:p>
    <w:p>
      <w:r>
        <w:rPr>
          <w:color w:val="666666"/>
          <w:sz w:val="18"/>
        </w:rPr>
        <w:t>The Problem of Evil December 4, 2011 · 2m 46s · at 1:24:46 · https://youtu.be/SMqtVjaGHfw?t=5086</w:t>
      </w:r>
    </w:p>
    <w:p>
      <w:r>
        <w:rPr>
          <w:i/>
        </w:rPr>
        <w:t>“Sir, I am a second year engineering student. I have nine subjects to study and my exam starts on the ninth of December. The problem is that the moment I start my studies in the morning and make a plan to study for at least ten to twelve hours, I end up studying only two to three hours, which is very insufficient. Because of this, my parents start shouting at me and I get really irritated and frustrated and end up doing nothing.”</w:t>
      </w:r>
    </w:p>
    <w:p>
      <w:r>
        <w:rPr>
          <w:sz w:val="20"/>
        </w:rPr>
        <w:t>1:24:46  maulana, agla sawal aaya hai mr. hareen sharma ka, delhi se. unhon ne likha hai: "sir, i am a second year engineering student.</w:t>
      </w:r>
      <w:r>
        <w:br/>
      </w:r>
      <w:r>
        <w:rPr>
          <w:sz w:val="20"/>
        </w:rPr>
        <w:t>1:24:56  i have nine subjects to study and my exam start in ninth of december. the problem is that the moment i start my studies in the morning and make a plan to study for at least ten to twelve hours, i end up studying only two to three hours, which is very insufficient."</w:t>
      </w:r>
      <w:r>
        <w:br/>
      </w:r>
      <w:r>
        <w:rPr>
          <w:sz w:val="20"/>
        </w:rPr>
        <w:t>1:25:16  because of this, my parents start shouting at me and I get really irritated and frustrated and and up doing nothing.</w:t>
      </w:r>
      <w:r>
        <w:br/>
      </w:r>
      <w:r>
        <w:rPr>
          <w:sz w:val="20"/>
        </w:rPr>
        <w:t>1:25:25  I can concentrate not more than two hours at a stretch. I am afraid I will end up failing. Please help me out."</w:t>
      </w:r>
      <w:r>
        <w:br/>
      </w:r>
      <w:r>
        <w:rPr>
          <w:sz w:val="20"/>
        </w:rPr>
        <w:t>1:25:41  mere khayal se aap ka aap ke habits jo hain, us ko aap tod nahin paate. yeh in natural baat hai ke aadmi bas do ghanta parhe.</w:t>
      </w:r>
      <w:r>
        <w:br/>
      </w:r>
      <w:r>
        <w:rPr>
          <w:sz w:val="20"/>
        </w:rPr>
        <w:t>1:25:51  kyun? aadmi sirf do ghanta parhega. aadmi chaar ghanta parh sakta hai.</w:t>
      </w:r>
      <w:r>
        <w:br/>
      </w:r>
      <w:r>
        <w:rPr>
          <w:sz w:val="20"/>
        </w:rPr>
        <w:t>1:25:55  main yeh nahin kehta hoon ke aap barah ghante parhein. main yeh nahin kehta. lekin aap do ghanta, chaar ghanta, chhe ghanta parh sakte hain. yeh kuch habits hain jis ke jis ko aap chhod nahin paate.</w:t>
      </w:r>
      <w:r>
        <w:br/>
      </w:r>
      <w:r>
        <w:rPr>
          <w:sz w:val="20"/>
        </w:rPr>
        <w:t>1:26:07  bahut buri cheez hai habit. habit jab ho jaati hai kisi ki to itna us ko yaani is se itna zyada familiar ho jaata hai ke na chhod kar bhi samajhta hai ke main chhod diya.</w:t>
      </w:r>
      <w:r>
        <w:br/>
      </w:r>
      <w:r>
        <w:rPr>
          <w:sz w:val="20"/>
        </w:rPr>
        <w:t>1:26:20  ajeeb baat hai yeh maine paaya hai ke chhodte nahin samajhte ke hum ne chhod diya. mujhe batana padta hai kahin chhod diya aap ne.</w:t>
      </w:r>
      <w:r>
        <w:br/>
      </w:r>
      <w:r>
        <w:rPr>
          <w:sz w:val="20"/>
        </w:rPr>
        <w:t>1:26:30  to jis aadmi ko bhi koi in natural is qism ka yaani maamla pesh aaye, yeh in natural hai. yaad rakhiye, yeh natural nahin hai.</w:t>
      </w:r>
      <w:r>
        <w:br/>
      </w:r>
      <w:r>
        <w:rPr>
          <w:sz w:val="20"/>
        </w:rPr>
        <w:t>1:26:41  aur is liye koi na koi habit galat lagi hui hai aap ko. is habit ko discover kijiye.</w:t>
      </w:r>
      <w:r>
        <w:br/>
      </w:r>
      <w:r>
        <w:rPr>
          <w:sz w:val="20"/>
        </w:rPr>
        <w:t>1:26:47  main to aaj tak dhoondta rehta hoon ke aisi habit jo mujhe bachpan se lag gayi ho, abhi tak lagi hui ho. to habit badi buri cheez hai.</w:t>
      </w:r>
      <w:r>
        <w:br/>
      </w:r>
      <w:r>
        <w:rPr>
          <w:sz w:val="20"/>
        </w:rPr>
        <w:t>1:26:57  bade bade logon ko habit lagi rehti hai aur bachpan se lag jaati hai. to aadmi is pe condition ho jaata hai. to aap aap sawab maamla sirf parent ka nahin hai.</w:t>
      </w:r>
      <w:r>
        <w:br/>
      </w:r>
      <w:r>
        <w:rPr>
          <w:sz w:val="20"/>
        </w:rPr>
        <w:t>1:27:08  aap future mein kya karenge? aap ko zindagi guzarna hai duniya mein. aap ke paas achhi education chahiye. to kaise zindagi guzarenge aap</w:t>
      </w:r>
      <w:r>
        <w:br/>
      </w:r>
      <w:r>
        <w:rPr>
          <w:sz w:val="20"/>
        </w:rPr>
        <w:t>1:27:16  ? masla parent ka nahin hai, masla aap ke apne future ka hai. to aap apni jo wrong habits hain, us ko daryaft kijiye aur us apne is yaani is ko correct kijiye, is ki islaah kijiye.</w:t>
      </w:r>
    </w:p>
    <w:p>
      <w:pPr>
        <w:pStyle w:val="Heading2"/>
      </w:pPr>
      <w:r>
        <w:t>Prophet's anger vs. forbearance</w:t>
      </w:r>
    </w:p>
    <w:p>
      <w:r>
        <w:rPr>
          <w:color w:val="666666"/>
          <w:sz w:val="18"/>
        </w:rPr>
        <w:t>Age of Democracy May 25, 2014 · 2m 14s · at 1:03:50 · https://youtu.be/pyZy1-EhW1Q?t=3830</w:t>
      </w:r>
    </w:p>
    <w:p>
      <w:r>
        <w:rPr>
          <w:i/>
        </w:rPr>
        <w:t>“If a person misuses his freedom and makes us angry, we should not get angry because it is part of God's plan. But the Prophet sometimes got angry. How do we justify his action?”</w:t>
      </w:r>
    </w:p>
    <w:p>
      <w:r>
        <w:rPr>
          <w:sz w:val="20"/>
        </w:rPr>
        <w:t>1:03:50  maulana, agla sawal lete hain jo pakistan se bheja hai abdul latif sahib ne. unhon ne likha hai: "aik shakhs apni azadi ka ghalat istemal kar ke hamein ghussa dilata hai, to hamein ghussa nahi hona chahiye.</w:t>
      </w:r>
      <w:r>
        <w:br/>
      </w:r>
      <w:r>
        <w:rPr>
          <w:sz w:val="20"/>
        </w:rPr>
        <w:t>1:04:06  kyunkeh is ka hamein ghussa dilana Allah ke takhleeqi mansoobay ke bana par hai. lekin rasool Allah sallallahu alaihi wasallam basa auqat ghussa ho jatay thay.</w:t>
      </w:r>
      <w:r>
        <w:br/>
      </w:r>
      <w:r>
        <w:rPr>
          <w:sz w:val="20"/>
        </w:rPr>
        <w:t>1:04:19  to aap ki is amal ki tawjeeh ka hum kya karengay?" dekhiye, rasool Allah ka jo ghussa hota tha, apni zaat ke liye nahi hota tha.</w:t>
      </w:r>
      <w:r>
        <w:br/>
      </w:r>
      <w:r>
        <w:rPr>
          <w:sz w:val="20"/>
        </w:rPr>
        <w:t>1:04:29  yeh hadith mein aaya hai, woh principle par hota tha. woh woh ghussa haqeeqat mein wohi hai jis ko main kehta hoon language of hammering.</w:t>
      </w:r>
      <w:r>
        <w:br/>
      </w:r>
      <w:r>
        <w:rPr>
          <w:sz w:val="20"/>
        </w:rPr>
        <w:t>1:04:39  is ko ghussa hona mat kahiye. yani jaise aaj maine bola, main yeh yeh koi keh sakta hai keh aap ghusay mein bol</w:t>
      </w:r>
      <w:r>
        <w:br/>
      </w:r>
      <w:r>
        <w:rPr>
          <w:sz w:val="20"/>
        </w:rPr>
        <w:t>1:04:46  ein, ghussa nahi bolay. woh language, that was language of hammering. to rasool Allah is tarah bolte thay: "aata tha is tarah taqaza ho, yeh yeh marha tana hadith mein aata hai keh kun mandirja is tarah bolte thay aap kisi se keh koi fouj hamla karne wali ho, us ki khabar de rahe ho aap." to rasool Allah ka jo ghazab hota tha, isi baray mein hota tha.</w:t>
      </w:r>
      <w:r>
        <w:br/>
      </w:r>
      <w:r>
        <w:rPr>
          <w:sz w:val="20"/>
        </w:rPr>
        <w:t>1:05:12  aaj main bola hoon, isi tarah ka hota tha. keh shiddat, yani shiddat kalam. jab aap jab aap bohat ziyada mehsoos karein kisi baat ko, to aap ke andar shiddat aa jayegi.</w:t>
      </w:r>
      <w:r>
        <w:br/>
      </w:r>
      <w:r>
        <w:rPr>
          <w:sz w:val="20"/>
        </w:rPr>
        <w:t>1:05:27  isi ko log kahengay keh sahib ghusay mein bolay. main jo kuch bola aaj, ghusay mein nahi bol raha hoon. yeh shiddat ehsas tha jo ubal pada.</w:t>
      </w:r>
      <w:r>
        <w:br/>
      </w:r>
      <w:r>
        <w:rPr>
          <w:sz w:val="20"/>
        </w:rPr>
        <w:t>1:05:38  yaad rakhiye, rasool Allah ke baray mein jo ghazab ka lafz aata hai, woh shiddat izhaar ke maani mein hai. woh shiddat izhaar. aur aaj main bol raha hoon, wohi mera muamla tha keh maine jo bola hoon, woh woh shiddat izhaar tha, woh ghussa nahi tha.</w:t>
      </w:r>
      <w:r>
        <w:br/>
      </w:r>
      <w:r>
        <w:rPr>
          <w:sz w:val="20"/>
        </w:rPr>
        <w:t>1:05:57  is ko aap nafsiati aitbar se ghor kiye to yeh baat clear ho jayegi.</w:t>
      </w:r>
    </w:p>
    <w:p>
      <w:pPr>
        <w:pStyle w:val="Heading2"/>
      </w:pPr>
      <w:r>
        <w:t>Qari angry about missing burqa</w:t>
      </w:r>
    </w:p>
    <w:p>
      <w:r>
        <w:rPr>
          <w:color w:val="666666"/>
          <w:sz w:val="18"/>
        </w:rPr>
        <w:t>Age of Alternatives April 05, 2015 · 1m 47s · at 1:04:41 · https://youtu.be/4v0uCM2BZuA?t=3881</w:t>
      </w:r>
    </w:p>
    <w:p>
      <w:r>
        <w:rPr>
          <w:i/>
        </w:rPr>
        <w:t>“I was at Kaaba last week and a Qari of Haram was talking to me as he knows my husband's family. When I asked a question about Kaaba, he got angry with me that why I was not wearing burqa. Maulana, I am over fifty years old and a grandmother.”</w:t>
      </w:r>
    </w:p>
    <w:p>
      <w:r>
        <w:rPr>
          <w:sz w:val="20"/>
        </w:rPr>
        <w:t>1:04:41  maulana, agla sawal ah ah london se hai lekin poochne wale ne apna naam nahi likha hai aur woh is waqt yeh program</w:t>
      </w:r>
      <w:r>
        <w:br/>
      </w:r>
      <w:r>
        <w:rPr>
          <w:sz w:val="20"/>
        </w:rPr>
        <w:t>1:04:50  dekh rahi hain. unhon ne likha hai ke "I was at Kaaba last week and a qari of haram was talking to me as as he knows my husband's family.</w:t>
      </w:r>
      <w:r>
        <w:br/>
      </w:r>
      <w:r>
        <w:rPr>
          <w:sz w:val="20"/>
        </w:rPr>
        <w:t>1:05:02  when i asked a question about kaba, he got angry with me that why i was not wearing burqa. maulana, i am over fifty years old and a grandmother.</w:t>
      </w:r>
      <w:r>
        <w:br/>
      </w:r>
      <w:r>
        <w:rPr>
          <w:sz w:val="20"/>
        </w:rPr>
        <w:t>1:05:15  i said that i am also involved in mission and work in the west,</w:t>
      </w:r>
      <w:r>
        <w:br/>
      </w:r>
      <w:r>
        <w:rPr>
          <w:sz w:val="20"/>
        </w:rPr>
        <w:t>1:05:21  but he said that in islam, but he said islam goes one form of parda and that there is no excuse.</w:t>
      </w:r>
      <w:r>
        <w:br/>
      </w:r>
      <w:r>
        <w:rPr>
          <w:sz w:val="20"/>
        </w:rPr>
        <w:t>1:05:29  this is from the hadith of prophet. it has worried me as i used to wear burqa when i was in college and until the age of thirty five.</w:t>
      </w:r>
      <w:r>
        <w:br/>
      </w:r>
      <w:r>
        <w:rPr>
          <w:sz w:val="20"/>
        </w:rPr>
        <w:t>1:05:40  maulana, please comment on this. dekhen, main aap ko yahi mashwara dunga ke aap</w:t>
      </w:r>
      <w:r>
        <w:br/>
      </w:r>
      <w:r>
        <w:rPr>
          <w:sz w:val="20"/>
        </w:rPr>
        <w:t>1:05:49  do kitaben padhiye:</w:t>
      </w:r>
      <w:r>
        <w:br/>
      </w:r>
      <w:r>
        <w:rPr>
          <w:sz w:val="20"/>
        </w:rPr>
        <w:t>1:05:51  aik allama albani ki kitab "hijab al-marat al-muslima", doosri meri jo do ya teen kitaben is mozu par hain.</w:t>
      </w:r>
      <w:r>
        <w:br/>
      </w:r>
      <w:r>
        <w:rPr>
          <w:sz w:val="20"/>
        </w:rPr>
        <w:t>1:06:01  yani is ko padhiye aap, yani khatoon ke mozu par, khatoon islam ke mozu par. phir aap rai banaiye.</w:t>
      </w:r>
      <w:r>
        <w:br/>
      </w:r>
      <w:r>
        <w:rPr>
          <w:sz w:val="20"/>
        </w:rPr>
        <w:t>1:06:09  ab</w:t>
      </w:r>
      <w:r>
        <w:br/>
      </w:r>
      <w:r>
        <w:rPr>
          <w:sz w:val="20"/>
        </w:rPr>
        <w:t>1:06:10  abhi aap ko padhna chahiye, tab aap ko islam ka stand samajh mein ayega. woh in in kitabon ko padhne ke baad aap phir sawal karen, inshallah us waqt mein jawab dunga.</w:t>
      </w:r>
    </w:p>
    <w:p>
      <w:pPr>
        <w:pStyle w:val="Heading2"/>
      </w:pPr>
      <w:r>
        <w:t>Persistent failure: Is God angry and what to do?</w:t>
      </w:r>
    </w:p>
    <w:p>
      <w:r>
        <w:rPr>
          <w:color w:val="666666"/>
          <w:sz w:val="18"/>
        </w:rPr>
        <w:t>Divine Help July 21, 2019 Maulana Wahiduddin Khan · 5m 35s · at 35:17 · https://youtu.be/Phjyu1GUuS8?t=2117</w:t>
      </w:r>
    </w:p>
    <w:p>
      <w:r>
        <w:rPr>
          <w:i/>
        </w:rPr>
        <w:t>“Sometimes one faces a long period of failure and no planning works. Does it mean that God is angry with us, and that is why things are not working? What should one do in such a situation?”</w:t>
      </w:r>
    </w:p>
    <w:p>
      <w:r>
        <w:rPr>
          <w:sz w:val="20"/>
        </w:rPr>
        <w:t>35:17  patience reflects our hope and trust in our god and letting him do things in his own ways. jazak allah." maulana, agla sawal lena chahenge.</w:t>
      </w:r>
      <w:r>
        <w:br/>
      </w:r>
      <w:r>
        <w:rPr>
          <w:sz w:val="20"/>
        </w:rPr>
        <w:t>35:30  kanpur se bheja hai khurshid sahib ne. unhon ne likha hai: "maulana, sometimes one faces a long period of failure and no planning works.</w:t>
      </w:r>
      <w:r>
        <w:br/>
      </w:r>
      <w:r>
        <w:rPr>
          <w:sz w:val="20"/>
        </w:rPr>
        <w:t>35:42  does it mean that god is angry with us, and that is why things are not working? what should one do in such a situation?</w:t>
      </w:r>
      <w:r>
        <w:br/>
      </w:r>
      <w:r>
        <w:rPr>
          <w:sz w:val="20"/>
        </w:rPr>
        <w:t>35:53  how can we maintain positivity or a normal self? bhai, aap mujh se miliye, main aap ko misaalain bataunga ke maine pachas saal tak wait kiya.</w:t>
      </w:r>
      <w:r>
        <w:br/>
      </w:r>
      <w:r>
        <w:rPr>
          <w:sz w:val="20"/>
        </w:rPr>
        <w:t>36:09  pachas saal tak khud jahan yeh aap dekh rahe hain ke hamara yeh office hai, yahan lift lagi hui hai, hum program kar rahe hain. is jagah ko paane ke liye maine pachas saal se zyada wait kiya.</w:t>
      </w:r>
      <w:r>
        <w:br/>
      </w:r>
      <w:r>
        <w:rPr>
          <w:sz w:val="20"/>
        </w:rPr>
        <w:t>36:24  is jagah ko paane ke liye main aap ko dikha sakta hoon kyunke hua yeh ke main purane dilli mein tha.</w:t>
      </w:r>
      <w:r>
        <w:br/>
      </w:r>
      <w:r>
        <w:rPr>
          <w:sz w:val="20"/>
        </w:rPr>
        <w:t>36:34  purane dilli mein koi kaam theek se hota nahi tha. mujhe ek aur jagah chahiye thi. mere paas is ke asbab nahi thay.</w:t>
      </w:r>
      <w:r>
        <w:br/>
      </w:r>
      <w:r>
        <w:rPr>
          <w:sz w:val="20"/>
        </w:rPr>
        <w:t>36:46  to meri biwi ne khwab dekha. bohat naik theen, woh bohat naik theen, bohat naik theen, aur woh bilkul yahi.</w:t>
      </w:r>
      <w:r>
        <w:br/>
      </w:r>
      <w:r>
        <w:rPr>
          <w:sz w:val="20"/>
        </w:rPr>
        <w:t>36:55  yeh dono jagahain hamare paas jo hain na, is ko khwab mein dekha tha. unhon ne pesh ki aaj se pachas saal pehle to maine intezar kiya Allah ke fazl se, aur theek waqt par yeh dono jagahain hamein milain.</w:t>
      </w:r>
      <w:r>
        <w:br/>
      </w:r>
      <w:r>
        <w:rPr>
          <w:sz w:val="20"/>
        </w:rPr>
        <w:t>37:14  to genuine hona chahiye aap ka, aap ki dua genuine ho. aap janiye ke Allah kis ke aap think kya hai, Allah ka management ka tareeqa kya hai.</w:t>
      </w:r>
      <w:r>
        <w:br/>
      </w:r>
      <w:r>
        <w:rPr>
          <w:sz w:val="20"/>
        </w:rPr>
        <w:t>37:27  yeh sab janiye aap aur is par bharosa karein, aur woh spirit aap ke andar aap ko maloom ho ke main jo hoon.</w:t>
      </w:r>
      <w:r>
        <w:br/>
      </w:r>
      <w:r>
        <w:rPr>
          <w:sz w:val="20"/>
        </w:rPr>
        <w:t>37:41  yeh sab shart purani karte hain, bas khwah makhwah yaani umeedon mein jeete hain. woh tamanna alal Allah jo hadith mein aata hai, to is se kuch nahi hoga.</w:t>
      </w:r>
      <w:r>
        <w:br/>
      </w:r>
      <w:r>
        <w:rPr>
          <w:sz w:val="20"/>
        </w:rPr>
        <w:t>38:04  Maulana, kuch aur aaj bhi dekhiye, subah se main is mein tha ke apa se pooch lijiye, aap doctor sanson se pooch lijiye.</w:t>
      </w:r>
      <w:r>
        <w:br/>
      </w:r>
      <w:r>
        <w:rPr>
          <w:sz w:val="20"/>
        </w:rPr>
        <w:t>38:14  aaj hi maine unhon ne is ko kaha ke bhai, mere paas kuch nahi hai, ab tum log ja karo jo karna hai, ya resist aap karein jo karna hai.</w:t>
      </w:r>
      <w:r>
        <w:br/>
      </w:r>
      <w:r>
        <w:rPr>
          <w:sz w:val="20"/>
        </w:rPr>
        <w:t>38:31  lekin ain waqt par aap dekhiye, ab mujhe intezar karna karna tha. jab main is point pe pohancha jahan woh ladka aur woh ladki baithe thay, aur unhon ne kaha tha ke main jo hoon,</w:t>
      </w:r>
      <w:r>
        <w:br/>
      </w:r>
      <w:r>
        <w:rPr>
          <w:sz w:val="20"/>
        </w:rPr>
        <w:t>38:47  to main dekhiye, aaj subah se do jazbat mein jee raha tha. woh jo hadith mein aata hai ke "al-iman raja'a wal-khauf" yaani umeed aur khauf, umeed aur khauf ke beech mein.</w:t>
      </w:r>
      <w:r>
        <w:br/>
      </w:r>
      <w:r>
        <w:rPr>
          <w:sz w:val="20"/>
        </w:rPr>
        <w:t>39:05  to ain waqt par jab hamari gaadi gate pe pohanchi, park ke gate par, to wahan par farishte ne mere mere mann mein daal diya.</w:t>
      </w:r>
      <w:r>
        <w:br/>
      </w:r>
      <w:r>
        <w:rPr>
          <w:sz w:val="20"/>
        </w:rPr>
        <w:t>39:19  to aaj jo main bola hoon, kuch bhi mere aaj subah se kuch bhi mere mann mein nahi tha. to aap Allah par bharosa bharosa kijiye, aur yeh yeh janiye ke aap ki aap ki talab genuine talab ho, aur aap intezar karein, aap Khuda ki sharton ko poora karein.</w:t>
      </w:r>
      <w:r>
        <w:br/>
      </w:r>
      <w:r>
        <w:rPr>
          <w:sz w:val="20"/>
        </w:rPr>
        <w:t>39:46  tab to aap ke liye wahi ho jayega ke Khuda kahega ke main jo hoon.</w:t>
      </w:r>
      <w:r>
        <w:br/>
      </w:r>
      <w:r>
        <w:rPr>
          <w:sz w:val="20"/>
        </w:rPr>
        <w:t>40:00  Maulana, agla comment bheja hai Shafi Ahmed Dar sahib ne Srinagar se. unhon ne likha hai: "it was really thrilling word, main jo hoon, and patience for dua is key for divine help.</w:t>
      </w:r>
      <w:r>
        <w:br/>
      </w:r>
      <w:r>
        <w:rPr>
          <w:sz w:val="20"/>
        </w:rPr>
        <w:t>40:13  thank you Maulana for such a divine guidance."</w:t>
      </w:r>
      <w:r>
        <w:br/>
      </w:r>
      <w:r>
        <w:rPr>
          <w:sz w:val="20"/>
        </w:rPr>
        <w:t>40:22  Sartaj Siddiqui sahib ne likha hai Purbani se: "a mind unlocking lecture from Maulana about true nature of a dua.</w:t>
      </w:r>
      <w:r>
        <w:br/>
      </w:r>
      <w:r>
        <w:rPr>
          <w:sz w:val="20"/>
        </w:rPr>
        <w:t>40:31  hoping towards God is a form of dua. a dua must be genuine and not according to a wishful thinking.</w:t>
      </w:r>
      <w:r>
        <w:br/>
      </w:r>
      <w:r>
        <w:rPr>
          <w:sz w:val="20"/>
        </w:rPr>
        <w:t>40:40  jazak Allah Maulana sahib." Aamir Mori sahib ne likha hai: "today lecture was so special that anyone who listen to it will definitely develop the love for God.</w:t>
      </w:r>
    </w:p>
    <w:p>
      <w:pPr>
        <w:pStyle w:val="Heading2"/>
      </w:pPr>
      <w:r>
        <w:t>Is anger a positive quality?</w:t>
      </w:r>
    </w:p>
    <w:p>
      <w:r>
        <w:rPr>
          <w:color w:val="666666"/>
          <w:sz w:val="18"/>
        </w:rPr>
        <w:t>Anger An Obstacle to wisdom 5 Jan 2020 - Maulana Wahiduddin Khan · 2m 19s · at 1:10:44 · https://youtu.be/q0VPtCsiYrI?t=4244</w:t>
      </w:r>
    </w:p>
    <w:p>
      <w:r>
        <w:rPr>
          <w:i/>
        </w:rPr>
        <w:t>“Anger has a positive aspect also. When you express your anger, the opposite party takes you seriously and listens to the angry person compared to a quiet person. So anger is good. What is your opinion on this aspect?”</w:t>
      </w:r>
    </w:p>
    <w:p>
      <w:r>
        <w:rPr>
          <w:sz w:val="20"/>
        </w:rPr>
        <w:t>1:10:44  Maulana, ahmedabad se javed sahib ne sawal bheja hai, unhon ne likha hai: "Molana, anger has a positive aspect also.</w:t>
      </w:r>
      <w:r>
        <w:br/>
      </w:r>
      <w:r>
        <w:rPr>
          <w:sz w:val="20"/>
        </w:rPr>
        <w:t>1:10:54  When you express your anger, the opposite party takes you seriously and listens to the angry person as compared to a person who is quiet and is not angry.</w:t>
      </w:r>
      <w:r>
        <w:br/>
      </w:r>
      <w:r>
        <w:rPr>
          <w:sz w:val="20"/>
        </w:rPr>
        <w:t>1:11:08  So anger is good. What is your opinion on this aspect?" yeh bilkul galat baat hai, yeh aap ne farz kar liya hai, intehai galat baat hai yeh.</w:t>
      </w:r>
      <w:r>
        <w:br/>
      </w:r>
      <w:r>
        <w:rPr>
          <w:sz w:val="20"/>
        </w:rPr>
        <w:t>1:11:24  ab phir se yeh is ka tajruba kijiye aap. ghussa aik shaitani feal hai, ghussa aik shaitani feal hai.</w:t>
      </w:r>
      <w:r>
        <w:br/>
      </w:r>
      <w:r>
        <w:rPr>
          <w:sz w:val="20"/>
        </w:rPr>
        <w:t>1:11:35  ghussay mein is ke siwa kuch nahi, ghussa apnay ko barbaad karna hai, khud apnay ko barbaad karna hai.</w:t>
      </w:r>
      <w:r>
        <w:br/>
      </w:r>
      <w:r>
        <w:rPr>
          <w:sz w:val="20"/>
        </w:rPr>
        <w:t>1:11:45  yeh jo aap ne farz banaya hai, yeh sarta sar ghalat hai aur aap ne usay bana liya hai. kabhi aap ne is ka amal nahi, tajruba nahi kiya kabhi is ka.</w:t>
      </w:r>
      <w:r>
        <w:br/>
      </w:r>
      <w:r>
        <w:rPr>
          <w:sz w:val="20"/>
        </w:rPr>
        <w:t>1:12:02  Okay, we will end</w:t>
      </w:r>
      <w:r>
        <w:br/>
      </w:r>
      <w:r>
        <w:rPr>
          <w:sz w:val="20"/>
        </w:rPr>
        <w:t>1:12:04  this session now. Thank you.</w:t>
      </w:r>
    </w:p>
    <w:p>
      <w:pPr>
        <w:pStyle w:val="Heading2"/>
      </w:pPr>
      <w:r>
        <w:t>Dealing with perceived unprofessional behavior</w:t>
      </w:r>
    </w:p>
    <w:p>
      <w:r>
        <w:rPr>
          <w:color w:val="666666"/>
          <w:sz w:val="18"/>
        </w:rPr>
        <w:t>Q&amp;A 04 Mar 2012 Maulana Wahiduddin Khan · 2m 19s · at 47:03 · https://youtu.be/txRmutuvWQI?t=2823</w:t>
      </w:r>
    </w:p>
    <w:p>
      <w:r>
        <w:rPr>
          <w:i/>
        </w:rPr>
        <w:t>“A person sent a message to issue Al-Risala at a certain address. I said to contact the Al-Risala office directly for the magazine. He became angry and complained to a colleague, saying my request was taken unprofessionally. Maulana, how can such complexes be removed?”</w:t>
      </w:r>
    </w:p>
    <w:p>
      <w:r>
        <w:rPr>
          <w:sz w:val="20"/>
        </w:rPr>
        <w:t>47:03  maulana, agla sawal hai dilli se mister arshad jamal sahab ka. unhon ne likha hai: "ek sahab ka message aaya ke falan address par al risala issue kar dein.</w:t>
      </w:r>
      <w:r>
        <w:br/>
      </w:r>
      <w:r>
        <w:rPr>
          <w:sz w:val="20"/>
        </w:rPr>
        <w:t>47:14  main ne kaha ke al risala ke liye aap direct al risala office se contact karein. is par woh sahab naraz ho gaye.</w:t>
      </w:r>
      <w:r>
        <w:br/>
      </w:r>
      <w:r>
        <w:rPr>
          <w:sz w:val="20"/>
        </w:rPr>
        <w:t>47:23  unhon ne ek saathi se is ki shikayat ki aur unhon ne kaha ke meri request ko professionally le liya gaya hai. maulana, is tarah ke complex ko kaise door kiya jaye?"</w:t>
      </w:r>
      <w:r>
        <w:br/>
      </w:r>
      <w:r>
        <w:rPr>
          <w:sz w:val="20"/>
        </w:rPr>
        <w:t>47:37  door yahi kiya hai ke logon ko principle nahi maloom. principle principle kya hai? jin sahab ne aisa jo maloom diya, mere nazdeek galat jo maloom tha, woh dekhein.</w:t>
      </w:r>
      <w:r>
        <w:br/>
      </w:r>
      <w:r>
        <w:rPr>
          <w:sz w:val="20"/>
        </w:rPr>
        <w:t>47:49  is tarah ki soorat-e-haal mein un ke liye do shakalain theen, do shakalain.</w:t>
      </w:r>
      <w:r>
        <w:br/>
      </w:r>
      <w:r>
        <w:rPr>
          <w:sz w:val="20"/>
        </w:rPr>
        <w:t>47:54  ek yeh hai ke woh direct daftar mein telephone karein aur jo kuch kehna hai, daftar se kahein. achha, agar jari karna hai to yeh bhi shakal thi ke woh money order lein aur us par is ka jitna chanda hota hai, usay likhein, apne paas se raqam jama kar ke aur bhej dein, aap is ke naam.</w:t>
      </w:r>
      <w:r>
        <w:br/>
      </w:r>
      <w:r>
        <w:rPr>
          <w:sz w:val="20"/>
        </w:rPr>
        <w:t>48:18  baqi yeh jo remark diya unhon ne is tareeqe se, woh mere nazdeek galat remark tha. aur main samajhta hoon ke woh adaab-e-hayat nahi jante. musalmanon mein aam taur par yeh kamzori hai ke woh haram-o-halal ko to jante hain, magar woh adaab-e-hayat ko nahi jante.</w:t>
      </w:r>
      <w:r>
        <w:br/>
      </w:r>
      <w:r>
        <w:rPr>
          <w:sz w:val="20"/>
        </w:rPr>
        <w:t>48:33  haram-o-halal jo bilkul khule khule hain ke suar ka gosht ya ya sharab peena haram, yeh to sab log jante hain.</w:t>
      </w:r>
      <w:r>
        <w:br/>
      </w:r>
      <w:r>
        <w:rPr>
          <w:sz w:val="20"/>
        </w:rPr>
        <w:t>48:42  lekin zindagi ke jo adaab hain, jo principles of life hain, us se bekhabar hain. woh</w:t>
      </w:r>
      <w:r>
        <w:br/>
      </w:r>
      <w:r>
        <w:rPr>
          <w:sz w:val="20"/>
        </w:rPr>
        <w:t>48:47  to main samajhta hoon un ko conscious karna yeh chahiye tha ke agar woh apne paas se khud se karna chahte thay to apni jeb se woh raqam ka money order kar dein, aap us ko aur yahan se jari ho jayega, wahan</w:t>
      </w:r>
      <w:r>
        <w:br/>
      </w:r>
      <w:r>
        <w:rPr>
          <w:sz w:val="20"/>
        </w:rPr>
        <w:t>49:06  ya koi bhi aisi shakal jo usool ke mutabiq ho. lekin yeh to main ne tak usool ke mutabiq tha un ka yeh feal. to un ko main samajhta hoon ke woh adaab-e-hayat se abhi waqif nahi hain.</w:t>
      </w:r>
    </w:p>
    <w:p>
      <w:pPr>
        <w:pStyle w:val="Heading2"/>
      </w:pPr>
      <w:r>
        <w:t>The Role of Silence When One Is Angry</w:t>
      </w:r>
    </w:p>
    <w:p>
      <w:r>
        <w:rPr>
          <w:color w:val="666666"/>
          <w:sz w:val="18"/>
        </w:rPr>
        <w:t>Surah Al-'Asr I November 23, 2014 Maulana Wahiduddin Khan · 4m 09s · at 1:11:19 · https://youtu.be/3dBMIUC0Dqw?t=4279</w:t>
      </w:r>
    </w:p>
    <w:p>
      <w:r>
        <w:rPr>
          <w:i/>
        </w:rPr>
        <w:t>“What role does silence play when one is angry? Many people think that if you keep patience or observe silence, then the opposite party may feel that they have succeeded over you. This may lead to further exploitation.”</w:t>
      </w:r>
    </w:p>
    <w:p>
      <w:r>
        <w:rPr>
          <w:sz w:val="20"/>
        </w:rPr>
        <w:t>1:11:19  maulana, agla sawal farhan sahab ne kiya hai bhopal se aur unhon ne likha hai ke Maulana What role does silence play when one is angry?</w:t>
      </w:r>
      <w:r>
        <w:br/>
      </w:r>
      <w:r>
        <w:rPr>
          <w:sz w:val="20"/>
        </w:rPr>
        <w:t>1:11:33  Many people think that if you keep patience or observe silence, then the opposite party may feel that they have succeeded over you.</w:t>
      </w:r>
      <w:r>
        <w:br/>
      </w:r>
      <w:r>
        <w:rPr>
          <w:sz w:val="20"/>
        </w:rPr>
        <w:t>1:11:44  This may lead to further exploitation. yeh shaitan ka sab se bara fitna hai jo daal rakha hai logon ke andar.</w:t>
      </w:r>
      <w:r>
        <w:br/>
      </w:r>
      <w:r>
        <w:rPr>
          <w:sz w:val="20"/>
        </w:rPr>
        <w:t>1:11:55  aap yeh sochein hi nahi ke doosra ka yeh sochna hi shaitani baat hai ke doosra kya samjhega. nahi, aap sochein ke mera ghussa kaise khatam ho, meri nafrat kaise khatam ho, mere andar inteqam kaise khatam ho.</w:t>
      </w:r>
      <w:r>
        <w:br/>
      </w:r>
      <w:r>
        <w:rPr>
          <w:sz w:val="20"/>
        </w:rPr>
        <w:t>1:12:10  bas yeh sochein. doosre ke bare mein kyun sochte hain aap? yeh bilashuba shaitani soch hai aur jo log is tarah sochte hain woh un ki kabhi islaah nahi hogi.</w:t>
      </w:r>
      <w:r>
        <w:br/>
      </w:r>
      <w:r>
        <w:rPr>
          <w:sz w:val="20"/>
        </w:rPr>
        <w:t>1:12:19  kabhi nahi hogi islaah. sirf apne ko le kar sochein.</w:t>
      </w:r>
      <w:r>
        <w:br/>
      </w:r>
      <w:r>
        <w:rPr>
          <w:sz w:val="20"/>
        </w:rPr>
        <w:t>1:12:28  sirf apne ko le kar ke mere andar ghussa hai, mere andar inteqam hai, mere andar negative thought hai. to bas us ko mujhe door karna hai.</w:t>
      </w:r>
      <w:r>
        <w:br/>
      </w:r>
      <w:r>
        <w:rPr>
          <w:sz w:val="20"/>
        </w:rPr>
        <w:t>1:12:38  bas. doosra ka doosra wala apni baat khud jaane, aap ko doosre ki baatein jaanna hai.</w:t>
      </w:r>
      <w:r>
        <w:br/>
      </w:r>
      <w:r>
        <w:rPr>
          <w:sz w:val="20"/>
        </w:rPr>
        <w:t>1:12:46  yeh bilashuba jab yeh is aap ke mind mein yeh aaye to samjhen ke shaitani waswasa hai. shaitani waswasa hai.</w:t>
      </w:r>
      <w:r>
        <w:br/>
      </w:r>
      <w:r>
        <w:rPr>
          <w:sz w:val="20"/>
        </w:rPr>
        <w:t>1:12:57  quran mein aap dekhen, sabr, sabr, sabr, sabr. to kya allah ko pata nahin tha ke aap sabr karenge to woh zyada yani aur barh jayega aur sarkashi karega?</w:t>
      </w:r>
      <w:r>
        <w:br/>
      </w:r>
      <w:r>
        <w:rPr>
          <w:sz w:val="20"/>
        </w:rPr>
        <w:t>1:13:10  allah ko pata nahin tha ke? nahin, yeh yeh soch hi shaitani soch hai</w:t>
      </w:r>
      <w:r>
        <w:br/>
      </w:r>
      <w:r>
        <w:rPr>
          <w:sz w:val="20"/>
        </w:rPr>
        <w:t>1:13:16  ke doosra aisa ho jayega. is se toba karna chahiye aadmi ke andar yeh aata hai ya yeh soch aati hai agar to is ko toba karna chahiye ke main shaitan ka victim ban gaya.</w:t>
      </w:r>
      <w:r>
        <w:br/>
      </w:r>
      <w:r>
        <w:rPr>
          <w:sz w:val="20"/>
        </w:rPr>
        <w:t>1:13:31  bas apne bare mein sochiye. alaih ke nafs tak, alaih ke nafs tak. apne bare mein socho.</w:t>
      </w:r>
      <w:r>
        <w:br/>
      </w:r>
      <w:r>
        <w:rPr>
          <w:sz w:val="20"/>
        </w:rPr>
        <w:t>1:13:42  We would also like to tell the online viewers that the book izhaar-e-deen has also been published in pakistan. mursal sahib ka message hai maulana ke.</w:t>
      </w:r>
      <w:r>
        <w:br/>
      </w:r>
      <w:r>
        <w:rPr>
          <w:sz w:val="20"/>
        </w:rPr>
        <w:t>1:13:52  padhiye, padhiye is ko. The book izhaar-e-deen has been published in pakistan.</w:t>
      </w:r>
      <w:r>
        <w:br/>
      </w:r>
      <w:r>
        <w:rPr>
          <w:sz w:val="20"/>
        </w:rPr>
        <w:t>1:14:00  dekhen, is mein zyada bari baat kya hai? yahi baat yeh hai ke aaj se hazar saal pehle logon ne bohat kitabein likhin, bohat likhin.</w:t>
      </w:r>
      <w:r>
        <w:br/>
      </w:r>
      <w:r>
        <w:rPr>
          <w:sz w:val="20"/>
        </w:rPr>
        <w:t>1:14:13  aisa message kahin nahin aa sakta tha. kyunke kitab ko reprint karna is zamane mein ek bohat hi aasan kaam ho gaya.</w:t>
      </w:r>
      <w:r>
        <w:br/>
      </w:r>
      <w:r>
        <w:rPr>
          <w:sz w:val="20"/>
        </w:rPr>
        <w:t>1:14:21  agar ek kitab maujood hai, woh photo lijiye aur chhap dijiye. pehle zamane mein har kitab ko poora poora likhna padta tha. yeh kaisi anokhi baat hai ke ek kitab yahan chhap gayi aur foran wahan chhap gayi.</w:t>
      </w:r>
      <w:r>
        <w:br/>
      </w:r>
      <w:r>
        <w:rPr>
          <w:sz w:val="20"/>
        </w:rPr>
        <w:t>1:14:37  yeh bohat hi nemat ki baat, bohat shukr ki baat hai.</w:t>
      </w:r>
      <w:r>
        <w:br/>
      </w:r>
      <w:r>
        <w:rPr>
          <w:sz w:val="20"/>
        </w:rPr>
        <w:t>1:14:42  dekhen, jab tak hum compare kar ke, yani compare karna nahin seekhenge, tab bada shukr nahin aayega.</w:t>
      </w:r>
      <w:r>
        <w:br/>
      </w:r>
      <w:r>
        <w:rPr>
          <w:sz w:val="20"/>
        </w:rPr>
        <w:t>1:14:54  In comparison, that we understand arabi ka maqoola hai ke tarruf al-ashya' wa ta'arruf al-athman</w:t>
      </w:r>
      <w:r>
        <w:br/>
      </w:r>
      <w:r>
        <w:rPr>
          <w:sz w:val="20"/>
        </w:rPr>
        <w:t>1:15:04  . ke pehle zamane mein koi bada aalim ho, us ki kitab foran wahan chhap jaye, yeh possible hi nahin tha. kyunke yeh technology nahin thi. jo technology aaj available hai, woh technology nahin thi.</w:t>
      </w:r>
      <w:r>
        <w:br/>
      </w:r>
      <w:r>
        <w:rPr>
          <w:sz w:val="20"/>
        </w:rPr>
        <w:t>1:15:17  yeh shukr ka item hai ke allah taala ne aisi technology de di ke yahan chhape aur foran wahan chhap jaye.</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Divorce upon anger: Is it Islamic?</w:t>
      </w:r>
    </w:p>
    <w:p>
      <w:r>
        <w:rPr>
          <w:color w:val="666666"/>
          <w:sz w:val="18"/>
        </w:rPr>
        <w:t>Between Possible and Impossible December 9, 2012 · 3m 00s · at 1:45:08 · https://youtu.be/Q0tC7obKbT8?t=6308</w:t>
      </w:r>
    </w:p>
    <w:p>
      <w:r>
        <w:rPr>
          <w:i/>
        </w:rPr>
        <w:t>“People in our society think that when they get angry, they have the right to immediately divorce their wives. What kind of mindset is this? Is this the proper way of divorce in Islam?”</w:t>
      </w:r>
    </w:p>
    <w:p>
      <w:r>
        <w:rPr>
          <w:sz w:val="20"/>
        </w:rPr>
        <w:t>1:45:08  maulana agla sawal hai nauman rasheed sahab ka, d</w:t>
      </w:r>
      <w:r>
        <w:br/>
      </w:r>
      <w:r>
        <w:rPr>
          <w:sz w:val="20"/>
        </w:rPr>
        <w:t>1:45:12  li se. unhon ne likha hai: maulana sahab, hamare samaj ke logon ka yeh zehan hai ke jab woh kisi baat par gussa hote hain, to woh fauran apni wife ko talaq dene ka right samajhte hain. yeh zehan kaisa hai?</w:t>
      </w:r>
      <w:r>
        <w:br/>
      </w:r>
      <w:r>
        <w:rPr>
          <w:sz w:val="20"/>
        </w:rPr>
        <w:t>1:45:27  kya islam mein talaq ka yahi tareeqa hai? aise logon ke liye islam mein flagging hai, koda marna.</w:t>
      </w:r>
      <w:r>
        <w:br/>
      </w:r>
      <w:r>
        <w:rPr>
          <w:sz w:val="20"/>
        </w:rPr>
        <w:t>1:45:37  hazrat umar ka qissa hai ke aisa kiya karte, jo log aisa karte the, to hazrat umar kya karte the ke talaq dilwa dete the, lekin iske saath kya karte?</w:t>
      </w:r>
      <w:r>
        <w:br/>
      </w:r>
      <w:r>
        <w:rPr>
          <w:sz w:val="20"/>
        </w:rPr>
        <w:t>1:45:50  unka khoob khoob koda marte the. sum auja'a zahra yeh alfaaz aate hain. sum auja'a zahra unke peeth ko zakhmi kar dete the.</w:t>
      </w:r>
      <w:r>
        <w:br/>
      </w:r>
      <w:r>
        <w:rPr>
          <w:sz w:val="20"/>
        </w:rPr>
        <w:t>1:46:00  kyunke tum shariat se khilwad kar rahe ho.</w:t>
      </w:r>
      <w:r>
        <w:br/>
      </w:r>
      <w:r>
        <w:rPr>
          <w:sz w:val="20"/>
        </w:rPr>
        <w:t>1:46:04  to hazrat umar ka tareeqa yeh hai ke woh teen talaq ko waqif kar dete the, lekin khoob peeth ko maar maar kar ke. ab hamare hanaf jo hain, unhon ne kya kiya hai ke maarne ko to alag kar diya aur teen talaq ko waqif karne lage.</w:t>
      </w:r>
      <w:r>
        <w:br/>
      </w:r>
      <w:r>
        <w:rPr>
          <w:sz w:val="20"/>
        </w:rPr>
        <w:t>1:46:18  karne lage woh. main samajhta hoon ke hanaf ko aisa karna durust nahin. ya to teen ko ek qarar do, ya phir government se kaho ke mujhe koda maarne ka ijazat do.</w:t>
      </w:r>
      <w:r>
        <w:br/>
      </w:r>
      <w:r>
        <w:rPr>
          <w:sz w:val="20"/>
        </w:rPr>
        <w:t>1:46:30  teen talaq ko ek manna us waqt sahi hai jab ke aap koda marein usko. aur koda jo maar nahin sakte, to usko teen ko ek ek qarar dijiye.</w:t>
      </w:r>
      <w:r>
        <w:br/>
      </w:r>
      <w:r>
        <w:rPr>
          <w:sz w:val="20"/>
        </w:rPr>
        <w:t>1:46:39  jaise jaise ahl ahl hadith log karte hain. is mamle mein maine likha hai, ek poora maqala likha hai, usko aap padh li jiye. khatoon islam mein hai, aap padh li jiye.</w:t>
      </w:r>
      <w:r>
        <w:br/>
      </w:r>
      <w:r>
        <w:rPr>
          <w:sz w:val="20"/>
        </w:rPr>
        <w:t>1:46:49  mera maslak is maamle mein yeh hai ke ke ahnaf ka jo maslak hai, kisi ne teen bol diya to us ko talaaq waqf kar dete hain. aur main samajhta hoon ke yeh sahi nahi hai, kyunke teen talaaq ko waqf karne ke liye aap ko un ko maarna chahiye.</w:t>
      </w:r>
      <w:r>
        <w:br/>
      </w:r>
      <w:r>
        <w:rPr>
          <w:sz w:val="20"/>
        </w:rPr>
        <w:t>1:47:04  aur jab maar nahi sakte to aap to teen ko ek ek rakhiye, teen mat kijiye is ko.</w:t>
      </w:r>
      <w:r>
        <w:br/>
      </w:r>
      <w:r>
        <w:rPr>
          <w:sz w:val="20"/>
        </w:rPr>
        <w:t>1:47:09  yeh maine tafseel aap jaanna chahein to aap meri kitaab khawateen-e-Islam padh lijiye.</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How to address a wrong system affecting a nation?</w:t>
      </w:r>
    </w:p>
    <w:p>
      <w:r>
        <w:rPr>
          <w:color w:val="666666"/>
          <w:sz w:val="18"/>
        </w:rPr>
        <w:t>Problem and Shukr March 15, 2015 · 2m 53s · at 52:57 · https://youtu.be/SPBsXjH1hzM?t=3177</w:t>
      </w:r>
    </w:p>
    <w:p>
      <w:r>
        <w:rPr>
          <w:i/>
        </w:rPr>
        <w:t>“I want to know what if we have a problem or complaint not from a human, but from a system and a group which is doing wrong and affecting a nation.”</w:t>
      </w:r>
    </w:p>
    <w:p>
      <w:r>
        <w:rPr>
          <w:sz w:val="20"/>
        </w:rPr>
        <w:t>52:57  Maulana, agla sawal kya hai? Ah Shan Sahib ne ah London se, aur unhon ne likha hai: Maulana, I am Dr. Hanaz's cousin and visiting her from Wales with my newly wed wife.</w:t>
      </w:r>
      <w:r>
        <w:br/>
      </w:r>
      <w:r>
        <w:rPr>
          <w:sz w:val="20"/>
        </w:rPr>
        <w:t>53:14  She invited us this morning to listen to you, and mashallah, I liked it so much. May Allah reward you. Maulana, I have a question.</w:t>
      </w:r>
      <w:r>
        <w:br/>
      </w:r>
      <w:r>
        <w:rPr>
          <w:sz w:val="20"/>
        </w:rPr>
        <w:t>53:25  . I want to know what if we have a problem or complaint not from a human, but from a system or a group which is doing wrong and affecting a nation.</w:t>
      </w:r>
      <w:r>
        <w:br/>
      </w:r>
      <w:r>
        <w:rPr>
          <w:sz w:val="20"/>
        </w:rPr>
        <w:t>53:38  vhat iz yor advais on dat? dekhiye, yeh to aap ne sirf lafz badal diya. sistam kon banata hai? insan banata hai.</w:t>
      </w:r>
      <w:r>
        <w:br/>
      </w:r>
      <w:r>
        <w:rPr>
          <w:sz w:val="20"/>
        </w:rPr>
        <w:t>53:47  voh bhi insan ke khilaf shikayat hai. sistam bananay wala kon hai?</w:t>
      </w:r>
      <w:r>
        <w:br/>
      </w:r>
      <w:r>
        <w:rPr>
          <w:sz w:val="20"/>
        </w:rPr>
        <w:t>53:55  to sistam mein vohi cheezain aayen gi jo insan ke andar hain. sistam jo hai, insan ka yani ikstendid faram hai.</w:t>
      </w:r>
      <w:r>
        <w:br/>
      </w:r>
      <w:r>
        <w:rPr>
          <w:sz w:val="20"/>
        </w:rPr>
        <w:t>54:06  sistam alag se koi cheez hai nahin. to sistam ke khilaf aap bolain gay to phir insan hi ke oopar jaye ga. voh aur yeh bhi samajh lein ke kabhi bhi dunya mein koi sistam aidial nahin ho sakta.</w:t>
      </w:r>
      <w:r>
        <w:br/>
      </w:r>
      <w:r>
        <w:rPr>
          <w:sz w:val="20"/>
        </w:rPr>
        <w:t>54:17  impaasibal hai.</w:t>
      </w:r>
      <w:r>
        <w:br/>
      </w:r>
      <w:r>
        <w:rPr>
          <w:sz w:val="20"/>
        </w:rPr>
        <w:t>54:19  hata ke jo islam ka jo goladan piriyad hai, vahan bhi yeh bas vajah hai ke vahan sistam jo tha, bilkul aidial tha. aisa nahin tha. misal ke tor par dekhiye, aik sahabi madine mein rasool Allah ke pas aata hai, voh munh dar munh kehta hai ke vallah muadalta,</w:t>
      </w:r>
      <w:r>
        <w:br/>
      </w:r>
      <w:r>
        <w:rPr>
          <w:sz w:val="20"/>
        </w:rPr>
        <w:t>54:38  khuda ki qasam, aap ne justis nahin kiya. to vri dat aidial sistam.</w:t>
      </w:r>
      <w:r>
        <w:br/>
      </w:r>
      <w:r>
        <w:rPr>
          <w:sz w:val="20"/>
        </w:rPr>
        <w:t>54:45  to sistam par jo log bolte hain, voh kreshun plan ke khilaf bolte hain. jo Allah ka jo kreshun plan hai, us ke mutabiq jab dunya mein aidial sistam ban nahin sakta, aidial gavarnmant ban nahin sakti, to aap ko vahan kya karna hai?</w:t>
      </w:r>
      <w:r>
        <w:br/>
      </w:r>
      <w:r>
        <w:rPr>
          <w:sz w:val="20"/>
        </w:rPr>
        <w:t>55:04  us ko mainaj karna hai. jo prablam aata hai, us ko mainaj kijiye.</w:t>
      </w:r>
      <w:r>
        <w:br/>
      </w:r>
      <w:r>
        <w:rPr>
          <w:sz w:val="20"/>
        </w:rPr>
        <w:t>55:08  shikayat karna, us ko torna, us ke khilaf us ko apoz karna, hangama karna, kuch bhi nahin honay wala. us ki misal dekhiye, aijipt mein.</w:t>
      </w:r>
      <w:r>
        <w:br/>
      </w:r>
      <w:r>
        <w:rPr>
          <w:sz w:val="20"/>
        </w:rPr>
        <w:t>55:18  aijipt mein 60 bars se sistam ke khilaf lar rahe hain log. aaj tak kuch bhi nahin hua. kai naslain khatam ho gayeen, aur tab tabahi tabahi hai.</w:t>
      </w:r>
      <w:r>
        <w:br/>
      </w:r>
      <w:r>
        <w:rPr>
          <w:sz w:val="20"/>
        </w:rPr>
        <w:t>55:29  to sistam jo hai, voh khud yani voh hioman fenomina hai. insan se alag koi cheez nahin hai.</w:t>
      </w:r>
      <w:r>
        <w:br/>
      </w:r>
      <w:r>
        <w:rPr>
          <w:sz w:val="20"/>
        </w:rPr>
        <w:t>55:40  kliyar hai? ji kliyar hai. ji ah ji maulana.</w:t>
      </w:r>
      <w:r>
        <w:br/>
      </w:r>
      <w:r>
        <w:rPr>
          <w:sz w:val="20"/>
        </w:rPr>
        <w:t>55:51  Maulana, agla sawal kya hai? Adil Muhammad Sahib ne Muradabad se, aur unhon ne likha hai ke Maulana, I agree with you in what you said today, that we should accept Allah's plan and be patient towards men and thankful towards Allah.</w:t>
      </w:r>
    </w:p>
    <w:p>
      <w:pPr>
        <w:pStyle w:val="Heading2"/>
      </w:pPr>
      <w:r>
        <w:t>Measures to Avoid Anger Based on Prophet's Sayings</w:t>
      </w:r>
    </w:p>
    <w:p>
      <w:r>
        <w:rPr>
          <w:color w:val="666666"/>
          <w:sz w:val="18"/>
        </w:rPr>
        <w:t>Islam in A New Age March 18, 2012 · 1m 07s · at 1:24:24 · https://youtu.be/P5hzq_NheY0?t=5064</w:t>
      </w:r>
    </w:p>
    <w:p>
      <w:r>
        <w:rPr>
          <w:i/>
        </w:rPr>
        <w:t>“I don't want to get angry. Kindly suggest me measures on the basis of prophet's sayings.”</w:t>
      </w:r>
    </w:p>
    <w:p>
      <w:r>
        <w:rPr>
          <w:sz w:val="20"/>
        </w:rPr>
        <w:t>1:24:24  Maulana, agla sawal kya hai Mr. Muhammad Zubair ne. Unhon ne apni location nahin likhi hai. Unhon ne aap se poocha hai ke Maulana sahib I don't want to get angry.</w:t>
      </w:r>
      <w:r>
        <w:br/>
      </w:r>
      <w:r>
        <w:rPr>
          <w:sz w:val="20"/>
        </w:rPr>
        <w:t>1:24:35  Kindly suggest me measures on the basis of prophet's sayings. Kya matlab? Ke main ghussa nahin hona chahta.</w:t>
      </w:r>
      <w:r>
        <w:br/>
      </w:r>
      <w:r>
        <w:rPr>
          <w:sz w:val="20"/>
        </w:rPr>
        <w:t>1:24:44  Prophet ki saying se aap mujhe kuch koi bataen, formula jis se main mere ko ghussa na aaye. Formula kya hai bhai?</w:t>
      </w:r>
      <w:r>
        <w:br/>
      </w:r>
      <w:r>
        <w:rPr>
          <w:sz w:val="20"/>
        </w:rPr>
        <w:t>1:24:52  Jab ghussa aaye to aap us ko minus kijiye. Koi bhi serious formula to hai nahin. Apni soch ko activate kijiye.</w:t>
      </w:r>
      <w:r>
        <w:br/>
      </w:r>
      <w:r>
        <w:rPr>
          <w:sz w:val="20"/>
        </w:rPr>
        <w:t>1:25:03  Emotion ko activate karne lagte hain. Ghussa aate hi foran emotion bhark uthte hain. Nahin, is ko aap ko ghussa aaye to aap apni soch ko activate kijiye.</w:t>
      </w:r>
      <w:r>
        <w:br/>
      </w:r>
      <w:r>
        <w:rPr>
          <w:sz w:val="20"/>
        </w:rPr>
        <w:t>1:25:13  Jo kehte hain You have to learn the art of anger management. Simple formula hai.</w:t>
      </w:r>
      <w:r>
        <w:br/>
      </w:r>
      <w:r>
        <w:rPr>
          <w:sz w:val="20"/>
        </w:rPr>
        <w:t>1:25:21  You have to learn the art of anger management. Bas yahi formula hai. Aur koi formula nahin hai.</w:t>
      </w:r>
    </w:p>
    <w:p>
      <w:pPr>
        <w:pStyle w:val="Heading2"/>
      </w:pPr>
      <w:r>
        <w:t>How to respond when treated badly</w:t>
      </w:r>
    </w:p>
    <w:p>
      <w:r>
        <w:rPr>
          <w:color w:val="666666"/>
          <w:sz w:val="18"/>
        </w:rPr>
        <w:t>The Culture of People of Paradise January 06, 2019 Maulana Wahiduddin Khan · 3m 45s · at 1:00:24 · https://youtu.be/rFExua9zntM?t=3624</w:t>
      </w:r>
    </w:p>
    <w:p>
      <w:r>
        <w:rPr>
          <w:i/>
        </w:rPr>
        <w:t>“Can you guide us as to how one should act when people treat us badly?”</w:t>
      </w:r>
    </w:p>
    <w:p>
      <w:r>
        <w:rPr>
          <w:sz w:val="20"/>
        </w:rPr>
        <w:t>1:00:24  maulana, agla sawal dilli se bheja hai mr harsh raj ne. unhon ne likha hai: "maulana, happy new year to you and a belated happy birthday!</w:t>
      </w:r>
      <w:r>
        <w:br/>
      </w:r>
      <w:r>
        <w:rPr>
          <w:sz w:val="20"/>
        </w:rPr>
        <w:t>1:00:36  my question is: can you guide us as to how one should act when people treat us badly?" kya matlab hua?</w:t>
      </w:r>
      <w:r>
        <w:br/>
      </w:r>
      <w:r>
        <w:rPr>
          <w:sz w:val="20"/>
        </w:rPr>
        <w:t>1:00:48  ke hamein kis tareeqe se respond karna chahiye ya act karna chahiye? agar jo opposite party hai, woh hamein badly treat kare, achhe se treat na kare, to hamein kaise response dena chahiye aur kaise act karna chahiye?</w:t>
      </w:r>
      <w:r>
        <w:br/>
      </w:r>
      <w:r>
        <w:rPr>
          <w:sz w:val="20"/>
        </w:rPr>
        <w:t>1:01:04  positive response! is liye ke woh to sach poochhen to woh jo aadmi aap ko badly treat kare, woh aap ko sab se bara gift de raha hai.</w:t>
      </w:r>
      <w:r>
        <w:br/>
      </w:r>
      <w:r>
        <w:rPr>
          <w:sz w:val="20"/>
        </w:rPr>
        <w:t>1:01:25  jo aadmi aap ko badly treat kare, woh aap ko sab se bara gift de raha hai. gift! is liye ke dekhiye,</w:t>
      </w:r>
      <w:r>
        <w:br/>
      </w:r>
      <w:r>
        <w:rPr>
          <w:sz w:val="20"/>
        </w:rPr>
        <w:t>1:01:36  sab se bara jo amal hai, woh kya hai? woh yeh hai ke koi aap ko bharkaye, koi aap ki ego hit kare,</w:t>
      </w:r>
      <w:r>
        <w:br/>
      </w:r>
      <w:r>
        <w:rPr>
          <w:sz w:val="20"/>
        </w:rPr>
        <w:t>1:01:53  koi aadmi aap ki ego ko hit kare aur aap hit na hon. aap bharken nahin, aap us ke liye duaen karen, us ke andar aap ke andar positive thinking aaye, aap woh bura salook karen aur aap us ke sath mohabbat karen.</w:t>
      </w:r>
      <w:r>
        <w:br/>
      </w:r>
      <w:r>
        <w:rPr>
          <w:sz w:val="20"/>
        </w:rPr>
        <w:t>1:02:11  yahi to matlab hai jo Hazrat Baseer ne jo kaha tha ke "love your enemy". "love your enemy!"</w:t>
      </w:r>
      <w:r>
        <w:br/>
      </w:r>
      <w:r>
        <w:rPr>
          <w:sz w:val="20"/>
        </w:rPr>
        <w:t>1:02:23  apne dushman se mohabbat karo. is ka matlab kya hai? dushmani ke jawab mein mohabbat!</w:t>
      </w:r>
      <w:r>
        <w:br/>
      </w:r>
      <w:r>
        <w:rPr>
          <w:sz w:val="20"/>
        </w:rPr>
        <w:t>1:02:32  jo sab se bara hai, yeh sab se bara amal hai aur Quran mein bhi yeh hai: "fid al-nabiyyin bi-wudda kun wali hamim".</w:t>
      </w:r>
      <w:r>
        <w:br/>
      </w:r>
      <w:r>
        <w:rPr>
          <w:sz w:val="20"/>
        </w:rPr>
        <w:t>1:02:44  agar bilkul normal halaat hon, koi aap ke ego ke shole nahin, koi aap ko bharkaye nahin, to aap achhe bure rahen.</w:t>
      </w:r>
      <w:r>
        <w:br/>
      </w:r>
      <w:r>
        <w:rPr>
          <w:sz w:val="20"/>
        </w:rPr>
        <w:t>1:02:55  to woh to bohat mamooli ka amal hai, bohat mamooli. jab koi aadmi aap ko bharkata hai aur tab bhi aap achhe bure rahte hain, to to woh hai bari cheez aur isi par bara inaam milta hai.</w:t>
      </w:r>
      <w:r>
        <w:br/>
      </w:r>
      <w:r>
        <w:rPr>
          <w:sz w:val="20"/>
        </w:rPr>
        <w:t>1:03:15  to is to to you have to take it as a as an opportunity!</w:t>
      </w:r>
      <w:r>
        <w:br/>
      </w:r>
      <w:r>
        <w:rPr>
          <w:sz w:val="20"/>
        </w:rPr>
        <w:t>1:03:25  you have to take this moment as a good opportunity!</w:t>
      </w:r>
      <w:r>
        <w:br/>
      </w:r>
      <w:r>
        <w:rPr>
          <w:sz w:val="20"/>
        </w:rPr>
        <w:t>1:03:32  opportunity! agar koi bharkaye nahin to aap ko yeh opportunity mile kaise? aap ko jab koi aap ke ego ko touch karta hai, tabhi to yeh yeh bara mauqa milta hai aap ko.</w:t>
      </w:r>
      <w:r>
        <w:br/>
      </w:r>
      <w:r>
        <w:rPr>
          <w:sz w:val="20"/>
        </w:rPr>
        <w:t>1:03:46  yeh opportunity ke aap us ko bad treatment ke bawajood use achha treatment karen, us ke liye duaen den, us se mohabbat karen.</w:t>
      </w:r>
      <w:r>
        <w:br/>
      </w:r>
      <w:r>
        <w:rPr>
          <w:sz w:val="20"/>
        </w:rPr>
        <w:t>1:03:57  to yeh wohi to use, wohi to deta hai aap ko yeh mauqa. to yeh to bohat achhi baat hai, bohat achhi baat hai.</w:t>
      </w:r>
    </w:p>
    <w:p>
      <w:pPr>
        <w:pStyle w:val="Heading2"/>
      </w:pPr>
      <w:r>
        <w:t>Interpreting the Hadith on Changing Evil</w:t>
      </w:r>
    </w:p>
    <w:p>
      <w:r>
        <w:rPr>
          <w:color w:val="666666"/>
          <w:sz w:val="18"/>
        </w:rPr>
        <w:t>Importance of Patience October 26, 2014 · 1m 27s · at 1:08:42 · https://youtu.be/XdOlp9-fPG0?t=4122</w:t>
      </w:r>
    </w:p>
    <w:p>
      <w:r>
        <w:rPr>
          <w:i/>
        </w:rPr>
        <w:t>“Please interpret this statement: 'If a person is being oppressed, then if you have power, stop it with your hand, and if not, then with your tongue, otherwise dislike it with your heart.'”</w:t>
      </w:r>
    </w:p>
    <w:p>
      <w:r>
        <w:rPr>
          <w:sz w:val="20"/>
        </w:rPr>
        <w:t>1:08:42  theek, jazak allah. maulana, agla sawal delhi se kiya hai sikandar saifi sahib ne, aur unhon ne ek statement likhi hai, aur woh chahtay hain ke aap is ki tashreeh karen.</w:t>
      </w:r>
      <w:r>
        <w:br/>
      </w:r>
      <w:r>
        <w:rPr>
          <w:sz w:val="20"/>
        </w:rPr>
        <w:t>1:08:56  aur woh statement is tareeqay se hai: "agar kisi shakhs par zulm ho raha hai to agar aap mein taqat hai to usay hath se rokiye, aur agar nahi hai to zaban se, warna dil se bura maan lijie."</w:t>
      </w:r>
      <w:r>
        <w:br/>
      </w:r>
      <w:r>
        <w:rPr>
          <w:sz w:val="20"/>
        </w:rPr>
        <w:t>1:09:12  yeh galat quote kiya hai unhon ne. is mein zulm ka lafz hi nahi hai. is mein hai: "man ra minkum munkar". aap ne zulm kahan se bana lia?</w:t>
      </w:r>
      <w:r>
        <w:br/>
      </w:r>
      <w:r>
        <w:rPr>
          <w:sz w:val="20"/>
        </w:rPr>
        <w:t>1:09:23  sab se pehlay aap phir se ja kar hadith ko parhiye, aur is par toba kijiye ke aap ne galat quote kiya. jis par zulm ho raha hai to is mein is mein lafz yeh nahi hai.</w:t>
      </w:r>
      <w:r>
        <w:br/>
      </w:r>
      <w:r>
        <w:rPr>
          <w:sz w:val="20"/>
        </w:rPr>
        <w:t>1:09:35  is mein "man ra munkar" hai.</w:t>
      </w:r>
      <w:r>
        <w:br/>
      </w:r>
      <w:r>
        <w:rPr>
          <w:sz w:val="20"/>
        </w:rPr>
        <w:t>1:09:37  to main aap se kahoon ga ke sab se pehlay aap ja kar dekhiye kitab mein, aur jab aap payen ke is mein zulm ka lafz nahi to aap sab se pehlay toba kijiye.</w:t>
      </w:r>
      <w:r>
        <w:br/>
      </w:r>
      <w:r>
        <w:rPr>
          <w:sz w:val="20"/>
        </w:rPr>
        <w:t>1:09:47  do rakat namaz parh kar allah se maafii mangiye. hadith quran is tarah se quote karna galat, bohat hi gunah ki baat hai. aap ja ke dekhiye ga, phir aglay itwar ko mujhe bataiye ke is is is kahan yeh hai zulm ka lafz.</w:t>
      </w:r>
      <w:r>
        <w:br/>
      </w:r>
      <w:r>
        <w:rPr>
          <w:sz w:val="20"/>
        </w:rPr>
        <w:t>1:10:03  wahan zulm ka lafz nahi hai, wahan "man ra munkar" ka lafz hai.</w:t>
      </w:r>
    </w:p>
    <w:p>
      <w:pPr>
        <w:pStyle w:val="Heading2"/>
      </w:pPr>
      <w:r>
        <w:t>Reason for tension in business</w:t>
      </w:r>
    </w:p>
    <w:p>
      <w:r>
        <w:rPr>
          <w:color w:val="666666"/>
          <w:sz w:val="18"/>
        </w:rPr>
        <w:t>Building A Creative Personality | 20 Nov 2011 · 5m 22s · at 1:12:43 · https://youtu.be/jdfhpwfEvKg?t=4363</w:t>
      </w:r>
    </w:p>
    <w:p>
      <w:r>
        <w:rPr>
          <w:i/>
        </w:rPr>
        <w:t>“I am a shopkeeper. Due to some business issues, I remain tense. What is the reason for this?”</w:t>
      </w:r>
    </w:p>
    <w:p>
      <w:r>
        <w:rPr>
          <w:sz w:val="20"/>
        </w:rPr>
        <w:t>1:12:43  Maulana, agla sawal aaya hai Mr Fazal Amin ka Karachi Pakistan se. unhon ne likha hai ke main ek dukandar hoon, baaz karobari masail ki wajah se mujhe tension rehta hai. is ki is is ki kya wajah hai? dekhiye, mera jo tajurba hai, woh karobar ki wajah se tension nahi hota. tension hota hai more aur more ka jo juz hai, jis ko ke</w:t>
      </w:r>
      <w:r>
        <w:br/>
      </w:r>
      <w:r>
        <w:rPr>
          <w:sz w:val="20"/>
        </w:rPr>
        <w:t>1:13:13  hte hain hiras. insan ke do rawaiye hain: ya to qana'at ya hiras. yaani apne bas par agar aap karobar karein, apne bas par aap kharch karein, apne kharch ko aur aamdani ko control mein rakhein to koi tension nahi hoga. hota yeh hai ke aamdani kam, kharch zyada to aap aur zyada kamai, aur zyada kamai. is mein log bank ka qarz lete hain, tarah tarah ki cheezein karte hain. to asal</w:t>
      </w:r>
      <w:r>
        <w:br/>
      </w:r>
      <w:r>
        <w:rPr>
          <w:sz w:val="20"/>
        </w:rPr>
        <w:t>1:13:43  cheez tension ka sabab hiras hai, karobar nahi hai.</w:t>
      </w:r>
      <w:r>
        <w:br/>
      </w:r>
      <w:r>
        <w:rPr>
          <w:sz w:val="20"/>
        </w:rPr>
        <w:t>1:13:48  yaad rakhiye, hiras ko khatm kijiye, qanaat ko ikhtiyar kijiye, kharch ko ghataye, aamdani ko manage kijiye to</w:t>
      </w:r>
      <w:r>
        <w:br/>
      </w:r>
      <w:r>
        <w:rPr>
          <w:sz w:val="20"/>
        </w:rPr>
        <w:t>1:13:53  tension harghiz nahi hoga.</w:t>
      </w:r>
      <w:r>
        <w:br/>
      </w:r>
      <w:r>
        <w:rPr>
          <w:sz w:val="20"/>
        </w:rPr>
        <w:t>1:13:58  mujhe mera tareeqa hai, main to koi kharch hi nahi, main koi tension bhi nahi.</w:t>
      </w:r>
      <w:r>
        <w:br/>
      </w:r>
      <w:r>
        <w:rPr>
          <w:sz w:val="20"/>
        </w:rPr>
        <w:t>1:14:03  main jo hai, woh isi pe, isi pe raazi rehta hoon, isi pe raazi rehta hoon.</w:t>
      </w:r>
      <w:r>
        <w:br/>
      </w:r>
      <w:r>
        <w:rPr>
          <w:sz w:val="20"/>
        </w:rPr>
        <w:t>1:14:08  misalan yeh farz kijiye, glass mein hai, glass hai, glass mein pani pi loon ga, glass nahi</w:t>
      </w:r>
      <w:r>
        <w:br/>
      </w:r>
      <w:r>
        <w:rPr>
          <w:sz w:val="20"/>
        </w:rPr>
        <w:t>1:14:13  to hath se hi pi loon ga, hath se pi loon ga, kisi cheez se pi loon ga.</w:t>
      </w:r>
      <w:r>
        <w:br/>
      </w:r>
      <w:r>
        <w:rPr>
          <w:sz w:val="20"/>
        </w:rPr>
        <w:t>1:14:20  mujhe koi pareshani nahi hogi, glass nahi, glass nahi, glass nahi.</w:t>
      </w:r>
      <w:r>
        <w:br/>
      </w:r>
      <w:r>
        <w:rPr>
          <w:sz w:val="20"/>
        </w:rPr>
        <w:t>1:14:26  to yeh ghalat hai soch ke karobar ki waja se tension harghiz nahi, hiras ki waja se tension.</w:t>
      </w:r>
      <w:r>
        <w:br/>
      </w:r>
      <w:r>
        <w:rPr>
          <w:sz w:val="20"/>
        </w:rPr>
        <w:t>1:14:32  log apna kharch barhaye rehte hain, aamdani ab hoti nahi hoti to phir aamdani barhaye, koshish pe lage</w:t>
      </w:r>
      <w:r>
        <w:br/>
      </w:r>
      <w:r>
        <w:rPr>
          <w:sz w:val="20"/>
        </w:rPr>
        <w:t>1:14:39  rehte hain, raat din, raat din, raat din to tension hoga. woh to</w:t>
      </w:r>
      <w:r>
        <w:br/>
      </w:r>
      <w:r>
        <w:rPr>
          <w:sz w:val="20"/>
        </w:rPr>
        <w:t>1:14:45  apne karobar ko manage kijiye.</w:t>
      </w:r>
      <w:r>
        <w:br/>
      </w:r>
      <w:r>
        <w:rPr>
          <w:sz w:val="20"/>
        </w:rPr>
        <w:t>1:14:51  aik hi hal hai ke manage kijiye aur had ke andar rahiye, bas had se bahar na jaiye.</w:t>
      </w:r>
      <w:r>
        <w:br/>
      </w:r>
      <w:r>
        <w:rPr>
          <w:sz w:val="20"/>
        </w:rPr>
        <w:t>1:14:57  quran ne kaha: "takathur, takathur asal raaz hai tension ka." ilhaq o takathur, takathur se apne aap ko bachaiye.</w:t>
      </w:r>
      <w:r>
        <w:br/>
      </w:r>
      <w:r>
        <w:rPr>
          <w:sz w:val="20"/>
        </w:rPr>
        <w:t>1:15:03  mister khawaja kaleemuddin ne pennsylvania, usa se sawal kiya hai.</w:t>
      </w:r>
      <w:r>
        <w:br/>
      </w:r>
      <w:r>
        <w:rPr>
          <w:sz w:val="20"/>
        </w:rPr>
        <w:t>1:15:09  unhon ne likha hai: "mol</w:t>
      </w:r>
      <w:r>
        <w:br/>
      </w:r>
      <w:r>
        <w:rPr>
          <w:sz w:val="20"/>
        </w:rPr>
        <w:t>1:15:15  "Ana sahib, what is the difference between Ijtihad and Ijma? Is Ijma necessary in any Ijtihad?" Dekhiye, yeh</w:t>
      </w:r>
      <w:r>
        <w:br/>
      </w:r>
      <w:r>
        <w:rPr>
          <w:sz w:val="20"/>
        </w:rPr>
        <w:t>1:15:21  aik bara masla hai.</w:t>
      </w:r>
      <w:r>
        <w:br/>
      </w:r>
      <w:r>
        <w:rPr>
          <w:sz w:val="20"/>
        </w:rPr>
        <w:t>1:15:27  yeh aaj mein isi par bolne wala tha lekin kisi waja se topic badal gaya.</w:t>
      </w:r>
      <w:r>
        <w:br/>
      </w:r>
      <w:r>
        <w:rPr>
          <w:sz w:val="20"/>
        </w:rPr>
        <w:t>1:15:33  dekhen, ijma ka jo tasawwur hai logon ka, ab mein is ko sahi nahi samajhta.</w:t>
      </w:r>
      <w:r>
        <w:br/>
      </w:r>
      <w:r>
        <w:rPr>
          <w:sz w:val="20"/>
        </w:rPr>
        <w:t>1:15:39  ijma ko woh aaj kal kiya hai, mukhtasar tor par</w:t>
      </w:r>
      <w:r>
        <w:br/>
      </w:r>
      <w:r>
        <w:rPr>
          <w:sz w:val="20"/>
        </w:rPr>
        <w:t>1:15:45  arz karunga ke fuqaha jo hain kehte hain ke shariat ke char masadir hain. masdar yani source. source of shariat jo hai, woh char hain: quran, sunnat, ijma aur qiyas. main kehta hoon yeh sahi nahi hai, sirf do hi masdar hain, woh hain quran aur hadith. jaisa ke quran, jaisa ke hadith mein aata hai: "طرف مستقلا کتاب اللہ و سنتی". to asal jo hai, woh sirf quran aur hadith hai aur koi aslan</w:t>
      </w:r>
      <w:r>
        <w:br/>
      </w:r>
      <w:r>
        <w:rPr>
          <w:sz w:val="20"/>
        </w:rPr>
        <w:t>1:16:15  nahi hai. baqi jo hai, teesra woh ijtihad hai. ijtihad ki qismein mein se ek qism hai ijma, ek qism hai qiyas. to ijma jo hai, abadi nahi hota. logon ne samajh rakha hai ke ek baar agar ijma ho gaya to hamesha ke liye ijma quran o sunnat ki taraf ho gaya. yeh bilkul galat hai, yeh hargiz nahi. ijma jo hota hai, kisi waqti masle ko hal karne ke liye hota hai. to ek waqti masla pesh aaya, is mein do sooraten hain. agar sab ki ra</w:t>
      </w:r>
      <w:r>
        <w:br/>
      </w:r>
      <w:r>
        <w:rPr>
          <w:sz w:val="20"/>
        </w:rPr>
        <w:t>1:16:45  ek ho jaye to woh hua ijma. agar sab ki raah ek na ho to aksariyat dekha jayega, usko kehte hain jumhoor. to na to jumhoor ki raah hai aur na ijma hamesha ke liye hota hai. waqti hota hai woh, yani halaat badal jayein to ijma bhi badal jayega aur jumhoor ki raah bhi badal jayegi. jo naye badalne wali cheez hai, woh sirf do hain: quran aur hadith. to khulasa yeh hai ke ijma se pehle ijtihad hai. jab</w:t>
      </w:r>
      <w:r>
        <w:br/>
      </w:r>
      <w:r>
        <w:rPr>
          <w:sz w:val="20"/>
        </w:rPr>
        <w:t>1:17:15  bhi quran o hadith mein sarahatan kuch na mile, hidayat aap ko sochna pare to woh woh ijtihad</w:t>
      </w:r>
      <w:r>
        <w:br/>
      </w:r>
      <w:r>
        <w:rPr>
          <w:sz w:val="20"/>
        </w:rPr>
        <w:t>1:17:19  ka masla hota hai.</w:t>
      </w:r>
      <w:r>
        <w:br/>
      </w:r>
      <w:r>
        <w:rPr>
          <w:sz w:val="20"/>
        </w:rPr>
        <w:t>1:17:24  ab ijtihad ki jab aap karenge to kabhi consensus ho jayega, kabhi nahi hoga.</w:t>
      </w:r>
      <w:r>
        <w:br/>
      </w:r>
      <w:r>
        <w:rPr>
          <w:sz w:val="20"/>
        </w:rPr>
        <w:t>1:17:28  is ki wajah se shaklein badlengi.</w:t>
      </w:r>
      <w:r>
        <w:br/>
      </w:r>
      <w:r>
        <w:rPr>
          <w:sz w:val="20"/>
        </w:rPr>
        <w:t>1:17:32  to mere dekh, asal cheez Quran o Sunnat ke baad jo hai, wo ijtihad hi hai.</w:t>
      </w:r>
      <w:r>
        <w:br/>
      </w:r>
      <w:r>
        <w:rPr>
          <w:sz w:val="20"/>
        </w:rPr>
        <w:t>1:17:36  yeh jo logon ne banaya hai, ijma o qiyas, yeh apni taraf se banaya hai.</w:t>
      </w:r>
      <w:r>
        <w:br/>
      </w:r>
      <w:r>
        <w:rPr>
          <w:sz w:val="20"/>
        </w:rPr>
        <w:t>1:17:41  lekin phir bhi</w:t>
      </w:r>
      <w:r>
        <w:br/>
      </w:r>
      <w:r>
        <w:rPr>
          <w:sz w:val="20"/>
        </w:rPr>
        <w:t>1:17:45  main kahunga ke ijma agar kisi cheez ke upar ho jaye to wo abadi kabhi bhi nahi</w:t>
      </w:r>
      <w:r>
        <w:br/>
      </w:r>
      <w:r>
        <w:rPr>
          <w:sz w:val="20"/>
        </w:rPr>
        <w:t>1:17:50  hoga, waqti hoga.</w:t>
      </w:r>
      <w:r>
        <w:br/>
      </w:r>
      <w:r>
        <w:rPr>
          <w:sz w:val="20"/>
        </w:rPr>
        <w:t>1:17:55  wo abadi hai to sirf Quran o Sunnat hai.</w:t>
      </w:r>
      <w:r>
        <w:br/>
      </w:r>
      <w:r>
        <w:rPr>
          <w:sz w:val="20"/>
        </w:rPr>
        <w:t>1:18:00  is par inshallah main ek ek poora ek class karna chahta hoon is masle par aindah kisi waqt.</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Silence and patience in anger management</w:t>
      </w:r>
    </w:p>
    <w:p>
      <w:r>
        <w:rPr>
          <w:color w:val="666666"/>
          <w:sz w:val="18"/>
        </w:rPr>
        <w:t>Self Correction November 09, 2014 · 2m 42s · at 1:16:30 · https://youtu.be/EgAukdSfGRU?t=4590</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1:16:30  Maulana, agla sawal Bhopal se aaya hai Farhan Sahab ka aur unhone likha hai ke Maulana, what role does silence play when one is angry?</w:t>
      </w:r>
      <w:r>
        <w:br/>
      </w:r>
      <w:r>
        <w:rPr>
          <w:sz w:val="20"/>
        </w:rPr>
        <w:t>1:16:42  Many people think if you keep patience or observe silence, then the opposite party may feel that they have succeeded over you.</w:t>
      </w:r>
      <w:r>
        <w:br/>
      </w:r>
      <w:r>
        <w:rPr>
          <w:sz w:val="20"/>
        </w:rPr>
        <w:t>1:16:51  This may lead to further exploitation. What is your advice? Isse zyada jhooti baat aur koi bhi nahi.</w:t>
      </w:r>
      <w:r>
        <w:br/>
      </w:r>
      <w:r>
        <w:rPr>
          <w:sz w:val="20"/>
        </w:rPr>
        <w:t>1:17:01  isi jhoot mein musalman jee rahe hain. Sari duniya ke musalman isi mein jee rahe hain. Aur nateeja nahi dekh rahe, nateeja kya nikal raha hai?</w:t>
      </w:r>
      <w:r>
        <w:br/>
      </w:r>
      <w:r>
        <w:rPr>
          <w:sz w:val="20"/>
        </w:rPr>
        <w:t>1:17:10  tabahi mein izafa. Tabahi mein izafa yeh nahi ke koi sochta. Yani musalman yahi to kar rahe hain ke chup rehne ko tayyar nahi.</w:t>
      </w:r>
      <w:r>
        <w:br/>
      </w:r>
      <w:r>
        <w:rPr>
          <w:sz w:val="20"/>
        </w:rPr>
        <w:t>1:17:20  to nateeja kya nikalta hai? Woh yani in terms of results, iska jaiza lein. Ki</w:t>
      </w:r>
      <w:r>
        <w:br/>
      </w:r>
      <w:r>
        <w:rPr>
          <w:sz w:val="20"/>
        </w:rPr>
        <w:t>1:17:28  kisi ajib ghareeb baat hai ke chup na rehne ki policy mein chal rahe hain musalman. Aur tabah ho rahe hain har jagah. Kaisi ajib baat hai ke musalmanon ke andar yani apna revise karne ka madah khatam ho gaya.</w:t>
      </w:r>
      <w:r>
        <w:br/>
      </w:r>
      <w:r>
        <w:rPr>
          <w:sz w:val="20"/>
        </w:rPr>
        <w:t>1:17:43  reassessment ka maada khatm ho gaya. har jagah yahi to ho raha hai. falasteen mein aap dekhiye, kya chup ho gaye woh?</w:t>
      </w:r>
      <w:r>
        <w:br/>
      </w:r>
      <w:r>
        <w:rPr>
          <w:sz w:val="20"/>
        </w:rPr>
        <w:t>1:17:53  chup nahi hain woh. lekin kya hota hai? yeh pathar maarte hain, woh bam maarta hai.</w:t>
      </w:r>
      <w:r>
        <w:br/>
      </w:r>
      <w:r>
        <w:rPr>
          <w:sz w:val="20"/>
        </w:rPr>
        <w:t>1:17:58  yeh india mein aap dekh lijiye, yeh fasaad hote hain. isi mein hota hai ke musalman chup nahi rehte. action lete hain.</w:t>
      </w:r>
      <w:r>
        <w:br/>
      </w:r>
      <w:r>
        <w:rPr>
          <w:sz w:val="20"/>
        </w:rPr>
        <w:t>1:18:13  to chup na rehne ki qeemat musalman do sau saal se bhi ada kar rahe hain aur abhi tak unke andar reassessment nahi aaya.</w:t>
      </w:r>
      <w:r>
        <w:br/>
      </w:r>
      <w:r>
        <w:rPr>
          <w:sz w:val="20"/>
        </w:rPr>
        <w:t>1:18:24  har jagah jitne fasaadaat hain aur jitne bhi duniya mein jahan jisko kehte hain ke hamare saath zulm ho raha hai, har kahin bhi musalman chup nahi hain.</w:t>
      </w:r>
      <w:r>
        <w:br/>
      </w:r>
      <w:r>
        <w:rPr>
          <w:sz w:val="20"/>
        </w:rPr>
        <w:t>1:18:34  har jagah yaani apna chala rahe hain.</w:t>
      </w:r>
      <w:r>
        <w:br/>
      </w:r>
      <w:r>
        <w:rPr>
          <w:sz w:val="20"/>
        </w:rPr>
        <w:t>1:18:41  to kam az kam ab to sochein, ab to tajurba karein chup rehne ka. yaani chup rehne ka tajurba hi nahi kiya musalmanon ne.</w:t>
      </w:r>
      <w:r>
        <w:br/>
      </w:r>
      <w:r>
        <w:rPr>
          <w:sz w:val="20"/>
        </w:rPr>
        <w:t>1:18:50  aur sawal karte hain. hamare mashriq mein pehli baar chup rehne ka tajurba kiya gaya hai aur Allah ke fazl se is se bohat faiday hue hain.</w:t>
      </w:r>
      <w:r>
        <w:br/>
      </w:r>
      <w:r>
        <w:rPr>
          <w:sz w:val="20"/>
        </w:rPr>
        <w:t>1:18:59  hamare mashriq ke bahar to koi hai hi nahi jisne chup rehne ka tajurba kiya ho do sau saal mein. to yeh sab sawal to mujhe bohat ajeeb maloom hote hain.</w:t>
      </w:r>
    </w:p>
    <w:p>
      <w:pPr>
        <w:pStyle w:val="Heading2"/>
      </w:pPr>
      <w:r>
        <w:t>Negative thoughts leading to wrong decisions</w:t>
      </w:r>
    </w:p>
    <w:p>
      <w:r>
        <w:rPr>
          <w:color w:val="666666"/>
          <w:sz w:val="18"/>
        </w:rPr>
        <w:t>Spirit of the Age November 06, 2016 · 1m 40s · at 45:47 · https://youtu.be/URWoioUiDO4?t=2747</w:t>
      </w:r>
    </w:p>
    <w:p>
      <w:r>
        <w:rPr>
          <w:i/>
        </w:rPr>
        <w:t>“I often get negative thoughts which I am not able to suppress and control, and as a result, I end up taking wrong decisions.”</w:t>
      </w:r>
    </w:p>
    <w:p>
      <w:r>
        <w:rPr>
          <w:sz w:val="20"/>
        </w:rPr>
        <w:t>45:47  maulana, agla sawal jamshedpur se bheja hai abdul sahib ne, aur unhone likha hai, maulana sahib,</w:t>
      </w:r>
      <w:r>
        <w:br/>
      </w:r>
      <w:r>
        <w:rPr>
          <w:sz w:val="20"/>
        </w:rPr>
        <w:t>45:55  I often get negative thoughts which I am not able to suppress or control, and as a result,</w:t>
      </w:r>
      <w:r>
        <w:br/>
      </w:r>
      <w:r>
        <w:rPr>
          <w:sz w:val="20"/>
        </w:rPr>
        <w:t>46:03  i am not taking wrong decisions.</w:t>
      </w:r>
      <w:r>
        <w:br/>
      </w:r>
      <w:r>
        <w:rPr>
          <w:sz w:val="20"/>
        </w:rPr>
        <w:t>46:05  My problem is that I know myself that I am getting wrong thoughts, but I am in</w:t>
      </w:r>
      <w:r>
        <w:br/>
      </w:r>
      <w:r>
        <w:rPr>
          <w:sz w:val="20"/>
        </w:rPr>
        <w:t>46:13  able to control myself.</w:t>
      </w:r>
      <w:r>
        <w:br/>
      </w:r>
      <w:r>
        <w:rPr>
          <w:sz w:val="20"/>
        </w:rPr>
        <w:t>46:15  For example, I am very short-tempered, I also become greedy at times, and sometimes I get</w:t>
      </w:r>
      <w:r>
        <w:br/>
      </w:r>
      <w:r>
        <w:rPr>
          <w:sz w:val="20"/>
        </w:rPr>
        <w:t>46:23  depressed.</w:t>
      </w:r>
      <w:r>
        <w:br/>
      </w:r>
      <w:r>
        <w:rPr>
          <w:sz w:val="20"/>
        </w:rPr>
        <w:t>46:24  I really want to change myself, and want to become a better person.</w:t>
      </w:r>
      <w:r>
        <w:br/>
      </w:r>
      <w:r>
        <w:rPr>
          <w:sz w:val="20"/>
        </w:rPr>
        <w:t>46:30  Can you please advise me a practical way, or what should I do, which will help me become</w:t>
      </w:r>
      <w:r>
        <w:br/>
      </w:r>
      <w:r>
        <w:rPr>
          <w:sz w:val="20"/>
        </w:rPr>
        <w:t>46:38  mentally stronger? Is there any dua? Maulana Sahab, please help me.</w:t>
      </w:r>
      <w:r>
        <w:br/>
      </w:r>
      <w:r>
        <w:rPr>
          <w:sz w:val="20"/>
        </w:rPr>
        <w:t>46:43  یہ دعا کا مسئلہ نہیں ہے، یہ اپنے mind کی ری انجینئرنگ کا مسئلہ ہے۔</w:t>
      </w:r>
      <w:r>
        <w:br/>
      </w:r>
      <w:r>
        <w:rPr>
          <w:sz w:val="20"/>
        </w:rPr>
        <w:t>46:49  آپ ہمارا منتھلی میگزین اردو میں پڑھیے، رسالہ English میں ہے، اسپیٹ صاحب، اس کو پڑھیے۔</w:t>
      </w:r>
      <w:r>
        <w:br/>
      </w:r>
      <w:r>
        <w:rPr>
          <w:sz w:val="20"/>
        </w:rPr>
        <w:t>46:56  ہماری کئی کتابیں ہیں، English میں ہیں، Model Vision، Simple Wisdom، اس کو پڑھیے۔</w:t>
      </w:r>
      <w:r>
        <w:br/>
      </w:r>
      <w:r>
        <w:rPr>
          <w:sz w:val="20"/>
        </w:rPr>
        <w:t>47:02  hamari chaar kitabein urdu mein hain, raaz hayat, taabeer hayat, rehnuma hayat, kitaab zindagi, aap padhiye.</w:t>
      </w:r>
      <w:r>
        <w:br/>
      </w:r>
      <w:r>
        <w:rPr>
          <w:sz w:val="20"/>
        </w:rPr>
        <w:t>47:09  aur mujhe yaqeen hai ke aap ka yeh mizaj khatm ho jayega.</w:t>
      </w:r>
      <w:r>
        <w:br/>
      </w:r>
      <w:r>
        <w:rPr>
          <w:sz w:val="20"/>
        </w:rPr>
        <w:t>47:14  phir koi har insaan insaan hai.</w:t>
      </w:r>
      <w:r>
        <w:br/>
      </w:r>
      <w:r>
        <w:rPr>
          <w:sz w:val="20"/>
        </w:rPr>
        <w:t>47:17  آپ، آپ کا جو wrong way of thinking ہے، وہ وہ ختم ہو جائے گا، بس سب ٹھیک</w:t>
      </w:r>
      <w:r>
        <w:br/>
      </w:r>
      <w:r>
        <w:rPr>
          <w:sz w:val="20"/>
        </w:rPr>
        <w:t>47:25  ho jayega.</w:t>
      </w:r>
      <w:r>
        <w:br/>
      </w:r>
      <w:r>
        <w:rPr>
          <w:sz w:val="20"/>
        </w:rPr>
        <w:t>47:26  aap hamari kitabein padhiye.</w:t>
      </w:r>
    </w:p>
    <w:p>
      <w:pPr>
        <w:pStyle w:val="Heading2"/>
      </w:pPr>
      <w:r>
        <w:t>Role of silence when angry</w:t>
      </w:r>
    </w:p>
    <w:p>
      <w:r>
        <w:rPr>
          <w:color w:val="666666"/>
          <w:sz w:val="18"/>
        </w:rPr>
        <w:t>Self Correction November 09, 2014 Maulana Wahiduddin Khan · 2m 46s · at 1:17:15 · https://youtu.be/PpwTmeCQkSQ?t=4635</w:t>
      </w:r>
    </w:p>
    <w:p>
      <w:r>
        <w:rPr>
          <w:i/>
        </w:rPr>
        <w:t>“What role does silence play when one is angry? Many people think if you keep patience or observe silence, then the opposite party may feel that they have succeeded over you. This may lead to further exploitation. What is your advice?”</w:t>
      </w:r>
    </w:p>
    <w:p>
      <w:r>
        <w:rPr>
          <w:sz w:val="20"/>
        </w:rPr>
        <w:t>1:17:15  maulana, agla sawal bhopal se aaya hai farhan sahib ka, aur unhon ne likha hai ke Maulana, what</w:t>
      </w:r>
      <w:r>
        <w:br/>
      </w:r>
      <w:r>
        <w:rPr>
          <w:sz w:val="20"/>
        </w:rPr>
        <w:t>1:17:22  role does silence play when one is angry?</w:t>
      </w:r>
      <w:r>
        <w:br/>
      </w:r>
      <w:r>
        <w:rPr>
          <w:sz w:val="20"/>
        </w:rPr>
        <w:t>1:17:30  Many people think if you keep patience or observe silence, then the opposite party may feel that they have succeeded over you. This may lead to further exploitation. What is your advice?</w:t>
      </w:r>
      <w:r>
        <w:br/>
      </w:r>
      <w:r>
        <w:rPr>
          <w:sz w:val="20"/>
        </w:rPr>
        <w:t>1:17:44  is se zyada jhooti baat aur koi bhi nahi.</w:t>
      </w:r>
      <w:r>
        <w:br/>
      </w:r>
      <w:r>
        <w:rPr>
          <w:sz w:val="20"/>
        </w:rPr>
        <w:t>1:17:49  isi jhoot mein musalman jee rahe hain, sari dunya ke musalman isi mein jee rahe hain, aur nateeja</w:t>
      </w:r>
      <w:r>
        <w:br/>
      </w:r>
      <w:r>
        <w:rPr>
          <w:sz w:val="20"/>
        </w:rPr>
        <w:t>1:17:55  nahi dekh rahe, nateeja kiya nikal raha hai? Tabaahi mein izafa, tabaahi mein izafa.</w:t>
      </w:r>
      <w:r>
        <w:br/>
      </w:r>
      <w:r>
        <w:rPr>
          <w:sz w:val="20"/>
        </w:rPr>
        <w:t>1:18:00  yeh nahi ke koi sochta hai, yaani musalman yahi to kar rahe hain ke chup rehne ko tayyar nahi hain.</w:t>
      </w:r>
      <w:r>
        <w:br/>
      </w:r>
      <w:r>
        <w:rPr>
          <w:sz w:val="20"/>
        </w:rPr>
        <w:t>1:18:06  to nateeja kiya nikalta hai? Woh yaani in terms of result, is ko jaiza len.</w:t>
      </w:r>
      <w:r>
        <w:br/>
      </w:r>
      <w:r>
        <w:rPr>
          <w:sz w:val="20"/>
        </w:rPr>
        <w:t>1:18:11  is ka kaisi ajeeb o ghareeb baat hai ke chup na rehne ki policy mein chal rahe hain</w:t>
      </w:r>
      <w:r>
        <w:br/>
      </w:r>
      <w:r>
        <w:rPr>
          <w:sz w:val="20"/>
        </w:rPr>
        <w:t>1:18:17  musalman, aur tabaah ho rahe hain har jagah.</w:t>
      </w:r>
      <w:r>
        <w:br/>
      </w:r>
      <w:r>
        <w:rPr>
          <w:sz w:val="20"/>
        </w:rPr>
        <w:t>1:18:22  kaisi ajeeb baat hai ke musalmanon ke andar, yaani apna revise karne ka maada khatam ho gaya, re</w:t>
      </w:r>
      <w:r>
        <w:br/>
      </w:r>
      <w:r>
        <w:rPr>
          <w:sz w:val="20"/>
        </w:rPr>
        <w:t>1:18:28  aisment ka maada khatm ho gaya.</w:t>
      </w:r>
      <w:r>
        <w:br/>
      </w:r>
      <w:r>
        <w:rPr>
          <w:sz w:val="20"/>
        </w:rPr>
        <w:t>1:18:33  har jagah yahi to ho raha hai.</w:t>
      </w:r>
      <w:r>
        <w:br/>
      </w:r>
      <w:r>
        <w:rPr>
          <w:sz w:val="20"/>
        </w:rPr>
        <w:t>1:18:39  falasteen mein aap dekhiye ke chup ho gaye, woh chup nahi hain.</w:t>
      </w:r>
      <w:r>
        <w:br/>
      </w:r>
      <w:r>
        <w:rPr>
          <w:sz w:val="20"/>
        </w:rPr>
        <w:t>1:18:44  woh lekin kya hota hai? yeh pathar maarte hain, woh bam maarta hai.</w:t>
      </w:r>
      <w:r>
        <w:br/>
      </w:r>
      <w:r>
        <w:rPr>
          <w:sz w:val="20"/>
        </w:rPr>
        <w:t>1:18:50  yeh india mein aap dekh lijiyey, yeh fasaad hote hain, isi mein hote hain ke musalman chup nahi</w:t>
      </w:r>
      <w:r>
        <w:br/>
      </w:r>
      <w:r>
        <w:rPr>
          <w:sz w:val="20"/>
        </w:rPr>
        <w:t>1:18:55  rehte, action lete hain.</w:t>
      </w:r>
      <w:r>
        <w:br/>
      </w:r>
      <w:r>
        <w:rPr>
          <w:sz w:val="20"/>
        </w:rPr>
        <w:t>1:19:01  to chup na rehne ki qeemat musalman do so saal se bhi ada kar rahe hain, aur abhi</w:t>
      </w:r>
      <w:r>
        <w:br/>
      </w:r>
      <w:r>
        <w:rPr>
          <w:sz w:val="20"/>
        </w:rPr>
        <w:t>1:19:06  tak un ke andar re-aisment nahi aaya.</w:t>
      </w:r>
      <w:r>
        <w:br/>
      </w:r>
      <w:r>
        <w:rPr>
          <w:sz w:val="20"/>
        </w:rPr>
        <w:t>1:19:12  har jagah jitne fasaadaat hain, aur jitne bhi duniya mein, jahan jis ko kehte hain ke hamare sath</w:t>
      </w:r>
      <w:r>
        <w:br/>
      </w:r>
      <w:r>
        <w:rPr>
          <w:sz w:val="20"/>
        </w:rPr>
        <w:t>1:19:17  zulm ho raha hai, har kahin bhi musalman chup nahi hain.</w:t>
      </w:r>
      <w:r>
        <w:br/>
      </w:r>
      <w:r>
        <w:rPr>
          <w:sz w:val="20"/>
        </w:rPr>
        <w:t>1:19:23  har jagah, yani apna chala rahe hain.</w:t>
      </w:r>
      <w:r>
        <w:br/>
      </w:r>
      <w:r>
        <w:rPr>
          <w:sz w:val="20"/>
        </w:rPr>
        <w:t>1:19:28  to kam az kam ab to sochein, ab to tajurba karein chup rehne ka.</w:t>
      </w:r>
      <w:r>
        <w:br/>
      </w:r>
      <w:r>
        <w:rPr>
          <w:sz w:val="20"/>
        </w:rPr>
        <w:t>1:19:34  yani chup rehne ka tajurba hi nahi kiya musalmanon ne.</w:t>
      </w:r>
      <w:r>
        <w:br/>
      </w:r>
      <w:r>
        <w:rPr>
          <w:sz w:val="20"/>
        </w:rPr>
        <w:t>1:19:39  aur sawal karte hain, hamare mashriq mein pehli baar chup rehne ka tajurba kiya gaya hai, aur Allah</w:t>
      </w:r>
      <w:r>
        <w:br/>
      </w:r>
      <w:r>
        <w:rPr>
          <w:sz w:val="20"/>
        </w:rPr>
        <w:t>1:19:45  ke fazal se is se bohat faiday hue hain.</w:t>
      </w:r>
      <w:r>
        <w:br/>
      </w:r>
      <w:r>
        <w:rPr>
          <w:sz w:val="20"/>
        </w:rPr>
        <w:t>1:19:50  hamare mashriq ke baad koi hai hi nahi jis ne chup rehne ka tajurba kiya ho do so saal mein.</w:t>
      </w:r>
      <w:r>
        <w:br/>
      </w:r>
      <w:r>
        <w:rPr>
          <w:sz w:val="20"/>
        </w:rPr>
        <w:t>1:19:56  to yeh sab sawal to mujhe bohat ajeeb maloom hote hain.</w:t>
      </w:r>
    </w:p>
    <w:p>
      <w:pPr>
        <w:pStyle w:val="Heading2"/>
      </w:pPr>
      <w:r>
        <w:t>How to control and manage anger?</w:t>
      </w:r>
    </w:p>
    <w:p>
      <w:r>
        <w:rPr>
          <w:color w:val="666666"/>
          <w:sz w:val="18"/>
        </w:rPr>
        <w:t>Patience and Crisis 22 Dec 2019 - Maulana Wahiduddin Khan · 2m 15s · at 41:11 · https://youtu.be/ddnUKbhEoCI?t=2471</w:t>
      </w:r>
    </w:p>
    <w:p>
      <w:r>
        <w:rPr>
          <w:i/>
        </w:rPr>
        <w:t>“Every person experiences anger issues and most of us do not know how to handle it. We want your guidance as to how we can control our anger. Also how do you manage your anger?”</w:t>
      </w:r>
    </w:p>
    <w:p>
      <w:r>
        <w:rPr>
          <w:sz w:val="20"/>
        </w:rPr>
        <w:t>41:11  jazak allah maulana sahib. " maulana ab sawal lena chahenge. yeh sawal gawhati se miss shaheen yusuf ne poocha hai.</w:t>
      </w:r>
      <w:r>
        <w:br/>
      </w:r>
      <w:r>
        <w:rPr>
          <w:sz w:val="20"/>
        </w:rPr>
        <w:t>41:22  unhone likha hai: "maulana every person experiences anger issues and most of us do not know how to handle it.</w:t>
      </w:r>
      <w:r>
        <w:br/>
      </w:r>
      <w:r>
        <w:rPr>
          <w:sz w:val="20"/>
        </w:rPr>
        <w:t>41:33  we want your guidance as to how how how can we control our anger. also how do you manage your anger?" dekhein ghusse ko manage karna yeh</w:t>
      </w:r>
      <w:r>
        <w:br/>
      </w:r>
      <w:r>
        <w:rPr>
          <w:sz w:val="20"/>
        </w:rPr>
        <w:t>41:50  allah ke culture mein jeena hai.</w:t>
      </w:r>
      <w:r>
        <w:br/>
      </w:r>
      <w:r>
        <w:rPr>
          <w:sz w:val="20"/>
        </w:rPr>
        <w:t>41:56  mujh ko bhi ghussa aata hai lekin mujh ko foran yeh baat yaad aati hai ke allah ki jo status of thing hai, allah ka jo nizam hai insan ke liye,</w:t>
      </w:r>
      <w:r>
        <w:br/>
      </w:r>
      <w:r>
        <w:rPr>
          <w:sz w:val="20"/>
        </w:rPr>
        <w:t>42:11  is mein toh zaroor aisa hoga ke ek se doosre ko kahin na kahin</w:t>
      </w:r>
      <w:r>
        <w:br/>
      </w:r>
      <w:r>
        <w:rPr>
          <w:sz w:val="20"/>
        </w:rPr>
        <w:t>42:19  ghusse ka sabab paida ho jayega. toh aap ghusse ko jab peete hain, ghusse ko darguzar karte hain toh allah ke liye hota hai, woh insan ke liye hota hi nahi.</w:t>
      </w:r>
      <w:r>
        <w:br/>
      </w:r>
      <w:r>
        <w:rPr>
          <w:sz w:val="20"/>
        </w:rPr>
        <w:t>42:37  ghusse ko darguzar karna, ghusse se bachna, woh insan ke liye hai hi nahi, woh allah ke liye hai. jab yeh baat mere dil mein aati hai</w:t>
      </w:r>
      <w:r>
        <w:br/>
      </w:r>
      <w:r>
        <w:rPr>
          <w:sz w:val="20"/>
        </w:rPr>
        <w:t>42:51  toh aap ghor kijiye ke kya main itna pagal hoon ke ghussa karunga allah ke samne?</w:t>
      </w:r>
      <w:r>
        <w:br/>
      </w:r>
      <w:r>
        <w:rPr>
          <w:sz w:val="20"/>
        </w:rPr>
        <w:t>43:00  ghussa</w:t>
      </w:r>
      <w:r>
        <w:br/>
      </w:r>
      <w:r>
        <w:rPr>
          <w:sz w:val="20"/>
        </w:rPr>
        <w:t>43:03  ek hi nuqta hai jo mujhe ghusse se rokta hai, woh ek hi ghussa. insan ke liye toh hai hi nahi, yeh toh allah rab ul alameen ke liye hai.</w:t>
      </w:r>
      <w:r>
        <w:br/>
      </w:r>
      <w:r>
        <w:rPr>
          <w:sz w:val="20"/>
        </w:rPr>
        <w:t>43:13  toh phir ghussa kaisa hai? yahi cheez mujh ko ghusse se rokti hai.</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Why Religious People Become Angry?</w:t>
      </w:r>
    </w:p>
    <w:p>
      <w:r>
        <w:rPr>
          <w:color w:val="666666"/>
          <w:sz w:val="18"/>
        </w:rPr>
        <w:t>Conversation with Maulana Wahiduddin Khan | October 01, 2017 · 1m 53s · at 47:14 · https://youtu.be/TmOYGd3rp2M?t=2834</w:t>
      </w:r>
    </w:p>
    <w:p>
      <w:r>
        <w:rPr>
          <w:i/>
        </w:rPr>
        <w:t>“What is the reason that people who acquire religious knowledge become angry and harsh-tempered? Why is that?”</w:t>
      </w:r>
    </w:p>
    <w:p>
      <w:r>
        <w:rPr>
          <w:sz w:val="20"/>
        </w:rPr>
        <w:t>47:14  maulana, agla sawal miss farhana tahir ne bheja hai usa se.</w:t>
      </w:r>
      <w:r>
        <w:br/>
      </w:r>
      <w:r>
        <w:rPr>
          <w:sz w:val="20"/>
        </w:rPr>
        <w:t>47:22  unhon ne likha hai: "kya wajah hai ke jo log deen ka ilm hasil karte hain, woh ghusse</w:t>
      </w:r>
      <w:r>
        <w:br/>
      </w:r>
      <w:r>
        <w:rPr>
          <w:sz w:val="20"/>
        </w:rPr>
        <w:t>47:30  walay aur sakht mizaj ke hotay hain? aisa kyun hai?"</w:t>
      </w:r>
      <w:r>
        <w:br/>
      </w:r>
      <w:r>
        <w:rPr>
          <w:sz w:val="20"/>
        </w:rPr>
        <w:t>47:38  ab sare log to aisa mere khayal se nahi hain.</w:t>
      </w:r>
      <w:r>
        <w:br/>
      </w:r>
      <w:r>
        <w:rPr>
          <w:sz w:val="20"/>
        </w:rPr>
        <w:t>47:43  kuch log ho sakte hain.</w:t>
      </w:r>
      <w:r>
        <w:br/>
      </w:r>
      <w:r>
        <w:rPr>
          <w:sz w:val="20"/>
        </w:rPr>
        <w:t>47:48  to har aadmi ke case ko alag alag kar ke dekhna parega.</w:t>
      </w:r>
      <w:r>
        <w:br/>
      </w:r>
      <w:r>
        <w:rPr>
          <w:sz w:val="20"/>
        </w:rPr>
        <w:t>47:53  ke falan shakhs jo hai, woh ghusse wala hai.</w:t>
      </w:r>
      <w:r>
        <w:br/>
      </w:r>
      <w:r>
        <w:rPr>
          <w:sz w:val="20"/>
        </w:rPr>
        <w:t>47:58  aap is ko generalize nahi kar sakte.</w:t>
      </w:r>
      <w:r>
        <w:br/>
      </w:r>
      <w:r>
        <w:rPr>
          <w:sz w:val="20"/>
        </w:rPr>
        <w:t>48:03  to kisi ke specific yani taqreer ya</w:t>
      </w:r>
      <w:r>
        <w:br/>
      </w:r>
      <w:r>
        <w:rPr>
          <w:sz w:val="20"/>
        </w:rPr>
        <w:t>48:08  tahreer ko mujhe bataiye, naam ke sath. tab main inshallah kar sakta hoon ke woh kaun sahib hain, kyun aisa hai. mere ilm ke mutabiq toh aisa nahi ke jo ilm wala hota hai, woh ghusse wala ban jata hai. mere ilm mein toh aisa hai hi nahi. Okay, so we will end the session today. Thank you.</w:t>
      </w:r>
    </w:p>
    <w:p>
      <w:pPr>
        <w:pStyle w:val="Heading2"/>
      </w:pPr>
      <w:r>
        <w:t>Dealing with negative thoughts</w:t>
      </w:r>
    </w:p>
    <w:p>
      <w:r>
        <w:rPr>
          <w:color w:val="666666"/>
          <w:sz w:val="18"/>
        </w:rPr>
        <w:t>Spirit of the Age Nov 6, 2016 · 1m 37s · at 55:08 · https://youtu.be/QAW9LP53xQk?t=3308</w:t>
      </w:r>
    </w:p>
    <w:p>
      <w:r>
        <w:rPr>
          <w:i/>
        </w:rPr>
        <w:t>“I often get negative thoughts which I am not able to suppress or control, and as a result I end up taking wrong decisions. How can I overcome this?”</w:t>
      </w:r>
    </w:p>
    <w:p>
      <w:r>
        <w:rPr>
          <w:sz w:val="20"/>
        </w:rPr>
        <w:t>55:08  maulana, agla sawal jamshed pur se bheja hai abdul sahib ne, aur unhon ne likha hai: maulana sahib, I</w:t>
      </w:r>
      <w:r>
        <w:br/>
      </w:r>
      <w:r>
        <w:rPr>
          <w:sz w:val="20"/>
        </w:rPr>
        <w:t>55:13  often get negative thoughts which I am not able to suppress or control, and as a result I</w:t>
      </w:r>
      <w:r>
        <w:br/>
      </w:r>
      <w:r>
        <w:rPr>
          <w:sz w:val="20"/>
        </w:rPr>
        <w:t>55:18  end up taking wrong decisions.</w:t>
      </w:r>
      <w:r>
        <w:br/>
      </w:r>
      <w:r>
        <w:rPr>
          <w:sz w:val="20"/>
        </w:rPr>
        <w:t>55:23  my problem is that I know myself that I am getting wrong thoughts, but I am unable to control myself.</w:t>
      </w:r>
      <w:r>
        <w:br/>
      </w:r>
      <w:r>
        <w:rPr>
          <w:sz w:val="20"/>
        </w:rPr>
        <w:t>55:29  For example, I am very short-tempered. I also become greedy at times, and sometimes I get depressed. I really want to change myself and want to become a better person. Can you please advise me a practical way, or what should I do which will help me become mentally stronger?</w:t>
      </w:r>
      <w:r>
        <w:br/>
      </w:r>
      <w:r>
        <w:rPr>
          <w:sz w:val="20"/>
        </w:rPr>
        <w:t>55:52  is there any dua? maulana sahib, please help me.</w:t>
      </w:r>
      <w:r>
        <w:br/>
      </w:r>
      <w:r>
        <w:rPr>
          <w:sz w:val="20"/>
        </w:rPr>
        <w:t>55:57  yeh dua ka masla nahi hai, yeh apne mind ki re-engineering ka masla hai.</w:t>
      </w:r>
      <w:r>
        <w:br/>
      </w:r>
      <w:r>
        <w:rPr>
          <w:sz w:val="20"/>
        </w:rPr>
        <w:t>56:02  آپ ہمارا monthly magazine اردو میں پڑھیے، رسالہ انگلش میں ہے، Spirit of Islam اس کو پڑھیے۔</w:t>
      </w:r>
      <w:r>
        <w:br/>
      </w:r>
      <w:r>
        <w:rPr>
          <w:sz w:val="20"/>
        </w:rPr>
        <w:t>56:08  ہماری کئی کتابیں ہیں، English میں ہیں، World Vision، Simple Wisdom اس کو پڑھیے۔</w:t>
      </w:r>
      <w:r>
        <w:br/>
      </w:r>
      <w:r>
        <w:rPr>
          <w:sz w:val="20"/>
        </w:rPr>
        <w:t>56:13  hamari char kitabein urdu mein hain, raaz hayat, taabeer hayat, rehnuma hayat, kitab zindagi aap parhiye.</w:t>
      </w:r>
      <w:r>
        <w:br/>
      </w:r>
      <w:r>
        <w:rPr>
          <w:sz w:val="20"/>
        </w:rPr>
        <w:t>56:19  aur mujhe yaqeen hai ke aap ka yeh mizaj khatam ho jayega.</w:t>
      </w:r>
      <w:r>
        <w:br/>
      </w:r>
      <w:r>
        <w:rPr>
          <w:sz w:val="20"/>
        </w:rPr>
        <w:t>56:24  phir koi har insan insan hai.</w:t>
      </w:r>
      <w:r>
        <w:br/>
      </w:r>
      <w:r>
        <w:rPr>
          <w:sz w:val="20"/>
        </w:rPr>
        <w:t>56:30  aap aap ka jo wrong way of thinking hai, woh woh khatam ho jayega, bas sab theek</w:t>
      </w:r>
      <w:r>
        <w:br/>
      </w:r>
      <w:r>
        <w:rPr>
          <w:sz w:val="20"/>
        </w:rPr>
        <w:t>56:35  ho jayega.</w:t>
      </w:r>
      <w:r>
        <w:br/>
      </w:r>
      <w:r>
        <w:rPr>
          <w:sz w:val="20"/>
        </w:rPr>
        <w:t>56:40  aap hamari kitabein parhiye.</w:t>
      </w:r>
    </w:p>
    <w:p>
      <w:pPr>
        <w:pStyle w:val="Heading2"/>
      </w:pPr>
      <w:r>
        <w:t>How to overcome frustration and purify soul</w:t>
      </w:r>
    </w:p>
    <w:p>
      <w:r>
        <w:rPr>
          <w:color w:val="666666"/>
          <w:sz w:val="18"/>
        </w:rPr>
        <w:t>Hadith-e-Jibril, April 21, 2013 · 5m 54s · at 1:02:36 · https://youtu.be/0rF6Ou0pDog?t=3756</w:t>
      </w:r>
    </w:p>
    <w:p>
      <w:r>
        <w:rPr>
          <w:i/>
        </w:rPr>
        <w:t>“How can one come out of frustration and find the truth of life? How can one purify one's soul? I am in a lot of negativity.”</w:t>
      </w:r>
    </w:p>
    <w:p>
      <w:r>
        <w:rPr>
          <w:sz w:val="20"/>
        </w:rPr>
        <w:t>1:02:36  maulana, agla sawal aya hai Ghulam Ali sahib ka. unhon ne apni location nahi likhi hai par un ka sawal yeh hai Maulana sahib Please tell me how can one come out of frustration and find the truth of life?</w:t>
      </w:r>
      <w:r>
        <w:br/>
      </w:r>
      <w:r>
        <w:rPr>
          <w:sz w:val="20"/>
        </w:rPr>
        <w:t>1:02:51  How can one purify one's soul?</w:t>
      </w:r>
      <w:r>
        <w:br/>
      </w:r>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1"/>
      </w:pPr>
      <w:r>
        <w:t>In the lectures (12)</w:t>
      </w:r>
    </w:p>
    <w:p>
      <w:pPr>
        <w:pStyle w:val="Heading2"/>
      </w:pPr>
      <w:r>
        <w:t>Hadith Literature - Part-2 (English) March 08, 2007 Maulana Wahiduddin Khan</w:t>
      </w:r>
    </w:p>
    <w:p>
      <w:r>
        <w:rPr>
          <w:color w:val="666666"/>
          <w:sz w:val="18"/>
        </w:rPr>
        <w:t>23:27 · https://youtu.be/xFrbel0h2YQ?t=1407</w:t>
      </w:r>
    </w:p>
    <w:p>
      <w:r>
        <w:rPr>
          <w:i/>
        </w:rPr>
        <w:t>“. To fear God in public and private both. And to speak just, justice. To speak justice when I am, when I am angry or I am not angry in both the situations. And I have to be normal when I am poor and when I am rich in both the situations. Then I have to make contact with those who”</w:t>
      </w:r>
    </w:p>
    <w:p>
      <w:pPr>
        <w:pStyle w:val="Heading2"/>
      </w:pPr>
      <w:r>
        <w:t>Art of War and Islam</w:t>
      </w:r>
    </w:p>
    <w:p>
      <w:r>
        <w:rPr>
          <w:color w:val="666666"/>
          <w:sz w:val="18"/>
        </w:rPr>
        <w:t>48:58 · https://youtu.be/LvYP_pf17S0?t=2938</w:t>
      </w:r>
    </w:p>
    <w:p>
      <w:r>
        <w:rPr>
          <w:i/>
        </w:rPr>
        <w:t>“angry. Then you become angry.”</w:t>
      </w:r>
    </w:p>
    <w:p>
      <w:pPr>
        <w:pStyle w:val="Heading2"/>
      </w:pPr>
      <w:r>
        <w:t>Islam and Sufism (Islam and Spirituality) (English) February 28, 2008</w:t>
      </w:r>
    </w:p>
    <w:p>
      <w:r>
        <w:rPr>
          <w:color w:val="666666"/>
          <w:sz w:val="18"/>
        </w:rPr>
        <w:t>57:39 · https://youtu.be/6UGAPDfrS2w?t=3459</w:t>
      </w:r>
    </w:p>
    <w:p>
      <w:r>
        <w:rPr>
          <w:i/>
        </w:rPr>
        <w:t>“Why? For example, when someone provokes me and I am angry, then I remember a verse of the Quran:”</w:t>
      </w:r>
    </w:p>
    <w:p>
      <w:pPr>
        <w:pStyle w:val="Heading2"/>
      </w:pPr>
      <w:r>
        <w:t>Art of War and Islam</w:t>
      </w:r>
    </w:p>
    <w:p>
      <w:r>
        <w:rPr>
          <w:color w:val="666666"/>
          <w:sz w:val="18"/>
        </w:rPr>
        <w:t>9:48 · https://youtu.be/LvYP_pf17S0?t=588</w:t>
      </w:r>
    </w:p>
    <w:p>
      <w:r>
        <w:rPr>
          <w:i/>
        </w:rPr>
        <w:t>“patient of anger.”</w:t>
      </w:r>
    </w:p>
    <w:p>
      <w:pPr>
        <w:pStyle w:val="Heading2"/>
      </w:pPr>
      <w:r>
        <w:t>Art of War and Islam</w:t>
      </w:r>
    </w:p>
    <w:p>
      <w:r>
        <w:rPr>
          <w:color w:val="666666"/>
          <w:sz w:val="18"/>
        </w:rPr>
        <w:t>6:07 · https://youtu.be/LvYP_pf17S0?t=367</w:t>
      </w:r>
    </w:p>
    <w:p>
      <w:r>
        <w:rPr>
          <w:i/>
        </w:rPr>
        <w:t>“provokes you, then you become angry.”</w:t>
      </w:r>
    </w:p>
    <w:p>
      <w:pPr>
        <w:pStyle w:val="Heading2"/>
      </w:pPr>
      <w:r>
        <w:t>Islamization of Muslims January 10, 2010 Maulana Wahiduddin Khan</w:t>
      </w:r>
    </w:p>
    <w:p>
      <w:r>
        <w:rPr>
          <w:color w:val="666666"/>
          <w:sz w:val="18"/>
        </w:rPr>
        <w:t>1:39:29 · https://youtu.be/bjCT5yer37Q?t=5969</w:t>
      </w:r>
    </w:p>
    <w:p>
      <w:r>
        <w:rPr>
          <w:i/>
        </w:rPr>
        <w:t>“They are offended at being criticized۔”</w:t>
      </w:r>
    </w:p>
    <w:p>
      <w:pPr>
        <w:pStyle w:val="Heading2"/>
      </w:pPr>
      <w:r>
        <w:t>How to Develop Pratical Wisdom May 5, 2024</w:t>
      </w:r>
    </w:p>
    <w:p>
      <w:r>
        <w:rPr>
          <w:color w:val="666666"/>
          <w:sz w:val="18"/>
        </w:rPr>
        <w:t>1:01:51 · https://youtu.be/QIKxtH-MyMM?t=3711</w:t>
      </w:r>
    </w:p>
    <w:p>
      <w:r>
        <w:rPr>
          <w:i/>
        </w:rPr>
        <w:t>“بہت غصے میں کہا۔”</w:t>
      </w:r>
    </w:p>
    <w:p>
      <w:pPr>
        <w:pStyle w:val="Heading2"/>
      </w:pPr>
      <w:r>
        <w:t>Don't Be Angry Culture January 15, 2012 Maulana Wahiduddin Khan</w:t>
      </w:r>
    </w:p>
    <w:p>
      <w:r>
        <w:rPr>
          <w:color w:val="666666"/>
          <w:sz w:val="18"/>
        </w:rPr>
        <w:t>9:48 · https://youtu.be/rY1Ikwmwwdk?t=588</w:t>
      </w:r>
    </w:p>
    <w:p>
      <w:r>
        <w:rPr>
          <w:i/>
        </w:rPr>
        <w:t>“He went out of anger۔”</w:t>
      </w:r>
    </w:p>
    <w:p>
      <w:pPr>
        <w:pStyle w:val="Heading2"/>
      </w:pPr>
      <w:r>
        <w:t>Spirituality in Simple Living, High Thinking October 27, 2019 Maulana Wahiduddin Khan</w:t>
      </w:r>
    </w:p>
    <w:p>
      <w:r>
        <w:rPr>
          <w:color w:val="666666"/>
          <w:sz w:val="18"/>
        </w:rPr>
        <w:t>6:33 · https://youtu.be/Kr28g15eFr8?t=393</w:t>
      </w:r>
    </w:p>
    <w:p>
      <w:r>
        <w:rPr>
          <w:i/>
        </w:rPr>
        <w:t>“کہ مجھے انتقام لینا ہے۔”</w:t>
      </w:r>
    </w:p>
    <w:p>
      <w:pPr>
        <w:pStyle w:val="Heading2"/>
      </w:pPr>
      <w:r>
        <w:t>The Concept of Sunnah and Bidah in Islam February 14, 2008 Maulana Wahiduddin Khan</w:t>
      </w:r>
    </w:p>
    <w:p>
      <w:r>
        <w:rPr>
          <w:color w:val="666666"/>
          <w:sz w:val="18"/>
        </w:rPr>
        <w:t>36:00 · https://youtu.be/_uIO23hmBjg?t=2160</w:t>
      </w:r>
    </w:p>
    <w:p>
      <w:r>
        <w:rPr>
          <w:i/>
        </w:rPr>
        <w:t>“اس سے مجھے انتقام لینا ہے۔”</w:t>
      </w:r>
    </w:p>
    <w:p>
      <w:pPr>
        <w:pStyle w:val="Heading2"/>
      </w:pPr>
      <w:r>
        <w:t>Replanning in the Changed Age January 13, 2019</w:t>
      </w:r>
    </w:p>
    <w:p>
      <w:r>
        <w:rPr>
          <w:color w:val="666666"/>
          <w:sz w:val="18"/>
        </w:rPr>
        <w:t>49:56 · https://youtu.be/pDniYg5aJlg?t=2996</w:t>
      </w:r>
    </w:p>
    <w:p>
      <w:r>
        <w:rPr>
          <w:i/>
        </w:rPr>
        <w:t>“بس یہ نہیں کر پاتے۔ غصے میں”</w:t>
      </w:r>
    </w:p>
    <w:p>
      <w:pPr>
        <w:pStyle w:val="Heading2"/>
      </w:pPr>
      <w:r>
        <w:t>The Concept of Justice in Islam May 03, 2007</w:t>
      </w:r>
    </w:p>
    <w:p>
      <w:r>
        <w:rPr>
          <w:color w:val="666666"/>
          <w:sz w:val="18"/>
        </w:rPr>
        <w:t>49:09 · https://youtu.be/DY5SY8H554c?t=2949</w:t>
      </w:r>
    </w:p>
    <w:p>
      <w:r>
        <w:rPr>
          <w:i/>
        </w:rPr>
        <w:t>“They are living in anger. They are living in negative thoughts. They are living in complaints.”</w:t>
      </w:r>
    </w:p>
    <w:p>
      <w:pPr>
        <w:pStyle w:val="Heading1"/>
      </w:pPr>
      <w:r>
        <w:t>Clips (30)</w:t>
      </w:r>
    </w:p>
    <w:p>
      <w:pPr>
        <w:pStyle w:val="Heading2"/>
      </w:pPr>
      <w:r>
        <w:t>Personal anger-management story rooted in a Quranic verse</w:t>
      </w:r>
    </w:p>
    <w:p>
      <w:r>
        <w:rPr>
          <w:color w:val="666666"/>
          <w:sz w:val="18"/>
        </w:rPr>
        <w:t>Islam and Sufism (Islam and Spirituality) (English) February 28, 2008 · 2m 09s · at 57:39 · https://youtu.be/6UGAPDfrS2w?t=3459</w:t>
      </w:r>
    </w:p>
    <w:p>
      <w:r>
        <w:rPr>
          <w:i/>
        </w:rPr>
        <w:t>“When someone provokes me and I am angry”</w:t>
      </w:r>
    </w:p>
    <w:p>
      <w:r>
        <w:rPr>
          <w:sz w:val="20"/>
        </w:rPr>
        <w:t>57:39  Why? For example, when someone provokes me and I am angry, then I remember a verse of the Quran:</w:t>
      </w:r>
      <w:r>
        <w:br/>
      </w:r>
      <w:r>
        <w:rPr>
          <w:sz w:val="20"/>
        </w:rPr>
        <w:t>57:54  Innama yuzaffaruna ujrahum bighayri hisab.</w:t>
      </w:r>
      <w:r>
        <w:br/>
      </w:r>
      <w:r>
        <w:rPr>
          <w:sz w:val="20"/>
        </w:rPr>
        <w:t>57:58  It means that those who keep patience, they will reward the greatest reward. So I believe, I remember according to this verse that forgiveness is the greatest worship</w:t>
      </w:r>
      <w:r>
        <w:br/>
      </w:r>
      <w:r>
        <w:rPr>
          <w:sz w:val="20"/>
        </w:rPr>
        <w:t>58:17  . If I avoid, if I tolerate, if I ignore this nuisance, then and keep patience, then I will be rewarded, greatest reward.</w:t>
      </w:r>
      <w:r>
        <w:br/>
      </w:r>
      <w:r>
        <w:rPr>
          <w:sz w:val="20"/>
        </w:rPr>
        <w:t>58:30  So I believe, I remember according to this verse that forgiveness is the greatest worship.</w:t>
      </w:r>
      <w:r>
        <w:br/>
      </w:r>
      <w:r>
        <w:rPr>
          <w:sz w:val="20"/>
        </w:rPr>
        <w:t>58:41  If I avoid, if I tolerate, if I ignore this nuisance, then and keep patience, then I will be rewarded, greatest reward.</w:t>
      </w:r>
      <w:r>
        <w:br/>
      </w:r>
      <w:r>
        <w:rPr>
          <w:sz w:val="20"/>
        </w:rPr>
        <w:t>58:55  So I'm happy that this person gave me this opportunity. By awakening my mind, I always think that this person is not my enemy.</w:t>
      </w:r>
      <w:r>
        <w:br/>
      </w:r>
      <w:r>
        <w:rPr>
          <w:sz w:val="20"/>
        </w:rPr>
        <w:t>59:10  He gave me an opportunity to worship God in such a way that gives me a greatest reward.</w:t>
      </w:r>
      <w:r>
        <w:br/>
      </w:r>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Ignore provocation, live unilaterally</w:t>
      </w:r>
    </w:p>
    <w:p>
      <w:r>
        <w:rPr>
          <w:color w:val="666666"/>
          <w:sz w:val="18"/>
        </w:rPr>
        <w:t>Art of War and Islam · 2m 28s · at 4:57 · https://youtu.be/LvYP_pf17S0?t=297</w:t>
      </w:r>
    </w:p>
    <w:p>
      <w:r>
        <w:rPr>
          <w:i/>
        </w:rPr>
        <w:t>“Once a man came to the Prophet of Islam”</w:t>
      </w:r>
    </w:p>
    <w:p>
      <w:r>
        <w:rPr>
          <w:sz w:val="20"/>
        </w:rPr>
        <w:t>4:57  Once a man came to the Prophet of Islam, he said, "O Prophet, give me a master advice by which I may be able to address, I may be able to manage all the affairs of my life." The Prophet said,</w:t>
      </w:r>
      <w:r>
        <w:br/>
      </w:r>
      <w:r>
        <w:rPr>
          <w:sz w:val="20"/>
        </w:rPr>
        <w:t>5:18  "La tağzab." Don't be angry.</w:t>
      </w:r>
      <w:r>
        <w:br/>
      </w:r>
      <w:r>
        <w:rPr>
          <w:sz w:val="20"/>
        </w:rPr>
        <w:t>5:24  Now you know that</w:t>
      </w:r>
      <w:r>
        <w:br/>
      </w:r>
      <w:r>
        <w:rPr>
          <w:sz w:val="20"/>
        </w:rPr>
        <w:t>5:33  anger is not a normal phenomenon. Anger is the outcome of an abnormal situation.</w:t>
      </w:r>
      <w:r>
        <w:br/>
      </w:r>
      <w:r>
        <w:rPr>
          <w:sz w:val="20"/>
        </w:rPr>
        <w:t>5:47  What is anger?</w:t>
      </w:r>
      <w:r>
        <w:br/>
      </w:r>
      <w:r>
        <w:rPr>
          <w:sz w:val="20"/>
        </w:rPr>
        <w:t>5:49  When you face some unwanted situation, when one hits your ego, when one</w:t>
      </w:r>
      <w:r>
        <w:br/>
      </w:r>
      <w:r>
        <w:rPr>
          <w:sz w:val="20"/>
        </w:rPr>
        <w:t>6:07  provokes you, then you become angry.</w:t>
      </w:r>
      <w:r>
        <w:br/>
      </w:r>
      <w:r>
        <w:rPr>
          <w:sz w:val="20"/>
        </w:rPr>
        <w:t>6:13  So when the Prophet said that "La tağzab, don't be angry," it means that it means that</w:t>
      </w:r>
      <w:r>
        <w:br/>
      </w:r>
      <w:r>
        <w:rPr>
          <w:sz w:val="20"/>
        </w:rPr>
        <w:t>6:27  don't be angry even when provoked.</w:t>
      </w:r>
      <w:r>
        <w:br/>
      </w:r>
      <w:r>
        <w:rPr>
          <w:sz w:val="20"/>
        </w:rPr>
        <w:t>6:32  So the formula of life is that</w:t>
      </w:r>
      <w:r>
        <w:br/>
      </w:r>
      <w:r>
        <w:rPr>
          <w:sz w:val="20"/>
        </w:rPr>
        <w:t>6:38  ignore provocation and</w:t>
      </w:r>
      <w:r>
        <w:br/>
      </w:r>
      <w:r>
        <w:rPr>
          <w:sz w:val="20"/>
        </w:rPr>
        <w:t>6:46  try to live</w:t>
      </w:r>
      <w:r>
        <w:br/>
      </w:r>
      <w:r>
        <w:rPr>
          <w:sz w:val="20"/>
        </w:rPr>
        <w:t>6:48  a positive life</w:t>
      </w:r>
      <w:r>
        <w:br/>
      </w:r>
      <w:r>
        <w:rPr>
          <w:sz w:val="20"/>
        </w:rPr>
        <w:t>6:51  on a unilateral basis.</w:t>
      </w:r>
      <w:r>
        <w:br/>
      </w:r>
      <w:r>
        <w:rPr>
          <w:sz w:val="20"/>
        </w:rPr>
        <w:t>6:59  Ignore provocation and live a life of</w:t>
      </w:r>
      <w:r>
        <w:br/>
      </w:r>
      <w:r>
        <w:rPr>
          <w:sz w:val="20"/>
        </w:rPr>
        <w:t>7:09  ignore</w:t>
      </w:r>
      <w:r>
        <w:br/>
      </w:r>
      <w:r>
        <w:rPr>
          <w:sz w:val="20"/>
        </w:rPr>
        <w:t>7:13  provocation and adopt positive behavior on a unilateral basis.</w:t>
      </w:r>
    </w:p>
    <w:p>
      <w:pPr>
        <w:pStyle w:val="Heading2"/>
      </w:pPr>
      <w:r>
        <w:t>Prophet Yunus and anger lesson</w:t>
      </w:r>
    </w:p>
    <w:p>
      <w:r>
        <w:rPr>
          <w:color w:val="666666"/>
          <w:sz w:val="18"/>
        </w:rPr>
        <w:t>Don't Be Angry Culture January 15, 2012 Maulana Wahiduddin Khan · 4m 54s · at 8:40 · https://youtu.be/rY1Ikwmwwdk?t=520</w:t>
      </w:r>
    </w:p>
    <w:p>
      <w:r>
        <w:rPr>
          <w:i/>
        </w:rPr>
        <w:t>“Hazrat Yunus alaihi salam”</w:t>
      </w:r>
    </w:p>
    <w:p>
      <w:r>
        <w:rPr>
          <w:sz w:val="20"/>
        </w:rPr>
        <w:t>8:40  is ki misaal Hazrat Yunus alaihissalam ki hai. Hazrat Yunus alaihissalam peghambar they. Woh bheje gaye they dawat ke liye Nineveh mein, jo Iraq ka ek shehar tha.</w:t>
      </w:r>
      <w:r>
        <w:br/>
      </w:r>
      <w:r>
        <w:rPr>
          <w:sz w:val="20"/>
        </w:rPr>
        <w:t>8:58  is zamane mein woh jo hai Center tha Iraq ka. Toh wahan par unhon ne dawat di.</w:t>
      </w:r>
      <w:r>
        <w:br/>
      </w:r>
      <w:r>
        <w:rPr>
          <w:sz w:val="20"/>
        </w:rPr>
        <w:t>9:10  logon ne nahi mana un ki baat. Toh jaldi hi woh ghussa ho kar wahan se chale gaye. Basti chhod diya unhon ne.</w:t>
      </w:r>
      <w:r>
        <w:br/>
      </w:r>
      <w:r>
        <w:rPr>
          <w:sz w:val="20"/>
        </w:rPr>
        <w:t>9:22  toh Quran mein yeh lafz aaya hai Surah Al-Anbiya mein: "وَذَنُونَ اِذْهَبَ مُغَاضَبًا وَذَنَّ الَّنَّقْدَرَ عَلَيْهِ".</w:t>
      </w:r>
      <w:r>
        <w:br/>
      </w:r>
      <w:r>
        <w:rPr>
          <w:sz w:val="20"/>
        </w:rPr>
        <w:t>9:37  yani He went out of anger.</w:t>
      </w:r>
      <w:r>
        <w:br/>
      </w:r>
      <w:r>
        <w:rPr>
          <w:sz w:val="20"/>
        </w:rPr>
        <w:t>9:43  yani woh ghusse mein basti chhod ke chale gaye.</w:t>
      </w:r>
      <w:r>
        <w:br/>
      </w:r>
      <w:r>
        <w:rPr>
          <w:sz w:val="20"/>
        </w:rPr>
        <w:t>9:48  He went out of anger.</w:t>
      </w:r>
      <w:r>
        <w:br/>
      </w:r>
      <w:r>
        <w:rPr>
          <w:sz w:val="20"/>
        </w:rPr>
        <w:t>9:52  toh kya hua? Yani Allah taala ko un ka yeh fe'l pasand nahi aaya. Woh machhli ke pait mein chale gaye. Phir unhon ne maafi mangi.</w:t>
      </w:r>
      <w:r>
        <w:br/>
      </w:r>
      <w:r>
        <w:rPr>
          <w:sz w:val="20"/>
        </w:rPr>
        <w:t>10:01  aur dobara woh Nineveh wapas gaye. Phir wahan dawat di unhon ne. Ab dekhiye, ghusse se kya nuqsan hua un ko?</w:t>
      </w:r>
      <w:r>
        <w:br/>
      </w:r>
      <w:r>
        <w:rPr>
          <w:sz w:val="20"/>
        </w:rPr>
        <w:t>10:11  ghusse ka nuqsan yeh hua ke jo Right thinking thi is maamle mein, us se un ka zehan hat gaya.</w:t>
      </w:r>
      <w:r>
        <w:br/>
      </w:r>
      <w:r>
        <w:rPr>
          <w:sz w:val="20"/>
        </w:rPr>
        <w:t>10:20  Right thinking yeh thi ke kisi Nabi ke liye yeh jaiz nahi hai ke woh itmam e hujjat se pehle apni mauzu'a qaum ko chhod de.</w:t>
      </w:r>
      <w:r>
        <w:br/>
      </w:r>
      <w:r>
        <w:rPr>
          <w:sz w:val="20"/>
        </w:rPr>
        <w:t>10:35  Nabi aisa nahi kar sakta. Chahe log pathar maarein, tab bhi nahi chhod sakta woh. Toh Hazrat Yunus peghambar they.</w:t>
      </w:r>
      <w:r>
        <w:br/>
      </w:r>
      <w:r>
        <w:rPr>
          <w:sz w:val="20"/>
        </w:rPr>
        <w:t>10:47  Nineveh ke log un ke mauzu'a they.</w:t>
      </w:r>
      <w:r>
        <w:br/>
      </w:r>
      <w:r>
        <w:rPr>
          <w:sz w:val="20"/>
        </w:rPr>
        <w:t>10:51  toh unhein wahan rehna hi rehna tha. Chahe woh acha sulook karein ya bura sulook karein, maanein ya na maanein, us waqt tak jab tak ke itmam e hujjat na ho jaye.</w:t>
      </w:r>
      <w:r>
        <w:br/>
      </w:r>
      <w:r>
        <w:rPr>
          <w:sz w:val="20"/>
        </w:rPr>
        <w:t>11:04  itmam e hujjat bhi dekhiye, aisa nahi ke hum khud se faisla kar lein. Yeh Allah ki taraf se farishta aa kar batata hai ke ab itmam e hujjat ho gaya, tum bhi basti ko chhod kar ja sakte ho.</w:t>
      </w:r>
      <w:r>
        <w:br/>
      </w:r>
      <w:r>
        <w:rPr>
          <w:sz w:val="20"/>
        </w:rPr>
        <w:t>11:17  khud se aap nahi faisla kar sakte.</w:t>
      </w:r>
      <w:r>
        <w:br/>
      </w:r>
      <w:r>
        <w:rPr>
          <w:sz w:val="20"/>
        </w:rPr>
        <w:t>11:20  yaad rakhiye, itmam e hujjat ka maamla ijtihadi maamla nahi hai. Isi liye ab peghambar ke baad kisi bhi Muslim ko, kisi bhi giroh ko yeh haq nahi hai ke woh kahe ke hum ne itmam e hujjat kar diya.</w:t>
      </w:r>
      <w:r>
        <w:br/>
      </w:r>
      <w:r>
        <w:rPr>
          <w:sz w:val="20"/>
        </w:rPr>
        <w:t>11:36  bilkul woh gunah ka fe'l hoga. Hum ko aap ko sirf dawat dena, itaat dena, dawat dena, isi mein mar jana hai. Kyun?</w:t>
      </w:r>
      <w:r>
        <w:br/>
      </w:r>
      <w:r>
        <w:rPr>
          <w:sz w:val="20"/>
        </w:rPr>
        <w:t>11:45  hamare par farishta nahin aayega yeh batane ke liye ke itmam حجت ho gaya.</w:t>
      </w:r>
      <w:r>
        <w:br/>
      </w:r>
      <w:r>
        <w:rPr>
          <w:sz w:val="20"/>
        </w:rPr>
        <w:t>11:52  bilkul yeh sarkashi hogi agar aap kisi basti ko chhod den ya keh kar ke itmam حجت hoga, is liye main ab yahan se ja raha hoon.</w:t>
      </w:r>
      <w:r>
        <w:br/>
      </w:r>
      <w:r>
        <w:rPr>
          <w:sz w:val="20"/>
        </w:rPr>
        <w:t>12:05  nabiyon ke baad yeh haq khatm ho chuka hai kisi ummat ke liye. baad ke logon ko sirf dawat dena hai, dawat dena hai, dawat dena hai, isi mein mar jana hai.</w:t>
      </w:r>
      <w:r>
        <w:br/>
      </w:r>
      <w:r>
        <w:rPr>
          <w:sz w:val="20"/>
        </w:rPr>
        <w:t>12:16  kyunke hamare paas farishta nahin aayega yeh batane ke liye ke itmam حجت ho gaya.</w:t>
      </w:r>
      <w:r>
        <w:br/>
      </w:r>
      <w:r>
        <w:rPr>
          <w:sz w:val="20"/>
        </w:rPr>
        <w:t>12:24  to behal Hazrat Yunus ne buzra ijtihad, na ke bazariya farishta, yani Allah taala ka farishta nahin aaya tha un ke paas batane ke liye, khud se samajh liya ke itmam حجت ho gaya.</w:t>
      </w:r>
      <w:r>
        <w:br/>
      </w:r>
      <w:r>
        <w:rPr>
          <w:sz w:val="20"/>
        </w:rPr>
        <w:t>12:38  to unhon ne chhod diya. to aap dekhiye ke unhein dobara Nineveh wapas jana pada.</w:t>
      </w:r>
      <w:r>
        <w:br/>
      </w:r>
      <w:r>
        <w:rPr>
          <w:sz w:val="20"/>
        </w:rPr>
        <w:t>12:50  yeh tha ek ek misaal hai.</w:t>
      </w:r>
      <w:r>
        <w:br/>
      </w:r>
      <w:r>
        <w:rPr>
          <w:sz w:val="20"/>
        </w:rPr>
        <w:t>12:53  agar peghambar bhi, peghambar ko bhi ghussa aa jaye to us ke bhi Divine Wisdom mein farq pad jayega.</w:t>
      </w:r>
      <w:r>
        <w:br/>
      </w:r>
      <w:r>
        <w:rPr>
          <w:sz w:val="20"/>
        </w:rPr>
        <w:t>13:03  woh bhi Right thinking nahin kar payega. woh galat faisla le lega.</w:t>
      </w:r>
      <w:r>
        <w:br/>
      </w:r>
      <w:r>
        <w:rPr>
          <w:sz w:val="20"/>
        </w:rPr>
        <w:t>13:08  main samajhta hoon ke yeh aakhri misaal hai jo hamein darane ke liye kafi hai. ke jab peghambar bhi is mein exempted nahin hai ke ghussa aaye to Right thinking chali jaye, to hum kaise is se bache reh sakte hain?</w:t>
      </w:r>
      <w:r>
        <w:br/>
      </w:r>
      <w:r>
        <w:rPr>
          <w:sz w:val="20"/>
        </w:rPr>
        <w:t>13:27  to bohat hi sangin baat hai yeh. is ko janiye.</w:t>
      </w:r>
    </w:p>
    <w:p>
      <w:pPr>
        <w:pStyle w:val="Heading2"/>
      </w:pPr>
      <w:r>
        <w:t>Revenge always provokes revenge in return</w:t>
      </w:r>
    </w:p>
    <w:p>
      <w:r>
        <w:rPr>
          <w:color w:val="666666"/>
          <w:sz w:val="18"/>
        </w:rPr>
        <w:t>Spirituality in Simple Living, High Thinking October 27, 2019 Maulana Wahiduddin Khan · 29s · at 6:33 · https://youtu.be/Kr28g15eFr8?t=393</w:t>
      </w:r>
    </w:p>
    <w:p>
      <w:r>
        <w:rPr>
          <w:i/>
        </w:rPr>
        <w:t>“Before taking revenge, think: revenge will also be revenged”</w:t>
      </w:r>
    </w:p>
    <w:p>
      <w:r>
        <w:rPr>
          <w:sz w:val="20"/>
        </w:rPr>
        <w:t>6:33  ke mujhe intiqam lena hai.</w:t>
      </w:r>
      <w:r>
        <w:br/>
      </w:r>
      <w:r>
        <w:rPr>
          <w:sz w:val="20"/>
        </w:rPr>
        <w:t>6:39  to main ne kaha ke intiqam lene se pehle soch lo ke intiqam ka bhi intiqam liya jayega.</w:t>
      </w:r>
      <w:r>
        <w:br/>
      </w:r>
      <w:r>
        <w:rPr>
          <w:sz w:val="20"/>
        </w:rPr>
        <w:t>6:50  achanak meri zuban se yeh jumla nikla,</w:t>
      </w:r>
      <w:r>
        <w:br/>
      </w:r>
      <w:r>
        <w:rPr>
          <w:sz w:val="20"/>
        </w:rPr>
        <w:t>6:54  intiqam lene se pehle soch lo ke intiqam ka bhi intiqam liya jayega.</w:t>
      </w:r>
      <w:r>
        <w:br/>
      </w:r>
      <w:r>
        <w:rPr>
          <w:sz w:val="20"/>
        </w:rPr>
        <w:t>7:03  yeh jumla main ne bol diya, phir main khud sochne laga gaya, ab woh bhi sochne laga ke kya kaha unhon ne.</w:t>
      </w:r>
    </w:p>
    <w:p>
      <w:pPr>
        <w:pStyle w:val="Heading2"/>
      </w:pPr>
      <w:r>
        <w:t>Afghan boy's revenge story shows a forgotten Islamic model</w:t>
      </w:r>
    </w:p>
    <w:p>
      <w:r>
        <w:rPr>
          <w:color w:val="666666"/>
          <w:sz w:val="18"/>
        </w:rPr>
        <w:t>The Concept of Sunnah and Bidah in Islam February 14, 2008 Maulana Wahiduddin Khan · 3m 23s · at 34:16 · https://youtu.be/_uIO23hmBjg?t=2056</w:t>
      </w:r>
    </w:p>
    <w:p>
      <w:r>
        <w:rPr>
          <w:i/>
        </w:rPr>
        <w:t>“میں گیا افغانستان، بڑی دھوم ہے افغانستان میں اسلام کی”</w:t>
      </w:r>
    </w:p>
    <w:p>
      <w:r>
        <w:rPr>
          <w:sz w:val="20"/>
        </w:rPr>
        <w:t>34:16  main gaya Afghanistan bari dhoom hai Afghanistan mein Islam ki.</w:t>
      </w:r>
      <w:r>
        <w:br/>
      </w:r>
      <w:r>
        <w:rPr>
          <w:sz w:val="20"/>
        </w:rPr>
        <w:t>34:24  aap jante hain ke har jagah Islam har jagah yeh samjha jata hai ke Afghanistan mein bara Islam hai. to main wahan jab gaya ek conference mein mujh ko bulaya gaya tha.</w:t>
      </w:r>
      <w:r>
        <w:br/>
      </w:r>
      <w:r>
        <w:rPr>
          <w:sz w:val="20"/>
        </w:rPr>
        <w:t>34:37  to ek logon se bul bul kar ke woh poochta tha.</w:t>
      </w:r>
      <w:r>
        <w:br/>
      </w:r>
      <w:r>
        <w:rPr>
          <w:sz w:val="20"/>
        </w:rPr>
        <w:t>34:43  ek ladka tha wahan par us se main ne poocha. to main ladke se bare se boodhe se har ek se poochta tha taake yahan ke halat janon.</w:t>
      </w:r>
      <w:r>
        <w:br/>
      </w:r>
      <w:r>
        <w:rPr>
          <w:sz w:val="20"/>
        </w:rPr>
        <w:t>34:58  to ladke ne kya kaha? ladke ne kaha ke meri maa mujh ko parhana chahti hai. mujh ko madrasay mein bhejti hai.</w:t>
      </w:r>
      <w:r>
        <w:br/>
      </w:r>
      <w:r>
        <w:rPr>
          <w:sz w:val="20"/>
        </w:rPr>
        <w:t>35:10  lekin mera dil parhnay mein nahi lagta.</w:t>
      </w:r>
      <w:r>
        <w:br/>
      </w:r>
      <w:r>
        <w:rPr>
          <w:sz w:val="20"/>
        </w:rPr>
        <w:t>35:14  ladke ne kaha afghani bachay ne ke meri maa chahti hai ke main parhoon mujh ko madrasa bhejti bhejti hai lekin mera dil parhnay mein nahi lagta.</w:t>
      </w:r>
      <w:r>
        <w:br/>
      </w:r>
      <w:r>
        <w:rPr>
          <w:sz w:val="20"/>
        </w:rPr>
        <w:t>35:25  main ne kaha kyun? to us ne kya kaha? us ne kaha ke mujhe to apnay baap ka badla lena hai.</w:t>
      </w:r>
      <w:r>
        <w:br/>
      </w:r>
      <w:r>
        <w:rPr>
          <w:sz w:val="20"/>
        </w:rPr>
        <w:t>35:35  kisi ne is ke baap ko shayad maar dala tha koi apas mein lajjat thi. to un ke baap ne un ko kuch kiya unhon ne un ko kiya dono apas mein ladte rahe yahan tak ke woh un ka baap mar gaya.</w:t>
      </w:r>
      <w:r>
        <w:br/>
      </w:r>
      <w:r>
        <w:rPr>
          <w:sz w:val="20"/>
        </w:rPr>
        <w:t>35:50  yeh dono taraf ka yeh bilateral mamla tha woh. to beharhaal is ke mind mein kya tha ke jis ne mere baap ko mara hai us ko mujhe marna hai.</w:t>
      </w:r>
      <w:r>
        <w:br/>
      </w:r>
      <w:r>
        <w:rPr>
          <w:sz w:val="20"/>
        </w:rPr>
        <w:t>36:00  is se mujhe inteqam lena hai.</w:t>
      </w:r>
      <w:r>
        <w:br/>
      </w:r>
      <w:r>
        <w:rPr>
          <w:sz w:val="20"/>
        </w:rPr>
        <w:t>36:05  to main ne wahan par jo unhon ne pooch ki to main ne kaha ke main ne mujhe pata chala ke yahan ka to revenge hi culture hai Afghanistan ka. inteqami culture hai Afghanistan ka.</w:t>
      </w:r>
      <w:r>
        <w:br/>
      </w:r>
      <w:r>
        <w:rPr>
          <w:sz w:val="20"/>
        </w:rPr>
        <w:t>36:18  yahan woh jo tribes mein yeh hota hai ke yeh in se badla lete hain woh in se badla lete hain. isi mein laraiyan hoti hain.</w:t>
      </w:r>
      <w:r>
        <w:br/>
      </w:r>
      <w:r>
        <w:rPr>
          <w:sz w:val="20"/>
        </w:rPr>
        <w:t>36:28  gun chalti hai bomb chaltay hain. aur wahan Islam ki bhi dhoom hai.</w:t>
      </w:r>
      <w:r>
        <w:br/>
      </w:r>
      <w:r>
        <w:rPr>
          <w:sz w:val="20"/>
        </w:rPr>
        <w:t>36:35  to woh samajhtay hain ke namaz roza karo bas Islam ho gaya. is mamlay mein nahi pata hai unhein ke is mamlay mein aik model hai ke inteqam na lo ghussa na karo logon ko maaf karo.</w:t>
      </w:r>
      <w:r>
        <w:br/>
      </w:r>
      <w:r>
        <w:rPr>
          <w:sz w:val="20"/>
        </w:rPr>
        <w:t>36:49  yeh bhi aik model hai. to yeh nahi jantay woh. yeh har jagah hi koi Afghanistan ki baat nahi hai.</w:t>
      </w:r>
      <w:r>
        <w:br/>
      </w:r>
      <w:r>
        <w:rPr>
          <w:sz w:val="20"/>
        </w:rPr>
        <w:t>37:00  to yeh bohat ziyada sochne ki baat hai ke jab Islam mein yeh kaha gaya ke Rasool Allah model hain Sahaba model hain to yeh kis mani mein kaha gaya?</w:t>
      </w:r>
      <w:r>
        <w:br/>
      </w:r>
      <w:r>
        <w:rPr>
          <w:sz w:val="20"/>
        </w:rPr>
        <w:t>37:14  is mani mein nahi ke bas masjid mein jo namaz tum parhtay ho us mein model hain woh. wahan par salo kama raiyat mini asli ka tareeqa ikhtiyar karo.</w:t>
      </w:r>
      <w:r>
        <w:br/>
      </w:r>
      <w:r>
        <w:rPr>
          <w:sz w:val="20"/>
        </w:rPr>
        <w:t>37:27  yani Rasool Allah jaisay namaz parhtay thay ویسے namaz parho. Sahaba jaisay namaz parhtay thay ویسے tum bhi namaz parho. yani namaz ke form ko follow karna.</w:t>
      </w:r>
    </w:p>
    <w:p>
      <w:pPr>
        <w:pStyle w:val="Heading2"/>
      </w:pPr>
      <w:r>
        <w:t>Applying the Prophet's ignore-the-problem formula to Kashmir</w:t>
      </w:r>
    </w:p>
    <w:p>
      <w:r>
        <w:rPr>
          <w:color w:val="666666"/>
          <w:sz w:val="18"/>
        </w:rPr>
        <w:t>Islamic Outlook on Life August 26, 2007 · 5m 05s · at 1:01:50 · https://youtu.be/QCAHPg3_G_M?t=3710</w:t>
      </w:r>
    </w:p>
    <w:p>
      <w:r>
        <w:rPr>
          <w:i/>
        </w:rPr>
        <w:t>“Mahmood Ghaznavi ne ignore nahi kiya, aaj tak shikayatein hain”</w:t>
      </w:r>
    </w:p>
    <w:p>
      <w:r>
        <w:rPr>
          <w:sz w:val="20"/>
        </w:rPr>
        <w:t>1:01:50  ji haan. to kitna bara ek ek result nikalta hai is ka. to Musalmanon ka haal yeh hai keh aaj kal hamare khilaaf Kashmir mein keh unhon ne Rasool Allah ke shan-e-aqdas mein gustakhi ki hai.</w:t>
      </w:r>
      <w:r>
        <w:br/>
      </w:r>
      <w:r>
        <w:rPr>
          <w:sz w:val="20"/>
        </w:rPr>
        <w:t>1:02:06  ek ajeeb o ghareeb ek mysterious lafz Musalmanon ko mila hua hai. shan-e-aqdas mein gustakhi. ab yeh sab ke sab gustakhi kar rahe hain.</w:t>
      </w:r>
      <w:r>
        <w:br/>
      </w:r>
      <w:r>
        <w:rPr>
          <w:sz w:val="20"/>
        </w:rPr>
        <w:t>1:02:15  izaten bhi hain. keh Rasool Allah ke model lete nahi. Rasool Allah ke namune ko lete nahi. hum ne yahi kaha tha keh Rasool Allah ke model ko pakdo.</w:t>
      </w:r>
      <w:r>
        <w:br/>
      </w:r>
      <w:r>
        <w:rPr>
          <w:sz w:val="20"/>
        </w:rPr>
        <w:t>1:02:25  to ab taqreeban saare Kashmir mein hamare khilaaf juloos nikal raha hai. keh Rasool Allah ke shan-e-aqdas par gustakhi ki unhon ne. keh un ko yeh karo, un ko woh karo.</w:t>
      </w:r>
      <w:r>
        <w:br/>
      </w:r>
      <w:r>
        <w:rPr>
          <w:sz w:val="20"/>
        </w:rPr>
        <w:t>1:02:36  achha yeh bilkul stupid baaten hain yeh. yeh stupid baaten hain. wohi ab hum ne Kashmir mein kaha apply karo.</w:t>
      </w:r>
      <w:r>
        <w:br/>
      </w:r>
      <w:r>
        <w:rPr>
          <w:sz w:val="20"/>
        </w:rPr>
        <w:t>1:02:44  Kashmir mein army ka presence hai. aur ek taraf opportunities bhi hain. main Kashmir gaya to government ne wahan par free mein ek bohat bara mauqa de de rakha hai.</w:t>
      </w:r>
      <w:r>
        <w:br/>
      </w:r>
      <w:r>
        <w:rPr>
          <w:sz w:val="20"/>
        </w:rPr>
        <w:t>1:02:57  yani bohat se sainkaron mein se ek bata raha hoon, ek bata raha hoon. keh shehtoot ke jo peir hotay hain, agar aap ne dekha ho kabhi, us mein resham ka keera banta hai.</w:t>
      </w:r>
      <w:r>
        <w:br/>
      </w:r>
      <w:r>
        <w:rPr>
          <w:sz w:val="20"/>
        </w:rPr>
        <w:t>1:03:09  bohat hi qeemti hota hai woh. woh shehtoot ke peir hi mein woh hota hai, woh</w:t>
      </w:r>
      <w:r>
        <w:br/>
      </w:r>
      <w:r>
        <w:rPr>
          <w:sz w:val="20"/>
        </w:rPr>
        <w:t>1:03:14  kahin aur nahin hota woh. wahi is ka food hai, shehtoot ka pata. to bohat door door tak aap dekhenge, hara hara khet hai is ka, bagh hai shehtoot ke darakhton ka.</w:t>
      </w:r>
      <w:r>
        <w:br/>
      </w:r>
      <w:r>
        <w:rPr>
          <w:sz w:val="20"/>
        </w:rPr>
        <w:t>1:03:26  ab government ne wahan laga diya aur free mein wahan se le jao pata. ab wahan par kya hai ke sara kashmir jo hai, woh woh air condition hai.</w:t>
      </w:r>
      <w:r>
        <w:br/>
      </w:r>
      <w:r>
        <w:rPr>
          <w:sz w:val="20"/>
        </w:rPr>
        <w:t>1:03:38  apne gharon mein rakh do pata aur is mein la kar ke government deti hai</w:t>
      </w:r>
      <w:r>
        <w:br/>
      </w:r>
      <w:r>
        <w:rPr>
          <w:sz w:val="20"/>
        </w:rPr>
        <w:t>1:03:42  woh keera rakh do aur free mein wahan par industry tumhare ghar mein, resham ki industry. kuch avail nahin kiya kisi ne.</w:t>
      </w:r>
      <w:r>
        <w:br/>
      </w:r>
      <w:r>
        <w:rPr>
          <w:sz w:val="20"/>
        </w:rPr>
        <w:t>1:03:52  woh kya kya lad rahe hain, jhooti ladai. kyunke un ki nazar mein presence army jo hai, sab thoda problem hai. abhi presence opportunity ko dekho.</w:t>
      </w:r>
      <w:r>
        <w:br/>
      </w:r>
      <w:r>
        <w:rPr>
          <w:sz w:val="20"/>
        </w:rPr>
        <w:t>1:04:03  to yahi maine kaha kashmiyon se ke same formula apply karo kashmir mein bhi.</w:t>
      </w:r>
      <w:r>
        <w:br/>
      </w:r>
      <w:r>
        <w:rPr>
          <w:sz w:val="20"/>
        </w:rPr>
        <w:t>1:04:09  rasool Allah ne presence of idols ko ignore kiya to opportunity ko dekh paye woh, us ko avail kiya unhon ne. tum presence of army ke chakar mein pari hui ho.</w:t>
      </w:r>
      <w:r>
        <w:br/>
      </w:r>
      <w:r>
        <w:rPr>
          <w:sz w:val="20"/>
        </w:rPr>
        <w:t>1:04:20  aur sankaron wahan par opportunities jo hain, woh unavail pari hui hain. aap kya kehte hain ke unhon ne rasool ki shan mein gustakhi ki hai?</w:t>
      </w:r>
      <w:r>
        <w:br/>
      </w:r>
      <w:r>
        <w:rPr>
          <w:sz w:val="20"/>
        </w:rPr>
        <w:t>1:04:30  yeh kya bewakoofi ki baatein hain? yeh khud gustakhi karte hain yeh log.</w:t>
      </w:r>
      <w:r>
        <w:br/>
      </w:r>
      <w:r>
        <w:rPr>
          <w:sz w:val="20"/>
        </w:rPr>
        <w:t>1:04:36  to mahmood ghaznavi se le kar kashmir ke leader sab ke sab gustakhi kar rahe hain. ab lagate hain hum ko.</w:t>
      </w:r>
      <w:r>
        <w:br/>
      </w:r>
      <w:r>
        <w:rPr>
          <w:sz w:val="20"/>
        </w:rPr>
        <w:t>1:04:46  to yeh baat maine wahan ja kar bhi kahi taqreer kar ke kashmir mein aur likha bhi apni is mein. ke problem ka presence dekhna yeh rasool Allah ke khilaf hai.</w:t>
      </w:r>
      <w:r>
        <w:br/>
      </w:r>
      <w:r>
        <w:rPr>
          <w:sz w:val="20"/>
        </w:rPr>
        <w:t>1:04:59  opportunity ko dekhna yeh rasool Allah ke mutabiq hai.</w:t>
      </w:r>
      <w:r>
        <w:br/>
      </w:r>
      <w:r>
        <w:rPr>
          <w:sz w:val="20"/>
        </w:rPr>
        <w:t>1:05:05  khol khol ke maine bayan kiya ke rasool Allah ne jab bonton ke presence ko ignore kiya to opportunity ka ek poora ek wahan par ek dunya khul gayi aap ke liye.</w:t>
      </w:r>
      <w:r>
        <w:br/>
      </w:r>
      <w:r>
        <w:rPr>
          <w:sz w:val="20"/>
        </w:rPr>
        <w:t>1:05:19  aise aap bhi agar army ki presence ko ignore karen to sare kashmir aap ke liye land of opportunities ban jaye ga woh.</w:t>
      </w:r>
      <w:r>
        <w:br/>
      </w:r>
      <w:r>
        <w:rPr>
          <w:sz w:val="20"/>
        </w:rPr>
        <w:t>1:05:29  aap ghussa ho gaye khwamkhwah.</w:t>
      </w:r>
      <w:r>
        <w:br/>
      </w:r>
      <w:r>
        <w:rPr>
          <w:sz w:val="20"/>
        </w:rPr>
        <w:t>1:05:31  to tum to khud hi rasool Allah ki shan mein gustakhi kar rahe ho, laga rahe ho mujh ko.</w:t>
      </w:r>
      <w:r>
        <w:br/>
      </w:r>
      <w:r>
        <w:rPr>
          <w:sz w:val="20"/>
        </w:rPr>
        <w:t>1:05:38  to opportunity ko dekhne ke liye ek price chahiye. woh price yeh hai ke aap sabr karen. sabr ka matlab yeh hai ke us ko ignore karen.</w:t>
      </w:r>
      <w:r>
        <w:br/>
      </w:r>
      <w:r>
        <w:rPr>
          <w:sz w:val="20"/>
        </w:rPr>
        <w:t>1:05:52  jaise rasool Allah ne bonton ko ignore kiya. kashmir mein main kehta hoon ke tum army ko ignore karo.</w:t>
      </w:r>
      <w:r>
        <w:br/>
      </w:r>
      <w:r>
        <w:rPr>
          <w:sz w:val="20"/>
        </w:rPr>
        <w:t>1:05:59  mahmood ghaznavi ko main kehta hoon ke tum bhi somnath mein jo ho raha tha, us ko ignore karte. tab opportunity dikhai deti. jab tak aap ignore nahin karenge, tab tak aap ke yani opportunity blind bane rahenge.</w:t>
      </w:r>
      <w:r>
        <w:br/>
      </w:r>
      <w:r>
        <w:rPr>
          <w:sz w:val="20"/>
        </w:rPr>
        <w:t>1:06:16  opportunity blind. problem dekhenge, opportunity nazar nahin ayegi.</w:t>
      </w:r>
      <w:r>
        <w:br/>
      </w:r>
      <w:r>
        <w:rPr>
          <w:sz w:val="20"/>
        </w:rPr>
        <w:t>1:06:25  bataiye ke jo rasool Allah ka asli paigham hai, us ko bata raha hoon main. to kashmir wale kehte hain ke rasool Allah ke shan e aqdas mein gustakhi kar rahe hain.</w:t>
      </w:r>
      <w:r>
        <w:br/>
      </w:r>
      <w:r>
        <w:rPr>
          <w:sz w:val="20"/>
        </w:rPr>
        <w:t>1:06:35  yeh kya stupid baat hai?</w:t>
      </w:r>
      <w:r>
        <w:br/>
      </w:r>
      <w:r>
        <w:rPr>
          <w:sz w:val="20"/>
        </w:rPr>
        <w:t>1:06:40  to behal is sawal ka jawab yahi hai ke jo required price hai, woh dijiye aur aap opportunity ko dekhne lagen ge.</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Why people get angry at criticism, love praise</w:t>
      </w:r>
    </w:p>
    <w:p>
      <w:r>
        <w:rPr>
          <w:color w:val="666666"/>
          <w:sz w:val="18"/>
        </w:rPr>
        <w:t>Process of Intellectual Development March 23, 2008 · 2m 37s · at 1:16:39 · https://youtu.be/nrFnOc8C9JM?t=4599</w:t>
      </w:r>
    </w:p>
    <w:p>
      <w:r>
        <w:rPr>
          <w:i/>
        </w:rPr>
        <w:t>“Kyun log criticism par gussa hote hain, tareef se khush”</w:t>
      </w:r>
    </w:p>
    <w:p>
      <w:r>
        <w:rPr>
          <w:sz w:val="20"/>
        </w:rPr>
        <w:t>1:16:39  This question is from Dr. Fareeda Khanam. Why do people become angry when criticized and are happy with those who lavish praises on every occasion?</w:t>
      </w:r>
      <w:r>
        <w:br/>
      </w:r>
      <w:r>
        <w:rPr>
          <w:sz w:val="20"/>
        </w:rPr>
        <w:t>1:17:03  dekhen, ghussa to mujhe bhi aata hai lekin ghussa mujhe aata hai principle par.</w:t>
      </w:r>
      <w:r>
        <w:br/>
      </w:r>
      <w:r>
        <w:rPr>
          <w:sz w:val="20"/>
        </w:rPr>
        <w:t>1:17:07  meri zaat par aap kuch kahein to mujhe ghussa nahin aata. kai aise gawah maujood hain isi Dilli mein ke ek shakhs mujhe aata hai aur mujh ko bura bhala kehta hai, gaali galoch karta hai mere munh par.</w:t>
      </w:r>
      <w:r>
        <w:br/>
      </w:r>
      <w:r>
        <w:rPr>
          <w:sz w:val="20"/>
        </w:rPr>
        <w:t>1:17:22  aur main chup chap awaz sunta rehta hoon us ko, kuch bhi nahin kiya maine. to meri zaat par koi bura bhala kahe to mujhe kabhi ghussa nahin aata.</w:t>
      </w:r>
      <w:r>
        <w:br/>
      </w:r>
      <w:r>
        <w:rPr>
          <w:sz w:val="20"/>
        </w:rPr>
        <w:t>1:17:32  lekin usool jahan usool par anch aati hai to wahan main bardasht nahin kar pata. wahan pe main bol parta hoon.</w:t>
      </w:r>
      <w:r>
        <w:br/>
      </w:r>
      <w:r>
        <w:rPr>
          <w:sz w:val="20"/>
        </w:rPr>
        <w:t>1:17:44  phir mujhe ghussa bhi aata hai. aur I am justified because Rasool Allah sallallahu alaihi wasallam ko bhi usool par bohat ghussa aata tha. amartana ke usool ke moamle pe Rasool Allah ko bhi ghussa aata tha.</w:t>
      </w:r>
      <w:r>
        <w:br/>
      </w:r>
      <w:r>
        <w:rPr>
          <w:sz w:val="20"/>
        </w:rPr>
        <w:t>1:18:00  zaat ke moamle mein ghussa nahin aata. to asal cheez yeh hai ke hum sab log egoist hain. sare aurat, sare mard egoist hain.</w:t>
      </w:r>
      <w:r>
        <w:br/>
      </w:r>
      <w:r>
        <w:rPr>
          <w:sz w:val="20"/>
        </w:rPr>
        <w:t>1:18:09  isi liye aap ko ghussa aata hai criticism par. main to apni zindagi mein jitne log dekhe, sab egoist, sab egoist, sab egoist.</w:t>
      </w:r>
      <w:r>
        <w:br/>
      </w:r>
      <w:r>
        <w:rPr>
          <w:sz w:val="20"/>
        </w:rPr>
        <w:t>1:18:20  jab tak aap apni ego se bahar nahin ayenge, tab tak yahi hoga ke aap criticism bura lagega. har egoist aadmi praise ko acha samajhta hai aur criticism ko bura samajhta hai.</w:t>
      </w:r>
      <w:r>
        <w:br/>
      </w:r>
      <w:r>
        <w:rPr>
          <w:sz w:val="20"/>
        </w:rPr>
        <w:t>1:18:34  to basic reason yeh hai ke log egoist ho gaye hain.</w:t>
      </w:r>
      <w:r>
        <w:br/>
      </w:r>
      <w:r>
        <w:rPr>
          <w:sz w:val="20"/>
        </w:rPr>
        <w:t>1:18:39  aur main aap ko yeh arz karta hoon Quran o Hadees ke jo maine parha hai is ki roshni mein is dunya mein sab se bara good jo hai wo modesty hai.</w:t>
      </w:r>
      <w:r>
        <w:br/>
      </w:r>
      <w:r>
        <w:rPr>
          <w:sz w:val="20"/>
        </w:rPr>
        <w:t>1:18:50  aur sab se bari burai jo hai wo egoism hai. Arrogance. Egoism aur arrogance dono ek hi cheez hain.</w:t>
      </w:r>
      <w:r>
        <w:br/>
      </w:r>
      <w:r>
        <w:rPr>
          <w:sz w:val="20"/>
        </w:rPr>
        <w:t>1:19:01  sab se bari evil jo hai woh arrogance hai aur sab se bari good jo hai woh hai modesty.</w:t>
      </w:r>
      <w:r>
        <w:br/>
      </w:r>
      <w:r>
        <w:rPr>
          <w:sz w:val="20"/>
        </w:rPr>
        <w:t>1:19:11  isi liye har aadmi ko apne aap ko jaanchana chahiye.</w:t>
      </w:r>
    </w:p>
    <w:p>
      <w:pPr>
        <w:pStyle w:val="Heading2"/>
      </w:pPr>
      <w:r>
        <w:t>Prophet accepts removal of title from treaty</w:t>
      </w:r>
    </w:p>
    <w:p>
      <w:r>
        <w:rPr>
          <w:color w:val="666666"/>
          <w:sz w:val="18"/>
        </w:rPr>
        <w:t>Islamic Activism Shifting the Focus from Battlefield to Peace 16 4 2020 Maulana Wahiduddin Khan · 3m 08s · at 2:44 · https://youtu.be/hghnskwZTLM?t=164</w:t>
      </w:r>
    </w:p>
    <w:p>
      <w:r>
        <w:rPr>
          <w:i/>
        </w:rPr>
        <w:t>“Jaise hi Rasul Allah ne muahida likhwana shuru kiya”</w:t>
      </w:r>
    </w:p>
    <w:p>
      <w:r>
        <w:rPr>
          <w:sz w:val="20"/>
        </w:rPr>
        <w:t>2:44  lekin jaise hi Rasool Allah (SAW) ne muahida likhwana shuru kiya to fareeq sani yaani Quraish ke leader ne us par etiraz kiya.</w:t>
      </w:r>
      <w:r>
        <w:br/>
      </w:r>
      <w:r>
        <w:rPr>
          <w:sz w:val="20"/>
        </w:rPr>
        <w:t>2:57  aap ne likhwaya tha muhammad rasool Allah sallay alaihi wasallam. unhon ne kaha ke nahi, aap likhein muhammad ibn abdullah. hum aap ko rasool Allah nahi mante.</w:t>
      </w:r>
      <w:r>
        <w:br/>
      </w:r>
      <w:r>
        <w:rPr>
          <w:sz w:val="20"/>
        </w:rPr>
        <w:t>3:09  ibn abdullah wa yahdihi</w:t>
      </w:r>
      <w:r>
        <w:br/>
      </w:r>
      <w:r>
        <w:rPr>
          <w:sz w:val="20"/>
        </w:rPr>
        <w:t>3:14  to rasool Allah sallay alaihi wasallam razi ho gaye.</w:t>
      </w:r>
      <w:r>
        <w:br/>
      </w:r>
      <w:r>
        <w:rPr>
          <w:sz w:val="20"/>
        </w:rPr>
        <w:t>3:18  razi ho gaye.</w:t>
      </w:r>
      <w:r>
        <w:br/>
      </w:r>
      <w:r>
        <w:rPr>
          <w:sz w:val="20"/>
        </w:rPr>
        <w:t>3:24  aap jante hain ke is saal surah naema ko Haider Ali likh rahe thay. is tarah dictator kar rahe thay.</w:t>
      </w:r>
      <w:r>
        <w:br/>
      </w:r>
      <w:r>
        <w:rPr>
          <w:sz w:val="20"/>
        </w:rPr>
        <w:t>3:37  is tarah ke dictator ko ali likh rahe thay.</w:t>
      </w:r>
      <w:r>
        <w:br/>
      </w:r>
      <w:r>
        <w:rPr>
          <w:sz w:val="20"/>
        </w:rPr>
        <w:t>3:47  to</w:t>
      </w:r>
      <w:r>
        <w:br/>
      </w:r>
      <w:r>
        <w:rPr>
          <w:sz w:val="20"/>
        </w:rPr>
        <w:t>3:51  jab rasool Allah sallay alaihi wasallam ne kaha ke haza ma sala alaihi muhammad rasool Allah to unhon ne eteraz kar diya. unhon ne kaha ke likhein haza ma sala alaihi muhammad rasool Allah to aap ne</w:t>
      </w:r>
      <w:r>
        <w:br/>
      </w:r>
      <w:r>
        <w:rPr>
          <w:sz w:val="20"/>
        </w:rPr>
        <w:t>4:08  yeh nahi kaha ke kaise ho sakta hai. mein to is liye nahi manta. usi waqt</w:t>
      </w:r>
      <w:r>
        <w:br/>
      </w:r>
      <w:r>
        <w:rPr>
          <w:sz w:val="20"/>
        </w:rPr>
        <w:t>4:18  pehle second aap ne kaha ke likho ayha alladhi ukhtum?</w:t>
      </w:r>
      <w:r>
        <w:br/>
      </w:r>
      <w:r>
        <w:rPr>
          <w:sz w:val="20"/>
        </w:rPr>
        <w:t>4:27  haza ma sala alaihi muhammad abdullah</w:t>
      </w:r>
      <w:r>
        <w:br/>
      </w:r>
      <w:r>
        <w:rPr>
          <w:sz w:val="20"/>
        </w:rPr>
        <w:t>4:43  phir sare sahaba ki jamaat taqreeban sab ki sab is par</w:t>
      </w:r>
      <w:r>
        <w:br/>
      </w:r>
      <w:r>
        <w:rPr>
          <w:sz w:val="20"/>
        </w:rPr>
        <w:t>4:55  ghusa ho gayi ke kaise ho sakta hai.</w:t>
      </w:r>
      <w:r>
        <w:br/>
      </w:r>
      <w:r>
        <w:rPr>
          <w:sz w:val="20"/>
        </w:rPr>
        <w:t>5:02  lekin phir usi par likha gaya.</w:t>
      </w:r>
      <w:r>
        <w:br/>
      </w:r>
      <w:r>
        <w:rPr>
          <w:sz w:val="20"/>
        </w:rPr>
        <w:t>5:06  rasool Allah sallay alaihi wasallam ahista ahista wapas aa gaye. to rastay mein quran ki ayat utri inna fatahna laka fatan mubeena</w:t>
      </w:r>
      <w:r>
        <w:br/>
      </w:r>
      <w:r>
        <w:rPr>
          <w:sz w:val="20"/>
        </w:rPr>
        <w:t>5:21  aur yeh waqea ki tareekh ne sabit kiya. tareekh ne sabit kiya ke yeh muahida aap ke liye fateh ki buniyad banay ga.</w:t>
      </w:r>
      <w:r>
        <w:br/>
      </w:r>
      <w:r>
        <w:rPr>
          <w:sz w:val="20"/>
        </w:rPr>
        <w:t>5:36  kaise ajeeb baat hai!</w:t>
      </w:r>
      <w:r>
        <w:br/>
      </w:r>
      <w:r>
        <w:rPr>
          <w:sz w:val="20"/>
        </w:rPr>
        <w:t>5:41  shikast ka muahida fateh ki buniyad ban gaya.</w:t>
      </w:r>
    </w:p>
    <w:p>
      <w:pPr>
        <w:pStyle w:val="Heading2"/>
      </w:pPr>
      <w:r>
        <w:t>Technology illustrates believer's instant change of direction</w:t>
      </w:r>
    </w:p>
    <w:p>
      <w:r>
        <w:rPr>
          <w:color w:val="666666"/>
          <w:sz w:val="18"/>
        </w:rPr>
        <w:t>Q&amp;A 11 Mar 2012 Maulana Wahiduddin Khan · 5m 17s · at 23:23 · https://youtu.be/8_-rLeTGm0o?t=1403</w:t>
      </w:r>
    </w:p>
    <w:p>
      <w:r>
        <w:rPr>
          <w:i/>
        </w:rPr>
        <w:t>“Ek waqt main gaya, Ghalib Ahmedabad ka waqeya hai”</w:t>
      </w:r>
    </w:p>
    <w:p>
      <w:r>
        <w:rPr>
          <w:sz w:val="20"/>
        </w:rPr>
        <w:t>23:23  to kahin muthra tha kisi hotel mein. to ek sahab mujhe aakar apne yahan le gaye ki maine ek factory lagai hai, chaliye usmein dua kar dijiye. to khair, mujhe le gaye. maine dekha wahan to ek nai machine mangai thi unhone.</w:t>
      </w:r>
      <w:r>
        <w:br/>
      </w:r>
      <w:r>
        <w:rPr>
          <w:sz w:val="20"/>
        </w:rPr>
        <w:t>23:41  yeh qissa maine likha tha aljamiya mein. us us zamane mein aljamiya nikala karta tha. research se pehle ki baat hai ye. to</w:t>
      </w:r>
      <w:r>
        <w:br/>
      </w:r>
      <w:r>
        <w:rPr>
          <w:sz w:val="20"/>
        </w:rPr>
        <w:t>23:53  research nikala hai humne 1976 mein. isse pehle ki baat hai ye. to unhone kaha ki dekhiye, hamari ek nai machine mangai hai. to usko unhone ek demonstrate diya. ek switch dabai unhone. to jo flying wheel hota hai, wo flying wheel tezi se chalne laga. within second usne moment le liya.</w:t>
      </w:r>
      <w:r>
        <w:br/>
      </w:r>
      <w:r>
        <w:rPr>
          <w:sz w:val="20"/>
        </w:rPr>
        <w:t>24:14  to phir unhone kaha ki dekhiye, ab main doosra switch dabata hoon. jo jo doosra switch dabaya unhone, within second direction badal diya. usne idhar idhar chalne laga. within second. to usko dekhkar maine kaha ki dekhiye,</w:t>
      </w:r>
      <w:r>
        <w:br/>
      </w:r>
      <w:r>
        <w:rPr>
          <w:sz w:val="20"/>
        </w:rPr>
        <w:t>24:32  yaani ismein bahut badi imani gaza hai. ismein deen ki gaza hai. ismein wo kya hai ki allah se darne wala ya ya allah par faith rakhne wala jo hai, within second apne ko badalne par qadir hota hai.</w:t>
      </w:r>
      <w:r>
        <w:br/>
      </w:r>
      <w:r>
        <w:rPr>
          <w:sz w:val="20"/>
        </w:rPr>
        <w:t>24:49  jaise aapko gussa aa gaya, to usi waqt aapka gussa thanda kar deta hai. allah ki yaad aa jaye aapko. jaise misal ke taur par hazrat umar jab khalifa the,</w:t>
      </w:r>
      <w:r>
        <w:br/>
      </w:r>
      <w:r>
        <w:rPr>
          <w:sz w:val="20"/>
        </w:rPr>
        <w:t>25:03  to apne khalif khilafat ke usmein baithe hue the.</w:t>
      </w:r>
      <w:r>
        <w:br/>
      </w:r>
      <w:r>
        <w:rPr>
          <w:sz w:val="20"/>
        </w:rPr>
        <w:t>25:08  aur khilafat ki seat par ek aadmi aata hai. wo ek bahut hi gustakhi ki baat karta hai ki umar to humko kuch dete nahi hain, to insaaf bhi nahi karte, kuch dete bhi humko. zahir hai ki</w:t>
      </w:r>
      <w:r>
        <w:br/>
      </w:r>
      <w:r>
        <w:rPr>
          <w:sz w:val="20"/>
        </w:rPr>
        <w:t>25:27  yaani khalifa jo apni seat par baitha hua ho, usse aap aisa kahein ki tumko tum na humko na to justice de rahe ho, na humein kuch maash faida tumse mil raha hai. humein to hazrat umar ko gussa aa gaya. uthe wo usko marne ke liye.</w:t>
      </w:r>
      <w:r>
        <w:br/>
      </w:r>
      <w:r>
        <w:rPr>
          <w:sz w:val="20"/>
        </w:rPr>
        <w:t>25:47  to wahan par ek ek sahabi baithe hue the, galib abdullah ibne abbas. to unhone</w:t>
      </w:r>
      <w:r>
        <w:br/>
      </w:r>
      <w:r>
        <w:rPr>
          <w:sz w:val="20"/>
        </w:rPr>
        <w:t>25:56  ek ayat padh di.</w:t>
      </w:r>
      <w:r>
        <w:br/>
      </w:r>
      <w:r>
        <w:rPr>
          <w:sz w:val="20"/>
        </w:rPr>
        <w:t>26:01  ek ayat padh di unhone. warid al jahilin, nadan se avoid karo, nadan ki baat par avoid karo. to wo kehte hain ki within second unka gussa khatam ho gaya. phir wo kehte hain, "kaan wa kafir in the kitab allah." allah ki kitab par bahut achha jaane wale the. wo</w:t>
      </w:r>
      <w:r>
        <w:br/>
      </w:r>
      <w:r>
        <w:rPr>
          <w:sz w:val="20"/>
        </w:rPr>
        <w:t>26:23  kya, abhi gussa hua, abhi maafi ho gaya.</w:t>
      </w:r>
      <w:r>
        <w:br/>
      </w:r>
      <w:r>
        <w:rPr>
          <w:sz w:val="20"/>
        </w:rPr>
        <w:t>26:28  to maine kaha ki yeh jo yeh jo flying wheel jo aapne chalaye, ek switch se idhar chalne laga, doosri switch se idhar chalne laga. to momin woh hai jo apne direction ko within second change kar sake. allah se apna talluq uska ho, akhirat ka apna ehsaas uska ho, jannat uska ida concern bani hui ho</w:t>
      </w:r>
      <w:r>
        <w:br/>
      </w:r>
      <w:r>
        <w:rPr>
          <w:sz w:val="20"/>
        </w:rPr>
        <w:t>26:49  ki ek second mein wo agar uski soch agar derail ho rahi thi, to foran track par aa jaye. wo to wo wahan bhi dindari hai. to technology alag hai, deen alag hai. yeh koi yeh sahi soch nahi hai. wo</w:t>
      </w:r>
      <w:r>
        <w:br/>
      </w:r>
      <w:r>
        <w:rPr>
          <w:sz w:val="20"/>
        </w:rPr>
        <w:t>27:07  asli cheez hai ki aap ab ek train mind aapko chahiye, prepared mind, jo har jagah food le sake. aisi cheez hai intellectual food lena, spiritual food lena. wo hai deen. deen koi aasani hai ki koi masjid mein jaye, to wo deen hai. bahar aaiye, deen nahi hai.</w:t>
      </w:r>
      <w:r>
        <w:br/>
      </w:r>
      <w:r>
        <w:rPr>
          <w:sz w:val="20"/>
        </w:rPr>
        <w:t>27:28  jaise main wahan ek baar rome gaya, to wo jo darwaze hote hain, jo jo apne aap khul jate hain, wahan pahunchne se pehli baar maine dekha tha. wahan rome ke airport par to wo wife bhi lounge mein le ja rahe the mujhko. to bar bar kai darwaze pade.</w:t>
      </w:r>
      <w:r>
        <w:br/>
      </w:r>
      <w:r>
        <w:rPr>
          <w:sz w:val="20"/>
        </w:rPr>
        <w:t>27:47  to jaise wahan pahunchta tha, to apne aap khul jata tha. to achanak main usko dekhkar ajeeb meri qift hui ki khudaya, main jab akhirat mein pahunchunga, to mere paas koi kuch nahi hoga. wahan bhi aise hi ho ki mere liye darwaze khulte chale jayein</w:t>
      </w:r>
      <w:r>
        <w:br/>
      </w:r>
      <w:r>
        <w:rPr>
          <w:sz w:val="20"/>
        </w:rPr>
        <w:t>28:04  aur main pahunch jaoon jannat ke gate par. to wahan bhi ek wo bhi ek tajurba ban gaya. to mere liye mujhe to rozana har subah sham tajurba hote rehte hain. isi qadam ke to baharhal khulasa yeh hai ki</w:t>
      </w:r>
      <w:r>
        <w:br/>
      </w:r>
      <w:r>
        <w:rPr>
          <w:sz w:val="20"/>
        </w:rPr>
        <w:t>28:21  dindari naam hai ek way of thinking ka. wo of thinking aap develop karein aadmi. to chahe aap kahin bhi ho, wahan aapko food milega, reges food, spiritual food. yahi hai dindari.</w:t>
      </w:r>
    </w:p>
    <w:p>
      <w:pPr>
        <w:pStyle w:val="Heading2"/>
      </w:pPr>
      <w:r>
        <w:t>Don't hide flaws use diary for self criticism</w:t>
      </w:r>
    </w:p>
    <w:p>
      <w:r>
        <w:rPr>
          <w:color w:val="666666"/>
          <w:sz w:val="18"/>
        </w:rPr>
        <w:t>Tazkiyah and Self Criticism April 13, 2020 Maulana Wahiduddin Khan · 3m 34s · at 20:09 · https://youtu.be/D4pMJtT4vDg?t=1209</w:t>
      </w:r>
    </w:p>
    <w:p>
      <w:r>
        <w:rPr>
          <w:i/>
        </w:rPr>
        <w:t>“Apni skoot nahi karna”</w:t>
      </w:r>
    </w:p>
    <w:p>
      <w:r>
        <w:rPr>
          <w:sz w:val="20"/>
        </w:rPr>
        <w:t>20:09  apni scot nahi karna. apni scot nahi. log karte hain doosron ki scot nahi.</w:t>
      </w:r>
      <w:r>
        <w:br/>
      </w:r>
      <w:r>
        <w:rPr>
          <w:sz w:val="20"/>
        </w:rPr>
        <w:t>20:18  lekin jo aadmi chahta ho apne ko</w:t>
      </w:r>
      <w:r>
        <w:br/>
      </w:r>
      <w:r>
        <w:rPr>
          <w:sz w:val="20"/>
        </w:rPr>
        <w:t>20:24  madah kar sakte banana, madah kar to us ko aag dalni pare gi apni scot mein. My habit, by the grace of Allah, is this</w:t>
      </w:r>
      <w:r>
        <w:br/>
      </w:r>
      <w:r>
        <w:rPr>
          <w:sz w:val="20"/>
        </w:rPr>
        <w:t>20:35  ke main doosron ki ghalti dhoondta hi nahi. apni</w:t>
      </w:r>
      <w:r>
        <w:br/>
      </w:r>
      <w:r>
        <w:rPr>
          <w:sz w:val="20"/>
        </w:rPr>
        <w:t>20:41  ghalti dhoondta hoon.</w:t>
      </w:r>
      <w:r>
        <w:br/>
      </w:r>
      <w:r>
        <w:rPr>
          <w:sz w:val="20"/>
        </w:rPr>
        <w:t>20:45  main doosron ki ghalti ko sochta bhi nahi. main</w:t>
      </w:r>
      <w:r>
        <w:br/>
      </w:r>
      <w:r>
        <w:rPr>
          <w:sz w:val="20"/>
        </w:rPr>
        <w:t>20:52  apni ghalti ko sochta hoon. yeh meri aadat hai. yeh aadat daliye ya asal mein us ko us ko apni habit mein shamil kijiye.</w:t>
      </w:r>
      <w:r>
        <w:br/>
      </w:r>
      <w:r>
        <w:rPr>
          <w:sz w:val="20"/>
        </w:rPr>
        <w:t>21:11  main ne main ne naujawani ki umar se yeh kiya ke main ne aik aik diary banai. diary.</w:t>
      </w:r>
      <w:r>
        <w:br/>
      </w:r>
      <w:r>
        <w:rPr>
          <w:sz w:val="20"/>
        </w:rPr>
        <w:t>21:22  is diary ko</w:t>
      </w:r>
      <w:r>
        <w:br/>
      </w:r>
      <w:r>
        <w:rPr>
          <w:sz w:val="20"/>
        </w:rPr>
        <w:t>21:27  main ne apni ghalti likhne ka zariya banaya.</w:t>
      </w:r>
      <w:r>
        <w:br/>
      </w:r>
      <w:r>
        <w:rPr>
          <w:sz w:val="20"/>
        </w:rPr>
        <w:t>21:34  asal mein main ne aik qissa parha tha France ke badshah ka. to aap jante honge ke</w:t>
      </w:r>
      <w:r>
        <w:br/>
      </w:r>
      <w:r>
        <w:rPr>
          <w:sz w:val="20"/>
        </w:rPr>
        <w:t>21:45  diary likhne ke mizaj European logon mein bohat bohat hai. diary maintain karna. to France ka aik badshah tha, woh har din kuch likhta tha.</w:t>
      </w:r>
      <w:r>
        <w:br/>
      </w:r>
      <w:r>
        <w:rPr>
          <w:sz w:val="20"/>
        </w:rPr>
        <w:t>21:59  har din.</w:t>
      </w:r>
      <w:r>
        <w:br/>
      </w:r>
      <w:r>
        <w:rPr>
          <w:sz w:val="20"/>
        </w:rPr>
        <w:t>22:04  to aik woh uska zyada tar jo hota tha, woh shikar karta tha. woh</w:t>
      </w:r>
      <w:r>
        <w:br/>
      </w:r>
      <w:r>
        <w:rPr>
          <w:sz w:val="20"/>
        </w:rPr>
        <w:t>22:14  to har din woh us ne kiya shikar kiya, woh likhta tha. to aik din aisa hua</w:t>
      </w:r>
      <w:r>
        <w:br/>
      </w:r>
      <w:r>
        <w:rPr>
          <w:sz w:val="20"/>
        </w:rPr>
        <w:t>22:21  ke woh</w:t>
      </w:r>
      <w:r>
        <w:br/>
      </w:r>
      <w:r>
        <w:rPr>
          <w:sz w:val="20"/>
        </w:rPr>
        <w:t>22:26  shikar ke liye gaya jangl mein.</w:t>
      </w:r>
      <w:r>
        <w:br/>
      </w:r>
      <w:r>
        <w:rPr>
          <w:sz w:val="20"/>
        </w:rPr>
        <w:t>22:32  qadeem zamane mein yeh sab ate the logon mein. to aik din woh badshah, us zamane mein shikar hota tha zyada tar</w:t>
      </w:r>
      <w:r>
        <w:br/>
      </w:r>
      <w:r>
        <w:rPr>
          <w:sz w:val="20"/>
        </w:rPr>
        <w:t>22:47  teer kaman se. zyada tar teer kaman se. to aik din aisa hua ke jab badshah loota to us ke paas likhne ke liye kuch nahi tha.</w:t>
      </w:r>
      <w:r>
        <w:br/>
      </w:r>
      <w:r>
        <w:rPr>
          <w:sz w:val="20"/>
        </w:rPr>
        <w:t>23:05  kyun nahi? aaj yeh shikar kiya, aaj main ne aisa kiya, aaj main ne usay kiya. yani koi yaft wali baat nahi thi.</w:t>
      </w:r>
      <w:r>
        <w:br/>
      </w:r>
      <w:r>
        <w:rPr>
          <w:sz w:val="20"/>
        </w:rPr>
        <w:t>23:16  to main isi din, us us badshah ne abhi us din ki diary mein likha: Nothing. Nothing.</w:t>
      </w:r>
      <w:r>
        <w:br/>
      </w:r>
      <w:r>
        <w:rPr>
          <w:sz w:val="20"/>
        </w:rPr>
        <w:t>23:27  is se main ne us ka aadat bana liya apni ke apni Nothing ko jano.</w:t>
      </w:r>
      <w:r>
        <w:br/>
      </w:r>
      <w:r>
        <w:rPr>
          <w:sz w:val="20"/>
        </w:rPr>
        <w:t>23:34  apni Nothing ko jano.</w:t>
      </w:r>
    </w:p>
    <w:p>
      <w:pPr>
        <w:pStyle w:val="Heading2"/>
      </w:pPr>
      <w:r>
        <w:t>Reframe anger as a chance for greater reward</w:t>
      </w:r>
    </w:p>
    <w:p>
      <w:r>
        <w:rPr>
          <w:color w:val="666666"/>
          <w:sz w:val="18"/>
        </w:rPr>
        <w:t>Islam in Daily Life December 26, 2010 · 1m 08s · at 1:35:11 · https://youtu.be/H0VYpUX3q3Q?t=5711</w:t>
      </w:r>
    </w:p>
    <w:p>
      <w:r>
        <w:rPr>
          <w:i/>
        </w:rPr>
        <w:t>“Har aise mauqe par mujhe Quran ki ek aayat yaad aati hai”</w:t>
      </w:r>
    </w:p>
    <w:p>
      <w:r>
        <w:rPr>
          <w:sz w:val="20"/>
        </w:rPr>
        <w:t>1:35:11  "Innama yuwaffa as sabiroona ajrahum bighayri hisab."</w:t>
      </w:r>
      <w:r>
        <w:br/>
      </w:r>
      <w:r>
        <w:rPr>
          <w:sz w:val="20"/>
        </w:rPr>
        <w:t>1:35:17  yani is mein hai ke patience jo hai aisi cheez hai jis per sab say ziyada sawab milega. patience per sab say ziyada sawab milega.</w:t>
      </w:r>
      <w:r>
        <w:br/>
      </w:r>
      <w:r>
        <w:rPr>
          <w:sz w:val="20"/>
        </w:rPr>
        <w:t>1:35:27  jab koi aisa mamla aata hai ke mein impatient ho jata hoon. mujhe ghussa aata hai. to us waqt mein sochta hoon ke yeh to woh moqa aa gaya jab ke mein ziyada bara sawab hasil karoon.</w:t>
      </w:r>
      <w:r>
        <w:br/>
      </w:r>
      <w:r>
        <w:rPr>
          <w:sz w:val="20"/>
        </w:rPr>
        <w:t>1:35:38  ya baray sawab ki azan de di gayi.</w:t>
      </w:r>
      <w:r>
        <w:br/>
      </w:r>
      <w:r>
        <w:rPr>
          <w:sz w:val="20"/>
        </w:rPr>
        <w:t>1:35:43  yeh cheez mujhe pacify kar deti hai.</w:t>
      </w:r>
      <w:r>
        <w:br/>
      </w:r>
      <w:r>
        <w:rPr>
          <w:sz w:val="20"/>
        </w:rPr>
        <w:t>1:35:47  yani is waqayay ko, kisi ki baat mujhe buri lagi. kisi ke khilaaf mujhe ghussa aa gaya. ke mein impatient ho gaya. us ko mein is sense mein leta hoon.</w:t>
      </w:r>
      <w:r>
        <w:br/>
      </w:r>
      <w:r>
        <w:rPr>
          <w:sz w:val="20"/>
        </w:rPr>
        <w:t>1:35:57  ke yeh hi to woh moqa hai jab mein sabr ka saboot doon. patience ka saboot doon. aur phir Allah ka reward mujhe mile.</w:t>
      </w:r>
      <w:r>
        <w:br/>
      </w:r>
      <w:r>
        <w:rPr>
          <w:sz w:val="20"/>
        </w:rPr>
        <w:t>1:36:07  to yeh hi aik cheez hai ke is waqt yeh sochiye. quran ki us ayat ko le kar ke. ke ab to waqt aa gaya bara reward lene ka.</w:t>
      </w:r>
    </w:p>
    <w:p>
      <w:pPr>
        <w:pStyle w:val="Heading2"/>
      </w:pPr>
      <w:r>
        <w:t>Prophet got angry but controlled it</w:t>
      </w:r>
    </w:p>
    <w:p>
      <w:r>
        <w:rPr>
          <w:color w:val="666666"/>
          <w:sz w:val="18"/>
        </w:rPr>
        <w:t>Prophetic Guidance (Prophetic Wisdom) November 22, 2006 Maulana Wahiduddin Khan · 33s · at 4:19 · https://youtu.be/N3E-JrkTlYI?t=259</w:t>
      </w:r>
    </w:p>
    <w:p>
      <w:r>
        <w:rPr>
          <w:i/>
        </w:rPr>
        <w:t>“Rasool Allah bhi gussa aate thay, farq yeh ke woh control karte thay.”</w:t>
      </w:r>
    </w:p>
    <w:p>
      <w:r>
        <w:rPr>
          <w:sz w:val="20"/>
        </w:rPr>
        <w:t>4:19  yeh bhi jhooti baat hai. hamare liye to rasool Allah ko bhi ghussa aata tha. farq kya hai? aap apne ghusse ko control karte the.</w:t>
      </w:r>
      <w:r>
        <w:br/>
      </w:r>
      <w:r>
        <w:rPr>
          <w:sz w:val="20"/>
        </w:rPr>
        <w:t>4:30  hum apne ghusse ko doosre ke upar odhel dete hain.</w:t>
      </w:r>
      <w:r>
        <w:br/>
      </w:r>
      <w:r>
        <w:rPr>
          <w:sz w:val="20"/>
        </w:rPr>
        <w:t>4:36  to jab us ne aane mein der ki to aap ko ghussa aa gaya.</w:t>
      </w:r>
      <w:r>
        <w:br/>
      </w:r>
      <w:r>
        <w:rPr>
          <w:sz w:val="20"/>
        </w:rPr>
        <w:t>4:44  aap ne farmaya kya? lola khashiyat al qawd la waja'atuka bi hadh al siwak.</w:t>
      </w:r>
    </w:p>
    <w:p>
      <w:pPr>
        <w:pStyle w:val="Heading2"/>
      </w:pPr>
      <w:r>
        <w:t>Maulana's anger at principle violation</w:t>
      </w:r>
    </w:p>
    <w:p>
      <w:r>
        <w:rPr>
          <w:color w:val="666666"/>
          <w:sz w:val="18"/>
        </w:rPr>
        <w:t>Understanding Islam (In Conversation with Maulana) June 20, 2010 Maulana Wahidudidn Khan · 35s · at 3:03 · https://youtu.be/7UylaPL-iO8?t=183</w:t>
      </w:r>
    </w:p>
    <w:p>
      <w:r>
        <w:rPr>
          <w:i/>
        </w:rPr>
        <w:t>“Mujhe ghusa aata hai jab aadmi principal ke khilaf kare”</w:t>
      </w:r>
    </w:p>
    <w:p>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p>
    <w:p>
      <w:pPr>
        <w:pStyle w:val="Heading2"/>
      </w:pPr>
      <w:r>
        <w:t>From room partition to a greater door</w:t>
      </w:r>
    </w:p>
    <w:p>
      <w:r>
        <w:rPr>
          <w:color w:val="666666"/>
          <w:sz w:val="18"/>
        </w:rPr>
        <w:t>Interaction with umries 25 july, 2019 - Maulana Wahiduddin Khan · 5m 50s · at 3:21 · https://youtu.be/MjQYVF1PwhM?t=201</w:t>
      </w:r>
    </w:p>
    <w:p>
      <w:r>
        <w:rPr>
          <w:i/>
        </w:rPr>
        <w:t>“Mein teen saal mein Lucknow mein raha hoon”</w:t>
      </w:r>
    </w:p>
    <w:p>
      <w:r>
        <w:rPr>
          <w:sz w:val="20"/>
        </w:rPr>
        <w:t>3:21  mein teen saal mein lucknow mein raha hoon. teen saal.</w:t>
      </w:r>
      <w:r>
        <w:br/>
      </w:r>
      <w:r>
        <w:rPr>
          <w:sz w:val="20"/>
        </w:rPr>
        <w:t>3:31  to wahan par</w:t>
      </w:r>
      <w:r>
        <w:br/>
      </w:r>
      <w:r>
        <w:rPr>
          <w:sz w:val="20"/>
        </w:rPr>
        <w:t>3:36  aik mashhoor idaray mein mujh ko liya gaya tha.</w:t>
      </w:r>
      <w:r>
        <w:br/>
      </w:r>
      <w:r>
        <w:rPr>
          <w:sz w:val="20"/>
        </w:rPr>
        <w:t>3:47  to is mein rehta tha mein. to wahan par mujhe aik kamra diya gaya tha. woh kamra kafi bara tha, yani taqreeban itna hi bara jis mein aap baithe hue hain.</w:t>
      </w:r>
      <w:r>
        <w:br/>
      </w:r>
      <w:r>
        <w:rPr>
          <w:sz w:val="20"/>
        </w:rPr>
        <w:t>4:02  to kisi wajah se is idaray ke log mujh se ghussa ho gaye.</w:t>
      </w:r>
      <w:r>
        <w:br/>
      </w:r>
      <w:r>
        <w:rPr>
          <w:sz w:val="20"/>
        </w:rPr>
        <w:t>4:13  mujh se to sabhi log ghussa ho jatay hain kyunke mein be-darakht bolta hoon.</w:t>
      </w:r>
      <w:r>
        <w:br/>
      </w:r>
      <w:r>
        <w:rPr>
          <w:sz w:val="20"/>
        </w:rPr>
        <w:t>4:21  to ghussa ho gaye.</w:t>
      </w:r>
      <w:r>
        <w:br/>
      </w:r>
      <w:r>
        <w:rPr>
          <w:sz w:val="20"/>
        </w:rPr>
        <w:t>4:26  to unhon ne chaha ke mujhe</w:t>
      </w:r>
      <w:r>
        <w:br/>
      </w:r>
      <w:r>
        <w:rPr>
          <w:sz w:val="20"/>
        </w:rPr>
        <w:t>4:31  koi</w:t>
      </w:r>
      <w:r>
        <w:br/>
      </w:r>
      <w:r>
        <w:rPr>
          <w:sz w:val="20"/>
        </w:rPr>
        <w:t>4:37  mere khilaf kuch karna chahe, shayad, shayad. to kya hua ke yeh kamra jo hai aap jahan baithe hain, aap taqreeban itna hi bara kamra tha aur jis tarah yahan par idhar to darwaza hai, idhar darwaza hai, idhar wahan bhi tha.</w:t>
      </w:r>
      <w:r>
        <w:br/>
      </w:r>
      <w:r>
        <w:rPr>
          <w:sz w:val="20"/>
        </w:rPr>
        <w:t>4:57  to aik darwazay ki taraf mein baitha karta tha, kursi base par.</w:t>
      </w:r>
      <w:r>
        <w:br/>
      </w:r>
      <w:r>
        <w:rPr>
          <w:sz w:val="20"/>
        </w:rPr>
        <w:t>5:05  kursi base par. to aik din kya hua ke mein apni kursi mez par baitha hua kuch kar raha tha to achaanak peechay ki taraf se khat-khat ki awaz aayi.</w:t>
      </w:r>
      <w:r>
        <w:br/>
      </w:r>
      <w:r>
        <w:rPr>
          <w:sz w:val="20"/>
        </w:rPr>
        <w:t>5:23  khat-khat ki awaz. to peechay mein ne dekha to wahan par kya tha ke kuch mazdoor aur aik idaray ke aik zimmedar aadmi khare thay,</w:t>
      </w:r>
      <w:r>
        <w:br/>
      </w:r>
      <w:r>
        <w:rPr>
          <w:sz w:val="20"/>
        </w:rPr>
        <w:t>5:41  woh mazdoor se deewar todwa, tod, todwa rahe thay. is liye darwaza nahi hai, yeh todi ja rahi thi. nahi, darwaza haan nahi, teri nahi, woh darwaza band karne us par aik darwaza tha,</w:t>
      </w:r>
      <w:r>
        <w:br/>
      </w:r>
      <w:r>
        <w:rPr>
          <w:sz w:val="20"/>
        </w:rPr>
        <w:t>5:59  us ko band karne ke liye kaam kar rahe thay. woh mujh se kaha nahi tha unhon ne ke kya karne walay hain, pehle us waqt. to mein aik zabaan se dekh ke phir apni jagah baith gaya,</w:t>
      </w:r>
      <w:r>
        <w:br/>
      </w:r>
      <w:r>
        <w:rPr>
          <w:sz w:val="20"/>
        </w:rPr>
        <w:t>6:16  baith gaya. aur unhon ne kya kiya ke peechay ki taraf aik darwaza laga hua tha, us ko tod kar ke woh darwaza ko band kar diya.</w:t>
      </w:r>
      <w:r>
        <w:br/>
      </w:r>
      <w:r>
        <w:rPr>
          <w:sz w:val="20"/>
        </w:rPr>
        <w:t>6:32  haan, yahan nahi band kiya, ab yaad aaya, beech mein partition kar diya. haan, partition kar diya unhon ne. dakhil hue peechay se aur yahan partition, yani partition ki maani hai ke mera kamra adha kar diya hai.</w:t>
      </w:r>
      <w:r>
        <w:br/>
      </w:r>
      <w:r>
        <w:rPr>
          <w:sz w:val="20"/>
        </w:rPr>
        <w:t>6:51  mera kamra adha kar diya hai. eent un ke paas thi aur gaara un ke paas tha. to woh aisay hi kamra jo tha, peechay se dakhil hue, mujh se bataye baghair, aur wahan par aik deewar khari kar di.</w:t>
      </w:r>
      <w:r>
        <w:br/>
      </w:r>
      <w:r>
        <w:rPr>
          <w:sz w:val="20"/>
        </w:rPr>
        <w:t>7:06  partition, mera kamra adha kar diya. mein chup chap dekhta raha, dekhta kya, apna kaam karta raha.</w:t>
      </w:r>
      <w:r>
        <w:br/>
      </w:r>
      <w:r>
        <w:rPr>
          <w:sz w:val="20"/>
        </w:rPr>
        <w:t>7:18  woh partition kar ke chalay gaye,</w:t>
      </w:r>
      <w:r>
        <w:br/>
      </w:r>
      <w:r>
        <w:rPr>
          <w:sz w:val="20"/>
        </w:rPr>
        <w:t>7:23  chalay gaye. acha, wahan par jo talaba raha karte thay, us mein se jo aisay talaba jo zaheen thay, kuch nai soch un ke andar thi, woh mere paas aya karte thay.</w:t>
      </w:r>
      <w:r>
        <w:br/>
      </w:r>
      <w:r>
        <w:rPr>
          <w:sz w:val="20"/>
        </w:rPr>
        <w:t>7:42  to yeh khabar bohat jald poore idaray mein phail gayi. to shaam ke woh jo talaba mere paas aya karte thay, woh shaam ko aaye aur bohat hi ghamgeen, bohat hi sad.</w:t>
      </w:r>
      <w:r>
        <w:br/>
      </w:r>
      <w:r>
        <w:rPr>
          <w:sz w:val="20"/>
        </w:rPr>
        <w:t>8:02  to mein ne kaha ke bhai kya baat hai, aap log bohat ghamgeen nazar atay hain.</w:t>
      </w:r>
      <w:r>
        <w:br/>
      </w:r>
      <w:r>
        <w:rPr>
          <w:sz w:val="20"/>
        </w:rPr>
        <w:t>8:09  to bohat baar, kai baar poochne ke baad unhon ne kaha ke dekhiye ji, yeh kya kiya, unhon ne partition kar diya aap kamre ka.</w:t>
      </w:r>
      <w:r>
        <w:br/>
      </w:r>
      <w:r>
        <w:rPr>
          <w:sz w:val="20"/>
        </w:rPr>
        <w:t>8:22  to bohat itminaan se maine jawab diya tha, yeh sab likha hua hai meri diary mein, bohat itminaan se.</w:t>
      </w:r>
      <w:r>
        <w:br/>
      </w:r>
      <w:r>
        <w:rPr>
          <w:sz w:val="20"/>
        </w:rPr>
        <w:t>8:32  koi gham nahi, koi ghussa nahi, koi ghussa nahi.</w:t>
      </w:r>
      <w:r>
        <w:br/>
      </w:r>
      <w:r>
        <w:rPr>
          <w:sz w:val="20"/>
        </w:rPr>
        <w:t>8:41  to jo lafz meri zubaan se nikla, woh taqreeban yeh tha ke yeh log mere liye</w:t>
      </w:r>
      <w:r>
        <w:br/>
      </w:r>
      <w:r>
        <w:rPr>
          <w:sz w:val="20"/>
        </w:rPr>
        <w:t>8:53  is karble ka darwaza band kar rahe hain taake zyada bada darwaza mere liye khola jaye.</w:t>
      </w:r>
      <w:r>
        <w:br/>
      </w:r>
      <w:r>
        <w:rPr>
          <w:sz w:val="20"/>
        </w:rPr>
        <w:t>9:04  yaani Allah rab ul alameen mere liye zyada bada darwaza khole.</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Political hate, shaitan, and true freedom</w:t>
      </w:r>
    </w:p>
    <w:p>
      <w:r>
        <w:rPr>
          <w:color w:val="666666"/>
          <w:sz w:val="18"/>
        </w:rPr>
        <w:t>Dars-e-Quran, Chapter 2 Verse 25 December 03, 2017 · 5m 10s · at 19:14 · https://youtu.be/XdaA0-OrPgg?t=1154</w:t>
      </w:r>
    </w:p>
    <w:p>
      <w:r>
        <w:rPr>
          <w:i/>
        </w:rPr>
        <w:t>“Duniya mein koi party, political party hai”</w:t>
      </w:r>
    </w:p>
    <w:p>
      <w:r>
        <w:rPr>
          <w:sz w:val="20"/>
        </w:rPr>
        <w:t>19:14  dunya mein koi party, political party hai, woh aap ko bura samajhti hai, aap ke khilaf qanoon banati hai۔</w:t>
      </w:r>
      <w:r>
        <w:br/>
      </w:r>
      <w:r>
        <w:rPr>
          <w:sz w:val="20"/>
        </w:rPr>
        <w:t>19:24  is ke bawajood to aap ne is se mohabbat ki۔ghore kijiye, aaj sari dunya mein logon ka haal yeh hai ke political ka partiyon se nafrat karte hain۔</w:t>
      </w:r>
      <w:r>
        <w:br/>
      </w:r>
      <w:r>
        <w:rPr>
          <w:sz w:val="20"/>
        </w:rPr>
        <w:t>19:37  kyun؟ woh samajhte hain ke mere khilaf qanoon nahi banaya is ne, mujhe jo dena chahiye tha woh use diya nahi۔</w:t>
      </w:r>
      <w:r>
        <w:br/>
      </w:r>
      <w:r>
        <w:rPr>
          <w:sz w:val="20"/>
        </w:rPr>
        <w:t>19:48  to political hate dunya mein sab se zyada hai۔aaj ki dunya mein sab se zyada jo cheez hai woh hai political hate۔</w:t>
      </w:r>
      <w:r>
        <w:br/>
      </w:r>
      <w:r>
        <w:rPr>
          <w:sz w:val="20"/>
        </w:rPr>
        <w:t>19:59  aaj ki dunya mein sab se zyada jo cheez hai, sab se zyada woh hai political hate۔yeh sari dunya mein hai،</w:t>
      </w:r>
      <w:r>
        <w:br/>
      </w:r>
      <w:r>
        <w:rPr>
          <w:sz w:val="20"/>
        </w:rPr>
        <w:t>20:09  yeh sari dunya mein۔aaj mein soch raha tha ke shaitan ne kaha tha jab dunya mein, jab dunya bani thi aur Allah taala se uska mukalama hua tha: "la tanukun zuriatahum illa qalila"۔</w:t>
      </w:r>
      <w:r>
        <w:br/>
      </w:r>
      <w:r>
        <w:rPr>
          <w:sz w:val="20"/>
        </w:rPr>
        <w:t>20:25  mein sab ko, mein sab ko nigal jaon ga, thore logon ko chhod kar۔nigalna kya hai؟</w:t>
      </w:r>
      <w:r>
        <w:br/>
      </w:r>
      <w:r>
        <w:rPr>
          <w:sz w:val="20"/>
        </w:rPr>
        <w:t>20:35  apne jaisa banaon ga, apne jaisa bana doon ga۔apne jaisa kya hai؟ shaitan nafrat ka putla hai۔</w:t>
      </w:r>
      <w:r>
        <w:br/>
      </w:r>
      <w:r>
        <w:rPr>
          <w:sz w:val="20"/>
        </w:rPr>
        <w:t>20:45  shaitan sartaapa nafrat hai۔</w:t>
      </w:r>
      <w:r>
        <w:br/>
      </w:r>
      <w:r>
        <w:rPr>
          <w:sz w:val="20"/>
        </w:rPr>
        <w:t>20:50  shaitan ka aaghaz hi nafrat se hua۔insan se nafrat hi is ne ki kyunke insan ko woh cheez de di gayi jo us ko nahi di gayi thi۔to nafrat, nafrat, nafrat۔</w:t>
      </w:r>
      <w:r>
        <w:br/>
      </w:r>
      <w:r>
        <w:rPr>
          <w:sz w:val="20"/>
        </w:rPr>
        <w:t>21:02  to jo aadmi nafrat mein jeeta hai, nafrat ka response deta hai, woh shaitan ke raste par bhai hai۔shaitan ke raste par yani woh gaya apne amal se dikha raha hai ke mujh ko shaitan ne nigal liya hai،</w:t>
      </w:r>
      <w:r>
        <w:br/>
      </w:r>
      <w:r>
        <w:rPr>
          <w:sz w:val="20"/>
        </w:rPr>
        <w:t>21:18  mein nigla hua insan hon۔</w:t>
      </w:r>
      <w:r>
        <w:br/>
      </w:r>
      <w:r>
        <w:rPr>
          <w:sz w:val="20"/>
        </w:rPr>
        <w:t>21:23  jo aadmi nafrat ka response de, nafrat ki boli bole, woh goya apne amal se dikha raha hai ke mujh ko mein ek nigla hua insan hon, mujhe shaitan ne nigal rakha hai،</w:t>
      </w:r>
      <w:r>
        <w:br/>
      </w:r>
      <w:r>
        <w:rPr>
          <w:sz w:val="20"/>
        </w:rPr>
        <w:t>21:38  mujhe sikhaya hai ke nafrat karo۔aur is dunya mein ek nai nafrat paida hui hai, woh hai political hate۔</w:t>
      </w:r>
      <w:r>
        <w:br/>
      </w:r>
      <w:r>
        <w:rPr>
          <w:sz w:val="20"/>
        </w:rPr>
        <w:t>21:51  sari dunya mein</w:t>
      </w:r>
      <w:r>
        <w:br/>
      </w:r>
      <w:r>
        <w:rPr>
          <w:sz w:val="20"/>
        </w:rPr>
        <w:t>21:56  political hate ki waja se aam ho gayi kyunke political hate ke peechay aik justification hota hota hai. shaitan ne aik bohat hi beautiful hate is zamane mein dunya mein phailai hai.</w:t>
      </w:r>
      <w:r>
        <w:br/>
      </w:r>
      <w:r>
        <w:rPr>
          <w:sz w:val="20"/>
        </w:rPr>
        <w:t>22:10  beautiful hate woh yeh hai ke shaitan ne, yeh jo shaitan ne kaha tha ke mein sab ko nigal jaunga, to shaitan bohat hi ziyada intelligent hai, bohat hi ziyada intelligent hai.</w:t>
      </w:r>
      <w:r>
        <w:br/>
      </w:r>
      <w:r>
        <w:rPr>
          <w:sz w:val="20"/>
        </w:rPr>
        <w:t>22:26  shaitan ne read kar ke jana, history ko read kiya hoga, insan ki nature ko read kiya hoga ke Allah taala ne chunke dunya ko banaya hai freedom ke base par,</w:t>
      </w:r>
      <w:r>
        <w:br/>
      </w:r>
      <w:r>
        <w:rPr>
          <w:sz w:val="20"/>
        </w:rPr>
        <w:t>22:42  Allah taala ne dunya mein har aadmi ko freedom di hai, har aadmi ko total freedom, har aadmi ko total freedom.</w:t>
      </w:r>
      <w:r>
        <w:br/>
      </w:r>
      <w:r>
        <w:rPr>
          <w:sz w:val="20"/>
        </w:rPr>
        <w:t>22:53  to kahin na kahin har aadmi ko doosre ki freedom se kuch na kuch takleef pohnche gi. jab har aadmi apna freedom istemal kar raha hai, har aadmi apna freedom istemal kar raha hai, to kahin na kahin aap ko tok lage gi.</w:t>
      </w:r>
      <w:r>
        <w:br/>
      </w:r>
      <w:r>
        <w:rPr>
          <w:sz w:val="20"/>
        </w:rPr>
        <w:t>23:14  jaise America mein kaha jata hai ke jab America mein azadi aayi to aik aadmi bohat khush hua ke aaj mein azaad hoon.</w:t>
      </w:r>
      <w:r>
        <w:br/>
      </w:r>
      <w:r>
        <w:rPr>
          <w:sz w:val="20"/>
        </w:rPr>
        <w:t>23:25  woh ghar se nikla aur apna hath aise aise karta hua nikal raha tha, chal raha tha sarak mein unruly andaaz mein. to kisi koi aadmi doosra chal raha tha road par, us ke us ki nose, us ki nose par us ka hath lag gaya.</w:t>
      </w:r>
      <w:r>
        <w:br/>
      </w:r>
      <w:r>
        <w:rPr>
          <w:sz w:val="20"/>
        </w:rPr>
        <w:t>23:45  to us ne kaha: "why this nonsense nonsense? why you hit my nose? why you hit my nose?" us ne kaha ke aaj mein azaad hoon, jo chahoon karoon.</w:t>
      </w:r>
      <w:r>
        <w:br/>
      </w:r>
      <w:r>
        <w:rPr>
          <w:sz w:val="20"/>
        </w:rPr>
        <w:t>24:00  to us ne kaha ke: "my brother, your freedom ends where my nose begins.</w:t>
      </w:r>
      <w:r>
        <w:br/>
      </w:r>
      <w:r>
        <w:rPr>
          <w:sz w:val="20"/>
        </w:rPr>
        <w:t>24:12  tumhari azadi wahan khatam ho jati hai jahan meri nose shuru hoti hai, jahan meri naak shuru hoti hai." yeh waqia jo hai aik secular waqia hai, secular waqia.</w:t>
      </w:r>
    </w:p>
    <w:p>
      <w:pPr>
        <w:pStyle w:val="Heading2"/>
      </w:pPr>
      <w:r>
        <w:t>Full case for patience: reward, real-life example, no limit</w:t>
      </w:r>
    </w:p>
    <w:p>
      <w:r>
        <w:rPr>
          <w:color w:val="666666"/>
          <w:sz w:val="18"/>
        </w:rPr>
        <w:t>Discovering The Spirit of Ramadan March 16, 2025 · 4m 48s · at 18:30 · https://youtu.be/WrIyg6N7390?t=1110</w:t>
      </w:r>
    </w:p>
    <w:p>
      <w:r>
        <w:rPr>
          <w:i/>
        </w:rPr>
        <w:t>“Bad situations keep coming — we lose our balance”</w:t>
      </w:r>
    </w:p>
    <w:p>
      <w:r>
        <w:rPr>
          <w:sz w:val="20"/>
        </w:rPr>
        <w:t>18:30  apne aap mein sabr ki ek bohat bari koshish hai. to sabr ki ahmiyat kya hai roze ke taalluq se?</w:t>
      </w:r>
      <w:r>
        <w:br/>
      </w:r>
      <w:r>
        <w:rPr>
          <w:sz w:val="20"/>
        </w:rPr>
        <w:t>18:37  kyunke wahi jo takhleeq ke mansoobe ki waja se bar bar nakhushgawar soorat-e-haal aati hain, to hum apna apna woh jo hai tawazun kho dete hain.</w:t>
      </w:r>
      <w:r>
        <w:br/>
      </w:r>
      <w:r>
        <w:rPr>
          <w:sz w:val="20"/>
        </w:rPr>
        <w:t>18:51  humein ghussa aa jata hai aur hum rad-e-amal dena shuru kar dete hain.</w:t>
      </w:r>
      <w:r>
        <w:br/>
      </w:r>
      <w:r>
        <w:rPr>
          <w:sz w:val="20"/>
        </w:rPr>
        <w:t>18:55  to roza jis ko ke sabr ka mahina kaha gaya hai, to yeh humein yaad dilata hai ke jab hum khana peena chhod sakte hain, to yeh to bohat choti baat hai ke kisi ne hum ko bura bhala keh diya, to hum us ko maaf kar dein.</w:t>
      </w:r>
      <w:r>
        <w:br/>
      </w:r>
      <w:r>
        <w:rPr>
          <w:sz w:val="20"/>
        </w:rPr>
        <w:t>19:11  kyunke tamam paighambaron ki jo hamare samne misalein hain, woh maafi karne</w:t>
      </w:r>
      <w:r>
        <w:br/>
      </w:r>
      <w:r>
        <w:rPr>
          <w:sz w:val="20"/>
        </w:rPr>
        <w:t>19:17  ki hain. to humein chahiye ke hum na quran bhi padhein aur tamam paighambaron ki baatein bhi padhein. kyunke is se bhi humein bohat zyada rehnumai milti hai.</w:t>
      </w:r>
      <w:r>
        <w:br/>
      </w:r>
      <w:r>
        <w:rPr>
          <w:sz w:val="20"/>
        </w:rPr>
        <w:t>19:27  aur ek aur baat mein kehna chahungi ke kai baar aisa hota hai ke humein kuch nakhushgawar waqeat hue kisi ki taraf se, to hum us ko bar bar dohrate rehte hain.</w:t>
      </w:r>
      <w:r>
        <w:br/>
      </w:r>
      <w:r>
        <w:rPr>
          <w:sz w:val="20"/>
        </w:rPr>
        <w:t>19:37  to yeh bhi isi ka hissa hai ke hum sabr kar lein aur us ko dohrayein nahin. kyunke dohrane se hamare zehn mein woh taza hota rehta</w:t>
      </w:r>
      <w:r>
        <w:br/>
      </w:r>
      <w:r>
        <w:rPr>
          <w:sz w:val="20"/>
        </w:rPr>
        <w:t>19:45  hai. kuch log hain, zindagi bhar dohrate rehte hain: "filane hamare sath aisa kiya hai". to us ko dohrayein nahin. nahin dohraenge to woh khud ba khud woh bhool jayega.</w:t>
      </w:r>
      <w:r>
        <w:br/>
      </w:r>
      <w:r>
        <w:rPr>
          <w:sz w:val="20"/>
        </w:rPr>
        <w:t>19:54  aur dohrate rahenge to woh hamesha yaad rahega. to is se phir hamari manfi soch jo hai, woh mazeed paida hoti hai.</w:t>
      </w:r>
      <w:r>
        <w:br/>
      </w:r>
      <w:r>
        <w:rPr>
          <w:sz w:val="20"/>
        </w:rPr>
        <w:t>20:03  to yeh jo hai, jo roza jo hai, hamare andar jo sabr ki istidad paida karta hai, sabr ki salahiyat paida karta hai, to is se humein is mein madad milegi.</w:t>
      </w:r>
      <w:r>
        <w:br/>
      </w:r>
      <w:r>
        <w:rPr>
          <w:sz w:val="20"/>
        </w:rPr>
        <w:t>20:14  kyunke is dunya mein dekhiye, hum akele nahin hain. hum ko ek samaj mein rehna padta hai, ek khandan mein rehna padta hai. to hum ko tarah tarah ke waqeat paish aate rehte hain.</w:t>
      </w:r>
      <w:r>
        <w:br/>
      </w:r>
      <w:r>
        <w:rPr>
          <w:sz w:val="20"/>
        </w:rPr>
        <w:t>20:24  to humein sabr karna chahiye. aur sabr bas shuru shuru mein mushkil lagta hai.</w:t>
      </w:r>
      <w:r>
        <w:br/>
      </w:r>
      <w:r>
        <w:rPr>
          <w:sz w:val="20"/>
        </w:rPr>
        <w:t>20:30  baad mein humein bilkul be koshish ke baghair hum sabr kar sakte hain. humein mushkil jo hai, hamari khatm ho jati hai. to sabr sirf khana peena chhodne ki waja se jo humein pareshani hoti hai, isi mein sabr nahin karna hai.</w:t>
      </w:r>
      <w:r>
        <w:br/>
      </w:r>
      <w:r>
        <w:rPr>
          <w:sz w:val="20"/>
        </w:rPr>
        <w:t>20:44  to sabr to ek aam hukum hai. har mamle mein humein sabr karna hai. aur waqti tor par jab hum sabr kar lete hain, to hamare halaat behtar ho jate hain.</w:t>
      </w:r>
      <w:r>
        <w:br/>
      </w:r>
      <w:r>
        <w:rPr>
          <w:sz w:val="20"/>
        </w:rPr>
        <w:t>20:54  lekin agar hum jawab dein to baat bigadti hai.</w:t>
      </w:r>
      <w:r>
        <w:br/>
      </w:r>
      <w:r>
        <w:rPr>
          <w:sz w:val="20"/>
        </w:rPr>
        <w:t>20:57  abhi dekhiye, itna zabardast mamla hua tha jumme ko. log samajh rahe the ke bohat jhagda hoga. kyunke holi aur jumme ki namaz ka waqt takrao ho raha tha.</w:t>
      </w:r>
      <w:r>
        <w:br/>
      </w:r>
      <w:r>
        <w:rPr>
          <w:sz w:val="20"/>
        </w:rPr>
        <w:t>21:09  lekin dekhiye, halaat bohat achhe rahe. aur jhagda waghera nahin hua. musalmanon ne sabr bardasht kiya. aur na doosri taraf se koi aisa mamla paish aaya.</w:t>
      </w:r>
      <w:r>
        <w:br/>
      </w:r>
      <w:r>
        <w:rPr>
          <w:sz w:val="20"/>
        </w:rPr>
        <w:t>21:20  sab achhe tareeqe se, sab halaat ban gaye. aur koi fasad o sud nahin</w:t>
      </w:r>
      <w:r>
        <w:br/>
      </w:r>
      <w:r>
        <w:rPr>
          <w:sz w:val="20"/>
        </w:rPr>
        <w:t>21:25  hua. to sabr karne se na sirf hum apni apni zindagi ko theek karte hain, balkey samaj mein bhi aman qaim hota hai.</w:t>
      </w:r>
      <w:r>
        <w:br/>
      </w:r>
      <w:r>
        <w:rPr>
          <w:sz w:val="20"/>
        </w:rPr>
        <w:t>21:33  to sabr jo hai, bohat zyada zaroori hai. kyunke aisa to kabhi ho nahin sakta ke hamari marzi ke mutabiq sare kaam hon.</w:t>
      </w:r>
      <w:r>
        <w:br/>
      </w:r>
      <w:r>
        <w:rPr>
          <w:sz w:val="20"/>
        </w:rPr>
        <w:t>21:42  kyunke bohat sare log is dunya mein reh rahe hain. sab ki apni apni marzi hoti hai. to sabr se insan jo hai, woh nakhushgawar waqeat ko bardasht kar pata hai.</w:t>
      </w:r>
      <w:r>
        <w:br/>
      </w:r>
      <w:r>
        <w:rPr>
          <w:sz w:val="20"/>
        </w:rPr>
        <w:t>21:55  aur is ke andar musbat soch paida hoti hai. kyunke agar hum bar bar manfi hote rahenge, to hamare andar manfi shakhsiyat paida hogi.</w:t>
      </w:r>
      <w:r>
        <w:br/>
      </w:r>
      <w:r>
        <w:rPr>
          <w:sz w:val="20"/>
        </w:rPr>
        <w:t>22:05  phir hamare andar bohat jald ghussa aayega. aur tarah tarah ki pareshaniyan samne aati hain. bohat se log hain jo bohat zyada ghussa karte</w:t>
      </w:r>
      <w:r>
        <w:br/>
      </w:r>
      <w:r>
        <w:rPr>
          <w:sz w:val="20"/>
        </w:rPr>
        <w:t>22:14  hain. to yeh ghussa, ghussa sab agar hum bohat achhe tareeqe se roza rakhein, is ki rooh ke sath, to hum ko bohat zyada madad milegi ke hamare andar sabr jo hai, ki salahiyat jo hai, paida ho jaye.</w:t>
      </w:r>
      <w:r>
        <w:br/>
      </w:r>
      <w:r>
        <w:rPr>
          <w:sz w:val="20"/>
        </w:rPr>
        <w:t>22:29  aur phir is ke baad hamare liye na sirf is dunya mein apni zindagi guzarne ke liye aasaniyan paida ho jayengi, balkeh is ka jo hai, ajar milega Khuda ke h</w:t>
      </w:r>
      <w:r>
        <w:br/>
      </w:r>
      <w:r>
        <w:rPr>
          <w:sz w:val="20"/>
        </w:rPr>
        <w:t>22:41  aan. sabr ka ajar kaha gaya hai ke be hisab ajar hai. kisi bhi ibadat ke liye yeh nahi kaha gaya hai ke be hisab ajar hai.</w:t>
      </w:r>
      <w:r>
        <w:br/>
      </w:r>
      <w:r>
        <w:rPr>
          <w:sz w:val="20"/>
        </w:rPr>
        <w:t>22:50  ek baar Maulana se kisi ne poocha ke kab tak sabr karen? to Maulana ne kaha: "kabhi aap ne poocha? kaha ke kab tak namaz padhen? kab tak roza rakhen?" to sabr ka to ajar is se bhi zyada hai.</w:t>
      </w:r>
      <w:r>
        <w:br/>
      </w:r>
      <w:r>
        <w:rPr>
          <w:sz w:val="20"/>
        </w:rPr>
        <w:t>23:00  to aap jo hain, sabr kariye. woh to yeh soch ke kariye ke is mein hum ek ibadat ko soch ke kari</w:t>
      </w:r>
      <w:r>
        <w:br/>
      </w:r>
      <w:r>
        <w:rPr>
          <w:sz w:val="20"/>
        </w:rPr>
        <w:t>23:08  ye. to aap kabhi nahi yeh sawal uthayenge ke kab tak sabr karen? bilkul sahi kaha aap ne ke sabr ka be hisab ajar hai.</w:t>
      </w:r>
    </w:p>
    <w:p>
      <w:pPr>
        <w:pStyle w:val="Heading2"/>
      </w:pPr>
      <w:r>
        <w:t>Meaning of Alhamdulillah requires positive heart</w:t>
      </w:r>
    </w:p>
    <w:p>
      <w:r>
        <w:rPr>
          <w:color w:val="666666"/>
          <w:sz w:val="18"/>
        </w:rPr>
        <w:t>The Importance of Tadabbur in Islam I 5 Dec . 2010 - Maulana Wahiduddin Khan · 2m 44s · at 5:39 · https://youtu.be/bkIRUAI3v8M?t=339</w:t>
      </w:r>
    </w:p>
    <w:p>
      <w:r>
        <w:rPr>
          <w:i/>
        </w:rPr>
        <w:t>“Quran ki pehli aayat hai Alhamdulillah”</w:t>
      </w:r>
    </w:p>
    <w:p>
      <w:r>
        <w:rPr>
          <w:sz w:val="20"/>
        </w:rPr>
        <w:t>5:39  to mein aik misaal deta hoon. dekhein, quran ki pehli ayat hai alhamdulillah rabbul alameen.</w:t>
      </w:r>
      <w:r>
        <w:br/>
      </w:r>
      <w:r>
        <w:rPr>
          <w:sz w:val="20"/>
        </w:rPr>
        <w:t>5:49  to aik to hai ke aap ungli ghuma dein is ke upar ke yeh Allah ka kalam hai, ya aap bohat achi tarah is ko achar kar dein. aik yeh hua.</w:t>
      </w:r>
      <w:r>
        <w:br/>
      </w:r>
      <w:r>
        <w:rPr>
          <w:sz w:val="20"/>
        </w:rPr>
        <w:t>6:01  aik yeh ke aap is waqt sochain,</w:t>
      </w:r>
      <w:r>
        <w:br/>
      </w:r>
      <w:r>
        <w:rPr>
          <w:sz w:val="20"/>
        </w:rPr>
        <w:t>6:03  dekhein is ayat ka matlab kya hai? yeh hai acknowledge karna. Allah ki hamd ko karne ke mani hain, Allah ki glory ko acknowledge karna.</w:t>
      </w:r>
      <w:r>
        <w:br/>
      </w:r>
      <w:r>
        <w:rPr>
          <w:sz w:val="20"/>
        </w:rPr>
        <w:t>6:18  aap is ka tarjuma chahe kahin ke sari tareef Allah ke liye hai, sara shukr Allah ke liye hai. matlab kya hua? eteraaf, acknowledgement.</w:t>
      </w:r>
      <w:r>
        <w:br/>
      </w:r>
      <w:r>
        <w:rPr>
          <w:sz w:val="20"/>
        </w:rPr>
        <w:t>6:28  kis ka? Allah ki glory ka. Allah ke rabbul alameen hone ka</w:t>
      </w:r>
      <w:r>
        <w:br/>
      </w:r>
      <w:r>
        <w:rPr>
          <w:sz w:val="20"/>
        </w:rPr>
        <w:t>6:33  . ab aap dekhiye ke yeh jo kaam hai, woh kaun karega? pathar ya star aur planet nahi keh rahe ke insan karega.</w:t>
      </w:r>
      <w:r>
        <w:br/>
      </w:r>
      <w:r>
        <w:rPr>
          <w:sz w:val="20"/>
        </w:rPr>
        <w:t>6:42  insan. insan rehta hai aik society mein, insano ke darmiyan. har waqt is ko aisi baatein pesh aati hain jis se is dil mein shikayat aa jati hai, complaint aa jati hai,</w:t>
      </w:r>
      <w:r>
        <w:br/>
      </w:r>
      <w:r>
        <w:rPr>
          <w:sz w:val="20"/>
        </w:rPr>
        <w:t>6:57  nafrat aa jati hai, hate aa jata hai.</w:t>
      </w:r>
      <w:r>
        <w:br/>
      </w:r>
      <w:r>
        <w:rPr>
          <w:sz w:val="20"/>
        </w:rPr>
        <w:t>7:01  yeh bilkul it is but natural. yeh hota hai. kyunke society means, yeh society ka matlab hi yahi hai ke har ek ko doosre se kuch na kuch hogi shikayat.</w:t>
      </w:r>
      <w:r>
        <w:br/>
      </w:r>
      <w:r>
        <w:rPr>
          <w:sz w:val="20"/>
        </w:rPr>
        <w:t>7:15  namumkin hai ke shikayat na ho. aap sochiye ke jab dil shikayat se bhara hua hai to kaise kahega aadmi alhamdulillah rabbul alameen.</w:t>
      </w:r>
      <w:r>
        <w:br/>
      </w:r>
      <w:r>
        <w:rPr>
          <w:sz w:val="20"/>
        </w:rPr>
        <w:t>7:26  phir to sirf lafz ko dohraega.</w:t>
      </w:r>
      <w:r>
        <w:br/>
      </w:r>
      <w:r>
        <w:rPr>
          <w:sz w:val="20"/>
        </w:rPr>
        <w:t>7:31  kyunke yeh kehne ke liye ke khudaaya tera shukr hai, bohat hi positive dil chahiye. bohat hi open mind chahiye.</w:t>
      </w:r>
      <w:r>
        <w:br/>
      </w:r>
      <w:r>
        <w:rPr>
          <w:sz w:val="20"/>
        </w:rPr>
        <w:t>7:42  dil mein na baais ho, na nafrat ho, na ghussa ho, na complaint ho.</w:t>
      </w:r>
      <w:r>
        <w:br/>
      </w:r>
      <w:r>
        <w:rPr>
          <w:sz w:val="20"/>
        </w:rPr>
        <w:t>7:52  tab sahi maano mein aadmi keh payega khudaaya tera shukr hai, mein acknowledge karta hoon teri glory ka, teri boundaries ka.</w:t>
      </w:r>
      <w:r>
        <w:br/>
      </w:r>
      <w:r>
        <w:rPr>
          <w:sz w:val="20"/>
        </w:rPr>
        <w:t>8:06  to kaise kahega aadmi? is mein yeh cheez, is ke mani ke implicit hai is mein ke pehle apne aap ko tayyar karo, prepare karo yeh kehne ke liye.</w:t>
      </w:r>
    </w:p>
    <w:p>
      <w:pPr>
        <w:pStyle w:val="Heading2"/>
      </w:pPr>
      <w:r>
        <w:t>Anger control leads to wisdom</w:t>
      </w:r>
    </w:p>
    <w:p>
      <w:r>
        <w:rPr>
          <w:color w:val="666666"/>
          <w:sz w:val="18"/>
        </w:rPr>
        <w:t>Anger An Obstacle to wisdom 5 Jan 2020 - Maulana Wahiduddin Khan · 3m 24s · at 5:47 · https://youtu.be/q0VPtCsiYrI?t=347</w:t>
      </w:r>
    </w:p>
    <w:p>
      <w:r>
        <w:rPr>
          <w:i/>
        </w:rPr>
        <w:t>“Ghusse ko rokne wale ban jaiye.”</w:t>
      </w:r>
    </w:p>
    <w:p>
      <w:r>
        <w:rPr>
          <w:sz w:val="20"/>
        </w:rPr>
        <w:t>5:47  non anger mein bhi jaane ki koshish kijiye. ghussa ko rok rokne wale ban jaiye.</w:t>
      </w:r>
      <w:r>
        <w:br/>
      </w:r>
      <w:r>
        <w:rPr>
          <w:sz w:val="20"/>
        </w:rPr>
        <w:t>5:57  aur phir dekhiye, kya farq hota hai aap ke is mein.</w:t>
      </w:r>
      <w:r>
        <w:br/>
      </w:r>
      <w:r>
        <w:rPr>
          <w:sz w:val="20"/>
        </w:rPr>
        <w:t>6:03  ek is mahine mein aur ek is mahine mein.</w:t>
      </w:r>
      <w:r>
        <w:br/>
      </w:r>
      <w:r>
        <w:rPr>
          <w:sz w:val="20"/>
        </w:rPr>
        <w:t>6:11  to unhone bataya ke waqia yeh hai ke jab maine ek unka ke maine aap kahan se lauta main hain to maine ek diary bana li.</w:t>
      </w:r>
      <w:r>
        <w:br/>
      </w:r>
      <w:r>
        <w:rPr>
          <w:sz w:val="20"/>
        </w:rPr>
        <w:t>6:23  to daily mein likhne laga sirf ek baat ke aaj maine nayi baat kya seekhi.</w:t>
      </w:r>
      <w:r>
        <w:br/>
      </w:r>
      <w:r>
        <w:rPr>
          <w:sz w:val="20"/>
        </w:rPr>
        <w:t>6:35  maine unse kaha tha ke chhoti ho, bari ho, uski riyazat kijiye. nayi ho.</w:t>
      </w:r>
      <w:r>
        <w:br/>
      </w:r>
      <w:r>
        <w:rPr>
          <w:sz w:val="20"/>
        </w:rPr>
        <w:t>6:43  jise Japan mein kaha jata hai ke har din ek nayi baat seekhein. chahe woh sui ke nake mein dhaga dalne ka ek naya tareeqa hi kyun na ho.</w:t>
      </w:r>
      <w:r>
        <w:br/>
      </w:r>
      <w:r>
        <w:rPr>
          <w:sz w:val="20"/>
        </w:rPr>
        <w:t>6:58  to unse maine kaha ke dekhiye, aap ek mahina. to unhone bataya tha khud hi ke rozana main ghussa mein rehta hoon.</w:t>
      </w:r>
      <w:r>
        <w:br/>
      </w:r>
      <w:r>
        <w:rPr>
          <w:sz w:val="20"/>
        </w:rPr>
        <w:t>7:11  to maine kaha ke ek din kisi tarah se control kijiye aap.</w:t>
      </w:r>
      <w:r>
        <w:br/>
      </w:r>
      <w:r>
        <w:rPr>
          <w:sz w:val="20"/>
        </w:rPr>
        <w:t>7:18  aur ek din aap ek notebook rakhiye ke ek din</w:t>
      </w:r>
      <w:r>
        <w:br/>
      </w:r>
      <w:r>
        <w:rPr>
          <w:sz w:val="20"/>
        </w:rPr>
        <w:t>7:27  nahi, ek mahina. ek mahina. har din aap ne kya nayi baat seekhi. aur ek mahine aap ne jo kiya tha woh phir compare kijiye us ko.</w:t>
      </w:r>
      <w:r>
        <w:br/>
      </w:r>
      <w:r>
        <w:rPr>
          <w:sz w:val="20"/>
        </w:rPr>
        <w:t>7:44  to jab mahina pura ho gaya, woh mere paas aaye. to unhon ne kaha ke ek mahine mein itna seekha main ne jo das saal mein bhi nahin seekha tha.</w:t>
      </w:r>
      <w:r>
        <w:br/>
      </w:r>
      <w:r>
        <w:rPr>
          <w:sz w:val="20"/>
        </w:rPr>
        <w:t>8:00  nai baat hai, nai baat hai, nai baat hai.</w:t>
      </w:r>
      <w:r>
        <w:br/>
      </w:r>
      <w:r>
        <w:rPr>
          <w:sz w:val="20"/>
        </w:rPr>
        <w:t>8:06  khud mera apna tajurba hai</w:t>
      </w:r>
      <w:r>
        <w:br/>
      </w:r>
      <w:r>
        <w:rPr>
          <w:sz w:val="20"/>
        </w:rPr>
        <w:t>8:10  ke main mere andar bohat ghussa tha pehle, bohat ziyada ghussa tha.</w:t>
      </w:r>
      <w:r>
        <w:br/>
      </w:r>
      <w:r>
        <w:rPr>
          <w:sz w:val="20"/>
        </w:rPr>
        <w:t>8:19  bachpan se. to phir main ne is is ka tajurba kiya ke ghusse ko rok kar, ghusse ko control kar ke</w:t>
      </w:r>
      <w:r>
        <w:br/>
      </w:r>
      <w:r>
        <w:rPr>
          <w:sz w:val="20"/>
        </w:rPr>
        <w:t>8:35  main ne dekha ke kya hota hai.</w:t>
      </w:r>
      <w:r>
        <w:br/>
      </w:r>
      <w:r>
        <w:rPr>
          <w:sz w:val="20"/>
        </w:rPr>
        <w:t>8:41  to jab main ne ghusse ko control kiya to main ne paya ke waqai har din ek nai wisdom</w:t>
      </w:r>
      <w:r>
        <w:br/>
      </w:r>
      <w:r>
        <w:rPr>
          <w:sz w:val="20"/>
        </w:rPr>
        <w:t>8:54  main janne laga. aur sab se bari baat jo isi dauran main ne jani, mujhe shayad sab se bari baat jo main ne jani,</w:t>
      </w:r>
    </w:p>
    <w:p>
      <w:pPr>
        <w:pStyle w:val="Heading2"/>
      </w:pPr>
      <w:r>
        <w:t>Anger destroys human potential</w:t>
      </w:r>
    </w:p>
    <w:p>
      <w:r>
        <w:rPr>
          <w:color w:val="666666"/>
          <w:sz w:val="18"/>
        </w:rPr>
        <w:t>Anger An Obstacle to wisdom 5 Jan 2020 - Maulana Wahiduddin Khan · 4m 17s · at 0:29 · https://youtu.be/q0VPtCsiYrI?t=29</w:t>
      </w:r>
    </w:p>
    <w:p>
      <w:r>
        <w:rPr>
          <w:i/>
        </w:rPr>
        <w:t>“Aaj ka topic hai anger, ghazab.”</w:t>
      </w:r>
    </w:p>
    <w:p>
      <w:r>
        <w:rPr>
          <w:sz w:val="20"/>
        </w:rPr>
        <w:t>0:29  رب شرح لی صدری، ویسر لی امری، واحل العقدۃ من لسانی یفقہ قولی۔</w:t>
      </w:r>
      <w:r>
        <w:br/>
      </w:r>
      <w:r>
        <w:rPr>
          <w:sz w:val="20"/>
        </w:rPr>
        <w:t>0:42  آج کا ٹاپک ہے اینگر، غضب۔</w:t>
      </w:r>
      <w:r>
        <w:br/>
      </w:r>
      <w:r>
        <w:rPr>
          <w:sz w:val="20"/>
        </w:rPr>
        <w:t>0:54  ایک شخص رسول اللہ صلی اللہ علیہ وسلم کے پاس آیا، اس نے کہا کہ: "یا رسول اللہ، علمنی کلمات عیش بہنا، ولا تقصر علی فانسا۔" اے اللہ کے رسول،</w:t>
      </w:r>
      <w:r>
        <w:br/>
      </w:r>
      <w:r>
        <w:rPr>
          <w:sz w:val="20"/>
        </w:rPr>
        <w:t>1:16  مجھے</w:t>
      </w:r>
      <w:r>
        <w:br/>
      </w:r>
      <w:r>
        <w:rPr>
          <w:sz w:val="20"/>
        </w:rPr>
        <w:t>1:21  ایک</w:t>
      </w:r>
      <w:r>
        <w:br/>
      </w:r>
      <w:r>
        <w:rPr>
          <w:sz w:val="20"/>
        </w:rPr>
        <w:t>1:26  مختصر کلمہ بتائیے جس کو میں فالو کروں، بلکہ جو میری زندگی بن جائے اور وہ بہت شارٹ ہو تاکہ میں اس کو بھول نہ جاؤں۔</w:t>
      </w:r>
      <w:r>
        <w:br/>
      </w:r>
      <w:r>
        <w:rPr>
          <w:sz w:val="20"/>
        </w:rPr>
        <w:t>1:50  آپ نے فرمایا: "لا تغضب، لا تغضب، غصہ نہ کرو۔"</w:t>
      </w:r>
      <w:r>
        <w:br/>
      </w:r>
      <w:r>
        <w:rPr>
          <w:sz w:val="20"/>
        </w:rPr>
        <w:t>2:04  دیکھیے، یہ</w:t>
      </w:r>
      <w:r>
        <w:br/>
      </w:r>
      <w:r>
        <w:rPr>
          <w:sz w:val="20"/>
        </w:rPr>
        <w:t>2:09  جو ایڈوائس دی ہے آپ نے، یہ بہت ہی زیادہ</w:t>
      </w:r>
      <w:r>
        <w:br/>
      </w:r>
      <w:r>
        <w:rPr>
          <w:sz w:val="20"/>
        </w:rPr>
        <w:t>2:20  جامع ایڈوائس ہے۔ اس میں سب بات شامل ہے۔</w:t>
      </w:r>
      <w:r>
        <w:br/>
      </w:r>
      <w:r>
        <w:rPr>
          <w:sz w:val="20"/>
        </w:rPr>
        <w:t>2:30  اصل یہ ہے کہ انسان کو اللہ تعالی نے</w:t>
      </w:r>
      <w:r>
        <w:br/>
      </w:r>
      <w:r>
        <w:rPr>
          <w:sz w:val="20"/>
        </w:rPr>
        <w:t>2:37  سارے ہی علم دے کر دنیا میں بھیجا ہے۔ وعلم آدم الاسماء، کلہ کلہ کلہ۔</w:t>
      </w:r>
      <w:r>
        <w:br/>
      </w:r>
      <w:r>
        <w:rPr>
          <w:sz w:val="20"/>
        </w:rPr>
        <w:t>2:50  سارے علم کا خزانہ انسان کے اندر ہے۔ اب موجودہ زمانے میں</w:t>
      </w:r>
      <w:r>
        <w:br/>
      </w:r>
      <w:r>
        <w:rPr>
          <w:sz w:val="20"/>
        </w:rPr>
        <w:t>3:02  کمپیوٹر نے اس بات کو understandable بنا دیا ہے کہ کس طرح ایک چھوٹے سے،</w:t>
      </w:r>
      <w:r>
        <w:br/>
      </w:r>
      <w:r>
        <w:rPr>
          <w:sz w:val="20"/>
        </w:rPr>
        <w:t>3:16  ایک چھوٹی سی جگہ پر سارے دنیا کا علم</w:t>
      </w:r>
      <w:r>
        <w:br/>
      </w:r>
      <w:r>
        <w:rPr>
          <w:sz w:val="20"/>
        </w:rPr>
        <w:t>3:24  rakha ja sakta hai.</w:t>
      </w:r>
      <w:r>
        <w:br/>
      </w:r>
      <w:r>
        <w:rPr>
          <w:sz w:val="20"/>
        </w:rPr>
        <w:t>3:29  to maine is par bohat ghaur kiya ke ghussa na karna itni bari baat kyun hai.</w:t>
      </w:r>
      <w:r>
        <w:br/>
      </w:r>
      <w:r>
        <w:rPr>
          <w:sz w:val="20"/>
        </w:rPr>
        <w:t>3:40  to meri samajh mein aaya ke aadmi potentially har baat ka ilm rakhta hai.</w:t>
      </w:r>
      <w:r>
        <w:br/>
      </w:r>
      <w:r>
        <w:rPr>
          <w:sz w:val="20"/>
        </w:rPr>
        <w:t>3:51  har aadmi ek universal computer hai. har aadmi</w:t>
      </w:r>
      <w:r>
        <w:br/>
      </w:r>
      <w:r>
        <w:rPr>
          <w:sz w:val="20"/>
        </w:rPr>
        <w:t>4:02  potentially universal computer hai.</w:t>
      </w:r>
      <w:r>
        <w:br/>
      </w:r>
      <w:r>
        <w:rPr>
          <w:sz w:val="20"/>
        </w:rPr>
        <w:t>4:12  lekin jab woh ghussa mein aa jaye to uska sara setup bigad jata hai.</w:t>
      </w:r>
      <w:r>
        <w:br/>
      </w:r>
      <w:r>
        <w:rPr>
          <w:sz w:val="20"/>
        </w:rPr>
        <w:t>4:24  positive thinking aap ko</w:t>
      </w:r>
      <w:r>
        <w:br/>
      </w:r>
      <w:r>
        <w:rPr>
          <w:sz w:val="20"/>
        </w:rPr>
        <w:t>4:29  universal treasure ka malik bana rakhti hai. aur jaise hi aap ghussa mein aa jayein to sab kuch bigad jata hai.</w:t>
      </w:r>
    </w:p>
    <w:p>
      <w:pPr>
        <w:pStyle w:val="Heading2"/>
      </w:pPr>
      <w:r>
        <w:t>Prophet Yunus left in anger</w:t>
      </w:r>
    </w:p>
    <w:p>
      <w:r>
        <w:rPr>
          <w:color w:val="666666"/>
          <w:sz w:val="18"/>
        </w:rPr>
        <w:t>Don't Be Angry Culture January 15, 2012 Maulana Wahiduddin Khan · 1m 03s · at 8:40 · https://youtu.be/rY1Ikwmwwdk?t=520</w:t>
      </w:r>
    </w:p>
    <w:p>
      <w:r>
        <w:rPr>
          <w:i/>
        </w:rPr>
        <w:t>“Hazrat Yunus alaihi salam”</w:t>
      </w:r>
    </w:p>
    <w:p>
      <w:r>
        <w:rPr>
          <w:sz w:val="20"/>
        </w:rPr>
        <w:t>8:40  is ki misaal Hazrat Yunus alaihissalam ki hai. Hazrat Yunus alaihissalam peghambar they. Woh bheje gaye they dawat ke liye Nineveh mein, jo Iraq ka ek shehar tha.</w:t>
      </w:r>
      <w:r>
        <w:br/>
      </w:r>
      <w:r>
        <w:rPr>
          <w:sz w:val="20"/>
        </w:rPr>
        <w:t>8:58  is zamane mein woh jo hai Center tha Iraq ka. Toh wahan par unhon ne dawat di.</w:t>
      </w:r>
      <w:r>
        <w:br/>
      </w:r>
      <w:r>
        <w:rPr>
          <w:sz w:val="20"/>
        </w:rPr>
        <w:t>9:10  logon ne nahi mana un ki baat. Toh jaldi hi woh ghussa ho kar wahan se chale gaye. Basti chhod diya unhon ne.</w:t>
      </w:r>
      <w:r>
        <w:br/>
      </w:r>
      <w:r>
        <w:rPr>
          <w:sz w:val="20"/>
        </w:rPr>
        <w:t>9:22  toh Quran mein yeh lafz aaya hai Surah Al-Anbiya mein: "وَذَنُونَ اِذْهَبَ مُغَاضَبًا وَذَنَّ الَّنَّقْدَرَ عَلَيْهِ".</w:t>
      </w:r>
      <w:r>
        <w:br/>
      </w:r>
      <w:r>
        <w:rPr>
          <w:sz w:val="20"/>
        </w:rPr>
        <w:t>9:37  yani He went out of anger.</w:t>
      </w:r>
    </w:p>
    <w:p>
      <w:pPr>
        <w:pStyle w:val="Heading2"/>
      </w:pPr>
      <w:r>
        <w:t>Egypt coup crisis: conspiracy theory or Muslims' own failure</w:t>
      </w:r>
    </w:p>
    <w:p>
      <w:r>
        <w:rPr>
          <w:color w:val="666666"/>
          <w:sz w:val="18"/>
        </w:rPr>
        <w:t>The Fate of Muslim Ummah (English) May 03, 2014 · 5m 51s · at 0:27 · https://youtu.be/Gu64pZtxdAA?t=27</w:t>
      </w:r>
    </w:p>
    <w:p>
      <w:r>
        <w:rPr>
          <w:i/>
        </w:rPr>
        <w:t>“Dr. Muhammad Mursi is a leader of Muslim Brotherhood and all the Muslims.”</w:t>
      </w:r>
    </w:p>
    <w:p>
      <w:r>
        <w:rPr>
          <w:sz w:val="20"/>
        </w:rPr>
        <w:t>0:27  Dr. Muhammad Mursi is a leader of Muslim Brotherhood and all the Muslims.</w:t>
      </w:r>
      <w:r>
        <w:br/>
      </w:r>
      <w:r>
        <w:rPr>
          <w:sz w:val="20"/>
        </w:rPr>
        <w:t>0:43  He won the election in Egypt, and he was appointed as the President of Egypt after this election.</w:t>
      </w:r>
      <w:r>
        <w:br/>
      </w:r>
      <w:r>
        <w:rPr>
          <w:sz w:val="20"/>
        </w:rPr>
        <w:t>0:58  But after one year,</w:t>
      </w:r>
      <w:r>
        <w:br/>
      </w:r>
      <w:r>
        <w:rPr>
          <w:sz w:val="20"/>
        </w:rPr>
        <w:t>1:04  Muhammad Mursi was deposed by the Egyptian army, and now he is put in jail.</w:t>
      </w:r>
      <w:r>
        <w:br/>
      </w:r>
      <w:r>
        <w:rPr>
          <w:sz w:val="20"/>
        </w:rPr>
        <w:t>1:16  This event was very, very provocative for the Muslim people all over the world.</w:t>
      </w:r>
      <w:r>
        <w:br/>
      </w:r>
      <w:r>
        <w:rPr>
          <w:sz w:val="20"/>
        </w:rPr>
        <w:t>1:28  The whole Muslim world became angry. If you read Muslim magazines, Muslim papers,</w:t>
      </w:r>
      <w:r>
        <w:br/>
      </w:r>
      <w:r>
        <w:rPr>
          <w:sz w:val="20"/>
        </w:rPr>
        <w:t>1:40  everywhere Muslims are issuing very, very fiery statements.</w:t>
      </w:r>
      <w:r>
        <w:br/>
      </w:r>
      <w:r>
        <w:rPr>
          <w:sz w:val="20"/>
        </w:rPr>
        <w:t>1:51  I have read many of these statements.</w:t>
      </w:r>
      <w:r>
        <w:br/>
      </w:r>
      <w:r>
        <w:rPr>
          <w:sz w:val="20"/>
        </w:rPr>
        <w:t>2:00  The gist of all these angry statements is that when</w:t>
      </w:r>
      <w:r>
        <w:br/>
      </w:r>
      <w:r>
        <w:rPr>
          <w:sz w:val="20"/>
        </w:rPr>
        <w:t>2:10  Muslim Brotherhood</w:t>
      </w:r>
      <w:r>
        <w:br/>
      </w:r>
      <w:r>
        <w:rPr>
          <w:sz w:val="20"/>
        </w:rPr>
        <w:t>2:14  gained the</w:t>
      </w:r>
      <w:r>
        <w:br/>
      </w:r>
      <w:r>
        <w:rPr>
          <w:sz w:val="20"/>
        </w:rPr>
        <w:t>2:18  power in Egypt,</w:t>
      </w:r>
      <w:r>
        <w:br/>
      </w:r>
      <w:r>
        <w:rPr>
          <w:sz w:val="20"/>
        </w:rPr>
        <w:t>2:24  the Western world</w:t>
      </w:r>
      <w:r>
        <w:br/>
      </w:r>
      <w:r>
        <w:rPr>
          <w:sz w:val="20"/>
        </w:rPr>
        <w:t>2:28  took it as a danger. They felt that</w:t>
      </w:r>
      <w:r>
        <w:br/>
      </w:r>
      <w:r>
        <w:rPr>
          <w:sz w:val="20"/>
        </w:rPr>
        <w:t>2:38  the history of crusades is repeating. And now we will now they will witness the same history that happened during the Crusades War.</w:t>
      </w:r>
      <w:r>
        <w:br/>
      </w:r>
      <w:r>
        <w:rPr>
          <w:sz w:val="20"/>
        </w:rPr>
        <w:t>3:00  So Western nations, Western countries had a conspiracy. And some Muslim countries, like Saudi Arabia,</w:t>
      </w:r>
      <w:r>
        <w:br/>
      </w:r>
      <w:r>
        <w:rPr>
          <w:sz w:val="20"/>
        </w:rPr>
        <w:t>3:19  also supported their design. And by the support of all these anti-Islamic forces, the Egyptian army</w:t>
      </w:r>
      <w:r>
        <w:br/>
      </w:r>
      <w:r>
        <w:rPr>
          <w:sz w:val="20"/>
        </w:rPr>
        <w:t>3:35  deposed Dr. Muhammad Mursi.</w:t>
      </w:r>
      <w:r>
        <w:br/>
      </w:r>
      <w:r>
        <w:rPr>
          <w:sz w:val="20"/>
        </w:rPr>
        <w:t>3:40  So according to present Muslim leaders, this event was</w:t>
      </w:r>
      <w:r>
        <w:br/>
      </w:r>
      <w:r>
        <w:rPr>
          <w:sz w:val="20"/>
        </w:rPr>
        <w:t>3:49  a conspiracy held by anti-Muslim forces.</w:t>
      </w:r>
      <w:r>
        <w:br/>
      </w:r>
      <w:r>
        <w:rPr>
          <w:sz w:val="20"/>
        </w:rPr>
        <w:t>3:59  But there is a question, a great question.</w:t>
      </w:r>
      <w:r>
        <w:br/>
      </w:r>
      <w:r>
        <w:rPr>
          <w:sz w:val="20"/>
        </w:rPr>
        <w:t>4:05  If it is a fact that what happened in Egypt, it was an act of enmity</w:t>
      </w:r>
      <w:r>
        <w:br/>
      </w:r>
      <w:r>
        <w:rPr>
          <w:sz w:val="20"/>
        </w:rPr>
        <w:t>4:15  by Western nations, by Saudia, or by Israel, then where is God Almighty?</w:t>
      </w:r>
      <w:r>
        <w:br/>
      </w:r>
      <w:r>
        <w:rPr>
          <w:sz w:val="20"/>
        </w:rPr>
        <w:t>4:27  Where is God Almighty?</w:t>
      </w:r>
      <w:r>
        <w:br/>
      </w:r>
      <w:r>
        <w:rPr>
          <w:sz w:val="20"/>
        </w:rPr>
        <w:t>4:32  The Qur'an says that God Almighty never goes to sleep.</w:t>
      </w:r>
      <w:r>
        <w:br/>
      </w:r>
      <w:r>
        <w:rPr>
          <w:sz w:val="20"/>
        </w:rPr>
        <w:t>4:41  And also, there are dozens of verses in the Qur'an that tell us</w:t>
      </w:r>
      <w:r>
        <w:br/>
      </w:r>
      <w:r>
        <w:rPr>
          <w:sz w:val="20"/>
        </w:rPr>
        <w:t>4:49  that God will not allow anti-Islamic forces to overpower Muslims.</w:t>
      </w:r>
      <w:r>
        <w:br/>
      </w:r>
      <w:r>
        <w:rPr>
          <w:sz w:val="20"/>
        </w:rPr>
        <w:t>5:05  There are numerous verses in the Qur'an.</w:t>
      </w:r>
      <w:r>
        <w:br/>
      </w:r>
      <w:r>
        <w:rPr>
          <w:sz w:val="20"/>
        </w:rPr>
        <w:t>5:12  Then why did God Almighty</w:t>
      </w:r>
      <w:r>
        <w:br/>
      </w:r>
      <w:r>
        <w:rPr>
          <w:sz w:val="20"/>
        </w:rPr>
        <w:t>5:18  become indifferent? Why did Muslims fail to</w:t>
      </w:r>
      <w:r>
        <w:br/>
      </w:r>
      <w:r>
        <w:rPr>
          <w:sz w:val="20"/>
        </w:rPr>
        <w:t>5:25  receive the help from God? Why?</w:t>
      </w:r>
      <w:r>
        <w:br/>
      </w:r>
      <w:r>
        <w:rPr>
          <w:sz w:val="20"/>
        </w:rPr>
        <w:t>5:38  According to my knowledge of the Qur'an, I can say that this kind of reaction by Muslim people is baseless, quite baseless.</w:t>
      </w:r>
      <w:r>
        <w:br/>
      </w:r>
      <w:r>
        <w:rPr>
          <w:sz w:val="20"/>
        </w:rPr>
        <w:t>6:03  This event invites Muslims to reassess their position, to reset their goal, to revise their policies.</w:t>
      </w:r>
    </w:p>
    <w:p>
      <w:pPr>
        <w:pStyle w:val="Heading2"/>
      </w:pPr>
      <w:r>
        <w:t>Media's addiction to negative news feeds societal hatred</w:t>
      </w:r>
    </w:p>
    <w:p>
      <w:r>
        <w:rPr>
          <w:color w:val="666666"/>
          <w:sz w:val="18"/>
        </w:rPr>
        <w:t>God oriented Life January 6, 2007 · 4m 02s · at 34:49 · https://youtu.be/UdJ9eWU_OCo?t=2089</w:t>
      </w:r>
    </w:p>
    <w:p>
      <w:r>
        <w:rPr>
          <w:i/>
        </w:rPr>
        <w:t>“99 percent se bhi zyada log hamesha baaton ko negative aspect se lete hain”</w:t>
      </w:r>
    </w:p>
    <w:p>
      <w:r>
        <w:rPr>
          <w:sz w:val="20"/>
        </w:rPr>
        <w:t>34:49  aaj hi subah mein kisi se keh raha tha ke main ne apni zindagi mein jo dekha woh yeh hai ke 99 percent se bhi zyada aisay log hain jo hamesha baaton ko negative aspect le kar us ko report karte hain.</w:t>
      </w:r>
      <w:r>
        <w:br/>
      </w:r>
      <w:r>
        <w:rPr>
          <w:sz w:val="20"/>
        </w:rPr>
        <w:t>35:06  yani kisi bhi aadmi ke baray mein unhein batana hai to us ki zindagi mein koi negative aspect agar pakar liya unhon ne usi ko bayan karein ge. woh positive aspect kabhi nahi bayan karein ge.</w:t>
      </w:r>
      <w:r>
        <w:br/>
      </w:r>
      <w:r>
        <w:rPr>
          <w:sz w:val="20"/>
        </w:rPr>
        <w:t>35:19  main to aisay hi log dekhe apni zindagi mein. aur phir kya hota hai? is se nafratein paida hoti hain. bigar paida hota hai.</w:t>
      </w:r>
      <w:r>
        <w:br/>
      </w:r>
      <w:r>
        <w:rPr>
          <w:sz w:val="20"/>
        </w:rPr>
        <w:t>35:29  fasaad paida hota hai. log ghussa hotay hain aik doosre ke khilaf.</w:t>
      </w:r>
      <w:r>
        <w:br/>
      </w:r>
      <w:r>
        <w:rPr>
          <w:sz w:val="20"/>
        </w:rPr>
        <w:t>35:35  poora poora samaaj jo hai aaj aap dekhiye nafrat mein jee raha hai. poora poora samaaj har aik doosre ke baray mein nafrat mein mubtala hai.</w:t>
      </w:r>
      <w:r>
        <w:br/>
      </w:r>
      <w:r>
        <w:rPr>
          <w:sz w:val="20"/>
        </w:rPr>
        <w:t>35:48  kyun? isi liye ke reporting jo ki ja rahi hai woh negative reporting hoti hai.</w:t>
      </w:r>
      <w:r>
        <w:br/>
      </w:r>
      <w:r>
        <w:rPr>
          <w:sz w:val="20"/>
        </w:rPr>
        <w:t>35:55  pehlay to aam insan jo hai negative reporting karta tha. kisi se mila to us ki zindagi ka aik negative aspect liya usi ko bayan kar raha hai.</w:t>
      </w:r>
      <w:r>
        <w:br/>
      </w:r>
      <w:r>
        <w:rPr>
          <w:sz w:val="20"/>
        </w:rPr>
        <w:t>36:07  aur ab jo hamare media industry hai woh to isi ki isi ki industry hai. yani negative report ki industry hai media hamari.</w:t>
      </w:r>
      <w:r>
        <w:br/>
      </w:r>
      <w:r>
        <w:rPr>
          <w:sz w:val="20"/>
        </w:rPr>
        <w:t>36:20  positive reporting nahi hoti hai media mein kabhi bhi.</w:t>
      </w:r>
      <w:r>
        <w:br/>
      </w:r>
      <w:r>
        <w:rPr>
          <w:sz w:val="20"/>
        </w:rPr>
        <w:t>36:24  aap jante hain ke media jo hai aik industry hai, is ko paisa kamana hai, is ko news ko sell karna hai, news ko bechna hai.</w:t>
      </w:r>
      <w:r>
        <w:br/>
      </w:r>
      <w:r>
        <w:rPr>
          <w:sz w:val="20"/>
        </w:rPr>
        <w:t>36:35  to hamara samaaj jo already negative hai, negativity mein phansa hua hai, to usay negative baatein achi lagti hain.</w:t>
      </w:r>
      <w:r>
        <w:br/>
      </w:r>
      <w:r>
        <w:rPr>
          <w:sz w:val="20"/>
        </w:rPr>
        <w:t>36:44  to sensational baat achi lagti hai. to media poora ka poora kya ho gaya hai?</w:t>
      </w:r>
      <w:r>
        <w:br/>
      </w:r>
      <w:r>
        <w:rPr>
          <w:sz w:val="20"/>
        </w:rPr>
        <w:t>36:50  woh factory ban gaya hai negative news ko phailanay ka, sensational news ko phailanay ka. to log aapas mein miltay jultay hain tab bhi negative baatein karte hain.</w:t>
      </w:r>
      <w:r>
        <w:br/>
      </w:r>
      <w:r>
        <w:rPr>
          <w:sz w:val="20"/>
        </w:rPr>
        <w:t>37:03  paper parhte hain to wahan negative baatein hoti hain. TV dekhte hain to wahan bhi negative baatein hoti hain. yani media select karta hai negative aur negative baaton ko, negative item ko.</w:t>
      </w:r>
      <w:r>
        <w:br/>
      </w:r>
      <w:r>
        <w:rPr>
          <w:sz w:val="20"/>
        </w:rPr>
        <w:t>37:21  media mein sari baatein nahi aati hain. selective way mein baatein aati hain, selective way mein. to kabhi bhi media positive aspect ko le kar nahi report karta hai in ko.</w:t>
      </w:r>
      <w:r>
        <w:br/>
      </w:r>
      <w:r>
        <w:rPr>
          <w:sz w:val="20"/>
        </w:rPr>
        <w:t>37:33  negative aspect ko le kar report karega us ko. to kya hai? log pehle hi se nafrat mein jee rahay</w:t>
      </w:r>
      <w:r>
        <w:br/>
      </w:r>
      <w:r>
        <w:rPr>
          <w:sz w:val="20"/>
        </w:rPr>
        <w:t>37:42  the. ab media jo hai, paper aur radio aur TV ne, unhon ne aur negative reporting se un ka dimagh bhar diya.</w:t>
      </w:r>
      <w:r>
        <w:br/>
      </w:r>
      <w:r>
        <w:rPr>
          <w:sz w:val="20"/>
        </w:rPr>
        <w:t>37:53  ab kya hai? har taraf negativity hai. isi se sara fasaad hai. to zuban ka galat istemal jar hai sari buraiyon ki.</w:t>
      </w:r>
      <w:r>
        <w:br/>
      </w:r>
      <w:r>
        <w:rPr>
          <w:sz w:val="20"/>
        </w:rPr>
        <w:t>38:08  main ne aisay log bohat kam dekhe, bohat hi kam ke jo kisi baat ko sunein to pehle sochein, apna common sense lagayein, research karein, investigate karein, scrutiny karein.</w:t>
      </w:r>
      <w:r>
        <w:br/>
      </w:r>
      <w:r>
        <w:rPr>
          <w:sz w:val="20"/>
        </w:rPr>
        <w:t>38:22  aur baat ko pehle theek theek janen, phir is theek theek tor par is ko report karen.</w:t>
      </w:r>
      <w:r>
        <w:br/>
      </w:r>
      <w:r>
        <w:rPr>
          <w:sz w:val="20"/>
        </w:rPr>
        <w:t>38:33  sab log bas yun hi bolte rehte hain, kuch bhi bol diya, ulti seedhi baat. to poora poora samajh hamara heet mein jee raha hai.</w:t>
      </w:r>
      <w:r>
        <w:br/>
      </w:r>
      <w:r>
        <w:rPr>
          <w:sz w:val="20"/>
        </w:rPr>
        <w:t>38:43  kyun? zaban ka ghalat istemal karte hain.</w:t>
      </w:r>
    </w:p>
    <w:p>
      <w:pPr>
        <w:pStyle w:val="Heading2"/>
      </w:pPr>
      <w:r>
        <w:t>Why the Qur'an says each community has its own worship</w:t>
      </w:r>
    </w:p>
    <w:p>
      <w:r>
        <w:rPr>
          <w:color w:val="666666"/>
          <w:sz w:val="18"/>
        </w:rPr>
        <w:t>The Concept of Doomsday in islam May 16, 2009 · 1m 39s · at 31:57 · https://youtu.be/yPjFg8vwSLw?t=1917</w:t>
      </w:r>
    </w:p>
    <w:p>
      <w:r>
        <w:rPr>
          <w:i/>
        </w:rPr>
        <w:t>“Surah Hajj says each community has its own way of worship — why?”</w:t>
      </w:r>
    </w:p>
    <w:p>
      <w:r>
        <w:rPr>
          <w:sz w:val="20"/>
        </w:rPr>
        <w:t>31:57  Maulana, Surah Hajj. One thing is we have appointed for every community ways of worship to observe.</w:t>
      </w:r>
      <w:r>
        <w:br/>
      </w:r>
      <w:r>
        <w:rPr>
          <w:sz w:val="20"/>
        </w:rPr>
        <w:t>32:08  Let them not dispute with you on the matter. Please clarify this.</w:t>
      </w:r>
      <w:r>
        <w:br/>
      </w:r>
      <w:r>
        <w:rPr>
          <w:sz w:val="20"/>
        </w:rPr>
        <w:t>32:16  There was some dispute when Islam introduced</w:t>
      </w:r>
      <w:r>
        <w:br/>
      </w:r>
      <w:r>
        <w:rPr>
          <w:sz w:val="20"/>
        </w:rPr>
        <w:t>32:27  a form of Hajj that was not prevalent in the past. So people were used to doing Hajj with the other form.</w:t>
      </w:r>
      <w:r>
        <w:br/>
      </w:r>
      <w:r>
        <w:rPr>
          <w:sz w:val="20"/>
        </w:rPr>
        <w:t>32:40  So they were quarreling.</w:t>
      </w:r>
      <w:r>
        <w:br/>
      </w:r>
      <w:r>
        <w:rPr>
          <w:sz w:val="20"/>
        </w:rPr>
        <w:t>32:44  It is not correct because they feel that their form was Ibrahimi form.</w:t>
      </w:r>
      <w:r>
        <w:br/>
      </w:r>
      <w:r>
        <w:rPr>
          <w:sz w:val="20"/>
        </w:rPr>
        <w:t>32:54  And this was innovation. So this verse means that avoid</w:t>
      </w:r>
      <w:r>
        <w:br/>
      </w:r>
      <w:r>
        <w:rPr>
          <w:sz w:val="20"/>
        </w:rPr>
        <w:t>33:04  the controversy. Because at that time, there was controversy. Now, there is no controversy.</w:t>
      </w:r>
      <w:r>
        <w:br/>
      </w:r>
      <w:r>
        <w:rPr>
          <w:sz w:val="20"/>
        </w:rPr>
        <w:t>33:12  So it was a temporary phase. It was a temporary phase. So in such a situation when people are</w:t>
      </w:r>
      <w:r>
        <w:br/>
      </w:r>
      <w:r>
        <w:rPr>
          <w:sz w:val="20"/>
        </w:rPr>
        <w:t>33:26  quarreling, so you have no option other than to avoid, to ignor</w:t>
      </w:r>
    </w:p>
    <w:p>
      <w:pPr>
        <w:pStyle w:val="Heading2"/>
      </w:pPr>
      <w:r>
        <w:t>Peaceful protest futile, need for quality and management</w:t>
      </w:r>
    </w:p>
    <w:p>
      <w:r>
        <w:rPr>
          <w:color w:val="666666"/>
          <w:sz w:val="18"/>
        </w:rPr>
        <w:t>How God Manages Human History December 23, 2018 · 4m 23s · at 51:28 · https://youtu.be/j_yxigrCl5U?t=3088</w:t>
      </w:r>
    </w:p>
    <w:p>
      <w:r>
        <w:rPr>
          <w:i/>
        </w:rPr>
        <w:t>“Peaceful protest means futile protest.”</w:t>
      </w:r>
    </w:p>
    <w:p>
      <w:r>
        <w:rPr>
          <w:sz w:val="20"/>
        </w:rPr>
        <w:t>51:28  molana sahib, what is your guidance on peaceful protest?" peaceful protest means futile protest.</w:t>
      </w:r>
      <w:r>
        <w:br/>
      </w:r>
      <w:r>
        <w:rPr>
          <w:sz w:val="20"/>
        </w:rPr>
        <w:t>51:39  futile protest.</w:t>
      </w:r>
      <w:r>
        <w:br/>
      </w:r>
      <w:r>
        <w:rPr>
          <w:sz w:val="20"/>
        </w:rPr>
        <w:t>51:41  aap blame dete hain authorities ko, blame dijiye apne wrong method ko.</w:t>
      </w:r>
      <w:r>
        <w:br/>
      </w:r>
      <w:r>
        <w:rPr>
          <w:sz w:val="20"/>
        </w:rPr>
        <w:t>51:53  road par aa kar chalana yeh chodiye,</w:t>
      </w:r>
      <w:r>
        <w:br/>
      </w:r>
      <w:r>
        <w:rPr>
          <w:sz w:val="20"/>
        </w:rPr>
        <w:t>51:59  measurement seekhiye. allah taala ka tareeqa manage karna hai, manage karna.</w:t>
      </w:r>
      <w:r>
        <w:br/>
      </w:r>
      <w:r>
        <w:rPr>
          <w:sz w:val="20"/>
        </w:rPr>
        <w:t>52:08  wo seekhiye. poori tareekh ko allah manage kar raha hai, poori tareekh ko. to aap manage karna seekhiye, takrao chodiye, is ko haram samjhiye.</w:t>
      </w:r>
      <w:r>
        <w:br/>
      </w:r>
      <w:r>
        <w:rPr>
          <w:sz w:val="20"/>
        </w:rPr>
        <w:t>52:23  is ko samjhiye ke andha pan samjhiye, andha pan. yahi to hai fitna dohama ke sari qaum andhi ho jayegi, is ko kuch dikhai nahi dega, kuch kiya karein, kiya na karein.</w:t>
      </w:r>
      <w:r>
        <w:br/>
      </w:r>
      <w:r>
        <w:rPr>
          <w:sz w:val="20"/>
        </w:rPr>
        <w:t>52:37  jis cheez ko aap keh rahe hain protest, wo wo phenomena hai fitna dohama ka. itne zyada raaste khule hue hain.</w:t>
      </w:r>
      <w:r>
        <w:br/>
      </w:r>
      <w:r>
        <w:rPr>
          <w:sz w:val="20"/>
        </w:rPr>
        <w:t>52:49  aap bataiye ke ek shakhs france se aata hai aur poore india mein ek empire khada kar deta hai, tata.</w:t>
      </w:r>
      <w:r>
        <w:br/>
      </w:r>
      <w:r>
        <w:rPr>
          <w:sz w:val="20"/>
        </w:rPr>
        <w:t>52:59  aap kehte hain hamein ladna hai, protest karna hai. us ne kabhi protest nahi kiya, tata ne kabhi protest nahi kiya. aur sab se bara jo hai colonial powers ka misaal,</w:t>
      </w:r>
      <w:r>
        <w:br/>
      </w:r>
      <w:r>
        <w:rPr>
          <w:sz w:val="20"/>
        </w:rPr>
        <w:t>53:19  wo log india mein aaye, french company aur british company to talwar le ke aaye the, maar maar kar ke hukoomat karna aur apna maqsad to tha apne product ko bechna, lekin maar maar kar ke.</w:t>
      </w:r>
      <w:r>
        <w:br/>
      </w:r>
      <w:r>
        <w:rPr>
          <w:sz w:val="20"/>
        </w:rPr>
        <w:t>53:39  phir unhon ne pata kiya ke maarne ki zaroorat hi kya hai? peaceful tareeqe se hum apni industry badha sakte hain poori duniya mein, yahan tak ke poori duniya mein hamari monopoly ho jaye.</w:t>
      </w:r>
      <w:r>
        <w:br/>
      </w:r>
      <w:r>
        <w:rPr>
          <w:sz w:val="20"/>
        </w:rPr>
        <w:t>53:52  aap ghaur kijiye, aaj monopoly hai, jaisa ke maine arz kiya, airbus ki aur boeing ki monopoly hai sari duniya mein.</w:t>
      </w:r>
      <w:r>
        <w:br/>
      </w:r>
      <w:r>
        <w:rPr>
          <w:sz w:val="20"/>
        </w:rPr>
        <w:t>54:06  to kya koi talwar le ke yeh monopoly qaim kiya unhon ne? gun chala kar kiya hai? apne standard se. india ki kamzori yeh hai ke aaj koi standard ki cheez milti nahi.</w:t>
      </w:r>
      <w:r>
        <w:br/>
      </w:r>
      <w:r>
        <w:rPr>
          <w:sz w:val="20"/>
        </w:rPr>
        <w:t>54:21  agar india in standard ki cheezein banaye to is ki bhi monopoly qaim ho jayegi. lekin india mein koi cheez standard ki milti nahi.</w:t>
      </w:r>
      <w:r>
        <w:br/>
      </w:r>
      <w:r>
        <w:rPr>
          <w:sz w:val="20"/>
        </w:rPr>
        <w:t>54:35  is zamane mein yaad rakhiye, standard ki taqat hai, talwar ki taqat nahi hai. is zamane mein jo taqat hai na, woh standard ki taqat hai.</w:t>
      </w:r>
      <w:r>
        <w:br/>
      </w:r>
      <w:r>
        <w:rPr>
          <w:sz w:val="20"/>
        </w:rPr>
        <w:t>54:46  talwar ki koi taqat nahi hai. koi bhi cheez aap standard ki banaiye, sari duniya jhook markar kharede gi. lekin india mein koi ek cheez bhi standard ki nahi milti.</w:t>
      </w:r>
      <w:r>
        <w:br/>
      </w:r>
      <w:r>
        <w:rPr>
          <w:sz w:val="20"/>
        </w:rPr>
        <w:t>55:00  isi liye yahan par log bohat si cheezein late hain.</w:t>
      </w:r>
      <w:r>
        <w:br/>
      </w:r>
      <w:r>
        <w:rPr>
          <w:sz w:val="20"/>
        </w:rPr>
        <w:t>55:07  bohat hi ajeeb baat hai ke parhe likhe log bhi haqeeqaton ko nahi jante. mujhe taajjub hota hai. baat karte hain protest ki, baat karo standard ki, quality education ki.</w:t>
      </w:r>
      <w:r>
        <w:br/>
      </w:r>
      <w:r>
        <w:rPr>
          <w:sz w:val="20"/>
        </w:rPr>
        <w:t>55:21  yeh parhe likhe log hain jo baatein karte hain, yeh sab protest.</w:t>
      </w:r>
      <w:r>
        <w:br/>
      </w:r>
      <w:r>
        <w:rPr>
          <w:sz w:val="20"/>
        </w:rPr>
        <w:t>55:28  aaj ke daur mein baat karo quality education ki, standard ki. mujhe bohat taajjub hota hai ke parhe likhe log itne bekhauf, bekhabar hain.</w:t>
      </w:r>
      <w:r>
        <w:br/>
      </w:r>
      <w:r>
        <w:rPr>
          <w:sz w:val="20"/>
        </w:rPr>
        <w:t>55:39  isi liye mujhe lagta hai ke yahi hai fitna dohama, yahi fitna dohama hai. Maulana, Mumbai se sawal kiya hai Fawad Siddiqui sahab ne.</w:t>
      </w:r>
    </w:p>
    <w:p>
      <w:pPr>
        <w:pStyle w:val="Heading2"/>
      </w:pPr>
      <w:r>
        <w:t>From mosque tears to writing a book on religion</w:t>
      </w:r>
    </w:p>
    <w:p>
      <w:r>
        <w:rPr>
          <w:color w:val="666666"/>
          <w:sz w:val="18"/>
        </w:rPr>
        <w:t>Spirit of Enquiry August 9, 2020 Maulana Wahiduddin Khan · 5m 20s · at 7:13 · https://youtu.be/oFynIQnc6-I?t=433</w:t>
      </w:r>
    </w:p>
    <w:p>
      <w:r>
        <w:rPr>
          <w:i/>
        </w:rPr>
        <w:t>“Main us waqt aadam garh rehta tha”</w:t>
      </w:r>
    </w:p>
    <w:p>
      <w:r>
        <w:rPr>
          <w:sz w:val="20"/>
        </w:rPr>
        <w:t>7:13  main us waqt adam adam garh rehta tha. to aik din isi isi sardar sardar isi pareshani ke alam mein main shehar ki jama masjid chala gaya.</w:t>
      </w:r>
      <w:r>
        <w:br/>
      </w:r>
      <w:r>
        <w:rPr>
          <w:sz w:val="20"/>
        </w:rPr>
        <w:t>7:30  adam ki jama masjid mein. to us waqt jo masjid thi,</w:t>
      </w:r>
      <w:r>
        <w:br/>
      </w:r>
      <w:r>
        <w:rPr>
          <w:sz w:val="20"/>
        </w:rPr>
        <w:t>7:38  ghaliban us waqt koi bara change nahi aaya tha. to us ke angan mein us waqt aik papite ka drakht hua karta tha.</w:t>
      </w:r>
      <w:r>
        <w:br/>
      </w:r>
      <w:r>
        <w:rPr>
          <w:sz w:val="20"/>
        </w:rPr>
        <w:t>7:52  papita aap jante hain ke aik aisa drakht hai jo lamba chala jata hai</w:t>
      </w:r>
      <w:r>
        <w:br/>
      </w:r>
      <w:r>
        <w:rPr>
          <w:sz w:val="20"/>
        </w:rPr>
        <w:t>7:57  aur us ke phool niklte hain, phool jharte rehte hain barabar.</w:t>
      </w:r>
      <w:r>
        <w:br/>
      </w:r>
      <w:r>
        <w:rPr>
          <w:sz w:val="20"/>
        </w:rPr>
        <w:t>8:06  to main us mein dakhil ho kar ke aur us ke papite ke peir ke neechay khara ho gaya.</w:t>
      </w:r>
      <w:r>
        <w:br/>
      </w:r>
      <w:r>
        <w:rPr>
          <w:sz w:val="20"/>
        </w:rPr>
        <w:t>8:14  to is waqt haal yeh tha ke main akela tha aur papite ke pear se phool jhad rahe the, phool.</w:t>
      </w:r>
      <w:r>
        <w:br/>
      </w:r>
      <w:r>
        <w:rPr>
          <w:sz w:val="20"/>
        </w:rPr>
        <w:t>8:25  aur meri aankhon se aansu gir rahe the. idhar se aansu, idhar se phool.</w:t>
      </w:r>
      <w:r>
        <w:br/>
      </w:r>
      <w:r>
        <w:rPr>
          <w:sz w:val="20"/>
        </w:rPr>
        <w:t>8:32  aur meri zuban se kya nikalta? achaanak nikla tha, achaanak. khudawand tu kab aayega? main kab tak tere aane ka intezar karoon?</w:t>
      </w:r>
      <w:r>
        <w:br/>
      </w:r>
      <w:r>
        <w:rPr>
          <w:sz w:val="20"/>
        </w:rPr>
        <w:t>8:45  jaise koi baap, koi koi bachcha apni maon ko cheekh rahe, cheekh cheekh raha hai. maa tu kahan hai? kab mere paas aayegi?</w:t>
      </w:r>
      <w:r>
        <w:br/>
      </w:r>
      <w:r>
        <w:rPr>
          <w:sz w:val="20"/>
        </w:rPr>
        <w:t>8:54  to bilkul wahi speed thi. aur maine waqeatan baat ko dekha, ek mele mein</w:t>
      </w:r>
      <w:r>
        <w:br/>
      </w:r>
      <w:r>
        <w:rPr>
          <w:sz w:val="20"/>
        </w:rPr>
        <w:t>9:03  ek chhota bachcha daud raha tha idhar udhar. meri maa, meri maa!</w:t>
      </w:r>
      <w:r>
        <w:br/>
      </w:r>
      <w:r>
        <w:rPr>
          <w:sz w:val="20"/>
        </w:rPr>
        <w:t>9:13  to waqeatan wahi mere andar speed thi us waqt ke main chala aur bol utha: "khudawand! tu kab aayega? main kab tak tere aane ka intezar karoon?" isi talash mein main kahan gaya, kahan gaya, kahan gaya?</w:t>
      </w:r>
      <w:r>
        <w:br/>
      </w:r>
      <w:r>
        <w:rPr>
          <w:sz w:val="20"/>
        </w:rPr>
        <w:t>9:28  kinh kanwari gaya,</w:t>
      </w:r>
      <w:r>
        <w:br/>
      </w:r>
      <w:r>
        <w:rPr>
          <w:sz w:val="20"/>
        </w:rPr>
        <w:t>9:31  bombay gaya, calcutta gaya, aur main lahore gaya</w:t>
      </w:r>
      <w:r>
        <w:br/>
      </w:r>
      <w:r>
        <w:rPr>
          <w:sz w:val="20"/>
        </w:rPr>
        <w:t>9:39  isi talash mein. har jagah yahi kaha tha: "khudawand! tu kab aayega? main kab tak tere aane ka intezar karoon?" jaise meri rooh, meri rooh kisi ki talab se talash mein thi, apne khalique ki talash,</w:t>
      </w:r>
      <w:r>
        <w:br/>
      </w:r>
      <w:r>
        <w:rPr>
          <w:sz w:val="20"/>
        </w:rPr>
        <w:t>9:54  khalique ki talash.</w:t>
      </w:r>
      <w:r>
        <w:br/>
      </w:r>
      <w:r>
        <w:rPr>
          <w:sz w:val="20"/>
        </w:rPr>
        <w:t>9:57  aitraz chalti rahi.</w:t>
      </w:r>
      <w:r>
        <w:br/>
      </w:r>
      <w:r>
        <w:rPr>
          <w:sz w:val="20"/>
        </w:rPr>
        <w:t>10:03  phir kya hua</w:t>
      </w:r>
      <w:r>
        <w:br/>
      </w:r>
      <w:r>
        <w:rPr>
          <w:sz w:val="20"/>
        </w:rPr>
        <w:t>10:08  ke isi isi mein, isi talash ke liye, maine pehle to maine arabi madarse mein dakhil hua tha. phir main isi talash ke liye english padhi.</w:t>
      </w:r>
      <w:r>
        <w:br/>
      </w:r>
      <w:r>
        <w:rPr>
          <w:sz w:val="20"/>
        </w:rPr>
        <w:t>10:18  maine ke english se literature se warm karoon.</w:t>
      </w:r>
      <w:r>
        <w:br/>
      </w:r>
      <w:r>
        <w:rPr>
          <w:sz w:val="20"/>
        </w:rPr>
        <w:t>10:33  to main english kitabein padhne laga, padhne laga. yahan tak ke maine julian hospital ki kitab padhi.</w:t>
      </w:r>
      <w:r>
        <w:br/>
      </w:r>
      <w:r>
        <w:rPr>
          <w:sz w:val="20"/>
        </w:rPr>
        <w:t>10:44  is mein likha tha ke "man stands alone". insaan akela khada hota hai. yaani maine socha ke insaan ne daryaft kar liya, main to daryaft nahi kar paya.</w:t>
      </w:r>
      <w:r>
        <w:br/>
      </w:r>
      <w:r>
        <w:rPr>
          <w:sz w:val="20"/>
        </w:rPr>
        <w:t>10:59  koi insaan hai jis ne daryaft kar liya?</w:t>
      </w:r>
      <w:r>
        <w:br/>
      </w:r>
      <w:r>
        <w:rPr>
          <w:sz w:val="20"/>
        </w:rPr>
        <w:t>11:03  wo keh raha hai ke "man stands alone".</w:t>
      </w:r>
      <w:r>
        <w:br/>
      </w:r>
      <w:r>
        <w:rPr>
          <w:sz w:val="20"/>
        </w:rPr>
        <w:t>11:10  to maine bohat si english ki kitabein padh dali, lekin mujhe yeh sirf ek claim mila, dawat mila.</w:t>
      </w:r>
      <w:r>
        <w:br/>
      </w:r>
      <w:r>
        <w:rPr>
          <w:sz w:val="20"/>
        </w:rPr>
        <w:t>11:22  aakhir mein maine ek kitab padhi, ek american scientist ki kitab thi.</w:t>
      </w:r>
      <w:r>
        <w:br/>
      </w:r>
      <w:r>
        <w:rPr>
          <w:sz w:val="20"/>
        </w:rPr>
        <w:t>11:27  uska jawab diya tha usne: "man does not stand alone". "man does not stand alone".</w:t>
      </w:r>
      <w:r>
        <w:br/>
      </w:r>
      <w:r>
        <w:rPr>
          <w:sz w:val="20"/>
        </w:rPr>
        <w:t>11:40  aadmi khada ho nahi chalta. aadmi ki limitations hain.</w:t>
      </w:r>
      <w:r>
        <w:br/>
      </w:r>
      <w:r>
        <w:rPr>
          <w:sz w:val="20"/>
        </w:rPr>
        <w:t>11:46  limitations. to sach much yeh kitab ne hila diya is ko. in dono kitabon ne.</w:t>
      </w:r>
      <w:r>
        <w:br/>
      </w:r>
      <w:r>
        <w:rPr>
          <w:sz w:val="20"/>
        </w:rPr>
        <w:t>11:58  "man does not stand alone". to is kitab ko maine,</w:t>
      </w:r>
      <w:r>
        <w:br/>
      </w:r>
      <w:r>
        <w:rPr>
          <w:sz w:val="20"/>
        </w:rPr>
        <w:t>12:05  kitaab ko mein ne tarjuma kiya aur khud mein ne phir kitaab likhi.</w:t>
      </w:r>
      <w:r>
        <w:br/>
      </w:r>
      <w:r>
        <w:rPr>
          <w:sz w:val="20"/>
        </w:rPr>
        <w:t>12:13  jo pehle to ek choti si kitaab thi. naye ahad ke darwazay par. naye ahad ke darwazay par.</w:t>
      </w:r>
      <w:r>
        <w:br/>
      </w:r>
      <w:r>
        <w:rPr>
          <w:sz w:val="20"/>
        </w:rPr>
        <w:t>12:24  aur isi ko phir mein ne inlaaj kiya. to is ka naam tha "mazhab aur ladte rahenge".</w:t>
      </w:r>
    </w:p>
    <w:p>
      <w:pPr>
        <w:pStyle w:val="Heading2"/>
      </w:pPr>
      <w:r>
        <w:t>advice to an angry officer: notice what you have, ignore the rest</w:t>
      </w:r>
    </w:p>
    <w:p>
      <w:r>
        <w:rPr>
          <w:color w:val="666666"/>
          <w:sz w:val="18"/>
        </w:rPr>
        <w:t>From The Spiritual Tree August 31, 2008 · 2m 19s · at 1:01:04 · https://youtu.be/Vo6ZZkMtpm0?t=3664</w:t>
      </w:r>
    </w:p>
    <w:p>
      <w:r>
        <w:rPr>
          <w:i/>
        </w:rPr>
        <w:t>“Ek sahab jo ek badi company mein job karte hain, mere paas aaye, bade gusse mein the”</w:t>
      </w:r>
    </w:p>
    <w:p>
      <w:r>
        <w:rPr>
          <w:sz w:val="20"/>
        </w:rPr>
        <w:t>1:01:04  aap ke saath aisa karega ke aap bhadak uthein. Shaitan is ko bhadkata hai. Yani hidden hate jo hai, woh Shaitan wahan baitha hua hai, woh bhadkata hai, bhadka kar aap ke khilaf karwata hai.</w:t>
      </w:r>
      <w:r>
        <w:br/>
      </w:r>
      <w:r>
        <w:rPr>
          <w:sz w:val="20"/>
        </w:rPr>
        <w:t>1:01:17  jaise mein aap ko qissa bataoon, aik aik sahib jo aik bari company mein job karte hain to mere paas aaye, bare gusse mein thay.</w:t>
      </w:r>
      <w:r>
        <w:br/>
      </w:r>
      <w:r>
        <w:rPr>
          <w:sz w:val="20"/>
        </w:rPr>
        <w:t>1:01:29  wo darkhaah sahib, mein senior hoon, falan aadmi junior hai, us ko promotion mil gaya, ab mujh ko promotion nahi mila.</w:t>
      </w:r>
      <w:r>
        <w:br/>
      </w:r>
      <w:r>
        <w:rPr>
          <w:sz w:val="20"/>
        </w:rPr>
        <w:t>1:01:42  bohat gussa thay apnay boss ke khilaaf.</w:t>
      </w:r>
      <w:r>
        <w:br/>
      </w:r>
      <w:r>
        <w:rPr>
          <w:sz w:val="20"/>
        </w:rPr>
        <w:t>1:01:47  aap jantay hain ke officers mein aisa hota hai. to mein ne kaha ke dekhein, aap mere paas aaye hain to aap apni car par baith kar aaye hain.</w:t>
      </w:r>
      <w:r>
        <w:br/>
      </w:r>
      <w:r>
        <w:rPr>
          <w:sz w:val="20"/>
        </w:rPr>
        <w:t>1:02:00  unhon ne kaha haan. mein ne kaha aap ke paas ghar bhi hoga? unhon ne kaha haan. to mein ne kaha yeh ghar aur yeh car jo hai, aap ko job se pehle tha?</w:t>
      </w:r>
      <w:r>
        <w:br/>
      </w:r>
      <w:r>
        <w:rPr>
          <w:sz w:val="20"/>
        </w:rPr>
        <w:t>1:02:12  to unhon ne kaha ke nahi,</w:t>
      </w:r>
      <w:r>
        <w:br/>
      </w:r>
      <w:r>
        <w:rPr>
          <w:sz w:val="20"/>
        </w:rPr>
        <w:t>1:02:15  yeh job karne ke baad unhein house loan mila to unhon ne ghar bana liya, car loan mila to car khareed liya. to phir us par shor kyun nahi karte?</w:t>
      </w:r>
      <w:r>
        <w:br/>
      </w:r>
      <w:r>
        <w:rPr>
          <w:sz w:val="20"/>
        </w:rPr>
        <w:t>1:02:24  aap company aap ko itna sab de chuki hai, to aik cheez na de to isi par gussa hain ke jo diya hai company ne, us ka to acknowledge nahi karte aap.</w:t>
      </w:r>
      <w:r>
        <w:br/>
      </w:r>
      <w:r>
        <w:rPr>
          <w:sz w:val="20"/>
        </w:rPr>
        <w:t>1:02:38  aur koi aik cheez nahi mil rahi hai to aap gussa ho rahay hain.</w:t>
      </w:r>
      <w:r>
        <w:br/>
      </w:r>
      <w:r>
        <w:rPr>
          <w:sz w:val="20"/>
        </w:rPr>
        <w:t>1:02:43  to mein ne un ko yahi sikhaya ke jo kuch mila hua hai, already us ki taraf dhyan dijiye to aap ko shukr paida hoga.</w:t>
      </w:r>
      <w:r>
        <w:br/>
      </w:r>
      <w:r>
        <w:rPr>
          <w:sz w:val="20"/>
        </w:rPr>
        <w:t>1:02:54  kyun ke officer ne agar aisi baat ki hai jo aap ne likha to us ke ilawa bhi aur bohat sari baatein hain. is company se aap ko mila hua hai, aap ko bohat se faiday mile hue hain.</w:t>
      </w:r>
      <w:r>
        <w:br/>
      </w:r>
      <w:r>
        <w:rPr>
          <w:sz w:val="20"/>
        </w:rPr>
        <w:t>1:03:05  aik cheez nahi mil rahi hai to chhod dijiye, us ko bhula dijiye, ignore kijiye us ko. yeh to family mein bhi hota hai,</w:t>
      </w:r>
      <w:r>
        <w:br/>
      </w:r>
      <w:r>
        <w:rPr>
          <w:sz w:val="20"/>
        </w:rPr>
        <w:t>1:03:13  yeh baat sirf company mein nahi hoti, family mein bhi hota hai. aur jo log family mein ignore karna seekhein, unhi ka separation nahi hota, unhi ka jhagray nahi hotay.</w:t>
      </w:r>
    </w:p>
    <w:p>
      <w:pPr>
        <w:pStyle w:val="Heading2"/>
      </w:pPr>
      <w:r>
        <w:t>Gandhian philosophy was never truly applied</w:t>
      </w:r>
    </w:p>
    <w:p>
      <w:r>
        <w:rPr>
          <w:color w:val="666666"/>
          <w:sz w:val="18"/>
        </w:rPr>
        <w:t>Islma A Religion of Peace (English) January 7, 2010 · 46s · at 49:06 · https://youtu.be/YKg_GJj8Hvg?t=2946</w:t>
      </w:r>
    </w:p>
    <w:p>
      <w:r>
        <w:rPr>
          <w:i/>
        </w:rPr>
        <w:t>“The ideology of Mahatma Gandhi was never repeated”</w:t>
      </w:r>
    </w:p>
    <w:p>
      <w:r>
        <w:rPr>
          <w:sz w:val="20"/>
        </w:rPr>
        <w:t>49:06  Because it's not the way that you speak; it is so beautiful and true, and I want more people to understand it.</w:t>
      </w:r>
      <w:r>
        <w:br/>
      </w:r>
      <w:r>
        <w:rPr>
          <w:sz w:val="20"/>
        </w:rPr>
        <w:t>49:13  Did I—was I clear? I would say that the ideology of Mahaatma Gandhi was not repeated, neither in this country, nor in any other country.</w:t>
      </w:r>
      <w:r>
        <w:br/>
      </w:r>
      <w:r>
        <w:rPr>
          <w:sz w:val="20"/>
        </w:rPr>
        <w:t>49:28  People blame the USA, but no one was able to apply the Gandhian philosophy in this regard.</w:t>
      </w:r>
      <w:r>
        <w:br/>
      </w:r>
      <w:r>
        <w:rPr>
          <w:sz w:val="20"/>
        </w:rPr>
        <w:t>49:37  I don't know any person.</w:t>
      </w:r>
      <w:r>
        <w:br/>
      </w:r>
      <w:r>
        <w:rPr>
          <w:sz w:val="20"/>
        </w:rPr>
        <w:t>49:40  Simply, they blame, they blame, they complain, they protest.</w:t>
      </w:r>
      <w:r>
        <w:br/>
      </w:r>
      <w:r>
        <w:rPr>
          <w:sz w:val="20"/>
        </w:rPr>
        <w:t>49:47  They never tried to</w:t>
      </w:r>
    </w:p>
    <w:p>
      <w:pPr>
        <w:pStyle w:val="Heading2"/>
      </w:pPr>
      <w:r>
        <w:t>hiding a known truth makes you a wrongdoer</w:t>
      </w:r>
    </w:p>
    <w:p>
      <w:r>
        <w:rPr>
          <w:color w:val="666666"/>
          <w:sz w:val="18"/>
        </w:rPr>
        <w:t>Dars-e-Quran June 27, 2007 · 2m 47s · at 12:03 · https://youtu.be/6dgTjqN_UBM?t=723</w:t>
      </w:r>
    </w:p>
    <w:p>
      <w:r>
        <w:rPr>
          <w:i/>
        </w:rPr>
        <w:t>“Is se bada zalim kaun hai jo gawahi chhupaye”</w:t>
      </w:r>
    </w:p>
    <w:p>
      <w:r>
        <w:rPr>
          <w:sz w:val="20"/>
        </w:rPr>
        <w:t>12:03  phir ayat number 140 mein farmaya wa man azlamu mimman qatama shahadatan 'indahu billah yeh hai ayat number 140 surah baqarah ki.</w:t>
      </w:r>
      <w:r>
        <w:br/>
      </w:r>
      <w:r>
        <w:rPr>
          <w:sz w:val="20"/>
        </w:rPr>
        <w:t>12:22  is</w:t>
      </w:r>
      <w:r>
        <w:br/>
      </w:r>
      <w:r>
        <w:rPr>
          <w:sz w:val="20"/>
        </w:rPr>
        <w:t>12:23  ka tarjuma yeh hai ke aur is se ziyada bara zalim kaun hai jo ek aisi gawahi ko chupaye jo ke us ke paas hai?</w:t>
      </w:r>
      <w:r>
        <w:br/>
      </w:r>
      <w:r>
        <w:rPr>
          <w:sz w:val="20"/>
        </w:rPr>
        <w:t>12:40  is se bara zalim kaun hai ke us ke paas Khuda ki ek gawahi hai aur is gawahi ko woh chupata hai?</w:t>
      </w:r>
      <w:r>
        <w:br/>
      </w:r>
      <w:r>
        <w:rPr>
          <w:sz w:val="20"/>
        </w:rPr>
        <w:t>12:50  dekhiye, yeh jo ayat hai is ke do pehlu hain. ek yeh ke rozana ki zindagi mein bar bar aisa hota hai ke aap ko ek baat maloom hoti hai.</w:t>
      </w:r>
      <w:r>
        <w:br/>
      </w:r>
      <w:r>
        <w:rPr>
          <w:sz w:val="20"/>
        </w:rPr>
        <w:t>13:09  do aadmi ya kai aadmi ke beech mein ek controversy hoti hai. wahan par sachai kya hai, woh aap ko pata hai.</w:t>
      </w:r>
      <w:r>
        <w:br/>
      </w:r>
      <w:r>
        <w:rPr>
          <w:sz w:val="20"/>
        </w:rPr>
        <w:t>13:16  to aap ko wahan par bolna hai. yani sachai ki gawahi dena hai. un logon ko batana hai ke dekho, sachai yeh hai.</w:t>
      </w:r>
      <w:r>
        <w:br/>
      </w:r>
      <w:r>
        <w:rPr>
          <w:sz w:val="20"/>
        </w:rPr>
        <w:t>13:27  to rozmarra zindagi mein bhi yeh kaam karna hai. gawahi denay wala kaam.</w:t>
      </w:r>
      <w:r>
        <w:br/>
      </w:r>
      <w:r>
        <w:rPr>
          <w:sz w:val="20"/>
        </w:rPr>
        <w:t>13:34  jis aadmi ke paas ek sachai hai, ek sach baat hai to us ke paas goya ke Khuda ki ek gawahi hai.</w:t>
      </w:r>
      <w:r>
        <w:br/>
      </w:r>
      <w:r>
        <w:rPr>
          <w:sz w:val="20"/>
        </w:rPr>
        <w:t>13:45  aur jab is ka mauqa aaye to us ko bolna hai. us ko bolna hai.</w:t>
      </w:r>
      <w:r>
        <w:br/>
      </w:r>
      <w:r>
        <w:rPr>
          <w:sz w:val="20"/>
        </w:rPr>
        <w:t>13:53  jaise do aadmi hain, miyan biwi hain, do parosi hain, do muamladar hain.</w:t>
      </w:r>
      <w:r>
        <w:br/>
      </w:r>
      <w:r>
        <w:rPr>
          <w:sz w:val="20"/>
        </w:rPr>
        <w:t>14:05  in mein aapas mein jhagda hota hai.</w:t>
      </w:r>
      <w:r>
        <w:br/>
      </w:r>
      <w:r>
        <w:rPr>
          <w:sz w:val="20"/>
        </w:rPr>
        <w:t>14:07  miyan biwi mein hota hai, parosi parosi mein hota hai, ya muamladar ke beech mein hota hai, ya qarz lene wale, qarz dene wale ke beech mein hota hai.</w:t>
      </w:r>
      <w:r>
        <w:br/>
      </w:r>
      <w:r>
        <w:rPr>
          <w:sz w:val="20"/>
        </w:rPr>
        <w:t>14:19  to wahan par aap ko agar pata hai ke Khuda ne yeh hukum diya hai, mislan yeh hukum diya hai ke har haal mein insaaf par qaim raho, to aap ko wahan bolna parega.</w:t>
      </w:r>
      <w:r>
        <w:br/>
      </w:r>
      <w:r>
        <w:rPr>
          <w:sz w:val="20"/>
        </w:rPr>
        <w:t>14:37  wahan par bolna parega ke dekho, insaaf yeh hai, insaaf yeh hai. to chahe woh ek ke khilaf jaye ya doosre ke khilaf jaye, us ki parwah nahi karna hai aap ko.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