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am anxious and worried</w:t>
      </w:r>
    </w:p>
    <w:p>
      <w:r>
        <w:rPr>
          <w:sz w:val="18"/>
        </w:rPr>
        <w:t>Q&amp;A, lecture moments and clips · full transcripts with timestamps · exported 2026-09-21</w:t>
      </w:r>
    </w:p>
    <w:p>
      <w:pPr>
        <w:pStyle w:val="Heading1"/>
      </w:pPr>
      <w:r>
        <w:t>Maulana was asked (30)</w:t>
      </w:r>
    </w:p>
    <w:p>
      <w:pPr>
        <w:pStyle w:val="Heading2"/>
      </w:pPr>
      <w:r>
        <w:t>Formula to overcome anxiety and fear</w:t>
      </w:r>
    </w:p>
    <w:p>
      <w:r>
        <w:rPr>
          <w:color w:val="666666"/>
          <w:sz w:val="18"/>
        </w:rPr>
        <w:t>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Controlling distractions about future</w:t>
      </w:r>
    </w:p>
    <w:p>
      <w:r>
        <w:rPr>
          <w:color w:val="666666"/>
          <w:sz w:val="18"/>
        </w:rPr>
        <w:t>Wisdom of Hadith September 11, 2016 · 2m 54s · at 49:43 · https://youtu.be/XPxlLv2_q1o?t=2983</w:t>
      </w:r>
    </w:p>
    <w:p>
      <w:r>
        <w:rPr>
          <w:i/>
        </w:rPr>
        <w:t>“We are often worried about our future and get distracted. My question is, how to control such distractions concerning our future?”</w:t>
      </w:r>
    </w:p>
    <w:p>
      <w:r>
        <w:rPr>
          <w:sz w:val="20"/>
        </w:rPr>
        <w:t>49:43  maulana, agla sawal pakistan se kiya hai muhammad faisal sahab ne aur unhon ne likha hai ke maulana</w:t>
      </w:r>
      <w:r>
        <w:br/>
      </w:r>
      <w:r>
        <w:rPr>
          <w:sz w:val="20"/>
        </w:rPr>
        <w:t>49:49  sahab we are often worried about our future and get distracted.</w:t>
      </w:r>
      <w:r>
        <w:br/>
      </w:r>
      <w:r>
        <w:rPr>
          <w:sz w:val="20"/>
        </w:rPr>
        <w:t>49:55  My question is, how to control such distractions concerning our future?</w:t>
      </w:r>
      <w:r>
        <w:br/>
      </w:r>
      <w:r>
        <w:rPr>
          <w:sz w:val="20"/>
        </w:rPr>
        <w:t>50:02  Please advise us.</w:t>
      </w:r>
      <w:r>
        <w:br/>
      </w:r>
      <w:r>
        <w:rPr>
          <w:sz w:val="20"/>
        </w:rPr>
        <w:t>50:08  dekhiye, isi qism ka sawal mujh se kai logon ne kiya.</w:t>
      </w:r>
      <w:r>
        <w:br/>
      </w:r>
      <w:r>
        <w:rPr>
          <w:sz w:val="20"/>
        </w:rPr>
        <w:t>50:15  to mein ne poocha ke quran kitab-e-hidayat hai, book of guidance.</w:t>
      </w:r>
      <w:r>
        <w:br/>
      </w:r>
      <w:r>
        <w:rPr>
          <w:sz w:val="20"/>
        </w:rPr>
        <w:t>50:21  to kya aap ne jo tareekh chala rahe hain, jo aap hangame kar rahe hain, kya aap ne</w:t>
      </w:r>
      <w:r>
        <w:br/>
      </w:r>
      <w:r>
        <w:rPr>
          <w:sz w:val="20"/>
        </w:rPr>
        <w:t>50:28  aisa kiya ke is shuru se karne se pehle quran ko aik bar is had tak parha yeh</w:t>
      </w:r>
      <w:r>
        <w:br/>
      </w:r>
      <w:r>
        <w:rPr>
          <w:sz w:val="20"/>
        </w:rPr>
        <w:t>50:34  janne ke liye ke jo meri soch hai, jo meri planning hai, is ke baray mein quran ki</w:t>
      </w:r>
      <w:r>
        <w:br/>
      </w:r>
      <w:r>
        <w:rPr>
          <w:sz w:val="20"/>
        </w:rPr>
        <w:t>50:41  guidance kya hai? to kisi ne aaj tak mujhe jawab nahi diya ke haan, mein ne aisa kiya hai.</w:t>
      </w:r>
      <w:r>
        <w:br/>
      </w:r>
      <w:r>
        <w:rPr>
          <w:sz w:val="20"/>
        </w:rPr>
        <w:t>50:47  to yeh sab futile planning hai musalmanon ki.</w:t>
      </w:r>
      <w:r>
        <w:br/>
      </w:r>
      <w:r>
        <w:rPr>
          <w:sz w:val="20"/>
        </w:rPr>
        <w:t>50:54  kisi leader ne mujhe yeh jawab nahi diya, kisi aam aadmi ne bhi ke mein ne apni jo</w:t>
      </w:r>
      <w:r>
        <w:br/>
      </w:r>
      <w:r>
        <w:rPr>
          <w:sz w:val="20"/>
        </w:rPr>
        <w:t>51:00  shuru ki, mein ne apna mission, apne tehreek, is se pehle mein ne aitkaf kar ke aik bar</w:t>
      </w:r>
      <w:r>
        <w:br/>
      </w:r>
      <w:r>
        <w:rPr>
          <w:sz w:val="20"/>
        </w:rPr>
        <w:t>51:07  bohat hi ghaur se, tadabbur se quran ko parha yeh janne ke liye ke quran ki guidance kya hai.</w:t>
      </w:r>
      <w:r>
        <w:br/>
      </w:r>
      <w:r>
        <w:rPr>
          <w:sz w:val="20"/>
        </w:rPr>
        <w:t>51:13  to jab yahi nahi kiya to sab sab galat hi rahe ga.</w:t>
      </w:r>
      <w:r>
        <w:br/>
      </w:r>
      <w:r>
        <w:rPr>
          <w:sz w:val="20"/>
        </w:rPr>
        <w:t>51:20  quran shuru hi mein kehta hai ke هُدًى لِلْمُتَّقِينَ yani quran book of guidance hai.</w:t>
      </w:r>
      <w:r>
        <w:br/>
      </w:r>
      <w:r>
        <w:rPr>
          <w:sz w:val="20"/>
        </w:rPr>
        <w:t>51:26  to yahi nahi kiya kisi ne, mere ilm mein to kisi ne kiya nahi.</w:t>
      </w:r>
      <w:r>
        <w:br/>
      </w:r>
      <w:r>
        <w:rPr>
          <w:sz w:val="20"/>
        </w:rPr>
        <w:t>51:33  mein ne bohat se logon se poocha to kisi ne is ka jawab mein yeh nahi kaha ke</w:t>
      </w:r>
      <w:r>
        <w:br/>
      </w:r>
      <w:r>
        <w:rPr>
          <w:sz w:val="20"/>
        </w:rPr>
        <w:t>51:39  haan, mein ne aisa kiya hai.</w:t>
      </w:r>
      <w:r>
        <w:br/>
      </w:r>
      <w:r>
        <w:rPr>
          <w:sz w:val="20"/>
        </w:rPr>
        <w:t>51:46  to mein samajhta hoon ke jo shakhs ijtamai zindagi mein koodna chahta hai, jo ji national life mein</w:t>
      </w:r>
      <w:r>
        <w:br/>
      </w:r>
      <w:r>
        <w:rPr>
          <w:sz w:val="20"/>
        </w:rPr>
        <w:t>51:52  koodna chahta hai, jo koi bara bara dollar le kar khara ho jata hai, us ko farz hai</w:t>
      </w:r>
      <w:r>
        <w:br/>
      </w:r>
      <w:r>
        <w:rPr>
          <w:sz w:val="20"/>
        </w:rPr>
        <w:t>51:59  ke pehle poore quran ko aik bar is nazar se parhe ke wahan kya guidance mil rahi hai.</w:t>
      </w:r>
      <w:r>
        <w:br/>
      </w:r>
      <w:r>
        <w:rPr>
          <w:sz w:val="20"/>
        </w:rPr>
        <w:t>52:05  nahi to phir kya, kis liye aap ko? aap ko right hi nahi ke aap ko shuru karen.</w:t>
      </w:r>
      <w:r>
        <w:br/>
      </w:r>
      <w:r>
        <w:rPr>
          <w:sz w:val="20"/>
        </w:rPr>
        <w:t>52:12  koi quran ko parh kar ke jab aap ne pata nahi kiya to aap ko right hi nahi</w:t>
      </w:r>
      <w:r>
        <w:br/>
      </w:r>
      <w:r>
        <w:rPr>
          <w:sz w:val="20"/>
        </w:rPr>
        <w:t>52:18  ke aap naarah aur jhanda le ke khare ho jate hain.</w:t>
      </w:r>
      <w:r>
        <w:br/>
      </w:r>
      <w:r>
        <w:rPr>
          <w:sz w:val="20"/>
        </w:rPr>
        <w:t>52:25  to baharhal aap sab musalmanon ko is ka correction karna chahiye aur sab se pehle yeh karna chahiye</w:t>
      </w:r>
      <w:r>
        <w:br/>
      </w:r>
      <w:r>
        <w:rPr>
          <w:sz w:val="20"/>
        </w:rPr>
        <w:t>52:31  ke quran se pehle hidayat len, phir apna kaam shuru karen.</w:t>
      </w:r>
    </w:p>
    <w:p>
      <w:pPr>
        <w:pStyle w:val="Heading2"/>
      </w:pPr>
      <w:r>
        <w:t>Advice for Muslims living in fear</w:t>
      </w:r>
    </w:p>
    <w:p>
      <w:r>
        <w:rPr>
          <w:color w:val="666666"/>
          <w:sz w:val="18"/>
        </w:rPr>
        <w:t>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Formula for freedom from anxiety and fear</w:t>
      </w:r>
    </w:p>
    <w:p>
      <w:r>
        <w:rPr>
          <w:color w:val="666666"/>
          <w:sz w:val="18"/>
        </w:rPr>
        <w:t>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Reason for Tension Despite Being a Shopkeeper</w:t>
      </w:r>
    </w:p>
    <w:p>
      <w:r>
        <w:rPr>
          <w:color w:val="666666"/>
          <w:sz w:val="18"/>
        </w:rPr>
        <w:t>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Preparing the mind amidst many distractions</w:t>
      </w:r>
    </w:p>
    <w:p>
      <w:r>
        <w:rPr>
          <w:color w:val="666666"/>
          <w:sz w:val="18"/>
        </w:rPr>
        <w:t>The Concept of Divine Help June 16, 2013 · 1m 09s · at 1:04:40 · https://youtu.be/b0QaxGSnAOI?t=3880</w:t>
      </w:r>
    </w:p>
    <w:p>
      <w:r>
        <w:rPr>
          <w:i/>
        </w:rPr>
        <w:t>“How can we prepare our minds? I know it is by thinking, but with so many distractions, what can we do?”</w:t>
      </w:r>
    </w:p>
    <w:p>
      <w:r>
        <w:rPr>
          <w:sz w:val="20"/>
        </w:rPr>
        <w:t>1:04:40  maulana, agla sawal dilli se hai miss naghma siddiqui ka. unhon ne likha hai: "How can we prepare our minds?</w:t>
      </w:r>
      <w:r>
        <w:br/>
      </w:r>
      <w:r>
        <w:rPr>
          <w:sz w:val="20"/>
        </w:rPr>
        <w:t>1:04:49  I know it is by thinking, but with so many distractions, what can we do?</w:t>
      </w:r>
      <w:r>
        <w:br/>
      </w:r>
      <w:r>
        <w:rPr>
          <w:sz w:val="20"/>
        </w:rPr>
        <w:t>1:04:56  " bhai, ek sahab ne aise hi sawal kiya tha mujh se to main ne kaha ke aap aap hamara sunday ka lecture hai, us ko parhiye, us ko barabar suniye, regular.</w:t>
      </w:r>
      <w:r>
        <w:br/>
      </w:r>
      <w:r>
        <w:rPr>
          <w:sz w:val="20"/>
        </w:rPr>
        <w:t>1:05:06  us ka daily lecture bhi hota hai, jis ko main umri lecture kehta hoon, us ko bhi suniye. aur jo literature hai, us ko parhiye. aur jo monthly magazine hai, hamara risala hai, us ko parhiye.</w:t>
      </w:r>
      <w:r>
        <w:br/>
      </w:r>
      <w:r>
        <w:rPr>
          <w:sz w:val="20"/>
        </w:rPr>
        <w:t>1:05:17  Spirit of Islam English mein hai, us ko parhiye. bhai, yeh sab kijiye, bas us ke baad sab theek ho jayega.</w:t>
      </w:r>
      <w:r>
        <w:br/>
      </w:r>
      <w:r>
        <w:rPr>
          <w:sz w:val="20"/>
        </w:rPr>
        <w:t>1:05:24  koi is ka koi alag se formula nahin hai. sunday class ko suniye, umri lecture ko suniye, literature ko parhiye, tazkir ul quran ko parhiye, us ke baad apne aap hi sab baatein aa jayengi.</w:t>
      </w:r>
      <w:r>
        <w:br/>
      </w:r>
      <w:r>
        <w:rPr>
          <w:sz w:val="20"/>
        </w:rPr>
        <w:t>1:05:40  isi ke liye to yeh mission, isi ke liye yeh pura mission, isi ke liye to hai. koi doosra maqsad nahin hai is is is mission ka.</w:t>
      </w:r>
    </w:p>
    <w:p>
      <w:pPr>
        <w:pStyle w:val="Heading2"/>
      </w:pPr>
      <w:r>
        <w:t>Difference between worrying and thinking</w:t>
      </w:r>
    </w:p>
    <w:p>
      <w:r>
        <w:rPr>
          <w:color w:val="666666"/>
          <w:sz w:val="18"/>
        </w:rPr>
        <w:t>Dars-e-Quran, Chapter 2, Verse 61 February 11, 2018 · 1m 21s · at 56:19 · https://youtu.be/rgoE0nvFJJI?t=3379</w:t>
      </w:r>
    </w:p>
    <w:p>
      <w:r>
        <w:rPr>
          <w:i/>
        </w:rPr>
        <w:t>“What is the difference between worrying and thinking? Thinking means to think, and worrying means to be anxious. How does he equate them? I don't understand.”</w:t>
      </w:r>
    </w:p>
    <w:p>
      <w:r>
        <w:rPr>
          <w:sz w:val="20"/>
        </w:rPr>
        <w:t>56:19  molana agla sawal lete hain jo bilal mir sahab ne bheja hai gwahati se</w:t>
      </w:r>
      <w:r>
        <w:br/>
      </w:r>
      <w:r>
        <w:rPr>
          <w:sz w:val="20"/>
        </w:rPr>
        <w:t>56:27  unho ne aap se poocha hai molana sahab what is the difference between worrying and thinking thinking</w:t>
      </w:r>
      <w:r>
        <w:br/>
      </w:r>
      <w:r>
        <w:rPr>
          <w:sz w:val="20"/>
        </w:rPr>
        <w:t>56:36  matlab sochna worrying matlab pareshan hona to is ko kaise wo equate kar rahe hain mere samajh nahi</w:t>
      </w:r>
      <w:r>
        <w:br/>
      </w:r>
      <w:r>
        <w:rPr>
          <w:sz w:val="20"/>
        </w:rPr>
        <w:t>56:44  aaya</w:t>
      </w:r>
      <w:r>
        <w:br/>
      </w:r>
      <w:r>
        <w:rPr>
          <w:sz w:val="20"/>
        </w:rPr>
        <w:t>56:50  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r>
        <w:br/>
      </w:r>
      <w:r>
        <w:rPr>
          <w:sz w:val="20"/>
        </w:rPr>
        <w:t>57:20  phenomena, yani thinking, ek physical phenomena hai aur free jo hai wo to yani ulta ulta hai</w:t>
      </w:r>
      <w:r>
        <w:br/>
      </w:r>
      <w:r>
        <w:rPr>
          <w:sz w:val="20"/>
        </w:rPr>
        <w:t>57:34  to agle sunday mein apna yeh sawal dobara kar sakte hain wo ji</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How to stay positive amidst constant distractions?</w:t>
      </w:r>
    </w:p>
    <w:p>
      <w:r>
        <w:rPr>
          <w:color w:val="666666"/>
          <w:sz w:val="18"/>
        </w:rPr>
        <w:t>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Overcoming shyness when giving Quran to non-Muslims</w:t>
      </w:r>
    </w:p>
    <w:p>
      <w:r>
        <w:rPr>
          <w:color w:val="666666"/>
          <w:sz w:val="18"/>
        </w:rPr>
        <w:t>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Overcoming anxiety to change mindset</w:t>
      </w:r>
    </w:p>
    <w:p>
      <w:r>
        <w:rPr>
          <w:color w:val="666666"/>
          <w:sz w:val="18"/>
        </w:rPr>
        <w:t>How to Become Deserving of Paradise August 16, 2020 Maulana Wahiduddin Khan · 1m 15s · at 38:21 · https://youtu.be/jFXK3TMiqtA?t=2301</w:t>
      </w:r>
    </w:p>
    <w:p>
      <w:r>
        <w:rPr>
          <w:i/>
        </w:rPr>
        <w:t>“Sometimes we know we need to change and try, but anxiety and tension keeps us away from changing and our mindset is not positive. So what is the missing action and what should we do?”</w:t>
      </w:r>
    </w:p>
    <w:p>
      <w:r>
        <w:rPr>
          <w:sz w:val="20"/>
        </w:rPr>
        <w:t>38:21  Maulana, yeh sawal Saudi se bheja hai Gulzar Khan sahib ne. unhon ne likha hai: "Maulana, sometimes we know we need to change and try, but anxiety and tension keeps us away from changing our mind set to positive.</w:t>
      </w:r>
      <w:r>
        <w:br/>
      </w:r>
      <w:r>
        <w:rPr>
          <w:sz w:val="20"/>
        </w:rPr>
        <w:t>38:40  so what is the missing action and what should we do?" aap apne conscious ko</w:t>
      </w:r>
      <w:r>
        <w:br/>
      </w:r>
      <w:r>
        <w:rPr>
          <w:sz w:val="20"/>
        </w:rPr>
        <w:t>38:52  conscious kabhi ghalati nahi karta. conscious Khuda ki awaz hai, woh kabhi ghalati nahi karta.</w:t>
      </w:r>
      <w:r>
        <w:br/>
      </w:r>
      <w:r>
        <w:rPr>
          <w:sz w:val="20"/>
        </w:rPr>
        <w:t>39:06  to ek martaba maine ek article padhta padha tha: "follow</w:t>
      </w:r>
      <w:r>
        <w:br/>
      </w:r>
      <w:r>
        <w:rPr>
          <w:sz w:val="20"/>
        </w:rPr>
        <w:t>39:11  follow that impulse,</w:t>
      </w:r>
      <w:r>
        <w:br/>
      </w:r>
      <w:r>
        <w:rPr>
          <w:sz w:val="20"/>
        </w:rPr>
        <w:t>39:15  follow that impulse."</w:t>
      </w:r>
      <w:r>
        <w:br/>
      </w:r>
      <w:r>
        <w:rPr>
          <w:sz w:val="20"/>
        </w:rPr>
        <w:t>39:18  mein kahunga: "follow your conscience,</w:t>
      </w:r>
      <w:r>
        <w:br/>
      </w:r>
      <w:r>
        <w:rPr>
          <w:sz w:val="20"/>
        </w:rPr>
        <w:t>39:23  "Follow the voice of your own conscience."</w:t>
      </w:r>
      <w:r>
        <w:br/>
      </w:r>
      <w:r>
        <w:rPr>
          <w:sz w:val="20"/>
        </w:rPr>
        <w:t>39:28  bas itna hi kafi hai.</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Formula for peace of mind</w:t>
      </w:r>
    </w:p>
    <w:p>
      <w:r>
        <w:rPr>
          <w:color w:val="666666"/>
          <w:sz w:val="18"/>
        </w:rPr>
        <w:t>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2"/>
      </w:pPr>
      <w:r>
        <w:t>Dealing with depression about end times</w:t>
      </w:r>
    </w:p>
    <w:p>
      <w:r>
        <w:rPr>
          <w:color w:val="666666"/>
          <w:sz w:val="18"/>
        </w:rPr>
        <w:t>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Balancing fear and love of God</w:t>
      </w:r>
    </w:p>
    <w:p>
      <w:r>
        <w:rPr>
          <w:color w:val="666666"/>
          <w:sz w:val="18"/>
        </w:rPr>
        <w:t>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Overcoming carelessness and achieving goals</w:t>
      </w:r>
    </w:p>
    <w:p>
      <w:r>
        <w:rPr>
          <w:color w:val="666666"/>
          <w:sz w:val="18"/>
        </w:rPr>
        <w:t>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How to become stress free and calm</w:t>
      </w:r>
    </w:p>
    <w:p>
      <w:r>
        <w:rPr>
          <w:color w:val="666666"/>
          <w:sz w:val="18"/>
        </w:rPr>
        <w:t>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Managing Stress and Maintaining Positive Thinking</w:t>
      </w:r>
    </w:p>
    <w:p>
      <w:r>
        <w:rPr>
          <w:color w:val="666666"/>
          <w:sz w:val="18"/>
        </w:rPr>
        <w:t>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1"/>
      </w:pPr>
      <w:r>
        <w:t>In the lectures (20)</w:t>
      </w:r>
    </w:p>
    <w:p>
      <w:pPr>
        <w:pStyle w:val="Heading2"/>
      </w:pPr>
      <w:r>
        <w:t>Love of God October 04, 2009</w:t>
      </w:r>
    </w:p>
    <w:p>
      <w:r>
        <w:rPr>
          <w:color w:val="666666"/>
          <w:sz w:val="18"/>
        </w:rPr>
        <w:t>17:44 · https://youtu.be/JKCfgvpoX5s?t=1064</w:t>
      </w:r>
    </w:p>
    <w:p>
      <w:r>
        <w:rPr>
          <w:i/>
        </w:rPr>
        <w:t>“میں بہت پریشان تھا،”</w:t>
      </w:r>
    </w:p>
    <w:p>
      <w:pPr>
        <w:pStyle w:val="Heading2"/>
      </w:pPr>
      <w:r>
        <w:t>How to Build A Strong Personality June 14, 2008</w:t>
      </w:r>
    </w:p>
    <w:p>
      <w:r>
        <w:rPr>
          <w:color w:val="666666"/>
          <w:sz w:val="18"/>
        </w:rPr>
        <w:t>40:32 · https://youtu.be/CEzRHSVoQlI?t=2432</w:t>
      </w:r>
    </w:p>
    <w:p>
      <w:r>
        <w:rPr>
          <w:i/>
        </w:rPr>
        <w:t>“اب میں کافی پریشان ہوا کہ کیا کروں۔”</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An Introduction to Islamic Fiqh July 27, 2007 Maulana Wahiduddin Khan</w:t>
      </w:r>
    </w:p>
    <w:p>
      <w:r>
        <w:rPr>
          <w:color w:val="666666"/>
          <w:sz w:val="18"/>
        </w:rPr>
        <w:t>35:16 · https://youtu.be/6aEZ4hFo1KY?t=2116</w:t>
      </w:r>
    </w:p>
    <w:p>
      <w:r>
        <w:rPr>
          <w:i/>
        </w:rPr>
        <w:t>“fell in fear.”</w:t>
      </w:r>
    </w:p>
    <w:p>
      <w:pPr>
        <w:pStyle w:val="Heading2"/>
      </w:pPr>
      <w:r>
        <w:t>Understanding Islam (In Conversation with Maulana)</w:t>
      </w:r>
    </w:p>
    <w:p>
      <w:r>
        <w:rPr>
          <w:color w:val="666666"/>
          <w:sz w:val="18"/>
        </w:rPr>
        <w:t>19:35 · https://youtu.be/tLTRyW1qhRw?t=1175</w:t>
      </w:r>
    </w:p>
    <w:p>
      <w:r>
        <w:rPr>
          <w:i/>
        </w:rPr>
        <w:t>“I have”</w:t>
      </w:r>
    </w:p>
    <w:p>
      <w:pPr>
        <w:pStyle w:val="Heading2"/>
      </w:pPr>
      <w:r>
        <w:t>The Concept of Justice in Islam May 03, 2007</w:t>
      </w:r>
    </w:p>
    <w:p>
      <w:r>
        <w:rPr>
          <w:color w:val="666666"/>
          <w:sz w:val="18"/>
        </w:rPr>
        <w:t>35:55 · https://youtu.be/DY5SY8H554c?t=2155</w:t>
      </w:r>
    </w:p>
    <w:p>
      <w:r>
        <w:rPr>
          <w:i/>
        </w:rPr>
        <w:t>“"I fear God.”</w:t>
      </w:r>
    </w:p>
    <w:p>
      <w:pPr>
        <w:pStyle w:val="Heading2"/>
      </w:pPr>
      <w:r>
        <w:t>Islam A Religion of Peace January 8, 2007 Maulana Wahiduddin Khan</w:t>
      </w:r>
    </w:p>
    <w:p>
      <w:r>
        <w:rPr>
          <w:color w:val="666666"/>
          <w:sz w:val="18"/>
        </w:rPr>
        <w:t>6:36 · https://youtu.be/N1-IgG2ycKw?t=396</w:t>
      </w:r>
    </w:p>
    <w:p>
      <w:r>
        <w:rPr>
          <w:i/>
        </w:rPr>
        <w:t>“میں اللہ سے ڈرتا ہوں۔”</w:t>
      </w:r>
    </w:p>
    <w:p>
      <w:pPr>
        <w:pStyle w:val="Heading2"/>
      </w:pPr>
      <w:r>
        <w:t>Waqt ki Qadr</w:t>
      </w:r>
    </w:p>
    <w:p>
      <w:r>
        <w:rPr>
          <w:color w:val="666666"/>
          <w:sz w:val="18"/>
        </w:rPr>
        <w:t>11:25 · https://youtu.be/F1ILfxjCiCo?t=685</w:t>
      </w:r>
    </w:p>
    <w:p>
      <w:r>
        <w:rPr>
          <w:i/>
        </w:rPr>
        <w:t>“بڑھا ہوا خوف۔”</w:t>
      </w:r>
    </w:p>
    <w:p>
      <w:pPr>
        <w:pStyle w:val="Heading2"/>
      </w:pPr>
      <w:r>
        <w:t>The Belief System of Islam August 01, 2007</w:t>
      </w:r>
    </w:p>
    <w:p>
      <w:r>
        <w:rPr>
          <w:color w:val="666666"/>
          <w:sz w:val="18"/>
        </w:rPr>
        <w:t>39:08 · https://youtu.be/5pdnwRaPfmY?t=2348</w:t>
      </w:r>
    </w:p>
    <w:p>
      <w:r>
        <w:rPr>
          <w:i/>
        </w:rPr>
        <w:t>“in a pessimistic mood”</w:t>
      </w:r>
    </w:p>
    <w:p>
      <w:pPr>
        <w:pStyle w:val="Heading2"/>
      </w:pPr>
      <w:r>
        <w:t>Is Islam in Danger, January 10, 2007</w:t>
      </w:r>
    </w:p>
    <w:p>
      <w:r>
        <w:rPr>
          <w:color w:val="666666"/>
          <w:sz w:val="18"/>
        </w:rPr>
        <w:t>38:50 · https://youtu.be/1vrUjeA7508?t=2330</w:t>
      </w:r>
    </w:p>
    <w:p>
      <w:r>
        <w:rPr>
          <w:i/>
        </w:rPr>
        <w:t>“سارے لوگ پریشان ہیں۔”</w:t>
      </w:r>
    </w:p>
    <w:p>
      <w:pPr>
        <w:pStyle w:val="Heading2"/>
      </w:pPr>
      <w:r>
        <w:t>In Conversation with Maulana Wahiduddin Khan English</w:t>
      </w:r>
    </w:p>
    <w:p>
      <w:r>
        <w:rPr>
          <w:color w:val="666666"/>
          <w:sz w:val="18"/>
        </w:rPr>
        <w:t>1:04:56 · https://youtu.be/QZrkP8Z3Fv8?t=3896</w:t>
      </w:r>
    </w:p>
    <w:p>
      <w:r>
        <w:rPr>
          <w:i/>
        </w:rPr>
        <w:t>“And I think there is some confusion.”</w:t>
      </w:r>
    </w:p>
    <w:p>
      <w:pPr>
        <w:pStyle w:val="Heading2"/>
      </w:pPr>
      <w:r>
        <w:t>Reinterpretation of Islam April 12, 2009</w:t>
      </w:r>
    </w:p>
    <w:p>
      <w:r>
        <w:rPr>
          <w:color w:val="666666"/>
          <w:sz w:val="18"/>
        </w:rPr>
        <w:t>3:39 · https://youtu.be/QMG_eov11Po?t=219</w:t>
      </w:r>
    </w:p>
    <w:p>
      <w:r>
        <w:rPr>
          <w:i/>
        </w:rPr>
        <w:t>“میں سوچتا رہتا ہوں۔”</w:t>
      </w:r>
    </w:p>
    <w:p>
      <w:pPr>
        <w:pStyle w:val="Heading2"/>
      </w:pPr>
      <w:r>
        <w:t>Reinterpretation of Islam April 12, 2009 Maulana Wahiduddin Khan</w:t>
      </w:r>
    </w:p>
    <w:p>
      <w:r>
        <w:rPr>
          <w:color w:val="666666"/>
          <w:sz w:val="18"/>
        </w:rPr>
        <w:t>3:29 · https://youtu.be/kut_WRX7mZ4?t=209</w:t>
      </w:r>
    </w:p>
    <w:p>
      <w:r>
        <w:rPr>
          <w:i/>
        </w:rPr>
        <w:t>“میں سوچتا رہتا ہوں۔”</w:t>
      </w:r>
    </w:p>
    <w:p>
      <w:pPr>
        <w:pStyle w:val="Heading2"/>
      </w:pPr>
      <w:r>
        <w:t>Love of God October 23, 2022</w:t>
      </w:r>
    </w:p>
    <w:p>
      <w:r>
        <w:rPr>
          <w:color w:val="666666"/>
          <w:sz w:val="18"/>
        </w:rPr>
        <w:t>6:36 · https://youtu.be/bsF_DJhXAzk?t=396</w:t>
      </w:r>
    </w:p>
    <w:p>
      <w:r>
        <w:rPr>
          <w:i/>
        </w:rPr>
        <w:t>“fear and love.”</w:t>
      </w:r>
    </w:p>
    <w:p>
      <w:pPr>
        <w:pStyle w:val="Heading2"/>
      </w:pPr>
      <w:r>
        <w:t>Islam in the Changing World August 6, 2007</w:t>
      </w:r>
    </w:p>
    <w:p>
      <w:r>
        <w:rPr>
          <w:color w:val="666666"/>
          <w:sz w:val="18"/>
        </w:rPr>
        <w:t>51:08 · https://youtu.be/lEhH4VDLSFY?t=3068</w:t>
      </w:r>
    </w:p>
    <w:p>
      <w:r>
        <w:rPr>
          <w:i/>
        </w:rPr>
        <w:t>“thinking.”</w:t>
      </w:r>
    </w:p>
    <w:p>
      <w:pPr>
        <w:pStyle w:val="Heading2"/>
      </w:pPr>
      <w:r>
        <w:t>Man and Paradise August 18, 2013</w:t>
      </w:r>
    </w:p>
    <w:p>
      <w:r>
        <w:rPr>
          <w:color w:val="666666"/>
          <w:sz w:val="18"/>
        </w:rPr>
        <w:t>41:52 · https://youtu.be/v7eX25YAjDU?t=2512</w:t>
      </w:r>
    </w:p>
    <w:p>
      <w:r>
        <w:rPr>
          <w:i/>
        </w:rPr>
        <w:t>“اب میں سمجھ پاتا ہوں کہ کیوں میں پریشان رہ”</w:t>
      </w:r>
    </w:p>
    <w:p>
      <w:pPr>
        <w:pStyle w:val="Heading2"/>
      </w:pPr>
      <w:r>
        <w:t>Stress and Spirituality January 1, 2012</w:t>
      </w:r>
    </w:p>
    <w:p>
      <w:r>
        <w:rPr>
          <w:color w:val="666666"/>
          <w:sz w:val="18"/>
        </w:rPr>
        <w:t>1:39 · https://youtu.be/TPhXL9-g6ME?t=99</w:t>
      </w:r>
    </w:p>
    <w:p>
      <w:r>
        <w:rPr>
          <w:i/>
        </w:rPr>
        <w:t>“اسٹریس بڑھتا جا رہا ہے۔”</w:t>
      </w:r>
    </w:p>
    <w:p>
      <w:pPr>
        <w:pStyle w:val="Heading2"/>
      </w:pPr>
      <w:r>
        <w:t>Stress and Spirituality 1 Jan. 2012 - Maulana Wahiduddin Khan</w:t>
      </w:r>
    </w:p>
    <w:p>
      <w:r>
        <w:rPr>
          <w:color w:val="666666"/>
          <w:sz w:val="18"/>
        </w:rPr>
        <w:t>1:39 · https://youtu.be/RjwFDdlo4dE?t=99</w:t>
      </w:r>
    </w:p>
    <w:p>
      <w:r>
        <w:rPr>
          <w:i/>
        </w:rPr>
        <w:t>“اسٹریس بڑھتا جا رہا ہے۔”</w:t>
      </w:r>
    </w:p>
    <w:p>
      <w:pPr>
        <w:pStyle w:val="Heading2"/>
      </w:pPr>
      <w:r>
        <w:t>Prophet of Islam as a Model for Mankind August 31, 2007</w:t>
      </w:r>
    </w:p>
    <w:p>
      <w:r>
        <w:rPr>
          <w:color w:val="666666"/>
          <w:sz w:val="18"/>
        </w:rPr>
        <w:t>24:46 · https://youtu.be/UKUzH7_OjKM?t=1486</w:t>
      </w:r>
    </w:p>
    <w:p>
      <w:r>
        <w:rPr>
          <w:i/>
        </w:rPr>
        <w:t>“the problem is an”</w:t>
      </w:r>
    </w:p>
    <w:p>
      <w:pPr>
        <w:pStyle w:val="Heading2"/>
      </w:pPr>
      <w:r>
        <w:t>Islam and Terrorism February 10, 2009 Maulana Wahiduddin Khan</w:t>
      </w:r>
    </w:p>
    <w:p>
      <w:r>
        <w:rPr>
          <w:color w:val="666666"/>
          <w:sz w:val="18"/>
        </w:rPr>
        <w:t>46:31 · https://youtu.be/vCEjp0w7Qjo?t=2791</w:t>
      </w:r>
    </w:p>
    <w:p>
      <w:r>
        <w:rPr>
          <w:i/>
        </w:rPr>
        <w:t>“Okay. I think I have long”</w:t>
      </w:r>
    </w:p>
    <w:p>
      <w:pPr>
        <w:pStyle w:val="Heading1"/>
      </w:pPr>
      <w:r>
        <w:t>Clips (41)</w:t>
      </w:r>
    </w:p>
    <w:p>
      <w:pPr>
        <w:pStyle w:val="Heading2"/>
      </w:pPr>
      <w:r>
        <w:t>Maulana's own confession of losing deep remembrance</w:t>
      </w:r>
    </w:p>
    <w:p>
      <w:r>
        <w:rPr>
          <w:color w:val="666666"/>
          <w:sz w:val="18"/>
        </w:rPr>
        <w:t>Love of God October 04, 2009 · 55s · at 17:33 · https://youtu.be/JKCfgvpoX5s?t=1053</w:t>
      </w:r>
    </w:p>
    <w:p>
      <w:r>
        <w:rPr>
          <w:i/>
        </w:rPr>
        <w:t>“دو تین دن سے مجھے اللہ کی گہری یاد نہیں آ رہی تھی”</w:t>
      </w:r>
    </w:p>
    <w:p>
      <w:r>
        <w:rPr>
          <w:sz w:val="20"/>
        </w:rPr>
        <w:t>17:33  mein apnay baray mein batata hoon, do teen din se mein Allah ki tarah ki gehri yaad nahi aa rahi thi, gehri yaad nahi aa rahi thi.</w:t>
      </w:r>
      <w:r>
        <w:br/>
      </w:r>
      <w:r>
        <w:rPr>
          <w:sz w:val="20"/>
        </w:rPr>
        <w:t>17:44  mein bohat pareshan tha,</w:t>
      </w:r>
      <w:r>
        <w:br/>
      </w:r>
      <w:r>
        <w:rPr>
          <w:sz w:val="20"/>
        </w:rPr>
        <w:t>17:48  woh ayat jo dil ko tarpaye, jo aankhon se aansu bhar ke bahay, woh yaad. to aaj subah mein utha, fajar se pehlay mein ne namaz parhi,</w:t>
      </w:r>
      <w:r>
        <w:br/>
      </w:r>
      <w:r>
        <w:rPr>
          <w:sz w:val="20"/>
        </w:rPr>
        <w:t>18:01  mein ne kaha: "Ae Khudaaya!</w:t>
      </w:r>
      <w:r>
        <w:br/>
      </w:r>
      <w:r>
        <w:rPr>
          <w:sz w:val="20"/>
        </w:rPr>
        <w:t>18:03  kya tu mujhe chhod dega?</w:t>
      </w:r>
      <w:r>
        <w:br/>
      </w:r>
      <w:r>
        <w:rPr>
          <w:sz w:val="20"/>
        </w:rPr>
        <w:t>18:18  to phir woh wapas aa gaya, woh kaifiyat phir wapas aa gai.</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Fear as antidote to distraction</w:t>
      </w:r>
    </w:p>
    <w:p>
      <w:r>
        <w:rPr>
          <w:color w:val="666666"/>
          <w:sz w:val="18"/>
        </w:rPr>
        <w:t>Waqt ki Qadr · 33s · at 11:19 · https://youtu.be/F1ILfxjCiCo?t=679</w:t>
      </w:r>
    </w:p>
    <w:p>
      <w:r>
        <w:rPr>
          <w:i/>
        </w:rPr>
        <w:t>“تو دیکھیے، ڈسٹریکشن سے بچنے کا ایک ہی طریقہ ہے”</w:t>
      </w:r>
    </w:p>
    <w:p>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p>
    <w:p>
      <w:pPr>
        <w:pStyle w:val="Heading2"/>
      </w:pPr>
      <w:r>
        <w:t>The boy who sat backward and said 'me not'</w:t>
      </w:r>
    </w:p>
    <w:p>
      <w:r>
        <w:rPr>
          <w:color w:val="666666"/>
          <w:sz w:val="18"/>
        </w:rPr>
        <w:t>Is Islam in Danger, January 10, 2007 · 2m 48s · at 36:25 · https://youtu.be/1vrUjeA7508?t=2185</w:t>
      </w:r>
    </w:p>
    <w:p>
      <w:r>
        <w:rPr>
          <w:i/>
        </w:rPr>
        <w:t>“ایک بہت ہی دلچسپ کہانی میں عرض کروں گا آپ کو”</w:t>
      </w:r>
    </w:p>
    <w:p>
      <w:r>
        <w:rPr>
          <w:sz w:val="20"/>
        </w:rPr>
        <w:t>36:25  ek bahut hi dilchasp kahani main arz karunga aap ko. bab bedos mein. ek bar main gaya. bab bedos ek bahut hi khoobsurat jazeera hai.</w:t>
      </w:r>
      <w:r>
        <w:br/>
      </w:r>
      <w:r>
        <w:rPr>
          <w:sz w:val="20"/>
        </w:rPr>
        <w:t>36:40  to wahan musalman bhi hain. kuch. to unhon ne musalmanon ne ek jalsa rakha, ek meeting rakhi.</w:t>
      </w:r>
      <w:r>
        <w:br/>
      </w:r>
      <w:r>
        <w:rPr>
          <w:sz w:val="20"/>
        </w:rPr>
        <w:t>36:52  is mein mujhe adakar karna tha.</w:t>
      </w:r>
      <w:r>
        <w:br/>
      </w:r>
      <w:r>
        <w:rPr>
          <w:sz w:val="20"/>
        </w:rPr>
        <w:t>36:56  to main gaya. ek kursi thi wahan main baitha hua tha aur log ekatha the.</w:t>
      </w:r>
      <w:r>
        <w:br/>
      </w:r>
      <w:r>
        <w:rPr>
          <w:sz w:val="20"/>
        </w:rPr>
        <w:t>37:05  to main ne dekha ke ek ladka aata hai. apne baap ke sath. aur woh gate par baith jata hai woh.</w:t>
      </w:r>
      <w:r>
        <w:br/>
      </w:r>
      <w:r>
        <w:rPr>
          <w:sz w:val="20"/>
        </w:rPr>
        <w:t>37:14  baap ko kehta hai andar chalo. woh jata nahi. baith jata hai. baithta kaise hai? idhar munh kar ke. yani main yahan baitha hoon.</w:t>
      </w:r>
      <w:r>
        <w:br/>
      </w:r>
      <w:r>
        <w:rPr>
          <w:sz w:val="20"/>
        </w:rPr>
        <w:t>37:24  woh gate par baitha hua hai. munh uska idhar hai. us ki peeth meri taraf hai. meri taraf peeth kar ke hai, munh doosri taraf kar ke baith gaya woh.</w:t>
      </w:r>
      <w:r>
        <w:br/>
      </w:r>
      <w:r>
        <w:rPr>
          <w:sz w:val="20"/>
        </w:rPr>
        <w:t>37:34  to main ne kisi se poocha ke bhai yeh kya hai? yeh kya mamla hai? to unhon ne kaha ke woh ladka jo hai baap ne kaha ke chalo molana sahib aaye hain tum bhi kuch baat suno.</w:t>
      </w:r>
      <w:r>
        <w:br/>
      </w:r>
      <w:r>
        <w:rPr>
          <w:sz w:val="20"/>
        </w:rPr>
        <w:t>37:46  to us ne kaha kya? Me not. Me not.</w:t>
      </w:r>
      <w:r>
        <w:br/>
      </w:r>
      <w:r>
        <w:rPr>
          <w:sz w:val="20"/>
        </w:rPr>
        <w:t>37:55  bahut hi aam uska yeh.</w:t>
      </w:r>
      <w:r>
        <w:br/>
      </w:r>
      <w:r>
        <w:rPr>
          <w:sz w:val="20"/>
        </w:rPr>
        <w:t>37:59  jawab tha ke me not. mere liye sab cheezein nahi hain. jao tum suno</w:t>
      </w:r>
      <w:r>
        <w:br/>
      </w:r>
      <w:r>
        <w:rPr>
          <w:sz w:val="20"/>
        </w:rPr>
        <w:t>38:04  mujhe ko is se koi matlab nahin hai. tumhare islam se mujhe koi lena dena nahin hai. woh islam par bolenge to mujhe islam par sunna bhi nahin hai.</w:t>
      </w:r>
      <w:r>
        <w:br/>
      </w:r>
      <w:r>
        <w:rPr>
          <w:sz w:val="20"/>
        </w:rPr>
        <w:t>38:17  me not. to poori poori nai nasl keh rahi hai ke me not.</w:t>
      </w:r>
      <w:r>
        <w:br/>
      </w:r>
      <w:r>
        <w:rPr>
          <w:sz w:val="20"/>
        </w:rPr>
        <w:t>38:23  hamare woh log jo pichhle riwayat mein pale badhe. jin ke baal safed ho gaye hain. to pichhle zamane mein pale badhe.</w:t>
      </w:r>
      <w:r>
        <w:br/>
      </w:r>
      <w:r>
        <w:rPr>
          <w:sz w:val="20"/>
        </w:rPr>
        <w:t>38:33  to un ke andar islam se mohabbat hai. islam ko apna mazhab samajhte hain woh. lekin jo nai nasl hai. woh India se le kar America, Europe tak kehti hai me not.</w:t>
      </w:r>
      <w:r>
        <w:br/>
      </w:r>
      <w:r>
        <w:rPr>
          <w:sz w:val="20"/>
        </w:rPr>
        <w:t>38:46  yeh tumhara mazhab mere liye nahin hai.</w:t>
      </w:r>
      <w:r>
        <w:br/>
      </w:r>
      <w:r>
        <w:rPr>
          <w:sz w:val="20"/>
        </w:rPr>
        <w:t>38:50  saare log pareshan hain.</w:t>
      </w:r>
      <w:r>
        <w:br/>
      </w:r>
      <w:r>
        <w:rPr>
          <w:sz w:val="20"/>
        </w:rPr>
        <w:t>38:53  isi ko woh kehte hain ke islam khatre mein hai. muslim ummah khatre mein hai. muslim army khatre mein hai.</w:t>
      </w:r>
      <w:r>
        <w:br/>
      </w:r>
      <w:r>
        <w:rPr>
          <w:sz w:val="20"/>
        </w:rPr>
        <w:t>39:02  khatre mein kaun hai? islam nahin hai. maine is pe bohat socha ke woh jo kehta hai ke me not is ka kya matlab hai?</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Maulana's own five years as a truth-seeking skeptic</w:t>
      </w:r>
    </w:p>
    <w:p>
      <w:r>
        <w:rPr>
          <w:color w:val="666666"/>
          <w:sz w:val="18"/>
        </w:rPr>
        <w:t>Man and Paradise August 18, 2013 · 2m 39s · at 41:02 · https://youtu.be/v7eX25YAjDU?t=2462</w:t>
      </w:r>
    </w:p>
    <w:p>
      <w:r>
        <w:rPr>
          <w:i/>
        </w:rPr>
        <w:t>“For five years of my life, I was a skeptic”</w:t>
      </w:r>
    </w:p>
    <w:p>
      <w:r>
        <w:rPr>
          <w:sz w:val="20"/>
        </w:rPr>
        <w:t>41:02  main khud chounke ibtidai tor par seeker tha, paanch saal meri zindagi aise guzre hain jabke seeker tha main. yani mazhab ko us waqt mein kisi mazhab ko nahi manta tha,</w:t>
      </w:r>
      <w:r>
        <w:br/>
      </w:r>
      <w:r>
        <w:rPr>
          <w:sz w:val="20"/>
        </w:rPr>
        <w:t>41:21  sirf talash talash kar raha tha ke sachai kya hai.</w:t>
      </w:r>
      <w:r>
        <w:br/>
      </w:r>
      <w:r>
        <w:rPr>
          <w:sz w:val="20"/>
        </w:rPr>
        <w:t>41:28  to us waqt mein isi yani isi cheez se dochar tha jis ko ab main zyada surely tor par samajh paaya hoon ke ab main sochta hoon ke mera masla kya tha.</w:t>
      </w:r>
      <w:r>
        <w:br/>
      </w:r>
      <w:r>
        <w:rPr>
          <w:sz w:val="20"/>
        </w:rPr>
        <w:t>41:41  mera masla yeh tha ke main dekhta tha ke mere aur dunya ke darmiyan ek contradiction hai. us waqt naujawani ki umar thi, tab main itna samajh nahi paaya tha.</w:t>
      </w:r>
      <w:r>
        <w:br/>
      </w:r>
      <w:r>
        <w:rPr>
          <w:sz w:val="20"/>
        </w:rPr>
        <w:t>41:52  ab main samajh paata hoon ke kyun main pareshan reh</w:t>
      </w:r>
      <w:r>
        <w:br/>
      </w:r>
      <w:r>
        <w:rPr>
          <w:sz w:val="20"/>
        </w:rPr>
        <w:t>41:55  ta tha, kyun main mutmaeen nahi rehta tha, is ki wajah kya thi. to main samajhta tha ke mere aur dunya ke darmiyan ek contradiction hai.</w:t>
      </w:r>
      <w:r>
        <w:br/>
      </w:r>
      <w:r>
        <w:rPr>
          <w:sz w:val="20"/>
        </w:rPr>
        <w:t>42:06  main jo chahta hoon, us se kam hai yeh dunya.</w:t>
      </w:r>
      <w:r>
        <w:br/>
      </w:r>
      <w:r>
        <w:rPr>
          <w:sz w:val="20"/>
        </w:rPr>
        <w:t>42:11  main bohat hi zyada idealist tha, lekin dunya less than ideal thi. main bohat zyada perfectionist tha, magar dunya imperfect thi.</w:t>
      </w:r>
      <w:r>
        <w:br/>
      </w:r>
      <w:r>
        <w:rPr>
          <w:sz w:val="20"/>
        </w:rPr>
        <w:t>42:22  main bohat zyada high mayar har cheez</w:t>
      </w:r>
      <w:r>
        <w:br/>
      </w:r>
      <w:r>
        <w:rPr>
          <w:sz w:val="20"/>
        </w:rPr>
        <w:t>42:24  ka chahta tha, magar har cheez kamtar mayar ki thi. mere taste buds jo the, woh bohat hi high qism ke the, lekin kisi cheez mein mujhe taste buds ke mutabiq mujhe taskeen nahi milti thi.</w:t>
      </w:r>
      <w:r>
        <w:br/>
      </w:r>
      <w:r>
        <w:rPr>
          <w:sz w:val="20"/>
        </w:rPr>
        <w:t>42:39  to har aitbaar se main sochta tha ke main jo maine parha, is ka Sir James Jeans ka, to us ne likha tha ke it appears that man is straight in a world that was not made for him</w:t>
      </w:r>
      <w:r>
        <w:br/>
      </w:r>
      <w:r>
        <w:rPr>
          <w:sz w:val="20"/>
        </w:rPr>
        <w:t>42:53  to main samajhta tha ke yahi mera case hai. aisi dunya mein aa gaya hoon jo mere liye banai nahi gayi hai.</w:t>
      </w:r>
      <w:r>
        <w:br/>
      </w:r>
      <w:r>
        <w:rPr>
          <w:sz w:val="20"/>
        </w:rPr>
        <w:t>43:01  jab yeh daryaft hui jannat ki haqeeqat, tab pata chala ke ke yeh to mera habited hi nahi hai, habited to jannat hai.</w:t>
      </w:r>
      <w:r>
        <w:br/>
      </w:r>
      <w:r>
        <w:rPr>
          <w:sz w:val="20"/>
        </w:rPr>
        <w:t>43:13  tab meri samajh mein aaya ke zindagi ka sab se behtar tareeqa kya hai? akhirat oriented life. akhirat oriented life.</w:t>
      </w:r>
      <w:r>
        <w:br/>
      </w:r>
      <w:r>
        <w:rPr>
          <w:sz w:val="20"/>
        </w:rPr>
        <w:t>43:24  to main dua karta hoon ke allah taala mujh ko aur aap ko akhirat oriented life ki tofeeq de aur hum ko jannat mein dakhil kare.</w:t>
      </w:r>
    </w:p>
    <w:p>
      <w:pPr>
        <w:pStyle w:val="Heading2"/>
      </w:pPr>
      <w:r>
        <w:t>why every stress expert fails to actually help</w:t>
      </w:r>
    </w:p>
    <w:p>
      <w:r>
        <w:rPr>
          <w:color w:val="666666"/>
          <w:sz w:val="18"/>
        </w:rPr>
        <w:t>Stress and Spirituality January 1, 2012 · 4m 06s · at 0:54 · https://youtu.be/TPhXL9-g6ME?t=54</w:t>
      </w:r>
    </w:p>
    <w:p>
      <w:r>
        <w:rPr>
          <w:i/>
        </w:rPr>
        <w:t>“Everyone's biggest problem today is called stress”</w:t>
      </w:r>
    </w:p>
    <w:p>
      <w:r>
        <w:rPr>
          <w:sz w:val="20"/>
        </w:rPr>
        <w:t>0:54  Aaj kal sari duniya ka sab se bara masla yahi hai jis ko kehte hain stress.</w:t>
      </w:r>
      <w:r>
        <w:br/>
      </w:r>
      <w:r>
        <w:rPr>
          <w:sz w:val="20"/>
        </w:rPr>
        <w:t>1:04  Sari duniya mein</w:t>
      </w:r>
      <w:r>
        <w:br/>
      </w:r>
      <w:r>
        <w:rPr>
          <w:sz w:val="20"/>
        </w:rPr>
        <w:t>1:08  hazaron ki tadad mein school of de-stressing khule hue hain, beshumar log is profession mein lage hue hain.</w:t>
      </w:r>
      <w:r>
        <w:br/>
      </w:r>
      <w:r>
        <w:rPr>
          <w:sz w:val="20"/>
        </w:rPr>
        <w:t>1:20  Magar jahan tak main jaanta hoon, 1% bhi</w:t>
      </w:r>
      <w:r>
        <w:br/>
      </w:r>
      <w:r>
        <w:rPr>
          <w:sz w:val="20"/>
        </w:rPr>
        <w:t>1:28  kamyabi nahi hui is mein ke stress mein jo log jee rahe hain, un ki de-stressing kar sakein yeh log.</w:t>
      </w:r>
      <w:r>
        <w:br/>
      </w:r>
      <w:r>
        <w:rPr>
          <w:sz w:val="20"/>
        </w:rPr>
        <w:t>1:39  Stress badhta ja raha hai.</w:t>
      </w:r>
      <w:r>
        <w:br/>
      </w:r>
      <w:r>
        <w:rPr>
          <w:sz w:val="20"/>
        </w:rPr>
        <w:t>1:43  Toh is par main aaj ki majlis mein kuch kehne ki koshish karunga.</w:t>
      </w:r>
      <w:r>
        <w:br/>
      </w:r>
      <w:r>
        <w:rPr>
          <w:sz w:val="20"/>
        </w:rPr>
        <w:t>1:55  Aap jante hain ke main rozana All India Radio sunta hoon, toh aaj bhi main subah sun raha tha.</w:t>
      </w:r>
      <w:r>
        <w:br/>
      </w:r>
      <w:r>
        <w:rPr>
          <w:sz w:val="20"/>
        </w:rPr>
        <w:t>2:03  Ittifaq se aaj, yani aaj pehla din hai naye saal ka, yani 2012 jo hai, is ka pehla din hai, first January.</w:t>
      </w:r>
      <w:r>
        <w:br/>
      </w:r>
      <w:r>
        <w:rPr>
          <w:sz w:val="20"/>
        </w:rPr>
        <w:t>2:15  Toh aaj wahan aik senior psychiatrist, jis ko kehte hain psychiatrist, aik senior psychiatrist ka interview aa raha tha, aur isi mauzu par aa raha tha, stress ke mauzu par.</w:t>
      </w:r>
      <w:r>
        <w:br/>
      </w:r>
      <w:r>
        <w:rPr>
          <w:sz w:val="20"/>
        </w:rPr>
        <w:t>2:33  to woh aadmi bohat shandar English bol raha tha, maine bohat ghaur se suna.</w:t>
      </w:r>
      <w:r>
        <w:br/>
      </w:r>
      <w:r>
        <w:rPr>
          <w:sz w:val="20"/>
        </w:rPr>
        <w:t>2:42  ek bhi lafz aisa nahi tha jis ke liye mujhe dictionary dekhna pare, lekin phir bhi kuch samajh mein nahi aaya. kyunke sab confusion hi confusion tha.</w:t>
      </w:r>
      <w:r>
        <w:br/>
      </w:r>
      <w:r>
        <w:rPr>
          <w:sz w:val="20"/>
        </w:rPr>
        <w:t>2:54  main bohat zyada parha hai in logon ki cheezein, in ke article ya kitabein hain, in ki speeches bhi suni hain, jo log is profession mein hain.</w:t>
      </w:r>
      <w:r>
        <w:br/>
      </w:r>
      <w:r>
        <w:rPr>
          <w:sz w:val="20"/>
        </w:rPr>
        <w:t>3:06  lekin sabhi ka haal yeh hai ke woh koi solution nahi de paate,</w:t>
      </w:r>
      <w:r>
        <w:br/>
      </w:r>
      <w:r>
        <w:rPr>
          <w:sz w:val="20"/>
        </w:rPr>
        <w:t>3:14  problems without any exception.</w:t>
      </w:r>
      <w:r>
        <w:br/>
      </w:r>
      <w:r>
        <w:rPr>
          <w:sz w:val="20"/>
        </w:rPr>
        <w:t>3:19  to aaj bhi jo main sun raha tha to "there was not an exception".</w:t>
      </w:r>
      <w:r>
        <w:br/>
      </w:r>
      <w:r>
        <w:rPr>
          <w:sz w:val="20"/>
        </w:rPr>
        <w:t>3:29  unhone</w:t>
      </w:r>
      <w:r>
        <w:br/>
      </w:r>
      <w:r>
        <w:rPr>
          <w:sz w:val="20"/>
        </w:rPr>
        <w:t>3:33  diagnosis to bohat sahi kiya, lekin prescription sahi nahi thi is ki. yeh sab ka haal hai. kitabein main sunta hoon ya parhta hoon to diagnosis to bada acha karte hain woh,</w:t>
      </w:r>
      <w:r>
        <w:br/>
      </w:r>
      <w:r>
        <w:rPr>
          <w:sz w:val="20"/>
        </w:rPr>
        <w:t>3:47  lekin jab aati hai baat prescription ki to bata nahi paate.</w:t>
      </w:r>
      <w:r>
        <w:br/>
      </w:r>
      <w:r>
        <w:rPr>
          <w:sz w:val="20"/>
        </w:rPr>
        <w:t>3:54  diagnosis karte hue unhone yeh jumla istemal kiya ke "stress is a result of difference between aspiration and reality".</w:t>
      </w:r>
      <w:r>
        <w:br/>
      </w:r>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r>
        <w:br/>
      </w:r>
      <w:r>
        <w:rPr>
          <w:sz w:val="20"/>
        </w:rPr>
        <w:t>4:40  bohat sahi yeh tashkhees thi.</w:t>
      </w:r>
      <w:r>
        <w:br/>
      </w:r>
      <w:r>
        <w:rPr>
          <w:sz w:val="20"/>
        </w:rPr>
        <w:t>4:47  lekin diagnosis jo hai sahi thi aur prescription kuch bhi nahi, tajweez kuch bhi nahi, is confusion ke siwa.</w:t>
      </w:r>
    </w:p>
    <w:p>
      <w:pPr>
        <w:pStyle w:val="Heading2"/>
      </w:pPr>
      <w:r>
        <w:t>Dua accepted through unexpected shield of responsibilities</w:t>
      </w:r>
    </w:p>
    <w:p>
      <w:r>
        <w:rPr>
          <w:color w:val="666666"/>
          <w:sz w:val="18"/>
        </w:rPr>
        <w:t>How to do Creative Dua · 1m 19s · at 13:39 · https://youtu.be/LiGXxL-poZE?t=819</w:t>
      </w:r>
    </w:p>
    <w:p>
      <w:r>
        <w:rPr>
          <w:i/>
        </w:rPr>
        <w:t>“Main Allah se ek kaam maang rahi thi mission ka”</w:t>
      </w:r>
    </w:p>
    <w:p>
      <w:r>
        <w:rPr>
          <w:sz w:val="20"/>
        </w:rPr>
        <w:t>13:39  mein Allah se ek kaam mang rahi thi</w:t>
      </w:r>
      <w:r>
        <w:br/>
      </w:r>
      <w:r>
        <w:rPr>
          <w:sz w:val="20"/>
        </w:rPr>
        <w:t>13:41  mission ka aur Allah ne yeh spirit of Islam magazine ka moqa ata farmaye. to meri yeh soch bani thi ke Allah ki madad is kaam ke liye mujhe aise ayegi ke meri gharelu zimmedariyan kam ho jayengi.</w:t>
      </w:r>
      <w:r>
        <w:br/>
      </w:r>
      <w:r>
        <w:rPr>
          <w:sz w:val="20"/>
        </w:rPr>
        <w:t>13:57  lekin hua kya? hamare ghar mein do buzurg the pehle se aur magazine shuru hone se chand din pehle aise halaat pesh aye ke do aur buzurgon ki zimmedari mujh par aa gayi.</w:t>
      </w:r>
      <w:r>
        <w:br/>
      </w:r>
      <w:r>
        <w:rPr>
          <w:sz w:val="20"/>
        </w:rPr>
        <w:t>14:11  mujhe yeh ajeeb</w:t>
      </w:r>
      <w:r>
        <w:br/>
      </w:r>
      <w:r>
        <w:rPr>
          <w:sz w:val="20"/>
        </w:rPr>
        <w:t>14:12  saga. samajh mein nahin aaya to main Allah se dua ki ke aey Allah aap to rehman o raheem hain, kisi ko is ki taqat se zyada bojh nahin dalte hain, hamare kaam mein aasani dete hain.</w:t>
      </w:r>
      <w:r>
        <w:br/>
      </w:r>
      <w:r>
        <w:rPr>
          <w:sz w:val="20"/>
        </w:rPr>
        <w:t>14:25  to yeh kya hai? mujhe samhaiye. to mujhe yeh tajruba hua ke yeh chaar log</w:t>
      </w:r>
      <w:r>
        <w:br/>
      </w:r>
      <w:r>
        <w:rPr>
          <w:sz w:val="20"/>
        </w:rPr>
        <w:t>14:35  badhi hui zimmedari nahin balkeh mere liye dhaal ki manind rahe. mujhe magazine ke liye jo zaroori tha ke main ek sui se ghar ke ek kone se kaam karoon is ka intezam tha.</w:t>
      </w:r>
      <w:r>
        <w:br/>
      </w:r>
      <w:r>
        <w:rPr>
          <w:sz w:val="20"/>
        </w:rPr>
        <w:t>14:49  saare doosre logon ke mujh se mutalbe khatm ho gaye. sab mujh par mujhe reham ki nigah se dekhne lage</w:t>
      </w:r>
    </w:p>
    <w:p>
      <w:pPr>
        <w:pStyle w:val="Heading2"/>
      </w:pPr>
      <w:r>
        <w:t>Maulana's journey from doubt to choosing Islam</w:t>
      </w:r>
    </w:p>
    <w:p>
      <w:r>
        <w:rPr>
          <w:color w:val="666666"/>
          <w:sz w:val="18"/>
        </w:rPr>
        <w:t>On World Religions Diversity not Dissension March 9, 2013 · 2m 47s · at 9:03 · https://youtu.be/8enJoTTAH5k?t=543</w:t>
      </w:r>
    </w:p>
    <w:p>
      <w:r>
        <w:rPr>
          <w:i/>
        </w:rPr>
        <w:t>“I was born in a Muslim family, but I had doubts”</w:t>
      </w:r>
    </w:p>
    <w:p>
      <w:r>
        <w:rPr>
          <w:sz w:val="20"/>
        </w:rPr>
        <w:t>9:03  I was born in a Muslim family. My education, my upbringing, was on the traditional lines.</w:t>
      </w:r>
      <w:r>
        <w:br/>
      </w:r>
      <w:r>
        <w:rPr>
          <w:sz w:val="20"/>
        </w:rPr>
        <w:t>9:22  But when I reached the age of maturity, I developed doubts. I discovered that I am a seeker and was sad with that version of Islam that</w:t>
      </w:r>
      <w:r>
        <w:br/>
      </w:r>
      <w:r>
        <w:rPr>
          <w:sz w:val="20"/>
        </w:rPr>
        <w:t>9:45  I experienced in masjid, in madrasa, and in Muslim society.</w:t>
      </w:r>
      <w:r>
        <w:br/>
      </w:r>
      <w:r>
        <w:rPr>
          <w:sz w:val="20"/>
        </w:rPr>
        <w:t>9:51  It was a very tragic moment for me.</w:t>
      </w:r>
      <w:r>
        <w:br/>
      </w:r>
      <w:r>
        <w:rPr>
          <w:sz w:val="20"/>
        </w:rPr>
        <w:t>10:00  Then, unbelievably, an event happened.</w:t>
      </w:r>
      <w:r>
        <w:br/>
      </w:r>
      <w:r>
        <w:rPr>
          <w:sz w:val="20"/>
        </w:rPr>
        <w:t>10:10  At that time, I decided to study all those details about religion, spirituality, philosophy, to discover the answer of my natu</w:t>
      </w:r>
      <w:r>
        <w:br/>
      </w:r>
      <w:r>
        <w:rPr>
          <w:sz w:val="20"/>
        </w:rPr>
        <w:t>10:29  re. It is very interesting that at this juncture, I read some of Swami Gandha's work, especially letters of Swami Vivekananda.</w:t>
      </w:r>
      <w:r>
        <w:br/>
      </w:r>
      <w:r>
        <w:rPr>
          <w:sz w:val="20"/>
        </w:rPr>
        <w:t>10:49  In this book, there is a letter number 175</w:t>
      </w:r>
      <w:r>
        <w:br/>
      </w:r>
      <w:r>
        <w:rPr>
          <w:sz w:val="20"/>
        </w:rPr>
        <w:t>10:57  . In this letter, Swamiji had mentioned Islam in very shiny words.</w:t>
      </w:r>
      <w:r>
        <w:br/>
      </w:r>
      <w:r>
        <w:rPr>
          <w:sz w:val="20"/>
        </w:rPr>
        <w:t>11:07  This triggered my mind.</w:t>
      </w:r>
      <w:r>
        <w:br/>
      </w:r>
      <w:r>
        <w:rPr>
          <w:sz w:val="20"/>
        </w:rPr>
        <w:t>11:13  This mention of Swami Vivekananda triggered my mind. I decided to restudy Islam.</w:t>
      </w:r>
      <w:r>
        <w:br/>
      </w:r>
      <w:r>
        <w:rPr>
          <w:sz w:val="20"/>
        </w:rPr>
        <w:t>11:21  It was a very interesting study.</w:t>
      </w:r>
      <w:r>
        <w:br/>
      </w:r>
      <w:r>
        <w:rPr>
          <w:sz w:val="20"/>
        </w:rPr>
        <w:t>11:25  So what happened after a long study of Quran and Sunnah, another relevant teacher, I discovered that Islam was my choice, although it was not my birth religion.</w:t>
      </w:r>
    </w:p>
    <w:p>
      <w:pPr>
        <w:pStyle w:val="Heading2"/>
      </w:pPr>
      <w:r>
        <w:t>Quran preservation and popularity</w:t>
      </w:r>
    </w:p>
    <w:p>
      <w:r>
        <w:rPr>
          <w:color w:val="666666"/>
          <w:sz w:val="18"/>
        </w:rPr>
        <w:t>How to Become 2nd Best in the Universe Oct 8, 2006 Maulana Wahiduddin Khan · 5m 55s · at 11:02 · https://youtu.be/drciAo6jF_o?t=662</w:t>
      </w:r>
    </w:p>
    <w:p>
      <w:r>
        <w:rPr>
          <w:i/>
        </w:rPr>
        <w:t>“Quran tops Google book search”</w:t>
      </w:r>
    </w:p>
    <w:p>
      <w:r>
        <w:rPr>
          <w:sz w:val="20"/>
        </w:rPr>
        <w:t>11:02  jis ka caption ye hai ke "quran tops</w:t>
      </w:r>
      <w:r>
        <w:br/>
      </w:r>
      <w:r>
        <w:rPr>
          <w:sz w:val="20"/>
        </w:rPr>
        <w:t>11:14  google book search".</w:t>
      </w:r>
      <w:r>
        <w:br/>
      </w:r>
      <w:r>
        <w:rPr>
          <w:sz w:val="20"/>
        </w:rPr>
        <w:t>11:19  ye</w:t>
      </w:r>
      <w:r>
        <w:br/>
      </w:r>
      <w:r>
        <w:rPr>
          <w:sz w:val="20"/>
        </w:rPr>
        <w:t>11:24  ek ek research ki gayi ke google ka jo aap jante hain ke shayad number one search engine hai google, to unhone is par survey karwaya.</w:t>
      </w:r>
      <w:r>
        <w:br/>
      </w:r>
      <w:r>
        <w:rPr>
          <w:sz w:val="20"/>
        </w:rPr>
        <w:t>11:38  to maloom hua ke unka jo, unka jo jis ko kehte hain online read, online reading, to online reading jo karte hain jo log is par, to sab se zyada top par hai jo book jis ko zyada wo padhte hain internet par, wo hai quran.</w:t>
      </w:r>
      <w:r>
        <w:br/>
      </w:r>
      <w:r>
        <w:rPr>
          <w:sz w:val="20"/>
        </w:rPr>
        <w:t>12:03  ye aaj ke paper mein ye chhapa hai. sab se zyada. ye badi anokhi baat hai.</w:t>
      </w:r>
      <w:r>
        <w:br/>
      </w:r>
      <w:r>
        <w:rPr>
          <w:sz w:val="20"/>
        </w:rPr>
        <w:t>12:13  bahut anokhi baat hai. is par main sochta raha</w:t>
      </w:r>
      <w:r>
        <w:br/>
      </w:r>
      <w:r>
        <w:rPr>
          <w:sz w:val="20"/>
        </w:rPr>
        <w:t>12:20  ke aisa kyun hai?</w:t>
      </w:r>
      <w:r>
        <w:br/>
      </w:r>
      <w:r>
        <w:rPr>
          <w:sz w:val="20"/>
        </w:rPr>
        <w:t>12:25  aisa kyun hai?</w:t>
      </w:r>
      <w:r>
        <w:br/>
      </w:r>
      <w:r>
        <w:rPr>
          <w:sz w:val="20"/>
        </w:rPr>
        <w:t>12:31  aisa kyun hai ke ke ye akhbar walon ki ye khabar mili ke quran tops google book search?</w:t>
      </w:r>
      <w:r>
        <w:br/>
      </w:r>
      <w:r>
        <w:rPr>
          <w:sz w:val="20"/>
        </w:rPr>
        <w:t>12:44  dekhiye,</w:t>
      </w:r>
      <w:r>
        <w:br/>
      </w:r>
      <w:r>
        <w:rPr>
          <w:sz w:val="20"/>
        </w:rPr>
        <w:t>12:48  kal hi ek paper, kal hi ghaliban times of india mein, kal ya parson ek ek article aaya tha "islam hijacked".</w:t>
      </w:r>
      <w:r>
        <w:br/>
      </w:r>
      <w:r>
        <w:rPr>
          <w:sz w:val="20"/>
        </w:rPr>
        <w:t>13:02  is mein quran ke bare mein aisi bilkul absurd baatein likhi hui thin. to ek taraf quran ke bare mein false propaganda hai, doosri taraf quran top par pahuncha hua hai.</w:t>
      </w:r>
      <w:r>
        <w:br/>
      </w:r>
      <w:r>
        <w:rPr>
          <w:sz w:val="20"/>
        </w:rPr>
        <w:t>13:15  ye sochne ki baat hai. misaal ke taur par is mein likha tha quran ke bare mein ke quran profit ke death ke 13 saal baad compile kiya gaya.</w:t>
      </w:r>
      <w:r>
        <w:br/>
      </w:r>
      <w:r>
        <w:rPr>
          <w:sz w:val="20"/>
        </w:rPr>
        <w:t>13:30  yeh bilashubah aik baseless baat hai. yeh aisa aadmi kar sakta hai jo educated aadmi na ho. aaj kal logon ka haal yeh hai ke English likhna aaye unhein to bas woh qalb chalana shuru kar dete hain.</w:t>
      </w:r>
      <w:r>
        <w:br/>
      </w:r>
      <w:r>
        <w:rPr>
          <w:sz w:val="20"/>
        </w:rPr>
        <w:t>13:45  science ke subject par koi is tarah ka article nahi likhega, lekin mazhab ke subject par har aadmi is tarah ka article likhne ko tayyar rehta hai.</w:t>
      </w:r>
      <w:r>
        <w:br/>
      </w:r>
      <w:r>
        <w:rPr>
          <w:sz w:val="20"/>
        </w:rPr>
        <w:t>13:56  dekhen, is mein ghalati kya hai ke is writer ne, yaani he failed to differentiate, to differentiate between two things, yaani compilation aur copy.</w:t>
      </w:r>
      <w:r>
        <w:br/>
      </w:r>
      <w:r>
        <w:rPr>
          <w:sz w:val="20"/>
        </w:rPr>
        <w:t>14:13  aik hai Quran ko compile karna aur aik hai Quran ki copy banana, is ka yaani naqal karna.</w:t>
      </w:r>
      <w:r>
        <w:br/>
      </w:r>
      <w:r>
        <w:rPr>
          <w:sz w:val="20"/>
        </w:rPr>
        <w:t>14:24  to dekhiye, jo is ki jo history hai, woh batati hai ke Quran utra 23 years mein periodical way mein, aur aap ki death se pehle poora poora Quran compile ho chuka tha.</w:t>
      </w:r>
      <w:r>
        <w:br/>
      </w:r>
      <w:r>
        <w:rPr>
          <w:sz w:val="20"/>
        </w:rPr>
        <w:t>14:44  poora poora Quran, yaani Al-Fatiha se le kar Naas tak, 114 chapters.</w:t>
      </w:r>
      <w:r>
        <w:br/>
      </w:r>
      <w:r>
        <w:rPr>
          <w:sz w:val="20"/>
        </w:rPr>
        <w:t>14:54  to lekin is waqt kya shakal thi? is waqt printing press to hota nahi tha, lekin in logon ko is waqt numri logon ko bohat achhi hua karti thi.</w:t>
      </w:r>
      <w:r>
        <w:br/>
      </w:r>
      <w:r>
        <w:rPr>
          <w:sz w:val="20"/>
        </w:rPr>
        <w:t>15:09  kyun ke aap jante hain ke jo faculty zyada istemal mein ho, woh faculty bohat strong ho jati hai.</w:t>
      </w:r>
      <w:r>
        <w:br/>
      </w:r>
      <w:r>
        <w:rPr>
          <w:sz w:val="20"/>
        </w:rPr>
        <w:t>15:21  to pichhle zamane mein log zyada tar memory se kaam kiya karte the, to bohat aasani se woh log yaad kar lete the.</w:t>
      </w:r>
      <w:r>
        <w:br/>
      </w:r>
      <w:r>
        <w:rPr>
          <w:sz w:val="20"/>
        </w:rPr>
        <w:t>15:32  to is zamane mein Quran jo hai, hazaron hazar logon ke mind mein rehta tha. bohat easily woh yaad kar lete the, aur fragmentary way mein likha hua bhi rehta tha sab ke sath, sab ke paas.</w:t>
      </w:r>
      <w:r>
        <w:br/>
      </w:r>
      <w:r>
        <w:rPr>
          <w:sz w:val="20"/>
        </w:rPr>
        <w:t>15:49  yaani poora poora Quran, yaani aik binding mein to nahi hota tha prophet ke zamane mein, lekin fragmentary way mein sara Quran kuch un ke paas, kuch un ke paas, kuch un ke paas maujood rehta tha.</w:t>
      </w:r>
      <w:r>
        <w:br/>
      </w:r>
      <w:r>
        <w:rPr>
          <w:sz w:val="20"/>
        </w:rPr>
        <w:t>16:04  likhte the log. to prophet ki jab death hui jis saal, us saal angel Jibrael jo revelation jo laya karte the,</w:t>
      </w:r>
      <w:r>
        <w:br/>
      </w:r>
      <w:r>
        <w:rPr>
          <w:sz w:val="20"/>
        </w:rPr>
        <w:t>16:20  woh aap ke paas do baar aaye. is ko kehte hain Arabic kitabon mein "Ardh Akhira" aur "Ardh Aula".</w:t>
      </w:r>
      <w:r>
        <w:br/>
      </w:r>
      <w:r>
        <w:rPr>
          <w:sz w:val="20"/>
        </w:rPr>
        <w:t>16:29  yaani poora Quran Jibrael ne parh kar sunaya, aur phir aap ne un ke samne poora Quran parh kar sunaya. aik baar. phir doosri baar aise hua ke Jibrael aaye, poora Quran, yaani 114 chapters,</w:t>
      </w:r>
      <w:r>
        <w:br/>
      </w:r>
      <w:r>
        <w:rPr>
          <w:sz w:val="20"/>
        </w:rPr>
        <w:t>16:45  Al-Fatiha Naas tak, Jibrael ne parh kar sunaya, phir aap ne Jibrael ko parh kar sunaya. to yeh do baar hua aap ki death se pehle.</w:t>
      </w:r>
    </w:p>
    <w:p>
      <w:pPr>
        <w:pStyle w:val="Heading2"/>
      </w:pPr>
      <w:r>
        <w:t>onion metaphor for reaching truth through sincerity</w:t>
      </w:r>
    </w:p>
    <w:p>
      <w:r>
        <w:rPr>
          <w:color w:val="666666"/>
          <w:sz w:val="18"/>
        </w:rPr>
        <w:t>In Conversation With Maulana Wahiduddin Khan (English) May 15, 2008 · 1m 37s · at 10:58 · https://youtu.be/Yq3-vUwEu-w?t=658</w:t>
      </w:r>
    </w:p>
    <w:p>
      <w:r>
        <w:rPr>
          <w:i/>
        </w:rPr>
        <w:t>“The bulb of an onion is hidden within its layers”</w:t>
      </w:r>
    </w:p>
    <w:p>
      <w:r>
        <w:rPr>
          <w:sz w:val="20"/>
        </w:rPr>
        <w:t>10:58  Maulana, the bulb of an onion is hidden within its layers. And if one has to reach to the bulb, he will have to remove the layers of the onion.</w:t>
      </w:r>
      <w:r>
        <w:br/>
      </w:r>
      <w:r>
        <w:rPr>
          <w:sz w:val="20"/>
        </w:rPr>
        <w:t>11:07  Similarly, truth is also hidden within the layers of confusion. If one were to reach to truth, he will have to remove the layers of confusion.</w:t>
      </w:r>
      <w:r>
        <w:br/>
      </w:r>
      <w:r>
        <w:rPr>
          <w:sz w:val="20"/>
        </w:rPr>
        <w:t>11:16  According to you, how can one go about doing that? I think that it needs sincere effort.</w:t>
      </w:r>
      <w:r>
        <w:br/>
      </w:r>
      <w:r>
        <w:rPr>
          <w:sz w:val="20"/>
        </w:rPr>
        <w:t>11:26  If you are sincere, then can</w:t>
      </w:r>
      <w:r>
        <w:br/>
      </w:r>
      <w:r>
        <w:rPr>
          <w:sz w:val="20"/>
        </w:rPr>
        <w:t>11:32  you use this process.</w:t>
      </w:r>
      <w:r>
        <w:br/>
      </w:r>
      <w:r>
        <w:rPr>
          <w:sz w:val="20"/>
        </w:rPr>
        <w:t>11:36  If you are sincere, then you are anxious. And you will try with sincerity.</w:t>
      </w:r>
      <w:r>
        <w:br/>
      </w:r>
      <w:r>
        <w:rPr>
          <w:sz w:val="20"/>
        </w:rPr>
        <w:t>11:49  So sincerity is the most important factor in everything.</w:t>
      </w:r>
      <w:r>
        <w:br/>
      </w:r>
      <w:r>
        <w:rPr>
          <w:sz w:val="20"/>
        </w:rPr>
        <w:t>11:55  Sincerity gives you incentive. Sincerity gives you motivation. And sincerity gives you to track theright path.</w:t>
      </w:r>
      <w:r>
        <w:br/>
      </w:r>
      <w:r>
        <w:rPr>
          <w:sz w:val="20"/>
        </w:rPr>
        <w:t>12:10  So if you are sincere, you will try to remove all those layers. And finally, you will reach to the center of that onion, or in other words, the center of the truth</w:t>
      </w:r>
      <w:r>
        <w:br/>
      </w:r>
      <w:r>
        <w:rPr>
          <w:sz w:val="20"/>
        </w:rPr>
        <w:t>12:25  . So sincerity is the only condition to reach the truth. Is there anything called final truth?</w:t>
      </w:r>
    </w:p>
    <w:p>
      <w:pPr>
        <w:pStyle w:val="Heading2"/>
      </w:pPr>
      <w:r>
        <w:t>Lack of God-fearing prevents learning from Hudaibiya</w:t>
      </w:r>
    </w:p>
    <w:p>
      <w:r>
        <w:rPr>
          <w:color w:val="666666"/>
          <w:sz w:val="18"/>
        </w:rPr>
        <w:t>How to Manage Controversy 10 Nov 2019 - Maulana Wahiduddin Khan · 2m 23s · at 43:14 · https://youtu.be/UafTzJXHrSA?t=2594</w:t>
      </w:r>
    </w:p>
    <w:p>
      <w:r>
        <w:rPr>
          <w:i/>
        </w:rPr>
        <w:t>“سمپل سمپل وجہ یہ ہے”</w:t>
      </w:r>
    </w:p>
    <w:p>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Discovering God through everyday technology</w:t>
      </w:r>
    </w:p>
    <w:p>
      <w:r>
        <w:rPr>
          <w:color w:val="666666"/>
          <w:sz w:val="18"/>
        </w:rPr>
        <w:t>The Discovery of God IIC Prog (Maulana Talk) November 2, 2019 · 2m 08s · at 28:33 · https://youtu.be/u24tYGW6tCM?t=1713</w:t>
      </w:r>
    </w:p>
    <w:p>
      <w:r>
        <w:rPr>
          <w:i/>
        </w:rPr>
        <w:t>“Are there stages for a person to discover God?”</w:t>
      </w:r>
    </w:p>
    <w:p>
      <w:r>
        <w:rPr>
          <w:sz w:val="20"/>
        </w:rPr>
        <w:t>28:33  maulana sahib, yeh sawal bheja hai maulana iqbal umri ne jo program ko chennai se dekh rahe hain. unhon ne aapse poocha hai ke are there any stages for a person for the discovery of god?</w:t>
      </w:r>
      <w:r>
        <w:br/>
      </w:r>
      <w:r>
        <w:rPr>
          <w:sz w:val="20"/>
        </w:rPr>
        <w:t>28:47  how can we discover god in our daily life? is ke bare mein bataein. mein to har waqt paat</w:t>
      </w:r>
      <w:r>
        <w:br/>
      </w:r>
      <w:r>
        <w:rPr>
          <w:sz w:val="20"/>
        </w:rPr>
        <w:t>28:57  a hoon ke mein bol raha hoon aur meri awaz</w:t>
      </w:r>
      <w:r>
        <w:br/>
      </w:r>
      <w:r>
        <w:rPr>
          <w:sz w:val="20"/>
        </w:rPr>
        <w:t>29:04  na sirf aap tak pohnch rahi hai balkeh sari dunya mein pohnch rahi hai. samajhta hoon ke yeh creator ka kamal hai.</w:t>
      </w:r>
      <w:r>
        <w:br/>
      </w:r>
      <w:r>
        <w:rPr>
          <w:sz w:val="20"/>
        </w:rPr>
        <w:t>29:15  us ne nature ne nature mein aise cheezen rakh di theen,</w:t>
      </w:r>
      <w:r>
        <w:br/>
      </w:r>
      <w:r>
        <w:rPr>
          <w:sz w:val="20"/>
        </w:rPr>
        <w:t>29:23  laws of nature, un ko insan ne discover kiya aur discover kar ke us ne communication ka ek poora nizam banaya.</w:t>
      </w:r>
      <w:r>
        <w:br/>
      </w:r>
      <w:r>
        <w:rPr>
          <w:sz w:val="20"/>
        </w:rPr>
        <w:t>29:33  to jo kuch bhi dunya mein hai, chahe hawai jahaz ho, ek car ho, ek computer ho, yeh sab god almighty ki blessing hai.</w:t>
      </w:r>
      <w:r>
        <w:br/>
      </w:r>
      <w:r>
        <w:rPr>
          <w:sz w:val="20"/>
        </w:rPr>
        <w:t>29:45  to jab mein us ko istemal karta hoon ya mein kisi bhi tareeqe se us ko dekhta hoon to mein god ko dekhta hoon,</w:t>
      </w:r>
      <w:r>
        <w:br/>
      </w:r>
      <w:r>
        <w:rPr>
          <w:sz w:val="20"/>
        </w:rPr>
        <w:t>29:57  god ke communication ke through god ko. ya wohi, ab wohi mein formula apply karta hoon jo</w:t>
      </w:r>
      <w:r>
        <w:br/>
      </w:r>
      <w:r>
        <w:rPr>
          <w:sz w:val="20"/>
        </w:rPr>
        <w:t>30:08  quantum physics mein apply hota hai, yani effect se reality ko janna.</w:t>
      </w:r>
      <w:r>
        <w:br/>
      </w:r>
      <w:r>
        <w:rPr>
          <w:sz w:val="20"/>
        </w:rPr>
        <w:t>30:18  to yeh sab cheezen jo effect hain, woh khuda ka creation hai.</w:t>
      </w:r>
      <w:r>
        <w:br/>
      </w:r>
      <w:r>
        <w:rPr>
          <w:sz w:val="20"/>
        </w:rPr>
        <w:t>30:26  to through inference mein janta hoon, yeh meri, yeh meri discovery hai. maulana, doctor merchant sahib ne ek question bheja hai, unhon ne likha hai:</w:t>
      </w:r>
    </w:p>
    <w:p>
      <w:pPr>
        <w:pStyle w:val="Heading2"/>
      </w:pPr>
      <w:r>
        <w:t>Result-oriented thinking: Russia-Ukraine and the Hudaybiyyah treaty</w:t>
      </w:r>
    </w:p>
    <w:p>
      <w:r>
        <w:rPr>
          <w:color w:val="666666"/>
          <w:sz w:val="18"/>
        </w:rPr>
        <w:t>Art of Thinking August 21, 2022 · 1m 57s · at 1:04:10 · https://youtu.be/H_0zmN0MLS8?t=3850</w:t>
      </w:r>
    </w:p>
    <w:p>
      <w:r>
        <w:rPr>
          <w:i/>
        </w:rPr>
        <w:t>“Russia thought it could easily take over Ukraine.”</w:t>
      </w:r>
    </w:p>
    <w:p>
      <w:r>
        <w:rPr>
          <w:sz w:val="20"/>
        </w:rPr>
        <w:t>1:04:10  soch samajh ke. misaal ke taur par, aajkal jo Russia jeng ho rahi hai, Russia aur Ukraine war ho rahi hai, ab Russia samajhta tha ke hum to superpower hain, hum to bahut aasani se Ukraine par qabza kar lenge.</w:t>
      </w:r>
      <w:r>
        <w:br/>
      </w:r>
      <w:r>
        <w:rPr>
          <w:sz w:val="20"/>
        </w:rPr>
        <w:t>1:04:23  ab kya ho raha hai ke ab woh pareshan ho</w:t>
      </w:r>
      <w:r>
        <w:br/>
      </w:r>
      <w:r>
        <w:rPr>
          <w:sz w:val="20"/>
        </w:rPr>
        <w:t>1:04:27  gaya hai. parson khabar mein aayi thi, kal ya parson ke akhbar mein ke woh jo uska jo nuclear plant sessions hain, plants hain, wahan par hamle ho rahe hain.</w:t>
      </w:r>
      <w:r>
        <w:br/>
      </w:r>
      <w:r>
        <w:rPr>
          <w:sz w:val="20"/>
        </w:rPr>
        <w:t>1:04:36  ab woh bahut zabardast uska nuksan hoga. to Russia ko pehle sochna chahiye tha. kehte hain na, jisko sheeshe ke glass mein reh kar, ah, jo hai, pathar nahi phenka karte, to usko sochna chahiye tha. hamare nuclear plants itne zyada hain, us par hamla ho jayega to kya ho</w:t>
      </w:r>
      <w:r>
        <w:br/>
      </w:r>
      <w:r>
        <w:rPr>
          <w:sz w:val="20"/>
        </w:rPr>
        <w:t>1:04:54  jayega? woh itna zyada Russia, America ke paas nuclear, ah, woh hain hathiyar ke woh to sari duniya ko kai baar barbaad kar sakte hain.</w:t>
      </w:r>
      <w:r>
        <w:br/>
      </w:r>
      <w:r>
        <w:rPr>
          <w:sz w:val="20"/>
        </w:rPr>
        <w:t>1:05:04  to yeh hai ke re planning jo hai, woh bahut zaroori hai. bahut zyada Rasool Allah sallallahu alaihi wasallam re planning karte the. aur har aadmi jo bhi is tarah ka kaam kare, to woh usko re planning karna uske liye zaroori hai.</w:t>
      </w:r>
      <w:r>
        <w:br/>
      </w:r>
      <w:r>
        <w:rPr>
          <w:sz w:val="20"/>
        </w:rPr>
        <w:t>1:05:19  as he calls it, "result oriented." Jaise Rasool Allah Salallaho alaihe wasallam ne jab Sulah Hudaybiyah ki, to agar Sulah Hudaybiyah na karte to Islam jo hai, kabhi bhi nahin, Islam khatam hi ho jata.</w:t>
      </w:r>
      <w:r>
        <w:br/>
      </w:r>
      <w:r>
        <w:rPr>
          <w:sz w:val="20"/>
        </w:rPr>
        <w:t>1:05:32  kyunke musalsal jang ho rahi thi, jang mein sare log mare ja rahe the, sab barbadi ho rahi thi, aur daawa-e-work karne ka mauqa nahin, mauqa nahin ho raha tha.</w:t>
      </w:r>
      <w:r>
        <w:br/>
      </w:r>
      <w:r>
        <w:rPr>
          <w:sz w:val="20"/>
        </w:rPr>
        <w:t>1:05:43  sulah hudaybiyah karne se sare mauqe hasil ho gaye, aur itni tezi se aapka paigham pahunch gaya.</w:t>
      </w:r>
      <w:r>
        <w:br/>
      </w:r>
      <w:r>
        <w:rPr>
          <w:sz w:val="20"/>
        </w:rPr>
        <w:t>1:05:49  to isi tarike se har aadmi ko koi bhi kaam kare to pehle soche, ekdum emotional approach na kare. jaise musalman aksar karte hain, emotional unka method hota hai, tareeqa hota hai, woh ekdum se uth jaate hain, aur phir uska nateeja jo hai, unko bhugatna padta hai.</w:t>
      </w:r>
    </w:p>
    <w:p>
      <w:pPr>
        <w:pStyle w:val="Heading2"/>
      </w:pPr>
      <w:r>
        <w:t>From Spiritual Tree to Muslims as witnesses</w:t>
      </w:r>
    </w:p>
    <w:p>
      <w:r>
        <w:rPr>
          <w:color w:val="666666"/>
          <w:sz w:val="18"/>
        </w:rPr>
        <w:t>From The Spiritual Tree May 30, 2007 · 5m 01s · at 0:46 · https://youtu.be/vGj_dsCMv-M?t=46</w:t>
      </w:r>
    </w:p>
    <w:p>
      <w:r>
        <w:rPr>
          <w:i/>
        </w:rPr>
        <w:t>“I was sitting under my Spiritual Tree”</w:t>
      </w:r>
    </w:p>
    <w:p>
      <w:r>
        <w:rPr>
          <w:sz w:val="20"/>
        </w:rPr>
        <w:t>0:46  i was sitting under my spiritual tree, and i was thinking about the humanity.</w:t>
      </w:r>
      <w:r>
        <w:br/>
      </w:r>
      <w:r>
        <w:rPr>
          <w:sz w:val="20"/>
        </w:rPr>
        <w:t>0:59  i felt that</w:t>
      </w:r>
      <w:r>
        <w:br/>
      </w:r>
      <w:r>
        <w:rPr>
          <w:sz w:val="20"/>
        </w:rPr>
        <w:t>1:07  i asked a question to myself: if people were asked, "what is the greatest problem of the world, of the present world?"</w:t>
      </w:r>
      <w:r>
        <w:br/>
      </w:r>
      <w:r>
        <w:rPr>
          <w:sz w:val="20"/>
        </w:rPr>
        <w:t>1:23  some people would like to say that U.S. hegemony is the greatest problem</w:t>
      </w:r>
      <w:r>
        <w:br/>
      </w:r>
      <w:r>
        <w:rPr>
          <w:sz w:val="20"/>
        </w:rPr>
        <w:t>1:34  of the present world. Some would like to say that</w:t>
      </w:r>
      <w:r>
        <w:br/>
      </w:r>
      <w:r>
        <w:rPr>
          <w:sz w:val="20"/>
        </w:rPr>
        <w:t>1:41  the greatest problem of the time is that half, near about half of the humanity is living in poverty.</w:t>
      </w:r>
      <w:r>
        <w:br/>
      </w:r>
      <w:r>
        <w:rPr>
          <w:sz w:val="20"/>
        </w:rPr>
        <w:t>1:57  Some other people would like to say that after colonialism, we are facing a new problem that is multinationalism.</w:t>
      </w:r>
      <w:r>
        <w:br/>
      </w:r>
      <w:r>
        <w:rPr>
          <w:sz w:val="20"/>
        </w:rPr>
        <w:t>2:09  But I think that all these problems are superficial problems.</w:t>
      </w:r>
      <w:r>
        <w:br/>
      </w:r>
      <w:r>
        <w:rPr>
          <w:sz w:val="20"/>
        </w:rPr>
        <w:t>2:18  The greatest problem is that all men and women are heading to a future</w:t>
      </w:r>
      <w:r>
        <w:br/>
      </w:r>
      <w:r>
        <w:rPr>
          <w:sz w:val="20"/>
        </w:rPr>
        <w:t>2:30  where they will face</w:t>
      </w:r>
      <w:r>
        <w:br/>
      </w:r>
      <w:r>
        <w:rPr>
          <w:sz w:val="20"/>
        </w:rPr>
        <w:t>2:36  their God, where they will face the Day of Judgment, where they will be presented before God, Malik-e-Yomiddin.</w:t>
      </w:r>
      <w:r>
        <w:br/>
      </w:r>
      <w:r>
        <w:rPr>
          <w:sz w:val="20"/>
        </w:rPr>
        <w:t>2:54  And you know, after this presentation, what is the other step?</w:t>
      </w:r>
      <w:r>
        <w:br/>
      </w:r>
      <w:r>
        <w:rPr>
          <w:sz w:val="20"/>
        </w:rPr>
        <w:t>3:04  What is the other</w:t>
      </w:r>
      <w:r>
        <w:br/>
      </w:r>
      <w:r>
        <w:rPr>
          <w:sz w:val="20"/>
        </w:rPr>
        <w:t>3:09  phase of our life that is Hell and Paradise?</w:t>
      </w:r>
      <w:r>
        <w:br/>
      </w:r>
      <w:r>
        <w:rPr>
          <w:sz w:val="20"/>
        </w:rPr>
        <w:t>3:18  So this is the most important problem. And present global warming tells us that countdown has begun.</w:t>
      </w:r>
      <w:r>
        <w:br/>
      </w:r>
      <w:r>
        <w:rPr>
          <w:sz w:val="20"/>
        </w:rPr>
        <w:t>3:36  We are approaching the end of the history.</w:t>
      </w:r>
      <w:r>
        <w:br/>
      </w:r>
      <w:r>
        <w:rPr>
          <w:sz w:val="20"/>
        </w:rPr>
        <w:t>3:44  Now what to do? If this is the greatest problem, then what to do?</w:t>
      </w:r>
      <w:r>
        <w:br/>
      </w:r>
      <w:r>
        <w:rPr>
          <w:sz w:val="20"/>
        </w:rPr>
        <w:t>3:56  What is the task ahead? That is Dawa work.</w:t>
      </w:r>
      <w:r>
        <w:br/>
      </w:r>
      <w:r>
        <w:rPr>
          <w:sz w:val="20"/>
        </w:rPr>
        <w:t>4:06  That is conveying the message of God to all mankind. That is to make people aware of the creation plan of God</w:t>
      </w:r>
      <w:r>
        <w:br/>
      </w:r>
      <w:r>
        <w:rPr>
          <w:sz w:val="20"/>
        </w:rPr>
        <w:t>4:23  so that they may reassess</w:t>
      </w:r>
      <w:r>
        <w:br/>
      </w:r>
      <w:r>
        <w:rPr>
          <w:sz w:val="20"/>
        </w:rPr>
        <w:t>4:30  their life, so may they revise their lifestyle, so that they</w:t>
      </w:r>
      <w:r>
        <w:br/>
      </w:r>
      <w:r>
        <w:rPr>
          <w:sz w:val="20"/>
        </w:rPr>
        <w:t>4:45  may</w:t>
      </w:r>
      <w:r>
        <w:br/>
      </w:r>
      <w:r>
        <w:rPr>
          <w:sz w:val="20"/>
        </w:rPr>
        <w:t>4:48  prepare themselves</w:t>
      </w:r>
      <w:r>
        <w:br/>
      </w:r>
      <w:r>
        <w:rPr>
          <w:sz w:val="20"/>
        </w:rPr>
        <w:t>4:53  for the</w:t>
      </w:r>
      <w:r>
        <w:br/>
      </w:r>
      <w:r>
        <w:rPr>
          <w:sz w:val="20"/>
        </w:rPr>
        <w:t>4:57  next period of life, that is post-death period. Now who is going to perform this mission?</w:t>
      </w:r>
      <w:r>
        <w:br/>
      </w:r>
      <w:r>
        <w:rPr>
          <w:sz w:val="20"/>
        </w:rPr>
        <w:t>5:13  It is Ummat-e-Muhammadi, that is Muslims.</w:t>
      </w:r>
      <w:r>
        <w:br/>
      </w:r>
      <w:r>
        <w:rPr>
          <w:sz w:val="20"/>
        </w:rPr>
        <w:t>5:20  Muslims are</w:t>
      </w:r>
      <w:r>
        <w:br/>
      </w:r>
      <w:r>
        <w:rPr>
          <w:sz w:val="20"/>
        </w:rPr>
        <w:t>5:26  that group who is</w:t>
      </w:r>
      <w:r>
        <w:br/>
      </w:r>
      <w:r>
        <w:rPr>
          <w:sz w:val="20"/>
        </w:rPr>
        <w:t>5:36  called in the Quran and Hadith "Shahid," that is witness.</w:t>
      </w:r>
    </w:p>
    <w:p>
      <w:pPr>
        <w:pStyle w:val="Heading2"/>
      </w:pPr>
      <w:r>
        <w:t>Saying if about the past is a satanic thought</w:t>
      </w:r>
    </w:p>
    <w:p>
      <w:r>
        <w:rPr>
          <w:color w:val="666666"/>
          <w:sz w:val="18"/>
        </w:rPr>
        <w:t>Hadith (English) March 27, 2007 Maulana Wahiduddin Khan · 45s · at 25:57 · https://youtu.be/VnwRJbqn9tU?t=1557</w:t>
      </w:r>
    </w:p>
    <w:p>
      <w:r>
        <w:rPr>
          <w:i/>
        </w:rPr>
        <w:t>“Don't say if, if is a satanic thought”</w:t>
      </w:r>
    </w:p>
    <w:p>
      <w:r>
        <w:rPr>
          <w:sz w:val="20"/>
        </w:rPr>
        <w:t>25:57  Then there is a hadith. "la taqul law fa-inna law min amal al-shaitan."</w:t>
      </w:r>
      <w:r>
        <w:br/>
      </w:r>
      <w:r>
        <w:rPr>
          <w:sz w:val="20"/>
        </w:rPr>
        <w:t>26:07  Don't say if. If is a satanic</w:t>
      </w:r>
      <w:r>
        <w:br/>
      </w:r>
      <w:r>
        <w:rPr>
          <w:sz w:val="20"/>
        </w:rPr>
        <w:t>26:18  thought.</w:t>
      </w:r>
      <w:r>
        <w:br/>
      </w:r>
      <w:r>
        <w:rPr>
          <w:sz w:val="20"/>
        </w:rPr>
        <w:t>26:26  Don't say law</w:t>
      </w:r>
      <w:r>
        <w:br/>
      </w:r>
      <w:r>
        <w:rPr>
          <w:sz w:val="20"/>
        </w:rPr>
        <w:t>26:28  . "la taqul law fa-inna law min amal al-shaitan." law means if. Don't say if because if is a satanic thought.</w:t>
      </w:r>
    </w:p>
    <w:p>
      <w:pPr>
        <w:pStyle w:val="Heading2"/>
      </w:pPr>
      <w:r>
        <w:t>Loss of freedom reveals its value as blessing</w:t>
      </w:r>
    </w:p>
    <w:p>
      <w:r>
        <w:rPr>
          <w:color w:val="666666"/>
          <w:sz w:val="18"/>
        </w:rPr>
        <w:t>Covid Reminder The Need for Shukr April 12, 2020 Maulana Wahiduddin Khan · 2m 28s · at 2:57 · https://youtu.be/LETHR-bNgtQ?t=177</w:t>
      </w:r>
    </w:p>
    <w:p>
      <w:r>
        <w:rPr>
          <w:i/>
        </w:rPr>
        <w:t>“Dekhiye, aaj kal jo halaat hain”</w:t>
      </w:r>
    </w:p>
    <w:p>
      <w:r>
        <w:rPr>
          <w:sz w:val="20"/>
        </w:rPr>
        <w:t>2:57  dekhen, aaj kal jo halaat hain ke hum ghar se bahar nahin nikal sakte,</w:t>
      </w:r>
      <w:r>
        <w:br/>
      </w:r>
      <w:r>
        <w:rPr>
          <w:sz w:val="20"/>
        </w:rPr>
        <w:t>3:07  traffic rukawatein hain, to aap soch jante hain ke iski wajah se kitna zyada pareshani hai.</w:t>
      </w:r>
      <w:r>
        <w:br/>
      </w:r>
      <w:r>
        <w:rPr>
          <w:sz w:val="20"/>
        </w:rPr>
        <w:t>3:24  to hum yeh to yaad aa raha hai hum ko ke hum ko pareshani ho gayi hai.</w:t>
      </w:r>
      <w:r>
        <w:br/>
      </w:r>
      <w:r>
        <w:rPr>
          <w:sz w:val="20"/>
        </w:rPr>
        <w:t>3:34  positive pareshani kis baat ki?</w:t>
      </w:r>
      <w:r>
        <w:br/>
      </w:r>
      <w:r>
        <w:rPr>
          <w:sz w:val="20"/>
        </w:rPr>
        <w:t>3:41  azaadi ki jo nemmat thi woh mehdood banon mein, limited banon mein chhin gayi hai.</w:t>
      </w:r>
      <w:r>
        <w:br/>
      </w:r>
      <w:r>
        <w:rPr>
          <w:sz w:val="20"/>
        </w:rPr>
        <w:t>3:53  mehdood banon mein, limited banon mein.</w:t>
      </w:r>
      <w:r>
        <w:br/>
      </w:r>
      <w:r>
        <w:rPr>
          <w:sz w:val="20"/>
        </w:rPr>
        <w:t>4:01  ab hum ko mehsoos ho raha hai ke ke hum jo azaadi ke saath rehte the yahan, jab tha bazaar gaye, jab tha park gaye, jab tha is ghar se guzar gaye,</w:t>
      </w:r>
      <w:r>
        <w:br/>
      </w:r>
      <w:r>
        <w:rPr>
          <w:sz w:val="20"/>
        </w:rPr>
        <w:t>4:17  to</w:t>
      </w:r>
      <w:r>
        <w:br/>
      </w:r>
      <w:r>
        <w:rPr>
          <w:sz w:val="20"/>
        </w:rPr>
        <w:t>4:21  ab mehdood banon mein woh chhin gaya hai to kitni pareshani ho rahi hai.</w:t>
      </w:r>
      <w:r>
        <w:br/>
      </w:r>
      <w:r>
        <w:rPr>
          <w:sz w:val="20"/>
        </w:rPr>
        <w:t>4:29  to sach poochhein to yahan tak ke hum agar hamein zaroorat ho</w:t>
      </w:r>
      <w:r>
        <w:br/>
      </w:r>
      <w:r>
        <w:rPr>
          <w:sz w:val="20"/>
        </w:rPr>
        <w:t>4:40  medical aid ki to hum doctor ya hospital se aazadana taur par consult nahi kar sakte.</w:t>
      </w:r>
      <w:r>
        <w:br/>
      </w:r>
      <w:r>
        <w:rPr>
          <w:sz w:val="20"/>
        </w:rPr>
        <w:t>4:52  to</w:t>
      </w:r>
      <w:r>
        <w:br/>
      </w:r>
      <w:r>
        <w:rPr>
          <w:sz w:val="20"/>
        </w:rPr>
        <w:t>4:57  yeh cheezein is se pehle bilkul freely available theen. bilkul freely.</w:t>
      </w:r>
      <w:r>
        <w:br/>
      </w:r>
      <w:r>
        <w:rPr>
          <w:sz w:val="20"/>
        </w:rPr>
        <w:t>5:09  to ab jab woh un par pabandi lag gayi, limited pabandi, to hum ko ehsaas ho raha hai ke kitni bari museebat hai, kitni bari nemmat hai azaadi.</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Hadith: falsely accusing someone boomerangs on you</w:t>
      </w:r>
    </w:p>
    <w:p>
      <w:r>
        <w:rPr>
          <w:color w:val="666666"/>
          <w:sz w:val="18"/>
        </w:rPr>
        <w:t>Warning and Punishment May 15, 2008 · 1m 00s · at 27:07 · https://youtu.be/tL3qIGvBuBE?t=1627</w:t>
      </w:r>
    </w:p>
    <w:p>
      <w:r>
        <w:rPr>
          <w:i/>
        </w:rPr>
        <w:t>“Jab koi kahe tum bure ho, tum munafiq ho, aur woh aisa na ho...”</w:t>
      </w:r>
    </w:p>
    <w:p>
      <w:r>
        <w:rPr>
          <w:sz w:val="20"/>
        </w:rPr>
        <w:t>27:07  dekhein, mein aik yahan par aik relevant hadith sunana chahoon ga. woh hadith yeh hai ke jab koi shakhs kisi ko kahe ke tum bure ho, tum fasiq ho, tum munafiq ho,</w:t>
      </w:r>
      <w:r>
        <w:br/>
      </w:r>
      <w:r>
        <w:rPr>
          <w:sz w:val="20"/>
        </w:rPr>
        <w:t>27:34  aur woh aadmi aisa na ho to is ka kaha hua kya hai, us ki apni taraf lot aaye ga.</w:t>
      </w:r>
      <w:r>
        <w:br/>
      </w:r>
      <w:r>
        <w:rPr>
          <w:sz w:val="20"/>
        </w:rPr>
        <w:t>27:45  yani yeh goya aik boomerang khel hai, boomerang. idhar na jaye ga to idhar aaye ga. to kitna ziyada yeh, yani darne wali baat hai.</w:t>
      </w:r>
      <w:r>
        <w:br/>
      </w:r>
      <w:r>
        <w:rPr>
          <w:sz w:val="20"/>
        </w:rPr>
        <w:t>28:02  kitna ziyada darne wali baat hai.</w:t>
      </w:r>
    </w:p>
    <w:p>
      <w:pPr>
        <w:pStyle w:val="Heading2"/>
      </w:pPr>
      <w:r>
        <w:t>Muslims have lost identity as witnesses</w:t>
      </w:r>
    </w:p>
    <w:p>
      <w:r>
        <w:rPr>
          <w:color w:val="666666"/>
          <w:sz w:val="18"/>
        </w:rPr>
        <w:t>From The Spiritual Tree May 30, 2007 · 1m 22s · at 6:14 · https://youtu.be/vGj_dsCMv-M?t=374</w:t>
      </w:r>
    </w:p>
    <w:p>
      <w:r>
        <w:rPr>
          <w:i/>
        </w:rPr>
        <w:t>“They have to bear witness before people.”</w:t>
      </w:r>
    </w:p>
    <w:p>
      <w:r>
        <w:rPr>
          <w:sz w:val="20"/>
        </w:rPr>
        <w:t>6:14  They have to bear witness before people. But Muslims have forgotten their identity.</w:t>
      </w:r>
      <w:r>
        <w:br/>
      </w:r>
      <w:r>
        <w:rPr>
          <w:sz w:val="20"/>
        </w:rPr>
        <w:t>6:27  They have lost, L-O-S-T lost, the sense of their duty.</w:t>
      </w:r>
      <w:r>
        <w:br/>
      </w:r>
      <w:r>
        <w:rPr>
          <w:sz w:val="20"/>
        </w:rPr>
        <w:t>6:41  It is a very dangerous situation.</w:t>
      </w:r>
      <w:r>
        <w:br/>
      </w:r>
      <w:r>
        <w:rPr>
          <w:sz w:val="20"/>
        </w:rPr>
        <w:t>6:46  At present, Muslims are living as a group, as a cultural group.</w:t>
      </w:r>
      <w:r>
        <w:br/>
      </w:r>
      <w:r>
        <w:rPr>
          <w:sz w:val="20"/>
        </w:rPr>
        <w:t>7:02  Their thinking is cultural thinking. Their targets are cultural targets. Their problems are cultural problems.</w:t>
      </w:r>
      <w:r>
        <w:br/>
      </w:r>
      <w:r>
        <w:rPr>
          <w:sz w:val="20"/>
        </w:rPr>
        <w:t>7:19  They are living as a cultural group rather than</w:t>
      </w:r>
      <w:r>
        <w:br/>
      </w:r>
      <w:r>
        <w:rPr>
          <w:sz w:val="20"/>
        </w:rPr>
        <w:t>7:25  a group of mission. This is a very dangerous situation.</w:t>
      </w:r>
    </w:p>
    <w:p>
      <w:pPr>
        <w:pStyle w:val="Heading2"/>
      </w:pPr>
      <w:r>
        <w:t>Charlie Chaplin's fame, persecution, and hidden despair</w:t>
      </w:r>
    </w:p>
    <w:p>
      <w:r>
        <w:rPr>
          <w:color w:val="666666"/>
          <w:sz w:val="18"/>
        </w:rPr>
        <w:t>One Can See God March 4, 2007 · 3m 58s · at 17:29 · https://youtu.be/Xm14mPW0HJI?t=1049</w:t>
      </w:r>
    </w:p>
    <w:p>
      <w:r>
        <w:rPr>
          <w:i/>
        </w:rPr>
        <w:t>“دنیا کا سب سے بڑا سپر کامیڈین جو ہے وہ ہے چارلی چیپلن۔”</w:t>
      </w:r>
    </w:p>
    <w:p>
      <w:r>
        <w:rPr>
          <w:sz w:val="20"/>
        </w:rPr>
        <w:t>17:29  ab dekhiye dunya ka sab se bara super comedian jo hai woh hai woh charlie chaplin.</w:t>
      </w:r>
      <w:r>
        <w:br/>
      </w:r>
      <w:r>
        <w:rPr>
          <w:sz w:val="20"/>
        </w:rPr>
        <w:t>17:39  charlie chaplin</w:t>
      </w:r>
      <w:r>
        <w:br/>
      </w:r>
      <w:r>
        <w:rPr>
          <w:sz w:val="20"/>
        </w:rPr>
        <w:t>17:41  dunya ka super comedian mana jata hai. hasna aasan tha aik naam tha is ka. aur bohat zyada paisa ikhatta kiya is ne hasna aasan mein. to woh britain mein paida hua.</w:t>
      </w:r>
      <w:r>
        <w:br/>
      </w:r>
      <w:r>
        <w:rPr>
          <w:sz w:val="20"/>
        </w:rPr>
        <w:t>17:54  woh angrez tha woh. chala gaya america. lekin aap jante hain ke british jo hain woh nafrat karte hain americon se. to is ne wahan par citizenship nahin li.</w:t>
      </w:r>
      <w:r>
        <w:br/>
      </w:r>
      <w:r>
        <w:rPr>
          <w:sz w:val="20"/>
        </w:rPr>
        <w:t>18:06  wahan par entry visa par raha woh. aur is ke andar kuch socialistic soch thi. aap jante hain yeh zamana is ka hai pehli jang-e-azeem aur doosri jang-e-azeem ke beech ka.</w:t>
      </w:r>
      <w:r>
        <w:br/>
      </w:r>
      <w:r>
        <w:rPr>
          <w:sz w:val="20"/>
        </w:rPr>
        <w:t>18:18  pehli jang-e-azeem aur doosri jang-e-azeem ke beech ka zamana jo hai wahan aik aik dhoom thi socialism aur communism ki. aap jante hain ke marx jo tha woh london hi mein mara.</w:t>
      </w:r>
      <w:r>
        <w:br/>
      </w:r>
      <w:r>
        <w:rPr>
          <w:sz w:val="20"/>
        </w:rPr>
        <w:t>18:29  paida hua tha woh germany mein. lekin aakhir mein woh london mein raha. wohin mara woh.</w:t>
      </w:r>
      <w:r>
        <w:br/>
      </w:r>
      <w:r>
        <w:rPr>
          <w:sz w:val="20"/>
        </w:rPr>
        <w:t>18:35  sab se sab se bara is ka jo dost tha woh tha angel jo angrez tha. to wahan par communist ideas bohat phailay. isi se hamaray Nehru ji mutasir huay.</w:t>
      </w:r>
      <w:r>
        <w:br/>
      </w:r>
      <w:r>
        <w:rPr>
          <w:sz w:val="20"/>
        </w:rPr>
        <w:t>18:48  to wahan fabian society jo sab ke sab socialist log thay is mein. to britishz mein bohat se log thay parhay likhay log jo socialist ban gaye. ab yeh tha America mein.</w:t>
      </w:r>
      <w:r>
        <w:br/>
      </w:r>
      <w:r>
        <w:rPr>
          <w:sz w:val="20"/>
        </w:rPr>
        <w:t>18:59  aur pehli jang-e-azeem aur doosri jang-e-azeem ke beech mein aap jantay hain America mein kya tha?</w:t>
      </w:r>
      <w:r>
        <w:br/>
      </w:r>
      <w:r>
        <w:rPr>
          <w:sz w:val="20"/>
        </w:rPr>
        <w:t>19:04  communism ko apna woh dushman number aik samajhtay thay. dushman number aik. aik baar to ab mein New York mein aik aik international conference mein tha.</w:t>
      </w:r>
      <w:r>
        <w:br/>
      </w:r>
      <w:r>
        <w:rPr>
          <w:sz w:val="20"/>
        </w:rPr>
        <w:t>19:15  to is ka jo chairman tha us ne ailaan kiya aik baat ka. ke aik line par mujh ko pata nahi kitnay hazar bataya ke mujhe telegram milay thay.</w:t>
      </w:r>
      <w:r>
        <w:br/>
      </w:r>
      <w:r>
        <w:rPr>
          <w:sz w:val="20"/>
        </w:rPr>
        <w:t>19:26  woh line kya thi? woh yeh thi ke communism is dushman number aik of US A.</w:t>
      </w:r>
      <w:r>
        <w:br/>
      </w:r>
      <w:r>
        <w:rPr>
          <w:sz w:val="20"/>
        </w:rPr>
        <w:t>19:33  is par itnay telegram aaye. to yeh haal hai Americayion ka. woh samajhtay hain ke sab se bara dushman hamara jo hai communism hai.</w:t>
      </w:r>
      <w:r>
        <w:br/>
      </w:r>
      <w:r>
        <w:rPr>
          <w:sz w:val="20"/>
        </w:rPr>
        <w:t>19:42  ab in ke andar thora jhukao tha. to woh in chahe ban gaye yeh. Charlie Chaplin America mein in chahe ban gaye. ghair Amrici kaha janay laga in ko.</w:t>
      </w:r>
      <w:r>
        <w:br/>
      </w:r>
      <w:r>
        <w:rPr>
          <w:sz w:val="20"/>
        </w:rPr>
        <w:t>19:54  ab kya karein yeh? ab kai masail in ko ho gaye. number aik America mein woh ghair Amrici manay janay lagay.</w:t>
      </w:r>
      <w:r>
        <w:br/>
      </w:r>
      <w:r>
        <w:rPr>
          <w:sz w:val="20"/>
        </w:rPr>
        <w:t>20:03  pro communist manay janay lagay. chaar shadiyan karein kisi se bhi un ki bani nahi. alahdagi hui. paisa bohat kamaya. ab income tax ke masail thay un ke.</w:t>
      </w:r>
      <w:r>
        <w:br/>
      </w:r>
      <w:r>
        <w:rPr>
          <w:sz w:val="20"/>
        </w:rPr>
        <w:t>20:14  waghera. aakhir mein kya kiya unhon ne America chhod kar ke chalay gaye. entry ka jo woh kagaz tha entry visa woh surrender kar diya unhon ne.</w:t>
      </w:r>
      <w:r>
        <w:br/>
      </w:r>
      <w:r>
        <w:rPr>
          <w:sz w:val="20"/>
        </w:rPr>
        <w:t>20:24  Switzerland mein surrender kiya unhon ne ja kar ke.</w:t>
      </w:r>
      <w:r>
        <w:br/>
      </w:r>
      <w:r>
        <w:rPr>
          <w:sz w:val="20"/>
        </w:rPr>
        <w:t>20:28  aur despair member hai woh aadmi. despair member hai woh. to aik aik baar mein ne parha tha ke aik aadmi aaya kisi jo yeh counseling karte hain jo log un ke paas.</w:t>
      </w:r>
      <w:r>
        <w:br/>
      </w:r>
      <w:r>
        <w:rPr>
          <w:sz w:val="20"/>
        </w:rPr>
        <w:t>20:43  unhon ne kaha ke sahib mein bohat gham mein rehta hoon. bohat mein mujhe bohat hi pareshani rehti hai.</w:t>
      </w:r>
      <w:r>
        <w:br/>
      </w:r>
      <w:r>
        <w:rPr>
          <w:sz w:val="20"/>
        </w:rPr>
        <w:t>20:54  to kuch is ka aap hal bataiye.</w:t>
      </w:r>
      <w:r>
        <w:br/>
      </w:r>
      <w:r>
        <w:rPr>
          <w:sz w:val="20"/>
        </w:rPr>
        <w:t>20:57  to woh jo counselor sahib thay unhon ne kaha ke Charlie Chaplin ka show dekha karo. jo comedian hai bohat bara. jantay hain kya hua?</w:t>
      </w:r>
      <w:r>
        <w:br/>
      </w:r>
      <w:r>
        <w:rPr>
          <w:sz w:val="20"/>
        </w:rPr>
        <w:t>21:08  unhon ne kaha ke mein hi to Charlie Chaplin hoon. stage par hansta hoon aur mera dil rota hai. to yeh sab bilkul ahmaqana baatein hain.</w:t>
      </w:r>
      <w:r>
        <w:br/>
      </w:r>
      <w:r>
        <w:rPr>
          <w:sz w:val="20"/>
        </w:rPr>
        <w:t>21:21  enjoy every moment. aap enjoy kar nahi</w:t>
      </w:r>
      <w:r>
        <w:br/>
      </w:r>
      <w:r>
        <w:rPr>
          <w:sz w:val="20"/>
        </w:rPr>
        <w:t>21:23  saktay. bunyadi baat yeh hai.</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Political hate, shaitan, and true freedom</w:t>
      </w:r>
    </w:p>
    <w:p>
      <w:r>
        <w:rPr>
          <w:color w:val="666666"/>
          <w:sz w:val="18"/>
        </w:rPr>
        <w:t>Dars-e-Quran, Chapter 2 Verse 25 December 03, 2017 · 5m 10s · at 19:14 · https://youtu.be/XdaA0-OrPgg?t=1154</w:t>
      </w:r>
    </w:p>
    <w:p>
      <w:r>
        <w:rPr>
          <w:i/>
        </w:rPr>
        <w:t>“Duniya mein koi party, political party hai”</w:t>
      </w:r>
    </w:p>
    <w:p>
      <w:r>
        <w:rPr>
          <w:sz w:val="20"/>
        </w:rPr>
        <w:t>19:14  dunya mein koi party, political party hai, woh aap ko bura samajhti hai, aap ke khilaf qanoon banati hai۔</w:t>
      </w:r>
      <w:r>
        <w:br/>
      </w:r>
      <w:r>
        <w:rPr>
          <w:sz w:val="20"/>
        </w:rPr>
        <w:t>19:24  is ke bawajood to aap ne is se mohabbat ki۔ghore kijiye, aaj sari dunya mein logon ka haal yeh hai ke political ka partiyon se nafrat karte hain۔</w:t>
      </w:r>
      <w:r>
        <w:br/>
      </w:r>
      <w:r>
        <w:rPr>
          <w:sz w:val="20"/>
        </w:rPr>
        <w:t>19:37  kyun؟ woh samajhte hain ke mere khilaf qanoon nahi banaya is ne, mujhe jo dena chahiye tha woh use diya nahi۔</w:t>
      </w:r>
      <w:r>
        <w:br/>
      </w:r>
      <w:r>
        <w:rPr>
          <w:sz w:val="20"/>
        </w:rPr>
        <w:t>19:48  to political hate dunya mein sab se zyada hai۔aaj ki dunya mein sab se zyada jo cheez hai woh hai political hate۔</w:t>
      </w:r>
      <w:r>
        <w:br/>
      </w:r>
      <w:r>
        <w:rPr>
          <w:sz w:val="20"/>
        </w:rPr>
        <w:t>19:59  aaj ki dunya mein sab se zyada jo cheez hai, sab se zyada woh hai political hate۔yeh sari dunya mein hai،</w:t>
      </w:r>
      <w:r>
        <w:br/>
      </w:r>
      <w:r>
        <w:rPr>
          <w:sz w:val="20"/>
        </w:rPr>
        <w:t>20:09  yeh sari dunya mein۔aaj mein soch raha tha ke shaitan ne kaha tha jab dunya mein, jab dunya bani thi aur Allah taala se uska mukalama hua tha: "la tanukun zuriatahum illa qalila"۔</w:t>
      </w:r>
      <w:r>
        <w:br/>
      </w:r>
      <w:r>
        <w:rPr>
          <w:sz w:val="20"/>
        </w:rPr>
        <w:t>20:25  mein sab ko, mein sab ko nigal jaon ga, thore logon ko chhod kar۔nigalna kya hai؟</w:t>
      </w:r>
      <w:r>
        <w:br/>
      </w:r>
      <w:r>
        <w:rPr>
          <w:sz w:val="20"/>
        </w:rPr>
        <w:t>20:35  apne jaisa banaon ga, apne jaisa bana doon ga۔apne jaisa kya hai؟ shaitan nafrat ka putla hai۔</w:t>
      </w:r>
      <w:r>
        <w:br/>
      </w:r>
      <w:r>
        <w:rPr>
          <w:sz w:val="20"/>
        </w:rPr>
        <w:t>20:45  shaitan sartaapa nafrat hai۔</w:t>
      </w:r>
      <w:r>
        <w:br/>
      </w:r>
      <w:r>
        <w:rPr>
          <w:sz w:val="20"/>
        </w:rPr>
        <w:t>20:50  shaitan ka aaghaz hi nafrat se hua۔insan se nafrat hi is ne ki kyunke insan ko woh cheez de di gayi jo us ko nahi di gayi thi۔to nafrat, nafrat, nafrat۔</w:t>
      </w:r>
      <w:r>
        <w:br/>
      </w:r>
      <w:r>
        <w:rPr>
          <w:sz w:val="20"/>
        </w:rPr>
        <w:t>21:02  to jo aadmi nafrat mein jeeta hai, nafrat ka response deta hai, woh shaitan ke raste par bhai hai۔shaitan ke raste par yani woh gaya apne amal se dikha raha hai ke mujh ko shaitan ne nigal liya hai،</w:t>
      </w:r>
      <w:r>
        <w:br/>
      </w:r>
      <w:r>
        <w:rPr>
          <w:sz w:val="20"/>
        </w:rPr>
        <w:t>21:18  mein nigla hua insan hon۔</w:t>
      </w:r>
      <w:r>
        <w:br/>
      </w:r>
      <w:r>
        <w:rPr>
          <w:sz w:val="20"/>
        </w:rPr>
        <w:t>21:23  jo aadmi nafrat ka response de, nafrat ki boli bole, woh goya apne amal se dikha raha hai ke mujh ko mein ek nigla hua insan hon, mujhe shaitan ne nigal rakha hai،</w:t>
      </w:r>
      <w:r>
        <w:br/>
      </w:r>
      <w:r>
        <w:rPr>
          <w:sz w:val="20"/>
        </w:rPr>
        <w:t>21:38  mujhe sikhaya hai ke nafrat karo۔aur is dunya mein ek nai nafrat paida hui hai, woh hai political hate۔</w:t>
      </w:r>
      <w:r>
        <w:br/>
      </w:r>
      <w:r>
        <w:rPr>
          <w:sz w:val="20"/>
        </w:rPr>
        <w:t>21:51  sari dunya mein</w:t>
      </w:r>
      <w:r>
        <w:br/>
      </w:r>
      <w:r>
        <w:rPr>
          <w:sz w:val="20"/>
        </w:rPr>
        <w:t>21:56  political hate ki waja se aam ho gayi kyunke political hate ke peechay aik justification hota hota hai. shaitan ne aik bohat hi beautiful hate is zamane mein dunya mein phailai hai.</w:t>
      </w:r>
      <w:r>
        <w:br/>
      </w:r>
      <w:r>
        <w:rPr>
          <w:sz w:val="20"/>
        </w:rPr>
        <w:t>22:10  beautiful hate woh yeh hai ke shaitan ne, yeh jo shaitan ne kaha tha ke mein sab ko nigal jaunga, to shaitan bohat hi ziyada intelligent hai, bohat hi ziyada intelligent hai.</w:t>
      </w:r>
      <w:r>
        <w:br/>
      </w:r>
      <w:r>
        <w:rPr>
          <w:sz w:val="20"/>
        </w:rPr>
        <w:t>22:26  shaitan ne read kar ke jana, history ko read kiya hoga, insan ki nature ko read kiya hoga ke Allah taala ne chunke dunya ko banaya hai freedom ke base par,</w:t>
      </w:r>
      <w:r>
        <w:br/>
      </w:r>
      <w:r>
        <w:rPr>
          <w:sz w:val="20"/>
        </w:rPr>
        <w:t>22:42  Allah taala ne dunya mein har aadmi ko freedom di hai, har aadmi ko total freedom, har aadmi ko total freedom.</w:t>
      </w:r>
      <w:r>
        <w:br/>
      </w:r>
      <w:r>
        <w:rPr>
          <w:sz w:val="20"/>
        </w:rPr>
        <w:t>22:53  to kahin na kahin har aadmi ko doosre ki freedom se kuch na kuch takleef pohnche gi. jab har aadmi apna freedom istemal kar raha hai, har aadmi apna freedom istemal kar raha hai, to kahin na kahin aap ko tok lage gi.</w:t>
      </w:r>
      <w:r>
        <w:br/>
      </w:r>
      <w:r>
        <w:rPr>
          <w:sz w:val="20"/>
        </w:rPr>
        <w:t>23:14  jaise America mein kaha jata hai ke jab America mein azadi aayi to aik aadmi bohat khush hua ke aaj mein azaad hoon.</w:t>
      </w:r>
      <w:r>
        <w:br/>
      </w:r>
      <w:r>
        <w:rPr>
          <w:sz w:val="20"/>
        </w:rPr>
        <w:t>23:25  woh ghar se nikla aur apna hath aise aise karta hua nikal raha tha, chal raha tha sarak mein unruly andaaz mein. to kisi koi aadmi doosra chal raha tha road par, us ke us ki nose, us ki nose par us ka hath lag gaya.</w:t>
      </w:r>
      <w:r>
        <w:br/>
      </w:r>
      <w:r>
        <w:rPr>
          <w:sz w:val="20"/>
        </w:rPr>
        <w:t>23:45  to us ne kaha: "why this nonsense nonsense? why you hit my nose? why you hit my nose?" us ne kaha ke aaj mein azaad hoon, jo chahoon karoon.</w:t>
      </w:r>
      <w:r>
        <w:br/>
      </w:r>
      <w:r>
        <w:rPr>
          <w:sz w:val="20"/>
        </w:rPr>
        <w:t>24:00  to us ne kaha ke: "my brother, your freedom ends where my nose begins.</w:t>
      </w:r>
      <w:r>
        <w:br/>
      </w:r>
      <w:r>
        <w:rPr>
          <w:sz w:val="20"/>
        </w:rPr>
        <w:t>24:12  tumhari azadi wahan khatam ho jati hai jahan meri nose shuru hoti hai, jahan meri naak shuru hoti hai." yeh waqia jo hai aik secular waqia hai, secular waqia.</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Oppression baseless, modern age as opportunity, warning</w:t>
      </w:r>
    </w:p>
    <w:p>
      <w:r>
        <w:rPr>
          <w:color w:val="666666"/>
          <w:sz w:val="18"/>
        </w:rPr>
        <w:t>Dars-e-Quran, Chapter 2, Verses 58-59 April 01, 2018 · 4m 47s · at 27:33 · https://youtu.be/Zylb8MRnsew?t=1653</w:t>
      </w:r>
    </w:p>
    <w:p>
      <w:r>
        <w:rPr>
          <w:i/>
        </w:rPr>
        <w:t>“Kehna ke hum par zulm ho raha hai be-asal baatein”</w:t>
      </w:r>
    </w:p>
    <w:p>
      <w:r>
        <w:rPr>
          <w:sz w:val="20"/>
        </w:rPr>
        <w:t>27:33  Toh ab jo hai yeh kehna ke hum par zulm ho raha hai, duniya hamare khilaf hai, we are interested, yeh sab bilkul hi baseless baatein hain.</w:t>
      </w:r>
      <w:r>
        <w:br/>
      </w:r>
      <w:r>
        <w:rPr>
          <w:sz w:val="20"/>
        </w:rPr>
        <w:t>27:47  Kyunke jis tarike se yahood ko Falasteen mein kaha tha ke dakhil ho jao, sab sara Falasteen tumhare liye hai, usi tarike se maujooda zamane mein Musalmanon ke liye Quran ka yeh ailaan hai ke naye daur mein dakhil ho jao.</w:t>
      </w:r>
      <w:r>
        <w:br/>
      </w:r>
      <w:r>
        <w:rPr>
          <w:sz w:val="20"/>
        </w:rPr>
        <w:t>28:06  Yeh daur har cheez ko tumhare liye khol deta hai, kyunke yeh daur hi yahi hai ke sab cheez sab ke liye.</w:t>
      </w:r>
      <w:r>
        <w:br/>
      </w:r>
      <w:r>
        <w:rPr>
          <w:sz w:val="20"/>
        </w:rPr>
        <w:t>28:19  Dekhiye, is ko main jo daur ki baat karta hoon, kis ki kehta hoon ke is zamane mein yeh yeh daur jo hai, interdependency ka daur hai, interdependency ka daur hai,</w:t>
      </w:r>
      <w:r>
        <w:br/>
      </w:r>
      <w:r>
        <w:rPr>
          <w:sz w:val="20"/>
        </w:rPr>
        <w:t>28:34  yaani har ek ka ta'alluq har ek se ho gaya, har ek ka interest doosre ke saath jud gaya. Maslan dekhiye, ek shakhs agar leader hai toh us ko voter chahiye,</w:t>
      </w:r>
      <w:r>
        <w:br/>
      </w:r>
      <w:r>
        <w:rPr>
          <w:sz w:val="20"/>
        </w:rPr>
        <w:t>28:52  voter chahiye, vote. Ek shakhs businessman hai toh us ko customer chahiye, us ko customer chahiye.</w:t>
      </w:r>
      <w:r>
        <w:br/>
      </w:r>
      <w:r>
        <w:rPr>
          <w:sz w:val="20"/>
        </w:rPr>
        <w:t>29:03  Ek aadmi doctor hai toh us ko mareez chahiye, ek aadmi wakeel hai toh us ko client chahiye.</w:t>
      </w:r>
      <w:r>
        <w:br/>
      </w:r>
      <w:r>
        <w:rPr>
          <w:sz w:val="20"/>
        </w:rPr>
        <w:t>29:15  Toh jo bhi aadmi ka kaam ho, jahan bhi woh ho, wahan us ko kuch chahiye.</w:t>
      </w:r>
      <w:r>
        <w:br/>
      </w:r>
      <w:r>
        <w:rPr>
          <w:sz w:val="20"/>
        </w:rPr>
        <w:t>29:24  to yeh yahi to yahi to door jadeed hai, door jadeed mein har cheez khul gayi hai, har cheez har ek ke liye, har cheez har ek ke liye.</w:t>
      </w:r>
      <w:r>
        <w:br/>
      </w:r>
      <w:r>
        <w:rPr>
          <w:sz w:val="20"/>
        </w:rPr>
        <w:t>29:36  to kis liye hua yeh sab? kis liye hua yeh sab? dawat ke liye. ab ummat-e-muslima ko jo kaam karna hai, woh yeh hai ke apni planning dawat ki buniyad par karein,</w:t>
      </w:r>
      <w:r>
        <w:br/>
      </w:r>
      <w:r>
        <w:rPr>
          <w:sz w:val="20"/>
        </w:rPr>
        <w:t>29:51  jo naye mawaqe hain, un ko dawat ke liye istemal karein. to ab jab musalmanon ko judge kiya jayega, yaad rakhiye, ab jab musalmanon ko judge kiya jayega to is par nahi ke woh khud se keh rahe hain ke hum mazloom hain, mazloom, is par nahi judge nahi kiya jayega.</w:t>
      </w:r>
      <w:r>
        <w:br/>
      </w:r>
      <w:r>
        <w:rPr>
          <w:sz w:val="20"/>
        </w:rPr>
        <w:t>30:15  is par judge kiya jayega ke jab saare mawaqe khul gaye thay to tum ne, to tum ne in mawaqe ko dawat ke liye kitna zyada istemal kiya.</w:t>
      </w:r>
      <w:r>
        <w:br/>
      </w:r>
      <w:r>
        <w:rPr>
          <w:sz w:val="20"/>
        </w:rPr>
        <w:t>30:28  is par in ki to to maujooda zamane mein jo musalmanon par so called zulm, main to nahi manta ke yeh musalman kehte hain aisa, so called zulm jo tanbihaat hain,</w:t>
      </w:r>
      <w:r>
        <w:br/>
      </w:r>
      <w:r>
        <w:rPr>
          <w:sz w:val="20"/>
        </w:rPr>
        <w:t>30:41  woh warning hai</w:t>
      </w:r>
      <w:r>
        <w:br/>
      </w:r>
      <w:r>
        <w:rPr>
          <w:sz w:val="20"/>
        </w:rPr>
        <w:t>30:46  ke Allah ne saare mawaqe khol diye, phir bhi tum dawat ka kaam nahi kar rahe ho, phir bhi tum apni zimmedari ko ada nahi kar rahe ho.</w:t>
      </w:r>
      <w:r>
        <w:br/>
      </w:r>
      <w:r>
        <w:rPr>
          <w:sz w:val="20"/>
        </w:rPr>
        <w:t>30:57  to tanbihaat hain, warning hai.</w:t>
      </w:r>
      <w:r>
        <w:br/>
      </w:r>
      <w:r>
        <w:rPr>
          <w:sz w:val="20"/>
        </w:rPr>
        <w:t>31:03  to zulm, zulm ki cheekh pukaar karne se kuch nahi hoga, balkay aap ko lotna padega apni is zimmedari ki taraf, is zimmedari ki taraf,</w:t>
      </w:r>
      <w:r>
        <w:br/>
      </w:r>
      <w:r>
        <w:rPr>
          <w:sz w:val="20"/>
        </w:rPr>
        <w:t>31:17  warna sakht pakad hogi. woh aakhri ayat parhiye,</w:t>
      </w:r>
      <w:r>
        <w:br/>
      </w:r>
      <w:r>
        <w:rPr>
          <w:sz w:val="20"/>
        </w:rPr>
        <w:t>31:25  yeh dekhiye, badal diya qaul ko jo kaha gaya tha, is ke ilawa kisi aur ko qaul ko le liya. yeh tabdeeli kya hai?</w:t>
      </w:r>
      <w:r>
        <w:br/>
      </w:r>
      <w:r>
        <w:rPr>
          <w:sz w:val="20"/>
        </w:rPr>
        <w:t>31:36  woh yahi hai ke musalmanon ko hukum diya gaya tha ke tum dawat ka kaam karo, tum par zimmedari hai duniya ko Allah ka paigham pahunchana.</w:t>
      </w:r>
      <w:r>
        <w:br/>
      </w:r>
      <w:r>
        <w:rPr>
          <w:sz w:val="20"/>
        </w:rPr>
        <w:t>31:48  yahan badal diya inhon ne, bajaye is ke kisi ne kaha ke sab hukoomat qaim karna hai, kisi ne kaha ke hum koi jihad karna hai, kisi ne kuch kaha, kisi ne kuch kaha.</w:t>
      </w:r>
      <w:r>
        <w:br/>
      </w:r>
      <w:r>
        <w:rPr>
          <w:sz w:val="20"/>
        </w:rPr>
        <w:t>32:02  to aaj ki jo majlis-e-muslima hai, usay badal rakha hai, badal rakha hai.</w:t>
      </w:r>
      <w:r>
        <w:br/>
      </w:r>
      <w:r>
        <w:rPr>
          <w:sz w:val="20"/>
        </w:rPr>
        <w:t>32:11  to yeh badalne ka jo kaam hai, yeh Allah ka accept nahi hoga, is par to sakht qism ki waeed hai.</w:t>
      </w:r>
    </w:p>
    <w:p>
      <w:pPr>
        <w:pStyle w:val="Heading2"/>
      </w:pPr>
      <w:r>
        <w:t>Managing Distraction to Develop Prepared Mind</w:t>
      </w:r>
    </w:p>
    <w:p>
      <w:r>
        <w:rPr>
          <w:color w:val="666666"/>
          <w:sz w:val="18"/>
        </w:rPr>
        <w:t>Studying The Quran with Open Mind October 20, 2019 Maulana Wahiduddin Khan · 3m 54s · at 39:21 · https://youtu.be/OPyJO5TP_wI?t=2361</w:t>
      </w:r>
    </w:p>
    <w:p>
      <w:r>
        <w:rPr>
          <w:i/>
        </w:rPr>
        <w:t>“Begin by saving yourself from distraction”</w:t>
      </w:r>
    </w:p>
    <w:p>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r>
        <w:br/>
      </w:r>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p>
    <w:p>
      <w:pPr>
        <w:pStyle w:val="Heading2"/>
      </w:pPr>
      <w:r>
        <w:t>Death as mystery and need for afterlife knowledge</w:t>
      </w:r>
    </w:p>
    <w:p>
      <w:r>
        <w:rPr>
          <w:color w:val="666666"/>
          <w:sz w:val="18"/>
        </w:rPr>
        <w:t>The Concept of Death in Islam August 7, 2007 · 5m 04s · at 1:15 · https://youtu.be/pB0cQfYw91E?t=75</w:t>
      </w:r>
    </w:p>
    <w:p>
      <w:r>
        <w:rPr>
          <w:i/>
        </w:rPr>
        <w:t>“Death is a mystery”</w:t>
      </w:r>
    </w:p>
    <w:p>
      <w:r>
        <w:rPr>
          <w:sz w:val="20"/>
        </w:rPr>
        <w:t>1:15  Wal ba'su ba'da al-mawt. So it is a part of belief or iman. Now, death is a very—death is a mystery.</w:t>
      </w:r>
      <w:r>
        <w:br/>
      </w:r>
      <w:r>
        <w:rPr>
          <w:sz w:val="20"/>
        </w:rPr>
        <w:t>1:37  You know, life is full of experiences.</w:t>
      </w:r>
      <w:r>
        <w:br/>
      </w:r>
      <w:r>
        <w:rPr>
          <w:sz w:val="20"/>
        </w:rPr>
        <w:t>1:44  Life is full of experiences. You can share any one of your experiences with others except for one, that is death.</w:t>
      </w:r>
      <w:r>
        <w:br/>
      </w:r>
      <w:r>
        <w:rPr>
          <w:sz w:val="20"/>
        </w:rPr>
        <w:t>1:59  No one is able to share this experience with others because when death—because when he dies,</w:t>
      </w:r>
      <w:r>
        <w:br/>
      </w:r>
      <w:r>
        <w:rPr>
          <w:sz w:val="20"/>
        </w:rPr>
        <w:t>2:14  he ceases to exist in this world.</w:t>
      </w:r>
      <w:r>
        <w:br/>
      </w:r>
      <w:r>
        <w:rPr>
          <w:sz w:val="20"/>
        </w:rPr>
        <w:t>2:19  That means</w:t>
      </w:r>
      <w:r>
        <w:br/>
      </w:r>
      <w:r>
        <w:rPr>
          <w:sz w:val="20"/>
        </w:rPr>
        <w:t>2:23  to depart this world, to abandon all those things of this world.</w:t>
      </w:r>
      <w:r>
        <w:br/>
      </w:r>
      <w:r>
        <w:rPr>
          <w:sz w:val="20"/>
        </w:rPr>
        <w:t>2:36  So death is a very strange type of experience.</w:t>
      </w:r>
      <w:r>
        <w:br/>
      </w:r>
      <w:r>
        <w:rPr>
          <w:sz w:val="20"/>
        </w:rPr>
        <w:t>2:43  We see other people dying, but when we die—but when we die,</w:t>
      </w:r>
      <w:r>
        <w:br/>
      </w:r>
      <w:r>
        <w:rPr>
          <w:sz w:val="20"/>
        </w:rPr>
        <w:t>2:59  we are not able to share our experience with others.</w:t>
      </w:r>
      <w:r>
        <w:br/>
      </w:r>
      <w:r>
        <w:rPr>
          <w:sz w:val="20"/>
        </w:rPr>
        <w:t>3:08  Recently, when I participated in a burial, so when the dead body was putting in the grave—so I was—at that time I was there.</w:t>
      </w:r>
      <w:r>
        <w:br/>
      </w:r>
      <w:r>
        <w:rPr>
          <w:sz w:val="20"/>
        </w:rPr>
        <w:t>3:30  When I saw that the dead body was putting in the grave, I said with tears in my eyes that I am an old man, so</w:t>
      </w:r>
      <w:r>
        <w:br/>
      </w:r>
      <w:r>
        <w:rPr>
          <w:sz w:val="20"/>
        </w:rPr>
        <w:t>3:59  very soon I am going to face the same</w:t>
      </w:r>
      <w:r>
        <w:br/>
      </w:r>
      <w:r>
        <w:rPr>
          <w:sz w:val="20"/>
        </w:rPr>
        <w:t>4:08  result</w:t>
      </w:r>
      <w:r>
        <w:br/>
      </w:r>
      <w:r>
        <w:rPr>
          <w:sz w:val="20"/>
        </w:rPr>
        <w:t>4:11  . So I said that perhaps the countdown has reached to the last but one number.</w:t>
      </w:r>
      <w:r>
        <w:br/>
      </w:r>
      <w:r>
        <w:rPr>
          <w:sz w:val="20"/>
        </w:rPr>
        <w:t>4:30  I think this is the only lesson that we can take from the death</w:t>
      </w:r>
      <w:r>
        <w:br/>
      </w:r>
      <w:r>
        <w:rPr>
          <w:sz w:val="20"/>
        </w:rPr>
        <w:t>4:43  . When we see a person that he was going to die, so we have to take this lesson that very soon I am also going to death.</w:t>
      </w:r>
      <w:r>
        <w:br/>
      </w:r>
      <w:r>
        <w:rPr>
          <w:sz w:val="20"/>
        </w:rPr>
        <w:t>5:03  Death is the greatest event in life of every person</w:t>
      </w:r>
      <w:r>
        <w:br/>
      </w:r>
      <w:r>
        <w:rPr>
          <w:sz w:val="20"/>
        </w:rPr>
        <w:t>5:13  . Now, the greatest question of anyone is, what is after death?</w:t>
      </w:r>
      <w:r>
        <w:br/>
      </w:r>
      <w:r>
        <w:rPr>
          <w:sz w:val="20"/>
        </w:rPr>
        <w:t>5:24  We know what is in our pre-death period, but no one knows what is in the post-death period</w:t>
      </w:r>
      <w:r>
        <w:br/>
      </w:r>
      <w:r>
        <w:rPr>
          <w:sz w:val="20"/>
        </w:rPr>
        <w:t>5:39  . The post-death period is quite unknown. Every day people die.</w:t>
      </w:r>
      <w:r>
        <w:br/>
      </w:r>
      <w:r>
        <w:rPr>
          <w:sz w:val="20"/>
        </w:rPr>
        <w:t>5:48  Thousands and thousands of people die every day, but no one was able to return and tell the story of the other side of life.</w:t>
      </w:r>
      <w:r>
        <w:br/>
      </w:r>
      <w:r>
        <w:rPr>
          <w:sz w:val="20"/>
        </w:rPr>
        <w:t>6:03  So it is a very, very serious matter.</w:t>
      </w:r>
      <w:r>
        <w:br/>
      </w:r>
      <w:r>
        <w:rPr>
          <w:sz w:val="20"/>
        </w:rPr>
        <w:t>6:09  It is our greatest need to know what is after death.</w:t>
      </w:r>
    </w:p>
    <w:p>
      <w:pPr>
        <w:pStyle w:val="Heading2"/>
      </w:pPr>
      <w:r>
        <w:t>Anxiety as positive challenge, conditioning</w:t>
      </w:r>
    </w:p>
    <w:p>
      <w:r>
        <w:rPr>
          <w:color w:val="666666"/>
          <w:sz w:val="18"/>
        </w:rPr>
        <w:t>Art of De-Linking May 6, 2007 Maulana Wahiduddin Khan · 4m 31s · at 1:41:54 · https://youtu.be/cvzrpk4qFus?t=6114</w:t>
      </w:r>
    </w:p>
    <w:p>
      <w:r>
        <w:rPr>
          <w:i/>
        </w:rPr>
        <w:t>“Anxiety is not evil; I convert it into challenge”</w:t>
      </w:r>
    </w:p>
    <w:p>
      <w:r>
        <w:rPr>
          <w:sz w:val="20"/>
        </w:rPr>
        <w:t>1:41:54  yeh bara acha sawal hai. yeh dekhiye, hum mein se har aadmi, main khud bhi anxiety mein mubtala rehta hoon.</w:t>
      </w:r>
      <w:r>
        <w:br/>
      </w:r>
      <w:r>
        <w:rPr>
          <w:sz w:val="20"/>
        </w:rPr>
        <w:t>1:42:06  kisi na kisi baat ko le kar anxiety ya tension ya stress hum mein se har ek ko hota hai.</w:t>
      </w:r>
      <w:r>
        <w:br/>
      </w:r>
      <w:r>
        <w:rPr>
          <w:sz w:val="20"/>
        </w:rPr>
        <w:t>1:42:13  to asal mein yahan jo baat hai, jo maine, jo meri discovery hai, woh batata hoon aap ko.</w:t>
      </w:r>
      <w:r>
        <w:br/>
      </w:r>
      <w:r>
        <w:rPr>
          <w:sz w:val="20"/>
        </w:rPr>
        <w:t>1:42:21  hum log jo hain bachpan se is tarah se hamari parvarish hoti hai keh hum anxiety ko evil samajh lete hain, evil. bachpan se aisa sunte sunte sunte.</w:t>
      </w:r>
      <w:r>
        <w:br/>
      </w:r>
      <w:r>
        <w:rPr>
          <w:sz w:val="20"/>
        </w:rPr>
        <w:t>1:42:33  anxiety ya tension ya stress jo hai, evil hai woh. halanke evil hai hi nahi woh. yeh meri discovery hai.</w:t>
      </w:r>
      <w:r>
        <w:br/>
      </w:r>
      <w:r>
        <w:rPr>
          <w:sz w:val="20"/>
        </w:rPr>
        <w:t>1:42:43  woh hai brainstorming ke liye. yani hamare mind ko activate karne ke liye.</w:t>
      </w:r>
      <w:r>
        <w:br/>
      </w:r>
      <w:r>
        <w:rPr>
          <w:sz w:val="20"/>
        </w:rPr>
        <w:t>1:42:52  yaad rakhiye, agar duniya mein anxiety khatam ho jaye, tension khatam ho jaye, stress khatam ho jaye to sab log animal ban jayenge. animal ban jayenge.</w:t>
      </w:r>
      <w:r>
        <w:br/>
      </w:r>
      <w:r>
        <w:rPr>
          <w:sz w:val="20"/>
        </w:rPr>
        <w:t>1:43:05  agar koi shakk is mein aap ko ho to koi aisa insan aap ko har jagah mil jayega jo baap ne khoob kama ke rakh diya paisa aur aram se reh raha hai.</w:t>
      </w:r>
      <w:r>
        <w:br/>
      </w:r>
      <w:r>
        <w:rPr>
          <w:sz w:val="20"/>
        </w:rPr>
        <w:t>1:43:14  us ko mil lijiye aap. bheer bakri jaisi baatein karega woh aap ko.</w:t>
      </w:r>
      <w:r>
        <w:br/>
      </w:r>
      <w:r>
        <w:rPr>
          <w:sz w:val="20"/>
        </w:rPr>
        <w:t>1:43:19  maine aise logon se mila hoon jin ko baap ne kama ke rakh diya, ghar bana diya, sab kuch, car, sab kuch hai. kuch sochna nahi hai un ko. kuch sochna nahi hai.</w:t>
      </w:r>
      <w:r>
        <w:br/>
      </w:r>
      <w:r>
        <w:rPr>
          <w:sz w:val="20"/>
        </w:rPr>
        <w:t>1:43:31  to kia hai wo? just like animal ho jatay hain wo.</w:t>
      </w:r>
      <w:r>
        <w:br/>
      </w:r>
      <w:r>
        <w:rPr>
          <w:sz w:val="20"/>
        </w:rPr>
        <w:t>1:43:37  dekhiye, main aap ko arz karoon ke aik angrezi mein kaha jata hai ke</w:t>
      </w:r>
      <w:r>
        <w:br/>
      </w:r>
      <w:r>
        <w:rPr>
          <w:sz w:val="20"/>
        </w:rPr>
        <w:t>1:43:46  ke wo He was born with a silver spoon in his mouth. He was born with a silver spoon in his mouth.</w:t>
      </w:r>
      <w:r>
        <w:br/>
      </w:r>
      <w:r>
        <w:rPr>
          <w:sz w:val="20"/>
        </w:rPr>
        <w:t>1:43:56  mujhe bataiye ke kon aisa aadmi hai jis ne koi bara kaam kiya ho jo sone chandi ka chamcha le kar paida hua ho?</w:t>
      </w:r>
      <w:r>
        <w:br/>
      </w:r>
      <w:r>
        <w:rPr>
          <w:sz w:val="20"/>
        </w:rPr>
        <w:t>1:44:04  jitnay log hain bara kaam karnay walay, koi is tarah paida nahi hua.</w:t>
      </w:r>
      <w:r>
        <w:br/>
      </w:r>
      <w:r>
        <w:rPr>
          <w:sz w:val="20"/>
        </w:rPr>
        <w:t>1:44:12  sab wo hain jo ghareebi mein paida huay, museebaton mein paida huay. Yani matlab anxiety mein paida huay. Hamare doctor abdul karam sahib jo hain, un ke ghar walay un ki fees, school ki fees nahi de sakte thay un ki.</w:t>
      </w:r>
      <w:r>
        <w:br/>
      </w:r>
      <w:r>
        <w:rPr>
          <w:sz w:val="20"/>
        </w:rPr>
        <w:t>1:44:26  aap kehte hain bari anxiety yahi thi? anxiety hoti hai hum ko activate karne ke liye.</w:t>
      </w:r>
      <w:r>
        <w:br/>
      </w:r>
      <w:r>
        <w:rPr>
          <w:sz w:val="20"/>
        </w:rPr>
        <w:t>1:44:33  sirf aik hi formula hai jo ke main ne apna rakha hai ke main anxiety ko le kar ke is mein nahi parta.</w:t>
      </w:r>
      <w:r>
        <w:br/>
      </w:r>
      <w:r>
        <w:rPr>
          <w:sz w:val="20"/>
        </w:rPr>
        <w:t>1:44:44  yani anxiety ko main sawal mein tabdeel karta hoon. Har anxiety ko main challenge mein badal deta hoon.</w:t>
      </w:r>
      <w:r>
        <w:br/>
      </w:r>
      <w:r>
        <w:rPr>
          <w:sz w:val="20"/>
        </w:rPr>
        <w:t>1:44:55  yani I always try to convert my anxiety into question, into challenge.</w:t>
      </w:r>
      <w:r>
        <w:br/>
      </w:r>
      <w:r>
        <w:rPr>
          <w:sz w:val="20"/>
        </w:rPr>
        <w:t>1:45:04  aur phir isi ke through mera development hota rehta hai.</w:t>
      </w:r>
      <w:r>
        <w:br/>
      </w:r>
      <w:r>
        <w:rPr>
          <w:sz w:val="20"/>
        </w:rPr>
        <w:t>1:45:10  to sach poochain to yeh sara mamla jo hai conditioning ka hai, conditioning. Conditioning. Hamari conditioning is tarah hui hai ke hum log samajhte hain ke stress buri cheez hai.</w:t>
      </w:r>
      <w:r>
        <w:br/>
      </w:r>
      <w:r>
        <w:rPr>
          <w:sz w:val="20"/>
        </w:rPr>
        <w:t>1:45:21  aur jab tension buri cheez hai, anxiety buri cheez hai. Yahan tak ke bimari buri cheez nahi hai. Bimari buri cheez hai, batata hoon aap ko.</w:t>
      </w:r>
      <w:r>
        <w:br/>
      </w:r>
      <w:r>
        <w:rPr>
          <w:sz w:val="20"/>
        </w:rPr>
        <w:t>1:45:31  meri family mein aik sahib thay</w:t>
      </w:r>
      <w:r>
        <w:br/>
      </w:r>
      <w:r>
        <w:rPr>
          <w:sz w:val="20"/>
        </w:rPr>
        <w:t>1:45:36  jo meri taqreeban meri umar un ki thi, akasath saal ka shayad farq hoga. Wo kabhi beemar nahi hotay thay. Un ko cheenk nahi aayi, kabhi bukhar nahi hua.</w:t>
      </w:r>
      <w:r>
        <w:br/>
      </w:r>
      <w:r>
        <w:rPr>
          <w:sz w:val="20"/>
        </w:rPr>
        <w:t>1:45:47  aur achaanak brain hemorrhage hua, mar gaye wo. Aur main abhi tak yahi zinda hoon. Kyun? Mujhe aksar koi na koi bimari lagi rehti hai. Bachpan se</w:t>
      </w:r>
      <w:r>
        <w:br/>
      </w:r>
      <w:r>
        <w:rPr>
          <w:sz w:val="20"/>
        </w:rPr>
        <w:t>1:45:56  . Jab main paanch saal ka tha to yahan par mera aik phora nikla, us ko operation kiya. Aaj tak is ka nishan yahan par maujood hai, bilkul x ki shakal mein.</w:t>
      </w:r>
      <w:r>
        <w:br/>
      </w:r>
      <w:r>
        <w:rPr>
          <w:sz w:val="20"/>
        </w:rPr>
        <w:t>1:46:05  tab se hamesha koi na koi museebat lagi rahi thi mujh ko. Aur main zinda hoon. Is ko main ne parha ke wo aadmi kyun mar gaya, main kyun zinda hoon.</w:t>
      </w:r>
      <w:r>
        <w:br/>
      </w:r>
      <w:r>
        <w:rPr>
          <w:sz w:val="20"/>
        </w:rPr>
        <w:t>1:46:18  yeh mujhe discovery hui ke jo bimari hai, is ka aik misbat pehlu hai.</w:t>
      </w:r>
    </w:p>
    <w:p>
      <w:pPr>
        <w:pStyle w:val="Heading2"/>
      </w:pPr>
      <w:r>
        <w:t>Sunrise metaphor engulfing the scene</w:t>
      </w:r>
    </w:p>
    <w:p>
      <w:r>
        <w:rPr>
          <w:color w:val="666666"/>
          <w:sz w:val="18"/>
        </w:rPr>
        <w:t>Realization of God August 19, 2018 Maulana Wahiduddin Khan · 33s · at 1:33 · https://youtu.be/jIFP26iWEKQ?t=93</w:t>
      </w:r>
    </w:p>
    <w:p>
      <w:r>
        <w:rPr>
          <w:i/>
        </w:rPr>
        <w:t>“Aisa lagta hai ke sooraj ne nigal liya hai poore manzar ko.”</w:t>
      </w:r>
    </w:p>
    <w:p>
      <w:r>
        <w:rPr>
          <w:sz w:val="20"/>
        </w:rPr>
        <w:t>1:33  aisa lagta hai ke suraj ne nigal liya hai poore manzar ko. ab manzar par suraj chha gaya.</w:t>
      </w:r>
      <w:r>
        <w:br/>
      </w:r>
      <w:r>
        <w:rPr>
          <w:sz w:val="20"/>
        </w:rPr>
        <w:t>1:47  ek ajib taassur ho raha tha mujhe</w:t>
      </w:r>
      <w:r>
        <w:br/>
      </w:r>
      <w:r>
        <w:rPr>
          <w:sz w:val="20"/>
        </w:rPr>
        <w:t>1:55  ke jab suraj nikla to har cheez us ke aage choti ho gayi. har cheez ko goya suraj ne nigal liya.</w:t>
      </w:r>
    </w:p>
    <w:p>
      <w:pPr>
        <w:pStyle w:val="Heading2"/>
      </w:pPr>
      <w:r>
        <w:t>Wudu as purification of body and soul</w:t>
      </w:r>
    </w:p>
    <w:p>
      <w:r>
        <w:rPr>
          <w:color w:val="666666"/>
          <w:sz w:val="18"/>
        </w:rPr>
        <w:t>Islamic Prayer (English) February 27, 2007 · 1m 55s · at 10:58 · https://youtu.be/7G6Wa2IGSwE?t=658</w:t>
      </w:r>
    </w:p>
    <w:p>
      <w:r>
        <w:rPr>
          <w:i/>
        </w:rPr>
        <w:t>“Before going to Salat, everyone makes Wudu.”</w:t>
      </w:r>
    </w:p>
    <w:p>
      <w:r>
        <w:rPr>
          <w:sz w:val="20"/>
        </w:rPr>
        <w:t>10:58  Then, before going to Salat, everyone makes Wudu (awlition</w:t>
      </w:r>
      <w:r>
        <w:br/>
      </w:r>
      <w:r>
        <w:rPr>
          <w:sz w:val="20"/>
        </w:rPr>
        <w:t>11:10  ). Wudu means</w:t>
      </w:r>
      <w:r>
        <w:br/>
      </w:r>
      <w:r>
        <w:rPr>
          <w:sz w:val="20"/>
        </w:rPr>
        <w:t>11:16  Wudu is like a mini</w:t>
      </w:r>
      <w:r>
        <w:br/>
      </w:r>
      <w:r>
        <w:rPr>
          <w:sz w:val="20"/>
        </w:rPr>
        <w:t>11:23  bath. It is like a mini bath. You wash your hands and your legs and your face</w:t>
      </w:r>
      <w:r>
        <w:br/>
      </w:r>
      <w:r>
        <w:rPr>
          <w:sz w:val="20"/>
        </w:rPr>
        <w:t>11:36  by water.</w:t>
      </w:r>
      <w:r>
        <w:br/>
      </w:r>
      <w:r>
        <w:rPr>
          <w:sz w:val="20"/>
        </w:rPr>
        <w:t>11:38  So it is like a mini bath. After finishing the Wudu, you say, Allahumma ajalni min al-tawwabeen wa ajalni min al-mutatahireen O God,</w:t>
      </w:r>
      <w:r>
        <w:br/>
      </w:r>
      <w:r>
        <w:rPr>
          <w:sz w:val="20"/>
        </w:rPr>
        <w:t>12:03  make me a purified person</w:t>
      </w:r>
      <w:r>
        <w:br/>
      </w:r>
      <w:r>
        <w:rPr>
          <w:sz w:val="20"/>
        </w:rPr>
        <w:t>12:09  . So it is a Dua.</w:t>
      </w:r>
      <w:r>
        <w:br/>
      </w:r>
      <w:r>
        <w:rPr>
          <w:sz w:val="20"/>
        </w:rPr>
        <w:t>12:14  Externally, you wash your hands and your face. But internally, you do this Dua. O God, purify my personality.</w:t>
      </w:r>
      <w:r>
        <w:br/>
      </w:r>
      <w:r>
        <w:rPr>
          <w:sz w:val="20"/>
        </w:rPr>
        <w:t>12:29  Purify my heart and mind.</w:t>
      </w:r>
      <w:r>
        <w:br/>
      </w:r>
      <w:r>
        <w:rPr>
          <w:sz w:val="20"/>
        </w:rPr>
        <w:t>12:33  So Wudu is</w:t>
      </w:r>
      <w:r>
        <w:br/>
      </w:r>
      <w:r>
        <w:rPr>
          <w:sz w:val="20"/>
        </w:rPr>
        <w:t>12:37  an act of purification. Not only your body but your soul. Then, when you join the Salat,</w:t>
      </w:r>
      <w:r>
        <w:br/>
      </w:r>
      <w:r>
        <w:rPr>
          <w:sz w:val="20"/>
        </w:rPr>
        <w:t>12:54  there are several words recited during the Salat.</w:t>
      </w:r>
    </w:p>
    <w:p>
      <w:pPr>
        <w:pStyle w:val="Heading2"/>
      </w:pPr>
      <w:r>
        <w:t>Jannah is God's proximity explained</w:t>
      </w:r>
    </w:p>
    <w:p>
      <w:r>
        <w:rPr>
          <w:color w:val="666666"/>
          <w:sz w:val="18"/>
        </w:rPr>
        <w:t>The Culture of People of Paradise January 06, 2019 Maulana Wahiduddin Khan · 5m 56s · at 0:41 · https://youtu.be/rFExua9zntM?t=41</w:t>
      </w:r>
    </w:p>
    <w:p>
      <w:r>
        <w:rPr>
          <w:i/>
        </w:rPr>
        <w:t>“Aaj main Jannat ya Parah Raaz par”</w:t>
      </w:r>
    </w:p>
    <w:p>
      <w:r>
        <w:rPr>
          <w:sz w:val="20"/>
        </w:rPr>
        <w:t>0:41  aaj mein jannat ya parah raaz ke bare mein</w:t>
      </w:r>
      <w:r>
        <w:br/>
      </w:r>
      <w:r>
        <w:rPr>
          <w:sz w:val="20"/>
        </w:rPr>
        <w:t>0:48  kuch arz karna chahta hoon.</w:t>
      </w:r>
      <w:r>
        <w:br/>
      </w:r>
      <w:r>
        <w:rPr>
          <w:sz w:val="20"/>
        </w:rPr>
        <w:t>0:56  to mein bohat dinon se yeh</w:t>
      </w:r>
      <w:r>
        <w:br/>
      </w:r>
      <w:r>
        <w:rPr>
          <w:sz w:val="20"/>
        </w:rPr>
        <w:t>1:02  talash kar raha tha ke jannat aur insaan ka muamla kya hai.</w:t>
      </w:r>
      <w:r>
        <w:br/>
      </w:r>
      <w:r>
        <w:rPr>
          <w:sz w:val="20"/>
        </w:rPr>
        <w:t>1:12  to meri samajh mein aaya ke is muamle ka</w:t>
      </w:r>
      <w:r>
        <w:br/>
      </w:r>
      <w:r>
        <w:rPr>
          <w:sz w:val="20"/>
        </w:rPr>
        <w:t>1:19  qulo do Quran ke do ayaton mein maujood hai. qulo. pehla qulo to hai: wa-sjud wa-qtarib.</w:t>
      </w:r>
      <w:r>
        <w:br/>
      </w:r>
      <w:r>
        <w:rPr>
          <w:sz w:val="20"/>
        </w:rPr>
        <w:t>1:34  wa-sjud wa-qtarib Quran ki ayat hai. is ka matlab hai: sajda kar aur qareeb ho ja. to qareeb hone ka matlab kya hai?</w:t>
      </w:r>
      <w:r>
        <w:br/>
      </w:r>
      <w:r>
        <w:rPr>
          <w:sz w:val="20"/>
        </w:rPr>
        <w:t>1:47  beshumar logon ne sajda kiya, jis ka matlab yeh nahi ho ke distance khatam ho gaya Khuda aur bande ke darmiyan. yeh to hua nahi kabhi.</w:t>
      </w:r>
      <w:r>
        <w:br/>
      </w:r>
      <w:r>
        <w:rPr>
          <w:sz w:val="20"/>
        </w:rPr>
        <w:t>1:58  sajda karne walon ne sajda kiya, hatta ke prophet ne kiya. to aisa to nahi hua ke sajda kiya to Khuda aur bande ke darmiyan distance khatam ho gaya.</w:t>
      </w:r>
      <w:r>
        <w:br/>
      </w:r>
      <w:r>
        <w:rPr>
          <w:sz w:val="20"/>
        </w:rPr>
        <w:t>2:14  to sochte sochte meri samajh mein aaya ke sajda kar aur qareeb ho ja ki shara'it khud Quran mein maujood hain.</w:t>
      </w:r>
      <w:r>
        <w:br/>
      </w:r>
      <w:r>
        <w:rPr>
          <w:sz w:val="20"/>
        </w:rPr>
        <w:t>2:26  woh hai fir'aun jo</w:t>
      </w:r>
      <w:r>
        <w:br/>
      </w:r>
      <w:r>
        <w:rPr>
          <w:sz w:val="20"/>
        </w:rPr>
        <w:t>2:31  chaar hazaar saal se zyada ghaliban muddat hui jab woh misr mein aik despotic king ke taur par tha, woh firaun.</w:t>
      </w:r>
      <w:r>
        <w:br/>
      </w:r>
      <w:r>
        <w:rPr>
          <w:sz w:val="20"/>
        </w:rPr>
        <w:t>2:47  toh wahan par aik uski malika jo thi, woh thi Aasiya bint Muzahim.</w:t>
      </w:r>
      <w:r>
        <w:br/>
      </w:r>
      <w:r>
        <w:rPr>
          <w:sz w:val="20"/>
        </w:rPr>
        <w:t>2:59  Aasiya bint Muzahim. Toh uske zamane mein Hazrat Musa paida hue, unhone tauheed ki dawat di.</w:t>
      </w:r>
      <w:r>
        <w:br/>
      </w:r>
      <w:r>
        <w:rPr>
          <w:sz w:val="20"/>
        </w:rPr>
        <w:t>3:12  jabke firaun khud apne ko kehta tha ke "ana rabbukum al-a'la". Apne hi ko dawaye karta tha ke "main hi toh tumhara rab hoon".</w:t>
      </w:r>
      <w:r>
        <w:br/>
      </w:r>
      <w:r>
        <w:rPr>
          <w:sz w:val="20"/>
        </w:rPr>
        <w:t>3:25  toh firaun zahir hai ke iske khilaf ho gaya.</w:t>
      </w:r>
      <w:r>
        <w:br/>
      </w:r>
      <w:r>
        <w:rPr>
          <w:sz w:val="20"/>
        </w:rPr>
        <w:t>3:31  toh yeh jo Aasiya Aasiya bint Muzahim jo theen,</w:t>
      </w:r>
      <w:r>
        <w:br/>
      </w:r>
      <w:r>
        <w:rPr>
          <w:sz w:val="20"/>
        </w:rPr>
        <w:t>3:39  unko Musa ki awaaz pahunchi.</w:t>
      </w:r>
      <w:r>
        <w:br/>
      </w:r>
      <w:r>
        <w:rPr>
          <w:sz w:val="20"/>
        </w:rPr>
        <w:t>3:45  Musa ka jo paigham hai, woh suna unhone. Toh woh bohat thi, mere khayal se, nature pe thi.</w:t>
      </w:r>
      <w:r>
        <w:br/>
      </w:r>
      <w:r>
        <w:rPr>
          <w:sz w:val="20"/>
        </w:rPr>
        <w:t>3:53  nature pe. Toh unka nature jo tha, usne foran pakad liya Musa ki dawat ko aur uski mom ban gayeen.</w:t>
      </w:r>
      <w:r>
        <w:br/>
      </w:r>
      <w:r>
        <w:rPr>
          <w:sz w:val="20"/>
        </w:rPr>
        <w:t>4:06  woh jab firaun ko pata chala ke meri malika jo hai, woh Musa ki follower ban gayi hai, toh bohat ghussa hua woh.</w:t>
      </w:r>
      <w:r>
        <w:br/>
      </w:r>
      <w:r>
        <w:rPr>
          <w:sz w:val="20"/>
        </w:rPr>
        <w:t>4:20  aur usne unko talwar se qatl kar diya.</w:t>
      </w:r>
      <w:r>
        <w:br/>
      </w:r>
      <w:r>
        <w:rPr>
          <w:sz w:val="20"/>
        </w:rPr>
        <w:t>4:27  toh jab woh khada hua talwar le kar qatl karne ke liye</w:t>
      </w:r>
      <w:r>
        <w:br/>
      </w:r>
      <w:r>
        <w:rPr>
          <w:sz w:val="20"/>
        </w:rPr>
        <w:t>4:33  aur kaha ke "tum ya toh Musa ke deen ko chodo ya yeh talwar meri jo hai, tumhara khatma kar degi".</w:t>
      </w:r>
      <w:r>
        <w:br/>
      </w:r>
      <w:r>
        <w:rPr>
          <w:sz w:val="20"/>
        </w:rPr>
        <w:t>4:44  us waqt jo dua ki thi unhone, woh Quran mein hai: "rabbili baytan indaka fil jannati".</w:t>
      </w:r>
      <w:r>
        <w:br/>
      </w:r>
      <w:r>
        <w:rPr>
          <w:sz w:val="20"/>
        </w:rPr>
        <w:t>4:57  Ae Allah, mere liye apne paas, apne qareeb jannat mein aik ghar bana de.</w:t>
      </w:r>
      <w:r>
        <w:br/>
      </w:r>
      <w:r>
        <w:rPr>
          <w:sz w:val="20"/>
        </w:rPr>
        <w:t>5:10  toh is ayat ko le kar maine samjha ke yeh uski sharah karti hai. Wasjud waqtarib.</w:t>
      </w:r>
      <w:r>
        <w:br/>
      </w:r>
      <w:r>
        <w:rPr>
          <w:sz w:val="20"/>
        </w:rPr>
        <w:t>5:19  yeh jannat naam hai Allah ki qurbat mein jagah paane ka.</w:t>
      </w:r>
      <w:r>
        <w:br/>
      </w:r>
      <w:r>
        <w:rPr>
          <w:sz w:val="20"/>
        </w:rPr>
        <w:t>5:26  yeh duniya mein hum hain toh yahan hamari qurbat aik aur hai, hamare parosi kuch aur hain.</w:t>
      </w:r>
      <w:r>
        <w:br/>
      </w:r>
      <w:r>
        <w:rPr>
          <w:sz w:val="20"/>
        </w:rPr>
        <w:t>5:37  toh woh duniya jo next</w:t>
      </w:r>
      <w:r>
        <w:br/>
      </w:r>
      <w:r>
        <w:rPr>
          <w:sz w:val="20"/>
        </w:rPr>
        <w:t>5:46  mein aati hai, aane wali hai hamare paas,</w:t>
      </w:r>
      <w:r>
        <w:br/>
      </w:r>
      <w:r>
        <w:rPr>
          <w:sz w:val="20"/>
        </w:rPr>
        <w:t>5:51  wahan par jo jannat banegi,</w:t>
      </w:r>
      <w:r>
        <w:br/>
      </w:r>
      <w:r>
        <w:rPr>
          <w:sz w:val="20"/>
        </w:rPr>
        <w:t>5:59  jo ideal world, ideal world, woh khaliq ke paros mein hogi.</w:t>
      </w:r>
      <w:r>
        <w:br/>
      </w:r>
      <w:r>
        <w:rPr>
          <w:sz w:val="20"/>
        </w:rPr>
        <w:t>6:11  toh woh ideal world jo hai, jis ko hum kehte hain parah raaz, woh darasal naam hai creator ke paros ka.</w:t>
      </w:r>
      <w:r>
        <w:br/>
      </w:r>
      <w:r>
        <w:rPr>
          <w:sz w:val="20"/>
        </w:rPr>
        <w:t>6:21  jahan creator ka paros ho, aap sochiye ke woh kitni zyada aala jagah hogi. Toh jannat naam hai khaliq ke paros ki jo duniya hai, uska.</w:t>
      </w:r>
    </w:p>
    <w:p>
      <w:pPr>
        <w:pStyle w:val="Heading2"/>
      </w:pPr>
      <w:r>
        <w:t>30-year effort to get published in India's top newspaper</w:t>
      </w:r>
    </w:p>
    <w:p>
      <w:r>
        <w:rPr>
          <w:color w:val="666666"/>
          <w:sz w:val="18"/>
        </w:rPr>
        <w:t>Realistic Approach 30 March, 2014 · 5m 45s · at 7:14 · https://youtu.be/HIFxmWWiEG4?t=434</w:t>
      </w:r>
    </w:p>
    <w:p>
      <w:r>
        <w:rPr>
          <w:i/>
        </w:rPr>
        <w:t>“I came to Delhi in 1967 believing Muslim magazines were worthless.”</w:t>
      </w:r>
    </w:p>
    <w:p>
      <w:r>
        <w:rPr>
          <w:sz w:val="20"/>
        </w:rPr>
        <w:t>7:14  is se aap samjhiye ke masla kahan hai. main dilli aaya 1967 mein. 1967 mein.</w:t>
      </w:r>
      <w:r>
        <w:br/>
      </w:r>
      <w:r>
        <w:rPr>
          <w:sz w:val="20"/>
        </w:rPr>
        <w:t>7:26  to us waqt se meri yeh soch yeh thi ke musalman jo parche nikalte hain idhar udhar, is ki koi value nahin. bohat se parche musalman nikal rakhe hain english mein.</w:t>
      </w:r>
      <w:r>
        <w:br/>
      </w:r>
      <w:r>
        <w:rPr>
          <w:sz w:val="20"/>
        </w:rPr>
        <w:t>7:37  main english ki baat kar raha hoon.</w:t>
      </w:r>
      <w:r>
        <w:br/>
      </w:r>
      <w:r>
        <w:rPr>
          <w:sz w:val="20"/>
        </w:rPr>
        <w:t>7:40  in ke kuch bhi, one percent bhi, in ki koi value nahin hai. kyun? aap nikalte hain, aap parcha nikalte hain ke log parhen.</w:t>
      </w:r>
      <w:r>
        <w:br/>
      </w:r>
      <w:r>
        <w:rPr>
          <w:sz w:val="20"/>
        </w:rPr>
        <w:t>7:51  general public parhe. woh koi parhta hi nahin. is ki readership jo hai, unhi logon mein rehti hai jo nikalte hain. khud hi nikalte hain, khud hi parhte hain.</w:t>
      </w:r>
      <w:r>
        <w:br/>
      </w:r>
      <w:r>
        <w:rPr>
          <w:sz w:val="20"/>
        </w:rPr>
        <w:t>8:03  jo general readership hai, us ko is se koi matlab nahin. koi is ko parhta parhta nahin.</w:t>
      </w:r>
      <w:r>
        <w:br/>
      </w:r>
      <w:r>
        <w:rPr>
          <w:sz w:val="20"/>
        </w:rPr>
        <w:t>8:10  to mera shuru se yeh tha ke jo national dailies hain, jo national press hai, us mein aana chahiye. community press mein koi cheez chhape, is ki koi value nahin hoti.</w:t>
      </w:r>
      <w:r>
        <w:br/>
      </w:r>
      <w:r>
        <w:rPr>
          <w:sz w:val="20"/>
        </w:rPr>
        <w:t>8:24  to musalmanon ke jo parche hain, woh sab un ko kaha jata hai community press. koi value nahin in ki. one percent bhi koi value nahin hai. agli cheez hai ke jo national press hai, wahan chhape aap ki cheezen.</w:t>
      </w:r>
      <w:r>
        <w:br/>
      </w:r>
      <w:r>
        <w:rPr>
          <w:sz w:val="20"/>
        </w:rPr>
        <w:t>8:38  to log is ko jab main kehta tha, log is ko badness batate thay. badness. kehte hain ke national press jo hai, woh to hamare to mutasir hai.</w:t>
      </w:r>
      <w:r>
        <w:br/>
      </w:r>
      <w:r>
        <w:rPr>
          <w:sz w:val="20"/>
        </w:rPr>
        <w:t>8:48  is ko to hum se, hamare baray mein negative hai. woh kahan chhapay ga? one to all, har aadmi yahi kehta tha ke aap aik, aap aik aisa khwab dekh rahe hain jo kabhi poora hone wala nahin hai.</w:t>
      </w:r>
      <w:r>
        <w:br/>
      </w:r>
      <w:r>
        <w:rPr>
          <w:sz w:val="20"/>
        </w:rPr>
        <w:t>9:02  kyun ke jo national press hai, woh aap ki cheez kabhi nahin chhapay ga. woh to mutasir hai.</w:t>
      </w:r>
      <w:r>
        <w:br/>
      </w:r>
      <w:r>
        <w:rPr>
          <w:sz w:val="20"/>
        </w:rPr>
        <w:t>9:08  aap jante hain ke india ka top ka parcha hai times of india. to main chahta tha ke mere mazameen times of india chhapen. to jante hain, main ne kya kiya?</w:t>
      </w:r>
      <w:r>
        <w:br/>
      </w:r>
      <w:r>
        <w:rPr>
          <w:sz w:val="20"/>
        </w:rPr>
        <w:t>9:22  30 saal ki effort ki, tab ja ke parcha mera parha maloom chhapa tha times of india mein. aur aaj regular chhapta hai.</w:t>
      </w:r>
      <w:r>
        <w:br/>
      </w:r>
      <w:r>
        <w:rPr>
          <w:sz w:val="20"/>
        </w:rPr>
        <w:t>9:31  30 saal ki effort ke baad main ne yeh kiya ke main daily times of india parhne laga.</w:t>
      </w:r>
      <w:r>
        <w:br/>
      </w:r>
      <w:r>
        <w:rPr>
          <w:sz w:val="20"/>
        </w:rPr>
        <w:t>9:39  aik zamana tha ke main daily aath akhbar parhta tha. aath akhbar. is mein se aik times of india hota tha.</w:t>
      </w:r>
      <w:r>
        <w:br/>
      </w:r>
      <w:r>
        <w:rPr>
          <w:sz w:val="20"/>
        </w:rPr>
        <w:t>9:48  to daily mein times of india parhta tha ke is ka test kya hai, is ki requirement kya hai, is ka yani kin kin cheezon ko select karta hai chhapne ke liye.</w:t>
      </w:r>
      <w:r>
        <w:br/>
      </w:r>
      <w:r>
        <w:rPr>
          <w:sz w:val="20"/>
        </w:rPr>
        <w:t>10:00  to 30 saal beet gaye yeh janne ke liye. aur bhejta tha, un ke liye likhta tha mazmoon.</w:t>
      </w:r>
      <w:r>
        <w:br/>
      </w:r>
      <w:r>
        <w:rPr>
          <w:sz w:val="20"/>
        </w:rPr>
        <w:t>10:08  pehla mazmoon jo chhaapa hai mera times of india mein, woh chhaapa hai 15 september 1997 ko. jo 67 se le kar 97 tak 30 saal hain.</w:t>
      </w:r>
      <w:r>
        <w:br/>
      </w:r>
      <w:r>
        <w:rPr>
          <w:sz w:val="20"/>
        </w:rPr>
        <w:t>10:22  67 se le kar 97 tak 30 saal hain. 30 saal tak main times of india parhta raha, parhta raha, parhta. daily, daily, daily.</w:t>
      </w:r>
      <w:r>
        <w:br/>
      </w:r>
      <w:r>
        <w:rPr>
          <w:sz w:val="20"/>
        </w:rPr>
        <w:t>10:34  tab mera pehla mazmoon chhaapa times of india mein 15 september 1997 ko. us waqt Girilal Jain times of india ke editor thay.</w:t>
      </w:r>
      <w:r>
        <w:br/>
      </w:r>
      <w:r>
        <w:rPr>
          <w:sz w:val="20"/>
        </w:rPr>
        <w:t>10:46  un ko bhi musalman kaha jata hai. woh to bara mutasir hai, bara mutasir hai. Girilal Jain ne mera pehla mazmoon chhapa. is ka title tha "Not by Grievances Alone".</w:t>
      </w:r>
      <w:r>
        <w:br/>
      </w:r>
      <w:r>
        <w:rPr>
          <w:sz w:val="20"/>
        </w:rPr>
        <w:t>11:00  matlab shikayat kafi nahin. "naat bai grivansiz alon". yeh mazmoon shamil hai meri kitab "an indian muslims ap past lok" mein.</w:t>
      </w:r>
      <w:r>
        <w:br/>
      </w:r>
      <w:r>
        <w:rPr>
          <w:sz w:val="20"/>
        </w:rPr>
        <w:t>11:14  is ko aap parh sakte hain.</w:t>
      </w:r>
      <w:r>
        <w:br/>
      </w:r>
      <w:r>
        <w:rPr>
          <w:sz w:val="20"/>
        </w:rPr>
        <w:t>11:18  to jis cheez ko woh kehte thay ta'assub, woh woh yaani woh kya tha? fals fit mein jeena tha.</w:t>
      </w:r>
      <w:r>
        <w:br/>
      </w:r>
      <w:r>
        <w:rPr>
          <w:sz w:val="20"/>
        </w:rPr>
        <w:t>11:27  fals fit mein jeena.</w:t>
      </w:r>
      <w:r>
        <w:br/>
      </w:r>
      <w:r>
        <w:rPr>
          <w:sz w:val="20"/>
        </w:rPr>
        <w:t>11:30  koi dunya mutasir nahin hai. koi hamara dushman nahin hai. koi kis ko fursat nahin kaha hua? kharab sazish kare. cheez yeh hai ke hum is ka jo standerd hai, is standerd par apnay aap ko pesh karen.</w:t>
      </w:r>
      <w:r>
        <w:br/>
      </w:r>
      <w:r>
        <w:rPr>
          <w:sz w:val="20"/>
        </w:rPr>
        <w:t>11:46  jaise aik glass hai. market mein jis standerd ka glass ki jo requirement hai, us ke mutabiq glass banayenge to log daur ke khareeden ge.</w:t>
      </w:r>
      <w:r>
        <w:br/>
      </w:r>
      <w:r>
        <w:rPr>
          <w:sz w:val="20"/>
        </w:rPr>
        <w:t>11:57  is ko koi nahin khareeden ge. koi nahin khareeden ge. lekin agar aap ka glass market ki requirement ke mutabiq nahin hai to koi nahin khareede ga.</w:t>
      </w:r>
      <w:r>
        <w:br/>
      </w:r>
      <w:r>
        <w:rPr>
          <w:sz w:val="20"/>
        </w:rPr>
        <w:t>12:06  free bhi nahin khole ga woh. to 30 saal maine bataya yeh jawane ke liye ke national press ki requirement kya hai.</w:t>
      </w:r>
      <w:r>
        <w:br/>
      </w:r>
      <w:r>
        <w:rPr>
          <w:sz w:val="20"/>
        </w:rPr>
        <w:t>12:17  national press kis kis cheezon ko chhape ga?</w:t>
      </w:r>
      <w:r>
        <w:br/>
      </w:r>
      <w:r>
        <w:rPr>
          <w:sz w:val="20"/>
        </w:rPr>
        <w:t>12:23  to jab mein is, jab maine is discover kiya, maine samjha ke national press ka test kya hai, woh kis tarah ki cheezon ko chhapta hai. yeh karte karte 67 se shuru kiya maine aur phir 1997 mein mera pehla mazmoon chhaapa september ke mahine mein.</w:t>
      </w:r>
      <w:r>
        <w:br/>
      </w:r>
      <w:r>
        <w:rPr>
          <w:sz w:val="20"/>
        </w:rPr>
        <w:t>12:47  is ke baad se aap barabar regular mera mazmoon chhapta raha. barabar chhapta hai. aur ab jo hai yeh jo tasweer chhaapi hai, yeh jante hain kyun chhaapi hai?</w:t>
      </w:r>
    </w:p>
    <w:p>
      <w:pPr>
        <w:pStyle w:val="Heading2"/>
      </w:pPr>
      <w:r>
        <w:t>Day of Arafat: the heart of Hajjat al-Wida</w:t>
      </w:r>
    </w:p>
    <w:p>
      <w:r>
        <w:rPr>
          <w:color w:val="666666"/>
          <w:sz w:val="18"/>
        </w:rPr>
        <w:t>Rasulullah ka Hajj Haqeeqat-E-Hajj Book by Maulana Wahiduddin Khan · 5m 28s · at 17:11 · https://youtu.be/-f0kUKfC0Wg?t=1031</w:t>
      </w:r>
    </w:p>
    <w:p>
      <w:r>
        <w:rPr>
          <w:i/>
        </w:rPr>
        <w:t>“آٹھ ذوالحجہ کو آپ منی گئے، پھر عرفات”</w:t>
      </w:r>
    </w:p>
    <w:p>
      <w:r>
        <w:rPr>
          <w:sz w:val="20"/>
        </w:rPr>
        <w:t>17:11  aath zul-hijjah ko aap apne tamam ashab ke sath mina gaye.</w:t>
      </w:r>
      <w:r>
        <w:br/>
      </w:r>
      <w:r>
        <w:rPr>
          <w:sz w:val="20"/>
        </w:rPr>
        <w:t>17:17  jate waqt koi tawaf nahi kiya. is din zuhr aur asr aur maghrib aur isha ki namazein aap ne mina mein padhin aur raat ko yahin qiyam kiya.</w:t>
      </w:r>
      <w:r>
        <w:br/>
      </w:r>
      <w:r>
        <w:rPr>
          <w:sz w:val="20"/>
        </w:rPr>
        <w:t>17:29  subah nau zul-hijjah ko suraj nikalne ke baad aap arafat ki taraf rawana hue.</w:t>
      </w:r>
      <w:r>
        <w:br/>
      </w:r>
      <w:r>
        <w:rPr>
          <w:sz w:val="20"/>
        </w:rPr>
        <w:t>17:39  aap namirah yani wadi-e-arafat ke ek khayme mein utre.</w:t>
      </w:r>
      <w:r>
        <w:br/>
      </w:r>
      <w:r>
        <w:rPr>
          <w:sz w:val="20"/>
        </w:rPr>
        <w:t>17:44  ashab mein se koi labbaik pukarta tha aur koi takbeer kehta tha, koi ek doosre par aitraz nahi karta tha.</w:t>
      </w:r>
      <w:r>
        <w:br/>
      </w:r>
      <w:r>
        <w:rPr>
          <w:sz w:val="20"/>
        </w:rPr>
        <w:t>17:53  jab zawaal ka waqt aaya to aap apni oontni par sawaar ho kar chalay aur maidan e arafah ke beech mein thehray۔ yahan maujooda masjid namira ki jagah apni sawari par baithe hue aap ne woh khutbah diya jo khutbah hijjat ul wida ke naam se mashhoor hai۔</w:t>
      </w:r>
      <w:r>
        <w:br/>
      </w:r>
      <w:r>
        <w:rPr>
          <w:sz w:val="20"/>
        </w:rPr>
        <w:t>18:15  yeh khutbah aur doosra khutbah jo aap ne mina mein diya, woh mutfarriq tor par hadees ki kitabon mein mazkoor hain۔</w:t>
      </w:r>
      <w:r>
        <w:br/>
      </w:r>
      <w:r>
        <w:rPr>
          <w:sz w:val="20"/>
        </w:rPr>
        <w:t>18:24  in ka majmooa aglay safhaat mein naqal kiya ja raha hai۔ yeh jumah yaani 9 zilhajjah ka din tha۔ jab aap khutbah de chukay to aap ne hazrat bilal ko azan ka hukum diya۔</w:t>
      </w:r>
      <w:r>
        <w:br/>
      </w:r>
      <w:r>
        <w:rPr>
          <w:sz w:val="20"/>
        </w:rPr>
        <w:t>18:39  unhon ne azan di۔ aap ne aik azan aur do iqamat se zuhr aur asr ki namaz jama kar ke do do rakat parhi۔</w:t>
      </w:r>
      <w:r>
        <w:br/>
      </w:r>
      <w:r>
        <w:rPr>
          <w:sz w:val="20"/>
        </w:rPr>
        <w:t>18:48  yeh jumah ki namaz nahi balkeh zuhr ki qasr namaz thi kyunkeh aap ne is mein qirat bil jahar nahi ki۔ farz ke ilawa is mauqa par koi sunnat ya nafl aap ne nahi parhi۔</w:t>
      </w:r>
      <w:r>
        <w:br/>
      </w:r>
      <w:r>
        <w:rPr>
          <w:sz w:val="20"/>
        </w:rPr>
        <w:t>19:03  namaz se farigh ho kar aap arafat ke is maqam par aaye jis ko waqoof ki jagah kaha jata hai۔ yahan aap ne apne oont par baithe baithe suraj doobne tak dua ki۔</w:t>
      </w:r>
      <w:r>
        <w:br/>
      </w:r>
      <w:r>
        <w:rPr>
          <w:sz w:val="20"/>
        </w:rPr>
        <w:t>19:17  aap ne farmaya keh is din ki dua behtareen dua hai۔ is waqt aap kis qism ke rabbani ehsasat se bharay hue thay،</w:t>
      </w:r>
      <w:r>
        <w:br/>
      </w:r>
      <w:r>
        <w:rPr>
          <w:sz w:val="20"/>
        </w:rPr>
        <w:t>19:28  is ka andaza in kalimat se hota hai jo is waqt aap ki zuban se nikal rahay thay۔ aik riwayat ke mutabiq aap ne farmaya: allahumma innaka tasma'u kalami wa tarani makani wa ta'lamu sirri wa 'alaniyati, la yakhfa 'alayka shay'un min amri, ana al ba'is al faqir,</w:t>
      </w:r>
      <w:r>
        <w:br/>
      </w:r>
      <w:r>
        <w:rPr>
          <w:sz w:val="20"/>
        </w:rPr>
        <w:t>19:52  al mughith al mustajeer, al wajil al mushfiq al muqirr, al mu'tarif bi dhanbi, as'aluka mas'alat al miskeen, wa abtahilu ilayka ibtihal al mudhnib al dhaleel,</w:t>
      </w:r>
      <w:r>
        <w:br/>
      </w:r>
      <w:r>
        <w:rPr>
          <w:sz w:val="20"/>
        </w:rPr>
        <w:t>20:08  wa ad'ooka da'a' al kha'if al dharir, man khada'at laka raqabatuhu wa faadat laka 'aynahu wa dhalla jasaduhu wa ragham anfuhu laka.</w:t>
      </w:r>
      <w:r>
        <w:br/>
      </w:r>
      <w:r>
        <w:rPr>
          <w:sz w:val="20"/>
        </w:rPr>
        <w:t>20:21  allahumma la taj'alni bi du'a'ika rabbi shaqiyyan, wa kun li ra'ufan raheeman, ya khayr al mas'uleen wa ya khayr al mu'teen.</w:t>
      </w:r>
      <w:r>
        <w:br/>
      </w:r>
      <w:r>
        <w:rPr>
          <w:sz w:val="20"/>
        </w:rPr>
        <w:t>20:33  a Allah! tu meri baat sun raha hai aur tu meri jagah ko dekh raha hai۔</w:t>
      </w:r>
      <w:r>
        <w:br/>
      </w:r>
      <w:r>
        <w:rPr>
          <w:sz w:val="20"/>
        </w:rPr>
        <w:t>20:40  tu mere chhupe aur khulay ko janta hai۔ meri koi baat tujh se chhupti hui nahi۔ main musibat zadah hoon, muhtaj hoon, tujh se fariyadi hoon, teri panah chahta hoon،</w:t>
      </w:r>
      <w:r>
        <w:br/>
      </w:r>
      <w:r>
        <w:rPr>
          <w:sz w:val="20"/>
        </w:rPr>
        <w:t>20:55  pareshan hoon, khauf zadah hoon, apne gunahon ka iqrar o etiraf kar raha hoon, tujh se be kas aadmi ki tarah sawal kar raha hoon aur gunahgar aur haqeer insan ki tarah tere samnay gidgida raha hoon aur tujh se khauf zadah aur ift rasidah aadmi ki manind sawal karta hoon</w:t>
      </w:r>
      <w:r>
        <w:br/>
      </w:r>
      <w:r>
        <w:rPr>
          <w:sz w:val="20"/>
        </w:rPr>
        <w:t>21:19  jaise woh shakhs jis ki gardan tere agay jhuki hui ho aur us ki aankhain tere liye beh pari hon aur us ka jism tere agay farotni kiye hue ho aur apni naak tere samnay ragar raha ho۔</w:t>
      </w:r>
      <w:r>
        <w:br/>
      </w:r>
      <w:r>
        <w:rPr>
          <w:sz w:val="20"/>
        </w:rPr>
        <w:t>21:36  a Allah! tu mujhe apne se dua mangne mein nakaam na rakh aur tu mere haq mein bara meharban, nihayat reham wala ban ja۔</w:t>
      </w:r>
      <w:r>
        <w:br/>
      </w:r>
      <w:r>
        <w:rPr>
          <w:sz w:val="20"/>
        </w:rPr>
        <w:t>21:48  a tamam mangay janay walon se behtar aur a sab denay walon se acha۔ is asna mein log حج ke masail poochne atay thay۔</w:t>
      </w:r>
      <w:r>
        <w:br/>
      </w:r>
      <w:r>
        <w:rPr>
          <w:sz w:val="20"/>
        </w:rPr>
        <w:t>22:00  kuch najdiyon ne poocha keh حج kya hai؟ aap ne farmaya keh al hajju 'arafah yaani حج arafat mein thehrnay ka naam hai۔</w:t>
      </w:r>
      <w:r>
        <w:br/>
      </w:r>
      <w:r>
        <w:rPr>
          <w:sz w:val="20"/>
        </w:rPr>
        <w:t>22:09  jo shakhs yom al nahar se pehlay yahan aa jaye, uska حج ho gaya۔</w:t>
      </w:r>
      <w:r>
        <w:br/>
      </w:r>
      <w:r>
        <w:rPr>
          <w:sz w:val="20"/>
        </w:rPr>
        <w:t>22:15  quran ki ayat: al yawma akmaltu lakum deenakum wa atmamtu 'alaykum ni'mati wa raditu lakum al islām dinan.</w:t>
      </w:r>
      <w:r>
        <w:br/>
      </w:r>
      <w:r>
        <w:rPr>
          <w:sz w:val="20"/>
        </w:rPr>
        <w:t>22:25  al ma'idah 3۔ yahi arafat mein khutbah hijjat ul wida ke baad nazil hui۔ suraj doobne ke baad aap arafat se muzdalifah ki taraf rawana hue۔</w:t>
      </w:r>
    </w:p>
    <w:p>
      <w:pPr>
        <w:pStyle w:val="Heading2"/>
      </w:pPr>
      <w:r>
        <w:t>Was throwing a shoe at Bush an Islamic act of anger?</w:t>
      </w:r>
    </w:p>
    <w:p>
      <w:r>
        <w:rPr>
          <w:color w:val="666666"/>
          <w:sz w:val="18"/>
        </w:rPr>
        <w:t>Living in Falsehood 25 Jan 2009 · 3m 36s · at 58:16 · https://youtu.be/Qt8VwwonU9k?t=3496</w:t>
      </w:r>
    </w:p>
    <w:p>
      <w:r>
        <w:rPr>
          <w:i/>
        </w:rPr>
        <w:t>“Shoe throwing was showing anger against injustice — really?”</w:t>
      </w:r>
    </w:p>
    <w:p>
      <w:r>
        <w:rPr>
          <w:sz w:val="20"/>
        </w:rPr>
        <w:t>58:16  . This question is from Mr. Anwar Iqbal. Shoe throwing was an act of showing the anger towards injustice.</w:t>
      </w:r>
      <w:r>
        <w:br/>
      </w:r>
      <w:r>
        <w:rPr>
          <w:sz w:val="20"/>
        </w:rPr>
        <w:t>58:27  A start. What is your comment on this?</w:t>
      </w:r>
      <w:r>
        <w:br/>
      </w:r>
      <w:r>
        <w:rPr>
          <w:sz w:val="20"/>
        </w:rPr>
        <w:t>58:34  I think it is a</w:t>
      </w:r>
      <w:r>
        <w:br/>
      </w:r>
      <w:r>
        <w:rPr>
          <w:sz w:val="20"/>
        </w:rPr>
        <w:t>58:40  wrong explanation. Because when you throw your shoe, there is no one who is there.</w:t>
      </w:r>
      <w:r>
        <w:br/>
      </w:r>
      <w:r>
        <w:rPr>
          <w:sz w:val="20"/>
        </w:rPr>
        <w:t>58:54  We are doing injustice. It is simply throwing in the vacuum. So how you can say that shoe throwing is against injustice?</w:t>
      </w:r>
      <w:r>
        <w:br/>
      </w:r>
      <w:r>
        <w:rPr>
          <w:sz w:val="20"/>
        </w:rPr>
        <w:t>59:07  It is throwing against nothing.</w:t>
      </w:r>
      <w:r>
        <w:br/>
      </w:r>
      <w:r>
        <w:rPr>
          <w:sz w:val="20"/>
        </w:rPr>
        <w:t>59:15  Your anger must target the injustice, but injustice was not there.</w:t>
      </w:r>
      <w:r>
        <w:br/>
      </w:r>
      <w:r>
        <w:rPr>
          <w:sz w:val="20"/>
        </w:rPr>
        <w:t>59:22  So it is simply a shoe only to—it is a, I think it is a wrong practice.</w:t>
      </w:r>
      <w:r>
        <w:br/>
      </w:r>
      <w:r>
        <w:rPr>
          <w:sz w:val="20"/>
        </w:rPr>
        <w:t>59:35  Then you are a Muslim. Your claim is that you are following Islamic principles.</w:t>
      </w:r>
      <w:r>
        <w:br/>
      </w:r>
      <w:r>
        <w:rPr>
          <w:sz w:val="20"/>
        </w:rPr>
        <w:t>59:48  And in Islam, it is wrong to engage in practices like this.</w:t>
      </w:r>
      <w:r>
        <w:br/>
      </w:r>
      <w:r>
        <w:rPr>
          <w:sz w:val="20"/>
        </w:rPr>
        <w:t>59:56  It is shameful. It is shameful. Why? In Islam, there is a very well-known criterion.</w:t>
      </w:r>
      <w:r>
        <w:br/>
      </w:r>
      <w:r>
        <w:rPr>
          <w:sz w:val="20"/>
        </w:rPr>
        <w:t>1:00:05  That is prophetic pattern. You have to prove that this shoe throwing was according to the prophetic pattern.</w:t>
      </w:r>
      <w:r>
        <w:br/>
      </w:r>
      <w:r>
        <w:rPr>
          <w:sz w:val="20"/>
        </w:rPr>
        <w:t>1:00:18  There were so many, so many atrocities against the Proph</w:t>
      </w:r>
      <w:r>
        <w:br/>
      </w:r>
      <w:r>
        <w:rPr>
          <w:sz w:val="20"/>
        </w:rPr>
        <w:t>1:00:22  et. There were so many conspiracies against the Prophet. But the Prophet never—I mean, never—the Prophet was never engaged in such practices.</w:t>
      </w:r>
      <w:r>
        <w:br/>
      </w:r>
      <w:r>
        <w:rPr>
          <w:sz w:val="20"/>
        </w:rPr>
        <w:t>1:00:37  So</w:t>
      </w:r>
      <w:r>
        <w:br/>
      </w:r>
      <w:r>
        <w:rPr>
          <w:sz w:val="20"/>
        </w:rPr>
        <w:t>1:00:40  for a Muslim, the only way to follow some practices—</w:t>
      </w:r>
      <w:r>
        <w:br/>
      </w:r>
      <w:r>
        <w:rPr>
          <w:sz w:val="20"/>
        </w:rPr>
        <w:t>1:00:51  so a Muslim must follow the pattern of the Prophet of Islam. You have no choice. You cannot say that we are showing our anger.</w:t>
      </w:r>
      <w:r>
        <w:br/>
      </w:r>
      <w:r>
        <w:rPr>
          <w:sz w:val="20"/>
        </w:rPr>
        <w:t>1:01:04  You have to refer to some practices by the Prophet of Islam. Otherwise, you are wrong.</w:t>
      </w:r>
      <w:r>
        <w:br/>
      </w:r>
      <w:r>
        <w:rPr>
          <w:sz w:val="20"/>
        </w:rPr>
        <w:t>1:01:15  If you have no reference in the life of the Prophet of Islam of such kind, then you are wrong.</w:t>
      </w:r>
      <w:r>
        <w:br/>
      </w:r>
      <w:r>
        <w:rPr>
          <w:sz w:val="20"/>
        </w:rPr>
        <w:t>1:01:21  So first of all, you have to know what is the criterion. Your words are not criterion. Your sentiments are not the criterion.</w:t>
      </w:r>
      <w:r>
        <w:br/>
      </w:r>
      <w:r>
        <w:rPr>
          <w:sz w:val="20"/>
        </w:rPr>
        <w:t>1:01:30  The Prophet's pattern is the criterion. So when I apply this practice on the prophetic pattern, I can say that it was wrong, completely wrong.</w:t>
      </w:r>
      <w:r>
        <w:br/>
      </w:r>
      <w:r>
        <w:rPr>
          <w:sz w:val="20"/>
        </w:rPr>
        <w:t>1:01:44  Because the Prophet never practiced like this.</w:t>
      </w:r>
    </w:p>
    <w:p>
      <w:pPr>
        <w:pStyle w:val="Heading2"/>
      </w:pPr>
      <w:r>
        <w:t>meaning of taqwa: submission to God by choice</w:t>
      </w:r>
    </w:p>
    <w:p>
      <w:r>
        <w:rPr>
          <w:color w:val="666666"/>
          <w:sz w:val="18"/>
        </w:rPr>
        <w:t>Dars-e-Quran Chapter 2 Verses 206, 208, 212, 213 &amp; 214 July 2, 2007 Maulana Wahiduddin Khan · 51s · at 2:20 · https://youtu.be/34tQK67_TvQ?t=140</w:t>
      </w:r>
    </w:p>
    <w:p>
      <w:r>
        <w:rPr>
          <w:i/>
        </w:rPr>
        <w:t>“تقویٰ کے معنی ہوتے ہیں ڈرنا یا بچنا”</w:t>
      </w:r>
    </w:p>
    <w:p>
      <w:r>
        <w:rPr>
          <w:sz w:val="20"/>
        </w:rPr>
        <w:t>2:20  taqwa ke maani hote hain</w:t>
      </w:r>
      <w:r>
        <w:br/>
      </w:r>
      <w:r>
        <w:rPr>
          <w:sz w:val="20"/>
        </w:rPr>
        <w:t>2:25  darna ya bachna.</w:t>
      </w:r>
      <w:r>
        <w:br/>
      </w:r>
      <w:r>
        <w:rPr>
          <w:sz w:val="20"/>
        </w:rPr>
        <w:t>2:30  mein samajhta hoon ke is ko is tarah kaha jata hai ke "submission to god by choice."</w:t>
      </w:r>
      <w:r>
        <w:br/>
      </w:r>
      <w:r>
        <w:rPr>
          <w:sz w:val="20"/>
        </w:rPr>
        <w:t>2:43  dekhein, is kainat mein jitni bhi cheezein hain, woh sab khuda ke muqable mein taqwa ke culture par hain.</w:t>
      </w:r>
      <w:r>
        <w:br/>
      </w:r>
      <w:r>
        <w:rPr>
          <w:sz w:val="20"/>
        </w:rPr>
        <w:t>2:56  taqwa is kainat ka universal culture hai.</w:t>
      </w:r>
      <w:r>
        <w:br/>
      </w:r>
      <w:r>
        <w:rPr>
          <w:sz w:val="20"/>
        </w:rPr>
        <w:t>3:07  universal culture hai.</w:t>
      </w:r>
      <w:r>
        <w:br/>
      </w:r>
      <w:r>
        <w:rPr>
          <w:sz w:val="20"/>
        </w:rPr>
        <w:t>3:12  har cheez jo is kainat mein hai, woh</w:t>
      </w:r>
    </w:p>
    <w:p>
      <w:pPr>
        <w:pStyle w:val="Heading2"/>
      </w:pPr>
      <w:r>
        <w:t>What hadith is and how to find its eternal meaning</w:t>
      </w:r>
    </w:p>
    <w:p>
      <w:r>
        <w:rPr>
          <w:color w:val="666666"/>
          <w:sz w:val="18"/>
        </w:rPr>
        <w:t>Hadith (English) March 27, 2007 Maulana Wahiduddin Khan · 4m 56s · at 0:35 · https://youtu.be/VnwRJbqn9tU?t=35</w:t>
      </w:r>
    </w:p>
    <w:p>
      <w:r>
        <w:rPr>
          <w:i/>
        </w:rPr>
        <w:t>“Today I want to explain some hadith in a simple manner”</w:t>
      </w:r>
    </w:p>
    <w:p>
      <w:r>
        <w:rPr>
          <w:sz w:val="20"/>
        </w:rPr>
        <w:t>0:35  Today I want to explain some hadith</w:t>
      </w:r>
      <w:r>
        <w:br/>
      </w:r>
      <w:r>
        <w:rPr>
          <w:sz w:val="20"/>
        </w:rPr>
        <w:t>0:45  in a very simple manner.</w:t>
      </w:r>
      <w:r>
        <w:br/>
      </w:r>
      <w:r>
        <w:rPr>
          <w:sz w:val="20"/>
        </w:rPr>
        <w:t>0:50  You know, hadith means sayings or</w:t>
      </w:r>
      <w:r>
        <w:br/>
      </w:r>
      <w:r>
        <w:rPr>
          <w:sz w:val="20"/>
        </w:rPr>
        <w:t>0:58  conversation.</w:t>
      </w:r>
      <w:r>
        <w:br/>
      </w:r>
      <w:r>
        <w:rPr>
          <w:sz w:val="20"/>
        </w:rPr>
        <w:t>1:01  The majority of hadith is conversation within the Prophet of Islam and his companions,</w:t>
      </w:r>
      <w:r>
        <w:br/>
      </w:r>
      <w:r>
        <w:rPr>
          <w:sz w:val="20"/>
        </w:rPr>
        <w:t>1:14  or people of that period. So Quran and hadith both are authentic in Islam, authentic source.</w:t>
      </w:r>
      <w:r>
        <w:br/>
      </w:r>
      <w:r>
        <w:rPr>
          <w:sz w:val="20"/>
        </w:rPr>
        <w:t>1:27  The only difference is that Quran is preserved in its original words. That is God's words.</w:t>
      </w:r>
      <w:r>
        <w:br/>
      </w:r>
      <w:r>
        <w:rPr>
          <w:sz w:val="20"/>
        </w:rPr>
        <w:t>1:40  But</w:t>
      </w:r>
      <w:r>
        <w:br/>
      </w:r>
      <w:r>
        <w:rPr>
          <w:sz w:val="20"/>
        </w:rPr>
        <w:t>1:43  hadith is also preserved, but it is words of Prophet and not words of God.</w:t>
      </w:r>
      <w:r>
        <w:br/>
      </w:r>
      <w:r>
        <w:rPr>
          <w:sz w:val="20"/>
        </w:rPr>
        <w:t>1:56  So Quran is a word of God, and hadith is a word of Prophet. So both are authentic sources in Islam.</w:t>
      </w:r>
      <w:r>
        <w:br/>
      </w:r>
      <w:r>
        <w:rPr>
          <w:sz w:val="20"/>
        </w:rPr>
        <w:t>2:11  Now,</w:t>
      </w:r>
      <w:r>
        <w:br/>
      </w:r>
      <w:r>
        <w:rPr>
          <w:sz w:val="20"/>
        </w:rPr>
        <w:t>2:17  conversation means exchange between Prophet and his contemporary people.</w:t>
      </w:r>
      <w:r>
        <w:br/>
      </w:r>
      <w:r>
        <w:rPr>
          <w:sz w:val="20"/>
        </w:rPr>
        <w:t>2:31  So I can say that hadith is a prophetic</w:t>
      </w:r>
      <w:r>
        <w:br/>
      </w:r>
      <w:r>
        <w:rPr>
          <w:sz w:val="20"/>
        </w:rPr>
        <w:t>2:43  response to an immediate situation. Immediate situation.</w:t>
      </w:r>
      <w:r>
        <w:br/>
      </w:r>
      <w:r>
        <w:rPr>
          <w:sz w:val="20"/>
        </w:rPr>
        <w:t>2:55  So the majority of hadith is like this.</w:t>
      </w:r>
      <w:r>
        <w:br/>
      </w:r>
      <w:r>
        <w:rPr>
          <w:sz w:val="20"/>
        </w:rPr>
        <w:t>3:00  Hadith is a prophetic response to</w:t>
      </w:r>
      <w:r>
        <w:br/>
      </w:r>
      <w:r>
        <w:rPr>
          <w:sz w:val="20"/>
        </w:rPr>
        <w:t>3:08  the immediate situation. But at the same time, every hadith has an eternal connotation.</w:t>
      </w:r>
      <w:r>
        <w:br/>
      </w:r>
      <w:r>
        <w:rPr>
          <w:sz w:val="20"/>
        </w:rPr>
        <w:t>3:23  So if you try,</w:t>
      </w:r>
      <w:r>
        <w:br/>
      </w:r>
      <w:r>
        <w:rPr>
          <w:sz w:val="20"/>
        </w:rPr>
        <w:t>3:30  you can translate all these hadiths in your contemporary situation. It is upon you.</w:t>
      </w:r>
      <w:r>
        <w:br/>
      </w:r>
      <w:r>
        <w:rPr>
          <w:sz w:val="20"/>
        </w:rPr>
        <w:t>3:44  So every hadith</w:t>
      </w:r>
      <w:r>
        <w:br/>
      </w:r>
      <w:r>
        <w:rPr>
          <w:sz w:val="20"/>
        </w:rPr>
        <w:t>3:48  has</w:t>
      </w:r>
      <w:r>
        <w:br/>
      </w:r>
      <w:r>
        <w:rPr>
          <w:sz w:val="20"/>
        </w:rPr>
        <w:t>3:52  an immediate reference. But at the same time, it has at least potentially a contemporary reference.</w:t>
      </w:r>
      <w:r>
        <w:br/>
      </w:r>
      <w:r>
        <w:rPr>
          <w:sz w:val="20"/>
        </w:rPr>
        <w:t>4:06  So it is upon you.</w:t>
      </w:r>
      <w:r>
        <w:br/>
      </w:r>
      <w:r>
        <w:rPr>
          <w:sz w:val="20"/>
        </w:rPr>
        <w:t>4:10  By this method, you can apply all those hadiths in your contemporary situations. So it is very important.</w:t>
      </w:r>
      <w:r>
        <w:br/>
      </w:r>
      <w:r>
        <w:rPr>
          <w:sz w:val="20"/>
        </w:rPr>
        <w:t>4:29  For example, the Prophet of Islam has said, "haramat al-mu'min akram haramah min al-ka'bah." Mu'min is respectable more than the Kaaba.</w:t>
      </w:r>
      <w:r>
        <w:br/>
      </w:r>
      <w:r>
        <w:rPr>
          <w:sz w:val="20"/>
        </w:rPr>
        <w:t>4:47  I think that here, mu'min is an immediate difference.</w:t>
      </w:r>
      <w:r>
        <w:br/>
      </w:r>
      <w:r>
        <w:rPr>
          <w:sz w:val="20"/>
        </w:rPr>
        <w:t>4:54  Because at that time, the audience was consistent of mu'mins. So Prophet said like this.</w:t>
      </w:r>
      <w:r>
        <w:br/>
      </w:r>
      <w:r>
        <w:rPr>
          <w:sz w:val="20"/>
        </w:rPr>
        <w:t>5:05  So mu'min here - the word mu'min is here as an immediate refer</w:t>
      </w:r>
      <w:r>
        <w:br/>
      </w:r>
      <w:r>
        <w:rPr>
          <w:sz w:val="20"/>
        </w:rPr>
        <w:t>5:11  ence. Otherwise, the real meaning of this hadith is that haram insan akram haram min al-kaaba.</w:t>
      </w:r>
      <w:r>
        <w:br/>
      </w:r>
      <w:r>
        <w:rPr>
          <w:sz w:val="20"/>
        </w:rPr>
        <w:t>5:23  The respect of a man is more than the respect of Kaaba.</w:t>
      </w:r>
    </w:p>
    <w:p>
      <w:pPr>
        <w:pStyle w:val="Heading2"/>
      </w:pPr>
      <w:r>
        <w:t>Hadith: how future generations will misuse hajj</w:t>
      </w:r>
    </w:p>
    <w:p>
      <w:r>
        <w:rPr>
          <w:color w:val="666666"/>
          <w:sz w:val="18"/>
        </w:rPr>
        <w:t>The Spirit of Hajj July 7, 2007 · 2m 25s · at 6:50 · https://youtu.be/SV2CfNml8ic?t=410</w:t>
      </w:r>
    </w:p>
    <w:p>
      <w:r>
        <w:rPr>
          <w:i/>
        </w:rPr>
        <w:t>“لیکن ایک حدیث ہے بہت زیادہ ہمیں اس معاملے میں”</w:t>
      </w:r>
    </w:p>
    <w:p>
      <w:r>
        <w:rPr>
          <w:sz w:val="20"/>
        </w:rPr>
        <w:t>6:50  yani aankh kholnay wali. bohat ziyada daranay wali.</w:t>
      </w:r>
      <w:r>
        <w:br/>
      </w:r>
      <w:r>
        <w:rPr>
          <w:sz w:val="20"/>
        </w:rPr>
        <w:t>6:55  hadith mein ata hai ke yati al nas zaman</w:t>
      </w:r>
      <w:r>
        <w:br/>
      </w:r>
      <w:r>
        <w:rPr>
          <w:sz w:val="20"/>
        </w:rPr>
        <w:t>7:02  yati al nas zaman yuhajj jo</w:t>
      </w:r>
      <w:r>
        <w:br/>
      </w:r>
      <w:r>
        <w:rPr>
          <w:sz w:val="20"/>
        </w:rPr>
        <w:t>7:11  yuhajj al aghniya lil nazaha wa ausatuhum lil tijarah wa qura hum lil ra'yah wa summah wa fuqarauhum lil mas'alah.</w:t>
      </w:r>
      <w:r>
        <w:br/>
      </w:r>
      <w:r>
        <w:rPr>
          <w:sz w:val="20"/>
        </w:rPr>
        <w:t>7:31  yeh hadith hai. is ka tarjuma yeh hai ke aik zamanay ga logon ke oopar rasool Allah ke baad mustaqbil mein aik zamanay ga logon ke oopar jab ke ummat ke jo dolatmand log hain paise walay log hain</w:t>
      </w:r>
      <w:r>
        <w:br/>
      </w:r>
      <w:r>
        <w:rPr>
          <w:sz w:val="20"/>
        </w:rPr>
        <w:t>7:52  woh haj karein ge outing ke tor par.</w:t>
      </w:r>
      <w:r>
        <w:br/>
      </w:r>
      <w:r>
        <w:rPr>
          <w:sz w:val="20"/>
        </w:rPr>
        <w:t>8:00  entertainment ke tor par.</w:t>
      </w:r>
      <w:r>
        <w:br/>
      </w:r>
      <w:r>
        <w:rPr>
          <w:sz w:val="20"/>
        </w:rPr>
        <w:t>8:04  kisi ajeeb baat hai. aur un ke darmiyani log haj karein ge business ke liye.</w:t>
      </w:r>
      <w:r>
        <w:br/>
      </w:r>
      <w:r>
        <w:rPr>
          <w:sz w:val="20"/>
        </w:rPr>
        <w:t>8:16  business ke liye. aur un ke ulma jo hain woh haj karein ge</w:t>
      </w:r>
      <w:r>
        <w:br/>
      </w:r>
      <w:r>
        <w:rPr>
          <w:sz w:val="20"/>
        </w:rPr>
        <w:t>8:24  riaya o sumah yani dikhawe ke liye. aur un ke jo fuqra hain woh haj karein ge wahan ja kar ke sawal karein chanda hasil karein.</w:t>
      </w:r>
      <w:r>
        <w:br/>
      </w:r>
      <w:r>
        <w:rPr>
          <w:sz w:val="20"/>
        </w:rPr>
        <w:t>8:41  ek tanbehi suratehal aaj hai.</w:t>
      </w:r>
      <w:r>
        <w:br/>
      </w:r>
      <w:r>
        <w:rPr>
          <w:sz w:val="20"/>
        </w:rPr>
        <w:t>8:44  haj ki haqeeqat ghayab hai. aur kuch log outing kar rahe hain. kuch log shan dikha rahe hain ke main hazrat aalim falan sahib haj karne ja rahe hain woh un ke sath dhoom machti hai.</w:t>
      </w:r>
      <w:r>
        <w:br/>
      </w:r>
      <w:r>
        <w:rPr>
          <w:sz w:val="20"/>
        </w:rPr>
        <w:t>9:01  kuch log tijaratein karte hain is ke liye jate hain wahan par. kuch log jate hain chanda lene ke liye. yeh bohat hi zyada sochne ki baat hai ke hamara haj bhi to aise nahi hai.</w:t>
      </w:r>
    </w:p>
    <w:p>
      <w:pPr>
        <w:pStyle w:val="Heading2"/>
      </w:pPr>
      <w:r>
        <w:t>Dream of a team meeting and blessing</w:t>
      </w:r>
    </w:p>
    <w:p>
      <w:r>
        <w:rPr>
          <w:color w:val="666666"/>
          <w:sz w:val="18"/>
        </w:rPr>
        <w:t>Divine Help 28 Sept, 2019 - Maulana Wahiduddin Khan · 4m 17s · at 0:14 · https://youtu.be/djYNA8XBXwM?t=14</w:t>
      </w:r>
    </w:p>
    <w:p>
      <w:r>
        <w:rPr>
          <w:i/>
        </w:rPr>
        <w:t>“Aaj ek ajeeb waqea hua”</w:t>
      </w:r>
    </w:p>
    <w:p>
      <w:r>
        <w:rPr>
          <w:sz w:val="20"/>
        </w:rPr>
        <w:t>0:14  bismillah rahman rahim, wasallallahu ala nabiyil karim. 28 september 2019.</w:t>
      </w:r>
      <w:r>
        <w:br/>
      </w:r>
      <w:r>
        <w:rPr>
          <w:sz w:val="20"/>
        </w:rPr>
        <w:t>0:31  aaj ek ajeeb waqia hua.</w:t>
      </w:r>
      <w:r>
        <w:br/>
      </w:r>
      <w:r>
        <w:rPr>
          <w:sz w:val="20"/>
        </w:rPr>
        <w:t>0:37  hamare bumbai ke kuch saathi dili aaye hue the, main apne office mein un ke saath baitha hua baat kar raha tha.</w:t>
      </w:r>
      <w:r>
        <w:br/>
      </w:r>
      <w:r>
        <w:rPr>
          <w:sz w:val="20"/>
        </w:rPr>
        <w:t>0:51  phir mujhe laga ke main andar se kuch, yaani kuch problem feel kar raha hoon.</w:t>
      </w:r>
      <w:r>
        <w:br/>
      </w:r>
      <w:r>
        <w:rPr>
          <w:sz w:val="20"/>
        </w:rPr>
        <w:t>1:00  to maine un logon se kaha ke aap, aap jaiye, mulaqaat hogi aapse program mein. to bombai ke log chale gaye.</w:t>
      </w:r>
      <w:r>
        <w:br/>
      </w:r>
      <w:r>
        <w:rPr>
          <w:sz w:val="20"/>
        </w:rPr>
        <w:t>1:12  phir main apne office mein, apne bed par so gaya. aur bohat achhi neend aayi, bilkul sound sleep aayi.</w:t>
      </w:r>
      <w:r>
        <w:br/>
      </w:r>
      <w:r>
        <w:rPr>
          <w:sz w:val="20"/>
        </w:rPr>
        <w:t>1:25  phir main sone ke baad utha to main kuch khaya maine. khate hi meri tabiyat theek ho gayi.</w:t>
      </w:r>
      <w:r>
        <w:br/>
      </w:r>
      <w:r>
        <w:rPr>
          <w:sz w:val="20"/>
        </w:rPr>
        <w:t>1:36  to maloom hua ke asal mein woh maamla bhook ka maamla tha. bhook jab chali gayi to woh kefiyat bhi chali gayi.</w:t>
      </w:r>
      <w:r>
        <w:br/>
      </w:r>
      <w:r>
        <w:rPr>
          <w:sz w:val="20"/>
        </w:rPr>
        <w:t>1:49  ab jab main soya, bohat hi achhi neend, to maine ek khwab dekha. abhi, aaj hi, apne office mein.</w:t>
      </w:r>
      <w:r>
        <w:br/>
      </w:r>
      <w:r>
        <w:rPr>
          <w:sz w:val="20"/>
        </w:rPr>
        <w:t>2:01  ek khwab dekha. woh khwab bohat hi zyada saaf aur clear tha. to kya hua ke jab main so gaya to maine ek bohat acha, saaf ek khwab dekha.</w:t>
      </w:r>
      <w:r>
        <w:br/>
      </w:r>
      <w:r>
        <w:rPr>
          <w:sz w:val="20"/>
        </w:rPr>
        <w:t>2:21  dream.</w:t>
      </w:r>
      <w:r>
        <w:br/>
      </w:r>
      <w:r>
        <w:rPr>
          <w:sz w:val="20"/>
        </w:rPr>
        <w:t>2:24  bohat hi zyada saaf dream tha woh, aur bara khwab tha. maine dekha ke main ek bohat bare kamre mein hoon, hall jaisa kamra.</w:t>
      </w:r>
      <w:r>
        <w:br/>
      </w:r>
      <w:r>
        <w:rPr>
          <w:sz w:val="20"/>
        </w:rPr>
        <w:t>2:39  to is kamre mein chaaron taraf seatein hain, kursiyan. log kursiyon par baithe hue hain.</w:t>
      </w:r>
      <w:r>
        <w:br/>
      </w:r>
      <w:r>
        <w:rPr>
          <w:sz w:val="20"/>
        </w:rPr>
        <w:t>2:48  tamam kursiyan bhari hui hain. bhari hui hain. aur bohat hi khushi ka mahaul hai. woh sab ke sab log hamari team ke log hain.</w:t>
      </w:r>
      <w:r>
        <w:br/>
      </w:r>
      <w:r>
        <w:rPr>
          <w:sz w:val="20"/>
        </w:rPr>
        <w:t>3:03  hamari team ke log kahin se aaye hain. kahin se aaye hain, phir wahan par woh meeting kar rahe hain. to main thodi der ke baad wahan aata hoon, is hall mein.</w:t>
      </w:r>
      <w:r>
        <w:br/>
      </w:r>
      <w:r>
        <w:rPr>
          <w:sz w:val="20"/>
        </w:rPr>
        <w:t>3:16  jab main aata hoon to bohat khushi ka mahaul wahan dekhta hoon.</w:t>
      </w:r>
      <w:r>
        <w:br/>
      </w:r>
      <w:r>
        <w:rPr>
          <w:sz w:val="20"/>
        </w:rPr>
        <w:t>3:23  to main ek sawal karta hoon ke aap mein head kaun hai? yeh ek ajeeb sa sawal tha. aap mein head kaun hai?</w:t>
      </w:r>
      <w:r>
        <w:br/>
      </w:r>
      <w:r>
        <w:rPr>
          <w:sz w:val="20"/>
        </w:rPr>
        <w:t>3:35  mujhe is se haath milana hai. to log kehte hain ke head to sadia khan hain.</w:t>
      </w:r>
      <w:r>
        <w:br/>
      </w:r>
      <w:r>
        <w:rPr>
          <w:sz w:val="20"/>
        </w:rPr>
        <w:t>3:46  yaani is meeting ki head sadia khan hain.</w:t>
      </w:r>
      <w:r>
        <w:br/>
      </w:r>
      <w:r>
        <w:rPr>
          <w:sz w:val="20"/>
        </w:rPr>
        <w:t>3:52  to is waqt main kehta hoon ke theek hai, boodha aadmi haath nahi milata. boodha aadmi sar par haath rakhta hai.</w:t>
      </w:r>
      <w:r>
        <w:br/>
      </w:r>
      <w:r>
        <w:rPr>
          <w:sz w:val="20"/>
        </w:rPr>
        <w:t>4:06  pehlay maine kaha tha ke mujhe haath milana hai. lekin jab unhon ne yeh kaha ke is meeting ki head sadia khan hain, tab maine kaha ke boodha aadmi haath nahi milata, boodha aadmi sar par haath rakhta hai.</w:t>
      </w:r>
      <w:r>
        <w:br/>
      </w:r>
      <w:r>
        <w:rPr>
          <w:sz w:val="20"/>
        </w:rPr>
        <w:t>4:27  yahan par khwab khatam hota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