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am growing old</w:t>
      </w:r>
    </w:p>
    <w:p>
      <w:r>
        <w:rPr>
          <w:sz w:val="18"/>
        </w:rPr>
        <w:t>Q&amp;A, lecture moments and clips · full transcripts with timestamps · exported 2026-09-22</w:t>
      </w:r>
    </w:p>
    <w:p>
      <w:pPr>
        <w:pStyle w:val="Heading1"/>
      </w:pPr>
      <w:r>
        <w:t>Maulana was asked (30)</w:t>
      </w:r>
    </w:p>
    <w:p>
      <w:pPr>
        <w:pStyle w:val="Heading2"/>
      </w:pPr>
      <w:r>
        <w:t>Deconditioning and increasing grasp after forty</w:t>
      </w:r>
    </w:p>
    <w:p>
      <w:r>
        <w:rPr>
          <w:color w:val="666666"/>
          <w:sz w:val="18"/>
        </w:rPr>
        <w:t>Realization of God May 07, 2017 Maulana Wahiduddin Khan · 1m 53s · at 56:35 · https://youtu.be/sXmJShRfWKs?t=3395</w:t>
      </w:r>
    </w:p>
    <w:p>
      <w:r>
        <w:rPr>
          <w:i/>
        </w:rPr>
        <w:t>“Most people get conditioned and form habits as they grow old. Can a person forty years or older still decondition himself or increase the power of grasp? If yes, how can he become a prepared mind?”</w:t>
      </w:r>
    </w:p>
    <w:p>
      <w:r>
        <w:rPr>
          <w:sz w:val="20"/>
        </w:rPr>
        <w:t>56:35  har aadmi superman hai sirf ek hi kaam karna hai distraction se bachana to nature jab aap distraction se bachate hain to nature zinda ho jata hai nature alive ho jata hai phir sab kuch pa lete hain aap maulana agla sawal irfan sahib ne kiya hai bhopal se unhone likha hai maulana sahib most of the people get conditioned in life and form habits as they grow old</w:t>
      </w:r>
      <w:r>
        <w:br/>
      </w:r>
      <w:r>
        <w:rPr>
          <w:sz w:val="20"/>
        </w:rPr>
        <w:t>57:04  my question is can a person who is forty years old or more still be able to decondition himself or can he increase the power of grasp that you mentioned today if yes how can he do that so he becomes a prepared mind like you advised in today's talk</w:t>
      </w:r>
      <w:r>
        <w:br/>
      </w:r>
      <w:r>
        <w:rPr>
          <w:sz w:val="20"/>
        </w:rPr>
        <w:t>57:30  dekhiye</w:t>
      </w:r>
      <w:r>
        <w:br/>
      </w:r>
      <w:r>
        <w:rPr>
          <w:sz w:val="20"/>
        </w:rPr>
        <w:t>57:34  zindagi mein koi late nahi hota haan it's never too late</w:t>
      </w:r>
      <w:r>
        <w:br/>
      </w:r>
      <w:r>
        <w:rPr>
          <w:sz w:val="20"/>
        </w:rPr>
        <w:t>57:40  is insan ka mind itna alive hai itna itna zyada bari capacity is ke andar hai ke late</w:t>
      </w:r>
      <w:r>
        <w:br/>
      </w:r>
      <w:r>
        <w:rPr>
          <w:sz w:val="20"/>
        </w:rPr>
        <w:t>57:48  koi cheez nahi jab bhi aap zinda kar lein apne mind ko jab bhi tayyar kar lein to</w:t>
      </w:r>
      <w:r>
        <w:br/>
      </w:r>
      <w:r>
        <w:rPr>
          <w:sz w:val="20"/>
        </w:rPr>
        <w:t>57:54  bas shuru ho gaya</w:t>
      </w:r>
      <w:r>
        <w:br/>
      </w:r>
      <w:r>
        <w:rPr>
          <w:sz w:val="20"/>
        </w:rPr>
        <w:t>57:57  yaani excuse lete rehte hain log mein bara tajurba yeh hai ke log khwamkhwah excuse lete hain excuse</w:t>
      </w:r>
      <w:r>
        <w:br/>
      </w:r>
      <w:r>
        <w:rPr>
          <w:sz w:val="20"/>
        </w:rPr>
        <w:t>58:03  jisko dekhein woh excuse leta hai</w:t>
      </w:r>
      <w:r>
        <w:br/>
      </w:r>
      <w:r>
        <w:rPr>
          <w:sz w:val="20"/>
        </w:rPr>
        <w:t>58:06  is liye pehli baat yeh hai ke aap is ko pakrein ke if you have good excuse don't</w:t>
      </w:r>
      <w:r>
        <w:br/>
      </w:r>
      <w:r>
        <w:rPr>
          <w:sz w:val="20"/>
        </w:rPr>
        <w:t>58:11  use it</w:t>
      </w:r>
      <w:r>
        <w:br/>
      </w:r>
      <w:r>
        <w:rPr>
          <w:sz w:val="20"/>
        </w:rPr>
        <w:t>58:13  agar aap chahte hain bari taraqqi to is ko pakad lejiye ke if you have good excuse dont use it</w:t>
      </w:r>
      <w:r>
        <w:br/>
      </w:r>
      <w:r>
        <w:rPr>
          <w:sz w:val="20"/>
        </w:rPr>
        <w:t>58:22  phir koi rukawat nahi rahegi</w:t>
      </w:r>
    </w:p>
    <w:p>
      <w:pPr>
        <w:pStyle w:val="Heading2"/>
      </w:pPr>
      <w:r>
        <w:t>Can bad habits be changed at age 48?</w:t>
      </w:r>
    </w:p>
    <w:p>
      <w:r>
        <w:rPr>
          <w:color w:val="666666"/>
          <w:sz w:val="18"/>
        </w:rPr>
        <w:t>Realization of God May 5, 2019 · 3m 15s · at 34:16 · https://youtu.be/5X-vCFqiR4U?t=2056</w:t>
      </w:r>
    </w:p>
    <w:p>
      <w:r>
        <w:rPr>
          <w:i/>
        </w:rPr>
        <w:t>“Maulana, I am forty eight years old, and I discovered you through a friend of mine. I want to know if I try to change my bad habits at this age, then will I be able to become a better person? By nature, I am a very distracted person who lives in anxiety and restlessness all the time. I have started to read and listen to you, and it has had a coming effect in my personality.”</w:t>
      </w:r>
    </w:p>
    <w:p>
      <w:r>
        <w:rPr>
          <w:sz w:val="20"/>
        </w:rPr>
        <w:t>34:16  maulana, agla sawal bheja hai lucknow se muhammad habib sahib ne. unhon ne likha hai: "maulana, i am forty eight years old, and i discovered you through a friend of mine.</w:t>
      </w:r>
      <w:r>
        <w:br/>
      </w:r>
      <w:r>
        <w:rPr>
          <w:sz w:val="20"/>
        </w:rPr>
        <w:t>34:31  i want to know if i try to change my bad habits at this age, then will i be able to become a better person?</w:t>
      </w:r>
      <w:r>
        <w:br/>
      </w:r>
      <w:r>
        <w:rPr>
          <w:sz w:val="20"/>
        </w:rPr>
        <w:t>34:41  by nature, i am a very distracted person who lives in anxiety and restlessness all the time. i have started to read and listen to you, and it has had a calming effect on my personality.</w:t>
      </w:r>
      <w:r>
        <w:br/>
      </w:r>
      <w:r>
        <w:rPr>
          <w:sz w:val="20"/>
        </w:rPr>
        <w:t>34:56  but i fear that my personality has become permanently negative. i desperately need your advice."</w:t>
      </w:r>
      <w:r>
        <w:br/>
      </w:r>
      <w:r>
        <w:rPr>
          <w:sz w:val="20"/>
        </w:rPr>
        <w:t>35:06  dekhiye, aap ne yeh jo kaha ke by nature,</w:t>
      </w:r>
      <w:r>
        <w:br/>
      </w:r>
      <w:r>
        <w:rPr>
          <w:sz w:val="20"/>
        </w:rPr>
        <w:t>35:12  yeh yahi aap ki bhool hai.</w:t>
      </w:r>
      <w:r>
        <w:br/>
      </w:r>
      <w:r>
        <w:rPr>
          <w:sz w:val="20"/>
        </w:rPr>
        <w:t>35:17  aap samajhte hain ke by nature aap aise hain? nahin, by conditioning aap aise ho gaye hain. is cheez ko daryaft daryaft kijiye ke aap by nature aise nahin hain.</w:t>
      </w:r>
      <w:r>
        <w:br/>
      </w:r>
      <w:r>
        <w:rPr>
          <w:sz w:val="20"/>
        </w:rPr>
        <w:t>35:31  by conditioning aap aise ho gaye hain. aur yaad rakhiye, nature to yaani</w:t>
      </w:r>
      <w:r>
        <w:br/>
      </w:r>
      <w:r>
        <w:rPr>
          <w:sz w:val="20"/>
        </w:rPr>
        <w:t>35:41  pehlay zamanay mein do lafz hua karte thay: nature aur nurture. nature aur nurture. ab woh behas khatam ho gayi hai.</w:t>
      </w:r>
      <w:r>
        <w:br/>
      </w:r>
      <w:r>
        <w:rPr>
          <w:sz w:val="20"/>
        </w:rPr>
        <w:t>35:52  ab jo hai, jo aakhri baat jo saansani study sabit hui hai, woh yahi hai: conditioning ke aadmi paida hota hai ek hi nature, ek hi fitrat par, lekin mahol ka product ban jata hai.</w:t>
      </w:r>
      <w:r>
        <w:br/>
      </w:r>
      <w:r>
        <w:rPr>
          <w:sz w:val="20"/>
        </w:rPr>
        <w:t>36:10  woh mahol ka product. to ab is se bachaiye apne aap ko. mislan, main joharpur mein tha, naujawani ki umar mein, to wahan par ek doctor sahib thay, mbbs thay.</w:t>
      </w:r>
      <w:r>
        <w:br/>
      </w:r>
      <w:r>
        <w:rPr>
          <w:sz w:val="20"/>
        </w:rPr>
        <w:t>36:27  woh un ke paas mein gaya ke mujhe constipation ka. to unhon ne bataya ke cigarette piya karo.</w:t>
      </w:r>
      <w:r>
        <w:br/>
      </w:r>
      <w:r>
        <w:rPr>
          <w:sz w:val="20"/>
        </w:rPr>
        <w:t>36:39  to main ne waqe'atan cigarette peena shuru kar diya. bohat jald main ne apni aql se socha. mujhe laga ke bilkul galat mashwara diya unhon ne mujhe.</w:t>
      </w:r>
      <w:r>
        <w:br/>
      </w:r>
      <w:r>
        <w:rPr>
          <w:sz w:val="20"/>
        </w:rPr>
        <w:t>36:49  aur aakhri ek hi packet mein ne khareeda tha. isi packet ko main ne thora sa piya tha, us waqt us ko phenk diya.</w:t>
      </w:r>
      <w:r>
        <w:br/>
      </w:r>
      <w:r>
        <w:rPr>
          <w:sz w:val="20"/>
        </w:rPr>
        <w:t>37:00  yeh thi de-conditioning. to aap yeh na kahiye ke by nature. aap yeh kahiye ke by conditioning. aap apni conditioning ko discover kijiye.</w:t>
      </w:r>
      <w:r>
        <w:br/>
      </w:r>
      <w:r>
        <w:rPr>
          <w:sz w:val="20"/>
        </w:rPr>
        <w:t>37:11  is ko cigarette ke packet ki taraf phenk diya dardi ki tokri mein. apni conditioning ko discover kijiye aur us conditioning ko aap litter bin mein phenk dijiye.</w:t>
      </w:r>
      <w:r>
        <w:br/>
      </w:r>
      <w:r>
        <w:rPr>
          <w:sz w:val="20"/>
        </w:rPr>
        <w:t>37:28  yahi hal hai aur koi hal doosra hai nahin.</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Knowing and maintaining self-correction process</w:t>
      </w:r>
    </w:p>
    <w:p>
      <w:r>
        <w:rPr>
          <w:color w:val="666666"/>
          <w:sz w:val="18"/>
        </w:rPr>
        <w:t>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Knowing the age we live in</w:t>
      </w:r>
    </w:p>
    <w:p>
      <w:r>
        <w:rPr>
          <w:color w:val="666666"/>
          <w:sz w:val="18"/>
        </w:rPr>
        <w:t>Divine Plan | March 12, 2017 · 1m 00s · at 1:03:22 · https://youtu.be/dqB4muqGG4I?t=3802</w:t>
      </w:r>
    </w:p>
    <w:p>
      <w:r>
        <w:rPr>
          <w:i/>
        </w:rPr>
        <w:t>“Today I learned the importance of knowing the age we live in. While I am aware of many opportunities, I feel there are many aspects I am unaware of. How can I become more aware?”</w:t>
      </w:r>
    </w:p>
    <w:p>
      <w:r>
        <w:rPr>
          <w:sz w:val="20"/>
        </w:rPr>
        <w:t>1:03:22  ke khilaf tha woh molana agla sawal bheja hai miss naghma siddiqui ne dili se unhon ne likha</w:t>
      </w:r>
      <w:r>
        <w:br/>
      </w:r>
      <w:r>
        <w:rPr>
          <w:sz w:val="20"/>
        </w:rPr>
        <w:t>1:03:30  hai today I learned the importance of knowing the age we live in while</w:t>
      </w:r>
      <w:r>
        <w:br/>
      </w:r>
      <w:r>
        <w:rPr>
          <w:sz w:val="20"/>
        </w:rPr>
        <w:t>1:03:38  I am aware of many opportunities I feel there are many aspects I am unaware of how can</w:t>
      </w:r>
      <w:r>
        <w:br/>
      </w:r>
      <w:r>
        <w:rPr>
          <w:sz w:val="20"/>
        </w:rPr>
        <w:t>1:03:45  I break my unawareness bhai yehi sochiye study kijiye objective baniye apne self obsession se bahar aaiye log</w:t>
      </w:r>
      <w:r>
        <w:br/>
      </w:r>
      <w:r>
        <w:rPr>
          <w:sz w:val="20"/>
        </w:rPr>
        <w:t>1:03:53  jeete hain apne obsession mein jeete hain log is se bahar aaiye jis ko dekhen woh har ek</w:t>
      </w:r>
      <w:r>
        <w:br/>
      </w:r>
      <w:r>
        <w:rPr>
          <w:sz w:val="20"/>
        </w:rPr>
        <w:t>1:04:00  ka ek ek khol hai</w:t>
      </w:r>
      <w:r>
        <w:br/>
      </w:r>
      <w:r>
        <w:rPr>
          <w:sz w:val="20"/>
        </w:rPr>
        <w:t>1:04:08  ek cell hai isi mein jeeta hai woh intellectual cell jis ko dekhen woh apne intellectual cell se</w:t>
      </w:r>
      <w:r>
        <w:br/>
      </w:r>
      <w:r>
        <w:rPr>
          <w:sz w:val="20"/>
        </w:rPr>
        <w:t>1:04:15  jeeta hai is ko is se bahar aaiye is ke baad sab kuch apne aap khul jayega</w:t>
      </w:r>
    </w:p>
    <w:p>
      <w:pPr>
        <w:pStyle w:val="Heading2"/>
      </w:pPr>
      <w:r>
        <w:t>Developing the virtue of gratitude</w:t>
      </w:r>
    </w:p>
    <w:p>
      <w:r>
        <w:rPr>
          <w:color w:val="666666"/>
          <w:sz w:val="18"/>
        </w:rPr>
        <w:t>Wisdom of Hadith Maulana Wahiduddin Khan February 23, 2014 · 1m 13s · at 1:18:32 · https://youtu.be/5E_MIQpToK4?t=4712</w:t>
      </w:r>
    </w:p>
    <w:p>
      <w:r>
        <w:rPr>
          <w:i/>
        </w:rPr>
        <w:t>“I like the spirit of gratitude, please guide me how I can develop this virtue.”</w:t>
      </w:r>
    </w:p>
    <w:p>
      <w:r>
        <w:rPr>
          <w:sz w:val="20"/>
        </w:rPr>
        <w:t>1:18:32  maulana, agla sawal roorkee se hai sajid anwar sahib ka.</w:t>
      </w:r>
      <w:r>
        <w:br/>
      </w:r>
      <w:r>
        <w:rPr>
          <w:sz w:val="20"/>
        </w:rPr>
        <w:t>1:18:36  انہوں نے لکھا ہے: "مولانا، I like the جذبہ شکر، please guide me how I can develop this</w:t>
      </w:r>
      <w:r>
        <w:br/>
      </w:r>
      <w:r>
        <w:rPr>
          <w:sz w:val="20"/>
        </w:rPr>
        <w:t>1:18:44  virtue." mera khayal hai ke baat yeh hai ke log cheezon ko for granted le lete hain, for</w:t>
      </w:r>
      <w:r>
        <w:br/>
      </w:r>
      <w:r>
        <w:rPr>
          <w:sz w:val="20"/>
        </w:rPr>
        <w:t>1:18:52  granted sochte nahi hain.</w:t>
      </w:r>
      <w:r>
        <w:br/>
      </w:r>
      <w:r>
        <w:rPr>
          <w:sz w:val="20"/>
        </w:rPr>
        <w:t>1:18:53  jaise pani piya aap ne to for granted le gaye, to pani hai.</w:t>
      </w:r>
      <w:r>
        <w:br/>
      </w:r>
      <w:r>
        <w:rPr>
          <w:sz w:val="20"/>
        </w:rPr>
        <w:t>1:18:59  agar aap sochen ke pani se pehle gases theen, do gases ekatha hogaeen to woh liquid ban gae,</w:t>
      </w:r>
      <w:r>
        <w:br/>
      </w:r>
      <w:r>
        <w:rPr>
          <w:sz w:val="20"/>
        </w:rPr>
        <w:t>1:19:07  woh itni mufeed hamare liye ho gae ke hum us ko istemal karte hain.</w:t>
      </w:r>
      <w:r>
        <w:br/>
      </w:r>
      <w:r>
        <w:rPr>
          <w:sz w:val="20"/>
        </w:rPr>
        <w:t>1:19:13  yani to baaton ko sochte hain to shukr hi shukr aega.</w:t>
      </w:r>
      <w:r>
        <w:br/>
      </w:r>
      <w:r>
        <w:rPr>
          <w:sz w:val="20"/>
        </w:rPr>
        <w:t>1:19:18  to cheezon ko for granted na lena balkeh shukr sochna, is se farq is ke bare mein yahi</w:t>
      </w:r>
      <w:r>
        <w:br/>
      </w:r>
      <w:r>
        <w:rPr>
          <w:sz w:val="20"/>
        </w:rPr>
        <w:t>1:19:25  hai.</w:t>
      </w:r>
      <w:r>
        <w:br/>
      </w:r>
      <w:r>
        <w:rPr>
          <w:sz w:val="20"/>
        </w:rPr>
        <w:t>1:19:27  main samajhta hoon ke shukr ka yani isi se shukr aata hai.</w:t>
      </w:r>
      <w:r>
        <w:br/>
      </w:r>
      <w:r>
        <w:rPr>
          <w:sz w:val="20"/>
        </w:rPr>
        <w:t>1:19:32  agar aap for granted lete rahen to shukr nahin aega.</w:t>
      </w:r>
      <w:r>
        <w:br/>
      </w:r>
      <w:r>
        <w:rPr>
          <w:sz w:val="20"/>
        </w:rPr>
        <w:t>1:19:37  aur jab sochen aur us ko daryaft karen to to shukr aana lazmi hai.</w:t>
      </w:r>
      <w:r>
        <w:br/>
      </w:r>
      <w:r>
        <w:rPr>
          <w:sz w:val="20"/>
        </w:rPr>
        <w:t>1:19:43  aap shukr ke baghair nahin reh sakte.</w:t>
      </w:r>
    </w:p>
    <w:p>
      <w:pPr>
        <w:pStyle w:val="Heading2"/>
      </w:pPr>
      <w:r>
        <w:t>Overcoming heedlessness of death in youth</w:t>
      </w:r>
    </w:p>
    <w:p>
      <w:r>
        <w:rPr>
          <w:color w:val="666666"/>
          <w:sz w:val="18"/>
        </w:rPr>
        <w:t>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Consciously increasing iman</w:t>
      </w:r>
    </w:p>
    <w:p>
      <w:r>
        <w:rPr>
          <w:color w:val="666666"/>
          <w:sz w:val="18"/>
        </w:rPr>
        <w:t>Divine Help February 09, 2014 Maulana Wahiduddin Khan · 3m 55s · at 50:52 · https://youtu.be/eJBjiYGZcKY?t=3052</w:t>
      </w:r>
    </w:p>
    <w:p>
      <w:r>
        <w:rPr>
          <w:i/>
        </w:rPr>
        <w:t>“How can I increase my iman in a conscious way and...?”</w:t>
      </w:r>
    </w:p>
    <w:p>
      <w:r>
        <w:rPr>
          <w:sz w:val="20"/>
        </w:rPr>
        <w:t>50:52  Maulana agla sawal Islamabad Pakistan se hai.</w:t>
      </w:r>
      <w:r>
        <w:br/>
      </w:r>
      <w:r>
        <w:rPr>
          <w:sz w:val="20"/>
        </w:rPr>
        <w:t>50:57  Waseem Bari sahib ka.</w:t>
      </w:r>
      <w:r>
        <w:br/>
      </w:r>
      <w:r>
        <w:rPr>
          <w:sz w:val="20"/>
        </w:rPr>
        <w:t>51:03  انہوں نے آپ سے پوچھا ہے کہ How can I increase my iman in a conscious way and</w:t>
      </w:r>
      <w:r>
        <w:br/>
      </w:r>
      <w:r>
        <w:rPr>
          <w:sz w:val="20"/>
        </w:rPr>
        <w:t>51:09  permanently? is ke baray mein batayen.</w:t>
      </w:r>
      <w:r>
        <w:br/>
      </w:r>
      <w:r>
        <w:rPr>
          <w:sz w:val="20"/>
        </w:rPr>
        <w:t>51:14  pehli baat yeh hai ke aap sincere banen.</w:t>
      </w:r>
      <w:r>
        <w:br/>
      </w:r>
      <w:r>
        <w:rPr>
          <w:sz w:val="20"/>
        </w:rPr>
        <w:t>51:20  koi batane wala nahi bata sakta aap ko.</w:t>
      </w:r>
      <w:r>
        <w:br/>
      </w:r>
      <w:r>
        <w:rPr>
          <w:sz w:val="20"/>
        </w:rPr>
        <w:t>51:25  aap kisi aadmi se poochen ke main pani kaise piyoon? to kya batayega woh? dekhiye yeh sawal</w:t>
      </w:r>
      <w:r>
        <w:br/>
      </w:r>
      <w:r>
        <w:rPr>
          <w:sz w:val="20"/>
        </w:rPr>
        <w:t>51:31  poochne ka nahi hai.</w:t>
      </w:r>
      <w:r>
        <w:br/>
      </w:r>
      <w:r>
        <w:rPr>
          <w:sz w:val="20"/>
        </w:rPr>
        <w:t>51:36  main raat ke waqt sooon kaise? aur piyas lage to pani kaise piyoon? yeh poochne ki baat nahi hai.</w:t>
      </w:r>
      <w:r>
        <w:br/>
      </w:r>
      <w:r>
        <w:rPr>
          <w:sz w:val="20"/>
        </w:rPr>
        <w:t>51:42  aap sincere baniyen.</w:t>
      </w:r>
      <w:r>
        <w:br/>
      </w:r>
      <w:r>
        <w:rPr>
          <w:sz w:val="20"/>
        </w:rPr>
        <w:t>51:48  yaani aap is ko apna soul concern banaiye.</w:t>
      </w:r>
      <w:r>
        <w:br/>
      </w:r>
      <w:r>
        <w:rPr>
          <w:sz w:val="20"/>
        </w:rPr>
        <w:t>51:53  to kya hoga? aap ka zehn activate hoga.</w:t>
      </w:r>
      <w:r>
        <w:br/>
      </w:r>
      <w:r>
        <w:rPr>
          <w:sz w:val="20"/>
        </w:rPr>
        <w:t>51:59  aap ke andar thinking process jari hoga.</w:t>
      </w:r>
      <w:r>
        <w:br/>
      </w:r>
      <w:r>
        <w:rPr>
          <w:sz w:val="20"/>
        </w:rPr>
        <w:t>52:04  phir aap ko agar sincere hain, waqeatan sincere to batayega woh aap ki sincerity batayegi ke</w:t>
      </w:r>
      <w:r>
        <w:br/>
      </w:r>
      <w:r>
        <w:rPr>
          <w:sz w:val="20"/>
        </w:rPr>
        <w:t>52:10  Save yourself from all kinds of distraction.</w:t>
      </w:r>
      <w:r>
        <w:br/>
      </w:r>
      <w:r>
        <w:rPr>
          <w:sz w:val="20"/>
        </w:rPr>
        <w:t>52:16  apni conditioning ko torto.</w:t>
      </w:r>
      <w:r>
        <w:br/>
      </w:r>
      <w:r>
        <w:rPr>
          <w:sz w:val="20"/>
        </w:rPr>
        <w:t>52:21  apne aap ko deconnection banao.</w:t>
      </w:r>
      <w:r>
        <w:br/>
      </w:r>
      <w:r>
        <w:rPr>
          <w:sz w:val="20"/>
        </w:rPr>
        <w:t>52:27  Distraction se apne aap ko bachao.</w:t>
      </w:r>
      <w:r>
        <w:br/>
      </w:r>
      <w:r>
        <w:rPr>
          <w:sz w:val="20"/>
        </w:rPr>
        <w:t>52:32  Yeh sab aap ki sincerity bataey gi.</w:t>
      </w:r>
      <w:r>
        <w:br/>
      </w:r>
      <w:r>
        <w:rPr>
          <w:sz w:val="20"/>
        </w:rPr>
        <w:t>52:38  Dekhiye koi bhi batane wala nahi bata sakta.</w:t>
      </w:r>
      <w:r>
        <w:br/>
      </w:r>
      <w:r>
        <w:rPr>
          <w:sz w:val="20"/>
        </w:rPr>
        <w:t>52:44  Jo bataye gi woh aap ki sincerity, aap ki sanjeedgi.</w:t>
      </w:r>
      <w:r>
        <w:br/>
      </w:r>
      <w:r>
        <w:rPr>
          <w:sz w:val="20"/>
        </w:rPr>
        <w:t>52:49  Aise sawal jo hain aadmi ko apne aap se karne chahiye.</w:t>
      </w:r>
      <w:r>
        <w:br/>
      </w:r>
      <w:r>
        <w:rPr>
          <w:sz w:val="20"/>
        </w:rPr>
        <w:t>52:55  Keh mein jo chahta hoon us ke liye mein kitna sacrifice de sakta hoon? Kitni qurbani? Mein sachai</w:t>
      </w:r>
      <w:r>
        <w:br/>
      </w:r>
      <w:r>
        <w:rPr>
          <w:sz w:val="20"/>
        </w:rPr>
        <w:t>53:00  Chahta hoon to sachai ek qeemat mangti hai, qeemat.</w:t>
      </w:r>
      <w:r>
        <w:br/>
      </w:r>
      <w:r>
        <w:rPr>
          <w:sz w:val="20"/>
        </w:rPr>
        <w:t>53:06  Woh qeemat yeh hai aap apne aap ko conditioning se bachaen.</w:t>
      </w:r>
      <w:r>
        <w:br/>
      </w:r>
      <w:r>
        <w:rPr>
          <w:sz w:val="20"/>
        </w:rPr>
        <w:t>53:12  Apne aap ko distraction se bachaen.</w:t>
      </w:r>
      <w:r>
        <w:br/>
      </w:r>
      <w:r>
        <w:rPr>
          <w:sz w:val="20"/>
        </w:rPr>
        <w:t>53:17  Apne aap ko deconnection bataen. Banaen.</w:t>
      </w:r>
      <w:r>
        <w:br/>
      </w:r>
      <w:r>
        <w:rPr>
          <w:sz w:val="20"/>
        </w:rPr>
        <w:t>53:23  Apne habits ko badlen.</w:t>
      </w:r>
      <w:r>
        <w:br/>
      </w:r>
      <w:r>
        <w:rPr>
          <w:sz w:val="20"/>
        </w:rPr>
        <w:t>53:28  Bachpan se aadmi ke habit lag jaate hain.</w:t>
      </w:r>
      <w:r>
        <w:br/>
      </w:r>
      <w:r>
        <w:rPr>
          <w:sz w:val="20"/>
        </w:rPr>
        <w:t>53:34  Tarah tarah ke habit.</w:t>
      </w:r>
      <w:r>
        <w:br/>
      </w:r>
      <w:r>
        <w:rPr>
          <w:sz w:val="20"/>
        </w:rPr>
        <w:t>53:40  Is se apne aap ko bachaen.</w:t>
      </w:r>
      <w:r>
        <w:br/>
      </w:r>
      <w:r>
        <w:rPr>
          <w:sz w:val="20"/>
        </w:rPr>
        <w:t>53:45  Jhoote shauq se bachaen.</w:t>
      </w:r>
      <w:r>
        <w:br/>
      </w:r>
      <w:r>
        <w:rPr>
          <w:sz w:val="20"/>
        </w:rPr>
        <w:t>53:51  Kisi ko stage ka shauq hai.</w:t>
      </w:r>
      <w:r>
        <w:br/>
      </w:r>
      <w:r>
        <w:rPr>
          <w:sz w:val="20"/>
        </w:rPr>
        <w:t>53:56  Kisi ko sair o siyahat ka shauq hai.</w:t>
      </w:r>
      <w:r>
        <w:br/>
      </w:r>
      <w:r>
        <w:rPr>
          <w:sz w:val="20"/>
        </w:rPr>
        <w:t>54:02  Kisi ko luxury ka shauq hai.</w:t>
      </w:r>
      <w:r>
        <w:br/>
      </w:r>
      <w:r>
        <w:rPr>
          <w:sz w:val="20"/>
        </w:rPr>
        <w:t>54:08  Is se bachaen.</w:t>
      </w:r>
      <w:r>
        <w:br/>
      </w:r>
      <w:r>
        <w:rPr>
          <w:sz w:val="20"/>
        </w:rPr>
        <w:t>54:13  Apna focus sirf ek cheez pe dalen woh hai sachai.</w:t>
      </w:r>
      <w:r>
        <w:br/>
      </w:r>
      <w:r>
        <w:rPr>
          <w:sz w:val="20"/>
        </w:rPr>
        <w:t>54:19  Keh to yeh sab kuch kahan se aye gi? Aap ki sincerity se aye gi.</w:t>
      </w:r>
      <w:r>
        <w:br/>
      </w:r>
      <w:r>
        <w:rPr>
          <w:sz w:val="20"/>
        </w:rPr>
        <w:t>54:24  Agar aap sincere nahi hain to kuch bhi nahi, kuch bhi nahi, kuch bhi nahi.</w:t>
      </w:r>
      <w:r>
        <w:br/>
      </w:r>
      <w:r>
        <w:rPr>
          <w:sz w:val="20"/>
        </w:rPr>
        <w:t>54:30  To sab se pehle apne aap ko sachai ke muamle mein sincere banaiye. Sanjeeda banaiye.</w:t>
      </w:r>
      <w:r>
        <w:br/>
      </w:r>
      <w:r>
        <w:rPr>
          <w:sz w:val="20"/>
        </w:rPr>
        <w:t>54:36  To sanjeedgi apne aap mein moallim ban jaye gi, teacher ban jaye gi.</w:t>
      </w:r>
      <w:r>
        <w:br/>
      </w:r>
      <w:r>
        <w:rPr>
          <w:sz w:val="20"/>
        </w:rPr>
        <w:t>54:41  Woh sab kuch aap ko batati chali jaye gi.</w:t>
      </w:r>
    </w:p>
    <w:p>
      <w:pPr>
        <w:pStyle w:val="Heading2"/>
      </w:pPr>
      <w:r>
        <w:t>A Shia youth seeks guidance on new thinking</w:t>
      </w:r>
    </w:p>
    <w:p>
      <w:r>
        <w:rPr>
          <w:color w:val="666666"/>
          <w:sz w:val="18"/>
        </w:rPr>
        <w:t>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2"/>
      </w:pPr>
      <w:r>
        <w:t>Managing generation gap with parents</w:t>
      </w:r>
    </w:p>
    <w:p>
      <w:r>
        <w:rPr>
          <w:color w:val="666666"/>
          <w:sz w:val="18"/>
        </w:rPr>
        <w:t>Journey of History December 23, 2012 · 1m 03s · at 1:15:04 · https://youtu.be/bvjWl3U3Dmw?t=4504</w:t>
      </w:r>
    </w:p>
    <w:p>
      <w:r>
        <w:rPr>
          <w:i/>
        </w:rPr>
        <w:t>“How can we manage the generation gap between us and parents?”</w:t>
      </w:r>
    </w:p>
    <w:p>
      <w:r>
        <w:rPr>
          <w:sz w:val="20"/>
        </w:rPr>
        <w:t>1:15:03  maul</w:t>
      </w:r>
      <w:r>
        <w:br/>
      </w:r>
      <w:r>
        <w:rPr>
          <w:sz w:val="20"/>
        </w:rPr>
        <w:t>1:15:04  ana, yeh sawal bhi bangalore se aya hai mr sahil ka. inhone aap se poocha hai: "maulana sahib, how can we manage the generation gap between us and our parents?"</w:t>
      </w:r>
      <w:r>
        <w:br/>
      </w:r>
      <w:r>
        <w:rPr>
          <w:sz w:val="20"/>
        </w:rPr>
        <w:t>1:15:18  yeh generation gap ka word ek bilkul ek intellectual ne nikal rakha hai. main to is ko nahi manta. yeh bekar ka ek bekar ka word hai.</w:t>
      </w:r>
      <w:r>
        <w:br/>
      </w:r>
      <w:r>
        <w:rPr>
          <w:sz w:val="20"/>
        </w:rPr>
        <w:t>1:15:28  koi generation gap nahi. Allah ne aap ko paida kiya, un ko paida kiya.</w:t>
      </w:r>
      <w:r>
        <w:br/>
      </w:r>
      <w:r>
        <w:rPr>
          <w:sz w:val="20"/>
        </w:rPr>
        <w:t>1:15:35  dono ek hi hain. gap kis liye? artificial gap hai. yeh sab artificial gap. yeh soch ki kami hai jo yeh gap paida karti hai.</w:t>
      </w:r>
      <w:r>
        <w:br/>
      </w:r>
      <w:r>
        <w:rPr>
          <w:sz w:val="20"/>
        </w:rPr>
        <w:t>1:15:45  humein to kuch bhi gap nahi hai. main parha likha tha, meri maan parhi likhi nahi thi to mere un ke beech mein koi gap to nahi tha, kuch bhi nahi.</w:t>
      </w:r>
      <w:r>
        <w:br/>
      </w:r>
      <w:r>
        <w:rPr>
          <w:sz w:val="20"/>
        </w:rPr>
        <w:t>1:15:56  yeh sab yani khoobsurat alfaaz nikal rakhe hain intellectuals ne. main is ko nahi manta.</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How to do dawah work at old age</w:t>
      </w:r>
    </w:p>
    <w:p>
      <w:r>
        <w:rPr>
          <w:color w:val="666666"/>
          <w:sz w:val="18"/>
        </w:rPr>
        <w:t>The Meaning of Ummat-i-Wasat Nov 25, 2018 · 4m 34s · at 52:49 · https://youtu.be/3POFfvXaFss?t=3169</w:t>
      </w:r>
    </w:p>
    <w:p>
      <w:r>
        <w:rPr>
          <w:i/>
        </w:rPr>
        <w:t>“I am an old man who is 75 years of age. Please tell me how can I do dawah work as I did not do it in my entire life. I don't have good health, but after listening to your talks, I now have a burning desire to do dawah work before I return to Allah.”</w:t>
      </w:r>
    </w:p>
    <w:p>
      <w:r>
        <w:rPr>
          <w:sz w:val="20"/>
        </w:rPr>
        <w:t>52:49  maulana, agla sawal bheja hai jinhon ne unhon ne apni location nahi likhi hai aur un ka naam un ka naam farooq sahib hai.</w:t>
      </w:r>
      <w:r>
        <w:br/>
      </w:r>
      <w:r>
        <w:rPr>
          <w:sz w:val="20"/>
        </w:rPr>
        <w:t>53:00  unhon ne likha hai ke: "maulana, i am an old man who is 75 years of age. please tell me how can i do dawah work as i did not do it in my entire life.</w:t>
      </w:r>
      <w:r>
        <w:br/>
      </w:r>
      <w:r>
        <w:rPr>
          <w:sz w:val="20"/>
        </w:rPr>
        <w:t>53:15  i don't have a good health, but after listening to your talks, i now have a burning desire to do dawah work before i return to allah.</w:t>
      </w:r>
      <w:r>
        <w:br/>
      </w:r>
      <w:r>
        <w:rPr>
          <w:sz w:val="20"/>
        </w:rPr>
        <w:t>53:26  can you give me some advice so that i don't die disappointed?" bohat achi aap ki khwahish hai.</w:t>
      </w:r>
      <w:r>
        <w:br/>
      </w:r>
      <w:r>
        <w:rPr>
          <w:sz w:val="20"/>
        </w:rPr>
        <w:t>53:41  ab mein yeh kahunga ke aaj hum is daur mein hain jabke allah rab ul alameen ne</w:t>
      </w:r>
      <w:r>
        <w:br/>
      </w:r>
      <w:r>
        <w:rPr>
          <w:sz w:val="20"/>
        </w:rPr>
        <w:t>53:52  saari duniya ko hukum de rakha hai ke mere jo bande khade hon dawah ke liye, un ko kaho infrastructure free mein supply karo, free mein.</w:t>
      </w:r>
      <w:r>
        <w:br/>
      </w:r>
      <w:r>
        <w:rPr>
          <w:sz w:val="20"/>
        </w:rPr>
        <w:t>54:09  misalan dekhiye, choti choti kitabein dawah par, islam par free mein aap ko ab harj hasil hain.</w:t>
      </w:r>
      <w:r>
        <w:br/>
      </w:r>
      <w:r>
        <w:rPr>
          <w:sz w:val="20"/>
        </w:rPr>
        <w:t>54:21  to aap pocket mein rakhiye, jeeb mein rakhiye, koi to jo jo milta hai us ko dete rahey. koi doctor mila to doctor ko de dijiye.</w:t>
      </w:r>
      <w:r>
        <w:br/>
      </w:r>
      <w:r>
        <w:rPr>
          <w:sz w:val="20"/>
        </w:rPr>
        <w:t>54:40  to yeh bohat hi aasan hai, bohat hi aasan hai. sirf tadap chahiye, tadap jazba chahiye, spirit chahiye aur allah se dua karna yeh chahiye.</w:t>
      </w:r>
      <w:r>
        <w:br/>
      </w:r>
      <w:r>
        <w:rPr>
          <w:sz w:val="20"/>
        </w:rPr>
        <w:t>55:03  maulana, agla comment bheja hai shayan tahir sahib ne. unhon ne likha hai: "i am from karachi, pakistan.</w:t>
      </w:r>
      <w:r>
        <w:br/>
      </w:r>
      <w:r>
        <w:rPr>
          <w:sz w:val="20"/>
        </w:rPr>
        <w:t>55:12  i want to know if cps is here. i want to be part of the dawah work. i am doing it now with different groups.</w:t>
      </w:r>
      <w:r>
        <w:br/>
      </w:r>
      <w:r>
        <w:rPr>
          <w:sz w:val="20"/>
        </w:rPr>
        <w:t>55:22  all are doing good, alhamdulillah, but your wisdom and mission i think is the need for the day." is mein koi sawal hai?</w:t>
      </w:r>
      <w:r>
        <w:br/>
      </w:r>
      <w:r>
        <w:rPr>
          <w:sz w:val="20"/>
        </w:rPr>
        <w:t>55:32  nahi, comment hai maulana un ka. maulana, agla comment bheja hai doctor aslam khan sahib ne saharanpur se. unhon ne likha hai: "without the quran, this world becomes meaningless.</w:t>
      </w:r>
      <w:r>
        <w:br/>
      </w:r>
      <w:r>
        <w:rPr>
          <w:sz w:val="20"/>
        </w:rPr>
        <w:t>55:46  without joining the here, after with it, after dawah, the entire matter takes a new dimension of hope. cps team has made this present world extremely meaningful and extremely valuable."</w:t>
      </w:r>
      <w:r>
        <w:br/>
      </w:r>
      <w:r>
        <w:rPr>
          <w:sz w:val="20"/>
        </w:rPr>
        <w:t>56:06  riaz bhatt sahib ne srinagar se likha hai: "today mind awakening lecture regarding duties of middle ummah is very timely, as majority of muslims have forgotten this primary duty." maulana sahib, my question is that: how can we multiply these efforts?</w:t>
      </w:r>
      <w:r>
        <w:br/>
      </w:r>
      <w:r>
        <w:rPr>
          <w:sz w:val="20"/>
        </w:rPr>
        <w:t>56:34  bas logon ko kahiye ke woh lecture ko sunein, dawah pamphlets padhein, quran ko padhein. mind ko awaken karne ki zaroorat hai.</w:t>
      </w:r>
      <w:r>
        <w:br/>
      </w:r>
      <w:r>
        <w:rPr>
          <w:sz w:val="20"/>
        </w:rPr>
        <w:t>56:48  ek hi zaroorat hai ke logon ke mind ko awaken kiya jaye. bas baqi sab cheezein apne aap aati hain.</w:t>
      </w:r>
      <w:r>
        <w:br/>
      </w:r>
      <w:r>
        <w:rPr>
          <w:sz w:val="20"/>
        </w:rPr>
        <w:t>56:59  in awareness ko khatam karna hai, awareness lana hai. is ke baad sab cheezein apne aap aati hain.</w:t>
      </w:r>
      <w:r>
        <w:br/>
      </w:r>
      <w:r>
        <w:rPr>
          <w:sz w:val="20"/>
        </w:rPr>
        <w:t>57:12  faraaz khan sahib ne delhi se likha hai: "maulana, god is saying, ab to tumhein koi problem nahi hai. this reflects the great rahmat of god.</w:t>
      </w:r>
    </w:p>
    <w:p>
      <w:pPr>
        <w:pStyle w:val="Heading2"/>
      </w:pPr>
      <w:r>
        <w:t>What will happen to the next generation due to increased evil?</w:t>
      </w:r>
    </w:p>
    <w:p>
      <w:r>
        <w:rPr>
          <w:color w:val="666666"/>
          <w:sz w:val="18"/>
        </w:rPr>
        <w:t>The Problem of Intellectual Stagnation May 13, 2012 · 2m 36s · at 1:03:57 · https://youtu.be/Qi5BZlv-Vog?t=3837</w:t>
      </w:r>
    </w:p>
    <w:p>
      <w:r>
        <w:rPr>
          <w:i/>
        </w:rPr>
        <w:t>“Evil has increased a lot, what will happen to our coming generation?”</w:t>
      </w:r>
    </w:p>
    <w:p>
      <w:r>
        <w:rPr>
          <w:sz w:val="20"/>
        </w:rPr>
        <w:t>1:03:57  Maulana, agla sawal hai Maulana Iqbal Umri Sahab ka Tamil Nadu se. unhon ne poocha hai ke logon ka aksar yeh sawal rehta hai ke burai zyada ho chuki hai, hamari aanay wali nasal ka kya hoga?</w:t>
      </w:r>
      <w:r>
        <w:br/>
      </w:r>
      <w:r>
        <w:rPr>
          <w:sz w:val="20"/>
        </w:rPr>
        <w:t>1:04:17  yeh to koi sawal nahi hai. yeh nasal ka kya hone ki aap nasal ki islaah kijiye.</w:t>
      </w:r>
      <w:r>
        <w:br/>
      </w:r>
      <w:r>
        <w:rPr>
          <w:sz w:val="20"/>
        </w:rPr>
        <w:t>1:04:25  mere aziz to nasal ke bigaad ke sabza zimmedari maa baap par hai. har ghar jo hai, bigaad ka karkhana bana hua hai.</w:t>
      </w:r>
      <w:r>
        <w:br/>
      </w:r>
      <w:r>
        <w:rPr>
          <w:sz w:val="20"/>
        </w:rPr>
        <w:t>1:04:36  taqreeban saare maa baap ka haal kya hai is zamane mein ke woh aik hi baat jante hain: paisa kamao aur aur bachon ka status barhao.</w:t>
      </w:r>
      <w:r>
        <w:br/>
      </w:r>
      <w:r>
        <w:rPr>
          <w:sz w:val="20"/>
        </w:rPr>
        <w:t>1:04:47  yani bachchon ko easy money faraham karna, yeh uske liye machine banay hue hain. Maa baap</w:t>
      </w:r>
      <w:r>
        <w:br/>
      </w:r>
      <w:r>
        <w:rPr>
          <w:sz w:val="20"/>
        </w:rPr>
        <w:t>1:04:55  jitnay baap maa baap ko main jaanta hoon ke kama kama kar bachchon ko paisa dena to easy money to sab se sab sab bari bigaad ki wajah hai.</w:t>
      </w:r>
      <w:r>
        <w:br/>
      </w:r>
      <w:r>
        <w:rPr>
          <w:sz w:val="20"/>
        </w:rPr>
        <w:t>1:05:07  mere ilm ke mutabiq jitnay maa baap hain, unka aik hi kaam hai: paisa kamao, bachchon ko easy money faraham karo.</w:t>
      </w:r>
      <w:r>
        <w:br/>
      </w:r>
      <w:r>
        <w:rPr>
          <w:sz w:val="20"/>
        </w:rPr>
        <w:t>1:05:18  koi log jahaz chala kar se business kama kar aisa karte hain aur jo baray baray log hain, woh corruption ke zariye paisa kamatay hain.</w:t>
      </w:r>
      <w:r>
        <w:br/>
      </w:r>
      <w:r>
        <w:rPr>
          <w:sz w:val="20"/>
        </w:rPr>
        <w:t>1:05:29  baray baray corruption ho rahay hain, karoron arbon ke rupay corruption kis ke liye? Bete ke liye hota hai, sab bachchon ke liye hota hai.</w:t>
      </w:r>
      <w:r>
        <w:br/>
      </w:r>
      <w:r>
        <w:rPr>
          <w:sz w:val="20"/>
        </w:rPr>
        <w:t>1:05:36  aaj kal corruption ki qissay suntay hain aap ke itna scheme aur itna yani karor arbon rupay ke jo sab qissay atay hain akhbaron mein,</w:t>
      </w:r>
      <w:r>
        <w:br/>
      </w:r>
      <w:r>
        <w:rPr>
          <w:sz w:val="20"/>
        </w:rPr>
        <w:t>1:05:50  rshwaten, woh kis ke liye? Bachchon ke liye, sab bachchon ke liye ke woh khud jo leader hai, jo yeh sab kar raha hai, woh to boorha boorha ho ke marne wala hai, chahta hai ke mera bacha jaye, us ke liye dolat ka anbaar laga jaon mein.</w:t>
      </w:r>
      <w:r>
        <w:br/>
      </w:r>
      <w:r>
        <w:rPr>
          <w:sz w:val="20"/>
        </w:rPr>
        <w:t>1:06:02  to main sochta hoon ke yeh money culture sab se bari wajah hai. Money culture aur money culture har har har ghar mein money culture ka karkhana khula hua hai.</w:t>
      </w:r>
      <w:r>
        <w:br/>
      </w:r>
      <w:r>
        <w:rPr>
          <w:sz w:val="20"/>
        </w:rPr>
        <w:t>1:06:13  to doosron ko blame karne dein, jo jo kehtay hain, woh khud bhi isi mein shikar hain. Blame detay hain doosron ko, jo sahib yeh keh rahay hain, un ko is ko pata kijiye, woh khud bhi isi ka shikar hain ke kama kama kar bachchon ko easy money faraham karna.</w:t>
      </w:r>
    </w:p>
    <w:p>
      <w:pPr>
        <w:pStyle w:val="Heading2"/>
      </w:pPr>
      <w:r>
        <w:t>The process of becoming sincere</w:t>
      </w:r>
    </w:p>
    <w:p>
      <w:r>
        <w:rPr>
          <w:color w:val="666666"/>
          <w:sz w:val="18"/>
        </w:rPr>
        <w:t>Divine Help February 09, 2014 Maulana Wahiduddin Khan · 1m 45s · at 1:07:50 · https://youtu.be/eJBjiYGZcKY?t=4070</w:t>
      </w:r>
    </w:p>
    <w:p>
      <w:r>
        <w:rPr>
          <w:i/>
        </w:rPr>
        <w:t>“What is the process of becoming sincere?”</w:t>
      </w:r>
    </w:p>
    <w:p>
      <w:r>
        <w:rPr>
          <w:sz w:val="20"/>
        </w:rPr>
        <w:t>1:07:50  Maulana agla sawal haiderabad se hai.</w:t>
      </w:r>
      <w:r>
        <w:br/>
      </w:r>
      <w:r>
        <w:rPr>
          <w:sz w:val="20"/>
        </w:rPr>
        <w:t>1:07:54  zishan yusuf sahab ka.</w:t>
      </w:r>
      <w:r>
        <w:br/>
      </w:r>
      <w:r>
        <w:rPr>
          <w:sz w:val="20"/>
        </w:rPr>
        <w:t>1:07:59  unhon ne aap se poocha hai ke what is the process of becoming sincere? is ke bare mein batayein.</w:t>
      </w:r>
      <w:r>
        <w:br/>
      </w:r>
      <w:r>
        <w:rPr>
          <w:sz w:val="20"/>
        </w:rPr>
        <w:t>1:08:03  bohat hi simple process hai.</w:t>
      </w:r>
      <w:r>
        <w:br/>
      </w:r>
      <w:r>
        <w:rPr>
          <w:sz w:val="20"/>
        </w:rPr>
        <w:t>1:08:08  apne ko distractions se bachana.</w:t>
      </w:r>
      <w:r>
        <w:br/>
      </w:r>
      <w:r>
        <w:rPr>
          <w:sz w:val="20"/>
        </w:rPr>
        <w:t>1:08:13  sara jo fasaad hai wo hai distractions ka.</w:t>
      </w:r>
      <w:r>
        <w:br/>
      </w:r>
      <w:r>
        <w:rPr>
          <w:sz w:val="20"/>
        </w:rPr>
        <w:t>1:08:17  un logon ke shauq hote hain, un ki aadatein hoti hain.</w:t>
      </w:r>
      <w:r>
        <w:br/>
      </w:r>
      <w:r>
        <w:rPr>
          <w:sz w:val="20"/>
        </w:rPr>
        <w:t>1:08:22  un ko yani kuch comfort aur luxury chahiye.</w:t>
      </w:r>
      <w:r>
        <w:br/>
      </w:r>
      <w:r>
        <w:rPr>
          <w:sz w:val="20"/>
        </w:rPr>
        <w:t>1:08:26  un ko stage chahiye.</w:t>
      </w:r>
      <w:r>
        <w:br/>
      </w:r>
      <w:r>
        <w:rPr>
          <w:sz w:val="20"/>
        </w:rPr>
        <w:t>1:08:31  un ko bheed chahiye.</w:t>
      </w:r>
      <w:r>
        <w:br/>
      </w:r>
      <w:r>
        <w:rPr>
          <w:sz w:val="20"/>
        </w:rPr>
        <w:t>1:08:35  تو اس طرح سے آدمی اپنے آپ کو مسلسل طور پر distracted form میں رکھتا ہے۔</w:t>
      </w:r>
      <w:r>
        <w:br/>
      </w:r>
      <w:r>
        <w:rPr>
          <w:sz w:val="20"/>
        </w:rPr>
        <w:t>1:08:40  is ki shakhsiyat bikhri hui hoti hai.</w:t>
      </w:r>
      <w:r>
        <w:br/>
      </w:r>
      <w:r>
        <w:rPr>
          <w:sz w:val="20"/>
        </w:rPr>
        <w:t>1:08:45  un sab cheezon ko chhod dijiye.</w:t>
      </w:r>
      <w:r>
        <w:br/>
      </w:r>
      <w:r>
        <w:rPr>
          <w:sz w:val="20"/>
        </w:rPr>
        <w:t>1:08:49  is ke baad jo cheez bachega usi ka naam sincerity.</w:t>
      </w:r>
      <w:r>
        <w:br/>
      </w:r>
      <w:r>
        <w:rPr>
          <w:sz w:val="20"/>
        </w:rPr>
        <w:t>1:08:54  sincerity to already maujood hai.</w:t>
      </w:r>
      <w:r>
        <w:br/>
      </w:r>
      <w:r>
        <w:rPr>
          <w:sz w:val="20"/>
        </w:rPr>
        <w:t>1:08:58  sincerity ko paida nahi karna hai.</w:t>
      </w:r>
      <w:r>
        <w:br/>
      </w:r>
      <w:r>
        <w:rPr>
          <w:sz w:val="20"/>
        </w:rPr>
        <w:t>1:09:03  yeh to hum apne distractions se sincerity ko yani amal mein nahi aane dete.</w:t>
      </w:r>
      <w:r>
        <w:br/>
      </w:r>
      <w:r>
        <w:rPr>
          <w:sz w:val="20"/>
        </w:rPr>
        <w:t>1:09:07  jaise hi aap distractions se apne ko bachayenge to sincerity to prevail karegi aur kya? to</w:t>
      </w:r>
      <w:r>
        <w:br/>
      </w:r>
      <w:r>
        <w:rPr>
          <w:sz w:val="20"/>
        </w:rPr>
        <w:t>1:09:12  mein sab se zyada zor is par deta hoon ke aadmi apni apni conditioning ko tore.</w:t>
      </w:r>
      <w:r>
        <w:br/>
      </w:r>
      <w:r>
        <w:rPr>
          <w:sz w:val="20"/>
        </w:rPr>
        <w:t>1:09:16  Distractions se bachaye.</w:t>
      </w:r>
      <w:r>
        <w:br/>
      </w:r>
      <w:r>
        <w:rPr>
          <w:sz w:val="20"/>
        </w:rPr>
        <w:t>1:09:21  Apni jo habits ban jati hain us se apne ko bahar nikale.</w:t>
      </w:r>
      <w:r>
        <w:br/>
      </w:r>
      <w:r>
        <w:rPr>
          <w:sz w:val="20"/>
        </w:rPr>
        <w:t>1:09:26  Yahi sab karna hai.</w:t>
      </w:r>
      <w:r>
        <w:br/>
      </w:r>
      <w:r>
        <w:rPr>
          <w:sz w:val="20"/>
        </w:rPr>
        <w:t>1:09:30  Is ke baad jo cheez hai woh sincerity hi hai.</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Seeking spiritual guidance</w:t>
      </w:r>
    </w:p>
    <w:p>
      <w:r>
        <w:rPr>
          <w:color w:val="666666"/>
          <w:sz w:val="18"/>
        </w:rPr>
        <w:t>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Hadith on iman increasing and decreasing</w:t>
      </w:r>
    </w:p>
    <w:p>
      <w:r>
        <w:rPr>
          <w:color w:val="666666"/>
          <w:sz w:val="18"/>
        </w:rPr>
        <w:t>Principle of Loss May 31, 2015 · 31s · at 51:44 · https://youtu.be/vM-CUyBiDkc?t=3104</w:t>
      </w:r>
    </w:p>
    <w:p>
      <w:r>
        <w:rPr>
          <w:i/>
        </w:rPr>
        <w:t>“There is a hadith that iman of a person increases and decreases.”</w:t>
      </w:r>
    </w:p>
    <w:p>
      <w:r>
        <w:rPr>
          <w:sz w:val="20"/>
        </w:rPr>
        <w:t>51:44  maulana, agla sawal lene se pehle ek aur comment padhna chahenge jo maulana farhad umri sahib ne bheja hai dilli se, aur unhone likha hai ke maulana, i was not feeling good after reading news regarding muslims violent activities, but your talk today on principle of loss gave me peace of mind.</w:t>
      </w:r>
      <w:r>
        <w:br/>
      </w:r>
      <w:r>
        <w:rPr>
          <w:sz w:val="20"/>
        </w:rPr>
        <w:t>52:10  shukriya maulana. masha Allah.</w:t>
      </w:r>
    </w:p>
    <w:p>
      <w:pPr>
        <w:pStyle w:val="Heading2"/>
      </w:pPr>
      <w:r>
        <w:t>Man's illusion of being most developed</w:t>
      </w:r>
    </w:p>
    <w:p>
      <w:r>
        <w:rPr>
          <w:color w:val="666666"/>
          <w:sz w:val="18"/>
        </w:rPr>
        <w:t>Purpose Of Human Life -12th Feb. '12 · 53s · at 1:39:36 · https://youtu.be/TCGYvGJHf7w?t=5976</w:t>
      </w:r>
    </w:p>
    <w:p>
      <w:r>
        <w:rPr>
          <w:i/>
        </w:rPr>
        <w:t>“Does today's man think that there is no being more developed than him?”</w:t>
      </w:r>
    </w:p>
    <w:p>
      <w:r>
        <w:rPr>
          <w:sz w:val="20"/>
        </w:rPr>
        <w:t>1:39:36  Maulana, agla sawal dilli se hai Mr.</w:t>
      </w:r>
      <w:r>
        <w:br/>
      </w:r>
      <w:r>
        <w:rPr>
          <w:sz w:val="20"/>
        </w:rPr>
        <w:t>1:39:41  Shahnawaz Zafar sahib ka.</w:t>
      </w:r>
      <w:r>
        <w:br/>
      </w:r>
      <w:r>
        <w:rPr>
          <w:sz w:val="20"/>
        </w:rPr>
        <w:t>1:39:45  unhon ne poocha hai aaj ka insaan yeh samajhta hai ke is se bhi zyada developed koi jio</w:t>
      </w:r>
      <w:r>
        <w:br/>
      </w:r>
      <w:r>
        <w:rPr>
          <w:sz w:val="20"/>
        </w:rPr>
        <w:t>1:39:50  hai is universe mein jis ko alien kehte hain aur woh is ko discover karne mein lage hue hain.</w:t>
      </w:r>
      <w:r>
        <w:br/>
      </w:r>
      <w:r>
        <w:rPr>
          <w:sz w:val="20"/>
        </w:rPr>
        <w:t>1:39:55  kya yeh farishton ki nishani hai ya jinnaat ki ya woh insaan ka waham hai? Islamic point of</w:t>
      </w:r>
      <w:r>
        <w:br/>
      </w:r>
      <w:r>
        <w:rPr>
          <w:sz w:val="20"/>
        </w:rPr>
        <w:t>1:40:00  view se is ka kya jawab ho sakta hai? yeh koi discovery to hai nahi, yeh to ek mufrada hai.</w:t>
      </w:r>
      <w:r>
        <w:br/>
      </w:r>
      <w:r>
        <w:rPr>
          <w:sz w:val="20"/>
        </w:rPr>
        <w:t>1:40:05  is pe kya irada de sakte hain hum? kuch logon ne farz kar rakha hai is ke liye</w:t>
      </w:r>
      <w:r>
        <w:br/>
      </w:r>
      <w:r>
        <w:rPr>
          <w:sz w:val="20"/>
        </w:rPr>
        <w:t>1:40:10  rocket uda rahe hain.</w:t>
      </w:r>
      <w:r>
        <w:br/>
      </w:r>
      <w:r>
        <w:rPr>
          <w:sz w:val="20"/>
        </w:rPr>
        <w:t>1:40:14  is ki koi haqeeqat, is ki kuch kuch bhi nahi hai.</w:t>
      </w:r>
      <w:r>
        <w:br/>
      </w:r>
      <w:r>
        <w:rPr>
          <w:sz w:val="20"/>
        </w:rPr>
        <w:t>1:40:19  is ki koi scientific haqeeqat nahi hai.</w:t>
      </w:r>
      <w:r>
        <w:br/>
      </w:r>
      <w:r>
        <w:rPr>
          <w:sz w:val="20"/>
        </w:rPr>
        <w:t>1:40:24  yeh mufrada hai, mufrada sirf.</w:t>
      </w:r>
    </w:p>
    <w:p>
      <w:pPr>
        <w:pStyle w:val="Heading2"/>
      </w:pPr>
      <w:r>
        <w:t>Preparing for Old Age in Youth</w:t>
      </w:r>
    </w:p>
    <w:p>
      <w:r>
        <w:rPr>
          <w:color w:val="666666"/>
          <w:sz w:val="18"/>
        </w:rPr>
        <w:t>Importance of Creative Thinking December 11, 2011 · 2m 43s · at 1:40:59 · https://youtu.be/jfML9Arb0S4?t=6059</w:t>
      </w:r>
    </w:p>
    <w:p>
      <w:r>
        <w:rPr>
          <w:i/>
        </w:rPr>
        <w:t>“There is a Hadith: 'Let the one among you who is youthful prepare for his old age.' Please explain the meaning of this Hadith.”</w:t>
      </w:r>
    </w:p>
    <w:p>
      <w:r>
        <w:rPr>
          <w:sz w:val="20"/>
        </w:rPr>
        <w:t>1:40:59  ah Maulana, agla sawal aya hai Mr Mumtaz Alam ka Delhi se. unhon ne likha hai: "Hadith mein aya hai ke falyazawwad abdun min shababih li kibratih." is hadith ka matlab wazeh farmayen.</w:t>
      </w:r>
      <w:r>
        <w:br/>
      </w:r>
      <w:r>
        <w:rPr>
          <w:sz w:val="20"/>
        </w:rPr>
        <w:t>1:41:17  yani apni jawani se apni barhape ke liye ah zakhira karna. is ka matlab yeh hai to jab aadmi jawani ki umar mein hota hai to us ke andar zyada energy hoti hai,</w:t>
      </w:r>
      <w:r>
        <w:br/>
      </w:r>
      <w:r>
        <w:rPr>
          <w:sz w:val="20"/>
        </w:rPr>
        <w:t>1:41:33  zyada us ke andar taqat hoti hai. to aadmi ko chahiye ke jawani ki umar ko avail karen.</w:t>
      </w:r>
      <w:r>
        <w:br/>
      </w:r>
      <w:r>
        <w:rPr>
          <w:sz w:val="20"/>
        </w:rPr>
        <w:t>1:41:39  jawani ki umar ek opportunity hai, ek mauqa hai. is ko avail karo kyunke barhape mein to tumhari taqat nahi rahe gi. baqi kya karo ge?</w:t>
      </w:r>
      <w:r>
        <w:br/>
      </w:r>
      <w:r>
        <w:rPr>
          <w:sz w:val="20"/>
        </w:rPr>
        <w:t>1:41:49  yeh matlab is ka hai ke Allah taala jawani ki umar deta hai insan ko to bohat energy hoti hai is jawani mein. jaise main jawani ke umar mein kaha karta tha ke main kankar ke upar bhi sound sleep le sakta hoon.</w:t>
      </w:r>
      <w:r>
        <w:br/>
      </w:r>
      <w:r>
        <w:rPr>
          <w:sz w:val="20"/>
        </w:rPr>
        <w:t>1:42:07  yani kankar ho, wahan koi bhi bistar na ho, is mein mujhe lita dijiye. aap na takiya ho, na kuch ho to main sound sleep le sakta hoon. wahan aaj main aisa nahi kar sakta.</w:t>
      </w:r>
      <w:r>
        <w:br/>
      </w:r>
      <w:r>
        <w:rPr>
          <w:sz w:val="20"/>
        </w:rPr>
        <w:t>1:42:18  to yeh bilkul nature ka mamla hai ke jawani ke umar mein aap ke andar bohat energy hoti hai. to is ko aap fazool zaya na karen.</w:t>
      </w:r>
      <w:r>
        <w:br/>
      </w:r>
      <w:r>
        <w:rPr>
          <w:sz w:val="20"/>
        </w:rPr>
        <w:t>1:42:29  yani is energy ko zaya na karen tafreeh mein, yani aise kamon mein jis ka taluq aap ki akhirat se na ho, jis jis ka taluq aap ke yani eternal life se na ho.</w:t>
      </w:r>
      <w:r>
        <w:br/>
      </w:r>
      <w:r>
        <w:rPr>
          <w:sz w:val="20"/>
        </w:rPr>
        <w:t>1:42:42  yeh matlab hai is ka. Okay, we will end the session here. Thank you.</w:t>
      </w:r>
    </w:p>
    <w:p>
      <w:pPr>
        <w:pStyle w:val="Heading2"/>
      </w:pPr>
      <w:r>
        <w:t>Deviated young boy seeking guidance</w:t>
      </w:r>
    </w:p>
    <w:p>
      <w:r>
        <w:rPr>
          <w:color w:val="666666"/>
          <w:sz w:val="18"/>
        </w:rPr>
        <w:t>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Struggling to attain peace for ten years</w:t>
      </w:r>
    </w:p>
    <w:p>
      <w:r>
        <w:rPr>
          <w:color w:val="666666"/>
          <w:sz w:val="18"/>
        </w:rPr>
        <w:t>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How to increase self-determination and change personality</w:t>
      </w:r>
    </w:p>
    <w:p>
      <w:r>
        <w:rPr>
          <w:color w:val="666666"/>
          <w:sz w:val="18"/>
        </w:rPr>
        <w:t>Tawbah-e-Nasuh (Sincere Repentance) 16 Feb 2020 - Maulana Wahiduddin Khan · 1m 36s · at 34:59 · https://youtu.be/0CccKs-1Uu8?t=2099</w:t>
      </w:r>
    </w:p>
    <w:p>
      <w:r>
        <w:rPr>
          <w:i/>
        </w:rPr>
        <w:t>“How can I increase my self-determination? Is there a step by step process or is it possible with some dua? Please advise me so I can change my personality.”</w:t>
      </w:r>
    </w:p>
    <w:p>
      <w:r>
        <w:rPr>
          <w:sz w:val="20"/>
        </w:rPr>
        <w:t>34:59  Sherwani ki misal se aap ne bataya ke humein kis tarah apna tazkiya karna chahiye. Jazak Allah Maulana sahib." Maulana agla sawal Muradabad se bheja hai Abdul Aziz sahib ne.</w:t>
      </w:r>
      <w:r>
        <w:br/>
      </w:r>
      <w:r>
        <w:rPr>
          <w:sz w:val="20"/>
        </w:rPr>
        <w:t>35:15  Unhon ne likha hai: "Maulana how can I increase my self determination? Is there a step by step process or is it possible with some dua?</w:t>
      </w:r>
      <w:r>
        <w:br/>
      </w:r>
      <w:r>
        <w:rPr>
          <w:sz w:val="20"/>
        </w:rPr>
        <w:t>35:27  Please advise me so I can change my personality." Bhai yeh to dekhiye,</w:t>
      </w:r>
      <w:r>
        <w:br/>
      </w:r>
      <w:r>
        <w:rPr>
          <w:sz w:val="20"/>
        </w:rPr>
        <w:t>35:33  koi aap ko bata kar nahi bata nahi sakta. Aap ko khud apne andar ek self process jari karna hoga.</w:t>
      </w:r>
      <w:r>
        <w:br/>
      </w:r>
      <w:r>
        <w:rPr>
          <w:sz w:val="20"/>
        </w:rPr>
        <w:t>35:44  Self process. Aap khud sochiye ke ke aap</w:t>
      </w:r>
      <w:r>
        <w:br/>
      </w:r>
      <w:r>
        <w:rPr>
          <w:sz w:val="20"/>
        </w:rPr>
        <w:t>35:51  ki ghalti kya hai? Where I miss the bus. Jab aap apni ghalti ko khud daryaft karenge, tab us ko aap islaah kar payenge.</w:t>
      </w:r>
      <w:r>
        <w:br/>
      </w:r>
      <w:r>
        <w:rPr>
          <w:sz w:val="20"/>
        </w:rPr>
        <w:t>36:09  Kisi ke paas aap ka aap ke sawal ka jawab nahi hai. Siwaye is ke ke aap khud aisa karen. Ke khud dhoondhen apne andar.</w:t>
      </w:r>
      <w:r>
        <w:br/>
      </w:r>
      <w:r>
        <w:rPr>
          <w:sz w:val="20"/>
        </w:rPr>
        <w:t>36:24  Mera tajurba to yahi hai ke khud dhoondhna parta hai. Koi batane wala batane ke liye nahi ayega.</w:t>
      </w:r>
    </w:p>
    <w:p>
      <w:pPr>
        <w:pStyle w:val="Heading2"/>
      </w:pPr>
      <w:r>
        <w:t>How to develop spiritual wisdom</w:t>
      </w:r>
    </w:p>
    <w:p>
      <w:r>
        <w:rPr>
          <w:color w:val="666666"/>
          <w:sz w:val="18"/>
        </w:rPr>
        <w:t>The Concept of Help Feb 9, 2020—Maulana Wahiduddin Khan · 2m 48s · at 39:19 · https://youtu.be/WScXmduh1AQ?t=2359</w:t>
      </w:r>
    </w:p>
    <w:p>
      <w:r>
        <w:rPr>
          <w:i/>
        </w:rPr>
        <w:t>“I need to know how I can develop ma'rifat (wisdom).”</w:t>
      </w:r>
    </w:p>
    <w:p>
      <w:r>
        <w:rPr>
          <w:sz w:val="20"/>
        </w:rPr>
        <w:t>39:19  Maulana, agla sawal lete hain. yeh sawal poocha hai Karim Nagar se Zaman Aiza ne.</w:t>
      </w:r>
      <w:r>
        <w:br/>
      </w:r>
      <w:r>
        <w:rPr>
          <w:sz w:val="20"/>
        </w:rPr>
        <w:t>39:30  Unhone aap se poocha hai ke: "I need to know how I can develop marifat wisdom."</w:t>
      </w:r>
      <w:r>
        <w:br/>
      </w:r>
      <w:r>
        <w:rPr>
          <w:sz w:val="20"/>
        </w:rPr>
        <w:t>39:42  Dekhiye, mera jo tajurba hai ke wisdom ya marifat to aap ke andar bhari hui hai, jis tarah se seb mein ras bhara hota hai,</w:t>
      </w:r>
      <w:r>
        <w:br/>
      </w:r>
      <w:r>
        <w:rPr>
          <w:sz w:val="20"/>
        </w:rPr>
        <w:t>39:59  seb mein ras bhare bhara hua hota hai. lekin seb ka ras pani ke liye seb ko crush karna parta hai.</w:t>
      </w:r>
      <w:r>
        <w:br/>
      </w:r>
      <w:r>
        <w:rPr>
          <w:sz w:val="20"/>
        </w:rPr>
        <w:t>40:09  Crush to aap apne ko crush hone ke dete nahi. Aap aap koi bhi koi dhoondte hain, koi aasani, koi help.</w:t>
      </w:r>
      <w:r>
        <w:br/>
      </w:r>
      <w:r>
        <w:rPr>
          <w:sz w:val="20"/>
        </w:rPr>
        <w:t>40:25  Mera dekh, self bari help. Yeh ek aadmi wisdom diya jaye, aur wisdom aati hai</w:t>
      </w:r>
      <w:r>
        <w:br/>
      </w:r>
      <w:r>
        <w:rPr>
          <w:sz w:val="20"/>
        </w:rPr>
        <w:t>40:33  crush ki technology ke zariye. Yeh bohat achi misaal hai ke Allah Ta'ala ne seb paida kiya. Seb mein ras bhara hua hota hai, bohat hi mufeed ras, faide wala.</w:t>
      </w:r>
      <w:r>
        <w:br/>
      </w:r>
      <w:r>
        <w:rPr>
          <w:sz w:val="20"/>
        </w:rPr>
        <w:t>40:45  lekin seb ka ras paane ke liye aap ko seb ko crush karna parta hai. Aise insaan ki ke andar jo khoobiyan hain, bhari hui hain, us ko crush karne ki zaroorat hai.</w:t>
      </w:r>
      <w:r>
        <w:br/>
      </w:r>
      <w:r>
        <w:rPr>
          <w:sz w:val="20"/>
        </w:rPr>
        <w:t>41:00  Sab se barhe is zamane mein jahan jahan to dekha hai maine, bachon ka sabz jis mein un ke maa baap hote hain, maa baap woh crush karne ki technique ko istemal nahi hone dete.</w:t>
      </w:r>
      <w:r>
        <w:br/>
      </w:r>
      <w:r>
        <w:rPr>
          <w:sz w:val="20"/>
        </w:rPr>
        <w:t>41:13  Yeh bachon ko lath par, lath par, lath par phir ek dam bekar bekar kar dete hain. Jis tarah se sirf jab tak crush na kiya jaye, uska ras nahi nikla.</w:t>
      </w:r>
      <w:r>
        <w:br/>
      </w:r>
      <w:r>
        <w:rPr>
          <w:sz w:val="20"/>
        </w:rPr>
        <w:t>41:27  Isi tarah se bachhe jab tak thokar na khayein, kuch museebat na uthayein, tab tak kuch nahi aata un ko. Yeh meri zindagi ka tajurba hai.</w:t>
      </w:r>
      <w:r>
        <w:br/>
      </w:r>
      <w:r>
        <w:rPr>
          <w:sz w:val="20"/>
        </w:rPr>
        <w:t>41:43  aur jo hadith maine sunai aap ko, woh hadith us ki</w:t>
      </w:r>
      <w:r>
        <w:br/>
      </w:r>
      <w:r>
        <w:rPr>
          <w:sz w:val="20"/>
        </w:rPr>
        <w:t>41:49  deeni aitbaar se us ki tasdeeq hai.</w:t>
      </w:r>
      <w:r>
        <w:br/>
      </w:r>
      <w:r>
        <w:rPr>
          <w:sz w:val="20"/>
        </w:rPr>
        <w:t>41:56  Riyaz Bhatt sahib ne Bangalore se likha hai: "Today lecture was an eye opener for all of us who try to find comfort and satisfaction together.</w:t>
      </w:r>
    </w:p>
    <w:p>
      <w:pPr>
        <w:pStyle w:val="Heading2"/>
      </w:pPr>
      <w:r>
        <w:t>Breaking the cycle of ever-increasing desires</w:t>
      </w:r>
    </w:p>
    <w:p>
      <w:r>
        <w:rPr>
          <w:color w:val="666666"/>
          <w:sz w:val="18"/>
        </w:rPr>
        <w:t>Age of Democracy May 25, 2014 · 1m 19s · at 55:04 · https://youtu.be/pyZy1-EhW1Q?t=3304</w:t>
      </w:r>
    </w:p>
    <w:p>
      <w:r>
        <w:rPr>
          <w:i/>
        </w:rPr>
        <w:t>“We are living in a world where a person's desires increase with time; when a person tests one desire, he develops a feeling of testing another desire, and it goes on. How can one break this cycle of ever-increasing desires?”</w:t>
      </w:r>
    </w:p>
    <w:p>
      <w:r>
        <w:rPr>
          <w:sz w:val="20"/>
        </w:rPr>
        <w:t>55:04  Maulana, agla sawal Kashmir se hai. Aamir Jan Sa</w:t>
      </w:r>
      <w:r>
        <w:br/>
      </w:r>
      <w:r>
        <w:rPr>
          <w:sz w:val="20"/>
        </w:rPr>
        <w:t>55:08  hab ne kiya hai, unhone likha hai: "We are living in a world of, we are living in a world where desires of a person increase with the time.</w:t>
      </w:r>
      <w:r>
        <w:br/>
      </w:r>
      <w:r>
        <w:rPr>
          <w:sz w:val="20"/>
        </w:rPr>
        <w:t>55:20  when a person tests one desire, he develops a feeling of testing another desire, and it goes on.</w:t>
      </w:r>
      <w:r>
        <w:br/>
      </w:r>
      <w:r>
        <w:rPr>
          <w:sz w:val="20"/>
        </w:rPr>
        <w:t>55:29  there is no end to to his desires. Maulana, please guide us how to manage a desire."</w:t>
      </w:r>
      <w:r>
        <w:br/>
      </w:r>
      <w:r>
        <w:rPr>
          <w:sz w:val="20"/>
        </w:rPr>
        <w:t>55:38  hamaari ek kitaab hai, is ka naam hai "Islami Zindagi". is ko padhein, inshallah is mein un ko poora jawab mil jayega.</w:t>
      </w:r>
      <w:r>
        <w:br/>
      </w:r>
      <w:r>
        <w:rPr>
          <w:sz w:val="20"/>
        </w:rPr>
        <w:t>55:50  aur doosri cheez yeh hai ke "Tazkir ul Quran" jo hamaari kitaab hai, Quran ki commentary, is ko padhein.</w:t>
      </w:r>
      <w:r>
        <w:br/>
      </w:r>
      <w:r>
        <w:rPr>
          <w:sz w:val="20"/>
        </w:rPr>
        <w:t>55:59  baghair study ke in baaton ka islaah nahin ho sakti.</w:t>
      </w:r>
      <w:r>
        <w:br/>
      </w:r>
      <w:r>
        <w:rPr>
          <w:sz w:val="20"/>
        </w:rPr>
        <w:t>56:07  sirf sawal o jawab se yeh baat clear nahin ho sakti. aap ko study karni padegi. to main do cheezon ko padhne ke liye kahunga: ek "Islami Zindagi" jo kitaab hai, woh aur doosri "Tazkir ul Quran" jo hai, jo Quran ki commentary hai.</w:t>
      </w:r>
    </w:p>
    <w:p>
      <w:pPr>
        <w:pStyle w:val="Heading2"/>
      </w:pPr>
      <w:r>
        <w:t>Knowing increase or decrease of faith</w:t>
      </w:r>
    </w:p>
    <w:p>
      <w:r>
        <w:rPr>
          <w:color w:val="666666"/>
          <w:sz w:val="18"/>
        </w:rPr>
        <w:t>Principle of Loss | May 31, 2015 · 2m 19s · at 51:09 · https://youtu.be/IEf7QfU3BmY?t=3069</w:t>
      </w:r>
    </w:p>
    <w:p>
      <w:r>
        <w:rPr>
          <w:i/>
        </w:rPr>
        <w:t>“There is a hadith that the faith of a person increases and decreases. How can I know that my faith is decreasing or increasing? Is there a way to find that?”</w:t>
      </w:r>
    </w:p>
    <w:p>
      <w:r>
        <w:rPr>
          <w:sz w:val="20"/>
        </w:rPr>
        <w:t>51:09  molana agla sawal kya hai abdul ghani sahib ne mysore se, aur unhone likha hai ke molana der</w:t>
      </w:r>
      <w:r>
        <w:br/>
      </w:r>
      <w:r>
        <w:rPr>
          <w:sz w:val="20"/>
        </w:rPr>
        <w:t>51:15  as a hadith that iman of a person increases and decreases.</w:t>
      </w:r>
      <w:r>
        <w:br/>
      </w:r>
      <w:r>
        <w:rPr>
          <w:sz w:val="20"/>
        </w:rPr>
        <w:t>51:21  How can I know that my iman is decreasing or increasing? Is there a way to find that</w:t>
      </w:r>
      <w:r>
        <w:br/>
      </w:r>
      <w:r>
        <w:rPr>
          <w:sz w:val="20"/>
        </w:rPr>
        <w:t>51:28  out? please advice.</w:t>
      </w:r>
      <w:r>
        <w:br/>
      </w:r>
      <w:r>
        <w:rPr>
          <w:sz w:val="20"/>
        </w:rPr>
        <w:t>51:34  dekhen, is ko aap lafz badlie, samajh mein aa jayega,</w:t>
      </w:r>
      <w:r>
        <w:br/>
      </w:r>
      <w:r>
        <w:rPr>
          <w:sz w:val="20"/>
        </w:rPr>
        <w:t>51:40  یعنی increase اور decrease کی جگہ ایک لفظ دوسرا استعمال کیجئے، explanatory لفظ وہ ہے spirit، یعنی spirit</w:t>
      </w:r>
      <w:r>
        <w:br/>
      </w:r>
      <w:r>
        <w:rPr>
          <w:sz w:val="20"/>
        </w:rPr>
        <w:t>51:45  ghatti hai aur badhti hai.</w:t>
      </w:r>
      <w:r>
        <w:br/>
      </w:r>
      <w:r>
        <w:rPr>
          <w:sz w:val="20"/>
        </w:rPr>
        <w:t>51:50  iman form ka naam nahi hai ke ek kuch alfaaz hum munh se bol diya to iman hasil</w:t>
      </w:r>
      <w:r>
        <w:br/>
      </w:r>
      <w:r>
        <w:rPr>
          <w:sz w:val="20"/>
        </w:rPr>
        <w:t>51:55  ho gaya, iman haqeeqat mein spirit ka naam hai.</w:t>
      </w:r>
      <w:r>
        <w:br/>
      </w:r>
      <w:r>
        <w:rPr>
          <w:sz w:val="20"/>
        </w:rPr>
        <w:t>52:00  to spirit jo hai ghatti badhti hai, ghatti badhti hai ka matlab kya hai ke jaise aaj mein</w:t>
      </w:r>
      <w:r>
        <w:br/>
      </w:r>
      <w:r>
        <w:rPr>
          <w:sz w:val="20"/>
        </w:rPr>
        <w:t>52:05  ne ek cheez d</w:t>
      </w:r>
      <w:r>
        <w:br/>
      </w:r>
      <w:r>
        <w:rPr>
          <w:sz w:val="20"/>
        </w:rPr>
        <w:t>52:10  discover ki, yani principle of yeh jo maine bataya aap ko, principle of loss, principle of truncation. To main bohat zabardast, mujhe ek aah ki Allah taala ne kaisi kaisi baatein batai hain insaan ko, ek ajeeb qism ki nayi is pe paida ho gayi. To yeh matlab hai ke ke aap ka experience, aap ki study, aap ka ghaur o fikr, is se aap</w:t>
      </w:r>
      <w:r>
        <w:br/>
      </w:r>
      <w:r>
        <w:rPr>
          <w:sz w:val="20"/>
        </w:rPr>
        <w:t>52:40  کو نئے نئے ائٹم ملتے ہیں جو آپ کی اسپیڈ کو بڑھاتے ہیں، اور جب آپ نہ سوچیں</w:t>
      </w:r>
      <w:r>
        <w:br/>
      </w:r>
      <w:r>
        <w:rPr>
          <w:sz w:val="20"/>
        </w:rPr>
        <w:t>52:46  to speed ghatti rahegi, to us waqt kami ke level par rahega aap ka iman.</w:t>
      </w:r>
      <w:r>
        <w:br/>
      </w:r>
      <w:r>
        <w:rPr>
          <w:sz w:val="20"/>
        </w:rPr>
        <w:t>52:52  to wo hadith mein jo lafz aayi hai, jo lafz aaya hai, us lafz ko aap badlie ke</w:t>
      </w:r>
      <w:r>
        <w:br/>
      </w:r>
      <w:r>
        <w:rPr>
          <w:sz w:val="20"/>
        </w:rPr>
        <w:t>52:58  speed mein kami beshi hoti rehti hai, aur is ke sabab yeh hota hai ke aap hamesha is</w:t>
      </w:r>
      <w:r>
        <w:br/>
      </w:r>
      <w:r>
        <w:rPr>
          <w:sz w:val="20"/>
        </w:rPr>
        <w:t>53:04  tarah se nahi kar pate, g</w:t>
      </w:r>
      <w:r>
        <w:br/>
      </w:r>
      <w:r>
        <w:rPr>
          <w:sz w:val="20"/>
        </w:rPr>
        <w:t>53:10  or o fikr aur zyada cheezon mein zyada dhyan dena, distract ho jate hain.</w:t>
      </w:r>
      <w:r>
        <w:br/>
      </w:r>
      <w:r>
        <w:rPr>
          <w:sz w:val="20"/>
        </w:rPr>
        <w:t>53:16  to jab aap distract ho jayenge to kami ho jayegi, jab ghor o fikr karenge</w:t>
      </w:r>
      <w:r>
        <w:br/>
      </w:r>
      <w:r>
        <w:rPr>
          <w:sz w:val="20"/>
        </w:rPr>
        <w:t>53:23  to speed pe izafa ho jayega, yeh matlab hai is ka.</w:t>
      </w:r>
    </w:p>
    <w:p>
      <w:pPr>
        <w:pStyle w:val="Heading2"/>
      </w:pPr>
      <w:r>
        <w:t>Recognizing and addressing obsession</w:t>
      </w:r>
    </w:p>
    <w:p>
      <w:r>
        <w:rPr>
          <w:color w:val="666666"/>
          <w:sz w:val="18"/>
        </w:rPr>
        <w:t>Revival of Muslims March 08, 2015 · 1m 59s · at 1:07:34 · https://youtu.be/8ShFcr8YozI?t=4054</w:t>
      </w:r>
    </w:p>
    <w:p>
      <w:r>
        <w:rPr>
          <w:i/>
        </w:rPr>
        <w:t>“How do I know that I have an obsession? And secondly, if I come across a person who has an obsession, how can I make him realize that he has an obsession?”</w:t>
      </w:r>
    </w:p>
    <w:p>
      <w:r>
        <w:rPr>
          <w:sz w:val="20"/>
        </w:rPr>
        <w:t>1:07:34  Maulana, agla sawal Idris Sahab ne kiya hai Raipur se aur unhon ne likha hai ke Maulana, how do I know that I have an obsession?</w:t>
      </w:r>
      <w:r>
        <w:br/>
      </w:r>
      <w:r>
        <w:rPr>
          <w:sz w:val="20"/>
        </w:rPr>
        <w:t>1:07:45  And secondly, if I come across a person who has an obsession, how can I make him realize that he has an obsession?</w:t>
      </w:r>
      <w:r>
        <w:br/>
      </w:r>
      <w:r>
        <w:rPr>
          <w:sz w:val="20"/>
        </w:rPr>
        <w:t>1:07:54  Dekhen, har cheez ka talluq jo hai, contemplation se hai, soch se hai, tadabbur se hai. Koi bhi cheez ho, aap aadmi job ke mamle mein sochta hai, tab baaton ko samajhta hai.</w:t>
      </w:r>
      <w:r>
        <w:br/>
      </w:r>
      <w:r>
        <w:rPr>
          <w:sz w:val="20"/>
        </w:rPr>
        <w:t>1:08:08  Business ke bare mein sochta hai, tab baaton ko samajhta hai. Aadmi apne bachon ko padhana hai to kahan padhaye, woh bhi sochta hai to samajhta</w:t>
      </w:r>
      <w:r>
        <w:br/>
      </w:r>
      <w:r>
        <w:rPr>
          <w:sz w:val="20"/>
        </w:rPr>
        <w:t>1:08:16  hai. Aise hi yahan bhi hai. Soch ko janiye is ko. Soch ko jante hue istemal karenge, hote jaane ke.</w:t>
      </w:r>
      <w:r>
        <w:br/>
      </w:r>
      <w:r>
        <w:rPr>
          <w:sz w:val="20"/>
        </w:rPr>
        <w:t>1:08:25  Lekin soch ko objective andaaz mein istemal karna. Jis tarah shadi ka mamla hai, bachon ki taleem ka mamla hai, wahan khoob objective ban jata hai aadmi.</w:t>
      </w:r>
      <w:r>
        <w:br/>
      </w:r>
      <w:r>
        <w:rPr>
          <w:sz w:val="20"/>
        </w:rPr>
        <w:t>1:08:34  Woh aise hi yahan bhi ban jayega.</w:t>
      </w:r>
      <w:r>
        <w:br/>
      </w:r>
      <w:r>
        <w:rPr>
          <w:sz w:val="20"/>
        </w:rPr>
        <w:t>1:08:40  Maulana, agla ek comment aur question hai doctor Safina Tabassum ne bheja hai Ajmer se.</w:t>
      </w:r>
      <w:r>
        <w:br/>
      </w:r>
      <w:r>
        <w:rPr>
          <w:sz w:val="20"/>
        </w:rPr>
        <w:t>1:08:46  Unhon ne jo comment likha hai, woh is tarah hai ke Maulana, for deconditioning of the Muslim community, the first step should be to increase their interaction with other communities and take them out of their ghetto mentality.</w:t>
      </w:r>
      <w:r>
        <w:br/>
      </w:r>
      <w:r>
        <w:rPr>
          <w:sz w:val="20"/>
        </w:rPr>
        <w:t>1:09:03  Maulana, am I right in my thinking?</w:t>
      </w:r>
      <w:r>
        <w:br/>
      </w:r>
      <w:r>
        <w:rPr>
          <w:sz w:val="20"/>
        </w:rPr>
        <w:t>1:09:09  Kya matlab?</w:t>
      </w:r>
      <w:r>
        <w:br/>
      </w:r>
      <w:r>
        <w:rPr>
          <w:sz w:val="20"/>
        </w:rPr>
        <w:t>1:09:11  Maulana, woh yeh keh rahi hain ke Muslim community ki deconditioning ke liye sab se zyada aham cheez jo hai, woh hai ke interaction ho doosri communities ke sath.</w:t>
      </w:r>
      <w:r>
        <w:br/>
      </w:r>
      <w:r>
        <w:rPr>
          <w:sz w:val="20"/>
        </w:rPr>
        <w:t>1:09:21  Isi se ghetto mentality se bahar aayenge woh. Haan, interaction ho, log padhen. Padhna bhi bohat zaroori hai.</w:t>
      </w:r>
      <w:r>
        <w:br/>
      </w:r>
      <w:r>
        <w:rPr>
          <w:sz w:val="20"/>
        </w:rPr>
        <w:t>1:09:31  Study aur interaction dono equ</w:t>
      </w:r>
    </w:p>
    <w:p>
      <w:pPr>
        <w:pStyle w:val="Heading1"/>
      </w:pPr>
      <w:r>
        <w:t>In the lectures (20)</w:t>
      </w:r>
    </w:p>
    <w:p>
      <w:pPr>
        <w:pStyle w:val="Heading2"/>
      </w:pPr>
      <w:r>
        <w:t>Experience Sharing of CPS Member, Jaipur Literature Festival 2013 February 3, 2013</w:t>
      </w:r>
    </w:p>
    <w:p>
      <w:r>
        <w:rPr>
          <w:color w:val="666666"/>
          <w:sz w:val="18"/>
        </w:rPr>
        <w:t>33:57 · https://youtu.be/ujlDnK5Wg3M?t=2037</w:t>
      </w:r>
    </w:p>
    <w:p>
      <w:r>
        <w:rPr>
          <w:i/>
        </w:rPr>
        <w:t>“میں بوڑھا ہو گیا ہوں اور اس دن کا انتظار کر رہا ہوں”</w:t>
      </w:r>
    </w:p>
    <w:p>
      <w:pPr>
        <w:pStyle w:val="Heading2"/>
      </w:pPr>
      <w:r>
        <w:t>My Experience July 19, 2020 Maulana Wahiduddin Khan</w:t>
      </w:r>
    </w:p>
    <w:p>
      <w:r>
        <w:rPr>
          <w:color w:val="666666"/>
          <w:sz w:val="18"/>
        </w:rPr>
        <w:t>11:08 · https://youtu.be/p48Xhw0m5pk?t=668</w:t>
      </w:r>
    </w:p>
    <w:p>
      <w:r>
        <w:rPr>
          <w:i/>
        </w:rPr>
        <w:t>“تو میں آپ دیکھتے ہیں کہ میں بوڑھا ہو چکا ہوں۔”</w:t>
      </w:r>
    </w:p>
    <w:p>
      <w:pPr>
        <w:pStyle w:val="Heading2"/>
      </w:pPr>
      <w:r>
        <w:t>On Death June 08, 2014</w:t>
      </w:r>
    </w:p>
    <w:p>
      <w:r>
        <w:rPr>
          <w:color w:val="666666"/>
          <w:sz w:val="18"/>
        </w:rPr>
        <w:t>20:58 · https://youtu.be/p0lSKQ0edmw?t=1258</w:t>
      </w:r>
    </w:p>
    <w:p>
      <w:r>
        <w:rPr>
          <w:i/>
        </w:rPr>
        <w:t>“"You see, I am an old man.”</w:t>
      </w:r>
    </w:p>
    <w:p>
      <w:pPr>
        <w:pStyle w:val="Heading2"/>
      </w:pPr>
      <w:r>
        <w:t>Concept of Death in Islam August 26, 2012</w:t>
      </w:r>
    </w:p>
    <w:p>
      <w:r>
        <w:rPr>
          <w:color w:val="666666"/>
          <w:sz w:val="18"/>
        </w:rPr>
        <w:t>12:10 · https://youtu.be/y0TJxKi0L94?t=730</w:t>
      </w:r>
    </w:p>
    <w:p>
      <w:r>
        <w:rPr>
          <w:i/>
        </w:rPr>
        <w:t>“یعنی تم دیکھ رہے ہو کہ میں بوڑھا ہو چکا ہوں۔”</w:t>
      </w:r>
    </w:p>
    <w:p>
      <w:pPr>
        <w:pStyle w:val="Heading2"/>
      </w:pPr>
      <w:r>
        <w:t>Concept of Death in Islam I 26th Aug, 2012 - Maulana Wahiduddin Khan</w:t>
      </w:r>
    </w:p>
    <w:p>
      <w:r>
        <w:rPr>
          <w:color w:val="666666"/>
          <w:sz w:val="18"/>
        </w:rPr>
        <w:t>12:08 · https://youtu.be/7wlqcKm35mk?t=728</w:t>
      </w:r>
    </w:p>
    <w:p>
      <w:r>
        <w:rPr>
          <w:i/>
        </w:rPr>
        <w:t>“یعنی تم دیکھ رہے ہو کہ میں بوڑھا ہو چکا ہوں۔”</w:t>
      </w:r>
    </w:p>
    <w:p>
      <w:pPr>
        <w:pStyle w:val="Heading2"/>
      </w:pPr>
      <w:r>
        <w:t>Present Day Muslims Jan 13, 2013 - Maulana Wahiduddin Khan</w:t>
      </w:r>
    </w:p>
    <w:p>
      <w:r>
        <w:rPr>
          <w:color w:val="666666"/>
          <w:sz w:val="18"/>
        </w:rPr>
        <w:t>20:36 · https://youtu.be/z5q4zuu7kKY?t=1236</w:t>
      </w:r>
    </w:p>
    <w:p>
      <w:r>
        <w:rPr>
          <w:i/>
        </w:rPr>
        <w:t>“ہم بڑے ہیں۔”</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Understanding Islam (In Conversation with Maulana)</w:t>
      </w:r>
    </w:p>
    <w:p>
      <w:r>
        <w:rPr>
          <w:color w:val="666666"/>
          <w:sz w:val="18"/>
        </w:rPr>
        <w:t>19:35 · https://youtu.be/tLTRyW1qhRw?t=1175</w:t>
      </w:r>
    </w:p>
    <w:p>
      <w:r>
        <w:rPr>
          <w:i/>
        </w:rPr>
        <w:t>“I have”</w:t>
      </w:r>
    </w:p>
    <w:p>
      <w:pPr>
        <w:pStyle w:val="Heading2"/>
      </w:pPr>
      <w:r>
        <w:t>My Experience July 19, 2020 Maulana Wahiduddin Khan</w:t>
      </w:r>
    </w:p>
    <w:p>
      <w:r>
        <w:rPr>
          <w:color w:val="666666"/>
          <w:sz w:val="18"/>
        </w:rPr>
        <w:t>19:03 · https://youtu.be/p48Xhw0m5pk?t=1143</w:t>
      </w:r>
    </w:p>
    <w:p>
      <w:r>
        <w:rPr>
          <w:i/>
        </w:rPr>
        <w:t>“چلا پایا، یہاں تک کہ میں بوڑھا ہو گیا۔”</w:t>
      </w:r>
    </w:p>
    <w:p>
      <w:pPr>
        <w:pStyle w:val="Heading2"/>
      </w:pPr>
      <w:r>
        <w:t>Choice Between Right and Wrong Battlefield January 26, 2007 Maulana Wahiddduin Khan</w:t>
      </w:r>
    </w:p>
    <w:p>
      <w:r>
        <w:rPr>
          <w:color w:val="666666"/>
          <w:sz w:val="18"/>
        </w:rPr>
        <w:t>5:43 · https://youtu.be/F-onKK3Ibcc?t=343</w:t>
      </w:r>
    </w:p>
    <w:p>
      <w:r>
        <w:rPr>
          <w:i/>
        </w:rPr>
        <w:t>“میرا اپنا میں بوڑھا ہو چکا ہوں، بہت دیکھا میں نے دنیا کو”</w:t>
      </w:r>
    </w:p>
    <w:p>
      <w:pPr>
        <w:pStyle w:val="Heading2"/>
      </w:pPr>
      <w:r>
        <w:t>Role Of Ikhwan-e-Rasool 2 April 2011</w:t>
      </w:r>
    </w:p>
    <w:p>
      <w:r>
        <w:rPr>
          <w:color w:val="666666"/>
          <w:sz w:val="18"/>
        </w:rPr>
        <w:t>55:16 · https://youtu.be/I9Tc1YwhAkA?t=3316</w:t>
      </w:r>
    </w:p>
    <w:p>
      <w:r>
        <w:rPr>
          <w:i/>
        </w:rPr>
        <w:t>“اتنی لمبی عمر۔ میری age گروپ کے سب لوگ بڑھ چکے۔”</w:t>
      </w:r>
    </w:p>
    <w:p>
      <w:pPr>
        <w:pStyle w:val="Heading2"/>
      </w:pPr>
      <w:r>
        <w:t>Importance of Art of Situation Management 16th Sept ’07</w:t>
      </w:r>
    </w:p>
    <w:p>
      <w:r>
        <w:rPr>
          <w:color w:val="666666"/>
          <w:sz w:val="18"/>
        </w:rPr>
        <w:t>8:27 · https://youtu.be/a-3ewJVGdIc?t=507</w:t>
      </w:r>
    </w:p>
    <w:p>
      <w:r>
        <w:rPr>
          <w:i/>
        </w:rPr>
        <w:t>“میں شامل ہو رہا ہے۔”</w:t>
      </w:r>
    </w:p>
    <w:p>
      <w:pPr>
        <w:pStyle w:val="Heading2"/>
      </w:pPr>
      <w:r>
        <w:t>Islam and Terrorism February 10, 2009 Maulana Wahiduddin Khan</w:t>
      </w:r>
    </w:p>
    <w:p>
      <w:r>
        <w:rPr>
          <w:color w:val="666666"/>
          <w:sz w:val="18"/>
        </w:rPr>
        <w:t>46:31 · https://youtu.be/vCEjp0w7Qjo?t=2791</w:t>
      </w:r>
    </w:p>
    <w:p>
      <w:r>
        <w:rPr>
          <w:i/>
        </w:rPr>
        <w:t>“Okay. I think I have long”</w:t>
      </w:r>
    </w:p>
    <w:p>
      <w:pPr>
        <w:pStyle w:val="Heading2"/>
      </w:pPr>
      <w:r>
        <w:t>What is Dua April 26, 2009</w:t>
      </w:r>
    </w:p>
    <w:p>
      <w:r>
        <w:rPr>
          <w:color w:val="666666"/>
          <w:sz w:val="18"/>
        </w:rPr>
        <w:t>4:03 · https://youtu.be/ROQR2zNew1I?t=243</w:t>
      </w:r>
    </w:p>
    <w:p>
      <w:r>
        <w:rPr>
          <w:i/>
        </w:rPr>
        <w:t>“"I am near.”</w:t>
      </w:r>
    </w:p>
    <w:p>
      <w:pPr>
        <w:pStyle w:val="Heading2"/>
      </w:pPr>
      <w:r>
        <w:t>The Age of Alternative April 24, 2016</w:t>
      </w:r>
    </w:p>
    <w:p>
      <w:r>
        <w:rPr>
          <w:color w:val="666666"/>
          <w:sz w:val="18"/>
        </w:rPr>
        <w:t>43:21 · https://youtu.be/JoilI-TK4Ig?t=2601</w:t>
      </w:r>
    </w:p>
    <w:p>
      <w:r>
        <w:rPr>
          <w:i/>
        </w:rPr>
        <w:t>“ایسے ہی جیسے میں بوڑھا ہو گیا ہوں، اب کوئی شخص میرے بارے میں پلاننگ کرے، جوان فرض کر کے، تو فیل ہو جائے گا۔”</w:t>
      </w:r>
    </w:p>
    <w:p>
      <w:pPr>
        <w:pStyle w:val="Heading2"/>
      </w:pPr>
      <w:r>
        <w:t>Ideology of Tawhid June 08, 2008 Maulana Wahiduddin Khan</w:t>
      </w:r>
    </w:p>
    <w:p>
      <w:r>
        <w:rPr>
          <w:color w:val="666666"/>
          <w:sz w:val="18"/>
        </w:rPr>
        <w:t>4:28 · https://youtu.be/fMy6xgYDkwY?t=268</w:t>
      </w:r>
    </w:p>
    <w:p>
      <w:r>
        <w:rPr>
          <w:i/>
        </w:rPr>
        <w:t>“میں بوڑھا ہو چکا ہوں تو بہت زیادہ ایکسپیرئینس میں نے کیا ہے۔”</w:t>
      </w:r>
    </w:p>
    <w:p>
      <w:pPr>
        <w:pStyle w:val="Heading2"/>
      </w:pPr>
      <w:r>
        <w:t>How to Deepen God Realization February 29, 2020 Maulana Wahiduddin Khan</w:t>
      </w:r>
    </w:p>
    <w:p>
      <w:r>
        <w:rPr>
          <w:color w:val="666666"/>
          <w:sz w:val="18"/>
        </w:rPr>
        <w:t>5:08 · https://youtu.be/1PL67G9Wcjc?t=308</w:t>
      </w:r>
    </w:p>
    <w:p>
      <w:r>
        <w:rPr>
          <w:i/>
        </w:rPr>
        <w:t>“بڑھتی ہے،”</w:t>
      </w:r>
    </w:p>
    <w:p>
      <w:pPr>
        <w:pStyle w:val="Heading2"/>
      </w:pPr>
      <w:r>
        <w:t>Reflections on the Day of Eid June 5th 2019 - Maulana Wahiduddin Khan</w:t>
      </w:r>
    </w:p>
    <w:p>
      <w:r>
        <w:rPr>
          <w:color w:val="666666"/>
          <w:sz w:val="18"/>
        </w:rPr>
        <w:t>1:20 · https://youtu.be/Aa8P2o2OAUE?t=80</w:t>
      </w:r>
    </w:p>
    <w:p>
      <w:r>
        <w:rPr>
          <w:i/>
        </w:rPr>
        <w:t>“تو مجھے اپنا ایک واقعہ یاد آیا۔ آپ جانتے ہیں کہ میں 90+ ہوں۔”</w:t>
      </w:r>
    </w:p>
    <w:p>
      <w:pPr>
        <w:pStyle w:val="Heading2"/>
      </w:pPr>
      <w:r>
        <w:t>Doomsday is Coming November 24, 2013</w:t>
      </w:r>
    </w:p>
    <w:p>
      <w:r>
        <w:rPr>
          <w:color w:val="666666"/>
          <w:sz w:val="18"/>
        </w:rPr>
        <w:t>1:57 · https://youtu.be/rixrzrrK-cE?t=117</w:t>
      </w:r>
    </w:p>
    <w:p>
      <w:r>
        <w:rPr>
          <w:i/>
        </w:rPr>
        <w:t>“دن بدن بڑھ رہی ہے۔ یہ”</w:t>
      </w:r>
    </w:p>
    <w:p>
      <w:pPr>
        <w:pStyle w:val="Heading2"/>
      </w:pPr>
      <w:r>
        <w:t>Creative Solution or Ijtihadi Hal I 16th Sept. 2012 - Maulana Wahiduddin Khan</w:t>
      </w:r>
    </w:p>
    <w:p>
      <w:r>
        <w:rPr>
          <w:color w:val="666666"/>
          <w:sz w:val="18"/>
        </w:rPr>
        <w:t>44:51 · https://youtu.be/yhR_5zojzHI?t=2691</w:t>
      </w:r>
    </w:p>
    <w:p>
      <w:r>
        <w:rPr>
          <w:i/>
        </w:rPr>
        <w:t>“ہو رہا ہے۔”</w:t>
      </w:r>
    </w:p>
    <w:p>
      <w:pPr>
        <w:pStyle w:val="Heading1"/>
      </w:pPr>
      <w:r>
        <w:t>Clips (37)</w:t>
      </w:r>
    </w:p>
    <w:p>
      <w:pPr>
        <w:pStyle w:val="Heading2"/>
      </w:pPr>
      <w:r>
        <w:t>elderly speaker's vision of an angel calling for the team</w:t>
      </w:r>
    </w:p>
    <w:p>
      <w:r>
        <w:rPr>
          <w:color w:val="666666"/>
          <w:sz w:val="18"/>
        </w:rPr>
        <w:t>Experience Sharing of CPS Member, Jaipur Literature Festival 2013 February 3, 2013 · 48s · at 33:57 · https://youtu.be/ujlDnK5Wg3M?t=2037</w:t>
      </w:r>
    </w:p>
    <w:p>
      <w:r>
        <w:rPr>
          <w:i/>
        </w:rPr>
        <w:t>“I have grown old, waiting for the day they call: where is CPS?”</w:t>
      </w:r>
    </w:p>
    <w:p>
      <w:r>
        <w:rPr>
          <w:sz w:val="20"/>
        </w:rPr>
        <w:t>33:57  mein boorha ho gaya hoon aur us din ka intezar kar raha hoon</w:t>
      </w:r>
      <w:r>
        <w:br/>
      </w:r>
      <w:r>
        <w:rPr>
          <w:sz w:val="20"/>
        </w:rPr>
        <w:t>34:04  jab haj ke maidan mein log ikhatta hon ge,</w:t>
      </w:r>
      <w:r>
        <w:br/>
      </w:r>
      <w:r>
        <w:rPr>
          <w:sz w:val="20"/>
        </w:rPr>
        <w:t>34:10  saare log. to mujhe umeed hai ke Allah ka farishta wahan awaz de ga.</w:t>
      </w:r>
      <w:r>
        <w:br/>
      </w:r>
      <w:r>
        <w:rPr>
          <w:sz w:val="20"/>
        </w:rPr>
        <w:t>34:27  Allah ka farishta Allah ke hukum se awaz de ga ke kahan hai CPS ke log?</w:t>
      </w:r>
      <w:r>
        <w:br/>
      </w:r>
      <w:r>
        <w:rPr>
          <w:sz w:val="20"/>
        </w:rPr>
        <w:t>34:35  woh aa gaya hai.</w:t>
      </w:r>
      <w:r>
        <w:br/>
      </w:r>
      <w:r>
        <w:rPr>
          <w:sz w:val="20"/>
        </w:rPr>
        <w:t>34:39  un ke liye aisi shart gate jannat ka khol diya gaya hai.</w:t>
      </w:r>
    </w:p>
    <w:p>
      <w:pPr>
        <w:pStyle w:val="Heading2"/>
      </w:pPr>
      <w:r>
        <w:t>Self-accountability and the hereafter</w:t>
      </w:r>
    </w:p>
    <w:p>
      <w:r>
        <w:rPr>
          <w:color w:val="666666"/>
          <w:sz w:val="18"/>
        </w:rPr>
        <w:t>My Experience July 19, 2020 Maulana Wahiduddin Khan · 5m 34s · at 11:08 · https://youtu.be/p48Xhw0m5pk?t=668</w:t>
      </w:r>
    </w:p>
    <w:p>
      <w:r>
        <w:rPr>
          <w:i/>
        </w:rPr>
        <w:t>“Mein boodha ho chuka hoon”</w:t>
      </w:r>
    </w:p>
    <w:p>
      <w:r>
        <w:rPr>
          <w:sz w:val="20"/>
        </w:rPr>
        <w:t>11:08  to main aap dekhte hain ke main boorha ho chuka hoon.</w:t>
      </w:r>
      <w:r>
        <w:br/>
      </w:r>
      <w:r>
        <w:rPr>
          <w:sz w:val="20"/>
        </w:rPr>
        <w:t>11:17  ab jin meri meri paidaish hui thi 1925 mein, aap ghor kar sakte hain ke 1925 mein bhi paidaish hui hui thi ke mera kya haal hoga.</w:t>
      </w:r>
      <w:r>
        <w:br/>
      </w:r>
      <w:r>
        <w:rPr>
          <w:sz w:val="20"/>
        </w:rPr>
        <w:t>11:33  to ab meri koi umang nahi, koi shauq nahi,</w:t>
      </w:r>
      <w:r>
        <w:br/>
      </w:r>
      <w:r>
        <w:rPr>
          <w:sz w:val="20"/>
        </w:rPr>
        <w:t>11:38  sirf mera subah shaam yahi pe karta rehta hoon ke apne bare mein sochta hoon ke main kya hoon, mera anjam kya hoga, apna ab mera anjam kya hoga, bas yeh sochta hoon.</w:t>
      </w:r>
      <w:r>
        <w:br/>
      </w:r>
      <w:r>
        <w:rPr>
          <w:sz w:val="20"/>
        </w:rPr>
        <w:t>11:55  to main aap logon ko yeh naseehat karunga</w:t>
      </w:r>
      <w:r>
        <w:br/>
      </w:r>
      <w:r>
        <w:rPr>
          <w:sz w:val="20"/>
        </w:rPr>
        <w:t>12:00  ke aap log</w:t>
      </w:r>
      <w:r>
        <w:br/>
      </w:r>
      <w:r>
        <w:rPr>
          <w:sz w:val="20"/>
        </w:rPr>
        <w:t>12:04  zindagi mein, chahe mission mein, jahan bhi hon, zindagi mein hon ya mission mein hon, self critique baniye, self critique, yani apni</w:t>
      </w:r>
      <w:r>
        <w:br/>
      </w:r>
      <w:r>
        <w:rPr>
          <w:sz w:val="20"/>
        </w:rPr>
        <w:t>12:22  apni tanqeed khud karne wala, apne ko khud janchnay wala, apna khud ehitsab karne wala.</w:t>
      </w:r>
      <w:r>
        <w:br/>
      </w:r>
      <w:r>
        <w:rPr>
          <w:sz w:val="20"/>
        </w:rPr>
        <w:t>12:33  log aam tor par kya karte hain ke doosre ko to khoob tareef karenge, tanqeed karenge, lekin un ke upar tanqeed kiya to foran woh</w:t>
      </w:r>
      <w:r>
        <w:br/>
      </w:r>
      <w:r>
        <w:rPr>
          <w:sz w:val="20"/>
        </w:rPr>
        <w:t>12:42  bhaṛak jayegi, ghusa ho jayega. to sab se zyada aadmi ko yeh janchna chahiye ke main kar raha hoon kitna zyada behtar yeh hai maada ke main apne khilaf kisi cheez ko sunta hoon</w:t>
      </w:r>
      <w:r>
        <w:br/>
      </w:r>
      <w:r>
        <w:rPr>
          <w:sz w:val="20"/>
        </w:rPr>
        <w:t>12:59  ya nahi sunta. isi ka sab se zyada mujhe dhyan hona chahiye.</w:t>
      </w:r>
      <w:r>
        <w:br/>
      </w:r>
      <w:r>
        <w:rPr>
          <w:sz w:val="20"/>
        </w:rPr>
        <w:t>13:10  to main sochta tha ke aaj main kya naseehat karoon aap logon ko. to sab se bari naseehat mujhe yeh nazar aayi ke apna muhasba karna,</w:t>
      </w:r>
      <w:r>
        <w:br/>
      </w:r>
      <w:r>
        <w:rPr>
          <w:sz w:val="20"/>
        </w:rPr>
        <w:t>13:26  isko kehte hain arabi mein muhasba,</w:t>
      </w:r>
      <w:r>
        <w:br/>
      </w:r>
      <w:r>
        <w:rPr>
          <w:sz w:val="20"/>
        </w:rPr>
        <w:t>13:31  urdu mein kehte hain ehitsab. ehitsab ke mani muhasba ke nahi hain, kyunke urdu mein raaj ho gaya hai. to urdu ke lehaz se apna ehitsab, arabi ke lehaz se apna muhtasib,</w:t>
      </w:r>
      <w:r>
        <w:br/>
      </w:r>
      <w:r>
        <w:rPr>
          <w:sz w:val="20"/>
        </w:rPr>
        <w:t>13:45  angrezi ke lehaz se self criticism.</w:t>
      </w:r>
      <w:r>
        <w:br/>
      </w:r>
      <w:r>
        <w:rPr>
          <w:sz w:val="20"/>
        </w:rPr>
        <w:t>13:50  kyunke dekhiye, insaan jab paida hua hai, woh aakhir mein marega. koi bhi aisa nahi hai jo na mare.</w:t>
      </w:r>
      <w:r>
        <w:br/>
      </w:r>
      <w:r>
        <w:rPr>
          <w:sz w:val="20"/>
        </w:rPr>
        <w:t>14:05  mere baap ka kehte the ke mere baap jo boorha ho ke bare the aur bohat hi naik aadmi the,</w:t>
      </w:r>
      <w:r>
        <w:br/>
      </w:r>
      <w:r>
        <w:rPr>
          <w:sz w:val="20"/>
        </w:rPr>
        <w:t>14:19  bohat naik aadmi the.</w:t>
      </w:r>
      <w:r>
        <w:br/>
      </w:r>
      <w:r>
        <w:rPr>
          <w:sz w:val="20"/>
        </w:rPr>
        <w:t>14:25  to woh kaha karte the, zyada parhe likhe bhi nahi the, zamindar the woh. to woh kaha karte the ke Khuda ka munh dikhana hai har baat mein, woh Khuda ka munh dikhana hai.</w:t>
      </w:r>
      <w:r>
        <w:br/>
      </w:r>
      <w:r>
        <w:rPr>
          <w:sz w:val="20"/>
        </w:rPr>
        <w:t>14:44  yani aap apna ehitsab karo aur yaad rakho, woh jo kehte the, woh isi isi ki waise hi ek ayat hai: yom yaqoomun naasu li rabbil aalameen</w:t>
      </w:r>
      <w:r>
        <w:br/>
      </w:r>
      <w:r>
        <w:rPr>
          <w:sz w:val="20"/>
        </w:rPr>
        <w:t>15:02  yom yaqoomun naasu li rabbil aalameen. jis din tamam insaan paida kiye, us din jis din tamam insaan khara kiya jayenge apne rab ke samne, is tasawwur se, yani badar mein rongte khare hote hain</w:t>
      </w:r>
      <w:r>
        <w:br/>
      </w:r>
      <w:r>
        <w:rPr>
          <w:sz w:val="20"/>
        </w:rPr>
        <w:t>15:21  ke jis kainat ka jo khaliq hai, jis ne itni bari kainat ko paida kiya hai, yani is ke samne khara hona, yeh soch kar aadmi ek dam badhawas hota hai.</w:t>
      </w:r>
      <w:r>
        <w:br/>
      </w:r>
      <w:r>
        <w:rPr>
          <w:sz w:val="20"/>
        </w:rPr>
        <w:t>15:39  to hamare baap kehte the ke Khuda ka munh dikhana hai aur main kahunga ke yom yaqoomun naasu li rabbil aalameen woh din aanay wala hai jab ke tamam insaan Allah Rabbul Aalameen ke samne khare kiye jayenge.</w:t>
      </w:r>
      <w:r>
        <w:br/>
      </w:r>
      <w:r>
        <w:rPr>
          <w:sz w:val="20"/>
        </w:rPr>
        <w:t>15:59  to bas yahi sochna chahiye aadmi ko.</w:t>
      </w:r>
      <w:r>
        <w:br/>
      </w:r>
      <w:r>
        <w:rPr>
          <w:sz w:val="20"/>
        </w:rPr>
        <w:t>16:04  aur Hazrat Umar ne kaha ke haasib qabl tahasub</w:t>
      </w:r>
      <w:r>
        <w:br/>
      </w:r>
      <w:r>
        <w:rPr>
          <w:sz w:val="20"/>
        </w:rPr>
        <w:t>16:14  haasib qabl tahasub yani Allah ke samne khara hone se pehle apne aap ko khud apne apne samne khara ho kar khara kar lo,</w:t>
      </w:r>
      <w:r>
        <w:br/>
      </w:r>
      <w:r>
        <w:rPr>
          <w:sz w:val="20"/>
        </w:rPr>
        <w:t>16:29  apne ko khud jancho</w:t>
      </w:r>
      <w:r>
        <w:br/>
      </w:r>
      <w:r>
        <w:rPr>
          <w:sz w:val="20"/>
        </w:rPr>
        <w:t>16:32  is se pehle ke Khuda tum ko janche. apna muhasba kar lo is se pehle ke Khuda ke samne tumhara muhasba kiya jaye.</w:t>
      </w:r>
    </w:p>
    <w:p>
      <w:pPr>
        <w:pStyle w:val="Heading2"/>
      </w:pPr>
      <w:r>
        <w:t>Dying man's plea: give me a ray of hope</w:t>
      </w:r>
    </w:p>
    <w:p>
      <w:r>
        <w:rPr>
          <w:color w:val="666666"/>
          <w:sz w:val="18"/>
        </w:rPr>
        <w:t>On Death June 08, 2014 · 41s · at 20:47 · https://youtu.be/p0lSKQ0edmw?t=1247</w:t>
      </w:r>
    </w:p>
    <w:p>
      <w:r>
        <w:rPr>
          <w:i/>
        </w:rPr>
        <w:t>“Young man, can you give me a ray of hope?”</w:t>
      </w:r>
    </w:p>
    <w:p>
      <w:r>
        <w:rPr>
          <w:sz w:val="20"/>
        </w:rPr>
        <w:t>20:47  kisi tamheed ke baghair foran hi us ne jo kaha jumla, wo jumla yeh tha:</w:t>
      </w:r>
      <w:r>
        <w:br/>
      </w:r>
      <w:r>
        <w:rPr>
          <w:sz w:val="20"/>
        </w:rPr>
        <w:t>20:58  "You see, I am an old man.</w:t>
      </w:r>
      <w:r>
        <w:br/>
      </w:r>
      <w:r>
        <w:rPr>
          <w:sz w:val="20"/>
        </w:rPr>
        <w:t>21:05  Life has lost all meanings. I am going to take a faithful leap into the unknown.\</w:t>
      </w:r>
      <w:r>
        <w:br/>
      </w:r>
      <w:r>
        <w:rPr>
          <w:sz w:val="20"/>
        </w:rPr>
        <w:t>21:17  Young man, can you give me a ray of hope?" yeh zindah shaoor maut ka mujhe aik hi insaan aisa mila۔</w:t>
      </w:r>
    </w:p>
    <w:p>
      <w:pPr>
        <w:pStyle w:val="Heading2"/>
      </w:pPr>
      <w:r>
        <w:t>Powerful old man begs Billy Graham for hope facing death</w:t>
      </w:r>
    </w:p>
    <w:p>
      <w:r>
        <w:rPr>
          <w:color w:val="666666"/>
          <w:sz w:val="18"/>
        </w:rPr>
        <w:t>Concept of Death in Islam August 26, 2012 · 3m 02s · at 9:56 · https://youtu.be/y0TJxKi0L94?t=596</w:t>
      </w:r>
    </w:p>
    <w:p>
      <w:r>
        <w:rPr>
          <w:i/>
        </w:rPr>
        <w:t>“I'm an old man, life has lost all meaning”</w:t>
      </w:r>
    </w:p>
    <w:p>
      <w:r>
        <w:rPr>
          <w:sz w:val="20"/>
        </w:rPr>
        <w:t>9:56  america ka ek bohat hi mashhoor missionary hai, christian missionary.</w:t>
      </w:r>
      <w:r>
        <w:br/>
      </w:r>
      <w:r>
        <w:rPr>
          <w:sz w:val="20"/>
        </w:rPr>
        <w:t>10:09  is ne apna ek waqia likha hai.</w:t>
      </w:r>
      <w:r>
        <w:br/>
      </w:r>
      <w:r>
        <w:rPr>
          <w:sz w:val="20"/>
        </w:rPr>
        <w:t>10:16  bohat hi sabak aur ibret hai is waqie mein.</w:t>
      </w:r>
      <w:r>
        <w:br/>
      </w:r>
      <w:r>
        <w:rPr>
          <w:sz w:val="20"/>
        </w:rPr>
        <w:t>10:21  Billy Graham mashhoor missionary hai, Billy Graham. ab woh boorhe ho gaye hain, shayad wheelchair par hain woh.</w:t>
      </w:r>
      <w:r>
        <w:br/>
      </w:r>
      <w:r>
        <w:rPr>
          <w:sz w:val="20"/>
        </w:rPr>
        <w:t>10:31  pehlay woh bohat active hotay thay. to Billy Graham ne yeh waqia likha hai ke ek baar woh safar mein thay to un ke paas ek message pohncha,</w:t>
      </w:r>
      <w:r>
        <w:br/>
      </w:r>
      <w:r>
        <w:rPr>
          <w:sz w:val="20"/>
        </w:rPr>
        <w:t>10:46  ek</w:t>
      </w:r>
      <w:r>
        <w:br/>
      </w:r>
      <w:r>
        <w:rPr>
          <w:sz w:val="20"/>
        </w:rPr>
        <w:t>10:47  top yani world ke ek top aadmi ka.</w:t>
      </w:r>
      <w:r>
        <w:br/>
      </w:r>
      <w:r>
        <w:rPr>
          <w:sz w:val="20"/>
        </w:rPr>
        <w:t>11:00  to is ne message diya tha ke tum foran mujh se milo. to safar ko cut kar ke woh gaye.</w:t>
      </w:r>
      <w:r>
        <w:br/>
      </w:r>
      <w:r>
        <w:rPr>
          <w:sz w:val="20"/>
        </w:rPr>
        <w:t>11:11  jab wahan pohnche to unhein ek room mein le jaya gaya. wahan woh thay aur woh top ka aadmi jo boorha ho chuka tha.</w:t>
      </w:r>
      <w:r>
        <w:br/>
      </w:r>
      <w:r>
        <w:rPr>
          <w:sz w:val="20"/>
        </w:rPr>
        <w:t>11:28  to kisi tamheed ke baghair</w:t>
      </w:r>
      <w:r>
        <w:br/>
      </w:r>
      <w:r>
        <w:rPr>
          <w:sz w:val="20"/>
        </w:rPr>
        <w:t>11:33  is aadmi ne kaha</w:t>
      </w:r>
      <w:r>
        <w:br/>
      </w:r>
      <w:r>
        <w:rPr>
          <w:sz w:val="20"/>
        </w:rPr>
        <w:t>11:38  ke "you see, i am an old man."</w:t>
      </w:r>
      <w:r>
        <w:br/>
      </w:r>
      <w:r>
        <w:rPr>
          <w:sz w:val="20"/>
        </w:rPr>
        <w:t>11:47  life has lost all meaning.</w:t>
      </w:r>
      <w:r>
        <w:br/>
      </w:r>
      <w:r>
        <w:rPr>
          <w:sz w:val="20"/>
        </w:rPr>
        <w:t>11:53  I am ready to take a faithful leap into the unknown. Young man, can you give me a ray of hope?</w:t>
      </w:r>
      <w:r>
        <w:br/>
      </w:r>
      <w:r>
        <w:rPr>
          <w:sz w:val="20"/>
        </w:rPr>
        <w:t>12:10  yani tum dekh rahe ho ke main boorha ho chuka hoon.</w:t>
      </w:r>
      <w:r>
        <w:br/>
      </w:r>
      <w:r>
        <w:rPr>
          <w:sz w:val="20"/>
        </w:rPr>
        <w:t>12:19  ab zindagi ki koi koi maanoiyat mere liye baqi nahin rahi.</w:t>
      </w:r>
      <w:r>
        <w:br/>
      </w:r>
      <w:r>
        <w:rPr>
          <w:sz w:val="20"/>
        </w:rPr>
        <w:t>12:28  main ek namaloom duniya mein chhalang laganay wala hoon.</w:t>
      </w:r>
      <w:r>
        <w:br/>
      </w:r>
      <w:r>
        <w:rPr>
          <w:sz w:val="20"/>
        </w:rPr>
        <w:t>12:35  to kya tum mujhe koi roshni ki kiran de sakte ho?</w:t>
      </w:r>
      <w:r>
        <w:br/>
      </w:r>
      <w:r>
        <w:rPr>
          <w:sz w:val="20"/>
        </w:rPr>
        <w:t>12:43  to is aadmi ko kam az kam death ka shaoor hasil ho chuka tha. death ka. lekin is ke aagay kuch is ko pata nahin.</w:t>
      </w:r>
    </w:p>
    <w:p>
      <w:pPr>
        <w:pStyle w:val="Heading2"/>
      </w:pPr>
      <w:r>
        <w:t>Old man seeks ray of hope before death</w:t>
      </w:r>
    </w:p>
    <w:p>
      <w:r>
        <w:rPr>
          <w:color w:val="666666"/>
          <w:sz w:val="18"/>
        </w:rPr>
        <w:t>Concept of Death in Islam I 26th Aug, 2012 - Maulana Wahiduddin Khan · 2m 44s · at 9:57 · https://youtu.be/7wlqcKm35mk?t=597</w:t>
      </w:r>
    </w:p>
    <w:p>
      <w:r>
        <w:rPr>
          <w:i/>
        </w:rPr>
        <w:t>“Amreeka ka ek bohot hi mashoor missionary hai”</w:t>
      </w:r>
    </w:p>
    <w:p>
      <w:r>
        <w:rPr>
          <w:sz w:val="20"/>
        </w:rPr>
        <w:t>9:57  America ka ek bohat hi mashhoor missionary hai, Christian missionary.</w:t>
      </w:r>
      <w:r>
        <w:br/>
      </w:r>
      <w:r>
        <w:rPr>
          <w:sz w:val="20"/>
        </w:rPr>
        <w:t>10:09  us ke us ne apna ek waqia likha hai.</w:t>
      </w:r>
      <w:r>
        <w:br/>
      </w:r>
      <w:r>
        <w:rPr>
          <w:sz w:val="20"/>
        </w:rPr>
        <w:t>10:17  bohat hi sabak aur ibret hai is waqie mein. Mashhoor missionary hai, Billy Graham. Ab woh boodhe ho gaye hain, shayad wheelchair par hain woh.</w:t>
      </w:r>
      <w:r>
        <w:br/>
      </w:r>
      <w:r>
        <w:rPr>
          <w:sz w:val="20"/>
        </w:rPr>
        <w:t>10:29  pehle woh bohat active hote the. To Billy Graham ne</w:t>
      </w:r>
      <w:r>
        <w:br/>
      </w:r>
      <w:r>
        <w:rPr>
          <w:sz w:val="20"/>
        </w:rPr>
        <w:t>10:35  yeh waqia likha hai ke ek baar woh safar mein the. To un ke paas ek message pohncha.</w:t>
      </w:r>
      <w:r>
        <w:br/>
      </w:r>
      <w:r>
        <w:rPr>
          <w:sz w:val="20"/>
        </w:rPr>
        <w:t>10:44  ek top, yani world ke ek top aadmi ka.</w:t>
      </w:r>
      <w:r>
        <w:br/>
      </w:r>
      <w:r>
        <w:rPr>
          <w:sz w:val="20"/>
        </w:rPr>
        <w:t>10:58  to us ne message diya tha ke tum foran mujh se milo. To safar ko cut kar ke woh gaye.</w:t>
      </w:r>
      <w:r>
        <w:br/>
      </w:r>
      <w:r>
        <w:rPr>
          <w:sz w:val="20"/>
        </w:rPr>
        <w:t>11:09  jab wahan pahunche to unhein ek room mein le jaya gaya.</w:t>
      </w:r>
      <w:r>
        <w:br/>
      </w:r>
      <w:r>
        <w:rPr>
          <w:sz w:val="20"/>
        </w:rPr>
        <w:t>11:15  wahan woh thay aur woh top ka aadmi. jo boodha ho chuka tha.</w:t>
      </w:r>
      <w:r>
        <w:br/>
      </w:r>
      <w:r>
        <w:rPr>
          <w:sz w:val="20"/>
        </w:rPr>
        <w:t>11:26  to kisi tamheed ke baghair</w:t>
      </w:r>
      <w:r>
        <w:br/>
      </w:r>
      <w:r>
        <w:rPr>
          <w:sz w:val="20"/>
        </w:rPr>
        <w:t>11:31  is aadmi ne kaha</w:t>
      </w:r>
      <w:r>
        <w:br/>
      </w:r>
      <w:r>
        <w:rPr>
          <w:sz w:val="20"/>
        </w:rPr>
        <w:t>11:36  ke "you see, i am an old man."</w:t>
      </w:r>
      <w:r>
        <w:br/>
      </w:r>
      <w:r>
        <w:rPr>
          <w:sz w:val="20"/>
        </w:rPr>
        <w:t>11:45  life has lost all meaning.</w:t>
      </w:r>
      <w:r>
        <w:br/>
      </w:r>
      <w:r>
        <w:rPr>
          <w:sz w:val="20"/>
        </w:rPr>
        <w:t>11:51  i am ready to take a faithful leap into the unknown.</w:t>
      </w:r>
      <w:r>
        <w:br/>
      </w:r>
      <w:r>
        <w:rPr>
          <w:sz w:val="20"/>
        </w:rPr>
        <w:t>12:00  young man, can you give me a ray of hope?</w:t>
      </w:r>
      <w:r>
        <w:br/>
      </w:r>
      <w:r>
        <w:rPr>
          <w:sz w:val="20"/>
        </w:rPr>
        <w:t>12:08  yani tum dekh rahe ho ke main boodha ho chuka hoon.</w:t>
      </w:r>
      <w:r>
        <w:br/>
      </w:r>
      <w:r>
        <w:rPr>
          <w:sz w:val="20"/>
        </w:rPr>
        <w:t>12:17  ab zindagi ki koi koi maanoiyat mere liye baqi nahin rahi.</w:t>
      </w:r>
      <w:r>
        <w:br/>
      </w:r>
      <w:r>
        <w:rPr>
          <w:sz w:val="20"/>
        </w:rPr>
        <w:t>12:26  main ek namaloom duniya mein chhalang lagane wala hoon.</w:t>
      </w:r>
      <w:r>
        <w:br/>
      </w:r>
      <w:r>
        <w:rPr>
          <w:sz w:val="20"/>
        </w:rPr>
        <w:t>12:33  to kya tum mujhe koi roshni ki kiran de sakte ho?</w:t>
      </w:r>
    </w:p>
    <w:p>
      <w:pPr>
        <w:pStyle w:val="Heading2"/>
      </w:pPr>
      <w:r>
        <w:t>Muslim history writing focused on wars</w:t>
      </w:r>
    </w:p>
    <w:p>
      <w:r>
        <w:rPr>
          <w:color w:val="666666"/>
          <w:sz w:val="18"/>
        </w:rPr>
        <w:t>Present Day Muslims Jan 13, 2013 - Maulana Wahiduddin Khan · 5m 21s · at 18:00 · https://youtu.be/z5q4zuu7kKY?t=1080</w:t>
      </w:r>
    </w:p>
    <w:p>
      <w:r>
        <w:rPr>
          <w:i/>
        </w:rPr>
        <w:t>“Musalmanon ke andar jo tahreek ka kaam shuru hua”</w:t>
      </w:r>
    </w:p>
    <w:p>
      <w:r>
        <w:rPr>
          <w:sz w:val="20"/>
        </w:rPr>
        <w:t>18:00  Dekhiye, jo musalmanon ke andar jo yeh tehreek ka kaam shuru hua, yani tehreer o tadween ka, hadison ki tadween, tareekh ki tadween, lughat ki tadween, uloom Islami ki tadween, yeh kab shuru hua?</w:t>
      </w:r>
      <w:r>
        <w:br/>
      </w:r>
      <w:r>
        <w:rPr>
          <w:sz w:val="20"/>
        </w:rPr>
        <w:t>18:20  Abbasi daur mein.</w:t>
      </w:r>
      <w:r>
        <w:br/>
      </w:r>
      <w:r>
        <w:rPr>
          <w:sz w:val="20"/>
        </w:rPr>
        <w:t>18:22  Abbasi daur mein musalmanon ko zabardast dabdaba hasil tha. Yani Abbasi hukoomat aik saltanat thi.</w:t>
      </w:r>
      <w:r>
        <w:br/>
      </w:r>
      <w:r>
        <w:rPr>
          <w:sz w:val="20"/>
        </w:rPr>
        <w:t>18:34  Toh us zamanay mein jo kitabein likhi gayin woh sab siyasi taqat ko le kar likhi gayin.</w:t>
      </w:r>
      <w:r>
        <w:br/>
      </w:r>
      <w:r>
        <w:rPr>
          <w:sz w:val="20"/>
        </w:rPr>
        <w:t>18:45  sab kitaben. yani fateh ko aur jang ko in cheezon ko le kar likhi gayeen.</w:t>
      </w:r>
      <w:r>
        <w:br/>
      </w:r>
      <w:r>
        <w:rPr>
          <w:sz w:val="20"/>
        </w:rPr>
        <w:t>18:51  misal ke taur par dekhiye, seerat par jo kitab likhi thi ibn ishaq ne us ka naam tha maghazi. maghazi ibn ishaq.</w:t>
      </w:r>
      <w:r>
        <w:br/>
      </w:r>
      <w:r>
        <w:rPr>
          <w:sz w:val="20"/>
        </w:rPr>
        <w:t>19:00  maghazi mani laraiyan. rasool Allah sal Allah alaih wasallam ki seerat par kitab likhi jati hai, naam kya hota hai? maghazi.</w:t>
      </w:r>
      <w:r>
        <w:br/>
      </w:r>
      <w:r>
        <w:rPr>
          <w:sz w:val="20"/>
        </w:rPr>
        <w:t>19:10  yani ghazwat rasool.</w:t>
      </w:r>
      <w:r>
        <w:br/>
      </w:r>
      <w:r>
        <w:rPr>
          <w:sz w:val="20"/>
        </w:rPr>
        <w:t>19:17  is ke baad aap dekhiye jo baad ki kitaben likhi gayeen, misal ke taur par al waqidin ne kitab likhi futuh al sham. is ka naam rakha futuh al sham.</w:t>
      </w:r>
      <w:r>
        <w:br/>
      </w:r>
      <w:r>
        <w:rPr>
          <w:sz w:val="20"/>
        </w:rPr>
        <w:t>19:27  sham ki futuhat.</w:t>
      </w:r>
      <w:r>
        <w:br/>
      </w:r>
      <w:r>
        <w:rPr>
          <w:sz w:val="20"/>
        </w:rPr>
        <w:t>19:33  isi tarah dekhiye, al barazri ne kitab likhi al barazri. is ka naam rakha futuh al baldan. to ghazwat, maghazi, futuhat, jang yeh sab unwanat hua karte thay.</w:t>
      </w:r>
      <w:r>
        <w:br/>
      </w:r>
      <w:r>
        <w:rPr>
          <w:sz w:val="20"/>
        </w:rPr>
        <w:t>19:49  jin kitabon ke naam mein yeh alfaaz shamil nahi hain, masalan al bidaya wa al nihaya</w:t>
      </w:r>
      <w:r>
        <w:br/>
      </w:r>
      <w:r>
        <w:rPr>
          <w:sz w:val="20"/>
        </w:rPr>
        <w:t>19:57  aur ibn kathir ki aur ibn aseer ki al kamil fi al tarikh aur doosri kitaben, tarikh tabari, woh bhi goya ke unwan mein yeh alfaaz nahi hain lekin amalan woh bhi isi pattern par likhi gayeen.</w:t>
      </w:r>
      <w:r>
        <w:br/>
      </w:r>
      <w:r>
        <w:rPr>
          <w:sz w:val="20"/>
        </w:rPr>
        <w:t>20:15  to sari tarikh likhi gayi hai hamari woh futuhat ke pattern par. kyunke musalman futuhat kar rahe thay, hukumatain bana rahe thay, saltanaten qaim kar rahe thay, isi pattern par sari kitaben likhi gayeen.</w:t>
      </w:r>
      <w:r>
        <w:br/>
      </w:r>
      <w:r>
        <w:rPr>
          <w:sz w:val="20"/>
        </w:rPr>
        <w:t>20:31  to zahir hai ke yahi zehn bana musalmanon ka. hum fateh hain,</w:t>
      </w:r>
      <w:r>
        <w:br/>
      </w:r>
      <w:r>
        <w:rPr>
          <w:sz w:val="20"/>
        </w:rPr>
        <w:t>20:36  hum bare hain.</w:t>
      </w:r>
      <w:r>
        <w:br/>
      </w:r>
      <w:r>
        <w:rPr>
          <w:sz w:val="20"/>
        </w:rPr>
        <w:t>20:40  pehla shakhs jis ne is qism ki tarikh sazi par sawal qaim kiya woh tha abdul rahman ibn khaldun. us ki kitab aap parh sakte hain muqaddama ibn khaldun.</w:t>
      </w:r>
      <w:r>
        <w:br/>
      </w:r>
      <w:r>
        <w:rPr>
          <w:sz w:val="20"/>
        </w:rPr>
        <w:t>20:53  us ne tarikh bhi likhi hai. us ne kaha ke yeh andaaz tarikh ka sahi nahi hai</w:t>
      </w:r>
      <w:r>
        <w:br/>
      </w:r>
      <w:r>
        <w:rPr>
          <w:sz w:val="20"/>
        </w:rPr>
        <w:t>20:59  ke aap sirf siyasi waqiat ko record karte hain.</w:t>
      </w:r>
      <w:r>
        <w:br/>
      </w:r>
      <w:r>
        <w:rPr>
          <w:sz w:val="20"/>
        </w:rPr>
        <w:t>21:05  so society mein aur bhi doosre waqiat hote hain to un ki jamia recording honi chahiye.</w:t>
      </w:r>
      <w:r>
        <w:br/>
      </w:r>
      <w:r>
        <w:rPr>
          <w:sz w:val="20"/>
        </w:rPr>
        <w:t>21:15  to is se pehle doosre yani doosri qom bhi jo jo tareekhein likhi jati theen woh siyasi waqiat aur badshahon ke waqiat par mabni hoti theen.</w:t>
      </w:r>
      <w:r>
        <w:br/>
      </w:r>
      <w:r>
        <w:rPr>
          <w:sz w:val="20"/>
        </w:rPr>
        <w:t>21:29  to musalmanon mein jo hai woh jo pattern jari raha, jangain, futuhat, laraiyan, is pattern par tareekhein likhi gayeen.</w:t>
      </w:r>
      <w:r>
        <w:br/>
      </w:r>
      <w:r>
        <w:rPr>
          <w:sz w:val="20"/>
        </w:rPr>
        <w:t>21:40  to is ke upar sawal aap ne qaim kiya ke yeh tarikh nigari ka tareeqa sahi nahi hai. aur doosra jo</w:t>
      </w:r>
      <w:r>
        <w:br/>
      </w:r>
      <w:r>
        <w:rPr>
          <w:sz w:val="20"/>
        </w:rPr>
        <w:t>21:47  pehlu hai insani zindagi ke jo social pehlu hain us ko bhi shamil karna chahiye. lekin zehn to ban chuka tha.</w:t>
      </w:r>
      <w:r>
        <w:br/>
      </w:r>
      <w:r>
        <w:rPr>
          <w:sz w:val="20"/>
        </w:rPr>
        <w:t>22:00  zehn to ban chuka tha. ibn khaldun jo hai us ka zamana ghaliban dasveen sadi eesvi hai. to zehn to ban chuka tha.</w:t>
      </w:r>
      <w:r>
        <w:br/>
      </w:r>
      <w:r>
        <w:rPr>
          <w:sz w:val="20"/>
        </w:rPr>
        <w:t>22:10  woh baqi raha.</w:t>
      </w:r>
      <w:r>
        <w:br/>
      </w:r>
      <w:r>
        <w:rPr>
          <w:sz w:val="20"/>
        </w:rPr>
        <w:t>22:14  to poora jo literature likha gaya, poori jo tarikh likhi gayi woh sab likhi gayi futuhati pattern par. siyasi taqat dikhaya gaya is mein.</w:t>
      </w:r>
      <w:r>
        <w:br/>
      </w:r>
      <w:r>
        <w:rPr>
          <w:sz w:val="20"/>
        </w:rPr>
        <w:t>22:27  hum hum ne lad kar yahan jeete, hum ne lad kar wahan jeeta.</w:t>
      </w:r>
      <w:r>
        <w:br/>
      </w:r>
      <w:r>
        <w:rPr>
          <w:sz w:val="20"/>
        </w:rPr>
        <w:t>22:31  jaise iqbal ne kaha tha ke teghon ke saaye mein hum pal kar jawan hue hain, khanjar hilal ka hai qaumi nishan hamara. to isi pattern par tareekhein likhi gayeen.</w:t>
      </w:r>
      <w:r>
        <w:br/>
      </w:r>
      <w:r>
        <w:rPr>
          <w:sz w:val="20"/>
        </w:rPr>
        <w:t>22:43  to yeh yahi zehan bana. to is zehan bana to yeh Allah taala ke account nahi ke siyasi taqat kisi ki majority ho.</w:t>
      </w:r>
      <w:r>
        <w:br/>
      </w:r>
      <w:r>
        <w:rPr>
          <w:sz w:val="20"/>
        </w:rPr>
        <w:t>22:54  tilkal ayamu nudawalu bin nas siyasi taqat kisi ki majority nahi hai, kisi ki monopoly nahi hai. to jab siyasi dabdaba khatam hua musalmanon ka, tab kya hua?</w:t>
      </w:r>
      <w:r>
        <w:br/>
      </w:r>
      <w:r>
        <w:rPr>
          <w:sz w:val="20"/>
        </w:rPr>
        <w:t>23:07  tab mayusi.</w:t>
      </w:r>
      <w:r>
        <w:br/>
      </w:r>
      <w:r>
        <w:rPr>
          <w:sz w:val="20"/>
        </w:rPr>
        <w:t>23:11  yani pehle agar fakhr ki nafsiyat mein musalman jeete the, ab jeene lage nafrat ki nafsiyat mein. theek yahi baat ek sahib ne kahi.</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Macaulay's English scheme backfired and helped India</w:t>
      </w:r>
    </w:p>
    <w:p>
      <w:r>
        <w:rPr>
          <w:color w:val="666666"/>
          <w:sz w:val="18"/>
        </w:rPr>
        <w:t>Importance of Art of Situation Management 16th Sept ’07 · 1m 56s · at 7:18 · https://youtu.be/a-3ewJVGdIc?t=438</w:t>
      </w:r>
    </w:p>
    <w:p>
      <w:r>
        <w:rPr>
          <w:i/>
        </w:rPr>
        <w:t>“Jab British India mein rule kar rahe thay, unhon ne ek scheme banayi”</w:t>
      </w:r>
    </w:p>
    <w:p>
      <w:r>
        <w:rPr>
          <w:sz w:val="20"/>
        </w:rPr>
        <w:t>7:18  kuch references aur yaad aaye tareekh ke. maslan aap dekhiye ke India mein jab British rule kar rahe the to unhon ne ek scheme banai.</w:t>
      </w:r>
      <w:r>
        <w:br/>
      </w:r>
      <w:r>
        <w:rPr>
          <w:sz w:val="20"/>
        </w:rPr>
        <w:t>7:29  saare India ko Angrezi parhao. Angrezi parhao. Lord Macaulay bohat hi, yaani bara scholar tha.</w:t>
      </w:r>
      <w:r>
        <w:br/>
      </w:r>
      <w:r>
        <w:rPr>
          <w:sz w:val="20"/>
        </w:rPr>
        <w:t>7:42  us ne ek is ka plan banaya. aur is ke plan ko India mein laagu kiya gaya. to Lord Macaulay ne kaha tha bohat hi, yaani pride ke sath ke yeh jo hum duniya India mein jo la rahe hain to maqsad kya hai</w:t>
      </w:r>
      <w:r>
        <w:br/>
      </w:r>
      <w:r>
        <w:rPr>
          <w:sz w:val="20"/>
        </w:rPr>
        <w:t>8:01  ? ke "So that a generation may arise that will be Indian in birth and British in thought." lekin aaj kya hai?</w:t>
      </w:r>
      <w:r>
        <w:br/>
      </w:r>
      <w:r>
        <w:rPr>
          <w:sz w:val="20"/>
        </w:rPr>
        <w:t>8:17  wo angrezi India ke liye sab se bara advantage ban gaya. Isi angrezi ki badolat India aaj developed countries ki taraf barh raha hai.</w:t>
      </w:r>
      <w:r>
        <w:br/>
      </w:r>
      <w:r>
        <w:rPr>
          <w:sz w:val="20"/>
        </w:rPr>
        <w:t>8:27  mein shamil ho raha hai.</w:t>
      </w:r>
      <w:r>
        <w:br/>
      </w:r>
      <w:r>
        <w:rPr>
          <w:sz w:val="20"/>
        </w:rPr>
        <w:t>8:29  kyun ke aap jante hain ke English jo hai computer age mein must ban chuki hai. English computer age mein must ban chuki hai.</w:t>
      </w:r>
      <w:r>
        <w:br/>
      </w:r>
      <w:r>
        <w:rPr>
          <w:sz w:val="20"/>
        </w:rPr>
        <w:t>8:41  baghair English ke computer age se aap faida nahi utha sakte. To is waqt dunya mein India teesre number par hai English mein.</w:t>
      </w:r>
      <w:r>
        <w:br/>
      </w:r>
      <w:r>
        <w:rPr>
          <w:sz w:val="20"/>
        </w:rPr>
        <w:t>8:51  yani Britain, America, phir is ke baad India hai.</w:t>
      </w:r>
      <w:r>
        <w:br/>
      </w:r>
      <w:r>
        <w:rPr>
          <w:sz w:val="20"/>
        </w:rPr>
        <w:t>8:55  To Lord Macaulay ne jo angrezi yahan chalai thi is liye ke yahan par hamesha ke liye British rule qaim rahe, is se kya dekhiye?</w:t>
      </w:r>
      <w:r>
        <w:br/>
      </w:r>
      <w:r>
        <w:rPr>
          <w:sz w:val="20"/>
        </w:rPr>
        <w:t>9:05  India ki development nikal aai. Isi ki badolat India aaj yahan tak taraqqi kar raha hai. Isi English ki badolat.</w:t>
      </w:r>
    </w:p>
    <w:p>
      <w:pPr>
        <w:pStyle w:val="Heading2"/>
      </w:pPr>
      <w:r>
        <w:t>Youth-age thinking vs experience</w:t>
      </w:r>
    </w:p>
    <w:p>
      <w:r>
        <w:rPr>
          <w:color w:val="666666"/>
          <w:sz w:val="18"/>
        </w:rPr>
        <w:t>Ideology of Tawhid June 08, 2008 Maulana Wahiduddin Khan · 54s · at 4:03 · https://youtu.be/fMy6xgYDkwY?t=243</w:t>
      </w:r>
    </w:p>
    <w:p>
      <w:r>
        <w:rPr>
          <w:i/>
        </w:rPr>
        <w:t>“I don't like all those rituals”</w:t>
      </w:r>
    </w:p>
    <w:p>
      <w:r>
        <w:rPr>
          <w:sz w:val="20"/>
        </w:rPr>
        <w:t>4:03  I don't like all those rituals. I don't like to visit mandir aur masjid waghera." aur mujhe to apne hard work par bharosa hai.</w:t>
      </w:r>
      <w:r>
        <w:br/>
      </w:r>
      <w:r>
        <w:rPr>
          <w:sz w:val="20"/>
        </w:rPr>
        <w:t>4:19  dekhein yeh baat hai sirf youth age ki. maine zindagi ke bohat tajrube kiye hain.</w:t>
      </w:r>
      <w:r>
        <w:br/>
      </w:r>
      <w:r>
        <w:rPr>
          <w:sz w:val="20"/>
        </w:rPr>
        <w:t>4:28  main boorha ho chuka hoon to bohat zyada experience maine kiya hai.</w:t>
      </w:r>
    </w:p>
    <w:p>
      <w:pPr>
        <w:pStyle w:val="Heading2"/>
      </w:pPr>
      <w:r>
        <w:t>Conscious realization is a conscious state not rote</w:t>
      </w:r>
    </w:p>
    <w:p>
      <w:r>
        <w:rPr>
          <w:color w:val="666666"/>
          <w:sz w:val="18"/>
        </w:rPr>
        <w:t>How to Deepen God Realization February 29, 2020 Maulana Wahiduddin Khan · 35s · at 4:46 · https://youtu.be/1PL67G9Wcjc?t=286</w:t>
      </w:r>
    </w:p>
    <w:p>
      <w:r>
        <w:rPr>
          <w:i/>
        </w:rPr>
        <w:t>“Shu'uri ma'rifat ek shu'uri kaifiyat ka naam hai”</w:t>
      </w:r>
    </w:p>
    <w:p>
      <w:r>
        <w:rPr>
          <w:sz w:val="20"/>
        </w:rPr>
        <w:t>4:46  shayad kuch nahi hua. Shoori marifat ek shoori kefiyat ka naam hai.</w:t>
      </w:r>
      <w:r>
        <w:br/>
      </w:r>
      <w:r>
        <w:rPr>
          <w:sz w:val="20"/>
        </w:rPr>
        <w:t>4:58  shoori kefiyat shoori waqea ke zariye</w:t>
      </w:r>
      <w:r>
        <w:br/>
      </w:r>
      <w:r>
        <w:rPr>
          <w:sz w:val="20"/>
        </w:rPr>
        <w:t>5:08  barhti hai,</w:t>
      </w:r>
      <w:r>
        <w:br/>
      </w:r>
      <w:r>
        <w:rPr>
          <w:sz w:val="20"/>
        </w:rPr>
        <w:t>5:12  sirf ratne se nahi barh sakti.</w:t>
      </w:r>
    </w:p>
    <w:p>
      <w:pPr>
        <w:pStyle w:val="Heading2"/>
      </w:pPr>
      <w:r>
        <w:t>why every stress expert fails to actually help</w:t>
      </w:r>
    </w:p>
    <w:p>
      <w:r>
        <w:rPr>
          <w:color w:val="666666"/>
          <w:sz w:val="18"/>
        </w:rPr>
        <w:t>Stress and Spirituality January 1, 2012 · 4m 06s · at 0:54 · https://youtu.be/TPhXL9-g6ME?t=54</w:t>
      </w:r>
    </w:p>
    <w:p>
      <w:r>
        <w:rPr>
          <w:i/>
        </w:rPr>
        <w:t>“Everyone's biggest problem today is called stress”</w:t>
      </w:r>
    </w:p>
    <w:p>
      <w:r>
        <w:rPr>
          <w:sz w:val="20"/>
        </w:rPr>
        <w:t>0:54  Aaj kal sari duniya ka sab se bara masla yahi hai jis ko kehte hain stress.</w:t>
      </w:r>
      <w:r>
        <w:br/>
      </w:r>
      <w:r>
        <w:rPr>
          <w:sz w:val="20"/>
        </w:rPr>
        <w:t>1:04  Sari duniya mein</w:t>
      </w:r>
      <w:r>
        <w:br/>
      </w:r>
      <w:r>
        <w:rPr>
          <w:sz w:val="20"/>
        </w:rPr>
        <w:t>1:08  hazaron ki tadad mein school of de-stressing khule hue hain, beshumar log is profession mein lage hue hain.</w:t>
      </w:r>
      <w:r>
        <w:br/>
      </w:r>
      <w:r>
        <w:rPr>
          <w:sz w:val="20"/>
        </w:rPr>
        <w:t>1:20  Magar jahan tak main jaanta hoon, 1% bhi</w:t>
      </w:r>
      <w:r>
        <w:br/>
      </w:r>
      <w:r>
        <w:rPr>
          <w:sz w:val="20"/>
        </w:rPr>
        <w:t>1:28  kamyabi nahi hui is mein ke stress mein jo log jee rahe hain, un ki de-stressing kar sakein yeh log.</w:t>
      </w:r>
      <w:r>
        <w:br/>
      </w:r>
      <w:r>
        <w:rPr>
          <w:sz w:val="20"/>
        </w:rPr>
        <w:t>1:39  Stress badhta ja raha hai.</w:t>
      </w:r>
      <w:r>
        <w:br/>
      </w:r>
      <w:r>
        <w:rPr>
          <w:sz w:val="20"/>
        </w:rPr>
        <w:t>1:43  Toh is par main aaj ki majlis mein kuch kehne ki koshish karunga.</w:t>
      </w:r>
      <w:r>
        <w:br/>
      </w:r>
      <w:r>
        <w:rPr>
          <w:sz w:val="20"/>
        </w:rPr>
        <w:t>1:55  Aap jante hain ke main rozana All India Radio sunta hoon, toh aaj bhi main subah sun raha tha.</w:t>
      </w:r>
      <w:r>
        <w:br/>
      </w:r>
      <w:r>
        <w:rPr>
          <w:sz w:val="20"/>
        </w:rPr>
        <w:t>2:03  Ittifaq se aaj, yani aaj pehla din hai naye saal ka, yani 2012 jo hai, is ka pehla din hai, first January.</w:t>
      </w:r>
      <w:r>
        <w:br/>
      </w:r>
      <w:r>
        <w:rPr>
          <w:sz w:val="20"/>
        </w:rPr>
        <w:t>2:15  Toh aaj wahan aik senior psychiatrist, jis ko kehte hain psychiatrist, aik senior psychiatrist ka interview aa raha tha, aur isi mauzu par aa raha tha, stress ke mauzu par.</w:t>
      </w:r>
      <w:r>
        <w:br/>
      </w:r>
      <w:r>
        <w:rPr>
          <w:sz w:val="20"/>
        </w:rPr>
        <w:t>2:33  to woh aadmi bohat shandar English bol raha tha, maine bohat ghaur se suna.</w:t>
      </w:r>
      <w:r>
        <w:br/>
      </w:r>
      <w:r>
        <w:rPr>
          <w:sz w:val="20"/>
        </w:rPr>
        <w:t>2:42  ek bhi lafz aisa nahi tha jis ke liye mujhe dictionary dekhna pare, lekin phir bhi kuch samajh mein nahi aaya. kyunke sab confusion hi confusion tha.</w:t>
      </w:r>
      <w:r>
        <w:br/>
      </w:r>
      <w:r>
        <w:rPr>
          <w:sz w:val="20"/>
        </w:rPr>
        <w:t>2:54  main bohat zyada parha hai in logon ki cheezein, in ke article ya kitabein hain, in ki speeches bhi suni hain, jo log is profession mein hain.</w:t>
      </w:r>
      <w:r>
        <w:br/>
      </w:r>
      <w:r>
        <w:rPr>
          <w:sz w:val="20"/>
        </w:rPr>
        <w:t>3:06  lekin sabhi ka haal yeh hai ke woh koi solution nahi de paate,</w:t>
      </w:r>
      <w:r>
        <w:br/>
      </w:r>
      <w:r>
        <w:rPr>
          <w:sz w:val="20"/>
        </w:rPr>
        <w:t>3:14  problems without any exception.</w:t>
      </w:r>
      <w:r>
        <w:br/>
      </w:r>
      <w:r>
        <w:rPr>
          <w:sz w:val="20"/>
        </w:rPr>
        <w:t>3:19  to aaj bhi jo main sun raha tha to "there was not an exception".</w:t>
      </w:r>
      <w:r>
        <w:br/>
      </w:r>
      <w:r>
        <w:rPr>
          <w:sz w:val="20"/>
        </w:rPr>
        <w:t>3:29  unhone</w:t>
      </w:r>
      <w:r>
        <w:br/>
      </w:r>
      <w:r>
        <w:rPr>
          <w:sz w:val="20"/>
        </w:rPr>
        <w:t>3:33  diagnosis to bohat sahi kiya, lekin prescription sahi nahi thi is ki. yeh sab ka haal hai. kitabein main sunta hoon ya parhta hoon to diagnosis to bada acha karte hain woh,</w:t>
      </w:r>
      <w:r>
        <w:br/>
      </w:r>
      <w:r>
        <w:rPr>
          <w:sz w:val="20"/>
        </w:rPr>
        <w:t>3:47  lekin jab aati hai baat prescription ki to bata nahi paate.</w:t>
      </w:r>
      <w:r>
        <w:br/>
      </w:r>
      <w:r>
        <w:rPr>
          <w:sz w:val="20"/>
        </w:rPr>
        <w:t>3:54  diagnosis karte hue unhone yeh jumla istemal kiya ke "stress is a result of difference between aspiration and reality".</w:t>
      </w:r>
      <w:r>
        <w:br/>
      </w:r>
      <w:r>
        <w:rPr>
          <w:sz w:val="20"/>
        </w:rPr>
        <w:t>4:16  stress is a result of difference between aspiration and reality.</w:t>
      </w:r>
      <w:r>
        <w:br/>
      </w:r>
      <w:r>
        <w:rPr>
          <w:sz w:val="20"/>
        </w:rPr>
        <w:t>4:23  yaani yeh zehni tanav hai, woh is liye hota hai ke hamari khwahishein zyada hain aur jo haqeeqat mein hum paate hain woh kam hota hai.</w:t>
      </w:r>
      <w:r>
        <w:br/>
      </w:r>
      <w:r>
        <w:rPr>
          <w:sz w:val="20"/>
        </w:rPr>
        <w:t>4:35  isi contradiction ke result ka naam hai stress.</w:t>
      </w:r>
      <w:r>
        <w:br/>
      </w:r>
      <w:r>
        <w:rPr>
          <w:sz w:val="20"/>
        </w:rPr>
        <w:t>4:40  bohat sahi yeh tashkhees thi.</w:t>
      </w:r>
      <w:r>
        <w:br/>
      </w:r>
      <w:r>
        <w:rPr>
          <w:sz w:val="20"/>
        </w:rPr>
        <w:t>4:47  lekin diagnosis jo hai sahi thi aur prescription kuch bhi nahi, tajweez kuch bhi nahi, is confusion ke siwa.</w:t>
      </w:r>
    </w:p>
    <w:p>
      <w:pPr>
        <w:pStyle w:val="Heading2"/>
      </w:pPr>
      <w:r>
        <w:t>Feeling Prophet's presence through words</w:t>
      </w:r>
    </w:p>
    <w:p>
      <w:r>
        <w:rPr>
          <w:color w:val="666666"/>
          <w:sz w:val="18"/>
        </w:rPr>
        <w:t>No Jihad, Only Management of Conflict 1 Dec 2019 - Maulana Wahiduddin Khan · 2m 36s · at 35:52 · https://youtu.be/afUhlMSCBCY?t=2152</w:t>
      </w:r>
    </w:p>
    <w:p>
      <w:r>
        <w:rPr>
          <w:i/>
        </w:rPr>
        <w:t>“میں اکثر پڑھتا ہوں یا حی یا قیوم بلا پتہ کا تغیر”</w:t>
      </w:r>
    </w:p>
    <w:p>
      <w:r>
        <w:rPr>
          <w:sz w:val="20"/>
        </w:rPr>
        <w:t>35:52  mein mislan mein ab misaal deta hoon. mein aksar parhta hoon. ya hayyu ya qayyum. bila pata ka taghayur.</w:t>
      </w:r>
      <w:r>
        <w:br/>
      </w:r>
      <w:r>
        <w:rPr>
          <w:sz w:val="20"/>
        </w:rPr>
        <w:t>36:02  toh ek zinda taluq qaim hota hai Allah Rasool Allah se. ke Rasool Allah ne aise kaha tha. mein bhi wohi bol raha hoon. same boli.</w:t>
      </w:r>
      <w:r>
        <w:br/>
      </w:r>
      <w:r>
        <w:rPr>
          <w:sz w:val="20"/>
        </w:rPr>
        <w:t>36:11  jaise ke mein dohra raha hoon.</w:t>
      </w:r>
      <w:r>
        <w:br/>
      </w:r>
      <w:r>
        <w:rPr>
          <w:sz w:val="20"/>
        </w:rPr>
        <w:t>36:14  ji. jaise ke Rasool Allah kehte honge wohi kaha hua mein bhi dohra raha hoon.</w:t>
      </w:r>
      <w:r>
        <w:br/>
      </w:r>
      <w:r>
        <w:rPr>
          <w:sz w:val="20"/>
        </w:rPr>
        <w:t>36:23  aisa lagta hai mujhe ke mein dohra raha hoon. kya samjhe aap? yani jab yeh aap yeh kehte hain ke ya hayyu ya qayyum toh aap ko aisa mehsoos hota hai ke mein wohi alfaaz bol raha hoon jo Rasool Allah ne kaha tha.</w:t>
      </w:r>
      <w:r>
        <w:br/>
      </w:r>
      <w:r>
        <w:rPr>
          <w:sz w:val="20"/>
        </w:rPr>
        <w:t>36:38  toh is se ek zinda taluq paida hota hai. haan. woh bhi wohi bol rahe hain, mein bhi wohi bol raha hoon. ji.</w:t>
      </w:r>
      <w:r>
        <w:br/>
      </w:r>
      <w:r>
        <w:rPr>
          <w:sz w:val="20"/>
        </w:rPr>
        <w:t>36:44  hain? bilkul. toh kaisi ajeeb baat hai. bohat ajeeb baat hai. toh hamare ulma jante hain in baton ko?</w:t>
      </w:r>
      <w:r>
        <w:br/>
      </w:r>
      <w:r>
        <w:rPr>
          <w:sz w:val="20"/>
        </w:rPr>
        <w:t>36:52  bilkul nahin jante Maulana. hum log bhi aap hi se jaan paye.</w:t>
      </w:r>
      <w:r>
        <w:br/>
      </w:r>
      <w:r>
        <w:rPr>
          <w:sz w:val="20"/>
        </w:rPr>
        <w:t>37:02  jab mein kehta hoon khaas taur par subah ko jab uthta hoon na toh bar bar kehta hoon ya hayyu ya qayyum bila pata ka taghayur.</w:t>
      </w:r>
      <w:r>
        <w:br/>
      </w:r>
      <w:r>
        <w:rPr>
          <w:sz w:val="20"/>
        </w:rPr>
        <w:t>37:16  ya hayyu ya qayyum bila pata ka taghayur. toh jaisa lagta hai ke mein aur Rasool Allah baithe mukalima kar rahe hain.</w:t>
      </w:r>
      <w:r>
        <w:br/>
      </w:r>
      <w:r>
        <w:rPr>
          <w:sz w:val="20"/>
        </w:rPr>
        <w:t>37:30  ji? mein aur Rasool Allah sath baithe hue mukalima kar rahe hain. kya khayal hai aap ka</w:t>
      </w:r>
      <w:r>
        <w:br/>
      </w:r>
      <w:r>
        <w:rPr>
          <w:sz w:val="20"/>
        </w:rPr>
        <w:t>37:40  ? bohat ajeeb baat hai Maulana.</w:t>
      </w:r>
      <w:r>
        <w:br/>
      </w:r>
      <w:r>
        <w:rPr>
          <w:sz w:val="20"/>
        </w:rPr>
        <w:t>37:48  yeh ji yeh lage aap ko ke Rasool Allah bhi baithe hue hain aur aap is ke sath mukalima kar rahe hain. woh bhi kar rahe hain, aap bhi bol rahe hain.</w:t>
      </w:r>
      <w:r>
        <w:br/>
      </w:r>
      <w:r>
        <w:rPr>
          <w:sz w:val="20"/>
        </w:rPr>
        <w:t>37:57  wohi wahi same boli hai.</w:t>
      </w:r>
      <w:r>
        <w:br/>
      </w:r>
      <w:r>
        <w:rPr>
          <w:sz w:val="20"/>
        </w:rPr>
        <w:t>38:03  toh sohbat Rasool aaj bhi mili hui hai. bawaasta zameen zaban.</w:t>
      </w:r>
      <w:r>
        <w:br/>
      </w:r>
      <w:r>
        <w:rPr>
          <w:sz w:val="20"/>
        </w:rPr>
        <w:t>38:14  ab jab sohbat mein bhi toh zaban hi ke waaste se hota. agar aap sach much wahan hote tab bhi toh zaban ke waaste se hota. toh sohbat Rasool aap ko bawaasta zaban mili hui hai aaj bhi.</w:t>
      </w:r>
    </w:p>
    <w:p>
      <w:pPr>
        <w:pStyle w:val="Heading2"/>
      </w:pPr>
      <w:r>
        <w:t>Hadith and story of Umar's visitor</w:t>
      </w:r>
    </w:p>
    <w:p>
      <w:r>
        <w:rPr>
          <w:color w:val="666666"/>
          <w:sz w:val="18"/>
        </w:rPr>
        <w:t>When God's Name is Invoked December 21, 2019 - Interaction with Maulana Wahiduddin Khan, · 4m 56s · at 0:15 · https://youtu.be/jgNjICoo-Cw?t=15</w:t>
      </w:r>
    </w:p>
    <w:p>
      <w:r>
        <w:rPr>
          <w:i/>
        </w:rPr>
        <w:t>“Maulana ek hadith riwayat ki gayi hai.”</w:t>
      </w:r>
    </w:p>
    <w:p>
      <w:r>
        <w:rPr>
          <w:sz w:val="20"/>
        </w:rPr>
        <w:t>0:15  maulana ek hadith abu huraira aur anas bin malik se riwayat ki gayi hai, is ko mukhtalif muhaddiseen ne riwayat kiya, misaal ke taur par bazzar ne riwayat kiya hai aur doosre logon ne.</w:t>
      </w:r>
      <w:r>
        <w:br/>
      </w:r>
      <w:r>
        <w:rPr>
          <w:sz w:val="20"/>
        </w:rPr>
        <w:t>0:32  is ke alfaaz hain: "jab tum logon ko Allah ka wasta diya jaye to ruk jao" jab tum logon ko Allah ka wasta diya jaye to ruk jao.</w:t>
      </w:r>
      <w:r>
        <w:br/>
      </w:r>
      <w:r>
        <w:rPr>
          <w:sz w:val="20"/>
        </w:rPr>
        <w:t>0:42  is ka matlab kya hai?</w:t>
      </w:r>
      <w:r>
        <w:br/>
      </w:r>
      <w:r>
        <w:rPr>
          <w:sz w:val="20"/>
        </w:rPr>
        <w:t>0:52  dekhen, jahan tak main samajhta hoon, is hadith ko hum ek aur waqe se samajh sakte hain.</w:t>
      </w:r>
      <w:r>
        <w:br/>
      </w:r>
      <w:r>
        <w:rPr>
          <w:sz w:val="20"/>
        </w:rPr>
        <w:t>1:03  ek waqia aata hai ke jab hazrat umar, hazrat umar jab khaleefa thay to ek aadmi un ke ghar par un se milne ke liye aaya.</w:t>
      </w:r>
      <w:r>
        <w:br/>
      </w:r>
      <w:r>
        <w:rPr>
          <w:sz w:val="20"/>
        </w:rPr>
        <w:t>1:28  to us waqt hazrat umar so rahe thay, yeh bataya gaya un ko.</w:t>
      </w:r>
      <w:r>
        <w:br/>
      </w:r>
      <w:r>
        <w:rPr>
          <w:sz w:val="20"/>
        </w:rPr>
        <w:t>1:39  to jo darwaze par baitha hua tha, un ka khadim us ke paas baat woh baith gaye aur baatein hone lagin.</w:t>
      </w:r>
      <w:r>
        <w:br/>
      </w:r>
      <w:r>
        <w:rPr>
          <w:sz w:val="20"/>
        </w:rPr>
        <w:t>1:55  to</w:t>
      </w:r>
      <w:r>
        <w:br/>
      </w:r>
      <w:r>
        <w:rPr>
          <w:sz w:val="20"/>
        </w:rPr>
        <w:t>1:59  aane wala shakhs us ne poocha khadim se ke umar ke baray mein tumhari kya rai hai?</w:t>
      </w:r>
      <w:r>
        <w:br/>
      </w:r>
      <w:r>
        <w:rPr>
          <w:sz w:val="20"/>
        </w:rPr>
        <w:t>2:13  yani khaleefa ke baray mein tumhari kya rai hai?</w:t>
      </w:r>
      <w:r>
        <w:br/>
      </w:r>
      <w:r>
        <w:rPr>
          <w:sz w:val="20"/>
        </w:rPr>
        <w:t>2:20  to us aadmi ne kaha ke umar bohat achay aadmi hain, lekin jab un ko ghussa aata hai</w:t>
      </w:r>
      <w:r>
        <w:br/>
      </w:r>
      <w:r>
        <w:rPr>
          <w:sz w:val="20"/>
        </w:rPr>
        <w:t>2:33  to woh</w:t>
      </w:r>
      <w:r>
        <w:br/>
      </w:r>
      <w:r>
        <w:rPr>
          <w:sz w:val="20"/>
        </w:rPr>
        <w:t>2:39  bohat ziyada aapas mein aa jatay hain.</w:t>
      </w:r>
      <w:r>
        <w:br/>
      </w:r>
      <w:r>
        <w:rPr>
          <w:sz w:val="20"/>
        </w:rPr>
        <w:t>2:48  to aane walay ne kaha jo ke yaqeenan ho sakta hai ke sahabi hon woh</w:t>
      </w:r>
      <w:r>
        <w:br/>
      </w:r>
      <w:r>
        <w:rPr>
          <w:sz w:val="20"/>
        </w:rPr>
        <w:t>2:57  ke main umar ko janta hoon,</w:t>
      </w:r>
      <w:r>
        <w:br/>
      </w:r>
      <w:r>
        <w:rPr>
          <w:sz w:val="20"/>
        </w:rPr>
        <w:t>3:05  un ke ghusay ke waqt un ko chup karanay ka behtareen tareeqa yeh hai</w:t>
      </w:r>
      <w:r>
        <w:br/>
      </w:r>
      <w:r>
        <w:rPr>
          <w:sz w:val="20"/>
        </w:rPr>
        <w:t>3:14  ke tum koi ayat parh do.</w:t>
      </w:r>
      <w:r>
        <w:br/>
      </w:r>
      <w:r>
        <w:rPr>
          <w:sz w:val="20"/>
        </w:rPr>
        <w:t>3:20  is se maloom hota hai ke jo hadees parhi gayi hai, is ka matlab yeh nahi hai ghaliban ke jab chup karaya jaye,</w:t>
      </w:r>
      <w:r>
        <w:br/>
      </w:r>
      <w:r>
        <w:rPr>
          <w:sz w:val="20"/>
        </w:rPr>
        <w:t>3:35  chup karanay ka matlab nahi hai, balkay yeh hai ke koi ayat parh di jaye, koi Allah ki</w:t>
      </w:r>
      <w:r>
        <w:br/>
      </w:r>
      <w:r>
        <w:rPr>
          <w:sz w:val="20"/>
        </w:rPr>
        <w:t>3:49  quran ki koi ayat parh di jaye</w:t>
      </w:r>
      <w:r>
        <w:br/>
      </w:r>
      <w:r>
        <w:rPr>
          <w:sz w:val="20"/>
        </w:rPr>
        <w:t>3:55  to woh aadmi chup ho jayega. yeh matlab hai ghaliban is ka.</w:t>
      </w:r>
      <w:r>
        <w:br/>
      </w:r>
      <w:r>
        <w:rPr>
          <w:sz w:val="20"/>
        </w:rPr>
        <w:t>4:08  jaise main aik martaba bahar aik carforst mein tha to aane walay log baithe hue thay,</w:t>
      </w:r>
      <w:r>
        <w:br/>
      </w:r>
      <w:r>
        <w:rPr>
          <w:sz w:val="20"/>
        </w:rPr>
        <w:t>4:23  aapas mein baatein bhi kar rahay thay. to aane wala shakhs mulk ka Prime Minister tha,</w:t>
      </w:r>
      <w:r>
        <w:br/>
      </w:r>
      <w:r>
        <w:rPr>
          <w:sz w:val="20"/>
        </w:rPr>
        <w:t>4:35  bohat jalal wala aadmi tha.</w:t>
      </w:r>
      <w:r>
        <w:br/>
      </w:r>
      <w:r>
        <w:rPr>
          <w:sz w:val="20"/>
        </w:rPr>
        <w:t>4:47  to kisi ne keh diya ke Prime Minister sahib aa rahay hain. jaise hi unhon ne yeh kaha, sab</w:t>
      </w:r>
      <w:r>
        <w:br/>
      </w:r>
      <w:r>
        <w:rPr>
          <w:sz w:val="20"/>
        </w:rPr>
        <w:t>5:00  ek second mein chup ho gaye.</w:t>
      </w:r>
      <w:r>
        <w:br/>
      </w:r>
      <w:r>
        <w:rPr>
          <w:sz w:val="20"/>
        </w:rPr>
        <w:t>5:04  yeh matlab hai is ka.</w:t>
      </w:r>
    </w:p>
    <w:p>
      <w:pPr>
        <w:pStyle w:val="Heading2"/>
      </w:pPr>
      <w:r>
        <w:t>living proof that being a 'no problem person' protects you</w:t>
      </w:r>
    </w:p>
    <w:p>
      <w:r>
        <w:rPr>
          <w:color w:val="666666"/>
          <w:sz w:val="18"/>
        </w:rPr>
        <w:t>From The Spiritual Tree September 8, 2013 · 29s · at 1:03:34 · https://youtu.be/Vv6vf2N8YQA?t=3814</w:t>
      </w:r>
    </w:p>
    <w:p>
      <w:r>
        <w:rPr>
          <w:i/>
        </w:rPr>
        <w:t>“میں زندہ ثبوت ہوں”</w:t>
      </w:r>
    </w:p>
    <w:p>
      <w:r>
        <w:rPr>
          <w:sz w:val="20"/>
        </w:rPr>
        <w:t>1:03:34  yeh ek haqeeqat hai ke agar aap doosre ko takleef na pahunchayein, doosre ki problem na bane to duniya mein koi aap ko kuch kuch bhi karne wala hai.</w:t>
      </w:r>
      <w:r>
        <w:br/>
      </w:r>
      <w:r>
        <w:rPr>
          <w:sz w:val="20"/>
        </w:rPr>
        <w:t>1:03:44  mein zinda saboot hoon. meri itni lambi umar ho gayi.</w:t>
      </w:r>
      <w:r>
        <w:br/>
      </w:r>
      <w:r>
        <w:rPr>
          <w:sz w:val="20"/>
        </w:rPr>
        <w:t>1:03:48  mein aakhri had tak no problem person rehta hoon. no problem person. aakhri had tak. hatta ke apne ghar mein bhi. to mere saath to woh waqiaat nahi hote jo abhi up mein jis ki khabrein sun rahe hain aap.</w:t>
      </w:r>
    </w:p>
    <w:p>
      <w:pPr>
        <w:pStyle w:val="Heading2"/>
      </w:pPr>
      <w:r>
        <w:t>Umar's tradition inspires the mutual learning formula</w:t>
      </w:r>
    </w:p>
    <w:p>
      <w:r>
        <w:rPr>
          <w:color w:val="666666"/>
          <w:sz w:val="18"/>
        </w:rPr>
        <w:t>Interfaith Dialogue (English) February 1, 2014 Maulana Wahiduddin Khan · 2m 18s · at 8:38 · https://youtu.be/esM8RDj_new?t=518</w:t>
      </w:r>
    </w:p>
    <w:p>
      <w:r>
        <w:rPr>
          <w:i/>
        </w:rPr>
        <w:t>“Umar ibn al-Khattab used to learn from everyone.”</w:t>
      </w:r>
    </w:p>
    <w:p>
      <w:r>
        <w:rPr>
          <w:sz w:val="20"/>
        </w:rPr>
        <w:t>8:38  This third formula is based on a tradition. I can say that it is a Faruqi formula.</w:t>
      </w:r>
      <w:r>
        <w:br/>
      </w:r>
      <w:r>
        <w:rPr>
          <w:sz w:val="20"/>
        </w:rPr>
        <w:t>8:50  This formula was adopted by Umar ibn al-Khattab,</w:t>
      </w:r>
      <w:r>
        <w:br/>
      </w:r>
      <w:r>
        <w:rPr>
          <w:sz w:val="20"/>
        </w:rPr>
        <w:t>9:00  who was the second Caliph of Islam</w:t>
      </w:r>
      <w:r>
        <w:br/>
      </w:r>
      <w:r>
        <w:rPr>
          <w:sz w:val="20"/>
        </w:rPr>
        <w:t>9:06  . So, about Umar ibn al-Khattab, we find in books there is a report about him in these words:</w:t>
      </w:r>
      <w:r>
        <w:br/>
      </w:r>
      <w:r>
        <w:rPr>
          <w:sz w:val="20"/>
        </w:rPr>
        <w:t>9:23  "qana yata'allamu min kulli haddin."</w:t>
      </w:r>
      <w:r>
        <w:br/>
      </w:r>
      <w:r>
        <w:rPr>
          <w:sz w:val="20"/>
        </w:rPr>
        <w:t>9:31  It means that he used to learn from everyone. So, this third formula is based on a learning process.</w:t>
      </w:r>
      <w:r>
        <w:br/>
      </w:r>
      <w:r>
        <w:rPr>
          <w:sz w:val="20"/>
        </w:rPr>
        <w:t>9:44  Learning.</w:t>
      </w:r>
      <w:r>
        <w:br/>
      </w:r>
      <w:r>
        <w:rPr>
          <w:sz w:val="20"/>
        </w:rPr>
        <w:t>9:47  So, when I apply this on the concept of interfaith dialogue, I would say that the third formula is mutual learning.</w:t>
      </w:r>
      <w:r>
        <w:br/>
      </w:r>
      <w:r>
        <w:rPr>
          <w:sz w:val="20"/>
        </w:rPr>
        <w:t>10:03  Mutual learning.</w:t>
      </w:r>
      <w:r>
        <w:br/>
      </w:r>
      <w:r>
        <w:rPr>
          <w:sz w:val="20"/>
        </w:rPr>
        <w:t>10:05  It means that</w:t>
      </w:r>
      <w:r>
        <w:br/>
      </w:r>
      <w:r>
        <w:rPr>
          <w:sz w:val="20"/>
        </w:rPr>
        <w:t>10:10  interfaith dialogue, the purpose of interfaith dialogue is neither to discover the uniformity among all the religions, also not to establish your superiority on other religions.</w:t>
      </w:r>
      <w:r>
        <w:br/>
      </w:r>
      <w:r>
        <w:rPr>
          <w:sz w:val="20"/>
        </w:rPr>
        <w:t>10:33  No.</w:t>
      </w:r>
      <w:r>
        <w:br/>
      </w:r>
      <w:r>
        <w:rPr>
          <w:sz w:val="20"/>
        </w:rPr>
        <w:t>10:35  Instead of these two formulas, the third formula is based on mutual learning. All the participants in this process must try to learn from each other.</w:t>
      </w:r>
    </w:p>
    <w:p>
      <w:pPr>
        <w:pStyle w:val="Heading2"/>
      </w:pPr>
      <w:r>
        <w:t>One chance and modern civilization preview</w:t>
      </w:r>
    </w:p>
    <w:p>
      <w:r>
        <w:rPr>
          <w:color w:val="666666"/>
          <w:sz w:val="18"/>
        </w:rPr>
        <w:t>How to Become Deserving of Paradise August 16, 2020 Maulana Wahiduddin Khan · 1m 34s · at 21:55 · https://youtu.be/jFXK3TMiqtA?t=1315</w:t>
      </w:r>
    </w:p>
    <w:p>
      <w:r>
        <w:rPr>
          <w:i/>
        </w:rPr>
        <w:t>“Zindagi sirf ek baar milti hai”</w:t>
      </w:r>
    </w:p>
    <w:p>
      <w:r>
        <w:rPr>
          <w:sz w:val="20"/>
        </w:rPr>
        <w:t>21:55  to yaad rakhiye, zindagi sirf ek baar milti hai, ek baar milti hai. isi pehle chance mein aap ya to avail kar lijiye ya hamesha ke liye bro ho jaiye.</w:t>
      </w:r>
      <w:r>
        <w:br/>
      </w:r>
      <w:r>
        <w:rPr>
          <w:sz w:val="20"/>
        </w:rPr>
        <w:t>22:15  o allah!</w:t>
      </w:r>
      <w:r>
        <w:br/>
      </w:r>
      <w:r>
        <w:rPr>
          <w:sz w:val="20"/>
        </w:rPr>
        <w:t>22:17  main soch ke kaanp uthta hoon ke paaya chance agar gaya to phir hoga kya?</w:t>
      </w:r>
      <w:r>
        <w:br/>
      </w:r>
      <w:r>
        <w:rPr>
          <w:sz w:val="20"/>
        </w:rPr>
        <w:t>22:26  aaj main soch raha tha ke jab main jawani ke umar mein tha to main kuch aur tha, ab main badhapa ke umar mein hoon.</w:t>
      </w:r>
      <w:r>
        <w:br/>
      </w:r>
      <w:r>
        <w:rPr>
          <w:sz w:val="20"/>
        </w:rPr>
        <w:t>22:39  to badhape mein insaan ek aur insaan hota hai, yaani har cheez problem, har cheez problem.</w:t>
      </w:r>
      <w:r>
        <w:br/>
      </w:r>
      <w:r>
        <w:rPr>
          <w:sz w:val="20"/>
        </w:rPr>
        <w:t>22:49  to yaad rakhiye ke yeh chance aap ko ek baar mila hai, doosri baar milne wala nahi hai.</w:t>
      </w:r>
      <w:r>
        <w:br/>
      </w:r>
      <w:r>
        <w:rPr>
          <w:sz w:val="20"/>
        </w:rPr>
        <w:t>22:58  aur aap ko jaanna ho ke paradise kya hai to aap ek study kijiye, modern civilization.</w:t>
      </w:r>
      <w:r>
        <w:br/>
      </w:r>
      <w:r>
        <w:rPr>
          <w:sz w:val="20"/>
        </w:rPr>
        <w:t>23:09  is ke liye aap jab bhi degree haasil karte hain,</w:t>
      </w:r>
      <w:r>
        <w:br/>
      </w:r>
      <w:r>
        <w:rPr>
          <w:sz w:val="20"/>
        </w:rPr>
        <w:t>23:16  tab aap aaj ka jo</w:t>
      </w:r>
      <w:r>
        <w:br/>
      </w:r>
      <w:r>
        <w:rPr>
          <w:sz w:val="20"/>
        </w:rPr>
        <w:t>23:22  civilization hai, is ka darwaza aap ke liye khulta hai.</w:t>
      </w:r>
    </w:p>
    <w:p>
      <w:pPr>
        <w:pStyle w:val="Heading2"/>
      </w:pPr>
      <w:r>
        <w:t>Father-son bicycle story about the right to ask boldly</w:t>
      </w:r>
    </w:p>
    <w:p>
      <w:r>
        <w:rPr>
          <w:color w:val="666666"/>
          <w:sz w:val="18"/>
        </w:rPr>
        <w:t>Love of God April 10, 2011 · 2m 42s · at 45:01 · https://youtu.be/Pt1wxMp7nvE?t=2701</w:t>
      </w:r>
    </w:p>
    <w:p>
      <w:r>
        <w:rPr>
          <w:i/>
        </w:rPr>
        <w:t>“ایک سچا قصہ ہے، غالباً رام پور کا”</w:t>
      </w:r>
    </w:p>
    <w:p>
      <w:r>
        <w:rPr>
          <w:sz w:val="20"/>
        </w:rPr>
        <w:t>45:01  toh is darje mein aap ko pahunchana hai apne aap ko. jaise ek qissa maine is se pehle bayan kiya tha ke ek sachha qissa hai.</w:t>
      </w:r>
      <w:r>
        <w:br/>
      </w:r>
      <w:r>
        <w:rPr>
          <w:sz w:val="20"/>
        </w:rPr>
        <w:t>45:16  ek sachha qissa hai ghaliban Rampur ka. ek baap tha woh teacher tha mamooli teacher. teacher ki aamdani is zamane mein toh bohat kam hoti thi.</w:t>
      </w:r>
      <w:r>
        <w:br/>
      </w:r>
      <w:r>
        <w:rPr>
          <w:sz w:val="20"/>
        </w:rPr>
        <w:t>45:27  ab toh kuch badh bhi gayi hai.</w:t>
      </w:r>
      <w:r>
        <w:br/>
      </w:r>
      <w:r>
        <w:rPr>
          <w:sz w:val="20"/>
        </w:rPr>
        <w:t>45:30  toh bachche ko yeh shauq hua ke us ke paas bicycle ho. apne baap se us ne kaha ke mujhe aap ek bicycle khareed dijiye.</w:t>
      </w:r>
      <w:r>
        <w:br/>
      </w:r>
      <w:r>
        <w:rPr>
          <w:sz w:val="20"/>
        </w:rPr>
        <w:t>45:41  toh baap chunke us ke paas paisa nahin tha toh us ne nazar andaaz kiya. kuch jawab nahin diya us ne. toh bete ne kai baar baap se kaha ke mujhe aap ek bicycle khareed dijiye.</w:t>
      </w:r>
      <w:r>
        <w:br/>
      </w:r>
      <w:r>
        <w:rPr>
          <w:sz w:val="20"/>
        </w:rPr>
        <w:t>45:54  mujhe bicycle chahiye.</w:t>
      </w:r>
      <w:r>
        <w:br/>
      </w:r>
      <w:r>
        <w:rPr>
          <w:sz w:val="20"/>
        </w:rPr>
        <w:t>45:57  toh kai baar ke baad jab bete ne ek din kaha toh baap ghussa ho gaya. main ne mujhe mein bicycle nahin khareed sakta.</w:t>
      </w:r>
      <w:r>
        <w:br/>
      </w:r>
      <w:r>
        <w:rPr>
          <w:sz w:val="20"/>
        </w:rPr>
        <w:t>46:08  mere bas mein nahin hai. aur tum agar use kehte rahe toh tum maroonga main tum ko.</w:t>
      </w:r>
      <w:r>
        <w:br/>
      </w:r>
      <w:r>
        <w:rPr>
          <w:sz w:val="20"/>
        </w:rPr>
        <w:t>46:16  toh toh kya hua ke beta ro pada. bete ne kaha aap hi toh hamare baap hain.</w:t>
      </w:r>
      <w:r>
        <w:br/>
      </w:r>
      <w:r>
        <w:rPr>
          <w:sz w:val="20"/>
        </w:rPr>
        <w:t>46:27  aap se na kaha toh kis se kahein?</w:t>
      </w:r>
      <w:r>
        <w:br/>
      </w:r>
      <w:r>
        <w:rPr>
          <w:sz w:val="20"/>
        </w:rPr>
        <w:t>46:32  aap hi toh hamare baap hain. aap se na kaha toh kis se kahein? yeh kehte hue beta bhi ro pada. baap bhi ro pada. baap ne jab suna woh bhi rone laga.</w:t>
      </w:r>
      <w:r>
        <w:br/>
      </w:r>
      <w:r>
        <w:rPr>
          <w:sz w:val="20"/>
        </w:rPr>
        <w:t>46:43  aur beta bhi rone laga. ke aap hi toh hamare baap hain. aap se na kaha toh kis se kahein? yeh hai beta jo apne baap se mohabbat karta hai toh us ko ek naaz paida ho jata hai.</w:t>
      </w:r>
      <w:r>
        <w:br/>
      </w:r>
      <w:r>
        <w:rPr>
          <w:sz w:val="20"/>
        </w:rPr>
        <w:t>46:57  wohi beta kisi aur se nahin kahega. is rag ke chalne wale ko pakad kar nahin kahega aisa woh. yeh talluq bande ko Khuda se hona chahiye.</w:t>
      </w:r>
      <w:r>
        <w:br/>
      </w:r>
      <w:r>
        <w:rPr>
          <w:sz w:val="20"/>
        </w:rPr>
        <w:t>47:10  banda yeh keh sake Khudaaya tu hi toh mera Khuda hai. tere liye maine apni saari jazbaat o mohabbat qurban kar diya.</w:t>
      </w:r>
      <w:r>
        <w:br/>
      </w:r>
      <w:r>
        <w:rPr>
          <w:sz w:val="20"/>
        </w:rPr>
        <w:t>47:20  tere liye main apna wajood saunp diya. tujh ko maine apna concern banaya.</w:t>
      </w:r>
      <w:r>
        <w:br/>
      </w:r>
      <w:r>
        <w:rPr>
          <w:sz w:val="20"/>
        </w:rPr>
        <w:t>47:27  to tujh se na kahoon to kis se kahoon?</w:t>
      </w:r>
      <w:r>
        <w:br/>
      </w:r>
      <w:r>
        <w:rPr>
          <w:sz w:val="20"/>
        </w:rPr>
        <w:t>47:32  yeh yeh is darje mein talluq bande se bande ko khuda se ho jaye woh matloob hai. technical talluq matloob nahi hai.</w:t>
      </w:r>
    </w:p>
    <w:p>
      <w:pPr>
        <w:pStyle w:val="Heading2"/>
      </w:pPr>
      <w:r>
        <w:t>How Quran makes Ahlullah through tadabbur</w:t>
      </w:r>
    </w:p>
    <w:p>
      <w:r>
        <w:rPr>
          <w:color w:val="666666"/>
          <w:sz w:val="18"/>
        </w:rPr>
        <w:t>The Message of Islam March 29, 2014 Maulana Wahiduddin Khan · 3m 37s · at 1:14 · https://youtu.be/cVBrjiI9ngY?t=74</w:t>
      </w:r>
    </w:p>
    <w:p>
      <w:r>
        <w:rPr>
          <w:i/>
        </w:rPr>
        <w:t>“This hadith has three words: Ahlullah, Ahl al-Quran, Khassatullah.”</w:t>
      </w:r>
    </w:p>
    <w:p>
      <w:r>
        <w:rPr>
          <w:sz w:val="20"/>
        </w:rPr>
        <w:t>1:14  This hadith that was recited has three terms in it: 'Ahlullah', 'Ahlul Quran', and 'Khassatullah'. Three terms.</w:t>
      </w:r>
      <w:r>
        <w:br/>
      </w:r>
      <w:r>
        <w:rPr>
          <w:sz w:val="20"/>
        </w:rPr>
        <w:t>1:34  Upon reflection, it is understood that the central term here is 'Ahlullah'. Meaning, among people, there are those who are Ahlullah, meaning, they belong to Allah.</w:t>
      </w:r>
      <w:r>
        <w:br/>
      </w:r>
      <w:r>
        <w:rPr>
          <w:sz w:val="20"/>
        </w:rPr>
        <w:t>1:53  It is said about them that they are Allah's special servants. They are Allah's special servants.</w:t>
      </w:r>
      <w:r>
        <w:br/>
      </w:r>
      <w:r>
        <w:rPr>
          <w:sz w:val="20"/>
        </w:rPr>
        <w:t>2:04  aur teesra jo lafz hai "ahl-e-quran" is se maloom hota hai ke yeh bande bante kaise hain.</w:t>
      </w:r>
      <w:r>
        <w:br/>
      </w:r>
      <w:r>
        <w:rPr>
          <w:sz w:val="20"/>
        </w:rPr>
        <w:t>2:15  kya tareeqa hai aise bandon ke banne ka? woh yeh hai ke woh quran ko apna concern bana lete hain, quran mein ghore o fikr karte hain, quran mein tadabbur karte hain,</w:t>
      </w:r>
      <w:r>
        <w:br/>
      </w:r>
      <w:r>
        <w:rPr>
          <w:sz w:val="20"/>
        </w:rPr>
        <w:t>2:31  quran se apna rizq lete hain. is tarah se woh un ke andar ek personality banti hai.</w:t>
      </w:r>
      <w:r>
        <w:br/>
      </w:r>
      <w:r>
        <w:rPr>
          <w:sz w:val="20"/>
        </w:rPr>
        <w:t>2:44  yeh personality jo banti hai bohat hi khaas personality hoti hai aur yahi Allah ke nazdeek Allah wale log hain.</w:t>
      </w:r>
      <w:r>
        <w:br/>
      </w:r>
      <w:r>
        <w:rPr>
          <w:sz w:val="20"/>
        </w:rPr>
        <w:t>2:57  to yeh baat is hadith se maloom hui.</w:t>
      </w:r>
      <w:r>
        <w:br/>
      </w:r>
      <w:r>
        <w:rPr>
          <w:sz w:val="20"/>
        </w:rPr>
        <w:t>3:04  ab ghore kijiye</w:t>
      </w:r>
      <w:r>
        <w:br/>
      </w:r>
      <w:r>
        <w:rPr>
          <w:sz w:val="20"/>
        </w:rPr>
        <w:t>3:08  to sochne ki baat yeh hai ke</w:t>
      </w:r>
      <w:r>
        <w:br/>
      </w:r>
      <w:r>
        <w:rPr>
          <w:sz w:val="20"/>
        </w:rPr>
        <w:t>3:13  quran kaise aise insaan banata hai jo Allah ke khaas bande hon, jo ahl-e-Allah kahe jaen.</w:t>
      </w:r>
      <w:r>
        <w:br/>
      </w:r>
      <w:r>
        <w:rPr>
          <w:sz w:val="20"/>
        </w:rPr>
        <w:t>3:24  woh hota hai tadabbur ke zariye.</w:t>
      </w:r>
      <w:r>
        <w:br/>
      </w:r>
      <w:r>
        <w:rPr>
          <w:sz w:val="20"/>
        </w:rPr>
        <w:t>3:30  jo hai quran majeed mein aaya hai ke: "la tadabbaroo ayat-e-hi wa la tatazakkar oo olu-l-albab". yeh tadabbur hota hai lubb ke zariye se, yani aqal ke zariye se.</w:t>
      </w:r>
      <w:r>
        <w:br/>
      </w:r>
      <w:r>
        <w:rPr>
          <w:sz w:val="20"/>
        </w:rPr>
        <w:t>3:44  apni aqal ko istemal kar ke quran par tadabbur karna yeh hai woh zariya.</w:t>
      </w:r>
      <w:r>
        <w:br/>
      </w:r>
      <w:r>
        <w:rPr>
          <w:sz w:val="20"/>
        </w:rPr>
        <w:t>3:53  yeh nahi ke aap bohat achi tadween seekh len, aap makharij ko bohat durust kar len aur phir quran ko parhen.</w:t>
      </w:r>
      <w:r>
        <w:br/>
      </w:r>
      <w:r>
        <w:rPr>
          <w:sz w:val="20"/>
        </w:rPr>
        <w:t>4:04  yeh matlab nahi hai. aqal ko istemal karne ke baad jo tadabbur quran paida hota hai woh murad hai yahan par.</w:t>
      </w:r>
      <w:r>
        <w:br/>
      </w:r>
      <w:r>
        <w:rPr>
          <w:sz w:val="20"/>
        </w:rPr>
        <w:t>4:21  to jab aap quran ko parhen aqal ko istemal karte hue,</w:t>
      </w:r>
      <w:r>
        <w:br/>
      </w:r>
      <w:r>
        <w:rPr>
          <w:sz w:val="20"/>
        </w:rPr>
        <w:t>4:28  tadabbur karen aqal ko istemal karte hue to kya hota hai? quran ki ayaten aap ke liye har har ayat aap ko rizq dene wali ban jati hai.</w:t>
      </w:r>
      <w:r>
        <w:br/>
      </w:r>
      <w:r>
        <w:rPr>
          <w:sz w:val="20"/>
        </w:rPr>
        <w:t>4:43  rizq rohani, rizq rabbani</w:t>
      </w:r>
      <w:r>
        <w:br/>
      </w:r>
      <w:r>
        <w:rPr>
          <w:sz w:val="20"/>
        </w:rPr>
        <w:t>4:49  ban jati hai.</w:t>
      </w:r>
    </w:p>
    <w:p>
      <w:pPr>
        <w:pStyle w:val="Heading2"/>
      </w:pPr>
      <w:r>
        <w:t>Question on negative thinking and answer</w:t>
      </w:r>
    </w:p>
    <w:p>
      <w:r>
        <w:rPr>
          <w:color w:val="666666"/>
          <w:sz w:val="18"/>
        </w:rPr>
        <w:t>Non Complaining Attitude Feb 23, 2019 · 4m 15s · at 22:06 · https://youtu.be/W_UN5PdpeR8?t=1326</w:t>
      </w:r>
    </w:p>
    <w:p>
      <w:r>
        <w:rPr>
          <w:i/>
        </w:rPr>
        <w:t>“Aah, Maulana, aap ne ek nayi soch di hai aaj.”</w:t>
      </w:r>
    </w:p>
    <w:p>
      <w:r>
        <w:rPr>
          <w:sz w:val="20"/>
        </w:rPr>
        <w:t>22:06  ah Maulana, aap ne ek nayi soch di hai aaj, woh yeh hai ke hum ko apni rai banane ke liye quran aur hadith ko samne rakhna hoga, aur is buniyad par rai banani hogi, na ke akhbar aur media mein jo aata hai, us buniyad par rai nahi banani hai hum ko.</w:t>
      </w:r>
      <w:r>
        <w:br/>
      </w:r>
      <w:r>
        <w:rPr>
          <w:sz w:val="20"/>
        </w:rPr>
        <w:t>22:23  ah mera sawal yeh hai ke agar hum koi negative rai banate hain kisi cheez ke bare mein, ah positive rai ke bajaye, to us se nuksan kya hota hai?</w:t>
      </w:r>
      <w:r>
        <w:br/>
      </w:r>
      <w:r>
        <w:rPr>
          <w:sz w:val="20"/>
        </w:rPr>
        <w:t>22:37  is ka nuksan yeh hai ke</w:t>
      </w:r>
      <w:r>
        <w:br/>
      </w:r>
      <w:r>
        <w:rPr>
          <w:sz w:val="20"/>
        </w:rPr>
        <w:t>22:42  ulti soch banti hai. zamana to ja raha hai Allah ke deen ki kamyabi ki taraf, hum ulta rai bana lete hain ke hum gire hue hain.</w:t>
      </w:r>
      <w:r>
        <w:br/>
      </w:r>
      <w:r>
        <w:rPr>
          <w:sz w:val="20"/>
        </w:rPr>
        <w:t>22:59  bahut zyada yeh baat maine suni logon ki zuban se ke "we are under siege, we are under siege". to yeh yeh hoga ke ab sab raste hamare liye khule hue hain, sirf aage badhna hai.</w:t>
      </w:r>
      <w:r>
        <w:br/>
      </w:r>
      <w:r>
        <w:rPr>
          <w:sz w:val="20"/>
        </w:rPr>
        <w:t>23:15  Allah ke farishte hamara intezar kar rahe hain darwaze kholne ke liye.</w:t>
      </w:r>
      <w:r>
        <w:br/>
      </w:r>
      <w:r>
        <w:rPr>
          <w:sz w:val="20"/>
        </w:rPr>
        <w:t>23:24  to agar sahi soch aayegi to positive thinking banegi, hausla aayega,</w:t>
      </w:r>
      <w:r>
        <w:br/>
      </w:r>
      <w:r>
        <w:rPr>
          <w:sz w:val="20"/>
        </w:rPr>
        <w:t>23:36  aur azm o himmat ke sath planning karna seekhenge,</w:t>
      </w:r>
      <w:r>
        <w:br/>
      </w:r>
      <w:r>
        <w:rPr>
          <w:sz w:val="20"/>
        </w:rPr>
        <w:t>23:44  jaisa ke sahaba ke zamane mein hua. Yani sahaba ki waqiat kahani ban gaye hain, lekin woh woh waqiat dobara waqia banne ke liye intezar kar rahe hain.</w:t>
      </w:r>
      <w:r>
        <w:br/>
      </w:r>
      <w:r>
        <w:rPr>
          <w:sz w:val="20"/>
        </w:rPr>
        <w:t>23:59  to woh sab hoga. Maulana, aap ne aaj jo bataya, ah ke hamein, hum sab ko hamesha, ah "we should always think about the future before ah doing any work", not only related to the mission, but also otherwise.</w:t>
      </w:r>
      <w:r>
        <w:br/>
      </w:r>
      <w:r>
        <w:rPr>
          <w:sz w:val="20"/>
        </w:rPr>
        <w:t>24:21  "we should keep in mind our future, how we want the outcome to be", and based on that, "we should do, we should perform any action".</w:t>
      </w:r>
      <w:r>
        <w:br/>
      </w:r>
      <w:r>
        <w:rPr>
          <w:sz w:val="20"/>
        </w:rPr>
        <w:t>24:34  So I just have a small question, ah that, ah sometimes we, ah the present situation seems so bad that, ah we think that our future is not going to be, ah working out to be a very, ah ah a positive one.</w:t>
      </w:r>
      <w:r>
        <w:br/>
      </w:r>
      <w:r>
        <w:rPr>
          <w:sz w:val="20"/>
        </w:rPr>
        <w:t>24:57  We we often tend to think that this situation, the current situation, it is not going to bear a fruitful future for us.</w:t>
      </w:r>
      <w:r>
        <w:br/>
      </w:r>
      <w:r>
        <w:rPr>
          <w:sz w:val="20"/>
        </w:rPr>
        <w:t>25:10  So what should be our, ah our way of thinking and our way of handling this kind of situations, keeping the future in mind?</w:t>
      </w:r>
      <w:r>
        <w:br/>
      </w:r>
      <w:r>
        <w:rPr>
          <w:sz w:val="20"/>
        </w:rPr>
        <w:t>25:27  kya question hai? Maulana, un ka question yeh hai ke kabhi kabhi aisa hota hai ke, ah hum haalat itni kharab ho jate hain ke future ke bare mein positive sochna mumkin nahi hota hai.</w:t>
      </w:r>
      <w:r>
        <w:br/>
      </w:r>
      <w:r>
        <w:rPr>
          <w:sz w:val="20"/>
        </w:rPr>
        <w:t>25:39  is waqt hum ko kaise apne aap ko, ah positive rakhna chahiye? Bhai, dekhiye, main bhi isi duniya mein rehta hoon.</w:t>
      </w:r>
      <w:r>
        <w:br/>
      </w:r>
      <w:r>
        <w:rPr>
          <w:sz w:val="20"/>
        </w:rPr>
        <w:t>25:51  to main kal, main 90 plus ho chuka hoon.</w:t>
      </w:r>
    </w:p>
    <w:p>
      <w:pPr>
        <w:pStyle w:val="Heading2"/>
      </w:pPr>
      <w:r>
        <w:t>Misunderstanding between two friends resolved</w:t>
      </w:r>
    </w:p>
    <w:p>
      <w:r>
        <w:rPr>
          <w:color w:val="666666"/>
          <w:sz w:val="18"/>
        </w:rPr>
        <w:t>The Art of Emotion Management December 26, 2007 Maulana Wahiduddin Khan · 1m 45s · at 24:54 · https://youtu.be/Im7m_nZwC7E?t=1494</w:t>
      </w:r>
    </w:p>
    <w:p>
      <w:r>
        <w:rPr>
          <w:i/>
        </w:rPr>
        <w:t>“I know a person from district Meerut...”</w:t>
      </w:r>
    </w:p>
    <w:p>
      <w:r>
        <w:rPr>
          <w:sz w:val="20"/>
        </w:rPr>
        <w:t>24:54  main ek sahib ko janta hoon.</w:t>
      </w:r>
      <w:r>
        <w:br/>
      </w:r>
      <w:r>
        <w:rPr>
          <w:sz w:val="20"/>
        </w:rPr>
        <w:t>24:59  woh zila meerut ke ek aadmi thay. main un ke haan gaya un ke ghar par. to unhon ne bataya ke un ka ek dost tha.</w:t>
      </w:r>
      <w:r>
        <w:br/>
      </w:r>
      <w:r>
        <w:rPr>
          <w:sz w:val="20"/>
        </w:rPr>
        <w:t>25:08  dost ka matlab un ke milnay julnay walon mein ek ek sahib thay. to kisi baat par un ko un ke baray mein misunderstanding ho gayi.</w:t>
      </w:r>
      <w:r>
        <w:br/>
      </w:r>
      <w:r>
        <w:rPr>
          <w:sz w:val="20"/>
        </w:rPr>
        <w:t>25:19  misunderstanding. ab woh ghussa ho gaye. itna ghussa ho gaya ke bol chaal band kar diya unhon ne. bol chaal band kar diya. jab main gaya to bol chaal band thi woh.</w:t>
      </w:r>
      <w:r>
        <w:br/>
      </w:r>
      <w:r>
        <w:rPr>
          <w:sz w:val="20"/>
        </w:rPr>
        <w:t>25:31  to maine kaha ke aap ne kabhi poocha un se? jo aap ko misunderstanding hui thi galat fehmi to aap ne kabhi poocha un se?</w:t>
      </w:r>
      <w:r>
        <w:br/>
      </w:r>
      <w:r>
        <w:rPr>
          <w:sz w:val="20"/>
        </w:rPr>
        <w:t>25:41  nahi. unhon ne kaha nahi poocha to kya pata hai ke aap sahi tha ya galat tha aap ka samajhna. sahi tha ya galat tha aap ka samajhna.</w:t>
      </w:r>
      <w:r>
        <w:br/>
      </w:r>
      <w:r>
        <w:rPr>
          <w:sz w:val="20"/>
        </w:rPr>
        <w:t>25:52  to unhon ne is se mil kar ke poocha. agarchay ab do saal beet chukay thay do saal. to us ne bataya to maloom hua ke woh sirf galat fehmi thi.</w:t>
      </w:r>
      <w:r>
        <w:br/>
      </w:r>
      <w:r>
        <w:rPr>
          <w:sz w:val="20"/>
        </w:rPr>
        <w:t>26:04  sheer misunderstanding. baat kuch bhi nahi thi. khawamkhwah unhein ek galat fehmi ho gayi khawamkhwah.</w:t>
      </w:r>
      <w:r>
        <w:br/>
      </w:r>
      <w:r>
        <w:rPr>
          <w:sz w:val="20"/>
        </w:rPr>
        <w:t>26:16  to is ke baad unhon ne maafi mangi. maine un se kaha ke aap maafi mangiye. unhon ne maafi mangi. aur phir dono mein bohat acha sync bana.</w:t>
      </w:r>
      <w:r>
        <w:br/>
      </w:r>
      <w:r>
        <w:rPr>
          <w:sz w:val="20"/>
        </w:rPr>
        <w:t>26:26  yahan tak ke dono ne sath mil kar business kiya. is ke das saal baad phir meri mulaqat hui. to bataya unhon ne ke itna acha partner to aaj tak maine dekha hi nahi tha.</w:t>
      </w:r>
    </w:p>
    <w:p>
      <w:pPr>
        <w:pStyle w:val="Heading2"/>
      </w:pPr>
      <w:r>
        <w:t>Discovering meaning of dhikr gatherings</w:t>
      </w:r>
    </w:p>
    <w:p>
      <w:r>
        <w:rPr>
          <w:color w:val="666666"/>
          <w:sz w:val="18"/>
        </w:rPr>
        <w:t>CPS Peace Conference 2019, Day 1. Session 2 (Remembrance of God) · 2m 01s · at 5:04 · https://youtu.be/MaqHmFTbIqk?t=304</w:t>
      </w:r>
    </w:p>
    <w:p>
      <w:r>
        <w:rPr>
          <w:i/>
        </w:rPr>
        <w:t>“Is hadith ko mein is waqt se jaanta hoon”</w:t>
      </w:r>
    </w:p>
    <w:p>
      <w:r>
        <w:rPr>
          <w:sz w:val="20"/>
        </w:rPr>
        <w:t>5:04  is hadith ko main is waqt se janta hoon jab ke main nojawan ki umer mein tha. aap jantay hain ke main boorha ho chuka hoon.</w:t>
      </w:r>
      <w:r>
        <w:br/>
      </w:r>
      <w:r>
        <w:rPr>
          <w:sz w:val="20"/>
        </w:rPr>
        <w:t>5:16  tab se main sochta raha hoon aik sawal ko le kar ke farishtay toot tootay kya hain? woh to har jagah hain, har basay, har masjid, har madrasa, har jalsay, har workshop, har magazine, har kitab mein charchay ho raha hai.</w:t>
      </w:r>
      <w:r>
        <w:br/>
      </w:r>
      <w:r>
        <w:rPr>
          <w:sz w:val="20"/>
        </w:rPr>
        <w:t>5:40  to to har jagah ho raha hai to tootay kya hain? bohat dinon ke baad mujh par yeh cheez khuli ke charchay ho raha hai apni community ko le kar.</w:t>
      </w:r>
      <w:r>
        <w:br/>
      </w:r>
      <w:r>
        <w:rPr>
          <w:sz w:val="20"/>
        </w:rPr>
        <w:t>5:54  farishtay dhoond rahay hain ke kya koi aisa bhi insan hai jo Allah rab ul alameen ko le kar is ko charchay kare?</w:t>
      </w:r>
      <w:r>
        <w:br/>
      </w:r>
      <w:r>
        <w:rPr>
          <w:sz w:val="20"/>
        </w:rPr>
        <w:t>6:06  to main nahin paya, kam az kam main nahin paya. jahan bhi gaya, main jahan bhi dekha, main jo bhi kitab parhi, jo bhi akhbar parha, sab mein apni community ke zulm ka charchay.</w:t>
      </w:r>
      <w:r>
        <w:br/>
      </w:r>
      <w:r>
        <w:rPr>
          <w:sz w:val="20"/>
        </w:rPr>
        <w:t>6:19  yeh zulm hai, woh dushmani hai, woh sazish hai, yahi sab.</w:t>
      </w:r>
      <w:r>
        <w:br/>
      </w:r>
      <w:r>
        <w:rPr>
          <w:sz w:val="20"/>
        </w:rPr>
        <w:t>6:28  bohat dinon ke baad maine is cheez ko discover kiya ke farishtay dhoondtay hain is spot ko jahan log Allah ki glory band karte hon, Allah ki glory, Allah ki azmat.</w:t>
      </w:r>
      <w:r>
        <w:br/>
      </w:r>
      <w:r>
        <w:rPr>
          <w:sz w:val="20"/>
        </w:rPr>
        <w:t>6:49  to main samajhta hoon ke yeh jo aaj aap ne aaye ijtima kiya hai, meri Allah se umeed hai ke woh is ijtima ko is mein shamil farmaye ga.</w:t>
      </w:r>
    </w:p>
    <w:p>
      <w:pPr>
        <w:pStyle w:val="Heading2"/>
      </w:pPr>
      <w:r>
        <w:t>Zakat as money management and purification</w:t>
      </w:r>
    </w:p>
    <w:p>
      <w:r>
        <w:rPr>
          <w:color w:val="666666"/>
          <w:sz w:val="18"/>
        </w:rPr>
        <w:t>Principles of Zakat in Islam 11 May 2007 - Maulana Wahiduddin Khan · 2m 28s · at 7:55 · https://youtu.be/RmfLc_lQrxs?t=475</w:t>
      </w:r>
    </w:p>
    <w:p>
      <w:r>
        <w:rPr>
          <w:i/>
        </w:rPr>
        <w:t>“Zakat gives you the principle of money management.”</w:t>
      </w:r>
    </w:p>
    <w:p>
      <w:r>
        <w:rPr>
          <w:sz w:val="20"/>
        </w:rPr>
        <w:t>7:55  Zakat is... the... Zakat gives you the principle of money management.</w:t>
      </w:r>
      <w:r>
        <w:br/>
      </w:r>
      <w:r>
        <w:rPr>
          <w:sz w:val="20"/>
        </w:rPr>
        <w:t>8:04  Now... Zakat literally means purification. Purification.</w:t>
      </w:r>
      <w:r>
        <w:br/>
      </w:r>
      <w:r>
        <w:rPr>
          <w:sz w:val="20"/>
        </w:rPr>
        <w:t>8:15  The literal meaning of Zakat is purification. So when you pay Zakat from your earning... you are purifying yourself.</w:t>
      </w:r>
      <w:r>
        <w:br/>
      </w:r>
      <w:r>
        <w:rPr>
          <w:sz w:val="20"/>
        </w:rPr>
        <w:t>8:28  You know... money is the greatest... thing for everyone. The center of love is money.</w:t>
      </w:r>
      <w:r>
        <w:br/>
      </w:r>
      <w:r>
        <w:rPr>
          <w:sz w:val="20"/>
        </w:rPr>
        <w:t>8:37  For everyone.</w:t>
      </w:r>
      <w:r>
        <w:br/>
      </w:r>
      <w:r>
        <w:rPr>
          <w:sz w:val="20"/>
        </w:rPr>
        <w:t>8:40  Everyone loves money. So there is a verse in the Quran... lan tanalul birra hatta tunfiqu mimma tuhibbun Money is your supreme concern.</w:t>
      </w:r>
      <w:r>
        <w:br/>
      </w:r>
      <w:r>
        <w:rPr>
          <w:sz w:val="20"/>
        </w:rPr>
        <w:t>8:59  You love money. So until you pay from this... money, you are not a true believer. This is purification.</w:t>
      </w:r>
      <w:r>
        <w:br/>
      </w:r>
      <w:r>
        <w:rPr>
          <w:sz w:val="20"/>
        </w:rPr>
        <w:t>9:10  When you pay a part of your earning... for the sake of God...</w:t>
      </w:r>
      <w:r>
        <w:br/>
      </w:r>
      <w:r>
        <w:rPr>
          <w:sz w:val="20"/>
        </w:rPr>
        <w:t>9:20  it means that you are purifying your money. You are inculcating the spirit of...</w:t>
      </w:r>
      <w:r>
        <w:br/>
      </w:r>
      <w:r>
        <w:rPr>
          <w:sz w:val="20"/>
        </w:rPr>
        <w:t>9:31  consciousness. That God is everything. My money is for God.</w:t>
      </w:r>
      <w:r>
        <w:br/>
      </w:r>
      <w:r>
        <w:rPr>
          <w:sz w:val="20"/>
        </w:rPr>
        <w:t>9:38  I am for God.</w:t>
      </w:r>
      <w:r>
        <w:br/>
      </w:r>
      <w:r>
        <w:rPr>
          <w:sz w:val="20"/>
        </w:rPr>
        <w:t>9:42  Every... belonging of my...</w:t>
      </w:r>
      <w:r>
        <w:br/>
      </w:r>
      <w:r>
        <w:rPr>
          <w:sz w:val="20"/>
        </w:rPr>
        <w:t>9:48  myself is for God. So... Zakat is a sign of this kind of...</w:t>
      </w:r>
      <w:r>
        <w:br/>
      </w:r>
      <w:r>
        <w:rPr>
          <w:sz w:val="20"/>
        </w:rPr>
        <w:t>10:00  decision, this kind of...</w:t>
      </w:r>
      <w:r>
        <w:br/>
      </w:r>
      <w:r>
        <w:rPr>
          <w:sz w:val="20"/>
        </w:rPr>
        <w:t>10:04  of</w:t>
      </w:r>
      <w:r>
        <w:br/>
      </w:r>
      <w:r>
        <w:rPr>
          <w:sz w:val="20"/>
        </w:rPr>
        <w:t>10:06  declaration. So, there are 2 aspects, 2 basic aspects of Zakat. There are 2 basic aspects of Zakat.</w:t>
      </w:r>
      <w:r>
        <w:br/>
      </w:r>
      <w:r>
        <w:rPr>
          <w:sz w:val="20"/>
        </w:rPr>
        <w:t>10:21  One is personal.</w:t>
      </w:r>
    </w:p>
    <w:p>
      <w:pPr>
        <w:pStyle w:val="Heading2"/>
      </w:pPr>
      <w:r>
        <w:t>How Adam's repentance transformed him into a prophet</w:t>
      </w:r>
    </w:p>
    <w:p>
      <w:r>
        <w:rPr>
          <w:color w:val="666666"/>
          <w:sz w:val="18"/>
        </w:rPr>
        <w:t>Materialism and Intellectual Dwarfism 29th April 2012 · 5m 20s · at 50:01 · https://youtu.be/qHzARL_r3I4?t=3001</w:t>
      </w:r>
    </w:p>
    <w:p>
      <w:r>
        <w:rPr>
          <w:i/>
        </w:rPr>
        <w:t>“Hazrat Adam alaihissalam jannat mein rakhe gaye”</w:t>
      </w:r>
    </w:p>
    <w:p>
      <w:r>
        <w:rPr>
          <w:sz w:val="20"/>
        </w:rPr>
        <w:t>50:01  dekhen, is mein ek baat mein yeh bhi arz kar doon ke is ka matlab yeh nahi ke insan koi perfect ho sakta hai. insan se ghaltiyan hongi, insan se ghaltiyan hongi aur ghaltiyan khud bhi matloob hain.</w:t>
      </w:r>
      <w:r>
        <w:br/>
      </w:r>
      <w:r>
        <w:rPr>
          <w:sz w:val="20"/>
        </w:rPr>
        <w:t>50:18  hadees mein aata hai ke agar insan ghalti na kare toh Allah taala ek aur makhlooq paida karega jo ghalti kare aur toba kare, ghalti kare aur Allah se maafi mangay.</w:t>
      </w:r>
      <w:r>
        <w:br/>
      </w:r>
      <w:r>
        <w:rPr>
          <w:sz w:val="20"/>
        </w:rPr>
        <w:t>50:30  yeh bhi dekhen, saada baat nahi hai. yaani ghalti kar ke toba karne ka matlab kya hai?</w:t>
      </w:r>
      <w:r>
        <w:br/>
      </w:r>
      <w:r>
        <w:rPr>
          <w:sz w:val="20"/>
        </w:rPr>
        <w:t>50:39  yeh bhi saada baat nahi hai. yeh ek nai shakhsiyat emerge karti hai, ek nai shakhsiyat emerge karti hai.</w:t>
      </w:r>
      <w:r>
        <w:br/>
      </w:r>
      <w:r>
        <w:rPr>
          <w:sz w:val="20"/>
        </w:rPr>
        <w:t>50:49  jab aap se ghalti ho gayi aur phir repentance aaya, aap bohat ziyada muhasba kiya, aap ne bohat intiha spection kiya, aap ne toh sari andar ki faculties aap ki jaag parti hain</w:t>
      </w:r>
      <w:r>
        <w:br/>
      </w:r>
      <w:r>
        <w:rPr>
          <w:sz w:val="20"/>
        </w:rPr>
        <w:t>51:00  aur ek nai shakhsiyat emerge karti hai aap ke andar. is ki misaal mein doon ga aap ko. Hazrat Adam علیہ السلام jannat mein rakhe gaye.</w:t>
      </w:r>
      <w:r>
        <w:br/>
      </w:r>
      <w:r>
        <w:rPr>
          <w:sz w:val="20"/>
        </w:rPr>
        <w:t>51:11  Allah taala ne barah e rast un ko hukum diya ke jannat mein tum azad ho, jo chahe kha piyo lekin is darakht ke pas mat jana, is darakht ka phal mat khana.</w:t>
      </w:r>
      <w:r>
        <w:br/>
      </w:r>
      <w:r>
        <w:rPr>
          <w:sz w:val="20"/>
        </w:rPr>
        <w:t>51:24  ek darakht</w:t>
      </w:r>
      <w:r>
        <w:br/>
      </w:r>
      <w:r>
        <w:rPr>
          <w:sz w:val="20"/>
        </w:rPr>
        <w:t>51:27  toh ek barah e rast un ko hukum diya gaya tha lekin unhon ne ghalti ki aur is darakht ka phal kha liya ja kar ke.</w:t>
      </w:r>
      <w:r>
        <w:br/>
      </w:r>
      <w:r>
        <w:rPr>
          <w:sz w:val="20"/>
        </w:rPr>
        <w:t>51:37  to zahir hai ke ek bahut badi ghalati thi, ek gunah ka feal tha. lekin phir aata hai hadithon mein, quran mein bhi ke un ko repentance hua aur rote rahe bahut dinon tak.</w:t>
      </w:r>
      <w:r>
        <w:br/>
      </w:r>
      <w:r>
        <w:rPr>
          <w:sz w:val="20"/>
        </w:rPr>
        <w:t>51:51  woh bahut zyada yaani transposition kiya unhon ne</w:t>
      </w:r>
      <w:r>
        <w:br/>
      </w:r>
      <w:r>
        <w:rPr>
          <w:sz w:val="20"/>
        </w:rPr>
        <w:t>51:56  to Allah taala ne maaf kar diya. sirf maafi nahi kiya balkeh Allah taala ne un ko pehla peghambar banaya.</w:t>
      </w:r>
      <w:r>
        <w:br/>
      </w:r>
      <w:r>
        <w:rPr>
          <w:sz w:val="20"/>
        </w:rPr>
        <w:t>52:06  is par maine socha to ek ek bahut ajeeb baat daryaft hui ke repentance ya tauba jo hai, woh ek nai shakhsiyat emerge karne ka zariya hai.</w:t>
      </w:r>
      <w:r>
        <w:br/>
      </w:r>
      <w:r>
        <w:rPr>
          <w:sz w:val="20"/>
        </w:rPr>
        <w:t>52:18  ek fasla hoga Hazrat Adam ke is is is phal ko khane mein aur phir Hazrat Adam ko prophet banane mein.</w:t>
      </w:r>
      <w:r>
        <w:br/>
      </w:r>
      <w:r>
        <w:rPr>
          <w:sz w:val="20"/>
        </w:rPr>
        <w:t>52:30  ek fasla hoga jis waqt Hazrat Adam ne phal khaya tha, us waqt wale Adam nahi rahe honge us waqt jab keh unhein peghambar banaya gaya.</w:t>
      </w:r>
      <w:r>
        <w:br/>
      </w:r>
      <w:r>
        <w:rPr>
          <w:sz w:val="20"/>
        </w:rPr>
        <w:t>52:42  unki unke andar ek naya, ek ek nai shakhsiyat emerge ki hogi, nai soch aayi hogi, naye jazbat aaye honge, nai personality bani hogi.</w:t>
      </w:r>
      <w:r>
        <w:br/>
      </w:r>
      <w:r>
        <w:rPr>
          <w:sz w:val="20"/>
        </w:rPr>
        <w:t>52:54  ek ek naya insan ubhra hoga unke andar to woh Allah ki nazar mein is qabil thehra hoga keh un ko peghambar banwa diya jaye.</w:t>
      </w:r>
      <w:r>
        <w:br/>
      </w:r>
      <w:r>
        <w:rPr>
          <w:sz w:val="20"/>
        </w:rPr>
        <w:t>53:04  to jab aap se koi khata hoti hai aur aap ke andar repentance aata hai, aap tauba karte hain to saada baat nahi hai. yeh</w:t>
      </w:r>
      <w:r>
        <w:br/>
      </w:r>
      <w:r>
        <w:rPr>
          <w:sz w:val="20"/>
        </w:rPr>
        <w:t>53:11  is ka matlab bhi hai keh ek shakhsiyat nai aap ke upar utarti hai jo itna ho sakta hai, itna badh sakti hai keh aap ko Khuda ab to peghambari khatam ho gayi hai lekin aap ko koi bada darja Allah taala de de.</w:t>
      </w:r>
      <w:r>
        <w:br/>
      </w:r>
      <w:r>
        <w:rPr>
          <w:sz w:val="20"/>
        </w:rPr>
        <w:t>53:28  yaani Hazrat Adam ki misaal jo hai, bahut ajeeb misaal hai</w:t>
      </w:r>
      <w:r>
        <w:br/>
      </w:r>
      <w:r>
        <w:rPr>
          <w:sz w:val="20"/>
        </w:rPr>
        <w:t>53:32  keh ghalati kar ke agar aadmi tauba karta hai to us ke andar us shakhsiyat mein ek naya process shuru hota hai. ek naya process</w:t>
      </w:r>
      <w:r>
        <w:br/>
      </w:r>
      <w:r>
        <w:rPr>
          <w:sz w:val="20"/>
        </w:rPr>
        <w:t>53:44  tauba agar karta hai aadmi to</w:t>
      </w:r>
      <w:r>
        <w:br/>
      </w:r>
      <w:r>
        <w:rPr>
          <w:sz w:val="20"/>
        </w:rPr>
        <w:t>53:47  uski soch, uske jazbat, uske saare sari faculties mein ek naya direction aa jata hai.</w:t>
      </w:r>
      <w:r>
        <w:br/>
      </w:r>
      <w:r>
        <w:rPr>
          <w:sz w:val="20"/>
        </w:rPr>
        <w:t>53:59  aur hote hote yeh process apni takmeel mein pahunch kar ke Hazrat Adam ke liye bana ke woh peghambar bana diye gaye. aam insan ke liye hoga, us ko bhi koi bahut bada Allah taala ki taraf se maqam mil jayega.</w:t>
      </w:r>
      <w:r>
        <w:br/>
      </w:r>
      <w:r>
        <w:rPr>
          <w:sz w:val="20"/>
        </w:rPr>
        <w:t>54:12  to kaisi ajeeb baat hai, yeh tauba mein chhupi hui hai.</w:t>
      </w:r>
      <w:r>
        <w:br/>
      </w:r>
      <w:r>
        <w:rPr>
          <w:sz w:val="20"/>
        </w:rPr>
        <w:t>54:21  to hum mein se har shakhs ko yeh karna hai keh apna apna apna khud apna nigahban ban jaye,</w:t>
      </w:r>
      <w:r>
        <w:br/>
      </w:r>
      <w:r>
        <w:rPr>
          <w:sz w:val="20"/>
        </w:rPr>
        <w:t>54:30  apna nigahban ban</w:t>
      </w:r>
      <w:r>
        <w:br/>
      </w:r>
      <w:r>
        <w:rPr>
          <w:sz w:val="20"/>
        </w:rPr>
        <w:t>54:31  jaye, apne aap ko jannati shakhsiyat banne ka koi dhaan sawaar ho jaye us ke liye. dhaan! aur jab ghalati ho to foran tauba kare, woh ghalati ho to foran woh apna muhasiba kare.</w:t>
      </w:r>
      <w:r>
        <w:br/>
      </w:r>
      <w:r>
        <w:rPr>
          <w:sz w:val="20"/>
        </w:rPr>
        <w:t>54:43  woh asal cheez yaad rakhiye, Allah ki shariyat mein asal cheez yeh nahi keh aap ghalati na karein, harghiz nahi.</w:t>
      </w:r>
      <w:r>
        <w:br/>
      </w:r>
      <w:r>
        <w:rPr>
          <w:sz w:val="20"/>
        </w:rPr>
        <w:t>54:51  asal cheez hai ghalati pe israr, yaani ghalati kar ke isi par israr karna. aap</w:t>
      </w:r>
      <w:r>
        <w:br/>
      </w:r>
      <w:r>
        <w:rPr>
          <w:sz w:val="20"/>
        </w:rPr>
        <w:t>54:57  sharmindagi na ho, repentance na ho, dhattayi aap ke andar rahe, sarkash bane rahein. aap yeh asal ghalati hai. to yeh kabhi mumkin nahi hai keh insan ghalati na kare.</w:t>
      </w:r>
      <w:r>
        <w:br/>
      </w:r>
      <w:r>
        <w:rPr>
          <w:sz w:val="20"/>
        </w:rPr>
        <w:t>55:12  hadith mein aata hai keh kul banu Adam khattaun aur phir yeh bhi hai keh wa khairul khataeen at tawwaboon</w:t>
      </w:r>
    </w:p>
    <w:p>
      <w:pPr>
        <w:pStyle w:val="Heading2"/>
      </w:pPr>
      <w:r>
        <w:t>Potential haves and have-nots a journey</w:t>
      </w:r>
    </w:p>
    <w:p>
      <w:r>
        <w:rPr>
          <w:color w:val="666666"/>
          <w:sz w:val="18"/>
        </w:rPr>
        <w:t>Contribution of The Prophet 13 March 2006 - Maulana Wahiduddin Khan · 6m 04s · at 30:54 · https://youtu.be/KgVEHbWpoHw?t=1854</w:t>
      </w:r>
    </w:p>
    <w:p>
      <w:r>
        <w:rPr>
          <w:i/>
        </w:rPr>
        <w:t>“Haan ye bada acha question hai”</w:t>
      </w:r>
    </w:p>
    <w:p>
      <w:r>
        <w:rPr>
          <w:sz w:val="20"/>
        </w:rPr>
        <w:t>30:54  haan yeh bara acha question hai. dekhiye, maine yahan tak socha hai is par ke main bhi haves mein paida hua</w:t>
      </w:r>
      <w:r>
        <w:br/>
      </w:r>
      <w:r>
        <w:rPr>
          <w:sz w:val="20"/>
        </w:rPr>
        <w:t>31:04  mere khandan ke log zamindar the, landlord the. aur us zamane ke lehaz se bare logon mein shumar hota tha. kyunke hamare ghar mein ghoda hota tha.</w:t>
      </w:r>
      <w:r>
        <w:br/>
      </w:r>
      <w:r>
        <w:rPr>
          <w:sz w:val="20"/>
        </w:rPr>
        <w:t>31:16  sab se pehle car wahan aayi thi hamare pure district mein. to ek aaj raja ke liye ek hamare yahan aayi thi. wahan ek the raja harchand. pure district mein pehli car aayi thi raja harchand ke haan, doosri car aayi thi hamari family</w:t>
      </w:r>
      <w:r>
        <w:br/>
      </w:r>
      <w:r>
        <w:rPr>
          <w:sz w:val="20"/>
        </w:rPr>
        <w:t>31:30  mein. to main inhi logon mein se tha jo haves jinhein kehte hain aap. lekin main seeker bana. to main yeh samjha hoon is baat se ke jo have nots hain unke andar compulsively woh seeker ban jate hain.</w:t>
      </w:r>
      <w:r>
        <w:br/>
      </w:r>
      <w:r>
        <w:rPr>
          <w:sz w:val="20"/>
        </w:rPr>
        <w:t>31:44  yani compulsion jo hai unke liye challenge ban jata hai. compulso challenge. aur jo haves mein paida hote hain unke liye compulso challenge to nahi hota hai lekin agar unka soch bohat barha hua ho.</w:t>
      </w:r>
      <w:r>
        <w:br/>
      </w:r>
      <w:r>
        <w:rPr>
          <w:sz w:val="20"/>
        </w:rPr>
        <w:t>31:56  unke andar bohat zyada sochne ka mada ho. to kya hoga? is par woh unka contentment nahi hoga. jaise main tha mujhe ghode mein aur car mein aur ghar mein aur land mein aur paise mein kuch dilchaspi hi nahi thi mere.</w:t>
      </w:r>
      <w:r>
        <w:br/>
      </w:r>
      <w:r>
        <w:rPr>
          <w:sz w:val="20"/>
        </w:rPr>
        <w:t>32:11  kuch bhi nahi.</w:t>
      </w:r>
      <w:r>
        <w:br/>
      </w:r>
      <w:r>
        <w:rPr>
          <w:sz w:val="20"/>
        </w:rPr>
        <w:t>32:12  hai ya nahi yeh dono barabar the mere liye. to yeh jo tha is ki wajah se main seeker ban gaya. halanke mere meri family ke doosre log seeker nahi ban sake.</w:t>
      </w:r>
      <w:r>
        <w:br/>
      </w:r>
      <w:r>
        <w:rPr>
          <w:sz w:val="20"/>
        </w:rPr>
        <w:t>32:22  isi mein gum ho gaye, isi mein khush ho gaye. to yeh is par yani isi liye haves zyada paida kiye jate hain.</w:t>
      </w:r>
      <w:r>
        <w:br/>
      </w:r>
      <w:r>
        <w:rPr>
          <w:sz w:val="20"/>
        </w:rPr>
        <w:t>32:31  woh have nots zyada paida kiye jate hain. kyunke woh compulso challenge ko ka case banta hai unka</w:t>
      </w:r>
      <w:r>
        <w:br/>
      </w:r>
      <w:r>
        <w:rPr>
          <w:sz w:val="20"/>
        </w:rPr>
        <w:t>32:37  . yani sare ke sare hewz agar hon to main samajhta hoon ke phir na challenge hoga na seeking hogi, kuch bhi nahi hoga. to Khuda ki blessing yeh hai ke sab ko hewz nahi banata woh.</w:t>
      </w:r>
      <w:r>
        <w:br/>
      </w:r>
      <w:r>
        <w:rPr>
          <w:sz w:val="20"/>
        </w:rPr>
        <w:t>32:48  ke sab ko hewz bana de woh. yeh hadith mein aata hai ke agar sab ko de de Khuda ko paisa aur har cheez to sab log sarkash ho jayenge aur koi Khuda ko nahi manega.</w:t>
      </w:r>
      <w:r>
        <w:br/>
      </w:r>
      <w:r>
        <w:rPr>
          <w:sz w:val="20"/>
        </w:rPr>
        <w:t>32:59  to yeh blessing Khuda ki hai ke logon ko problem deta hai. problem na ho to log sarkash ban jayen.</w:t>
      </w:r>
      <w:r>
        <w:br/>
      </w:r>
      <w:r>
        <w:rPr>
          <w:sz w:val="20"/>
        </w:rPr>
        <w:t>33:05  Khuda ko yani inkar karne wale ban jayen. next question is by raziya. some people perceive the difference between hews and have nots as permanent and take it to extremes.</w:t>
      </w:r>
      <w:r>
        <w:br/>
      </w:r>
      <w:r>
        <w:rPr>
          <w:sz w:val="20"/>
        </w:rPr>
        <w:t>33:17  is it the valid reason for people committing suicide? haan yeh sahi hai. yeh hamare reformers ki ghalati hai.</w:t>
      </w:r>
      <w:r>
        <w:br/>
      </w:r>
      <w:r>
        <w:rPr>
          <w:sz w:val="20"/>
        </w:rPr>
        <w:t>33:26  reformers sare reformar jitne bhi hain one to all sab yahi kehte rahe hain ke society ko jaise aise boli bolte hain jaise permanently do mein bati hui hai woh.</w:t>
      </w:r>
      <w:r>
        <w:br/>
      </w:r>
      <w:r>
        <w:rPr>
          <w:sz w:val="20"/>
        </w:rPr>
        <w:t>33:38  sare reformers maine padhkar yeh keh sakta hoon main ke is is nuqte ko reformers ne pakda nahi ke aaj ka aaj ka hew nots kal ka hew ban jata hai.</w:t>
      </w:r>
      <w:r>
        <w:br/>
      </w:r>
      <w:r>
        <w:rPr>
          <w:sz w:val="20"/>
        </w:rPr>
        <w:t>33:48  to basically jo jo taqseem hai woh hai yani potential hews aur actual hews ke beech mein. hew nots ka koi wajood nahi hai.</w:t>
      </w:r>
      <w:r>
        <w:br/>
      </w:r>
      <w:r>
        <w:rPr>
          <w:sz w:val="20"/>
        </w:rPr>
        <w:t>33:56  misal ke taur par Dr Abdul Kalam jo the apni naujawani ki umar mein potential hews the. aaj woh actual hews hain. isko is nuqte ko ek reformar bata nahi saka.</w:t>
      </w:r>
      <w:r>
        <w:br/>
      </w:r>
      <w:r>
        <w:rPr>
          <w:sz w:val="20"/>
        </w:rPr>
        <w:t>34:07  koi bhi reformar ise nahi maloom hai jo yeh bata sake logon ko ke yeh yeh jo yeh jo division hai yeh relative hai.</w:t>
      </w:r>
      <w:r>
        <w:br/>
      </w:r>
      <w:r>
        <w:rPr>
          <w:sz w:val="20"/>
        </w:rPr>
        <w:t>34:18  yeh permanent</w:t>
      </w:r>
      <w:r>
        <w:br/>
      </w:r>
      <w:r>
        <w:rPr>
          <w:sz w:val="20"/>
        </w:rPr>
        <w:t>34:19  nahi hai. jaise main jo word bol raha hoon ke jo ke kuch log potential hews hain, kuch log actual hews hain. yeh word history mein kabhi bola nahi gaya.</w:t>
      </w:r>
      <w:r>
        <w:br/>
      </w:r>
      <w:r>
        <w:rPr>
          <w:sz w:val="20"/>
        </w:rPr>
        <w:t>34:29  aage bola gaya to mujhe bataiye kisi ka naam. to woh log jo jo bolne wale log hain, jo thinkers hain, jo philosophers hain, jo leaders hain, bol bol kar unko logon ko frusts mein daal dete hain.</w:t>
      </w:r>
      <w:r>
        <w:br/>
      </w:r>
      <w:r>
        <w:rPr>
          <w:sz w:val="20"/>
        </w:rPr>
        <w:t>34:44  agar mujhe laiq hua aisa aadmi to main bar bar main aise aadmi ko paya hai ke unko maine ek nayi zindagi de di. poori zindagi mein aise logon ka naam bata sakta hoon aap ko ke woh frusts mein the, mayoos the ke hamare paas to kuch bhi nahi, hamare paas yeh hai, hamare paas woh hai.</w:t>
      </w:r>
      <w:r>
        <w:br/>
      </w:r>
      <w:r>
        <w:rPr>
          <w:sz w:val="20"/>
        </w:rPr>
        <w:t>34:58  lekin mujhse qareeb hue woh</w:t>
      </w:r>
      <w:r>
        <w:br/>
      </w:r>
      <w:r>
        <w:rPr>
          <w:sz w:val="20"/>
        </w:rPr>
        <w:t>35:00  , unke andar maine ek hausla diya. hazaron log aise, hazaron log. aur phir woh hausla diya, unko umeed di, unko hope diya.</w:t>
      </w:r>
      <w:r>
        <w:br/>
      </w:r>
      <w:r>
        <w:rPr>
          <w:sz w:val="20"/>
        </w:rPr>
        <w:t>35:09  is ke liye maine char kitabein likhi hain:</w:t>
      </w:r>
      <w:r>
        <w:br/>
      </w:r>
      <w:r>
        <w:rPr>
          <w:sz w:val="20"/>
        </w:rPr>
        <w:t>35:11  Raja Hayat, Taameer Hayat, Kitab-e-Zindagi aur Rehnuma Hayat. in kitabon ko padh padh kar ke hazaron ne lakhon logon ko hope mili hai. Pakistan mein ek sahib hain jo government service mein the, unhone Raja Hayat padhi to unhone service chhod di.</w:t>
      </w:r>
      <w:r>
        <w:br/>
      </w:r>
      <w:r>
        <w:rPr>
          <w:sz w:val="20"/>
        </w:rPr>
        <w:t>35:27  ab woh bicycle par apni kitab par isi kitab ke bundle rakhte hain aur sare Pakistan ghoom kar logon ko dete hain taake logon ko na umidi se nikalen.</w:t>
      </w:r>
      <w:r>
        <w:br/>
      </w:r>
      <w:r>
        <w:rPr>
          <w:sz w:val="20"/>
        </w:rPr>
        <w:t>35:36  main jab Pakistan gaya tha ek bar to main airport, Lahore airport par jab utra to ek naujawan wahan, kai log the jo mere janne wale the, ek naya aadmi tha wahan par, ek naujawan.</w:t>
      </w:r>
      <w:r>
        <w:br/>
      </w:r>
      <w:r>
        <w:rPr>
          <w:sz w:val="20"/>
        </w:rPr>
        <w:t>35:48  us ne kaha ke aap mujh ko pehchante nahi honge.</w:t>
      </w:r>
      <w:r>
        <w:br/>
      </w:r>
      <w:r>
        <w:rPr>
          <w:sz w:val="20"/>
        </w:rPr>
        <w:t>35:52  main aap ko janta hoon. apna case bataya unhone ke main depression mein tha, gaya tha aur wahan ittefaq se by chance mujhe aap ki kitab Raja Hayat mil gayi.</w:t>
      </w:r>
      <w:r>
        <w:br/>
      </w:r>
      <w:r>
        <w:rPr>
          <w:sz w:val="20"/>
        </w:rPr>
        <w:t>36:04  isko maine padh dala ek din, do din ke andar. depression khatam ho gaya, stress khatam ho gaya, tension khatam ho gaya. aur maine doctor se kaha bhai main jata hoon, main acha ho gaya hoon. yeh sari jo hai kiyun ke ghalati reformers ki hai, thinkers ki hai, leaders ki hai ke logon ko yeh bharte hain logon ke mind mein ke tum hew nots ho, tum hew nots ho, tum hew nots ho.</w:t>
      </w:r>
      <w:r>
        <w:br/>
      </w:r>
      <w:r>
        <w:rPr>
          <w:sz w:val="20"/>
        </w:rPr>
        <w:t>36:23  main ulta karta hoon</w:t>
      </w:r>
      <w:r>
        <w:br/>
      </w:r>
      <w:r>
        <w:rPr>
          <w:sz w:val="20"/>
        </w:rPr>
        <w:t>36:24  . main kehta hoon koi hew nots nahi hai. koi potential hew hai, koi koi actual hew hai. jo log mere magazine ko padhte hain, jinhone meri kitabein padhi hain, aise hazaron nahi, lakhon log hain duniya mein, unse aap poochh lijiye kis tarah unki na umidi umeed mein badli hai.</w:t>
      </w:r>
      <w:r>
        <w:br/>
      </w:r>
      <w:r>
        <w:rPr>
          <w:sz w:val="20"/>
        </w:rPr>
        <w:t>36:42  be hosla ho gaye the, is se unhein hosla mila hai. to main samajhta hoon ke khudkushi jo log karte hain, un ka qasoor nahi hai, qasoor un logon ka hai jo aise thought phailate hain, aisi baatein phailate hain ke woh bechare samajhte hain ke hamare koi future nahi hai.</w:t>
      </w:r>
    </w:p>
    <w:p>
      <w:pPr>
        <w:pStyle w:val="Heading2"/>
      </w:pPr>
      <w:r>
        <w:t>Human potential: easy like a seed</w:t>
      </w:r>
    </w:p>
    <w:p>
      <w:r>
        <w:rPr>
          <w:color w:val="666666"/>
          <w:sz w:val="18"/>
        </w:rPr>
        <w:t>Personality Building May 28, 2013 Maulana Wahiduddin Khan · 3m 12s · at 7:28 · https://youtu.be/8vNUoqGILmw?t=448</w:t>
      </w:r>
    </w:p>
    <w:p>
      <w:r>
        <w:rPr>
          <w:i/>
        </w:rPr>
        <w:t>“Ab main aaj ke topic waghera mein kuch kahunga”</w:t>
      </w:r>
    </w:p>
    <w:p>
      <w:r>
        <w:rPr>
          <w:sz w:val="20"/>
        </w:rPr>
        <w:t>7:28  ab main aaj ke topic waghera mein kuch kahoon ga. aaj ka topic aap jante hain yeh hai ke insaan banna bohat mushkil hai.</w:t>
      </w:r>
      <w:r>
        <w:br/>
      </w:r>
      <w:r>
        <w:rPr>
          <w:sz w:val="20"/>
        </w:rPr>
        <w:t>7:42  main boorha ho gaya hoon, mera experience jo hai bohat lamba hai. main agar yeh kahoon to shayad sahi hoga ke mere experience ke mutabiq insaan banna bohat aasan hai.</w:t>
      </w:r>
      <w:r>
        <w:br/>
      </w:r>
      <w:r>
        <w:rPr>
          <w:sz w:val="20"/>
        </w:rPr>
        <w:t>8:02  woh kaise? quran mein insaan ki misaal di gayi hai darakht se, peed se.</w:t>
      </w:r>
      <w:r>
        <w:br/>
      </w:r>
      <w:r>
        <w:rPr>
          <w:sz w:val="20"/>
        </w:rPr>
        <w:t>8:15  peed kya hai? peed ek seed se shuru hota hai, ek beej se. barhte barhte woh bohat ooncha darakht ban jata hai.</w:t>
      </w:r>
      <w:r>
        <w:br/>
      </w:r>
      <w:r>
        <w:rPr>
          <w:sz w:val="20"/>
        </w:rPr>
        <w:t>8:28  aise hi kaha gaya hai: "kalimatan tayyibatan kashjaratin tayyibatin, asluha thabitun wa faruha fis samaa'." insaan ek seed ki manind hai, beej, seed.</w:t>
      </w:r>
      <w:r>
        <w:br/>
      </w:r>
      <w:r>
        <w:rPr>
          <w:sz w:val="20"/>
        </w:rPr>
        <w:t>8:40  woh barhta hai, barhte barhte aasman tak pahunch jata hai. to agar main yeh kahoon ke "it is very difficult for a seed to grow into a tree" to sab log kahen ge: "ghalat kaha tum ne,</w:t>
      </w:r>
      <w:r>
        <w:br/>
      </w:r>
      <w:r>
        <w:rPr>
          <w:sz w:val="20"/>
        </w:rPr>
        <w:t>8:56  kyun ke har seed to grow kar ke peed banta hai."</w:t>
      </w:r>
      <w:r>
        <w:br/>
      </w:r>
      <w:r>
        <w:rPr>
          <w:sz w:val="20"/>
        </w:rPr>
        <w:t>9:03  main samajhta hoon har insaan ka muamla bhi yahi hai. har insaan potentially ek bohat bara darakht hai. humein kya karna hai?</w:t>
      </w:r>
      <w:r>
        <w:br/>
      </w:r>
      <w:r>
        <w:rPr>
          <w:sz w:val="20"/>
        </w:rPr>
        <w:t>9:14  ke hum apne potential ko actual banayein, aise hi to karna hai. bas apne potential ko unfold karein.</w:t>
      </w:r>
      <w:r>
        <w:br/>
      </w:r>
      <w:r>
        <w:rPr>
          <w:sz w:val="20"/>
        </w:rPr>
        <w:t>9:24  aaj ke zamane mein science ne pure universe ka ki study ki hai, microscope se, telescope se.</w:t>
      </w:r>
      <w:r>
        <w:br/>
      </w:r>
      <w:r>
        <w:rPr>
          <w:sz w:val="20"/>
        </w:rPr>
        <w:t>9:34  lekin insaan jaisi koi doosri feature sari universe mein nahi mili. insaan ke paas mind hai, mind ek personality hai.</w:t>
      </w:r>
      <w:r>
        <w:br/>
      </w:r>
      <w:r>
        <w:rPr>
          <w:sz w:val="20"/>
        </w:rPr>
        <w:t>9:46  jis potential le kar,</w:t>
      </w:r>
      <w:r>
        <w:br/>
      </w:r>
      <w:r>
        <w:rPr>
          <w:sz w:val="20"/>
        </w:rPr>
        <w:t>9:51  jo potential le kar insaan paida hota hai, woh potential na kisi star mein hai, na kisi planet, planet mein hai, na kisi pahad mein, na kisi samandar mein.</w:t>
      </w:r>
      <w:r>
        <w:br/>
      </w:r>
      <w:r>
        <w:rPr>
          <w:sz w:val="20"/>
        </w:rPr>
        <w:t>10:02  aise insaan ke bare mein hum yahi keh sakte hain ke woh poori universe ka king hai, badshah hai. abhi ek research aayi hai science mein ke ke universe ek custom made universe hai,</w:t>
      </w:r>
      <w:r>
        <w:br/>
      </w:r>
      <w:r>
        <w:rPr>
          <w:sz w:val="20"/>
        </w:rPr>
        <w:t>10:18  yani insaan hi ke liye banayi gayi. aisa lagta hai universe ke saare cheezein jo hain, aisa banayi gayi hain jaise ke woh insaan ke liye hon, custom made hon.</w:t>
      </w:r>
      <w:r>
        <w:br/>
      </w:r>
      <w:r>
        <w:rPr>
          <w:sz w:val="20"/>
        </w:rPr>
        <w:t>10:30  to aise insaan ke baare mein yeh kehna zahir hai ke sab se sahi statement hoga ke insaan banna bohat aasaan hai.</w:t>
      </w:r>
    </w:p>
    <w:p>
      <w:pPr>
        <w:pStyle w:val="Heading2"/>
      </w:pPr>
      <w:r>
        <w:t>Political hate, shaitan, and true freedom</w:t>
      </w:r>
    </w:p>
    <w:p>
      <w:r>
        <w:rPr>
          <w:color w:val="666666"/>
          <w:sz w:val="18"/>
        </w:rPr>
        <w:t>Dars-e-Quran, Chapter 2 Verse 25 December 03, 2017 · 5m 10s · at 19:14 · https://youtu.be/XdaA0-OrPgg?t=1154</w:t>
      </w:r>
    </w:p>
    <w:p>
      <w:r>
        <w:rPr>
          <w:i/>
        </w:rPr>
        <w:t>“Duniya mein koi party, political party hai”</w:t>
      </w:r>
    </w:p>
    <w:p>
      <w:r>
        <w:rPr>
          <w:sz w:val="20"/>
        </w:rPr>
        <w:t>19:14  dunya mein koi party, political party hai, woh aap ko bura samajhti hai, aap ke khilaf qanoon banati hai۔</w:t>
      </w:r>
      <w:r>
        <w:br/>
      </w:r>
      <w:r>
        <w:rPr>
          <w:sz w:val="20"/>
        </w:rPr>
        <w:t>19:24  is ke bawajood to aap ne is se mohabbat ki۔ghore kijiye, aaj sari dunya mein logon ka haal yeh hai ke political ka partiyon se nafrat karte hain۔</w:t>
      </w:r>
      <w:r>
        <w:br/>
      </w:r>
      <w:r>
        <w:rPr>
          <w:sz w:val="20"/>
        </w:rPr>
        <w:t>19:37  kyun؟ woh samajhte hain ke mere khilaf qanoon nahi banaya is ne, mujhe jo dena chahiye tha woh use diya nahi۔</w:t>
      </w:r>
      <w:r>
        <w:br/>
      </w:r>
      <w:r>
        <w:rPr>
          <w:sz w:val="20"/>
        </w:rPr>
        <w:t>19:48  to political hate dunya mein sab se zyada hai۔aaj ki dunya mein sab se zyada jo cheez hai woh hai political hate۔</w:t>
      </w:r>
      <w:r>
        <w:br/>
      </w:r>
      <w:r>
        <w:rPr>
          <w:sz w:val="20"/>
        </w:rPr>
        <w:t>19:59  aaj ki dunya mein sab se zyada jo cheez hai, sab se zyada woh hai political hate۔yeh sari dunya mein hai،</w:t>
      </w:r>
      <w:r>
        <w:br/>
      </w:r>
      <w:r>
        <w:rPr>
          <w:sz w:val="20"/>
        </w:rPr>
        <w:t>20:09  yeh sari dunya mein۔aaj mein soch raha tha ke shaitan ne kaha tha jab dunya mein, jab dunya bani thi aur Allah taala se uska mukalama hua tha: "la tanukun zuriatahum illa qalila"۔</w:t>
      </w:r>
      <w:r>
        <w:br/>
      </w:r>
      <w:r>
        <w:rPr>
          <w:sz w:val="20"/>
        </w:rPr>
        <w:t>20:25  mein sab ko, mein sab ko nigal jaon ga, thore logon ko chhod kar۔nigalna kya hai؟</w:t>
      </w:r>
      <w:r>
        <w:br/>
      </w:r>
      <w:r>
        <w:rPr>
          <w:sz w:val="20"/>
        </w:rPr>
        <w:t>20:35  apne jaisa banaon ga, apne jaisa bana doon ga۔apne jaisa kya hai؟ shaitan nafrat ka putla hai۔</w:t>
      </w:r>
      <w:r>
        <w:br/>
      </w:r>
      <w:r>
        <w:rPr>
          <w:sz w:val="20"/>
        </w:rPr>
        <w:t>20:45  shaitan sartaapa nafrat hai۔</w:t>
      </w:r>
      <w:r>
        <w:br/>
      </w:r>
      <w:r>
        <w:rPr>
          <w:sz w:val="20"/>
        </w:rPr>
        <w:t>20:50  shaitan ka aaghaz hi nafrat se hua۔insan se nafrat hi is ne ki kyunke insan ko woh cheez de di gayi jo us ko nahi di gayi thi۔to nafrat, nafrat, nafrat۔</w:t>
      </w:r>
      <w:r>
        <w:br/>
      </w:r>
      <w:r>
        <w:rPr>
          <w:sz w:val="20"/>
        </w:rPr>
        <w:t>21:02  to jo aadmi nafrat mein jeeta hai, nafrat ka response deta hai, woh shaitan ke raste par bhai hai۔shaitan ke raste par yani woh gaya apne amal se dikha raha hai ke mujh ko shaitan ne nigal liya hai،</w:t>
      </w:r>
      <w:r>
        <w:br/>
      </w:r>
      <w:r>
        <w:rPr>
          <w:sz w:val="20"/>
        </w:rPr>
        <w:t>21:18  mein nigla hua insan hon۔</w:t>
      </w:r>
      <w:r>
        <w:br/>
      </w:r>
      <w:r>
        <w:rPr>
          <w:sz w:val="20"/>
        </w:rPr>
        <w:t>21:23  jo aadmi nafrat ka response de, nafrat ki boli bole, woh goya apne amal se dikha raha hai ke mujh ko mein ek nigla hua insan hon, mujhe shaitan ne nigal rakha hai،</w:t>
      </w:r>
      <w:r>
        <w:br/>
      </w:r>
      <w:r>
        <w:rPr>
          <w:sz w:val="20"/>
        </w:rPr>
        <w:t>21:38  mujhe sikhaya hai ke nafrat karo۔aur is dunya mein ek nai nafrat paida hui hai, woh hai political hate۔</w:t>
      </w:r>
      <w:r>
        <w:br/>
      </w:r>
      <w:r>
        <w:rPr>
          <w:sz w:val="20"/>
        </w:rPr>
        <w:t>21:51  sari dunya mein</w:t>
      </w:r>
      <w:r>
        <w:br/>
      </w:r>
      <w:r>
        <w:rPr>
          <w:sz w:val="20"/>
        </w:rPr>
        <w:t>21:56  political hate ki waja se aam ho gayi kyunke political hate ke peechay aik justification hota hota hai. shaitan ne aik bohat hi beautiful hate is zamane mein dunya mein phailai hai.</w:t>
      </w:r>
      <w:r>
        <w:br/>
      </w:r>
      <w:r>
        <w:rPr>
          <w:sz w:val="20"/>
        </w:rPr>
        <w:t>22:10  beautiful hate woh yeh hai ke shaitan ne, yeh jo shaitan ne kaha tha ke mein sab ko nigal jaunga, to shaitan bohat hi ziyada intelligent hai, bohat hi ziyada intelligent hai.</w:t>
      </w:r>
      <w:r>
        <w:br/>
      </w:r>
      <w:r>
        <w:rPr>
          <w:sz w:val="20"/>
        </w:rPr>
        <w:t>22:26  shaitan ne read kar ke jana, history ko read kiya hoga, insan ki nature ko read kiya hoga ke Allah taala ne chunke dunya ko banaya hai freedom ke base par,</w:t>
      </w:r>
      <w:r>
        <w:br/>
      </w:r>
      <w:r>
        <w:rPr>
          <w:sz w:val="20"/>
        </w:rPr>
        <w:t>22:42  Allah taala ne dunya mein har aadmi ko freedom di hai, har aadmi ko total freedom, har aadmi ko total freedom.</w:t>
      </w:r>
      <w:r>
        <w:br/>
      </w:r>
      <w:r>
        <w:rPr>
          <w:sz w:val="20"/>
        </w:rPr>
        <w:t>22:53  to kahin na kahin har aadmi ko doosre ki freedom se kuch na kuch takleef pohnche gi. jab har aadmi apna freedom istemal kar raha hai, har aadmi apna freedom istemal kar raha hai, to kahin na kahin aap ko tok lage gi.</w:t>
      </w:r>
      <w:r>
        <w:br/>
      </w:r>
      <w:r>
        <w:rPr>
          <w:sz w:val="20"/>
        </w:rPr>
        <w:t>23:14  jaise America mein kaha jata hai ke jab America mein azadi aayi to aik aadmi bohat khush hua ke aaj mein azaad hoon.</w:t>
      </w:r>
      <w:r>
        <w:br/>
      </w:r>
      <w:r>
        <w:rPr>
          <w:sz w:val="20"/>
        </w:rPr>
        <w:t>23:25  woh ghar se nikla aur apna hath aise aise karta hua nikal raha tha, chal raha tha sarak mein unruly andaaz mein. to kisi koi aadmi doosra chal raha tha road par, us ke us ki nose, us ki nose par us ka hath lag gaya.</w:t>
      </w:r>
      <w:r>
        <w:br/>
      </w:r>
      <w:r>
        <w:rPr>
          <w:sz w:val="20"/>
        </w:rPr>
        <w:t>23:45  to us ne kaha: "why this nonsense nonsense? why you hit my nose? why you hit my nose?" us ne kaha ke aaj mein azaad hoon, jo chahoon karoon.</w:t>
      </w:r>
      <w:r>
        <w:br/>
      </w:r>
      <w:r>
        <w:rPr>
          <w:sz w:val="20"/>
        </w:rPr>
        <w:t>24:00  to us ne kaha ke: "my brother, your freedom ends where my nose begins.</w:t>
      </w:r>
      <w:r>
        <w:br/>
      </w:r>
      <w:r>
        <w:rPr>
          <w:sz w:val="20"/>
        </w:rPr>
        <w:t>24:12  tumhari azadi wahan khatam ho jati hai jahan meri nose shuru hoti hai, jahan meri naak shuru hoti hai." yeh waqia jo hai aik secular waqia hai, secular waqia.</w:t>
      </w:r>
    </w:p>
    <w:p>
      <w:pPr>
        <w:pStyle w:val="Heading2"/>
      </w:pPr>
      <w:r>
        <w:t>First encounter with Maulana and the sutra</w:t>
      </w:r>
    </w:p>
    <w:p>
      <w:r>
        <w:rPr>
          <w:color w:val="666666"/>
          <w:sz w:val="18"/>
        </w:rPr>
        <w:t>Discussions on the impact of Maulana Wahiduddin Khan's Thought July 1, 2020 · 2m 48s · at 3:52 · https://youtu.be/Xzuu-nbDm4g?t=232</w:t>
      </w:r>
    </w:p>
    <w:p>
      <w:r>
        <w:rPr>
          <w:i/>
        </w:rPr>
        <w:t>“Before you meet a master meet the team first”</w:t>
      </w:r>
    </w:p>
    <w:p>
      <w:r>
        <w:rPr>
          <w:sz w:val="20"/>
        </w:rPr>
        <w:t>3:52  Anybody can go. And so just like a seeker, I also went there. I would say that, first of all, it's important that before you meet a master or a guru or somebody like Maulana,</w:t>
      </w:r>
      <w:r>
        <w:br/>
      </w:r>
      <w:r>
        <w:rPr>
          <w:sz w:val="20"/>
        </w:rPr>
        <w:t>4:08  you get to</w:t>
      </w:r>
      <w:r>
        <w:br/>
      </w:r>
      <w:r>
        <w:rPr>
          <w:sz w:val="20"/>
        </w:rPr>
        <w:t>4:09  meet the team members first, people who are around them. And I remember that entire Maulana's family and all the CPS members, the way they treated me on day one,</w:t>
      </w:r>
      <w:r>
        <w:br/>
      </w:r>
      <w:r>
        <w:rPr>
          <w:sz w:val="20"/>
        </w:rPr>
        <w:t>4:24  I felt I mean, that first day only, I got this feeling that I'm home.</w:t>
      </w:r>
      <w:r>
        <w:br/>
      </w:r>
      <w:r>
        <w:rPr>
          <w:sz w:val="20"/>
        </w:rPr>
        <w:t>4:30  I'm meeting people who are like I got this vibe that they are like they are my friends.</w:t>
      </w:r>
      <w:r>
        <w:br/>
      </w:r>
      <w:r>
        <w:rPr>
          <w:sz w:val="20"/>
        </w:rPr>
        <w:t>4:39  They are my I'm safe with them. And so initially, I think, in a few Sundays, I was just</w:t>
      </w:r>
      <w:r>
        <w:br/>
      </w:r>
      <w:r>
        <w:rPr>
          <w:sz w:val="20"/>
        </w:rPr>
        <w:t>4:50  reluctant to go to Maulana and talk to him.</w:t>
      </w:r>
      <w:r>
        <w:br/>
      </w:r>
      <w:r>
        <w:rPr>
          <w:sz w:val="20"/>
        </w:rPr>
        <w:t>4:54  But then once, I remember, I got an opportunity, and Maulana got to know from one of the team members that I've been coming.</w:t>
      </w:r>
      <w:r>
        <w:br/>
      </w:r>
      <w:r>
        <w:rPr>
          <w:sz w:val="20"/>
        </w:rPr>
        <w:t>5:04  And then Maulana called me, and he said that, "No, I bet you know how we're going to talk." So I was a little nervous.</w:t>
      </w:r>
      <w:r>
        <w:br/>
      </w:r>
      <w:r>
        <w:rPr>
          <w:sz w:val="20"/>
        </w:rPr>
        <w:t>5:16  And he asked me that, "I mean, what I have learned is that you have been coming for quite some time. So why do you come?</w:t>
      </w:r>
      <w:r>
        <w:br/>
      </w:r>
      <w:r>
        <w:rPr>
          <w:sz w:val="20"/>
        </w:rPr>
        <w:t>5:27  What is the reason? What are you looking for?" And that in all that nervousness, I told him, "Maulana, I come because after your lecture,</w:t>
      </w:r>
      <w:r>
        <w:br/>
      </w:r>
      <w:r>
        <w:rPr>
          <w:sz w:val="20"/>
        </w:rPr>
        <w:t>5:41  I get food for thought.</w:t>
      </w:r>
      <w:r>
        <w:br/>
      </w:r>
      <w:r>
        <w:rPr>
          <w:sz w:val="20"/>
        </w:rPr>
        <w:t>5:45  Whatever you say stimulates my intellect." And sochne ko miltai. After that, I get time. I get opportunity to ponder on things.</w:t>
      </w:r>
      <w:r>
        <w:br/>
      </w:r>
      <w:r>
        <w:rPr>
          <w:sz w:val="20"/>
        </w:rPr>
        <w:t>5:58  So Maulana was very happy by this. And he says that, "No, apko patai, apko ek sutra mil gaya.</w:t>
      </w:r>
      <w:r>
        <w:br/>
      </w:r>
      <w:r>
        <w:rPr>
          <w:sz w:val="20"/>
        </w:rPr>
        <w:t>6:07  You have got a sort of method or a tool with which you can really go deeper in your journey." So that was my first interaction with Maulana.</w:t>
      </w:r>
      <w:r>
        <w:br/>
      </w:r>
      <w:r>
        <w:rPr>
          <w:sz w:val="20"/>
        </w:rPr>
        <w:t>6:26  And I still remember when he says that, "No, apko ek sutra mil gaya. Apko ek path mil gaya in a way."</w:t>
      </w:r>
      <w:r>
        <w:br/>
      </w:r>
      <w:r>
        <w:rPr>
          <w:sz w:val="20"/>
        </w:rPr>
        <w:t>6:35  And now it's been 10 years, huh? 9 to 10 years, I guess. Yeah, long time. Long time to be. Ye</w:t>
      </w:r>
    </w:p>
    <w:p>
      <w:pPr>
        <w:pStyle w:val="Heading2"/>
      </w:pPr>
      <w:r>
        <w:t>Opportunity explosion for da'wah</w:t>
      </w:r>
    </w:p>
    <w:p>
      <w:r>
        <w:rPr>
          <w:color w:val="666666"/>
          <w:sz w:val="18"/>
        </w:rPr>
        <w:t>Islam in the Changing World August 6, 2007 · 1m 14s · at 28:18 · https://youtu.be/lEhH4VDLSFY?t=1698</w:t>
      </w:r>
    </w:p>
    <w:p>
      <w:r>
        <w:rPr>
          <w:i/>
        </w:rPr>
        <w:t>“Now in our present world, there is an opportunity explosion.”</w:t>
      </w:r>
    </w:p>
    <w:p>
      <w:r>
        <w:rPr>
          <w:sz w:val="20"/>
        </w:rPr>
        <w:t>28:18  We are living in an age where there is an opportunity explosion. Enormous opportunities are everywhere in the world, enormous opportunities in terms of communication, in terms of education,</w:t>
      </w:r>
      <w:r>
        <w:br/>
      </w:r>
      <w:r>
        <w:rPr>
          <w:sz w:val="20"/>
        </w:rPr>
        <w:t>28:34  in terms of organization, in terms of religious freedom, in terms of multimedia.</w:t>
      </w:r>
      <w:r>
        <w:br/>
      </w:r>
      <w:r>
        <w:rPr>
          <w:sz w:val="20"/>
        </w:rPr>
        <w:t>28:46  So now there is a sea change in the situation.</w:t>
      </w:r>
      <w:r>
        <w:br/>
      </w:r>
      <w:r>
        <w:rPr>
          <w:sz w:val="20"/>
        </w:rPr>
        <w:t>28:56  There is</w:t>
      </w:r>
      <w:r>
        <w:br/>
      </w:r>
      <w:r>
        <w:rPr>
          <w:sz w:val="20"/>
        </w:rPr>
        <w:t>29:01  a storm of opportunities</w:t>
      </w:r>
      <w:r>
        <w:br/>
      </w:r>
      <w:r>
        <w:rPr>
          <w:sz w:val="20"/>
        </w:rPr>
        <w:t>29:05  . At the same time, there is religious freedom. So we have to avail all these opportunities in favor of Islam, in favor of Islamic da'wah.</w:t>
      </w:r>
      <w:r>
        <w:br/>
      </w:r>
      <w:r>
        <w:rPr>
          <w:sz w:val="20"/>
        </w:rPr>
        <w:t>29:19  You know only one thing is taboo in our world. That is violence. Other than violence, there is no taboo at all in our present world.</w:t>
      </w:r>
    </w:p>
    <w:p>
      <w:pPr>
        <w:pStyle w:val="Heading2"/>
      </w:pPr>
      <w:r>
        <w:t>Understanding need to reinterpret Islam in modern terms</w:t>
      </w:r>
    </w:p>
    <w:p>
      <w:r>
        <w:rPr>
          <w:color w:val="666666"/>
          <w:sz w:val="18"/>
        </w:rPr>
        <w:t>Reinterpretation of Islam April 12, 2009 Maulana Wahiduddin Khan · 5m 17s · at 1:36 · https://youtu.be/kut_WRX7mZ4?t=96</w:t>
      </w:r>
    </w:p>
    <w:p>
      <w:r>
        <w:rPr>
          <w:i/>
        </w:rPr>
        <w:t>“My habit is not to take anything with bad intention.”</w:t>
      </w:r>
    </w:p>
    <w:p>
      <w:r>
        <w:rPr>
          <w:sz w:val="20"/>
        </w:rPr>
        <w:t>1:36  dekhein, meri habit hai ke mein kisi baat ko bad intention par nahi leta.</w:t>
      </w:r>
      <w:r>
        <w:br/>
      </w:r>
      <w:r>
        <w:rPr>
          <w:sz w:val="20"/>
        </w:rPr>
        <w:t>1:49  mein hamesha yeh sochta hoon ke it is a way of thinking.</w:t>
      </w:r>
      <w:r>
        <w:br/>
      </w:r>
      <w:r>
        <w:rPr>
          <w:sz w:val="20"/>
        </w:rPr>
        <w:t>1:57  it is a way of thinking. to thinking ke level par samajhna,</w:t>
      </w:r>
      <w:r>
        <w:br/>
      </w:r>
      <w:r>
        <w:rPr>
          <w:sz w:val="20"/>
        </w:rPr>
        <w:t>2:05  I always take it as a challenge, intellectual challenge. I always try to meet the challenge on intellectual level.</w:t>
      </w:r>
      <w:r>
        <w:br/>
      </w:r>
      <w:r>
        <w:rPr>
          <w:sz w:val="20"/>
        </w:rPr>
        <w:t>2:15  yeh hai mera mind. to sochta rehta hoon, sochta rehta hoon, sochta rehta hoon. my mind works like a computer.</w:t>
      </w:r>
      <w:r>
        <w:br/>
      </w:r>
      <w:r>
        <w:rPr>
          <w:sz w:val="20"/>
        </w:rPr>
        <w:t>2:29  to abhi kal, yaani only yesterday, I</w:t>
      </w:r>
      <w:r>
        <w:br/>
      </w:r>
      <w:r>
        <w:rPr>
          <w:sz w:val="20"/>
        </w:rPr>
        <w:t>2:38  was able to understand what is the real meaning of this general phrase.</w:t>
      </w:r>
      <w:r>
        <w:br/>
      </w:r>
      <w:r>
        <w:rPr>
          <w:sz w:val="20"/>
        </w:rPr>
        <w:t>2:48  abhi kal, shayad pachas saal ke baad. to dekhein, jahan tak mein ne parha hai, parhez Mr. A. A. Faiz, he is called three A Faiz,</w:t>
      </w:r>
      <w:r>
        <w:br/>
      </w:r>
      <w:r>
        <w:rPr>
          <w:sz w:val="20"/>
        </w:rPr>
        <w:t>3:06  was the first to publish complete book on this subject. the title was "Modern Approach to Islam".</w:t>
      </w:r>
      <w:r>
        <w:br/>
      </w:r>
      <w:r>
        <w:rPr>
          <w:sz w:val="20"/>
        </w:rPr>
        <w:t>3:20  this book was registered by ulema. but mein ne kaha ke mein bad intention par nahi leta kisi cheez ko.</w:t>
      </w:r>
      <w:r>
        <w:br/>
      </w:r>
      <w:r>
        <w:rPr>
          <w:sz w:val="20"/>
        </w:rPr>
        <w:t>3:29  mein sochta rehta hoon.</w:t>
      </w:r>
      <w:r>
        <w:br/>
      </w:r>
      <w:r>
        <w:rPr>
          <w:sz w:val="20"/>
        </w:rPr>
        <w:t>3:34  to is tarah ki bohat si cheez parhi mein ne. phir mujhe yaad hai ke partition se pehle, yaani independent se pehle, aik sahib thay Lahore ke.</w:t>
      </w:r>
      <w:r>
        <w:br/>
      </w:r>
      <w:r>
        <w:rPr>
          <w:sz w:val="20"/>
        </w:rPr>
        <w:t>3:47  to unhon ne kaha tha, likha tha, main ne parha tha is ko: "quran has to be re revealed today."</w:t>
      </w:r>
      <w:r>
        <w:br/>
      </w:r>
      <w:r>
        <w:rPr>
          <w:sz w:val="20"/>
        </w:rPr>
        <w:t>4:00  "quran has to be re revealed today." yeh jo un ka phrase hai, mujhe shayad pachas baras se haunt karta raha, kar raha tha.</w:t>
      </w:r>
      <w:r>
        <w:br/>
      </w:r>
      <w:r>
        <w:rPr>
          <w:sz w:val="20"/>
        </w:rPr>
        <w:t>4:14  only yesterday i discovered</w:t>
      </w:r>
      <w:r>
        <w:br/>
      </w:r>
      <w:r>
        <w:rPr>
          <w:sz w:val="20"/>
        </w:rPr>
        <w:t>4:19  the meaning of this phrase. dekhen, baat yeh hai ke har aadmi ka apna aik bent of mind hota hai.</w:t>
      </w:r>
      <w:r>
        <w:br/>
      </w:r>
      <w:r>
        <w:rPr>
          <w:sz w:val="20"/>
        </w:rPr>
        <w:t>4:30  aik mind set hota hai.</w:t>
      </w:r>
      <w:r>
        <w:br/>
      </w:r>
      <w:r>
        <w:rPr>
          <w:sz w:val="20"/>
        </w:rPr>
        <w:t>4:35  to jab tak aap</w:t>
      </w:r>
      <w:r>
        <w:br/>
      </w:r>
      <w:r>
        <w:rPr>
          <w:sz w:val="20"/>
        </w:rPr>
        <w:t>4:39  baat ko apne mind set par na dhaal len, aap ki samajh mein nahin aata.</w:t>
      </w:r>
      <w:r>
        <w:br/>
      </w:r>
      <w:r>
        <w:rPr>
          <w:sz w:val="20"/>
        </w:rPr>
        <w:t>4:51  yani when you are, when you are able to convert that idea in your familiar words, then you are able to understand the point.</w:t>
      </w:r>
      <w:r>
        <w:br/>
      </w:r>
      <w:r>
        <w:rPr>
          <w:sz w:val="20"/>
        </w:rPr>
        <w:t>5:04  to main ne kal jo hai is ko badla, yani badal saka. mere mind ne bohat dinon ki ke analysis ke baad, woh kya tha?</w:t>
      </w:r>
      <w:r>
        <w:br/>
      </w:r>
      <w:r>
        <w:rPr>
          <w:sz w:val="20"/>
        </w:rPr>
        <w:t>5:19  main ne socha ke dekhen, yeh jo kaha unhon ne: "quran has to be re revealed today", is ka matlab kya hai?</w:t>
      </w:r>
      <w:r>
        <w:br/>
      </w:r>
      <w:r>
        <w:rPr>
          <w:sz w:val="20"/>
        </w:rPr>
        <w:t>5:29  is ka matlab hai: "quran has to be re defined in modern terms".</w:t>
      </w:r>
      <w:r>
        <w:br/>
      </w:r>
      <w:r>
        <w:rPr>
          <w:sz w:val="20"/>
        </w:rPr>
        <w:t>5:38  tab main samajh gaya is ka matlab. "quran has to be re defined in modern terms".</w:t>
      </w:r>
      <w:r>
        <w:br/>
      </w:r>
      <w:r>
        <w:rPr>
          <w:sz w:val="20"/>
        </w:rPr>
        <w:t>5:49  tab main samjha ke is ka matlab kya hai.</w:t>
      </w:r>
      <w:r>
        <w:br/>
      </w:r>
      <w:r>
        <w:rPr>
          <w:sz w:val="20"/>
        </w:rPr>
        <w:t>5:53  dekhen, sara muamla yeh islam kya hai? universal facts. islam is nothing but a statement of.</w:t>
      </w:r>
      <w:r>
        <w:br/>
      </w:r>
      <w:r>
        <w:rPr>
          <w:sz w:val="20"/>
        </w:rPr>
        <w:t>6:04  islam is nothing but a statement of universal facts.</w:t>
      </w:r>
      <w:r>
        <w:br/>
      </w:r>
      <w:r>
        <w:rPr>
          <w:sz w:val="20"/>
        </w:rPr>
        <w:t>6:10  lekin islam ko seven century mein reveal kiya gaya. to seven century ke idiom mein is ko ban kiya gaya.</w:t>
      </w:r>
      <w:r>
        <w:br/>
      </w:r>
      <w:r>
        <w:rPr>
          <w:sz w:val="20"/>
        </w:rPr>
        <w:t>6:24  universal statement in the terminology of seven century. ab hamein, ab hum twenty first century mein hain.</w:t>
      </w:r>
      <w:r>
        <w:br/>
      </w:r>
      <w:r>
        <w:rPr>
          <w:sz w:val="20"/>
        </w:rPr>
        <w:t>6:36  to hamein kya karna hoga? we have to re explain, we have to re interpret islamic principles in modern terms.</w:t>
      </w:r>
      <w:r>
        <w:br/>
      </w:r>
      <w:r>
        <w:rPr>
          <w:sz w:val="20"/>
        </w:rPr>
        <w:t>6:48  yeh karna hai hamein.</w:t>
      </w:r>
    </w:p>
    <w:p>
      <w:pPr>
        <w:pStyle w:val="Heading2"/>
      </w:pPr>
      <w:r>
        <w:t>Complete meaning of fasting as restraint for God's remembrance</w:t>
      </w:r>
    </w:p>
    <w:p>
      <w:r>
        <w:rPr>
          <w:color w:val="666666"/>
          <w:sz w:val="18"/>
        </w:rPr>
        <w:t>Ramadan a Month of Study of Quran August 23, 2009 · 3m 54s · at 1:34 · https://youtu.be/8z-v68n7WuA?t=94</w:t>
      </w:r>
    </w:p>
    <w:p>
      <w:r>
        <w:rPr>
          <w:i/>
        </w:rPr>
        <w:t>“Rozay ko Quran mein sawm kaha gaya hai”</w:t>
      </w:r>
    </w:p>
    <w:p>
      <w:r>
        <w:rPr>
          <w:sz w:val="20"/>
        </w:rPr>
        <w:t>1:34  dekhain pehli baat yeh hai ke roze ko quran mein som kaha gaya hai. som arabic word hai rukna restraint.</w:t>
      </w:r>
      <w:r>
        <w:br/>
      </w:r>
      <w:r>
        <w:rPr>
          <w:sz w:val="20"/>
        </w:rPr>
        <w:t>1:53  rukna kis cheez se? khane peene se aur doosri cheezon se sath sath bolne se bhi.</w:t>
      </w:r>
      <w:r>
        <w:br/>
      </w:r>
      <w:r>
        <w:rPr>
          <w:sz w:val="20"/>
        </w:rPr>
        <w:t>2:03  dekhain pichli shariat mein yani yahood ki shariat mein som sukoot hota tha. chup ka roza. woh islami shariat mein bhi maujood hai.</w:t>
      </w:r>
      <w:r>
        <w:br/>
      </w:r>
      <w:r>
        <w:rPr>
          <w:sz w:val="20"/>
        </w:rPr>
        <w:t>2:15  is farq ke sath ke pehle tha som sukoot ab hai qillat e kalam. kam bolna ab bhi roze ka integral part hai.</w:t>
      </w:r>
      <w:r>
        <w:br/>
      </w:r>
      <w:r>
        <w:rPr>
          <w:sz w:val="20"/>
        </w:rPr>
        <w:t>2:30  jo log roza rakh kar khoob bohat ziyada bolein unho ne roza nahi rakha.</w:t>
      </w:r>
      <w:r>
        <w:br/>
      </w:r>
      <w:r>
        <w:rPr>
          <w:sz w:val="20"/>
        </w:rPr>
        <w:t>2:40  kyun? yani som yani abstinence kyun? abstinence fida se ka abstinence nahi.</w:t>
      </w:r>
      <w:r>
        <w:br/>
      </w:r>
      <w:r>
        <w:rPr>
          <w:sz w:val="20"/>
        </w:rPr>
        <w:t>2:50  abstinence fida se ka abstinence nahi yani rukna fida se ka rukna nahi. rukne ka matlab kya hai? worldly cheezon mein apne involvement ko kam karna.</w:t>
      </w:r>
      <w:r>
        <w:br/>
      </w:r>
      <w:r>
        <w:rPr>
          <w:sz w:val="20"/>
        </w:rPr>
        <w:t>3:07  aadmi apni daily life mein worldly cheezon mein phansa rehta hai. to roze ka mahina is liye hai ke worldly cheezon mein apni involvement ko aap kam karein.</w:t>
      </w:r>
      <w:r>
        <w:br/>
      </w:r>
      <w:r>
        <w:rPr>
          <w:sz w:val="20"/>
        </w:rPr>
        <w:t>3:20  misalan khana aap raat ko khayen din ko na khayen. to ramzan mein khana chhora nahi jata.</w:t>
      </w:r>
      <w:r>
        <w:br/>
      </w:r>
      <w:r>
        <w:rPr>
          <w:sz w:val="20"/>
        </w:rPr>
        <w:t>3:29  khana kam kiya jata hai. yani din ko aap nahi khate rat ko khate hain. isi tarah se aram mein kami hoti hai.</w:t>
      </w:r>
      <w:r>
        <w:br/>
      </w:r>
      <w:r>
        <w:rPr>
          <w:sz w:val="20"/>
        </w:rPr>
        <w:t>3:41  routine totta hai aadmi ka. isi tarike se bolna bhi kam hota hai. kyunke aap bolenge to sochenge nahi.</w:t>
      </w:r>
      <w:r>
        <w:br/>
      </w:r>
      <w:r>
        <w:rPr>
          <w:sz w:val="20"/>
        </w:rPr>
        <w:t>3:52  kisi ne kaha hai ke when i am speaking i am not thinking. to roza is liye hai ke aap zyada sochen. to bohat bolenge to aap sochenge kahan se.</w:t>
      </w:r>
      <w:r>
        <w:br/>
      </w:r>
      <w:r>
        <w:rPr>
          <w:sz w:val="20"/>
        </w:rPr>
        <w:t>4:06  quran mein dekhiye surah maryam jo hai yani chapter number nineteen is mein hazrat maryam yani hazrat masih ki walida ke bare mein zikr hai ke unhon ne roza rakha.</w:t>
      </w:r>
      <w:r>
        <w:br/>
      </w:r>
      <w:r>
        <w:rPr>
          <w:sz w:val="20"/>
        </w:rPr>
        <w:t>4:19  to farmaya ke inni nazratun lirrahmani sawma falan ukallimal yawma insiyan.</w:t>
      </w:r>
      <w:r>
        <w:br/>
      </w:r>
      <w:r>
        <w:rPr>
          <w:sz w:val="20"/>
        </w:rPr>
        <w:t>4:30  iska matlab kya hua? i have kept</w:t>
      </w:r>
      <w:r>
        <w:br/>
      </w:r>
      <w:r>
        <w:rPr>
          <w:sz w:val="20"/>
        </w:rPr>
        <w:t>4:37  silent fast. main ne aaj chup ka roza rakha hai.</w:t>
      </w:r>
      <w:r>
        <w:br/>
      </w:r>
      <w:r>
        <w:rPr>
          <w:sz w:val="20"/>
        </w:rPr>
        <w:t>4:49  i have kept</w:t>
      </w:r>
      <w:r>
        <w:br/>
      </w:r>
      <w:r>
        <w:rPr>
          <w:sz w:val="20"/>
        </w:rPr>
        <w:t>4:54  fast of silence today. to yeh hai qillat-e-ta'am aur qillat-e-kalam.</w:t>
      </w:r>
      <w:r>
        <w:br/>
      </w:r>
      <w:r>
        <w:rPr>
          <w:sz w:val="20"/>
        </w:rPr>
        <w:t>5:05  qillat-e-aram. har cheez mein kami karna. kyunke agar kami nahi karenge to aap kami ka matlab kya hai?</w:t>
      </w:r>
      <w:r>
        <w:br/>
      </w:r>
      <w:r>
        <w:rPr>
          <w:sz w:val="20"/>
        </w:rPr>
        <w:t>5:13  jo distract hote rehte hain hum rozana. worldly cheezon mein. is distraction ko kam kar ke apne aap ko lagana zyada se zyada Allah ki yaad mein.</w:t>
      </w:r>
    </w:p>
    <w:p>
      <w:pPr>
        <w:pStyle w:val="Heading2"/>
      </w:pPr>
      <w:r>
        <w:t>Was throwing a shoe at Bush an Islamic act of anger?</w:t>
      </w:r>
    </w:p>
    <w:p>
      <w:r>
        <w:rPr>
          <w:color w:val="666666"/>
          <w:sz w:val="18"/>
        </w:rPr>
        <w:t>Living in Falsehood 25 Jan 2009 · 3m 36s · at 58:16 · https://youtu.be/Qt8VwwonU9k?t=3496</w:t>
      </w:r>
    </w:p>
    <w:p>
      <w:r>
        <w:rPr>
          <w:i/>
        </w:rPr>
        <w:t>“Shoe throwing was showing anger against injustice — really?”</w:t>
      </w:r>
    </w:p>
    <w:p>
      <w:r>
        <w:rPr>
          <w:sz w:val="20"/>
        </w:rPr>
        <w:t>58:16  . This question is from Mr. Anwar Iqbal. Shoe throwing was an act of showing the anger towards injustice.</w:t>
      </w:r>
      <w:r>
        <w:br/>
      </w:r>
      <w:r>
        <w:rPr>
          <w:sz w:val="20"/>
        </w:rPr>
        <w:t>58:27  A start. What is your comment on this?</w:t>
      </w:r>
      <w:r>
        <w:br/>
      </w:r>
      <w:r>
        <w:rPr>
          <w:sz w:val="20"/>
        </w:rPr>
        <w:t>58:34  I think it is a</w:t>
      </w:r>
      <w:r>
        <w:br/>
      </w:r>
      <w:r>
        <w:rPr>
          <w:sz w:val="20"/>
        </w:rPr>
        <w:t>58:40  wrong explanation. Because when you throw your shoe, there is no one who is there.</w:t>
      </w:r>
      <w:r>
        <w:br/>
      </w:r>
      <w:r>
        <w:rPr>
          <w:sz w:val="20"/>
        </w:rPr>
        <w:t>58:54  We are doing injustice. It is simply throwing in the vacuum. So how you can say that shoe throwing is against injustice?</w:t>
      </w:r>
      <w:r>
        <w:br/>
      </w:r>
      <w:r>
        <w:rPr>
          <w:sz w:val="20"/>
        </w:rPr>
        <w:t>59:07  It is throwing against nothing.</w:t>
      </w:r>
      <w:r>
        <w:br/>
      </w:r>
      <w:r>
        <w:rPr>
          <w:sz w:val="20"/>
        </w:rPr>
        <w:t>59:15  Your anger must target the injustice, but injustice was not there.</w:t>
      </w:r>
      <w:r>
        <w:br/>
      </w:r>
      <w:r>
        <w:rPr>
          <w:sz w:val="20"/>
        </w:rPr>
        <w:t>59:22  So it is simply a shoe only to—it is a, I think it is a wrong practice.</w:t>
      </w:r>
      <w:r>
        <w:br/>
      </w:r>
      <w:r>
        <w:rPr>
          <w:sz w:val="20"/>
        </w:rPr>
        <w:t>59:35  Then you are a Muslim. Your claim is that you are following Islamic principles.</w:t>
      </w:r>
      <w:r>
        <w:br/>
      </w:r>
      <w:r>
        <w:rPr>
          <w:sz w:val="20"/>
        </w:rPr>
        <w:t>59:48  And in Islam, it is wrong to engage in practices like this.</w:t>
      </w:r>
      <w:r>
        <w:br/>
      </w:r>
      <w:r>
        <w:rPr>
          <w:sz w:val="20"/>
        </w:rPr>
        <w:t>59:56  It is shameful. It is shameful. Why? In Islam, there is a very well-known criterion.</w:t>
      </w:r>
      <w:r>
        <w:br/>
      </w:r>
      <w:r>
        <w:rPr>
          <w:sz w:val="20"/>
        </w:rPr>
        <w:t>1:00:05  That is prophetic pattern. You have to prove that this shoe throwing was according to the prophetic pattern.</w:t>
      </w:r>
      <w:r>
        <w:br/>
      </w:r>
      <w:r>
        <w:rPr>
          <w:sz w:val="20"/>
        </w:rPr>
        <w:t>1:00:18  There were so many, so many atrocities against the Proph</w:t>
      </w:r>
      <w:r>
        <w:br/>
      </w:r>
      <w:r>
        <w:rPr>
          <w:sz w:val="20"/>
        </w:rPr>
        <w:t>1:00:22  et. There were so many conspiracies against the Prophet. But the Prophet never—I mean, never—the Prophet was never engaged in such practices.</w:t>
      </w:r>
      <w:r>
        <w:br/>
      </w:r>
      <w:r>
        <w:rPr>
          <w:sz w:val="20"/>
        </w:rPr>
        <w:t>1:00:37  So</w:t>
      </w:r>
      <w:r>
        <w:br/>
      </w:r>
      <w:r>
        <w:rPr>
          <w:sz w:val="20"/>
        </w:rPr>
        <w:t>1:00:40  for a Muslim, the only way to follow some practices—</w:t>
      </w:r>
      <w:r>
        <w:br/>
      </w:r>
      <w:r>
        <w:rPr>
          <w:sz w:val="20"/>
        </w:rPr>
        <w:t>1:00:51  so a Muslim must follow the pattern of the Prophet of Islam. You have no choice. You cannot say that we are showing our anger.</w:t>
      </w:r>
      <w:r>
        <w:br/>
      </w:r>
      <w:r>
        <w:rPr>
          <w:sz w:val="20"/>
        </w:rPr>
        <w:t>1:01:04  You have to refer to some practices by the Prophet of Islam. Otherwise, you are wrong.</w:t>
      </w:r>
      <w:r>
        <w:br/>
      </w:r>
      <w:r>
        <w:rPr>
          <w:sz w:val="20"/>
        </w:rPr>
        <w:t>1:01:15  If you have no reference in the life of the Prophet of Islam of such kind, then you are wrong.</w:t>
      </w:r>
      <w:r>
        <w:br/>
      </w:r>
      <w:r>
        <w:rPr>
          <w:sz w:val="20"/>
        </w:rPr>
        <w:t>1:01:21  So first of all, you have to know what is the criterion. Your words are not criterion. Your sentiments are not the criterion.</w:t>
      </w:r>
      <w:r>
        <w:br/>
      </w:r>
      <w:r>
        <w:rPr>
          <w:sz w:val="20"/>
        </w:rPr>
        <w:t>1:01:30  The Prophet's pattern is the criterion. So when I apply this practice on the prophetic pattern, I can say that it was wrong, completely wrong.</w:t>
      </w:r>
      <w:r>
        <w:br/>
      </w:r>
      <w:r>
        <w:rPr>
          <w:sz w:val="20"/>
        </w:rPr>
        <w:t>1:01:44  Because the Prophet never practiced like this.</w:t>
      </w:r>
    </w:p>
    <w:p>
      <w:pPr>
        <w:pStyle w:val="Heading2"/>
      </w:pPr>
      <w:r>
        <w:t>small-looking mission is actually the greatest work</w:t>
      </w:r>
    </w:p>
    <w:p>
      <w:r>
        <w:rPr>
          <w:color w:val="666666"/>
          <w:sz w:val="18"/>
        </w:rPr>
        <w:t>CPS Mission January 7, 2007 Maulana Wahiduddin Khan · 35s · at 1:02 · https://youtu.be/8BAYm9ggJ5k?t=62</w:t>
      </w:r>
    </w:p>
    <w:p>
      <w:r>
        <w:rPr>
          <w:i/>
        </w:rPr>
        <w:t>“People who see big crowds think we're doing something small”</w:t>
      </w:r>
    </w:p>
    <w:p>
      <w:r>
        <w:rPr>
          <w:sz w:val="20"/>
        </w:rPr>
        <w:t>1:02  dekhte hain gadiyon wale mission ko, bare bare organization wale mission ko, to woh samajhte hain ke hum koi chota mota kaam kar rahe hain.</w:t>
      </w:r>
      <w:r>
        <w:br/>
      </w:r>
      <w:r>
        <w:rPr>
          <w:sz w:val="20"/>
        </w:rPr>
        <w:t>1:13  haqiqat yeh hai ke yeh sare globe par jo kaam ho rahe hain, un sab mein yeh sab se bara kaam hai. sab se bara kaam</w:t>
      </w:r>
      <w:r>
        <w:br/>
      </w:r>
      <w:r>
        <w:rPr>
          <w:sz w:val="20"/>
        </w:rPr>
        <w:t>1:21  hai. sare crowd, sare stage, aur sare shandar gadiyan, bare bare organizations, bare bare buildingen, woh sab is ke muqable mein kuch bhi nahin hain.</w:t>
      </w:r>
      <w:r>
        <w:br/>
      </w:r>
      <w:r>
        <w:rPr>
          <w:sz w:val="20"/>
        </w:rPr>
        <w:t>1:33  nothing hain.</w:t>
      </w:r>
    </w:p>
    <w:p>
      <w:pPr>
        <w:pStyle w:val="Heading2"/>
      </w:pPr>
      <w:r>
        <w:t>Developing mind to extract spiritual lessons from nature</w:t>
      </w:r>
    </w:p>
    <w:p>
      <w:r>
        <w:rPr>
          <w:color w:val="666666"/>
          <w:sz w:val="18"/>
        </w:rPr>
        <w:t>Spirituality in Daily Life 13 Aug 2016 - Maulana Wahiduddin Khan · 2m 05s · at 13:01 · https://youtu.be/SB0AF0Q9aTE?t=781</w:t>
      </w:r>
    </w:p>
    <w:p>
      <w:r>
        <w:rPr>
          <w:i/>
        </w:rPr>
        <w:t>“Mai bataun ki pehla kaam hai mind ko develop karna.”</w:t>
      </w:r>
    </w:p>
    <w:p>
      <w:r>
        <w:rPr>
          <w:sz w:val="20"/>
        </w:rPr>
        <w:t>13:01  to main bataoon ki pehla kaam hai mind ko, mind ko develop, develop karna. maslan, main ek, mere ghar ke saamne ek, ek, ek darakht hai. to usmein</w:t>
      </w:r>
      <w:r>
        <w:br/>
      </w:r>
      <w:r>
        <w:rPr>
          <w:sz w:val="20"/>
        </w:rPr>
        <w:t>13:18  phool khile hue the. kai phool ka ek, ek khosa tha. main utha hokar usko dekhne laga. to itni beauty thi, itni beauty thi, itni beauty thi. main hairaan tha</w:t>
      </w:r>
      <w:r>
        <w:br/>
      </w:r>
      <w:r>
        <w:rPr>
          <w:sz w:val="20"/>
        </w:rPr>
        <w:t>13:34  ki kya yeh beauty koi phool apne aap apne andar paida kar sakta hai. to mere saath possible nahin hai. to itni zabardast,</w:t>
      </w:r>
      <w:r>
        <w:br/>
      </w:r>
      <w:r>
        <w:rPr>
          <w:sz w:val="20"/>
        </w:rPr>
        <w:t>13:49  beautiful cheez apne aap kaise ban jayegi? to zaroor hai koi creator ho.</w:t>
      </w:r>
      <w:r>
        <w:br/>
      </w:r>
      <w:r>
        <w:rPr>
          <w:sz w:val="20"/>
        </w:rPr>
        <w:t>13:55  phir maine socha ki ye darakht shuru mein kya hai? tana hai, stem hai, phir branches hain, phir pattiyan hain. usi mein kaante bhi hain. in cheezon ke darmiyan ek cheez nikalti hai, phool,</w:t>
      </w:r>
      <w:r>
        <w:br/>
      </w:r>
      <w:r>
        <w:rPr>
          <w:sz w:val="20"/>
        </w:rPr>
        <w:t>14:13  jo bilkul differently, bahut hi zyada beautiful hoti hai. to kya us phool ke andar mere liye ek content tha, ek,</w:t>
      </w:r>
      <w:r>
        <w:br/>
      </w:r>
      <w:r>
        <w:rPr>
          <w:sz w:val="20"/>
        </w:rPr>
        <w:t>14:28  ek nectar tha,</w:t>
      </w:r>
      <w:r>
        <w:br/>
      </w:r>
      <w:r>
        <w:rPr>
          <w:sz w:val="20"/>
        </w:rPr>
        <w:t>14:30  jisne mujhe bataya ki duniya ka zaroor koi creator hai. agar creator na ho, to kaisi aisi beautiful cheez ban sakti hai?</w:t>
      </w:r>
      <w:r>
        <w:br/>
      </w:r>
      <w:r>
        <w:rPr>
          <w:sz w:val="20"/>
        </w:rPr>
        <w:t>14:42  to ye, ye jo aap develop karein, is tarah ka mind,</w:t>
      </w:r>
      <w:r>
        <w:br/>
      </w:r>
      <w:r>
        <w:rPr>
          <w:sz w:val="20"/>
        </w:rPr>
        <w:t>14:47  to phir aapko ek permanent life mil jati hai, spiritual life. phir kabhi boring nahin aati. ye mere liye sirf suni hui baat nahin hai, balki main daily iska</w:t>
      </w:r>
      <w:r>
        <w:br/>
      </w:r>
      <w:r>
        <w:rPr>
          <w:sz w:val="20"/>
        </w:rPr>
        <w:t>15:03  tazurba karta hoon.</w:t>
      </w:r>
    </w:p>
    <w:p>
      <w:pPr>
        <w:pStyle w:val="Heading2"/>
      </w:pPr>
      <w:r>
        <w:t>Fear of judgment for lack of deeds</w:t>
      </w:r>
    </w:p>
    <w:p>
      <w:r>
        <w:rPr>
          <w:color w:val="666666"/>
          <w:sz w:val="18"/>
        </w:rPr>
        <w:t>Eid Message Discover the Ijtihadi Interpretation of Islam 25 May 2020 Maulana Wahiduddin Khan · 1m 08s · at 1:18 · https://youtu.be/mYGzV0rDsC0?t=78</w:t>
      </w:r>
    </w:p>
    <w:p>
      <w:r>
        <w:rPr>
          <w:i/>
        </w:rPr>
        <w:t>“Seeing it, I started crying.”</w:t>
      </w:r>
    </w:p>
    <w:p>
      <w:r>
        <w:rPr>
          <w:sz w:val="20"/>
        </w:rPr>
        <w:t>1:18  to is ko dekh kar mujhe rona aa gaya.</w:t>
      </w:r>
      <w:r>
        <w:br/>
      </w:r>
      <w:r>
        <w:rPr>
          <w:sz w:val="20"/>
        </w:rPr>
        <w:t>1:30  mein kha to nahin saka lekin rona aa gaya. aap jante hain ke mein boodha aadmi hoon.</w:t>
      </w:r>
      <w:r>
        <w:br/>
      </w:r>
      <w:r>
        <w:rPr>
          <w:sz w:val="20"/>
        </w:rPr>
        <w:t>1:40  rona is par aa gaya ke anqareeb woh din aane wala hai jab ke ek farishta</w:t>
      </w:r>
      <w:r>
        <w:br/>
      </w:r>
      <w:r>
        <w:rPr>
          <w:sz w:val="20"/>
        </w:rPr>
        <w:t>1:54  mere aamaal</w:t>
      </w:r>
      <w:r>
        <w:br/>
      </w:r>
      <w:r>
        <w:rPr>
          <w:sz w:val="20"/>
        </w:rPr>
        <w:t>2:00  ko le kar mere saamne pesh karega. dekh yeh hain tere aamaal.</w:t>
      </w:r>
      <w:r>
        <w:br/>
      </w:r>
      <w:r>
        <w:rPr>
          <w:sz w:val="20"/>
        </w:rPr>
        <w:t>2:14  to log is ko kuch bhi samajhte hon lekin haqeeqat yeh hai ke mein apne ko ek be-amal insaan samajhta hoon, be-amal.</w:t>
      </w:r>
    </w:p>
    <w:p>
      <w:pPr>
        <w:pStyle w:val="Heading2"/>
      </w:pPr>
      <w:r>
        <w:t>What hadith is and how to find its eternal meaning</w:t>
      </w:r>
    </w:p>
    <w:p>
      <w:r>
        <w:rPr>
          <w:color w:val="666666"/>
          <w:sz w:val="18"/>
        </w:rPr>
        <w:t>Hadith (English) March 27, 2007 Maulana Wahiduddin Khan · 4m 56s · at 0:35 · https://youtu.be/VnwRJbqn9tU?t=35</w:t>
      </w:r>
    </w:p>
    <w:p>
      <w:r>
        <w:rPr>
          <w:i/>
        </w:rPr>
        <w:t>“Today I want to explain some hadith in a simple manner”</w:t>
      </w:r>
    </w:p>
    <w:p>
      <w:r>
        <w:rPr>
          <w:sz w:val="20"/>
        </w:rPr>
        <w:t>0:35  Today I want to explain some hadith</w:t>
      </w:r>
      <w:r>
        <w:br/>
      </w:r>
      <w:r>
        <w:rPr>
          <w:sz w:val="20"/>
        </w:rPr>
        <w:t>0:45  in a very simple manner.</w:t>
      </w:r>
      <w:r>
        <w:br/>
      </w:r>
      <w:r>
        <w:rPr>
          <w:sz w:val="20"/>
        </w:rPr>
        <w:t>0:50  You know, hadith means sayings or</w:t>
      </w:r>
      <w:r>
        <w:br/>
      </w:r>
      <w:r>
        <w:rPr>
          <w:sz w:val="20"/>
        </w:rPr>
        <w:t>0:58  conversation.</w:t>
      </w:r>
      <w:r>
        <w:br/>
      </w:r>
      <w:r>
        <w:rPr>
          <w:sz w:val="20"/>
        </w:rPr>
        <w:t>1:01  The majority of hadith is conversation within the Prophet of Islam and his companions,</w:t>
      </w:r>
      <w:r>
        <w:br/>
      </w:r>
      <w:r>
        <w:rPr>
          <w:sz w:val="20"/>
        </w:rPr>
        <w:t>1:14  or people of that period. So Quran and hadith both are authentic in Islam, authentic source.</w:t>
      </w:r>
      <w:r>
        <w:br/>
      </w:r>
      <w:r>
        <w:rPr>
          <w:sz w:val="20"/>
        </w:rPr>
        <w:t>1:27  The only difference is that Quran is preserved in its original words. That is God's words.</w:t>
      </w:r>
      <w:r>
        <w:br/>
      </w:r>
      <w:r>
        <w:rPr>
          <w:sz w:val="20"/>
        </w:rPr>
        <w:t>1:40  But</w:t>
      </w:r>
      <w:r>
        <w:br/>
      </w:r>
      <w:r>
        <w:rPr>
          <w:sz w:val="20"/>
        </w:rPr>
        <w:t>1:43  hadith is also preserved, but it is words of Prophet and not words of God.</w:t>
      </w:r>
      <w:r>
        <w:br/>
      </w:r>
      <w:r>
        <w:rPr>
          <w:sz w:val="20"/>
        </w:rPr>
        <w:t>1:56  So Quran is a word of God, and hadith is a word of Prophet. So both are authentic sources in Islam.</w:t>
      </w:r>
      <w:r>
        <w:br/>
      </w:r>
      <w:r>
        <w:rPr>
          <w:sz w:val="20"/>
        </w:rPr>
        <w:t>2:11  Now,</w:t>
      </w:r>
      <w:r>
        <w:br/>
      </w:r>
      <w:r>
        <w:rPr>
          <w:sz w:val="20"/>
        </w:rPr>
        <w:t>2:17  conversation means exchange between Prophet and his contemporary people.</w:t>
      </w:r>
      <w:r>
        <w:br/>
      </w:r>
      <w:r>
        <w:rPr>
          <w:sz w:val="20"/>
        </w:rPr>
        <w:t>2:31  So I can say that hadith is a prophetic</w:t>
      </w:r>
      <w:r>
        <w:br/>
      </w:r>
      <w:r>
        <w:rPr>
          <w:sz w:val="20"/>
        </w:rPr>
        <w:t>2:43  response to an immediate situation. Immediate situation.</w:t>
      </w:r>
      <w:r>
        <w:br/>
      </w:r>
      <w:r>
        <w:rPr>
          <w:sz w:val="20"/>
        </w:rPr>
        <w:t>2:55  So the majority of hadith is like this.</w:t>
      </w:r>
      <w:r>
        <w:br/>
      </w:r>
      <w:r>
        <w:rPr>
          <w:sz w:val="20"/>
        </w:rPr>
        <w:t>3:00  Hadith is a prophetic response to</w:t>
      </w:r>
      <w:r>
        <w:br/>
      </w:r>
      <w:r>
        <w:rPr>
          <w:sz w:val="20"/>
        </w:rPr>
        <w:t>3:08  the immediate situation. But at the same time, every hadith has an eternal connotation.</w:t>
      </w:r>
      <w:r>
        <w:br/>
      </w:r>
      <w:r>
        <w:rPr>
          <w:sz w:val="20"/>
        </w:rPr>
        <w:t>3:23  So if you try,</w:t>
      </w:r>
      <w:r>
        <w:br/>
      </w:r>
      <w:r>
        <w:rPr>
          <w:sz w:val="20"/>
        </w:rPr>
        <w:t>3:30  you can translate all these hadiths in your contemporary situation. It is upon you.</w:t>
      </w:r>
      <w:r>
        <w:br/>
      </w:r>
      <w:r>
        <w:rPr>
          <w:sz w:val="20"/>
        </w:rPr>
        <w:t>3:44  So every hadith</w:t>
      </w:r>
      <w:r>
        <w:br/>
      </w:r>
      <w:r>
        <w:rPr>
          <w:sz w:val="20"/>
        </w:rPr>
        <w:t>3:48  has</w:t>
      </w:r>
      <w:r>
        <w:br/>
      </w:r>
      <w:r>
        <w:rPr>
          <w:sz w:val="20"/>
        </w:rPr>
        <w:t>3:52  an immediate reference. But at the same time, it has at least potentially a contemporary reference.</w:t>
      </w:r>
      <w:r>
        <w:br/>
      </w:r>
      <w:r>
        <w:rPr>
          <w:sz w:val="20"/>
        </w:rPr>
        <w:t>4:06  So it is upon you.</w:t>
      </w:r>
      <w:r>
        <w:br/>
      </w:r>
      <w:r>
        <w:rPr>
          <w:sz w:val="20"/>
        </w:rPr>
        <w:t>4:10  By this method, you can apply all those hadiths in your contemporary situations. So it is very important.</w:t>
      </w:r>
      <w:r>
        <w:br/>
      </w:r>
      <w:r>
        <w:rPr>
          <w:sz w:val="20"/>
        </w:rPr>
        <w:t>4:29  For example, the Prophet of Islam has said, "haramat al-mu'min akram haramah min al-ka'bah." Mu'min is respectable more than the Kaaba.</w:t>
      </w:r>
      <w:r>
        <w:br/>
      </w:r>
      <w:r>
        <w:rPr>
          <w:sz w:val="20"/>
        </w:rPr>
        <w:t>4:47  I think that here, mu'min is an immediate difference.</w:t>
      </w:r>
      <w:r>
        <w:br/>
      </w:r>
      <w:r>
        <w:rPr>
          <w:sz w:val="20"/>
        </w:rPr>
        <w:t>4:54  Because at that time, the audience was consistent of mu'mins. So Prophet said like this.</w:t>
      </w:r>
      <w:r>
        <w:br/>
      </w:r>
      <w:r>
        <w:rPr>
          <w:sz w:val="20"/>
        </w:rPr>
        <w:t>5:05  So mu'min here - the word mu'min is here as an immediate refer</w:t>
      </w:r>
      <w:r>
        <w:br/>
      </w:r>
      <w:r>
        <w:rPr>
          <w:sz w:val="20"/>
        </w:rPr>
        <w:t>5:11  ence. Otherwise, the real meaning of this hadith is that haram insan akram haram min al-kaaba.</w:t>
      </w:r>
      <w:r>
        <w:br/>
      </w:r>
      <w:r>
        <w:rPr>
          <w:sz w:val="20"/>
        </w:rPr>
        <w:t>5:23  The respect of a man is more than the respect of Kaaba.</w:t>
      </w:r>
    </w:p>
    <w:p>
      <w:pPr>
        <w:pStyle w:val="Heading2"/>
      </w:pPr>
      <w:r>
        <w:t>Reward for killing me, saved by Hindu youth</w:t>
      </w:r>
    </w:p>
    <w:p>
      <w:r>
        <w:rPr>
          <w:color w:val="666666"/>
          <w:sz w:val="18"/>
        </w:rPr>
        <w:t>In the Name of God 12 Jan 2020 - Maulana Wahiduddin Khan · 3m 08s · at 30:30 · https://youtu.be/aKynaASsI4s?t=1830</w:t>
      </w:r>
    </w:p>
    <w:p>
      <w:r>
        <w:rPr>
          <w:i/>
        </w:rPr>
        <w:t>“Times of India ke awwal par ek khabar chhapi thi”</w:t>
      </w:r>
    </w:p>
    <w:p>
      <w:r>
        <w:rPr>
          <w:sz w:val="20"/>
        </w:rPr>
        <w:t>30:30  Times of India ke awal par ek khabar chhapi thi</w:t>
      </w:r>
      <w:r>
        <w:br/>
      </w:r>
      <w:r>
        <w:rPr>
          <w:sz w:val="20"/>
        </w:rPr>
        <w:t>30:35  mere bare mein</w:t>
      </w:r>
      <w:r>
        <w:br/>
      </w:r>
      <w:r>
        <w:rPr>
          <w:sz w:val="20"/>
        </w:rPr>
        <w:t>30:38  ke jo un ko maar dalega us ko itna rupiya milega inaam</w:t>
      </w:r>
      <w:r>
        <w:br/>
      </w:r>
      <w:r>
        <w:rPr>
          <w:sz w:val="20"/>
        </w:rPr>
        <w:t>30:45  to is ke usi din subah ko</w:t>
      </w:r>
      <w:r>
        <w:br/>
      </w:r>
      <w:r>
        <w:rPr>
          <w:sz w:val="20"/>
        </w:rPr>
        <w:t>30:50  ek Hindu naujawan ek Hindu naujawan</w:t>
      </w:r>
      <w:r>
        <w:br/>
      </w:r>
      <w:r>
        <w:rPr>
          <w:sz w:val="20"/>
        </w:rPr>
        <w:t>30:55  apni car par mere paas aaye</w:t>
      </w:r>
      <w:r>
        <w:br/>
      </w:r>
      <w:r>
        <w:rPr>
          <w:sz w:val="20"/>
        </w:rPr>
        <w:t>30:58  ab bhi woh mashallah zinda hain</w:t>
      </w:r>
      <w:r>
        <w:br/>
      </w:r>
      <w:r>
        <w:rPr>
          <w:sz w:val="20"/>
        </w:rPr>
        <w:t>31:05  jaantay hain kisay aaye thay woh</w:t>
      </w:r>
      <w:r>
        <w:br/>
      </w:r>
      <w:r>
        <w:rPr>
          <w:sz w:val="20"/>
        </w:rPr>
        <w:t>31:09  poochh rahay thay keh aap meri car par baithiye aur meray ghar chaliye</w:t>
      </w:r>
      <w:r>
        <w:br/>
      </w:r>
      <w:r>
        <w:rPr>
          <w:sz w:val="20"/>
        </w:rPr>
        <w:t>31:15  unki ghoreyan abhi bhi dilli mein hain jahan le gaye thay uss ko woh</w:t>
      </w:r>
      <w:r>
        <w:br/>
      </w:r>
      <w:r>
        <w:rPr>
          <w:sz w:val="20"/>
        </w:rPr>
        <w:t>31:21  woh aik governor kay betay baithay thay</w:t>
      </w:r>
      <w:r>
        <w:br/>
      </w:r>
      <w:r>
        <w:rPr>
          <w:sz w:val="20"/>
        </w:rPr>
        <w:t>31:26  woh aik governor kay betay thay</w:t>
      </w:r>
      <w:r>
        <w:br/>
      </w:r>
      <w:r>
        <w:rPr>
          <w:sz w:val="20"/>
        </w:rPr>
        <w:t>31:30  woh governor bhi</w:t>
      </w:r>
      <w:r>
        <w:br/>
      </w:r>
      <w:r>
        <w:rPr>
          <w:sz w:val="20"/>
        </w:rPr>
        <w:t>31:33  aik hindu bhai tha woh khud bhi meray aik hindu bhai thay</w:t>
      </w:r>
      <w:r>
        <w:br/>
      </w:r>
      <w:r>
        <w:rPr>
          <w:sz w:val="20"/>
        </w:rPr>
        <w:t>31:40  main insaan ko hindu musalman nahin jaanta main insaan ko insaan jaanta hoon</w:t>
      </w:r>
      <w:r>
        <w:br/>
      </w:r>
      <w:r>
        <w:rPr>
          <w:sz w:val="20"/>
        </w:rPr>
        <w:t>31:47  iss dunya kay log europe kay log america kay log sab kay sab insaan</w:t>
      </w:r>
      <w:r>
        <w:br/>
      </w:r>
      <w:r>
        <w:rPr>
          <w:sz w:val="20"/>
        </w:rPr>
        <w:t>31:51  hain insan hain insan hain</w:t>
      </w:r>
      <w:r>
        <w:br/>
      </w:r>
      <w:r>
        <w:rPr>
          <w:sz w:val="20"/>
        </w:rPr>
        <w:t>31:57  ek ek hai ek hai ek hai</w:t>
      </w:r>
      <w:r>
        <w:br/>
      </w:r>
      <w:r>
        <w:rPr>
          <w:sz w:val="20"/>
        </w:rPr>
        <w:t>32:03  to woh naujawan apni car par aaya meray ghar hi nizamuddin west mein</w:t>
      </w:r>
      <w:r>
        <w:br/>
      </w:r>
      <w:r>
        <w:rPr>
          <w:sz w:val="20"/>
        </w:rPr>
        <w:t>32:12  aur jaantay hain kya kaha uss nay uss nay kaha keh main aap ko iss ghar mein rehnay</w:t>
      </w:r>
      <w:r>
        <w:br/>
      </w:r>
      <w:r>
        <w:rPr>
          <w:sz w:val="20"/>
        </w:rPr>
        <w:t>32:17  nahin doon ga meray saath chalna paray ga aap ko</w:t>
      </w:r>
      <w:r>
        <w:br/>
      </w:r>
      <w:r>
        <w:rPr>
          <w:sz w:val="20"/>
        </w:rPr>
        <w:t>32:22  uss waqt tak aap meray ghar mein rahengay</w:t>
      </w:r>
      <w:r>
        <w:br/>
      </w:r>
      <w:r>
        <w:rPr>
          <w:sz w:val="20"/>
        </w:rPr>
        <w:t>32:26  jab tak government apni</w:t>
      </w:r>
      <w:r>
        <w:br/>
      </w:r>
      <w:r>
        <w:rPr>
          <w:sz w:val="20"/>
        </w:rPr>
        <w:t>32:29  security yahan barha bathana day</w:t>
      </w:r>
      <w:r>
        <w:br/>
      </w:r>
      <w:r>
        <w:rPr>
          <w:sz w:val="20"/>
        </w:rPr>
        <w:t>32:34  to mere ghar par reh kar us ne telephone kiya ministeron ko government ko aur insist kiya ke mere ghar par security lagni chahiye</w:t>
      </w:r>
      <w:r>
        <w:br/>
      </w:r>
      <w:r>
        <w:rPr>
          <w:sz w:val="20"/>
        </w:rPr>
        <w:t>32:53  kyun ke mere head par inaam inaam ka ailan kiya tha kuch logon ne</w:t>
      </w:r>
      <w:r>
        <w:br/>
      </w:r>
      <w:r>
        <w:rPr>
          <w:sz w:val="20"/>
        </w:rPr>
        <w:t>33:03  to jab government ne wazir dakhla ne baqayda assistance de di aur mere ghar par security aa gayi tab woh khud apni car par la ke mere ghar par chora aap apne apne aap ab mere sath the woh</w:t>
      </w:r>
      <w:r>
        <w:br/>
      </w:r>
      <w:r>
        <w:rPr>
          <w:sz w:val="20"/>
        </w:rPr>
        <w:t>33:30  is waqt se main 80 89 mein hoon</w:t>
      </w:r>
    </w:p>
    <w:p>
      <w:pPr>
        <w:pStyle w:val="Heading2"/>
      </w:pPr>
      <w:r>
        <w:t>Everything is a miracle - conversion concept</w:t>
      </w:r>
    </w:p>
    <w:p>
      <w:r>
        <w:rPr>
          <w:color w:val="666666"/>
          <w:sz w:val="18"/>
        </w:rPr>
        <w:t>God Oriented Life (In Conversation with Maulana) 23 10 11 · 3m 37s · at 3:46 · https://youtu.be/E_LWwsWww2U?t=226</w:t>
      </w:r>
    </w:p>
    <w:p>
      <w:r>
        <w:rPr>
          <w:i/>
        </w:rPr>
        <w:t>“Dekhiye aap to aap ka kaam hai”</w:t>
      </w:r>
    </w:p>
    <w:p>
      <w:r>
        <w:rPr>
          <w:sz w:val="20"/>
        </w:rPr>
        <w:t>3:46  logon ko literature pahunchana</w:t>
      </w:r>
      <w:r>
        <w:br/>
      </w:r>
      <w:r>
        <w:rPr>
          <w:sz w:val="20"/>
        </w:rPr>
        <w:t>3:49  baat pahunchana jab tak aadmi ka mind prepare na ho jaye tab tak woh kuch bhi nahi samjhe</w:t>
      </w:r>
      <w:r>
        <w:br/>
      </w:r>
      <w:r>
        <w:rPr>
          <w:sz w:val="20"/>
        </w:rPr>
        <w:t>3:57  ga mislan mein</w:t>
      </w:r>
      <w:r>
        <w:br/>
      </w:r>
      <w:r>
        <w:rPr>
          <w:sz w:val="20"/>
        </w:rPr>
        <w:t>4:01  yani samajhta hoon ke</w:t>
      </w:r>
      <w:r>
        <w:br/>
      </w:r>
      <w:r>
        <w:rPr>
          <w:sz w:val="20"/>
        </w:rPr>
        <w:t>4:04  har cheez moajza hai yeh maa ke pait mein ek bachcha ban kar niklta hai yeh moajza nahi</w:t>
      </w:r>
      <w:r>
        <w:br/>
      </w:r>
      <w:r>
        <w:rPr>
          <w:sz w:val="20"/>
        </w:rPr>
        <w:t>4:09  hai yani gosht aur khoon bachcha ban jata hai dekhne wala sunne wala chalne wala</w:t>
      </w:r>
      <w:r>
        <w:br/>
      </w:r>
      <w:r>
        <w:rPr>
          <w:sz w:val="20"/>
        </w:rPr>
        <w:t>4:17  ek beej ek ghar zameen mein parta hai ek darakht ban jata hai moajza hi toh hai yeh</w:t>
      </w:r>
      <w:r>
        <w:br/>
      </w:r>
      <w:r>
        <w:rPr>
          <w:sz w:val="20"/>
        </w:rPr>
        <w:t>4:21  do ghasi milti hain woh pani ban jati hai moajza hi toh hai</w:t>
      </w:r>
      <w:r>
        <w:br/>
      </w:r>
      <w:r>
        <w:rPr>
          <w:sz w:val="20"/>
        </w:rPr>
        <w:t>4:26  toh sab cheez moajza hi hai moaj</w:t>
      </w:r>
      <w:r>
        <w:br/>
      </w:r>
      <w:r>
        <w:rPr>
          <w:sz w:val="20"/>
        </w:rPr>
        <w:t>4:29  za kya hai conversion</w:t>
      </w:r>
      <w:r>
        <w:br/>
      </w:r>
      <w:r>
        <w:rPr>
          <w:sz w:val="20"/>
        </w:rPr>
        <w:t>4:31  hazrat moosa ke haath mein jo asaa tha woh saanp ban gaya darwaza case of conversion toh conversion</w:t>
      </w:r>
      <w:r>
        <w:br/>
      </w:r>
      <w:r>
        <w:rPr>
          <w:sz w:val="20"/>
        </w:rPr>
        <w:t>4:38  toh har waqt ho raha hai</w:t>
      </w:r>
      <w:r>
        <w:br/>
      </w:r>
      <w:r>
        <w:rPr>
          <w:sz w:val="20"/>
        </w:rPr>
        <w:t>4:41  har waqt ho raha hai</w:t>
      </w:r>
      <w:r>
        <w:br/>
      </w:r>
      <w:r>
        <w:rPr>
          <w:sz w:val="20"/>
        </w:rPr>
        <w:t>4:44  matter jo hai roshan sitara ban gaya beej jo hai bada darakht ban gaya</w:t>
      </w:r>
      <w:r>
        <w:br/>
      </w:r>
      <w:r>
        <w:rPr>
          <w:sz w:val="20"/>
        </w:rPr>
        <w:t>4:51  insaan maa ke pait mein gosht aur khoon jo hai bachcha ban gaya</w:t>
      </w:r>
      <w:r>
        <w:br/>
      </w:r>
      <w:r>
        <w:rPr>
          <w:sz w:val="20"/>
        </w:rPr>
        <w:t>4:55  toh sab conversion hi toh ho rahi hai</w:t>
      </w:r>
      <w:r>
        <w:br/>
      </w:r>
      <w:r>
        <w:rPr>
          <w:sz w:val="20"/>
        </w:rPr>
        <w:t>5:00  koi yeh nahi ke pehle jo hua woh bas woh woh tha moajza</w:t>
      </w:r>
      <w:r>
        <w:br/>
      </w:r>
      <w:r>
        <w:rPr>
          <w:sz w:val="20"/>
        </w:rPr>
        <w:t>5:06  mein bol raha hoon mein toh har waqt sochta hoon ke moajza hai ke mein bol raha hoon</w:t>
      </w:r>
      <w:r>
        <w:br/>
      </w:r>
      <w:r>
        <w:rPr>
          <w:sz w:val="20"/>
        </w:rPr>
        <w:t>5:12  kaise mein ne socha kaise meri soch jo hai woh lafzon mein dhali kaise mein ne zabaan se</w:t>
      </w:r>
      <w:r>
        <w:br/>
      </w:r>
      <w:r>
        <w:rPr>
          <w:sz w:val="20"/>
        </w:rPr>
        <w:t>5:19  ada kiya kaise woh baat aap tak pahunchi kaise aap ne sun liya phir electronic daur mein woh</w:t>
      </w:r>
      <w:r>
        <w:br/>
      </w:r>
      <w:r>
        <w:rPr>
          <w:sz w:val="20"/>
        </w:rPr>
        <w:t>5:27  cheez universal ho gayi to moajza hi to hai yeh to moajza ki haqeeqat hai conversion aur conversion</w:t>
      </w:r>
      <w:r>
        <w:br/>
      </w:r>
      <w:r>
        <w:rPr>
          <w:sz w:val="20"/>
        </w:rPr>
        <w:t>5:34  har waqt ho raha hai lekin yeh baat hai kab samjhega aadmi jab us ko us ke</w:t>
      </w:r>
      <w:r>
        <w:br/>
      </w:r>
      <w:r>
        <w:rPr>
          <w:sz w:val="20"/>
        </w:rPr>
        <w:t>5:39  mind ko aap prepare karen pehle din nahi samajh lega yeh umeed na rakhiye ke idhar aap</w:t>
      </w:r>
      <w:r>
        <w:br/>
      </w:r>
      <w:r>
        <w:rPr>
          <w:sz w:val="20"/>
        </w:rPr>
        <w:t>5:45  ne kaha idhar</w:t>
      </w:r>
      <w:r>
        <w:br/>
      </w:r>
      <w:r>
        <w:rPr>
          <w:sz w:val="20"/>
        </w:rPr>
        <w:t>5:46  us ne maan liya jab mind ban jayega us waqt sab kuch maan lega main bhi</w:t>
      </w:r>
      <w:r>
        <w:br/>
      </w:r>
      <w:r>
        <w:rPr>
          <w:sz w:val="20"/>
        </w:rPr>
        <w:t>5:51  pehley nahi manta tha</w:t>
      </w:r>
      <w:r>
        <w:br/>
      </w:r>
      <w:r>
        <w:rPr>
          <w:sz w:val="20"/>
        </w:rPr>
        <w:t>5:54  pehley main aisi baaton ko nahi manta tha naujawani ki umar mein ab main jab maine daryaft</w:t>
      </w:r>
      <w:r>
        <w:br/>
      </w:r>
      <w:r>
        <w:rPr>
          <w:sz w:val="20"/>
        </w:rPr>
        <w:t>6:01  kiya kya hai kya to conversion hi to hai yeh</w:t>
      </w:r>
      <w:r>
        <w:br/>
      </w:r>
      <w:r>
        <w:rPr>
          <w:sz w:val="20"/>
        </w:rPr>
        <w:t>6:05  har cheez yaani asa Hazrat Musa ka asa jo saanp ban gaya to conversion to tha woh to</w:t>
      </w:r>
      <w:r>
        <w:br/>
      </w:r>
      <w:r>
        <w:rPr>
          <w:sz w:val="20"/>
        </w:rPr>
        <w:t>6:13  har waqt conversion ho raha hai har waqt conversion ho raha hai</w:t>
      </w:r>
      <w:r>
        <w:br/>
      </w:r>
      <w:r>
        <w:rPr>
          <w:sz w:val="20"/>
        </w:rPr>
        <w:t>6:19  main jab gaon mein rehta tha UP mein</w:t>
      </w:r>
      <w:r>
        <w:br/>
      </w:r>
      <w:r>
        <w:rPr>
          <w:sz w:val="20"/>
        </w:rPr>
        <w:t>6:23  to apne ghar mein maine</w:t>
      </w:r>
      <w:r>
        <w:br/>
      </w:r>
      <w:r>
        <w:rPr>
          <w:sz w:val="20"/>
        </w:rPr>
        <w:t>6:27  ek woh lagaya</w:t>
      </w:r>
      <w:r>
        <w:br/>
      </w:r>
      <w:r>
        <w:rPr>
          <w:sz w:val="20"/>
        </w:rPr>
        <w:t>6:32  jis</w:t>
      </w:r>
      <w:r>
        <w:br/>
      </w:r>
      <w:r>
        <w:rPr>
          <w:sz w:val="20"/>
        </w:rPr>
        <w:t>6:32  ko kehte hain eucalyptus</w:t>
      </w:r>
      <w:r>
        <w:br/>
      </w:r>
      <w:r>
        <w:rPr>
          <w:sz w:val="20"/>
        </w:rPr>
        <w:t>6:36  ek itni si badi si shakh kahin mujhe mili woh lagaya aur bohat hi bada darakht ban gaya</w:t>
      </w:r>
      <w:r>
        <w:br/>
      </w:r>
      <w:r>
        <w:rPr>
          <w:sz w:val="20"/>
        </w:rPr>
        <w:t>6:41  itna bada ke door door se woh dikhai deta tha woh pehchan ban gayi dekho bhai woh gaon</w:t>
      </w:r>
      <w:r>
        <w:br/>
      </w:r>
      <w:r>
        <w:rPr>
          <w:sz w:val="20"/>
        </w:rPr>
        <w:t>6:49  jahan eucalyptus ka darakht hai</w:t>
      </w:r>
      <w:r>
        <w:br/>
      </w:r>
      <w:r>
        <w:rPr>
          <w:sz w:val="20"/>
        </w:rPr>
        <w:t>6:51  itna sa bada to kaise woh ek choti si shakh ek bada darakht ban gaya jo door tak</w:t>
      </w:r>
      <w:r>
        <w:br/>
      </w:r>
      <w:r>
        <w:rPr>
          <w:sz w:val="20"/>
        </w:rPr>
        <w:t>6:58  دکھائی دے that was a case of conversion</w:t>
      </w:r>
      <w:r>
        <w:br/>
      </w:r>
      <w:r>
        <w:rPr>
          <w:sz w:val="20"/>
        </w:rPr>
        <w:t>7:02  to main to hairaan hota tha dekh dekh kar ke ke kaise Khuda ne ek choti si shakh</w:t>
      </w:r>
      <w:r>
        <w:br/>
      </w:r>
      <w:r>
        <w:rPr>
          <w:sz w:val="20"/>
        </w:rPr>
        <w:t>7:07  ko itna bada darakht bana diya</w:t>
      </w:r>
      <w:r>
        <w:br/>
      </w:r>
      <w:r>
        <w:rPr>
          <w:sz w:val="20"/>
        </w:rPr>
        <w:t>7:10  to har cheez jo hai case of conversion hai har cheez moajza hai lekin us waqt aadmi ki</w:t>
      </w:r>
      <w:r>
        <w:br/>
      </w:r>
      <w:r>
        <w:rPr>
          <w:sz w:val="20"/>
        </w:rPr>
        <w:t>7:16  samajh mein aayega jab ke us</w:t>
      </w:r>
      <w:r>
        <w:br/>
      </w:r>
      <w:r>
        <w:rPr>
          <w:sz w:val="20"/>
        </w:rPr>
        <w:t>7:17  ka zehan aap bana chuke hon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