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Search: I am ill</w:t>
      </w:r>
    </w:p>
    <w:p>
      <w:r>
        <w:rPr>
          <w:sz w:val="18"/>
        </w:rPr>
        <w:t>Q&amp;A, lecture moments and clips · full transcripts with timestamps · exported 2026-09-21</w:t>
      </w:r>
    </w:p>
    <w:p>
      <w:pPr>
        <w:pStyle w:val="Heading1"/>
      </w:pPr>
      <w:r>
        <w:t>Maulana was asked (30)</w:t>
      </w:r>
    </w:p>
    <w:p>
      <w:pPr>
        <w:pStyle w:val="Heading2"/>
      </w:pPr>
      <w:r>
        <w:t>Advice for a Failed Person</w:t>
      </w:r>
    </w:p>
    <w:p>
      <w:r>
        <w:rPr>
          <w:color w:val="666666"/>
          <w:sz w:val="18"/>
        </w:rPr>
        <w:t>Angle of Vision February 28, 2016 · 4m 12s · at 1:03:02 · https://youtu.be/dFZ7_x1Ul7A?t=3782</w:t>
      </w:r>
    </w:p>
    <w:p>
      <w:r>
        <w:rPr>
          <w:i/>
        </w:rPr>
        <w:t>“I think I am a failed person. I don't have higher education nor a permanent job.”</w:t>
      </w:r>
    </w:p>
    <w:p>
      <w:r>
        <w:rPr>
          <w:sz w:val="20"/>
        </w:rPr>
        <w:t>1:03:02  Maulana agla sawal Zia ur Rehman sahib ka hai unhon ne apni location nahi bheji hai un ka sawal</w:t>
      </w:r>
      <w:r>
        <w:br/>
      </w:r>
      <w:r>
        <w:rPr>
          <w:sz w:val="20"/>
        </w:rPr>
        <w:t>1:03:08  hai I think I am a failed person.</w:t>
      </w:r>
      <w:r>
        <w:br/>
      </w:r>
      <w:r>
        <w:rPr>
          <w:sz w:val="20"/>
        </w:rPr>
        <w:t>1:03:15  I don't have higher education nor a permanent job.</w:t>
      </w:r>
      <w:r>
        <w:br/>
      </w:r>
      <w:r>
        <w:rPr>
          <w:sz w:val="20"/>
        </w:rPr>
        <w:t>1:03:20  So I am thinking to go abroad to get myself a chance for a good life for my</w:t>
      </w:r>
      <w:r>
        <w:br/>
      </w:r>
      <w:r>
        <w:rPr>
          <w:sz w:val="20"/>
        </w:rPr>
        <w:t>1:03:26  children and family.</w:t>
      </w:r>
      <w:r>
        <w:br/>
      </w:r>
      <w:r>
        <w:rPr>
          <w:sz w:val="20"/>
        </w:rPr>
        <w:t>1:03:31  Maulana sahib kindly guide me in this regard.</w:t>
      </w:r>
      <w:r>
        <w:br/>
      </w:r>
      <w:r>
        <w:rPr>
          <w:sz w:val="20"/>
        </w:rPr>
        <w:t>1:03:37  dekhiye, bahar jana koi choice nahi hai kyunke bahar ke mulkon mein yaani developed countries mein jo hai</w:t>
      </w:r>
      <w:r>
        <w:br/>
      </w:r>
      <w:r>
        <w:rPr>
          <w:sz w:val="20"/>
        </w:rPr>
        <w:t>1:03:42  bahut sakht competition hota hai.</w:t>
      </w:r>
      <w:r>
        <w:br/>
      </w:r>
      <w:r>
        <w:rPr>
          <w:sz w:val="20"/>
        </w:rPr>
        <w:t>1:03:48  sirf merit par wahan milte hain.</w:t>
      </w:r>
      <w:r>
        <w:br/>
      </w:r>
      <w:r>
        <w:rPr>
          <w:sz w:val="20"/>
        </w:rPr>
        <w:t>1:03:54  ameer jab aap ke paas deen India mein nahi kaam kare toh wahan kya kaam kare gi? jitne</w:t>
      </w:r>
      <w:r>
        <w:br/>
      </w:r>
      <w:r>
        <w:rPr>
          <w:sz w:val="20"/>
        </w:rPr>
        <w:t>1:03:59  bhi developed countries hain wahan sirf merit kaam kaam aati hai aur koi cheez kaam nahi aati.</w:t>
      </w:r>
      <w:r>
        <w:br/>
      </w:r>
      <w:r>
        <w:rPr>
          <w:sz w:val="20"/>
        </w:rPr>
        <w:t>1:04:05  aur koi cheez kaam nahi aati wahan toh jab aap ke paas koi aisi yaani aisi koi degree</w:t>
      </w:r>
      <w:r>
        <w:br/>
      </w:r>
      <w:r>
        <w:rPr>
          <w:sz w:val="20"/>
        </w:rPr>
        <w:t>1:04:10  nahi hai, expertise nahi hai toh wahan jaane ka koi koi matlab hi nahi banta.</w:t>
      </w:r>
      <w:r>
        <w:br/>
      </w:r>
      <w:r>
        <w:rPr>
          <w:sz w:val="20"/>
        </w:rPr>
        <w:t>1:04:16  aap ko sirf yeh karna hai ke India hi mein yeh sochein ke kaun si skill apne andar paida karun.</w:t>
      </w:r>
      <w:r>
        <w:br/>
      </w:r>
      <w:r>
        <w:rPr>
          <w:sz w:val="20"/>
        </w:rPr>
        <w:t>1:04:21  kisi skill ko apne andar develop karna pare ga training ke zariye se ya ya phir yeh ke</w:t>
      </w:r>
      <w:r>
        <w:br/>
      </w:r>
      <w:r>
        <w:rPr>
          <w:sz w:val="20"/>
        </w:rPr>
        <w:t>1:04:27  boht choti job par aadi ho jae.</w:t>
      </w:r>
      <w:r>
        <w:br/>
      </w:r>
      <w:r>
        <w:rPr>
          <w:sz w:val="20"/>
        </w:rPr>
        <w:t>1:04:33  aap dekhen, aaj ki society jo hai is mein do hi option hain aadmi ke liye: ya to</w:t>
      </w:r>
      <w:r>
        <w:br/>
      </w:r>
      <w:r>
        <w:rPr>
          <w:sz w:val="20"/>
        </w:rPr>
        <w:t>1:04:38  choti job par aadi ho jae ya phir skill paida kare apne andar.</w:t>
      </w:r>
      <w:r>
        <w:br/>
      </w:r>
      <w:r>
        <w:rPr>
          <w:sz w:val="20"/>
        </w:rPr>
        <w:t>1:04:44  jaise is dilli mein lakhon lakh log larkay aur larkiyan kaam karte hain, dharu gharon mein jharoo dete</w:t>
      </w:r>
      <w:r>
        <w:br/>
      </w:r>
      <w:r>
        <w:rPr>
          <w:sz w:val="20"/>
        </w:rPr>
        <w:t>1:04:49  hain, safai karte hain, wo un ko kaam lia hua hai.</w:t>
      </w:r>
      <w:r>
        <w:br/>
      </w:r>
      <w:r>
        <w:rPr>
          <w:sz w:val="20"/>
        </w:rPr>
        <w:t>1:04:55  har aadmi abhi ab koi chahe to kaam mil mil jae ga to lekin log chahte hain koi</w:t>
      </w:r>
      <w:r>
        <w:br/>
      </w:r>
      <w:r>
        <w:rPr>
          <w:sz w:val="20"/>
        </w:rPr>
        <w:t>1:05:00  kisi base par baith ke baithne wala job.</w:t>
      </w:r>
      <w:r>
        <w:br/>
      </w:r>
      <w:r>
        <w:rPr>
          <w:sz w:val="20"/>
        </w:rPr>
        <w:t>1:05:06  to dekhiye, job hamesha har har haal mein mojood rehta hai.</w:t>
      </w:r>
      <w:r>
        <w:br/>
      </w:r>
      <w:r>
        <w:rPr>
          <w:sz w:val="20"/>
        </w:rPr>
        <w:t>1:05:12  sirf yeh hai ke aap chahte hain zyada honorable job, wo nahi mil raha hai.</w:t>
      </w:r>
      <w:r>
        <w:br/>
      </w:r>
      <w:r>
        <w:rPr>
          <w:sz w:val="20"/>
        </w:rPr>
        <w:t>1:05:17  warna job to kia hai, agar aadmi derdi ho jae ghar ki safai par karne ka to sankron</w:t>
      </w:r>
      <w:r>
        <w:br/>
      </w:r>
      <w:r>
        <w:rPr>
          <w:sz w:val="20"/>
        </w:rPr>
        <w:t>1:05:23  job mojood hain aise aadmi ke liye.</w:t>
      </w:r>
      <w:r>
        <w:br/>
      </w:r>
      <w:r>
        <w:rPr>
          <w:sz w:val="20"/>
        </w:rPr>
        <w:t>1:05:28  to aap ko ya to choti job par raazi hona pare ga ya aap aisa karen ke koi</w:t>
      </w:r>
      <w:r>
        <w:br/>
      </w:r>
      <w:r>
        <w:rPr>
          <w:sz w:val="20"/>
        </w:rPr>
        <w:t>1:05:34  skill paida karen apne andar.</w:t>
      </w:r>
      <w:r>
        <w:br/>
      </w:r>
      <w:r>
        <w:rPr>
          <w:sz w:val="20"/>
        </w:rPr>
        <w:t>1:05:40  skill aik baat yeh hai, doosri baat yeh hai ke yeh tasawwur ghalat hai ke aap kaam kamain</w:t>
      </w:r>
      <w:r>
        <w:br/>
      </w:r>
      <w:r>
        <w:rPr>
          <w:sz w:val="20"/>
        </w:rPr>
        <w:t>1:05:45  ge to bachon ka kaam chle ga.</w:t>
      </w:r>
      <w:r>
        <w:br/>
      </w:r>
      <w:r>
        <w:rPr>
          <w:sz w:val="20"/>
        </w:rPr>
        <w:t>1:05:51  aap ki kamai se bachon ka koi talluq nahi hai.</w:t>
      </w:r>
      <w:r>
        <w:br/>
      </w:r>
      <w:r>
        <w:rPr>
          <w:sz w:val="20"/>
        </w:rPr>
        <w:t>1:05:56  bachon ke andar aap instinct bhi paida kiye mehnat mehnat ka.</w:t>
      </w:r>
      <w:r>
        <w:br/>
      </w:r>
      <w:r>
        <w:rPr>
          <w:sz w:val="20"/>
        </w:rPr>
        <w:t>1:06:02  abhi mein qissa bata chuka hoon shayad aap se.</w:t>
      </w:r>
      <w:r>
        <w:br/>
      </w:r>
      <w:r>
        <w:rPr>
          <w:sz w:val="20"/>
        </w:rPr>
        <w:t>1:06:07  hamare office mein aik sahab thay jo yahan kaam karte thay yani mamooli kaam tha un ka.</w:t>
      </w:r>
      <w:r>
        <w:br/>
      </w:r>
      <w:r>
        <w:rPr>
          <w:sz w:val="20"/>
        </w:rPr>
        <w:t>1:06:13  achanak uth ke death ho gai achanak to un ke kai chote chote bache thay.</w:t>
      </w:r>
      <w:r>
        <w:br/>
      </w:r>
      <w:r>
        <w:rPr>
          <w:sz w:val="20"/>
        </w:rPr>
        <w:t>1:06:19  to hum sab logon ne socha ke ab kia hoga, kia hoga lekin kia hoga? nature ne kaam</w:t>
      </w:r>
      <w:r>
        <w:br/>
      </w:r>
      <w:r>
        <w:rPr>
          <w:sz w:val="20"/>
        </w:rPr>
        <w:t>1:06:24  kia, nature ne har bache ke andar instinct jaag para ke mera baap mar gaya, ab mujhe kaam karna hai.</w:t>
      </w:r>
      <w:r>
        <w:br/>
      </w:r>
      <w:r>
        <w:rPr>
          <w:sz w:val="20"/>
        </w:rPr>
        <w:t>1:06:30  mera baap mar gaya, ab mujhe kaam karna hai.</w:t>
      </w:r>
      <w:r>
        <w:br/>
      </w:r>
      <w:r>
        <w:rPr>
          <w:sz w:val="20"/>
        </w:rPr>
        <w:t>1:06:35  to sab bachon ne parh dala aur aur job bhi mil gaya un ko aur mujhe pata chala</w:t>
      </w:r>
      <w:r>
        <w:br/>
      </w:r>
      <w:r>
        <w:rPr>
          <w:sz w:val="20"/>
        </w:rPr>
        <w:t>1:06:41  ke baqayda wo apne zaati ghar bana lia unhon ne.</w:t>
      </w:r>
      <w:r>
        <w:br/>
      </w:r>
      <w:r>
        <w:rPr>
          <w:sz w:val="20"/>
        </w:rPr>
        <w:t>1:06:46  zati ghar halankay baap nay kuch paisa nahi chora tha in kay liye, instinct chora tha.</w:t>
      </w:r>
      <w:r>
        <w:br/>
      </w:r>
      <w:r>
        <w:rPr>
          <w:sz w:val="20"/>
        </w:rPr>
        <w:t>1:06:52  Instinct to aap ko mein do baatein kahoon ga: aap khud apnay andar skill paida kijiye aur yeh</w:t>
      </w:r>
      <w:r>
        <w:br/>
      </w:r>
      <w:r>
        <w:rPr>
          <w:sz w:val="20"/>
        </w:rPr>
        <w:t>1:06:58  sochna chor dijiye ke aap kamayein gay to bachon ka kaam chalay ga.</w:t>
      </w:r>
      <w:r>
        <w:br/>
      </w:r>
      <w:r>
        <w:rPr>
          <w:sz w:val="20"/>
        </w:rPr>
        <w:t>1:07:03  Bachon kay liye tum mehnat karo, un kay liye instinct paida kijiye.</w:t>
      </w:r>
      <w:r>
        <w:br/>
      </w:r>
      <w:r>
        <w:rPr>
          <w:sz w:val="20"/>
        </w:rPr>
        <w:t>1:07:09  Yeh do baatein mein arz karoon ga aap say.</w:t>
      </w:r>
    </w:p>
    <w:p>
      <w:pPr>
        <w:pStyle w:val="Heading2"/>
      </w:pPr>
      <w:r>
        <w:t>Problem in striving to please Creator</w:t>
      </w:r>
    </w:p>
    <w:p>
      <w:r>
        <w:rPr>
          <w:color w:val="666666"/>
          <w:sz w:val="18"/>
        </w:rPr>
        <w:t>Dars-e-Quran, Chapter 2, Verse 255 | December 24, 2017 · 1m 30s · at 59:13 · https://youtu.be/tKX0KUhUMnw?t=3553</w:t>
      </w:r>
    </w:p>
    <w:p>
      <w:r>
        <w:rPr>
          <w:i/>
        </w:rPr>
        <w:t>“I try to become a good person so that my Creator is pleased with me, but I have developed a problem: all the time I feel I am...”</w:t>
      </w:r>
    </w:p>
    <w:p>
      <w:r>
        <w:rPr>
          <w:sz w:val="20"/>
        </w:rPr>
        <w:t>59:13  maulana, agla sawal lete hain jo lucknow se bheja hai rashid sahib ne.</w:t>
      </w:r>
      <w:r>
        <w:br/>
      </w:r>
      <w:r>
        <w:rPr>
          <w:sz w:val="20"/>
        </w:rPr>
        <w:t>59:19  انہوں نے لکھا ہے: "مولانا، I try to become a good person so that my Creator is pleased</w:t>
      </w:r>
      <w:r>
        <w:br/>
      </w:r>
      <w:r>
        <w:rPr>
          <w:sz w:val="20"/>
        </w:rPr>
        <w:t>59:25  with me, but I have developed a problem, which is that all the time I feel I am</w:t>
      </w:r>
      <w:r>
        <w:br/>
      </w:r>
      <w:r>
        <w:rPr>
          <w:sz w:val="20"/>
        </w:rPr>
        <w:t>59:31  falling short of God's expectations, and that He wants me to do more.</w:t>
      </w:r>
      <w:r>
        <w:br/>
      </w:r>
      <w:r>
        <w:rPr>
          <w:sz w:val="20"/>
        </w:rPr>
        <w:t>59:37  das mix me feel</w:t>
      </w:r>
      <w:r>
        <w:br/>
      </w:r>
      <w:r>
        <w:rPr>
          <w:sz w:val="20"/>
        </w:rPr>
        <w:t>59:43  galti al da time.</w:t>
      </w:r>
      <w:r>
        <w:br/>
      </w:r>
      <w:r>
        <w:rPr>
          <w:sz w:val="20"/>
        </w:rPr>
        <w:t>59:49  Maulana, is such a feeling normal, or am I developing some sort of a complex? Please guide me.</w:t>
      </w:r>
      <w:r>
        <w:br/>
      </w:r>
      <w:r>
        <w:rPr>
          <w:sz w:val="20"/>
        </w:rPr>
        <w:t>59:55  so that i can develop right attitude and right thinking." dekhiye, yeh to sahaba ki sunnat hai.</w:t>
      </w:r>
      <w:r>
        <w:br/>
      </w:r>
      <w:r>
        <w:rPr>
          <w:sz w:val="20"/>
        </w:rPr>
        <w:t>1:00:01  saare sahaba isi tarah ke ehsaas mein rehte the.</w:t>
      </w:r>
      <w:r>
        <w:br/>
      </w:r>
      <w:r>
        <w:rPr>
          <w:sz w:val="20"/>
        </w:rPr>
        <w:t>1:00:07  kami ka ehsaas, kami ka ehsaas, to kami ka ehsaas</w:t>
      </w:r>
      <w:r>
        <w:br/>
      </w:r>
      <w:r>
        <w:rPr>
          <w:sz w:val="20"/>
        </w:rPr>
        <w:t>1:00:13  to sunnat sahaba hai. kami ka ehsas hi se to aap ke andar ek motivation aata hai, motivation ke mujhe aur karna hai, aur karna hai, aur karna hai. agar kami ka ehsas na ho to to phir to life mein halt aa jayega, aur taraqqi ruk jayegi.</w:t>
      </w:r>
    </w:p>
    <w:p>
      <w:pPr>
        <w:pStyle w:val="Heading2"/>
      </w:pPr>
      <w:r>
        <w:t>Deviated young boy seeking guidance</w:t>
      </w:r>
    </w:p>
    <w:p>
      <w:r>
        <w:rPr>
          <w:color w:val="666666"/>
          <w:sz w:val="18"/>
        </w:rPr>
        <w:t>Divine Guidance November 20, 2016 · 5m 03s · at 55:16 · https://youtu.be/tbcloc-fvSE?t=3316</w:t>
      </w:r>
    </w:p>
    <w:p>
      <w:r>
        <w:rPr>
          <w:i/>
        </w:rPr>
        <w:t>“I am a deviated young boy from Pakistan.”</w:t>
      </w:r>
    </w:p>
    <w:p>
      <w:r>
        <w:rPr>
          <w:sz w:val="20"/>
        </w:rPr>
        <w:t>55:16  Maulana, agla sawal lete hain jo Pakistan se ek naujawan ne bheja hai.</w:t>
      </w:r>
      <w:r>
        <w:br/>
      </w:r>
      <w:r>
        <w:rPr>
          <w:sz w:val="20"/>
        </w:rPr>
        <w:t>55:21  is ne apna naam nahin likha hai.</w:t>
      </w:r>
      <w:r>
        <w:br/>
      </w:r>
      <w:r>
        <w:rPr>
          <w:sz w:val="20"/>
        </w:rPr>
        <w:t>55:26  sawal jo hai woh is tarah hai: "Moulana صاحb, I am a deviated young boy from Pakistan.</w:t>
      </w:r>
      <w:r>
        <w:br/>
      </w:r>
      <w:r>
        <w:rPr>
          <w:sz w:val="20"/>
        </w:rPr>
        <w:t>55:32  I want to commit suicide.</w:t>
      </w:r>
      <w:r>
        <w:br/>
      </w:r>
      <w:r>
        <w:rPr>
          <w:sz w:val="20"/>
        </w:rPr>
        <w:t>55:37  I am physically and mentally fit, but I am helpless and alone.</w:t>
      </w:r>
      <w:r>
        <w:br/>
      </w:r>
      <w:r>
        <w:rPr>
          <w:sz w:val="20"/>
        </w:rPr>
        <w:t>55:42  I can't handle this hard life and feel defeated.</w:t>
      </w:r>
      <w:r>
        <w:br/>
      </w:r>
      <w:r>
        <w:rPr>
          <w:sz w:val="20"/>
        </w:rPr>
        <w:t>55:48  I cant win because I dont have potential. My parents and relatives say that I would never be a successful man. They are right. I have no brain and I am weak. My question is: can I commit suicide? No one needs me. I am a burden on this earth. Will God forgive me if I commit suicide? I am totally helpless.</w:t>
      </w:r>
      <w:r>
        <w:br/>
      </w:r>
      <w:r>
        <w:rPr>
          <w:sz w:val="20"/>
        </w:rPr>
        <w:t>56:15  Please guide me." dekhen, mera jo experience hai woh bataon ga ke aise kai se mujhe maloom hai</w:t>
      </w:r>
      <w:r>
        <w:br/>
      </w:r>
      <w:r>
        <w:rPr>
          <w:sz w:val="20"/>
        </w:rPr>
        <w:t>56:20  jin ka yeh halat thi.</w:t>
      </w:r>
      <w:r>
        <w:br/>
      </w:r>
      <w:r>
        <w:rPr>
          <w:sz w:val="20"/>
        </w:rPr>
        <w:t>56:25  lekin jab maine in ko study ki to woh halat is liye thi ke woh apne aap</w:t>
      </w:r>
      <w:r>
        <w:br/>
      </w:r>
      <w:r>
        <w:rPr>
          <w:sz w:val="20"/>
        </w:rPr>
        <w:t>56:30  ko discover nahi kar sake.</w:t>
      </w:r>
      <w:r>
        <w:br/>
      </w:r>
      <w:r>
        <w:rPr>
          <w:sz w:val="20"/>
        </w:rPr>
        <w:t>56:36  apne aap ko discover nahi kar sake.</w:t>
      </w:r>
      <w:r>
        <w:br/>
      </w:r>
      <w:r>
        <w:rPr>
          <w:sz w:val="20"/>
        </w:rPr>
        <w:t>56:41  kisi cheez ko khwamkhwah bohat zyada important de di.</w:t>
      </w:r>
      <w:r>
        <w:br/>
      </w:r>
      <w:r>
        <w:rPr>
          <w:sz w:val="20"/>
        </w:rPr>
        <w:t>56:46  misalan, ek meri aankhon ke samne ek shakhs hai.</w:t>
      </w:r>
      <w:r>
        <w:br/>
      </w:r>
      <w:r>
        <w:rPr>
          <w:sz w:val="20"/>
        </w:rPr>
        <w:t>56:52  maine is ko dekha hai ke woh itna zyada mayoos the apni zindagi se ke woh samajhte</w:t>
      </w:r>
      <w:r>
        <w:br/>
      </w:r>
      <w:r>
        <w:rPr>
          <w:sz w:val="20"/>
        </w:rPr>
        <w:t>56:57  the, un ko log kehte the ke tum munhoos ho.</w:t>
      </w:r>
      <w:r>
        <w:br/>
      </w:r>
      <w:r>
        <w:rPr>
          <w:sz w:val="20"/>
        </w:rPr>
        <w:t>57:02  log un ko munhoos samajhte the kyunke kamyab nahi the zindagi mein.</w:t>
      </w:r>
      <w:r>
        <w:br/>
      </w:r>
      <w:r>
        <w:rPr>
          <w:sz w:val="20"/>
        </w:rPr>
        <w:t>57:08  woh to waqeatan unhon ne suicide kar liya.</w:t>
      </w:r>
      <w:r>
        <w:br/>
      </w:r>
      <w:r>
        <w:rPr>
          <w:sz w:val="20"/>
        </w:rPr>
        <w:t>57:13  main aankhon ke samne un ka body dekh, mere samne hai ke ke ek cheez kha li thi</w:t>
      </w:r>
      <w:r>
        <w:br/>
      </w:r>
      <w:r>
        <w:rPr>
          <w:sz w:val="20"/>
        </w:rPr>
        <w:t>57:18  unhon ne zeher ki aur gir pade the.</w:t>
      </w:r>
      <w:r>
        <w:br/>
      </w:r>
      <w:r>
        <w:rPr>
          <w:sz w:val="20"/>
        </w:rPr>
        <w:t>57:24  woh dekhen, fori doctor bulaya gaya aur woh Allah ke fazl se woh woh zeher khatm ho gaya</w:t>
      </w:r>
      <w:r>
        <w:br/>
      </w:r>
      <w:r>
        <w:rPr>
          <w:sz w:val="20"/>
        </w:rPr>
        <w:t>57:29  aur woh zinda ho gaye.</w:t>
      </w:r>
      <w:r>
        <w:br/>
      </w:r>
      <w:r>
        <w:rPr>
          <w:sz w:val="20"/>
        </w:rPr>
        <w:t>57:34  wohi shakhs baad ko hero ban gaya.</w:t>
      </w:r>
      <w:r>
        <w:br/>
      </w:r>
      <w:r>
        <w:rPr>
          <w:sz w:val="20"/>
        </w:rPr>
        <w:t>57:40  bohat zabardast kamyabi hasil ki is ne kyunke jo jab unhon ne suicide kar liya to woh super</w:t>
      </w:r>
      <w:r>
        <w:br/>
      </w:r>
      <w:r>
        <w:rPr>
          <w:sz w:val="20"/>
        </w:rPr>
        <w:t>57:45  shock tha un ke liye.</w:t>
      </w:r>
      <w:r>
        <w:br/>
      </w:r>
      <w:r>
        <w:rPr>
          <w:sz w:val="20"/>
        </w:rPr>
        <w:t>57:50  jab super shock laga to mind aap ka bohat zyada active ho jata hai.</w:t>
      </w:r>
      <w:r>
        <w:br/>
      </w:r>
      <w:r>
        <w:rPr>
          <w:sz w:val="20"/>
        </w:rPr>
        <w:t>57:55  suicide kar ke jab woh gir pade zameen par aur woh sab qissa hua un ke sath to</w:t>
      </w:r>
      <w:r>
        <w:br/>
      </w:r>
      <w:r>
        <w:rPr>
          <w:sz w:val="20"/>
        </w:rPr>
        <w:t>58:01  woh un ke liye super shock tha.</w:t>
      </w:r>
      <w:r>
        <w:br/>
      </w:r>
      <w:r>
        <w:rPr>
          <w:sz w:val="20"/>
        </w:rPr>
        <w:t>58:06  yaad rakhiye, mind ke andar bohat zyada potential hai.</w:t>
      </w:r>
      <w:r>
        <w:br/>
      </w:r>
      <w:r>
        <w:rPr>
          <w:sz w:val="20"/>
        </w:rPr>
        <w:t>58:11  bohat bohat aate hain dormant position mein soye hue hote hain.</w:t>
      </w:r>
      <w:r>
        <w:br/>
      </w:r>
      <w:r>
        <w:rPr>
          <w:sz w:val="20"/>
        </w:rPr>
        <w:t>58:17  mind ke potential soye rehte hain to un ko jab suicide ka waqea aur super shock laga un</w:t>
      </w:r>
      <w:r>
        <w:br/>
      </w:r>
      <w:r>
        <w:rPr>
          <w:sz w:val="20"/>
        </w:rPr>
        <w:t>58:22  ko to sara mind khul gaya un ka aur bohat zabardast kamyabi hasil ki unhon ne.</w:t>
      </w:r>
      <w:r>
        <w:br/>
      </w:r>
      <w:r>
        <w:rPr>
          <w:sz w:val="20"/>
        </w:rPr>
        <w:t>58:27  bohat bare bare kaam kiye unhon ne.</w:t>
      </w:r>
      <w:r>
        <w:br/>
      </w:r>
      <w:r>
        <w:rPr>
          <w:sz w:val="20"/>
        </w:rPr>
        <w:t>58:33  to aap jo hai, aap is ko nikal diye apne mind se.</w:t>
      </w:r>
      <w:r>
        <w:br/>
      </w:r>
      <w:r>
        <w:rPr>
          <w:sz w:val="20"/>
        </w:rPr>
        <w:t>58:38  mein aap ko kahoon ga, hamari kitabein parhiye.</w:t>
      </w:r>
      <w:r>
        <w:br/>
      </w:r>
      <w:r>
        <w:rPr>
          <w:sz w:val="20"/>
        </w:rPr>
        <w:t>58:43  hamari kitabein hain: raaz hayat, taabeer hayat, rehnuma hayat, kitab zindagi.</w:t>
      </w:r>
      <w:r>
        <w:br/>
      </w:r>
      <w:r>
        <w:rPr>
          <w:sz w:val="20"/>
        </w:rPr>
        <w:t>58:49  in kitabon ko parhiye aap aur inshallah aap ka sara mamla khatm ho jaye ga.</w:t>
      </w:r>
      <w:r>
        <w:br/>
      </w:r>
      <w:r>
        <w:rPr>
          <w:sz w:val="20"/>
        </w:rPr>
        <w:t>58:54  maulana, in ke sawal ka aik hissa yeh bhi tha ke will God forgive me if I commit</w:t>
      </w:r>
      <w:r>
        <w:br/>
      </w:r>
      <w:r>
        <w:rPr>
          <w:sz w:val="20"/>
        </w:rPr>
        <w:t>58:59  suicide hargiz nahin.</w:t>
      </w:r>
      <w:r>
        <w:br/>
      </w:r>
      <w:r>
        <w:rPr>
          <w:sz w:val="20"/>
        </w:rPr>
        <w:t>59:05  ji, hadith mein aata hai ke suicide karne ke baad aadmi jahannum mein ho jata hai.</w:t>
      </w:r>
      <w:r>
        <w:br/>
      </w:r>
      <w:r>
        <w:rPr>
          <w:sz w:val="20"/>
        </w:rPr>
        <w:t>59:10  baqayda bukhari mein riwayat maujood hai ke suicide karne ke baad jahannum mein ho jata hai aadmi.</w:t>
      </w:r>
      <w:r>
        <w:br/>
      </w:r>
      <w:r>
        <w:rPr>
          <w:sz w:val="20"/>
        </w:rPr>
        <w:t>59:15  yeh to yeh option aap ke liye khula nahin hai.</w:t>
      </w:r>
      <w:r>
        <w:br/>
      </w:r>
      <w:r>
        <w:rPr>
          <w:sz w:val="20"/>
        </w:rPr>
        <w:t>59:20  yeh option hai hi nahin aap ke liye.</w:t>
      </w:r>
      <w:r>
        <w:br/>
      </w:r>
      <w:r>
        <w:rPr>
          <w:sz w:val="20"/>
        </w:rPr>
        <w:t>59:26  aap ke liye sirf yeh hai ke apne potential ko daryaft karein aur zindagi restart karein.</w:t>
      </w:r>
      <w:r>
        <w:br/>
      </w:r>
      <w:r>
        <w:rPr>
          <w:sz w:val="20"/>
        </w:rPr>
        <w:t>59:31  phir se zindagi.</w:t>
      </w:r>
      <w:r>
        <w:br/>
      </w:r>
      <w:r>
        <w:rPr>
          <w:sz w:val="20"/>
        </w:rPr>
        <w:t>59:36  bukhari mein bhi hai aur hadith ki doosri kitabon mein bhi hai ke aik aadmi ne suicide kar</w:t>
      </w:r>
      <w:r>
        <w:br/>
      </w:r>
      <w:r>
        <w:rPr>
          <w:sz w:val="20"/>
        </w:rPr>
        <w:t>59:42  liya tha halanke woh musalman tha.</w:t>
      </w:r>
      <w:r>
        <w:br/>
      </w:r>
      <w:r>
        <w:rPr>
          <w:sz w:val="20"/>
        </w:rPr>
        <w:t>59:47  woh to rasool Allah ne farmaya ke إِنْ دَهُوْا بِنِ أَهْلِ النَّارِ to suicide karna Allah ke khilaf</w:t>
      </w:r>
      <w:r>
        <w:br/>
      </w:r>
      <w:r>
        <w:rPr>
          <w:sz w:val="20"/>
        </w:rPr>
        <w:t>59:52  yani negative vote dena hai.</w:t>
      </w:r>
      <w:r>
        <w:br/>
      </w:r>
      <w:r>
        <w:rPr>
          <w:sz w:val="20"/>
        </w:rPr>
        <w:t>59:58  kese maafi hogi? jis ko kehte hain adab aitmad ka vote.</w:t>
      </w:r>
      <w:r>
        <w:br/>
      </w:r>
      <w:r>
        <w:rPr>
          <w:sz w:val="20"/>
        </w:rPr>
        <w:t>1:00:03  vote of no confidence jo suicide karta hai woh Allah ke khilaf adab aitmad ka vote deta hai.</w:t>
      </w:r>
      <w:r>
        <w:br/>
      </w:r>
      <w:r>
        <w:rPr>
          <w:sz w:val="20"/>
        </w:rPr>
        <w:t>1:00:08  vote of no confidence to woh kese maaf kiya jaye ga? woh ji, aap hamari kitabein parhiye.</w:t>
      </w:r>
      <w:r>
        <w:br/>
      </w:r>
      <w:r>
        <w:rPr>
          <w:sz w:val="20"/>
        </w:rPr>
        <w:t>1:00:14  inshallah aap aik naye aik insan aap ke andar emerge kare ga.</w:t>
      </w:r>
    </w:p>
    <w:p>
      <w:pPr>
        <w:pStyle w:val="Heading2"/>
      </w:pPr>
      <w:r>
        <w:t>How to address a wrong system affecting a nation?</w:t>
      </w:r>
    </w:p>
    <w:p>
      <w:r>
        <w:rPr>
          <w:color w:val="666666"/>
          <w:sz w:val="18"/>
        </w:rPr>
        <w:t>Problem and Shukr March 15, 2015 · 2m 53s · at 52:57 · https://youtu.be/SPBsXjH1hzM?t=3177</w:t>
      </w:r>
    </w:p>
    <w:p>
      <w:r>
        <w:rPr>
          <w:i/>
        </w:rPr>
        <w:t>“I want to know what if we have a problem or complaint not from a human, but from a system and a group which is doing wrong and affecting a nation.”</w:t>
      </w:r>
    </w:p>
    <w:p>
      <w:r>
        <w:rPr>
          <w:sz w:val="20"/>
        </w:rPr>
        <w:t>52:57  Maulana, agla sawal kya hai? Ah Shan Sahib ne ah London se, aur unhon ne likha hai: Maulana, I am Dr. Hanaz's cousin and visiting her from Wales with my newly wed wife.</w:t>
      </w:r>
      <w:r>
        <w:br/>
      </w:r>
      <w:r>
        <w:rPr>
          <w:sz w:val="20"/>
        </w:rPr>
        <w:t>53:14  She invited us this morning to listen to you, and mashallah, I liked it so much. May Allah reward you. Maulana, I have a question.</w:t>
      </w:r>
      <w:r>
        <w:br/>
      </w:r>
      <w:r>
        <w:rPr>
          <w:sz w:val="20"/>
        </w:rPr>
        <w:t>53:25  . I want to know what if we have a problem or complaint not from a human, but from a system or a group which is doing wrong and affecting a nation.</w:t>
      </w:r>
      <w:r>
        <w:br/>
      </w:r>
      <w:r>
        <w:rPr>
          <w:sz w:val="20"/>
        </w:rPr>
        <w:t>53:38  vhat iz yor advais on dat? dekhiye, yeh to aap ne sirf lafz badal diya. sistam kon banata hai? insan banata hai.</w:t>
      </w:r>
      <w:r>
        <w:br/>
      </w:r>
      <w:r>
        <w:rPr>
          <w:sz w:val="20"/>
        </w:rPr>
        <w:t>53:47  voh bhi insan ke khilaf shikayat hai. sistam bananay wala kon hai?</w:t>
      </w:r>
      <w:r>
        <w:br/>
      </w:r>
      <w:r>
        <w:rPr>
          <w:sz w:val="20"/>
        </w:rPr>
        <w:t>53:55  to sistam mein vohi cheezain aayen gi jo insan ke andar hain. sistam jo hai, insan ka yani ikstendid faram hai.</w:t>
      </w:r>
      <w:r>
        <w:br/>
      </w:r>
      <w:r>
        <w:rPr>
          <w:sz w:val="20"/>
        </w:rPr>
        <w:t>54:06  sistam alag se koi cheez hai nahin. to sistam ke khilaf aap bolain gay to phir insan hi ke oopar jaye ga. voh aur yeh bhi samajh lein ke kabhi bhi dunya mein koi sistam aidial nahin ho sakta.</w:t>
      </w:r>
      <w:r>
        <w:br/>
      </w:r>
      <w:r>
        <w:rPr>
          <w:sz w:val="20"/>
        </w:rPr>
        <w:t>54:17  impaasibal hai.</w:t>
      </w:r>
      <w:r>
        <w:br/>
      </w:r>
      <w:r>
        <w:rPr>
          <w:sz w:val="20"/>
        </w:rPr>
        <w:t>54:19  hata ke jo islam ka jo goladan piriyad hai, vahan bhi yeh bas vajah hai ke vahan sistam jo tha, bilkul aidial tha. aisa nahin tha. misal ke tor par dekhiye, aik sahabi madine mein rasool Allah ke pas aata hai, voh munh dar munh kehta hai ke vallah muadalta,</w:t>
      </w:r>
      <w:r>
        <w:br/>
      </w:r>
      <w:r>
        <w:rPr>
          <w:sz w:val="20"/>
        </w:rPr>
        <w:t>54:38  khuda ki qasam, aap ne justis nahin kiya. to vri dat aidial sistam.</w:t>
      </w:r>
      <w:r>
        <w:br/>
      </w:r>
      <w:r>
        <w:rPr>
          <w:sz w:val="20"/>
        </w:rPr>
        <w:t>54:45  to sistam par jo log bolte hain, voh kreshun plan ke khilaf bolte hain. jo Allah ka jo kreshun plan hai, us ke mutabiq jab dunya mein aidial sistam ban nahin sakta, aidial gavarnmant ban nahin sakti, to aap ko vahan kya karna hai?</w:t>
      </w:r>
      <w:r>
        <w:br/>
      </w:r>
      <w:r>
        <w:rPr>
          <w:sz w:val="20"/>
        </w:rPr>
        <w:t>55:04  us ko mainaj karna hai. jo prablam aata hai, us ko mainaj kijiye.</w:t>
      </w:r>
      <w:r>
        <w:br/>
      </w:r>
      <w:r>
        <w:rPr>
          <w:sz w:val="20"/>
        </w:rPr>
        <w:t>55:08  shikayat karna, us ko torna, us ke khilaf us ko apoz karna, hangama karna, kuch bhi nahin honay wala. us ki misal dekhiye, aijipt mein.</w:t>
      </w:r>
      <w:r>
        <w:br/>
      </w:r>
      <w:r>
        <w:rPr>
          <w:sz w:val="20"/>
        </w:rPr>
        <w:t>55:18  aijipt mein 60 bars se sistam ke khilaf lar rahe hain log. aaj tak kuch bhi nahin hua. kai naslain khatam ho gayeen, aur tab tabahi tabahi hai.</w:t>
      </w:r>
      <w:r>
        <w:br/>
      </w:r>
      <w:r>
        <w:rPr>
          <w:sz w:val="20"/>
        </w:rPr>
        <w:t>55:29  to sistam jo hai, voh khud yani voh hioman fenomina hai. insan se alag koi cheez nahin hai.</w:t>
      </w:r>
      <w:r>
        <w:br/>
      </w:r>
      <w:r>
        <w:rPr>
          <w:sz w:val="20"/>
        </w:rPr>
        <w:t>55:40  kliyar hai? ji kliyar hai. ji ah ji maulana.</w:t>
      </w:r>
      <w:r>
        <w:br/>
      </w:r>
      <w:r>
        <w:rPr>
          <w:sz w:val="20"/>
        </w:rPr>
        <w:t>55:51  Maulana, agla sawal kya hai? Adil Muhammad Sahib ne Muradabad se, aur unhon ne likha hai ke Maulana, I agree with you in what you said today, that we should accept Allah's plan and be patient towards men and thankful towards Allah.</w:t>
      </w:r>
    </w:p>
    <w:p>
      <w:pPr>
        <w:pStyle w:val="Heading2"/>
      </w:pPr>
      <w:r>
        <w:t>Why does God put me in difficult situations?</w:t>
      </w:r>
    </w:p>
    <w:p>
      <w:r>
        <w:rPr>
          <w:color w:val="666666"/>
          <w:sz w:val="18"/>
        </w:rPr>
        <w:t>Divine Love July 31, 2016 · 2m 30s · at 48:22 · https://youtu.be/-gQiWX3l6J4?t=2902</w:t>
      </w:r>
    </w:p>
    <w:p>
      <w:r>
        <w:rPr>
          <w:i/>
        </w:rPr>
        <w:t>“I love God but still I feel that He puts me in difficult situations. For example I have health and financial issues.”</w:t>
      </w:r>
    </w:p>
    <w:p>
      <w:r>
        <w:rPr>
          <w:sz w:val="20"/>
        </w:rPr>
        <w:t>48:22  Maulana agla sawal Bhopal se kiya hai Faheem sahib ne aur unhon ne likha hai Maulana sahib I</w:t>
      </w:r>
      <w:r>
        <w:br/>
      </w:r>
      <w:r>
        <w:rPr>
          <w:sz w:val="20"/>
        </w:rPr>
        <w:t>48:28  love God but still I feel that He puts me in difficult situations.</w:t>
      </w:r>
      <w:r>
        <w:br/>
      </w:r>
      <w:r>
        <w:rPr>
          <w:sz w:val="20"/>
        </w:rPr>
        <w:t>48:34  For example I have health and financial issues.</w:t>
      </w:r>
      <w:r>
        <w:br/>
      </w:r>
      <w:r>
        <w:rPr>
          <w:sz w:val="20"/>
        </w:rPr>
        <w:t>48:40  One of my atheist friends tells me that if God is really merciful then why would He do</w:t>
      </w:r>
      <w:r>
        <w:br/>
      </w:r>
      <w:r>
        <w:rPr>
          <w:sz w:val="20"/>
        </w:rPr>
        <w:t>48:46  this to me?</w:t>
      </w:r>
      <w:r>
        <w:br/>
      </w:r>
      <w:r>
        <w:rPr>
          <w:sz w:val="20"/>
        </w:rPr>
        <w:t>48:52  I have no answer for this.</w:t>
      </w:r>
      <w:r>
        <w:br/>
      </w:r>
      <w:r>
        <w:rPr>
          <w:sz w:val="20"/>
        </w:rPr>
        <w:t>48:54  Kindly give me your guidance in understanding my case better.</w:t>
      </w:r>
      <w:r>
        <w:br/>
      </w:r>
      <w:r>
        <w:rPr>
          <w:sz w:val="20"/>
        </w:rPr>
        <w:t>48:58  dekhen sab se bari ghalati aap ki yeh hai ke aap sochte hain ke I love God.</w:t>
      </w:r>
      <w:r>
        <w:br/>
      </w:r>
      <w:r>
        <w:rPr>
          <w:sz w:val="20"/>
        </w:rPr>
        <w:t>49:06  yeh bilkul aap fast food mein jee rahe hain.</w:t>
      </w:r>
      <w:r>
        <w:br/>
      </w:r>
      <w:r>
        <w:rPr>
          <w:sz w:val="20"/>
        </w:rPr>
        <w:t>49:09  dekhen Allah se love karna yeh nahi ke aap lip service karen.</w:t>
      </w:r>
      <w:r>
        <w:br/>
      </w:r>
      <w:r>
        <w:rPr>
          <w:sz w:val="20"/>
        </w:rPr>
        <w:t>49:15  Allah se love karne ke maani hain ke aap Allah ko discover karen.</w:t>
      </w:r>
      <w:r>
        <w:br/>
      </w:r>
      <w:r>
        <w:rPr>
          <w:sz w:val="20"/>
        </w:rPr>
        <w:t>49:20  Allah ko apne concern banayen.</w:t>
      </w:r>
      <w:r>
        <w:br/>
      </w:r>
      <w:r>
        <w:rPr>
          <w:sz w:val="20"/>
        </w:rPr>
        <w:t>49:22  Allah se duayen karen.</w:t>
      </w:r>
      <w:r>
        <w:br/>
      </w:r>
      <w:r>
        <w:rPr>
          <w:sz w:val="20"/>
        </w:rPr>
        <w:t>49:24  Allah se apni har cheez mein madad mangen.</w:t>
      </w:r>
      <w:r>
        <w:br/>
      </w:r>
      <w:r>
        <w:rPr>
          <w:sz w:val="20"/>
        </w:rPr>
        <w:t>49:28  to aap Allah ki law jo farmate hain yeh aap fast food mein jee rahe hain.</w:t>
      </w:r>
      <w:r>
        <w:br/>
      </w:r>
      <w:r>
        <w:rPr>
          <w:sz w:val="20"/>
        </w:rPr>
        <w:t>49:34  yani aap ka Allah se contact nahi bana.</w:t>
      </w:r>
      <w:r>
        <w:br/>
      </w:r>
      <w:r>
        <w:rPr>
          <w:sz w:val="20"/>
        </w:rPr>
        <w:t>49:38  Contact bana hota to yeh sab jo jis ko aap problem kehte hain woh problem aata hi nahi.</w:t>
      </w:r>
      <w:r>
        <w:br/>
      </w:r>
      <w:r>
        <w:rPr>
          <w:sz w:val="20"/>
        </w:rPr>
        <w:t>49:46  kyun ke sare problem aate hain divine culture ko follow na karne ki wajah se.</w:t>
      </w:r>
      <w:r>
        <w:br/>
      </w:r>
      <w:r>
        <w:rPr>
          <w:sz w:val="20"/>
        </w:rPr>
        <w:t>49:52  agar aap mujhe tafseel se batayen to mein bata doon ga aap ko ke aap ne divine culture</w:t>
      </w:r>
      <w:r>
        <w:br/>
      </w:r>
      <w:r>
        <w:rPr>
          <w:sz w:val="20"/>
        </w:rPr>
        <w:t>49:59  ko follow nahi kiya.</w:t>
      </w:r>
      <w:r>
        <w:br/>
      </w:r>
      <w:r>
        <w:rPr>
          <w:sz w:val="20"/>
        </w:rPr>
        <w:t>50:01  yeh aap jante hue ke aap Khuda se mohabbat karte hain lekin Khuda ne jo guidance diya us</w:t>
      </w:r>
      <w:r>
        <w:br/>
      </w:r>
      <w:r>
        <w:rPr>
          <w:sz w:val="20"/>
        </w:rPr>
        <w:t>50:09  par is ko aap ne chale nahi is ke upar.</w:t>
      </w:r>
      <w:r>
        <w:br/>
      </w:r>
      <w:r>
        <w:rPr>
          <w:sz w:val="20"/>
        </w:rPr>
        <w:t>50:13  to I love God ke maani hain ke ke aap ne Khuda ko discover kiya ho.</w:t>
      </w:r>
      <w:r>
        <w:br/>
      </w:r>
      <w:r>
        <w:rPr>
          <w:sz w:val="20"/>
        </w:rPr>
        <w:t>50:20  aap ne Khuda ke culture ko apnaya ho.</w:t>
      </w:r>
      <w:r>
        <w:br/>
      </w:r>
      <w:r>
        <w:rPr>
          <w:sz w:val="20"/>
        </w:rPr>
        <w:t>50:23  aap ne Khuda se duayen ki hon.</w:t>
      </w:r>
      <w:r>
        <w:br/>
      </w:r>
      <w:r>
        <w:rPr>
          <w:sz w:val="20"/>
        </w:rPr>
        <w:t>50:26  yeh sab process aap ki zindagi mein beeta nahi.</w:t>
      </w:r>
      <w:r>
        <w:br/>
      </w:r>
      <w:r>
        <w:rPr>
          <w:sz w:val="20"/>
        </w:rPr>
        <w:t>50:30  is liye aap is mein jo difficulties hain is liye hain ke aap is process se guzre rahen.</w:t>
      </w:r>
      <w:r>
        <w:br/>
      </w:r>
      <w:r>
        <w:rPr>
          <w:sz w:val="20"/>
        </w:rPr>
        <w:t>50:38  is waqt mein nahin chounkay sari tafseel mere samnay nahin hai.</w:t>
      </w:r>
      <w:r>
        <w:br/>
      </w:r>
      <w:r>
        <w:rPr>
          <w:sz w:val="20"/>
        </w:rPr>
        <w:t>50:43  agar meri sari tafseel ho to mein aap ko bilkul saaf saaf bata sakta hoon inshallah.</w:t>
      </w:r>
      <w:r>
        <w:br/>
      </w:r>
      <w:r>
        <w:rPr>
          <w:sz w:val="20"/>
        </w:rPr>
        <w:t>50:49  aap mujh se telephone par baat karein.</w:t>
      </w:r>
    </w:p>
    <w:p>
      <w:pPr>
        <w:pStyle w:val="Heading2"/>
      </w:pPr>
      <w:r>
        <w:t>Is helplessness positive or negative?</w:t>
      </w:r>
    </w:p>
    <w:p>
      <w:r>
        <w:rPr>
          <w:color w:val="666666"/>
          <w:sz w:val="18"/>
        </w:rPr>
        <w:t>Revival of Islam March 23, 2014 · 2m 33s · at 45:32 · https://youtu.be/Wc4Vsc4u1JI?t=2732</w:t>
      </w:r>
    </w:p>
    <w:p>
      <w:r>
        <w:rPr>
          <w:i/>
        </w:rPr>
        <w:t>“I have been feeling helpless for a few days. Is this a positive feeling or a negative one?”</w:t>
      </w:r>
    </w:p>
    <w:p>
      <w:r>
        <w:rPr>
          <w:sz w:val="20"/>
        </w:rPr>
        <w:t>45:32  maulana, yeh sawal aaya hai miss naghma siddiqui ka, dilli se. Unhon ne likha hai: "I have been feeling helpless for a few days.</w:t>
      </w:r>
      <w:r>
        <w:br/>
      </w:r>
      <w:r>
        <w:rPr>
          <w:sz w:val="20"/>
        </w:rPr>
        <w:t>45:43  is this a positive feeling or a negative one?" dekhiye, helplessness ko arabi mein kaha jata hai "ajz". "ajz".</w:t>
      </w:r>
      <w:r>
        <w:br/>
      </w:r>
      <w:r>
        <w:rPr>
          <w:sz w:val="20"/>
        </w:rPr>
        <w:t>45:56  "ajz" jo hai, main samajhta hoon ke sab se bari positive quality hai.</w:t>
      </w:r>
      <w:r>
        <w:br/>
      </w:r>
      <w:r>
        <w:rPr>
          <w:sz w:val="20"/>
        </w:rPr>
        <w:t>46:02  yeh one person bhi negative nahi hai.</w:t>
      </w:r>
      <w:r>
        <w:br/>
      </w:r>
      <w:r>
        <w:rPr>
          <w:sz w:val="20"/>
        </w:rPr>
        <w:t>46:08  kyunke</w:t>
      </w:r>
      <w:r>
        <w:br/>
      </w:r>
      <w:r>
        <w:rPr>
          <w:sz w:val="20"/>
        </w:rPr>
        <w:t>46:12  reality kya hai? Reality yeh hai ke Allah all powerful hai, hum all powerless hain.</w:t>
      </w:r>
      <w:r>
        <w:br/>
      </w:r>
      <w:r>
        <w:rPr>
          <w:sz w:val="20"/>
        </w:rPr>
        <w:t>46:23  Allah qadir-e-mutlaq hai, hum ajiz-e-mutlaq hain.</w:t>
      </w:r>
      <w:r>
        <w:br/>
      </w:r>
      <w:r>
        <w:rPr>
          <w:sz w:val="20"/>
        </w:rPr>
        <w:t>46:30  to Allah ko jab hum discover karte hain to hum qadir-e-mutlaq ko discover karte hain. All powerful ko. Ab doosri jo discovery hai, woh insaan ki discovery hai.</w:t>
      </w:r>
      <w:r>
        <w:br/>
      </w:r>
      <w:r>
        <w:rPr>
          <w:sz w:val="20"/>
        </w:rPr>
        <w:t>46:45  to jab hum insaan ko discover karte hain to hum all powerless ko discover karte hain. Yahi to do cheezen hain. To Allah ki discovery akhirat tak positive hai.</w:t>
      </w:r>
      <w:r>
        <w:br/>
      </w:r>
      <w:r>
        <w:rPr>
          <w:sz w:val="20"/>
        </w:rPr>
        <w:t>46:55  to insaan ki discovery bhi akhirat tak positive hai.</w:t>
      </w:r>
      <w:r>
        <w:br/>
      </w:r>
      <w:r>
        <w:rPr>
          <w:sz w:val="20"/>
        </w:rPr>
        <w:t>47:01  in mein se dono aqsam taur par positive hain, in mein se koi negative nahi hai. Kyunke Allah se jo aap ka jo ta'alluq hai, us ko jab daryaft karte hain, tabhi to Allah ki nasrat aaye gi aap ko.</w:t>
      </w:r>
      <w:r>
        <w:br/>
      </w:r>
      <w:r>
        <w:rPr>
          <w:sz w:val="20"/>
        </w:rPr>
        <w:t>47:17  jo relationship hai aap ka Allah se, jab us ko daryaft karein ge, tabhi to aap ka Allah se ta'alluq qaim hoga. Tabhi to Allah ki rehmat mile gi aap ko.</w:t>
      </w:r>
      <w:r>
        <w:br/>
      </w:r>
      <w:r>
        <w:rPr>
          <w:sz w:val="20"/>
        </w:rPr>
        <w:t>47:31  to main samajhta hoon ke "ajz" jo hai, "ajz" ain, jeem, zer, "ajz" bilashuba sab se bari positive quality hai.</w:t>
      </w:r>
      <w:r>
        <w:br/>
      </w:r>
      <w:r>
        <w:rPr>
          <w:sz w:val="20"/>
        </w:rPr>
        <w:t>47:44  balke main kahun ga sab se bari positive daryaft hai.</w:t>
      </w:r>
      <w:r>
        <w:br/>
      </w:r>
      <w:r>
        <w:rPr>
          <w:sz w:val="20"/>
        </w:rPr>
        <w:t>47:49  Allah ko daryaft karna jis tarah ek ek positive daryaft hai, usi tarah apne ajz ko daryaft karna bhi ek positive daryaft hai. Is mein negativity ka koi sawal nahi.</w:t>
      </w:r>
    </w:p>
    <w:p>
      <w:pPr>
        <w:pStyle w:val="Heading2"/>
      </w:pPr>
      <w:r>
        <w:t>Recognizing and addressing obsession</w:t>
      </w:r>
    </w:p>
    <w:p>
      <w:r>
        <w:rPr>
          <w:color w:val="666666"/>
          <w:sz w:val="18"/>
        </w:rPr>
        <w:t>Revival of Muslims March 08, 2015 · 1m 59s · at 1:07:34 · https://youtu.be/8ShFcr8YozI?t=4054</w:t>
      </w:r>
    </w:p>
    <w:p>
      <w:r>
        <w:rPr>
          <w:i/>
        </w:rPr>
        <w:t>“How do I know that I have an obsession? And secondly, if I come across a person who has an obsession, how can I make him realize that he has an obsession?”</w:t>
      </w:r>
    </w:p>
    <w:p>
      <w:r>
        <w:rPr>
          <w:sz w:val="20"/>
        </w:rPr>
        <w:t>1:07:34  Maulana, agla sawal Idris Sahab ne kiya hai Raipur se aur unhon ne likha hai ke Maulana, how do I know that I have an obsession?</w:t>
      </w:r>
      <w:r>
        <w:br/>
      </w:r>
      <w:r>
        <w:rPr>
          <w:sz w:val="20"/>
        </w:rPr>
        <w:t>1:07:45  And secondly, if I come across a person who has an obsession, how can I make him realize that he has an obsession?</w:t>
      </w:r>
      <w:r>
        <w:br/>
      </w:r>
      <w:r>
        <w:rPr>
          <w:sz w:val="20"/>
        </w:rPr>
        <w:t>1:07:54  Dekhen, har cheez ka talluq jo hai, contemplation se hai, soch se hai, tadabbur se hai. Koi bhi cheez ho, aap aadmi job ke mamle mein sochta hai, tab baaton ko samajhta hai.</w:t>
      </w:r>
      <w:r>
        <w:br/>
      </w:r>
      <w:r>
        <w:rPr>
          <w:sz w:val="20"/>
        </w:rPr>
        <w:t>1:08:08  Business ke bare mein sochta hai, tab baaton ko samajhta hai. Aadmi apne bachon ko padhana hai to kahan padhaye, woh bhi sochta hai to samajhta</w:t>
      </w:r>
      <w:r>
        <w:br/>
      </w:r>
      <w:r>
        <w:rPr>
          <w:sz w:val="20"/>
        </w:rPr>
        <w:t>1:08:16  hai. Aise hi yahan bhi hai. Soch ko janiye is ko. Soch ko jante hue istemal karenge, hote jaane ke.</w:t>
      </w:r>
      <w:r>
        <w:br/>
      </w:r>
      <w:r>
        <w:rPr>
          <w:sz w:val="20"/>
        </w:rPr>
        <w:t>1:08:25  Lekin soch ko objective andaaz mein istemal karna. Jis tarah shadi ka mamla hai, bachon ki taleem ka mamla hai, wahan khoob objective ban jata hai aadmi.</w:t>
      </w:r>
      <w:r>
        <w:br/>
      </w:r>
      <w:r>
        <w:rPr>
          <w:sz w:val="20"/>
        </w:rPr>
        <w:t>1:08:34  Woh aise hi yahan bhi ban jayega.</w:t>
      </w:r>
      <w:r>
        <w:br/>
      </w:r>
      <w:r>
        <w:rPr>
          <w:sz w:val="20"/>
        </w:rPr>
        <w:t>1:08:40  Maulana, agla ek comment aur question hai doctor Safina Tabassum ne bheja hai Ajmer se.</w:t>
      </w:r>
      <w:r>
        <w:br/>
      </w:r>
      <w:r>
        <w:rPr>
          <w:sz w:val="20"/>
        </w:rPr>
        <w:t>1:08:46  Unhon ne jo comment likha hai, woh is tarah hai ke Maulana, for deconditioning of the Muslim community, the first step should be to increase their interaction with other communities and take them out of their ghetto mentality.</w:t>
      </w:r>
      <w:r>
        <w:br/>
      </w:r>
      <w:r>
        <w:rPr>
          <w:sz w:val="20"/>
        </w:rPr>
        <w:t>1:09:03  Maulana, am I right in my thinking?</w:t>
      </w:r>
      <w:r>
        <w:br/>
      </w:r>
      <w:r>
        <w:rPr>
          <w:sz w:val="20"/>
        </w:rPr>
        <w:t>1:09:09  Kya matlab?</w:t>
      </w:r>
      <w:r>
        <w:br/>
      </w:r>
      <w:r>
        <w:rPr>
          <w:sz w:val="20"/>
        </w:rPr>
        <w:t>1:09:11  Maulana, woh yeh keh rahi hain ke Muslim community ki deconditioning ke liye sab se zyada aham cheez jo hai, woh hai ke interaction ho doosri communities ke sath.</w:t>
      </w:r>
      <w:r>
        <w:br/>
      </w:r>
      <w:r>
        <w:rPr>
          <w:sz w:val="20"/>
        </w:rPr>
        <w:t>1:09:21  Isi se ghetto mentality se bahar aayenge woh. Haan, interaction ho, log padhen. Padhna bhi bohat zaroori hai.</w:t>
      </w:r>
      <w:r>
        <w:br/>
      </w:r>
      <w:r>
        <w:rPr>
          <w:sz w:val="20"/>
        </w:rPr>
        <w:t>1:09:31  Study aur interaction dono equ</w:t>
      </w:r>
    </w:p>
    <w:p>
      <w:pPr>
        <w:pStyle w:val="Heading2"/>
      </w:pPr>
      <w:r>
        <w:t>Helping others led to bankruptcy</w:t>
      </w:r>
    </w:p>
    <w:p>
      <w:r>
        <w:rPr>
          <w:color w:val="666666"/>
          <w:sz w:val="18"/>
        </w:rPr>
        <w:t>The Concept of Help Feb 9, 2020—Maulana Wahiduddin Khan · 27m 54s · at 1:39 · https://youtu.be/WScXmduh1AQ?t=99</w:t>
      </w:r>
    </w:p>
    <w:p>
      <w:r>
        <w:rPr>
          <w:i/>
        </w:rPr>
        <w:t>“I was always told to help others, and until date I help everyone without any hesitation. To the extent that I have reached the state of bankruptcy. My reason for writing to you is that I want to know what my mistake is, and I want you to guide me.”</w:t>
      </w:r>
    </w:p>
    <w:p>
      <w:r>
        <w:rPr>
          <w:sz w:val="20"/>
        </w:rPr>
        <w:t>1:39  guide me. Haan, aap is ko Urdu mein kahiye, Hindi mein, Hindi mein kahiye. To sawal, ah, is tarah hai ke unhon ne likha hai ke "Mere ko hamesha yeh kaha gaya tha ke mein doosron ki madad karoon, aur till date mein sab ki madad karta hoon bana kisi hesitation ke.</w:t>
      </w:r>
      <w:r>
        <w:br/>
      </w:r>
      <w:r>
        <w:rPr>
          <w:sz w:val="20"/>
        </w:rPr>
        <w:t>1:58  Yahan tak ke, ah, meri</w:t>
      </w:r>
      <w:r>
        <w:br/>
      </w:r>
      <w:r>
        <w:rPr>
          <w:sz w:val="20"/>
        </w:rPr>
        <w:t>2:12  aur main chahta hoon ke aap mujhe guide karen.</w:t>
      </w:r>
      <w:r>
        <w:br/>
      </w:r>
      <w:r>
        <w:rPr>
          <w:sz w:val="20"/>
        </w:rPr>
        <w:t>2:18  dekhiye, yeh meri discovery hai, aur main aap se arz karta hoon ke poori history mein ek obsession, saare log ek ek obsession mein mubtala rahe,</w:t>
      </w:r>
      <w:r>
        <w:br/>
      </w:r>
      <w:r>
        <w:rPr>
          <w:sz w:val="20"/>
        </w:rPr>
        <w:t>2:33  woh ke "help other, help other".</w:t>
      </w:r>
      <w:r>
        <w:br/>
      </w:r>
      <w:r>
        <w:rPr>
          <w:sz w:val="20"/>
        </w:rPr>
        <w:t>2:40  sab se bari, sab se bari, yaani achhai science samajhte hain ke logon ko madad ki jaye, madad ki jaye, madad ki jaye.</w:t>
      </w:r>
      <w:r>
        <w:br/>
      </w:r>
      <w:r>
        <w:rPr>
          <w:sz w:val="20"/>
        </w:rPr>
        <w:t>2:56  main samajhta hoon ke yeh madad jis ko kehte hain log, yeh dushman hai, dushman hai, dushman hai.</w:t>
      </w:r>
      <w:r>
        <w:br/>
      </w:r>
      <w:r>
        <w:rPr>
          <w:sz w:val="20"/>
        </w:rPr>
        <w:t>3:04  iski misaal yeh dekh li jiye aap. dekhiye, insaan paida hota hai do cheezon ko le kar: ek aql,</w:t>
      </w:r>
      <w:r>
        <w:br/>
      </w:r>
      <w:r>
        <w:rPr>
          <w:sz w:val="20"/>
        </w:rPr>
        <w:t>3:18  ya ek hi samajh lijiye, aql ke sath paida hota hai. aql, aql itni bari cheez hai, itni bari cheez hai ke woh sirf, woh sirf, woh is ke barabar koi cheez agar ho sakti hai to Khuda ki aql hai.</w:t>
      </w:r>
      <w:r>
        <w:br/>
      </w:r>
      <w:r>
        <w:rPr>
          <w:sz w:val="20"/>
        </w:rPr>
        <w:t>3:39  to tareekh mein sab se bari khair, sab se bari khoobi log samajhte rahe ke doosron ki madad karo.</w:t>
      </w:r>
      <w:r>
        <w:br/>
      </w:r>
      <w:r>
        <w:rPr>
          <w:sz w:val="20"/>
        </w:rPr>
        <w:t>3:51  lekin yeh mere nazdeek, main bohat lambe tajrube ke baad yeh arz kar raha hoon ke doosron ki madad karna, doosron ke sath dushmani karna hai, is ki wajah yeh hai ke aadmi ke andar Allah Rab ul Alameen ne potential rakhe hain, potential bohat hi zyada,</w:t>
      </w:r>
      <w:r>
        <w:br/>
      </w:r>
      <w:r>
        <w:rPr>
          <w:sz w:val="20"/>
        </w:rPr>
        <w:t>4:15  unlimited, unlimited potential.</w:t>
      </w:r>
      <w:r>
        <w:br/>
      </w:r>
      <w:r>
        <w:rPr>
          <w:sz w:val="20"/>
        </w:rPr>
        <w:t>4:22  to agar aap kisi ki khoob baat karen, koi bachcha aap ka hai, khoob us ko sab cheez den, to kya hoga jante hain?</w:t>
      </w:r>
      <w:r>
        <w:br/>
      </w:r>
      <w:r>
        <w:rPr>
          <w:sz w:val="20"/>
        </w:rPr>
        <w:t>4:34  uski nazar, nigah hat jayegi apne potential se.</w:t>
      </w:r>
      <w:r>
        <w:br/>
      </w:r>
      <w:r>
        <w:rPr>
          <w:sz w:val="20"/>
        </w:rPr>
        <w:t>4:41  woh, yaani jo</w:t>
      </w:r>
      <w:r>
        <w:br/>
      </w:r>
      <w:r>
        <w:rPr>
          <w:sz w:val="20"/>
        </w:rPr>
        <w:t>4:47  apne potential ko avail karo, apne potential ko active, active banao, is se hat jayegi, aur us ki nazar chali jayegi helper.</w:t>
      </w:r>
      <w:r>
        <w:br/>
      </w:r>
      <w:r>
        <w:rPr>
          <w:sz w:val="20"/>
        </w:rPr>
        <w:t>5:04  usi help ko istemal karega woh. isi liye jitne bachche, jin bachchon ko khoob paisa diya jata hai, un ke maa baap sab se zyada nikamme nikamme bante hain.</w:t>
      </w:r>
      <w:r>
        <w:br/>
      </w:r>
      <w:r>
        <w:rPr>
          <w:sz w:val="20"/>
        </w:rPr>
        <w:t>5:14  woh bachche jo baap, baap, baap apne bachchon ko khoob zyada paisa dete hain, nikamme bante hain. jin ladkiyon ko khoob jahalat diya jata hai, chhip jahalat diya jata hai, woh ladkiyan bilkul bekar sabit hoti hain.</w:t>
      </w:r>
      <w:r>
        <w:br/>
      </w:r>
      <w:r>
        <w:rPr>
          <w:sz w:val="20"/>
        </w:rPr>
        <w:t>5:31  yeh main apne tajrube se keh raha hoon. sab se bari help hai, is ko main kahunga ke compression.</w:t>
      </w:r>
      <w:r>
        <w:br/>
      </w:r>
      <w:r>
        <w:rPr>
          <w:sz w:val="20"/>
        </w:rPr>
        <w:t>5:42  Allah taala jab kisi se koi bara kaam lena chahte hain to compression create karte hain, compression create karte hain.</w:t>
      </w:r>
      <w:r>
        <w:br/>
      </w:r>
      <w:r>
        <w:rPr>
          <w:sz w:val="20"/>
        </w:rPr>
        <w:t>5:51  Allah ki sab se bari blessing jo hai, yaad rakhiye, compression hai.</w:t>
      </w:r>
      <w:r>
        <w:br/>
      </w:r>
      <w:r>
        <w:rPr>
          <w:sz w:val="20"/>
        </w:rPr>
        <w:t>5:59  lekin log maa baap pastay wale hote hain, woh bachche ko kisi museebat mein dekhne nahi chahte, to khoob paisa dete hain.</w:t>
      </w:r>
      <w:r>
        <w:br/>
      </w:r>
      <w:r>
        <w:rPr>
          <w:sz w:val="20"/>
        </w:rPr>
        <w:t>6:08  bachcha museebat sahaye, yahi is ki madad hai. aye maa baapon, apne bachchon ko dushman mat bano, dushman mat bano, un ko sahne do, mushkilat ko sahne do, dabao ki halat padne do taake un ke potential jaagen,</w:t>
      </w:r>
      <w:r>
        <w:br/>
      </w:r>
      <w:r>
        <w:rPr>
          <w:sz w:val="20"/>
        </w:rPr>
        <w:t>6:32  un ke potential jaagen. jitne maa baap paise wale hote hain, woh sab laad pyar mein yeh karte hain ke bachchon ke potential ko jaagne nahi dete, bas woh un ka har kaam free banta rahe, yeh koshish karte hain.</w:t>
      </w:r>
      <w:r>
        <w:br/>
      </w:r>
      <w:r>
        <w:rPr>
          <w:sz w:val="20"/>
        </w:rPr>
        <w:t>6:54  main aap ko poori history mein bohat misalein de sakta hoon ke Allah taala ka tareeqa yeh hai ke compression create karna hai, aaram dena nahi hai.</w:t>
      </w:r>
      <w:r>
        <w:br/>
      </w:r>
      <w:r>
        <w:rPr>
          <w:sz w:val="20"/>
        </w:rPr>
        <w:t>7:07  misalan dekhiye, Allah taala ne jab insaan ko paida kiya</w:t>
      </w:r>
      <w:r>
        <w:br/>
      </w:r>
      <w:r>
        <w:rPr>
          <w:sz w:val="20"/>
        </w:rPr>
        <w:t>7:15  to sab se pehle Bible mein hai ke Allah ne Eden mein ek bagh lagaya. yeh Bible mein hai, aur woh sahi mere nazdeek hai.</w:t>
      </w:r>
      <w:r>
        <w:br/>
      </w:r>
      <w:r>
        <w:rPr>
          <w:sz w:val="20"/>
        </w:rPr>
        <w:t>7:28  adan best area tha is zameen ka, best area tha. wahan par bagh, yani wahan par is ki bohat hi fertile zameen, zar khez,</w:t>
      </w:r>
      <w:r>
        <w:br/>
      </w:r>
      <w:r>
        <w:rPr>
          <w:sz w:val="20"/>
        </w:rPr>
        <w:t>7:45  har cheez bohat achi, bohat achi. to wahan pe basaya.</w:t>
      </w:r>
      <w:r>
        <w:br/>
      </w:r>
      <w:r>
        <w:rPr>
          <w:sz w:val="20"/>
        </w:rPr>
        <w:t>7:57  to wahan ke log kya hue? yahan ke log larne bari mein lag gaye. tribal sister, sister bhai avalu hua</w:t>
      </w:r>
      <w:r>
        <w:br/>
      </w:r>
      <w:r>
        <w:rPr>
          <w:sz w:val="20"/>
        </w:rPr>
        <w:t>8:14  to sab se zyada larne birban ilaaqa ban gaya, jis ko kehte hain aaj, aaj kal ke zamane mein, is ko kehte hain woh</w:t>
      </w:r>
      <w:r>
        <w:br/>
      </w:r>
      <w:r>
        <w:rPr>
          <w:sz w:val="20"/>
        </w:rPr>
        <w:t>8:29  yeh jo area hai, djalat afraad ke darmiyan, meso potta bhi hai, sab se zyada nikamba ilaaqa ban gaya mosam pathan mein ka.</w:t>
      </w:r>
      <w:r>
        <w:br/>
      </w:r>
      <w:r>
        <w:rPr>
          <w:sz w:val="20"/>
        </w:rPr>
        <w:t>8:43  to aap jante hain kya hua? Allah taala ne wahan par kya kiya? wahan par pani ka toofan aaya, aur wahan par Hazrat Nuh alaihissalam ne ek kashti banai, bohat bari kashti Allah ki rehnumai mein.</w:t>
      </w:r>
      <w:r>
        <w:br/>
      </w:r>
      <w:r>
        <w:rPr>
          <w:sz w:val="20"/>
        </w:rPr>
        <w:t>9:05  is kashti mein to un logon ko batha diya, bohat bari kashti thi woh, aur Allah ne is kashti ko kaha ke chala dal do samandar mojon mein dal do.</w:t>
      </w:r>
      <w:r>
        <w:br/>
      </w:r>
      <w:r>
        <w:rPr>
          <w:sz w:val="20"/>
        </w:rPr>
        <w:t>9:20  to meso pathanviya ka ilaaqa jo tha, wahan par toofan aaya, aur kashti ko is mein dal diya gaya. ab kashti mojon ki tarah chalne lagi.</w:t>
      </w:r>
      <w:r>
        <w:br/>
      </w:r>
      <w:r>
        <w:rPr>
          <w:sz w:val="20"/>
        </w:rPr>
        <w:t>9:32  wo kashti chalte chalte kahan ruki? moajza turki jo hai, turki ki sarhad par, jahan jo quran mein joodi kaha gaya hai, joodi.</w:t>
      </w:r>
      <w:r>
        <w:br/>
      </w:r>
      <w:r>
        <w:rPr>
          <w:sz w:val="20"/>
        </w:rPr>
        <w:t>9:44  aur jante hain yeh, yeh jo hai jagah thi, thanda ilaaqa tha, woh, woh, woh tha gurbara ka, jahan se woh bheje gaye the.</w:t>
      </w:r>
      <w:r>
        <w:br/>
      </w:r>
      <w:r>
        <w:rPr>
          <w:sz w:val="20"/>
        </w:rPr>
        <w:t>9:57  to gurb maraqbe se nikal kar thande ilaaqe mein dala gaya in ko, kyunke gurb maraqbe ki wajah se in ko dry bharai bohat barh gayi thi.</w:t>
      </w:r>
      <w:r>
        <w:br/>
      </w:r>
      <w:r>
        <w:rPr>
          <w:sz w:val="20"/>
        </w:rPr>
        <w:t>10:10  in ki woh, woh dust bani wahan, woh dust jo hai, woh larne wale, bhejane wale duston par gayi.</w:t>
      </w:r>
      <w:r>
        <w:br/>
      </w:r>
      <w:r>
        <w:rPr>
          <w:sz w:val="20"/>
        </w:rPr>
        <w:t>10:25  is ki wajah se jo wisdom hai, wisdom woh wahan develop nahi hui. mosam pathanviya ke ilaaqe mein wisdom develop nahi hui.</w:t>
      </w:r>
      <w:r>
        <w:br/>
      </w:r>
      <w:r>
        <w:rPr>
          <w:sz w:val="20"/>
        </w:rPr>
        <w:t>10:36  Allah taala ko wisdom ko develop karna tha,</w:t>
      </w:r>
      <w:r>
        <w:br/>
      </w:r>
      <w:r>
        <w:rPr>
          <w:sz w:val="20"/>
        </w:rPr>
        <w:t>10:42  to in logon ko bhej diya yahan thande ilaaqe mein, yani turki ka ilaaqa, yeh part hai europe ka, is ilaaqe mein dal diye gaye thande ilaaqe mein.</w:t>
      </w:r>
      <w:r>
        <w:br/>
      </w:r>
      <w:r>
        <w:rPr>
          <w:sz w:val="20"/>
        </w:rPr>
        <w:t>11:00  to aap jante hain ke yahi woh ilaaqa hai jahan logon ne technology ko discover kiya, kyunke woh nahi hota tha yahan wisdom ki development nahi hota tha.</w:t>
      </w:r>
      <w:r>
        <w:br/>
      </w:r>
      <w:r>
        <w:rPr>
          <w:sz w:val="20"/>
        </w:rPr>
        <w:t>11:16  is ki ek misaal mein deta hoon ke wisdom ka development ke liye zaroori hai ke aapas mein khoob discussion ho, discussion aql ko khola jaye.</w:t>
      </w:r>
      <w:r>
        <w:br/>
      </w:r>
      <w:r>
        <w:rPr>
          <w:sz w:val="20"/>
        </w:rPr>
        <w:t>11:31  to is ilaaqe mein logon ne ek kiya, difference ko negative maani mein le liya. jo muslim area ka tha, aap jante hain ke wahan is qadar ikhtilafat, ikhtilafat</w:t>
      </w:r>
      <w:r>
        <w:br/>
      </w:r>
      <w:r>
        <w:rPr>
          <w:sz w:val="20"/>
        </w:rPr>
        <w:t>11:51  aaj bhi wahan ikhtilafat bhare hue hain. to muslim area mein ikhtilaf bohat bare hue, zehni ikhtilaf aur phir sensory ikhtilaf isi mein phanse rahe log.</w:t>
      </w:r>
      <w:r>
        <w:br/>
      </w:r>
      <w:r>
        <w:rPr>
          <w:sz w:val="20"/>
        </w:rPr>
        <w:t>12:07  to in ko utha ke thande ilaaqe mein dal diya gaya. to thande ilaaqe mein in ki woh garam mizaj jo tha, woh khatam hua.</w:t>
      </w:r>
      <w:r>
        <w:br/>
      </w:r>
      <w:r>
        <w:rPr>
          <w:sz w:val="20"/>
        </w:rPr>
        <w:t>12:20  garam mizaj, yani western mulkon mein. tab aap jante hain ke yeh jo ilaaqa tha west ka, isi ne technology ko daryaft kiya.</w:t>
      </w:r>
      <w:r>
        <w:br/>
      </w:r>
      <w:r>
        <w:rPr>
          <w:sz w:val="20"/>
        </w:rPr>
        <w:t>12:39  jo musalman base the iran mein aur arab mein, woh daryaft hi nahi kar sake. woh Allah taala ko manzoor tha ke pehle Khuda ne ghoda diya, manzoor tha ke insan ki hawaajat daryaft kare.</w:t>
      </w:r>
      <w:r>
        <w:br/>
      </w:r>
      <w:r>
        <w:rPr>
          <w:sz w:val="20"/>
        </w:rPr>
        <w:t>12:55  jab insan paida hua to us ko jangalon mein ghode mil gaye, un ko trade kar ke woh ghode par sawar kar liya.</w:t>
      </w:r>
      <w:r>
        <w:br/>
      </w:r>
      <w:r>
        <w:rPr>
          <w:sz w:val="20"/>
        </w:rPr>
        <w:t>13:04  to ghoda free free mein mil gaya. ab Allah taala ko manzoor tha ke log apni aql ko istemal kar ke jo hidden technology hai, us ko daryaft karein, hawaajat banayein.</w:t>
      </w:r>
      <w:r>
        <w:br/>
      </w:r>
      <w:r>
        <w:rPr>
          <w:sz w:val="20"/>
        </w:rPr>
        <w:t>13:16  lekin itne ikhtilafat, ikhtilafat hue ke insan apni aql ka jo wisdom ka jo potential tha, us ko istemal nahi kar saka.</w:t>
      </w:r>
      <w:r>
        <w:br/>
      </w:r>
      <w:r>
        <w:rPr>
          <w:sz w:val="20"/>
        </w:rPr>
        <w:t>13:27  larai bharai, larai bharai bohat hi zyada. to yeh jo thande mulk ke log thay, thande mulkon ke log thay jin ko hum west kehte hain, unhon ne ek anokha is tarah daryaft kiya.</w:t>
      </w:r>
      <w:r>
        <w:br/>
      </w:r>
      <w:r>
        <w:rPr>
          <w:sz w:val="20"/>
        </w:rPr>
        <w:t>13:42  bohat si cheezen hain, ek hi arz karta hoon, ek anokha usool, yani different difference ko unhon ne decent bana diya.</w:t>
      </w:r>
      <w:r>
        <w:br/>
      </w:r>
      <w:r>
        <w:rPr>
          <w:sz w:val="20"/>
        </w:rPr>
        <w:t>13:55  decent, d.i.d.o.u.b.l.e.s.e.n.t, decent, yani difference ko decent bana diya. aap jante hain ke difference jo hai, woh difference mein dichotomy hoti hai.</w:t>
      </w:r>
      <w:r>
        <w:br/>
      </w:r>
      <w:r>
        <w:rPr>
          <w:sz w:val="20"/>
        </w:rPr>
        <w:t>14:11  dichotomy ko usool chalta hai, yani ek mera, ek aap ka hai, aur dono lar rahe hain aapas mein.</w:t>
      </w:r>
      <w:r>
        <w:br/>
      </w:r>
      <w:r>
        <w:rPr>
          <w:sz w:val="20"/>
        </w:rPr>
        <w:t>14:20  woh kehte hain yeh sahi hai, woh kehte hain woh sahi hai, yeh dichotomy hai. unhon ne decent nikala, d.i.d.o.u.b.l.e.s.e.n.t.</w:t>
      </w:r>
      <w:r>
        <w:br/>
      </w:r>
      <w:r>
        <w:rPr>
          <w:sz w:val="20"/>
        </w:rPr>
        <w:t>14:29  decent jo hai, ek neutral word hai, yani ek aadmi agar ikhtilaf bol raha hai to us aadmi maaf kar dein, ikhtilaf mein to dono neutral hotey hain,</w:t>
      </w:r>
      <w:r>
        <w:br/>
      </w:r>
      <w:r>
        <w:rPr>
          <w:sz w:val="20"/>
        </w:rPr>
        <w:t>14:44  dono neutral hotey hain. yani neutral rai ka tasawwur tha nahi pehle, bas dichotomy dunya mein thi.</w:t>
      </w:r>
      <w:r>
        <w:br/>
      </w:r>
      <w:r>
        <w:rPr>
          <w:sz w:val="20"/>
        </w:rPr>
        <w:t>14:56  yeh sahi ya woh sahi, yeh sahi ya woh sahi. phir thande zehnon ne yeh ijad kiya, woh garam zehan ke log jo wahan thay, pehle woh is ko daryaft nahi kar sake.</w:t>
      </w:r>
      <w:r>
        <w:br/>
      </w:r>
      <w:r>
        <w:rPr>
          <w:sz w:val="20"/>
        </w:rPr>
        <w:t>15:11  woh dichotomy mein jeete rahe, ya to sahi ya galat, ya sahi ya galat. unhon ne daryaft kiya ke yeh bhi sahi, woh bhi sahi, yeh bhi sahi, woh bhi sahi,</w:t>
      </w:r>
      <w:r>
        <w:br/>
      </w:r>
      <w:r>
        <w:rPr>
          <w:sz w:val="20"/>
        </w:rPr>
        <w:t>15:27  yani is ko kehte hain decent, d.i.d.o.u.b.l.e.s.e.n.t. tab tarqqiyan huien. to Allah taala shock, woh shock treatment karte hain,</w:t>
      </w:r>
      <w:r>
        <w:br/>
      </w:r>
      <w:r>
        <w:rPr>
          <w:sz w:val="20"/>
        </w:rPr>
        <w:t>15:44  jaise Newton ke upar, Hitler ke upar, woh gira saib. to is ko main kehta hoon saib, saib ko kahin kahin bhi keh sakta tha, is ke sar pe koi gira.</w:t>
      </w:r>
      <w:r>
        <w:br/>
      </w:r>
      <w:r>
        <w:rPr>
          <w:sz w:val="20"/>
        </w:rPr>
        <w:t>16:01  aap jante hain, upar se koi cheez gire to chot lagti hai. to yeh Allah ki taraf se sabab tha, mere khayal se ke Newton ke sar pe gira.</w:t>
      </w:r>
      <w:r>
        <w:br/>
      </w:r>
      <w:r>
        <w:rPr>
          <w:sz w:val="20"/>
        </w:rPr>
        <w:t>16:12  woh that was,</w:t>
      </w:r>
      <w:r>
        <w:br/>
      </w:r>
      <w:r>
        <w:rPr>
          <w:sz w:val="20"/>
        </w:rPr>
        <w:t>16:20  to is is ke sochne laga woh ke yeh saib jo hai, neeche kyun gaya, upar kyun chala gaya.</w:t>
      </w:r>
      <w:r>
        <w:br/>
      </w:r>
      <w:r>
        <w:rPr>
          <w:sz w:val="20"/>
        </w:rPr>
        <w:t>16:29  do afsar tha jo woh charhaya tha. to sochte sochte us ne gravitation ka process daryaft kiya.</w:t>
      </w:r>
      <w:r>
        <w:br/>
      </w:r>
      <w:r>
        <w:rPr>
          <w:sz w:val="20"/>
        </w:rPr>
        <w:t>16:39  to is ko main kehta hoon name, is ko main kehta hoon</w:t>
      </w:r>
      <w:r>
        <w:br/>
      </w:r>
      <w:r>
        <w:rPr>
          <w:sz w:val="20"/>
        </w:rPr>
        <w:t>16:49  khudai tareeqa, khudai tareeqa ke kal ka person create kar ke aaj aadmi ko sochne ki taraf le jana.</w:t>
      </w:r>
      <w:r>
        <w:br/>
      </w:r>
      <w:r>
        <w:rPr>
          <w:sz w:val="20"/>
        </w:rPr>
        <w:t>17:02  apple shock, is ko main kehta hoon apple shock. to Allah taala ka tareeqa apple shock raha. poori tareekh mein jitni bhi barqiyen huien, sab apple shock ke zariye huien hain.</w:t>
      </w:r>
      <w:r>
        <w:br/>
      </w:r>
      <w:r>
        <w:rPr>
          <w:sz w:val="20"/>
        </w:rPr>
        <w:t>17:15  ab aap apne aap ke paas jo jo bachcha paida hue, aap is ko chahte hain ke phool mein rakhein, to phool mein rakhein to yeh Allah ka tareeqa hi nahi.</w:t>
      </w:r>
      <w:r>
        <w:br/>
      </w:r>
      <w:r>
        <w:rPr>
          <w:sz w:val="20"/>
        </w:rPr>
        <w:t>17:26  un ko shock do, tab woh un ki aqal khule gi. to tamam baap jin ke paas paisa hota hai, woh apne bachon ko chahte hain phool mein rakhna.</w:t>
      </w:r>
      <w:r>
        <w:br/>
      </w:r>
      <w:r>
        <w:rPr>
          <w:sz w:val="20"/>
        </w:rPr>
        <w:t>17:40  woh apple shock ki woh nahi jante, hikmat, hikmat nahi jante, hikmat nahi jante. to main samajhta hoon ke jis beta beti ko aisa baap mil jaye jo apple shock ke bhi dunk jaane,</w:t>
      </w:r>
      <w:r>
        <w:br/>
      </w:r>
      <w:r>
        <w:rPr>
          <w:sz w:val="20"/>
        </w:rPr>
        <w:t>17:58  apple shock ki wohi aqalmand baap hai, aur usi ke bachche tarqqi karte hain. isi liye ghareeb ke bachche zyada tarqqi karte hain,</w:t>
      </w:r>
      <w:r>
        <w:br/>
      </w:r>
      <w:r>
        <w:rPr>
          <w:sz w:val="20"/>
        </w:rPr>
        <w:t>18:12  ghareeb logon ke bachche, kyun ke jo jin jin baapon ke paas paisa hota hai, woh kabhi jante hi nahi is hikmat ko, apple shock ki hikmat ko.</w:t>
      </w:r>
      <w:r>
        <w:br/>
      </w:r>
      <w:r>
        <w:rPr>
          <w:sz w:val="20"/>
        </w:rPr>
        <w:t>18:25  to Allah taala ne ghareebi paida ki. chunke insaan apple shock ko ikhtiyar nahi kar saka, to Allah taala ne ghareebi paida ki, ghareebi, museebat.</w:t>
      </w:r>
      <w:r>
        <w:br/>
      </w:r>
      <w:r>
        <w:rPr>
          <w:sz w:val="20"/>
        </w:rPr>
        <w:t>18:48  woh is sahib, woh is ke sabireen alazeen azabuh museebat, museebat shock, apple shock ka matlab hai museebat shock.</w:t>
      </w:r>
      <w:r>
        <w:br/>
      </w:r>
      <w:r>
        <w:rPr>
          <w:sz w:val="20"/>
        </w:rPr>
        <w:t>19:00  to allah ta'ala ki rehmat hai, yeh musibat. ek hadith hai, ek hadith hai ke allah ta'ala ne farmaya jibril se ke ek bachcha, ek baba, ek banda dua kar raha tha ke khuda meri musibat door kar de, meri musibat door kar de.</w:t>
      </w:r>
      <w:r>
        <w:br/>
      </w:r>
      <w:r>
        <w:rPr>
          <w:sz w:val="20"/>
        </w:rPr>
        <w:t>19:21  to allah ta'ala ne jibril se kaha ke aye jibril, la ta'ajjil khudaya, meri is bande ki musibat door karne mein jaldi mat kar, ladne do us ko musibat mein.</w:t>
      </w:r>
      <w:r>
        <w:br/>
      </w:r>
      <w:r>
        <w:rPr>
          <w:sz w:val="20"/>
        </w:rPr>
        <w:t>19:34  yeh hai na? ji, yeh hai. ji, yahi hai. fiyani yuhibbu an asmaa'a sawtahu hain.</w:t>
      </w:r>
      <w:r>
        <w:br/>
      </w:r>
      <w:r>
        <w:rPr>
          <w:sz w:val="20"/>
        </w:rPr>
        <w:t>19:43  fiyani yuhibbu an asmaa'a sawtahu. kyunke main us ki, us ki awaz ko pasand karta hoon. awaz ka matlab yeh hai ke us ke andar soch aayegi musibat se aur shakk se,</w:t>
      </w:r>
      <w:r>
        <w:br/>
      </w:r>
      <w:r>
        <w:rPr>
          <w:sz w:val="20"/>
        </w:rPr>
        <w:t>20:00  woh use mahbub. isi tarah kya hongi? isi tarah kya hongi? liqada'i hajat abdi hain.</w:t>
      </w:r>
      <w:r>
        <w:br/>
      </w:r>
      <w:r>
        <w:rPr>
          <w:sz w:val="20"/>
        </w:rPr>
        <w:t>20:10  ji, maulana. ya ya jibril, la ta'ajjil liqada'i hajat rabbi. ya jibril, la ta'ajjil liqada'i hajat rabbi.</w:t>
      </w:r>
      <w:r>
        <w:br/>
      </w:r>
      <w:r>
        <w:rPr>
          <w:sz w:val="20"/>
        </w:rPr>
        <w:t>20:23  aye jibril, mere bande ki hajat ko poori karne mein jaldi mat kar, musibat rehne de us ko, us ko thokar khane rehne do, us ke sar par pathar padne do,</w:t>
      </w:r>
      <w:r>
        <w:br/>
      </w:r>
      <w:r>
        <w:rPr>
          <w:sz w:val="20"/>
        </w:rPr>
        <w:t>20:36  kyunke us ke upar se jal gaye hain, us ke upar se jayenge, us ke andar, us ke andar jo bar rakhi hai hum ne, allah ne woh sab waqea banenge.</w:t>
      </w:r>
      <w:r>
        <w:br/>
      </w:r>
      <w:r>
        <w:rPr>
          <w:sz w:val="20"/>
        </w:rPr>
        <w:t>20:54  to main samajhta hoon ke dunya mein yeh jo chala usool, help kar, help, help nahi karo, balke us ko thokar khane do, un ko musibat uthane do taake un ke andar jo potential hai, woh jaage.</w:t>
      </w:r>
      <w:r>
        <w:br/>
      </w:r>
      <w:r>
        <w:rPr>
          <w:sz w:val="20"/>
        </w:rPr>
        <w:t>21:15  log potential ko jaagne nahi dete, potential ko jaagne nahi dete.</w:t>
      </w:r>
      <w:r>
        <w:br/>
      </w:r>
      <w:r>
        <w:rPr>
          <w:sz w:val="20"/>
        </w:rPr>
        <w:t>21:23  yeh itni badi hikmat hai. quran mein ayat likhi hai: "inna ma'al usri yusra".</w:t>
      </w:r>
      <w:r>
        <w:br/>
      </w:r>
      <w:r>
        <w:rPr>
          <w:sz w:val="20"/>
        </w:rPr>
        <w:t>21:33  "inna ma'al usri yusra". kya tarjuma is ka hai? beshak, aasani mushkil ke sath aasani hai.</w:t>
      </w:r>
      <w:r>
        <w:br/>
      </w:r>
      <w:r>
        <w:rPr>
          <w:sz w:val="20"/>
        </w:rPr>
        <w:t>21:44  haan, mushkil ke sath aasani hai. jo mushkil hai, usi ke sath aayegi aasani, yani kamyabi.</w:t>
      </w:r>
      <w:r>
        <w:br/>
      </w:r>
      <w:r>
        <w:rPr>
          <w:sz w:val="20"/>
        </w:rPr>
        <w:t>21:55  shakk chale gaye ke shakk, shakk se insaan ke raste khulenge, us ki aqal zyada kaam karegi. yeh allah ta'ala ki hikmat hai.</w:t>
      </w:r>
      <w:r>
        <w:br/>
      </w:r>
      <w:r>
        <w:rPr>
          <w:sz w:val="20"/>
        </w:rPr>
        <w:t>22:09  to is ke mani yeh hue ke allah chahta hai ke insaan apni khudadad jo aqal hai, us ko istemal kare.</w:t>
      </w:r>
      <w:r>
        <w:br/>
      </w:r>
      <w:r>
        <w:rPr>
          <w:sz w:val="20"/>
        </w:rPr>
        <w:t>22:21  aur aap jab help faraham karte hain logon ko, help to aap un ki khazana aqal ko sla dete hain, aur idhar udhar ki aqal chalata hai.</w:t>
      </w:r>
      <w:r>
        <w:br/>
      </w:r>
      <w:r>
        <w:rPr>
          <w:sz w:val="20"/>
        </w:rPr>
        <w:t>22:34  woh, woh, woh aqal jo khudadad aqal hai, woh thodi us ko sla deta hai. woh aadmi ab hum ne bohat us ki study ki hai.</w:t>
      </w:r>
      <w:r>
        <w:br/>
      </w:r>
      <w:r>
        <w:rPr>
          <w:sz w:val="20"/>
        </w:rPr>
        <w:t>22:45  jin logon ko musibat nahi padi hai, musibat padi hai, unhone taraqqiyan ki hain. khud apne gharon mein ne dekha, hamara family, hamari family bohat badi thi.</w:t>
      </w:r>
      <w:r>
        <w:br/>
      </w:r>
      <w:r>
        <w:rPr>
          <w:sz w:val="20"/>
        </w:rPr>
        <w:t>22:57  is mein mere jo barhe bhai the, abdul aziz khan, woh bohat hi khasta halat mein the, aur ghar mein un ko, un ko achhe nahi samajh aata tha.</w:t>
      </w:r>
      <w:r>
        <w:br/>
      </w:r>
      <w:r>
        <w:rPr>
          <w:sz w:val="20"/>
        </w:rPr>
        <w:t>23:14  yahan tak ke kuch, kuch logon ne un ko manhous karna shuru kar diya tha. is shakhs ke andar jo, jo, jo, jo un ko jo mashaqqatain padi hain, un ko jo musibatein padi hain, un ko jo sakht halaat ka samna karna pada, to hero hero ban gaye.</w:t>
      </w:r>
      <w:r>
        <w:br/>
      </w:r>
      <w:r>
        <w:rPr>
          <w:sz w:val="20"/>
        </w:rPr>
        <w:t>23:33  mere barhe bhai the, woh hero ban gaye. poore khandan mein sab se zyada taraqqi unhone ki, poore khandan mein sab se zyada taraqqi unhone ki.</w:t>
      </w:r>
      <w:r>
        <w:br/>
      </w:r>
      <w:r>
        <w:rPr>
          <w:sz w:val="20"/>
        </w:rPr>
        <w:t>23:43  aur jin logon ko khud aaram dega, lath pair dega, unhone kuch taraqqi nahi kar saki, kuch taraqqi nahi kar saki. to aaj main isi cheez ko chahta hoon ke aap log sochein ke yeh jo help ka tasawwur hai, woh natural nahi hai.</w:t>
      </w:r>
      <w:r>
        <w:br/>
      </w:r>
      <w:r>
        <w:rPr>
          <w:sz w:val="20"/>
        </w:rPr>
        <w:t>24:04  help ka matlab hai main help karta hoon logon ko ke main ne bohat si kitabein chhapi hain, wisdom par, raaz hayat waghera.</w:t>
      </w:r>
      <w:r>
        <w:br/>
      </w:r>
      <w:r>
        <w:rPr>
          <w:sz w:val="20"/>
        </w:rPr>
        <w:t>24:14  abhi english mein, urdu mein, hindi mein, us ko aap padhiye. to mere help ka tasawwur doosra hai.</w:t>
      </w:r>
      <w:r>
        <w:br/>
      </w:r>
      <w:r>
        <w:rPr>
          <w:sz w:val="20"/>
        </w:rPr>
        <w:t>24:25  logon ke help ka tasawwur yeh hai ke paisa banto, kapda banto, kambal banto, yani free mein logon ko cheezein do.</w:t>
      </w:r>
      <w:r>
        <w:br/>
      </w:r>
      <w:r>
        <w:rPr>
          <w:sz w:val="20"/>
        </w:rPr>
        <w:t>24:34  jo mother teresa ka jo model hai, log mother teresa ka model ko jantay hain ke free mein logon ko do, free mein do.</w:t>
      </w:r>
      <w:r>
        <w:br/>
      </w:r>
      <w:r>
        <w:rPr>
          <w:sz w:val="20"/>
        </w:rPr>
        <w:t>24:48  lekin aap jantay hain ke mother teresa ka ka mission bilkul fail hua. mother teresa ke upar us ki saheli thi, qareebi tareen us ki dost,</w:t>
      </w:r>
      <w:r>
        <w:br/>
      </w:r>
      <w:r>
        <w:rPr>
          <w:sz w:val="20"/>
        </w:rPr>
        <w:t>25:02  us ne kitab likhi hai. is kitab ka, is kitab mein us ne bataya hai ke she died in a agony.</w:t>
      </w:r>
      <w:r>
        <w:br/>
      </w:r>
      <w:r>
        <w:rPr>
          <w:sz w:val="20"/>
        </w:rPr>
        <w:t>25:13  she died in agony. mother teresa gham mein mari kyunke woh kuch mila nahi.</w:t>
      </w:r>
      <w:r>
        <w:br/>
      </w:r>
      <w:r>
        <w:rPr>
          <w:sz w:val="20"/>
        </w:rPr>
        <w:t>25:22  us ko us ke baad bulk sahib dekhiye, tata ko ke tata ne india ko aik tohfa diya,</w:t>
      </w:r>
      <w:r>
        <w:br/>
      </w:r>
      <w:r>
        <w:rPr>
          <w:sz w:val="20"/>
        </w:rPr>
        <w:t>25:34  steel ki industry, hawa jahaz, jo bari bari kitni cheezen hain jo is tata ne is mulk ko di hain.</w:t>
      </w:r>
      <w:r>
        <w:br/>
      </w:r>
      <w:r>
        <w:rPr>
          <w:sz w:val="20"/>
        </w:rPr>
        <w:t>25:48  to mein samajhta hoon ke aqalmand baap woh hai jo apne apne bete ko sakhtiyon mein chalne de,</w:t>
      </w:r>
      <w:r>
        <w:br/>
      </w:r>
      <w:r>
        <w:rPr>
          <w:sz w:val="20"/>
        </w:rPr>
        <w:t>26:03  us ko phir paisa kama kar free mein na de, apne bachon ko himayat karne de.</w:t>
      </w:r>
      <w:r>
        <w:br/>
      </w:r>
      <w:r>
        <w:rPr>
          <w:sz w:val="20"/>
        </w:rPr>
        <w:t>26:20  aap tajurba kar ke dijiye, do family ka aap compare kijiye. jis family ka baap jo hai museebaton mein raha hoga, us ko paisa itna nahi hoga ke bohat ziyada woh nawazay apne bete beti ko.</w:t>
      </w:r>
      <w:r>
        <w:br/>
      </w:r>
      <w:r>
        <w:rPr>
          <w:sz w:val="20"/>
        </w:rPr>
        <w:t>26:37  un ke bachay ziyada tarraqi karenge, aur jinho ne khoob bachon ko diya, un ko makhmal par, makhmal ke bistar par sulaya,</w:t>
      </w:r>
      <w:r>
        <w:br/>
      </w:r>
      <w:r>
        <w:rPr>
          <w:sz w:val="20"/>
        </w:rPr>
        <w:t>26:51  un ke bachay koi tarraqi nahi karte.</w:t>
      </w:r>
      <w:r>
        <w:br/>
      </w:r>
      <w:r>
        <w:rPr>
          <w:sz w:val="20"/>
        </w:rPr>
        <w:t>26:57  yeh hai law of nature.</w:t>
      </w:r>
      <w:r>
        <w:br/>
      </w:r>
      <w:r>
        <w:rPr>
          <w:sz w:val="20"/>
        </w:rPr>
        <w:t>27:01  law of nature poori tareekh mein Allah taala ne pressure ke zareeye, dabaao ke zareeye,</w:t>
      </w:r>
      <w:r>
        <w:br/>
      </w:r>
      <w:r>
        <w:rPr>
          <w:sz w:val="20"/>
        </w:rPr>
        <w:t>27:10  maseebat ke zareeye</w:t>
      </w:r>
      <w:r>
        <w:br/>
      </w:r>
      <w:r>
        <w:rPr>
          <w:sz w:val="20"/>
        </w:rPr>
        <w:t>27:13  tarraqi ke darwaze khole hain.</w:t>
      </w:r>
      <w:r>
        <w:br/>
      </w:r>
      <w:r>
        <w:rPr>
          <w:sz w:val="20"/>
        </w:rPr>
        <w:t>27:33  mein ne is pe bohat socha ke yahan tafseer ka lafz kyun hai, basharat ka lafz kyun hai, yani khushkhabri ka lafz kyun hai.</w:t>
      </w:r>
      <w:r>
        <w:br/>
      </w:r>
      <w:r>
        <w:rPr>
          <w:sz w:val="20"/>
        </w:rPr>
        <w:t>27:46  kyunke museebat hi mein tarraqian aati hain.</w:t>
      </w:r>
      <w:r>
        <w:br/>
      </w:r>
      <w:r>
        <w:rPr>
          <w:sz w:val="20"/>
        </w:rPr>
        <w:t>27:52  sabireen, sabr mein tarraqian hain. tarraqian sari ki sari sabr mein hain, aaram mein nahi hain, aaram mein nahi hain.</w:t>
      </w:r>
      <w:r>
        <w:br/>
      </w:r>
      <w:r>
        <w:rPr>
          <w:sz w:val="20"/>
        </w:rPr>
        <w:t>28:10  aap dekhiye, aaj jis ko hum kehte hain tehzeeb aur tarraqi yafta dunya, yeh kahan se nikli hai?</w:t>
      </w:r>
      <w:r>
        <w:br/>
      </w:r>
      <w:r>
        <w:rPr>
          <w:sz w:val="20"/>
        </w:rPr>
        <w:t>28:22  muslim musalmanon ne tarraqi ke zamanay mein kafi to un ka takrao hua</w:t>
      </w:r>
      <w:r>
        <w:br/>
      </w:r>
      <w:r>
        <w:rPr>
          <w:sz w:val="20"/>
        </w:rPr>
        <w:t>28:30  christian se, christian badshahaton jo qaim ho gayi theen us zamanay mein, jis ko kehte hain quraish.</w:t>
      </w:r>
      <w:r>
        <w:br/>
      </w:r>
      <w:r>
        <w:rPr>
          <w:sz w:val="20"/>
        </w:rPr>
        <w:t>28:40  quraishites, quraishites, do so saal tak quraishites ki jang jari rahi, yahan tak ke christian ko bohat zabardast nakami hui.</w:t>
      </w:r>
      <w:r>
        <w:br/>
      </w:r>
      <w:r>
        <w:rPr>
          <w:sz w:val="20"/>
        </w:rPr>
        <w:t>28:54  aik dam humanity debate hui un ko. yehi quraishites, baharon walay log jo the, wahi to modern technology unho ne develop ki,</w:t>
      </w:r>
      <w:r>
        <w:br/>
      </w:r>
      <w:r>
        <w:rPr>
          <w:sz w:val="20"/>
        </w:rPr>
        <w:t>29:07  yani zameen mein jo jo hidden khazanay the, hawa jahaz, railway, aur tamam dunya bhar ki technology, computer tak, woh kis ne discover ki?</w:t>
      </w:r>
      <w:r>
        <w:br/>
      </w:r>
      <w:r>
        <w:rPr>
          <w:sz w:val="20"/>
        </w:rPr>
        <w:t>29:23  unho ne, unho ne quraishites ki war mein bohat zabardast debate khai thi, bohat humanitarian debate.</w:t>
      </w:r>
    </w:p>
    <w:p>
      <w:pPr>
        <w:pStyle w:val="Heading2"/>
      </w:pPr>
      <w:r>
        <w:t>Dealing with negative thoughts</w:t>
      </w:r>
    </w:p>
    <w:p>
      <w:r>
        <w:rPr>
          <w:color w:val="666666"/>
          <w:sz w:val="18"/>
        </w:rPr>
        <w:t>Spirit of the Age Nov 6, 2016 · 1m 37s · at 55:08 · https://youtu.be/QAW9LP53xQk?t=3308</w:t>
      </w:r>
    </w:p>
    <w:p>
      <w:r>
        <w:rPr>
          <w:i/>
        </w:rPr>
        <w:t>“I often get negative thoughts which I am not able to suppress or control, and as a result I end up taking wrong decisions. How can I overcome this?”</w:t>
      </w:r>
    </w:p>
    <w:p>
      <w:r>
        <w:rPr>
          <w:sz w:val="20"/>
        </w:rPr>
        <w:t>55:08  maulana, agla sawal jamshed pur se bheja hai abdul sahib ne, aur unhon ne likha hai: maulana sahib, I</w:t>
      </w:r>
      <w:r>
        <w:br/>
      </w:r>
      <w:r>
        <w:rPr>
          <w:sz w:val="20"/>
        </w:rPr>
        <w:t>55:13  often get negative thoughts which I am not able to suppress or control, and as a result I</w:t>
      </w:r>
      <w:r>
        <w:br/>
      </w:r>
      <w:r>
        <w:rPr>
          <w:sz w:val="20"/>
        </w:rPr>
        <w:t>55:18  end up taking wrong decisions.</w:t>
      </w:r>
      <w:r>
        <w:br/>
      </w:r>
      <w:r>
        <w:rPr>
          <w:sz w:val="20"/>
        </w:rPr>
        <w:t>55:23  my problem is that I know myself that I am getting wrong thoughts, but I am unable to control myself.</w:t>
      </w:r>
      <w:r>
        <w:br/>
      </w:r>
      <w:r>
        <w:rPr>
          <w:sz w:val="20"/>
        </w:rPr>
        <w:t>55:29  For example, I am very short-tempered. I also become greedy at times, and sometimes I get depressed. I really want to change myself and want to become a better person. Can you please advise me a practical way, or what should I do which will help me become mentally stronger?</w:t>
      </w:r>
      <w:r>
        <w:br/>
      </w:r>
      <w:r>
        <w:rPr>
          <w:sz w:val="20"/>
        </w:rPr>
        <w:t>55:52  is there any dua? maulana sahib, please help me.</w:t>
      </w:r>
      <w:r>
        <w:br/>
      </w:r>
      <w:r>
        <w:rPr>
          <w:sz w:val="20"/>
        </w:rPr>
        <w:t>55:57  yeh dua ka masla nahi hai, yeh apne mind ki re-engineering ka masla hai.</w:t>
      </w:r>
      <w:r>
        <w:br/>
      </w:r>
      <w:r>
        <w:rPr>
          <w:sz w:val="20"/>
        </w:rPr>
        <w:t>56:02  آپ ہمارا monthly magazine اردو میں پڑھیے، رسالہ انگلش میں ہے، Spirit of Islam اس کو پڑھیے۔</w:t>
      </w:r>
      <w:r>
        <w:br/>
      </w:r>
      <w:r>
        <w:rPr>
          <w:sz w:val="20"/>
        </w:rPr>
        <w:t>56:08  ہماری کئی کتابیں ہیں، English میں ہیں، World Vision، Simple Wisdom اس کو پڑھیے۔</w:t>
      </w:r>
      <w:r>
        <w:br/>
      </w:r>
      <w:r>
        <w:rPr>
          <w:sz w:val="20"/>
        </w:rPr>
        <w:t>56:13  hamari char kitabein urdu mein hain, raaz hayat, taabeer hayat, rehnuma hayat, kitab zindagi aap parhiye.</w:t>
      </w:r>
      <w:r>
        <w:br/>
      </w:r>
      <w:r>
        <w:rPr>
          <w:sz w:val="20"/>
        </w:rPr>
        <w:t>56:19  aur mujhe yaqeen hai ke aap ka yeh mizaj khatam ho jayega.</w:t>
      </w:r>
      <w:r>
        <w:br/>
      </w:r>
      <w:r>
        <w:rPr>
          <w:sz w:val="20"/>
        </w:rPr>
        <w:t>56:24  phir koi har insan insan hai.</w:t>
      </w:r>
      <w:r>
        <w:br/>
      </w:r>
      <w:r>
        <w:rPr>
          <w:sz w:val="20"/>
        </w:rPr>
        <w:t>56:30  aap aap ka jo wrong way of thinking hai, woh woh khatam ho jayega, bas sab theek</w:t>
      </w:r>
      <w:r>
        <w:br/>
      </w:r>
      <w:r>
        <w:rPr>
          <w:sz w:val="20"/>
        </w:rPr>
        <w:t>56:35  ho jayega.</w:t>
      </w:r>
      <w:r>
        <w:br/>
      </w:r>
      <w:r>
        <w:rPr>
          <w:sz w:val="20"/>
        </w:rPr>
        <w:t>56:40  aap hamari kitabein parhiye.</w:t>
      </w:r>
    </w:p>
    <w:p>
      <w:pPr>
        <w:pStyle w:val="Heading2"/>
      </w:pPr>
      <w:r>
        <w:t>Overcoming heedlessness of death in youth</w:t>
      </w:r>
    </w:p>
    <w:p>
      <w:r>
        <w:rPr>
          <w:color w:val="666666"/>
          <w:sz w:val="18"/>
        </w:rPr>
        <w:t>Concept of Death in Islam 26th Aug 12 SLOW · 1m 59s · at 15:45 · https://youtu.be/8dsos0OBM6M?t=945</w:t>
      </w:r>
    </w:p>
    <w:p>
      <w:r>
        <w:rPr>
          <w:i/>
        </w:rPr>
        <w:t>“Today I am young and see death as far away. How can I save myself from this heedlessness?”</w:t>
      </w:r>
    </w:p>
    <w:p>
      <w:r>
        <w:rPr>
          <w:sz w:val="20"/>
        </w:rPr>
        <w:t>15:45  Maulana, agla sawal Tamil Nadu se hai Maulana Iqbal Omri sahib ka. unhon ne likha hai: "Maulana, aaj mein jawan hoon, maut ko door dekh raha hoon. is ghaflat se mein kaise bachoon?" is ke bare mein batayein.</w:t>
      </w:r>
      <w:r>
        <w:br/>
      </w:r>
      <w:r>
        <w:rPr>
          <w:sz w:val="20"/>
        </w:rPr>
        <w:t>16:03  isi liye to Allah taala ne maut ka waqt koi nahi rakha.</w:t>
      </w:r>
      <w:r>
        <w:br/>
      </w:r>
      <w:r>
        <w:rPr>
          <w:sz w:val="20"/>
        </w:rPr>
        <w:t>16:10  bacha hi marta hai, jawani hi marta hai, budhai marta hai.</w:t>
      </w:r>
      <w:r>
        <w:br/>
      </w:r>
      <w:r>
        <w:rPr>
          <w:sz w:val="20"/>
        </w:rPr>
        <w:t>16:17  jaise mein aksar sochta rehta hoon, aksar sochta rehta hoon mein ke mere teen bachche mar chuke, mere apne.</w:t>
      </w:r>
      <w:r>
        <w:br/>
      </w:r>
      <w:r>
        <w:rPr>
          <w:sz w:val="20"/>
        </w:rPr>
        <w:t>16:24  zahair hai ke woh bachche mujh se bohat chote the.</w:t>
      </w:r>
      <w:r>
        <w:br/>
      </w:r>
      <w:r>
        <w:rPr>
          <w:sz w:val="20"/>
        </w:rPr>
        <w:t>16:31  to mein sochta rehta hoon, mere teen bachche mar chuke, mere chote bhai mar chuke, meri chhoti behan mar chuki.</w:t>
      </w:r>
      <w:r>
        <w:br/>
      </w:r>
      <w:r>
        <w:rPr>
          <w:sz w:val="20"/>
        </w:rPr>
        <w:t>16:39  to aadmi yeh waqiaat aadmi ko is liye hotay hain ke aadmi soche ke tum se chotay jab</w:t>
      </w:r>
      <w:r>
        <w:br/>
      </w:r>
      <w:r>
        <w:rPr>
          <w:sz w:val="20"/>
        </w:rPr>
        <w:t>16:46  mar gaye, tum kyun nahi maro ge? Allah taala ne maut ka agar aik fix kar diya hota,</w:t>
      </w:r>
      <w:r>
        <w:br/>
      </w:r>
      <w:r>
        <w:rPr>
          <w:sz w:val="20"/>
        </w:rPr>
        <w:t>16:53  fix ke 90 saal mein har aadmi ko marna hai, tab to sochna mushkil hota.</w:t>
      </w:r>
      <w:r>
        <w:br/>
      </w:r>
      <w:r>
        <w:rPr>
          <w:sz w:val="20"/>
        </w:rPr>
        <w:t>17:00  lekin jab hum dekhte hain ke bachcha hi mara, bachcha hi marta hai, naujawan marta hai, har har</w:t>
      </w:r>
      <w:r>
        <w:br/>
      </w:r>
      <w:r>
        <w:rPr>
          <w:sz w:val="20"/>
        </w:rPr>
        <w:t>17:07  umar ke log marte rehte hain barabar.</w:t>
      </w:r>
      <w:r>
        <w:br/>
      </w:r>
      <w:r>
        <w:rPr>
          <w:sz w:val="20"/>
        </w:rPr>
        <w:t>17:15  to yeh isi liye hai ke yeh waqiaat aadmi ke liye reminder bane, reminder.</w:t>
      </w:r>
      <w:r>
        <w:br/>
      </w:r>
      <w:r>
        <w:rPr>
          <w:sz w:val="20"/>
        </w:rPr>
        <w:t>17:22  sochein ke dekho, mujh se chota yeh mar gaya to mein mein kyun nahi maroonga? to logon</w:t>
      </w:r>
      <w:r>
        <w:br/>
      </w:r>
      <w:r>
        <w:rPr>
          <w:sz w:val="20"/>
        </w:rPr>
        <w:t>17:29  mein wahi mein jo arz kiya ke logon mein soch jagana hai, intellectual awakening lana hai, isi ki kami hai.</w:t>
      </w:r>
      <w:r>
        <w:br/>
      </w:r>
      <w:r>
        <w:rPr>
          <w:sz w:val="20"/>
        </w:rPr>
        <w:t>17:36  saari kami isi cheez ki hai.</w:t>
      </w:r>
      <w:r>
        <w:br/>
      </w:r>
      <w:r>
        <w:rPr>
          <w:sz w:val="20"/>
        </w:rPr>
        <w:t>17:44  Maulana, agla sawal Maldives se hai Mr. Hitesh Dhamija sahib ka. unhon ne likha hai: "While a short stay in Saudi Arabia, I noticed that Arabs in the month of Ramadan, while they fast, sleep during the day and stay up night. However, Muslims in India follow a different pattern. They keep the fast and work during the day and sleep at night.</w:t>
      </w:r>
    </w:p>
    <w:p>
      <w:pPr>
        <w:pStyle w:val="Heading2"/>
      </w:pPr>
      <w:r>
        <w:t>Overcoming Sin Despite God's Awareness</w:t>
      </w:r>
    </w:p>
    <w:p>
      <w:r>
        <w:rPr>
          <w:color w:val="666666"/>
          <w:sz w:val="18"/>
        </w:rPr>
        <w:t>Material Science Vs Spiritual Science 20th May 12 SLOW · 1m 06s · at 1:40:25 · https://youtu.be/qYwFExG7cyM?t=6025</w:t>
      </w:r>
    </w:p>
    <w:p>
      <w:r>
        <w:rPr>
          <w:i/>
        </w:rPr>
        <w:t>“Maulana, when I commit a mistake, I am aware that I am doing wrong and that God is watching me, yet I still go ahead and commit the error. Please advise me on how to overcome this.”</w:t>
      </w:r>
    </w:p>
    <w:p>
      <w:r>
        <w:rPr>
          <w:sz w:val="20"/>
        </w:rPr>
        <w:t>1:40:25  maulana, agla sawal amar nagar se mr muhammad achhlaq sahab ka hai.</w:t>
      </w:r>
      <w:r>
        <w:br/>
      </w:r>
      <w:r>
        <w:rPr>
          <w:sz w:val="20"/>
        </w:rPr>
        <w:t>1:40:30  unhon ne likha hai: "maulana, ghalati karne ke waqt yeh baat zehan mein aa jaati hai ke main</w:t>
      </w:r>
      <w:r>
        <w:br/>
      </w:r>
      <w:r>
        <w:rPr>
          <w:sz w:val="20"/>
        </w:rPr>
        <w:t>1:40:37  ghalati kar raha hoon, aur Khuda meri ghalati ko dekh raha hai, aur ghalati phir bhi ho jaati</w:t>
      </w:r>
      <w:r>
        <w:br/>
      </w:r>
      <w:r>
        <w:rPr>
          <w:sz w:val="20"/>
        </w:rPr>
        <w:t>1:40:45  hai.</w:t>
      </w:r>
      <w:r>
        <w:br/>
      </w:r>
      <w:r>
        <w:rPr>
          <w:sz w:val="20"/>
        </w:rPr>
        <w:t>1:40:47  kya yeh dithaai aur sarkashi mein aayega, jabke baad mein ghalati par sharmindagi bhi hoti hai?" ab</w:t>
      </w:r>
      <w:r>
        <w:br/>
      </w:r>
      <w:r>
        <w:rPr>
          <w:sz w:val="20"/>
        </w:rPr>
        <w:t>1:40:54  yeh aadmi khud samajh sakta hai ke kya cheez chahiye ke chhedde nahin.</w:t>
      </w:r>
      <w:r>
        <w:br/>
      </w:r>
      <w:r>
        <w:rPr>
          <w:sz w:val="20"/>
        </w:rPr>
        <w:t>1:41:00  aap khud samjhiye ke ghalati kar ke aap ke andar sharmindagi aayi ke nahin aayi, yeh to andar</w:t>
      </w:r>
      <w:r>
        <w:br/>
      </w:r>
      <w:r>
        <w:rPr>
          <w:sz w:val="20"/>
        </w:rPr>
        <w:t>1:41:08  ki baat hai.</w:t>
      </w:r>
      <w:r>
        <w:br/>
      </w:r>
      <w:r>
        <w:rPr>
          <w:sz w:val="20"/>
        </w:rPr>
        <w:t>1:41:09  doosra aadmi keh jaane ga, sharmindagi mein yeh shamil hai ke aadmi ruka hai.</w:t>
      </w:r>
      <w:r>
        <w:br/>
      </w:r>
      <w:r>
        <w:rPr>
          <w:sz w:val="20"/>
        </w:rPr>
        <w:t>1:41:15  is se agar nahin ruka hai to sharmindagi kahan hai? woh to ghalati se ruka hai, ruka hai</w:t>
      </w:r>
      <w:r>
        <w:br/>
      </w:r>
      <w:r>
        <w:rPr>
          <w:sz w:val="20"/>
        </w:rPr>
        <w:t>1:41:23  aur tauba kare.</w:t>
      </w:r>
      <w:r>
        <w:br/>
      </w:r>
      <w:r>
        <w:rPr>
          <w:sz w:val="20"/>
        </w:rPr>
        <w:t>1:41:24  yeh aadmi khud samajh sakta hai, yeh doosra aadmi is par koi verdict nahin de sakta.</w:t>
      </w:r>
    </w:p>
    <w:p>
      <w:pPr>
        <w:pStyle w:val="Heading2"/>
      </w:pPr>
      <w:r>
        <w:t>Will my son be with me on Judgment Day?</w:t>
      </w:r>
    </w:p>
    <w:p>
      <w:r>
        <w:rPr>
          <w:color w:val="666666"/>
          <w:sz w:val="18"/>
        </w:rPr>
        <w:t>Discovery of God November 3, 2019 Maulana Wahiduddin Khan · 3m 16s · at 42:08 · https://youtu.be/WUaOl0Kwwng?t=2528</w:t>
      </w:r>
    </w:p>
    <w:p>
      <w:r>
        <w:rPr>
          <w:i/>
        </w:rPr>
        <w:t>“Last week I lost my three-year-old son named Arham while driving to the hospital. We as parents are facing a very tough time. Satan tells me it is my fault that we did not reach the hospital in time. Will my son be with me on Judgment Day? Please pray for patience for me and my wife. This incident has given us a new direction towards the afterlife.”</w:t>
      </w:r>
    </w:p>
    <w:p>
      <w:r>
        <w:rPr>
          <w:sz w:val="20"/>
        </w:rPr>
        <w:t>42:08  Maulana, agla sawal Islamabad, Pakistan se Muhammad Tufail sahib ne bheja hai. unhone likha hai: "Maulana sahib, last week I lost my three year old son named Arham while driving to hospital.</w:t>
      </w:r>
      <w:r>
        <w:br/>
      </w:r>
      <w:r>
        <w:rPr>
          <w:sz w:val="20"/>
        </w:rPr>
        <w:t>42:25  We as parents are facing very tough time. Shaitan is telling me that it is my fault that we didn't reach the hospital in time.</w:t>
      </w:r>
      <w:r>
        <w:br/>
      </w:r>
      <w:r>
        <w:rPr>
          <w:sz w:val="20"/>
        </w:rPr>
        <w:t>42:36  Will my son be with me in judgment day? Please pray for sabr for me and my wife. This incident has given us a new direction towards after life.</w:t>
      </w:r>
      <w:r>
        <w:br/>
      </w:r>
      <w:r>
        <w:rPr>
          <w:sz w:val="20"/>
        </w:rPr>
        <w:t>42:49  World seems so insignificant to us right now. We need your guidance."</w:t>
      </w:r>
      <w:r>
        <w:br/>
      </w:r>
      <w:r>
        <w:rPr>
          <w:sz w:val="20"/>
        </w:rPr>
        <w:t>42:58  dekhiye, mein apna experience batata hoon aap ko.</w:t>
      </w:r>
      <w:r>
        <w:br/>
      </w:r>
      <w:r>
        <w:rPr>
          <w:sz w:val="20"/>
        </w:rPr>
        <w:t>43:06  mera bhi jo ek bachcha tha, pehla bachcha, woh chote par us ka inteqal ho gaya.</w:t>
      </w:r>
      <w:r>
        <w:br/>
      </w:r>
      <w:r>
        <w:rPr>
          <w:sz w:val="20"/>
        </w:rPr>
        <w:t>43:17  us waqt mein Lucknow mein tha, us zamane mein telephone nahi hua karta tha, telegram hua karta tha. to Lucknow mein Six Dropping Road par hamare relative rehte the, mein wahan tha un ke sath.</w:t>
      </w:r>
      <w:r>
        <w:br/>
      </w:r>
      <w:r>
        <w:rPr>
          <w:sz w:val="20"/>
        </w:rPr>
        <w:t>43:36  to achaanak telegram aaya, telegram aaya, us mein likha tha ke "tumhara beta Shams ul Islam inteqal kar gaya." us waqt to chota bachcha tha,</w:t>
      </w:r>
      <w:r>
        <w:br/>
      </w:r>
      <w:r>
        <w:rPr>
          <w:sz w:val="20"/>
        </w:rPr>
        <w:t>43:53  to mein kuch bhi bola nahi, na shikayat ki baat, na rone ki baat, na kuch.</w:t>
      </w:r>
      <w:r>
        <w:br/>
      </w:r>
      <w:r>
        <w:rPr>
          <w:sz w:val="20"/>
        </w:rPr>
        <w:t>44:03  chup chap utha mein aur wahan par ek kamra to hota tha Six Dropping Road par, us mein ek takht bichha hua tha aur pani ka intezaam tha.</w:t>
      </w:r>
      <w:r>
        <w:br/>
      </w:r>
      <w:r>
        <w:rPr>
          <w:sz w:val="20"/>
        </w:rPr>
        <w:t>44:19  wahan mein gaya, wuzu kiya, woh wuzu kar ke do rak'at namaz parhi, bas us ke baad khatam.</w:t>
      </w:r>
      <w:r>
        <w:br/>
      </w:r>
      <w:r>
        <w:rPr>
          <w:sz w:val="20"/>
        </w:rPr>
        <w:t>44:30  yaani goya chand minute mere liye Allah ki yaad mein gap pada tha, gap. woh dobara apni jagah retain ho gaya.</w:t>
      </w:r>
      <w:r>
        <w:br/>
      </w:r>
      <w:r>
        <w:rPr>
          <w:sz w:val="20"/>
        </w:rPr>
        <w:t>44:43  us ke pehle bhi Khuda tha mere liye, us ke baad bhi Khuda tha mere liye. yaani bachche ki khabar se pehle bhi mere liye Khuda tha, sab kuch tha.</w:t>
      </w:r>
      <w:r>
        <w:br/>
      </w:r>
      <w:r>
        <w:rPr>
          <w:sz w:val="20"/>
        </w:rPr>
        <w:t>44:53  bachche ke baad, maut ke baad bhi Khuda mere liye sab kuch ban gaya. to is tarah itna strong apni yaad banaiye Allah ki, Allah ke wajood ki,</w:t>
      </w:r>
      <w:r>
        <w:br/>
      </w:r>
      <w:r>
        <w:rPr>
          <w:sz w:val="20"/>
        </w:rPr>
        <w:t>45:07  Allah ki</w:t>
      </w:r>
      <w:r>
        <w:br/>
      </w:r>
      <w:r>
        <w:rPr>
          <w:sz w:val="20"/>
        </w:rPr>
        <w:t>45:11  itna strong banaiye, itna strong banaiye ke chand lamhe ke siwa koi doosra aap ki zindagi mein shamil na ho.</w:t>
      </w:r>
    </w:p>
    <w:p>
      <w:pPr>
        <w:pStyle w:val="Heading2"/>
      </w:pPr>
      <w:r>
        <w:t>Longing to meet God spiritually</w:t>
      </w:r>
    </w:p>
    <w:p>
      <w:r>
        <w:rPr>
          <w:color w:val="666666"/>
          <w:sz w:val="18"/>
        </w:rPr>
        <w:t>Roza (Fasting) Shock May 26, 2019 · 43s · at 38:54 · https://youtu.be/GXYhGriFRpM?t=2334</w:t>
      </w:r>
    </w:p>
    <w:p>
      <w:r>
        <w:rPr>
          <w:i/>
        </w:rPr>
        <w:t>“I have been searching for God for years. I want to meet God. Please spiritually help me. I will sit in itikaf today. Please make a special prayer for me.”</w:t>
      </w:r>
    </w:p>
    <w:p>
      <w:r>
        <w:rPr>
          <w:sz w:val="20"/>
        </w:rPr>
        <w:t>38:54  maulana, agla sawal lahore pakistan se bheja hai miss farzana khan ne. unhon ne likha hai: "maulana sahib, main saalon se allah ko dhoondh rahi hoon.</w:t>
      </w:r>
      <w:r>
        <w:br/>
      </w:r>
      <w:r>
        <w:rPr>
          <w:sz w:val="20"/>
        </w:rPr>
        <w:t>39:07  main allah se milna chahti hoon. aap roohani taur par meri madad karein. main aaj aitkaf mein baithungi.</w:t>
      </w:r>
      <w:r>
        <w:br/>
      </w:r>
      <w:r>
        <w:rPr>
          <w:sz w:val="20"/>
        </w:rPr>
        <w:t>39:15  aap mere liye khaas dua karein."</w:t>
      </w:r>
      <w:r>
        <w:br/>
      </w:r>
      <w:r>
        <w:rPr>
          <w:sz w:val="20"/>
        </w:rPr>
        <w:t>39:19  inshallah, allah taala</w:t>
      </w:r>
      <w:r>
        <w:br/>
      </w:r>
      <w:r>
        <w:rPr>
          <w:sz w:val="20"/>
        </w:rPr>
        <w:t>39:24  aap ko allah se qurbat hasil ho. wohi dua kijiye jo asiya ne kiya tha, usi dua ko apna lijiye.</w:t>
      </w:r>
    </w:p>
    <w:p>
      <w:pPr>
        <w:pStyle w:val="Heading2"/>
      </w:pPr>
      <w:r>
        <w:t>Managing sensitivity and trivial upsets</w:t>
      </w:r>
    </w:p>
    <w:p>
      <w:r>
        <w:rPr>
          <w:color w:val="666666"/>
          <w:sz w:val="18"/>
        </w:rPr>
        <w:t>Realization of God September 15, 2013 · 1m 33s · at 1:13:15 · https://youtu.be/CNEEeM5uyi8?t=4395</w:t>
      </w:r>
    </w:p>
    <w:p>
      <w:r>
        <w:rPr>
          <w:i/>
        </w:rPr>
        <w:t>“I am by nature a very sensitive person and I often get upset in small trivial things. I want guidance from you as to how I can manage my sensitivity.”</w:t>
      </w:r>
    </w:p>
    <w:p>
      <w:r>
        <w:rPr>
          <w:sz w:val="20"/>
        </w:rPr>
        <w:t>1:13:15  Maulana, agla sawal Bangalore se hai, Vikram Sharma</w:t>
      </w:r>
      <w:r>
        <w:br/>
      </w:r>
      <w:r>
        <w:rPr>
          <w:sz w:val="20"/>
        </w:rPr>
        <w:t>1:13:19  ka. unhone aapse poocha hai: "Maulana sahib, i am by nature a very sensitive person and i often get upset in small small travel things.</w:t>
      </w:r>
      <w:r>
        <w:br/>
      </w:r>
      <w:r>
        <w:rPr>
          <w:sz w:val="20"/>
        </w:rPr>
        <w:t>1:13:31  i want guidance from you as to how i can manage my sensitivity." dekhein, koi birth se koi sensitive nahi hota, conditionings hota hai.</w:t>
      </w:r>
      <w:r>
        <w:br/>
      </w:r>
      <w:r>
        <w:rPr>
          <w:sz w:val="20"/>
        </w:rPr>
        <w:t>1:13:45  yaad rakhiye, Allah taala ne kisi ko bhi by birth yani galat nahi paida kar diya hai. by birth har aadmi sahi paida</w:t>
      </w:r>
      <w:r>
        <w:br/>
      </w:r>
      <w:r>
        <w:rPr>
          <w:sz w:val="20"/>
        </w:rPr>
        <w:t>1:13:56  hota hai, kal al fitr. lekin conditioning jo hai, yani aap jis ghar mein paida huin, jis mahaul mein rahin, us ne aap ko sensitive bana diya.</w:t>
      </w:r>
      <w:r>
        <w:br/>
      </w:r>
      <w:r>
        <w:rPr>
          <w:sz w:val="20"/>
        </w:rPr>
        <w:t>1:14:07  aur aaj kal to sab se bara jo masla hai, maa baap ki pampering. maa baap ki pampering se log sensitive ho jate hain. to by birth kuch bhi nahi hota.</w:t>
      </w:r>
      <w:r>
        <w:br/>
      </w:r>
      <w:r>
        <w:rPr>
          <w:sz w:val="20"/>
        </w:rPr>
        <w:t>1:14:17  apni conditioning ko todiye, is ko deconditioning kijiye, phir aap bilkul ek normal insaan ban jayenge.</w:t>
      </w:r>
      <w:r>
        <w:br/>
      </w:r>
      <w:r>
        <w:rPr>
          <w:sz w:val="20"/>
        </w:rPr>
        <w:t>1:14:25  main is ko nahi manta ke koi by birth koi aisa hota hai, balkeh ghar ke halaat, maa baap ki pampering, in cheezon se log aise ban jate hain.</w:t>
      </w:r>
      <w:r>
        <w:br/>
      </w:r>
      <w:r>
        <w:rPr>
          <w:sz w:val="20"/>
        </w:rPr>
        <w:t>1:14:36  yeh sab is ko isi ko kaha jata hai conditioning. to aap ko apni conditioning ko todna hai, apne aap ko decondition karna hai. is ke baad sab kuch theek ho jayega, sab kuch normal ho jayega.</w:t>
      </w:r>
    </w:p>
    <w:p>
      <w:pPr>
        <w:pStyle w:val="Heading2"/>
      </w:pPr>
      <w:r>
        <w:t>Saddened by Delhi's consumer culture</w:t>
      </w:r>
    </w:p>
    <w:p>
      <w:r>
        <w:rPr>
          <w:color w:val="666666"/>
          <w:sz w:val="18"/>
        </w:rPr>
        <w:t>Age of Consumerism January 6, 2013 · 2m 53s · at 1:05:09 · https://youtu.be/zJRZ1OKUhgA?t=3909</w:t>
      </w:r>
    </w:p>
    <w:p>
      <w:r>
        <w:rPr>
          <w:i/>
        </w:rPr>
        <w:t>“Since four days, I have been in Delhi. I am very sad to see the Delhiites. They are totally trapped in consumer and entertaining culture. They sleep late and get up late at 12 in the morning. I try to do dawah work, but nobody is ready to listen.”</w:t>
      </w:r>
    </w:p>
    <w:p>
      <w:r>
        <w:rPr>
          <w:sz w:val="20"/>
        </w:rPr>
        <w:t>1:05:09  maulana, agla sawal saharanpur se hai, syed mohsin bilal sahab ka. unhone likha hai: "since four days, i have been in delhi.</w:t>
      </w:r>
      <w:r>
        <w:br/>
      </w:r>
      <w:r>
        <w:rPr>
          <w:sz w:val="20"/>
        </w:rPr>
        <w:t>1:05:19  i am very sad to see the delhiites. they are totally trapped in consumer and entertaining culture.</w:t>
      </w:r>
      <w:r>
        <w:br/>
      </w:r>
      <w:r>
        <w:rPr>
          <w:sz w:val="20"/>
        </w:rPr>
        <w:t>1:05:27  they sleep late and they get up late at 12 in the morning. i try to do dawah work, but nobody is ready to listen.</w:t>
      </w:r>
      <w:r>
        <w:br/>
      </w:r>
      <w:r>
        <w:rPr>
          <w:sz w:val="20"/>
        </w:rPr>
        <w:t>1:05:37  they think they are intelligent. so how? how to give message to these kind of intelligent people?" dekhiye, aisa hundred percent nahi hai.</w:t>
      </w:r>
      <w:r>
        <w:br/>
      </w:r>
      <w:r>
        <w:rPr>
          <w:sz w:val="20"/>
        </w:rPr>
        <w:t>1:05:48  aap seeker ko talash kijiye. seeker isi mein ek shakhs seeker hoga.</w:t>
      </w:r>
      <w:r>
        <w:br/>
      </w:r>
      <w:r>
        <w:rPr>
          <w:sz w:val="20"/>
        </w:rPr>
        <w:t>1:05:55  misalan mein bata doon aap ko aaj hi ka experience. aaj ka</w:t>
      </w:r>
      <w:r>
        <w:br/>
      </w:r>
      <w:r>
        <w:rPr>
          <w:sz w:val="20"/>
        </w:rPr>
        <w:t>1:06:01  hamare paas ek sahab aaye, jo senior professor hain, woh ab retire ho gaye hain. un ke yani woh eighties ke late eighties mein hain.</w:t>
      </w:r>
      <w:r>
        <w:br/>
      </w:r>
      <w:r>
        <w:rPr>
          <w:sz w:val="20"/>
        </w:rPr>
        <w:t>1:06:15  woh is waqt to woh khud bhi english mein kitabein likhi hain. unhone</w:t>
      </w:r>
      <w:r>
        <w:br/>
      </w:r>
      <w:r>
        <w:rPr>
          <w:sz w:val="20"/>
        </w:rPr>
        <w:t>1:06:23  to hamare paas aaye, ab taqreeban der tak rahe. woh hamare kai saathi bhi wahan maujood the.</w:t>
      </w:r>
      <w:r>
        <w:br/>
      </w:r>
      <w:r>
        <w:rPr>
          <w:sz w:val="20"/>
        </w:rPr>
        <w:t>1:06:33  to hamare haan kitabein un ko di gayeen aur baatein huin. ab aaj hi un ke message aaye. aaj hi bohat ajeeb o ghareeb message. aap bataiye, kya message hai?</w:t>
      </w:r>
      <w:r>
        <w:br/>
      </w:r>
      <w:r>
        <w:rPr>
          <w:sz w:val="20"/>
        </w:rPr>
        <w:t>1:06:44  ah, well, he gave a call in the morning and he said that i have been going through Maulana literature and i must say that its very rich and very comprehensive and daily i am getting you know something out of the literature.</w:t>
      </w:r>
      <w:r>
        <w:br/>
      </w:r>
      <w:r>
        <w:rPr>
          <w:sz w:val="20"/>
        </w:rPr>
        <w:t>1:06:58  in fact, ah, he finished one book yesterday itself and he was saying that i will continue my study and when i reach back home because he is in this travel, i am going to write a letter to Maulana sahib.</w:t>
      </w:r>
      <w:r>
        <w:br/>
      </w:r>
      <w:r>
        <w:rPr>
          <w:sz w:val="20"/>
        </w:rPr>
        <w:t>1:07:11  b. and one additional thing he said, what he said that i want to congratulate Maulana sahib because there are a lot of youngsters involved in this mission.</w:t>
      </w:r>
      <w:r>
        <w:br/>
      </w:r>
      <w:r>
        <w:rPr>
          <w:sz w:val="20"/>
        </w:rPr>
        <w:t>1:07:19  so he was very happy and very moved by Maulana sahib literature. dekhiye, asal baat kya hai? aap bheed ko kyun dekhte hain?</w:t>
      </w:r>
      <w:r>
        <w:br/>
      </w:r>
      <w:r>
        <w:rPr>
          <w:sz w:val="20"/>
        </w:rPr>
        <w:t>1:07:30  yani sab ko le kar kyun sochte hain? aap individual ko le kar sochiye. individual isi ko mein seeker keh raha hoon</w:t>
      </w:r>
      <w:r>
        <w:br/>
      </w:r>
      <w:r>
        <w:rPr>
          <w:sz w:val="20"/>
        </w:rPr>
        <w:t>1:07:37  . agar aap bheed ko le kar sochenge to hamesha aap ko mayoosi milegi, frustration.</w:t>
      </w:r>
      <w:r>
        <w:br/>
      </w:r>
      <w:r>
        <w:rPr>
          <w:sz w:val="20"/>
        </w:rPr>
        <w:t>1:07:45  lekin individual to hamesha maujood hote hain, un se kabhi dunya khali nahi hoti. to aap ka target individual hona chahiye, na ke bheed.</w:t>
      </w:r>
      <w:r>
        <w:br/>
      </w:r>
      <w:r>
        <w:rPr>
          <w:sz w:val="20"/>
        </w:rPr>
        <w:t>1:07:56  tab aap aisi baat nahi farmayenge.</w:t>
      </w:r>
    </w:p>
    <w:p>
      <w:pPr>
        <w:pStyle w:val="Heading2"/>
      </w:pPr>
      <w:r>
        <w:t>Seeking spiritual guidance</w:t>
      </w:r>
    </w:p>
    <w:p>
      <w:r>
        <w:rPr>
          <w:color w:val="666666"/>
          <w:sz w:val="18"/>
        </w:rPr>
        <w:t>Purpose Of Human Life -12th Feb. '12 · 1m 44s · at 1:25:01 · https://youtu.be/TCGYvGJHf7w?t=5101</w:t>
      </w:r>
    </w:p>
    <w:p>
      <w:r>
        <w:rPr>
          <w:i/>
        </w:rPr>
        <w:t>“Maulana, my question is about seeking guidance.”</w:t>
      </w:r>
    </w:p>
    <w:p>
      <w:r>
        <w:rPr>
          <w:sz w:val="20"/>
        </w:rPr>
        <w:t>1:25:01  Maulana, agla sawal Mr.</w:t>
      </w:r>
      <w:r>
        <w:br/>
      </w:r>
      <w:r>
        <w:rPr>
          <w:sz w:val="20"/>
        </w:rPr>
        <w:t>1:25:06  Danyal ka hai.</w:t>
      </w:r>
      <w:r>
        <w:br/>
      </w:r>
      <w:r>
        <w:rPr>
          <w:sz w:val="20"/>
        </w:rPr>
        <w:t>1:25:10  Patna, Bihar se.</w:t>
      </w:r>
      <w:r>
        <w:br/>
      </w:r>
      <w:r>
        <w:rPr>
          <w:sz w:val="20"/>
        </w:rPr>
        <w:t>1:25:15  unhon ne aap se poocha hai ke purposeful life guzarne mein kisi ek ko guru ke taur par</w:t>
      </w:r>
      <w:r>
        <w:br/>
      </w:r>
      <w:r>
        <w:rPr>
          <w:sz w:val="20"/>
        </w:rPr>
        <w:t>1:25:20  manna ki kya ahmiyat hai? Agar aap ko sacha guru mil jaye to zaroor manna chahiye.</w:t>
      </w:r>
      <w:r>
        <w:br/>
      </w:r>
      <w:r>
        <w:rPr>
          <w:sz w:val="20"/>
        </w:rPr>
        <w:t>1:25:25  dekhen, nabi ke siwa koi dawah nahi kar sakta ke main guru hoon.</w:t>
      </w:r>
      <w:r>
        <w:br/>
      </w:r>
      <w:r>
        <w:rPr>
          <w:sz w:val="20"/>
        </w:rPr>
        <w:t>1:25:29  nabi kehta hai ke ana nabi la kazib goya kehta hai ke main tumhara guru hoon.</w:t>
      </w:r>
      <w:r>
        <w:br/>
      </w:r>
      <w:r>
        <w:rPr>
          <w:sz w:val="20"/>
        </w:rPr>
        <w:t>1:25:34  lekin doosre ke liye aap ko khud discover karna parta hai.</w:t>
      </w:r>
      <w:r>
        <w:br/>
      </w:r>
      <w:r>
        <w:rPr>
          <w:sz w:val="20"/>
        </w:rPr>
        <w:t>1:25:39  nabi apna kaam shuru karta hai dawah se.</w:t>
      </w:r>
      <w:r>
        <w:br/>
      </w:r>
      <w:r>
        <w:rPr>
          <w:sz w:val="20"/>
        </w:rPr>
        <w:t>1:25:44  ana nabi la kazib dawah se.</w:t>
      </w:r>
      <w:r>
        <w:br/>
      </w:r>
      <w:r>
        <w:rPr>
          <w:sz w:val="20"/>
        </w:rPr>
        <w:t>1:25:48  ana nabi la kazib kehta hai woh.</w:t>
      </w:r>
      <w:r>
        <w:br/>
      </w:r>
      <w:r>
        <w:rPr>
          <w:sz w:val="20"/>
        </w:rPr>
        <w:t>1:25:53  lekin doosra insan dawah se apne nahi shuru kar sakta apna kaam.</w:t>
      </w:r>
      <w:r>
        <w:br/>
      </w:r>
      <w:r>
        <w:rPr>
          <w:sz w:val="20"/>
        </w:rPr>
        <w:t>1:25:58  woh aap ko aap ki zimmedari hai ke aap discover karen us ko.</w:t>
      </w:r>
      <w:r>
        <w:br/>
      </w:r>
      <w:r>
        <w:rPr>
          <w:sz w:val="20"/>
        </w:rPr>
        <w:t>1:26:03  aur jab us ko payen ke us ke andar woh sifat hain to aap us ko maan len. Yeh hai.</w:t>
      </w:r>
      <w:r>
        <w:br/>
      </w:r>
      <w:r>
        <w:rPr>
          <w:sz w:val="20"/>
        </w:rPr>
        <w:t>1:26:08  Maulana, un ka ek aur sawal hai.</w:t>
      </w:r>
      <w:r>
        <w:br/>
      </w:r>
      <w:r>
        <w:rPr>
          <w:sz w:val="20"/>
        </w:rPr>
        <w:t>1:26:12  unhon ne poocha hai ke shakhsiyat parasti aur kisi ek ko apna rehnuma mante hue religious mission ko</w:t>
      </w:r>
      <w:r>
        <w:br/>
      </w:r>
      <w:r>
        <w:rPr>
          <w:sz w:val="20"/>
        </w:rPr>
        <w:t>1:26:17  chalane mein kya difference hai? Dekhen, shakhsiyat parasti ek alag cheez hai.</w:t>
      </w:r>
      <w:r>
        <w:br/>
      </w:r>
      <w:r>
        <w:rPr>
          <w:sz w:val="20"/>
        </w:rPr>
        <w:t>1:26:22  jisko kehte hain cult of individual ya personality cult, woh ek alag cheez hai.</w:t>
      </w:r>
      <w:r>
        <w:br/>
      </w:r>
      <w:r>
        <w:rPr>
          <w:sz w:val="20"/>
        </w:rPr>
        <w:t>1:26:27  aur rehnuma manna ek bilkul different cheez hai.</w:t>
      </w:r>
      <w:r>
        <w:br/>
      </w:r>
      <w:r>
        <w:rPr>
          <w:sz w:val="20"/>
        </w:rPr>
        <w:t>1:26:31  bilkul dono alag alag cheezen hain.</w:t>
      </w:r>
      <w:r>
        <w:br/>
      </w:r>
      <w:r>
        <w:rPr>
          <w:sz w:val="20"/>
        </w:rPr>
        <w:t>1:26:36  is par maine likha hai risale mein, aap parh lijie us ko.</w:t>
      </w:r>
      <w:r>
        <w:br/>
      </w:r>
      <w:r>
        <w:rPr>
          <w:sz w:val="20"/>
        </w:rPr>
        <w:t>1:26:41  yeh cheez aa chuki hai.</w:t>
      </w:r>
    </w:p>
    <w:p>
      <w:pPr>
        <w:pStyle w:val="Heading2"/>
      </w:pPr>
      <w:r>
        <w:t>Negative thoughts leading to wrong decisions</w:t>
      </w:r>
    </w:p>
    <w:p>
      <w:r>
        <w:rPr>
          <w:color w:val="666666"/>
          <w:sz w:val="18"/>
        </w:rPr>
        <w:t>Spirit of the Age November 06, 2016 · 1m 40s · at 45:47 · https://youtu.be/URWoioUiDO4?t=2747</w:t>
      </w:r>
    </w:p>
    <w:p>
      <w:r>
        <w:rPr>
          <w:i/>
        </w:rPr>
        <w:t>“I often get negative thoughts which I am not able to suppress and control, and as a result, I end up taking wrong decisions.”</w:t>
      </w:r>
    </w:p>
    <w:p>
      <w:r>
        <w:rPr>
          <w:sz w:val="20"/>
        </w:rPr>
        <w:t>45:47  maulana, agla sawal jamshedpur se bheja hai abdul sahib ne, aur unhone likha hai, maulana sahib,</w:t>
      </w:r>
      <w:r>
        <w:br/>
      </w:r>
      <w:r>
        <w:rPr>
          <w:sz w:val="20"/>
        </w:rPr>
        <w:t>45:55  I often get negative thoughts which I am not able to suppress or control, and as a result,</w:t>
      </w:r>
      <w:r>
        <w:br/>
      </w:r>
      <w:r>
        <w:rPr>
          <w:sz w:val="20"/>
        </w:rPr>
        <w:t>46:03  i am not taking wrong decisions.</w:t>
      </w:r>
      <w:r>
        <w:br/>
      </w:r>
      <w:r>
        <w:rPr>
          <w:sz w:val="20"/>
        </w:rPr>
        <w:t>46:05  My problem is that I know myself that I am getting wrong thoughts, but I am in</w:t>
      </w:r>
      <w:r>
        <w:br/>
      </w:r>
      <w:r>
        <w:rPr>
          <w:sz w:val="20"/>
        </w:rPr>
        <w:t>46:13  able to control myself.</w:t>
      </w:r>
      <w:r>
        <w:br/>
      </w:r>
      <w:r>
        <w:rPr>
          <w:sz w:val="20"/>
        </w:rPr>
        <w:t>46:15  For example, I am very short-tempered, I also become greedy at times, and sometimes I get</w:t>
      </w:r>
      <w:r>
        <w:br/>
      </w:r>
      <w:r>
        <w:rPr>
          <w:sz w:val="20"/>
        </w:rPr>
        <w:t>46:23  depressed.</w:t>
      </w:r>
      <w:r>
        <w:br/>
      </w:r>
      <w:r>
        <w:rPr>
          <w:sz w:val="20"/>
        </w:rPr>
        <w:t>46:24  I really want to change myself, and want to become a better person.</w:t>
      </w:r>
      <w:r>
        <w:br/>
      </w:r>
      <w:r>
        <w:rPr>
          <w:sz w:val="20"/>
        </w:rPr>
        <w:t>46:30  Can you please advise me a practical way, or what should I do, which will help me become</w:t>
      </w:r>
      <w:r>
        <w:br/>
      </w:r>
      <w:r>
        <w:rPr>
          <w:sz w:val="20"/>
        </w:rPr>
        <w:t>46:38  mentally stronger? Is there any dua? Maulana Sahab, please help me.</w:t>
      </w:r>
      <w:r>
        <w:br/>
      </w:r>
      <w:r>
        <w:rPr>
          <w:sz w:val="20"/>
        </w:rPr>
        <w:t>46:43  یہ دعا کا مسئلہ نہیں ہے، یہ اپنے mind کی ری انجینئرنگ کا مسئلہ ہے۔</w:t>
      </w:r>
      <w:r>
        <w:br/>
      </w:r>
      <w:r>
        <w:rPr>
          <w:sz w:val="20"/>
        </w:rPr>
        <w:t>46:49  آپ ہمارا منتھلی میگزین اردو میں پڑھیے، رسالہ English میں ہے، اسپیٹ صاحب، اس کو پڑھیے۔</w:t>
      </w:r>
      <w:r>
        <w:br/>
      </w:r>
      <w:r>
        <w:rPr>
          <w:sz w:val="20"/>
        </w:rPr>
        <w:t>46:56  ہماری کئی کتابیں ہیں، English میں ہیں، Model Vision، Simple Wisdom، اس کو پڑھیے۔</w:t>
      </w:r>
      <w:r>
        <w:br/>
      </w:r>
      <w:r>
        <w:rPr>
          <w:sz w:val="20"/>
        </w:rPr>
        <w:t>47:02  hamari chaar kitabein urdu mein hain, raaz hayat, taabeer hayat, rehnuma hayat, kitaab zindagi, aap padhiye.</w:t>
      </w:r>
      <w:r>
        <w:br/>
      </w:r>
      <w:r>
        <w:rPr>
          <w:sz w:val="20"/>
        </w:rPr>
        <w:t>47:09  aur mujhe yaqeen hai ke aap ka yeh mizaj khatm ho jayega.</w:t>
      </w:r>
      <w:r>
        <w:br/>
      </w:r>
      <w:r>
        <w:rPr>
          <w:sz w:val="20"/>
        </w:rPr>
        <w:t>47:14  phir koi har insaan insaan hai.</w:t>
      </w:r>
      <w:r>
        <w:br/>
      </w:r>
      <w:r>
        <w:rPr>
          <w:sz w:val="20"/>
        </w:rPr>
        <w:t>47:17  آپ، آپ کا جو wrong way of thinking ہے، وہ وہ ختم ہو جائے گا، بس سب ٹھیک</w:t>
      </w:r>
      <w:r>
        <w:br/>
      </w:r>
      <w:r>
        <w:rPr>
          <w:sz w:val="20"/>
        </w:rPr>
        <w:t>47:25  ho jayega.</w:t>
      </w:r>
      <w:r>
        <w:br/>
      </w:r>
      <w:r>
        <w:rPr>
          <w:sz w:val="20"/>
        </w:rPr>
        <w:t>47:26  aap hamari kitabein padhiye.</w:t>
      </w:r>
    </w:p>
    <w:p>
      <w:pPr>
        <w:pStyle w:val="Heading2"/>
      </w:pPr>
      <w:r>
        <w:t>Controlling greed for property and land</w:t>
      </w:r>
    </w:p>
    <w:p>
      <w:r>
        <w:rPr>
          <w:color w:val="666666"/>
          <w:sz w:val="18"/>
        </w:rPr>
        <w:t>Dars-e-Quran, Chapter 2, Verse 25 | November 19, 2017 | Maulana Wahiduddin Khan · 2m 07s · at 1:06:46 · https://youtu.be/ctvrG32NCgA?t=4006</w:t>
      </w:r>
    </w:p>
    <w:p>
      <w:r>
        <w:rPr>
          <w:i/>
        </w:rPr>
        <w:t>“How to control greed of property, house and land? It is killing me.”</w:t>
      </w:r>
    </w:p>
    <w:p>
      <w:r>
        <w:rPr>
          <w:sz w:val="20"/>
        </w:rPr>
        <w:t>1:06:46  maulana, maulana, agla sawal letay hain jo bheja hai khaleel abrar barkati sahib nay, unhon nay apni location</w:t>
      </w:r>
      <w:r>
        <w:br/>
      </w:r>
      <w:r>
        <w:rPr>
          <w:sz w:val="20"/>
        </w:rPr>
        <w:t>1:06:52  nahi likhi hai.</w:t>
      </w:r>
      <w:r>
        <w:br/>
      </w:r>
      <w:r>
        <w:rPr>
          <w:sz w:val="20"/>
        </w:rPr>
        <w:t>1:06:58  ان کا سوال ہے: "مولانا صاحب، how to control greed of property, house and land?" It is killing me.</w:t>
      </w:r>
      <w:r>
        <w:br/>
      </w:r>
      <w:r>
        <w:rPr>
          <w:sz w:val="20"/>
        </w:rPr>
        <w:t>1:07:04  This how to how to control greed of property,</w:t>
      </w:r>
      <w:r>
        <w:br/>
      </w:r>
      <w:r>
        <w:rPr>
          <w:sz w:val="20"/>
        </w:rPr>
        <w:t>1:07:10  house and land? it is distracting me from my study. whenever i am concentrating on my study, this type of thoughts are coming to my mind that my brother is taking all the land and property. therefore success is not coming to me in my examination as i am not fully able to concentrate on my studies. please show me some way how to avoid such thoughts. bh</w:t>
      </w:r>
      <w:r>
        <w:br/>
      </w:r>
      <w:r>
        <w:rPr>
          <w:sz w:val="20"/>
        </w:rPr>
        <w:t>1:07:40  yi, aap aik simple si baat sochiye, simple si kay jin logon ko property aur maal mil gaya</w:t>
      </w:r>
      <w:r>
        <w:br/>
      </w:r>
      <w:r>
        <w:rPr>
          <w:sz w:val="20"/>
        </w:rPr>
        <w:t>1:07:46  hai, un ki zindagi ko dekhiye.</w:t>
      </w:r>
      <w:r>
        <w:br/>
      </w:r>
      <w:r>
        <w:rPr>
          <w:sz w:val="20"/>
        </w:rPr>
        <w:t>1:07:53  misal kay bill gates, dunya ka sab bara wealthy aadmi.</w:t>
      </w:r>
      <w:r>
        <w:br/>
      </w:r>
      <w:r>
        <w:rPr>
          <w:sz w:val="20"/>
        </w:rPr>
        <w:t>1:07:59  donald trump, dunya ka sab say powerful aadmi.</w:t>
      </w:r>
      <w:r>
        <w:br/>
      </w:r>
      <w:r>
        <w:rPr>
          <w:sz w:val="20"/>
        </w:rPr>
        <w:t>1:08:05  لیکن ان کو ایک sucker بھی پیس نہیں ہے،</w:t>
      </w:r>
      <w:r>
        <w:br/>
      </w:r>
      <w:r>
        <w:rPr>
          <w:sz w:val="20"/>
        </w:rPr>
        <w:t>1:08:11  un ko sukoon nahi hai.</w:t>
      </w:r>
      <w:r>
        <w:br/>
      </w:r>
      <w:r>
        <w:rPr>
          <w:sz w:val="20"/>
        </w:rPr>
        <w:t>1:08:16  to kiya cheez aap chahtay hain? kis liye chahtay hain? yani property for the sake of property, wealth</w:t>
      </w:r>
      <w:r>
        <w:br/>
      </w:r>
      <w:r>
        <w:rPr>
          <w:sz w:val="20"/>
        </w:rPr>
        <w:t>1:08:22  for the sake of wealth.</w:t>
      </w:r>
      <w:r>
        <w:br/>
      </w:r>
      <w:r>
        <w:rPr>
          <w:sz w:val="20"/>
        </w:rPr>
        <w:t>1:08:27  jin logon ko property ya wealth mila, un ki zindagi ko, zindagi ko dekhiye to un ki zindagiyaan</w:t>
      </w:r>
      <w:r>
        <w:br/>
      </w:r>
      <w:r>
        <w:rPr>
          <w:sz w:val="20"/>
        </w:rPr>
        <w:t>1:08:32  yani problem say bhari hui hain.</w:t>
      </w:r>
      <w:r>
        <w:br/>
      </w:r>
      <w:r>
        <w:rPr>
          <w:sz w:val="20"/>
        </w:rPr>
        <w:t>1:08:37  hata kay bill gates ko is ki dolat aik museebat nazar anay lagi hai.</w:t>
      </w:r>
      <w:r>
        <w:br/>
      </w:r>
      <w:r>
        <w:rPr>
          <w:sz w:val="20"/>
        </w:rPr>
        <w:t>1:08:42  to kis cheez ko chahtay hain aap? kiya maqsad hai chahanay ka? main samajhta hoon kay aap apnay</w:t>
      </w:r>
      <w:r>
        <w:br/>
      </w:r>
      <w:r>
        <w:rPr>
          <w:sz w:val="20"/>
        </w:rPr>
        <w:t>1:08:48  upar aap revise kijiye.</w:t>
      </w:r>
    </w:p>
    <w:p>
      <w:pPr>
        <w:pStyle w:val="Heading2"/>
      </w:pPr>
      <w:r>
        <w:t>Hope for a crippled person?</w:t>
      </w:r>
    </w:p>
    <w:p>
      <w:r>
        <w:rPr>
          <w:color w:val="666666"/>
          <w:sz w:val="18"/>
        </w:rPr>
        <w:t>Studying The Quran with Open Mind October 20, 2019 Maulana Wahiduddin Khan · 2m 47s · at 44:56 · https://youtu.be/OPyJO5TP_wI?t=2696</w:t>
      </w:r>
    </w:p>
    <w:p>
      <w:r>
        <w:rPr>
          <w:i/>
        </w:rPr>
        <w:t>“You said in today's lecture that if the problem is not crippling then it is for our own good. My question is how to handle a problem if the person has become a cripple? Is there hope for such a cripple person also?”</w:t>
      </w:r>
    </w:p>
    <w:p>
      <w:r>
        <w:rPr>
          <w:sz w:val="20"/>
        </w:rPr>
        <w:t>44:56  convert our problems into opportunity Maulana agla sawal Lucknow se aaya hai Ahmad Mehboob sahib ne likha hai un ka sawal hai Maulana you said in today's lecture that if the problem is not crippling then it is for our own good</w:t>
      </w:r>
      <w:r>
        <w:br/>
      </w:r>
      <w:r>
        <w:rPr>
          <w:sz w:val="20"/>
        </w:rPr>
        <w:t>45:18  Maulana my question is how to handle a problem if the person has become a cripple is there hope for such cripple person</w:t>
      </w:r>
      <w:r>
        <w:br/>
      </w:r>
      <w:r>
        <w:rPr>
          <w:sz w:val="20"/>
        </w:rPr>
        <w:t>45:26  also</w:t>
      </w:r>
      <w:r>
        <w:br/>
      </w:r>
      <w:r>
        <w:rPr>
          <w:sz w:val="20"/>
        </w:rPr>
        <w:t>45:30  yahan tak baat nahi jana zindagi ko ke</w:t>
      </w:r>
      <w:r>
        <w:br/>
      </w:r>
      <w:r>
        <w:rPr>
          <w:sz w:val="20"/>
        </w:rPr>
        <w:t>45:36  crippling children aur non-crippling mein sirf ek farq hai woh yeh</w:t>
      </w:r>
      <w:r>
        <w:br/>
      </w:r>
      <w:r>
        <w:rPr>
          <w:sz w:val="20"/>
        </w:rPr>
        <w:t>45:43  ke crippling children aksar</w:t>
      </w:r>
      <w:r>
        <w:br/>
      </w:r>
      <w:r>
        <w:rPr>
          <w:sz w:val="20"/>
        </w:rPr>
        <w:t>45:46  bataur total stress mein crippling kar deta hai mawaqe ko khatm kar deta hai lekin non-crippling mein mawaqe</w:t>
      </w:r>
      <w:r>
        <w:br/>
      </w:r>
      <w:r>
        <w:rPr>
          <w:sz w:val="20"/>
        </w:rPr>
        <w:t>45:56  baqi rehte hain to crippling children bhi aap ko total stress mein khatm nahi karta</w:t>
      </w:r>
      <w:r>
        <w:br/>
      </w:r>
      <w:r>
        <w:rPr>
          <w:sz w:val="20"/>
        </w:rPr>
        <w:t>46:04  partial stress mein khatm karta hai</w:t>
      </w:r>
      <w:r>
        <w:br/>
      </w:r>
      <w:r>
        <w:rPr>
          <w:sz w:val="20"/>
        </w:rPr>
        <w:t>46:08  partial stress mein jaise</w:t>
      </w:r>
      <w:r>
        <w:br/>
      </w:r>
      <w:r>
        <w:rPr>
          <w:sz w:val="20"/>
        </w:rPr>
        <w:t>46:12  meet milton jo tha woh crippled</w:t>
      </w:r>
      <w:r>
        <w:br/>
      </w:r>
      <w:r>
        <w:rPr>
          <w:sz w:val="20"/>
        </w:rPr>
        <w:t>46:15  ho gaya kya tha ek dam total andha pan ek dam andha ho gaya</w:t>
      </w:r>
      <w:r>
        <w:br/>
      </w:r>
      <w:r>
        <w:rPr>
          <w:sz w:val="20"/>
        </w:rPr>
        <w:t>46:24  to us ne kya kiya</w:t>
      </w:r>
      <w:r>
        <w:br/>
      </w:r>
      <w:r>
        <w:rPr>
          <w:sz w:val="20"/>
        </w:rPr>
        <w:t>46:27  kya apne ghar ke ek family ke ek member ko</w:t>
      </w:r>
      <w:r>
        <w:br/>
      </w:r>
      <w:r>
        <w:rPr>
          <w:sz w:val="20"/>
        </w:rPr>
        <w:t>46:34  rakh liya apne paas aur dictate karne laga woh dictate karta tha woh likhta tha woh is tarah</w:t>
      </w:r>
      <w:r>
        <w:br/>
      </w:r>
      <w:r>
        <w:rPr>
          <w:sz w:val="20"/>
        </w:rPr>
        <w:t>46:42  manage kiya us ne</w:t>
      </w:r>
      <w:r>
        <w:br/>
      </w:r>
      <w:r>
        <w:rPr>
          <w:sz w:val="20"/>
        </w:rPr>
        <w:t>46:44  to crippling children bhi manageable hota hai bashart ke aap ko</w:t>
      </w:r>
      <w:r>
        <w:br/>
      </w:r>
      <w:r>
        <w:rPr>
          <w:sz w:val="20"/>
        </w:rPr>
        <w:t>46:52  sabr ho aap ke andar sabr zaroori hai maulana agla comment bheja hai mumbai se sajid anwar sahib</w:t>
      </w:r>
      <w:r>
        <w:br/>
      </w:r>
      <w:r>
        <w:rPr>
          <w:sz w:val="20"/>
        </w:rPr>
        <w:t>47:00  ne unhon</w:t>
      </w:r>
      <w:r>
        <w:br/>
      </w:r>
      <w:r>
        <w:rPr>
          <w:sz w:val="20"/>
        </w:rPr>
        <w:t>47:01  ne likha hai Maulana you are the only aalim who has taught us how to derive the wisdom from the Quran while others emphasize on words you have taught us to read between the lines and derive wisdom from every possible incident around us</w:t>
      </w:r>
      <w:r>
        <w:br/>
      </w:r>
      <w:r>
        <w:rPr>
          <w:sz w:val="20"/>
        </w:rPr>
        <w:t>47:19  jazak Allah Bangalore team jo collectively dekh rahi hai is program ko unhon ne likha hai Maulana aaj yeh baat samajh mein aayi ke hikmat ka matlab hai ke aadmi na likhe ko parhe mazkoor baaton ke zariye ghair mazkoor baaton ko jaane jazak Allah Maulana</w:t>
      </w:r>
    </w:p>
    <w:p>
      <w:pPr>
        <w:pStyle w:val="Heading2"/>
      </w:pPr>
      <w:r>
        <w:t>Managing Inferiority Complex</w:t>
      </w:r>
    </w:p>
    <w:p>
      <w:r>
        <w:rPr>
          <w:color w:val="666666"/>
          <w:sz w:val="18"/>
        </w:rPr>
        <w:t>The Method of Planning August 14, 2016 · 1m 25s · at 48:11 · https://youtu.be/84WV8NS2VKQ?t=2891</w:t>
      </w:r>
    </w:p>
    <w:p>
      <w:r>
        <w:rPr>
          <w:i/>
        </w:rPr>
        <w:t>“I am suffering from inferiority complex and as a result I am never able to plan wisely. Kindly advise how I can manage my inferiority complex as I am always less confident and not able.”</w:t>
      </w:r>
    </w:p>
    <w:p>
      <w:r>
        <w:rPr>
          <w:sz w:val="20"/>
        </w:rPr>
        <w:t>48:11  maulana, agla sawal moradabad se hai farooq sahab ka, aur unhon ne likha hai: "maulana sahab, I</w:t>
      </w:r>
      <w:r>
        <w:br/>
      </w:r>
      <w:r>
        <w:rPr>
          <w:sz w:val="20"/>
        </w:rPr>
        <w:t>48:19  I am suffering from inferiority complex and as a result I am never able to plan wisely.</w:t>
      </w:r>
      <w:r>
        <w:br/>
      </w:r>
      <w:r>
        <w:rPr>
          <w:sz w:val="20"/>
        </w:rPr>
        <w:t>48:27  Kindly advise how I can manage my inferiority complex as I am always less confident and not able</w:t>
      </w:r>
      <w:r>
        <w:br/>
      </w:r>
      <w:r>
        <w:rPr>
          <w:sz w:val="20"/>
        </w:rPr>
        <w:t>48:35  to represent myself well in front of many other people." aap sirf yeh kijiye ke hamari char kitabein</w:t>
      </w:r>
      <w:r>
        <w:br/>
      </w:r>
      <w:r>
        <w:rPr>
          <w:sz w:val="20"/>
        </w:rPr>
        <w:t>48:43  parh dalen, aur aap dekhen ke jitni aap parh len ge, utni aap ki yeh khatm ho chuka ho ga.</w:t>
      </w:r>
      <w:r>
        <w:br/>
      </w:r>
      <w:r>
        <w:rPr>
          <w:sz w:val="20"/>
        </w:rPr>
        <w:t>48:50  raz-e-hayat, taameer-e-hayat, rehnumai-e-hayat, kitab-e-zindagi, yeh chaar kitaben parh dalen aap.</w:t>
      </w:r>
      <w:r>
        <w:br/>
      </w:r>
      <w:r>
        <w:rPr>
          <w:sz w:val="20"/>
        </w:rPr>
        <w:t>48:58  insha Allah, insha Allah, jitni aap khatm karen ge, usi din aap ka yeh weakness bhi khatm ho jaye ga.</w:t>
      </w:r>
      <w:r>
        <w:br/>
      </w:r>
      <w:r>
        <w:rPr>
          <w:sz w:val="20"/>
        </w:rPr>
        <w:t>49:06  agar aap English mein parhte hon to main ek kitab bataon ga: "Moral Vision".</w:t>
      </w:r>
      <w:r>
        <w:br/>
      </w:r>
      <w:r>
        <w:rPr>
          <w:sz w:val="20"/>
        </w:rPr>
        <w:t>49:14  agar aap ka mutaliq ki zaban English ho to sirf ek kitab parh lijye aap: "Moral Vision".</w:t>
      </w:r>
      <w:r>
        <w:br/>
      </w:r>
      <w:r>
        <w:rPr>
          <w:sz w:val="20"/>
        </w:rPr>
        <w:t>49:22  bas kafi hai bilkul, lekin ek bar mat parhiye, kai bar parhiye, kai bar parhiye, kyunke ek bar</w:t>
      </w:r>
      <w:r>
        <w:br/>
      </w:r>
      <w:r>
        <w:rPr>
          <w:sz w:val="20"/>
        </w:rPr>
        <w:t>49:29  parh kar aap is ki baton ko poori tarah se pakar nahi paen ge.</w:t>
      </w:r>
    </w:p>
    <w:p>
      <w:pPr>
        <w:pStyle w:val="Heading2"/>
      </w:pPr>
      <w:r>
        <w:t>How to deal with feelings of superiority?</w:t>
      </w:r>
    </w:p>
    <w:p>
      <w:r>
        <w:rPr>
          <w:color w:val="666666"/>
          <w:sz w:val="18"/>
        </w:rPr>
        <w:t>Revival of Faith September 25, 2011 Maulana Wahiduddin Khan · 3m 40s · at 1:15:29 · https://youtu.be/sG_btZMffxg?t=4529</w:t>
      </w:r>
    </w:p>
    <w:p>
      <w:r>
        <w:rPr>
          <w:i/>
        </w:rPr>
        <w:t>“Why does it happen that I feel superior to some of the people around me? How should I act when this complex arises in me?”</w:t>
      </w:r>
    </w:p>
    <w:p>
      <w:r>
        <w:rPr>
          <w:sz w:val="20"/>
        </w:rPr>
        <w:t>1:15:29  mr ehtesham hasnain ne hyderabad se sawal likha hai. maulana sahib, woh pooch rahe hain ke "why does it happen that i feel superior to some of the people around me?</w:t>
      </w:r>
      <w:r>
        <w:br/>
      </w:r>
      <w:r>
        <w:rPr>
          <w:sz w:val="20"/>
        </w:rPr>
        <w:t>1:15:43  how should, how should i act when this complex arises in me?"</w:t>
      </w:r>
      <w:r>
        <w:br/>
      </w:r>
      <w:r>
        <w:rPr>
          <w:sz w:val="20"/>
        </w:rPr>
        <w:t>1:15:49  bhai, yeh to aik stepped baat hai. superior ko samajhte hain aap? hain superior ko samajhte hain?</w:t>
      </w:r>
      <w:r>
        <w:br/>
      </w:r>
      <w:r>
        <w:rPr>
          <w:sz w:val="20"/>
        </w:rPr>
        <w:t>1:16:01  superior kuch hai hi nahi. insaan kuch hai hi nahi. jab insaan ko koi bhi cheez us ki self acquired nahi hoti, khuda ki di hui hoti hai, superior kahan se ho jayega woh?</w:t>
      </w:r>
      <w:r>
        <w:br/>
      </w:r>
      <w:r>
        <w:rPr>
          <w:sz w:val="20"/>
        </w:rPr>
        <w:t>1:16:14  yani hamare paas, hamari zindagi, hamara dimagh, hamara saman, kuch bhi jo hai, woh self acquired nahi hai. woh khuda ki di hui hai.</w:t>
      </w:r>
      <w:r>
        <w:br/>
      </w:r>
      <w:r>
        <w:rPr>
          <w:sz w:val="20"/>
        </w:rPr>
        <w:t>1:16:23  to kis baat par superiority? yani agar aap ne socha to sawal borderry ke. aur koi soch us ke andar nahi aayegi.</w:t>
      </w:r>
      <w:r>
        <w:br/>
      </w:r>
      <w:r>
        <w:rPr>
          <w:sz w:val="20"/>
        </w:rPr>
        <w:t>1:16:34  to yeh to aik unnatural baat hai. aik na sochne ki wajah se aisa hota hai. na sochne ki wajah se</w:t>
      </w:r>
      <w:r>
        <w:br/>
      </w:r>
      <w:r>
        <w:rPr>
          <w:sz w:val="20"/>
        </w:rPr>
        <w:t>1:16:42  agar aap yeh sochein ke mere paas koi bhi self acquired nahi hai, sab khuda ki di hui hai, to phir border se border se jayegi.</w:t>
      </w:r>
      <w:r>
        <w:br/>
      </w:r>
      <w:r>
        <w:rPr>
          <w:sz w:val="20"/>
        </w:rPr>
        <w:t>1:16:58  maulana zikwan nadvi ne dili se likha hai: " hadith mein kaha gaya hai ke tum log mere mamle mein is jaisa, yaani utra mat karna, jaisa ke nasara mein ibn maryam ke bare mein kiya tha.</w:t>
      </w:r>
      <w:r>
        <w:br/>
      </w:r>
      <w:r>
        <w:rPr>
          <w:sz w:val="20"/>
        </w:rPr>
        <w:t>1:17:14  mera sawal yeh hai ke woh kya cheez hai jis ko is hadith mein utra kaha gaya hai, aur mazhabi tabqe se is burai ko door karne ka tareeqa kya hai?"</w:t>
      </w:r>
      <w:r>
        <w:br/>
      </w:r>
      <w:r>
        <w:rPr>
          <w:sz w:val="20"/>
        </w:rPr>
        <w:t>1:17:31  asal mein is se murad hai wahi jis cheez ko kehte hain hum shakhsiyat parasti. angrezi mein kehte hain is ko personality cult. nasr ne farmaya ke personality cult mein mubtala na hona,</w:t>
      </w:r>
      <w:r>
        <w:br/>
      </w:r>
      <w:r>
        <w:rPr>
          <w:sz w:val="20"/>
        </w:rPr>
        <w:t>1:17:44  kyun ke yeh har qaum mein yeh baat hoti rahi hai hamesha, aur aaj bhi hoti hai ke kisi qaum mein koi aadmi, koi yaani baap paida ho jaye, koi bada kaam kare to foran hi is ko yaani samajh lete hain ke koi khaas cheez tha, special samajh lete hain is ko, special hai.</w:t>
      </w:r>
      <w:r>
        <w:br/>
      </w:r>
      <w:r>
        <w:rPr>
          <w:sz w:val="20"/>
        </w:rPr>
        <w:t>1:18:05  ise phir personality cult aata hai, phir shakhsiyaton ki pooja aati hai.</w:t>
      </w:r>
      <w:r>
        <w:br/>
      </w:r>
      <w:r>
        <w:rPr>
          <w:sz w:val="20"/>
        </w:rPr>
        <w:t>1:18:11  to jitne bhi yeh but hain idhar udhar duniya mein, woh but haqeeqat mein un ke apne bare the, apne qabile ke, apni qaum ke bare the.</w:t>
      </w:r>
      <w:r>
        <w:br/>
      </w:r>
      <w:r>
        <w:rPr>
          <w:sz w:val="20"/>
        </w:rPr>
        <w:t>1:18:19  inhi inhi ko unhon ne but mein aa ke poojne lagay. woh to is mein is aam jo rujhan hai insanon ke darmiyan personality cult ka, yaani shakhsiyat parasti ka, use roka gaya hai.</w:t>
      </w:r>
      <w:r>
        <w:br/>
      </w:r>
      <w:r>
        <w:rPr>
          <w:sz w:val="20"/>
        </w:rPr>
        <w:t>1:18:32  mein bohat sochta hoon musalman aaj poori tarah is mein mubtala hain,</w:t>
      </w:r>
      <w:r>
        <w:br/>
      </w:r>
      <w:r>
        <w:rPr>
          <w:sz w:val="20"/>
        </w:rPr>
        <w:t>1:18:39  is mein mubtala hain. yaani personality cult poore maanon mein musalman mein aa chuka hai,</w:t>
      </w:r>
      <w:r>
        <w:br/>
      </w:r>
      <w:r>
        <w:rPr>
          <w:sz w:val="20"/>
        </w:rPr>
        <w:t>1:18:53  aur yeh yeh bohat zyada zaroori hai ke yaani islaah-e-millat ke kaam ke silsile mein is ko ahmiyat di jaye, aur is aitbar se musalmanon ko paas personality cult se bahar nikala jaye.</w:t>
      </w:r>
    </w:p>
    <w:p>
      <w:pPr>
        <w:pStyle w:val="Heading2"/>
      </w:pPr>
      <w:r>
        <w:t>Saving oneself from bad habits</w:t>
      </w:r>
    </w:p>
    <w:p>
      <w:r>
        <w:rPr>
          <w:color w:val="666666"/>
          <w:sz w:val="18"/>
        </w:rPr>
        <w:t>The Road to Paradise December 30, 2012 Maulana Wahiduddin Khan · 1m 49s · at 1:24:06 · https://youtu.be/vUiaPsYF4Tk?t=5046</w:t>
      </w:r>
    </w:p>
    <w:p>
      <w:r>
        <w:rPr>
          <w:i/>
        </w:rPr>
        <w:t>“How can a person save oneself from bad habits?”</w:t>
      </w:r>
    </w:p>
    <w:p>
      <w:r>
        <w:rPr>
          <w:sz w:val="20"/>
        </w:rPr>
        <w:t>1:24:06  maulana, agla sawal ghazi abad se hai, mister arun ka. unhone likha hai: "how can a person save oneself from bad habits?</w:t>
      </w:r>
      <w:r>
        <w:br/>
      </w:r>
      <w:r>
        <w:rPr>
          <w:sz w:val="20"/>
        </w:rPr>
        <w:t>1:24:18  " is ke bare mein bataein. determination se bache ga in ka. koi doosra kiya kar sakta hai? aap jab jante hain ke ye bad habit hai to bas decide kijiye ke bas ab aaj se chhodna hai is ko.</w:t>
      </w:r>
      <w:r>
        <w:br/>
      </w:r>
      <w:r>
        <w:rPr>
          <w:sz w:val="20"/>
        </w:rPr>
        <w:t>1:24:34  aaj se chhodna hai. jaise cigarette peena hai, misaal ke taur par.</w:t>
      </w:r>
      <w:r>
        <w:br/>
      </w:r>
      <w:r>
        <w:rPr>
          <w:sz w:val="20"/>
        </w:rPr>
        <w:t>1:24:41  to ek sahab se meri mulaqat hui to un se bohat se logon ne kaha tha: "cigarette mat piyo, mat piyo, mat piyo".</w:t>
      </w:r>
      <w:r>
        <w:br/>
      </w:r>
      <w:r>
        <w:rPr>
          <w:sz w:val="20"/>
        </w:rPr>
        <w:t>1:24:50  to main ne kaha ke dekhen, unhone aap ko doosre andaaz mein kaha hoga. main aap se kehta hoon ke cigarette jo hai, wo distraction hai.</w:t>
      </w:r>
      <w:r>
        <w:br/>
      </w:r>
      <w:r>
        <w:rPr>
          <w:sz w:val="20"/>
        </w:rPr>
        <w:t>1:25:02  is ko main ne explain kiya ke cigarette kis tarah distraction hai aur distraction aadmi ke development mein rukawat hai.</w:t>
      </w:r>
      <w:r>
        <w:br/>
      </w:r>
      <w:r>
        <w:rPr>
          <w:sz w:val="20"/>
        </w:rPr>
        <w:t>1:25:12  to isi waqt unhone kiya kiya ke un ke paas jo packet tha, wo jala diya aur unhone kaha ke aaj cigarette nahi piyoon ga. to agar aap ke andar aye, yani soch ke ye cheez galat hai,</w:t>
      </w:r>
      <w:r>
        <w:br/>
      </w:r>
      <w:r>
        <w:rPr>
          <w:sz w:val="20"/>
        </w:rPr>
        <w:t>1:25:28  yani strong way mein, to aap ye ek cigarette mein tay kar sakte hain ke main aaj se mujhe ye habit ko chhodna hai. koi mushkil nahi. lekin strong soch to nahi aati hai, is liye aadmi phansa rehta hai, phansa rehta</w:t>
      </w:r>
      <w:r>
        <w:br/>
      </w:r>
      <w:r>
        <w:rPr>
          <w:sz w:val="20"/>
        </w:rPr>
        <w:t>1:25:40  hai. to sirf strong soch hi ko develop karna hai aur kuch nahi. strong soch nahi hai to jari rahe gi.</w:t>
      </w:r>
      <w:r>
        <w:br/>
      </w:r>
      <w:r>
        <w:rPr>
          <w:sz w:val="20"/>
        </w:rPr>
        <w:t>1:25:48  aur strong soch hai to aap ek cigarette mein chhod sakte ho is ko.</w:t>
      </w:r>
    </w:p>
    <w:p>
      <w:pPr>
        <w:pStyle w:val="Heading2"/>
      </w:pPr>
      <w:r>
        <w:t>Overcoming carelessness and achieving goals</w:t>
      </w:r>
    </w:p>
    <w:p>
      <w:r>
        <w:rPr>
          <w:color w:val="666666"/>
          <w:sz w:val="18"/>
        </w:rPr>
        <w:t>Q&amp;A 04 Mar 2012 Maulana Wahiduddin Khan · 2m 24s · at 31:52 · https://youtu.be/txRmutuvWQI?t=1912</w:t>
      </w:r>
    </w:p>
    <w:p>
      <w:r>
        <w:rPr>
          <w:i/>
        </w:rPr>
        <w:t>“I am very careless at times, despite knowing all the pros and cons of being careless, and knowing that the path I have chosen will surely lead to failure. Why does this happen? Please suggest and advise me, how should I become consistent in achieving my goals?”</w:t>
      </w:r>
    </w:p>
    <w:p>
      <w:r>
        <w:rPr>
          <w:sz w:val="20"/>
        </w:rPr>
        <w:t>31:52  molana, agla sawal haiderabad se aya hai mr ahad sham hasnain sahib ka. unhon ne likha hai: "molana, i am very careless at times, despite knowing all the pros and cons of being careless, and knowing that the path i have chosen will surely lead to failure.</w:t>
      </w:r>
      <w:r>
        <w:br/>
      </w:r>
      <w:r>
        <w:rPr>
          <w:sz w:val="20"/>
        </w:rPr>
        <w:t>32:12  why does this happen? please suggest and advise me, how should i become consistent in achieving my goals?"</w:t>
      </w:r>
      <w:r>
        <w:br/>
      </w:r>
      <w:r>
        <w:rPr>
          <w:sz w:val="20"/>
        </w:rPr>
        <w:t>32:20  yeh to koi, yeh to koi sawal nahi hai. main yeh kahunga ke aap ya to apni aql ko develop kijiye, nahi to kisi ko apna guru bana lijie.</w:t>
      </w:r>
      <w:r>
        <w:br/>
      </w:r>
      <w:r>
        <w:rPr>
          <w:sz w:val="20"/>
        </w:rPr>
        <w:t>32:32  do mein se ek kaam kijiye. aap ne third option le rakha hai.</w:t>
      </w:r>
      <w:r>
        <w:br/>
      </w:r>
      <w:r>
        <w:rPr>
          <w:sz w:val="20"/>
        </w:rPr>
        <w:t>32:37  ya to apne apna intellectual developer andaza kijiye ke aap, aap ke sare action aap ki, aap ki aql ke pakad mein aa jayen.</w:t>
      </w:r>
      <w:r>
        <w:br/>
      </w:r>
      <w:r>
        <w:rPr>
          <w:sz w:val="20"/>
        </w:rPr>
        <w:t>32:49  yaani itna aap is apne mind ko develop karen, itna develop karen ke woh control kare aap ke sare actions ko.</w:t>
      </w:r>
      <w:r>
        <w:br/>
      </w:r>
      <w:r>
        <w:rPr>
          <w:sz w:val="20"/>
        </w:rPr>
        <w:t>32:56  agar aap nahi kar paate hain to phir kisi ko apne guru bana lijie, murshid bana lijie. aksar log teesra, aathwan liya rehte hain ke na to kisi ko murshid banate, na khud apni aql, na development karte hain apni aql ka, aur yun hi bhagte hain idhar udhar.</w:t>
      </w:r>
      <w:r>
        <w:br/>
      </w:r>
      <w:r>
        <w:rPr>
          <w:sz w:val="20"/>
        </w:rPr>
        <w:t>33:12  to woh third position le rakha hai unhon ne.</w:t>
      </w:r>
      <w:r>
        <w:br/>
      </w:r>
      <w:r>
        <w:rPr>
          <w:sz w:val="20"/>
        </w:rPr>
        <w:t>33:16  to main yeh kahunga ke aap ke liye do mein se ek ka option hai: ya to study kar ke, ghor o fikr kar ke, aur jo bhi tareeqa hai learning ko barhane ka,</w:t>
      </w:r>
      <w:r>
        <w:br/>
      </w:r>
      <w:r>
        <w:rPr>
          <w:sz w:val="20"/>
        </w:rPr>
        <w:t>33:29  is ko ikhtiyar kar ke apna intellectual development ka andaza kijiye ke woh aap ke poori,</w:t>
      </w:r>
      <w:r>
        <w:br/>
      </w:r>
      <w:r>
        <w:rPr>
          <w:sz w:val="20"/>
        </w:rPr>
        <w:t>33:37  yaani poori life ko control karne lage, aap ke actions ko control karne lage. kyun ke main samajhta hoon ke yeh jo phenomena hai, woh haqeeqat mein hota hai jab intellectual development mein kami ho, tab hota hai aisa.</w:t>
      </w:r>
      <w:r>
        <w:br/>
      </w:r>
      <w:r>
        <w:rPr>
          <w:sz w:val="20"/>
        </w:rPr>
        <w:t>33:57  ya to aisa kijiye, ya phir kisi ko murshid maan lijie, yaani jis ko main kehta hoon, yaani unconditional guru, jis par aap ko bharosa ho, jis alam par, us ko aap bana lijie.</w:t>
      </w:r>
      <w:r>
        <w:br/>
      </w:r>
      <w:r>
        <w:rPr>
          <w:sz w:val="20"/>
        </w:rPr>
        <w:t>34:10  koi teesra option mumkin nahi hai. woh jo kahe, us ko kijiye.</w:t>
      </w:r>
    </w:p>
    <w:p>
      <w:pPr>
        <w:pStyle w:val="Heading2"/>
      </w:pPr>
      <w:r>
        <w:t>Knowing and maintaining self-correction process</w:t>
      </w:r>
    </w:p>
    <w:p>
      <w:r>
        <w:rPr>
          <w:color w:val="666666"/>
          <w:sz w:val="18"/>
        </w:rPr>
        <w:t>The Role of Suffering 31 Aug, 2019 - Maulana Wahiduddin Khan · 17m 38s · at 33:58 · https://youtu.be/y4B5iBknSpk?t=2038</w:t>
      </w:r>
    </w:p>
    <w:p>
      <w:r>
        <w:rPr>
          <w:i/>
        </w:rPr>
        <w:t>“How can I understand that the self-correction process has started within me and how to maintain it?”</w:t>
      </w:r>
    </w:p>
    <w:p>
      <w:r>
        <w:rPr>
          <w:sz w:val="20"/>
        </w:rPr>
        <w:t>33:58  Maulana Mahboob bhai ka Mumbai se sawal hai. unhone likha hai: "Maulana, main yeh kaise samjhun ke mere andar self-correction process jaari ho chuka hai aur usko kaise barkarar rakha jaaye?"</w:t>
      </w:r>
      <w:r>
        <w:br/>
      </w:r>
      <w:r>
        <w:rPr>
          <w:sz w:val="20"/>
        </w:rPr>
        <w:t>34:15  Yeh sab dekhne ki zaroorat nahi hai. Yeh ek process jaanna hai. Aap process ko jaanen ge, aap jo ho raha hai woh woh wahan tak toh sirf angel ki pahunch hoti hai, farishton ki.</w:t>
      </w:r>
      <w:r>
        <w:br/>
      </w:r>
      <w:r>
        <w:rPr>
          <w:sz w:val="20"/>
        </w:rPr>
        <w:t>34:32  Bas</w:t>
      </w:r>
      <w:r>
        <w:br/>
      </w:r>
      <w:r>
        <w:rPr>
          <w:sz w:val="20"/>
        </w:rPr>
        <w:t>34:39  batar news, batar khabar ko laani nahi. Aap ki pahunch yahin tak hai ke batar khabar ke janne ho.</w:t>
      </w:r>
      <w:r>
        <w:br/>
      </w:r>
      <w:r>
        <w:rPr>
          <w:sz w:val="20"/>
        </w:rPr>
        <w:t>34:59  Maulana, kya yeh keh sakte hain hum ke ah pre ah Muhammad era mein zyada it is to be physical torture suffering and not is more mental suffering?</w:t>
      </w:r>
      <w:r>
        <w:br/>
      </w:r>
      <w:r>
        <w:rPr>
          <w:sz w:val="20"/>
        </w:rPr>
        <w:t>35:12  Can we say that people suffered more physically in the dows times pre ah pre Muhammad period? Aisa kuch keh sakte hain? Maulana sahib, abhi aaj kal mental suffering zyada hai.</w:t>
      </w:r>
      <w:r>
        <w:br/>
      </w:r>
      <w:r>
        <w:rPr>
          <w:sz w:val="20"/>
        </w:rPr>
        <w:t>35:25  mein samjha, mein samjha nahin.</w:t>
      </w:r>
      <w:r>
        <w:br/>
      </w:r>
      <w:r>
        <w:rPr>
          <w:sz w:val="20"/>
        </w:rPr>
        <w:t>35:27  woh priya ka sawal yeh hai ke ah prophet se jo pehle ka daur tha, us daur mein physical suffering zyada thi aur aaj ke daur mein mental suffering zyada hai.</w:t>
      </w:r>
      <w:r>
        <w:br/>
      </w:r>
      <w:r>
        <w:rPr>
          <w:sz w:val="20"/>
        </w:rPr>
        <w:t>35:40  toh kya is ko aise kaha ja sakta hai? kya yeh sahi hai kehna?</w:t>
      </w:r>
      <w:r>
        <w:br/>
      </w:r>
      <w:r>
        <w:rPr>
          <w:sz w:val="20"/>
        </w:rPr>
        <w:t>35:48  partial sense mein se ho sakta hai, partial sense mein. kyunke sara mamla yeh hai ke aap kitna apne kuch mein involve karte hain.</w:t>
      </w:r>
      <w:r>
        <w:br/>
      </w:r>
      <w:r>
        <w:rPr>
          <w:sz w:val="20"/>
        </w:rPr>
        <w:t>36:01  involve kijiye toh physical suffering aa jayegi. jaise aap dekhiye, hussain thay makka mein rehte thay toh khabar suni unhon ne kufa ki toh rawana ho gaye.</w:t>
      </w:r>
      <w:r>
        <w:br/>
      </w:r>
      <w:r>
        <w:rPr>
          <w:sz w:val="20"/>
        </w:rPr>
        <w:t>36:17  rastay mein farazdaq mila, aik aik aadmi tha farazdaq. us ne kaha aap mat jaiye, woh kufa wale aise hotay hain. phir bhi woh gaye toh jab wahan pohanchay toh waqai woh hua jo jo farazdaq ne kar rakha tha.</w:t>
      </w:r>
      <w:r>
        <w:br/>
      </w:r>
      <w:r>
        <w:rPr>
          <w:sz w:val="20"/>
        </w:rPr>
        <w:t>36:34  toh toh apne ko khud hi jhonkna hai. pehle bhi aisa hota tha ke aadmi na jhuke, aaj bhi aisa hota hai ke aadmi na jhuke.</w:t>
      </w:r>
      <w:r>
        <w:br/>
      </w:r>
      <w:r>
        <w:rPr>
          <w:sz w:val="20"/>
        </w:rPr>
        <w:t>36:44  misalan india mein dekhiye, sare log wahan bjp, mein toh kuch bhi nahin, mein sirf phir parha tha, waise ab bhi hoon, mujhe koi pareshani nahin hai.</w:t>
      </w:r>
      <w:r>
        <w:br/>
      </w:r>
      <w:r>
        <w:rPr>
          <w:sz w:val="20"/>
        </w:rPr>
        <w:t>36:59  yeh yeh yeh aik relative yaani baat hai, yeh is ko real nahin samjhiye.</w:t>
      </w:r>
      <w:r>
        <w:br/>
      </w:r>
      <w:r>
        <w:rPr>
          <w:sz w:val="20"/>
        </w:rPr>
        <w:t>37:08  hain nafs ammara kya hota hai? nafs ammara, nafs ammara aur nafs al-lawwamah koi mysterious baat nahin hai,</w:t>
      </w:r>
      <w:r>
        <w:br/>
      </w:r>
      <w:r>
        <w:rPr>
          <w:sz w:val="20"/>
        </w:rPr>
        <w:t>37:23  mysterious baat nahin hai. dekhiye, aadmi rozana mukhtalif qism ke cheezon ke darmiyan guzarta hai toh nafs al-lawwamah jo hai,</w:t>
      </w:r>
      <w:r>
        <w:br/>
      </w:r>
      <w:r>
        <w:rPr>
          <w:sz w:val="20"/>
        </w:rPr>
        <w:t>37:37  woh right direction mein aap ko woh karta hai,</w:t>
      </w:r>
      <w:r>
        <w:br/>
      </w:r>
      <w:r>
        <w:rPr>
          <w:sz w:val="20"/>
        </w:rPr>
        <w:t>37:44  guide karta hai, tawajjuh dilata hai. aur nafs al-lawwamah jo hai, ghalat direction mein, matlab woh woh farishte ke asar se hota hai ya shaitan ke asar se hota hai.</w:t>
      </w:r>
      <w:r>
        <w:br/>
      </w:r>
      <w:r>
        <w:rPr>
          <w:sz w:val="20"/>
        </w:rPr>
        <w:t>37:57  yeh bohat hi yeh koi mysterious baat nahin hai, koi mysterious baat nahin hai. yeh yeh common aik common se experience ki baat hai.</w:t>
      </w:r>
      <w:r>
        <w:br/>
      </w:r>
      <w:r>
        <w:rPr>
          <w:sz w:val="20"/>
        </w:rPr>
        <w:t>38:17  maulana, you said that our mind gets activated when we are hit with some sad experience.</w:t>
      </w:r>
      <w:r>
        <w:br/>
      </w:r>
      <w:r>
        <w:rPr>
          <w:sz w:val="20"/>
        </w:rPr>
        <w:t>38:28  can it be that at that time we feel helpless and that is why inspiration comes from god?</w:t>
      </w:r>
      <w:r>
        <w:br/>
      </w:r>
      <w:r>
        <w:rPr>
          <w:sz w:val="20"/>
        </w:rPr>
        <w:t>38:37  if we are able to take that situation positively and not react to it? rajab,</w:t>
      </w:r>
      <w:r>
        <w:br/>
      </w:r>
      <w:r>
        <w:rPr>
          <w:sz w:val="20"/>
        </w:rPr>
        <w:t>38:50  kya kaha? say inspiration aati hai. maulana, woh yeh keh rahi hain ke jo aap ne bataya ke jab aik insaan suffering ko face karta hai toh us time pe woh helpless ho jata hai aur isi wajah se nahin, yeh yeh ghalat nikala hai.</w:t>
      </w:r>
      <w:r>
        <w:br/>
      </w:r>
      <w:r>
        <w:rPr>
          <w:sz w:val="20"/>
        </w:rPr>
        <w:t>39:14  aap ne helpless ho jata hai, zyada sensitive ho jata hai. yeh kahiye ji,</w:t>
      </w:r>
      <w:r>
        <w:br/>
      </w:r>
      <w:r>
        <w:rPr>
          <w:sz w:val="20"/>
        </w:rPr>
        <w:t>39:19  helpless hua. haan, hum hum ne toh bohat suffering uthai, uthai hai, bohat suffer.</w:t>
      </w:r>
      <w:r>
        <w:br/>
      </w:r>
      <w:r>
        <w:rPr>
          <w:sz w:val="20"/>
        </w:rPr>
        <w:t>39:30  aaj aaj ki baat batata hoon mein ke itni bari mujhe suffering hui thi, aaj hi, aaj hi ke maine kaha khudaaya, mein jannat ka mustahiq nahin hoon, mujhe toh sirf aik aik aik nazar khuda ko dekh lena hai,</w:t>
      </w:r>
      <w:r>
        <w:br/>
      </w:r>
      <w:r>
        <w:rPr>
          <w:sz w:val="20"/>
        </w:rPr>
        <w:t>39:47  bas dekh loon, bas qissa khatam. aaj ki baat karta hoon, itni zyada mujhe mujhe aaj kuch baat hui thi, experience ke mein ne kaha bhai, mein jannat ka ki price nahin de sakta, mere bas mein nahin hai,</w:t>
      </w:r>
      <w:r>
        <w:br/>
      </w:r>
      <w:r>
        <w:rPr>
          <w:sz w:val="20"/>
        </w:rPr>
        <w:t>40:06  toh mein jannat ka mustahiq nahin hoon. lekin yeh toh woh jis ne mujhe paida kiya, woh kaisa hoga,</w:t>
      </w:r>
      <w:r>
        <w:br/>
      </w:r>
      <w:r>
        <w:rPr>
          <w:sz w:val="20"/>
        </w:rPr>
        <w:t>40:18  bas yeh baat janna chahta hoon. aik aik jhalak dekhna chahta hoon, yeh aaj ka tajurba batata hoon aap ko.</w:t>
      </w:r>
      <w:r>
        <w:br/>
      </w:r>
      <w:r>
        <w:rPr>
          <w:sz w:val="20"/>
        </w:rPr>
        <w:t>40:33  aaj mein ne dua ki ke khudaaya, mujhe apni aik jhalak dikha de, aik glimpse, glimpse, us waqt mujhe khatam kar de,</w:t>
      </w:r>
      <w:r>
        <w:br/>
      </w:r>
      <w:r>
        <w:rPr>
          <w:sz w:val="20"/>
        </w:rPr>
        <w:t>40:46  is se zyada ka mustahiq nahi hoon. main</w:t>
      </w:r>
      <w:r>
        <w:br/>
      </w:r>
      <w:r>
        <w:rPr>
          <w:sz w:val="20"/>
        </w:rPr>
        <w:t>40:59  Maulana, jo aap ne kaha ke suffering yeh God realization ke liye ek</w:t>
      </w:r>
      <w:r>
        <w:br/>
      </w:r>
      <w:r>
        <w:rPr>
          <w:sz w:val="20"/>
        </w:rPr>
        <w:t>41:10  bohat hi ahem mor hota hai, jahan se aadmi Khuda ki taraf mutawajjah hota hai. to Maulana, is ke liye Ashab-e-Kahf ka waqia bhi Quran mein Allah ne naqal kar ke kaha tha, kaha hai:</w:t>
      </w:r>
      <w:r>
        <w:br/>
      </w:r>
      <w:r>
        <w:rPr>
          <w:sz w:val="20"/>
        </w:rPr>
        <w:t>41:27  "Innahum fityatun aamanoo birabbihim wa zidnahum huda" ke Khuda ne kaha ke in logon ko jo religious persecution ko face karna pada, to is ki is ki wajah se un ke imaan mein aur bhi izafa ho gaya.</w:t>
      </w:r>
      <w:r>
        <w:br/>
      </w:r>
      <w:r>
        <w:rPr>
          <w:sz w:val="20"/>
        </w:rPr>
        <w:t>41:49  to Maulana, yeh baat aap jo keh rahe hain, bohat hi mukhtalif waqiat se yeh baat bohat achi tarah sabit hoti hai. Maulana, to yeh bohat hi hamare liye positive baat hai aur encouraging hai.</w:t>
      </w:r>
      <w:r>
        <w:br/>
      </w:r>
      <w:r>
        <w:rPr>
          <w:sz w:val="20"/>
        </w:rPr>
        <w:t>42:02  negative situations ko ke hum is ko imaan mein izafe ka sabab banayein.</w:t>
      </w:r>
      <w:r>
        <w:br/>
      </w:r>
      <w:r>
        <w:rPr>
          <w:sz w:val="20"/>
        </w:rPr>
        <w:t>42:09  Bhai, bhai, samjha nahi. Maulana yaar bhai, hain Yaqoob sahib, yeh keh rahe hain ke aap ne yeh jo kaha ke aadmi jab suffering mein aata hai to us ko God, aadmi jab suffering mein aata hai to us ko God realization hota hai.</w:t>
      </w:r>
      <w:r>
        <w:br/>
      </w:r>
      <w:r>
        <w:rPr>
          <w:sz w:val="20"/>
        </w:rPr>
        <w:t>42:25  to unhon ne kaha hai ke yeh cheez bohat a</w:t>
      </w:r>
      <w:r>
        <w:br/>
      </w:r>
      <w:r>
        <w:rPr>
          <w:sz w:val="20"/>
        </w:rPr>
        <w:t>42:28  ham hai aur dekhiye, suffering apne aap nahi, main ne kaha hai apne aap nahi ke dard ho raha hai yahan par to realize ho jayega.</w:t>
      </w:r>
      <w:r>
        <w:br/>
      </w:r>
      <w:r>
        <w:rPr>
          <w:sz w:val="20"/>
        </w:rPr>
        <w:t>42:40  yeh main ne nahi kaha hai, suffering ko main ne kaha hai ke inner core jo hai insaan ka, us ko hila deti hai.</w:t>
      </w:r>
      <w:r>
        <w:br/>
      </w:r>
      <w:r>
        <w:rPr>
          <w:sz w:val="20"/>
        </w:rPr>
        <w:t>42:49  wo jis tarah se main ne kaha hai, aap ke mind ka jo inner core hai, spirituality ka jo inner core hai, aap ke personality ka jo inner core hai, wo to hil jata hai, itna kisi khushi se nahi hilta.</w:t>
      </w:r>
      <w:r>
        <w:br/>
      </w:r>
      <w:r>
        <w:rPr>
          <w:sz w:val="20"/>
        </w:rPr>
        <w:t>43:06  aap khush hon to aap ka inner core hilega.</w:t>
      </w:r>
      <w:r>
        <w:br/>
      </w:r>
      <w:r>
        <w:rPr>
          <w:sz w:val="20"/>
        </w:rPr>
        <w:t>43:13  to main ne wo kiya cheez ki hai ke insaan ke potential ka jaag uthna, jis tarah unhon ne kaha hai, insaan ke potential jo hai, wo aakhir had tak jaag uthte hain.</w:t>
      </w:r>
      <w:r>
        <w:br/>
      </w:r>
      <w:r>
        <w:rPr>
          <w:sz w:val="20"/>
        </w:rPr>
        <w:t>43:28  suffering jab hoti hai jo khushi mein nahi jaagte, yeh main ne kaha hai.</w:t>
      </w:r>
      <w:r>
        <w:br/>
      </w:r>
      <w:r>
        <w:rPr>
          <w:sz w:val="20"/>
        </w:rPr>
        <w:t>43:42  Maulana to keh sakte hain ke jin ko Khuda pyar karta hai, un ko zyada suffering milti hai. hain, wo keh rahi hain ke kya Priya keh rahi hain ke kya yeh keh sakte hain ke Allah jis ko pyar zyada karta hai, us ko suffering milti hai?</w:t>
      </w:r>
      <w:r>
        <w:br/>
      </w:r>
      <w:r>
        <w:rPr>
          <w:sz w:val="20"/>
        </w:rPr>
        <w:t>44:02  pyar karta hai? kya Allah mein koi lath pyar ka wahan culture hai? yeh sab nahi hai, matlab nahi hai. jo zyada apne aap ko competent sabit karta hai,</w:t>
      </w:r>
      <w:r>
        <w:br/>
      </w:r>
      <w:r>
        <w:rPr>
          <w:sz w:val="20"/>
        </w:rPr>
        <w:t>44:16  yeh matlab hai. yeh nahi ke wahan koi lath pyar chalta hai, wahan love affair chalta hai. wo yeh love affair ki baat nahi hai, yeh yaad rakhiye, wo competence ki baat hai.</w:t>
      </w:r>
      <w:r>
        <w:br/>
      </w:r>
      <w:r>
        <w:rPr>
          <w:sz w:val="20"/>
        </w:rPr>
        <w:t>44:38  Rajat, there is a question that Saleem asked and I think it didn't get answered or didn't get conveyed. The question was that mental suffering and physical suffering, they both stimulate the brain in a similar manner.</w:t>
      </w:r>
      <w:r>
        <w:br/>
      </w:r>
      <w:r>
        <w:rPr>
          <w:sz w:val="20"/>
        </w:rPr>
        <w:t>44:53  So his question was that, uh, he believes therefore that, uh, hell is actually mental suffering.</w:t>
      </w:r>
      <w:r>
        <w:br/>
      </w:r>
      <w:r>
        <w:rPr>
          <w:sz w:val="20"/>
        </w:rPr>
        <w:t>45:03  It's a state of mind where in you are suffering mentally. It is not a physical place where you'll be burning, burning, etc. It's a state where in you'll be suffering mentally.</w:t>
      </w:r>
      <w:r>
        <w:br/>
      </w:r>
      <w:r>
        <w:rPr>
          <w:sz w:val="20"/>
        </w:rPr>
        <w:t>45:14  Is that right? Or what is Maulana's view on this?</w:t>
      </w:r>
      <w:r>
        <w:br/>
      </w:r>
      <w:r>
        <w:rPr>
          <w:sz w:val="20"/>
        </w:rPr>
        <w:t>45:18  Maulana, aap ne jab aaj desires ka ek sawal aaya tha ke desire kabhi khatam nahi honge, aap ne kaha insaan ke andar, to desire ko control kar sakte hain.</w:t>
      </w:r>
      <w:r>
        <w:br/>
      </w:r>
      <w:r>
        <w:rPr>
          <w:sz w:val="20"/>
        </w:rPr>
        <w:t>45:32  to Maulana, kaise control kar sakte hain desires ko?</w:t>
      </w:r>
      <w:r>
        <w:br/>
      </w:r>
      <w:r>
        <w:rPr>
          <w:sz w:val="20"/>
        </w:rPr>
        <w:t>45:39  Desire ka koi khali cheez hai? yeh to Buddhism mein desire ko burai bana diya. koi burai hai hi nahi, wo desire koi burai hai hi nahi.</w:t>
      </w:r>
      <w:r>
        <w:br/>
      </w:r>
      <w:r>
        <w:rPr>
          <w:sz w:val="20"/>
        </w:rPr>
        <w:t>45:51  wo</w:t>
      </w:r>
      <w:r>
        <w:br/>
      </w:r>
      <w:r>
        <w:rPr>
          <w:sz w:val="20"/>
        </w:rPr>
        <w:t>45:54  desire to ek bohat high class ki yani insani sifat hai.</w:t>
      </w:r>
      <w:r>
        <w:br/>
      </w:r>
      <w:r>
        <w:rPr>
          <w:sz w:val="20"/>
        </w:rPr>
        <w:t>46:10  yeh to hai ke desire koi buri cheez hai.</w:t>
      </w:r>
      <w:r>
        <w:br/>
      </w:r>
      <w:r>
        <w:rPr>
          <w:sz w:val="20"/>
        </w:rPr>
        <w:t>46:17  misal ke taur par, maine yeh desire paida hui ke main jannat ka mustahiq to banai hoon, lekin Allah ka ek jhalak mujhe dikhana dekhne ko mil jaye.</w:t>
      </w:r>
      <w:r>
        <w:br/>
      </w:r>
      <w:r>
        <w:rPr>
          <w:sz w:val="20"/>
        </w:rPr>
        <w:t>46:30  ek glimpse yeh desire thi, to kya desire koi galat nahi hai?</w:t>
      </w:r>
      <w:r>
        <w:br/>
      </w:r>
      <w:r>
        <w:rPr>
          <w:sz w:val="20"/>
        </w:rPr>
        <w:t>46:43  Maulana, mera yeh sawal hai ke jab Allah hum se naraz ho jata hai to kya woh hum se naik kaam yani ke achhe kaam lene chhod deta hai?</w:t>
      </w:r>
      <w:r>
        <w:br/>
      </w:r>
      <w:r>
        <w:rPr>
          <w:sz w:val="20"/>
        </w:rPr>
        <w:t>47:00  Maulana, sawal yeh hai ke jab Allah hum se naraz ho jata hai to kya woh hum se naik kaam lena chhod deta hai?</w:t>
      </w:r>
      <w:r>
        <w:br/>
      </w:r>
      <w:r>
        <w:rPr>
          <w:sz w:val="20"/>
        </w:rPr>
        <w:t>47:10  Zaroor nahi, chhodna nahi, chhodta nahi. Hum lautein, tauba naseeb karein. Yeh to bohat zyada likha hua hai Quran mein ke Allah taala lautne walon ko bohat pasand karta hai.</w:t>
      </w:r>
      <w:r>
        <w:br/>
      </w:r>
      <w:r>
        <w:rPr>
          <w:sz w:val="20"/>
        </w:rPr>
        <w:t>47:26  Phir sahib ji,</w:t>
      </w:r>
      <w:r>
        <w:br/>
      </w:r>
      <w:r>
        <w:rPr>
          <w:sz w:val="20"/>
        </w:rPr>
        <w:t>47:30  lautne wala jo hai, woh to Allah ka most wanted insan hai jo laute.</w:t>
      </w:r>
      <w:r>
        <w:br/>
      </w:r>
      <w:r>
        <w:rPr>
          <w:sz w:val="20"/>
        </w:rPr>
        <w:t>47:40  Sachhe tareeqe se log lautate nahi. Lautein to lautna yani tauba to bohat bada yeh rewardable amal hai.</w:t>
      </w:r>
      <w:r>
        <w:br/>
      </w:r>
      <w:r>
        <w:rPr>
          <w:sz w:val="20"/>
        </w:rPr>
        <w:t>47:51  yeh</w:t>
      </w:r>
      <w:r>
        <w:br/>
      </w:r>
      <w:r>
        <w:rPr>
          <w:sz w:val="20"/>
        </w:rPr>
        <w:t>47:58  Lekin sachha lautna kya cheez hai jis ko tauba naseeb kaha gaya hai?</w:t>
      </w:r>
      <w:r>
        <w:br/>
      </w:r>
      <w:r>
        <w:rPr>
          <w:sz w:val="20"/>
        </w:rPr>
        <w:t>48:07  Is par Allah ki inayatein hain. Ah,</w:t>
      </w:r>
      <w:r>
        <w:br/>
      </w:r>
      <w:r>
        <w:rPr>
          <w:sz w:val="20"/>
        </w:rPr>
        <w:t>48:15  Maulana, ek ek hadith hai. Hain, ek hadith hai: "Azam al-nas hamman al-mu'min alladhi yahtammu bi-amri dunya wa amri akhiratihi" ke logon mein sab se zyada plan karne wala momin hota hai.</w:t>
      </w:r>
      <w:r>
        <w:br/>
      </w:r>
      <w:r>
        <w:rPr>
          <w:sz w:val="20"/>
        </w:rPr>
        <w:t>48:33  Logon mein sab se zyada plan karne wala momin hota hai. Woh apne duniya ke mamlaat ki planning karta hai aur apne akhirat ke mamlaat ki planning karta hai.</w:t>
      </w:r>
      <w:r>
        <w:br/>
      </w:r>
      <w:r>
        <w:rPr>
          <w:sz w:val="20"/>
        </w:rPr>
        <w:t>48:42  Hmm, to momin ke liye to yeh wazeh hai ke woh akhirat ke mamlaat ki planning karta hai. Duniya ke mamlaat ki planning kya hai momin ke liye?</w:t>
      </w:r>
      <w:r>
        <w:br/>
      </w:r>
      <w:r>
        <w:rPr>
          <w:sz w:val="20"/>
        </w:rPr>
        <w:t>48:51  Yahan isi ma'ne mein hai ke momin bohat zyada sensitive insan hota hai. Sara ma'mla sensitivity ka hai.</w:t>
      </w:r>
      <w:r>
        <w:br/>
      </w:r>
      <w:r>
        <w:rPr>
          <w:sz w:val="20"/>
        </w:rPr>
        <w:t>49:00  Yeh momin yani kalma padhne wale ka nahi hai. Yani jo kalma padh le, woh aisa ho jayega nahi.</w:t>
      </w:r>
      <w:r>
        <w:br/>
      </w:r>
      <w:r>
        <w:rPr>
          <w:sz w:val="20"/>
        </w:rPr>
        <w:t>49:14  Jo waqai is ma'amle mein momin bada hai, sensitivity ke momin hain, to us ki har cheez mein uska izhaar hoga.</w:t>
      </w:r>
      <w:r>
        <w:br/>
      </w:r>
      <w:r>
        <w:rPr>
          <w:sz w:val="20"/>
        </w:rPr>
        <w:t>49:24  Ji ji, Maulana, mera ek aakhri sawal hai aaj ke discussion ka. Woh that's based on the concept of Iblis, Satan.</w:t>
      </w:r>
      <w:r>
        <w:br/>
      </w:r>
      <w:r>
        <w:rPr>
          <w:sz w:val="20"/>
        </w:rPr>
        <w:t>49:34  Ah, maine kahin padha tha ke Satan was extremely in love with God and he still is. Unko Allah se bohat mohabbat thi, unhone Allah ki har jagah pe ibadat ki thi.</w:t>
      </w:r>
      <w:r>
        <w:br/>
      </w:r>
      <w:r>
        <w:rPr>
          <w:sz w:val="20"/>
        </w:rPr>
        <w:t>49:45  Haan, to woh aaj bhi he is in love with God. But jab Allah taala ne unko Adam ko sajda karne ke liye kaha to unse woh baat rahi nahi gayi, because he was given a competitor for his love with God.</w:t>
      </w:r>
      <w:r>
        <w:br/>
      </w:r>
      <w:r>
        <w:rPr>
          <w:sz w:val="20"/>
        </w:rPr>
        <w:t>49:58  To woh aaj bhi hum ko Allah se door karne pe ade hue hain. Jab whenever we want to go close to God, he or he makes us repel and woh hum ko Allah se door kar dete hain.</w:t>
      </w:r>
      <w:r>
        <w:br/>
      </w:r>
      <w:r>
        <w:rPr>
          <w:sz w:val="20"/>
        </w:rPr>
        <w:t>50:10  Kya hum ko Iblis se nafrat rakhna kya hai is hisab se sahi hai ke g</w:t>
      </w:r>
      <w:r>
        <w:br/>
      </w:r>
      <w:r>
        <w:rPr>
          <w:sz w:val="20"/>
        </w:rPr>
        <w:t>50:15  Ghalat hai? Nahi, kyun ke nafrat kyun? Nafrat kyun? Apne se nafrat karo ke hum kyun uska shikar ban jate hain? Rasool Allah se aisi koi hadith to nahi ke Rasool Allah Iblis se nafrat karte the?</w:t>
      </w:r>
      <w:r>
        <w:br/>
      </w:r>
      <w:r>
        <w:rPr>
          <w:sz w:val="20"/>
        </w:rPr>
        <w:t>50:30  apne sath nafrat karo ke hum kyun shikar ban jate hain?</w:t>
      </w:r>
      <w:r>
        <w:br/>
      </w:r>
      <w:r>
        <w:rPr>
          <w:sz w:val="20"/>
        </w:rPr>
        <w:t>50:37  nafrat to yeh yeh thi yani yeh jo bigre hue in</w:t>
      </w:r>
    </w:p>
    <w:p>
      <w:pPr>
        <w:pStyle w:val="Heading2"/>
      </w:pPr>
      <w:r>
        <w:t>Overcoming Natural Weakness of Complaining</w:t>
      </w:r>
    </w:p>
    <w:p>
      <w:r>
        <w:rPr>
          <w:color w:val="666666"/>
          <w:sz w:val="18"/>
        </w:rPr>
        <w:t>The Importance of Team Work February 5, 2012 · 2m 46s · at 1:02:34 · https://youtu.be/qBbwznqIqVw?t=3754</w:t>
      </w:r>
    </w:p>
    <w:p>
      <w:r>
        <w:rPr>
          <w:i/>
        </w:rPr>
        <w:t>“There is a natural weakness in humans: when someone hurts them, they become complaining and negative, but this is a killer for a paradise-worthy personality. How can this natural weakness be overcome?”</w:t>
      </w:r>
    </w:p>
    <w:p>
      <w:r>
        <w:rPr>
          <w:sz w:val="20"/>
        </w:rPr>
        <w:t>1:02:34  Maulana, yeh sawal aaya hai Karachi Pakistan se Mr Abdul Lateef ka. unhon ne likha hai: "insan ke sath ek fitri kamzori mojood hai ke use jab kisi se takleef pohanchti hai to woh shikayati aur negative ban jata hai,</w:t>
      </w:r>
      <w:r>
        <w:br/>
      </w:r>
      <w:r>
        <w:rPr>
          <w:sz w:val="20"/>
        </w:rPr>
        <w:t>1:02:53  lekin yeh majaz jannati shakhsiyat ke liye killer hai. Maulana sahib, is fitri kamzori par kis tarah qabu paya jaye?"</w:t>
      </w:r>
      <w:r>
        <w:br/>
      </w:r>
      <w:r>
        <w:rPr>
          <w:sz w:val="20"/>
        </w:rPr>
        <w:t>1:03:05  yeh fitri kamzori ki baat nahi hai, yeh shaitani kamzori ki baat hai.</w:t>
      </w:r>
      <w:r>
        <w:br/>
      </w:r>
      <w:r>
        <w:rPr>
          <w:sz w:val="20"/>
        </w:rPr>
        <w:t>1:03:11  agar fitri kamzori ho to yahi kamzori kya ho jaye gi? apne beta beti ke liye nahi hoti? agar yeh cheez fitrat mein shamil hai to bete beta beti ke muamle mein aisa kyun nahi hota?</w:t>
      </w:r>
      <w:r>
        <w:br/>
      </w:r>
      <w:r>
        <w:rPr>
          <w:sz w:val="20"/>
        </w:rPr>
        <w:t>1:03:28  aaj hi mujhe telephone aaya tha ek sahib ka,</w:t>
      </w:r>
      <w:r>
        <w:br/>
      </w:r>
      <w:r>
        <w:rPr>
          <w:sz w:val="20"/>
        </w:rPr>
        <w:t>1:03:31  unhon ne bataya ke ek sahib thay, un ka apne bete se shikayat thi, panch saal se, panch saal se bete se un se bohat shikayaten chal rahi theen.</w:t>
      </w:r>
      <w:r>
        <w:br/>
      </w:r>
      <w:r>
        <w:rPr>
          <w:sz w:val="20"/>
        </w:rPr>
        <w:t>1:03:44  phir hamare ek saathi hain, unhon ne samjhaya bete ko ke ja kar muafi mango. to us ne ja kar ke muafi mangi apne maa baap se.</w:t>
      </w:r>
      <w:r>
        <w:br/>
      </w:r>
      <w:r>
        <w:rPr>
          <w:sz w:val="20"/>
        </w:rPr>
        <w:t>1:03:55  isi waqt kya hua ke baap aur maa dono ronay lagay, aur baap ne bete ko galay laga liya ke sab baat khatam.</w:t>
      </w:r>
      <w:r>
        <w:br/>
      </w:r>
      <w:r>
        <w:rPr>
          <w:sz w:val="20"/>
        </w:rPr>
        <w:t>1:04:06  fitri kamzori woh kahi jaye gi jo apne beta beti ke muamle mein bhi zahir ho, nahi ho jaye to woh shaitani kamzori kahi jaye gi.</w:t>
      </w:r>
      <w:r>
        <w:br/>
      </w:r>
      <w:r>
        <w:rPr>
          <w:sz w:val="20"/>
        </w:rPr>
        <w:t>1:04:16  yani shaitani kamzori ko ek khoobsurat naam dena hai. yeh</w:t>
      </w:r>
      <w:r>
        <w:br/>
      </w:r>
      <w:r>
        <w:rPr>
          <w:sz w:val="20"/>
        </w:rPr>
        <w:t>1:04:21  shaitani kamzori ka matlab hai ke aadmi shaitan ke hamlay ka shikar hua, shaitan ke hamlay ka shikar hua, aur wajah kya bata raha hai?</w:t>
      </w:r>
      <w:r>
        <w:br/>
      </w:r>
      <w:r>
        <w:rPr>
          <w:sz w:val="20"/>
        </w:rPr>
        <w:t>1:04:34  fitri kamzori, Khuda pe daal raha hai. woh fitri kamzori fitrat kis ne paida ki hai? fitrat ke paida karne wala kaun hai? yani ke Khuda hai.</w:t>
      </w:r>
      <w:r>
        <w:br/>
      </w:r>
      <w:r>
        <w:rPr>
          <w:sz w:val="20"/>
        </w:rPr>
        <w:t>1:04:47  to amalan to yeh hua ke aadmi shaitan ke hamlay ka shikar hua, aur uska</w:t>
      </w:r>
      <w:r>
        <w:br/>
      </w:r>
      <w:r>
        <w:rPr>
          <w:sz w:val="20"/>
        </w:rPr>
        <w:t>1:04:57  uska ilzam kis par de raha hai? Khuda par de raha hai, naoozubillah. yeh sab baaten sada nahi hain. yeh sab waqt aye ga maut ke baad, akhirat mein, hashar ke maidan mein, jab un ka tajziya kiya jaye.</w:t>
      </w:r>
      <w:r>
        <w:br/>
      </w:r>
      <w:r>
        <w:rPr>
          <w:sz w:val="20"/>
        </w:rPr>
        <w:t>1:05:09  yeh koi sada baat nahi hai.</w:t>
      </w:r>
      <w:r>
        <w:br/>
      </w:r>
      <w:r>
        <w:rPr>
          <w:sz w:val="20"/>
        </w:rPr>
        <w:t>1:05:14  bohat hi zyada serious baat hai, bohat zyada sangin baat hai.</w:t>
      </w:r>
    </w:p>
    <w:p>
      <w:pPr>
        <w:pStyle w:val="Heading2"/>
      </w:pPr>
      <w:r>
        <w:t>Incomplete question from Pakistan</w:t>
      </w:r>
    </w:p>
    <w:p>
      <w:r>
        <w:rPr>
          <w:color w:val="666666"/>
          <w:sz w:val="18"/>
        </w:rPr>
        <w:t>Realization of God May 07, 2017 Maulana Wahiduddin Khan · 34s · at 52:25 · https://youtu.be/sXmJShRfWKs?t=3145</w:t>
      </w:r>
    </w:p>
    <w:p>
      <w:r>
        <w:rPr>
          <w:i/>
        </w:rPr>
        <w:t>“Maulana, I...”</w:t>
      </w:r>
    </w:p>
    <w:p>
      <w:r>
        <w:rPr>
          <w:sz w:val="20"/>
        </w:rPr>
        <w:t>52:25  Maulana agla sawal lene se pehle ek comment padhna chahenge jo Aamir Mori ne Srinagar se bheja hai unhone likha hai only a honey bee is able to extract nectar because it does it with prepared mind</w:t>
      </w:r>
      <w:r>
        <w:br/>
      </w:r>
      <w:r>
        <w:rPr>
          <w:sz w:val="20"/>
        </w:rPr>
        <w:t>52:42  same is expected of human being to extract the best of wisdom wherever and whenever he finds in all the things thank you Maulana sahib for such a lovely and enlightening piece of advice it makes our day</w:t>
      </w:r>
    </w:p>
    <w:p>
      <w:pPr>
        <w:pStyle w:val="Heading2"/>
      </w:pPr>
      <w:r>
        <w:t>Balancing housework and Islamic learning</w:t>
      </w:r>
    </w:p>
    <w:p>
      <w:r>
        <w:rPr>
          <w:color w:val="666666"/>
          <w:sz w:val="18"/>
        </w:rPr>
        <w:t>Paradise September 18, 2016 · 4m 33s · at 59:03 · https://youtu.be/R2kZlD0PbGQ?t=3543</w:t>
      </w:r>
    </w:p>
    <w:p>
      <w:r>
        <w:rPr>
          <w:i/>
        </w:rPr>
        <w:t>“I am a mother of three children and a housewife. I am busy with them and housework, but I follow your talks and also read your...”</w:t>
      </w:r>
    </w:p>
    <w:p>
      <w:r>
        <w:rPr>
          <w:sz w:val="20"/>
        </w:rPr>
        <w:t>59:03  maulana, agla sawal miss ayesha khan ne kiya hai kanpur se, aur unhon ne likha hai: "maulana sahib,</w:t>
      </w:r>
      <w:r>
        <w:br/>
      </w:r>
      <w:r>
        <w:rPr>
          <w:sz w:val="20"/>
        </w:rPr>
        <w:t>59:09  i am a mother of three children and a housewife.</w:t>
      </w:r>
      <w:r>
        <w:br/>
      </w:r>
      <w:r>
        <w:rPr>
          <w:sz w:val="20"/>
        </w:rPr>
        <w:t>59:15  aai im bazi vid dem and haus vark, bat aai falo yor taks and al so red yor</w:t>
      </w:r>
      <w:r>
        <w:br/>
      </w:r>
      <w:r>
        <w:rPr>
          <w:sz w:val="20"/>
        </w:rPr>
        <w:t>59:20  baks, vich giv mi lat of pes and pozitiv thinking.</w:t>
      </w:r>
      <w:r>
        <w:br/>
      </w:r>
      <w:r>
        <w:rPr>
          <w:sz w:val="20"/>
        </w:rPr>
        <w:t>59:26  mai kveschan iz dat benig a madar and involvd in haus vark, ai donat gat mach taim to</w:t>
      </w:r>
      <w:r>
        <w:br/>
      </w:r>
      <w:r>
        <w:rPr>
          <w:sz w:val="20"/>
        </w:rPr>
        <w:t>59:32  do vark far da din, and mani taimz ai fil gilati and gat thauts dat allah me nat</w:t>
      </w:r>
      <w:r>
        <w:br/>
      </w:r>
      <w:r>
        <w:rPr>
          <w:sz w:val="20"/>
        </w:rPr>
        <w:t>59:37  giv mi paradiz, bikaz ai am nat duing ani thing far da din.</w:t>
      </w:r>
      <w:r>
        <w:br/>
      </w:r>
      <w:r>
        <w:rPr>
          <w:sz w:val="20"/>
        </w:rPr>
        <w:t>59:43  maulana sahib, pliz advais mi vat shud ai do az ai kant liv haus vark and der iz</w:t>
      </w:r>
      <w:r>
        <w:br/>
      </w:r>
      <w:r>
        <w:rPr>
          <w:sz w:val="20"/>
        </w:rPr>
        <w:t>59:49  nat mach taim laft far mi to do dava vark.</w:t>
      </w:r>
      <w:r>
        <w:br/>
      </w:r>
      <w:r>
        <w:rPr>
          <w:sz w:val="20"/>
        </w:rPr>
        <w:t>59:55  hav kain ai aspair to kvalifai far paradiz?" dekhiye, main is ko koi uzar nahin samajhta.</w:t>
      </w:r>
      <w:r>
        <w:br/>
      </w:r>
      <w:r>
        <w:rPr>
          <w:sz w:val="20"/>
        </w:rPr>
        <w:t>1:00:00  har chiz aap ko kahata hun involv karate hain.</w:t>
      </w:r>
      <w:r>
        <w:br/>
      </w:r>
      <w:r>
        <w:rPr>
          <w:sz w:val="20"/>
        </w:rPr>
        <w:t>1:00:06  aap aap involv bahut zyada karenge to aap ka taim na rahega.</w:t>
      </w:r>
      <w:r>
        <w:br/>
      </w:r>
      <w:r>
        <w:rPr>
          <w:sz w:val="20"/>
        </w:rPr>
        <w:t>1:00:12  kam involv kijie.</w:t>
      </w:r>
      <w:r>
        <w:br/>
      </w:r>
      <w:r>
        <w:rPr>
          <w:sz w:val="20"/>
        </w:rPr>
        <w:t>1:00:17  to tami taim hai.</w:t>
      </w:r>
      <w:r>
        <w:br/>
      </w:r>
      <w:r>
        <w:rPr>
          <w:sz w:val="20"/>
        </w:rPr>
        <w:t>1:00:23  main ne jab padhta tha bachapan mein urdu lider, is mein ek sher tha, ab tak mujhe yad</w:t>
      </w:r>
      <w:r>
        <w:br/>
      </w:r>
      <w:r>
        <w:rPr>
          <w:sz w:val="20"/>
        </w:rPr>
        <w:t>1:00:29  hai: "vakt mein tangi farakhi donon hain, jaise rabar khinchne se padati hai, chhode se jati hai." sakad</w:t>
      </w:r>
      <w:r>
        <w:br/>
      </w:r>
      <w:r>
        <w:rPr>
          <w:sz w:val="20"/>
        </w:rPr>
        <w:t>1:00:34  is ko aj kal ki zaban mein main kahunga ki art of manajmant sikhen.</w:t>
      </w:r>
      <w:r>
        <w:br/>
      </w:r>
      <w:r>
        <w:rPr>
          <w:sz w:val="20"/>
        </w:rPr>
        <w:t>1:00:40  main samajhta hun ki art of manajmant asal hai.</w:t>
      </w:r>
      <w:r>
        <w:br/>
      </w:r>
      <w:r>
        <w:rPr>
          <w:sz w:val="20"/>
        </w:rPr>
        <w:t>1:00:46  apne ko kitna involv aap karate hain, vah asal hai.</w:t>
      </w:r>
      <w:r>
        <w:br/>
      </w:r>
      <w:r>
        <w:rPr>
          <w:sz w:val="20"/>
        </w:rPr>
        <w:t>1:00:51  misal ke taur par dekhiye, main ek qissa main ne bataya logon ko ki main ek sahab ke han gaya.</w:t>
      </w:r>
      <w:r>
        <w:br/>
      </w:r>
      <w:r>
        <w:rPr>
          <w:sz w:val="20"/>
        </w:rPr>
        <w:t>1:00:57  yah bat gujrat ka vaqia hai.</w:t>
      </w:r>
      <w:r>
        <w:br/>
      </w:r>
      <w:r>
        <w:rPr>
          <w:sz w:val="20"/>
        </w:rPr>
        <w:t>1:01:03  to vah har vakt apne bachche ko god mein le lete the.</w:t>
      </w:r>
      <w:r>
        <w:br/>
      </w:r>
      <w:r>
        <w:rPr>
          <w:sz w:val="20"/>
        </w:rPr>
        <w:t>1:01:09  vah to main ne kaha, "bachche god mein kyon lete hain?" aap kahata hai, "hazrat, zyada." kaha, "mera</w:t>
      </w:r>
      <w:r>
        <w:br/>
      </w:r>
      <w:r>
        <w:rPr>
          <w:sz w:val="20"/>
        </w:rPr>
        <w:t>1:01:14  bachcha kamzor hai." to main ne un ko sakht alfaz mein kaha, "bilkul nahin, aap un ko utariye."</w:t>
      </w:r>
      <w:r>
        <w:br/>
      </w:r>
      <w:r>
        <w:rPr>
          <w:sz w:val="20"/>
        </w:rPr>
        <w:t>1:01:20  utarvaya to ladka daudane laga.</w:t>
      </w:r>
      <w:r>
        <w:br/>
      </w:r>
      <w:r>
        <w:rPr>
          <w:sz w:val="20"/>
        </w:rPr>
        <w:t>1:01:26  ladka daudane laga to log ghair zaruri to apne ko masghul karate hain.</w:t>
      </w:r>
      <w:r>
        <w:br/>
      </w:r>
      <w:r>
        <w:rPr>
          <w:sz w:val="20"/>
        </w:rPr>
        <w:t>1:01:31  yani bachche ko daudane dijiye, bachche ko mehnat karane dijiye, bachche ko khud karane dijiye.</w:t>
      </w:r>
      <w:r>
        <w:br/>
      </w:r>
      <w:r>
        <w:rPr>
          <w:sz w:val="20"/>
        </w:rPr>
        <w:t>1:01:37  khawamkhwah har kaam chahte hain ke hum hum hum ka karein to apne ko zyada involve kar lete hain.</w:t>
      </w:r>
      <w:r>
        <w:br/>
      </w:r>
      <w:r>
        <w:rPr>
          <w:sz w:val="20"/>
        </w:rPr>
        <w:t>1:01:43  asal cheez yeh hai, kam involve kijiye, manage karna seekhein.</w:t>
      </w:r>
      <w:r>
        <w:br/>
      </w:r>
      <w:r>
        <w:rPr>
          <w:sz w:val="20"/>
        </w:rPr>
        <w:t>1:01:48  to sab sab sab time hi time hai.</w:t>
      </w:r>
      <w:r>
        <w:br/>
      </w:r>
      <w:r>
        <w:rPr>
          <w:sz w:val="20"/>
        </w:rPr>
        <w:t>1:01:54  mein to samajhta hoon ke sab time hi time hai.</w:t>
      </w:r>
      <w:r>
        <w:br/>
      </w:r>
      <w:r>
        <w:rPr>
          <w:sz w:val="20"/>
        </w:rPr>
        <w:t>1:02:00  khawamkhwah apne ko involve kar ke log time apna khatm kar dete hain.</w:t>
      </w:r>
      <w:r>
        <w:br/>
      </w:r>
      <w:r>
        <w:rPr>
          <w:sz w:val="20"/>
        </w:rPr>
        <w:t>1:02:06  ek sahab hain, mein jaanta hoon, mein in ko.</w:t>
      </w:r>
      <w:r>
        <w:br/>
      </w:r>
      <w:r>
        <w:rPr>
          <w:sz w:val="20"/>
        </w:rPr>
        <w:t>1:02:11  in ka bachcha tha ghaleban barah saal ka.</w:t>
      </w:r>
      <w:r>
        <w:br/>
      </w:r>
      <w:r>
        <w:rPr>
          <w:sz w:val="20"/>
        </w:rPr>
        <w:t>1:02:17  to barah saal ki umar mein unhon ne bachche ko bhej diya bombay.</w:t>
      </w:r>
      <w:r>
        <w:br/>
      </w:r>
      <w:r>
        <w:rPr>
          <w:sz w:val="20"/>
        </w:rPr>
        <w:t>1:02:23  woh andhra pradesh aane wale they.</w:t>
      </w:r>
      <w:r>
        <w:br/>
      </w:r>
      <w:r>
        <w:rPr>
          <w:sz w:val="20"/>
        </w:rPr>
        <w:t>1:02:28  logon ne kaha, "arey, barah bachche ko bombay bhej rahe hain, kahin kahin tasbeeh to seekhega woh."</w:t>
      </w:r>
      <w:r>
        <w:br/>
      </w:r>
      <w:r>
        <w:rPr>
          <w:sz w:val="20"/>
        </w:rPr>
        <w:t>1:02:34  to jeeb mein paisa de diya us ko, kaha ke jao.</w:t>
      </w:r>
      <w:r>
        <w:br/>
      </w:r>
      <w:r>
        <w:rPr>
          <w:sz w:val="20"/>
        </w:rPr>
        <w:t>1:02:40  to wahan par kuch police ka dhakka bhi khaya us ne.</w:t>
      </w:r>
      <w:r>
        <w:br/>
      </w:r>
      <w:r>
        <w:rPr>
          <w:sz w:val="20"/>
        </w:rPr>
        <w:t>1:02:45  kahin us ko khane bhi nahi mila.</w:t>
      </w:r>
      <w:r>
        <w:br/>
      </w:r>
      <w:r>
        <w:rPr>
          <w:sz w:val="20"/>
        </w:rPr>
        <w:t>1:02:51  sab tajrube hue.</w:t>
      </w:r>
      <w:r>
        <w:br/>
      </w:r>
      <w:r>
        <w:rPr>
          <w:sz w:val="20"/>
        </w:rPr>
        <w:t>1:02:57  wohi shakhs, mein jaanta hoon, us aadmi ko bohat bada woh builder bana, bohat paisa kamaya us ne.</w:t>
      </w:r>
      <w:r>
        <w:br/>
      </w:r>
      <w:r>
        <w:rPr>
          <w:sz w:val="20"/>
        </w:rPr>
        <w:t>1:03:03  isi isi ne to us ke us ke us ke baap, us ke dada ne bheja tha us ko bombay.</w:t>
      </w:r>
      <w:r>
        <w:br/>
      </w:r>
      <w:r>
        <w:rPr>
          <w:sz w:val="20"/>
        </w:rPr>
        <w:t>1:03:08  to dada ne kaha tha ke us ko seekhna chahiye na.</w:t>
      </w:r>
      <w:r>
        <w:br/>
      </w:r>
      <w:r>
        <w:rPr>
          <w:sz w:val="20"/>
        </w:rPr>
        <w:t>1:03:14  jayega, koi dhakka khaye to seekhega.</w:t>
      </w:r>
      <w:r>
        <w:br/>
      </w:r>
      <w:r>
        <w:rPr>
          <w:sz w:val="20"/>
        </w:rPr>
        <w:t>1:03:20  to log khawamkhwah chahte hain ke bachchon ki pampering karna hai, us ko us ko khud kuch na karna pade.</w:t>
      </w:r>
      <w:r>
        <w:br/>
      </w:r>
      <w:r>
        <w:rPr>
          <w:sz w:val="20"/>
        </w:rPr>
        <w:t>1:03:25  is mein apne ko involve kar lete hain.</w:t>
      </w:r>
      <w:r>
        <w:br/>
      </w:r>
      <w:r>
        <w:rPr>
          <w:sz w:val="20"/>
        </w:rPr>
        <w:t>1:03:31  to involvement ko kam kijiye, manage karna seekhein, warna koi masla nahi hai.</w:t>
      </w:r>
    </w:p>
    <w:p>
      <w:pPr>
        <w:pStyle w:val="Heading2"/>
      </w:pPr>
      <w:r>
        <w:t>Regret over wasted half of life</w:t>
      </w:r>
    </w:p>
    <w:p>
      <w:r>
        <w:rPr>
          <w:color w:val="666666"/>
          <w:sz w:val="18"/>
        </w:rPr>
        <w:t>Modern Age June 9, 2019 Maulana Wahiduddin Khan · 4m 13s · at 40:21 · https://youtu.be/7mjCvAvHEdA?t=2421</w:t>
      </w:r>
    </w:p>
    <w:p>
      <w:r>
        <w:rPr>
          <w:i/>
        </w:rPr>
        <w:t>“I am forty-six years old now. Half of my life is spent without thinking seriously and the remaining half just routine life of listening to Islam as a ritual. The remaining life looks very short.”</w:t>
      </w:r>
    </w:p>
    <w:p>
      <w:r>
        <w:rPr>
          <w:sz w:val="20"/>
        </w:rPr>
        <w:t>40:21  Maulana, agla sawal Pakistan se kiya hai Abdul Rauf Butt sahib ne. Unhone likha hai, "Maulana, I am forty-six years old now.</w:t>
      </w:r>
      <w:r>
        <w:br/>
      </w:r>
      <w:r>
        <w:rPr>
          <w:sz w:val="20"/>
        </w:rPr>
        <w:t>40:31  Half of my life is spent without thinking seriously and the remaining half just routine life of listening to Islam as a ritual.</w:t>
      </w:r>
      <w:r>
        <w:br/>
      </w:r>
      <w:r>
        <w:rPr>
          <w:sz w:val="20"/>
        </w:rPr>
        <w:t>40:43  The remaining life looks very short</w:t>
      </w:r>
      <w:r>
        <w:br/>
      </w:r>
      <w:r>
        <w:rPr>
          <w:sz w:val="20"/>
        </w:rPr>
        <w:t>40:46  . My request, Maulana, is if you could advise us how to spend a life, the remaining one, so that we can get some place in paradise."</w:t>
      </w:r>
      <w:r>
        <w:br/>
      </w:r>
      <w:r>
        <w:rPr>
          <w:sz w:val="20"/>
        </w:rPr>
        <w:t>41:02  Dekhiye, paradise to ka talluq muddat se nahi hai ke aap so saal amal karen to paradise hai.</w:t>
      </w:r>
      <w:r>
        <w:br/>
      </w:r>
      <w:r>
        <w:rPr>
          <w:sz w:val="20"/>
        </w:rPr>
        <w:t>41:15  Nahi, ek din ka amal bhi aap ko paradise mein le ja sakta hai. Allah</w:t>
      </w:r>
      <w:r>
        <w:br/>
      </w:r>
      <w:r>
        <w:rPr>
          <w:sz w:val="20"/>
        </w:rPr>
        <w:t>41:29  ko aap ke amal ki, Allah aap ke amal ko quantitative term mein nahi dekhta, quality ki term mein dekhta hai.</w:t>
      </w:r>
      <w:r>
        <w:br/>
      </w:r>
      <w:r>
        <w:rPr>
          <w:sz w:val="20"/>
        </w:rPr>
        <w:t>41:41  Is baat ko achi tarah samajh lijiye ke Allah aap ke amal ko in terms of quantity nahi dekhta, woh in terms of quality dekhta hai.</w:t>
      </w:r>
      <w:r>
        <w:br/>
      </w:r>
      <w:r>
        <w:rPr>
          <w:sz w:val="20"/>
        </w:rPr>
        <w:t>41:53  To aap ke paas zindagi ka thoda sa waqt baqi hai, tab bhi aap in terms of quality kuch kar dikhaiye to Allah dor kar aap ke paas ayega aur jannat aap ko, farishte aap ko gifts ki tarah le ke khare ho jayenge aap ke paas.</w:t>
      </w:r>
      <w:r>
        <w:br/>
      </w:r>
      <w:r>
        <w:rPr>
          <w:sz w:val="20"/>
        </w:rPr>
        <w:t>42:14  It is quality that matters. Yaad rakhiye, Allah ke haan quality ki qeemat hai, quantity ki kuch bhi qeemat nahi hai, kuch bhi nahi hai.</w:t>
      </w:r>
      <w:r>
        <w:br/>
      </w:r>
      <w:r>
        <w:rPr>
          <w:sz w:val="20"/>
        </w:rPr>
        <w:t>42:27  To quality ek aisi cheez hai ke aap agar zindagi ka ek din aap mila hai, tab bhi aap is ko kar sakte hain. Maslan dekhiye, main ek waqia batata hoon aap ko ek shakhs ka.</w:t>
      </w:r>
      <w:r>
        <w:br/>
      </w:r>
      <w:r>
        <w:rPr>
          <w:sz w:val="20"/>
        </w:rPr>
        <w:t>42:46  Woh is ka case wahi tha jo aap ne bataya, wahi tha.</w:t>
      </w:r>
      <w:r>
        <w:br/>
      </w:r>
      <w:r>
        <w:rPr>
          <w:sz w:val="20"/>
        </w:rPr>
        <w:t>42:53  To jab umar zyada ho chuki thi to ek din is ne do rak'at namaz padhi aur phir dua karne laga.</w:t>
      </w:r>
      <w:r>
        <w:br/>
      </w:r>
      <w:r>
        <w:rPr>
          <w:sz w:val="20"/>
        </w:rPr>
        <w:t>43:04  Dua karne laga. Is ne kaha ke "Khuda ya, meri meri umar to khatm ho gayi lekin teri rehmat to khatm ho rahi nahi hai." Is ki zuban se nikla ke "Khuda ya,</w:t>
      </w:r>
      <w:r>
        <w:br/>
      </w:r>
      <w:r>
        <w:rPr>
          <w:sz w:val="20"/>
        </w:rPr>
        <w:t>43:20  meri umar to khatm ho gayi lekin teri rehmat to khatm ho rahi nahin."</w:t>
      </w:r>
      <w:r>
        <w:br/>
      </w:r>
      <w:r>
        <w:rPr>
          <w:sz w:val="20"/>
        </w:rPr>
        <w:t>43:28  yeh us us jumle ne ek mein nahin keh sakta ke kya hua akhirat mein, lekin mera guess</w:t>
      </w:r>
      <w:r>
        <w:br/>
      </w:r>
      <w:r>
        <w:rPr>
          <w:sz w:val="20"/>
        </w:rPr>
        <w:t>43:35  zaroori hai ke usne allah ko invoke kiya hoga uske in alfaz ne aur usko</w:t>
      </w:r>
      <w:r>
        <w:br/>
      </w:r>
      <w:r>
        <w:rPr>
          <w:sz w:val="20"/>
        </w:rPr>
        <w:t>43:44  wo sab kuch mil gaya hoga jo mazi mein usne kho diya tha.</w:t>
      </w:r>
      <w:r>
        <w:br/>
      </w:r>
      <w:r>
        <w:rPr>
          <w:sz w:val="20"/>
        </w:rPr>
        <w:t>43:51  Yeh mera guess hai.</w:t>
      </w:r>
      <w:r>
        <w:br/>
      </w:r>
      <w:r>
        <w:rPr>
          <w:sz w:val="20"/>
        </w:rPr>
        <w:t>43:56  Kaisa ajeeb is ki zuban se nikla tha yeh lafz ke "Khuda ya, meri umar to khatm ho gayi lekin teri rehmat to khatm ho rahi nahi hai."</w:t>
      </w:r>
      <w:r>
        <w:br/>
      </w:r>
      <w:r>
        <w:rPr>
          <w:sz w:val="20"/>
        </w:rPr>
        <w:t>44:11  To aap yeh is is is cheez ko le kar sochiye, woh jo aap ki soch hai woh sahi nahi hai. Is haqeeqat ko le kar sochiye to inshallah ek din bhi agar mil jaye zindagi mein aap ko to wahi kafi ho sakta hai aap ke jannat ke liye.</w:t>
      </w:r>
    </w:p>
    <w:p>
      <w:pPr>
        <w:pStyle w:val="Heading2"/>
      </w:pPr>
      <w:r>
        <w:t>Failing to pray despite CPS mission work</w:t>
      </w:r>
    </w:p>
    <w:p>
      <w:r>
        <w:rPr>
          <w:color w:val="666666"/>
          <w:sz w:val="18"/>
        </w:rPr>
        <w:t>Islah e Ummat August 10, 2014 · 49s · at 58:08 · https://youtu.be/a7ohKq4Xf0Y?t=3488</w:t>
      </w:r>
    </w:p>
    <w:p>
      <w:r>
        <w:rPr>
          <w:i/>
        </w:rPr>
        <w:t>“I am a very small worker of the CPS mission, trying to do all possible, but personally I am failing to perform the prayer.”</w:t>
      </w:r>
    </w:p>
    <w:p>
      <w:r>
        <w:rPr>
          <w:sz w:val="20"/>
        </w:rPr>
        <w:t>58:08  maulana jo agla sawal aaya hai woh kanpur se aaya hai aur aa muhammad moazzam ali sahib ne</w:t>
      </w:r>
      <w:r>
        <w:br/>
      </w:r>
      <w:r>
        <w:rPr>
          <w:sz w:val="20"/>
        </w:rPr>
        <w:t>58:15  بھیجا ہے انہوں نے لکھا ہے کہ I am a</w:t>
      </w:r>
      <w:r>
        <w:br/>
      </w:r>
      <w:r>
        <w:rPr>
          <w:sz w:val="20"/>
        </w:rPr>
        <w:t>58:19  very small worker of the mission of CPS I am trying to do all that is possible for me however personally I am failing to perform the namaz</w:t>
      </w:r>
      <w:r>
        <w:br/>
      </w:r>
      <w:r>
        <w:rPr>
          <w:sz w:val="20"/>
        </w:rPr>
        <w:t>58:32  maulana please pray for me and also tell me how can i devote myself for namaz</w:t>
      </w:r>
      <w:r>
        <w:br/>
      </w:r>
      <w:r>
        <w:rPr>
          <w:sz w:val="20"/>
        </w:rPr>
        <w:t>58:41  dikhye yeh sawal ki baat nahi hai yeh toh aap kitabein parhiye maslan hamari kitab hai saum o</w:t>
      </w:r>
      <w:r>
        <w:br/>
      </w:r>
      <w:r>
        <w:rPr>
          <w:sz w:val="20"/>
        </w:rPr>
        <w:t>58:49  salaat aap is ko parhiye aur bhi doosri kitabein hain</w:t>
      </w:r>
      <w:r>
        <w:br/>
      </w:r>
      <w:r>
        <w:rPr>
          <w:sz w:val="20"/>
        </w:rPr>
        <w:t>58:54  mutala barhaiye toh yeh cheez aap ki theek ho jaye gi</w:t>
      </w:r>
    </w:p>
    <w:p>
      <w:pPr>
        <w:pStyle w:val="Heading2"/>
      </w:pPr>
      <w:r>
        <w:t>Kashmiri identity and loyalty dilemma</w:t>
      </w:r>
    </w:p>
    <w:p>
      <w:r>
        <w:rPr>
          <w:color w:val="666666"/>
          <w:sz w:val="18"/>
        </w:rPr>
        <w:t>Save Yourself from Distraction August 21, 2016 · 50s · at 56:27 · https://youtu.be/wP3Dj-tccDQ?t=3387</w:t>
      </w:r>
    </w:p>
    <w:p>
      <w:r>
        <w:rPr>
          <w:i/>
        </w:rPr>
        <w:t>“Maulana sahib, I am Zahoor Ahmad Mir, a Kashmiri based in Kolkata, logically by Quran and Hadith, I am an Indian, but when something goes wrong in Kashmir, like present situation, my...”</w:t>
      </w:r>
    </w:p>
    <w:p>
      <w:r>
        <w:rPr>
          <w:sz w:val="20"/>
        </w:rPr>
        <w:t>56:27  molana, agla sawal zahoor mir sahib ny kia hai kolkatta se.</w:t>
      </w:r>
      <w:r>
        <w:br/>
      </w:r>
      <w:r>
        <w:rPr>
          <w:sz w:val="20"/>
        </w:rPr>
        <w:t>56:32  انہوں نے لکھا ہے: "مولانا صاحب، I am ظہور احمد میر، ا کشمیری based in کلکتہ، logically by</w:t>
      </w:r>
      <w:r>
        <w:br/>
      </w:r>
      <w:r>
        <w:rPr>
          <w:sz w:val="20"/>
        </w:rPr>
        <w:t>56:39  Quran and Hadith. I am an Indian, but when something goes wrong in Kashmir, like the present situation, my</w:t>
      </w:r>
      <w:r>
        <w:br/>
      </w:r>
      <w:r>
        <w:rPr>
          <w:sz w:val="20"/>
        </w:rPr>
        <w:t>56:47  heart goes for kashmeriz.</w:t>
      </w:r>
      <w:r>
        <w:br/>
      </w:r>
      <w:r>
        <w:rPr>
          <w:sz w:val="20"/>
        </w:rPr>
        <w:t>56:49  "Is this distraction or something else? What would you say to this?" Bhai, Kashmir ka issue ek political</w:t>
      </w:r>
      <w:r>
        <w:br/>
      </w:r>
      <w:r>
        <w:rPr>
          <w:sz w:val="20"/>
        </w:rPr>
        <w:t>56:57  issue hai to main is class mein mery khayal se is pe ziada bolna shayad theek na ho.</w:t>
      </w:r>
      <w:r>
        <w:br/>
      </w:r>
      <w:r>
        <w:rPr>
          <w:sz w:val="20"/>
        </w:rPr>
        <w:t>57:04  kaisa ji? hain molana, alag se wo phone kar ky ap se haan, agar aap calculate karain ji</w:t>
      </w:r>
      <w:r>
        <w:br/>
      </w:r>
      <w:r>
        <w:rPr>
          <w:sz w:val="20"/>
        </w:rPr>
        <w:t>57:12  to main alag se is ky bary mein apny khayalat bta sakta hoon.</w:t>
      </w:r>
    </w:p>
    <w:p>
      <w:pPr>
        <w:pStyle w:val="Heading1"/>
      </w:pPr>
      <w:r>
        <w:t>In the lectures (12)</w:t>
      </w:r>
    </w:p>
    <w:p>
      <w:pPr>
        <w:pStyle w:val="Heading2"/>
      </w:pPr>
      <w:r>
        <w:t>Help of God 17 Aug, 2019 - Maulana Wahiduddin Khan</w:t>
      </w:r>
    </w:p>
    <w:p>
      <w:r>
        <w:rPr>
          <w:color w:val="666666"/>
          <w:sz w:val="18"/>
        </w:rPr>
        <w:t>0:50 · https://youtu.be/AByIK_dLe0Q?t=50</w:t>
      </w:r>
    </w:p>
    <w:p>
      <w:r>
        <w:rPr>
          <w:i/>
        </w:rPr>
        <w:t>“اور جب میں بیمار ہوتا ہوں تو وہی مجھ کو شفا دیتا ہے۔ He who cures me when I am ill۔”</w:t>
      </w:r>
    </w:p>
    <w:p>
      <w:pPr>
        <w:pStyle w:val="Heading2"/>
      </w:pPr>
      <w:r>
        <w:t>Prophet of Islam as a Model for Mankind August 31, 2007</w:t>
      </w:r>
    </w:p>
    <w:p>
      <w:r>
        <w:rPr>
          <w:color w:val="666666"/>
          <w:sz w:val="18"/>
        </w:rPr>
        <w:t>24:46 · https://youtu.be/UKUzH7_OjKM?t=1486</w:t>
      </w:r>
    </w:p>
    <w:p>
      <w:r>
        <w:rPr>
          <w:i/>
        </w:rPr>
        <w:t>“the problem is an”</w:t>
      </w:r>
    </w:p>
    <w:p>
      <w:pPr>
        <w:pStyle w:val="Heading2"/>
      </w:pPr>
      <w:r>
        <w:t>Dars-e-Quran, Chapter 2 Verse 25 December 03, 2017</w:t>
      </w:r>
    </w:p>
    <w:p>
      <w:r>
        <w:rPr>
          <w:color w:val="666666"/>
          <w:sz w:val="18"/>
        </w:rPr>
        <w:t>21:18 · https://youtu.be/XdaA0-OrPgg?t=1278</w:t>
      </w:r>
    </w:p>
    <w:p>
      <w:r>
        <w:rPr>
          <w:i/>
        </w:rPr>
        <w:t>“میں نگلا ہوا انسان ہوں۔”</w:t>
      </w:r>
    </w:p>
    <w:p>
      <w:pPr>
        <w:pStyle w:val="Heading2"/>
      </w:pPr>
      <w:r>
        <w:t>God and Man I February 19, 2012 Maulana Wahiduddin Khan</w:t>
      </w:r>
    </w:p>
    <w:p>
      <w:r>
        <w:rPr>
          <w:color w:val="666666"/>
          <w:sz w:val="18"/>
        </w:rPr>
        <w:t>38:08 · https://youtu.be/8TP3nlGRZek?t=2288</w:t>
      </w:r>
    </w:p>
    <w:p>
      <w:r>
        <w:rPr>
          <w:i/>
        </w:rPr>
        <w:t>“میں تو ہیلپ لیس ہوں۔”</w:t>
      </w:r>
    </w:p>
    <w:p>
      <w:pPr>
        <w:pStyle w:val="Heading2"/>
      </w:pPr>
      <w:r>
        <w:t>Social Responsibility April 23, 2014 Maulana Wahiduddin Khan</w:t>
      </w:r>
    </w:p>
    <w:p>
      <w:r>
        <w:rPr>
          <w:color w:val="666666"/>
          <w:sz w:val="18"/>
        </w:rPr>
        <w:t>1:33 · https://youtu.be/Rjwky9MWSDM?t=93</w:t>
      </w:r>
    </w:p>
    <w:p>
      <w:r>
        <w:rPr>
          <w:i/>
        </w:rPr>
        <w:t>“لنگڑا آدمی، اور مریض۔”</w:t>
      </w:r>
    </w:p>
    <w:p>
      <w:pPr>
        <w:pStyle w:val="Heading2"/>
      </w:pPr>
      <w:r>
        <w:t>The Concept of Justice in Islam May 03, 2007</w:t>
      </w:r>
    </w:p>
    <w:p>
      <w:r>
        <w:rPr>
          <w:color w:val="666666"/>
          <w:sz w:val="18"/>
        </w:rPr>
        <w:t>54:37 · https://youtu.be/DY5SY8H554c?t=3277</w:t>
      </w:r>
    </w:p>
    <w:p>
      <w:r>
        <w:rPr>
          <w:i/>
        </w:rPr>
        <w:t>“not in a normal condition”</w:t>
      </w:r>
    </w:p>
    <w:p>
      <w:pPr>
        <w:pStyle w:val="Heading2"/>
      </w:pPr>
      <w:r>
        <w:t>Age of Alternatives April 05, 2015</w:t>
      </w:r>
    </w:p>
    <w:p>
      <w:r>
        <w:rPr>
          <w:color w:val="666666"/>
          <w:sz w:val="18"/>
        </w:rPr>
        <w:t>1:34 · https://youtu.be/4v0uCM2BZuA?t=94</w:t>
      </w:r>
    </w:p>
    <w:p>
      <w:r>
        <w:rPr>
          <w:i/>
        </w:rPr>
        <w:t>“میرے ساتھ ایک حادثہ پیش آیا، میں ہاسپٹلائز ہو گیا۔”</w:t>
      </w:r>
    </w:p>
    <w:p>
      <w:pPr>
        <w:pStyle w:val="Heading2"/>
      </w:pPr>
      <w:r>
        <w:t>The Importance of Tadabbur in Islam I 5 Dec . 2010 - Maulana Wahiduddin Khan</w:t>
      </w:r>
    </w:p>
    <w:p>
      <w:r>
        <w:rPr>
          <w:color w:val="666666"/>
          <w:sz w:val="18"/>
        </w:rPr>
        <w:t>24:21 · https://youtu.be/bkIRUAI3v8M?t=1461</w:t>
      </w:r>
    </w:p>
    <w:p>
      <w:r>
        <w:rPr>
          <w:i/>
        </w:rPr>
        <w:t>“کوئی بیماری ہو سکتی ہے۔”</w:t>
      </w:r>
    </w:p>
    <w:p>
      <w:pPr>
        <w:pStyle w:val="Heading2"/>
      </w:pPr>
      <w:r>
        <w:t>Islam and Terrorism February 10, 2009 Maulana Wahiduddin Khan</w:t>
      </w:r>
    </w:p>
    <w:p>
      <w:r>
        <w:rPr>
          <w:color w:val="666666"/>
          <w:sz w:val="18"/>
        </w:rPr>
        <w:t>46:31 · https://youtu.be/vCEjp0w7Qjo?t=2791</w:t>
      </w:r>
    </w:p>
    <w:p>
      <w:r>
        <w:rPr>
          <w:i/>
        </w:rPr>
        <w:t>“Okay. I think I have long”</w:t>
      </w:r>
    </w:p>
    <w:p>
      <w:pPr>
        <w:pStyle w:val="Heading2"/>
      </w:pPr>
      <w:r>
        <w:t>God and Man I February 19, 2012 Maulana Wahiduddin Khan</w:t>
      </w:r>
    </w:p>
    <w:p>
      <w:r>
        <w:rPr>
          <w:color w:val="666666"/>
          <w:sz w:val="18"/>
        </w:rPr>
        <w:t>36:09 · https://youtu.be/8TP3nlGRZek?t=2169</w:t>
      </w:r>
    </w:p>
    <w:p>
      <w:r>
        <w:rPr>
          <w:i/>
        </w:rPr>
        <w:t>“میری آکسیجن سپلائی کر رہا ہے۔”</w:t>
      </w:r>
    </w:p>
    <w:p>
      <w:pPr>
        <w:pStyle w:val="Heading2"/>
      </w:pPr>
      <w:r>
        <w:t>No Jihad, Only Management of Conflict 1 Dec 2019 - Maulana Wahiduddin Khan</w:t>
      </w:r>
    </w:p>
    <w:p>
      <w:r>
        <w:rPr>
          <w:color w:val="666666"/>
          <w:sz w:val="18"/>
        </w:rPr>
        <w:t>36:11 · https://youtu.be/afUhlMSCBCY?t=2171</w:t>
      </w:r>
    </w:p>
    <w:p>
      <w:r>
        <w:rPr>
          <w:i/>
        </w:rPr>
        <w:t>“جیسے کہ میں دہرا رہا ہوں۔”</w:t>
      </w:r>
    </w:p>
    <w:p>
      <w:pPr>
        <w:pStyle w:val="Heading2"/>
      </w:pPr>
      <w:r>
        <w:t>Tazkiyah and Self Criticism April 13, 2020 Maulana Wahiduddin Khan</w:t>
      </w:r>
    </w:p>
    <w:p>
      <w:r>
        <w:rPr>
          <w:color w:val="666666"/>
          <w:sz w:val="18"/>
        </w:rPr>
        <w:t>20:41 · https://youtu.be/D4pMJtT4vDg?t=1241</w:t>
      </w:r>
    </w:p>
    <w:p>
      <w:r>
        <w:rPr>
          <w:i/>
        </w:rPr>
        <w:t>“غلطی ڈھونڈتا ہوں۔”</w:t>
      </w:r>
    </w:p>
    <w:p>
      <w:pPr>
        <w:pStyle w:val="Heading1"/>
      </w:pPr>
      <w:r>
        <w:t>Clips (10)</w:t>
      </w:r>
    </w:p>
    <w:p>
      <w:pPr>
        <w:pStyle w:val="Heading2"/>
      </w:pPr>
      <w:r>
        <w:t>Political hate, shaitan, and true freedom</w:t>
      </w:r>
    </w:p>
    <w:p>
      <w:r>
        <w:rPr>
          <w:color w:val="666666"/>
          <w:sz w:val="18"/>
        </w:rPr>
        <w:t>Dars-e-Quran, Chapter 2 Verse 25 December 03, 2017 · 5m 10s · at 19:14 · https://youtu.be/XdaA0-OrPgg?t=1154</w:t>
      </w:r>
    </w:p>
    <w:p>
      <w:r>
        <w:rPr>
          <w:i/>
        </w:rPr>
        <w:t>“Duniya mein koi party, political party hai”</w:t>
      </w:r>
    </w:p>
    <w:p>
      <w:r>
        <w:rPr>
          <w:sz w:val="20"/>
        </w:rPr>
        <w:t>19:14  dunya mein koi party, political party hai, woh aap ko bura samajhti hai, aap ke khilaf qanoon banati hai۔</w:t>
      </w:r>
      <w:r>
        <w:br/>
      </w:r>
      <w:r>
        <w:rPr>
          <w:sz w:val="20"/>
        </w:rPr>
        <w:t>19:24  is ke bawajood to aap ne is se mohabbat ki۔ghore kijiye, aaj sari dunya mein logon ka haal yeh hai ke political ka partiyon se nafrat karte hain۔</w:t>
      </w:r>
      <w:r>
        <w:br/>
      </w:r>
      <w:r>
        <w:rPr>
          <w:sz w:val="20"/>
        </w:rPr>
        <w:t>19:37  kyun؟ woh samajhte hain ke mere khilaf qanoon nahi banaya is ne, mujhe jo dena chahiye tha woh use diya nahi۔</w:t>
      </w:r>
      <w:r>
        <w:br/>
      </w:r>
      <w:r>
        <w:rPr>
          <w:sz w:val="20"/>
        </w:rPr>
        <w:t>19:48  to political hate dunya mein sab se zyada hai۔aaj ki dunya mein sab se zyada jo cheez hai woh hai political hate۔</w:t>
      </w:r>
      <w:r>
        <w:br/>
      </w:r>
      <w:r>
        <w:rPr>
          <w:sz w:val="20"/>
        </w:rPr>
        <w:t>19:59  aaj ki dunya mein sab se zyada jo cheez hai, sab se zyada woh hai political hate۔yeh sari dunya mein hai،</w:t>
      </w:r>
      <w:r>
        <w:br/>
      </w:r>
      <w:r>
        <w:rPr>
          <w:sz w:val="20"/>
        </w:rPr>
        <w:t>20:09  yeh sari dunya mein۔aaj mein soch raha tha ke shaitan ne kaha tha jab dunya mein, jab dunya bani thi aur Allah taala se uska mukalama hua tha: "la tanukun zuriatahum illa qalila"۔</w:t>
      </w:r>
      <w:r>
        <w:br/>
      </w:r>
      <w:r>
        <w:rPr>
          <w:sz w:val="20"/>
        </w:rPr>
        <w:t>20:25  mein sab ko, mein sab ko nigal jaon ga, thore logon ko chhod kar۔nigalna kya hai؟</w:t>
      </w:r>
      <w:r>
        <w:br/>
      </w:r>
      <w:r>
        <w:rPr>
          <w:sz w:val="20"/>
        </w:rPr>
        <w:t>20:35  apne jaisa banaon ga, apne jaisa bana doon ga۔apne jaisa kya hai؟ shaitan nafrat ka putla hai۔</w:t>
      </w:r>
      <w:r>
        <w:br/>
      </w:r>
      <w:r>
        <w:rPr>
          <w:sz w:val="20"/>
        </w:rPr>
        <w:t>20:45  shaitan sartaapa nafrat hai۔</w:t>
      </w:r>
      <w:r>
        <w:br/>
      </w:r>
      <w:r>
        <w:rPr>
          <w:sz w:val="20"/>
        </w:rPr>
        <w:t>20:50  shaitan ka aaghaz hi nafrat se hua۔insan se nafrat hi is ne ki kyunke insan ko woh cheez de di gayi jo us ko nahi di gayi thi۔to nafrat, nafrat, nafrat۔</w:t>
      </w:r>
      <w:r>
        <w:br/>
      </w:r>
      <w:r>
        <w:rPr>
          <w:sz w:val="20"/>
        </w:rPr>
        <w:t>21:02  to jo aadmi nafrat mein jeeta hai, nafrat ka response deta hai, woh shaitan ke raste par bhai hai۔shaitan ke raste par yani woh gaya apne amal se dikha raha hai ke mujh ko shaitan ne nigal liya hai،</w:t>
      </w:r>
      <w:r>
        <w:br/>
      </w:r>
      <w:r>
        <w:rPr>
          <w:sz w:val="20"/>
        </w:rPr>
        <w:t>21:18  mein nigla hua insan hon۔</w:t>
      </w:r>
      <w:r>
        <w:br/>
      </w:r>
      <w:r>
        <w:rPr>
          <w:sz w:val="20"/>
        </w:rPr>
        <w:t>21:23  jo aadmi nafrat ka response de, nafrat ki boli bole, woh goya apne amal se dikha raha hai ke mujh ko mein ek nigla hua insan hon, mujhe shaitan ne nigal rakha hai،</w:t>
      </w:r>
      <w:r>
        <w:br/>
      </w:r>
      <w:r>
        <w:rPr>
          <w:sz w:val="20"/>
        </w:rPr>
        <w:t>21:38  mujhe sikhaya hai ke nafrat karo۔aur is dunya mein ek nai nafrat paida hui hai, woh hai political hate۔</w:t>
      </w:r>
      <w:r>
        <w:br/>
      </w:r>
      <w:r>
        <w:rPr>
          <w:sz w:val="20"/>
        </w:rPr>
        <w:t>21:51  sari dunya mein</w:t>
      </w:r>
      <w:r>
        <w:br/>
      </w:r>
      <w:r>
        <w:rPr>
          <w:sz w:val="20"/>
        </w:rPr>
        <w:t>21:56  political hate ki waja se aam ho gayi kyunke political hate ke peechay aik justification hota hota hai. shaitan ne aik bohat hi beautiful hate is zamane mein dunya mein phailai hai.</w:t>
      </w:r>
      <w:r>
        <w:br/>
      </w:r>
      <w:r>
        <w:rPr>
          <w:sz w:val="20"/>
        </w:rPr>
        <w:t>22:10  beautiful hate woh yeh hai ke shaitan ne, yeh jo shaitan ne kaha tha ke mein sab ko nigal jaunga, to shaitan bohat hi ziyada intelligent hai, bohat hi ziyada intelligent hai.</w:t>
      </w:r>
      <w:r>
        <w:br/>
      </w:r>
      <w:r>
        <w:rPr>
          <w:sz w:val="20"/>
        </w:rPr>
        <w:t>22:26  shaitan ne read kar ke jana, history ko read kiya hoga, insan ki nature ko read kiya hoga ke Allah taala ne chunke dunya ko banaya hai freedom ke base par,</w:t>
      </w:r>
      <w:r>
        <w:br/>
      </w:r>
      <w:r>
        <w:rPr>
          <w:sz w:val="20"/>
        </w:rPr>
        <w:t>22:42  Allah taala ne dunya mein har aadmi ko freedom di hai, har aadmi ko total freedom, har aadmi ko total freedom.</w:t>
      </w:r>
      <w:r>
        <w:br/>
      </w:r>
      <w:r>
        <w:rPr>
          <w:sz w:val="20"/>
        </w:rPr>
        <w:t>22:53  to kahin na kahin har aadmi ko doosre ki freedom se kuch na kuch takleef pohnche gi. jab har aadmi apna freedom istemal kar raha hai, har aadmi apna freedom istemal kar raha hai, to kahin na kahin aap ko tok lage gi.</w:t>
      </w:r>
      <w:r>
        <w:br/>
      </w:r>
      <w:r>
        <w:rPr>
          <w:sz w:val="20"/>
        </w:rPr>
        <w:t>23:14  jaise America mein kaha jata hai ke jab America mein azadi aayi to aik aadmi bohat khush hua ke aaj mein azaad hoon.</w:t>
      </w:r>
      <w:r>
        <w:br/>
      </w:r>
      <w:r>
        <w:rPr>
          <w:sz w:val="20"/>
        </w:rPr>
        <w:t>23:25  woh ghar se nikla aur apna hath aise aise karta hua nikal raha tha, chal raha tha sarak mein unruly andaaz mein. to kisi koi aadmi doosra chal raha tha road par, us ke us ki nose, us ki nose par us ka hath lag gaya.</w:t>
      </w:r>
      <w:r>
        <w:br/>
      </w:r>
      <w:r>
        <w:rPr>
          <w:sz w:val="20"/>
        </w:rPr>
        <w:t>23:45  to us ne kaha: "why this nonsense nonsense? why you hit my nose? why you hit my nose?" us ne kaha ke aaj mein azaad hoon, jo chahoon karoon.</w:t>
      </w:r>
      <w:r>
        <w:br/>
      </w:r>
      <w:r>
        <w:rPr>
          <w:sz w:val="20"/>
        </w:rPr>
        <w:t>24:00  to us ne kaha ke: "my brother, your freedom ends where my nose begins.</w:t>
      </w:r>
      <w:r>
        <w:br/>
      </w:r>
      <w:r>
        <w:rPr>
          <w:sz w:val="20"/>
        </w:rPr>
        <w:t>24:12  tumhari azadi wahan khatam ho jati hai jahan meri nose shuru hoti hai, jahan meri naak shuru hoti hai." yeh waqia jo hai aik secular waqia hai, secular waqia.</w:t>
      </w:r>
    </w:p>
    <w:p>
      <w:pPr>
        <w:pStyle w:val="Heading2"/>
      </w:pPr>
      <w:r>
        <w:t>Why blind, lame, sick were exempted from war duty</w:t>
      </w:r>
    </w:p>
    <w:p>
      <w:r>
        <w:rPr>
          <w:color w:val="666666"/>
          <w:sz w:val="18"/>
        </w:rPr>
        <w:t>Social Responsibility April 23, 2014 Maulana Wahiduddin Khan · 1m 27s · at 1:19 · https://youtu.be/Rjwky9MWSDM?t=79</w:t>
      </w:r>
    </w:p>
    <w:p>
      <w:r>
        <w:rPr>
          <w:i/>
        </w:rPr>
        <w:t>“Teen aise aadmiyon ka zikr hai jinko jang se mustasna rakha gaya”</w:t>
      </w:r>
    </w:p>
    <w:p>
      <w:r>
        <w:rPr>
          <w:sz w:val="20"/>
        </w:rPr>
        <w:t>1:19  teen aise aadmiyon ka zikr hai jin ko jang mein shirkat se mustasna, yani exempt, rakha gaya hai: andha aadmi,</w:t>
      </w:r>
      <w:r>
        <w:br/>
      </w:r>
      <w:r>
        <w:rPr>
          <w:sz w:val="20"/>
        </w:rPr>
        <w:t>1:33  langra aadmi, aur mareez.</w:t>
      </w:r>
      <w:r>
        <w:br/>
      </w:r>
      <w:r>
        <w:rPr>
          <w:sz w:val="20"/>
        </w:rPr>
        <w:t>1:38  to dekhiye, yeh ayat is zamane ki hai, yaani seventh century ke first quarter ki. Is zamane mein regular aadmi ka tasawwur nahi hota tha.</w:t>
      </w:r>
      <w:r>
        <w:br/>
      </w:r>
      <w:r>
        <w:rPr>
          <w:sz w:val="20"/>
        </w:rPr>
        <w:t>1:53  Is zamane mein yeh hota tha ke jab koi attack ho, koi jang ki soorat pesh aaye, to elaan kiya jata tha, aur elaan ke baad log apna naam pesh karte thay.</w:t>
      </w:r>
      <w:r>
        <w:br/>
      </w:r>
      <w:r>
        <w:rPr>
          <w:sz w:val="20"/>
        </w:rPr>
        <w:t>2:08  Is tarah se fauj banti thi aur woh aage badhti thi. Ab yeh ab yeh tareeqa khatm ho chuka hai.</w:t>
      </w:r>
      <w:r>
        <w:br/>
      </w:r>
      <w:r>
        <w:rPr>
          <w:sz w:val="20"/>
        </w:rPr>
        <w:t>2:18  Ab regular army ka zamana hai, yaani jo state hoti hai, woh baqayda</w:t>
      </w:r>
      <w:r>
        <w:br/>
      </w:r>
      <w:r>
        <w:rPr>
          <w:sz w:val="20"/>
        </w:rPr>
        <w:t>2:27  bharti karti hai, recruit karti hai, training karti hai, aur regular tor par in ko rakha jata hai.</w:t>
      </w:r>
      <w:r>
        <w:br/>
      </w:r>
      <w:r>
        <w:rPr>
          <w:sz w:val="20"/>
        </w:rPr>
        <w:t>2:35  In ka sara kharch, in ka sara intizam karti hai. To yeh regular army se pehle zamane ki baat hai.</w:t>
      </w:r>
    </w:p>
    <w:p>
      <w:pPr>
        <w:pStyle w:val="Heading2"/>
      </w:pPr>
      <w:r>
        <w:t>Hospitalized 16 weeks, yet classes never stopped</w:t>
      </w:r>
    </w:p>
    <w:p>
      <w:r>
        <w:rPr>
          <w:color w:val="666666"/>
          <w:sz w:val="18"/>
        </w:rPr>
        <w:t>Age of Alternatives April 05, 2015 · 2m 34s · at 0:56 · https://youtu.be/4v0uCM2BZuA?t=56</w:t>
      </w:r>
    </w:p>
    <w:p>
      <w:r>
        <w:rPr>
          <w:i/>
        </w:rPr>
        <w:t>“Every Sunday there is a spiritual class since 2001”</w:t>
      </w:r>
    </w:p>
    <w:p>
      <w:r>
        <w:rPr>
          <w:sz w:val="20"/>
        </w:rPr>
        <w:t>0:56  har Sunday ko spiritual class hoti hai. Yeh silsila 2001 se jaari hai, aur is darmiyan kabhi gap nahi hua.</w:t>
      </w:r>
      <w:r>
        <w:br/>
      </w:r>
      <w:r>
        <w:rPr>
          <w:sz w:val="20"/>
        </w:rPr>
        <w:t>1:16  pichle dino ek ajeeb waqia hua ke 12 December ko</w:t>
      </w:r>
      <w:r>
        <w:br/>
      </w:r>
      <w:r>
        <w:rPr>
          <w:sz w:val="20"/>
        </w:rPr>
        <w:t>1:34  mere sath ek hadsa pesh aya, mein hospitalize ho gaya.</w:t>
      </w:r>
      <w:r>
        <w:br/>
      </w:r>
      <w:r>
        <w:rPr>
          <w:sz w:val="20"/>
        </w:rPr>
        <w:t>1:43  is ke baad, yaani 16 haftay tak, mein yahan personally nahi aa saka.</w:t>
      </w:r>
      <w:r>
        <w:br/>
      </w:r>
      <w:r>
        <w:rPr>
          <w:sz w:val="20"/>
        </w:rPr>
        <w:t>1:55  aaj 16 haftay ke baad pehli bar mein yahan personally aaya hoon. Lekin is pure 16 haftay mein jo weekly program hamare hote hain, wo sab jaari rahe.</w:t>
      </w:r>
      <w:r>
        <w:br/>
      </w:r>
      <w:r>
        <w:rPr>
          <w:sz w:val="20"/>
        </w:rPr>
        <w:t>2:14  wo sab barabar jaari rahe, koi farq nahi pada. Yaani meri speech aur meri tasweer ke sath yahan log dekhte rahe.</w:t>
      </w:r>
      <w:r>
        <w:br/>
      </w:r>
      <w:r>
        <w:rPr>
          <w:sz w:val="20"/>
        </w:rPr>
        <w:t>2:26  yeh kaise hua ke mein yahan mojood na rahoon aur program is tarah rahe, hota rahe jaise ke mein yahan mojood hoon?</w:t>
      </w:r>
      <w:r>
        <w:br/>
      </w:r>
      <w:r>
        <w:rPr>
          <w:sz w:val="20"/>
        </w:rPr>
        <w:t>2:43  yeh kaise hua? Yaani absence ke bawajood presence.</w:t>
      </w:r>
      <w:r>
        <w:br/>
      </w:r>
      <w:r>
        <w:rPr>
          <w:sz w:val="20"/>
        </w:rPr>
        <w:t>2:53  yeh anokha waqia hua through alternative arrangement. Modern technology ne yeh moqa diya hai ke aap is tarah ka alternative arrangement kar saken ke mein yahan mojood na rahoon, yaani speaker yahan mojood na rahe, phir bhi log speaker ko dekhen aur us ki awaz ko sunen.</w:t>
      </w:r>
      <w:r>
        <w:br/>
      </w:r>
      <w:r>
        <w:rPr>
          <w:sz w:val="20"/>
        </w:rPr>
        <w:t>3:19  to yeh Allah taala ka bohat bara inaam tha jo modern technology ki soorat mein Allah ne hamein faraham kiya.</w:t>
      </w:r>
    </w:p>
    <w:p>
      <w:pPr>
        <w:pStyle w:val="Heading2"/>
      </w:pPr>
      <w:r>
        <w:t>Feeling Prophet's presence through words</w:t>
      </w:r>
    </w:p>
    <w:p>
      <w:r>
        <w:rPr>
          <w:color w:val="666666"/>
          <w:sz w:val="18"/>
        </w:rPr>
        <w:t>No Jihad, Only Management of Conflict 1 Dec 2019 - Maulana Wahiduddin Khan · 2m 36s · at 35:52 · https://youtu.be/afUhlMSCBCY?t=2152</w:t>
      </w:r>
    </w:p>
    <w:p>
      <w:r>
        <w:rPr>
          <w:i/>
        </w:rPr>
        <w:t>“میں اکثر پڑھتا ہوں یا حی یا قیوم بلا پتہ کا تغیر”</w:t>
      </w:r>
    </w:p>
    <w:p>
      <w:r>
        <w:rPr>
          <w:sz w:val="20"/>
        </w:rPr>
        <w:t>35:52  mein mislan mein ab misaal deta hoon. mein aksar parhta hoon. ya hayyu ya qayyum. bila pata ka taghayur.</w:t>
      </w:r>
      <w:r>
        <w:br/>
      </w:r>
      <w:r>
        <w:rPr>
          <w:sz w:val="20"/>
        </w:rPr>
        <w:t>36:02  toh ek zinda taluq qaim hota hai Allah Rasool Allah se. ke Rasool Allah ne aise kaha tha. mein bhi wohi bol raha hoon. same boli.</w:t>
      </w:r>
      <w:r>
        <w:br/>
      </w:r>
      <w:r>
        <w:rPr>
          <w:sz w:val="20"/>
        </w:rPr>
        <w:t>36:11  jaise ke mein dohra raha hoon.</w:t>
      </w:r>
      <w:r>
        <w:br/>
      </w:r>
      <w:r>
        <w:rPr>
          <w:sz w:val="20"/>
        </w:rPr>
        <w:t>36:14  ji. jaise ke Rasool Allah kehte honge wohi kaha hua mein bhi dohra raha hoon.</w:t>
      </w:r>
      <w:r>
        <w:br/>
      </w:r>
      <w:r>
        <w:rPr>
          <w:sz w:val="20"/>
        </w:rPr>
        <w:t>36:23  aisa lagta hai mujhe ke mein dohra raha hoon. kya samjhe aap? yani jab yeh aap yeh kehte hain ke ya hayyu ya qayyum toh aap ko aisa mehsoos hota hai ke mein wohi alfaaz bol raha hoon jo Rasool Allah ne kaha tha.</w:t>
      </w:r>
      <w:r>
        <w:br/>
      </w:r>
      <w:r>
        <w:rPr>
          <w:sz w:val="20"/>
        </w:rPr>
        <w:t>36:38  toh is se ek zinda taluq paida hota hai. haan. woh bhi wohi bol rahe hain, mein bhi wohi bol raha hoon. ji.</w:t>
      </w:r>
      <w:r>
        <w:br/>
      </w:r>
      <w:r>
        <w:rPr>
          <w:sz w:val="20"/>
        </w:rPr>
        <w:t>36:44  hain? bilkul. toh kaisi ajeeb baat hai. bohat ajeeb baat hai. toh hamare ulma jante hain in baton ko?</w:t>
      </w:r>
      <w:r>
        <w:br/>
      </w:r>
      <w:r>
        <w:rPr>
          <w:sz w:val="20"/>
        </w:rPr>
        <w:t>36:52  bilkul nahin jante Maulana. hum log bhi aap hi se jaan paye.</w:t>
      </w:r>
      <w:r>
        <w:br/>
      </w:r>
      <w:r>
        <w:rPr>
          <w:sz w:val="20"/>
        </w:rPr>
        <w:t>37:02  jab mein kehta hoon khaas taur par subah ko jab uthta hoon na toh bar bar kehta hoon ya hayyu ya qayyum bila pata ka taghayur.</w:t>
      </w:r>
      <w:r>
        <w:br/>
      </w:r>
      <w:r>
        <w:rPr>
          <w:sz w:val="20"/>
        </w:rPr>
        <w:t>37:16  ya hayyu ya qayyum bila pata ka taghayur. toh jaisa lagta hai ke mein aur Rasool Allah baithe mukalima kar rahe hain.</w:t>
      </w:r>
      <w:r>
        <w:br/>
      </w:r>
      <w:r>
        <w:rPr>
          <w:sz w:val="20"/>
        </w:rPr>
        <w:t>37:30  ji? mein aur Rasool Allah sath baithe hue mukalima kar rahe hain. kya khayal hai aap ka</w:t>
      </w:r>
      <w:r>
        <w:br/>
      </w:r>
      <w:r>
        <w:rPr>
          <w:sz w:val="20"/>
        </w:rPr>
        <w:t>37:40  ? bohat ajeeb baat hai Maulana.</w:t>
      </w:r>
      <w:r>
        <w:br/>
      </w:r>
      <w:r>
        <w:rPr>
          <w:sz w:val="20"/>
        </w:rPr>
        <w:t>37:48  yeh ji yeh lage aap ko ke Rasool Allah bhi baithe hue hain aur aap is ke sath mukalima kar rahe hain. woh bhi kar rahe hain, aap bhi bol rahe hain.</w:t>
      </w:r>
      <w:r>
        <w:br/>
      </w:r>
      <w:r>
        <w:rPr>
          <w:sz w:val="20"/>
        </w:rPr>
        <w:t>37:57  wohi wahi same boli hai.</w:t>
      </w:r>
      <w:r>
        <w:br/>
      </w:r>
      <w:r>
        <w:rPr>
          <w:sz w:val="20"/>
        </w:rPr>
        <w:t>38:03  toh sohbat Rasool aaj bhi mili hui hai. bawaasta zameen zaban.</w:t>
      </w:r>
      <w:r>
        <w:br/>
      </w:r>
      <w:r>
        <w:rPr>
          <w:sz w:val="20"/>
        </w:rPr>
        <w:t>38:14  ab jab sohbat mein bhi toh zaban hi ke waaste se hota. agar aap sach much wahan hote tab bhi toh zaban ke waaste se hota. toh sohbat Rasool aap ko bawaasta zaban mili hui hai aaj bhi.</w:t>
      </w:r>
    </w:p>
    <w:p>
      <w:pPr>
        <w:pStyle w:val="Heading2"/>
      </w:pPr>
      <w:r>
        <w:t>Don't hide flaws use diary for self criticism</w:t>
      </w:r>
    </w:p>
    <w:p>
      <w:r>
        <w:rPr>
          <w:color w:val="666666"/>
          <w:sz w:val="18"/>
        </w:rPr>
        <w:t>Tazkiyah and Self Criticism April 13, 2020 Maulana Wahiduddin Khan · 3m 34s · at 20:09 · https://youtu.be/D4pMJtT4vDg?t=1209</w:t>
      </w:r>
    </w:p>
    <w:p>
      <w:r>
        <w:rPr>
          <w:i/>
        </w:rPr>
        <w:t>“Apni skoot nahi karna”</w:t>
      </w:r>
    </w:p>
    <w:p>
      <w:r>
        <w:rPr>
          <w:sz w:val="20"/>
        </w:rPr>
        <w:t>20:09  apni scot nahi karna. apni scot nahi. log karte hain doosron ki scot nahi.</w:t>
      </w:r>
      <w:r>
        <w:br/>
      </w:r>
      <w:r>
        <w:rPr>
          <w:sz w:val="20"/>
        </w:rPr>
        <w:t>20:18  lekin jo aadmi chahta ho apne ko</w:t>
      </w:r>
      <w:r>
        <w:br/>
      </w:r>
      <w:r>
        <w:rPr>
          <w:sz w:val="20"/>
        </w:rPr>
        <w:t>20:24  madah kar sakte banana, madah kar to us ko aag dalni pare gi apni scot mein. My habit, by the grace of Allah, is this</w:t>
      </w:r>
      <w:r>
        <w:br/>
      </w:r>
      <w:r>
        <w:rPr>
          <w:sz w:val="20"/>
        </w:rPr>
        <w:t>20:35  ke main doosron ki ghalti dhoondta hi nahi. apni</w:t>
      </w:r>
      <w:r>
        <w:br/>
      </w:r>
      <w:r>
        <w:rPr>
          <w:sz w:val="20"/>
        </w:rPr>
        <w:t>20:41  ghalti dhoondta hoon.</w:t>
      </w:r>
      <w:r>
        <w:br/>
      </w:r>
      <w:r>
        <w:rPr>
          <w:sz w:val="20"/>
        </w:rPr>
        <w:t>20:45  main doosron ki ghalti ko sochta bhi nahi. main</w:t>
      </w:r>
      <w:r>
        <w:br/>
      </w:r>
      <w:r>
        <w:rPr>
          <w:sz w:val="20"/>
        </w:rPr>
        <w:t>20:52  apni ghalti ko sochta hoon. yeh meri aadat hai. yeh aadat daliye ya asal mein us ko us ko apni habit mein shamil kijiye.</w:t>
      </w:r>
      <w:r>
        <w:br/>
      </w:r>
      <w:r>
        <w:rPr>
          <w:sz w:val="20"/>
        </w:rPr>
        <w:t>21:11  main ne main ne naujawani ki umar se yeh kiya ke main ne aik aik diary banai. diary.</w:t>
      </w:r>
      <w:r>
        <w:br/>
      </w:r>
      <w:r>
        <w:rPr>
          <w:sz w:val="20"/>
        </w:rPr>
        <w:t>21:22  is diary ko</w:t>
      </w:r>
      <w:r>
        <w:br/>
      </w:r>
      <w:r>
        <w:rPr>
          <w:sz w:val="20"/>
        </w:rPr>
        <w:t>21:27  main ne apni ghalti likhne ka zariya banaya.</w:t>
      </w:r>
      <w:r>
        <w:br/>
      </w:r>
      <w:r>
        <w:rPr>
          <w:sz w:val="20"/>
        </w:rPr>
        <w:t>21:34  asal mein main ne aik qissa parha tha France ke badshah ka. to aap jante honge ke</w:t>
      </w:r>
      <w:r>
        <w:br/>
      </w:r>
      <w:r>
        <w:rPr>
          <w:sz w:val="20"/>
        </w:rPr>
        <w:t>21:45  diary likhne ke mizaj European logon mein bohat bohat hai. diary maintain karna. to France ka aik badshah tha, woh har din kuch likhta tha.</w:t>
      </w:r>
      <w:r>
        <w:br/>
      </w:r>
      <w:r>
        <w:rPr>
          <w:sz w:val="20"/>
        </w:rPr>
        <w:t>21:59  har din.</w:t>
      </w:r>
      <w:r>
        <w:br/>
      </w:r>
      <w:r>
        <w:rPr>
          <w:sz w:val="20"/>
        </w:rPr>
        <w:t>22:04  to aik woh uska zyada tar jo hota tha, woh shikar karta tha. woh</w:t>
      </w:r>
      <w:r>
        <w:br/>
      </w:r>
      <w:r>
        <w:rPr>
          <w:sz w:val="20"/>
        </w:rPr>
        <w:t>22:14  to har din woh us ne kiya shikar kiya, woh likhta tha. to aik din aisa hua</w:t>
      </w:r>
      <w:r>
        <w:br/>
      </w:r>
      <w:r>
        <w:rPr>
          <w:sz w:val="20"/>
        </w:rPr>
        <w:t>22:21  ke woh</w:t>
      </w:r>
      <w:r>
        <w:br/>
      </w:r>
      <w:r>
        <w:rPr>
          <w:sz w:val="20"/>
        </w:rPr>
        <w:t>22:26  shikar ke liye gaya jangl mein.</w:t>
      </w:r>
      <w:r>
        <w:br/>
      </w:r>
      <w:r>
        <w:rPr>
          <w:sz w:val="20"/>
        </w:rPr>
        <w:t>22:32  qadeem zamane mein yeh sab ate the logon mein. to aik din woh badshah, us zamane mein shikar hota tha zyada tar</w:t>
      </w:r>
      <w:r>
        <w:br/>
      </w:r>
      <w:r>
        <w:rPr>
          <w:sz w:val="20"/>
        </w:rPr>
        <w:t>22:47  teer kaman se. zyada tar teer kaman se. to aik din aisa hua ke jab badshah loota to us ke paas likhne ke liye kuch nahi tha.</w:t>
      </w:r>
      <w:r>
        <w:br/>
      </w:r>
      <w:r>
        <w:rPr>
          <w:sz w:val="20"/>
        </w:rPr>
        <w:t>23:05  kyun nahi? aaj yeh shikar kiya, aaj main ne aisa kiya, aaj main ne usay kiya. yani koi yaft wali baat nahi thi.</w:t>
      </w:r>
      <w:r>
        <w:br/>
      </w:r>
      <w:r>
        <w:rPr>
          <w:sz w:val="20"/>
        </w:rPr>
        <w:t>23:16  to main isi din, us us badshah ne abhi us din ki diary mein likha: Nothing. Nothing.</w:t>
      </w:r>
      <w:r>
        <w:br/>
      </w:r>
      <w:r>
        <w:rPr>
          <w:sz w:val="20"/>
        </w:rPr>
        <w:t>23:27  is se main ne us ka aadat bana liya apni ke apni Nothing ko jano.</w:t>
      </w:r>
      <w:r>
        <w:br/>
      </w:r>
      <w:r>
        <w:rPr>
          <w:sz w:val="20"/>
        </w:rPr>
        <w:t>23:34  apni Nothing ko jano.</w:t>
      </w:r>
    </w:p>
    <w:p>
      <w:pPr>
        <w:pStyle w:val="Heading2"/>
      </w:pPr>
      <w:r>
        <w:t>30-year effort to get published in India's top newspaper</w:t>
      </w:r>
    </w:p>
    <w:p>
      <w:r>
        <w:rPr>
          <w:color w:val="666666"/>
          <w:sz w:val="18"/>
        </w:rPr>
        <w:t>Realistic Approach 30 March, 2014 · 5m 45s · at 7:14 · https://youtu.be/HIFxmWWiEG4?t=434</w:t>
      </w:r>
    </w:p>
    <w:p>
      <w:r>
        <w:rPr>
          <w:i/>
        </w:rPr>
        <w:t>“I came to Delhi in 1967 believing Muslim magazines were worthless.”</w:t>
      </w:r>
    </w:p>
    <w:p>
      <w:r>
        <w:rPr>
          <w:sz w:val="20"/>
        </w:rPr>
        <w:t>7:14  is se aap samjhiye ke masla kahan hai. main dilli aaya 1967 mein. 1967 mein.</w:t>
      </w:r>
      <w:r>
        <w:br/>
      </w:r>
      <w:r>
        <w:rPr>
          <w:sz w:val="20"/>
        </w:rPr>
        <w:t>7:26  to us waqt se meri yeh soch yeh thi ke musalman jo parche nikalte hain idhar udhar, is ki koi value nahin. bohat se parche musalman nikal rakhe hain english mein.</w:t>
      </w:r>
      <w:r>
        <w:br/>
      </w:r>
      <w:r>
        <w:rPr>
          <w:sz w:val="20"/>
        </w:rPr>
        <w:t>7:37  main english ki baat kar raha hoon.</w:t>
      </w:r>
      <w:r>
        <w:br/>
      </w:r>
      <w:r>
        <w:rPr>
          <w:sz w:val="20"/>
        </w:rPr>
        <w:t>7:40  in ke kuch bhi, one percent bhi, in ki koi value nahin hai. kyun? aap nikalte hain, aap parcha nikalte hain ke log parhen.</w:t>
      </w:r>
      <w:r>
        <w:br/>
      </w:r>
      <w:r>
        <w:rPr>
          <w:sz w:val="20"/>
        </w:rPr>
        <w:t>7:51  general public parhe. woh koi parhta hi nahin. is ki readership jo hai, unhi logon mein rehti hai jo nikalte hain. khud hi nikalte hain, khud hi parhte hain.</w:t>
      </w:r>
      <w:r>
        <w:br/>
      </w:r>
      <w:r>
        <w:rPr>
          <w:sz w:val="20"/>
        </w:rPr>
        <w:t>8:03  jo general readership hai, us ko is se koi matlab nahin. koi is ko parhta parhta nahin.</w:t>
      </w:r>
      <w:r>
        <w:br/>
      </w:r>
      <w:r>
        <w:rPr>
          <w:sz w:val="20"/>
        </w:rPr>
        <w:t>8:10  to mera shuru se yeh tha ke jo national dailies hain, jo national press hai, us mein aana chahiye. community press mein koi cheez chhape, is ki koi value nahin hoti.</w:t>
      </w:r>
      <w:r>
        <w:br/>
      </w:r>
      <w:r>
        <w:rPr>
          <w:sz w:val="20"/>
        </w:rPr>
        <w:t>8:24  to musalmanon ke jo parche hain, woh sab un ko kaha jata hai community press. koi value nahin in ki. one percent bhi koi value nahin hai. agli cheez hai ke jo national press hai, wahan chhape aap ki cheezen.</w:t>
      </w:r>
      <w:r>
        <w:br/>
      </w:r>
      <w:r>
        <w:rPr>
          <w:sz w:val="20"/>
        </w:rPr>
        <w:t>8:38  to log is ko jab main kehta tha, log is ko badness batate thay. badness. kehte hain ke national press jo hai, woh to hamare to mutasir hai.</w:t>
      </w:r>
      <w:r>
        <w:br/>
      </w:r>
      <w:r>
        <w:rPr>
          <w:sz w:val="20"/>
        </w:rPr>
        <w:t>8:48  is ko to hum se, hamare baray mein negative hai. woh kahan chhapay ga? one to all, har aadmi yahi kehta tha ke aap aik, aap aik aisa khwab dekh rahe hain jo kabhi poora hone wala nahin hai.</w:t>
      </w:r>
      <w:r>
        <w:br/>
      </w:r>
      <w:r>
        <w:rPr>
          <w:sz w:val="20"/>
        </w:rPr>
        <w:t>9:02  kyun ke jo national press hai, woh aap ki cheez kabhi nahin chhapay ga. woh to mutasir hai.</w:t>
      </w:r>
      <w:r>
        <w:br/>
      </w:r>
      <w:r>
        <w:rPr>
          <w:sz w:val="20"/>
        </w:rPr>
        <w:t>9:08  aap jante hain ke india ka top ka parcha hai times of india. to main chahta tha ke mere mazameen times of india chhapen. to jante hain, main ne kya kiya?</w:t>
      </w:r>
      <w:r>
        <w:br/>
      </w:r>
      <w:r>
        <w:rPr>
          <w:sz w:val="20"/>
        </w:rPr>
        <w:t>9:22  30 saal ki effort ki, tab ja ke parcha mera parha maloom chhapa tha times of india mein. aur aaj regular chhapta hai.</w:t>
      </w:r>
      <w:r>
        <w:br/>
      </w:r>
      <w:r>
        <w:rPr>
          <w:sz w:val="20"/>
        </w:rPr>
        <w:t>9:31  30 saal ki effort ke baad main ne yeh kiya ke main daily times of india parhne laga.</w:t>
      </w:r>
      <w:r>
        <w:br/>
      </w:r>
      <w:r>
        <w:rPr>
          <w:sz w:val="20"/>
        </w:rPr>
        <w:t>9:39  aik zamana tha ke main daily aath akhbar parhta tha. aath akhbar. is mein se aik times of india hota tha.</w:t>
      </w:r>
      <w:r>
        <w:br/>
      </w:r>
      <w:r>
        <w:rPr>
          <w:sz w:val="20"/>
        </w:rPr>
        <w:t>9:48  to daily mein times of india parhta tha ke is ka test kya hai, is ki requirement kya hai, is ka yani kin kin cheezon ko select karta hai chhapne ke liye.</w:t>
      </w:r>
      <w:r>
        <w:br/>
      </w:r>
      <w:r>
        <w:rPr>
          <w:sz w:val="20"/>
        </w:rPr>
        <w:t>10:00  to 30 saal beet gaye yeh janne ke liye. aur bhejta tha, un ke liye likhta tha mazmoon.</w:t>
      </w:r>
      <w:r>
        <w:br/>
      </w:r>
      <w:r>
        <w:rPr>
          <w:sz w:val="20"/>
        </w:rPr>
        <w:t>10:08  pehla mazmoon jo chhaapa hai mera times of india mein, woh chhaapa hai 15 september 1997 ko. jo 67 se le kar 97 tak 30 saal hain.</w:t>
      </w:r>
      <w:r>
        <w:br/>
      </w:r>
      <w:r>
        <w:rPr>
          <w:sz w:val="20"/>
        </w:rPr>
        <w:t>10:22  67 se le kar 97 tak 30 saal hain. 30 saal tak main times of india parhta raha, parhta raha, parhta. daily, daily, daily.</w:t>
      </w:r>
      <w:r>
        <w:br/>
      </w:r>
      <w:r>
        <w:rPr>
          <w:sz w:val="20"/>
        </w:rPr>
        <w:t>10:34  tab mera pehla mazmoon chhaapa times of india mein 15 september 1997 ko. us waqt Girilal Jain times of india ke editor thay.</w:t>
      </w:r>
      <w:r>
        <w:br/>
      </w:r>
      <w:r>
        <w:rPr>
          <w:sz w:val="20"/>
        </w:rPr>
        <w:t>10:46  un ko bhi musalman kaha jata hai. woh to bara mutasir hai, bara mutasir hai. Girilal Jain ne mera pehla mazmoon chhapa. is ka title tha "Not by Grievances Alone".</w:t>
      </w:r>
      <w:r>
        <w:br/>
      </w:r>
      <w:r>
        <w:rPr>
          <w:sz w:val="20"/>
        </w:rPr>
        <w:t>11:00  matlab shikayat kafi nahin. "naat bai grivansiz alon". yeh mazmoon shamil hai meri kitab "an indian muslims ap past lok" mein.</w:t>
      </w:r>
      <w:r>
        <w:br/>
      </w:r>
      <w:r>
        <w:rPr>
          <w:sz w:val="20"/>
        </w:rPr>
        <w:t>11:14  is ko aap parh sakte hain.</w:t>
      </w:r>
      <w:r>
        <w:br/>
      </w:r>
      <w:r>
        <w:rPr>
          <w:sz w:val="20"/>
        </w:rPr>
        <w:t>11:18  to jis cheez ko woh kehte thay ta'assub, woh woh yaani woh kya tha? fals fit mein jeena tha.</w:t>
      </w:r>
      <w:r>
        <w:br/>
      </w:r>
      <w:r>
        <w:rPr>
          <w:sz w:val="20"/>
        </w:rPr>
        <w:t>11:27  fals fit mein jeena.</w:t>
      </w:r>
      <w:r>
        <w:br/>
      </w:r>
      <w:r>
        <w:rPr>
          <w:sz w:val="20"/>
        </w:rPr>
        <w:t>11:30  koi dunya mutasir nahin hai. koi hamara dushman nahin hai. koi kis ko fursat nahin kaha hua? kharab sazish kare. cheez yeh hai ke hum is ka jo standerd hai, is standerd par apnay aap ko pesh karen.</w:t>
      </w:r>
      <w:r>
        <w:br/>
      </w:r>
      <w:r>
        <w:rPr>
          <w:sz w:val="20"/>
        </w:rPr>
        <w:t>11:46  jaise aik glass hai. market mein jis standerd ka glass ki jo requirement hai, us ke mutabiq glass banayenge to log daur ke khareeden ge.</w:t>
      </w:r>
      <w:r>
        <w:br/>
      </w:r>
      <w:r>
        <w:rPr>
          <w:sz w:val="20"/>
        </w:rPr>
        <w:t>11:57  is ko koi nahin khareeden ge. koi nahin khareeden ge. lekin agar aap ka glass market ki requirement ke mutabiq nahin hai to koi nahin khareede ga.</w:t>
      </w:r>
      <w:r>
        <w:br/>
      </w:r>
      <w:r>
        <w:rPr>
          <w:sz w:val="20"/>
        </w:rPr>
        <w:t>12:06  free bhi nahin khole ga woh. to 30 saal maine bataya yeh jawane ke liye ke national press ki requirement kya hai.</w:t>
      </w:r>
      <w:r>
        <w:br/>
      </w:r>
      <w:r>
        <w:rPr>
          <w:sz w:val="20"/>
        </w:rPr>
        <w:t>12:17  national press kis kis cheezon ko chhape ga?</w:t>
      </w:r>
      <w:r>
        <w:br/>
      </w:r>
      <w:r>
        <w:rPr>
          <w:sz w:val="20"/>
        </w:rPr>
        <w:t>12:23  to jab mein is, jab maine is discover kiya, maine samjha ke national press ka test kya hai, woh kis tarah ki cheezon ko chhapta hai. yeh karte karte 67 se shuru kiya maine aur phir 1997 mein mera pehla mazmoon chhaapa september ke mahine mein.</w:t>
      </w:r>
      <w:r>
        <w:br/>
      </w:r>
      <w:r>
        <w:rPr>
          <w:sz w:val="20"/>
        </w:rPr>
        <w:t>12:47  is ke baad se aap barabar regular mera mazmoon chhapta raha. barabar chhapta hai. aur ab jo hai yeh jo tasweer chhaapi hai, yeh jante hain kyun chhaapi hai?</w:t>
      </w:r>
    </w:p>
    <w:p>
      <w:pPr>
        <w:pStyle w:val="Heading2"/>
      </w:pPr>
      <w:r>
        <w:t>Dying man's plea: give me a ray of hope</w:t>
      </w:r>
    </w:p>
    <w:p>
      <w:r>
        <w:rPr>
          <w:color w:val="666666"/>
          <w:sz w:val="18"/>
        </w:rPr>
        <w:t>On Death June 08, 2014 · 41s · at 20:47 · https://youtu.be/p0lSKQ0edmw?t=1247</w:t>
      </w:r>
    </w:p>
    <w:p>
      <w:r>
        <w:rPr>
          <w:i/>
        </w:rPr>
        <w:t>“Young man, can you give me a ray of hope?”</w:t>
      </w:r>
    </w:p>
    <w:p>
      <w:r>
        <w:rPr>
          <w:sz w:val="20"/>
        </w:rPr>
        <w:t>20:47  kisi tamheed ke baghair foran hi us ne jo kaha jumla, wo jumla yeh tha:</w:t>
      </w:r>
      <w:r>
        <w:br/>
      </w:r>
      <w:r>
        <w:rPr>
          <w:sz w:val="20"/>
        </w:rPr>
        <w:t>20:58  "You see, I am an old man.</w:t>
      </w:r>
      <w:r>
        <w:br/>
      </w:r>
      <w:r>
        <w:rPr>
          <w:sz w:val="20"/>
        </w:rPr>
        <w:t>21:05  Life has lost all meanings. I am going to take a faithful leap into the unknown.\</w:t>
      </w:r>
      <w:r>
        <w:br/>
      </w:r>
      <w:r>
        <w:rPr>
          <w:sz w:val="20"/>
        </w:rPr>
        <w:t>21:17  Young man, can you give me a ray of hope?" yeh zindah shaoor maut ka mujhe aik hi insaan aisa mila۔</w:t>
      </w:r>
    </w:p>
    <w:p>
      <w:pPr>
        <w:pStyle w:val="Heading2"/>
      </w:pPr>
      <w:r>
        <w:t>Jewels cannot satisfy hunger in afterlife</w:t>
      </w:r>
    </w:p>
    <w:p>
      <w:r>
        <w:rPr>
          <w:color w:val="666666"/>
          <w:sz w:val="18"/>
        </w:rPr>
        <w:t>What is Paradise 4 March 2006 - Maulana Wahiduddin Khan · 3m 46s · at 30:13 · https://youtu.be/SYmFRRq3BGU?t=1813</w:t>
      </w:r>
    </w:p>
    <w:p>
      <w:r>
        <w:rPr>
          <w:i/>
        </w:rPr>
        <w:t>“Abbasid period mein”</w:t>
      </w:r>
    </w:p>
    <w:p>
      <w:r>
        <w:rPr>
          <w:sz w:val="20"/>
        </w:rPr>
        <w:t>30:13  bohat lamba</w:t>
      </w:r>
      <w:r>
        <w:br/>
      </w:r>
      <w:r>
        <w:rPr>
          <w:sz w:val="20"/>
        </w:rPr>
        <w:t>30:18  hukumat ka zamana tha. Abbas, jis ko hum Abbasid period kehte hain. pehle prophet ka zamana tha, phir khaleefa ka zamana aya.</w:t>
      </w:r>
      <w:r>
        <w:br/>
      </w:r>
      <w:r>
        <w:rPr>
          <w:sz w:val="20"/>
        </w:rPr>
        <w:t>30:28  phir Umayyad ka zamana aya, phir Abbasid ka zamana aya. to un ki, un ka role bohat bare ilaqay mein tha.</w:t>
      </w:r>
      <w:r>
        <w:br/>
      </w:r>
      <w:r>
        <w:rPr>
          <w:sz w:val="20"/>
        </w:rPr>
        <w:t>30:43  is ke baad kya hua ke</w:t>
      </w:r>
      <w:r>
        <w:br/>
      </w:r>
      <w:r>
        <w:rPr>
          <w:sz w:val="20"/>
        </w:rPr>
        <w:t>30:50  Turkistan se jangli qabailay jin ko Tatari kaha jata hai uthe. aur unhone Samarkand se le kar Aleppo tak.</w:t>
      </w:r>
      <w:r>
        <w:br/>
      </w:r>
      <w:r>
        <w:rPr>
          <w:sz w:val="20"/>
        </w:rPr>
        <w:t>31:02  Aleppo English mein kehte hain Aleppo. wo Arabic mein kehte hain Halab. Samarkand se le kar Halab tak sab tabah kar dala.</w:t>
      </w:r>
      <w:r>
        <w:br/>
      </w:r>
      <w:r>
        <w:rPr>
          <w:sz w:val="20"/>
        </w:rPr>
        <w:t>31:13  aur aakhir mein jo aakhri badshah tha, yani aakhri jo khaleefa tha, Abdullah, us ko pakar kar band kar diya us ko.</w:t>
      </w:r>
      <w:r>
        <w:br/>
      </w:r>
      <w:r>
        <w:rPr>
          <w:sz w:val="20"/>
        </w:rPr>
        <w:t>31:28  ek ghar mein band kar diya.</w:t>
      </w:r>
      <w:r>
        <w:br/>
      </w:r>
      <w:r>
        <w:rPr>
          <w:sz w:val="20"/>
        </w:rPr>
        <w:t>31:33  to jo Tatari sardar tha us ne keh diya ke is ko khana pani band karo.</w:t>
      </w:r>
      <w:r>
        <w:br/>
      </w:r>
      <w:r>
        <w:rPr>
          <w:sz w:val="20"/>
        </w:rPr>
        <w:t>31:42  nah un ko khana do nah pani do. aise hi chand din beet gaye. to us ne tatari sardar ke pas ek paigham bheja.</w:t>
      </w:r>
      <w:r>
        <w:br/>
      </w:r>
      <w:r>
        <w:rPr>
          <w:sz w:val="20"/>
        </w:rPr>
        <w:t>32:00  us ne kaha ke main bohat bhooka hoon.</w:t>
      </w:r>
      <w:r>
        <w:br/>
      </w:r>
      <w:r>
        <w:rPr>
          <w:sz w:val="20"/>
        </w:rPr>
        <w:t>32:05  bhook se main tarp raha hoon. mujhe kuch khana bhijwao.</w:t>
      </w:r>
      <w:r>
        <w:br/>
      </w:r>
      <w:r>
        <w:rPr>
          <w:sz w:val="20"/>
        </w:rPr>
        <w:t>32:13  to tatari sardar ne kaha ke is ke mahal mein jo diamond aur nikle hain, jo jawahir nikle hain,</w:t>
      </w:r>
      <w:r>
        <w:br/>
      </w:r>
      <w:r>
        <w:rPr>
          <w:sz w:val="20"/>
        </w:rPr>
        <w:t>32:27  us ko ek thal mein sajao aur le ja kar us ko pesh kar do.</w:t>
      </w:r>
      <w:r>
        <w:br/>
      </w:r>
      <w:r>
        <w:rPr>
          <w:sz w:val="20"/>
        </w:rPr>
        <w:t>32:36  to log le gaye.</w:t>
      </w:r>
      <w:r>
        <w:br/>
      </w:r>
      <w:r>
        <w:rPr>
          <w:sz w:val="20"/>
        </w:rPr>
        <w:t>32:41  ek thal mein heere aur jawahir ko saja kar ke. jo jugmag jugmag kar rahe the. us ke mahal ke teh khane mein woh mile the.</w:t>
      </w:r>
      <w:r>
        <w:br/>
      </w:r>
      <w:r>
        <w:rPr>
          <w:sz w:val="20"/>
        </w:rPr>
        <w:t>32:56  to jab woh thal us ke samne laya gaya to khalifa</w:t>
      </w:r>
      <w:r>
        <w:br/>
      </w:r>
      <w:r>
        <w:rPr>
          <w:sz w:val="20"/>
        </w:rPr>
        <w:t>33:05  us ko dekh kar khush nahi ho saka. khush nahi ho saka us ko dekh kar. balkeh woh rone laga.</w:t>
      </w:r>
      <w:r>
        <w:br/>
      </w:r>
      <w:r>
        <w:rPr>
          <w:sz w:val="20"/>
        </w:rPr>
        <w:t>33:15  ab ghor kijiye ke jis heere jawahir ko pehle woh dekh kar khush hota tha, aaj woh dekh kar rone laga.</w:t>
      </w:r>
      <w:r>
        <w:br/>
      </w:r>
      <w:r>
        <w:rPr>
          <w:sz w:val="20"/>
        </w:rPr>
        <w:t>33:28  aur us ne kaha: "in al-jawāhir lā tuʼkal. in al-jawāhir lā tuʼkal."</w:t>
      </w:r>
      <w:r>
        <w:br/>
      </w:r>
      <w:r>
        <w:rPr>
          <w:sz w:val="20"/>
        </w:rPr>
        <w:t>33:40  jawahir to khaye nahi jatay.</w:t>
      </w:r>
      <w:r>
        <w:br/>
      </w:r>
      <w:r>
        <w:rPr>
          <w:sz w:val="20"/>
        </w:rPr>
        <w:t>33:45  jawahir to khaye nahi jatay." main samajhta hoon ke yahi hal insan ka hone wala hai akhirat mein.</w:t>
      </w:r>
    </w:p>
    <w:p>
      <w:pPr>
        <w:pStyle w:val="Heading2"/>
      </w:pPr>
      <w:r>
        <w:t>Significance of Surah Al-Asr and loss as blessing</w:t>
      </w:r>
    </w:p>
    <w:p>
      <w:r>
        <w:rPr>
          <w:color w:val="666666"/>
          <w:sz w:val="18"/>
        </w:rPr>
        <w:t>Surah Al-'Asr I November 23, 2014 · 5m 42s · at 2:32 · https://youtu.be/K1G2YJVBE5U?t=152</w:t>
      </w:r>
    </w:p>
    <w:p>
      <w:r>
        <w:rPr>
          <w:i/>
        </w:rPr>
        <w:t>“To yeh baat bohat dino se mere zehen mein thi”</w:t>
      </w:r>
    </w:p>
    <w:p>
      <w:r>
        <w:rPr>
          <w:sz w:val="20"/>
        </w:rPr>
        <w:t>2:32  is tarah ki baatein hain. main sochta rehta tha ke aakhir yeh maamla kya hai, kya ahmiyat hai surah al-asr ki.</w:t>
      </w:r>
      <w:r>
        <w:br/>
      </w:r>
      <w:r>
        <w:rPr>
          <w:sz w:val="20"/>
        </w:rPr>
        <w:t>2:45  surah al-asr ki itni zyada ahmiyat kyun hai?</w:t>
      </w:r>
      <w:r>
        <w:br/>
      </w:r>
      <w:r>
        <w:rPr>
          <w:sz w:val="20"/>
        </w:rPr>
        <w:t>2:52  tafsiron mein mujhe is ka koi wazeh jawab nahi mila.</w:t>
      </w:r>
      <w:r>
        <w:br/>
      </w:r>
      <w:r>
        <w:rPr>
          <w:sz w:val="20"/>
        </w:rPr>
        <w:t>3:01  lekin is ka jo shuru ka hissa hai: wal-asr inna al-insana lafi khusr .</w:t>
      </w:r>
      <w:r>
        <w:br/>
      </w:r>
      <w:r>
        <w:rPr>
          <w:sz w:val="20"/>
        </w:rPr>
        <w:t>3:11  zamana gawah hai ke insaan ghaate mein hai.</w:t>
      </w:r>
      <w:r>
        <w:br/>
      </w:r>
      <w:r>
        <w:rPr>
          <w:sz w:val="20"/>
        </w:rPr>
        <w:t>3:18  time is a witness that man is in loss. dekhein, yahan time ka jo lafz hai woh history ke bare mein hai, human history.</w:t>
      </w:r>
      <w:r>
        <w:br/>
      </w:r>
      <w:r>
        <w:rPr>
          <w:sz w:val="20"/>
        </w:rPr>
        <w:t>3:34  ke insaan ki tareekh is baat ki gawah hai</w:t>
      </w:r>
      <w:r>
        <w:br/>
      </w:r>
      <w:r>
        <w:rPr>
          <w:sz w:val="20"/>
        </w:rPr>
        <w:t>3:38  ke insaan ghaate mein hai.</w:t>
      </w:r>
      <w:r>
        <w:br/>
      </w:r>
      <w:r>
        <w:rPr>
          <w:sz w:val="20"/>
        </w:rPr>
        <w:t>3:46  to main sochta tha aakhir is ka kya matlab hai, kyun itni zyada ahmiyat is surah ki hai. to main aisa hai ke rozana main all india radio sunta hoon.</w:t>
      </w:r>
      <w:r>
        <w:br/>
      </w:r>
      <w:r>
        <w:rPr>
          <w:sz w:val="20"/>
        </w:rPr>
        <w:t>4:01  is mein aksar interview aate hain logon ke, rozana hi taqreeban.</w:t>
      </w:r>
      <w:r>
        <w:br/>
      </w:r>
      <w:r>
        <w:rPr>
          <w:sz w:val="20"/>
        </w:rPr>
        <w:t>4:09  to main sun raha tha, sun raha tha muddaton se, har insaan apne bare mein neki ki khabar deta hai.</w:t>
      </w:r>
      <w:r>
        <w:br/>
      </w:r>
      <w:r>
        <w:rPr>
          <w:sz w:val="20"/>
        </w:rPr>
        <w:t>4:21  koi khushi ki khabar nahi deta.</w:t>
      </w:r>
      <w:r>
        <w:br/>
      </w:r>
      <w:r>
        <w:rPr>
          <w:sz w:val="20"/>
        </w:rPr>
        <w:t>4:27  har aadmi ki zindagi ek</w:t>
      </w:r>
      <w:r>
        <w:br/>
      </w:r>
      <w:r>
        <w:rPr>
          <w:sz w:val="20"/>
        </w:rPr>
        <w:t>4:36  mayusi ke tajrube par khatam hoti hai. is ko le kar maine socha. to mujhe samajh mein aaya ke yeh haqeeqat pasandana approach hai ke aap zindagi mein is ke manfi pehlu ko le kar sochein.</w:t>
      </w:r>
      <w:r>
        <w:br/>
      </w:r>
      <w:r>
        <w:rPr>
          <w:sz w:val="20"/>
        </w:rPr>
        <w:t>4:57  yani faide ke bajaye nuqsan ko le kar sochein.</w:t>
      </w:r>
      <w:r>
        <w:br/>
      </w:r>
      <w:r>
        <w:rPr>
          <w:sz w:val="20"/>
        </w:rPr>
        <w:t>5:03  kyun ke haqeeqi jo tajruba hai woh to nuqsan ka hai, ghaate ka hai, paane ka nahi hai.</w:t>
      </w:r>
      <w:r>
        <w:br/>
      </w:r>
      <w:r>
        <w:rPr>
          <w:sz w:val="20"/>
        </w:rPr>
        <w:t>5:13  insaan chahta hai paana lekin is se woh khona aata hai.</w:t>
      </w:r>
      <w:r>
        <w:br/>
      </w:r>
      <w:r>
        <w:rPr>
          <w:sz w:val="20"/>
        </w:rPr>
        <w:t>5:20  is ka matlab yeh hua ke aadmi apni jazbat ke aitbar se to chahta hai paana lekin amli taur par duniya mein woh sirf is ko tajruba hota hai khone ka,</w:t>
      </w:r>
      <w:r>
        <w:br/>
      </w:r>
      <w:r>
        <w:rPr>
          <w:sz w:val="20"/>
        </w:rPr>
        <w:t>5:39  jis ko quran mein nuqsan kaha gaya hai.</w:t>
      </w:r>
      <w:r>
        <w:br/>
      </w:r>
      <w:r>
        <w:rPr>
          <w:sz w:val="20"/>
        </w:rPr>
        <w:t>5:45  to main ne socha ke is sahaba karam jo the wo kyon is ko ahmiyat dete the? kaha hum apni zindagi ke nuqsan wale pehlu ko le kar sochen, yani faide wale pehlu ko nahi</w:t>
      </w:r>
      <w:r>
        <w:br/>
      </w:r>
      <w:r>
        <w:rPr>
          <w:sz w:val="20"/>
        </w:rPr>
        <w:t>6:01  balkeh khone wale pehlu ko le kar sochen.</w:t>
      </w:r>
      <w:r>
        <w:br/>
      </w:r>
      <w:r>
        <w:rPr>
          <w:sz w:val="20"/>
        </w:rPr>
        <w:t>6:09  to mujhe samajh mein aaya ke yeh bohat bari hikmat hai, bohat bari hikmat hai. is liye ke agar aap apne paane wali cheezon ko sochen, jo aap ko faida hua us ko le kar sochen to kya hoga?</w:t>
      </w:r>
      <w:r>
        <w:br/>
      </w:r>
      <w:r>
        <w:rPr>
          <w:sz w:val="20"/>
        </w:rPr>
        <w:t>6:27  aap ke andar fakhar aaye ga, gharoor aaye ga, aala pan ka ehsas aaye ga, jo kisi insan ke liye sab se buri cheez hai.</w:t>
      </w:r>
      <w:r>
        <w:br/>
      </w:r>
      <w:r>
        <w:rPr>
          <w:sz w:val="20"/>
        </w:rPr>
        <w:t>6:43  lekin agar aap nuqsan ko le kar sochen</w:t>
      </w:r>
      <w:r>
        <w:br/>
      </w:r>
      <w:r>
        <w:rPr>
          <w:sz w:val="20"/>
        </w:rPr>
        <w:t>6:47  to aap ke andar ajzi aaye gi, tawazu aaye gi, izzat aaye gi.</w:t>
      </w:r>
      <w:r>
        <w:br/>
      </w:r>
      <w:r>
        <w:rPr>
          <w:sz w:val="20"/>
        </w:rPr>
        <w:t>6:56  aur yahi sab se bari cheez hai insan ke liye. kyunke isi se aata hai, isi se aati hai wo cheez jis ko kehte hain haqiqat pasandana mizaj.</w:t>
      </w:r>
      <w:r>
        <w:br/>
      </w:r>
      <w:r>
        <w:rPr>
          <w:sz w:val="20"/>
        </w:rPr>
        <w:t>7:12  to main sochta hoon ke yeh koi saada baat nahi hai ke sahaba karam aapas mein is surah ko bohat ziyada zikr karte the.</w:t>
      </w:r>
      <w:r>
        <w:br/>
      </w:r>
      <w:r>
        <w:rPr>
          <w:sz w:val="20"/>
        </w:rPr>
        <w:t>7:27  doosri baat yeh hai ke jab aap nuqsan ko le kar sochen bajaye faide ke to amalan wo kya hota hai?</w:t>
      </w:r>
      <w:r>
        <w:br/>
      </w:r>
      <w:r>
        <w:rPr>
          <w:sz w:val="20"/>
        </w:rPr>
        <w:t>7:37  wo hoti hai akhirat markooz soch. kyunke</w:t>
      </w:r>
      <w:r>
        <w:br/>
      </w:r>
      <w:r>
        <w:rPr>
          <w:sz w:val="20"/>
        </w:rPr>
        <w:t>7:45  aap ko yeh baat khulti hai aap ke upar ke dunya to paane ki jagah hai hi nahi, paane ki jagah to akhirat hai.</w:t>
      </w:r>
      <w:r>
        <w:br/>
      </w:r>
      <w:r>
        <w:rPr>
          <w:sz w:val="20"/>
        </w:rPr>
        <w:t>7:57  jis jo jannat hum talash kar rahe hain wo jannat yahan hai hi nahi, wo to akhirat mein hai.</w:t>
      </w:r>
      <w:r>
        <w:br/>
      </w:r>
      <w:r>
        <w:rPr>
          <w:sz w:val="20"/>
        </w:rPr>
        <w:t>8:03  to akhirat rukh zehan banta hai. aur yeh sab se bari aham cheez hai. sab se bari aham cheez yahi hai.</w:t>
      </w:r>
    </w:p>
    <w:p>
      <w:pPr>
        <w:pStyle w:val="Heading2"/>
      </w:pPr>
      <w:r>
        <w:t>Meaning of loss in Surah Al-Asr</w:t>
      </w:r>
    </w:p>
    <w:p>
      <w:r>
        <w:rPr>
          <w:color w:val="666666"/>
          <w:sz w:val="18"/>
        </w:rPr>
        <w:t>Surah Al-'Asr I November 23, 2014 Maulana Wahiduddin Khan · 5m 04s · at 3:11 · https://youtu.be/3dBMIUC0Dqw?t=191</w:t>
      </w:r>
    </w:p>
    <w:p>
      <w:r>
        <w:rPr>
          <w:i/>
        </w:rPr>
        <w:t>“Time is a witness that man is in loss.”</w:t>
      </w:r>
    </w:p>
    <w:p>
      <w:r>
        <w:rPr>
          <w:sz w:val="20"/>
        </w:rPr>
        <w:t>3:11  Zamana gawah hai ke insaan ghaate mein hai.</w:t>
      </w:r>
      <w:r>
        <w:br/>
      </w:r>
      <w:r>
        <w:rPr>
          <w:sz w:val="20"/>
        </w:rPr>
        <w:t>3:18  Time is a witness that man is in loss. Dekhein, yahan time ka jo lafz hai woh history ke baray mein hai, human history.</w:t>
      </w:r>
      <w:r>
        <w:br/>
      </w:r>
      <w:r>
        <w:rPr>
          <w:sz w:val="20"/>
        </w:rPr>
        <w:t>3:34  ke insaan ki tareekh is baat ki gawah hai</w:t>
      </w:r>
      <w:r>
        <w:br/>
      </w:r>
      <w:r>
        <w:rPr>
          <w:sz w:val="20"/>
        </w:rPr>
        <w:t>3:38  ke insaan ghaate mein hai.</w:t>
      </w:r>
      <w:r>
        <w:br/>
      </w:r>
      <w:r>
        <w:rPr>
          <w:sz w:val="20"/>
        </w:rPr>
        <w:t>3:46  To main sochta tha aakhir is ka kya matlab hai, kyun itni zyada ahmiyat is Surah ki hai. To main aisa hai ke rozana main All India Daily sunta hoon.</w:t>
      </w:r>
      <w:r>
        <w:br/>
      </w:r>
      <w:r>
        <w:rPr>
          <w:sz w:val="20"/>
        </w:rPr>
        <w:t>4:01  is mein aksar interview atay hain logon kay, rozana hi taqreeban.</w:t>
      </w:r>
      <w:r>
        <w:br/>
      </w:r>
      <w:r>
        <w:rPr>
          <w:sz w:val="20"/>
        </w:rPr>
        <w:t>4:09  to mein sun raha tha, sun raha tha muddaton say, har insaan apnay baray mein neki ki khabar deta hai.</w:t>
      </w:r>
      <w:r>
        <w:br/>
      </w:r>
      <w:r>
        <w:rPr>
          <w:sz w:val="20"/>
        </w:rPr>
        <w:t>4:21  koi khushi ki khabar nahi deta.</w:t>
      </w:r>
      <w:r>
        <w:br/>
      </w:r>
      <w:r>
        <w:rPr>
          <w:sz w:val="20"/>
        </w:rPr>
        <w:t>4:27  har aadmi ki zindagi aik</w:t>
      </w:r>
      <w:r>
        <w:br/>
      </w:r>
      <w:r>
        <w:rPr>
          <w:sz w:val="20"/>
        </w:rPr>
        <w:t>4:36  mayusi kay tajurbay par khatam hoti hai. is ko lay kar mein nay socha. to mujhe samajh mein aya kay yeh haqeeqat pasandana approach hai kay aap zindagi mein is kay manfi pehlu ko lay kar sochayn.</w:t>
      </w:r>
      <w:r>
        <w:br/>
      </w:r>
      <w:r>
        <w:rPr>
          <w:sz w:val="20"/>
        </w:rPr>
        <w:t>4:57  yani faiday kay bajaye nuqsan ko lay kar sochayn.</w:t>
      </w:r>
      <w:r>
        <w:br/>
      </w:r>
      <w:r>
        <w:rPr>
          <w:sz w:val="20"/>
        </w:rPr>
        <w:t>5:03  kyun kay haqeeqi jo tajurba hai woh to nuqsan ka hai, ghaatay ka hai, panay ka nahi hai.</w:t>
      </w:r>
      <w:r>
        <w:br/>
      </w:r>
      <w:r>
        <w:rPr>
          <w:sz w:val="20"/>
        </w:rPr>
        <w:t>5:13  insaan chahta hai pana lekin is say woh khona aata hai.</w:t>
      </w:r>
      <w:r>
        <w:br/>
      </w:r>
      <w:r>
        <w:rPr>
          <w:sz w:val="20"/>
        </w:rPr>
        <w:t>5:20  is ka matlab yeh hua kay aadmi apni jazbaib kay aitbar say to chahta hai pana lekin amli tor par dunya mein woh sirf is ko tajurba hota hai khonay ka,</w:t>
      </w:r>
      <w:r>
        <w:br/>
      </w:r>
      <w:r>
        <w:rPr>
          <w:sz w:val="20"/>
        </w:rPr>
        <w:t>5:39  jis ko quran mein nuqsan kaha gaya hai.</w:t>
      </w:r>
      <w:r>
        <w:br/>
      </w:r>
      <w:r>
        <w:rPr>
          <w:sz w:val="20"/>
        </w:rPr>
        <w:t>5:45  to mein nay socha kay is sahaba karam jo thay woh kyun is ko ahmiyat detay thay. kaha hum apni zindagi kay nuqsan walay pehlu ko lay kar sochayn, yani faiday walay pehlu ko nahi</w:t>
      </w:r>
      <w:r>
        <w:br/>
      </w:r>
      <w:r>
        <w:rPr>
          <w:sz w:val="20"/>
        </w:rPr>
        <w:t>6:01  balkay khonay walay pehlu ko lay kar sochayn.</w:t>
      </w:r>
      <w:r>
        <w:br/>
      </w:r>
      <w:r>
        <w:rPr>
          <w:sz w:val="20"/>
        </w:rPr>
        <w:t>6:09  to mujhe samajh mein aya kay yeh bohat bari hikmat hai, bohat bari hikmat hai. is liye kay agar aap apnay panay wali cheezon ko sochayn, jo aap ko faida hua is ko lay kar sochayn to kya hoga?</w:t>
      </w:r>
      <w:r>
        <w:br/>
      </w:r>
      <w:r>
        <w:rPr>
          <w:sz w:val="20"/>
        </w:rPr>
        <w:t>6:27  aap kay andar fakhar aye ga, gharoor aye ga, aala pan ka ehsas aye ga, jo kisi insaan kay liye sab say buri cheez hai.</w:t>
      </w:r>
      <w:r>
        <w:br/>
      </w:r>
      <w:r>
        <w:rPr>
          <w:sz w:val="20"/>
        </w:rPr>
        <w:t>6:43  lekin agar aap nuqsan ko lay kar sochayn</w:t>
      </w:r>
      <w:r>
        <w:br/>
      </w:r>
      <w:r>
        <w:rPr>
          <w:sz w:val="20"/>
        </w:rPr>
        <w:t>6:47  to aap kay andar aajzi aye gi, tawazu aye gi, izzat aye gi.</w:t>
      </w:r>
      <w:r>
        <w:br/>
      </w:r>
      <w:r>
        <w:rPr>
          <w:sz w:val="20"/>
        </w:rPr>
        <w:t>6:56  aur yahi sab say bari cheez hai insaan kay liye. kyun kay isi say aata hai, isi say aati hai woh cheez jis ko kehtay hain haqeeqat pasandana mizaj.</w:t>
      </w:r>
      <w:r>
        <w:br/>
      </w:r>
      <w:r>
        <w:rPr>
          <w:sz w:val="20"/>
        </w:rPr>
        <w:t>7:12  to mein sochta hoon kay yeh koi saada baat nahi hai kay sahaba karam apas mein is surah ko bohat ziyada zikr kartay thay.</w:t>
      </w:r>
      <w:r>
        <w:br/>
      </w:r>
      <w:r>
        <w:rPr>
          <w:sz w:val="20"/>
        </w:rPr>
        <w:t>7:27  dosri baat yeh hai kay jab aap nuqsan ko lay kar sochayn bajaye faiday kay to amalan woh kya hota hai?</w:t>
      </w:r>
      <w:r>
        <w:br/>
      </w:r>
      <w:r>
        <w:rPr>
          <w:sz w:val="20"/>
        </w:rPr>
        <w:t>7:37  woh hoti hai akhirat markooz soch. kyun kay</w:t>
      </w:r>
      <w:r>
        <w:br/>
      </w:r>
      <w:r>
        <w:rPr>
          <w:sz w:val="20"/>
        </w:rPr>
        <w:t>7:45  aap ko yeh baat khulti hai aap kay oper kay dunya to panay ki jagah hai hi nahi, panay ki jagah to akhirat hai.</w:t>
      </w:r>
      <w:r>
        <w:br/>
      </w:r>
      <w:r>
        <w:rPr>
          <w:sz w:val="20"/>
        </w:rPr>
        <w:t>7:57  jis jo jannat hum talash kar rahay hain woh jannat yahan hai hi nahi, woh to akhirat mein hai.</w:t>
      </w:r>
      <w:r>
        <w:br/>
      </w:r>
      <w:r>
        <w:rPr>
          <w:sz w:val="20"/>
        </w:rPr>
        <w:t>8:03  to akhirat rukh zehan banta hai. aur yeh sab say bari aham cheez hai. sab say bari aham cheez yahi hai.</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