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cannot break a bad habit</w:t>
      </w:r>
    </w:p>
    <w:p>
      <w:r>
        <w:rPr>
          <w:sz w:val="18"/>
        </w:rPr>
        <w:t>Q&amp;A, lecture moments and clips · full transcripts with timestamps · exported 2026-09-21</w:t>
      </w:r>
    </w:p>
    <w:p>
      <w:pPr>
        <w:pStyle w:val="Heading1"/>
      </w:pPr>
      <w:r>
        <w:t>Maulana was asked (30)</w:t>
      </w:r>
    </w:p>
    <w:p>
      <w:pPr>
        <w:pStyle w:val="Heading2"/>
      </w:pPr>
      <w:r>
        <w:t>Saving oneself from bad habits</w:t>
      </w:r>
    </w:p>
    <w:p>
      <w:r>
        <w:rPr>
          <w:color w:val="666666"/>
          <w:sz w:val="18"/>
        </w:rPr>
        <w:t>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Can bad habits be changed at age 48?</w:t>
      </w:r>
    </w:p>
    <w:p>
      <w:r>
        <w:rPr>
          <w:color w:val="666666"/>
          <w:sz w:val="18"/>
        </w:rPr>
        <w:t>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How to get rid of recurring sins</w:t>
      </w:r>
    </w:p>
    <w:p>
      <w:r>
        <w:rPr>
          <w:color w:val="666666"/>
          <w:sz w:val="18"/>
        </w:rPr>
        <w:t>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Strengthening conscience to avoid ill deeds</w:t>
      </w:r>
    </w:p>
    <w:p>
      <w:r>
        <w:rPr>
          <w:color w:val="666666"/>
          <w:sz w:val="18"/>
        </w:rPr>
        <w:t>Present Day Muslims Jan 13, 2013 · 1m 54s · at 58:31 · https://youtu.be/CVcbWVYitog?t=3511</w:t>
      </w:r>
    </w:p>
    <w:p>
      <w:r>
        <w:rPr>
          <w:i/>
        </w:rPr>
        <w:t>“How can a person make his conscience powerful so that he can stay away from all ill deeds?”</w:t>
      </w:r>
    </w:p>
    <w:p>
      <w:r>
        <w:rPr>
          <w:sz w:val="20"/>
        </w:rPr>
        <w:t>58:31  maare, yeh sawal Kashmir se aaya hai, aah aamir jan mori sahib ka. unhon ne likha hai "How can a person make his conscience powerful so that he can stay away from all ill deeds?</w:t>
      </w:r>
      <w:r>
        <w:br/>
      </w:r>
      <w:r>
        <w:rPr>
          <w:sz w:val="20"/>
        </w:rPr>
        <w:t>58:47  Kindly advice." dekhein, yeh to Allah Ta'ala ki Creation ki tazheer hai. Allah Ta'ala ki Creation ko underestimate karna hai.</w:t>
      </w:r>
      <w:r>
        <w:br/>
      </w:r>
      <w:r>
        <w:rPr>
          <w:sz w:val="20"/>
        </w:rPr>
        <w:t>59:01  Allah Ta'ala ne insaan ko jo dimaagh diya hai, woh itna Powerful hai, itna Powerful hai ke is ke liye koi cheez namumkin nahin.</w:t>
      </w:r>
      <w:r>
        <w:br/>
      </w:r>
      <w:r>
        <w:rPr>
          <w:sz w:val="20"/>
        </w:rPr>
        <w:t>59:20  musolani ne kaha tha ke namumkin ka lafz, Impossible ka lafz bewakoofon ki Dictionary mein paya jata hai.</w:t>
      </w:r>
      <w:r>
        <w:br/>
      </w:r>
      <w:r>
        <w:rPr>
          <w:sz w:val="20"/>
        </w:rPr>
        <w:t>59:30  us ne to apne lihaaz se kaha tha. lekin mein yeh kehta hoon ke is is Khuda ki Creation mein yeh kehna Creation ko Underestimate karna hai.</w:t>
      </w:r>
      <w:r>
        <w:br/>
      </w:r>
      <w:r>
        <w:rPr>
          <w:sz w:val="20"/>
        </w:rPr>
        <w:t>59:44  apne Mind ko samjhein. Allah ki is haqeeqat ko samjhein. mein hai ke Allah ne sab se bari cheez jo paida ki, sab se ziyada akram cheez jo paida ki, woh woh Mind hai.</w:t>
      </w:r>
      <w:r>
        <w:br/>
      </w:r>
      <w:r>
        <w:rPr>
          <w:sz w:val="20"/>
        </w:rPr>
        <w:t>59:59  yeh cheez di hai Allah Ta'ala ne aap ko. to is ko is is se Opportunity ka Avail kijiye. is taqat ko istemal kijiye.</w:t>
      </w:r>
      <w:r>
        <w:br/>
      </w:r>
      <w:r>
        <w:rPr>
          <w:sz w:val="20"/>
        </w:rPr>
        <w:t>1:00:13  kisi bhi cheez ko aap Overcome kar sakte hain. is mein koi mubalgha nahin hai yeh. aur yeh bilkul aik haqeeqat hai.</w:t>
      </w:r>
    </w:p>
    <w:p>
      <w:pPr>
        <w:pStyle w:val="Heading2"/>
      </w:pPr>
      <w:r>
        <w:t>How can Muslims break the vicious circle?</w:t>
      </w:r>
    </w:p>
    <w:p>
      <w:r>
        <w:rPr>
          <w:color w:val="666666"/>
          <w:sz w:val="18"/>
        </w:rPr>
        <w:t>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Overcoming obsessions and achieving peace</w:t>
      </w:r>
    </w:p>
    <w:p>
      <w:r>
        <w:rPr>
          <w:color w:val="666666"/>
          <w:sz w:val="18"/>
        </w:rPr>
        <w:t>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Pruning habits making life dull and uninteresting</w:t>
      </w:r>
    </w:p>
    <w:p>
      <w:r>
        <w:rPr>
          <w:color w:val="666666"/>
          <w:sz w:val="18"/>
        </w:rPr>
        <w:t>Self Correction November 09, 2014 · 2m 50s · at 46:21 · https://youtu.be/EgAukdSfGRU?t=2781</w:t>
      </w:r>
    </w:p>
    <w:p>
      <w:r>
        <w:rPr>
          <w:i/>
        </w:rPr>
        <w:t>“What is your take on the idea that pruning every habit, even those not wrong, may make life dull?”</w:t>
      </w:r>
    </w:p>
    <w:p>
      <w:r>
        <w:rPr>
          <w:sz w:val="20"/>
        </w:rPr>
        <w:t>46:21  Maulana, yeh sawal ashar sahib ka aaya hai bareilly se, aur unhon ne likha hai: "Molana, abandoning bad habits is understandable, but pruning every habit,</w:t>
      </w:r>
      <w:r>
        <w:br/>
      </w:r>
      <w:r>
        <w:rPr>
          <w:sz w:val="20"/>
        </w:rPr>
        <w:t>46:34  many of which may not be wrong or unlawful, may make life very dull and devoid of any interest. What is your take on this?" bhai, dekhiye ke is mein koi misaal to di nahi unhon ne.</w:t>
      </w:r>
      <w:r>
        <w:br/>
      </w:r>
      <w:r>
        <w:rPr>
          <w:sz w:val="20"/>
        </w:rPr>
        <w:t>46:49  Misaal chahiye.</w:t>
      </w:r>
      <w:r>
        <w:br/>
      </w:r>
      <w:r>
        <w:rPr>
          <w:sz w:val="20"/>
        </w:rPr>
        <w:t>46:52  Mera tajurba yeh hai ke ke koi bhi cheez bator habit agar karen ge aap, bazahir acha kaam, tab bhi woh aap ko ruin kare ga.</w:t>
      </w:r>
      <w:r>
        <w:br/>
      </w:r>
      <w:r>
        <w:rPr>
          <w:sz w:val="20"/>
        </w:rPr>
        <w:t>47:05  Bazahir acha kaam, woh bhi ruin kare ga. jaise maine arz kiya ke hamare zamane mein shair-o-shairi ek acha kaam samajhti thi.</w:t>
      </w:r>
      <w:r>
        <w:br/>
      </w:r>
      <w:r>
        <w:rPr>
          <w:sz w:val="20"/>
        </w:rPr>
        <w:t>47:15  Sab log shair-o-shairi karte the. achhe achhe ulama shair-o-shairi karte the.</w:t>
      </w:r>
      <w:r>
        <w:br/>
      </w:r>
      <w:r>
        <w:rPr>
          <w:sz w:val="20"/>
        </w:rPr>
        <w:t>47:22  To woh to acha acha tha. lekin maine mehsoos kiya ke shair-o-shairi agar koi adat ban jaye gi to woh tabahi hai. aisi study acha kaam hai, lekin but rasal ke liye jab study habit ban gayi to uska thinking process hi,</w:t>
      </w:r>
      <w:r>
        <w:br/>
      </w:r>
      <w:r>
        <w:rPr>
          <w:sz w:val="20"/>
        </w:rPr>
        <w:t>47:39  yani mein stop ho gaya.</w:t>
      </w:r>
      <w:r>
        <w:br/>
      </w:r>
      <w:r>
        <w:rPr>
          <w:sz w:val="20"/>
        </w:rPr>
        <w:t>47:44  To mein samajhta hoon ke is mein mere tajurbe ke mutabiq har adat, har adat hi by by habit hai.</w:t>
      </w:r>
      <w:r>
        <w:br/>
      </w:r>
      <w:r>
        <w:rPr>
          <w:sz w:val="20"/>
        </w:rPr>
        <w:t>47:54  Adat ke taur par koi kaam nahi karna hai humein. humein har kaam ko shor ke taur par karna hai.</w:t>
      </w:r>
      <w:r>
        <w:br/>
      </w:r>
      <w:r>
        <w:rPr>
          <w:sz w:val="20"/>
        </w:rPr>
        <w:t>48:03  Har kaam ko humein shor ke taur par karna hai. mera apna tajurba yahi hai. agar koi aadmi misaal bataye mujhe to mein is mein mazeed wazahat kar sakta hoon.</w:t>
      </w:r>
      <w:r>
        <w:br/>
      </w:r>
      <w:r>
        <w:rPr>
          <w:sz w:val="20"/>
        </w:rPr>
        <w:t>48:14  Mein apni zindagi mein kai cheezein chhori hain, jaise maine arz kiya ke meetha khana to meetha khana to koi buri baat nahi hai. kai log samajhte hain ke meetha khana sunnat hai.</w:t>
      </w:r>
      <w:r>
        <w:br/>
      </w:r>
      <w:r>
        <w:rPr>
          <w:sz w:val="20"/>
        </w:rPr>
        <w:t>48:25  Lekin maine mehsoos kiya ke meetha jo hai, jab meri adat banne laga to isi mein mashgool ho kar mere soch, mere mere mere jo thinking process jo hai, woh rukne laga.</w:t>
      </w:r>
      <w:r>
        <w:br/>
      </w:r>
      <w:r>
        <w:rPr>
          <w:sz w:val="20"/>
        </w:rPr>
        <w:t>48:38  Jab tak mein meetha kha raha hoon to thinking process ruka</w:t>
      </w:r>
      <w:r>
        <w:br/>
      </w:r>
      <w:r>
        <w:rPr>
          <w:sz w:val="20"/>
        </w:rPr>
        <w:t>48:42  hua hai. bas taste le raha hoon, taste le raha hoon, taste le raha hoon. to mera apna tajurba yahi hai ke har adat hi tabah kun hai.</w:t>
      </w:r>
      <w:r>
        <w:br/>
      </w:r>
      <w:r>
        <w:rPr>
          <w:sz w:val="20"/>
        </w:rPr>
        <w:t>48:54  Koi is aitbar se ke woh haram hai, maslan alcohol haram hai, haram ke ma'ne mein woh tabah kun hai. lekin kuch cheezein zindagi mein jo mein is ko kehta hoon ghair-e-muharram haram, yani muharram, yani haram na ho kar bhi woh tabah kun hai.</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Self-accounting and purification in changing habits</w:t>
      </w:r>
    </w:p>
    <w:p>
      <w:r>
        <w:rPr>
          <w:color w:val="666666"/>
          <w:sz w:val="18"/>
        </w:rPr>
        <w:t>Self Correction November 09, 2014 · 50s · at 1:11:57 · https://youtu.be/EgAukdSfGRU?t=4317</w:t>
      </w:r>
    </w:p>
    <w:p>
      <w:r>
        <w:rPr>
          <w:i/>
        </w:rPr>
        <w:t>“What is the relationship of muhasabah and tazkiyah, especially in changing bad habits?”</w:t>
      </w:r>
    </w:p>
    <w:p>
      <w:r>
        <w:rPr>
          <w:sz w:val="20"/>
        </w:rPr>
        <w:t>1:11:57  maulana, agla sawal dilli se kiya hai miss naghma siddiqui ne aur unhon ne aapse poocha hai ke What is the relationship of محاسبہ and تزکیہ especially in changing bad habits?</w:t>
      </w:r>
      <w:r>
        <w:br/>
      </w:r>
      <w:r>
        <w:rPr>
          <w:sz w:val="20"/>
        </w:rPr>
        <w:t>1:12:15  pehle محاسبہ aata hai, phir تزکیہ aata hai. pehle transaction aata hai, phir aadmi apni</w:t>
      </w:r>
      <w:r>
        <w:br/>
      </w:r>
      <w:r>
        <w:rPr>
          <w:sz w:val="20"/>
        </w:rPr>
        <w:t>1:12:26  personality ko purify karta hai. dono interconnected hain. lekin pehle ayega محاسبہ, yani transaction.</w:t>
      </w:r>
      <w:r>
        <w:br/>
      </w:r>
      <w:r>
        <w:rPr>
          <w:sz w:val="20"/>
        </w:rPr>
        <w:t>1:12:36  phir ayega تزکیہ, yani apni shakhsiyat ko purify karna.</w:t>
      </w:r>
    </w:p>
    <w:p>
      <w:pPr>
        <w:pStyle w:val="Heading2"/>
      </w:pPr>
      <w:r>
        <w:t>Maintaining Discipline in Our Daily Life</w:t>
      </w:r>
    </w:p>
    <w:p>
      <w:r>
        <w:rPr>
          <w:color w:val="666666"/>
          <w:sz w:val="18"/>
        </w:rPr>
        <w:t>The Concept of Divine Help June 16, 2013 · 1m 47s · at 1:00:50 · https://youtu.be/b0QaxGSnAOI?t=3650</w:t>
      </w:r>
    </w:p>
    <w:p>
      <w:r>
        <w:rPr>
          <w:i/>
        </w:rPr>
        <w:t>“How can we maintain discipline in our daily life?”</w:t>
      </w:r>
    </w:p>
    <w:p>
      <w:r>
        <w:rPr>
          <w:sz w:val="20"/>
        </w:rPr>
        <w:t>1:00:50  maulana, agla sawal dilli se hai ans sahab ka. unhon ne aap se poocha hai ke "How can we maintain discipline in our daily life?" is ke bare mein bataen.</w:t>
      </w:r>
      <w:r>
        <w:br/>
      </w:r>
      <w:r>
        <w:rPr>
          <w:sz w:val="20"/>
        </w:rPr>
        <w:t>1:01:04  asal jar ki baat yeh hai ke logon ka dard khauf khuda nahin. yeh jo sawalat jo aap poochte hain, yeh Allah se darne wala aadmi yeh sawal hi nahin karega.</w:t>
      </w:r>
      <w:r>
        <w:br/>
      </w:r>
      <w:r>
        <w:rPr>
          <w:sz w:val="20"/>
        </w:rPr>
        <w:t>1:01:17  yeh ek maa ka poochhe ke kaise main apne bachche ko paloon? jo maa is se poochhe, woh maa dil mein bachche ki mohabbat nahin hai.</w:t>
      </w:r>
      <w:r>
        <w:br/>
      </w:r>
      <w:r>
        <w:rPr>
          <w:sz w:val="20"/>
        </w:rPr>
        <w:t>1:01:30  koi maa agar poochhe ke bhai mujhe batao ke main apne bachche ko kaise paloon posoon, to aap jawab denge is ka?</w:t>
      </w:r>
      <w:r>
        <w:br/>
      </w:r>
      <w:r>
        <w:rPr>
          <w:sz w:val="20"/>
        </w:rPr>
        <w:t>1:01:39  aap kahenge apne dil ka jaiza lo, tumhare dil mein bachche ki mohabbat nahin hai, is liye yeh sab sawal kar rahi ho.</w:t>
      </w:r>
      <w:r>
        <w:br/>
      </w:r>
      <w:r>
        <w:rPr>
          <w:sz w:val="20"/>
        </w:rPr>
        <w:t>1:01:46  to yeh sab sawalat nahin hain. is ki jar mein kya hai? logon ko Allah ka khauf nahin, logon ko jahannum ka dar nahin, logon ko jannat ka shauq nahin, logon ko mazar mehshar ka ehsas nahin ke Allah ke samne khada hona hoga to kya pesh aayega wahan?</w:t>
      </w:r>
      <w:r>
        <w:br/>
      </w:r>
      <w:r>
        <w:rPr>
          <w:sz w:val="20"/>
        </w:rPr>
        <w:t>1:02:02  is liye yeh sab baaten karte hain.</w:t>
      </w:r>
      <w:r>
        <w:br/>
      </w:r>
      <w:r>
        <w:rPr>
          <w:sz w:val="20"/>
        </w:rPr>
        <w:t>1:02:07  You have to see the root cause. root cause kya hai</w:t>
      </w:r>
      <w:r>
        <w:br/>
      </w:r>
      <w:r>
        <w:rPr>
          <w:sz w:val="20"/>
        </w:rPr>
        <w:t>1:02:12  ? dilon mein khauf khuda nahin, dilon mein mohabbat ilahi nahin, dilon mein jannat ka ishtiyaq nahin, dil mein akhirat wali soch nahin.</w:t>
      </w:r>
      <w:r>
        <w:br/>
      </w:r>
      <w:r>
        <w:rPr>
          <w:sz w:val="20"/>
        </w:rPr>
        <w:t>1:02:21  wo cheez paida kijiye, phir apne aap sari baaten aa jayengi. maa ke dil mein agar mohabbat hai to woh khud pata hai us ko bachche ke liye kya kare. woh yahi muamla zindagi ke sare mamlat ka hai.</w:t>
      </w:r>
    </w:p>
    <w:p>
      <w:pPr>
        <w:pStyle w:val="Heading2"/>
      </w:pPr>
      <w:r>
        <w:t>Will father's ultimatum reform his sons?</w:t>
      </w:r>
    </w:p>
    <w:p>
      <w:r>
        <w:rPr>
          <w:color w:val="666666"/>
          <w:sz w:val="18"/>
        </w:rPr>
        <w:t>Quran for All Mankind June 3, 2012 · 2m 10s · at 59:29 · https://youtu.be/Gp-53Zjugcg?t=3569</w:t>
      </w:r>
    </w:p>
    <w:p>
      <w:r>
        <w:rPr>
          <w:i/>
        </w:rPr>
        <w:t>“A father, for the sake of reform, tells his three young sons that until you quit gutka, paan, and cigarettes, I will not come home. And that man has been staying at his brother's place for several days. Maulana, will this action of the father reform the children?”</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r>
        <w:br/>
      </w:r>
      <w:r>
        <w:rPr>
          <w:sz w:val="20"/>
        </w:rPr>
        <w:t>1:00:33  Us ke upar aise baap jo hain, khud galati kar ke bachchon ko bigadte hain. Jab bigadte hain to us ke baad yeh sab harkatein karte hain. Jinka aap keh rahe hain, woh yaqeenan hi is not an exception.</w:t>
      </w:r>
      <w:r>
        <w:br/>
      </w:r>
      <w:r>
        <w:rPr>
          <w:sz w:val="20"/>
        </w:rPr>
        <w:t>1:00:48  Dekhiye, ek bigad ka aaghaz kahan se hota hai</w:t>
      </w:r>
      <w:r>
        <w:br/>
      </w:r>
      <w:r>
        <w:rPr>
          <w:sz w:val="20"/>
        </w:rPr>
        <w:t>1:00:50  ? Bigad ka hota hai pampering se, easy money se, jo jiska jo bazahir khud baap hota hai.</w:t>
      </w:r>
      <w:r>
        <w:br/>
      </w:r>
      <w:r>
        <w:rPr>
          <w:sz w:val="20"/>
        </w:rPr>
        <w:t>1:01:00  Jitne bachche bigadte hain, one to all, sab ki jad mein kya hota hai? Pampering aur easy money. To yeh to baap khud zimmedar hai, apni islah karein.</w:t>
      </w:r>
      <w:r>
        <w:br/>
      </w:r>
      <w:r>
        <w:rPr>
          <w:sz w:val="20"/>
        </w:rPr>
        <w:t>1:01:10  woh yeh ghussa jo kar rahay hain, apnay oopar ghussa karein. woh aap pata kijiye to woh baap ne zaroor yahi sab kiya hoga,</w:t>
      </w:r>
      <w:r>
        <w:br/>
      </w:r>
      <w:r>
        <w:rPr>
          <w:sz w:val="20"/>
        </w:rPr>
        <w:t>1:01:19  khoob pampering aur khoob easy money. to to bigar rahay hain, bachay bigar rahay hain, kyun nahi bigarein ge? ab ghussa dikhate hain. aisa ghussa bilkul aik stepped kaam hai, is se koi islaah nahi ho sakti.</w:t>
      </w:r>
      <w:r>
        <w:br/>
      </w:r>
      <w:r>
        <w:rPr>
          <w:sz w:val="20"/>
        </w:rPr>
        <w:t>1:01:32  is se Maulana, doosra sawal un ki wife ka hai, Karachi, Pakistan se hi.</w:t>
      </w:r>
    </w:p>
    <w:p>
      <w:pPr>
        <w:pStyle w:val="Heading2"/>
      </w:pPr>
      <w:r>
        <w:t>Pruning habits making life dull</w:t>
      </w:r>
    </w:p>
    <w:p>
      <w:r>
        <w:rPr>
          <w:color w:val="666666"/>
          <w:sz w:val="18"/>
        </w:rPr>
        <w:t>Self Correction November 09, 2014 Maulana Wahiduddin Khan · 3m 22s · at 46:11 · https://youtu.be/PpwTmeCQkSQ?t=2771</w:t>
      </w:r>
    </w:p>
    <w:p>
      <w:r>
        <w:rPr>
          <w:i/>
        </w:rPr>
        <w:t>“Maulana, abandoning bad habits is understandable, but pruning every habit, many of which may not be wrong or unlawful, may make life very dull and devoid of any interest. What is your take on this?”</w:t>
      </w:r>
    </w:p>
    <w:p>
      <w:r>
        <w:rPr>
          <w:sz w:val="20"/>
        </w:rPr>
        <w:t>46:11  Maulana, yeh sawal Ashar sahib ka aaya hai Bareilly se, aur unhon ne likha hai: "Molana, abandoning bad habits is understandable, but pruning every habit, many of which may not be wrong or unlawful, may make life very dull and devoid of any interest. What is your take on this?"</w:t>
      </w:r>
      <w:r>
        <w:br/>
      </w:r>
      <w:r>
        <w:rPr>
          <w:sz w:val="20"/>
        </w:rPr>
        <w:t>46:35  " kafi arsa parhi hai. "Molana, abandoning bad habits is understandable, but pruning every habit, many of which may not be wrong or unlawful, may make life very dull and devoid of any interest. What is your take on this?"</w:t>
      </w:r>
      <w:r>
        <w:br/>
      </w:r>
      <w:r>
        <w:rPr>
          <w:sz w:val="20"/>
        </w:rPr>
        <w:t>46:57  "Bhai, dekhiye, is mein koi misaal toh di nahi unhon ne. Misaal chahiye.</w:t>
      </w:r>
      <w:r>
        <w:br/>
      </w:r>
      <w:r>
        <w:rPr>
          <w:sz w:val="20"/>
        </w:rPr>
        <w:t>47:02  Mera tajurba yeh hai ke koi bhi cheez, bator aadat agar karenge aap, bazahir acha kaam, tab</w:t>
      </w:r>
      <w:r>
        <w:br/>
      </w:r>
      <w:r>
        <w:rPr>
          <w:sz w:val="20"/>
        </w:rPr>
        <w:t>47:07  bhi woh aap ko barbaad karega.</w:t>
      </w:r>
      <w:r>
        <w:br/>
      </w:r>
      <w:r>
        <w:rPr>
          <w:sz w:val="20"/>
        </w:rPr>
        <w:t>47:12  Bazahir acha kaam, woh bhi barbaad karega.</w:t>
      </w:r>
      <w:r>
        <w:br/>
      </w:r>
      <w:r>
        <w:rPr>
          <w:sz w:val="20"/>
        </w:rPr>
        <w:t>47:17  Jaise maine arz kiya ke hamare zamane mein shair o shayari ek acha kaam samjhi jaati thi.</w:t>
      </w:r>
      <w:r>
        <w:br/>
      </w:r>
      <w:r>
        <w:rPr>
          <w:sz w:val="20"/>
        </w:rPr>
        <w:t>47:23  Sab log shair o shayari karte the.</w:t>
      </w:r>
      <w:r>
        <w:br/>
      </w:r>
      <w:r>
        <w:rPr>
          <w:sz w:val="20"/>
        </w:rPr>
        <w:t>47:28  Achhe achhe ulama shair o shayari karte the.</w:t>
      </w:r>
      <w:r>
        <w:br/>
      </w:r>
      <w:r>
        <w:rPr>
          <w:sz w:val="20"/>
        </w:rPr>
        <w:t>47:33  Toh woh toh acha tha, lekin maine mehsoos kiya ke shair o shayari agar koi aadat ban</w:t>
      </w:r>
      <w:r>
        <w:br/>
      </w:r>
      <w:r>
        <w:rPr>
          <w:sz w:val="20"/>
        </w:rPr>
        <w:t>47:38  jaayegi toh woh tabaahi hai.</w:t>
      </w:r>
      <w:r>
        <w:br/>
      </w:r>
      <w:r>
        <w:rPr>
          <w:sz w:val="20"/>
        </w:rPr>
        <w:t>47:43  Aisi study acha kaam hai, lekin bator asar ke liye jab study aadat ban gayi toh uska</w:t>
      </w:r>
      <w:r>
        <w:br/>
      </w:r>
      <w:r>
        <w:rPr>
          <w:sz w:val="20"/>
        </w:rPr>
        <w:t>47:49  sochne ka amal hi ruk gaya.</w:t>
      </w:r>
      <w:r>
        <w:br/>
      </w:r>
      <w:r>
        <w:rPr>
          <w:sz w:val="20"/>
        </w:rPr>
        <w:t>47:54  Toh bas samajhta hoon ke is mein mere tajurbe ke mutabiq har aadat, har aadat hi bator aadat hai.</w:t>
      </w:r>
      <w:r>
        <w:br/>
      </w:r>
      <w:r>
        <w:rPr>
          <w:sz w:val="20"/>
        </w:rPr>
        <w:t>47:59  Aadat ke taur par koi kaam nahi karna hai humein.</w:t>
      </w:r>
      <w:r>
        <w:br/>
      </w:r>
      <w:r>
        <w:rPr>
          <w:sz w:val="20"/>
        </w:rPr>
        <w:t>48:04  Humein har kaam ko shauq ke taur par karna hai.</w:t>
      </w:r>
      <w:r>
        <w:br/>
      </w:r>
      <w:r>
        <w:rPr>
          <w:sz w:val="20"/>
        </w:rPr>
        <w:t>48:10  har kaam ko hamein shor ke taur par karna hai.</w:t>
      </w:r>
      <w:r>
        <w:br/>
      </w:r>
      <w:r>
        <w:rPr>
          <w:sz w:val="20"/>
        </w:rPr>
        <w:t>48:15  mera apna tajurba yahi hai.</w:t>
      </w:r>
      <w:r>
        <w:br/>
      </w:r>
      <w:r>
        <w:rPr>
          <w:sz w:val="20"/>
        </w:rPr>
        <w:t>48:20  agar koi aadmi misaal bataye mujhe to main is mein mazeed wazahat kar sakta hoon.</w:t>
      </w:r>
      <w:r>
        <w:br/>
      </w:r>
      <w:r>
        <w:rPr>
          <w:sz w:val="20"/>
        </w:rPr>
        <w:t>48:25  main apni zindagi mein kai cheezein chhori hain, jaise main ne arz kiya ke meetha khana to meetha</w:t>
      </w:r>
      <w:r>
        <w:br/>
      </w:r>
      <w:r>
        <w:rPr>
          <w:sz w:val="20"/>
        </w:rPr>
        <w:t>48:30  khana to koi buri baat nahi hai.</w:t>
      </w:r>
      <w:r>
        <w:br/>
      </w:r>
      <w:r>
        <w:rPr>
          <w:sz w:val="20"/>
        </w:rPr>
        <w:t>48:36  kai log samajhte hain ke meetha khana sunnat hai, lekin main ne mehsoos kiya ke meetha jo hai,</w:t>
      </w:r>
      <w:r>
        <w:br/>
      </w:r>
      <w:r>
        <w:rPr>
          <w:sz w:val="20"/>
        </w:rPr>
        <w:t>48:41  jab meri aadat banne laga to isi mein mashghool ho kar mera sochne ka amal, mera jo sochne</w:t>
      </w:r>
      <w:r>
        <w:br/>
      </w:r>
      <w:r>
        <w:rPr>
          <w:sz w:val="20"/>
        </w:rPr>
        <w:t>48:46  ka amal hai, woh rukne laga.</w:t>
      </w:r>
      <w:r>
        <w:br/>
      </w:r>
      <w:r>
        <w:rPr>
          <w:sz w:val="20"/>
        </w:rPr>
        <w:t>48:51  jab tak main meetha kha raha hoon to sochne ka amal ruka hua hai.</w:t>
      </w:r>
      <w:r>
        <w:br/>
      </w:r>
      <w:r>
        <w:rPr>
          <w:sz w:val="20"/>
        </w:rPr>
        <w:t>48:57  bas test le raha hoon, test le raha hoon, test le raha hoon.</w:t>
      </w:r>
      <w:r>
        <w:br/>
      </w:r>
      <w:r>
        <w:rPr>
          <w:sz w:val="20"/>
        </w:rPr>
        <w:t>49:02  to mera apna tajurba yahi hai ke har aadat hi tamkeen hai.</w:t>
      </w:r>
      <w:r>
        <w:br/>
      </w:r>
      <w:r>
        <w:rPr>
          <w:sz w:val="20"/>
        </w:rPr>
        <w:t>49:07  koi is aitbaar se ke woh haram hai, maslan alcohol haram hai, haram ke maani mein woh tamkeen</w:t>
      </w:r>
      <w:r>
        <w:br/>
      </w:r>
      <w:r>
        <w:rPr>
          <w:sz w:val="20"/>
        </w:rPr>
        <w:t>49:12  hai, lekin kuch cheezein zindagi mein jo main is ko kehta hoon ghair mehram haram, yaani mehram, yaani</w:t>
      </w:r>
      <w:r>
        <w:br/>
      </w:r>
      <w:r>
        <w:rPr>
          <w:sz w:val="20"/>
        </w:rPr>
        <w:t>49:17  haram na ho kar bhi woh tamkeen hai.</w:t>
      </w:r>
      <w:r>
        <w:br/>
      </w:r>
      <w:r>
        <w:rPr>
          <w:sz w:val="20"/>
        </w:rPr>
        <w:t>49:23  yeh mera tajurba yahi hai.</w:t>
      </w:r>
      <w:r>
        <w:br/>
      </w:r>
      <w:r>
        <w:rPr>
          <w:sz w:val="20"/>
        </w:rPr>
        <w:t>49:28  agar koi misaal batayega to main inshallah mazeed wazahat karunga.</w:t>
      </w:r>
    </w:p>
    <w:p>
      <w:pPr>
        <w:pStyle w:val="Heading2"/>
      </w:pPr>
      <w:r>
        <w:t>Overcoming Difficulty in Staying Always Positive</w:t>
      </w:r>
    </w:p>
    <w:p>
      <w:r>
        <w:rPr>
          <w:color w:val="666666"/>
          <w:sz w:val="18"/>
        </w:rPr>
        <w:t>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Breaking the cycle of ever-increasing desires</w:t>
      </w:r>
    </w:p>
    <w:p>
      <w:r>
        <w:rPr>
          <w:color w:val="666666"/>
          <w:sz w:val="18"/>
        </w:rPr>
        <w:t>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Avoiding obstacles to brilliant personality</w:t>
      </w:r>
    </w:p>
    <w:p>
      <w:r>
        <w:rPr>
          <w:color w:val="666666"/>
          <w:sz w:val="18"/>
        </w:rPr>
        <w:t>Brilliant Personality November 27, 2016 · 5m 59s · at 1:03:01 · https://youtu.be/268O3sgnjC0?t=3781</w:t>
      </w:r>
    </w:p>
    <w:p>
      <w:r>
        <w:rPr>
          <w:i/>
        </w:rPr>
        <w:t>“What are those things that as a believer I should not do which will stop me from becoming a brilliant personality?”</w:t>
      </w:r>
    </w:p>
    <w:p>
      <w:r>
        <w:rPr>
          <w:sz w:val="20"/>
        </w:rPr>
        <w:t>1:03:01  Maulana, agla sawal zuber iqbal sahab ne kiya hai nagpur se aur unhon ne likha hai: "Maulana sahab</w:t>
      </w:r>
      <w:r>
        <w:br/>
      </w:r>
      <w:r>
        <w:rPr>
          <w:sz w:val="20"/>
        </w:rPr>
        <w:t>1:03:09  what are those things that as a believer I should not do which will stop me from becoming</w:t>
      </w:r>
      <w:r>
        <w:br/>
      </w:r>
      <w:r>
        <w:rPr>
          <w:sz w:val="20"/>
        </w:rPr>
        <w:t>1:03:16  a brilliant personality?</w:t>
      </w:r>
      <w:r>
        <w:br/>
      </w:r>
      <w:r>
        <w:rPr>
          <w:sz w:val="20"/>
        </w:rPr>
        <w:t>1:03:24  Kindly advice.</w:t>
      </w:r>
      <w:r>
        <w:br/>
      </w:r>
      <w:r>
        <w:rPr>
          <w:sz w:val="20"/>
        </w:rPr>
        <w:t>1:03:29  Bhai, main ne to yeh samjha hai ke sab se zyada jo disastrous cheez hai, mohlik, woh hai distraction.</w:t>
      </w:r>
      <w:r>
        <w:br/>
      </w:r>
      <w:r>
        <w:rPr>
          <w:sz w:val="20"/>
        </w:rPr>
        <w:t>1:03:34  Har aadmi pe distraction mein pada mujhe nazar aata hai.</w:t>
      </w:r>
      <w:r>
        <w:br/>
      </w:r>
      <w:r>
        <w:rPr>
          <w:sz w:val="20"/>
        </w:rPr>
        <w:t>1:03:39  Zara si baat se distract hote hain log, zara si baat se distract hote hain log.</w:t>
      </w:r>
      <w:r>
        <w:br/>
      </w:r>
      <w:r>
        <w:rPr>
          <w:sz w:val="20"/>
        </w:rPr>
        <w:t>1:03:45  Jaise main ne ek misaal is se pehle de chuka hoon aap ko ke main ek sahab ke</w:t>
      </w:r>
      <w:r>
        <w:br/>
      </w:r>
      <w:r>
        <w:rPr>
          <w:sz w:val="20"/>
        </w:rPr>
        <w:t>1:03:50  saath tha aur bahut hi serious deeni baatein ho rahi theen.</w:t>
      </w:r>
      <w:r>
        <w:br/>
      </w:r>
      <w:r>
        <w:rPr>
          <w:sz w:val="20"/>
        </w:rPr>
        <w:t>1:03:55  Ab un ka chhota bachcha aa gaya to foran utha kar god mein rakh liya unhon ne.</w:t>
      </w:r>
      <w:r>
        <w:br/>
      </w:r>
      <w:r>
        <w:rPr>
          <w:sz w:val="20"/>
        </w:rPr>
        <w:t>1:04:01  Yeh hai distraction.</w:t>
      </w:r>
      <w:r>
        <w:br/>
      </w:r>
      <w:r>
        <w:rPr>
          <w:sz w:val="20"/>
        </w:rPr>
        <w:t>1:04:06  Phir woh bachcha aaya hai, aayega, jayega.</w:t>
      </w:r>
      <w:r>
        <w:br/>
      </w:r>
      <w:r>
        <w:rPr>
          <w:sz w:val="20"/>
        </w:rPr>
        <w:t>1:04:11  Is ko, is ko aap apne sochne ke silsile ko todte hain, kyun todte hain? Isi ko kehte hain distraction.</w:t>
      </w:r>
      <w:r>
        <w:br/>
      </w:r>
      <w:r>
        <w:rPr>
          <w:sz w:val="20"/>
        </w:rPr>
        <w:t>1:04:17  Main ek martaba, main ek dastarkhwan par tha, kisi ka dawat thi to bahut saaman aa raha tha.</w:t>
      </w:r>
      <w:r>
        <w:br/>
      </w:r>
      <w:r>
        <w:rPr>
          <w:sz w:val="20"/>
        </w:rPr>
        <w:t>1:04:22  ek ke baad ek.</w:t>
      </w:r>
      <w:r>
        <w:br/>
      </w:r>
      <w:r>
        <w:rPr>
          <w:sz w:val="20"/>
        </w:rPr>
        <w:t>1:04:27  to mein to aksar aise mauqe par sookhi roti kha leta hoon, bas kuch.</w:t>
      </w:r>
      <w:r>
        <w:br/>
      </w:r>
      <w:r>
        <w:rPr>
          <w:sz w:val="20"/>
        </w:rPr>
        <w:t>1:04:33  to murgh, murgh aaya, haan murgh.</w:t>
      </w:r>
      <w:r>
        <w:br/>
      </w:r>
      <w:r>
        <w:rPr>
          <w:sz w:val="20"/>
        </w:rPr>
        <w:t>1:04:38  to ek sahab ne kaha ke nishan-e-mard-e-momin baat goyam jo murgh aaya to sam lahab is to</w:t>
      </w:r>
      <w:r>
        <w:br/>
      </w:r>
      <w:r>
        <w:rPr>
          <w:sz w:val="20"/>
        </w:rPr>
        <w:t>1:04:43  wo distraction hai.</w:t>
      </w:r>
      <w:r>
        <w:br/>
      </w:r>
      <w:r>
        <w:rPr>
          <w:sz w:val="20"/>
        </w:rPr>
        <w:t>1:04:49  yaani hum sochein, hum jab matlab baitha hoon dastarkhwan par to mein sochta hoon ke Allah ne kaisi</w:t>
      </w:r>
      <w:r>
        <w:br/>
      </w:r>
      <w:r>
        <w:rPr>
          <w:sz w:val="20"/>
        </w:rPr>
        <w:t>1:04:54  acchi cheezein banayi hain.</w:t>
      </w:r>
      <w:r>
        <w:br/>
      </w:r>
      <w:r>
        <w:rPr>
          <w:sz w:val="20"/>
        </w:rPr>
        <w:t>1:04:59  mujhe roti, roti nahi dikhayi thi.</w:t>
      </w:r>
      <w:r>
        <w:br/>
      </w:r>
      <w:r>
        <w:rPr>
          <w:sz w:val="20"/>
        </w:rPr>
        <w:t>1:05:05  roti mein gandum ka khet, us ke pehle barishein, us ke pehle zameen ka banna, ek poora process</w:t>
      </w:r>
      <w:r>
        <w:br/>
      </w:r>
      <w:r>
        <w:rPr>
          <w:sz w:val="20"/>
        </w:rPr>
        <w:t>1:05:10  hai jo billion billion years ka.</w:t>
      </w:r>
      <w:r>
        <w:br/>
      </w:r>
      <w:r>
        <w:rPr>
          <w:sz w:val="20"/>
        </w:rPr>
        <w:t>1:05:15  tab mujhe roti mili hai.</w:t>
      </w:r>
      <w:r>
        <w:br/>
      </w:r>
      <w:r>
        <w:rPr>
          <w:sz w:val="20"/>
        </w:rPr>
        <w:t>1:05:21  to mein to kho jaata hoon Allah ki takhleeq mein.</w:t>
      </w:r>
      <w:r>
        <w:br/>
      </w:r>
      <w:r>
        <w:rPr>
          <w:sz w:val="20"/>
        </w:rPr>
        <w:t>1:05:26  ab in ko bas murgh aaya to bas distract ho gaye.</w:t>
      </w:r>
      <w:r>
        <w:br/>
      </w:r>
      <w:r>
        <w:rPr>
          <w:sz w:val="20"/>
        </w:rPr>
        <w:t>1:05:31  isi mein ab le rahe hain, kha rahe hain. Alhamdulillah, Alhamdulillah.</w:t>
      </w:r>
      <w:r>
        <w:br/>
      </w:r>
      <w:r>
        <w:rPr>
          <w:sz w:val="20"/>
        </w:rPr>
        <w:t>1:05:37  yeh distraction hai, Alhamdulillah nahi hai.</w:t>
      </w:r>
      <w:r>
        <w:br/>
      </w:r>
      <w:r>
        <w:rPr>
          <w:sz w:val="20"/>
        </w:rPr>
        <w:t>1:05:42  yeh distraction hai.</w:t>
      </w:r>
      <w:r>
        <w:br/>
      </w:r>
      <w:r>
        <w:rPr>
          <w:sz w:val="20"/>
        </w:rPr>
        <w:t>1:05:47  aap ke samne khana aaya hai to jaise aaj aap ne mujhe ek anda diya khane ke liye</w:t>
      </w:r>
      <w:r>
        <w:br/>
      </w:r>
      <w:r>
        <w:rPr>
          <w:sz w:val="20"/>
        </w:rPr>
        <w:t>1:05:53  to anda dekh kar main samjha ke ke kaise, kitni ajeeb qudrat hai Allah taala ki ke murghi,</w:t>
      </w:r>
      <w:r>
        <w:br/>
      </w:r>
      <w:r>
        <w:rPr>
          <w:sz w:val="20"/>
        </w:rPr>
        <w:t>1:05:58  murghi ke andar anda kaise banta hai.</w:t>
      </w:r>
      <w:r>
        <w:br/>
      </w:r>
      <w:r>
        <w:rPr>
          <w:sz w:val="20"/>
        </w:rPr>
        <w:t>1:06:03  murghi ke andar anda aur ande ke andar protein kaisa hota hai.</w:t>
      </w:r>
      <w:r>
        <w:br/>
      </w:r>
      <w:r>
        <w:rPr>
          <w:sz w:val="20"/>
        </w:rPr>
        <w:t>1:06:09  to jab is nazar se dekhenge to is se aap ko marifat ka nectar milega.</w:t>
      </w:r>
      <w:r>
        <w:br/>
      </w:r>
      <w:r>
        <w:rPr>
          <w:sz w:val="20"/>
        </w:rPr>
        <w:t>1:06:14  nahi to aap distract hote rahenge har waqt.</w:t>
      </w:r>
      <w:r>
        <w:br/>
      </w:r>
      <w:r>
        <w:rPr>
          <w:sz w:val="20"/>
        </w:rPr>
        <w:t>1:06:19  mein logon ko dekhta hoon, distract hote hain, distract hote hain, distract hote hain.</w:t>
      </w:r>
      <w:r>
        <w:br/>
      </w:r>
      <w:r>
        <w:rPr>
          <w:sz w:val="20"/>
        </w:rPr>
        <w:t>1:06:25  khana aayega to arey bhai, pada item to hai nahi, chutney to, chutney to hai nahi.</w:t>
      </w:r>
      <w:r>
        <w:br/>
      </w:r>
      <w:r>
        <w:rPr>
          <w:sz w:val="20"/>
        </w:rPr>
        <w:t>1:06:30  yeh bhi distraction hai.</w:t>
      </w:r>
      <w:r>
        <w:br/>
      </w:r>
      <w:r>
        <w:rPr>
          <w:sz w:val="20"/>
        </w:rPr>
        <w:t>1:06:35  ek ek sahib ke haan mein khane par tha, un ka mulazim tha, is ka naam tha rehman,</w:t>
      </w:r>
      <w:r>
        <w:br/>
      </w:r>
      <w:r>
        <w:rPr>
          <w:sz w:val="20"/>
        </w:rPr>
        <w:t>1:06:41  rehman naam tha is ka.</w:t>
      </w:r>
      <w:r>
        <w:br/>
      </w:r>
      <w:r>
        <w:rPr>
          <w:sz w:val="20"/>
        </w:rPr>
        <w:t>1:06:46  to khana aaya to woh chuttni ke bohat shaukeen thay, khane mein chuttni.</w:t>
      </w:r>
      <w:r>
        <w:br/>
      </w:r>
      <w:r>
        <w:rPr>
          <w:sz w:val="20"/>
        </w:rPr>
        <w:t>1:06:51  to dekha ke chuttni nahi hai to kehte hain rehman miyan, dekho to chuttni bhi khai hai.</w:t>
      </w:r>
      <w:r>
        <w:br/>
      </w:r>
      <w:r>
        <w:rPr>
          <w:sz w:val="20"/>
        </w:rPr>
        <w:t>1:06:57  ab mein to masroof ho jata hoon, sirf roti hi kyun na ho? ke kaise Allah ne roti</w:t>
      </w:r>
      <w:r>
        <w:br/>
      </w:r>
      <w:r>
        <w:rPr>
          <w:sz w:val="20"/>
        </w:rPr>
        <w:t>1:07:02  banai, kaise Allah ne chawal banaya.</w:t>
      </w:r>
      <w:r>
        <w:br/>
      </w:r>
      <w:r>
        <w:rPr>
          <w:sz w:val="20"/>
        </w:rPr>
        <w:t>1:07:07  aap ko dikhaya jata hai ke chuttni nahi hai, achar nahi hai, aur koi sweet item nahi hai.</w:t>
      </w:r>
      <w:r>
        <w:br/>
      </w:r>
      <w:r>
        <w:rPr>
          <w:sz w:val="20"/>
        </w:rPr>
        <w:t>1:07:13  yeh sab distraction hai.</w:t>
      </w:r>
      <w:r>
        <w:br/>
      </w:r>
      <w:r>
        <w:rPr>
          <w:sz w:val="20"/>
        </w:rPr>
        <w:t>1:07:18  to agar aap ko aala marifat darkar hai to aap ko distraction se bachna pare ga, nahi to</w:t>
      </w:r>
      <w:r>
        <w:br/>
      </w:r>
      <w:r>
        <w:rPr>
          <w:sz w:val="20"/>
        </w:rPr>
        <w:t>1:07:23  aala marifat milne wali bhi nahi hai.</w:t>
      </w:r>
      <w:r>
        <w:br/>
      </w:r>
      <w:r>
        <w:rPr>
          <w:sz w:val="20"/>
        </w:rPr>
        <w:t>1:07:29  Okay, before we end this session, just another announcement: that Goodword Books would be participating in two upcoming</w:t>
      </w:r>
      <w:r>
        <w:br/>
      </w:r>
      <w:r>
        <w:rPr>
          <w:sz w:val="20"/>
        </w:rPr>
        <w:t>1:07:34  book fairs in Doha and in Jeddah.</w:t>
      </w:r>
      <w:r>
        <w:br/>
      </w:r>
      <w:r>
        <w:rPr>
          <w:sz w:val="20"/>
        </w:rPr>
        <w:t>1:07:39  So you can get books of Maulana Wahiduddin Khan sahib and Dr.</w:t>
      </w:r>
      <w:r>
        <w:br/>
      </w:r>
      <w:r>
        <w:rPr>
          <w:sz w:val="20"/>
        </w:rPr>
        <w:t>1:07:45  Saneer Stain Khan sahib.</w:t>
      </w:r>
      <w:r>
        <w:br/>
      </w:r>
      <w:r>
        <w:rPr>
          <w:sz w:val="20"/>
        </w:rPr>
        <w:t>1:07:50  The dates for these two book fairs are in Doha; the book fair starts on November 30th till</w:t>
      </w:r>
      <w:r>
        <w:br/>
      </w:r>
      <w:r>
        <w:rPr>
          <w:sz w:val="20"/>
        </w:rPr>
        <w:t>1:07:55  about 10th December, and the contact person is Maulana Yaqoob Umri.</w:t>
      </w:r>
      <w:r>
        <w:br/>
      </w:r>
      <w:r>
        <w:rPr>
          <w:sz w:val="20"/>
        </w:rPr>
        <w:t>1:08:01  The Jeddah book fair is between December 15th to December 25th, and you can contact Syed Ahmad Ali and Maulana Yaqoob Omri. Thank you for watching CPS International. We will be back next week same time. Thank you.</w:t>
      </w:r>
    </w:p>
    <w:p>
      <w:pPr>
        <w:pStyle w:val="Heading2"/>
      </w:pPr>
      <w:r>
        <w:t>Describing bad habits to save a sibling</w:t>
      </w:r>
    </w:p>
    <w:p>
      <w:r>
        <w:rPr>
          <w:color w:val="666666"/>
          <w:sz w:val="18"/>
        </w:rPr>
        <w:t>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Establishing discipline and intellectual development</w:t>
      </w:r>
    </w:p>
    <w:p>
      <w:r>
        <w:rPr>
          <w:color w:val="666666"/>
          <w:sz w:val="18"/>
        </w:rPr>
        <w:t>Message of The Quran March 29, 2015 · 3m 52s · at 56:44 · https://youtu.be/u57TpiO8A7Y?t=3404</w:t>
      </w:r>
    </w:p>
    <w:p>
      <w:r>
        <w:rPr>
          <w:i/>
        </w:rPr>
        <w:t>“How can we establish discipline in our daily life?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Cultural conditioning harms and how to escape it</w:t>
      </w:r>
    </w:p>
    <w:p>
      <w:r>
        <w:rPr>
          <w:color w:val="666666"/>
          <w:sz w:val="18"/>
        </w:rPr>
        <w:t>Man &amp; Paradise Aug 18, 2013 - Maulana Wahiduddin Khan · 4m 08s · at 50:34 · https://youtu.be/yKy1suwbP8o?t=3034</w:t>
      </w:r>
    </w:p>
    <w:p>
      <w:r>
        <w:rPr>
          <w:i/>
        </w:rPr>
        <w:t>“Experience shows that every person lives in cultural conditioning. What is the harm of this cultural conditioning, and how can a person extricate himself from it?”</w:t>
      </w:r>
    </w:p>
    <w:p>
      <w:r>
        <w:rPr>
          <w:sz w:val="20"/>
        </w:rPr>
        <w:t>50:34  maulana, agla sawal dilli se hai ans sahib ka. unhon ne likha hai: "tajruba batata hai ke har hath har aadmi cultural conditioning mein jeeta hai.</w:t>
      </w:r>
      <w:r>
        <w:br/>
      </w:r>
      <w:r>
        <w:rPr>
          <w:sz w:val="20"/>
        </w:rPr>
        <w:t>50:46  is cultural conditioning ka nuqsan kya hai, aur is cultural conditioning se aadmi apne aap ko kaise nikale?"</w:t>
      </w:r>
      <w:r>
        <w:br/>
      </w:r>
      <w:r>
        <w:rPr>
          <w:sz w:val="20"/>
        </w:rPr>
        <w:t>50:57  yeh baat sahi hai ke har aadmi cultural conditioning mein jeeta hai, kyunke jab paida hua to ek culture mein paida hua. paida hote hi us ko ek culture mil jata hai.</w:t>
      </w:r>
      <w:r>
        <w:br/>
      </w:r>
      <w:r>
        <w:rPr>
          <w:sz w:val="20"/>
        </w:rPr>
        <w:t>51:09  paida hote hi us ko ek culture mil jata hai. samajhta hoon ke har insaan, har insaan, har insaan ka pehla kaam yeh hai ke woh daryaft kare ke jis culture ko main ne inhe inherit kiya hai,</w:t>
      </w:r>
      <w:r>
        <w:br/>
      </w:r>
      <w:r>
        <w:rPr>
          <w:sz w:val="20"/>
        </w:rPr>
        <w:t>51:23  woh sacha culture hai ya jhoota culture hai, sahi culture hai ya galat culture hai. pehla kaam, kyunke dekhiye, jab jo culture aap ko paida hote hi mile,</w:t>
      </w:r>
      <w:r>
        <w:br/>
      </w:r>
      <w:r>
        <w:rPr>
          <w:sz w:val="20"/>
        </w:rPr>
        <w:t>51:38  us mein aap ki conditioning ho jati hai, to bila soche samjhe us us ke aadi ban jate hain aap. to main samajhta hoon ke har insaan ka pehla kaam yeh hai ke woh is baat ko daryaft kare ke jis culture mein parha barha, jis culture mein us ki conditioning ho gayi,</w:t>
      </w:r>
      <w:r>
        <w:br/>
      </w:r>
      <w:r>
        <w:rPr>
          <w:sz w:val="20"/>
        </w:rPr>
        <w:t>51:59  jis culture us ki aadat ban gayi, us ka mizaj ban gaya, woh sahi tha ya galat, aur apni is aitbar se apni deconditioning kare.</w:t>
      </w:r>
      <w:r>
        <w:br/>
      </w:r>
      <w:r>
        <w:rPr>
          <w:sz w:val="20"/>
        </w:rPr>
        <w:t>52:12  jo aadmi aisa nahin karega, to phir us ko kabhi bhi sachai nahin milegi. woh hamesha haqeeqaton se bekhabar rahega.</w:t>
      </w:r>
      <w:r>
        <w:br/>
      </w:r>
      <w:r>
        <w:rPr>
          <w:sz w:val="20"/>
        </w:rPr>
        <w:t>52:27  maulana, un ka ek aur sawal hai, woh aap se janna chahte hain ke Quran mein parents ki farmanbardari ka hukum diya gaya hai ya husn sulook ka?</w:t>
      </w:r>
      <w:r>
        <w:br/>
      </w:r>
      <w:r>
        <w:rPr>
          <w:sz w:val="20"/>
        </w:rPr>
        <w:t>52:37  is ke baray mein bataen. sirf sulook ka, farmanbardari ka nahin. Quran mein falan tote honge.</w:t>
      </w:r>
      <w:r>
        <w:br/>
      </w:r>
      <w:r>
        <w:rPr>
          <w:sz w:val="20"/>
        </w:rPr>
        <w:t>52:46  sulook, yani sulook ka matlab kya hai? sulook ka matlab yeh bhi yeh nahin hai ke aap, yani aaj kal jo sulook ke matlab liye jate hain, woh baray nahin hain.</w:t>
      </w:r>
      <w:r>
        <w:br/>
      </w:r>
      <w:r>
        <w:rPr>
          <w:sz w:val="20"/>
        </w:rPr>
        <w:t>52:56  sulook ke real need ko poora karna, haqeeqi zaroorat ko poora karna, bas yeh hai sulook.</w:t>
      </w:r>
      <w:r>
        <w:br/>
      </w:r>
      <w:r>
        <w:rPr>
          <w:sz w:val="20"/>
        </w:rPr>
        <w:t>53:08  aaj kal is logon par yeh baat wazeh nahi hai ke ke apne waldein ke baray mein woh un ki sirf yeh zimmedari hai ke woh un ki real need ko poori karein, bas is se zyada nahi.</w:t>
      </w:r>
      <w:r>
        <w:br/>
      </w:r>
      <w:r>
        <w:rPr>
          <w:sz w:val="20"/>
        </w:rPr>
        <w:t>53:25  aam taur par mein dekhta hoon, mein koi real need se siwa log is ko samajhte hain sulook. woh har giz har giz aisa nahi hai.</w:t>
      </w:r>
      <w:r>
        <w:br/>
      </w:r>
      <w:r>
        <w:rPr>
          <w:sz w:val="20"/>
        </w:rPr>
        <w:t>53:35  jo real need hai, real need, haqeeqi zaroorat, woh aap poora karein to yeh aap, yeh aap ki zimmedari hai. lekin is ke siwa agar maan baap se aap se mutalba karte hain to aap har giz aap ki zimmedari nahi ke is ko aap poora karein.</w:t>
      </w:r>
      <w:r>
        <w:br/>
      </w:r>
      <w:r>
        <w:rPr>
          <w:sz w:val="20"/>
        </w:rPr>
        <w:t>53:51  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r>
        <w:br/>
      </w:r>
      <w:r>
        <w:rPr>
          <w:sz w:val="20"/>
        </w:rPr>
        <w:t>54:14  jo aik hadees hai ke sab se zyada ghaate par woh hai: "man adrak akhiratahu bidunya ghair".</w:t>
      </w:r>
      <w:r>
        <w:br/>
      </w:r>
      <w:r>
        <w:rPr>
          <w:sz w:val="20"/>
        </w:rPr>
        <w:t>54:25  jo doosre ki duniya ki khatir apni aakhirat ka nuqsan kar le, is ka case ban jayein ge aap. to behal aap sirf real need ke baghair zimmedar hain, is se zyada ke zimmedar aap nahi hain.</w:t>
      </w:r>
    </w:p>
    <w:p>
      <w:pPr>
        <w:pStyle w:val="Heading2"/>
      </w:pPr>
      <w:r>
        <w:t>Overcoming devil's distraction from Quran and Hadith</w:t>
      </w:r>
    </w:p>
    <w:p>
      <w:r>
        <w:rPr>
          <w:color w:val="666666"/>
          <w:sz w:val="18"/>
        </w:rPr>
        <w:t>Prophetic Model February 16, 2014 · 1m 50s · at 1:02:44 · https://youtu.be/ypIIqSmExzk?t=3764</w:t>
      </w:r>
    </w:p>
    <w:p>
      <w:r>
        <w:rPr>
          <w:i/>
        </w:rPr>
        <w:t>“We intend to live our life according to Quran and Hadith. But the devil inside us always takes us away from leading such life. Though our intention is to fight with the devil and take ourselves on the right path, still devil proves to be a winner and leads to distraction and ultimately takes us back to the start.”</w:t>
      </w:r>
    </w:p>
    <w:p>
      <w:r>
        <w:rPr>
          <w:sz w:val="20"/>
        </w:rPr>
        <w:t>1:02:44  maulana agla sawal kashmir se hai aamir junaid mori sahib ka. unhon ne likha hai: "maulana we intend to live our life according to quran and hadith.</w:t>
      </w:r>
      <w:r>
        <w:br/>
      </w:r>
      <w:r>
        <w:rPr>
          <w:sz w:val="20"/>
        </w:rPr>
        <w:t>1:02:57  but the devil inside us always takes us away from leading such life. though our intention is to fight with the devil and take ourselves on theright path.</w:t>
      </w:r>
      <w:r>
        <w:br/>
      </w:r>
      <w:r>
        <w:rPr>
          <w:sz w:val="20"/>
        </w:rPr>
        <w:t>1:03:10  but still devil proves to be a winner and leads to the distraction and ultimately takes us back to the start.</w:t>
      </w:r>
      <w:r>
        <w:br/>
      </w:r>
      <w:r>
        <w:rPr>
          <w:sz w:val="20"/>
        </w:rPr>
        <w:t>1:03:20  kindly suggest the way of action so that we can beat the devil inside us and lead purely the islamic life." dekhiye yeh baat sahi nahin hai.</w:t>
      </w:r>
      <w:r>
        <w:br/>
      </w:r>
      <w:r>
        <w:rPr>
          <w:sz w:val="20"/>
        </w:rPr>
        <w:t>1:03:31  yaani aap chahein aur aur phir bhi aap shaitan aap ko ghaseet le jaye. yeh to possible nahin hai.</w:t>
      </w:r>
      <w:r>
        <w:br/>
      </w:r>
      <w:r>
        <w:rPr>
          <w:sz w:val="20"/>
        </w:rPr>
        <w:t>1:03:41  is matlab ke determination ki kami hai. azm ki kami hai. yaqeen ki kami hai. to aap study kijiye quran ka hadith ki kitabon ka apne yaqeen ko badhaiye.</w:t>
      </w:r>
      <w:r>
        <w:br/>
      </w:r>
      <w:r>
        <w:rPr>
          <w:sz w:val="20"/>
        </w:rPr>
        <w:t>1:03:53  yeh dekhiye namumkin baat hai ke waqeatan aap determination ke sath tay karein aur shaitan ko idhar se udhar kheench le jayein. yeh to ho nahin sakta.</w:t>
      </w:r>
      <w:r>
        <w:br/>
      </w:r>
      <w:r>
        <w:rPr>
          <w:sz w:val="20"/>
        </w:rPr>
        <w:t>1:04:03  kami aap ke shaitan ka masla nahin hai. yeh masla yaad rakhiye shaitan ka aap ke determination mein kami ka hai.</w:t>
      </w:r>
      <w:r>
        <w:br/>
      </w:r>
      <w:r>
        <w:rPr>
          <w:sz w:val="20"/>
        </w:rPr>
        <w:t>1:04:12  azm mein kami ka hai. yaqeen mein kami ka hai. conviction mein kami ka hai. is ko door kijiye. aur is ka tareeqa hai mutala. quran ko padhiye.</w:t>
      </w:r>
      <w:r>
        <w:br/>
      </w:r>
      <w:r>
        <w:rPr>
          <w:sz w:val="20"/>
        </w:rPr>
        <w:t>1:04:21  hadithon ko padhiye. sahaba ke waqiyat ko padhiye. hamari jo kitabein hain is ko padhiye. taake aap ka yaqeen badhe. jab yaqeen badhega to woh apne aap sab khatm ho jayega.</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1"/>
      </w:pPr>
      <w:r>
        <w:t>In the lectures (10)</w:t>
      </w:r>
    </w:p>
    <w:p>
      <w:pPr>
        <w:pStyle w:val="Heading2"/>
      </w:pPr>
      <w:r>
        <w:t>The Crises Management September 18, 2011</w:t>
      </w:r>
    </w:p>
    <w:p>
      <w:r>
        <w:rPr>
          <w:color w:val="666666"/>
          <w:sz w:val="18"/>
        </w:rPr>
        <w:t>4:48 · https://youtu.be/s3cYFtQZwzw?t=288</w:t>
      </w:r>
    </w:p>
    <w:p>
      <w:r>
        <w:rPr>
          <w:i/>
        </w:rPr>
        <w:t>“اس سے نکل نہیں پا رہے ہیں۔”</w:t>
      </w:r>
    </w:p>
    <w:p>
      <w:pPr>
        <w:pStyle w:val="Heading2"/>
      </w:pPr>
      <w:r>
        <w:t>Journey of History I 23 Dec, 2012 - Maulana Wahiduddin Khan</w:t>
      </w:r>
    </w:p>
    <w:p>
      <w:r>
        <w:rPr>
          <w:color w:val="666666"/>
          <w:sz w:val="18"/>
        </w:rPr>
        <w:t>21:28 · https://youtu.be/1NvRxiYKTnc?t=1288</w:t>
      </w:r>
    </w:p>
    <w:p>
      <w:r>
        <w:rPr>
          <w:i/>
        </w:rPr>
        <w:t>“روک نہیں سکتا۔”</w:t>
      </w:r>
    </w:p>
    <w:p>
      <w:pPr>
        <w:pStyle w:val="Heading2"/>
      </w:pPr>
      <w:r>
        <w:t>Time for Introspection 26 Feb 2012 Maulana Wahiduddin Khan</w:t>
      </w:r>
    </w:p>
    <w:p>
      <w:r>
        <w:rPr>
          <w:color w:val="666666"/>
          <w:sz w:val="18"/>
        </w:rPr>
        <w:t>7:39 · https://youtu.be/BcLQtml1o1E?t=459</w:t>
      </w:r>
    </w:p>
    <w:p>
      <w:r>
        <w:rPr>
          <w:i/>
        </w:rPr>
        <w:t>“ختم نہیں کر رہے۔”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Q&amp;A 04 DEC 2011 Maulana Wahiduddin Khan</w:t>
      </w:r>
    </w:p>
    <w:p>
      <w:r>
        <w:rPr>
          <w:color w:val="666666"/>
          <w:sz w:val="18"/>
        </w:rPr>
        <w:t>27:46 · https://youtu.be/KIMNmuUZoGo?t=1666</w:t>
      </w:r>
    </w:p>
    <w:p>
      <w:r>
        <w:rPr>
          <w:i/>
        </w:rPr>
        <w:t>“اور اس لیے کوئی نہ کوئی habit غلط لگی ہوئی ہے آپ کو۔ اس habit کو discover کیجیے۔ میں تو آج تک ڈھونڈتا رہتا ہوں کہ ایسی habit جو مجھے بچپن سے لگ گئی ہو، ابھی تک لگی ہوئی ہو۔”</w:t>
      </w:r>
    </w:p>
    <w:p>
      <w:pPr>
        <w:pStyle w:val="Heading2"/>
      </w:pPr>
      <w:r>
        <w:t>Time for Introspection February 26, 2012 Maulana Wahiduddin Khan</w:t>
      </w:r>
    </w:p>
    <w:p>
      <w:r>
        <w:rPr>
          <w:color w:val="666666"/>
          <w:sz w:val="18"/>
        </w:rPr>
        <w:t>7:20 · https://youtu.be/PjgdpJGybeE?t=440</w:t>
      </w:r>
    </w:p>
    <w:p>
      <w:r>
        <w:rPr>
          <w:i/>
        </w:rPr>
        <w:t>“ختم نہیں کر رہے ہیں”</w:t>
      </w:r>
    </w:p>
    <w:p>
      <w:pPr>
        <w:pStyle w:val="Heading2"/>
      </w:pPr>
      <w:r>
        <w:t>Jihad Fillah June 23, 2013</w:t>
      </w:r>
    </w:p>
    <w:p>
      <w:r>
        <w:rPr>
          <w:color w:val="666666"/>
          <w:sz w:val="18"/>
        </w:rPr>
        <w:t>56:04 · https://youtu.be/NRTno1eQTos?t=3364</w:t>
      </w:r>
    </w:p>
    <w:p>
      <w:r>
        <w:rPr>
          <w:i/>
        </w:rPr>
        <w:t>“نہیں تو نہیں چھوڑ نہیں سکتا۔ وہ”</w:t>
      </w:r>
    </w:p>
    <w:p>
      <w:pPr>
        <w:pStyle w:val="Heading2"/>
      </w:pPr>
      <w:r>
        <w:t>Quran A Dictionary of Truth (English) May 02, 2007 Maulana Wahiduddin Khan</w:t>
      </w:r>
    </w:p>
    <w:p>
      <w:r>
        <w:rPr>
          <w:color w:val="666666"/>
          <w:sz w:val="18"/>
        </w:rPr>
        <w:t>18:15 · https://youtu.be/plsYgl_xxbY?t=1095</w:t>
      </w:r>
    </w:p>
    <w:p>
      <w:r>
        <w:rPr>
          <w:i/>
        </w:rPr>
        <w:t>“It was so terrible that I cannot”</w:t>
      </w:r>
    </w:p>
    <w:p>
      <w:pPr>
        <w:pStyle w:val="Heading2"/>
      </w:pPr>
      <w:r>
        <w:t>Lessons and Experiences May 22, 2011 Maulana Wahiduddin Khan</w:t>
      </w:r>
    </w:p>
    <w:p>
      <w:r>
        <w:rPr>
          <w:color w:val="666666"/>
          <w:sz w:val="18"/>
        </w:rPr>
        <w:t>51:25 · https://youtu.be/j4Qx-MsDQWc?t=3085</w:t>
      </w:r>
    </w:p>
    <w:p>
      <w:r>
        <w:rPr>
          <w:i/>
        </w:rPr>
        <w:t>“ایک habit ایک addiction۔”</w:t>
      </w:r>
    </w:p>
    <w:p>
      <w:pPr>
        <w:pStyle w:val="Heading2"/>
      </w:pPr>
      <w:r>
        <w:t>Ramadan The Month of Remembrance June 21, 2015</w:t>
      </w:r>
    </w:p>
    <w:p>
      <w:r>
        <w:rPr>
          <w:color w:val="666666"/>
          <w:sz w:val="18"/>
        </w:rPr>
        <w:t>7:13 · https://youtu.be/D0D6zmqcScc?t=433</w:t>
      </w:r>
    </w:p>
    <w:p>
      <w:r>
        <w:rPr>
          <w:i/>
        </w:rPr>
        <w:t>“اپنی عادتوں کو چھوڑنا ہے،”</w:t>
      </w:r>
    </w:p>
    <w:p>
      <w:pPr>
        <w:pStyle w:val="Heading1"/>
      </w:pPr>
      <w:r>
        <w:t>Clips (6)</w:t>
      </w:r>
    </w:p>
    <w:p>
      <w:pPr>
        <w:pStyle w:val="Heading2"/>
      </w:pPr>
      <w:r>
        <w:t>What a crisis is and how to manage one</w:t>
      </w:r>
    </w:p>
    <w:p>
      <w:r>
        <w:rPr>
          <w:color w:val="666666"/>
          <w:sz w:val="18"/>
        </w:rPr>
        <w:t>The Crises Management September 18, 2011 · 5m 18s · at 1:27 · https://youtu.be/s3cYFtQZwzw?t=87</w:t>
      </w:r>
    </w:p>
    <w:p>
      <w:r>
        <w:rPr>
          <w:i/>
        </w:rPr>
        <w:t>“What is a crisis?”</w:t>
      </w:r>
    </w:p>
    <w:p>
      <w:r>
        <w:rPr>
          <w:sz w:val="20"/>
        </w:rPr>
        <w:t>1:27  crisis kya hai?</w:t>
      </w:r>
      <w:r>
        <w:br/>
      </w:r>
      <w:r>
        <w:rPr>
          <w:sz w:val="20"/>
        </w:rPr>
        <w:t>1:30  kraisiz darasal wahi cheez hai jis ko hum "problem" kehte hain. agar problem aam qisam ka ho to wo sirf problem rahe ga.</w:t>
      </w:r>
      <w:r>
        <w:br/>
      </w:r>
      <w:r>
        <w:rPr>
          <w:sz w:val="20"/>
        </w:rPr>
        <w:t>1:44  agar problem bohat complex ho, naya ho, is ka solution na samajh mein aata ho, then it is kraisiz.</w:t>
      </w:r>
      <w:r>
        <w:br/>
      </w:r>
      <w:r>
        <w:rPr>
          <w:sz w:val="20"/>
        </w:rPr>
        <w:t>1:53  jaise mein misaal doon, aik shakhs yahan aata hai, is ko oopar is floor par pohnchna hai. ab wo aa ke dekhta hai ke yahan deewarein hain,</w:t>
      </w:r>
      <w:r>
        <w:br/>
      </w:r>
      <w:r>
        <w:rPr>
          <w:sz w:val="20"/>
        </w:rPr>
        <w:t>2:07  is ko seerhi ka pata nahi, stair ka pata nahi. ab idhar udhar wo uchal kood karne lage, to</w:t>
      </w:r>
      <w:r>
        <w:br/>
      </w:r>
      <w:r>
        <w:rPr>
          <w:sz w:val="20"/>
        </w:rPr>
        <w:t>2:19  kraisiz ko manage nahi kar paya wo.</w:t>
      </w:r>
      <w:r>
        <w:br/>
      </w:r>
      <w:r>
        <w:rPr>
          <w:sz w:val="20"/>
        </w:rPr>
        <w:t>2:23  agar wo dhoond kar seerhi ka pata kar le aur seerhiyon par charh ke oopar aa jaye, then he manage the kraisiz successfully.</w:t>
      </w:r>
      <w:r>
        <w:br/>
      </w:r>
      <w:r>
        <w:rPr>
          <w:sz w:val="20"/>
        </w:rPr>
        <w:t>2:37  aise hi farz kiye ke aap road par apni gaari chala rahe hain, samne se aik aur car aye gi.</w:t>
      </w:r>
      <w:r>
        <w:br/>
      </w:r>
      <w:r>
        <w:rPr>
          <w:sz w:val="20"/>
        </w:rPr>
        <w:t>2:47  ab dono aamne samne hain.</w:t>
      </w:r>
      <w:r>
        <w:br/>
      </w:r>
      <w:r>
        <w:rPr>
          <w:sz w:val="20"/>
        </w:rPr>
        <w:t>2:50  wo horn baja raha hai, aap horn baja rahe hain. to is ka matlab hai ke aap problem ko solve nahi kar sake. wo kraisiz ban jaye ga, dead lock ban gaya.</w:t>
      </w:r>
      <w:r>
        <w:br/>
      </w:r>
      <w:r>
        <w:rPr>
          <w:sz w:val="20"/>
        </w:rPr>
        <w:t>3:04  lekin agar aap yeh sochein ke wo agar galat chal raha hai, chal raha hai to ab mein to apne side mein gaari moroon aur aage nikal jaon.</w:t>
      </w:r>
      <w:r>
        <w:br/>
      </w:r>
      <w:r>
        <w:rPr>
          <w:sz w:val="20"/>
        </w:rPr>
        <w:t>3:15  to ab aap ne kraisiz ko manage kar liya.</w:t>
      </w:r>
      <w:r>
        <w:br/>
      </w:r>
      <w:r>
        <w:rPr>
          <w:sz w:val="20"/>
        </w:rPr>
        <w:t>3:19  is ko kaha jata hai "defensive driving". defensive driving asal mein crisis management hi ka doosra naam hai.</w:t>
      </w:r>
      <w:r>
        <w:br/>
      </w:r>
      <w:r>
        <w:rPr>
          <w:sz w:val="20"/>
        </w:rPr>
        <w:t>3:31  to yeh situation hamesha zindagi mein pesh ati hai.</w:t>
      </w:r>
      <w:r>
        <w:br/>
      </w:r>
      <w:r>
        <w:rPr>
          <w:sz w:val="20"/>
        </w:rPr>
        <w:t>3:38  individual to aksar is ko solve kar leta hai, lekin jab qaumi satah par, nation ki satah par aaye to bohat kam hota hai aisa ke log solve kar lein.</w:t>
      </w:r>
      <w:r>
        <w:br/>
      </w:r>
      <w:r>
        <w:rPr>
          <w:sz w:val="20"/>
        </w:rPr>
        <w:t>3:52  aksar isi mein phans jate hain.</w:t>
      </w:r>
      <w:r>
        <w:br/>
      </w:r>
      <w:r>
        <w:rPr>
          <w:sz w:val="20"/>
        </w:rPr>
        <w:t>3:57  mein aap ko us waqt azani jo musalman hain, hamare maujooda muslim community jo hai, is ka case behad yahi hai ke wo kraisiz mein phansi hui hai.</w:t>
      </w:r>
      <w:r>
        <w:br/>
      </w:r>
      <w:r>
        <w:rPr>
          <w:sz w:val="20"/>
        </w:rPr>
        <w:t>4:10  they don't know how to manage their kraisiz.</w:t>
      </w:r>
      <w:r>
        <w:br/>
      </w:r>
      <w:r>
        <w:rPr>
          <w:sz w:val="20"/>
        </w:rPr>
        <w:t>4:16  halanke khud rasool Allah ke haan is ka model maujood hai, namoona maujood hai, history bhi maujood hai.</w:t>
      </w:r>
      <w:r>
        <w:br/>
      </w:r>
      <w:r>
        <w:rPr>
          <w:sz w:val="20"/>
        </w:rPr>
        <w:t>4:25  yani kraisiz ko manage karne ki misalein history mein maujood hain aur is ka model khud rasool Allah ke haan maujood hai.</w:t>
      </w:r>
      <w:r>
        <w:br/>
      </w:r>
      <w:r>
        <w:rPr>
          <w:sz w:val="20"/>
        </w:rPr>
        <w:t>4:36  magar abhi tak musalman phanse hue hain kraisiz mein,</w:t>
      </w:r>
      <w:r>
        <w:br/>
      </w:r>
      <w:r>
        <w:rPr>
          <w:sz w:val="20"/>
        </w:rPr>
        <w:t>4:48  is se nikal nahi pa rahe hain.</w:t>
      </w:r>
      <w:r>
        <w:br/>
      </w:r>
      <w:r>
        <w:rPr>
          <w:sz w:val="20"/>
        </w:rPr>
        <w:t>4:52  mein chand aik misaal deta hoon is ko clear karne ke liye ke kraisiz ko kaise manage kiya jata hai.</w:t>
      </w:r>
      <w:r>
        <w:br/>
      </w:r>
      <w:r>
        <w:rPr>
          <w:sz w:val="20"/>
        </w:rPr>
        <w:t>5:04  dekhein,</w:t>
      </w:r>
      <w:r>
        <w:br/>
      </w:r>
      <w:r>
        <w:rPr>
          <w:sz w:val="20"/>
        </w:rPr>
        <w:t>5:08  rasool Allah ka aik waqia hai aap ki zindagi ka ke makka se aap ja rahe the taif, aap ke sath barah hazar log the.</w:t>
      </w:r>
      <w:r>
        <w:br/>
      </w:r>
      <w:r>
        <w:rPr>
          <w:sz w:val="20"/>
        </w:rPr>
        <w:t>5:25  us zamane mein motor car nahi hua karti thi, na hawai jahaz hote the. to sarkein bhi nahi hoti thin.</w:t>
      </w:r>
      <w:r>
        <w:br/>
      </w:r>
      <w:r>
        <w:rPr>
          <w:sz w:val="20"/>
        </w:rPr>
        <w:t>5:34  chalte chalte aap ka qafila aik aisay maqam par pohncha jahan pahaar tha aur pahaar ke darmiyan aik ghaati thi, us ko kehte hain "pass pae double es".</w:t>
      </w:r>
      <w:r>
        <w:br/>
      </w:r>
      <w:r>
        <w:rPr>
          <w:sz w:val="20"/>
        </w:rPr>
        <w:t>5:51  zahir hai ke pass jo hai chaura to hota nahi, woh tang hota hai.</w:t>
      </w:r>
      <w:r>
        <w:br/>
      </w:r>
      <w:r>
        <w:rPr>
          <w:sz w:val="20"/>
        </w:rPr>
        <w:t>5:57  isi liye is ka naam logon ne rakha tha "alzaeqa". alzaeqa matlab tang.</w:t>
      </w:r>
      <w:r>
        <w:br/>
      </w:r>
      <w:r>
        <w:rPr>
          <w:sz w:val="20"/>
        </w:rPr>
        <w:t>6:05  log samajhte thay ke bas yeh tang hai. to jab wahan pohnche log to un ke samajh mein nahi aata tha ke is ko kaise paar karein, is tang rastay ko.</w:t>
      </w:r>
      <w:r>
        <w:br/>
      </w:r>
      <w:r>
        <w:rPr>
          <w:sz w:val="20"/>
        </w:rPr>
        <w:t>6:17  to rasool Allah ne bataya ke bohat aasan hai. ab tum phailay hue ho horizontal way mein, yani daayein baayein, to samajh mein nahi aata tumhare.</w:t>
      </w:r>
      <w:r>
        <w:br/>
      </w:r>
      <w:r>
        <w:rPr>
          <w:sz w:val="20"/>
        </w:rPr>
        <w:t>6:32  tum vertical way mein ho jao, yani qataar bana lo, qataar. to bohat aasani se paar ho sakte ho. that is crises management.</w:t>
      </w:r>
    </w:p>
    <w:p>
      <w:pPr>
        <w:pStyle w:val="Heading2"/>
      </w:pPr>
      <w:r>
        <w:t>Global warming dismantles humanism</w:t>
      </w:r>
    </w:p>
    <w:p>
      <w:r>
        <w:rPr>
          <w:color w:val="666666"/>
          <w:sz w:val="18"/>
        </w:rPr>
        <w:t>Journey of History I 23 Dec, 2012 - Maulana Wahiduddin Khan · 2m 57s · at 19:37 · https://youtu.be/1NvRxiYKTnc?t=1177</w:t>
      </w:r>
    </w:p>
    <w:p>
      <w:r>
        <w:rPr>
          <w:i/>
        </w:rPr>
        <w:t>“Dekhen, hamare liye sab se badi cheez jo chahiye aapko, pani.”</w:t>
      </w:r>
    </w:p>
    <w:p>
      <w:r>
        <w:rPr>
          <w:sz w:val="20"/>
        </w:rPr>
        <w:t>19:37  dekhein, hamare liye sab se bari cheez jo chahiye aap ko, pani.</w:t>
      </w:r>
      <w:r>
        <w:br/>
      </w:r>
      <w:r>
        <w:rPr>
          <w:sz w:val="20"/>
        </w:rPr>
        <w:t>19:43  pani. pani ke bohat bare bare store the is zameen par. bohat bare glacier, bohat bare bare ice berg, north pole aur south pole par bohat bare barf ke pahad.</w:t>
      </w:r>
      <w:r>
        <w:br/>
      </w:r>
      <w:r>
        <w:rPr>
          <w:sz w:val="20"/>
        </w:rPr>
        <w:t>19:56  woh pighal pighal aate the. unse humein fresh water milta tha.</w:t>
      </w:r>
      <w:r>
        <w:br/>
      </w:r>
      <w:r>
        <w:rPr>
          <w:sz w:val="20"/>
        </w:rPr>
        <w:t>20:03  global warming ka nateeja yeh hua ke bohat zyada pighal chuke hain yeh. yeh pahadon ke glacier bohat zyada pighal chuke hain.</w:t>
      </w:r>
      <w:r>
        <w:br/>
      </w:r>
      <w:r>
        <w:rPr>
          <w:sz w:val="20"/>
        </w:rPr>
        <w:t>20:13  north pole aur south pole ki barf bohat zyada pighal chuki hai. icebergs bohat zyada pighal chuke hain.</w:t>
      </w:r>
      <w:r>
        <w:br/>
      </w:r>
      <w:r>
        <w:rPr>
          <w:sz w:val="20"/>
        </w:rPr>
        <w:t>20:23  yeh pani pighal pighal par chale ja rahe hain samundaron mein, jo ke salt hota hai. yani fresh water, salt water ban raha hai. jo log science se waqif hain, jo scientific journal padhte hain, unko pata hai ke aaj kal barabar scientist isi mein lage hue hain janne ke liye ke kahan hum isko rok sakte hain.</w:t>
      </w:r>
      <w:r>
        <w:br/>
      </w:r>
      <w:r>
        <w:rPr>
          <w:sz w:val="20"/>
        </w:rPr>
        <w:t>20:45  global warming ko rok sakte hain. yeh jo greenhouse gases hain, isko rok sakte hain.</w:t>
      </w:r>
      <w:r>
        <w:br/>
      </w:r>
      <w:r>
        <w:rPr>
          <w:sz w:val="20"/>
        </w:rPr>
        <w:t>20:55  yeh jo sari air jo hai pollute ho gayi, kya isko rok sakte hain? yahan tak ke samundar ka pani 95 percent pollute ho chuka hai. to kya isko rok sakte hain hum?</w:t>
      </w:r>
      <w:r>
        <w:br/>
      </w:r>
      <w:r>
        <w:rPr>
          <w:sz w:val="20"/>
        </w:rPr>
        <w:t>21:06  lekin barabar yeh cheezen barh rahi hain aur science-daan rokne mein bilkul, bilkul hi</w:t>
      </w:r>
      <w:r>
        <w:br/>
      </w:r>
      <w:r>
        <w:rPr>
          <w:sz w:val="20"/>
        </w:rPr>
        <w:t>21:12  yani fail ho rahe hain. To global warming ne yeh bataya ke humanism ka concept aik false concept hai. Yani insaan kaise master hai universe ka jabke woh control nahi kar sakta?</w:t>
      </w:r>
      <w:r>
        <w:br/>
      </w:r>
      <w:r>
        <w:rPr>
          <w:sz w:val="20"/>
        </w:rPr>
        <w:t>21:28  rok nahi sakta.</w:t>
      </w:r>
      <w:r>
        <w:br/>
      </w:r>
      <w:r>
        <w:rPr>
          <w:sz w:val="20"/>
        </w:rPr>
        <w:t>21:30  life support system khatam ho gaya. Chunaanche jo sab se bara theoretical scientist hai,</w:t>
      </w:r>
      <w:r>
        <w:br/>
      </w:r>
      <w:r>
        <w:rPr>
          <w:sz w:val="20"/>
        </w:rPr>
        <w:t>21:39  British</w:t>
      </w:r>
      <w:r>
        <w:br/>
      </w:r>
      <w:r>
        <w:rPr>
          <w:sz w:val="20"/>
        </w:rPr>
        <w:t>21:42  Stephen Hawking, woh keh raha hai ke ab zameen par hum nahi reh sakte. Bahut se bahut thirty years hum reh sakte hain is zameen par. Kyunke life support system hi nahi rahega.</w:t>
      </w:r>
      <w:r>
        <w:br/>
      </w:r>
      <w:r>
        <w:rPr>
          <w:sz w:val="20"/>
        </w:rPr>
        <w:t>21:53  To woh keh raha hai ke humein ab space colony banana chahiye. Space colony.</w:t>
      </w:r>
      <w:r>
        <w:br/>
      </w:r>
      <w:r>
        <w:rPr>
          <w:sz w:val="20"/>
        </w:rPr>
        <w:t>22:00  ke zameen se ooper jaen, khala mein, aur artificial colonies ke andar rahen. Lekin yeh to aik aik fiction ki baat hai.</w:t>
      </w:r>
      <w:r>
        <w:br/>
      </w:r>
      <w:r>
        <w:rPr>
          <w:sz w:val="20"/>
        </w:rPr>
        <w:t>22:10  Is colony mein aap kahan se life support system layenge? Kahan se pani layenge?</w:t>
      </w:r>
      <w:r>
        <w:br/>
      </w:r>
      <w:r>
        <w:rPr>
          <w:sz w:val="20"/>
        </w:rPr>
        <w:t>22:16  Kahan se ghalla ugayenge? Kahan se agriculture aur horticulture layenge?</w:t>
      </w:r>
      <w:r>
        <w:br/>
      </w:r>
      <w:r>
        <w:rPr>
          <w:sz w:val="20"/>
        </w:rPr>
        <w:t>22:26  To dekhen, nature worship ko khatam kiya physical sciences ne. Kingship ko khatam kiya democracy ne.</w:t>
      </w:r>
    </w:p>
    <w:p>
      <w:pPr>
        <w:pStyle w:val="Heading2"/>
      </w:pPr>
      <w:r>
        <w:t>Muslims' 200-year struggle without rethinking</w:t>
      </w:r>
    </w:p>
    <w:p>
      <w:r>
        <w:rPr>
          <w:color w:val="666666"/>
          <w:sz w:val="18"/>
        </w:rPr>
        <w:t>Time for Introspection 26 Feb 2012 Maulana Wahiduddin Khan · 1m 20s · at 6:26 · https://youtu.be/BcLQtml1o1E?t=386</w:t>
      </w:r>
    </w:p>
    <w:p>
      <w:r>
        <w:rPr>
          <w:i/>
        </w:rPr>
        <w:t>“Muslims have been fighting for 200 years, no rethinking.”</w:t>
      </w:r>
    </w:p>
    <w:p>
      <w:r>
        <w:rPr>
          <w:sz w:val="20"/>
        </w:rPr>
        <w:t>6:26  musalman 200 saal se larai lad rahe hain. aaj tak in mein rethinkng nahi aai, u-turn ka mizaj nahi aaya.</w:t>
      </w:r>
      <w:r>
        <w:br/>
      </w:r>
      <w:r>
        <w:rPr>
          <w:sz w:val="20"/>
        </w:rPr>
        <w:t>6:37  200 saal mein is liye kehta hoon ke</w:t>
      </w:r>
      <w:r>
        <w:br/>
      </w:r>
      <w:r>
        <w:rPr>
          <w:sz w:val="20"/>
        </w:rPr>
        <w:t>6:45  aisa hua tha ke 1799 mein ek taraf angrezon ne Sultan Tipu ki fauj ko shikast di aur doosri taraf usi saal Europe ne Turkish Empire ko, un ka jo naval fleet tha,</w:t>
      </w:r>
      <w:r>
        <w:br/>
      </w:r>
      <w:r>
        <w:rPr>
          <w:sz w:val="20"/>
        </w:rPr>
        <w:t>7:07  wo samandar mein gharaq kar diya.</w:t>
      </w:r>
      <w:r>
        <w:br/>
      </w:r>
      <w:r>
        <w:rPr>
          <w:sz w:val="20"/>
        </w:rPr>
        <w:t>7:11  to yahan se shuru hua musalmanon ki nai struggle,</w:t>
      </w:r>
      <w:r>
        <w:br/>
      </w:r>
      <w:r>
        <w:rPr>
          <w:sz w:val="20"/>
        </w:rPr>
        <w:t>7:19  armed struggle. jagah jagah musalman lade chale ja rahe hain, abhi tak lad rahe hain. Falasteen mein lad rahe hain, Kashmir mein ladte ladte thak gaye.</w:t>
      </w:r>
      <w:r>
        <w:br/>
      </w:r>
      <w:r>
        <w:rPr>
          <w:sz w:val="20"/>
        </w:rPr>
        <w:t>7:32  har jagah larai chal rahi hai.</w:t>
      </w:r>
      <w:r>
        <w:br/>
      </w:r>
      <w:r>
        <w:rPr>
          <w:sz w:val="20"/>
        </w:rPr>
        <w:t>7:39  khatm nahi kar rahe.</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High thinking makes small distractions lose their appeal</w:t>
      </w:r>
    </w:p>
    <w:p>
      <w:r>
        <w:rPr>
          <w:color w:val="666666"/>
          <w:sz w:val="18"/>
        </w:rPr>
        <w:t>Jihad Fillah June 23, 2013 · 28s · at 55:39 · https://youtu.be/NRTno1eQTos?t=3339</w:t>
      </w:r>
    </w:p>
    <w:p>
      <w:r>
        <w:rPr>
          <w:i/>
        </w:rPr>
        <w:t>“If you've developed high thinking, small things won't interest you”</w:t>
      </w:r>
    </w:p>
    <w:p>
      <w:r>
        <w:rPr>
          <w:sz w:val="20"/>
        </w:rPr>
        <w:t>55:39  to basic cheez yeh hai ke high thinking apne andar develop karna.</w:t>
      </w:r>
      <w:r>
        <w:br/>
      </w:r>
      <w:r>
        <w:rPr>
          <w:sz w:val="20"/>
        </w:rPr>
        <w:t>55:43  woh bhi jihad fi Allah se taluq hai. is ka jihad fi Allah se aadmi ke andar high thinking develop hoti hai. jab high thinking develop ho jati hai to har cheez aadmi ko bekar lagti hai.</w:t>
      </w:r>
      <w:r>
        <w:br/>
      </w:r>
      <w:r>
        <w:rPr>
          <w:sz w:val="20"/>
        </w:rPr>
        <w:t>55:54  yaani badi cheezon ko chhod ke chhoti cheezein bekar lagti hain. sab se zaroori cheez hai ke aap ka jo high thinking develop ho jaye, tabhi chhod chhod pata hai.</w:t>
      </w:r>
      <w:r>
        <w:br/>
      </w:r>
      <w:r>
        <w:rPr>
          <w:sz w:val="20"/>
        </w:rPr>
        <w:t>56:04  nahi to nahi chhod nahi sakta. woh</w:t>
      </w:r>
    </w:p>
    <w:p>
      <w:pPr>
        <w:pStyle w:val="Heading2"/>
      </w:pPr>
      <w:r>
        <w:t>Hadith: controlling your reaction is fasting's real purpose</w:t>
      </w:r>
    </w:p>
    <w:p>
      <w:r>
        <w:rPr>
          <w:color w:val="666666"/>
          <w:sz w:val="18"/>
        </w:rPr>
        <w:t>Ramadan The Month of Remembrance June 21, 2015 · 2m 28s · at 5:15 · https://youtu.be/D0D6zmqcScc?t=315</w:t>
      </w:r>
    </w:p>
    <w:p>
      <w:r>
        <w:rPr>
          <w:i/>
        </w:rPr>
        <w:t>“Ek hadith hai: jab tum roza rakho to buri baat na nikale”</w:t>
      </w:r>
    </w:p>
    <w:p>
      <w:r>
        <w:rPr>
          <w:sz w:val="20"/>
        </w:rPr>
        <w:t>5:15  ek hadith hai, dekhiye, is hadith mein yeh kaha gaya hai ke jab tum roza rakho to mujh se koshish karo jab roza rakha hai to us ko apni zuban se buri baat nahi nikalna chahiye.</w:t>
      </w:r>
      <w:r>
        <w:br/>
      </w:r>
      <w:r>
        <w:rPr>
          <w:sz w:val="20"/>
        </w:rPr>
        <w:t>5:34  wala yarfus wala yashum. buri baat nahi nikalni chahiye.</w:t>
      </w:r>
      <w:r>
        <w:br/>
      </w:r>
      <w:r>
        <w:rPr>
          <w:sz w:val="20"/>
        </w:rPr>
        <w:t>5:43  aur phir farmaya ke agar koi doosra shakhs tum ko buri baat kahe, gaali de,</w:t>
      </w:r>
      <w:r>
        <w:br/>
      </w:r>
      <w:r>
        <w:rPr>
          <w:sz w:val="20"/>
        </w:rPr>
        <w:t>5:51  koi provocative baat kahe to tum jawab mein khud na bhadak utho, balkeh yeh kaho: inni min al-saaim.</w:t>
      </w:r>
      <w:r>
        <w:br/>
      </w:r>
      <w:r>
        <w:rPr>
          <w:sz w:val="20"/>
        </w:rPr>
        <w:t>6:02  inni min al-saaim. ke bhai, mein to rozedar aadmi hoon, maine roza rakha hai.</w:t>
      </w:r>
      <w:r>
        <w:br/>
      </w:r>
      <w:r>
        <w:rPr>
          <w:sz w:val="20"/>
        </w:rPr>
        <w:t>6:11  iska matlab yeh hai ke rozedar se allah taala ki yeh matloob hai ke us ki zindagi mein reaction na ho. ke doosra kuch kahe to aap bhi bhadak uthen, react karen.</w:t>
      </w:r>
      <w:r>
        <w:br/>
      </w:r>
      <w:r>
        <w:rPr>
          <w:sz w:val="20"/>
        </w:rPr>
        <w:t>6:24  is mein ke doosra aap ko aisi baat kahe jis se aap ke jazbaat ko thes lage, aap</w:t>
      </w:r>
      <w:r>
        <w:br/>
      </w:r>
      <w:r>
        <w:rPr>
          <w:sz w:val="20"/>
        </w:rPr>
        <w:t>6:33  ke andar ishtia'al aa jaye, aap ke andar ghairat jaag uthe, inteqaam jaag uthe, to aap ko apne aap ko rokna chahiye.</w:t>
      </w:r>
      <w:r>
        <w:br/>
      </w:r>
      <w:r>
        <w:rPr>
          <w:sz w:val="20"/>
        </w:rPr>
        <w:t>6:47  aur yeh kehna chahiye ke inni minas saim. inni minas saim. main to bhai rozaydaar hoon, maine to Allah ke hukum se roza rakha rakha hai.</w:t>
      </w:r>
      <w:r>
        <w:br/>
      </w:r>
      <w:r>
        <w:rPr>
          <w:sz w:val="20"/>
        </w:rPr>
        <w:t>6:59  is se aap andaza kar sakte hain ke roza ya Ramzan jo hai is ka maqsad kya hai. is ka maqsad sirf khana peena chhodna nahi hai,</w:t>
      </w:r>
      <w:r>
        <w:br/>
      </w:r>
      <w:r>
        <w:rPr>
          <w:sz w:val="20"/>
        </w:rPr>
        <w:t>7:13  apni aadaaton ko chhodna hai,</w:t>
      </w:r>
      <w:r>
        <w:br/>
      </w:r>
      <w:r>
        <w:rPr>
          <w:sz w:val="20"/>
        </w:rPr>
        <w:t>7:19  reaction ko chhodna hai, negative thinking ko chhodna hai, shikayat ko chhodna hai, samajee zindagi mein yeh sab jo baatein aati hain is ko chhodna hai.</w:t>
      </w:r>
      <w:r>
        <w:br/>
      </w:r>
      <w:r>
        <w:rPr>
          <w:sz w:val="20"/>
        </w:rPr>
        <w:t>7:33  woh to ek ilamati tark hai. to yeh kitni badi baat hai yeh.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