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cannot decide</w:t>
      </w:r>
    </w:p>
    <w:p>
      <w:r>
        <w:rPr>
          <w:sz w:val="18"/>
        </w:rPr>
        <w:t>Q&amp;A, lecture moments and clips · full transcripts with timestamps · exported 2026-09-21</w:t>
      </w:r>
    </w:p>
    <w:p>
      <w:pPr>
        <w:pStyle w:val="Heading1"/>
      </w:pPr>
      <w:r>
        <w:t>Maulana was asked (30)</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Difficulty focusing during reflection</w:t>
      </w:r>
    </w:p>
    <w:p>
      <w:r>
        <w:rPr>
          <w:color w:val="666666"/>
          <w:sz w:val="18"/>
        </w:rPr>
        <w:t>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Handling contradictory interpretations</w:t>
      </w:r>
    </w:p>
    <w:p>
      <w:r>
        <w:rPr>
          <w:color w:val="666666"/>
          <w:sz w:val="18"/>
        </w:rPr>
        <w:t>Understanding the Quran April 7, 2019 · 1m 26s · at 40:59 · https://youtu.be/m_Om5MtQJz4?t=2459</w:t>
      </w:r>
    </w:p>
    <w:p>
      <w:r>
        <w:rPr>
          <w:i/>
        </w:rPr>
        <w:t>“Interpretations can be very vast. How to tackle situations when interpretations contradict and one is not ready to accept the interpretation of other?”</w:t>
      </w:r>
    </w:p>
    <w:p>
      <w:r>
        <w:rPr>
          <w:sz w:val="20"/>
        </w:rPr>
        <w:t>40:59  maulana, kashmir se Miss Mehak Fayyaz Khan ne sawal bheja hai. unhon ne likha hai: "Interpretations can be very vast</w:t>
      </w:r>
      <w:r>
        <w:br/>
      </w:r>
      <w:r>
        <w:rPr>
          <w:sz w:val="20"/>
        </w:rPr>
        <w:t>41:09  . How to tackle situations when interpretations contradict and one is not ready to accept the interpretation of</w:t>
      </w:r>
      <w:r>
        <w:br/>
      </w:r>
      <w:r>
        <w:rPr>
          <w:sz w:val="20"/>
        </w:rPr>
        <w:t>41:18  other?" dekhiye, contradiction aap ke mind mein hota hai, haqeeqat mein nahi hota. apni soch ki kami ko kehte the ke yeh to contradiction hai.</w:t>
      </w:r>
      <w:r>
        <w:br/>
      </w:r>
      <w:r>
        <w:rPr>
          <w:sz w:val="20"/>
        </w:rPr>
        <w:t>41:34  soch ki kami ko kehte hain ke yeh to contradiction hai.</w:t>
      </w:r>
      <w:r>
        <w:br/>
      </w:r>
      <w:r>
        <w:rPr>
          <w:sz w:val="20"/>
        </w:rPr>
        <w:t>41:41  misal ke taur par, aaj hi ek sahib ne mujh se kaha, aaj ya kal ke Quran mein hai ke Allah momin bande ki madad karta hai, aur yahan to hum sochte hain ke har taraf zulm hai, har taraf hamare khilaf sazishein hain.</w:t>
      </w:r>
      <w:r>
        <w:br/>
      </w:r>
      <w:r>
        <w:rPr>
          <w:sz w:val="20"/>
        </w:rPr>
        <w:t>41:56  yeh kya hai? yeh un logon ki jo aisa kehte hain, un ki bekhabari hai due to unawareness.</w:t>
      </w:r>
      <w:r>
        <w:br/>
      </w:r>
      <w:r>
        <w:rPr>
          <w:sz w:val="20"/>
        </w:rPr>
        <w:t>42:05  yeh bilkul ghalat hai yeh sochna ke zulm ho raha hai aur yeh ho raha hai, woh ho raha hai. yeh sab bilkul baseless baatein hain. to apni samajh ki kami ko, apne unawareness ko aadmi manane ke bajaye doosri taraf daal deta hai.</w:t>
      </w:r>
    </w:p>
    <w:p>
      <w:pPr>
        <w:pStyle w:val="Heading2"/>
      </w:pPr>
      <w:r>
        <w:t>Distraction during contemplation and reflection</w:t>
      </w:r>
    </w:p>
    <w:p>
      <w:r>
        <w:rPr>
          <w:color w:val="666666"/>
          <w:sz w:val="18"/>
        </w:rPr>
        <w:t>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Distinguishing evil from wrong choice</w:t>
      </w:r>
    </w:p>
    <w:p>
      <w:r>
        <w:rPr>
          <w:color w:val="666666"/>
          <w:sz w:val="18"/>
        </w:rPr>
        <w:t>Pillars of Western Thought October 6, 2013 · 1m 21s · at 56:36 · https://youtu.be/o4WfPvju5_M?t=3396</w:t>
      </w:r>
    </w:p>
    <w:p>
      <w:r>
        <w:rPr>
          <w:i/>
        </w:rPr>
        <w:t>“How do you differentiate between evil and wrong choice?”</w:t>
      </w:r>
    </w:p>
    <w:p>
      <w:r>
        <w:rPr>
          <w:sz w:val="20"/>
        </w:rPr>
        <w:t>56:36  Maulana, agla sawal Delhi se hai. Samar Sherwani sahab ne</w:t>
      </w:r>
      <w:r>
        <w:br/>
      </w:r>
      <w:r>
        <w:rPr>
          <w:sz w:val="20"/>
        </w:rPr>
        <w:t>56:40  kya hai. unhon ne likha hai: "Maulana sahab, how would you differentiate between burai and wrong choice?" is ke bare mein bataein.</w:t>
      </w:r>
      <w:r>
        <w:br/>
      </w:r>
      <w:r>
        <w:rPr>
          <w:sz w:val="20"/>
        </w:rPr>
        <w:t>56:56  dekhiye, burai to ek sharai lafz hai. misalan, koi sharab piye to bura kaam kar raha hai, koi khazeer khaye to bura kaam kar raha hai, koi jhoot bole to bura kaam kar raha hai.</w:t>
      </w:r>
      <w:r>
        <w:br/>
      </w:r>
      <w:r>
        <w:rPr>
          <w:sz w:val="20"/>
        </w:rPr>
        <w:t>57:07  to burai ek sharai lafz hai.</w:t>
      </w:r>
      <w:r>
        <w:br/>
      </w:r>
      <w:r>
        <w:rPr>
          <w:sz w:val="20"/>
        </w:rPr>
        <w:t>57:10  wrong choice ek practical term hai, practical term hai. misalan, jahan aap ladne ke posh mein nahi hain, wahan ladai chhod dein.</w:t>
      </w:r>
      <w:r>
        <w:br/>
      </w:r>
      <w:r>
        <w:rPr>
          <w:sz w:val="20"/>
        </w:rPr>
        <w:t>57:20  aap wahan aap ko peaceful tareeqe se kaam karna chahiye. jahan aap ko dawat ke mawaqe hain, wahan aap jihad chhod dein.</w:t>
      </w:r>
      <w:r>
        <w:br/>
      </w:r>
      <w:r>
        <w:rPr>
          <w:sz w:val="20"/>
        </w:rPr>
        <w:t>57:30  yeh sab wrong choice hai. yani practical mamlaat mein dekhna padta hai ke what is achievable aur what is not achievable. yeh dekhna padta hai</w:t>
      </w:r>
      <w:r>
        <w:br/>
      </w:r>
      <w:r>
        <w:rPr>
          <w:sz w:val="20"/>
        </w:rPr>
        <w:t>57:39  jo achievable na ho halaat ke aitbar se, wo aap karne lage hain to that is wrong choice. to main dekh raha hoon ke wrong choice ka jo lafz hai, ek practical term hai aur burai ka lafz jo hai, ek sharai istilaha hai.</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Why does God put me in difficult situations?</w:t>
      </w:r>
    </w:p>
    <w:p>
      <w:r>
        <w:rPr>
          <w:color w:val="666666"/>
          <w:sz w:val="18"/>
        </w:rPr>
        <w:t>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Seeking spiritual guidance</w:t>
      </w:r>
    </w:p>
    <w:p>
      <w:r>
        <w:rPr>
          <w:color w:val="666666"/>
          <w:sz w:val="18"/>
        </w:rPr>
        <w:t>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Struggling to study as planned</w:t>
      </w:r>
    </w:p>
    <w:p>
      <w:r>
        <w:rPr>
          <w:color w:val="666666"/>
          <w:sz w:val="18"/>
        </w:rPr>
        <w:t>Q&amp;A 04 DEC 2011 Maulana Wahiduddin Khan · 2m 53s · at 25:46 · https://youtu.be/KIMNmuUZoGo?t=1546</w:t>
      </w:r>
    </w:p>
    <w:p>
      <w:r>
        <w:rPr>
          <w:i/>
        </w:rPr>
        <w:t>“Sir, I am a second year engineering student. I have nine subjects to study and my exams start on ninth of December. The problem is that the moment I start my studies in the morning and make a plan to study for at least ten to twelve hours, I end up studying only two to three hours, which is very insufficient.”</w:t>
      </w:r>
    </w:p>
    <w:p>
      <w:r>
        <w:rPr>
          <w:sz w:val="20"/>
        </w:rPr>
        <w:t>25:46  Maulana, agla sawal aaya hai Mr Haren Sharma ka, Delhi se. Unhone likha hai: "Sir, I am a second year engineering student.</w:t>
      </w:r>
      <w:r>
        <w:br/>
      </w:r>
      <w:r>
        <w:rPr>
          <w:sz w:val="20"/>
        </w:rPr>
        <w:t>25:56  I have nine subjects to study and my exams start on ninth of December</w:t>
      </w:r>
      <w:r>
        <w:br/>
      </w:r>
      <w:r>
        <w:rPr>
          <w:sz w:val="20"/>
        </w:rPr>
        <w:t>26:03  . The problem is that the moment I start my studies in the morning and make a plan to study for at least ten to twelve hours, I end up studying only two to three hours, which is very insufficient.</w:t>
      </w:r>
      <w:r>
        <w:br/>
      </w:r>
      <w:r>
        <w:rPr>
          <w:sz w:val="20"/>
        </w:rPr>
        <w:t>26:17  Because of this, my parents start shouting at me and I get really irritated and frustrated and end up doing nothing.</w:t>
      </w:r>
      <w:r>
        <w:br/>
      </w:r>
      <w:r>
        <w:rPr>
          <w:sz w:val="20"/>
        </w:rPr>
        <w:t>26:27  I can concentrate not more than two hours at a stretch. I am afraid I will end up failing. Please help me out."</w:t>
      </w:r>
      <w:r>
        <w:br/>
      </w:r>
      <w:r>
        <w:rPr>
          <w:sz w:val="20"/>
        </w:rPr>
        <w:t>26:44  mere khayal se aap ka aap ke habits jo hain is ko aap tod nahi paate. Yeh unnatural baat hai ke aadmi bas do ghanta parhe.</w:t>
      </w:r>
      <w:r>
        <w:br/>
      </w:r>
      <w:r>
        <w:rPr>
          <w:sz w:val="20"/>
        </w:rPr>
        <w:t>26:54  kyun aadmi ise do ghanta padhega? Aadmi chaar ghanta padh sakta hai? Main yeh nahi kehta hoon ke aap barah ghante padhein. Main yeh nahi kehta. Lekin aap do ghanta, chaar ghanta, chhe ghanta padh sakte hain.</w:t>
      </w:r>
      <w:r>
        <w:br/>
      </w:r>
      <w:r>
        <w:rPr>
          <w:sz w:val="20"/>
        </w:rPr>
        <w:t>27:05  yeh kuch habits hain jis ko aap chhod nahi paate. Bahut buri cheez hai habit. Habit jab ho jati hai kisi ki to itna us ko yaani is se itna zyada familiar ho jata hai ke na chhod kar bhi samajhta hai ke main chhod diya hai.</w:t>
      </w:r>
      <w:r>
        <w:br/>
      </w:r>
      <w:r>
        <w:rPr>
          <w:sz w:val="20"/>
        </w:rPr>
        <w:t>27:24  ajeeb baat hai. Yeh maine paya hai ke chhodte nahi samajhte ke hum ne chhod diya. Mujhe batana padta hai kahin chhod diya aap ne?</w:t>
      </w:r>
      <w:r>
        <w:br/>
      </w:r>
      <w:r>
        <w:rPr>
          <w:sz w:val="20"/>
        </w:rPr>
        <w:t>27:34  to jis aadmi ko bhi koi unnatural is qism ka yaani mamla pesh aaye, yeh unnatural yaad rakhiye.</w:t>
      </w:r>
      <w:r>
        <w:br/>
      </w:r>
      <w:r>
        <w:rPr>
          <w:sz w:val="20"/>
        </w:rPr>
        <w:t>27:43  yeh natural nahi hai.</w:t>
      </w:r>
      <w:r>
        <w:br/>
      </w:r>
      <w:r>
        <w:rPr>
          <w:sz w:val="20"/>
        </w:rPr>
        <w:t>27:46  aur is liye koi na koi habit galat lagi hui hai aap ko. Is habit ko discover kijiye. Main to aaj tak dhoondta rehta hoon ke aisi habit jo mujhe bachpan se lag gayi ho, abhi tak lagi hui ho.</w:t>
      </w:r>
      <w:r>
        <w:br/>
      </w:r>
      <w:r>
        <w:rPr>
          <w:sz w:val="20"/>
        </w:rPr>
        <w:t>28:00  to habit badi buri cheez hai.</w:t>
      </w:r>
      <w:r>
        <w:br/>
      </w:r>
      <w:r>
        <w:rPr>
          <w:sz w:val="20"/>
        </w:rPr>
        <w:t>28:03  bade bade logon ko habit lagi rehti hai. Aur bachpan se lag jati hai. To aadmi is pe condition ho jata hai. To aap aap sawab mamlaat sirf parent ka nahi hai.</w:t>
      </w:r>
      <w:r>
        <w:br/>
      </w:r>
      <w:r>
        <w:rPr>
          <w:sz w:val="20"/>
        </w:rPr>
        <w:t>28:14  aap future mein kya karenge? Aap ko zindagi guzarna hai duniya mein. Aap ke paas achhi education chahiye. To kaise zindagi guzarenge aap? Masla parent ka nahi hai, masla aap ke apne future ka hai.</w:t>
      </w:r>
      <w:r>
        <w:br/>
      </w:r>
      <w:r>
        <w:rPr>
          <w:sz w:val="20"/>
        </w:rPr>
        <w:t>28:26  to aap apni jo wrong habits hain us ko daryaft kijiye aur us apne is yaani is ko correct kijiye, is ki islaah kijiye.</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Overcoming obsessions and achieving peace</w:t>
      </w:r>
    </w:p>
    <w:p>
      <w:r>
        <w:rPr>
          <w:color w:val="666666"/>
          <w:sz w:val="18"/>
        </w:rPr>
        <w:t>Story of the Prophet Yusuf May 11, 2014 Maulana Wahiduddin Khan · 1m 13s · at 1:02:19 · https://youtu.be/2alsBthUWhw?t=3739</w:t>
      </w:r>
    </w:p>
    <w:p>
      <w:r>
        <w:rPr>
          <w:i/>
        </w:rPr>
        <w:t>“Please advise us how we can come out of our obsessions. I think I am still far away from the obsession-free state.”</w:t>
      </w:r>
    </w:p>
    <w:p>
      <w:r>
        <w:rPr>
          <w:sz w:val="20"/>
        </w:rPr>
        <w:t>1:02:19  maulana agla sawal roorkee se kya hai sajid anwar sahib ne</w:t>
      </w:r>
      <w:r>
        <w:br/>
      </w:r>
      <w:r>
        <w:rPr>
          <w:sz w:val="20"/>
        </w:rPr>
        <w:t>1:02:24  unhon ne likha hai maulana please advise us how we can come out of our obsessions i think i am still far away from the obsession free state dekhen yeh aisa masla hai jis mein koi doosra aadmi kuch nahi kar sakta yeh koi operation theatre ka mamla nahi ke ek ek surgeon aata hai aur operation kar ke</w:t>
      </w:r>
      <w:r>
        <w:br/>
      </w:r>
      <w:r>
        <w:rPr>
          <w:sz w:val="20"/>
        </w:rPr>
        <w:t>1:02:51  theek kar deta hai yeh sara mamla aadmi ko khud karna parta hai yeh self operation hai</w:t>
      </w:r>
      <w:r>
        <w:br/>
      </w:r>
      <w:r>
        <w:rPr>
          <w:sz w:val="20"/>
        </w:rPr>
        <w:t>1:03:00  operation theatre mein to ek surgeon aata hai woh surgeon operation karta hai lekin yeh jo mamlaat hain yeh yeh self operation ke ka mamlaat hain khud hi sochna hai khud hi ek ek cheez ko discover karna hai aur khud hi us ko phir operate karna hai</w:t>
      </w:r>
      <w:r>
        <w:br/>
      </w:r>
      <w:r>
        <w:rPr>
          <w:sz w:val="20"/>
        </w:rPr>
        <w:t>1:03:20  yeh poora process jo hai yeh self operation ka process hai koi doosra is mein koi doosra tareeqa nahi</w:t>
      </w:r>
    </w:p>
    <w:p>
      <w:pPr>
        <w:pStyle w:val="Heading2"/>
      </w:pPr>
      <w:r>
        <w:t>Reason for tension in business</w:t>
      </w:r>
    </w:p>
    <w:p>
      <w:r>
        <w:rPr>
          <w:color w:val="666666"/>
          <w:sz w:val="18"/>
        </w:rPr>
        <w:t>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Kashmiri identity and loyalty dilemma</w:t>
      </w:r>
    </w:p>
    <w:p>
      <w:r>
        <w:rPr>
          <w:color w:val="666666"/>
          <w:sz w:val="18"/>
        </w:rPr>
        <w:t>Save Yourself from Distraction August 21, 2016 · 50s · at 56:27 · https://youtu.be/wP3Dj-tccDQ?t=3387</w:t>
      </w:r>
    </w:p>
    <w:p>
      <w:r>
        <w:rPr>
          <w:i/>
        </w:rPr>
        <w:t>“Maulana sahib, I am Zahoor Ahmad Mir, a Kashmiri based in Kolkata, logically by Quran and Hadith, I am an Indian, but when something goes wrong in Kashmir, like present situation, my...”</w:t>
      </w:r>
    </w:p>
    <w:p>
      <w:r>
        <w:rPr>
          <w:sz w:val="20"/>
        </w:rPr>
        <w:t>56:27  molana, agla sawal zahoor mir sahib ny kia hai kolkatta se.</w:t>
      </w:r>
      <w:r>
        <w:br/>
      </w:r>
      <w:r>
        <w:rPr>
          <w:sz w:val="20"/>
        </w:rPr>
        <w:t>56:32  انہوں نے لکھا ہے: "مولانا صاحب، I am ظہور احمد میر، ا کشمیری based in کلکتہ، logically by</w:t>
      </w:r>
      <w:r>
        <w:br/>
      </w:r>
      <w:r>
        <w:rPr>
          <w:sz w:val="20"/>
        </w:rPr>
        <w:t>56:39  Quran and Hadith. I am an Indian, but when something goes wrong in Kashmir, like the present situation, my</w:t>
      </w:r>
      <w:r>
        <w:br/>
      </w:r>
      <w:r>
        <w:rPr>
          <w:sz w:val="20"/>
        </w:rPr>
        <w:t>56:47  heart goes for kashmeriz.</w:t>
      </w:r>
      <w:r>
        <w:br/>
      </w:r>
      <w:r>
        <w:rPr>
          <w:sz w:val="20"/>
        </w:rPr>
        <w:t>56:49  "Is this distraction or something else? What would you say to this?" Bhai, Kashmir ka issue ek political</w:t>
      </w:r>
      <w:r>
        <w:br/>
      </w:r>
      <w:r>
        <w:rPr>
          <w:sz w:val="20"/>
        </w:rPr>
        <w:t>56:57  issue hai to main is class mein mery khayal se is pe ziada bolna shayad theek na ho.</w:t>
      </w:r>
      <w:r>
        <w:br/>
      </w:r>
      <w:r>
        <w:rPr>
          <w:sz w:val="20"/>
        </w:rPr>
        <w:t>57:04  kaisa ji? hain molana, alag se wo phone kar ky ap se haan, agar aap calculate karain ji</w:t>
      </w:r>
      <w:r>
        <w:br/>
      </w:r>
      <w:r>
        <w:rPr>
          <w:sz w:val="20"/>
        </w:rPr>
        <w:t>57:12  to main alag se is ky bary mein apny khayalat bta sakta hoon.</w:t>
      </w:r>
    </w:p>
    <w:p>
      <w:pPr>
        <w:pStyle w:val="Heading2"/>
      </w:pPr>
      <w:r>
        <w:t>How to become stress free and calm</w:t>
      </w:r>
    </w:p>
    <w:p>
      <w:r>
        <w:rPr>
          <w:color w:val="666666"/>
          <w:sz w:val="18"/>
        </w:rPr>
        <w:t>Contemplation on The Quran December 16, 2018 Maulana Wahiduddin Khan · 1m 14s · at 1:03:44 · https://youtu.be/bSOe1_KKEYk?t=3824</w:t>
      </w:r>
    </w:p>
    <w:p>
      <w:r>
        <w:rPr>
          <w:i/>
        </w:rPr>
        <w:t>“My mind always remains restless, and that makes me impatient in decision making. I want to change my nature, but I am not able to succeed. Please guide me as to how can I become stress free and free myself from restlessness.”</w:t>
      </w:r>
    </w:p>
    <w:p>
      <w:r>
        <w:rPr>
          <w:sz w:val="20"/>
        </w:rPr>
        <w:t>1:03:44  molana, agla sawal bheja hai mus shabana ne ahmedabad se. unhone likha hai: "molana, my mind always remains restless, and that makes me impatient in decision making.</w:t>
      </w:r>
      <w:r>
        <w:br/>
      </w:r>
      <w:r>
        <w:rPr>
          <w:sz w:val="20"/>
        </w:rPr>
        <w:t>1:03:59  aai want to change my nature, but i am not able to succeed. please guide me as to how can i become stress free and free myself from restlessness. " bhai, restlessness jo hai,</w:t>
      </w:r>
    </w:p>
    <w:p>
      <w:pPr>
        <w:pStyle w:val="Heading2"/>
      </w:pPr>
      <w:r>
        <w:t>Helping people accept unattainable ideals</w:t>
      </w:r>
    </w:p>
    <w:p>
      <w:r>
        <w:rPr>
          <w:color w:val="666666"/>
          <w:sz w:val="18"/>
        </w:rPr>
        <w:t>The Search of Man July 7, 2013 · 5m 08s · at 48:35 · https://youtu.be/44_ud_OInuU?t=2915</w:t>
      </w:r>
    </w:p>
    <w:p>
      <w:r>
        <w:rPr>
          <w:i/>
        </w:rPr>
        <w:t>“Everybody accepts the fact that all are free but are not able to accept the next step that this ideal cannot be achieved and run towards ideal. How to make people understand this simple thing?”</w:t>
      </w:r>
    </w:p>
    <w:p>
      <w:r>
        <w:rPr>
          <w:sz w:val="20"/>
        </w:rPr>
        <w:t>48:35  maulana, agla sawal hai miss naghma siddiqui ka new delhi se.</w:t>
      </w:r>
      <w:r>
        <w:br/>
      </w:r>
      <w:r>
        <w:rPr>
          <w:sz w:val="20"/>
        </w:rPr>
        <w:t>48:40  unhon ne likha hai: "Everybody accept the fact that all are free but are not able to accept the next step that this ideal cannot be achieved and run towards ideal.</w:t>
      </w:r>
      <w:r>
        <w:br/>
      </w:r>
      <w:r>
        <w:rPr>
          <w:sz w:val="20"/>
        </w:rPr>
        <w:t>48:55  how to make people understand this simple thing?" main jo maine kiya woh yeh tha ke poori tareekh maine dekha ke ideal koi achieve nahin kar saka,</w:t>
      </w:r>
      <w:r>
        <w:br/>
      </w:r>
      <w:r>
        <w:rPr>
          <w:sz w:val="20"/>
        </w:rPr>
        <w:t>49:09  chahe woh king ho, chahe baldiya ho, chahe kuch bhi ho. to pehle chahe ke aakhir apna ideal ko achieve koi nahin kar pata.</w:t>
      </w:r>
      <w:r>
        <w:br/>
      </w:r>
      <w:r>
        <w:rPr>
          <w:sz w:val="20"/>
        </w:rPr>
        <w:t>49:21  tab maine daryaft kiya ke ke woh Allah ka jo creation plan hai, us ke khilaaf hai. yeh yeh karna chahiye aadmi ko.</w:t>
      </w:r>
      <w:r>
        <w:br/>
      </w:r>
      <w:r>
        <w:rPr>
          <w:sz w:val="20"/>
        </w:rPr>
        <w:t>49:35  maulana, agla question aaya</w:t>
      </w:r>
      <w:r>
        <w:br/>
      </w:r>
      <w:r>
        <w:rPr>
          <w:sz w:val="20"/>
        </w:rPr>
        <w:t>49:36  hai: "jo cheez Allah ke creation plan ke khilaaf ho, woh aap kaise achieve karein?" misaal ke taur par aam mein aam ka phal nikalta hai account laakhon se.</w:t>
      </w:r>
      <w:r>
        <w:br/>
      </w:r>
      <w:r>
        <w:rPr>
          <w:sz w:val="20"/>
        </w:rPr>
        <w:t>49:49  ab aam ke phal mein aap save bhi karna chahein to niklega nahin.</w:t>
      </w:r>
      <w:r>
        <w:br/>
      </w:r>
      <w:r>
        <w:rPr>
          <w:sz w:val="20"/>
        </w:rPr>
        <w:t>49:55  saaf saaf, yaani bilkul simple sa is ka raaz hai. maulana, next question hai zaheeruddin sahib ka raichur se.</w:t>
      </w:r>
      <w:r>
        <w:br/>
      </w:r>
      <w:r>
        <w:rPr>
          <w:sz w:val="20"/>
        </w:rPr>
        <w:t>50:03  unhon ne likha hai: "maulana, to understand what is achievable or what is not requires lot of wisdom and insight.</w:t>
      </w:r>
      <w:r>
        <w:br/>
      </w:r>
      <w:r>
        <w:rPr>
          <w:sz w:val="20"/>
        </w:rPr>
        <w:t>50:12  how can one acquire them?" nahin, har aadmi sochta hai.</w:t>
      </w:r>
      <w:r>
        <w:br/>
      </w:r>
      <w:r>
        <w:rPr>
          <w:sz w:val="20"/>
        </w:rPr>
        <w:t>50:20  log kehte hain ke aag jalati hai, kaha aag apne haath daalta hai to aag mein test karne ke liye</w:t>
      </w:r>
      <w:r>
        <w:br/>
      </w:r>
      <w:r>
        <w:rPr>
          <w:sz w:val="20"/>
        </w:rPr>
        <w:t>50:28  aadmi sincere ho to har cheez ke baare mein woh aise karega ke us ko jaanche ga, examine karega aur pata karega ke yeh achievable hai ya nahin.</w:t>
      </w:r>
      <w:r>
        <w:br/>
      </w:r>
      <w:r>
        <w:rPr>
          <w:sz w:val="20"/>
        </w:rPr>
        <w:t>50:40  jis tarah se aadmi aag pe haath nahin daalta, is tarah se woh doosre kaam bhi bache ga in achievable goals se.</w:t>
      </w:r>
      <w:r>
        <w:br/>
      </w:r>
      <w:r>
        <w:rPr>
          <w:sz w:val="20"/>
        </w:rPr>
        <w:t>50:51  maulana, agla question hai mubeen sahib ka jamia nagar se</w:t>
      </w:r>
      <w:r>
        <w:br/>
      </w:r>
      <w:r>
        <w:rPr>
          <w:sz w:val="20"/>
        </w:rPr>
        <w:t>50:54  . unhon ne likha hai: "musalmanon mein alag alag firqe ka zimmedaar kaun hai? aur Khuda ke haan agarche in logon ne deen ki ghair mamooli, ghair mamooli kaam anjaam diya hai, to in logon ka anjaam Khuda ke haan kya hoga?" Khuda kya?</w:t>
      </w:r>
      <w:r>
        <w:br/>
      </w:r>
      <w:r>
        <w:rPr>
          <w:sz w:val="20"/>
        </w:rPr>
        <w:t>51:10  aap aap ka yeh kaam nahin hai. apne baare mein bhi kya pata hai aap ko? aap ko Khuda ka kya hoga? yeh to ghair dori sawal hai.</w:t>
      </w:r>
      <w:r>
        <w:br/>
      </w:r>
      <w:r>
        <w:rPr>
          <w:sz w:val="20"/>
        </w:rPr>
        <w:t>51:19  baqi jo masla hai, us ke baare mein jaanna chahein, aap hamari kitaab padh lijiyye: "tajdeed</w:t>
      </w:r>
      <w:r>
        <w:br/>
      </w:r>
      <w:r>
        <w:rPr>
          <w:sz w:val="20"/>
        </w:rPr>
        <w:t>51:23  deen". is mein is masle par aaya hai. yeh bohat hi galat tareeqa hai ke Khuda ke haan anjaam kya hoga, yeh aap ek soch lein.</w:t>
      </w:r>
      <w:r>
        <w:br/>
      </w:r>
      <w:r>
        <w:rPr>
          <w:sz w:val="20"/>
        </w:rPr>
        <w:t>51:33  aap ka apna anjaam kya hoga, yeh pata nahin hai. to doosre ke baare mein kaise aap sochte hain? yeh bilkul galat hai. baqi jo wajah hai fiqah bandi ki, us ko aap jaanna chahein to hamari kitaab padh lijiyye: "tajdeed deen".</w:t>
      </w:r>
      <w:r>
        <w:br/>
      </w:r>
      <w:r>
        <w:rPr>
          <w:sz w:val="20"/>
        </w:rPr>
        <w:t>51:52  maulana, agla question hai khwaja kaleemuddin sahib ka pennsylvania usa se. unhon ne likha hai: "one of the brotherhood members recently in egypt declared that now they will resort back to violence to achieve their goals." my question to you maulana sahib: "why doesn't man refuse?</w:t>
      </w:r>
      <w:r>
        <w:br/>
      </w:r>
      <w:r>
        <w:rPr>
          <w:sz w:val="20"/>
        </w:rPr>
        <w:t>52:12  man refuse to learn lesson from his or her his or their own experiences?"</w:t>
      </w:r>
      <w:r>
        <w:br/>
      </w:r>
      <w:r>
        <w:rPr>
          <w:sz w:val="20"/>
        </w:rPr>
        <w:t>52:21  dekhein, in logon ne jo galat ek galat masla bana rakha hai, woh yeh hai ke kaamyaab hue to wazeh hai: mar gaya to shaheed, yeh koi Islam nahin hai.</w:t>
      </w:r>
      <w:r>
        <w:br/>
      </w:r>
      <w:r>
        <w:rPr>
          <w:sz w:val="20"/>
        </w:rPr>
        <w:t>52:35  woh sochte hain ke agar hum kaamyaab nahin hue political system mein to lad kar kuch log maare gaye to shaheed to ho jayenge. yeh bilkul galat hai.</w:t>
      </w:r>
      <w:r>
        <w:br/>
      </w:r>
      <w:r>
        <w:rPr>
          <w:sz w:val="20"/>
        </w:rPr>
        <w:t>52:44  islam mein aisi koi taleem nahi hai.</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Forcing reflection on death when not spontaneous</w:t>
      </w:r>
    </w:p>
    <w:p>
      <w:r>
        <w:rPr>
          <w:color w:val="666666"/>
          <w:sz w:val="18"/>
        </w:rPr>
        <w:t>Concept of Death in Islam 26th Aug 12 SLOW · 2m 35s · at 23:05 · https://youtu.be/8dsos0OBM6M?t=1385</w:t>
      </w:r>
    </w:p>
    <w:p>
      <w:r>
        <w:rPr>
          <w:i/>
        </w:rPr>
        <w:t>“What if the thought of death does not come to us spontaneously? Should we force ourselves to reflect on death?”</w:t>
      </w:r>
    </w:p>
    <w:p>
      <w:r>
        <w:rPr>
          <w:sz w:val="20"/>
        </w:rPr>
        <w:t>23:05  maulana, agla sawal dilli se hai mr kaif ka.</w:t>
      </w:r>
      <w:r>
        <w:br/>
      </w:r>
      <w:r>
        <w:rPr>
          <w:sz w:val="20"/>
        </w:rPr>
        <w:t>23:11  unhon ne likha hai: "What if the thought of death does not come to us spontaneously?</w:t>
      </w:r>
      <w:r>
        <w:br/>
      </w:r>
      <w:r>
        <w:rPr>
          <w:sz w:val="20"/>
        </w:rPr>
        <w:t>23:17  Should we force ourselves to reflect on death?</w:t>
      </w:r>
      <w:r>
        <w:br/>
      </w:r>
      <w:r>
        <w:rPr>
          <w:sz w:val="20"/>
        </w:rPr>
        <w:t>23:24  Would that reflection be authentic?</w:t>
      </w:r>
      <w:r>
        <w:br/>
      </w:r>
      <w:r>
        <w:rPr>
          <w:sz w:val="20"/>
        </w:rPr>
        <w:t>23:30  Does reflection on death not make us disinterested in our daily activities? "</w:t>
      </w:r>
      <w:r>
        <w:br/>
      </w:r>
      <w:r>
        <w:rPr>
          <w:sz w:val="20"/>
        </w:rPr>
        <w:t>23:37  dekhen, maut ek jab yeh maloom hoga ke maut ek reality hai, to hamein sochna hi hai is ke upar.</w:t>
      </w:r>
      <w:r>
        <w:br/>
      </w:r>
      <w:r>
        <w:rPr>
          <w:sz w:val="20"/>
        </w:rPr>
        <w:t>23:45  jab yeh maloom hoga ke ke jaana aanay wala hai, to hamein sardi ka saamna karna hi parega.</w:t>
      </w:r>
      <w:r>
        <w:br/>
      </w:r>
      <w:r>
        <w:rPr>
          <w:sz w:val="20"/>
        </w:rPr>
        <w:t>23:53  to jab maut ke baray mein yeh bar bar tajurba hai ke aadmi marta hai, marta hai, marta</w:t>
      </w:r>
      <w:r>
        <w:br/>
      </w:r>
      <w:r>
        <w:rPr>
          <w:sz w:val="20"/>
        </w:rPr>
        <w:t>24:02  hai, to hum is ko kaise ignore kar sakte hain? hamein sochna hi parega is ko, lazman.</w:t>
      </w:r>
      <w:r>
        <w:br/>
      </w:r>
      <w:r>
        <w:rPr>
          <w:sz w:val="20"/>
        </w:rPr>
        <w:t>24:10  baqi yeh baat ke maut ko sochne se aadmi mein yaani kya hai, activity kam ho jaye gi?</w:t>
      </w:r>
      <w:r>
        <w:br/>
      </w:r>
      <w:r>
        <w:rPr>
          <w:sz w:val="20"/>
        </w:rPr>
        <w:t>24:19  maulana ke haan, disinterested ho jata hai insaan agar ziyada soche maut ke baray mein.</w:t>
      </w:r>
      <w:r>
        <w:br/>
      </w:r>
      <w:r>
        <w:rPr>
          <w:sz w:val="20"/>
        </w:rPr>
        <w:t>24:24  dekhen, yeh baat sahi nahi hai.</w:t>
      </w:r>
      <w:r>
        <w:br/>
      </w:r>
      <w:r>
        <w:rPr>
          <w:sz w:val="20"/>
        </w:rPr>
        <w:t>24:29  maut ke baray mein is waqt urgency paida hoti hai, ziyada active ho jata hai.</w:t>
      </w:r>
      <w:r>
        <w:br/>
      </w:r>
      <w:r>
        <w:rPr>
          <w:sz w:val="20"/>
        </w:rPr>
        <w:t>24:35  maut ka yaad karein ge aap to sense of urgency aye gi ke bhai waqt bohat kam hai,</w:t>
      </w:r>
      <w:r>
        <w:br/>
      </w:r>
      <w:r>
        <w:rPr>
          <w:sz w:val="20"/>
        </w:rPr>
        <w:t>24:40  cut out jo karna hai.</w:t>
      </w:r>
      <w:r>
        <w:br/>
      </w:r>
      <w:r>
        <w:rPr>
          <w:sz w:val="20"/>
        </w:rPr>
        <w:t>24:46  yeh ajeeb ghareeb baat aksar log kehte hain mujh se, halanke ulti baat hai.</w:t>
      </w:r>
      <w:r>
        <w:br/>
      </w:r>
      <w:r>
        <w:rPr>
          <w:sz w:val="20"/>
        </w:rPr>
        <w:t>24:51  maut jo hai, aap ke andar sense of urgency lati hai ke bohat kam waqt hai, cut out</w:t>
      </w:r>
      <w:r>
        <w:br/>
      </w:r>
      <w:r>
        <w:rPr>
          <w:sz w:val="20"/>
        </w:rPr>
        <w:t>24:56  jo karna hai.</w:t>
      </w:r>
      <w:r>
        <w:br/>
      </w:r>
      <w:r>
        <w:rPr>
          <w:sz w:val="20"/>
        </w:rPr>
        <w:t>25:02  to mera tajurba to yahi hai ke main har waqt is pe is halaat mein jeeta hoon ke</w:t>
      </w:r>
      <w:r>
        <w:br/>
      </w:r>
      <w:r>
        <w:rPr>
          <w:sz w:val="20"/>
        </w:rPr>
        <w:t>25:07  ke kal mauqa rahe na rahe, aaj hi cut daalo.</w:t>
      </w:r>
      <w:r>
        <w:br/>
      </w:r>
      <w:r>
        <w:rPr>
          <w:sz w:val="20"/>
        </w:rPr>
        <w:t>25:13  kal par yeh mauqa mile ga ya nahi mile ga, aaj hi cut daalo.</w:t>
      </w:r>
      <w:r>
        <w:br/>
      </w:r>
      <w:r>
        <w:rPr>
          <w:sz w:val="20"/>
        </w:rPr>
        <w:t>25:18  to pata hai, 24 ghantay bas busy rehta hoon.</w:t>
      </w:r>
      <w:r>
        <w:br/>
      </w:r>
      <w:r>
        <w:rPr>
          <w:sz w:val="20"/>
        </w:rPr>
        <w:t>25:23  to mere andar maut jo hai, main rozana maut ko yaad karta hoon, bohat ziyada.</w:t>
      </w:r>
      <w:r>
        <w:br/>
      </w:r>
      <w:r>
        <w:rPr>
          <w:sz w:val="20"/>
        </w:rPr>
        <w:t>25:29  to mera tajurba yeh hai ke maut aadmi ke andar sense of urgency laati hai, jo apne aap</w:t>
      </w:r>
      <w:r>
        <w:br/>
      </w:r>
      <w:r>
        <w:rPr>
          <w:sz w:val="20"/>
        </w:rPr>
        <w:t>25:34  mein bohat valuable cheez hai, bohat valuable cheez hai.</w:t>
      </w:r>
      <w:r>
        <w:br/>
      </w:r>
      <w:r>
        <w:rPr>
          <w:sz w:val="20"/>
        </w:rPr>
        <w:t>25:40  Maulana, yeh sawal Delhi se hai Mahboob Elahi sahib ka. unhon ne likha hai: "How Allah will take a man who was born in a non-Muslim family, followed his family's faith and led righteous life, but never received an elaborate message from Islam? "</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What resolution for CPS members?</w:t>
      </w:r>
    </w:p>
    <w:p>
      <w:r>
        <w:rPr>
          <w:color w:val="666666"/>
          <w:sz w:val="18"/>
        </w:rPr>
        <w:t>Stress and Spirituality January 1, 2012 · 5m 41s · at 1:02:09 · https://youtu.be/TPhXL9-g6ME?t=3729</w:t>
      </w:r>
    </w:p>
    <w:p>
      <w:r>
        <w:rPr>
          <w:i/>
        </w:rPr>
        <w:t>“Every year I make resolutions, however seldom keep them. This year I want to make a realistic resolution and also keep it. What resolution would you advise for all the CPS members?”</w:t>
      </w:r>
    </w:p>
    <w:p>
      <w:r>
        <w:rPr>
          <w:sz w:val="20"/>
        </w:rPr>
        <w:t>1:02:09  maulana, agla sawal aaya hai singapore se mr salish malhotra ka. unhon ne likha hai: "maulana sahib every year i make resolutions, however seldom keep them.</w:t>
      </w:r>
      <w:r>
        <w:br/>
      </w:r>
      <w:r>
        <w:rPr>
          <w:sz w:val="20"/>
        </w:rPr>
        <w:t>1:02:23  this year i want to make a realistic resolution and also keep it.</w:t>
      </w:r>
      <w:r>
        <w:br/>
      </w:r>
      <w:r>
        <w:rPr>
          <w:sz w:val="20"/>
        </w:rPr>
        <w:t>1:02:28  what resolution would you advise for all the cps members?"</w:t>
      </w:r>
      <w:r>
        <w:br/>
      </w:r>
      <w:r>
        <w:rPr>
          <w:sz w:val="20"/>
        </w:rPr>
        <w:t>1:02:41  woh to mein ne apni advice de di. jo abhi mein ne taqreer ki, woh samjhe woh advice thi. ke aadmi, har aadmi case yahi hai ke woh,</w:t>
      </w:r>
      <w:r>
        <w:br/>
      </w:r>
      <w:r>
        <w:rPr>
          <w:sz w:val="20"/>
        </w:rPr>
        <w:t>1:03:00  wo creation plan of God ko samjhe baghair jeena chahta hai dunya mein. to yeh to possible nahi hai.</w:t>
      </w:r>
      <w:r>
        <w:br/>
      </w:r>
      <w:r>
        <w:rPr>
          <w:sz w:val="20"/>
        </w:rPr>
        <w:t>1:03:10  to pehla kaam yeh karna chahiye aadmi ko, yeh jaane ke hum apni banai hui dunya mein nahi hain. na maine apne aap ko khud banaya hai, na is dunya ko maine khud banaya hai.</w:t>
      </w:r>
      <w:r>
        <w:br/>
      </w:r>
      <w:r>
        <w:rPr>
          <w:sz w:val="20"/>
        </w:rPr>
        <w:t>1:03:25  to creator ka, creator ne kyun banaya mujh ko? creator ne kyun mujhe is dunya mein rakha? yeh pehli baat hai jo har aadmi ko jaanna chahiye.</w:t>
      </w:r>
      <w:r>
        <w:br/>
      </w:r>
      <w:r>
        <w:rPr>
          <w:sz w:val="20"/>
        </w:rPr>
        <w:t>1:03:42  to main samajhta hoon ke aaj ka din, yaani naye saal ka pehla din, har ek ke liye</w:t>
      </w:r>
      <w:r>
        <w:br/>
      </w:r>
      <w:r>
        <w:rPr>
          <w:sz w:val="20"/>
        </w:rPr>
        <w:t>1:03:50  ek hi kaam karna hai is ko. ke woh Allah taala ke, yaani creator ke takhleeqi mansoobe ko jaane aur us ke mutabiq apni planning kare.</w:t>
      </w:r>
      <w:r>
        <w:br/>
      </w:r>
      <w:r>
        <w:rPr>
          <w:sz w:val="20"/>
        </w:rPr>
        <w:t>1:04:05  woh kya hai?</w:t>
      </w:r>
      <w:r>
        <w:br/>
      </w:r>
      <w:r>
        <w:rPr>
          <w:sz w:val="20"/>
        </w:rPr>
        <w:t>1:04:07  woh yeh hai ke yeh dunya is liye nahi banai gayi ke hum apni sari khwahishon ko poori karein. nahi.</w:t>
      </w:r>
      <w:r>
        <w:br/>
      </w:r>
      <w:r>
        <w:rPr>
          <w:sz w:val="20"/>
        </w:rPr>
        <w:t>1:04:17  yeh dunya is liye banai gayi hai ke yahan par aap</w:t>
      </w:r>
      <w:r>
        <w:br/>
      </w:r>
      <w:r>
        <w:rPr>
          <w:sz w:val="20"/>
        </w:rPr>
        <w:t>1:04:22  is tarah zindagi guzarein jo creator ko matloob hai. taake woh aap ko select kare agli dunya mein paradise ke liye.</w:t>
      </w:r>
      <w:r>
        <w:br/>
      </w:r>
      <w:r>
        <w:rPr>
          <w:sz w:val="20"/>
        </w:rPr>
        <w:t>1:04:36  to creation plan of God jo hai, is ka jab mutalea karein ge aap to pehli cheez jo aap discover karein ge, woh yeh hai ke yeh dunya selection ground hai.</w:t>
      </w:r>
      <w:r>
        <w:br/>
      </w:r>
      <w:r>
        <w:rPr>
          <w:sz w:val="20"/>
        </w:rPr>
        <w:t>1:04:50  yeh dunya, yaani is liye nahi hai ke yahan aap, yaani yahan par aap apne comfort aur luxury faraham karein aur is par jee kar ke mar j</w:t>
      </w:r>
      <w:r>
        <w:br/>
      </w:r>
      <w:r>
        <w:rPr>
          <w:sz w:val="20"/>
        </w:rPr>
        <w:t>1:05:06  ayein. nahi. yeh dunya selection ground hai. aise individuals ka selection ho raha hai jo deserve karein paradise mein settle karne ke liye.</w:t>
      </w:r>
      <w:r>
        <w:br/>
      </w:r>
      <w:r>
        <w:rPr>
          <w:sz w:val="20"/>
        </w:rPr>
        <w:t>1:05:18  bas ek hi concern hona chahiye hum sab logon ka. ek hi concern. do concern nahi.</w:t>
      </w:r>
      <w:r>
        <w:br/>
      </w:r>
      <w:r>
        <w:rPr>
          <w:sz w:val="20"/>
        </w:rPr>
        <w:t>1:05:29  to yeh jo, jis bhool mein pada hua hai insaan aaj ka, jo us ko kehte hain right here, right now. yeh to ulta nazariya hai. yeh jo right here, right now ka jo phaila hua hai soch, woh to ulti baat hai.</w:t>
      </w:r>
      <w:r>
        <w:br/>
      </w:r>
      <w:r>
        <w:rPr>
          <w:sz w:val="20"/>
        </w:rPr>
        <w:t>1:05:45  kyun ke yeh to hai hi nahi. zindagi to shuru hoti hai asli maut ke baad.</w:t>
      </w:r>
      <w:r>
        <w:br/>
      </w:r>
      <w:r>
        <w:rPr>
          <w:sz w:val="20"/>
        </w:rPr>
        <w:t>1:05:55  kisi shayar ne kaha hai, bohat sahi, ke zeest ka raaz khula gardish e ayyam ke baad. is kahani ka to aaghaz tha anjam ke baad.</w:t>
      </w:r>
      <w:r>
        <w:br/>
      </w:r>
      <w:r>
        <w:rPr>
          <w:sz w:val="20"/>
        </w:rPr>
        <w:t>1:06:08  asal zindagi to maut ke baad shuru hone wali hai. isi ke liye hum tayyari nahi karte.</w:t>
      </w:r>
      <w:r>
        <w:br/>
      </w:r>
      <w:r>
        <w:rPr>
          <w:sz w:val="20"/>
        </w:rPr>
        <w:t>1:06:16  to main samajhta hoon ke sab se ahem baat jo hum sab ko jaanna chahiye, woh yeh hai ke yeh dunya selection ground hai.</w:t>
      </w:r>
      <w:r>
        <w:br/>
      </w:r>
      <w:r>
        <w:rPr>
          <w:sz w:val="20"/>
        </w:rPr>
        <w:t>1:06:24  apne aap ko is tarah se aap tayyar karein ke aap ko khaliq jo hai, creator jo hai, us ki nazar mein aap ek deserving candidate sabit hon.</w:t>
      </w:r>
      <w:r>
        <w:br/>
      </w:r>
      <w:r>
        <w:rPr>
          <w:sz w:val="20"/>
        </w:rPr>
        <w:t>1:06:40  paradise mein settle karne ke liye. yeh sole concern hona chahiye har aadmi ka.</w:t>
      </w:r>
      <w:r>
        <w:br/>
      </w:r>
      <w:r>
        <w:rPr>
          <w:sz w:val="20"/>
        </w:rPr>
        <w:t>1:06:48  main samajhta hoon ke is baat ko samajhne ke liye agar ek baar bhi Quran ko aadmi padh le, dhiyan ke sath, sirf ek baar, to kafi hai. yaani bilkul poori tarah se dhiyan ke sath agar padhe aap,</w:t>
      </w:r>
      <w:r>
        <w:br/>
      </w:r>
      <w:r>
        <w:rPr>
          <w:sz w:val="20"/>
        </w:rPr>
        <w:t>1:07:02  ek baar bhi Quran ko, to us ko mil jayega jawab ke woh apne aap ko kaisa banaye ke woh eternal life jo hogi paradise ki, us mein us ko basaya jaye.</w:t>
      </w:r>
      <w:r>
        <w:br/>
      </w:r>
      <w:r>
        <w:rPr>
          <w:sz w:val="20"/>
        </w:rPr>
        <w:t>1:07:18  asal to wohi hai. asal khushi wohi hai. asal jo dunya mein to khushi mil nahi sakti kisi ko bhi.</w:t>
      </w:r>
      <w:r>
        <w:br/>
      </w:r>
      <w:r>
        <w:rPr>
          <w:sz w:val="20"/>
        </w:rPr>
        <w:t>1:07:28  na kisi ko mili hai, na kisi ko milegi.</w:t>
      </w:r>
      <w:r>
        <w:br/>
      </w:r>
      <w:r>
        <w:rPr>
          <w:sz w:val="20"/>
        </w:rPr>
        <w:t>1:07:33  to main to samajhta hoon ke yahi, yaani har aadmi ko yahi tay karna chahiye. yahi decision lena chahiye.</w:t>
      </w:r>
      <w:r>
        <w:br/>
      </w:r>
      <w:r>
        <w:rPr>
          <w:sz w:val="20"/>
        </w:rPr>
        <w:t>1:07:44  koi aur cheez nahi is ka wo decision le.</w:t>
      </w:r>
    </w:p>
    <w:p>
      <w:pPr>
        <w:pStyle w:val="Heading1"/>
      </w:pPr>
      <w:r>
        <w:t>In the lectures (20)</w:t>
      </w:r>
    </w:p>
    <w:p>
      <w:pPr>
        <w:pStyle w:val="Heading2"/>
      </w:pPr>
      <w:r>
        <w:t>Admitting One's Mistake January 12, 2007 Maulana Wahiduddin Khan</w:t>
      </w:r>
    </w:p>
    <w:p>
      <w:r>
        <w:rPr>
          <w:color w:val="666666"/>
          <w:sz w:val="18"/>
        </w:rPr>
        <w:t>0:46 · https://youtu.be/9yGGkxRF8r8?t=46</w:t>
      </w:r>
    </w:p>
    <w:p>
      <w:r>
        <w:rPr>
          <w:i/>
        </w:rPr>
        <w:t>“کسی ایک رائے پر میں نہیں پہنچ رہا تھا۔”</w:t>
      </w:r>
    </w:p>
    <w:p>
      <w:pPr>
        <w:pStyle w:val="Heading2"/>
      </w:pPr>
      <w:r>
        <w:t>Admitting One's Mistake (Part 1) Jan 12, 2007</w:t>
      </w:r>
    </w:p>
    <w:p>
      <w:r>
        <w:rPr>
          <w:color w:val="666666"/>
          <w:sz w:val="18"/>
        </w:rPr>
        <w:t>0:45 · https://youtu.be/GqyS3PfAAoo?t=45</w:t>
      </w:r>
    </w:p>
    <w:p>
      <w:r>
        <w:rPr>
          <w:i/>
        </w:rPr>
        <w:t>“کسی ایک رائے پر میں نہیں پہنچ رہا تھا۔”</w:t>
      </w:r>
    </w:p>
    <w:p>
      <w:pPr>
        <w:pStyle w:val="Heading2"/>
      </w:pPr>
      <w:r>
        <w:t>In Search for Truth 18 May 2007</w:t>
      </w:r>
    </w:p>
    <w:p>
      <w:r>
        <w:rPr>
          <w:color w:val="666666"/>
          <w:sz w:val="18"/>
        </w:rPr>
        <w:t>55:05 · https://youtu.be/3Q4zw6202eM?t=3305</w:t>
      </w:r>
    </w:p>
    <w:p>
      <w:r>
        <w:rPr>
          <w:i/>
        </w:rPr>
        <w:t>“confusion.”</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Discussions on the impact of Maulana Wahiduddin Khan's Thought June 28, 2020</w:t>
      </w:r>
    </w:p>
    <w:p>
      <w:r>
        <w:rPr>
          <w:color w:val="666666"/>
          <w:sz w:val="18"/>
        </w:rPr>
        <w:t>23:47 · https://youtu.be/tOuo9f842fI?t=1427</w:t>
      </w:r>
    </w:p>
    <w:p>
      <w:r>
        <w:rPr>
          <w:i/>
        </w:rPr>
        <w:t>“And I don't know what to ask”</w:t>
      </w:r>
    </w:p>
    <w:p>
      <w:pPr>
        <w:pStyle w:val="Heading2"/>
      </w:pPr>
      <w:r>
        <w:t>In Conversation with Maulana Wahiduddin Khan English</w:t>
      </w:r>
    </w:p>
    <w:p>
      <w:r>
        <w:rPr>
          <w:color w:val="666666"/>
          <w:sz w:val="18"/>
        </w:rPr>
        <w:t>1:04:56 · https://youtu.be/QZrkP8Z3Fv8?t=3896</w:t>
      </w:r>
    </w:p>
    <w:p>
      <w:r>
        <w:rPr>
          <w:i/>
        </w:rPr>
        <w:t>“And I think there is some confusion.”</w:t>
      </w:r>
    </w:p>
    <w:p>
      <w:pPr>
        <w:pStyle w:val="Heading2"/>
      </w:pPr>
      <w:r>
        <w:t>Quotes from the Quran 9 March 2007 - Maulana Wahiduddin Khan</w:t>
      </w:r>
    </w:p>
    <w:p>
      <w:r>
        <w:rPr>
          <w:color w:val="666666"/>
          <w:sz w:val="18"/>
        </w:rPr>
        <w:t>47:35 · https://youtu.be/UXuOgVLaWYA?t=2855</w:t>
      </w:r>
    </w:p>
    <w:p>
      <w:r>
        <w:rPr>
          <w:i/>
        </w:rPr>
        <w:t>“فیصلہ نہیں کر پاتے کہ ہم اس بانڈ سے نکلیں۔”</w:t>
      </w:r>
    </w:p>
    <w:p>
      <w:pPr>
        <w:pStyle w:val="Heading2"/>
      </w:pPr>
      <w:r>
        <w:t>The Problem of Misunderstanding January 1, 2008 Maulana Wahiduddin Khan</w:t>
      </w:r>
    </w:p>
    <w:p>
      <w:r>
        <w:rPr>
          <w:color w:val="666666"/>
          <w:sz w:val="18"/>
        </w:rPr>
        <w:t>40:24 · https://youtu.be/LdzzoBvyaD0?t=2424</w:t>
      </w:r>
    </w:p>
    <w:p>
      <w:r>
        <w:rPr>
          <w:i/>
        </w:rPr>
        <w:t>“وہ درست فیصلہ نہیں لے پائے گا۔ وہ درست فیصلہ نہیں لے پائے گ”</w:t>
      </w:r>
    </w:p>
    <w:p>
      <w:pPr>
        <w:pStyle w:val="Heading2"/>
      </w:pPr>
      <w:r>
        <w:t>Computer A Sign of God January 27, 2008 Maulana Wahiduddin Khan</w:t>
      </w:r>
    </w:p>
    <w:p>
      <w:r>
        <w:rPr>
          <w:color w:val="666666"/>
          <w:sz w:val="18"/>
        </w:rPr>
        <w:t>2:36 · https://youtu.be/MdBcX_Q_rWg?t=156</w:t>
      </w:r>
    </w:p>
    <w:p>
      <w:r>
        <w:rPr>
          <w:i/>
        </w:rPr>
        <w:t>“فیصلہ ہونا تھا۔”</w:t>
      </w:r>
    </w:p>
    <w:p>
      <w:pPr>
        <w:pStyle w:val="Heading2"/>
      </w:pPr>
      <w:r>
        <w:t>Living with Angels April 24, 2007 Maulana Wahiduddin Kha</w:t>
      </w:r>
    </w:p>
    <w:p>
      <w:r>
        <w:rPr>
          <w:color w:val="666666"/>
          <w:sz w:val="18"/>
        </w:rPr>
        <w:t>3:23 · https://youtu.be/vftCoFxsQFw?t=203</w:t>
      </w:r>
    </w:p>
    <w:p>
      <w:r>
        <w:rPr>
          <w:i/>
        </w:rPr>
        <w:t>“Every time we are between two choices.”</w:t>
      </w:r>
    </w:p>
    <w:p>
      <w:pPr>
        <w:pStyle w:val="Heading2"/>
      </w:pPr>
      <w:r>
        <w:t>Divine Personality April 2, 2014 Maulana Wahiduddin Khan</w:t>
      </w:r>
    </w:p>
    <w:p>
      <w:r>
        <w:rPr>
          <w:color w:val="666666"/>
          <w:sz w:val="18"/>
        </w:rPr>
        <w:t>13:23 · https://youtu.be/4F-V__KFzpA?t=803</w:t>
      </w:r>
    </w:p>
    <w:p>
      <w:r>
        <w:rPr>
          <w:i/>
        </w:rPr>
        <w:t>“Then again I would say that it is not a simple decision”</w:t>
      </w:r>
    </w:p>
    <w:p>
      <w:pPr>
        <w:pStyle w:val="Heading2"/>
      </w:pPr>
      <w:r>
        <w:t>Importance of Patience November 24, 2006</w:t>
      </w:r>
    </w:p>
    <w:p>
      <w:r>
        <w:rPr>
          <w:color w:val="666666"/>
          <w:sz w:val="18"/>
        </w:rPr>
        <w:t>5:07 · https://youtu.be/jHo62FykHlI?t=307</w:t>
      </w:r>
    </w:p>
    <w:p>
      <w:r>
        <w:rPr>
          <w:i/>
        </w:rPr>
        <w:t>“گزارنے کا فیصلہ لینا ہے۔”</w:t>
      </w:r>
    </w:p>
    <w:p>
      <w:pPr>
        <w:pStyle w:val="Heading2"/>
      </w:pPr>
      <w:r>
        <w:t>The Belief System of Islam August 01, 2007</w:t>
      </w:r>
    </w:p>
    <w:p>
      <w:r>
        <w:rPr>
          <w:color w:val="666666"/>
          <w:sz w:val="18"/>
        </w:rPr>
        <w:t>18:04 · https://youtu.be/5pdnwRaPfmY?t=1084</w:t>
      </w:r>
    </w:p>
    <w:p>
      <w:r>
        <w:rPr>
          <w:i/>
        </w:rPr>
        <w:t>“We cannot.”</w:t>
      </w:r>
    </w:p>
    <w:p>
      <w:pPr>
        <w:pStyle w:val="Heading2"/>
      </w:pPr>
      <w:r>
        <w:t>Islam in the Changing World August 6, 2007</w:t>
      </w:r>
    </w:p>
    <w:p>
      <w:r>
        <w:rPr>
          <w:color w:val="666666"/>
          <w:sz w:val="18"/>
        </w:rPr>
        <w:t>15:29 · https://youtu.be/lEhH4VDLSFY?t=929</w:t>
      </w:r>
    </w:p>
    <w:p>
      <w:r>
        <w:rPr>
          <w:i/>
        </w:rPr>
        <w:t>“They don't know what to do.”</w:t>
      </w:r>
    </w:p>
    <w:p>
      <w:pPr>
        <w:pStyle w:val="Heading2"/>
      </w:pPr>
      <w:r>
        <w:t>Dars-e-Quran, Chapter 2, Verses 75-78 June 17, 2018</w:t>
      </w:r>
    </w:p>
    <w:p>
      <w:r>
        <w:rPr>
          <w:color w:val="666666"/>
          <w:sz w:val="18"/>
        </w:rPr>
        <w:t>40:36 · https://youtu.be/2qkgyTF6bt8?t=2436</w:t>
      </w:r>
    </w:p>
    <w:p>
      <w:r>
        <w:rPr>
          <w:i/>
        </w:rPr>
        <w:t>“بات کو پکڑ نہیں پاتا۔”</w:t>
      </w:r>
    </w:p>
    <w:p>
      <w:pPr>
        <w:pStyle w:val="Heading2"/>
      </w:pPr>
      <w:r>
        <w:t>How to Build A Strong Personality June 14, 2008</w:t>
      </w:r>
    </w:p>
    <w:p>
      <w:r>
        <w:rPr>
          <w:color w:val="666666"/>
          <w:sz w:val="18"/>
        </w:rPr>
        <w:t>40:32 · https://youtu.be/CEzRHSVoQlI?t=2432</w:t>
      </w:r>
    </w:p>
    <w:p>
      <w:r>
        <w:rPr>
          <w:i/>
        </w:rPr>
        <w:t>“اب میں کافی پریشان ہوا کہ کیا کروں۔”</w:t>
      </w:r>
    </w:p>
    <w:p>
      <w:pPr>
        <w:pStyle w:val="Heading2"/>
      </w:pPr>
      <w:r>
        <w:t>Question and Answer April 07, 2020 Maulana Wahiduddin Khan</w:t>
      </w:r>
    </w:p>
    <w:p>
      <w:r>
        <w:rPr>
          <w:color w:val="666666"/>
          <w:sz w:val="18"/>
        </w:rPr>
        <w:t>11:31 · https://youtu.be/_GFv068coXA?t=691</w:t>
      </w:r>
    </w:p>
    <w:p>
      <w:r>
        <w:rPr>
          <w:i/>
        </w:rPr>
        <w:t>“غیر واضح ہے۔ اس لیے میں کوئی بہت ہی”</w:t>
      </w:r>
    </w:p>
    <w:p>
      <w:pPr>
        <w:pStyle w:val="Heading2"/>
      </w:pPr>
      <w:r>
        <w:t>Don't Be Angry Culture January 15, 2012 Maulana Wahiduddin Khan</w:t>
      </w:r>
    </w:p>
    <w:p>
      <w:r>
        <w:rPr>
          <w:color w:val="666666"/>
          <w:sz w:val="18"/>
        </w:rPr>
        <w:t>11:17 · https://youtu.be/rY1Ikwmwwdk?t=677</w:t>
      </w:r>
    </w:p>
    <w:p>
      <w:r>
        <w:rPr>
          <w:i/>
        </w:rPr>
        <w:t>“خود سے آپ نہیں فیصلہ کر سکتے۔”</w:t>
      </w:r>
    </w:p>
    <w:p>
      <w:pPr>
        <w:pStyle w:val="Heading2"/>
      </w:pPr>
      <w:r>
        <w:t>Reinterpretation of Islam April 12, 2009</w:t>
      </w:r>
    </w:p>
    <w:p>
      <w:r>
        <w:rPr>
          <w:color w:val="666666"/>
          <w:sz w:val="18"/>
        </w:rPr>
        <w:t>3:39 · https://youtu.be/QMG_eov11Po?t=219</w:t>
      </w:r>
    </w:p>
    <w:p>
      <w:r>
        <w:rPr>
          <w:i/>
        </w:rPr>
        <w:t>“میں سوچتا رہتا ہوں۔”</w:t>
      </w:r>
    </w:p>
    <w:p>
      <w:pPr>
        <w:pStyle w:val="Heading2"/>
      </w:pPr>
      <w:r>
        <w:t>Reinterpretation of Islam April 12, 2009 Maulana Wahiduddin Khan</w:t>
      </w:r>
    </w:p>
    <w:p>
      <w:r>
        <w:rPr>
          <w:color w:val="666666"/>
          <w:sz w:val="18"/>
        </w:rPr>
        <w:t>3:29 · https://youtu.be/kut_WRX7mZ4?t=209</w:t>
      </w:r>
    </w:p>
    <w:p>
      <w:r>
        <w:rPr>
          <w:i/>
        </w:rPr>
        <w:t>“میں سوچتا رہتا ہوں۔”</w:t>
      </w:r>
    </w:p>
    <w:p>
      <w:pPr>
        <w:pStyle w:val="Heading1"/>
      </w:pPr>
      <w:r>
        <w:t>Clips (33)</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Dealing with family stuck in form</w:t>
      </w:r>
    </w:p>
    <w:p>
      <w:r>
        <w:rPr>
          <w:color w:val="666666"/>
          <w:sz w:val="18"/>
        </w:rPr>
        <w:t>Quotes from the Quran 9 March 2007 - Maulana Wahiduddin Khan · 5m 53s · at 42:15 · https://youtu.be/UXuOgVLaWYA?t=2535</w:t>
      </w:r>
    </w:p>
    <w:p>
      <w:r>
        <w:rPr>
          <w:i/>
        </w:rPr>
        <w:t>“Ye kisi family ka problem nahi, ye universal problem hai”</w:t>
      </w:r>
    </w:p>
    <w:p>
      <w:r>
        <w:rPr>
          <w:sz w:val="20"/>
        </w:rPr>
        <w:t>42:15  dekhen, yeh kisi family ka problem nahi hai, yeh to aik universal problem hai. aap family mein hain ya aap family ke bahir hain,</w:t>
      </w:r>
      <w:r>
        <w:br/>
      </w:r>
      <w:r>
        <w:rPr>
          <w:sz w:val="20"/>
        </w:rPr>
        <w:t>42:28  phir bhi hain, aap aik international community mein hain.</w:t>
      </w:r>
      <w:r>
        <w:br/>
      </w:r>
      <w:r>
        <w:rPr>
          <w:sz w:val="20"/>
        </w:rPr>
        <w:t>42:33  to family isi international community hi ka aik part hai.</w:t>
      </w:r>
      <w:r>
        <w:br/>
      </w:r>
      <w:r>
        <w:rPr>
          <w:sz w:val="20"/>
        </w:rPr>
        <w:t>42:40  to saare log jee rahe hain form mein, hawa culture mein. hawa culture bhi kya hai, woh bhi form hai. aur jhoote pleasure mein, har aik aadmi jhoote pleasure mein daud raha hai.</w:t>
      </w:r>
      <w:r>
        <w:br/>
      </w:r>
      <w:r>
        <w:rPr>
          <w:sz w:val="20"/>
        </w:rPr>
        <w:t>42:56  aik aadmi se mein batata hoon aap ko qissa. aik</w:t>
      </w:r>
      <w:r>
        <w:br/>
      </w:r>
      <w:r>
        <w:rPr>
          <w:sz w:val="20"/>
        </w:rPr>
        <w:t>42:59  aik aadmi se meri mulaqat hui, woh baap se us ko kafi paisa mila tha. to kya hua?</w:t>
      </w:r>
      <w:r>
        <w:br/>
      </w:r>
      <w:r>
        <w:rPr>
          <w:sz w:val="20"/>
        </w:rPr>
        <w:t>43:10  do bete the, do bhai the. to aik bhai ne kaha ke mujhe business karwa do. to aik shop un ko de diya baap ne.</w:t>
      </w:r>
      <w:r>
        <w:br/>
      </w:r>
      <w:r>
        <w:rPr>
          <w:sz w:val="20"/>
        </w:rPr>
        <w:t>43:22  aur jo woh tha, us ne aik beautiful larki kahin se mil gayi, un ko us se shadi ki. aur us se kaha ke mujhe aik farm house de do. to baap ne aik bete ko farm house de diya.</w:t>
      </w:r>
      <w:r>
        <w:br/>
      </w:r>
      <w:r>
        <w:rPr>
          <w:sz w:val="20"/>
        </w:rPr>
        <w:t>43:35  aik bete ko aik bohat achi dukaan</w:t>
      </w:r>
      <w:r>
        <w:br/>
      </w:r>
      <w:r>
        <w:rPr>
          <w:sz w:val="20"/>
        </w:rPr>
        <w:t>43:39  is well established de di. woh aadmi ja kar rehne laga apne farm house mein, apne beautiful biwi ko le kar ke.</w:t>
      </w:r>
      <w:r>
        <w:br/>
      </w:r>
      <w:r>
        <w:rPr>
          <w:sz w:val="20"/>
        </w:rPr>
        <w:t>43:50  mein khud mila hoon is form mein ja kar us se, shayad abhi zinda ho woh.</w:t>
      </w:r>
      <w:r>
        <w:br/>
      </w:r>
      <w:r>
        <w:rPr>
          <w:sz w:val="20"/>
        </w:rPr>
        <w:t>43:56  jab ke ghaliban 15 saal beet chuke the us ko is biwi ke sath rehte hue.</w:t>
      </w:r>
      <w:r>
        <w:br/>
      </w:r>
      <w:r>
        <w:rPr>
          <w:sz w:val="20"/>
        </w:rPr>
        <w:t>44:04  mein ne paya hai ke na to biwi ke chehre par muskurahat thi, na us ke chehre par ismail, na us ke chehre par ismail. dono side banay hue the.</w:t>
      </w:r>
      <w:r>
        <w:br/>
      </w:r>
      <w:r>
        <w:rPr>
          <w:sz w:val="20"/>
        </w:rPr>
        <w:t>44:16  un ke un ke donon ke chehre bilkul side thay. main boorha aadmi hoon, un se ziyada khush dikhai parta tha in ko.</w:t>
      </w:r>
      <w:r>
        <w:br/>
      </w:r>
      <w:r>
        <w:rPr>
          <w:sz w:val="20"/>
        </w:rPr>
        <w:t>44:25  to balkay is ne poocha bhi kay hum jawan hain, humain khushi nahin, aap boorhay hain, aap kitna khush dikhai par rahay hain?</w:t>
      </w:r>
      <w:r>
        <w:br/>
      </w:r>
      <w:r>
        <w:rPr>
          <w:sz w:val="20"/>
        </w:rPr>
        <w:t>44:36  to log phansay huay hain kisi na kisi jhooti cheezon mein. chahay family kay bond hon, jhooti traditions hon, ya koi ungliyan, har ungli bandhay rehta hai, bara bara diamond.</w:t>
      </w:r>
      <w:r>
        <w:br/>
      </w:r>
      <w:r>
        <w:rPr>
          <w:sz w:val="20"/>
        </w:rPr>
        <w:t>44:54  main kehta hoon, yeh animal hai kay insan hai? yeh</w:t>
      </w:r>
      <w:r>
        <w:br/>
      </w:r>
      <w:r>
        <w:rPr>
          <w:sz w:val="20"/>
        </w:rPr>
        <w:t>44:57  mujhe to free day do, main free bhi nahin pehnoon ga is ko. yeh animal, yeh jo ring hotay hain diamond walay, free aap mujhe day do, main nahin pehan sakta is ko.</w:t>
      </w:r>
      <w:r>
        <w:br/>
      </w:r>
      <w:r>
        <w:rPr>
          <w:sz w:val="20"/>
        </w:rPr>
        <w:t>45:07  is liye kay mujhe apni apni si, yani yani main samajhta hoon kay mera</w:t>
      </w:r>
      <w:r>
        <w:br/>
      </w:r>
      <w:r>
        <w:rPr>
          <w:sz w:val="20"/>
        </w:rPr>
        <w:t>45:17  yani bohat hi cheap test hoga in logon ka jo banay rehtay hain is mein.</w:t>
      </w:r>
      <w:r>
        <w:br/>
      </w:r>
      <w:r>
        <w:rPr>
          <w:sz w:val="20"/>
        </w:rPr>
        <w:t>45:24  to family, family kuch nahin, na na international community kuch nahin. aadmi khud hi apnay ko utha nahin pata hai.</w:t>
      </w:r>
      <w:r>
        <w:br/>
      </w:r>
      <w:r>
        <w:rPr>
          <w:sz w:val="20"/>
        </w:rPr>
        <w:t>45:37  khud apnay ko utha nahin pata hai. uthata kab hai? jab sara time khatam ho chuka hota hai.</w:t>
      </w:r>
      <w:r>
        <w:br/>
      </w:r>
      <w:r>
        <w:rPr>
          <w:sz w:val="20"/>
        </w:rPr>
        <w:t>45:43  jaisay woh jo bataya main ne aap ko, woh exhaust ho chukay thay. ab kuch in kay andar koi yani naya initiative lainay ki taqat nahin thi. aik farm house mein paray rehtay thay, ab bilkul exhaust ho kar kay.</w:t>
      </w:r>
      <w:r>
        <w:br/>
      </w:r>
      <w:r>
        <w:rPr>
          <w:sz w:val="20"/>
        </w:rPr>
        <w:t>45:57  to main nahin manta kay koi family hai, koi community hai, koi society kisi kay liye</w:t>
      </w:r>
      <w:r>
        <w:br/>
      </w:r>
      <w:r>
        <w:rPr>
          <w:sz w:val="20"/>
        </w:rPr>
        <w:t>46:03  compulsion ban sakti hai. kuch nahin. khud hi aadmi jo hai, yani achi tarah decide nahin kar pata.</w:t>
      </w:r>
      <w:r>
        <w:br/>
      </w:r>
      <w:r>
        <w:rPr>
          <w:sz w:val="20"/>
        </w:rPr>
        <w:t>46:15  well determined nahin hota woh. is wajah se aik uzar talash karta hai kay dekho bhai, family aisa kehti hai, woh society aisi keh rahi hai.</w:t>
      </w:r>
      <w:r>
        <w:br/>
      </w:r>
      <w:r>
        <w:rPr>
          <w:sz w:val="20"/>
        </w:rPr>
        <w:t>46:24  dekho ji, wahan hamara afsar sahib bolta hai, bhai international riwaj yeh hai.</w:t>
      </w:r>
      <w:r>
        <w:br/>
      </w:r>
      <w:r>
        <w:rPr>
          <w:sz w:val="20"/>
        </w:rPr>
        <w:t>46:28  kuch nahin hai. log cheap test mein hain, cheap qism ki cheezon pe enjoy karna kar rahay hain, woh hua kartay hain. aik sahib mujhe milay jo din bhar sharab aur larkiyon aur is par badait tha, unhon nay paisay walay.</w:t>
      </w:r>
      <w:r>
        <w:br/>
      </w:r>
      <w:r>
        <w:rPr>
          <w:sz w:val="20"/>
        </w:rPr>
        <w:t>46:44  aur shaam ko jab woh ghar par aaye to unhon nay poocha, main nay</w:t>
      </w:r>
      <w:r>
        <w:br/>
      </w:r>
      <w:r>
        <w:rPr>
          <w:sz w:val="20"/>
        </w:rPr>
        <w:t>46:50  to us waqt bilkul woh kuch bhi un kay andar khushi ka nahin tha. aik aur sahib mujhe milay jo das saal tak unhon nay khushiyan manai theen.</w:t>
      </w:r>
      <w:r>
        <w:br/>
      </w:r>
      <w:r>
        <w:rPr>
          <w:sz w:val="20"/>
        </w:rPr>
        <w:t>47:00  baap nay paisa day diya tha, yeh dilli ki baat hai. das saal kay baad meri mulaqat hui, main nay kaha kay</w:t>
      </w:r>
      <w:r>
        <w:br/>
      </w:r>
      <w:r>
        <w:rPr>
          <w:sz w:val="20"/>
        </w:rPr>
        <w:t>47:06  jo khushiyan aap nay manai hain, kya woh uska store hai aap kay mind mein kahin? abhi bhi us ko enjoy kar saktay hain, us khushi ko, das saal ki khushi ko?</w:t>
      </w:r>
      <w:r>
        <w:br/>
      </w:r>
      <w:r>
        <w:rPr>
          <w:sz w:val="20"/>
        </w:rPr>
        <w:t>47:18  das saal ki khushi kahin store hai, store hai aap kay mind mein? matlab kuch bhi nahin.</w:t>
      </w:r>
      <w:r>
        <w:br/>
      </w:r>
      <w:r>
        <w:rPr>
          <w:sz w:val="20"/>
        </w:rPr>
        <w:t>47:24  woh das saal ki khushi sab chali gayi, kahin pata nahin, aaj to kuch bhi nahin is kay is mein say. to jhooti khushiyon mein jee rahay hain log aur faisla nahin kar paatay.</w:t>
      </w:r>
      <w:r>
        <w:br/>
      </w:r>
      <w:r>
        <w:rPr>
          <w:sz w:val="20"/>
        </w:rPr>
        <w:t>47:35  faisla nahin kar paatay kay hum is bond say niklain.</w:t>
      </w:r>
      <w:r>
        <w:br/>
      </w:r>
      <w:r>
        <w:rPr>
          <w:sz w:val="20"/>
        </w:rPr>
        <w:t>47:41  aur isi mar jatay hain. bataiye kay kitna bara, kitna bara loss hai kay aadmi aik golden chance ko kho raha hai kay marnay kay baad us ko us kay desire ka fulfillment milay.</w:t>
      </w:r>
      <w:r>
        <w:br/>
      </w:r>
      <w:r>
        <w:rPr>
          <w:sz w:val="20"/>
        </w:rPr>
        <w:t>47:55  marnay kay baad us ko aik eternal khushi milay.</w:t>
      </w:r>
      <w:r>
        <w:br/>
      </w:r>
      <w:r>
        <w:rPr>
          <w:sz w:val="20"/>
        </w:rPr>
        <w:t>47:57  is chance ko kho raha hai aadmi. aik kuch jhoote excuse ko lay kar kay. to main to nahin manta bhai in sab baaton ko.</w:t>
      </w:r>
    </w:p>
    <w:p>
      <w:pPr>
        <w:pStyle w:val="Heading2"/>
      </w:pPr>
      <w:r>
        <w:t>A robber's honesty code and the obsession that clouds judgment</w:t>
      </w:r>
    </w:p>
    <w:p>
      <w:r>
        <w:rPr>
          <w:color w:val="666666"/>
          <w:sz w:val="18"/>
        </w:rPr>
        <w:t>The Problem of Misunderstanding January 1, 2008 Maulana Wahiduddin Khan · 4m 23s · at 36:20 · https://youtu.be/LdzzoBvyaD0?t=2180</w:t>
      </w:r>
    </w:p>
    <w:p>
      <w:r>
        <w:rPr>
          <w:i/>
        </w:rPr>
        <w:t>“I once met a very notorious robber”</w:t>
      </w:r>
    </w:p>
    <w:p>
      <w:r>
        <w:rPr>
          <w:sz w:val="20"/>
        </w:rPr>
        <w:t>36:20  jaise ab mein aik baar aik aik daaku se mila. woh bohat hi zabardast qisam ka daaku tha. to ittefaq se mulaqat ho gayi.</w:t>
      </w:r>
      <w:r>
        <w:br/>
      </w:r>
      <w:r>
        <w:rPr>
          <w:sz w:val="20"/>
        </w:rPr>
        <w:t>36:32  to mujhe Allah ke fazl se kisi se bhi nafrat hoti nahi. to normal tareeqay se mein har waqt se baat karta hoon har ek se. to us se mein ne poocha ke aap apne koi bataiye aap ka jo culture hai, is culture ki kuch baaten.</w:t>
      </w:r>
      <w:r>
        <w:br/>
      </w:r>
      <w:r>
        <w:rPr>
          <w:sz w:val="20"/>
        </w:rPr>
        <w:t>36:48  to us ne kaha ke hamare haan jhoot ko nahi bardasht kiya jata. koi jhoot bolay to hum us ko goli maar dete hain. kyunke hamara jo business hai, hamara jo hamara jo kaam hai, is kaam mein jhoot nahi chal sakta.</w:t>
      </w:r>
      <w:r>
        <w:br/>
      </w:r>
      <w:r>
        <w:rPr>
          <w:sz w:val="20"/>
        </w:rPr>
        <w:t>37:03  jhoot chalenge to yeh kaam khatam. jhoot bolenge to yeh kaam khatam. kyunke bohat se log mil kar ke daka dalte hain.</w:t>
      </w:r>
      <w:r>
        <w:br/>
      </w:r>
      <w:r>
        <w:rPr>
          <w:sz w:val="20"/>
        </w:rPr>
        <w:t>37:12  sab aik doosre par aitmad karna parta hai, aitmad.</w:t>
      </w:r>
      <w:r>
        <w:br/>
      </w:r>
      <w:r>
        <w:rPr>
          <w:sz w:val="20"/>
        </w:rPr>
        <w:t>37:16  aik poori community hoti hai, woh aitmad karti hai aik doosre par, tab woh poori ittehad ke saath woh kaam kar paate hain.</w:t>
      </w:r>
      <w:r>
        <w:br/>
      </w:r>
      <w:r>
        <w:rPr>
          <w:sz w:val="20"/>
        </w:rPr>
        <w:t>37:26  to mein ne us ko aik sabak le liya us se ke dekhiye in ke haan bhi ke sachai ke baghair koi kaam nahi ho sakta duniya mein.</w:t>
      </w:r>
      <w:r>
        <w:br/>
      </w:r>
      <w:r>
        <w:rPr>
          <w:sz w:val="20"/>
        </w:rPr>
        <w:t>37:35  sachai ke baghair koi kaam nahi ho sakta duniya mein.</w:t>
      </w:r>
      <w:r>
        <w:br/>
      </w:r>
      <w:r>
        <w:rPr>
          <w:sz w:val="20"/>
        </w:rPr>
        <w:t>37:40  is tarah is ne ek qissa bataya ke ek ghar mein dako log ghusay. paisay wala ghar tha koi.</w:t>
      </w:r>
      <w:r>
        <w:br/>
      </w:r>
      <w:r>
        <w:rPr>
          <w:sz w:val="20"/>
        </w:rPr>
        <w:t>37:50  aur wahan notes samaitay, unhon ne note sumat kar ke bori mein bhara. aur bori bhar kar ke woh niklay. lekin is se pehlay ghar ke malik ne police ko telephone kar diya tha.</w:t>
      </w:r>
      <w:r>
        <w:br/>
      </w:r>
      <w:r>
        <w:rPr>
          <w:sz w:val="20"/>
        </w:rPr>
        <w:t>38:04  to jab yeh niklay noton ki bori le kar bahar, yeh dako log, to police aa chuki thi. police aa chuki thi.</w:t>
      </w:r>
      <w:r>
        <w:br/>
      </w:r>
      <w:r>
        <w:rPr>
          <w:sz w:val="20"/>
        </w:rPr>
        <w:t>38:16  aap jantay hain kya kiya is ne, police walay ne? woh yeh dako logon ne kiya kiya? saray notay bikhair dein police walon ke aagay.</w:t>
      </w:r>
      <w:r>
        <w:br/>
      </w:r>
      <w:r>
        <w:rPr>
          <w:sz w:val="20"/>
        </w:rPr>
        <w:t>38:26  yani bajaye pathar maarne ke, un ke paas goli bhi thi, pathar bhi tha, goli nahi mari unhon ne.</w:t>
      </w:r>
      <w:r>
        <w:br/>
      </w:r>
      <w:r>
        <w:rPr>
          <w:sz w:val="20"/>
        </w:rPr>
        <w:t>38:33  dako logon ke paas aap jantay hain ke goli bhi hoti hai. to police walon ko goli nahi mari unhon ne.</w:t>
      </w:r>
      <w:r>
        <w:br/>
      </w:r>
      <w:r>
        <w:rPr>
          <w:sz w:val="20"/>
        </w:rPr>
        <w:t>38:43  saray note jo thay woh aisay uchal kar un ki taraf phenk diye. yani agar woh police par goli chalate to apnay bhaag paate woh. idhar se bhi goli aati.</w:t>
      </w:r>
      <w:r>
        <w:br/>
      </w:r>
      <w:r>
        <w:rPr>
          <w:sz w:val="20"/>
        </w:rPr>
        <w:t>38:54  hota hai ek ki bajaye do aati goli un ki taraf se. to jab aap dekhiye is mein bhi ek sabak liya mein ne.</w:t>
      </w:r>
      <w:r>
        <w:br/>
      </w:r>
      <w:r>
        <w:rPr>
          <w:sz w:val="20"/>
        </w:rPr>
        <w:t>38:59  woh sabak yeh tha ke kisi ki mohabbat mein aap maghloob ho jayen, maghloob, to aap ki aql kaam nahi karti. noton ki mohabbat mein agar woh noton ki mohabbat oopar chha chuki hoti ho,</w:t>
      </w:r>
      <w:r>
        <w:br/>
      </w:r>
      <w:r>
        <w:rPr>
          <w:sz w:val="20"/>
        </w:rPr>
        <w:t>39:15  un ke zehn ko aap qabza kar le kar chuki hoti, to woh faisla na kar paate.</w:t>
      </w:r>
      <w:r>
        <w:br/>
      </w:r>
      <w:r>
        <w:rPr>
          <w:sz w:val="20"/>
        </w:rPr>
        <w:t>39:24  is mein ek usool mujhe mila, ek usool mila, ek usool ke agar aap ke zehn par koi cheez chha jaye, bohat ziyada, to woh junoon ban jaye woh cheez aap ke liye, to phir aap durust faisla nahi le paate.</w:t>
      </w:r>
      <w:r>
        <w:br/>
      </w:r>
      <w:r>
        <w:rPr>
          <w:sz w:val="20"/>
        </w:rPr>
        <w:t>39:45  agar un ke dilo mein noton ki mohabbat chhai hui hoti aur samajhtay hain ke note to humein chhodna nahi hai, note to humein to humein le jana hai, to noton ko bachane ke chakar mein kya hota?</w:t>
      </w:r>
      <w:r>
        <w:br/>
      </w:r>
      <w:r>
        <w:rPr>
          <w:sz w:val="20"/>
        </w:rPr>
        <w:t>40:00  woh police ki goliyon ka nishana ban jatay.</w:t>
      </w:r>
      <w:r>
        <w:br/>
      </w:r>
      <w:r>
        <w:rPr>
          <w:sz w:val="20"/>
        </w:rPr>
        <w:t>40:06  to is se mein ne yeh sabak liya ke aadmi ko chahiye ke kisi bhi cheez ko apnay liye junoon na banaye.</w:t>
      </w:r>
      <w:r>
        <w:br/>
      </w:r>
      <w:r>
        <w:rPr>
          <w:sz w:val="20"/>
        </w:rPr>
        <w:t>40:14  kisi bhi cheez ke baray mein itni ziyada mohabbat na karne lage ke wohi chha jaye us ke zehn par. to phir kya hoga?</w:t>
      </w:r>
      <w:r>
        <w:br/>
      </w:r>
      <w:r>
        <w:rPr>
          <w:sz w:val="20"/>
        </w:rPr>
        <w:t>40:24  woh durust faisla nahi le payega. woh durust faisla nahi le paye ga</w:t>
      </w:r>
      <w:r>
        <w:br/>
      </w:r>
      <w:r>
        <w:rPr>
          <w:sz w:val="20"/>
        </w:rPr>
        <w:t>40:30  a. to mein samajhta hoon ke yeh bohat hi zaroori hai insaan ke andar ke apnay aap ko manfi khayalat se bachaye. aur jo aala tareen fikr hota hai,</w:t>
      </w:r>
    </w:p>
    <w:p>
      <w:pPr>
        <w:pStyle w:val="Heading2"/>
      </w:pPr>
      <w:r>
        <w:t>Only the Quran's future predictions actually came true</w:t>
      </w:r>
    </w:p>
    <w:p>
      <w:r>
        <w:rPr>
          <w:color w:val="666666"/>
          <w:sz w:val="18"/>
        </w:rPr>
        <w:t>Computer A Sign of God January 27, 2008 Maulana Wahiduddin Khan · 2m 14s · at 1:07 · https://youtu.be/MdBcX_Q_rWg?t=67</w:t>
      </w:r>
    </w:p>
    <w:p>
      <w:r>
        <w:rPr>
          <w:i/>
        </w:rPr>
        <w:t>“Baad ke zamane mein jo discoveries hongi, Quran ki tasdeeq karengi”</w:t>
      </w:r>
    </w:p>
    <w:p>
      <w:r>
        <w:rPr>
          <w:sz w:val="20"/>
        </w:rPr>
        <w:t>1:07  baad ke zamane mein, yaani latter period mein, jo discoveries hongi, jo inventions hongi, woh Quran ki baaton ki tasdeeq karne wali ban jayengi,</w:t>
      </w:r>
      <w:r>
        <w:br/>
      </w:r>
      <w:r>
        <w:rPr>
          <w:sz w:val="20"/>
        </w:rPr>
        <w:t>1:23  yaani unko confirm karne wali ban jayengi. History mein dekhiye, hum paate hain ke bahut se logon ne future ke bare mein kuch prediction kiye,</w:t>
      </w:r>
      <w:r>
        <w:br/>
      </w:r>
      <w:r>
        <w:rPr>
          <w:sz w:val="20"/>
        </w:rPr>
        <w:t>1:40  magar sab ke sab prediction galat sabit hue.</w:t>
      </w:r>
      <w:r>
        <w:br/>
      </w:r>
      <w:r>
        <w:rPr>
          <w:sz w:val="20"/>
        </w:rPr>
        <w:t>1:48  jaise Karl Marx ne kaha tha ke</w:t>
      </w:r>
      <w:r>
        <w:br/>
      </w:r>
      <w:r>
        <w:rPr>
          <w:sz w:val="20"/>
        </w:rPr>
        <w:t>1:55  communism ki subah Paris se jhaank rahi hai, haalanki aap jante hain ke Paris ya kisi bhi developed country se communism ki subah talu nahi hua.</w:t>
      </w:r>
      <w:r>
        <w:br/>
      </w:r>
      <w:r>
        <w:rPr>
          <w:sz w:val="20"/>
        </w:rPr>
        <w:t>2:14  aise hi hum paate hain ke history mein bahut se logon ne kuch predictions kiye, yeh predictions unke liye ek bahut badi cheez thi, kyunke isi par unke sahi ya galat hone ka</w:t>
      </w:r>
      <w:r>
        <w:br/>
      </w:r>
      <w:r>
        <w:rPr>
          <w:sz w:val="20"/>
        </w:rPr>
        <w:t>2:36  faisla hona tha.</w:t>
      </w:r>
      <w:r>
        <w:br/>
      </w:r>
      <w:r>
        <w:rPr>
          <w:sz w:val="20"/>
        </w:rPr>
        <w:t>2:40  agar yeh prediction sahi ho jayen to woh right the, yeh prediction galat ho jayen to woh galat the. To prediction bahut hi zyada serious cheez hai,</w:t>
      </w:r>
      <w:r>
        <w:br/>
      </w:r>
      <w:r>
        <w:rPr>
          <w:sz w:val="20"/>
        </w:rPr>
        <w:t>2:54  bahut zyada serious cheez hai.</w:t>
      </w:r>
      <w:r>
        <w:br/>
      </w:r>
      <w:r>
        <w:rPr>
          <w:sz w:val="20"/>
        </w:rPr>
        <w:t>3:01  lekin hum dekhte hain ke history of thought mein sirf Quran hi ek aisi kitab hai ke jisne ek cheez ko bataya future ke liye, yaani predict kiya, aur woh waise hi ke waise hi nikli.</w:t>
      </w:r>
    </w:p>
    <w:p>
      <w:pPr>
        <w:pStyle w:val="Heading2"/>
      </w:pPr>
      <w:r>
        <w:t>Two choices: Satan or Angels</w:t>
      </w:r>
    </w:p>
    <w:p>
      <w:r>
        <w:rPr>
          <w:color w:val="666666"/>
          <w:sz w:val="18"/>
        </w:rPr>
        <w:t>Living with Angels April 24, 2007 Maulana Wahiduddin Kha · 38s · at 3:16 · https://youtu.be/vftCoFxsQFw?t=196</w:t>
      </w:r>
    </w:p>
    <w:p>
      <w:r>
        <w:rPr>
          <w:i/>
        </w:rPr>
        <w:t>“Every time we are between two choices.”</w:t>
      </w:r>
    </w:p>
    <w:p>
      <w:r>
        <w:rPr>
          <w:sz w:val="20"/>
        </w:rPr>
        <w:t>3:16  So, every time we are between two choices.</w:t>
      </w:r>
      <w:r>
        <w:br/>
      </w:r>
      <w:r>
        <w:rPr>
          <w:sz w:val="20"/>
        </w:rPr>
        <w:t>3:23  Every time we are between two choices.</w:t>
      </w:r>
      <w:r>
        <w:br/>
      </w:r>
      <w:r>
        <w:rPr>
          <w:sz w:val="20"/>
        </w:rPr>
        <w:t>3:28  And that choice is very that moment of choice is very crucial.</w:t>
      </w:r>
      <w:r>
        <w:br/>
      </w:r>
      <w:r>
        <w:rPr>
          <w:sz w:val="20"/>
        </w:rPr>
        <w:t>3:41  One choice makes us companion of Satan, and the second choice makes us companion of Angels.</w:t>
      </w:r>
    </w:p>
    <w:p>
      <w:pPr>
        <w:pStyle w:val="Heading2"/>
      </w:pPr>
      <w:r>
        <w:t>Genuine faith compels you to spread it to everyone</w:t>
      </w:r>
    </w:p>
    <w:p>
      <w:r>
        <w:rPr>
          <w:color w:val="666666"/>
          <w:sz w:val="18"/>
        </w:rPr>
        <w:t>Divine Personality April 2, 2014 Maulana Wahiduddin Khan · 2m 10s · at 11:20 · https://youtu.be/4F-V__KFzpA?t=680</w:t>
      </w:r>
    </w:p>
    <w:p>
      <w:r>
        <w:rPr>
          <w:i/>
        </w:rPr>
        <w:t>“Da'wah is also an expression of Ma'rifat.”</w:t>
      </w:r>
    </w:p>
    <w:p>
      <w:r>
        <w:rPr>
          <w:sz w:val="20"/>
        </w:rPr>
        <w:t>11:20  da'wah is also an expression of Ma'rifat.</w:t>
      </w:r>
      <w:r>
        <w:br/>
      </w:r>
      <w:r>
        <w:rPr>
          <w:sz w:val="20"/>
        </w:rPr>
        <w:t>11:25  When you discover God is Almighty</w:t>
      </w:r>
      <w:r>
        <w:br/>
      </w:r>
      <w:r>
        <w:rPr>
          <w:sz w:val="20"/>
        </w:rPr>
        <w:t>11:29  and you discover the importance of</w:t>
      </w:r>
      <w:r>
        <w:br/>
      </w:r>
      <w:r>
        <w:rPr>
          <w:sz w:val="20"/>
        </w:rPr>
        <w:t>11:33  Deen or Islam,</w:t>
      </w:r>
      <w:r>
        <w:br/>
      </w:r>
      <w:r>
        <w:rPr>
          <w:sz w:val="20"/>
        </w:rPr>
        <w:t>11:36  when you discover that the salvation of man depends upon</w:t>
      </w:r>
      <w:r>
        <w:br/>
      </w:r>
      <w:r>
        <w:rPr>
          <w:sz w:val="20"/>
        </w:rPr>
        <w:t>11:43  this divine guidance</w:t>
      </w:r>
      <w:r>
        <w:br/>
      </w:r>
      <w:r>
        <w:rPr>
          <w:sz w:val="20"/>
        </w:rPr>
        <w:t>11:46  then by nature you try to spread this message to all mankind.</w:t>
      </w:r>
      <w:r>
        <w:br/>
      </w:r>
      <w:r>
        <w:rPr>
          <w:sz w:val="20"/>
        </w:rPr>
        <w:t>11:56  It becomes impossible for you to be contented on your own.</w:t>
      </w:r>
      <w:r>
        <w:br/>
      </w:r>
      <w:r>
        <w:rPr>
          <w:sz w:val="20"/>
        </w:rPr>
        <w:t>12:07  You want to share with other people, with your neighbors. And now you know we are living in an age of technology.</w:t>
      </w:r>
      <w:r>
        <w:br/>
      </w:r>
      <w:r>
        <w:rPr>
          <w:sz w:val="20"/>
        </w:rPr>
        <w:t>12:21  Now the whole world is your</w:t>
      </w:r>
      <w:r>
        <w:br/>
      </w:r>
      <w:r>
        <w:rPr>
          <w:sz w:val="20"/>
        </w:rPr>
        <w:t>12:25  electronic neighbor. Then when you read the Qur'an you find that it is</w:t>
      </w:r>
      <w:r>
        <w:br/>
      </w:r>
      <w:r>
        <w:rPr>
          <w:sz w:val="20"/>
        </w:rPr>
        <w:t>12:37  God Almighty's concern</w:t>
      </w:r>
      <w:r>
        <w:br/>
      </w:r>
      <w:r>
        <w:rPr>
          <w:sz w:val="20"/>
        </w:rPr>
        <w:t>12:41  that every human being,</w:t>
      </w:r>
      <w:r>
        <w:br/>
      </w:r>
      <w:r>
        <w:rPr>
          <w:sz w:val="20"/>
        </w:rPr>
        <w:t>12:45  every human being must know</w:t>
      </w:r>
      <w:r>
        <w:br/>
      </w:r>
      <w:r>
        <w:rPr>
          <w:sz w:val="20"/>
        </w:rPr>
        <w:t>12:47  what is the creation plan of God</w:t>
      </w:r>
      <w:r>
        <w:br/>
      </w:r>
      <w:r>
        <w:rPr>
          <w:sz w:val="20"/>
        </w:rPr>
        <w:t>12:51  and what is the purpose of life,</w:t>
      </w:r>
      <w:r>
        <w:br/>
      </w:r>
      <w:r>
        <w:rPr>
          <w:sz w:val="20"/>
        </w:rPr>
        <w:t>12:55  what is the way of success in this world and also in the hereafter.</w:t>
      </w:r>
      <w:r>
        <w:br/>
      </w:r>
      <w:r>
        <w:rPr>
          <w:sz w:val="20"/>
        </w:rPr>
        <w:t>13:02  So here you want to follow, here you decide not only to follow the divine guidance but also to spread it among all mankind.</w:t>
      </w:r>
      <w:r>
        <w:br/>
      </w:r>
      <w:r>
        <w:rPr>
          <w:sz w:val="20"/>
        </w:rPr>
        <w:t>13:23  Then again I would say that it is not a simple decision</w:t>
      </w:r>
    </w:p>
    <w:p>
      <w:pPr>
        <w:pStyle w:val="Heading2"/>
      </w:pPr>
      <w:r>
        <w:t>Belief in God leads to principled life</w:t>
      </w:r>
    </w:p>
    <w:p>
      <w:r>
        <w:rPr>
          <w:color w:val="666666"/>
          <w:sz w:val="18"/>
        </w:rPr>
        <w:t>Importance of Patience November 24, 2006 · 1m 29s · at 4:25 · https://youtu.be/jHo62FykHlI?t=265</w:t>
      </w:r>
    </w:p>
    <w:p>
      <w:r>
        <w:rPr>
          <w:i/>
        </w:rPr>
        <w:t>“Dekhiye yeh jo baat kahi gayi hai”</w:t>
      </w:r>
    </w:p>
    <w:p>
      <w:r>
        <w:rPr>
          <w:sz w:val="20"/>
        </w:rPr>
        <w:t>4:25  dekhiye yeh jo baat kahi gayi hai to yeh koi purasraar baat nahi hai. yeh bahut zyada samajh mein aane wali baat hai.</w:t>
      </w:r>
      <w:r>
        <w:br/>
      </w:r>
      <w:r>
        <w:rPr>
          <w:sz w:val="20"/>
        </w:rPr>
        <w:t>4:40  is mein koi raaz nahi hai. kyun? dekhiye Khuda par imaan laana kya hai?</w:t>
      </w:r>
      <w:r>
        <w:br/>
      </w:r>
      <w:r>
        <w:rPr>
          <w:sz w:val="20"/>
        </w:rPr>
        <w:t>4:51  ek</w:t>
      </w:r>
      <w:r>
        <w:br/>
      </w:r>
      <w:r>
        <w:rPr>
          <w:sz w:val="20"/>
        </w:rPr>
        <w:t>4:55  ba-maqsad zindagi guzaarne ka faisla lena hai. yaani maqsad bhari zindagi</w:t>
      </w:r>
      <w:r>
        <w:br/>
      </w:r>
      <w:r>
        <w:rPr>
          <w:sz w:val="20"/>
        </w:rPr>
        <w:t>5:07  guzarne ka faisla lena hai.</w:t>
      </w:r>
      <w:r>
        <w:br/>
      </w:r>
      <w:r>
        <w:rPr>
          <w:sz w:val="20"/>
        </w:rPr>
        <w:t>5:12  aisa aadmi, aise aadmi ke baare mein aap samajh sakte hain ke kya hota hai.</w:t>
      </w:r>
      <w:r>
        <w:br/>
      </w:r>
      <w:r>
        <w:rPr>
          <w:sz w:val="20"/>
        </w:rPr>
        <w:t>5:24  uski zindagi usooli ravaiyya, uski zindagi mein usooli ravaiyya aajata hai.</w:t>
      </w:r>
      <w:r>
        <w:br/>
      </w:r>
      <w:r>
        <w:rPr>
          <w:sz w:val="20"/>
        </w:rPr>
        <w:t>5:36  usooli kirdaar aajata hai. kuch aqdaar hoti hain jin ko use har haal mein pairvi karna padta hai.</w:t>
      </w:r>
      <w:r>
        <w:br/>
      </w:r>
      <w:r>
        <w:rPr>
          <w:sz w:val="20"/>
        </w:rPr>
        <w:t>5:48  woh samjhota nahi karta sachai se.</w:t>
      </w:r>
    </w:p>
    <w:p>
      <w:pPr>
        <w:pStyle w:val="Heading2"/>
      </w:pPr>
      <w:r>
        <w:t>Prophethood necessity due to science limits</w:t>
      </w:r>
    </w:p>
    <w:p>
      <w:r>
        <w:rPr>
          <w:color w:val="666666"/>
          <w:sz w:val="18"/>
        </w:rPr>
        <w:t>The Belief System of Islam August 01, 2007 · 6m 08s · at 14:15 · https://youtu.be/5pdnwRaPfmY?t=855</w:t>
      </w:r>
    </w:p>
    <w:p>
      <w:r>
        <w:rPr>
          <w:i/>
        </w:rPr>
        <w:t>“Then let us take the belief in the Prophethood”</w:t>
      </w:r>
    </w:p>
    <w:p>
      <w:r>
        <w:rPr>
          <w:sz w:val="20"/>
        </w:rPr>
        <w:t>14:15  Then let us take the belief in the Prophethood</w:t>
      </w:r>
      <w:r>
        <w:br/>
      </w:r>
      <w:r>
        <w:rPr>
          <w:sz w:val="20"/>
        </w:rPr>
        <w:t>14:21  . According to Islam, we believe that</w:t>
      </w:r>
      <w:r>
        <w:br/>
      </w:r>
      <w:r>
        <w:rPr>
          <w:sz w:val="20"/>
        </w:rPr>
        <w:t>14:35  in the Quran, there is a verse. In the Quran, there is a verse: "Wama utitum min al-'ilmi illa qalila."</w:t>
      </w:r>
      <w:r>
        <w:br/>
      </w:r>
      <w:r>
        <w:rPr>
          <w:sz w:val="20"/>
        </w:rPr>
        <w:t>14:49  This</w:t>
      </w:r>
      <w:r>
        <w:br/>
      </w:r>
      <w:r>
        <w:rPr>
          <w:sz w:val="20"/>
        </w:rPr>
        <w:t>14:53  is a Quranic verse. This verse tells us that man has only little knowledge.</w:t>
      </w:r>
      <w:r>
        <w:br/>
      </w:r>
      <w:r>
        <w:rPr>
          <w:sz w:val="20"/>
        </w:rPr>
        <w:t>15:04  "Wama utitum min al-'ilmi illa qalila." Ilm qalil, that is little knowledge.</w:t>
      </w:r>
      <w:r>
        <w:br/>
      </w:r>
      <w:r>
        <w:rPr>
          <w:sz w:val="20"/>
        </w:rPr>
        <w:t>15:13  This was declared in the Quran in the first quarter of the seventh century.</w:t>
      </w:r>
      <w:r>
        <w:br/>
      </w:r>
      <w:r>
        <w:rPr>
          <w:sz w:val="20"/>
        </w:rPr>
        <w:t>15:24  Now science itself says that</w:t>
      </w:r>
      <w:r>
        <w:br/>
      </w:r>
      <w:r>
        <w:rPr>
          <w:sz w:val="20"/>
        </w:rPr>
        <w:t>15:32  science gives us but a partial knowledge of reality.</w:t>
      </w:r>
      <w:r>
        <w:br/>
      </w:r>
      <w:r>
        <w:rPr>
          <w:sz w:val="20"/>
        </w:rPr>
        <w:t>15:40  I read a book. This book was written by a scientist. The title was "Limitations of Science." In this book, he has established that science gives us but a partial knowledge of reality.</w:t>
      </w:r>
      <w:r>
        <w:br/>
      </w:r>
      <w:r>
        <w:rPr>
          <w:sz w:val="20"/>
        </w:rPr>
        <w:t>16:00  So here you can see that the Quranic concept is now proved by science.</w:t>
      </w:r>
      <w:r>
        <w:br/>
      </w:r>
      <w:r>
        <w:rPr>
          <w:sz w:val="20"/>
        </w:rPr>
        <w:t>16:11  The Quran declared that you have to rely on the prophetic knowledge because other than the Prophet, no one can give you the full knowledge about your life.</w:t>
      </w:r>
      <w:r>
        <w:br/>
      </w:r>
      <w:r>
        <w:rPr>
          <w:sz w:val="20"/>
        </w:rPr>
        <w:t>16:32  So philosophy failed, and now science itself confessed that science gives us but a partial knowledge of reality.</w:t>
      </w:r>
      <w:r>
        <w:br/>
      </w:r>
      <w:r>
        <w:rPr>
          <w:sz w:val="20"/>
        </w:rPr>
        <w:t>16:48  So if you take this scientific discovery, you will be compelled to believe that we have no option other than revelation,</w:t>
      </w:r>
      <w:r>
        <w:br/>
      </w:r>
      <w:r>
        <w:rPr>
          <w:sz w:val="20"/>
        </w:rPr>
        <w:t>17:06  other than Prophethood.</w:t>
      </w:r>
      <w:r>
        <w:br/>
      </w:r>
      <w:r>
        <w:rPr>
          <w:sz w:val="20"/>
        </w:rPr>
        <w:t>17:11  You know, Alexis Carroll has published a book, "Man, the Unknown." So man still remains unknown.</w:t>
      </w:r>
      <w:r>
        <w:br/>
      </w:r>
      <w:r>
        <w:rPr>
          <w:sz w:val="20"/>
        </w:rPr>
        <w:t>17:22  Science failed to discover all those laws which may explain the human phenomenon.</w:t>
      </w:r>
      <w:r>
        <w:br/>
      </w:r>
      <w:r>
        <w:rPr>
          <w:sz w:val="20"/>
        </w:rPr>
        <w:t>17:34  Alexis Carroll himself was a scientist, a French scientist. So he published this book with this title, "Man, the Unknown."</w:t>
      </w:r>
      <w:r>
        <w:br/>
      </w:r>
      <w:r>
        <w:rPr>
          <w:sz w:val="20"/>
        </w:rPr>
        <w:t>17:48  So all those philosophical struggles, all those scientific discoveries we have, but still man is unknown.</w:t>
      </w:r>
      <w:r>
        <w:br/>
      </w:r>
      <w:r>
        <w:rPr>
          <w:sz w:val="20"/>
        </w:rPr>
        <w:t>18:04  We cannot.</w:t>
      </w:r>
      <w:r>
        <w:br/>
      </w:r>
      <w:r>
        <w:rPr>
          <w:sz w:val="20"/>
        </w:rPr>
        <w:t>18:09  We are unaware of those laws by which we may understand man's phenomenon. You know, everyone has questions in his mind: Who am I?</w:t>
      </w:r>
      <w:r>
        <w:br/>
      </w:r>
      <w:r>
        <w:rPr>
          <w:sz w:val="20"/>
        </w:rPr>
        <w:t>18:25  What is my future? What is the purpose of my life? What is the pre-death period? What is the post-death period?</w:t>
      </w:r>
      <w:r>
        <w:br/>
      </w:r>
      <w:r>
        <w:rPr>
          <w:sz w:val="20"/>
        </w:rPr>
        <w:t>18:36  All these questions are very pertinent to every man and woman, but philosophy failed to give us the answers to these questions, and science also failed to give us.</w:t>
      </w:r>
      <w:r>
        <w:br/>
      </w:r>
      <w:r>
        <w:rPr>
          <w:sz w:val="20"/>
        </w:rPr>
        <w:t>18:53  So the</w:t>
      </w:r>
      <w:r>
        <w:br/>
      </w:r>
      <w:r>
        <w:rPr>
          <w:sz w:val="20"/>
        </w:rPr>
        <w:t>18:56  purpose of life, the occasional plan of life, everything is unknown.</w:t>
      </w:r>
      <w:r>
        <w:br/>
      </w:r>
      <w:r>
        <w:rPr>
          <w:sz w:val="20"/>
        </w:rPr>
        <w:t>19:08  So</w:t>
      </w:r>
      <w:r>
        <w:br/>
      </w:r>
      <w:r>
        <w:rPr>
          <w:sz w:val="20"/>
        </w:rPr>
        <w:t>19:13  the failure of philosophy and the confession of science that science gives us but a partial knowledge of reality,</w:t>
      </w:r>
      <w:r>
        <w:br/>
      </w:r>
      <w:r>
        <w:rPr>
          <w:sz w:val="20"/>
        </w:rPr>
        <w:t>19:28  it proves that we have no option other than to accept the Prophet because the Prophet is a person who has revealed knowledge from God</w:t>
      </w:r>
      <w:r>
        <w:br/>
      </w:r>
      <w:r>
        <w:rPr>
          <w:sz w:val="20"/>
        </w:rPr>
        <w:t>19:43  . The Prophet is a revealed person. The Prophet receives</w:t>
      </w:r>
      <w:r>
        <w:br/>
      </w:r>
      <w:r>
        <w:rPr>
          <w:sz w:val="20"/>
        </w:rPr>
        <w:t>19:54  revelation from God. You know, God is the Creator. God knows everything.</w:t>
      </w:r>
      <w:r>
        <w:br/>
      </w:r>
      <w:r>
        <w:rPr>
          <w:sz w:val="20"/>
        </w:rPr>
        <w:t>20:05  Everything is in God's mind.</w:t>
      </w:r>
      <w:r>
        <w:br/>
      </w:r>
      <w:r>
        <w:rPr>
          <w:sz w:val="20"/>
        </w:rPr>
        <w:t>20:08  So God has sent the knowledge of truth to His Prophet, and the Prophet has conveyed to us that revelation, that knowledge.</w:t>
      </w:r>
    </w:p>
    <w:p>
      <w:pPr>
        <w:pStyle w:val="Heading2"/>
      </w:pPr>
      <w:r>
        <w:t>Two centuries of armed jihad failed</w:t>
      </w:r>
    </w:p>
    <w:p>
      <w:r>
        <w:rPr>
          <w:color w:val="666666"/>
          <w:sz w:val="18"/>
        </w:rPr>
        <w:t>Islam in the Changing World August 6, 2007 · 1m 50s · at 15:00 · https://youtu.be/lEhH4VDLSFY?t=900</w:t>
      </w:r>
    </w:p>
    <w:p>
      <w:r>
        <w:rPr>
          <w:i/>
        </w:rPr>
        <w:t>“Two hundred years of armed struggle, two hundred years of violent jihad failed completely.”</w:t>
      </w:r>
    </w:p>
    <w:p>
      <w:r>
        <w:rPr>
          <w:sz w:val="20"/>
        </w:rPr>
        <w:t>15:00  So they failed. Two hundred years of armed struggle, two hundred years of violent jihad failed completely.</w:t>
      </w:r>
      <w:r>
        <w:br/>
      </w:r>
      <w:r>
        <w:rPr>
          <w:sz w:val="20"/>
        </w:rPr>
        <w:t>15:18  Now Muslims are living in frustration.</w:t>
      </w:r>
      <w:r>
        <w:br/>
      </w:r>
      <w:r>
        <w:rPr>
          <w:sz w:val="20"/>
        </w:rPr>
        <w:t>15:29  They don't know what to do.</w:t>
      </w:r>
      <w:r>
        <w:br/>
      </w:r>
      <w:r>
        <w:rPr>
          <w:sz w:val="20"/>
        </w:rPr>
        <w:t>15:34  According to my study and my experience, the time is to reassess, reassess, to revise, to to go to the introspection.</w:t>
      </w:r>
      <w:r>
        <w:br/>
      </w:r>
      <w:r>
        <w:rPr>
          <w:sz w:val="20"/>
        </w:rPr>
        <w:t>15:52  If you travel throughout the Muslim world, everywhere you will see that people are discussing in these questions.</w:t>
      </w:r>
      <w:r>
        <w:br/>
      </w:r>
      <w:r>
        <w:rPr>
          <w:sz w:val="20"/>
        </w:rPr>
        <w:t>16:05  For example, once I was in Arab, one Arab Sheikh said, "Minay na nabda." Minay na nabda means the first question is from where to begin.</w:t>
      </w:r>
      <w:r>
        <w:br/>
      </w:r>
      <w:r>
        <w:rPr>
          <w:sz w:val="20"/>
        </w:rPr>
        <w:t>16:20  The same I listened in America, people were saying,</w:t>
      </w:r>
      <w:r>
        <w:br/>
      </w:r>
      <w:r>
        <w:rPr>
          <w:sz w:val="20"/>
        </w:rPr>
        <w:t>16:31  "From where to</w:t>
      </w:r>
      <w:r>
        <w:br/>
      </w:r>
      <w:r>
        <w:rPr>
          <w:sz w:val="20"/>
        </w:rPr>
        <w:t>16:32  begin?"</w:t>
      </w:r>
      <w:r>
        <w:br/>
      </w:r>
      <w:r>
        <w:rPr>
          <w:sz w:val="20"/>
        </w:rPr>
        <w:t>16:35  "Kaha se shuru karen?" I said that you have to begin from reassessment.</w:t>
      </w:r>
      <w:r>
        <w:br/>
      </w:r>
      <w:r>
        <w:rPr>
          <w:sz w:val="20"/>
        </w:rPr>
        <w:t>16:44  You have to begin from reassessment.</w:t>
      </w:r>
    </w:p>
    <w:p>
      <w:pPr>
        <w:pStyle w:val="Heading2"/>
      </w:pPr>
      <w:r>
        <w:t>Repent and apply de-linking model</w:t>
      </w:r>
    </w:p>
    <w:p>
      <w:r>
        <w:rPr>
          <w:color w:val="666666"/>
          <w:sz w:val="18"/>
        </w:rPr>
        <w:t>Dars-e-Quran, Chapter 2, Verses 75-78 June 17, 2018 · 4m 35s · at 37:59 · https://youtu.be/2qkgyTF6bt8?t=2279</w:t>
      </w:r>
    </w:p>
    <w:p>
      <w:r>
        <w:rPr>
          <w:i/>
        </w:rPr>
        <w:t>“Is saal jo Ramadan mein i'tikaf mein logon ne Quran parha hai”</w:t>
      </w:r>
    </w:p>
    <w:p>
      <w:r>
        <w:rPr>
          <w:sz w:val="20"/>
        </w:rPr>
        <w:t>37:59  agar unhon ne is ko note tayar kiya ho to is par dobara ghor karein aur yeh sochein ke hamare jo mamlat hain, kya hum ne is par delinking model ko apply kiya hai?</w:t>
      </w:r>
      <w:r>
        <w:br/>
      </w:r>
      <w:r>
        <w:rPr>
          <w:sz w:val="20"/>
        </w:rPr>
        <w:t>38:15  hamare jo mamlat hain poori dunya mein, kya hum ne is par delinking model ko apply kiya hai? to main sochta hoon ke har aadmi ke dil kahega ke nahin, delinking model ko nahin.</w:t>
      </w:r>
      <w:r>
        <w:br/>
      </w:r>
      <w:r>
        <w:rPr>
          <w:sz w:val="20"/>
        </w:rPr>
        <w:t>38:33  to ramzan to guzar gaya, aitkaf nikal gaya, shab qadar bhi chali gayi, lekin</w:t>
      </w:r>
      <w:r>
        <w:br/>
      </w:r>
      <w:r>
        <w:rPr>
          <w:sz w:val="20"/>
        </w:rPr>
        <w:t>38:46  har gaya hua maqam dobara hasil karne ka chance baqi rehta hai. agar aap toba karein, yeh bhi toba hai, yeh bhi toba hai ke aap sochein ke dekho yeh tha quran mein ke shuru ke kay paray mein yeh yeh lesson tha,</w:t>
      </w:r>
      <w:r>
        <w:br/>
      </w:r>
      <w:r>
        <w:rPr>
          <w:sz w:val="20"/>
        </w:rPr>
        <w:t>39:16  jaisa ke maine arz kiya,</w:t>
      </w:r>
      <w:r>
        <w:br/>
      </w:r>
      <w:r>
        <w:rPr>
          <w:sz w:val="20"/>
        </w:rPr>
        <w:t>39:20  delinking model ko ikhtiyar karo. to aap jab sochein ge to lagen ge, to aap ko aaye ga ke hum se to bhool ho gayi.</w:t>
      </w:r>
      <w:r>
        <w:br/>
      </w:r>
      <w:r>
        <w:rPr>
          <w:sz w:val="20"/>
        </w:rPr>
        <w:t>39:31  to bhool ho gayi to koi nahin, aap se shuru kijiye.</w:t>
      </w:r>
      <w:r>
        <w:br/>
      </w:r>
      <w:r>
        <w:rPr>
          <w:sz w:val="20"/>
        </w:rPr>
        <w:t>39:37  kal ba'd al-ladhi asraf la taqrut rahmat Allah, Allah.</w:t>
      </w:r>
      <w:r>
        <w:br/>
      </w:r>
      <w:r>
        <w:rPr>
          <w:sz w:val="20"/>
        </w:rPr>
        <w:t>39:51  to agar hum se bhool ho gayi ke delinking model ko hum discover nahin kar sake, aur ab agar woh sahib aata hai ke yeh to bhool ho gayi,</w:t>
      </w:r>
      <w:r>
        <w:br/>
      </w:r>
      <w:r>
        <w:rPr>
          <w:sz w:val="20"/>
        </w:rPr>
        <w:t>40:06  to aap toba ka tareeqa ikhtiyar kijiye aur ab se sochein ke hum kis tarah delinking model ko apply kar sakte hain, kis tarah apply kar sakte hain.</w:t>
      </w:r>
      <w:r>
        <w:br/>
      </w:r>
      <w:r>
        <w:rPr>
          <w:sz w:val="20"/>
        </w:rPr>
        <w:t>40:23  isi liye main bohat zyada zor deta hoon hate khatam karne par. hate khatam karo, kyunke jab hate rehti hai to aadmi blind ho jata hai,</w:t>
      </w:r>
      <w:r>
        <w:br/>
      </w:r>
      <w:r>
        <w:rPr>
          <w:sz w:val="20"/>
        </w:rPr>
        <w:t>40:36  baat ko pakad nahin pata.</w:t>
      </w:r>
      <w:r>
        <w:br/>
      </w:r>
      <w:r>
        <w:rPr>
          <w:sz w:val="20"/>
        </w:rPr>
        <w:t>40:42  jab aap ke andar hate aa jaye gi to aap pakad nahin paein ge.</w:t>
      </w:r>
      <w:r>
        <w:br/>
      </w:r>
      <w:r>
        <w:rPr>
          <w:sz w:val="20"/>
        </w:rPr>
        <w:t>40:50  to khulasa yeh hai ke waqt kabhi khoya nahin jata, hamesha hum is ko lauta sakte hain toba ke zariye se, rujoo ila Allah ke zariye se.</w:t>
      </w:r>
      <w:r>
        <w:br/>
      </w:r>
      <w:r>
        <w:rPr>
          <w:sz w:val="20"/>
        </w:rPr>
        <w:t>41:07  toba ka jo concept hai Islam mein, is ka matlab yahi hai.</w:t>
      </w:r>
      <w:r>
        <w:br/>
      </w:r>
      <w:r>
        <w:rPr>
          <w:sz w:val="20"/>
        </w:rPr>
        <w:t>41:14  toba aur rujoo ila Allah ka jo concept hai, is ka matlab yahi hai ke waqt momin ke liye waqt kabhi khoya nahin jata, hamesha mauqa rehta hai ke woh rujoo kare, toba kare aur</w:t>
      </w:r>
      <w:r>
        <w:br/>
      </w:r>
      <w:r>
        <w:rPr>
          <w:sz w:val="20"/>
        </w:rPr>
        <w:t>41:31  waqt ko dobara istemal kare, mazi ki ghalti ko haal mein repeat na kare.</w:t>
      </w:r>
      <w:r>
        <w:br/>
      </w:r>
      <w:r>
        <w:rPr>
          <w:sz w:val="20"/>
        </w:rPr>
        <w:t>41:47  to yeh baat kal zyada wazeh taur par us waqt aayi ke rasool Allah ka uswa hasna jo tha, kyunke dekhiye, uswa hasna to ek bazahir weak lafz hai,</w:t>
      </w:r>
      <w:r>
        <w:br/>
      </w:r>
      <w:r>
        <w:rPr>
          <w:sz w:val="20"/>
        </w:rPr>
        <w:t>42:04  to us uswa hasna mutayyan taur par kya hai, specific taur par kya hai, woh yahi hai ke delinking model ko ikhtiyar karna.</w:t>
      </w:r>
      <w:r>
        <w:br/>
      </w:r>
      <w:r>
        <w:rPr>
          <w:sz w:val="20"/>
        </w:rPr>
        <w:t>42:17  main dua karta hoon ke Allah taala mujh ko aur aap ko tofeeq de ke hum rasool Allah ke uswa ko jaanein aur us ko apnayein apni zindagi mein, apni qaumi zindagi mein.</w:t>
      </w:r>
    </w:p>
    <w:p>
      <w:pPr>
        <w:pStyle w:val="Heading2"/>
      </w:pPr>
      <w:r>
        <w:t>Prophet Yunus and anger lesson</w:t>
      </w:r>
    </w:p>
    <w:p>
      <w:r>
        <w:rPr>
          <w:color w:val="666666"/>
          <w:sz w:val="18"/>
        </w:rPr>
        <w:t>Don't Be Angry Culture January 15, 2012 Maulana Wahiduddin Khan · 4m 54s · at 8:40 · https://youtu.be/rY1Ikwmwwdk?t=520</w:t>
      </w:r>
    </w:p>
    <w:p>
      <w:r>
        <w:rPr>
          <w:i/>
        </w:rPr>
        <w:t>“Hazrat Yunus alaihi salam”</w:t>
      </w:r>
    </w:p>
    <w:p>
      <w:r>
        <w:rPr>
          <w:sz w:val="20"/>
        </w:rPr>
        <w:t>8:40  is ki misaal Hazrat Yunus alaihissalam ki hai. Hazrat Yunus alaihissalam peghambar they. Woh bheje gaye they dawat ke liye Nineveh mein, jo Iraq ka ek shehar tha.</w:t>
      </w:r>
      <w:r>
        <w:br/>
      </w:r>
      <w:r>
        <w:rPr>
          <w:sz w:val="20"/>
        </w:rPr>
        <w:t>8:58  is zamane mein woh jo hai Center tha Iraq ka. Toh wahan par unhon ne dawat di.</w:t>
      </w:r>
      <w:r>
        <w:br/>
      </w:r>
      <w:r>
        <w:rPr>
          <w:sz w:val="20"/>
        </w:rPr>
        <w:t>9:10  logon ne nahi mana un ki baat. Toh jaldi hi woh ghussa ho kar wahan se chale gaye. Basti chhod diya unhon ne.</w:t>
      </w:r>
      <w:r>
        <w:br/>
      </w:r>
      <w:r>
        <w:rPr>
          <w:sz w:val="20"/>
        </w:rPr>
        <w:t>9:22  toh Quran mein yeh lafz aaya hai Surah Al-Anbiya mein: "وَذَنُونَ اِذْهَبَ مُغَاضَبًا وَذَنَّ الَّنَّقْدَرَ عَلَيْهِ".</w:t>
      </w:r>
      <w:r>
        <w:br/>
      </w:r>
      <w:r>
        <w:rPr>
          <w:sz w:val="20"/>
        </w:rPr>
        <w:t>9:37  yani He went out of anger.</w:t>
      </w:r>
      <w:r>
        <w:br/>
      </w:r>
      <w:r>
        <w:rPr>
          <w:sz w:val="20"/>
        </w:rPr>
        <w:t>9:43  yani woh ghusse mein basti chhod ke chale gaye.</w:t>
      </w:r>
      <w:r>
        <w:br/>
      </w:r>
      <w:r>
        <w:rPr>
          <w:sz w:val="20"/>
        </w:rPr>
        <w:t>9:48  He went out of anger.</w:t>
      </w:r>
      <w:r>
        <w:br/>
      </w:r>
      <w:r>
        <w:rPr>
          <w:sz w:val="20"/>
        </w:rPr>
        <w:t>9:52  toh kya hua? Yani Allah taala ko un ka yeh fe'l pasand nahi aaya. Woh machhli ke pait mein chale gaye. Phir unhon ne maafi mangi.</w:t>
      </w:r>
      <w:r>
        <w:br/>
      </w:r>
      <w:r>
        <w:rPr>
          <w:sz w:val="20"/>
        </w:rPr>
        <w:t>10:01  aur dobara woh Nineveh wapas gaye. Phir wahan dawat di unhon ne. Ab dekhiye, ghusse se kya nuqsan hua un ko?</w:t>
      </w:r>
      <w:r>
        <w:br/>
      </w:r>
      <w:r>
        <w:rPr>
          <w:sz w:val="20"/>
        </w:rPr>
        <w:t>10:11  ghusse ka nuqsan yeh hua ke jo Right thinking thi is maamle mein, us se un ka zehan hat gaya.</w:t>
      </w:r>
      <w:r>
        <w:br/>
      </w:r>
      <w:r>
        <w:rPr>
          <w:sz w:val="20"/>
        </w:rPr>
        <w:t>10:20  Right thinking yeh thi ke kisi Nabi ke liye yeh jaiz nahi hai ke woh itmam e hujjat se pehle apni mauzu'a qaum ko chhod de.</w:t>
      </w:r>
      <w:r>
        <w:br/>
      </w:r>
      <w:r>
        <w:rPr>
          <w:sz w:val="20"/>
        </w:rPr>
        <w:t>10:35  Nabi aisa nahi kar sakta. Chahe log pathar maarein, tab bhi nahi chhod sakta woh. Toh Hazrat Yunus peghambar they.</w:t>
      </w:r>
      <w:r>
        <w:br/>
      </w:r>
      <w:r>
        <w:rPr>
          <w:sz w:val="20"/>
        </w:rPr>
        <w:t>10:47  Nineveh ke log un ke mauzu'a they.</w:t>
      </w:r>
      <w:r>
        <w:br/>
      </w:r>
      <w:r>
        <w:rPr>
          <w:sz w:val="20"/>
        </w:rPr>
        <w:t>10:51  toh unhein wahan rehna hi rehna tha. Chahe woh acha sulook karein ya bura sulook karein, maanein ya na maanein, us waqt tak jab tak ke itmam e hujjat na ho jaye.</w:t>
      </w:r>
      <w:r>
        <w:br/>
      </w:r>
      <w:r>
        <w:rPr>
          <w:sz w:val="20"/>
        </w:rPr>
        <w:t>11:04  itmam e hujjat bhi dekhiye, aisa nahi ke hum khud se faisla kar lein. Yeh Allah ki taraf se farishta aa kar batata hai ke ab itmam e hujjat ho gaya, tum bhi basti ko chhod kar ja sakte ho.</w:t>
      </w:r>
      <w:r>
        <w:br/>
      </w:r>
      <w:r>
        <w:rPr>
          <w:sz w:val="20"/>
        </w:rPr>
        <w:t>11:17  khud se aap nahi faisla kar sakte.</w:t>
      </w:r>
      <w:r>
        <w:br/>
      </w:r>
      <w:r>
        <w:rPr>
          <w:sz w:val="20"/>
        </w:rPr>
        <w:t>11:20  yaad rakhiye, itmam e hujjat ka maamla ijtihadi maamla nahi hai. Isi liye ab peghambar ke baad kisi bhi Muslim ko, kisi bhi giroh ko yeh haq nahi hai ke woh kahe ke hum ne itmam e hujjat kar diya.</w:t>
      </w:r>
      <w:r>
        <w:br/>
      </w:r>
      <w:r>
        <w:rPr>
          <w:sz w:val="20"/>
        </w:rPr>
        <w:t>11:36  bilkul woh gunah ka fe'l hoga. Hum ko aap ko sirf dawat dena, itaat dena, dawat dena, isi mein mar jana hai. Kyun?</w:t>
      </w:r>
      <w:r>
        <w:br/>
      </w:r>
      <w:r>
        <w:rPr>
          <w:sz w:val="20"/>
        </w:rPr>
        <w:t>11:45  hamare par farishta nahin aayega yeh batane ke liye ke itmam حجت ho gaya.</w:t>
      </w:r>
      <w:r>
        <w:br/>
      </w:r>
      <w:r>
        <w:rPr>
          <w:sz w:val="20"/>
        </w:rPr>
        <w:t>11:52  bilkul yeh sarkashi hogi agar aap kisi basti ko chhod den ya keh kar ke itmam حجت hoga, is liye main ab yahan se ja raha hoon.</w:t>
      </w:r>
      <w:r>
        <w:br/>
      </w:r>
      <w:r>
        <w:rPr>
          <w:sz w:val="20"/>
        </w:rPr>
        <w:t>12:05  nabiyon ke baad yeh haq khatm ho chuka hai kisi ummat ke liye. baad ke logon ko sirf dawat dena hai, dawat dena hai, dawat dena hai, isi mein mar jana hai.</w:t>
      </w:r>
      <w:r>
        <w:br/>
      </w:r>
      <w:r>
        <w:rPr>
          <w:sz w:val="20"/>
        </w:rPr>
        <w:t>12:16  kyunke hamare paas farishta nahin aayega yeh batane ke liye ke itmam حجت ho gaya.</w:t>
      </w:r>
      <w:r>
        <w:br/>
      </w:r>
      <w:r>
        <w:rPr>
          <w:sz w:val="20"/>
        </w:rPr>
        <w:t>12:24  to behal Hazrat Yunus ne buzra ijtihad, na ke bazariya farishta, yani Allah taala ka farishta nahin aaya tha un ke paas batane ke liye, khud se samajh liya ke itmam حجت ho gaya.</w:t>
      </w:r>
      <w:r>
        <w:br/>
      </w:r>
      <w:r>
        <w:rPr>
          <w:sz w:val="20"/>
        </w:rPr>
        <w:t>12:38  to unhon ne chhod diya. to aap dekhiye ke unhein dobara Nineveh wapas jana pada.</w:t>
      </w:r>
      <w:r>
        <w:br/>
      </w:r>
      <w:r>
        <w:rPr>
          <w:sz w:val="20"/>
        </w:rPr>
        <w:t>12:50  yeh tha ek ek misaal hai.</w:t>
      </w:r>
      <w:r>
        <w:br/>
      </w:r>
      <w:r>
        <w:rPr>
          <w:sz w:val="20"/>
        </w:rPr>
        <w:t>12:53  agar peghambar bhi, peghambar ko bhi ghussa aa jaye to us ke bhi Divine Wisdom mein farq pad jayega.</w:t>
      </w:r>
      <w:r>
        <w:br/>
      </w:r>
      <w:r>
        <w:rPr>
          <w:sz w:val="20"/>
        </w:rPr>
        <w:t>13:03  woh bhi Right thinking nahin kar payega. woh galat faisla le lega.</w:t>
      </w:r>
      <w:r>
        <w:br/>
      </w:r>
      <w:r>
        <w:rPr>
          <w:sz w:val="20"/>
        </w:rPr>
        <w:t>13:08  main samajhta hoon ke yeh aakhri misaal hai jo hamein darane ke liye kafi hai. ke jab peghambar bhi is mein exempted nahin hai ke ghussa aaye to Right thinking chali jaye, to hum kaise is se bache reh sakte hain?</w:t>
      </w:r>
      <w:r>
        <w:br/>
      </w:r>
      <w:r>
        <w:rPr>
          <w:sz w:val="20"/>
        </w:rPr>
        <w:t>13:27  to bohat hi sangin baat hai yeh. is ko janiye.</w:t>
      </w:r>
    </w:p>
    <w:p>
      <w:pPr>
        <w:pStyle w:val="Heading2"/>
      </w:pPr>
      <w:r>
        <w:t>Understanding need to reinterpret Islam in modern terms</w:t>
      </w:r>
    </w:p>
    <w:p>
      <w:r>
        <w:rPr>
          <w:color w:val="666666"/>
          <w:sz w:val="18"/>
        </w:rPr>
        <w:t>Reinterpretation of Islam April 12, 2009 Maulana Wahiduddin Khan · 5m 17s · at 1:36 · https://youtu.be/kut_WRX7mZ4?t=96</w:t>
      </w:r>
    </w:p>
    <w:p>
      <w:r>
        <w:rPr>
          <w:i/>
        </w:rPr>
        <w:t>“My habit is not to take anything with bad intention.”</w:t>
      </w:r>
    </w:p>
    <w:p>
      <w:r>
        <w:rPr>
          <w:sz w:val="20"/>
        </w:rPr>
        <w:t>1:36  dekhein, meri habit hai ke mein kisi baat ko bad intention par nahi leta.</w:t>
      </w:r>
      <w:r>
        <w:br/>
      </w:r>
      <w:r>
        <w:rPr>
          <w:sz w:val="20"/>
        </w:rPr>
        <w:t>1:49  mein hamesha yeh sochta hoon ke it is a way of thinking.</w:t>
      </w:r>
      <w:r>
        <w:br/>
      </w:r>
      <w:r>
        <w:rPr>
          <w:sz w:val="20"/>
        </w:rPr>
        <w:t>1:57  it is a way of thinking. to thinking ke level par samajhna,</w:t>
      </w:r>
      <w:r>
        <w:br/>
      </w:r>
      <w:r>
        <w:rPr>
          <w:sz w:val="20"/>
        </w:rPr>
        <w:t>2:05  I always take it as a challenge, intellectual challenge. I always try to meet the challenge on intellectual level.</w:t>
      </w:r>
      <w:r>
        <w:br/>
      </w:r>
      <w:r>
        <w:rPr>
          <w:sz w:val="20"/>
        </w:rPr>
        <w:t>2:15  yeh hai mera mind. to sochta rehta hoon, sochta rehta hoon, sochta rehta hoon. my mind works like a computer.</w:t>
      </w:r>
      <w:r>
        <w:br/>
      </w:r>
      <w:r>
        <w:rPr>
          <w:sz w:val="20"/>
        </w:rPr>
        <w:t>2:29  to abhi kal, yaani only yesterday, I</w:t>
      </w:r>
      <w:r>
        <w:br/>
      </w:r>
      <w:r>
        <w:rPr>
          <w:sz w:val="20"/>
        </w:rPr>
        <w:t>2:38  was able to understand what is the real meaning of this general phrase.</w:t>
      </w:r>
      <w:r>
        <w:br/>
      </w:r>
      <w:r>
        <w:rPr>
          <w:sz w:val="20"/>
        </w:rPr>
        <w:t>2:48  abhi kal, shayad pachas saal ke baad. to dekhein, jahan tak mein ne parha hai, parhez Mr. A. A. Faiz, he is called three A Faiz,</w:t>
      </w:r>
      <w:r>
        <w:br/>
      </w:r>
      <w:r>
        <w:rPr>
          <w:sz w:val="20"/>
        </w:rPr>
        <w:t>3:06  was the first to publish complete book on this subject. the title was "Modern Approach to Islam".</w:t>
      </w:r>
      <w:r>
        <w:br/>
      </w:r>
      <w:r>
        <w:rPr>
          <w:sz w:val="20"/>
        </w:rPr>
        <w:t>3:20  this book was registered by ulema. but mein ne kaha ke mein bad intention par nahi leta kisi cheez ko.</w:t>
      </w:r>
      <w:r>
        <w:br/>
      </w:r>
      <w:r>
        <w:rPr>
          <w:sz w:val="20"/>
        </w:rPr>
        <w:t>3:29  mein sochta rehta hoon.</w:t>
      </w:r>
      <w:r>
        <w:br/>
      </w:r>
      <w:r>
        <w:rPr>
          <w:sz w:val="20"/>
        </w:rPr>
        <w:t>3:34  to is tarah ki bohat si cheez parhi mein ne. phir mujhe yaad hai ke partition se pehle, yaani independent se pehle, aik sahib thay Lahore ke.</w:t>
      </w:r>
      <w:r>
        <w:br/>
      </w:r>
      <w:r>
        <w:rPr>
          <w:sz w:val="20"/>
        </w:rPr>
        <w:t>3:47  to unhon ne kaha tha, likha tha, main ne parha tha is ko: "quran has to be re revealed today."</w:t>
      </w:r>
      <w:r>
        <w:br/>
      </w:r>
      <w:r>
        <w:rPr>
          <w:sz w:val="20"/>
        </w:rPr>
        <w:t>4:00  "quran has to be re revealed today." yeh jo un ka phrase hai, mujhe shayad pachas baras se haunt karta raha, kar raha tha.</w:t>
      </w:r>
      <w:r>
        <w:br/>
      </w:r>
      <w:r>
        <w:rPr>
          <w:sz w:val="20"/>
        </w:rPr>
        <w:t>4:14  only yesterday i discovered</w:t>
      </w:r>
      <w:r>
        <w:br/>
      </w:r>
      <w:r>
        <w:rPr>
          <w:sz w:val="20"/>
        </w:rPr>
        <w:t>4:19  the meaning of this phrase. dekhen, baat yeh hai ke har aadmi ka apna aik bent of mind hota hai.</w:t>
      </w:r>
      <w:r>
        <w:br/>
      </w:r>
      <w:r>
        <w:rPr>
          <w:sz w:val="20"/>
        </w:rPr>
        <w:t>4:30  aik mind set hota hai.</w:t>
      </w:r>
      <w:r>
        <w:br/>
      </w:r>
      <w:r>
        <w:rPr>
          <w:sz w:val="20"/>
        </w:rPr>
        <w:t>4:35  to jab tak aap</w:t>
      </w:r>
      <w:r>
        <w:br/>
      </w:r>
      <w:r>
        <w:rPr>
          <w:sz w:val="20"/>
        </w:rPr>
        <w:t>4:39  baat ko apne mind set par na dhaal len, aap ki samajh mein nahin aata.</w:t>
      </w:r>
      <w:r>
        <w:br/>
      </w:r>
      <w:r>
        <w:rPr>
          <w:sz w:val="20"/>
        </w:rPr>
        <w:t>4:51  yani when you are, when you are able to convert that idea in your familiar words, then you are able to understand the point.</w:t>
      </w:r>
      <w:r>
        <w:br/>
      </w:r>
      <w:r>
        <w:rPr>
          <w:sz w:val="20"/>
        </w:rPr>
        <w:t>5:04  to main ne kal jo hai is ko badla, yani badal saka. mere mind ne bohat dinon ki ke analysis ke baad, woh kya tha?</w:t>
      </w:r>
      <w:r>
        <w:br/>
      </w:r>
      <w:r>
        <w:rPr>
          <w:sz w:val="20"/>
        </w:rPr>
        <w:t>5:19  main ne socha ke dekhen, yeh jo kaha unhon ne: "quran has to be re revealed today", is ka matlab kya hai?</w:t>
      </w:r>
      <w:r>
        <w:br/>
      </w:r>
      <w:r>
        <w:rPr>
          <w:sz w:val="20"/>
        </w:rPr>
        <w:t>5:29  is ka matlab hai: "quran has to be re defined in modern terms".</w:t>
      </w:r>
      <w:r>
        <w:br/>
      </w:r>
      <w:r>
        <w:rPr>
          <w:sz w:val="20"/>
        </w:rPr>
        <w:t>5:38  tab main samajh gaya is ka matlab. "quran has to be re defined in modern terms".</w:t>
      </w:r>
      <w:r>
        <w:br/>
      </w:r>
      <w:r>
        <w:rPr>
          <w:sz w:val="20"/>
        </w:rPr>
        <w:t>5:49  tab main samjha ke is ka matlab kya hai.</w:t>
      </w:r>
      <w:r>
        <w:br/>
      </w:r>
      <w:r>
        <w:rPr>
          <w:sz w:val="20"/>
        </w:rPr>
        <w:t>5:53  dekhen, sara muamla yeh islam kya hai? universal facts. islam is nothing but a statement of.</w:t>
      </w:r>
      <w:r>
        <w:br/>
      </w:r>
      <w:r>
        <w:rPr>
          <w:sz w:val="20"/>
        </w:rPr>
        <w:t>6:04  islam is nothing but a statement of universal facts.</w:t>
      </w:r>
      <w:r>
        <w:br/>
      </w:r>
      <w:r>
        <w:rPr>
          <w:sz w:val="20"/>
        </w:rPr>
        <w:t>6:10  lekin islam ko seven century mein reveal kiya gaya. to seven century ke idiom mein is ko ban kiya gaya.</w:t>
      </w:r>
      <w:r>
        <w:br/>
      </w:r>
      <w:r>
        <w:rPr>
          <w:sz w:val="20"/>
        </w:rPr>
        <w:t>6:24  universal statement in the terminology of seven century. ab hamein, ab hum twenty first century mein hain.</w:t>
      </w:r>
      <w:r>
        <w:br/>
      </w:r>
      <w:r>
        <w:rPr>
          <w:sz w:val="20"/>
        </w:rPr>
        <w:t>6:36  to hamein kya karna hoga? we have to re explain, we have to re interpret islamic principles in modern terms.</w:t>
      </w:r>
      <w:r>
        <w:br/>
      </w:r>
      <w:r>
        <w:rPr>
          <w:sz w:val="20"/>
        </w:rPr>
        <w:t>6:48  yeh karna hai hamein.</w:t>
      </w:r>
    </w:p>
    <w:p>
      <w:pPr>
        <w:pStyle w:val="Heading2"/>
      </w:pPr>
      <w:r>
        <w:t>Saba's first festival experience, from nerves to overwhelming demand</w:t>
      </w:r>
    </w:p>
    <w:p>
      <w:r>
        <w:rPr>
          <w:color w:val="666666"/>
          <w:sz w:val="18"/>
        </w:rPr>
        <w:t>Experience Sharing of CPS Member, Jaipur Literature Festival 2013 February 3, 2013 · 3m 01s · at 12:25 · https://youtu.be/ujlDnK5Wg3M?t=745</w:t>
      </w:r>
    </w:p>
    <w:p>
      <w:r>
        <w:rPr>
          <w:i/>
        </w:rPr>
        <w:t>“I went to Jaipur for the first time, and I was very nervous”</w:t>
      </w:r>
    </w:p>
    <w:p>
      <w:r>
        <w:rPr>
          <w:sz w:val="20"/>
        </w:rPr>
        <w:t>12:25  and keeps us as motivated at all times to undertake similar tasks. Assalam o alaikum. My name is Saba Hussain.</w:t>
      </w:r>
      <w:r>
        <w:br/>
      </w:r>
      <w:r>
        <w:rPr>
          <w:sz w:val="20"/>
        </w:rPr>
        <w:t>12:34  And I went to Jaipur for the first time. I had heard a lot about the festival from Razia and everybody else.</w:t>
      </w:r>
      <w:r>
        <w:br/>
      </w:r>
      <w:r>
        <w:rPr>
          <w:sz w:val="20"/>
        </w:rPr>
        <w:t>12:43  So the moment she told me ke hum log ja rahe hain, so I was like mujhe bhi jana hai. And thankfully, thanks to God, I could be accommodated</w:t>
      </w:r>
      <w:r>
        <w:br/>
      </w:r>
      <w:r>
        <w:rPr>
          <w:sz w:val="20"/>
        </w:rPr>
        <w:t>12:53  . And in the beginning, I was very nervous when we went there. And I was constantly asking everybody else ke kaise karungi main aur kaise dungi aur kaise approach karna hai aur main kaise khadi rahungi wahan pe.</w:t>
      </w:r>
      <w:r>
        <w:br/>
      </w:r>
      <w:r>
        <w:rPr>
          <w:sz w:val="20"/>
        </w:rPr>
        <w:t>13:07  So bahut sare questions the. Par Allah ka shukar hai wahan pahunch ke sab kuch jaise apne aap ho gaya.</w:t>
      </w:r>
      <w:r>
        <w:br/>
      </w:r>
      <w:r>
        <w:rPr>
          <w:sz w:val="20"/>
        </w:rPr>
        <w:t>13:16  I mean.</w:t>
      </w:r>
      <w:r>
        <w:br/>
      </w:r>
      <w:r>
        <w:rPr>
          <w:sz w:val="20"/>
        </w:rPr>
        <w:t>13:21  I mean in the evening, first day, I was standing in the middle of the road and giving Quran with both hands.</w:t>
      </w:r>
      <w:r>
        <w:br/>
      </w:r>
      <w:r>
        <w:rPr>
          <w:sz w:val="20"/>
        </w:rPr>
        <w:t>13:30  And it was overwhelming. And itna itna encouragement mila mujhe ke himmat nahi hoti thi kabhi kabhi kuch logon ko dene ki.</w:t>
      </w:r>
      <w:r>
        <w:br/>
      </w:r>
      <w:r>
        <w:rPr>
          <w:sz w:val="20"/>
        </w:rPr>
        <w:t>13:44  Par ab jab ghar wapas aayi main to mere paas jitne Quran rakhe the, main ne sab bag mein daal diye. Aur just andar se jaise ek awaz aati hai ke bas mujhe dena hai aur mujhe pata hai main de dungi.</w:t>
      </w:r>
      <w:r>
        <w:br/>
      </w:r>
      <w:r>
        <w:rPr>
          <w:sz w:val="20"/>
        </w:rPr>
        <w:t>13:55  To wahan jaane se mujhe yeh himmat mili. Aur bahut baar hua jab aisa hota hai ke log chale jate hain aap ko ignore kar ke and they come back to you and they ask for</w:t>
      </w:r>
      <w:r>
        <w:br/>
      </w:r>
      <w:r>
        <w:rPr>
          <w:sz w:val="20"/>
        </w:rPr>
        <w:t>14:08  Quran. And there would be times when, you know, we were surrounded by people who would be asking for Quran. It was, I can't, you know, I don't have words to describe that feeling when there were people all around and they were extending their hands ke mujhe bhi do aur mujhe bhi do, mujhe bhi do.</w:t>
      </w:r>
      <w:r>
        <w:br/>
      </w:r>
      <w:r>
        <w:rPr>
          <w:sz w:val="20"/>
        </w:rPr>
        <w:t>14:25  We were running to each other for Quran. And</w:t>
      </w:r>
      <w:r>
        <w:br/>
      </w:r>
      <w:r>
        <w:rPr>
          <w:sz w:val="20"/>
        </w:rPr>
        <w:t>14:31  while I was giving away the Quran, I was constantly thinking ke kya yeh log sach mein padhte bhi hain ya sirf le ja ke rakh dete honge? To jaise mujhe mera jawab dene ke liye Allah taala ne mujhe dikhaya andar festival mein hum log gaye the.</w:t>
      </w:r>
      <w:r>
        <w:br/>
      </w:r>
      <w:r>
        <w:rPr>
          <w:sz w:val="20"/>
        </w:rPr>
        <w:t>14:45  To wahan pe there was this girl jisko main ne Quran diya tha.</w:t>
      </w:r>
      <w:r>
        <w:br/>
      </w:r>
      <w:r>
        <w:rPr>
          <w:sz w:val="20"/>
        </w:rPr>
        <w:t>14:49  So she was reading another book. And after a while I saw her, she had put down the other book and she was reading Quran. So that was one thing I saw.</w:t>
      </w:r>
      <w:r>
        <w:br/>
      </w:r>
      <w:r>
        <w:rPr>
          <w:sz w:val="20"/>
        </w:rPr>
        <w:t>14:59  And then there was this another old man who was sitting there, he was also reading Quran. So I got my proof that yes, people do take it and they read it also.</w:t>
      </w:r>
      <w:r>
        <w:br/>
      </w:r>
      <w:r>
        <w:rPr>
          <w:sz w:val="20"/>
        </w:rPr>
        <w:t>15:10  So I don't know what else to</w:t>
      </w:r>
      <w:r>
        <w:br/>
      </w:r>
      <w:r>
        <w:rPr>
          <w:sz w:val="20"/>
        </w:rPr>
        <w:t>15:14  say. I thank to, I have, I thank to God that I could go there and do it. And I'm really, really thankful.</w:t>
      </w:r>
    </w:p>
    <w:p>
      <w:pPr>
        <w:pStyle w:val="Heading2"/>
      </w:pPr>
      <w:r>
        <w:t>Don't hide flaws use diary for self criticism</w:t>
      </w:r>
    </w:p>
    <w:p>
      <w:r>
        <w:rPr>
          <w:color w:val="666666"/>
          <w:sz w:val="18"/>
        </w:rPr>
        <w:t>Tazkiyah and Self Criticism April 13, 2020 Maulana Wahiduddin Khan · 3m 34s · at 20:09 · https://youtu.be/D4pMJtT4vDg?t=1209</w:t>
      </w:r>
    </w:p>
    <w:p>
      <w:r>
        <w:rPr>
          <w:i/>
        </w:rPr>
        <w:t>“Apni skoot nahi karna”</w:t>
      </w:r>
    </w:p>
    <w:p>
      <w:r>
        <w:rPr>
          <w:sz w:val="20"/>
        </w:rPr>
        <w:t>20:09  apni scot nahi karna. apni scot nahi. log karte hain doosron ki scot nahi.</w:t>
      </w:r>
      <w:r>
        <w:br/>
      </w:r>
      <w:r>
        <w:rPr>
          <w:sz w:val="20"/>
        </w:rPr>
        <w:t>20:18  lekin jo aadmi chahta ho apne ko</w:t>
      </w:r>
      <w:r>
        <w:br/>
      </w:r>
      <w:r>
        <w:rPr>
          <w:sz w:val="20"/>
        </w:rPr>
        <w:t>20:24  madah kar sakte banana, madah kar to us ko aag dalni pare gi apni scot mein. My habit, by the grace of Allah, is this</w:t>
      </w:r>
      <w:r>
        <w:br/>
      </w:r>
      <w:r>
        <w:rPr>
          <w:sz w:val="20"/>
        </w:rPr>
        <w:t>20:35  ke main doosron ki ghalti dhoondta hi nahi. apni</w:t>
      </w:r>
      <w:r>
        <w:br/>
      </w:r>
      <w:r>
        <w:rPr>
          <w:sz w:val="20"/>
        </w:rPr>
        <w:t>20:41  ghalti dhoondta hoon.</w:t>
      </w:r>
      <w:r>
        <w:br/>
      </w:r>
      <w:r>
        <w:rPr>
          <w:sz w:val="20"/>
        </w:rPr>
        <w:t>20:45  main doosron ki ghalti ko sochta bhi nahi. main</w:t>
      </w:r>
      <w:r>
        <w:br/>
      </w:r>
      <w:r>
        <w:rPr>
          <w:sz w:val="20"/>
        </w:rPr>
        <w:t>20:52  apni ghalti ko sochta hoon. yeh meri aadat hai. yeh aadat daliye ya asal mein us ko us ko apni habit mein shamil kijiye.</w:t>
      </w:r>
      <w:r>
        <w:br/>
      </w:r>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Meaning of iman before Quran is ma'rifat</w:t>
      </w:r>
    </w:p>
    <w:p>
      <w:r>
        <w:rPr>
          <w:color w:val="666666"/>
          <w:sz w:val="18"/>
        </w:rPr>
        <w:t>Iman and the Quran March 29, 2009 Maulana Wahiduddin Khan · 2m 04s · at 1:28 · https://youtu.be/BoXolOS_aTk?t=88</w:t>
      </w:r>
    </w:p>
    <w:p>
      <w:r>
        <w:rPr>
          <w:i/>
        </w:rPr>
        <w:t>“تعلمنا الإيمان ثم تعلمنا القرآن”</w:t>
      </w:r>
    </w:p>
    <w:p>
      <w:r>
        <w:rPr>
          <w:sz w:val="20"/>
        </w:rPr>
        <w:t>1:28  to kuch Sahaba ka ek group, jo naujawan log the, woh Rasool Allah (SAW) ke paas aaya aur kuch din tak aap ke paas thehra.</w:t>
      </w:r>
      <w:r>
        <w:br/>
      </w:r>
      <w:r>
        <w:rPr>
          <w:sz w:val="20"/>
        </w:rPr>
        <w:t>1:45  yaani training ke liye. raat din woh aap ke sath rahe. to un mein se ek sahib jinka naam Jundub tha, woh kehte hain</w:t>
      </w:r>
      <w:r>
        <w:br/>
      </w:r>
      <w:r>
        <w:rPr>
          <w:sz w:val="20"/>
        </w:rPr>
        <w:t>2:00  ke "ta'allamna al-iman thumma ta'allamna al-Quran". hum ne pehle iman seekha, is ke baad hum ne Quran seekha.</w:t>
      </w:r>
      <w:r>
        <w:br/>
      </w:r>
      <w:r>
        <w:rPr>
          <w:sz w:val="20"/>
        </w:rPr>
        <w:t>2:18  ta'allamna al-iman thumma ta'allamna al-Quran. yeh riwayat hadith ki kai kitabon mein aayi hai. to sochne ki baat hai ke is ka matlab kya hai.</w:t>
      </w:r>
      <w:r>
        <w:br/>
      </w:r>
      <w:r>
        <w:rPr>
          <w:sz w:val="20"/>
        </w:rPr>
        <w:t>2:33  yaani pehle iman, phir Quran. Quran baad ko aur iman pehle, is ka matlab kya hai. mein bohat der se sochta tha is par.</w:t>
      </w:r>
      <w:r>
        <w:br/>
      </w:r>
      <w:r>
        <w:rPr>
          <w:sz w:val="20"/>
        </w:rPr>
        <w:t>2:44  Quran aur hadith ko samajhne ke liye yaad rakhiye, sirf is ka translation janna kafi nahin hai.</w:t>
      </w:r>
      <w:r>
        <w:br/>
      </w:r>
      <w:r>
        <w:rPr>
          <w:sz w:val="20"/>
        </w:rPr>
        <w:t>2:52  Sahaba (RA) saalon tak kuch aayaton par sochte rehte the, halanke woh Arabic zuban jante the. to sirf Arabic zuban janna ya is ka tarjuma padh lena,</w:t>
      </w:r>
      <w:r>
        <w:br/>
      </w:r>
      <w:r>
        <w:rPr>
          <w:sz w:val="20"/>
        </w:rPr>
        <w:t>3:08  is se aap samajh nahin sakte. sochna padta hai, sochna padta hai.</w:t>
      </w:r>
      <w:r>
        <w:br/>
      </w:r>
      <w:r>
        <w:rPr>
          <w:sz w:val="20"/>
        </w:rPr>
        <w:t>3:16  to bohat barson ke sochne ke baad mujhe samajh mein aaya ke yaar, kya matlab hai is asar ka ya is hadith ka. woh hai, yahan eman se murad hai marifat.</w:t>
      </w:r>
    </w:p>
    <w:p>
      <w:pPr>
        <w:pStyle w:val="Heading2"/>
      </w:pPr>
      <w:r>
        <w:t>Doomsday comes suddenly like an earthquake</w:t>
      </w:r>
    </w:p>
    <w:p>
      <w:r>
        <w:rPr>
          <w:color w:val="666666"/>
          <w:sz w:val="18"/>
        </w:rPr>
        <w:t>Understanding Islam (In Conversation with Maulana) · 1m 47s · at 4:40 · https://youtu.be/tLTRyW1qhRw?t=280</w:t>
      </w:r>
    </w:p>
    <w:p>
      <w:r>
        <w:rPr>
          <w:i/>
        </w:rPr>
        <w:t>“No, this kind of thinking is not correct.”</w:t>
      </w:r>
    </w:p>
    <w:p>
      <w:r>
        <w:rPr>
          <w:sz w:val="20"/>
        </w:rPr>
        <w:t>4:40  No, this kind of thinking is not correct. There is a verse in the Quran, "La taatikum illa baqta." It means that doomsday will</w:t>
      </w:r>
      <w:r>
        <w:br/>
      </w:r>
      <w:r>
        <w:rPr>
          <w:sz w:val="20"/>
        </w:rPr>
        <w:t>4:58  come to you suddenly</w:t>
      </w:r>
      <w:r>
        <w:br/>
      </w:r>
      <w:r>
        <w:rPr>
          <w:sz w:val="20"/>
        </w:rPr>
        <w:t>5:01  . So no one knows. Only God knows when it will come. So at any time, it may come, even today or tomorrow.</w:t>
      </w:r>
      <w:r>
        <w:br/>
      </w:r>
      <w:r>
        <w:rPr>
          <w:sz w:val="20"/>
        </w:rPr>
        <w:t>5:17  So just like earthquakes, no one knows about earthquakes. Our meteorological department cannot predict an earthquake.</w:t>
      </w:r>
      <w:r>
        <w:br/>
      </w:r>
      <w:r>
        <w:rPr>
          <w:sz w:val="20"/>
        </w:rPr>
        <w:t>5:28  So earthquake is also a sign</w:t>
      </w:r>
      <w:r>
        <w:br/>
      </w:r>
      <w:r>
        <w:rPr>
          <w:sz w:val="20"/>
        </w:rPr>
        <w:t>5:31  . By earthquake, you can understand the nature of doomsday. Earthquake happens suddenly.</w:t>
      </w:r>
      <w:r>
        <w:br/>
      </w:r>
      <w:r>
        <w:rPr>
          <w:sz w:val="20"/>
        </w:rPr>
        <w:t>5:44  No one can predict an earthquake. It is not possible for man. So is the case of doomsday.</w:t>
      </w:r>
      <w:r>
        <w:br/>
      </w:r>
      <w:r>
        <w:rPr>
          <w:sz w:val="20"/>
        </w:rPr>
        <w:t>5:53  Doomsday will come suddenly.</w:t>
      </w:r>
      <w:r>
        <w:br/>
      </w:r>
      <w:r>
        <w:rPr>
          <w:sz w:val="20"/>
        </w:rPr>
        <w:t>5:56  We cannot say anything in advance.</w:t>
      </w:r>
      <w:r>
        <w:br/>
      </w:r>
      <w:r>
        <w:rPr>
          <w:sz w:val="20"/>
        </w:rPr>
        <w:t>6:02  That is any big earthquake. These earthquakes which we are facing is a small earthquake, a little earthquake.</w:t>
      </w:r>
      <w:r>
        <w:br/>
      </w:r>
      <w:r>
        <w:rPr>
          <w:sz w:val="20"/>
        </w:rPr>
        <w:t>6:14  And doomsday is the big earthquake.</w:t>
      </w:r>
      <w:r>
        <w:br/>
      </w:r>
      <w:r>
        <w:rPr>
          <w:sz w:val="20"/>
        </w:rPr>
        <w:t>6:21  It will come suddenly, just like earthquake.</w:t>
      </w:r>
    </w:p>
    <w:p>
      <w:pPr>
        <w:pStyle w:val="Heading2"/>
      </w:pPr>
      <w:r>
        <w:t>Self-decided concessions produce deeper prayer and reflection</w:t>
      </w:r>
    </w:p>
    <w:p>
      <w:r>
        <w:rPr>
          <w:color w:val="666666"/>
          <w:sz w:val="18"/>
        </w:rPr>
        <w:t>Spirit of Worship April 4, 2014 Maulana Wahiduddin Khan · 2m 28s · at 20:10 · https://youtu.be/67oq6WyFJ5I?t=1210</w:t>
      </w:r>
    </w:p>
    <w:p>
      <w:r>
        <w:rPr>
          <w:i/>
        </w:rPr>
        <w:t>“Jab aap khud sochte hain, khud faisla karte hain”</w:t>
      </w:r>
    </w:p>
    <w:p>
      <w:r>
        <w:rPr>
          <w:sz w:val="20"/>
        </w:rPr>
        <w:t>20:10  lekin jab aap khud sochte hain, kisi halat mein aap phanse hue hain, khud sochte hain aur khud faisla karte hain ke mujhe is rukhsat per amal karna chahiye, us waqt yeh ehsas rehta hai aap ke dil mein.</w:t>
      </w:r>
      <w:r>
        <w:br/>
      </w:r>
      <w:r>
        <w:rPr>
          <w:sz w:val="20"/>
        </w:rPr>
        <w:t>20:29  ehsas aata hai ke pata nahi maine rukhsat ka jo option liya hai, woh sahi hai ya galat hai.</w:t>
      </w:r>
      <w:r>
        <w:br/>
      </w:r>
      <w:r>
        <w:rPr>
          <w:sz w:val="20"/>
        </w:rPr>
        <w:t>20:38  pata nahi maine jo rukhsat ka option liya hai, woh sahi hai ya galat. yeh jo ehsas hai, yeh bohat bari ibadat hai.</w:t>
      </w:r>
      <w:r>
        <w:br/>
      </w:r>
      <w:r>
        <w:rPr>
          <w:sz w:val="20"/>
        </w:rPr>
        <w:t>20:46  yeh ehsas jo hai, yeh bohat bari ibadat hai ke pata nahi mera option sahi hai ya galat hai.</w:t>
      </w:r>
      <w:r>
        <w:br/>
      </w:r>
      <w:r>
        <w:rPr>
          <w:sz w:val="20"/>
        </w:rPr>
        <w:t>20:56  us waqt duayein aap karte hain, khuda ya, mere option ko qabool kar le.</w:t>
      </w:r>
      <w:r>
        <w:br/>
      </w:r>
      <w:r>
        <w:rPr>
          <w:sz w:val="20"/>
        </w:rPr>
        <w:t>21:01  agar fuqih ke banaye hue, fuqih ki batayi hui sharton ke mutabiq amal hai to dua nahi niklegi aap ko. tab to yeh hoga ke jo jo fuqih shartein hain, us ke mutabiq maine kar diya.</w:t>
      </w:r>
      <w:r>
        <w:br/>
      </w:r>
      <w:r>
        <w:rPr>
          <w:sz w:val="20"/>
        </w:rPr>
        <w:t>21:15  lekin jab khud se option lete hain ke yahan mujhe falan rukhsat per amal karna chahiye, to aap ke dil mein ek ek ek ek jazba aata hai is baat ka ke pata nahi maine sahi option liya ya galat option liya.</w:t>
      </w:r>
      <w:r>
        <w:br/>
      </w:r>
      <w:r>
        <w:rPr>
          <w:sz w:val="20"/>
        </w:rPr>
        <w:t>21:33  is se duayein nikalti hain, duayein nikalti hain is se aur aap Allah se qareeb ho jate hain.</w:t>
      </w:r>
      <w:r>
        <w:br/>
      </w:r>
      <w:r>
        <w:rPr>
          <w:sz w:val="20"/>
        </w:rPr>
        <w:t>21:42  wusjud waghera ka moamla ho jata hai</w:t>
      </w:r>
      <w:r>
        <w:br/>
      </w:r>
      <w:r>
        <w:rPr>
          <w:sz w:val="20"/>
        </w:rPr>
        <w:t>21:47  aur aap ki thinking bhi izafa hota hai. yani yeh ek ek mehmez hota hoga ke aap ki thinking barhe, aap ki thinking barhe.</w:t>
      </w:r>
      <w:r>
        <w:br/>
      </w:r>
      <w:r>
        <w:rPr>
          <w:sz w:val="20"/>
        </w:rPr>
        <w:t>22:00  yani kaifiyat bhi barhti hain aur tafkir bhi barhti hai.</w:t>
      </w:r>
      <w:r>
        <w:br/>
      </w:r>
      <w:r>
        <w:rPr>
          <w:sz w:val="20"/>
        </w:rPr>
        <w:t>22:06  aap bohat sochte hain, bohat sochte hain, bohat sochte hain ke yeh rukhsat jo main le raha hoon, to mujhe lena chahiye ya nahi lena chahiye.</w:t>
      </w:r>
      <w:r>
        <w:br/>
      </w:r>
      <w:r>
        <w:rPr>
          <w:sz w:val="20"/>
        </w:rPr>
        <w:t>22:19  to tafkeeri amal aap ke andar paida hota hai, thinking process aap ke andar jaari hota hai.</w:t>
      </w:r>
      <w:r>
        <w:br/>
      </w:r>
      <w:r>
        <w:rPr>
          <w:sz w:val="20"/>
        </w:rPr>
        <w:t>22:27  to baaz baar kaifiyat bhi aap ke andar izafa hota hai aur baaz baar tafkeeri amal bhi aap ke andar izafa hota hai.</w:t>
      </w:r>
    </w:p>
    <w:p>
      <w:pPr>
        <w:pStyle w:val="Heading2"/>
      </w:pPr>
      <w:r>
        <w:t>Global warming dismantles humanism</w:t>
      </w:r>
    </w:p>
    <w:p>
      <w:r>
        <w:rPr>
          <w:color w:val="666666"/>
          <w:sz w:val="18"/>
        </w:rPr>
        <w:t>Journey of History I 23 Dec, 2012 - Maulana Wahiduddin Khan · 2m 57s · at 19:37 · https://youtu.be/1NvRxiYKTnc?t=1177</w:t>
      </w:r>
    </w:p>
    <w:p>
      <w:r>
        <w:rPr>
          <w:i/>
        </w:rPr>
        <w:t>“Dekhen, hamare liye sab se badi cheez jo chahiye aapko, pani.”</w:t>
      </w:r>
    </w:p>
    <w:p>
      <w:r>
        <w:rPr>
          <w:sz w:val="20"/>
        </w:rPr>
        <w:t>19:37  dekhein, hamare liye sab se bari cheez jo chahiye aap ko, pani.</w:t>
      </w:r>
      <w:r>
        <w:br/>
      </w:r>
      <w:r>
        <w:rPr>
          <w:sz w:val="20"/>
        </w:rPr>
        <w:t>19:43  pani. pani ke bohat bare bare store the is zameen par. bohat bare glacier, bohat bare bare ice berg, north pole aur south pole par bohat bare barf ke pahad.</w:t>
      </w:r>
      <w:r>
        <w:br/>
      </w:r>
      <w:r>
        <w:rPr>
          <w:sz w:val="20"/>
        </w:rPr>
        <w:t>19:56  woh pighal pighal aate the. unse humein fresh water milta tha.</w:t>
      </w:r>
      <w:r>
        <w:br/>
      </w:r>
      <w:r>
        <w:rPr>
          <w:sz w:val="20"/>
        </w:rPr>
        <w:t>20:03  global warming ka nateeja yeh hua ke bohat zyada pighal chuke hain yeh. yeh pahadon ke glacier bohat zyada pighal chuke hain.</w:t>
      </w:r>
      <w:r>
        <w:br/>
      </w:r>
      <w:r>
        <w:rPr>
          <w:sz w:val="20"/>
        </w:rPr>
        <w:t>20:13  north pole aur south pole ki barf bohat zyada pighal chuki hai. icebergs bohat zyada pighal chuke hain.</w:t>
      </w:r>
      <w:r>
        <w:br/>
      </w:r>
      <w:r>
        <w:rPr>
          <w:sz w:val="20"/>
        </w:rPr>
        <w:t>20:23  yeh pani pighal pighal par chale ja rahe hain samundaron mein, jo ke salt hota hai. yani fresh water, salt water ban raha hai. jo log science se waqif hain, jo scientific journal padhte hain, unko pata hai ke aaj kal barabar scientist isi mein lage hue hain janne ke liye ke kahan hum isko rok sakte hain.</w:t>
      </w:r>
      <w:r>
        <w:br/>
      </w:r>
      <w:r>
        <w:rPr>
          <w:sz w:val="20"/>
        </w:rPr>
        <w:t>20:45  global warming ko rok sakte hain. yeh jo greenhouse gases hain, isko rok sakte hain.</w:t>
      </w:r>
      <w:r>
        <w:br/>
      </w:r>
      <w:r>
        <w:rPr>
          <w:sz w:val="20"/>
        </w:rPr>
        <w:t>20:55  yeh jo sari air jo hai pollute ho gayi, kya isko rok sakte hain? yahan tak ke samundar ka pani 95 percent pollute ho chuka hai. to kya isko rok sakte hain hum?</w:t>
      </w:r>
      <w:r>
        <w:br/>
      </w:r>
      <w:r>
        <w:rPr>
          <w:sz w:val="20"/>
        </w:rPr>
        <w:t>21:06  lekin barabar yeh cheezen barh rahi hain aur science-daan rokne mein bilkul, bilkul hi</w:t>
      </w:r>
      <w:r>
        <w:br/>
      </w:r>
      <w:r>
        <w:rPr>
          <w:sz w:val="20"/>
        </w:rPr>
        <w:t>21:12  yani fail ho rahe hain. To global warming ne yeh bataya ke humanism ka concept aik false concept hai. Yani insaan kaise master hai universe ka jabke woh control nahi kar sakta?</w:t>
      </w:r>
      <w:r>
        <w:br/>
      </w:r>
      <w:r>
        <w:rPr>
          <w:sz w:val="20"/>
        </w:rPr>
        <w:t>21:28  rok nahi sakta.</w:t>
      </w:r>
      <w:r>
        <w:br/>
      </w:r>
      <w:r>
        <w:rPr>
          <w:sz w:val="20"/>
        </w:rPr>
        <w:t>21:30  life support system khatam ho gaya. Chunaanche jo sab se bara theoretical scientist hai,</w:t>
      </w:r>
      <w:r>
        <w:br/>
      </w:r>
      <w:r>
        <w:rPr>
          <w:sz w:val="20"/>
        </w:rPr>
        <w:t>21:39  British</w:t>
      </w:r>
      <w:r>
        <w:br/>
      </w:r>
      <w:r>
        <w:rPr>
          <w:sz w:val="20"/>
        </w:rPr>
        <w:t>21:42  Stephen Hawking, woh keh raha hai ke ab zameen par hum nahi reh sakte. Bahut se bahut thirty years hum reh sakte hain is zameen par. Kyunke life support system hi nahi rahega.</w:t>
      </w:r>
      <w:r>
        <w:br/>
      </w:r>
      <w:r>
        <w:rPr>
          <w:sz w:val="20"/>
        </w:rPr>
        <w:t>21:53  To woh keh raha hai ke humein ab space colony banana chahiye. Space colony.</w:t>
      </w:r>
      <w:r>
        <w:br/>
      </w:r>
      <w:r>
        <w:rPr>
          <w:sz w:val="20"/>
        </w:rPr>
        <w:t>22:00  ke zameen se ooper jaen, khala mein, aur artificial colonies ke andar rahen. Lekin yeh to aik aik fiction ki baat hai.</w:t>
      </w:r>
      <w:r>
        <w:br/>
      </w:r>
      <w:r>
        <w:rPr>
          <w:sz w:val="20"/>
        </w:rPr>
        <w:t>22:10  Is colony mein aap kahan se life support system layenge? Kahan se pani layenge?</w:t>
      </w:r>
      <w:r>
        <w:br/>
      </w:r>
      <w:r>
        <w:rPr>
          <w:sz w:val="20"/>
        </w:rPr>
        <w:t>22:16  Kahan se ghalla ugayenge? Kahan se agriculture aur horticulture layenge?</w:t>
      </w:r>
      <w:r>
        <w:br/>
      </w:r>
      <w:r>
        <w:rPr>
          <w:sz w:val="20"/>
        </w:rPr>
        <w:t>22:26  To dekhen, nature worship ko khatam kiya physical sciences ne. Kingship ko khatam kiya democracy ne.</w:t>
      </w:r>
    </w:p>
    <w:p>
      <w:pPr>
        <w:pStyle w:val="Heading2"/>
      </w:pPr>
      <w:r>
        <w:t>You cannot judge God's creation by your own mind</w:t>
      </w:r>
    </w:p>
    <w:p>
      <w:r>
        <w:rPr>
          <w:color w:val="666666"/>
          <w:sz w:val="18"/>
        </w:rPr>
        <w:t>The Purpose of Existence I 9th Sept. 2012 - Maulana Wahiduddin Khan · 1m 51s · at 14:04 · https://youtu.be/cevO-zpWlG8?t=844</w:t>
      </w:r>
    </w:p>
    <w:p>
      <w:r>
        <w:rPr>
          <w:i/>
        </w:rPr>
        <w:t>“You can't judge God's plan by your own mind”</w:t>
      </w:r>
    </w:p>
    <w:p>
      <w:r>
        <w:rPr>
          <w:sz w:val="20"/>
        </w:rPr>
        <w:t>14:04  wrong criterion se judge kar rahe hain is situation ko. ghalati hamari yahan hai. jaise is building ko aap judge karein ek hospital ke criterion se, to aap kahein ge ke hospital hai, yahan to kuch bhi nahi.</w:t>
      </w:r>
      <w:r>
        <w:br/>
      </w:r>
      <w:r>
        <w:rPr>
          <w:sz w:val="20"/>
        </w:rPr>
        <w:t>14:21  lekin ghalati aap ki hai</w:t>
      </w:r>
      <w:r>
        <w:br/>
      </w:r>
      <w:r>
        <w:rPr>
          <w:sz w:val="20"/>
        </w:rPr>
        <w:t>14:24  kyun ke hospital to hai nahi. yeh to jitne log hain, apne mind mein unhone ek yardstick banaya, khud apne mind mein, aur usi se napna shuru kar diya.</w:t>
      </w:r>
      <w:r>
        <w:br/>
      </w:r>
      <w:r>
        <w:rPr>
          <w:sz w:val="20"/>
        </w:rPr>
        <w:t>14:38  to keh rahe hain ke duniya to register of crimes hai.</w:t>
      </w:r>
      <w:r>
        <w:br/>
      </w:r>
      <w:r>
        <w:rPr>
          <w:sz w:val="20"/>
        </w:rPr>
        <w:t>14:44  nahi, aap ko janna chahiye ke khud creation, khud creator ka creation plan kya hai? khud creator ke nazdeek purpose of existence kya hai?</w:t>
      </w:r>
      <w:r>
        <w:br/>
      </w:r>
      <w:r>
        <w:rPr>
          <w:sz w:val="20"/>
        </w:rPr>
        <w:t>15:00  apne mind se aap</w:t>
      </w:r>
      <w:r>
        <w:br/>
      </w:r>
      <w:r>
        <w:rPr>
          <w:sz w:val="20"/>
        </w:rPr>
        <w:t>15:02  nahi is ko tay kar sakte.</w:t>
      </w:r>
      <w:r>
        <w:br/>
      </w:r>
      <w:r>
        <w:rPr>
          <w:sz w:val="20"/>
        </w:rPr>
        <w:t>15:07  to ghalati yahan hai ke apne zehan se Allah ke creation ko judge kar rahe hain.</w:t>
      </w:r>
      <w:r>
        <w:br/>
      </w:r>
      <w:r>
        <w:rPr>
          <w:sz w:val="20"/>
        </w:rPr>
        <w:t>15:18  yani is yeh jo jahan aap baithe hue hain, kisi ne is ko banaya hai, koi is ko chala raha hai, us ke mind se janna pare ga ke yeh kya cheez hai. aap rehte hain kahin bombay mein, apne apne mind mein ek yardstick banaye, us se ja kar judge karein aap is ko.</w:t>
      </w:r>
      <w:r>
        <w:br/>
      </w:r>
      <w:r>
        <w:rPr>
          <w:sz w:val="20"/>
        </w:rPr>
        <w:t>15:35  to bilashuba woh ghalati karein ge aap. to sare log yahi ghalati kar rahe hain ke apne khud sakhta yardstick se ya khud sakhta criterion se woh Allah ke creation ko judge kar rahe hain.</w:t>
      </w:r>
      <w:r>
        <w:br/>
      </w:r>
      <w:r>
        <w:rPr>
          <w:sz w:val="20"/>
        </w:rPr>
        <w:t>15:52  to yeh jo jin jin verses ko main ne refer kiya,</w:t>
      </w:r>
    </w:p>
    <w:p>
      <w:pPr>
        <w:pStyle w:val="Heading2"/>
      </w:pPr>
      <w:r>
        <w:t>Old editor: sincerity is the rarest thing on earth</w:t>
      </w:r>
    </w:p>
    <w:p>
      <w:r>
        <w:rPr>
          <w:color w:val="666666"/>
          <w:sz w:val="18"/>
        </w:rPr>
        <w:t>The Glory Of God 5 February 2006 - Maulana Wahiduddin Khan · 2m 10s · at 24:11 · https://youtu.be/Yah55gLyV8I?t=1451</w:t>
      </w:r>
    </w:p>
    <w:p>
      <w:r>
        <w:rPr>
          <w:i/>
        </w:rPr>
        <w:t>“Amreeka se ek parcha nikalta tha, Plain Truth”</w:t>
      </w:r>
    </w:p>
    <w:p>
      <w:r>
        <w:rPr>
          <w:sz w:val="20"/>
        </w:rPr>
        <w:t>24:11  aik martaba America se aik percha nikalta tha, is ka naam tha Plain Truth.</w:t>
      </w:r>
      <w:r>
        <w:br/>
      </w:r>
      <w:r>
        <w:rPr>
          <w:sz w:val="20"/>
        </w:rPr>
        <w:t>24:20  mujhe nahi maloom ke ab nikalta hai ke nahi nikalta hai.</w:t>
      </w:r>
      <w:r>
        <w:br/>
      </w:r>
      <w:r>
        <w:rPr>
          <w:sz w:val="20"/>
        </w:rPr>
        <w:t>24:23  pehlay mein is ko barabar parhta tha.</w:t>
      </w:r>
      <w:r>
        <w:br/>
      </w:r>
      <w:r>
        <w:rPr>
          <w:sz w:val="20"/>
        </w:rPr>
        <w:t>24:28  Plain Truth.</w:t>
      </w:r>
      <w:r>
        <w:br/>
      </w:r>
      <w:r>
        <w:rPr>
          <w:sz w:val="20"/>
        </w:rPr>
        <w:t>24:32  shayad aik million copy chapti thi is ki aur bohat phailti thi har jagah. to is ka jo editor tha jab mar gaya, us waqt isi saal ka ho chuka tha.</w:t>
      </w:r>
      <w:r>
        <w:br/>
      </w:r>
      <w:r>
        <w:rPr>
          <w:sz w:val="20"/>
        </w:rPr>
        <w:t>24:44  to</w:t>
      </w:r>
      <w:r>
        <w:br/>
      </w:r>
      <w:r>
        <w:rPr>
          <w:sz w:val="20"/>
        </w:rPr>
        <w:t>24:45  apne marne se kuch pehle is ne</w:t>
      </w:r>
      <w:r>
        <w:br/>
      </w:r>
      <w:r>
        <w:rPr>
          <w:sz w:val="20"/>
        </w:rPr>
        <w:t>24:52  aik article likha jo Plain Truth mein chapa. is ko mein ne parha tha. to</w:t>
      </w:r>
      <w:r>
        <w:br/>
      </w:r>
      <w:r>
        <w:rPr>
          <w:sz w:val="20"/>
        </w:rPr>
        <w:t>25:00  us boodhay insaan ne jo American tha.</w:t>
      </w:r>
      <w:r>
        <w:br/>
      </w:r>
      <w:r>
        <w:rPr>
          <w:sz w:val="20"/>
        </w:rPr>
        <w:t>25:09  us ne likha tha ke agar koi mujh se pooche ke dunya mein sab se kam cheez kya hai? dunya mein sab se kam cheez kya hai?</w:t>
      </w:r>
      <w:r>
        <w:br/>
      </w:r>
      <w:r>
        <w:rPr>
          <w:sz w:val="20"/>
        </w:rPr>
        <w:t>25:23  to mein yeh nahi kahoon ga ke sona ya platinum, radium.</w:t>
      </w:r>
      <w:r>
        <w:br/>
      </w:r>
      <w:r>
        <w:rPr>
          <w:sz w:val="20"/>
        </w:rPr>
        <w:t>25:29  nahi. sab se kam cheez hai sincerity.</w:t>
      </w:r>
      <w:r>
        <w:br/>
      </w:r>
      <w:r>
        <w:rPr>
          <w:sz w:val="20"/>
        </w:rPr>
        <w:t>25:39  sincerity.</w:t>
      </w:r>
      <w:r>
        <w:br/>
      </w:r>
      <w:r>
        <w:rPr>
          <w:sz w:val="20"/>
        </w:rPr>
        <w:t>25:43  yaad rakhiye ke sincerity is the beginning of all kind of knowledge.</w:t>
      </w:r>
      <w:r>
        <w:br/>
      </w:r>
      <w:r>
        <w:rPr>
          <w:sz w:val="20"/>
        </w:rPr>
        <w:t>25:50  no sincerity, no discovery.</w:t>
      </w:r>
      <w:r>
        <w:br/>
      </w:r>
      <w:r>
        <w:rPr>
          <w:sz w:val="20"/>
        </w:rPr>
        <w:t>25:57  jab tak insaan sincere na ho, woh kisi bhi cheez ko discover nahi kar sakta. hatta ke cheunti ko bhi discover nahi kar sakta.</w:t>
      </w:r>
      <w:r>
        <w:br/>
      </w:r>
      <w:r>
        <w:rPr>
          <w:sz w:val="20"/>
        </w:rPr>
        <w:t>26:11  to sincerity zaroori hai sachai ko paanay ke liye. Khuda ko paanay ke liye. haqeeqat ko paanay ke liye.</w:t>
      </w:r>
    </w:p>
    <w:p>
      <w:pPr>
        <w:pStyle w:val="Heading2"/>
      </w:pPr>
      <w:r>
        <w:t>ostrich analogy: you can't outrun the coming storm</w:t>
      </w:r>
    </w:p>
    <w:p>
      <w:r>
        <w:rPr>
          <w:color w:val="666666"/>
          <w:sz w:val="18"/>
        </w:rPr>
        <w:t>Thought of The Day February 08, 2009 · 50s · at 57:07 · https://youtu.be/tn8PNm6y2mg?t=3427</w:t>
      </w:r>
    </w:p>
    <w:p>
      <w:r>
        <w:rPr>
          <w:i/>
        </w:rPr>
        <w:t>“Ostrich aankhen band kar le, phir bhi storm aayega”</w:t>
      </w:r>
    </w:p>
    <w:p>
      <w:r>
        <w:rPr>
          <w:sz w:val="20"/>
        </w:rPr>
        <w:t>57:07  hum falsehood mein nahin jee sakte. falsehood hamare kaam aane wale nahin hain. yaani jis ko kehte hain ostrich habit.</w:t>
      </w:r>
      <w:r>
        <w:br/>
      </w:r>
      <w:r>
        <w:rPr>
          <w:sz w:val="20"/>
        </w:rPr>
        <w:t>57:17  ostrich habit agar hamari ho toh us ko hamare kaam aane wale nahin hain. jaise ostrich, jo jis ko kehte hain shutr murgh, jo kaha jata hai, jab dekhta hai ke storm aa raha hai toh apna aankh band kar leta hai.</w:t>
      </w:r>
      <w:r>
        <w:br/>
      </w:r>
      <w:r>
        <w:rPr>
          <w:sz w:val="20"/>
        </w:rPr>
        <w:t>57:29  lekin phir bhi storm aayega. yeh storm toh phir bhi aayega. toh ostrich like behavior kisi ke kaam aane wala nahin hai.</w:t>
      </w:r>
      <w:r>
        <w:br/>
      </w:r>
      <w:r>
        <w:rPr>
          <w:sz w:val="20"/>
        </w:rPr>
        <w:t>57:45  humein sochna padega, humein decision lena padega, humein apne liye direction chunna padega,</w:t>
      </w:r>
    </w:p>
    <w:p>
      <w:pPr>
        <w:pStyle w:val="Heading2"/>
      </w:pPr>
      <w:r>
        <w:t>Babri Masjid verdict and missed opportunity</w:t>
      </w:r>
    </w:p>
    <w:p>
      <w:r>
        <w:rPr>
          <w:color w:val="666666"/>
          <w:sz w:val="18"/>
        </w:rPr>
        <w:t>Don't Be In A Hurry 09 Nov 2019 - Maulana Wahiduddin Khan · 2m 16s · at 12:25 · https://youtu.be/PzAaMFBJLL8?t=745</w:t>
      </w:r>
    </w:p>
    <w:p>
      <w:r>
        <w:rPr>
          <w:i/>
        </w:rPr>
        <w:t>“Misal ke taur par dekhiye, aaj jo verdict aaya hai”</w:t>
      </w:r>
    </w:p>
    <w:p>
      <w:r>
        <w:rPr>
          <w:sz w:val="20"/>
        </w:rPr>
        <w:t>12:25  misalan dekhiye, aaj jo verdict aaya hai</w:t>
      </w:r>
      <w:r>
        <w:br/>
      </w:r>
      <w:r>
        <w:rPr>
          <w:sz w:val="20"/>
        </w:rPr>
        <w:t>12:31  toh</w:t>
      </w:r>
      <w:r>
        <w:br/>
      </w:r>
      <w:r>
        <w:rPr>
          <w:sz w:val="20"/>
        </w:rPr>
        <w:t>12:34  yeh woh opportunity khuli thi, bohat pehle, bohat pehle.</w:t>
      </w:r>
      <w:r>
        <w:br/>
      </w:r>
      <w:r>
        <w:rPr>
          <w:sz w:val="20"/>
        </w:rPr>
        <w:t>12:44  yani 1920 ke zamane mein. us waqt mein ne kaha tha, sab chupa hua hai.</w:t>
      </w:r>
      <w:r>
        <w:br/>
      </w:r>
      <w:r>
        <w:rPr>
          <w:sz w:val="20"/>
        </w:rPr>
        <w:t>12:57  Musalman jo controversial masjid hai, us ko relocate karne par raazi ho jao.</w:t>
      </w:r>
      <w:r>
        <w:br/>
      </w:r>
      <w:r>
        <w:rPr>
          <w:sz w:val="20"/>
        </w:rPr>
        <w:t>13:09  yeh chupa hua maujood hai, relocation par raazi ho jao.</w:t>
      </w:r>
      <w:r>
        <w:br/>
      </w:r>
      <w:r>
        <w:rPr>
          <w:sz w:val="20"/>
        </w:rPr>
        <w:t>13:17  aur mein ne bara safar, India ka safar kiya, bare bare log mile aur majority raazi ho gayi is par.</w:t>
      </w:r>
      <w:r>
        <w:br/>
      </w:r>
      <w:r>
        <w:rPr>
          <w:sz w:val="20"/>
        </w:rPr>
        <w:t>13:27  lekin Musalman jo jazbati qaum hai, Musalmanon ki jazbatiyat record ban gayi kyunke relocation un ke nazdeek jaiz hi nahi tha.</w:t>
      </w:r>
      <w:r>
        <w:br/>
      </w:r>
      <w:r>
        <w:rPr>
          <w:sz w:val="20"/>
        </w:rPr>
        <w:t>13:46  yani Islam mein yeh usool hai ke fatwa mein tahseel karo, tahseel fatwa, taaseer na karo,</w:t>
      </w:r>
      <w:r>
        <w:br/>
      </w:r>
      <w:r>
        <w:rPr>
          <w:sz w:val="20"/>
        </w:rPr>
        <w:t>14:01  taaseer fatwa nahi. yani mushkil se fatwa na do, aasan fatwa do. aur Rasool Allah Sallallahu Alaihi Wasallam ka yeh tareeqa tha.</w:t>
      </w:r>
      <w:r>
        <w:br/>
      </w:r>
      <w:r>
        <w:rPr>
          <w:sz w:val="20"/>
        </w:rPr>
        <w:t>14:12  hamesha aap taaseer ki taraf jatay thay, taaseer ki taraf nahi jatay thay.</w:t>
      </w:r>
      <w:r>
        <w:br/>
      </w:r>
      <w:r>
        <w:rPr>
          <w:sz w:val="20"/>
        </w:rPr>
        <w:t>14:21  lekin Musalmanon ne kiya kiya? masjid wahin banao, masjid wahin banao, masjid wahin banao.</w:t>
      </w:r>
      <w:r>
        <w:br/>
      </w:r>
      <w:r>
        <w:rPr>
          <w:sz w:val="20"/>
        </w:rPr>
        <w:t>14:32  tarteeb yeh hai ke aaj toh nahi bani aur mujhe abhi shakk hai ke kuch hoga ya nahi hoga.</w:t>
      </w:r>
    </w:p>
    <w:p>
      <w:pPr>
        <w:pStyle w:val="Heading2"/>
      </w:pPr>
      <w:r>
        <w:t>Allah's comprehensive guidance to humanity</w:t>
      </w:r>
    </w:p>
    <w:p>
      <w:r>
        <w:rPr>
          <w:color w:val="666666"/>
          <w:sz w:val="18"/>
        </w:rPr>
        <w:t>The Importance of Shukr December 19, 2010 · 6m 05s · at 28:29 · https://youtu.be/aoKMb5-IQQU?t=1709</w:t>
      </w:r>
    </w:p>
    <w:p>
      <w:r>
        <w:rPr>
          <w:i/>
        </w:rPr>
        <w:t>“Allah Ta'ala ne paida kiya pehle jinnat ko”</w:t>
      </w:r>
    </w:p>
    <w:p>
      <w:r>
        <w:rPr>
          <w:sz w:val="20"/>
        </w:rPr>
        <w:t>28:29  allah taala ne paida kiya pehle jinnaat ko. jinnaat fail ho</w:t>
      </w:r>
      <w:r>
        <w:br/>
      </w:r>
      <w:r>
        <w:rPr>
          <w:sz w:val="20"/>
        </w:rPr>
        <w:t>28:38  gaye. is zameen par pehle jinnaat basaye gaye thay. to jinnaat ko bohat aql di gayi thi. bohat zyada aql.</w:t>
      </w:r>
      <w:r>
        <w:br/>
      </w:r>
      <w:r>
        <w:rPr>
          <w:sz w:val="20"/>
        </w:rPr>
        <w:t>28:50  aql ko sahi istemal na kar saka woh fail ho gaya. to phir insaan ko paida kiya allah taala ne.</w:t>
      </w:r>
      <w:r>
        <w:br/>
      </w:r>
      <w:r>
        <w:rPr>
          <w:sz w:val="20"/>
        </w:rPr>
        <w:t>28:59  insaan ke andar aik aik aur cheez di. aik additional cheez aql ke ilawa. woh kya hai? intuition.</w:t>
      </w:r>
      <w:r>
        <w:br/>
      </w:r>
      <w:r>
        <w:rPr>
          <w:sz w:val="20"/>
        </w:rPr>
        <w:t>29:09  jis ko hum wajdan kehte hain.</w:t>
      </w:r>
      <w:r>
        <w:br/>
      </w:r>
      <w:r>
        <w:rPr>
          <w:sz w:val="20"/>
        </w:rPr>
        <w:t>29:14  yeh is ko aik aur cheez di. yeh kya tha? taake insaan jo hai, kyun ke dekhiye aql jo hai, aql bohat hi limited cheez hai.</w:t>
      </w:r>
      <w:r>
        <w:br/>
      </w:r>
      <w:r>
        <w:rPr>
          <w:sz w:val="20"/>
        </w:rPr>
        <w:t>29:27  agarche aap sochen, maujooda zamane mein science kehti hai ke reasons se aap sirf probability tak pohnchte hain. probability tak.</w:t>
      </w:r>
      <w:r>
        <w:br/>
      </w:r>
      <w:r>
        <w:rPr>
          <w:sz w:val="20"/>
        </w:rPr>
        <w:t>29:37  probability, imkan. yaqeen tak nahi pohnch sakte aap. to kya ke aql insan ko di gayi thi, reason tha us ke paas lekin woh sirf pohnch sakta tha probability tak, imkan tak.</w:t>
      </w:r>
      <w:r>
        <w:br/>
      </w:r>
      <w:r>
        <w:rPr>
          <w:sz w:val="20"/>
        </w:rPr>
        <w:t>29:52  to imkan ko le kar ke aap faisla nahi kar paat</w:t>
      </w:r>
      <w:r>
        <w:br/>
      </w:r>
      <w:r>
        <w:rPr>
          <w:sz w:val="20"/>
        </w:rPr>
        <w:t>29:56  e. maslan aap dekhiye aap ki mother hai. agar sirf reason apply karna ho aap ko aur sirf probability par ja kar mamla pohnchta ho ke probability yeh meri mother hai.</w:t>
      </w:r>
      <w:r>
        <w:br/>
      </w:r>
      <w:r>
        <w:rPr>
          <w:sz w:val="20"/>
        </w:rPr>
        <w:t>30:11  to aap mohabbat nahi kar payenge is se.</w:t>
      </w:r>
      <w:r>
        <w:br/>
      </w:r>
      <w:r>
        <w:rPr>
          <w:sz w:val="20"/>
        </w:rPr>
        <w:t>30:14  mohabbat jab kar paate hain ke dil mein jo baithi hui hai yeh maa. us ki wajah se. aap ke dil mein, aap ke intuition mein, aap ke wajdan mein.</w:t>
      </w:r>
      <w:r>
        <w:br/>
      </w:r>
      <w:r>
        <w:rPr>
          <w:sz w:val="20"/>
        </w:rPr>
        <w:t>30:25  us ki wajah se aap mohabbat karte hain. aql se le kar mohabbat nahi karte aap. aql se soch kar mohabbat karna ho to koi maa ko maane bhi nahi. ke maine to dekha hai tum ke main tumhare peit se nikal raha hoon.</w:t>
      </w:r>
      <w:r>
        <w:br/>
      </w:r>
      <w:r>
        <w:rPr>
          <w:sz w:val="20"/>
        </w:rPr>
        <w:t>30:37  kaise maanu ke tu meri maa hai?</w:t>
      </w:r>
      <w:r>
        <w:br/>
      </w:r>
      <w:r>
        <w:rPr>
          <w:sz w:val="20"/>
        </w:rPr>
        <w:t>30:39  lekin dil mein jo hai us ka bhara hua, us ka ehsas, woh cheez aap ko mohabbat karne par majboor karta hai.</w:t>
      </w:r>
      <w:r>
        <w:br/>
      </w:r>
      <w:r>
        <w:rPr>
          <w:sz w:val="20"/>
        </w:rPr>
        <w:t>30:49  to Allah taala ne dekhiye aql ke sath sath yeh bhi cheez diya. us ke nature mein, us ke wajdan mein, us ki us ke intuition mein bhar diya.</w:t>
      </w:r>
      <w:r>
        <w:br/>
      </w:r>
      <w:r>
        <w:rPr>
          <w:sz w:val="20"/>
        </w:rPr>
        <w:t>31:02  taake insan jo hai Khuda ke manne ke mamle mein probability par na ruke. balke emotional tor par, sentimental tor par Khuda se jure woh.</w:t>
      </w:r>
      <w:r>
        <w:br/>
      </w:r>
      <w:r>
        <w:rPr>
          <w:sz w:val="20"/>
        </w:rPr>
        <w:t>31:13  Khuda se mohabbat karne wala bane. lekin insan ko dekhiye aap kuch bhi nahi.</w:t>
      </w:r>
      <w:r>
        <w:br/>
      </w:r>
      <w:r>
        <w:rPr>
          <w:sz w:val="20"/>
        </w:rPr>
        <w:t>31:20  is se aage aur set badhai Allah taala ne. ke poori kainat ko ek sign bana diya.</w:t>
      </w:r>
      <w:r>
        <w:br/>
      </w:r>
      <w:r>
        <w:rPr>
          <w:sz w:val="20"/>
        </w:rPr>
        <w:t>31:29  sign. sign of God.</w:t>
      </w:r>
      <w:r>
        <w:br/>
      </w:r>
      <w:r>
        <w:rPr>
          <w:sz w:val="20"/>
        </w:rPr>
        <w:t>31:31  har cheez mein Khuda ka jalwa. har cheez mein aap ek patti mein, ek zarre mein, ek galaxy mein, solar system mein ek jalwa Khuda ka.</w:t>
      </w:r>
      <w:r>
        <w:br/>
      </w:r>
      <w:r>
        <w:rPr>
          <w:sz w:val="20"/>
        </w:rPr>
        <w:t>31:44  taake is ko dekh kar aap ko sense of awe paida ho, thrill paida ho aur Khuda ko maanein. tab bhi insan ne yani kuch sabak nahi liya is se.</w:t>
      </w:r>
      <w:r>
        <w:br/>
      </w:r>
      <w:r>
        <w:rPr>
          <w:sz w:val="20"/>
        </w:rPr>
        <w:t>31:56  phir dekhiye Allah taala ne kya kiya insan ke liye.</w:t>
      </w:r>
      <w:r>
        <w:br/>
      </w:r>
      <w:r>
        <w:rPr>
          <w:sz w:val="20"/>
        </w:rPr>
        <w:t>32:03  paighambar bheje.</w:t>
      </w:r>
      <w:r>
        <w:br/>
      </w:r>
      <w:r>
        <w:rPr>
          <w:sz w:val="20"/>
        </w:rPr>
        <w:t>32:06  paighambar koi aasan cheez nahi hai. paighambar ke maani hain</w:t>
      </w:r>
      <w:r>
        <w:br/>
      </w:r>
      <w:r>
        <w:rPr>
          <w:sz w:val="20"/>
        </w:rPr>
        <w:t>32:15  yani jo duniya mein nizam hai is nizam ko todna. ek ek ek farishta aata hai paighambar ke paas Khuda ke words ko le kar.</w:t>
      </w:r>
      <w:r>
        <w:br/>
      </w:r>
      <w:r>
        <w:rPr>
          <w:sz w:val="20"/>
        </w:rPr>
        <w:t>32:27  to duniya ka jo natural system hai us ko tod kar ke goya Khuda ne exceptional tor par ek farishta bheja ek paighambar ke paas.</w:t>
      </w:r>
      <w:r>
        <w:br/>
      </w:r>
      <w:r>
        <w:rPr>
          <w:sz w:val="20"/>
        </w:rPr>
        <w:t>32:37  ke taake aap ko hidayat ho. phir bhi insan</w:t>
      </w:r>
      <w:r>
        <w:br/>
      </w:r>
      <w:r>
        <w:rPr>
          <w:sz w:val="20"/>
        </w:rPr>
        <w:t>32:45  phir bhi insan ne hidayat nahi pakdi. phir bhi insan ne hidayat nahi pakdi. kaisi ajeeb baat hai. aakhri had bata doon, aakhri</w:t>
      </w:r>
      <w:r>
        <w:br/>
      </w:r>
      <w:r>
        <w:rPr>
          <w:sz w:val="20"/>
        </w:rPr>
        <w:t>32:57  had Allah taala ne kya ki? aakhri had.</w:t>
      </w:r>
      <w:r>
        <w:br/>
      </w:r>
      <w:r>
        <w:rPr>
          <w:sz w:val="20"/>
        </w:rPr>
        <w:t>33:05  aakhri had yeh hai. hadith mein aata hai ke ma raait misl jannat naam talibah. ke jannat ki talab bhi nahi logon ke andar.</w:t>
      </w:r>
      <w:r>
        <w:br/>
      </w:r>
      <w:r>
        <w:rPr>
          <w:sz w:val="20"/>
        </w:rPr>
        <w:t>33:17  sachi tarp bhi nahin.</w:t>
      </w:r>
      <w:r>
        <w:br/>
      </w:r>
      <w:r>
        <w:rPr>
          <w:sz w:val="20"/>
        </w:rPr>
        <w:t>33:21  shopping center se jitna shauq in ko hota hai ek naya jora kapre karne ka jitna is ke talib hote hain itna bhi talab nahin.</w:t>
      </w:r>
      <w:r>
        <w:br/>
      </w:r>
      <w:r>
        <w:rPr>
          <w:sz w:val="20"/>
        </w:rPr>
        <w:t>33:33  yani Allah taala ne yahan tak list barhai ke koi sacha talib ho to us ko bhi jannat mein dakhil karo.</w:t>
      </w:r>
      <w:r>
        <w:br/>
      </w:r>
      <w:r>
        <w:rPr>
          <w:sz w:val="20"/>
        </w:rPr>
        <w:t>33:44  is is hadith ki asal khud Quran mein maujood hai. wa ma sa'ila fala tanhar</w:t>
      </w:r>
      <w:r>
        <w:br/>
      </w:r>
      <w:r>
        <w:rPr>
          <w:sz w:val="20"/>
        </w:rPr>
        <w:t>33:50  ْ yani Allah taala ne insan se kaha ke tum se koi sa'il ban kar aaye, mangne wala ban kar aaye to us ko jharako mat, de do us ko.</w:t>
      </w:r>
      <w:r>
        <w:br/>
      </w:r>
      <w:r>
        <w:rPr>
          <w:sz w:val="20"/>
        </w:rPr>
        <w:t>34:00  is ke mani kya hain? is mein ek ek cheez chupi hui hai ke main woh hasti hoon ke mange tab bhi doon ga.</w:t>
      </w:r>
      <w:r>
        <w:br/>
      </w:r>
      <w:r>
        <w:rPr>
          <w:sz w:val="20"/>
        </w:rPr>
        <w:t>34:10  chahe us ne koi bara kaam na bhi kiya ho. ke Allah taala ne apna introduction diya hai keh kar ke. wa ma sa'ila fala tanha</w:t>
      </w:r>
      <w:r>
        <w:br/>
      </w:r>
      <w:r>
        <w:rPr>
          <w:sz w:val="20"/>
        </w:rPr>
        <w:t>34:19  rْ yani main deta hoon tum bhi do. kaisi ajeeb baat hai. Khuda ne list ko yahan tak barhaya, yahan tak barhaya. reason diya, intuition diya, pure nature ko sign se bhar diya.</w:t>
      </w:r>
    </w:p>
    <w:p>
      <w:pPr>
        <w:pStyle w:val="Heading2"/>
      </w:pPr>
      <w:r>
        <w:t>Never justify your mistake completely</w:t>
      </w:r>
    </w:p>
    <w:p>
      <w:r>
        <w:rPr>
          <w:color w:val="666666"/>
          <w:sz w:val="18"/>
        </w:rPr>
        <w:t>Tazkiyah and Self Criticism April 13, 2020 Maulana Wahiduddin Khan · 37s · at 25:48 · https://youtu.be/D4pMJtT4vDg?t=1548</w:t>
      </w:r>
    </w:p>
    <w:p>
      <w:r>
        <w:rPr>
          <w:i/>
        </w:rPr>
        <w:t>“Main apni ghalti ko kabhi justify nahi karta”</w:t>
      </w:r>
    </w:p>
    <w:p>
      <w:r>
        <w:rPr>
          <w:sz w:val="20"/>
        </w:rPr>
        <w:t>25:48  Aur mera mizaj ulta hai. Main apni ghalti ko kabhi justify nahi karta. Aap yaqeen kijiye ke main is ko afford nahi kar sakta.</w:t>
      </w:r>
      <w:r>
        <w:br/>
      </w:r>
      <w:r>
        <w:rPr>
          <w:sz w:val="20"/>
        </w:rPr>
        <w:t>25:57  Afford nahi ke main apni ghalti ko justify karoon.</w:t>
      </w:r>
      <w:r>
        <w:br/>
      </w:r>
      <w:r>
        <w:rPr>
          <w:sz w:val="20"/>
        </w:rPr>
        <w:t>26:06  Yeh main afford nahi kar sakta ke main apni ghalti ko justify karoon. To yeh mizaj banana padega. Yeh mizaj banana padega.</w:t>
      </w:r>
    </w:p>
    <w:p>
      <w:pPr>
        <w:pStyle w:val="Heading2"/>
      </w:pPr>
      <w:r>
        <w:t>The fiqh case that strict burqa segregation isn't Islamic</w:t>
      </w:r>
    </w:p>
    <w:p>
      <w:r>
        <w:rPr>
          <w:color w:val="666666"/>
          <w:sz w:val="18"/>
        </w:rPr>
        <w:t>Age of Alternatives April 05, 2015 · 4m 31s · at 53:45 · https://youtu.be/4v0uCM2BZuA?t=3225</w:t>
      </w:r>
    </w:p>
    <w:p>
      <w:r>
        <w:rPr>
          <w:i/>
        </w:rPr>
        <w:t>“Al-zarurat tubihu al-mahzurat — necessity permits the prohibited”</w:t>
      </w:r>
    </w:p>
    <w:p>
      <w:r>
        <w:rPr>
          <w:sz w:val="20"/>
        </w:rPr>
        <w:t>53:45  "al-zarurat tubih al-mahzurāt"۔ yeh fiqh ka saare ulama mante hain: "al-zarurat tubih al-mahzurāt" yaani necessity makes unlawful lawful۔</w:t>
      </w:r>
      <w:r>
        <w:br/>
      </w:r>
      <w:r>
        <w:rPr>
          <w:sz w:val="20"/>
        </w:rPr>
        <w:t>53:57  to yahan par hamein agar hum strict sense mein segregation ka formula apnayein to yeh mission band karna parega۔</w:t>
      </w:r>
      <w:r>
        <w:br/>
      </w:r>
      <w:r>
        <w:rPr>
          <w:sz w:val="20"/>
        </w:rPr>
        <w:t>54:06  nahi chal sakta, chal hi nahi sakta۔ to</w:t>
      </w:r>
      <w:r>
        <w:br/>
      </w:r>
      <w:r>
        <w:rPr>
          <w:sz w:val="20"/>
        </w:rPr>
        <w:t>54:11  mein do baatein kahunga ke natural dayre mein de-segregation apne aap maujood hai pehle bhi aur aaj bhi۔</w:t>
      </w:r>
      <w:r>
        <w:br/>
      </w:r>
      <w:r>
        <w:rPr>
          <w:sz w:val="20"/>
        </w:rPr>
        <w:t>54:20  aur is zarurat ke tehat agar aap ikhtiyar karna chahein is ko to yeh bhi maujood hai۔ is yeh masla bhi ke "al-zarurat tubih al-mahzurāt" aap ikhtiyar kar sakte hain۔</w:t>
      </w:r>
      <w:r>
        <w:br/>
      </w:r>
      <w:r>
        <w:rPr>
          <w:sz w:val="20"/>
        </w:rPr>
        <w:t>54:33  mein samajhta hoon ke khawateen ke bare mein jo nazariya sahi hai, woh hai jo allama nasseruddin al-bani ne apni kitab mein likha hai۔ is ki kitab ka naam hai: "hijab al-marat al-muslima"۔</w:t>
      </w:r>
      <w:r>
        <w:br/>
      </w:r>
      <w:r>
        <w:rPr>
          <w:sz w:val="20"/>
        </w:rPr>
        <w:t>54:45  "hijab al-marat al-muslima" is mein unhon ne likha hai ke segregation yeh koi islam ka principle nahi hai۔</w:t>
      </w:r>
      <w:r>
        <w:br/>
      </w:r>
      <w:r>
        <w:rPr>
          <w:sz w:val="20"/>
        </w:rPr>
        <w:t>54:53  unhon ne ek misaal di hai ke ek hadith mein ek hadith hai ke rasool Allah ke zamane mein auratein fajar ki namaz mein aati theen۔</w:t>
      </w:r>
      <w:r>
        <w:br/>
      </w:r>
      <w:r>
        <w:rPr>
          <w:sz w:val="20"/>
        </w:rPr>
        <w:t>55:04  to is mein lafz hai, rawi ne yeh lafz istemal kiya hai ke: "wa la yu'rafna min al-ghalas"۔</w:t>
      </w:r>
      <w:r>
        <w:br/>
      </w:r>
      <w:r>
        <w:rPr>
          <w:sz w:val="20"/>
        </w:rPr>
        <w:t>55:15  is is hadith ko riwayat naqal kiya allama al-bani ne ke: "wa la yu'rafna min al-ghalas" aur andhere ki wajah se pehchani nahi jati thi۔ aap ghor kijiye ke mein yani agar wahan sab log burqa posh hon, chehre ko chhupaye hue hon to andhera ho, chahe ujala nahi pehchane jayenge۔</w:t>
      </w:r>
      <w:r>
        <w:br/>
      </w:r>
      <w:r>
        <w:rPr>
          <w:sz w:val="20"/>
        </w:rPr>
        <w:t>55:38  woh to aaj "wa la yu'rafna min al-ghalas" ke ma'ni andhere ki wajah se pehchani jat</w:t>
      </w:r>
      <w:r>
        <w:br/>
      </w:r>
      <w:r>
        <w:rPr>
          <w:sz w:val="20"/>
        </w:rPr>
        <w:t>55:44  i thi۔ is ka ma'ni hai ke wahan yeh segregation nahi tha jo aaj kal bana rakha hai logon ne۔ yeh yeh nahi tha۔ to allama al-bani likhte hain ke asal cheez jo hai aurat ke ma'amle mein woh hai satar poshi aur aur woh sadgi aur yani jo purpose society jo jis ko kaha jata hai, us se door rehna, nudity se door rehna۔</w:t>
      </w:r>
      <w:r>
        <w:br/>
      </w:r>
      <w:r>
        <w:rPr>
          <w:sz w:val="20"/>
        </w:rPr>
        <w:t>56:14  yeh baqi hai ke burqa aur aur bilkul jaise chehra chhupa hua hai, yeh yeh koi islam nahi hai۔ doosri baat mein yeh arz karunga ke fiqh hanafi jo hai, fiqh hanafi mein teen cheezon ko exempt kiya gaya hai parde se:</w:t>
      </w:r>
      <w:r>
        <w:br/>
      </w:r>
      <w:r>
        <w:rPr>
          <w:sz w:val="20"/>
        </w:rPr>
        <w:t>56:32  face aur kaffain aur qadamain yani chehra aur aur haath aur paon۔</w:t>
      </w:r>
      <w:r>
        <w:br/>
      </w:r>
      <w:r>
        <w:rPr>
          <w:sz w:val="20"/>
        </w:rPr>
        <w:t>56:40  yeh fiqh</w:t>
      </w:r>
      <w:r>
        <w:br/>
      </w:r>
      <w:r>
        <w:rPr>
          <w:sz w:val="20"/>
        </w:rPr>
        <w:t>56:41  hanafi mein is ko mustasna qarar diya gaya hai۔ woh is ayat se le kar unhon ne banaya hai masla: "illa ma dhahara minha"۔</w:t>
      </w:r>
      <w:r>
        <w:br/>
      </w:r>
      <w:r>
        <w:rPr>
          <w:sz w:val="20"/>
        </w:rPr>
        <w:t>56:52  to hum ne jo ikhtiyar kiya hai tareeqa, yeh ulama ke maslak se hargiz hata hua nahi hai۔ khud ulama hate hue hain ke jo cheez islam mein nahi hai, us ko unhon ne impose kar rakha hai۔</w:t>
      </w:r>
      <w:r>
        <w:br/>
      </w:r>
      <w:r>
        <w:rPr>
          <w:sz w:val="20"/>
        </w:rPr>
        <w:t>57:04  islam mein kabhi burqa nahi tha۔</w:t>
      </w:r>
      <w:r>
        <w:br/>
      </w:r>
      <w:r>
        <w:rPr>
          <w:sz w:val="20"/>
        </w:rPr>
        <w:t>57:07  koi sabit nahi kar sakta ke rasool Allah aur sahaba ke zamane mein burqa tha to aap burqa bana rakha hai۔ to ulama hate hue hain, hum kahan hate hain؟ ab khud jab fiqh hanafi mein yeh masla hai ke ke face aur haath aur qadam yeh yeh khol khol sakti hain auratein, to aap kaun hote hain is ke khilaf masla banane wale؟</w:t>
      </w:r>
      <w:r>
        <w:br/>
      </w:r>
      <w:r>
        <w:rPr>
          <w:sz w:val="20"/>
        </w:rPr>
        <w:t>57:34  to hamare bare mein koi agar yeh kahe ke hum shariat se hate hue hain to bilkul galat jhoot kehta hai۔ woh hum wohi tareeqa ikhtiyar kiye hue hain jo quran hadith sabit hai, jo fiqh hanafi ka masla hai aur jo jo sabit hota hai۔</w:t>
      </w:r>
      <w:r>
        <w:br/>
      </w:r>
      <w:r>
        <w:rPr>
          <w:sz w:val="20"/>
        </w:rPr>
        <w:t>57:52  to khulasa yeh hai ke asal cheez khawateen ke liye hai ke woh sadgi mein rahein, hawa na karein, woh free mixing na karein aur jaiz hudood mein kaam karein aur purpose full un ka jo de-segregation ho, purpose purpose full ho to bilkul islami hoga۔</w:t>
      </w:r>
      <w:r>
        <w:br/>
      </w:r>
      <w:r>
        <w:rPr>
          <w:sz w:val="20"/>
        </w:rPr>
        <w:t>58:11  woh yahi hamare haan hai, hum is ko kharab nahi karte۔</w:t>
      </w:r>
    </w:p>
    <w:p>
      <w:pPr>
        <w:pStyle w:val="Heading2"/>
      </w:pPr>
      <w:r>
        <w:t>Why Muslims must admit 'we were wrong' before change</w:t>
      </w:r>
    </w:p>
    <w:p>
      <w:r>
        <w:rPr>
          <w:color w:val="666666"/>
          <w:sz w:val="18"/>
        </w:rPr>
        <w:t>The Crises Management September 18, 2011 · 4m 56s · at 54:20 · https://youtu.be/s3cYFtQZwzw?t=3260</w:t>
      </w:r>
    </w:p>
    <w:p>
      <w:r>
        <w:rPr>
          <w:i/>
        </w:rPr>
        <w:t>“We must be able to say: I was wrong, we were wrong”</w:t>
      </w:r>
    </w:p>
    <w:p>
      <w:r>
        <w:rPr>
          <w:sz w:val="20"/>
        </w:rPr>
        <w:t>54:20  yaani ek inqilabi tabdeeli laani padegi apne andar. aur main samajhta hoon ke yeh bohat zaroori hai ke hum yeh keh sakein ke I was wrong we were wrong yaani pichhle do sau saal ke bare mein kehna padega we were wrong ke do sau saal hum ne kho diye.</w:t>
      </w:r>
      <w:r>
        <w:br/>
      </w:r>
      <w:r>
        <w:rPr>
          <w:sz w:val="20"/>
        </w:rPr>
        <w:t>54:42  dekhiye jab tak aisa na ho jaise jaise kalma jo Islam ka hai la ilaha illallah nahin hai koi ilah magar magar Allah to pehle nahin kaha jata hai phir haan hota hai.</w:t>
      </w:r>
      <w:r>
        <w:br/>
      </w:r>
      <w:r>
        <w:rPr>
          <w:sz w:val="20"/>
        </w:rPr>
        <w:t>54:56  to pehle humein manna padega ke do sau saal hum ne kho diye. we were wrong tab koi beginning hogi.</w:t>
      </w:r>
      <w:r>
        <w:br/>
      </w:r>
      <w:r>
        <w:rPr>
          <w:sz w:val="20"/>
        </w:rPr>
        <w:t>55:10  mein is ko bohat ziyada ahmiyat deta hoon ke jab tak aadmi apni ماضی ki ghalti ko na maane aagay ka koi kaam nahi ho sakta hai.</w:t>
      </w:r>
      <w:r>
        <w:br/>
      </w:r>
      <w:r>
        <w:rPr>
          <w:sz w:val="20"/>
        </w:rPr>
        <w:t>55:21  log chahte hain ke ماضی ya hum na kahein ke hum pehle ghalti ki thi aur paich up kar lein to paich up karne se kuch hone wala nahi hai. Kuch bhi nahi hone wala hai.</w:t>
      </w:r>
      <w:r>
        <w:br/>
      </w:r>
      <w:r>
        <w:rPr>
          <w:sz w:val="20"/>
        </w:rPr>
        <w:t>55:32  aam taur par zehen yeh hai ke paich up karne ka.</w:t>
      </w:r>
      <w:r>
        <w:br/>
      </w:r>
      <w:r>
        <w:rPr>
          <w:sz w:val="20"/>
        </w:rPr>
        <w:t>55:38  paich up karna yeh hai ke aap apni ghaltiyon ko na maane idhar udhar kar ke is ko yani kuch kuch</w:t>
      </w:r>
      <w:r>
        <w:br/>
      </w:r>
      <w:r>
        <w:rPr>
          <w:sz w:val="20"/>
        </w:rPr>
        <w:t>55:51  is ke liye koi lafz mere paas nahi hai paich up karne ke liye aur phir aagay ki baat sochne lage</w:t>
      </w:r>
      <w:r>
        <w:br/>
      </w:r>
      <w:r>
        <w:rPr>
          <w:sz w:val="20"/>
        </w:rPr>
        <w:t>55:59  nahi aagay ki mansooba bandi aagay ki planning isi waqt hogi jab hum peechay ke liye apni past ke liye yeh keh sakein ge ke we were wrong aur mein apne study ke barabar keh sakta hoon ke musalmanon ne do sau saal khoya hai poora do sau saal</w:t>
      </w:r>
      <w:r>
        <w:br/>
      </w:r>
      <w:r>
        <w:rPr>
          <w:sz w:val="20"/>
        </w:rPr>
        <w:t>56:23  jab se science aayi hai jaise predict press aaya hai jab se democracy aayi hai jab se duniya mein opinions aaya hai in sab ko mila kar ke mein do sau saal kehta hoon.</w:t>
      </w:r>
      <w:r>
        <w:br/>
      </w:r>
      <w:r>
        <w:rPr>
          <w:sz w:val="20"/>
        </w:rPr>
        <w:t>56:36  poore do sau saal mein sirf reaction kiya musalmanon ne reaction react kiya dekhiye react karne se kuch hone wala nahi hai.</w:t>
      </w:r>
      <w:r>
        <w:br/>
      </w:r>
      <w:r>
        <w:rPr>
          <w:sz w:val="20"/>
        </w:rPr>
        <w:t>56:48  jab bhi aap nai situation aap ke samne aaye to aap ko</w:t>
      </w:r>
      <w:r>
        <w:br/>
      </w:r>
      <w:r>
        <w:rPr>
          <w:sz w:val="20"/>
        </w:rPr>
        <w:t>56:54  positive tor par sochna parta hai. Positive response dena parta hai. Positive response negative reaction se kuch bhi nahi hone wala hai.</w:t>
      </w:r>
      <w:r>
        <w:br/>
      </w:r>
      <w:r>
        <w:rPr>
          <w:sz w:val="20"/>
        </w:rPr>
        <w:t>57:04  to is poore do sau saal mein musalman sirf react karte rahe. Na to samajhne ki koshish ki ke halaat kya hain</w:t>
      </w:r>
      <w:r>
        <w:br/>
      </w:r>
      <w:r>
        <w:rPr>
          <w:sz w:val="20"/>
        </w:rPr>
        <w:t>57:13  haqiqatan aur na to is ki koshish ki ke re planning karein apni.</w:t>
      </w:r>
      <w:r>
        <w:br/>
      </w:r>
      <w:r>
        <w:rPr>
          <w:sz w:val="20"/>
        </w:rPr>
        <w:t>57:22  to ab waqt bilkul apne aakhri had par pahunch chuka hai. Ab mazeed hamein yani time waste karne ka moqa nahi.</w:t>
      </w:r>
      <w:r>
        <w:br/>
      </w:r>
      <w:r>
        <w:rPr>
          <w:sz w:val="20"/>
        </w:rPr>
        <w:t>57:36  aakhri waqt aa gaya hai ke hum re assess karein aur yeh keh kar ke we were wrong aagay badhein. Nai planning karein. Crisis ko manage karna seekhein.</w:t>
      </w:r>
      <w:r>
        <w:br/>
      </w:r>
      <w:r>
        <w:rPr>
          <w:sz w:val="20"/>
        </w:rPr>
        <w:t>57:49  yehi wahid hal hai aur koi doosra hal nahi hai. We have to learn the art of crisis management</w:t>
      </w:r>
      <w:r>
        <w:br/>
      </w:r>
      <w:r>
        <w:rPr>
          <w:sz w:val="20"/>
        </w:rPr>
        <w:t>57:58  abhi kya hai complaint shikayat ihtijaj bade bade alfaaz bolna isi mein lage hue hain. Is se na pehle kuch hua aur na ab kuch hone wala hai.</w:t>
      </w:r>
      <w:r>
        <w:br/>
      </w:r>
      <w:r>
        <w:rPr>
          <w:sz w:val="20"/>
        </w:rPr>
        <w:t>58:16  yani blame others se kuch nahi hoga. Blame yourself se hoga. Yeh culture jo hai blame others wala culture se woh chhodna parega.</w:t>
      </w:r>
      <w:r>
        <w:br/>
      </w:r>
      <w:r>
        <w:rPr>
          <w:sz w:val="20"/>
        </w:rPr>
        <w:t>58:26  blame yourself culture ko pakadna hoga. Tabhi koi naya aaghaz ho sakta hai.</w:t>
      </w:r>
      <w:r>
        <w:br/>
      </w:r>
      <w:r>
        <w:rPr>
          <w:sz w:val="20"/>
        </w:rPr>
        <w:t>58:39  is mani mein mujhe zara bhi shaq nahi.</w:t>
      </w:r>
      <w:r>
        <w:br/>
      </w:r>
      <w:r>
        <w:rPr>
          <w:sz w:val="20"/>
        </w:rPr>
        <w:t>58:45  saare musalman is waqt blame others ka culture pakde hue hain. Is ko aap bilkul is ka reverse kijiye.</w:t>
      </w:r>
      <w:r>
        <w:br/>
      </w:r>
      <w:r>
        <w:rPr>
          <w:sz w:val="20"/>
        </w:rPr>
        <w:t>58:54  blame yourself ka culture pakdiye.</w:t>
      </w:r>
      <w:r>
        <w:br/>
      </w:r>
      <w:r>
        <w:rPr>
          <w:sz w:val="20"/>
        </w:rPr>
        <w:t>58:58  tab ja kar ke kuch hoga. Mein dua karta hoon ke Allah taala mujh ko aur aap ko tofeeq de ke hum baat ko samjhein aur Allah ki madad se apne kaam ki nai planning karein.</w:t>
      </w:r>
    </w:p>
    <w:p>
      <w:pPr>
        <w:pStyle w:val="Heading2"/>
      </w:pPr>
      <w:r>
        <w:t>More money means more distraction, not more happiness</w:t>
      </w:r>
    </w:p>
    <w:p>
      <w:r>
        <w:rPr>
          <w:color w:val="666666"/>
          <w:sz w:val="18"/>
        </w:rPr>
        <w:t>Muslim Militancy July 8, 2007 · 4m 18s · at 1:43:15 · https://youtu.be/mfIIEFQDOtg?t=6195</w:t>
      </w:r>
    </w:p>
    <w:p>
      <w:r>
        <w:rPr>
          <w:i/>
        </w:rPr>
        <w:t>“more money تو better چیز ختم ہو جاتی ہے”</w:t>
      </w:r>
    </w:p>
    <w:p>
      <w:r>
        <w:rPr>
          <w:sz w:val="20"/>
        </w:rPr>
        <w:t>1:43:15  Is it wrong to earn more money and obtain better things in life? Ab more money to better, more money ke baad better cheez khatam ho jati hai.</w:t>
      </w:r>
      <w:r>
        <w:br/>
      </w:r>
      <w:r>
        <w:rPr>
          <w:sz w:val="20"/>
        </w:rPr>
        <w:t>1:43:30  Mili hui bhi khatam ho jati hai. More money aai ke better cheez gai.</w:t>
      </w:r>
      <w:r>
        <w:br/>
      </w:r>
      <w:r>
        <w:rPr>
          <w:sz w:val="20"/>
        </w:rPr>
        <w:t>1:43:37  Dekhiye, mera zindagi ke upar ka tajurba hai. Ke more money anay ke baad kya hota hai?</w:t>
      </w:r>
      <w:r>
        <w:br/>
      </w:r>
      <w:r>
        <w:rPr>
          <w:sz w:val="20"/>
        </w:rPr>
        <w:t>1:43:48  Waste of money. Jis ke paas paisa zyada aya to money ko waste karne laga woh. Kahan? Outing mein, shopping mein, fashion mein.</w:t>
      </w:r>
      <w:r>
        <w:br/>
      </w:r>
      <w:r>
        <w:rPr>
          <w:sz w:val="20"/>
        </w:rPr>
        <w:t>1:43:59  Aur aisa ghar banana, waisa car khareedna</w:t>
      </w:r>
      <w:r>
        <w:br/>
      </w:r>
      <w:r>
        <w:rPr>
          <w:sz w:val="20"/>
        </w:rPr>
        <w:t>1:44:02  ۔ To more money means super diversion۔</w:t>
      </w:r>
      <w:r>
        <w:br/>
      </w:r>
      <w:r>
        <w:rPr>
          <w:sz w:val="20"/>
        </w:rPr>
        <w:t>1:44:11  Super distraction. Maine to koi exception nahi dekha is mein. Koi exception mujhe nahi apni zindagi mein dikhai nahi para. Jab tak aadmi se kam paisa hai to distraction kam hota hai.</w:t>
      </w:r>
      <w:r>
        <w:br/>
      </w:r>
      <w:r>
        <w:rPr>
          <w:sz w:val="20"/>
        </w:rPr>
        <w:t>1:44:26  Aur zyada paisa aya to phir distraction har waqt. Har waqt distraction.</w:t>
      </w:r>
      <w:r>
        <w:br/>
      </w:r>
      <w:r>
        <w:rPr>
          <w:sz w:val="20"/>
        </w:rPr>
        <w:t>1:44:34  Aur maine ek baar to kaha tha yahan par ke haram jo hai cheezen wo isi liye haram hain ke wo distraction hain wo. Haram kyun hain?</w:t>
      </w:r>
      <w:r>
        <w:br/>
      </w:r>
      <w:r>
        <w:rPr>
          <w:sz w:val="20"/>
        </w:rPr>
        <w:t>1:44:43  Is liye ke wo distract karti hain right path se. Right path se. Jaise sharab hai, haram kyun hai?</w:t>
      </w:r>
      <w:r>
        <w:br/>
      </w:r>
      <w:r>
        <w:rPr>
          <w:sz w:val="20"/>
        </w:rPr>
        <w:t>1:44:54  Khuda yeh chahta hai ke intellectual process mere mind mein barabar chalta rahe. Intellectual process. Aur sharab kya karti hai?</w:t>
      </w:r>
      <w:r>
        <w:br/>
      </w:r>
      <w:r>
        <w:rPr>
          <w:sz w:val="20"/>
        </w:rPr>
        <w:t>1:45:04  Mere intellectual process ko stop kar deti hai.</w:t>
      </w:r>
      <w:r>
        <w:br/>
      </w:r>
      <w:r>
        <w:rPr>
          <w:sz w:val="20"/>
        </w:rPr>
        <w:t>1:45:10  Sensitivity ko khatam kar deti hai. Intellectual process sound way mein, bilkul right way mein chalta rahe, chalta rahe, chalta rahe.</w:t>
      </w:r>
      <w:r>
        <w:br/>
      </w:r>
      <w:r>
        <w:rPr>
          <w:sz w:val="20"/>
        </w:rPr>
        <w:t>1:45:22  Yeh hai to. To sharab distract karti hai. Aur jitni bhi cheezen hain, friendship hai aur jitni bhi cheezen hain, sab distract karti hain.</w:t>
      </w:r>
      <w:r>
        <w:br/>
      </w:r>
      <w:r>
        <w:rPr>
          <w:sz w:val="20"/>
        </w:rPr>
        <w:t>1:45:34  To jab paisa aye ga to is mani mein ke aap distraction ki ke bill chukane ki position mein ho jatay hain.</w:t>
      </w:r>
      <w:r>
        <w:br/>
      </w:r>
      <w:r>
        <w:rPr>
          <w:sz w:val="20"/>
        </w:rPr>
        <w:t>1:45:43  Paisa nahi hai to aap ne ek suit bana liya. Ya do suit bana liya. Zyada paisa aya to aap so suit khareeden ge aap.</w:t>
      </w:r>
      <w:r>
        <w:br/>
      </w:r>
      <w:r>
        <w:rPr>
          <w:sz w:val="20"/>
        </w:rPr>
        <w:t>1:45:51  To aap distraction ki price dene ki position mein ho jatay hain aap. Aaj yahan chalo, aaj wahan chalo, aaj outing karo, woh khana hotel mein kha len ge, falan jagah karen ge.</w:t>
      </w:r>
      <w:r>
        <w:br/>
      </w:r>
      <w:r>
        <w:rPr>
          <w:sz w:val="20"/>
        </w:rPr>
        <w:t>1:46:02  To jis aadmi, woh sahib, bohat hi main kehta hoon ke bad-qismat hai woh aadmi jis ko distraction ki price dene ke liye Khuda paisa thakel de us ke paas.</w:t>
      </w:r>
      <w:r>
        <w:br/>
      </w:r>
      <w:r>
        <w:rPr>
          <w:sz w:val="20"/>
        </w:rPr>
        <w:t>1:46:12  Lo paisa, khoob distraction mein jao, par jao is mein.</w:t>
      </w:r>
      <w:r>
        <w:br/>
      </w:r>
      <w:r>
        <w:rPr>
          <w:sz w:val="20"/>
        </w:rPr>
        <w:t>1:46:17  To distraction ke is zamanay mein khaas tor par itnay zyada khulay hue hain tareeqay ke aap bari bari carain khareediye, baray baray ghar banaiye.</w:t>
      </w:r>
      <w:r>
        <w:br/>
      </w:r>
      <w:r>
        <w:rPr>
          <w:sz w:val="20"/>
        </w:rPr>
        <w:t>1:46:29  Main Arab mein gaya to ek sahib thay, mujhe le gaye apne ghar mein. To sahib itna bara ghar tha, itna bara tha, so aadmi reh sakte hain is ke andar. Aur rehte thay kaun?</w:t>
      </w:r>
      <w:r>
        <w:br/>
      </w:r>
      <w:r>
        <w:rPr>
          <w:sz w:val="20"/>
        </w:rPr>
        <w:t>1:46:39  Woh aur un ki biwi, bas do aadmi. Aur sara fully air condition tha woh. To paise ko kahan kharch kiya unhon ne?</w:t>
      </w:r>
      <w:r>
        <w:br/>
      </w:r>
      <w:r>
        <w:rPr>
          <w:sz w:val="20"/>
        </w:rPr>
        <w:t>1:46:47  Distraction mein. Yeh bara sa ghar liya, har waqt dekhte rehte hain ke bhai is mein dekho woh woh woh jo hai unit theek chal raha hai ya nahi chal raha hai air conditioning ka.</w:t>
      </w:r>
      <w:r>
        <w:br/>
      </w:r>
      <w:r>
        <w:rPr>
          <w:sz w:val="20"/>
        </w:rPr>
        <w:t>1:46:57  Aur dekho woh mali aya hai ke nahi aya garden karne ke liye. Yani har waqt wohi chakar rehta hai. Safai hui ke nahi hui. To kaha paisa aya to distraction ki jo bill hai woh barh gaya.</w:t>
      </w:r>
      <w:r>
        <w:br/>
      </w:r>
      <w:r>
        <w:rPr>
          <w:sz w:val="20"/>
        </w:rPr>
        <w:t>1:47:13  yeh mein samajhta hoon ke woh hadees bohat hi sahi hadees hai. The same as the scientific hadees hai. Ke hadees mein aata hai ke bohat hi achhe tareeqe se is ko bataya gaya hai ke insaan ko kya chahiye.</w:t>
      </w:r>
    </w:p>
    <w:p>
      <w:pPr>
        <w:pStyle w:val="Heading2"/>
      </w:pPr>
      <w:r>
        <w:t>Prayer and worship have no fixed form in the Quran</w:t>
      </w:r>
    </w:p>
    <w:p>
      <w:r>
        <w:rPr>
          <w:color w:val="666666"/>
          <w:sz w:val="18"/>
        </w:rPr>
        <w:t>Message of The Quran March 29, 2015 · 5m 12s · at 27:09 · https://youtu.be/61ANCBxSPHs?t=1629</w:t>
      </w:r>
    </w:p>
    <w:p>
      <w:r>
        <w:rPr>
          <w:i/>
        </w:rPr>
        <w:t>“قرآن میں یہ ہے کہ نماز پڑھو، روزہ رکھو، زکوٰۃ دو، حج کرو”</w:t>
      </w:r>
    </w:p>
    <w:p>
      <w:r>
        <w:rPr>
          <w:sz w:val="20"/>
        </w:rPr>
        <w:t>27:09  ab mein ek aur misal deta hoon aap ko. dekhiye quran mein yeh hai. quran mein hai ke namaz parho, roza rakho, zakat do, hajj karo.</w:t>
      </w:r>
      <w:r>
        <w:br/>
      </w:r>
      <w:r>
        <w:rPr>
          <w:sz w:val="20"/>
        </w:rPr>
        <w:t>27:22  is tarah ke kai ahkam quran majeed mein hain.</w:t>
      </w:r>
      <w:r>
        <w:br/>
      </w:r>
      <w:r>
        <w:rPr>
          <w:sz w:val="20"/>
        </w:rPr>
        <w:t>27:28  magar koi bhi hukum quran mein Well Defined nahi hai.</w:t>
      </w:r>
      <w:r>
        <w:br/>
      </w:r>
      <w:r>
        <w:rPr>
          <w:sz w:val="20"/>
        </w:rPr>
        <w:t>27:34  namaz parhen to aap kaise parhen? quran mein kahin is ka un ke form ko Well Defined form nahi bataya gaya.</w:t>
      </w:r>
      <w:r>
        <w:br/>
      </w:r>
      <w:r>
        <w:rPr>
          <w:sz w:val="20"/>
        </w:rPr>
        <w:t>27:46  yani namaz ka koi Well Defined form quran mein nahi bataya gaya. roza hai, roze ka koi Well Defined form quran mein nahi bataya gaya.</w:t>
      </w:r>
      <w:r>
        <w:br/>
      </w:r>
      <w:r>
        <w:rPr>
          <w:sz w:val="20"/>
        </w:rPr>
        <w:t>27:57  hajj ka koi Well Defined form quran mein nahi bataya gaya.</w:t>
      </w:r>
      <w:r>
        <w:br/>
      </w:r>
      <w:r>
        <w:rPr>
          <w:sz w:val="20"/>
        </w:rPr>
        <w:t>28:01  to ab agar koi shakhs yeh samjhe ke quran mein ibadat ka bohat hi Well Defined form hai, is liye parhe is ko to is ko yaqeen kahan se aye ga?</w:t>
      </w:r>
      <w:r>
        <w:br/>
      </w:r>
      <w:r>
        <w:rPr>
          <w:sz w:val="20"/>
        </w:rPr>
        <w:t>28:14  wo kahe ga ke dekhen is mein to sirf usooli batein hain.</w:t>
      </w:r>
      <w:r>
        <w:br/>
      </w:r>
      <w:r>
        <w:rPr>
          <w:sz w:val="20"/>
        </w:rPr>
        <w:t>28:20  to dekhiye agar aap ne koi aur mizaj banaya hai, Other than qurani mizaj, aur phir aap kitabein likhte hain to aap in kitabon mein na to kisi apni baat ko sabit kar paen ge aur na khud aap ko andar yaqeen aye ga.</w:t>
      </w:r>
      <w:r>
        <w:br/>
      </w:r>
      <w:r>
        <w:rPr>
          <w:sz w:val="20"/>
        </w:rPr>
        <w:t>28:40  yani agar aap ka zehan yeh ho ke quran mein toheed hai, quran mein Spirit hai, quran mein kulo hai, quran mein nishaniyan hain, ayatullah, yeh zehan mein le kar aap quran ko parhen</w:t>
      </w:r>
      <w:r>
        <w:br/>
      </w:r>
      <w:r>
        <w:rPr>
          <w:sz w:val="20"/>
        </w:rPr>
        <w:t>28:56  to aap ko bar bar yaqeen wali batein milen gi. yaqeen wali batein. kyunke jo aap ke mind mein tha wahan mil raha hai aap ko.</w:t>
      </w:r>
      <w:r>
        <w:br/>
      </w:r>
      <w:r>
        <w:rPr>
          <w:sz w:val="20"/>
        </w:rPr>
        <w:t>29:06  jo aap ke mind mein tha wo mil raha hai wahan aap ko. lekin agar aap yeh zehan mein len ke quran mein Well Defined form hai, wahan quran mein har ek zindagi ka poora ek System hai to wo to mile ga nahi aap ko.</w:t>
      </w:r>
      <w:r>
        <w:br/>
      </w:r>
      <w:r>
        <w:rPr>
          <w:sz w:val="20"/>
        </w:rPr>
        <w:t>29:23  to quran par yaqeen kahan se aye ga aap ko?</w:t>
      </w:r>
      <w:r>
        <w:br/>
      </w:r>
      <w:r>
        <w:rPr>
          <w:sz w:val="20"/>
        </w:rPr>
        <w:t>29:28  isi liye mein ne jin logon se mila hoon, mein apni zindagi mein is tarah ke logon se, kisi ke andar mein ne yaqeen nahi paya. apne tajrube ki rah se kehta hoon.</w:t>
      </w:r>
      <w:r>
        <w:br/>
      </w:r>
      <w:r>
        <w:rPr>
          <w:sz w:val="20"/>
        </w:rPr>
        <w:t>29:41  kisi ke andar mein ne yaqeen nahi paya. maslan mein do reference batata hoon.</w:t>
      </w:r>
      <w:r>
        <w:br/>
      </w:r>
      <w:r>
        <w:rPr>
          <w:sz w:val="20"/>
        </w:rPr>
        <w:t>29:49  quran mein hai ke allazina amanu ashadu hubban lillah. iman walon ko Allah se hubb shadeed hota hai.</w:t>
      </w:r>
      <w:r>
        <w:br/>
      </w:r>
      <w:r>
        <w:rPr>
          <w:sz w:val="20"/>
        </w:rPr>
        <w:t>29:57  yani Strong Affection. aise hi hai ke wa lam yakhsha illa Allah. khashiyat shadeed hoti hai.</w:t>
      </w:r>
      <w:r>
        <w:br/>
      </w:r>
      <w:r>
        <w:rPr>
          <w:sz w:val="20"/>
        </w:rPr>
        <w:t>30:06  to mein ne yeh System walon mein kahin bhi nahi paya apne tajrube mein ke un ko un ke andar Allah se Strong Affection ho. un ko Allah se bohat zyada khauf ho.</w:t>
      </w:r>
      <w:r>
        <w:br/>
      </w:r>
      <w:r>
        <w:rPr>
          <w:sz w:val="20"/>
        </w:rPr>
        <w:t>30:18  is System ki batein karte hain.</w:t>
      </w:r>
      <w:r>
        <w:br/>
      </w:r>
      <w:r>
        <w:rPr>
          <w:sz w:val="20"/>
        </w:rPr>
        <w:t>30:22  dunya Islam par zulm kar rahi hai, musalmanon ko</w:t>
      </w:r>
      <w:r>
        <w:br/>
      </w:r>
      <w:r>
        <w:rPr>
          <w:sz w:val="20"/>
        </w:rPr>
        <w:t>30:29  corner kar diya, yeh sab baatein karte hain woh. Yaani shikayat ki baatein milti hain un ke haan. Shikayat ki baatein.</w:t>
      </w:r>
      <w:r>
        <w:br/>
      </w:r>
      <w:r>
        <w:rPr>
          <w:sz w:val="20"/>
        </w:rPr>
        <w:t>30:43  To aap ab yeh yeh jo aap ne mein ne bataya aap ko yeh nazariya jo hai ke Islam aik mutabadil nizaam deta hai.</w:t>
      </w:r>
      <w:r>
        <w:br/>
      </w:r>
      <w:r>
        <w:rPr>
          <w:sz w:val="20"/>
        </w:rPr>
        <w:t>30:52  Mutabadil nizaam ka matlab yeh hai ke jo nizaam hai Democracy ka nizaam, Communism ka nizaam, Socialism ka nizaam, to us ke bajaye aik aur nizaam deta hai.</w:t>
      </w:r>
      <w:r>
        <w:br/>
      </w:r>
      <w:r>
        <w:rPr>
          <w:sz w:val="20"/>
        </w:rPr>
        <w:t>31:02  Aap ka yeh nazariya ho. Mutabadil nizaam deta hai. Is mauzu par aur bhi kitabein likhi gayi hain.</w:t>
      </w:r>
      <w:r>
        <w:br/>
      </w:r>
      <w:r>
        <w:rPr>
          <w:sz w:val="20"/>
        </w:rPr>
        <w:t>31:12  Urdu mein bhi kitabein maujood hain. To mein ne aik Urdu kitaab padhi. Us ka yahi tha ke Islam aik mutabadil nizaam deta hai. Yaani aik Alternative System.</w:t>
      </w:r>
      <w:r>
        <w:br/>
      </w:r>
      <w:r>
        <w:rPr>
          <w:sz w:val="20"/>
        </w:rPr>
        <w:t>31:24  To poori kitaab padhne ke baad mujhe is pe yaqeen nahi mila. Kyun ke woh un ko yaqeen daryaft nahi hua. To yaqeen kahan se woh Reader ko den ge?</w:t>
      </w:r>
      <w:r>
        <w:br/>
      </w:r>
      <w:r>
        <w:rPr>
          <w:sz w:val="20"/>
        </w:rPr>
        <w:t>31:38  Yaani yeh misaal yun samajh lijiye ke aap ko bhook lagi hai aur aap yeh farz kar lein ke lakri jo hai ya pathar jo hai woh meri bhook mita sakta hai.</w:t>
      </w:r>
      <w:r>
        <w:br/>
      </w:r>
      <w:r>
        <w:rPr>
          <w:sz w:val="20"/>
        </w:rPr>
        <w:t>31:48  Aap lakri khayein, pathar khayein to aap ko kahan se bhook mite gi? Is ke liye to aap ko anaaj khana hoga, phal khana hoga, sabzi khani hogi.</w:t>
      </w:r>
      <w:r>
        <w:br/>
      </w:r>
      <w:r>
        <w:rPr>
          <w:sz w:val="20"/>
        </w:rPr>
        <w:t>32:01  To yeh bohat bara Point hai ke jo log aik ghalat mafroza qaim kar lete hain ke Islam aik aik System batata hai.</w:t>
      </w:r>
      <w:r>
        <w:br/>
      </w:r>
      <w:r>
        <w:rPr>
          <w:sz w:val="20"/>
        </w:rPr>
        <w:t>32:11  To is nazariye se jab woh padhte hain to milta nahi un ko. To phir kya insha bardasht karte hain? Aur phir yaqeen se mehroom ho jate hain.</w:t>
      </w:r>
    </w:p>
    <w:p>
      <w:pPr>
        <w:pStyle w:val="Heading2"/>
      </w:pPr>
      <w:r>
        <w:t>Turning hardship into optimism through Quran</w:t>
      </w:r>
    </w:p>
    <w:p>
      <w:r>
        <w:rPr>
          <w:color w:val="666666"/>
          <w:sz w:val="18"/>
        </w:rPr>
        <w:t>The Message of Islam March 29, 2014 Maulana Wahiduddin Khan · 1m 56s · at 15:42 · https://youtu.be/cVBrjiI9ngY?t=942</w:t>
      </w:r>
    </w:p>
    <w:p>
      <w:r>
        <w:rPr>
          <w:i/>
        </w:rPr>
        <w:t>“God created man in kabad – you learn to manage problems.”</w:t>
      </w:r>
    </w:p>
    <w:p>
      <w:r>
        <w:rPr>
          <w:sz w:val="20"/>
        </w:rPr>
        <w:t>15:42  ab is ayat par pahunche aap ke "laqad khalaqnal insana fi kabadin" ke hum ne, yani Allah ne paida kiya insaan ko kabad mein.</w:t>
      </w:r>
      <w:r>
        <w:br/>
      </w:r>
      <w:r>
        <w:rPr>
          <w:sz w:val="20"/>
        </w:rPr>
        <w:t>15:57  kabad ka matlab hai mushkilat, mushkilat. ab jab yeh parhen ge aap to aap creation plan of God ko daryaft karen ge</w:t>
      </w:r>
      <w:r>
        <w:br/>
      </w:r>
      <w:r>
        <w:rPr>
          <w:sz w:val="20"/>
        </w:rPr>
        <w:t>16:11  ke Allah ka jo takhleeqi mansooba hai us ke mutabiq dunya mein zaroor mushkil rahe ga,</w:t>
      </w:r>
      <w:r>
        <w:br/>
      </w:r>
      <w:r>
        <w:rPr>
          <w:sz w:val="20"/>
        </w:rPr>
        <w:t>16:21  zaroor challenge rahe ga, zaroor muqabla hoga, yeh to hoga, hoga. tab aap kya karen ge? aap aap mushkil ko ma'alij karna seekhen ge,</w:t>
      </w:r>
      <w:r>
        <w:br/>
      </w:r>
      <w:r>
        <w:rPr>
          <w:sz w:val="20"/>
        </w:rPr>
        <w:t>16:32  yani mushkil par aah aah karna, mushkil par mayoos ho jana, mushkil par dukhi ho jana, yeh khatm ho jayega aap ke andar se.</w:t>
      </w:r>
      <w:r>
        <w:br/>
      </w:r>
      <w:r>
        <w:rPr>
          <w:sz w:val="20"/>
        </w:rPr>
        <w:t>16:44  aap sochen ke jab khaliq ka mansooba yeh hai ke aap par insaan ko mushkil pesh aaye to mujhe bhi pesh aayega, i am not an exception.</w:t>
      </w:r>
      <w:r>
        <w:br/>
      </w:r>
      <w:r>
        <w:rPr>
          <w:sz w:val="20"/>
        </w:rPr>
        <w:t>16:57  to phir aap mushkil ko muallaj karna seekhenge.</w:t>
      </w:r>
      <w:r>
        <w:br/>
      </w:r>
      <w:r>
        <w:rPr>
          <w:sz w:val="20"/>
        </w:rPr>
        <w:t>17:02  bataiye kitni bari ghiza mili aap ko quran se? aap ki personality ko kitna bara ek rizq-e-rabb mila?</w:t>
      </w:r>
      <w:r>
        <w:br/>
      </w:r>
      <w:r>
        <w:rPr>
          <w:sz w:val="20"/>
        </w:rPr>
        <w:t>17:15  aur kis tarah aap ka na-umidi umeed mein tabdeel ho gayi?</w:t>
      </w:r>
      <w:r>
        <w:br/>
      </w:r>
      <w:r>
        <w:rPr>
          <w:sz w:val="20"/>
        </w:rPr>
        <w:t>17:23  aap pessimist the, ab aap optimist ban</w:t>
      </w:r>
      <w:r>
        <w:br/>
      </w:r>
      <w:r>
        <w:rPr>
          <w:sz w:val="20"/>
        </w:rPr>
        <w:t>17:27  gaye. is tarah dekhiye aap ko mushkilat pesh aa rahi hain, aap ko samajh nahi aata ke main kya karoon.</w:t>
      </w:r>
    </w:p>
    <w:p>
      <w:pPr>
        <w:pStyle w:val="Heading2"/>
      </w:pPr>
      <w:r>
        <w:t>Clear concept of God only in Quran</w:t>
      </w:r>
    </w:p>
    <w:p>
      <w:r>
        <w:rPr>
          <w:color w:val="666666"/>
          <w:sz w:val="18"/>
        </w:rPr>
        <w:t>The Prophet A Blessing for All of Humanity January 5, 2014 · 22s · at 22:35 · https://youtu.be/ZmMkgj54O28?t=1355</w:t>
      </w:r>
    </w:p>
    <w:p>
      <w:r>
        <w:rPr>
          <w:i/>
        </w:rPr>
        <w:t>“The clear concept of God is only in the Quran”</w:t>
      </w:r>
    </w:p>
    <w:p>
      <w:r>
        <w:rPr>
          <w:sz w:val="20"/>
        </w:rPr>
        <w:t>22:35  to clear cut concept khuda ka sirf quran mein hai jo rasool Allah salallaho alaihi wasallam ke zariye hum ko mila. to yeh kitni badi gift hai, kitni badi blessing hai ke saare insaan chahte hain ke main khuda ko paoon, lekin khuda ka concept hi clear nahi hai,</w:t>
      </w:r>
      <w:r>
        <w:br/>
      </w:r>
      <w:r>
        <w:rPr>
          <w:sz w:val="20"/>
        </w:rPr>
        <w:t>22:54  concept hi clear nahi hai.</w:t>
      </w:r>
    </w:p>
    <w:p>
      <w:pPr>
        <w:pStyle w:val="Heading2"/>
      </w:pPr>
      <w:r>
        <w:t>Nervous English lecture in Delhi despite no formal schooling</w:t>
      </w:r>
    </w:p>
    <w:p>
      <w:r>
        <w:rPr>
          <w:color w:val="666666"/>
          <w:sz w:val="18"/>
        </w:rPr>
        <w:t>From The Spiritual Tree August 8, 2010 · 2m 24s · at 15:25 · https://youtu.be/H6e9NOrqgHI?t=925</w:t>
      </w:r>
    </w:p>
    <w:p>
      <w:r>
        <w:rPr>
          <w:i/>
        </w:rPr>
        <w:t>“Main ek bohot tough subject par English mein bol raha tha”</w:t>
      </w:r>
    </w:p>
    <w:p>
      <w:r>
        <w:rPr>
          <w:sz w:val="20"/>
        </w:rPr>
        <w:t>15:25  maujood hai sab cheez, magar is ko le nahin pata woh. Ab mein aap ko kal ka ek tajurba batata hoon. Kal jo hai, dilli mein</w:t>
      </w:r>
      <w:r>
        <w:br/>
      </w:r>
      <w:r>
        <w:rPr>
          <w:sz w:val="20"/>
        </w:rPr>
        <w:t>15:38  mera ek lecture lag gaya tha logon ne.</w:t>
      </w:r>
      <w:r>
        <w:br/>
      </w:r>
      <w:r>
        <w:rPr>
          <w:sz w:val="20"/>
        </w:rPr>
        <w:t>15:43  aur use angrezi mein bolna tha mujhe.</w:t>
      </w:r>
      <w:r>
        <w:br/>
      </w:r>
      <w:r>
        <w:rPr>
          <w:sz w:val="20"/>
        </w:rPr>
        <w:t>15:48  english mein ek bohat hi tough subject par. Yani namaz roze par nahin, ek bohat hi tough subject par english mein bol raha tha.</w:t>
      </w:r>
      <w:r>
        <w:br/>
      </w:r>
      <w:r>
        <w:rPr>
          <w:sz w:val="20"/>
        </w:rPr>
        <w:t>16:00  ab mein ek molvi aadmi hoon, mujhe angrezi aati nahin. Mein ne kisi school mein parha nahin kabhi.</w:t>
      </w:r>
      <w:r>
        <w:br/>
      </w:r>
      <w:r>
        <w:rPr>
          <w:sz w:val="20"/>
        </w:rPr>
        <w:t>16:12  to aap yaqeen kijiye, jab mein ja raha tha yahan se to lagta tha ke ek ek ek bakri ko slaughterhouse le ja rahe hain, le ja rahe hain, zibah karne ke liye.</w:t>
      </w:r>
      <w:r>
        <w:br/>
      </w:r>
      <w:r>
        <w:rPr>
          <w:sz w:val="20"/>
        </w:rPr>
        <w:t>16:26  ek ajeeb meri kaifiyat thi, mein bayan nahin kar sakta is ko.</w:t>
      </w:r>
      <w:r>
        <w:br/>
      </w:r>
      <w:r>
        <w:rPr>
          <w:sz w:val="20"/>
        </w:rPr>
        <w:t>16:30  yahan tak ke jab mein seedhi pe charh raha tha wahan, yani oopar first floor par jana tha, to mein bohat ruk ruk kar charh raha tha, bohat ruk ruk charh raha tha.</w:t>
      </w:r>
      <w:r>
        <w:br/>
      </w:r>
      <w:r>
        <w:rPr>
          <w:sz w:val="20"/>
        </w:rPr>
        <w:t>16:42  kyun? bar bar yeh sochta tha mein ke khudaaya, yeh mera jumla nikalta tha mere andar se. Khudaaya, aage barhne ki himmat nahin aur peechay hatne ki ijazat nahin.</w:t>
      </w:r>
      <w:r>
        <w:br/>
      </w:r>
      <w:r>
        <w:rPr>
          <w:sz w:val="20"/>
        </w:rPr>
        <w:t>17:00  yani aage barh kar ja ke stage baithoon, is ki himmat nahin aur peechay bhag jaon, is ki ijazat nahin. To bar bar mere munh se yeh nikalta tha ke khudaaya, aage barhne ki himmat nahin, peechay hatne ki ijazat nahin.</w:t>
      </w:r>
      <w:r>
        <w:br/>
      </w:r>
      <w:r>
        <w:rPr>
          <w:sz w:val="20"/>
        </w:rPr>
        <w:t>17:18  isi kaifiyat ke sath aa kar baith gaya. Mujhe nahin maloom mein ne kya bola wahan par. Yeh log kehte hain ke tum acha bole. Yaqeen kijiye ke mujhe kuch bhi nahin maloom ke mein kya bola.</w:t>
      </w:r>
      <w:r>
        <w:br/>
      </w:r>
      <w:r>
        <w:rPr>
          <w:sz w:val="20"/>
        </w:rPr>
        <w:t>17:30  agar koi mujh se pooche to mujhe kuch nahin maloom ke mein kya bola hoon. Aur sunne wale bohat ghor se sun rahe the, un ko bohat positive taasur unhon ne diya.</w:t>
      </w:r>
      <w:r>
        <w:br/>
      </w:r>
      <w:r>
        <w:rPr>
          <w:sz w:val="20"/>
        </w:rPr>
        <w:t>17:43  to agar kuch bola hoon ga mein to woh khuda ke farishtay bolay hoon ge.</w:t>
      </w:r>
    </w:p>
    <w:p>
      <w:pPr>
        <w:pStyle w:val="Heading2"/>
      </w:pPr>
      <w:r>
        <w:t>Suffering as blessing and eternal regret</w:t>
      </w:r>
    </w:p>
    <w:p>
      <w:r>
        <w:rPr>
          <w:color w:val="666666"/>
          <w:sz w:val="18"/>
        </w:rPr>
        <w:t>The Concept of Death in Islam 28 Aug, 2008 - Maulana Wahiduddin Khan · 3m 40s · at 39:23 · https://youtu.be/yv_tTj6lLBY?t=2363</w:t>
      </w:r>
    </w:p>
    <w:p>
      <w:r>
        <w:rPr>
          <w:i/>
        </w:rPr>
        <w:t>“Dekhiye ek log ke andar mein question rehta hai”</w:t>
      </w:r>
    </w:p>
    <w:p>
      <w:r>
        <w:rPr>
          <w:sz w:val="20"/>
        </w:rPr>
        <w:t>39:23  dekhen ek log ke andar mein question rehta hai ke duniya mein takleefen kyun hain bimari kyun hai koi ghareeb kyun hai suffering kyun hai to suffering jo hai mein samajhta hoon ke duniya mein jo suffering hai woh woh blessing hai blessing</w:t>
      </w:r>
      <w:r>
        <w:br/>
      </w:r>
      <w:r>
        <w:rPr>
          <w:sz w:val="20"/>
        </w:rPr>
        <w:t>39:45  safarang blesing hai</w:t>
      </w:r>
      <w:r>
        <w:br/>
      </w:r>
      <w:r>
        <w:rPr>
          <w:sz w:val="20"/>
        </w:rPr>
        <w:t>39:48  kyun blesing hai woh blesing in dis guys hai dunya ki har safring jo hai woh blesing in</w:t>
      </w:r>
      <w:r>
        <w:br/>
      </w:r>
      <w:r>
        <w:rPr>
          <w:sz w:val="20"/>
        </w:rPr>
        <w:t>39:55  dis guys hai kyun</w:t>
      </w:r>
      <w:r>
        <w:br/>
      </w:r>
      <w:r>
        <w:rPr>
          <w:sz w:val="20"/>
        </w:rPr>
        <w:t>39:58  woh pre death</w:t>
      </w:r>
      <w:r>
        <w:br/>
      </w:r>
      <w:r>
        <w:rPr>
          <w:sz w:val="20"/>
        </w:rPr>
        <w:t>40:03  warning hai pre death warning</w:t>
      </w:r>
      <w:r>
        <w:br/>
      </w:r>
      <w:r>
        <w:rPr>
          <w:sz w:val="20"/>
        </w:rPr>
        <w:t>40:08  maut se pehle khuda chahta hai ke aap sochen</w:t>
      </w:r>
      <w:r>
        <w:br/>
      </w:r>
      <w:r>
        <w:rPr>
          <w:sz w:val="20"/>
        </w:rPr>
        <w:t>40:11  maut se pehle khuda chahta hai ke aap paradise ko discover karen</w:t>
      </w:r>
      <w:r>
        <w:br/>
      </w:r>
      <w:r>
        <w:rPr>
          <w:sz w:val="20"/>
        </w:rPr>
        <w:t>40:16  maut se pehle khuda chahta hai ke aap sachai ko jaan len</w:t>
      </w:r>
      <w:r>
        <w:br/>
      </w:r>
      <w:r>
        <w:rPr>
          <w:sz w:val="20"/>
        </w:rPr>
        <w:t>40:21  taake achaanak jab maut ke baad aap ko woh dunya saamne aaye jo aanay wali hai</w:t>
      </w:r>
      <w:r>
        <w:br/>
      </w:r>
      <w:r>
        <w:rPr>
          <w:sz w:val="20"/>
        </w:rPr>
        <w:t>40:27  toh aap ko pachtana na pade</w:t>
      </w:r>
      <w:r>
        <w:br/>
      </w:r>
      <w:r>
        <w:rPr>
          <w:sz w:val="20"/>
        </w:rPr>
        <w:t>40:31  aap</w:t>
      </w:r>
      <w:r>
        <w:br/>
      </w:r>
      <w:r>
        <w:rPr>
          <w:sz w:val="20"/>
        </w:rPr>
        <w:t>40:31  yeh na kahen ke mind was a kaisa missed opportunity ke jo log duniya mein tayar hain na karen yahan jo opportunities hain us ko avail na karen achaanak jab maut ke baad jo nai duniya aaye gi un ke samne jahan hell hoga aur paradise hogi to woh kahen ge ke mind was a case of missed opportunity</w:t>
      </w:r>
      <w:r>
        <w:br/>
      </w:r>
      <w:r>
        <w:rPr>
          <w:sz w:val="20"/>
        </w:rPr>
        <w:t>40:59  main toh kaise mawaqe mujhe diye the khuda ne is ko avail nahi kar saka ab main hamesha</w:t>
      </w:r>
      <w:r>
        <w:br/>
      </w:r>
      <w:r>
        <w:rPr>
          <w:sz w:val="20"/>
        </w:rPr>
        <w:t>41:04  ke liye paradise se mehroom rahoon ga</w:t>
      </w:r>
      <w:r>
        <w:br/>
      </w:r>
      <w:r>
        <w:rPr>
          <w:sz w:val="20"/>
        </w:rPr>
        <w:t>41:09  mind was a case of missed opportunity</w:t>
      </w:r>
      <w:r>
        <w:br/>
      </w:r>
      <w:r>
        <w:rPr>
          <w:sz w:val="20"/>
        </w:rPr>
        <w:t>41:12  is anjaam se bachne ke liye</w:t>
      </w:r>
      <w:r>
        <w:br/>
      </w:r>
      <w:r>
        <w:rPr>
          <w:sz w:val="20"/>
        </w:rPr>
        <w:t>41:17  bible mein hai</w:t>
      </w:r>
      <w:r>
        <w:br/>
      </w:r>
      <w:r>
        <w:rPr>
          <w:sz w:val="20"/>
        </w:rPr>
        <w:t>41:20  ke jo log dunya mein divine law ko follow nahi karenge jo dunya mein apne aap ko</w:t>
      </w:r>
      <w:r>
        <w:br/>
      </w:r>
      <w:r>
        <w:rPr>
          <w:sz w:val="20"/>
        </w:rPr>
        <w:t>41:28  jannat ke liye tayyar nahi karenge toh kya hoga wahan</w:t>
      </w:r>
      <w:r>
        <w:br/>
      </w:r>
      <w:r>
        <w:rPr>
          <w:sz w:val="20"/>
        </w:rPr>
        <w:t>41:34  is mein lafz hai ke aag ki bhatti mein unhein jana padega jahan woh abad tak rote</w:t>
      </w:r>
      <w:r>
        <w:br/>
      </w:r>
      <w:r>
        <w:rPr>
          <w:sz w:val="20"/>
        </w:rPr>
        <w:t>41:41  aur daant peeste rahenge yeh</w:t>
      </w:r>
      <w:r>
        <w:br/>
      </w:r>
      <w:r>
        <w:rPr>
          <w:sz w:val="20"/>
        </w:rPr>
        <w:t>41:44  baibal ka yani alfaaz hain jahan unhein abad tak rona aur danat peesna hoga yani hasrat ek abdi hasrat kitni hai aap sochen kitni zyada dukh hoa admi ko hota hai admi ko jab us ko koi hasrat lahaq ho jaye kaf</w:t>
      </w:r>
      <w:r>
        <w:br/>
      </w:r>
      <w:r>
        <w:rPr>
          <w:sz w:val="20"/>
        </w:rPr>
        <w:t>42:07  mein is moqe ko avail nahi kar saka ek opportunity mere samne aayi thi mein us ko avail nahi kar saka</w:t>
      </w:r>
      <w:r>
        <w:br/>
      </w:r>
      <w:r>
        <w:rPr>
          <w:sz w:val="20"/>
        </w:rPr>
        <w:t>42:16  to yeh pre-death period jo hai woh ek opportunity hai jo log is ko avail na karen is opportunity ko to maut ke baad ki zindagi mein wahi hoga jo Bible mein hai ke abad tak rona aur danat peesna hoga</w:t>
      </w:r>
      <w:r>
        <w:br/>
      </w:r>
      <w:r>
        <w:rPr>
          <w:sz w:val="20"/>
        </w:rPr>
        <w:t>42:33  abad tak rona aur danat peesna hoga to dekhen</w:t>
      </w:r>
    </w:p>
    <w:p>
      <w:pPr>
        <w:pStyle w:val="Heading2"/>
      </w:pPr>
      <w:r>
        <w:t>Personal witness of God's protection from birth to old age</w:t>
      </w:r>
    </w:p>
    <w:p>
      <w:r>
        <w:rPr>
          <w:color w:val="666666"/>
          <w:sz w:val="18"/>
        </w:rPr>
        <w:t>In the Name of God 12 Jan 2020 - Maulana Wahiduddin Khan · 5m 07s · at 29:25 · https://youtu.be/aKynaASsI4s?t=1765</w:t>
      </w:r>
    </w:p>
    <w:p>
      <w:r>
        <w:rPr>
          <w:i/>
        </w:rPr>
        <w:t>“Main zaati tor par iska witness hoon”</w:t>
      </w:r>
    </w:p>
    <w:p>
      <w:r>
        <w:rPr>
          <w:sz w:val="20"/>
        </w:rPr>
        <w:t>29:25  aur main zaati taur par zaati taur par zaati taur par is ka witness hoon ke meri paidaish hui 1925 mein british period mein meri paidaish hui 1925 mein british period mein</w:t>
      </w:r>
      <w:r>
        <w:br/>
      </w:r>
      <w:r>
        <w:rPr>
          <w:sz w:val="20"/>
        </w:rPr>
        <w:t>29:47  us waqt se le kar aaj tak</w:t>
      </w:r>
      <w:r>
        <w:br/>
      </w:r>
      <w:r>
        <w:rPr>
          <w:sz w:val="20"/>
        </w:rPr>
        <w:t>29:51  mere upar beshumar qism ke masail aaye</w:t>
      </w:r>
      <w:r>
        <w:br/>
      </w:r>
      <w:r>
        <w:rPr>
          <w:sz w:val="20"/>
        </w:rPr>
        <w:t>29:57  sab logon ne sazishien kin mere khilaf meri maut ke mere qatal ke aansu banaye lekin kuch bhi nahi hua kuch bhi nahi hua mujh ko qatal karne par inaam muqarrar kiya gaya</w:t>
      </w:r>
      <w:r>
        <w:br/>
      </w:r>
      <w:r>
        <w:rPr>
          <w:sz w:val="20"/>
        </w:rPr>
        <w:t>30:17  woh akhbaron mein chhaapa baqayda</w:t>
      </w:r>
      <w:r>
        <w:br/>
      </w:r>
      <w:r>
        <w:rPr>
          <w:sz w:val="20"/>
        </w:rPr>
        <w:t>30:26  mujhe yaad hai ke</w:t>
      </w:r>
      <w:r>
        <w:br/>
      </w:r>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r>
        <w:br/>
      </w:r>
      <w:r>
        <w:rPr>
          <w:sz w:val="20"/>
        </w:rPr>
        <w:t>33:38  to yeh hai kahani aur main aaj yahi kahani aap ko sunata hoon sunane ke liye yahan aya hoon Allah taala aap sab ko aur jo log meri awaz sun rahe hain sari duniya mein un sab ko sachai ki tofeeq de Allah rabbul alameen ki marifat ki tofeeq de</w:t>
      </w:r>
      <w:r>
        <w:br/>
      </w:r>
      <w:r>
        <w:rPr>
          <w:sz w:val="20"/>
        </w:rPr>
        <w:t>34:06  jannat ke rastay ko pohnchanay ki tofeeq de</w:t>
      </w:r>
      <w:r>
        <w:br/>
      </w:r>
      <w:r>
        <w:rPr>
          <w:sz w:val="20"/>
        </w:rPr>
        <w:t>34:14  ameen assalam o alaikum wa rehmatullah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