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cannot forgive</w:t>
      </w:r>
    </w:p>
    <w:p>
      <w:r>
        <w:rPr>
          <w:sz w:val="18"/>
        </w:rPr>
        <w:t>Q&amp;A, lecture moments and clips · full transcripts with timestamps · exported 2026-09-21</w:t>
      </w:r>
    </w:p>
    <w:p>
      <w:pPr>
        <w:pStyle w:val="Heading1"/>
      </w:pPr>
      <w:r>
        <w:t>Maulana was asked (30)</w:t>
      </w:r>
    </w:p>
    <w:p>
      <w:pPr>
        <w:pStyle w:val="Heading2"/>
      </w:pPr>
      <w:r>
        <w:t>How to develop forgiveness culture</w:t>
      </w:r>
    </w:p>
    <w:p>
      <w:r>
        <w:rPr>
          <w:color w:val="666666"/>
          <w:sz w:val="18"/>
        </w:rPr>
        <w:t>Formula of Human Life | March 13, 2016 · 2m 10s · at 1:05:26 · https://youtu.be/Et_ZQTYZzjU?t=3926</w:t>
      </w:r>
    </w:p>
    <w:p>
      <w:r>
        <w:rPr>
          <w:i/>
        </w:rPr>
        <w:t>“How can we develop a forgiveness culture?”</w:t>
      </w:r>
    </w:p>
    <w:p>
      <w:r>
        <w:rPr>
          <w:sz w:val="20"/>
        </w:rPr>
        <w:t>1:05:26  maulana, agla sawal firoz sahib ne kiya hai pune se, aur unhon ne likha hai: "Maulana, since you</w:t>
      </w:r>
      <w:r>
        <w:br/>
      </w:r>
      <w:r>
        <w:rPr>
          <w:sz w:val="20"/>
        </w:rPr>
        <w:t>1:05:34  have always worked in the area of peace, i want to ask you: how can we develop forgiveness cl</w:t>
      </w:r>
      <w:r>
        <w:br/>
      </w:r>
      <w:r>
        <w:rPr>
          <w:sz w:val="20"/>
        </w:rPr>
        <w:t>1:05:41  ulture?" Woh bhi main yahi kahunga ke hamesha aap dekhiye result ko. Jab bhi aap forgive nahi karenge, to kya karenge? Aap react karenge, aur react karenge to natija ulta niklega. Yani forgive kar ke hi aap bach sakte hain bad result se</w:t>
      </w:r>
      <w:r>
        <w:br/>
      </w:r>
      <w:r>
        <w:rPr>
          <w:sz w:val="20"/>
        </w:rPr>
        <w:t>1:06:11  .</w:t>
      </w:r>
      <w:r>
        <w:br/>
      </w:r>
      <w:r>
        <w:rPr>
          <w:sz w:val="20"/>
        </w:rPr>
        <w:t>1:06:16  jab bhi aap ne forgive nahi kiya, to aap kya karenge? aap react karenge.</w:t>
      </w:r>
      <w:r>
        <w:br/>
      </w:r>
      <w:r>
        <w:rPr>
          <w:sz w:val="20"/>
        </w:rPr>
        <w:t>1:06:22  aap react karenge to heating, exchange, fighting, violence, yeh sab hoga, aur zahir hai ke woh</w:t>
      </w:r>
      <w:r>
        <w:br/>
      </w:r>
      <w:r>
        <w:rPr>
          <w:sz w:val="20"/>
        </w:rPr>
        <w:t>1:06:27  sab aap ko aap ke losses mein izafa karega.</w:t>
      </w:r>
      <w:r>
        <w:br/>
      </w:r>
      <w:r>
        <w:rPr>
          <w:sz w:val="20"/>
        </w:rPr>
        <w:t>1:06:32  sirf tu mein samajhta hoon ke super formula hai, super formula har cheez ke liye.</w:t>
      </w:r>
      <w:r>
        <w:br/>
      </w:r>
      <w:r>
        <w:rPr>
          <w:sz w:val="20"/>
        </w:rPr>
        <w:t>1:06:37  jaise aap ko</w:t>
      </w:r>
      <w:r>
        <w:br/>
      </w:r>
      <w:r>
        <w:rPr>
          <w:sz w:val="20"/>
        </w:rPr>
        <w:t>1:06:42  gussa aa gaya, farz kijiye aap offend ho gaye, farz kijiye to sochiye ek lamhe ke liye ke agar main aise offend bana raha hoon, agar aise main gussa karta rahu to kya hoga? Result kya hoga? Meri health kharab hogi, mera time waste hoga, meri energy waste hogi. Super formula hai: "See everything in terms of results</w:t>
      </w:r>
      <w:r>
        <w:br/>
      </w:r>
      <w:r>
        <w:rPr>
          <w:sz w:val="20"/>
        </w:rPr>
        <w:t>1:07:12  lit." aur yeh hadith mein un lafzon mein aaya hai ke ibn hasan ne islam mein jo maray:</w:t>
      </w:r>
      <w:r>
        <w:br/>
      </w:r>
      <w:r>
        <w:rPr>
          <w:sz w:val="20"/>
        </w:rPr>
        <w:t>1:07:18  "tarqa mala" yaani is ka yahi matlab hai ke best formula yahi hai ke cheezon ko result ke</w:t>
      </w:r>
      <w:r>
        <w:br/>
      </w:r>
      <w:r>
        <w:rPr>
          <w:sz w:val="20"/>
        </w:rPr>
        <w:t>1:07:24  aitbaar se jaanchu.</w:t>
      </w:r>
      <w:r>
        <w:br/>
      </w:r>
      <w:r>
        <w:rPr>
          <w:sz w:val="20"/>
        </w:rPr>
        <w:t>1:07:30  Judge everything in terms of result.</w:t>
      </w:r>
    </w:p>
    <w:p>
      <w:pPr>
        <w:pStyle w:val="Heading2"/>
      </w:pPr>
      <w:r>
        <w:t>Why men struggle to admit mistakes</w:t>
      </w:r>
    </w:p>
    <w:p>
      <w:r>
        <w:rPr>
          <w:color w:val="666666"/>
          <w:sz w:val="18"/>
        </w:rPr>
        <w:t>Lessons from My Journey to Agra October 27, 2013 · 2m 01s · at 52:39 · https://youtu.be/Gg2N0h4ETH8?t=3159</w:t>
      </w:r>
    </w:p>
    <w:p>
      <w:r>
        <w:rPr>
          <w:i/>
        </w:rPr>
        <w:t>“Why is it so difficult for a man to accept his mistake?”</w:t>
      </w:r>
    </w:p>
    <w:p>
      <w:r>
        <w:rPr>
          <w:sz w:val="20"/>
        </w:rPr>
        <w:t>52:39  maulana, agla sawal Shahnawaz saheb ka hai, Bangalore se. unhon ne aapse poocha hai ke "why is it so difficult for a man to accept his mistake?" is ke baare mein bataiye.</w:t>
      </w:r>
      <w:r>
        <w:br/>
      </w:r>
      <w:r>
        <w:rPr>
          <w:sz w:val="20"/>
        </w:rPr>
        <w:t>52:53  apni ghalti manna itna mushkil kyun?</w:t>
      </w:r>
      <w:r>
        <w:br/>
      </w:r>
      <w:r>
        <w:rPr>
          <w:sz w:val="20"/>
        </w:rPr>
        <w:t>53:05  main to samajhta hoon ke yeh shaitan ghalib rehta hai har ek ke upar, is liye aisa hota hai. aur yeh shaitan ya iblis ki sunnat hai, apni ghalti na manna.</w:t>
      </w:r>
      <w:r>
        <w:br/>
      </w:r>
      <w:r>
        <w:rPr>
          <w:sz w:val="20"/>
        </w:rPr>
        <w:t>53:20  yaani Adam ke aage jhukne ke liye hukum diya Allah taala ne. to ghalti iblis ki thi, lekin us ne naoozubillah Allah taala par blame daal diya.</w:t>
      </w:r>
      <w:r>
        <w:br/>
      </w:r>
      <w:r>
        <w:rPr>
          <w:sz w:val="20"/>
        </w:rPr>
        <w:t>53:30  rab bima aghwatanii.</w:t>
      </w:r>
      <w:r>
        <w:br/>
      </w:r>
      <w:r>
        <w:rPr>
          <w:sz w:val="20"/>
        </w:rPr>
        <w:t>53:33  to yeh ablis ki sunnat hai, chounke ziyada tar log apni baagh jo hai, shaitan ke haath mein diye rehte hain, malaika ke haath mein nahi dete.</w:t>
      </w:r>
      <w:r>
        <w:br/>
      </w:r>
      <w:r>
        <w:rPr>
          <w:sz w:val="20"/>
        </w:rPr>
        <w:t>53:45  dekhen, dunya mein zindagi jo hai, ek tarah ki zindagi guzarenge to aap malaika aap ke saathi ban jayenge. doosre tarah se guzarenge to shaitan aap ke saathi ban jayenge.</w:t>
      </w:r>
      <w:r>
        <w:br/>
      </w:r>
      <w:r>
        <w:rPr>
          <w:sz w:val="20"/>
        </w:rPr>
        <w:t>53:57  log aam taur par shaitan ko apna saathi banaye rakhte hain. to shaitan yahi sikhayega ke ghalti na mano, apne aap ko shaitan ke asar se nikaliye aur malaika ki sohbat mein laiye.</w:t>
      </w:r>
      <w:r>
        <w:br/>
      </w:r>
      <w:r>
        <w:rPr>
          <w:sz w:val="20"/>
        </w:rPr>
        <w:t>54:10  apne aap ko to aap ka mizaj badal jayega, aap ki soch badal jayegi. aap ke liye mushkil nahi hoga ke aap keh saken ke "aye wadran", balkeh aap ko acha lagega.</w:t>
      </w:r>
      <w:r>
        <w:br/>
      </w:r>
      <w:r>
        <w:rPr>
          <w:sz w:val="20"/>
        </w:rPr>
        <w:t>54:20  yeh kehte hue aap ko khushi hogi ke "aye wadran".</w:t>
      </w:r>
      <w:r>
        <w:br/>
      </w:r>
      <w:r>
        <w:rPr>
          <w:sz w:val="20"/>
        </w:rPr>
        <w:t>54:24  jo log malaika ki sohbat mein zindagi guzar rahe hain, un ko khushi hoti hai kehte hue "aye wadran", lekin jo log shaitan ki sohbat mein zindagi guzar rahe hain, un ko yeh kehna mushkil hota hai ke "aye wadran", kyunke shaitan ka mizaj yahi hai, shaitan ka culture yahi hai.</w:t>
      </w:r>
    </w:p>
    <w:p>
      <w:pPr>
        <w:pStyle w:val="Heading2"/>
      </w:pPr>
      <w:r>
        <w:t>Seeking forgiveness for polytheists in Quran 9:113</w:t>
      </w:r>
    </w:p>
    <w:p>
      <w:r>
        <w:rPr>
          <w:color w:val="666666"/>
          <w:sz w:val="18"/>
        </w:rPr>
        <w:t>Freedom of Thought in Islam 23 October, 2011 · 4m 04s · at 1:31:55 · https://youtu.be/aGbxRNNOKzo?t=5515</w:t>
      </w:r>
    </w:p>
    <w:p>
      <w:r>
        <w:rPr>
          <w:i/>
        </w:rPr>
        <w:t>“In Quran Chapter 9 Verse Number 113 the translation says it is not proper for the Prophet and those who believe to seek forgiveness for polytheists even though they are close relatives after it has become clear to them that they have earned the punishment of hell. Kindly explain.”</w:t>
      </w:r>
    </w:p>
    <w:p>
      <w:r>
        <w:rPr>
          <w:sz w:val="20"/>
        </w:rPr>
        <w:t>1:31:55  to yeh hai farq insaan ke maamle mein aur Khuda ke maamle mein. Maulana, agla sawal Mr. Ahmed Anwat ne dilli se kiya hai, unhon</w:t>
      </w:r>
      <w:r>
        <w:br/>
      </w:r>
      <w:r>
        <w:rPr>
          <w:sz w:val="20"/>
        </w:rPr>
        <w:t>1:32:07  ne likha hai: "In Quran Chapter 9 Verse Number 113 the translation says it is not proper for the Prophet and those who believe to seek forgiveness for polytheists even though they are close relatives after it has become clear to them that they have earned the punishment of hell.</w:t>
      </w:r>
      <w:r>
        <w:br/>
      </w:r>
      <w:r>
        <w:rPr>
          <w:sz w:val="20"/>
        </w:rPr>
        <w:t>1:32:33  Kindly expla</w:t>
      </w:r>
      <w:r>
        <w:br/>
      </w:r>
      <w:r>
        <w:rPr>
          <w:sz w:val="20"/>
        </w:rPr>
        <w:t>1:32:34  in this verse." Dekhiye, yeh jang ke baare mein hai, aap haalaat ke baare mein nahin hai. Jang-i haalaat ka yeh qanoon hai. Is ke context se alag kar ke aap parhenge to kuch samajh nahin aayega.</w:t>
      </w:r>
      <w:r>
        <w:br/>
      </w:r>
      <w:r>
        <w:rPr>
          <w:sz w:val="20"/>
        </w:rPr>
        <w:t>1:32:46  to har ek ko aap nafrat karenge, har ek ko dushman bana lenge apna. Jab Muslim aur doosre jo the, un ke mukhalifeen at war the, tab ka yeh qanoon hai.</w:t>
      </w:r>
      <w:r>
        <w:br/>
      </w:r>
      <w:r>
        <w:rPr>
          <w:sz w:val="20"/>
        </w:rPr>
        <w:t>1:32:59  Is ko is ke context hata kar mat dekhiye,</w:t>
      </w:r>
      <w:r>
        <w:br/>
      </w:r>
      <w:r>
        <w:rPr>
          <w:sz w:val="20"/>
        </w:rPr>
        <w:t>1:33:02  is ko. Aap tafseer mein parhiye is ke shaan-e nuzool ko to aap yeh baat clear ho jayegi aap ke upar. Is is is aayat ka shaan-e nuzool aap tafseer mein mil jayega aap ko.</w:t>
      </w:r>
      <w:r>
        <w:br/>
      </w:r>
      <w:r>
        <w:rPr>
          <w:sz w:val="20"/>
        </w:rPr>
        <w:t>1:33:13  Dr. Owais ne dilli se likha hai: "Of the two, thought crime or social crime, which is more severe and why?"</w:t>
      </w:r>
      <w:r>
        <w:br/>
      </w:r>
      <w:r>
        <w:rPr>
          <w:sz w:val="20"/>
        </w:rPr>
        <w:t>1:33:28  Bhai, ek insaan ke aitbaar se sakht hai, doosra Khuda ke aitbaar se sakht hai. Sakht dono hain. Yaani shirk jo hai, woh Allah Ta'ala maaf nahin farmayenge, lekin woh woh Allah ke haan punishable hai, duniya mein nahin.</w:t>
      </w:r>
      <w:r>
        <w:br/>
      </w:r>
      <w:r>
        <w:rPr>
          <w:sz w:val="20"/>
        </w:rPr>
        <w:t>1:33:41  To sakhti mein dono mein aisa nahin ke koi kam sakht ho. Lekin insaan ke baare mein aap crime karenge to duniya mein woh punishable hai.</w:t>
      </w:r>
      <w:r>
        <w:br/>
      </w:r>
      <w:r>
        <w:rPr>
          <w:sz w:val="20"/>
        </w:rPr>
        <w:t>1:33:52  Khuda ke baare mein karenge to aakhirat mein punishable hai. Bhai, yeh farq hai bas.</w:t>
      </w:r>
      <w:r>
        <w:br/>
      </w:r>
      <w:r>
        <w:rPr>
          <w:sz w:val="20"/>
        </w:rPr>
        <w:t>1:33:59  Mr. Mazhar ne dilli se likha hai: "Kya Quran ko parhne ki koi khaas shariyat hai? Paaki napaki ka masla hai ya nahin?"</w:t>
      </w:r>
      <w:r>
        <w:br/>
      </w:r>
      <w:r>
        <w:rPr>
          <w:sz w:val="20"/>
        </w:rPr>
        <w:t>1:34:14  Quran ko parhne ke liye ek hi shart hai, woh Quran mein hai: "Ittqullah wa yu'allimukumullah". Allah se daro to Allah tum ko Quran ke mazameen samjhayega.</w:t>
      </w:r>
      <w:r>
        <w:br/>
      </w:r>
      <w:r>
        <w:rPr>
          <w:sz w:val="20"/>
        </w:rPr>
        <w:t>1:34:28  Asal shart yeh hai, baqi zahiri shartein hain woh sab. Log zahiri sharton ko jaante hain, asal shart se bekhabar hain. Jitna zyada aap ke andar taqwa hoga, Khuda tarsi hogi, sanjeedgi hogi, honesty hogi,</w:t>
      </w:r>
      <w:r>
        <w:br/>
      </w:r>
      <w:r>
        <w:rPr>
          <w:sz w:val="20"/>
        </w:rPr>
        <w:t>1:34:43  sincerity hogi, utni Quran ki samajh mein aap ko aayega. Asal shart yeh hai. Logon ka haal yeh hai ke jo asal shart hai, is is ka to zikr nahin karte aur jo jo zahiri shart hai, usi ka zikr karte hain.</w:t>
      </w:r>
      <w:r>
        <w:br/>
      </w:r>
      <w:r>
        <w:rPr>
          <w:sz w:val="20"/>
        </w:rPr>
        <w:t>1:34:59  Behaal, Quran mein jo likha hua hai, woh yahi hai: "Ittqullah wa yu'allimukumullah". Is aayat ko aap ja kar tafseer mein dekhiye.</w:t>
      </w:r>
    </w:p>
    <w:p>
      <w:pPr>
        <w:pStyle w:val="Heading2"/>
      </w:pPr>
      <w:r>
        <w:t>Overcoming Sin Despite God's Awareness</w:t>
      </w:r>
    </w:p>
    <w:p>
      <w:r>
        <w:rPr>
          <w:color w:val="666666"/>
          <w:sz w:val="18"/>
        </w:rPr>
        <w:t>Material Science Vs Spiritual Science 20th May 12 SLOW · 1m 06s · at 1:40:25 · https://youtu.be/qYwFExG7cyM?t=6025</w:t>
      </w:r>
    </w:p>
    <w:p>
      <w:r>
        <w:rPr>
          <w:i/>
        </w:rPr>
        <w:t>“Maulana, when I commit a mistake, I am aware that I am doing wrong and that God is watching me, yet I still go ahead and commit the error. Please advise me on how to overcome this.”</w:t>
      </w:r>
    </w:p>
    <w:p>
      <w:r>
        <w:rPr>
          <w:sz w:val="20"/>
        </w:rPr>
        <w:t>1:40:25  maulana, agla sawal amar nagar se mr muhammad achhlaq sahab ka hai.</w:t>
      </w:r>
      <w:r>
        <w:br/>
      </w:r>
      <w:r>
        <w:rPr>
          <w:sz w:val="20"/>
        </w:rPr>
        <w:t>1:40:30  unhon ne likha hai: "maulana, ghalati karne ke waqt yeh baat zehan mein aa jaati hai ke main</w:t>
      </w:r>
      <w:r>
        <w:br/>
      </w:r>
      <w:r>
        <w:rPr>
          <w:sz w:val="20"/>
        </w:rPr>
        <w:t>1:40:37  ghalati kar raha hoon, aur Khuda meri ghalati ko dekh raha hai, aur ghalati phir bhi ho jaati</w:t>
      </w:r>
      <w:r>
        <w:br/>
      </w:r>
      <w:r>
        <w:rPr>
          <w:sz w:val="20"/>
        </w:rPr>
        <w:t>1:40:45  hai.</w:t>
      </w:r>
      <w:r>
        <w:br/>
      </w:r>
      <w:r>
        <w:rPr>
          <w:sz w:val="20"/>
        </w:rPr>
        <w:t>1:40:47  kya yeh dithaai aur sarkashi mein aayega, jabke baad mein ghalati par sharmindagi bhi hoti hai?" ab</w:t>
      </w:r>
      <w:r>
        <w:br/>
      </w:r>
      <w:r>
        <w:rPr>
          <w:sz w:val="20"/>
        </w:rPr>
        <w:t>1:40:54  yeh aadmi khud samajh sakta hai ke kya cheez chahiye ke chhedde nahin.</w:t>
      </w:r>
      <w:r>
        <w:br/>
      </w:r>
      <w:r>
        <w:rPr>
          <w:sz w:val="20"/>
        </w:rPr>
        <w:t>1:41:00  aap khud samjhiye ke ghalati kar ke aap ke andar sharmindagi aayi ke nahin aayi, yeh to andar</w:t>
      </w:r>
      <w:r>
        <w:br/>
      </w:r>
      <w:r>
        <w:rPr>
          <w:sz w:val="20"/>
        </w:rPr>
        <w:t>1:41:08  ki baat hai.</w:t>
      </w:r>
      <w:r>
        <w:br/>
      </w:r>
      <w:r>
        <w:rPr>
          <w:sz w:val="20"/>
        </w:rPr>
        <w:t>1:41:09  doosra aadmi keh jaane ga, sharmindagi mein yeh shamil hai ke aadmi ruka hai.</w:t>
      </w:r>
      <w:r>
        <w:br/>
      </w:r>
      <w:r>
        <w:rPr>
          <w:sz w:val="20"/>
        </w:rPr>
        <w:t>1:41:15  is se agar nahin ruka hai to sharmindagi kahan hai? woh to ghalati se ruka hai, ruka hai</w:t>
      </w:r>
      <w:r>
        <w:br/>
      </w:r>
      <w:r>
        <w:rPr>
          <w:sz w:val="20"/>
        </w:rPr>
        <w:t>1:41:23  aur tauba kare.</w:t>
      </w:r>
      <w:r>
        <w:br/>
      </w:r>
      <w:r>
        <w:rPr>
          <w:sz w:val="20"/>
        </w:rPr>
        <w:t>1:41:24  yeh aadmi khud samajh sakta hai, yeh doosra aadmi is par koi verdict nahin de sakta.</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God's forgiveness for suicide due to depression</w:t>
      </w:r>
    </w:p>
    <w:p>
      <w:r>
        <w:rPr>
          <w:color w:val="666666"/>
          <w:sz w:val="18"/>
        </w:rPr>
        <w:t>The Existence of God January 27, 2019 Maulana Wahiduddin Khan · 7m 16s · at 47:09 · https://youtu.be/fh9tr5ZrUno?t=2829</w:t>
      </w:r>
    </w:p>
    <w:p>
      <w:r>
        <w:rPr>
          <w:i/>
        </w:rPr>
        <w:t>“Maulana, I am depressed because I have no social status and money. Will God forgive me if I commit suicide?”</w:t>
      </w:r>
    </w:p>
    <w:p>
      <w:r>
        <w:rPr>
          <w:sz w:val="20"/>
        </w:rPr>
        <w:t>47:09  Maulana, agla sawal ah Srinagar se bheja hai Murad Rehman Sahab ne. Unhon ne likha hai: "Maulana, I am depressed because I have no social status and money.</w:t>
      </w:r>
      <w:r>
        <w:br/>
      </w:r>
      <w:r>
        <w:rPr>
          <w:sz w:val="20"/>
        </w:rPr>
        <w:t>47:24  Will God forgive me if I commit suicide?"</w:t>
      </w:r>
      <w:r>
        <w:br/>
      </w:r>
      <w:r>
        <w:rPr>
          <w:sz w:val="20"/>
        </w:rPr>
        <w:t>47:31  Dekhiye,</w:t>
      </w:r>
      <w:r>
        <w:br/>
      </w:r>
      <w:r>
        <w:rPr>
          <w:sz w:val="20"/>
        </w:rPr>
        <w:t>47:36  Suicide karne ki aap ko zaroorat nahi hai, balke apne is haal se incentive lijiye aap aur aur aur behtar aur</w:t>
      </w:r>
      <w:r>
        <w:br/>
      </w:r>
      <w:r>
        <w:rPr>
          <w:sz w:val="20"/>
        </w:rPr>
        <w:t>47:50  Yaani apne ab zindagi ka ko aap face kijiye zyada badhe hue incentive se.</w:t>
      </w:r>
      <w:r>
        <w:br/>
      </w:r>
      <w:r>
        <w:rPr>
          <w:sz w:val="20"/>
        </w:rPr>
        <w:t>48:02  Maine apni aankh se ek insaan ko dekha hai,</w:t>
      </w:r>
      <w:r>
        <w:br/>
      </w:r>
      <w:r>
        <w:rPr>
          <w:sz w:val="20"/>
        </w:rPr>
        <w:t>48:08  Ab khud apni aankh se dekha hai main</w:t>
      </w:r>
      <w:r>
        <w:br/>
      </w:r>
      <w:r>
        <w:rPr>
          <w:sz w:val="20"/>
        </w:rPr>
        <w:t>48:13  Ke woh frustration ka shikar ho gaye the. Woh kisi wajah se frustration ka shikar ho gaye the to woh kisi se baat nahi karte the is mauzu par.</w:t>
      </w:r>
      <w:r>
        <w:br/>
      </w:r>
      <w:r>
        <w:rPr>
          <w:sz w:val="20"/>
        </w:rPr>
        <w:t>48:27  Andar andar bilkul frustration, yahan tak ke ek din unhon ne zeher kha liya, khudkushi kar ke irade se.</w:t>
      </w:r>
      <w:r>
        <w:br/>
      </w:r>
      <w:r>
        <w:rPr>
          <w:sz w:val="20"/>
        </w:rPr>
        <w:t>48:41  Unhon ne khud apni aankhon se dekha hai un ki, un ka body pada hua hai aur</w:t>
      </w:r>
      <w:r>
        <w:br/>
      </w:r>
      <w:r>
        <w:rPr>
          <w:sz w:val="20"/>
        </w:rPr>
        <w:t>48:53  Bataur lagta hai ke ab woh maut ke kinare pahunch chuke hain. Lekin phir jaldi ek doctor available ho gaya, logon ne jaldi se us ko bulaya,</w:t>
      </w:r>
      <w:r>
        <w:br/>
      </w:r>
      <w:r>
        <w:rPr>
          <w:sz w:val="20"/>
        </w:rPr>
        <w:t>49:06  Us ne kuch treatment kiya, kuch ulti karwai, kya kiya kya kiya, par woh bach gaye.</w:t>
      </w:r>
      <w:r>
        <w:br/>
      </w:r>
      <w:r>
        <w:rPr>
          <w:sz w:val="20"/>
        </w:rPr>
        <w:t>49:17  Aur maine phir unhi unhi ko apni aankhon se dekha hai ke woh business kiya, unhon ne bohat acha business kiya, bohat kamyab, bohat paisa kamaya.</w:t>
      </w:r>
      <w:r>
        <w:br/>
      </w:r>
      <w:r>
        <w:rPr>
          <w:sz w:val="20"/>
        </w:rPr>
        <w:t>49:34  Us ke baad main ek kitaab padhi, ek kitaab padhi maine. Is kitaab mein likha tha ke jo log suicide karein aur bach jayein kisi wajah se,</w:t>
      </w:r>
      <w:r>
        <w:br/>
      </w:r>
      <w:r>
        <w:rPr>
          <w:sz w:val="20"/>
        </w:rPr>
        <w:t>49:49  Suicide karein aur bach jayein to hero ban jate hain woh, kyunke suicide karne se pehle to woh ek dam maishat mein jeete the.</w:t>
      </w:r>
      <w:r>
        <w:br/>
      </w:r>
      <w:r>
        <w:rPr>
          <w:sz w:val="20"/>
        </w:rPr>
        <w:t>50:05  Zindagi maishat ke maani kya hain? Zindagi ki, zindagi ki value na janna. Yeh jo insaan hai aap, aap ke andar is ki value ko na janna.</w:t>
      </w:r>
      <w:r>
        <w:br/>
      </w:r>
      <w:r>
        <w:rPr>
          <w:sz w:val="20"/>
        </w:rPr>
        <w:t>50:19  to is ne likha tha ke jo aadmi suicide kare aur bach jaye, wo apni zindagi ki value ko bohat baray paimane par jaan leta hai aur phir hero ban jata hai.</w:t>
      </w:r>
      <w:r>
        <w:br/>
      </w:r>
      <w:r>
        <w:rPr>
          <w:sz w:val="20"/>
        </w:rPr>
        <w:t>50:29  wo</w:t>
      </w:r>
      <w:r>
        <w:br/>
      </w:r>
      <w:r>
        <w:rPr>
          <w:sz w:val="20"/>
        </w:rPr>
        <w:t>50:32  to aap apne potential ko daryaft kijiye aur koi bhi kaam jo mile aap ko, chahe wo ghaas kaatne ka kaam ho, shuru kar dijiye.</w:t>
      </w:r>
      <w:r>
        <w:br/>
      </w:r>
      <w:r>
        <w:rPr>
          <w:sz w:val="20"/>
        </w:rPr>
        <w:t>50:45  inshallah aap bohat kam kamyab honge, bohat kamyab honge.</w:t>
      </w:r>
      <w:r>
        <w:br/>
      </w:r>
      <w:r>
        <w:rPr>
          <w:sz w:val="20"/>
        </w:rPr>
        <w:t>50:58  maulana, kuch comment parhna chahenge. ye comment bheja hai syeda fozana hussain nees bangalore se. unhon ne likha hai: "God has created us for a purpose and we should live up to His expectations and not question His existence.</w:t>
      </w:r>
      <w:r>
        <w:br/>
      </w:r>
      <w:r>
        <w:rPr>
          <w:sz w:val="20"/>
        </w:rPr>
        <w:t>51:16  Most important is He is watching our actions and that is enough to feel His presence. He is guiding us, correcting, acknowledging us, letting us live in every type of circumstances which is itself a reward.</w:t>
      </w:r>
      <w:r>
        <w:br/>
      </w:r>
      <w:r>
        <w:rPr>
          <w:sz w:val="20"/>
        </w:rPr>
        <w:t>51:34  This is my understanding of today's talk." Miss mashallah, miss shabina ali ne kolkata se likha hai:</w:t>
      </w:r>
      <w:r>
        <w:br/>
      </w:r>
      <w:r>
        <w:rPr>
          <w:sz w:val="20"/>
        </w:rPr>
        <w:t>51:46  "Discover God in His creation is my takeaway of today's lecture</w:t>
      </w:r>
      <w:r>
        <w:br/>
      </w:r>
      <w:r>
        <w:rPr>
          <w:sz w:val="20"/>
        </w:rPr>
        <w:t>51:51  . One needs to be a seeker of truth and observer of nature and an inquiring mind to get to the bottom of realization of the Creator and the existence of God." Mr shad hussain ne likha hai kashmir se: "A great seeker revealed many secrets which were in the form of symbols in the Quran and tradition</w:t>
      </w:r>
      <w:r>
        <w:br/>
      </w:r>
      <w:r>
        <w:rPr>
          <w:sz w:val="20"/>
        </w:rPr>
        <w:t>52:16  . Really thrilling." Maulana, ab sawal lena chahenge. ye sawal hai aamir mori sahib ka kashmir se.</w:t>
      </w:r>
      <w:r>
        <w:br/>
      </w:r>
      <w:r>
        <w:rPr>
          <w:sz w:val="20"/>
        </w:rPr>
        <w:t>52:27  unhon ne likha hai: "Maulana sahib, we have heard many Muslim preachers saying that sometimes we need to kill aql in religion because religion is a matter of faith.</w:t>
      </w:r>
      <w:r>
        <w:br/>
      </w:r>
      <w:r>
        <w:rPr>
          <w:sz w:val="20"/>
        </w:rPr>
        <w:t>52:43  But science has helped us to understand the uncertain things with certainty. But still, there are few aspects in religion like meraj incident where we are not able to apply our aql.</w:t>
      </w:r>
      <w:r>
        <w:br/>
      </w:r>
      <w:r>
        <w:rPr>
          <w:sz w:val="20"/>
        </w:rPr>
        <w:t>53:00  Kindly guide how to understand such aspects and address this kind of thinking." Dekhiye, ye wo log hote hain jo jo jo farma rahe hain aap un ko ke parhte parhte kuch nahi,</w:t>
      </w:r>
      <w:r>
        <w:br/>
      </w:r>
      <w:r>
        <w:rPr>
          <w:sz w:val="20"/>
        </w:rPr>
        <w:t>53:15  bilkul yani kuch parhte nahi, bas khali hawa hawa mein apni aql dorate hain.</w:t>
      </w:r>
      <w:r>
        <w:br/>
      </w:r>
      <w:r>
        <w:rPr>
          <w:sz w:val="20"/>
        </w:rPr>
        <w:t>53:25  main aise logon ko kuch nahi keh sakta siwaye is ke ke wo</w:t>
      </w:r>
    </w:p>
    <w:p>
      <w:pPr>
        <w:pStyle w:val="Heading2"/>
      </w:pPr>
      <w:r>
        <w:t>How to make amends and get forgiveness?</w:t>
      </w:r>
    </w:p>
    <w:p>
      <w:r>
        <w:rPr>
          <w:color w:val="666666"/>
          <w:sz w:val="18"/>
        </w:rPr>
        <w:t>Anger An Obstacle to wisdom 5 Jan 2020 - Maulana Wahiduddin Khan · 2m 44s · at 1:08:00 · https://youtu.be/q0VPtCsiYrI?t=4080</w:t>
      </w:r>
    </w:p>
    <w:p>
      <w:r>
        <w:rPr>
          <w:i/>
        </w:rPr>
        <w:t>“Today's talk was very beneficial for me. I want to ask you that if out of anger in the past I have taken a rash decision and hurt someone and damaged his reputation, then how can I make amends and get forgiveness from God? I really need your advice on this.”</w:t>
      </w:r>
    </w:p>
    <w:p>
      <w:r>
        <w:rPr>
          <w:sz w:val="20"/>
        </w:rPr>
        <w:t>1:08:00  ma sha Allah. Maulana, ek sawal aaya hai, yeh sawal aaya hai lucknow se firoz sahib ne kiya hai, unhon ne likha hai: "Molana sahib, today's talk was very beneficial for me.</w:t>
      </w:r>
      <w:r>
        <w:br/>
      </w:r>
      <w:r>
        <w:rPr>
          <w:sz w:val="20"/>
        </w:rPr>
        <w:t>1:08:18  I want to ask you that if out of anger in the past I have taken a rash decision and hurt someone and damaged his reputation, then how can I make amends and get forgiveness from God</w:t>
      </w:r>
      <w:r>
        <w:br/>
      </w:r>
      <w:r>
        <w:rPr>
          <w:sz w:val="20"/>
        </w:rPr>
        <w:t>1:08:34  ? I really need your advice on this." dekhiye, yeh to har ek ke sath pesh aata hai aur is ka hal bohat hi asan hai,</w:t>
      </w:r>
      <w:r>
        <w:br/>
      </w:r>
      <w:r>
        <w:rPr>
          <w:sz w:val="20"/>
        </w:rPr>
        <w:t>1:08:48  bohat hi asan hai. aur yeh maine jana hai ek sahabi</w:t>
      </w:r>
      <w:r>
        <w:br/>
      </w:r>
      <w:r>
        <w:rPr>
          <w:sz w:val="20"/>
        </w:rPr>
        <w:t>1:08:57  abu darda se, woh itna asan hai ke jis insan ke sath aap ne koi</w:t>
      </w:r>
      <w:r>
        <w:br/>
      </w:r>
      <w:r>
        <w:rPr>
          <w:sz w:val="20"/>
        </w:rPr>
        <w:t>1:09:08  burai kar di hai, bas us ke liye dua kar ban jaiye. jab aap ko ehsas ehsas ho ke aap ne galat kiya tha, bas sirf yeh kijiye ke us ke liye dua shuru kar dijiye.</w:t>
      </w:r>
      <w:r>
        <w:br/>
      </w:r>
      <w:r>
        <w:rPr>
          <w:sz w:val="20"/>
        </w:rPr>
        <w:t>1:09:26  bas itna hi kijiye, aap kuch kar lijiye, kuch elan karne ki zaroorat nahi hai. is insan ke liye dua, aap dekhen ke achaanak ek naya inqalab aaye ga aap ke andar aur ek bilkul ek nai dunya wajood mein aa jaye gi.</w:t>
      </w:r>
      <w:r>
        <w:br/>
      </w:r>
      <w:r>
        <w:rPr>
          <w:sz w:val="20"/>
        </w:rPr>
        <w:t>1:09:47  bohat hi asan hai, log dua jante hain sirf yani mangna, dua jante hain sirf mangne ke liye.</w:t>
      </w:r>
      <w:r>
        <w:br/>
      </w:r>
      <w:r>
        <w:rPr>
          <w:sz w:val="20"/>
        </w:rPr>
        <w:t>1:09:58  lekin dua bhi ek ek giver item hai, giver dua ek azeem tareen qism ka giver item hai.</w:t>
      </w:r>
      <w:r>
        <w:br/>
      </w:r>
      <w:r>
        <w:rPr>
          <w:sz w:val="20"/>
        </w:rPr>
        <w:t>1:10:15  kisi insan ke liye aap jab dua karte hain to sare farishte amin karte hain, amin karte hain, amin karte hain. to dua ek bohat bara giver item hai,</w:t>
      </w:r>
      <w:r>
        <w:br/>
      </w:r>
      <w:r>
        <w:rPr>
          <w:sz w:val="20"/>
        </w:rPr>
        <w:t>1:10:28  aap nafe ban jate hain.</w:t>
      </w:r>
      <w:r>
        <w:br/>
      </w:r>
      <w:r>
        <w:rPr>
          <w:sz w:val="20"/>
        </w:rPr>
        <w:t>1:10:33  tajurba tajurba kar ke dekhiye, aap tajurba kar ke dekhiye.</w:t>
      </w:r>
    </w:p>
    <w:p>
      <w:pPr>
        <w:pStyle w:val="Heading2"/>
      </w:pPr>
      <w:r>
        <w:t>How to do merciless self-introspection</w:t>
      </w:r>
    </w:p>
    <w:p>
      <w:r>
        <w:rPr>
          <w:color w:val="666666"/>
          <w:sz w:val="18"/>
        </w:rPr>
        <w:t>The Problem of Evil December 4, 2011 · 1m 53s · at 1:42:42 · https://youtu.be/SMqtVjaGHfw?t=6162</w:t>
      </w:r>
    </w:p>
    <w:p>
      <w:r>
        <w:rPr>
          <w:i/>
        </w:rPr>
        <w:t>“How can one do merciless introspection of oneself?”</w:t>
      </w:r>
    </w:p>
    <w:p>
      <w:r>
        <w:rPr>
          <w:sz w:val="20"/>
        </w:rPr>
        <w:t>1:42:42  maulana, agla sawal hai miss naghma siddiqui ka. unhon ne likha hai: "how can one do merciless introspection of oneself?" dekhein, aam tor par yeh hota hai ke aadmi apne ko bacha kar rakhna chahta hai,</w:t>
      </w:r>
      <w:r>
        <w:br/>
      </w:r>
      <w:r>
        <w:rPr>
          <w:sz w:val="20"/>
        </w:rPr>
        <w:t>1:42:58  isi liye jhoot bolta hai, toast kar ke bolta hai, baton ko inferior andaaz mein pesh karta hai. dekhein, mein bacha raha hoon, meri ghalti na sabit ho.</w:t>
      </w:r>
      <w:r>
        <w:br/>
      </w:r>
      <w:r>
        <w:rPr>
          <w:sz w:val="20"/>
        </w:rPr>
        <w:t>1:43:10  to yeh to bohat hi... mein is ko third class ki baat samajhta hoon. aadmi ke andar openness hona chahiye.</w:t>
      </w:r>
      <w:r>
        <w:br/>
      </w:r>
      <w:r>
        <w:rPr>
          <w:sz w:val="20"/>
        </w:rPr>
        <w:t>1:43:18  dekhen, agar aadmi yeh jaan le ke mujhe meri meri jo</w:t>
      </w:r>
      <w:r>
        <w:br/>
      </w:r>
      <w:r>
        <w:rPr>
          <w:sz w:val="20"/>
        </w:rPr>
        <w:t>1:43:27  meri jo kamyabi hai, dunya o akhirat mein, woh isi par depend karti hai, to aadmi is bare mein hote hain, yani kaash ho jayega.</w:t>
      </w:r>
      <w:r>
        <w:br/>
      </w:r>
      <w:r>
        <w:rPr>
          <w:sz w:val="20"/>
        </w:rPr>
        <w:t>1:43:37  jaise jaise ke aaj kal larkiyan baghair booty, apna booty parlour gaye hue, baghair unko tazkar nahi milti.</w:t>
      </w:r>
      <w:r>
        <w:br/>
      </w:r>
      <w:r>
        <w:rPr>
          <w:sz w:val="20"/>
        </w:rPr>
        <w:t>1:43:46  jo booti parliiter nahi jata hai, apne kamre mein aaina dekh kar apni apni ko woh karta hai. To jis jis cheez ke bare mein aadmi, yani kaashs ho, usko qareeb karta hi karta hai.</w:t>
      </w:r>
      <w:r>
        <w:br/>
      </w:r>
      <w:r>
        <w:rPr>
          <w:sz w:val="20"/>
        </w:rPr>
        <w:t>1:44:01  woh usko chhod nahi sakta hai. Woh</w:t>
      </w:r>
      <w:r>
        <w:br/>
      </w:r>
      <w:r>
        <w:rPr>
          <w:sz w:val="20"/>
        </w:rPr>
        <w:t>1:44:05  to jo kaashs hai is mamle mein, yani jo conscious hai is mamle mein ke mujhe log dekhen to main acha lagoon, to woh apna to apne ko sanwarta rehta hai.</w:t>
      </w:r>
      <w:r>
        <w:br/>
      </w:r>
      <w:r>
        <w:rPr>
          <w:sz w:val="20"/>
        </w:rPr>
        <w:t>1:44:21  lekin jisko yeh jo is mamle mein conscious ho jaye ke mujhe Allah taala ke haan, yani Allah ki rehmaton mein hissa daar banna hai, to woh zaroor karega use.</w:t>
      </w:r>
      <w:r>
        <w:br/>
      </w:r>
      <w:r>
        <w:rPr>
          <w:sz w:val="20"/>
        </w:rPr>
        <w:t>1:44:33  yani woh kiye baghair reh nahi sakta hai. Woh</w:t>
      </w:r>
    </w:p>
    <w:p>
      <w:pPr>
        <w:pStyle w:val="Heading2"/>
      </w:pPr>
      <w:r>
        <w:t>Explanation of Quran 9:113 on seeking forgiveness</w:t>
      </w:r>
    </w:p>
    <w:p>
      <w:r>
        <w:rPr>
          <w:color w:val="666666"/>
          <w:sz w:val="18"/>
        </w:rPr>
        <w:t>God Oriented Life (In Conversation with Maulana) 23 10 11 · 3m 05s · at 34:02 · https://youtu.be/E_LWwsWww2U?t=2042</w:t>
      </w:r>
    </w:p>
    <w:p>
      <w:r>
        <w:rPr>
          <w:i/>
        </w:rPr>
        <w:t>“In Quran chapter 9 verse 113, the translation says it is not proper for the Prophet and those who believe to seek forgiveness for the polytheists. Please explain this verse.”</w:t>
      </w:r>
    </w:p>
    <w:p>
      <w:r>
        <w:rPr>
          <w:sz w:val="20"/>
        </w:rPr>
        <w:t>34:02  مولانا اگلا سوال مسٹر احمد انوت نے دلی سے کیا ہے انہوں نے لکھا ہے in Quran chapter</w:t>
      </w:r>
      <w:r>
        <w:br/>
      </w:r>
      <w:r>
        <w:rPr>
          <w:sz w:val="20"/>
        </w:rPr>
        <w:t>34:09  nine verse number 113</w:t>
      </w:r>
      <w:r>
        <w:br/>
      </w:r>
      <w:r>
        <w:rPr>
          <w:sz w:val="20"/>
        </w:rPr>
        <w:t>34:12  The translation says it is not proper for the prophet and those who believe to seek forgiveness for</w:t>
      </w:r>
      <w:r>
        <w:br/>
      </w:r>
      <w:r>
        <w:rPr>
          <w:sz w:val="20"/>
        </w:rPr>
        <w:t>34:21  polytheist even though they are close relatives</w:t>
      </w:r>
      <w:r>
        <w:br/>
      </w:r>
      <w:r>
        <w:rPr>
          <w:sz w:val="20"/>
        </w:rPr>
        <w:t>34:26  after it has become clear to them that they have earned the punishment of hell</w:t>
      </w:r>
      <w:r>
        <w:br/>
      </w:r>
      <w:r>
        <w:rPr>
          <w:sz w:val="20"/>
        </w:rPr>
        <w:t>34:32  kindly explain</w:t>
      </w:r>
      <w:r>
        <w:br/>
      </w:r>
      <w:r>
        <w:rPr>
          <w:sz w:val="20"/>
        </w:rPr>
        <w:t>34:33  this verse dekhein yeh jang ke bare mein hai aap halaat ke bare mein nahi hai jangy</w:t>
      </w:r>
      <w:r>
        <w:br/>
      </w:r>
      <w:r>
        <w:rPr>
          <w:sz w:val="20"/>
        </w:rPr>
        <w:t>34:39  halat ka yeh qanoon hai is ke context se alag kar ke ap parhein ge to kuch samajh</w:t>
      </w:r>
      <w:r>
        <w:br/>
      </w:r>
      <w:r>
        <w:rPr>
          <w:sz w:val="20"/>
        </w:rPr>
        <w:t>34:45  nahin gaye to har ek ko ap nafrat karein ge har ek ko dushman bana lein ge apna</w:t>
      </w:r>
      <w:r>
        <w:br/>
      </w:r>
      <w:r>
        <w:rPr>
          <w:sz w:val="20"/>
        </w:rPr>
        <w:t>34:49  jab musalma muslim aur doosre jo thay un ke mukhalifeen at war thay tab ka yeh qanoon hai</w:t>
      </w:r>
      <w:r>
        <w:br/>
      </w:r>
      <w:r>
        <w:rPr>
          <w:sz w:val="20"/>
        </w:rPr>
        <w:t>34:58  is ko is ke context hata kar mat dekhiye is ko ap tafseeron mein parhiye is ke shan</w:t>
      </w:r>
      <w:r>
        <w:br/>
      </w:r>
      <w:r>
        <w:rPr>
          <w:sz w:val="20"/>
        </w:rPr>
        <w:t>35:04  nuzool ko to ap yeh baat clear ho jaye gi ap ke upar is is is ayat ka</w:t>
      </w:r>
      <w:r>
        <w:br/>
      </w:r>
      <w:r>
        <w:rPr>
          <w:sz w:val="20"/>
        </w:rPr>
        <w:t>35:09  shan nuzool ap tasawwur mil jaye ga ap ko</w:t>
      </w:r>
      <w:r>
        <w:br/>
      </w:r>
      <w:r>
        <w:rPr>
          <w:sz w:val="20"/>
        </w:rPr>
        <w:t>35:13  Dr Owais ne Delhi se likha hai if the two thought crime or social crime which is more severe and why</w:t>
      </w:r>
      <w:r>
        <w:br/>
      </w:r>
      <w:r>
        <w:rPr>
          <w:sz w:val="20"/>
        </w:rPr>
        <w:t>35:27  bhai ek insan ke aitbar se sakht hai doosra khuda ke aitbar se sakht hai sakht dono hain</w:t>
      </w:r>
      <w:r>
        <w:br/>
      </w:r>
      <w:r>
        <w:rPr>
          <w:sz w:val="20"/>
        </w:rPr>
        <w:t>35:33  yani shirk jo hai woh Allah taala maaf nahin farmayein ge lekin woh woh Allah ke haan punishable</w:t>
      </w:r>
      <w:r>
        <w:br/>
      </w:r>
      <w:r>
        <w:rPr>
          <w:sz w:val="20"/>
        </w:rPr>
        <w:t>35:37  hai duniya mein nahin</w:t>
      </w:r>
      <w:r>
        <w:br/>
      </w:r>
      <w:r>
        <w:rPr>
          <w:sz w:val="20"/>
        </w:rPr>
        <w:t>35:40  to sakhti mein dono mein aisa nahin koi kam sakht ho lekin insan ke bare mein ap crime</w:t>
      </w:r>
      <w:r>
        <w:br/>
      </w:r>
      <w:r>
        <w:rPr>
          <w:sz w:val="20"/>
        </w:rPr>
        <w:t>35:49  karein ge to duniya mein woh punishable hai khuda ke bare mein karein ge to akhirat mein punishable</w:t>
      </w:r>
      <w:r>
        <w:br/>
      </w:r>
      <w:r>
        <w:rPr>
          <w:sz w:val="20"/>
        </w:rPr>
        <w:t>35:53  hai bhai yeh farq hai bas</w:t>
      </w:r>
      <w:r>
        <w:br/>
      </w:r>
      <w:r>
        <w:rPr>
          <w:sz w:val="20"/>
        </w:rPr>
        <w:t>35:59  Mr Mazhar ne Delhi se likha hai kya Quran ko padhne ki koi khaas shariyat hai pakki napakki ka masla hai ya nahi</w:t>
      </w:r>
      <w:r>
        <w:br/>
      </w:r>
      <w:r>
        <w:rPr>
          <w:sz w:val="20"/>
        </w:rPr>
        <w:t>36:13  quran ko parhne ke liye ek hi shart hai woh quran mein hai</w:t>
      </w:r>
      <w:r>
        <w:br/>
      </w:r>
      <w:r>
        <w:rPr>
          <w:sz w:val="20"/>
        </w:rPr>
        <w:t>36:18  attaqullah wa yualimkumullah Allah se daro to Allah tum ko quran ke mazameen samjhaye ga asal</w:t>
      </w:r>
      <w:r>
        <w:br/>
      </w:r>
      <w:r>
        <w:rPr>
          <w:sz w:val="20"/>
        </w:rPr>
        <w:t>36:27  shart yeh hai baqi zahiri shartein hain woh sab log zahiri sharton ko jante hain asal shart se</w:t>
      </w:r>
      <w:r>
        <w:br/>
      </w:r>
      <w:r>
        <w:rPr>
          <w:sz w:val="20"/>
        </w:rPr>
        <w:t>36:32  be khabar hain jitna zyada ap ke andar taqwa hoga khuda tesi hogi sanjidgi hogi</w:t>
      </w:r>
      <w:r>
        <w:br/>
      </w:r>
      <w:r>
        <w:rPr>
          <w:sz w:val="20"/>
        </w:rPr>
        <w:t>36:40  honesty hogi sincerity hogi itni quran ki samajh mein ap ka aye ga asal shart yeh hai</w:t>
      </w:r>
      <w:r>
        <w:br/>
      </w:r>
      <w:r>
        <w:rPr>
          <w:sz w:val="20"/>
        </w:rPr>
        <w:t>36:48  logon ka haal yeh hai ke jo asal shart hai is is ka to zikr nahin karte aur</w:t>
      </w:r>
      <w:r>
        <w:br/>
      </w:r>
      <w:r>
        <w:rPr>
          <w:sz w:val="20"/>
        </w:rPr>
        <w:t>36:53  jo jo zahiri shart hai usi ka zikr karte hain</w:t>
      </w:r>
      <w:r>
        <w:br/>
      </w:r>
      <w:r>
        <w:rPr>
          <w:sz w:val="20"/>
        </w:rPr>
        <w:t>36:58  beh-haal</w:t>
      </w:r>
      <w:r>
        <w:br/>
      </w:r>
      <w:r>
        <w:rPr>
          <w:sz w:val="20"/>
        </w:rPr>
        <w:t>36:58  Quran mein jo likha hua hai woh yahi hai ittaqullah wa yualimkumullah is ayat ko aap ja kar tafseer mein bhi likhiye</w:t>
      </w:r>
    </w:p>
    <w:p>
      <w:pPr>
        <w:pStyle w:val="Heading2"/>
      </w:pPr>
      <w:r>
        <w:t>Truth and Violence Cannot Coexist</w:t>
      </w:r>
    </w:p>
    <w:p>
      <w:r>
        <w:rPr>
          <w:color w:val="666666"/>
          <w:sz w:val="18"/>
        </w:rPr>
        <w:t>Dars-e-Quran, Chapter 2, Verses 44-46, January 28, 2018 · 4m 33s · at 53:16 · https://youtu.be/3Kd5InuBtFA?t=3196</w:t>
      </w:r>
    </w:p>
    <w:p>
      <w:r>
        <w:rPr>
          <w:i/>
        </w:rPr>
        <w:t>“Why do you say that truth and violence cannot exist together? Elaborate it.”</w:t>
      </w:r>
    </w:p>
    <w:p>
      <w:r>
        <w:rPr>
          <w:sz w:val="20"/>
        </w:rPr>
        <w:t>53:16  doctor safeena tabassum ne saharanpur se sawal bheja hai, unhon ne likha hai: "maulana, maulana sahib, wai</w:t>
      </w:r>
      <w:r>
        <w:br/>
      </w:r>
      <w:r>
        <w:rPr>
          <w:sz w:val="20"/>
        </w:rPr>
        <w:t>53:26  do you say that truth and violence cant exist together? is ko elaborate karen." dekhiye</w:t>
      </w:r>
      <w:r>
        <w:br/>
      </w:r>
      <w:r>
        <w:rPr>
          <w:sz w:val="20"/>
        </w:rPr>
        <w:t>53:36  , is tarah ke jo waqiat bataye jate hain, un ko main ne detail ke sath samajhne ki koshish ki.</w:t>
      </w:r>
      <w:r>
        <w:br/>
      </w:r>
      <w:r>
        <w:rPr>
          <w:sz w:val="20"/>
        </w:rPr>
        <w:t>53:43  yeh sare waqiat without any exception retaliation ke waqiat hain.</w:t>
      </w:r>
      <w:r>
        <w:br/>
      </w:r>
      <w:r>
        <w:rPr>
          <w:sz w:val="20"/>
        </w:rPr>
        <w:t>53:51  musalman kehte hain ke hamare upar zulm ho raha hai, zulm nahin.</w:t>
      </w:r>
      <w:r>
        <w:br/>
      </w:r>
      <w:r>
        <w:rPr>
          <w:sz w:val="20"/>
        </w:rPr>
        <w:t>53:59  yeh kehna chah</w:t>
      </w:r>
      <w:r>
        <w:br/>
      </w:r>
      <w:r>
        <w:rPr>
          <w:sz w:val="20"/>
        </w:rPr>
        <w:t>54:06  ye ke hamari ghalat policy ke nateejay mein pakistan hi hamare upar retaliate kar raha hai.</w:t>
      </w:r>
      <w:r>
        <w:br/>
      </w:r>
      <w:r>
        <w:rPr>
          <w:sz w:val="20"/>
        </w:rPr>
        <w:t>54:12  jawab-i-iqdam to agar is ko maan liya jaye aur is ko follow kiya jaye, yani doosre ki</w:t>
      </w:r>
      <w:r>
        <w:br/>
      </w:r>
      <w:r>
        <w:rPr>
          <w:sz w:val="20"/>
        </w:rPr>
        <w:t>54:18  nose ko up hat na karen to kuch bhi nahin, kuch bhi nahin, kuch nahin.</w:t>
      </w:r>
      <w:r>
        <w:br/>
      </w:r>
      <w:r>
        <w:rPr>
          <w:sz w:val="20"/>
        </w:rPr>
        <w:t>54:24  jo aadmi is ko na maane, is ko kar ke dekhe.</w:t>
      </w:r>
      <w:r>
        <w:br/>
      </w:r>
      <w:r>
        <w:rPr>
          <w:sz w:val="20"/>
        </w:rPr>
        <w:t>54:30  jo aadmi is ko na maane,</w:t>
      </w:r>
      <w:r>
        <w:br/>
      </w:r>
      <w:r>
        <w:rPr>
          <w:sz w:val="20"/>
        </w:rPr>
        <w:t>54:36  is ko kar ke dekhe.</w:t>
      </w:r>
      <w:r>
        <w:br/>
      </w:r>
      <w:r>
        <w:rPr>
          <w:sz w:val="20"/>
        </w:rPr>
        <w:t>54:41  pehle is par practice kare, phir mujhe bataye.</w:t>
      </w:r>
      <w:r>
        <w:br/>
      </w:r>
      <w:r>
        <w:rPr>
          <w:sz w:val="20"/>
        </w:rPr>
        <w:t>54:46  misalan kashmir mein, falasteen mein, aap apni taraf se na pathar marien, na bomb marien.</w:t>
      </w:r>
      <w:r>
        <w:br/>
      </w:r>
      <w:r>
        <w:rPr>
          <w:sz w:val="20"/>
        </w:rPr>
        <w:t>54:51  is ke baad mujhe bataiye ke phir kya hua? 60 saal aap ne pathar marne ka tajurba kiya</w:t>
      </w:r>
      <w:r>
        <w:br/>
      </w:r>
      <w:r>
        <w:rPr>
          <w:sz w:val="20"/>
        </w:rPr>
        <w:t>54:56  hai, bomb marne ka.</w:t>
      </w:r>
      <w:r>
        <w:br/>
      </w:r>
      <w:r>
        <w:rPr>
          <w:sz w:val="20"/>
        </w:rPr>
        <w:t>55:01  ab aap sirf ek mahina is ka tajurba kar lijiye jo main</w:t>
      </w:r>
      <w:r>
        <w:br/>
      </w:r>
      <w:r>
        <w:rPr>
          <w:sz w:val="20"/>
        </w:rPr>
        <w:t>55:06  kehta hoon.</w:t>
      </w:r>
      <w:r>
        <w:br/>
      </w:r>
      <w:r>
        <w:rPr>
          <w:sz w:val="20"/>
        </w:rPr>
        <w:t>55:11  main kehta hoon yahi yeh islam hai.</w:t>
      </w:r>
      <w:r>
        <w:br/>
      </w:r>
      <w:r>
        <w:rPr>
          <w:sz w:val="20"/>
        </w:rPr>
        <w:t>55:16  sabr ka matlab hai non violent struggle.</w:t>
      </w:r>
      <w:r>
        <w:br/>
      </w:r>
      <w:r>
        <w:rPr>
          <w:sz w:val="20"/>
        </w:rPr>
        <w:t>55:21  sabr ka matlab hai non violent struggle.</w:t>
      </w:r>
      <w:r>
        <w:br/>
      </w:r>
      <w:r>
        <w:rPr>
          <w:sz w:val="20"/>
        </w:rPr>
        <w:t>55:26  aap kar ke dekhiye is ko.</w:t>
      </w:r>
      <w:r>
        <w:br/>
      </w:r>
      <w:r>
        <w:rPr>
          <w:sz w:val="20"/>
        </w:rPr>
        <w:t>55:31  abhi aap violent struggle kar rahe hain, ab non violent struggle kar ke dekhiye. wahi hoga</w:t>
      </w:r>
      <w:r>
        <w:br/>
      </w:r>
      <w:r>
        <w:rPr>
          <w:sz w:val="20"/>
        </w:rPr>
        <w:t>55:36  jo gandhi ke sath hua.</w:t>
      </w:r>
      <w:r>
        <w:br/>
      </w:r>
      <w:r>
        <w:rPr>
          <w:sz w:val="20"/>
        </w:rPr>
        <w:t>55:42  aap jante hain ke india mein pehle azadi wale log agar un ko koi goli marte the, pathar</w:t>
      </w:r>
      <w:r>
        <w:br/>
      </w:r>
      <w:r>
        <w:rPr>
          <w:sz w:val="20"/>
        </w:rPr>
        <w:t>55:48  marte the to woh bhi karta tha.</w:t>
      </w:r>
      <w:r>
        <w:br/>
      </w:r>
      <w:r>
        <w:rPr>
          <w:sz w:val="20"/>
        </w:rPr>
        <w:t>55:54  jab gandhi ne ya yeh kiya, kapra bhi utar diya aur totally non violent ban gaye.</w:t>
      </w:r>
      <w:r>
        <w:br/>
      </w:r>
      <w:r>
        <w:rPr>
          <w:sz w:val="20"/>
        </w:rPr>
        <w:t>56:00  totally un ke hath mein sawal ek lutiya ke sath kuch bhi nahi</w:t>
      </w:r>
      <w:r>
        <w:br/>
      </w:r>
      <w:r>
        <w:rPr>
          <w:sz w:val="20"/>
        </w:rPr>
        <w:t>56:06  tha.</w:t>
      </w:r>
      <w:r>
        <w:br/>
      </w:r>
      <w:r>
        <w:rPr>
          <w:sz w:val="20"/>
        </w:rPr>
        <w:t>56:16  to us zamane ka ek latifa hai ke up ke area mein ek angrez character tha, to</w:t>
      </w:r>
      <w:r>
        <w:br/>
      </w:r>
      <w:r>
        <w:rPr>
          <w:sz w:val="20"/>
        </w:rPr>
        <w:t>56:26  us ne kaha ke jab us ne socha ke jab gandhi ne kapra</w:t>
      </w:r>
      <w:r>
        <w:br/>
      </w:r>
      <w:r>
        <w:rPr>
          <w:sz w:val="20"/>
        </w:rPr>
        <w:t>56:36  tak chhod utar diya aur us ke hath mein na koi pathar hai na bomb hai, to main</w:t>
      </w:r>
      <w:r>
        <w:br/>
      </w:r>
      <w:r>
        <w:rPr>
          <w:sz w:val="20"/>
        </w:rPr>
        <w:t>56:42  kaise marun us ko? to us ne ek us zamane mein telegraph hua karta tha, to us</w:t>
      </w:r>
      <w:r>
        <w:br/>
      </w:r>
      <w:r>
        <w:rPr>
          <w:sz w:val="20"/>
        </w:rPr>
        <w:t>56:48  ne apne secretariat ko card bheja.</w:t>
      </w:r>
      <w:r>
        <w:br/>
      </w:r>
      <w:r>
        <w:rPr>
          <w:sz w:val="20"/>
        </w:rPr>
        <w:t>56:54  اس میں یہ لکھا اس نے کہ "Kindly, kindly, wire instructions how to kill a tiger non-violently."</w:t>
      </w:r>
      <w:r>
        <w:br/>
      </w:r>
      <w:r>
        <w:rPr>
          <w:sz w:val="20"/>
        </w:rPr>
        <w:t>57:00  ke "baraye kar</w:t>
      </w:r>
      <w:r>
        <w:br/>
      </w:r>
      <w:r>
        <w:rPr>
          <w:sz w:val="20"/>
        </w:rPr>
        <w:t>57:06  م ہمیں بتائیے کہ ہم ایک شیر کو بغیر تشدد کے کیسے ماریں؟" "Kindly, your instructions, how to</w:t>
      </w:r>
      <w:r>
        <w:br/>
      </w:r>
      <w:r>
        <w:rPr>
          <w:sz w:val="20"/>
        </w:rPr>
        <w:t>57:17  kal a tiger non violently" to musalman kar ke to dekhen, har aadmi bolta hai us ke khilaf.</w:t>
      </w:r>
      <w:r>
        <w:br/>
      </w:r>
      <w:r>
        <w:rPr>
          <w:sz w:val="20"/>
        </w:rPr>
        <w:t>57:27  lekin koi kisi ne aaj tak kar ke nahi dikhaya,</w:t>
      </w:r>
      <w:r>
        <w:br/>
      </w:r>
      <w:r>
        <w:rPr>
          <w:sz w:val="20"/>
        </w:rPr>
        <w:t>57:37  kisi ne aaj tak kar ke nahi dikhaya.</w:t>
      </w:r>
      <w:r>
        <w:br/>
      </w:r>
      <w:r>
        <w:rPr>
          <w:sz w:val="20"/>
        </w:rPr>
        <w:t>57:43  to koi kar ke dikhaye, phir bataye.</w:t>
      </w:r>
    </w:p>
    <w:p>
      <w:pPr>
        <w:pStyle w:val="Heading2"/>
      </w:pPr>
      <w:r>
        <w:t>Closing the door of repentance</w:t>
      </w:r>
    </w:p>
    <w:p>
      <w:r>
        <w:rPr>
          <w:color w:val="666666"/>
          <w:sz w:val="18"/>
        </w:rPr>
        <w:t>Don't Be Angry Culture January 15, 2012 Maulana Wahiduddin Khan · 1m 46s · at 1:15:17 · https://youtu.be/rY1Ikwmwwdk?t=4517</w:t>
      </w:r>
    </w:p>
    <w:p>
      <w:r>
        <w:rPr>
          <w:i/>
        </w:rPr>
        <w:t>“Can we close the door of repentance for anyone?”</w:t>
      </w:r>
    </w:p>
    <w:p>
      <w:r>
        <w:rPr>
          <w:sz w:val="20"/>
        </w:rPr>
        <w:t>1:15:17  Thank you, Maulana sahib, for your generous service to the society." Maulana, agla sawal lete hain jo aaya hai Chennai se Maulana Israr ul Hassan sahib ka.</w:t>
      </w:r>
      <w:r>
        <w:br/>
      </w:r>
      <w:r>
        <w:rPr>
          <w:sz w:val="20"/>
        </w:rPr>
        <w:t>1:15:28  unhone likha hai: "Maulana, kya tauba ka darwaza kisi ke liye hum band kar sakte hain?" yeh to sochana bhi kufr hai ke hum band kar sakte hain.</w:t>
      </w:r>
      <w:r>
        <w:br/>
      </w:r>
      <w:r>
        <w:rPr>
          <w:sz w:val="20"/>
        </w:rPr>
        <w:t>1:15:41  y</w:t>
      </w:r>
      <w:r>
        <w:br/>
      </w:r>
      <w:r>
        <w:rPr>
          <w:sz w:val="20"/>
        </w:rPr>
        <w:t>1:15:42  yani khuda ke domain mein dakhil hona hai. yeh kaise koi himmat karta hai yeh kehne ki?</w:t>
      </w:r>
      <w:r>
        <w:br/>
      </w:r>
      <w:r>
        <w:rPr>
          <w:sz w:val="20"/>
        </w:rPr>
        <w:t>1:15:50  tauba ka darwaza kholna aur band karna dono Allah ke ikhtiyar mein hai. hamare ikhtiyar mein nahi hai. aaj kal ke log bohat aasani se dakhil ho jate hain khuda ke domain mein.</w:t>
      </w:r>
      <w:r>
        <w:br/>
      </w:r>
      <w:r>
        <w:rPr>
          <w:sz w:val="20"/>
        </w:rPr>
        <w:t>1:16:03  misalan fatwa dete hain, takfeer ka fatwa. main adiq ke khuda ke domain mein dakhil hona hai.</w:t>
      </w:r>
      <w:r>
        <w:br/>
      </w:r>
      <w:r>
        <w:rPr>
          <w:sz w:val="20"/>
        </w:rPr>
        <w:t>1:16:08  aap ko haq nahi hai takfeer ka fatwa dene ka. yeh kafir hai, yeh munafiq hai, yeh fasiq hai, yeh dushman hai. aap ko kya haq hai kehne ka? yaad rakhiye, yeh sab khuda ke domain mein dakhil hona hai.</w:t>
      </w:r>
      <w:r>
        <w:br/>
      </w:r>
      <w:r>
        <w:rPr>
          <w:sz w:val="20"/>
        </w:rPr>
        <w:t>1:16:23  aap ke haq, aap ko kya karna hai? dawat, naseehat, talqeen, waaz. bas. nahi to dua.</w:t>
      </w:r>
      <w:r>
        <w:br/>
      </w:r>
      <w:r>
        <w:rPr>
          <w:sz w:val="20"/>
        </w:rPr>
        <w:t>1:16:34  yani dawat aur naseehat ke baad agar aap samajhte hain kuch aur karna to woh dua kijiye. baqi fatwe dena, ladna bhidna aur statement jari karna,</w:t>
      </w:r>
      <w:r>
        <w:br/>
      </w:r>
      <w:r>
        <w:rPr>
          <w:sz w:val="20"/>
        </w:rPr>
        <w:t>1:16:49  yeh sab khuda ke domain mein dakhil hona hai. jis ki ijazat kisi ko nahi</w:t>
      </w:r>
      <w:r>
        <w:br/>
      </w:r>
      <w:r>
        <w:rPr>
          <w:sz w:val="20"/>
        </w:rPr>
        <w:t>1:16:54  hai. paighambar ko bhi nahi hai ke khuda ke domain mein dakhil ho jaye woh. aur doosre logon ko kaise ho sakti hai?</w:t>
      </w:r>
    </w:p>
    <w:p>
      <w:pPr>
        <w:pStyle w:val="Heading2"/>
      </w:pPr>
      <w:r>
        <w:t>Merciless self-introspection method</w:t>
      </w:r>
    </w:p>
    <w:p>
      <w:r>
        <w:rPr>
          <w:color w:val="666666"/>
          <w:sz w:val="18"/>
        </w:rPr>
        <w:t>Q&amp;A 04 DEC 2011 Maulana Wahiduddin Khan · 3m 00s · at 44:36 · https://youtu.be/KIMNmuUZoGo?t=2676</w:t>
      </w:r>
    </w:p>
    <w:p>
      <w:r>
        <w:rPr>
          <w:i/>
        </w:rPr>
        <w:t>“How can one do merciless introspection of oneself?”</w:t>
      </w:r>
    </w:p>
    <w:p>
      <w:r>
        <w:rPr>
          <w:sz w:val="20"/>
        </w:rPr>
        <w:t>44:36  maulana agla sawal hai miss naghma siddiqui ka. unhon ne likha hai: "How can one do merciless introspection of oneself?"</w:t>
      </w:r>
      <w:r>
        <w:br/>
      </w:r>
      <w:r>
        <w:rPr>
          <w:sz w:val="20"/>
        </w:rPr>
        <w:t>44:50  bhai yahan is mein how ki baat kya hai? bas karne lagiye? aadmi jo chahta hai karne lagta hai woh? is ko ab karne lagiye?</w:t>
      </w:r>
      <w:r>
        <w:br/>
      </w:r>
      <w:r>
        <w:rPr>
          <w:sz w:val="20"/>
        </w:rPr>
        <w:t>45:00  hain? kya kya matlab yeh sawal matlab hai</w:t>
      </w:r>
      <w:r>
        <w:br/>
      </w:r>
      <w:r>
        <w:rPr>
          <w:sz w:val="20"/>
        </w:rPr>
        <w:t>45:03  ? Maulana woh jo aap aksar kehte hain ke merciless introspection kijiye to woh yahi janna chahte hain ke what is that step by step process?</w:t>
      </w:r>
      <w:r>
        <w:br/>
      </w:r>
      <w:r>
        <w:rPr>
          <w:sz w:val="20"/>
        </w:rPr>
        <w:t>45:12  How to do merciless introspection?</w:t>
      </w:r>
      <w:r>
        <w:br/>
      </w:r>
      <w:r>
        <w:rPr>
          <w:sz w:val="20"/>
        </w:rPr>
        <w:t>45:17  dekhiye aam taur par yeh hota hai ke aadmi apne ko bacha kar rakhna chahta hai. isi liye jhoot bolta hai, twist kar ke bolta hai, baaton ko unfair andaaz mein pesh karta hai.</w:t>
      </w:r>
      <w:r>
        <w:br/>
      </w:r>
      <w:r>
        <w:rPr>
          <w:sz w:val="20"/>
        </w:rPr>
        <w:t>45:31  dekhein mein bacha raha hoon. meri ghalti na saabit ho. to yeh to bohat hi mein is ko third class ki baat samajhta hoon. aadmi ke andar openness hona chahiye.</w:t>
      </w:r>
      <w:r>
        <w:br/>
      </w:r>
      <w:r>
        <w:rPr>
          <w:sz w:val="20"/>
        </w:rPr>
        <w:t>45:49  aadmi ko janna chahiye ke mein agar mein yaani apni kya kya question hai</w:t>
      </w:r>
      <w:r>
        <w:br/>
      </w:r>
      <w:r>
        <w:rPr>
          <w:sz w:val="20"/>
        </w:rPr>
        <w:t>46:00  ? How should one do merciless introspection? dekhiye agar aadmi yeh jaan le ke mujhe meri meri jo</w:t>
      </w:r>
      <w:r>
        <w:br/>
      </w:r>
      <w:r>
        <w:rPr>
          <w:sz w:val="20"/>
        </w:rPr>
        <w:t>46:15  meri jo kamyabi hai dunya o akhirat mein woh isi par depend karti hai. to aadmi is bare mein hote hi yaani conscious ho jayega jaise jaise ke aaj kal larkiyan baghair beauty apna beauty parlor parlor gaye hue baghair un ko taskeen nahi milti.</w:t>
      </w:r>
      <w:r>
        <w:br/>
      </w:r>
      <w:r>
        <w:rPr>
          <w:sz w:val="20"/>
        </w:rPr>
        <w:t>46:34  jo beauty parlor nahi jata apne kamre mein aaina dekh kar apni apni ko woh karta hai. to jis jis cheez ke bare mein aadmi yaani conscious ho us ko kare karta hi karta hai woh.</w:t>
      </w:r>
      <w:r>
        <w:br/>
      </w:r>
      <w:r>
        <w:rPr>
          <w:sz w:val="20"/>
        </w:rPr>
        <w:t>46:51  us ko chhod nahi sakta hai woh. to jo conscious hai is maamle mein yaani jo conscious hai is maamle mein ke mujhe log dekhein to mein acha lagoon to woh apna to apne ko</w:t>
      </w:r>
      <w:r>
        <w:br/>
      </w:r>
      <w:r>
        <w:rPr>
          <w:sz w:val="20"/>
        </w:rPr>
        <w:t>47:08  sanwarta rehta hai. lekin jis ko yeh jo is maamle mein conscious ho jaye ke mujhe Allah taala ke haan yaani Allah ki rehmaton mein hissadaar banna hai to woh zaroor karega us ko yaani woh kiye baghair reh nahi sakta hai woh.</w:t>
      </w:r>
      <w:r>
        <w:br/>
      </w:r>
      <w:r>
        <w:rPr>
          <w:sz w:val="20"/>
        </w:rPr>
        <w:t>47:26  saara maamla yahi hai ke aap kis maamle mein aadmi conscious hai kis maamle mein ko us ne apna cursor banaya hai.</w:t>
      </w:r>
    </w:p>
    <w:p>
      <w:pPr>
        <w:pStyle w:val="Heading2"/>
      </w:pPr>
      <w:r>
        <w:t>Why Muslims Cannot Discard Violence</w:t>
      </w:r>
    </w:p>
    <w:p>
      <w:r>
        <w:rPr>
          <w:color w:val="666666"/>
          <w:sz w:val="18"/>
        </w:rPr>
        <w:t>Reason and Faith July 10, 2016 · 3m 07s · at 59:44 · https://youtu.be/axR4I5yv29E?t=3584</w:t>
      </w:r>
    </w:p>
    <w:p>
      <w:r>
        <w:rPr>
          <w:i/>
        </w:rPr>
        <w:t>“Sir can you explain why Muslims are not able to discard their violent activities even after seeing so much destruction and loss of human lives?”</w:t>
      </w:r>
    </w:p>
    <w:p>
      <w:r>
        <w:rPr>
          <w:sz w:val="20"/>
        </w:rPr>
        <w:t>59:44  maulana, agla sawal Kanpur se kiya hai Muhammad Ayub sahib ne aur unhone likha hai ke Sir</w:t>
      </w:r>
      <w:r>
        <w:br/>
      </w:r>
      <w:r>
        <w:rPr>
          <w:sz w:val="20"/>
        </w:rPr>
        <w:t>59:49  can you explain why Muslims are not able to discard their violent activities even after seeing so much</w:t>
      </w:r>
      <w:r>
        <w:br/>
      </w:r>
      <w:r>
        <w:rPr>
          <w:sz w:val="20"/>
        </w:rPr>
        <w:t>59:55  destruction and loss of human lives?</w:t>
      </w:r>
      <w:r>
        <w:br/>
      </w:r>
      <w:r>
        <w:rPr>
          <w:sz w:val="20"/>
        </w:rPr>
        <w:t>1:00:01  What is the reason for the same?</w:t>
      </w:r>
      <w:r>
        <w:br/>
      </w:r>
      <w:r>
        <w:rPr>
          <w:sz w:val="20"/>
        </w:rPr>
        <w:t>1:00:06  dekhen, aap hadith ki kitabon mein ek hota hai kitab ul fitan.</w:t>
      </w:r>
      <w:r>
        <w:br/>
      </w:r>
      <w:r>
        <w:rPr>
          <w:sz w:val="20"/>
        </w:rPr>
        <w:t>1:00:12  har hadith mein hota hai kitab ul fitan.</w:t>
      </w:r>
      <w:r>
        <w:br/>
      </w:r>
      <w:r>
        <w:rPr>
          <w:sz w:val="20"/>
        </w:rPr>
        <w:t>1:00:17  to fitn ke ma'ni kya hain? dour-e-zawaal.</w:t>
      </w:r>
      <w:r>
        <w:br/>
      </w:r>
      <w:r>
        <w:rPr>
          <w:sz w:val="20"/>
        </w:rPr>
        <w:t>1:00:23  jo kitaab-ul-fitn mein jo riwayatein hoti hain, woh dour-e-zawaal ko batati hain.</w:t>
      </w:r>
      <w:r>
        <w:br/>
      </w:r>
      <w:r>
        <w:rPr>
          <w:sz w:val="20"/>
        </w:rPr>
        <w:t>1:00:28  ya'ni kitaab-ul-fitn ka matlab yeh hai ke dour-e-zawaal mein musalmanon ka haal kya hua? yeh hai.</w:t>
      </w:r>
      <w:r>
        <w:br/>
      </w:r>
      <w:r>
        <w:rPr>
          <w:sz w:val="20"/>
        </w:rPr>
        <w:t>1:00:34  to ab to chaudah sau saal beet gaye, ab bhi kaha dour-e-zawaal nahin aayega? yeh sab</w:t>
      </w:r>
      <w:r>
        <w:br/>
      </w:r>
      <w:r>
        <w:rPr>
          <w:sz w:val="20"/>
        </w:rPr>
        <w:t>1:00:39  jo baatein aap padh rahe hain, woh musalmanon ke dour-e-zawaal ki baatein hain.</w:t>
      </w:r>
      <w:r>
        <w:br/>
      </w:r>
      <w:r>
        <w:rPr>
          <w:sz w:val="20"/>
        </w:rPr>
        <w:t>1:00:45  kyunke Iqbal jo samjhate thay, bohat bade mufakkir, unhon ne keh diya tha ke zara nam ho to</w:t>
      </w:r>
      <w:r>
        <w:br/>
      </w:r>
      <w:r>
        <w:rPr>
          <w:sz w:val="20"/>
        </w:rPr>
        <w:t>1:00:50  yeh mitti bohat zarkhez hai.</w:t>
      </w:r>
      <w:r>
        <w:br/>
      </w:r>
      <w:r>
        <w:rPr>
          <w:sz w:val="20"/>
        </w:rPr>
        <w:t>1:00:56  taake hamare bachpan mein yeh shair bohat padha jaata tha jalson mein: zara nam ho to yeh mitti</w:t>
      </w:r>
      <w:r>
        <w:br/>
      </w:r>
      <w:r>
        <w:rPr>
          <w:sz w:val="20"/>
        </w:rPr>
        <w:t>1:01:01  bohat zarkhez hai.</w:t>
      </w:r>
      <w:r>
        <w:br/>
      </w:r>
      <w:r>
        <w:rPr>
          <w:sz w:val="20"/>
        </w:rPr>
        <w:t>1:01:07  taake baat ko ma'ni apne mutabiq samjha ke Iqbal ne apne baat ke zamane mein ek aur baat kahi thi.</w:t>
      </w:r>
      <w:r>
        <w:br/>
      </w:r>
      <w:r>
        <w:rPr>
          <w:sz w:val="20"/>
        </w:rPr>
        <w:t>1:01:12  yeh shuru baat, shuru ki baat thi.</w:t>
      </w:r>
      <w:r>
        <w:br/>
      </w:r>
      <w:r>
        <w:rPr>
          <w:sz w:val="20"/>
        </w:rPr>
        <w:t>1:01:18  ya'ni shuru ke zamane mein Iqbal ne kaha tha ke zara nam ho to yeh mitti bohat zarkhez hai.</w:t>
      </w:r>
      <w:r>
        <w:br/>
      </w:r>
      <w:r>
        <w:rPr>
          <w:sz w:val="20"/>
        </w:rPr>
        <w:t>1:01:23  taake lekin aakhri zamane mein unhon ne is ko ulta kaha tha.</w:t>
      </w:r>
      <w:r>
        <w:br/>
      </w:r>
      <w:r>
        <w:rPr>
          <w:sz w:val="20"/>
        </w:rPr>
        <w:t>1:01:29  unhon ne tere muheet mein kahin johar-e-zindagi nahin.</w:t>
      </w:r>
      <w:r>
        <w:br/>
      </w:r>
      <w:r>
        <w:rPr>
          <w:sz w:val="20"/>
        </w:rPr>
        <w:t>1:01:34  musalmanon ke bare mein tere muheet mein kahin johar-e-zindagi nahin.</w:t>
      </w:r>
      <w:r>
        <w:br/>
      </w:r>
      <w:r>
        <w:rPr>
          <w:sz w:val="20"/>
        </w:rPr>
        <w:t>1:01:40  dhoond chuka mein mauj mauj de chuka sau das.</w:t>
      </w:r>
      <w:r>
        <w:br/>
      </w:r>
      <w:r>
        <w:rPr>
          <w:sz w:val="20"/>
        </w:rPr>
        <w:t>1:01:46  yeh isi isi waqt Iqbal ka shair hai.</w:t>
      </w:r>
      <w:r>
        <w:br/>
      </w:r>
      <w:r>
        <w:rPr>
          <w:sz w:val="20"/>
        </w:rPr>
        <w:t>1:01:51  yeh shuru mein woh josh mein woh keh diya tha unhon ne, lekin baad mein jab tajruba hua</w:t>
      </w:r>
      <w:r>
        <w:br/>
      </w:r>
      <w:r>
        <w:rPr>
          <w:sz w:val="20"/>
        </w:rPr>
        <w:t>1:01:57  to unhon ne yeh shair kaha: tere muheet mein kahin johar-e-zindagi nahin.</w:t>
      </w:r>
      <w:r>
        <w:br/>
      </w:r>
      <w:r>
        <w:rPr>
          <w:sz w:val="20"/>
        </w:rPr>
        <w:t>1:02:02  dhoond chuka mein mauj mauj dekh chuka sau das.</w:t>
      </w:r>
      <w:r>
        <w:br/>
      </w:r>
      <w:r>
        <w:rPr>
          <w:sz w:val="20"/>
        </w:rPr>
        <w:t>1:02:08  to aakhri tajruba jo hai Iqbal ka, wohi sahi tajruba tha.</w:t>
      </w:r>
      <w:r>
        <w:br/>
      </w:r>
      <w:r>
        <w:rPr>
          <w:sz w:val="20"/>
        </w:rPr>
        <w:t>1:02:13  to aap ko yeh jaanna hoga ke musalmanon par dour-e-zawaal aa chuka hai aur aap ko un</w:t>
      </w:r>
      <w:r>
        <w:br/>
      </w:r>
      <w:r>
        <w:rPr>
          <w:sz w:val="20"/>
        </w:rPr>
        <w:t>1:02:19  ko revive karna hai, ehyaa karna hai.</w:t>
      </w:r>
      <w:r>
        <w:br/>
      </w:r>
      <w:r>
        <w:rPr>
          <w:sz w:val="20"/>
        </w:rPr>
        <w:t>1:02:24  yeh farz nahin karna hai ke musalman wohi musalman aaj bhi hain jo pehle thay.</w:t>
      </w:r>
      <w:r>
        <w:br/>
      </w:r>
      <w:r>
        <w:rPr>
          <w:sz w:val="20"/>
        </w:rPr>
        <w:t>1:02:30  jo musalman pehle thay, wohi musalman aaj hain.</w:t>
      </w:r>
      <w:r>
        <w:br/>
      </w:r>
      <w:r>
        <w:rPr>
          <w:sz w:val="20"/>
        </w:rPr>
        <w:t>1:02:35  is is mafrooze ko khatam karna pare ga.</w:t>
      </w:r>
      <w:r>
        <w:br/>
      </w:r>
      <w:r>
        <w:rPr>
          <w:sz w:val="20"/>
        </w:rPr>
        <w:t>1:02:41  yeh manna pare ga ke musalman apne daur-e-zawaal mein hain aur humein shuru se un ki islaah</w:t>
      </w:r>
      <w:r>
        <w:br/>
      </w:r>
      <w:r>
        <w:rPr>
          <w:sz w:val="20"/>
        </w:rPr>
        <w:t>1:02:46  karni hai, phir se revive karna hai.</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Difficulty focusing during reflection</w:t>
      </w:r>
    </w:p>
    <w:p>
      <w:r>
        <w:rPr>
          <w:color w:val="666666"/>
          <w:sz w:val="18"/>
        </w:rPr>
        <w:t>Revival of Islam March 23, 2014 · 2m 23s · at 48:06 · https://youtu.be/Wc4Vsc4u1JI?t=2886</w:t>
      </w:r>
    </w:p>
    <w:p>
      <w:r>
        <w:rPr>
          <w:i/>
        </w:rPr>
        <w:t>“During reflection, I cannot focus on one point; many different thoughts come to my mind. Please guide me on how to concentrate.”</w:t>
      </w:r>
    </w:p>
    <w:p>
      <w:r>
        <w:rPr>
          <w:sz w:val="20"/>
        </w:rPr>
        <w:t>48:06  maulana, agla sawal Pakistan se hai, sajjad nawaz sahib ka. Unhon ne likha hai: "ghor-o-fikr ke douran mein ek point par focus nahi kar pata.</w:t>
      </w:r>
      <w:r>
        <w:br/>
      </w:r>
      <w:r>
        <w:rPr>
          <w:sz w:val="20"/>
        </w:rPr>
        <w:t>48:18  different type ke kai khayalat mere mind mein aa jate hain. Maulana sahib, mere ko guide karein." dekhiye, aap hi ki baat nahi hai, yeh har shakhs ki baat hai.</w:t>
      </w:r>
      <w:r>
        <w:br/>
      </w:r>
      <w:r>
        <w:rPr>
          <w:sz w:val="20"/>
        </w:rPr>
        <w:t>48:33  yeh har shakhs ki baat hai.</w:t>
      </w:r>
      <w:r>
        <w:br/>
      </w:r>
      <w:r>
        <w:rPr>
          <w:sz w:val="20"/>
        </w:rPr>
        <w:t>48:35  kyunke aap jis duniya mein hain, wahan</w:t>
      </w:r>
      <w:r>
        <w:br/>
      </w:r>
      <w:r>
        <w:rPr>
          <w:sz w:val="20"/>
        </w:rPr>
        <w:t>48:42  bahut beshumar qism ki cheezen hain. Aap beshumar cheezon ko dekhte hain, beshumar cheezon ko sunte hain, beshumar cheezon ka tajruba hota hai, beshumar cheezen parhte hain.</w:t>
      </w:r>
      <w:r>
        <w:br/>
      </w:r>
      <w:r>
        <w:rPr>
          <w:sz w:val="20"/>
        </w:rPr>
        <w:t>48:54  woh sab aap ke mind mein jangla ban jata hai. To ek cheez mein focus karne ke ma'ani hain cheezon ko sort out karna.</w:t>
      </w:r>
      <w:r>
        <w:br/>
      </w:r>
      <w:r>
        <w:rPr>
          <w:sz w:val="20"/>
        </w:rPr>
        <w:t>49:04  to yeh aasan kaam nahi, is liye aap logon ko train karna parta hai. jo baat aap ki hai, woh sab ki hai. kyun k sab logon ka dimagh jungal hota hai.</w:t>
      </w:r>
      <w:r>
        <w:br/>
      </w:r>
      <w:r>
        <w:rPr>
          <w:sz w:val="20"/>
        </w:rPr>
        <w:t>49:14  jungal hota hi hota hai. agar aap sort out na kar sakein to jungal hi rahega woh. to yeh to aap ko karna hai.</w:t>
      </w:r>
      <w:r>
        <w:br/>
      </w:r>
      <w:r>
        <w:rPr>
          <w:sz w:val="20"/>
        </w:rPr>
        <w:t>49:24  is jungal se bahir aana hai. cheezon ko sort out karna hai. Allah se dua karna hai.</w:t>
      </w:r>
      <w:r>
        <w:br/>
      </w:r>
      <w:r>
        <w:rPr>
          <w:sz w:val="20"/>
        </w:rPr>
        <w:t>49:30  to aap ka case koi alag case nahi hai. wahi sab ka case hai. isi wajah se logon ki cheezein parhiye, aap sab k haan confusion hota hai.</w:t>
      </w:r>
      <w:r>
        <w:br/>
      </w:r>
      <w:r>
        <w:rPr>
          <w:sz w:val="20"/>
        </w:rPr>
        <w:t>49:42  logon k article parhiye, logon ki kitabein parhiye, logon ki taqreerein sunne. confusion hi confusion, confusion hi confusion.</w:t>
      </w:r>
      <w:r>
        <w:br/>
      </w:r>
      <w:r>
        <w:rPr>
          <w:sz w:val="20"/>
        </w:rPr>
        <w:t>49:53  kyun? log sort out nahi kar paate.</w:t>
      </w:r>
      <w:r>
        <w:br/>
      </w:r>
      <w:r>
        <w:rPr>
          <w:sz w:val="20"/>
        </w:rPr>
        <w:t>49:55  to aap yeh na samjhiye k aap ka case yeh hai. yeh sab ka case hai. aur is k liye aap logon ko train karna hai. apne ko yani woh salahiyat paida karna hai apne andar.</w:t>
      </w:r>
      <w:r>
        <w:br/>
      </w:r>
      <w:r>
        <w:rPr>
          <w:sz w:val="20"/>
        </w:rPr>
        <w:t>50:07  jis jis ko mein kehta hoon sort out karna. to to yeh yeh aik aik is ka aik is ko is ka talluq apne ko train karne se hai.</w:t>
      </w:r>
      <w:r>
        <w:br/>
      </w:r>
      <w:r>
        <w:rPr>
          <w:sz w:val="20"/>
        </w:rPr>
        <w:t>50:20  jab jab tak aap apne ko train nahi karein ge, tab tak kaifiyat baqi rahegi.</w:t>
      </w:r>
    </w:p>
    <w:p>
      <w:pPr>
        <w:pStyle w:val="Heading2"/>
      </w:pPr>
      <w:r>
        <w:t>Source of conviction for purification</w:t>
      </w:r>
    </w:p>
    <w:p>
      <w:r>
        <w:rPr>
          <w:color w:val="666666"/>
          <w:sz w:val="18"/>
        </w:rPr>
        <w:t>Paradise September 18, 2016 · 1m 17s · at 1:10:22 · https://youtu.be/R2kZlD0PbGQ?t=4222</w:t>
      </w:r>
    </w:p>
    <w:p>
      <w:r>
        <w:rPr>
          <w:i/>
        </w:rPr>
        <w:t>“However much we may try at purifying ourselves, we never feel like we have purified ourselves. Is there any source of conviction or it will all depend on the mercy of God?”</w:t>
      </w:r>
    </w:p>
    <w:p>
      <w:r>
        <w:rPr>
          <w:sz w:val="20"/>
        </w:rPr>
        <w:t>1:10:22  molana, agla sawal doctor farida khanam ne kiya hai dilli se.</w:t>
      </w:r>
      <w:r>
        <w:br/>
      </w:r>
      <w:r>
        <w:rPr>
          <w:sz w:val="20"/>
        </w:rPr>
        <w:t>1:10:28  unhon ne likha hai: "however much we may try at purifying ourselves, we never feel like we have purified ourselves.</w:t>
      </w:r>
      <w:r>
        <w:br/>
      </w:r>
      <w:r>
        <w:rPr>
          <w:sz w:val="20"/>
        </w:rPr>
        <w:t>1:10:34  is there any source of conviction or it will all depend on the mercy of god?</w:t>
      </w:r>
      <w:r>
        <w:br/>
      </w:r>
      <w:r>
        <w:rPr>
          <w:sz w:val="20"/>
        </w:rPr>
        <w:t>1:10:40  "Dhekiye, conviction ki zaroorat nahin hai. Conviction aa jayega to stagnation aa jayega. Sahaba ke bare mein yeh hai ke ek ek sahabi, do sahabi ke aapas mein baat cheet hui. Un mein se ek ghaliban Hanzala the aur ek Hazrat Umar the. To Hazrat Umar ne dekha Hanzala ko ke ja rahe hain. Woh ja rahe the Rasool Allah ki taraf ja rahe the. To Hazrat Umar ne poocha kahan ja rahe ho? Unhone kaha: "Nafiq Hanzala." Yani matlab yeh ke mard marafiq ho gaya. Nafiq Hanzala. To Hazrat Umar ne poocha kyun aisa keh rahe ho? To unhone bataya ke jab hum Rasool Allah ke paas hote hain to hum ko lagta hai ke hum iman zinda hai hamara. Jab door jate hain karobar mein to farq ho jata hai. To Hazrat Umar ne kaha ke yeh to mera bhi haal hai. Nafiq Umar. Unhone kaha: "Nafiq Hanzala." Unhone kaha: "Nafiq Umar." To yeh koi cheez nahin hai. Yeh agar na ho to aap ke andar intellectual development kaise hoga? Phir to intellectual stagnation aa jayega. Jamood aa jayega. Jamood. Yeh ehsaas aap ko jamood se bachata hai. To conviction koi cheez nahin. Conviction se kyunke conviction hamesha jamood paida karta hai. Stagnation. Okay, we will end session today. If you want to join CPS or contribute to our dawah efforts, then write to us on info at cpsglobal.org. We be back next Sunday same time. Thank you.</w:t>
      </w:r>
    </w:p>
    <w:p>
      <w:pPr>
        <w:pStyle w:val="Heading2"/>
      </w:pPr>
      <w:r>
        <w:t>Helping people accept unattainable ideals</w:t>
      </w:r>
    </w:p>
    <w:p>
      <w:r>
        <w:rPr>
          <w:color w:val="666666"/>
          <w:sz w:val="18"/>
        </w:rPr>
        <w:t>The Search of Man July 7, 2013 · 5m 08s · at 48:35 · https://youtu.be/44_ud_OInuU?t=2915</w:t>
      </w:r>
    </w:p>
    <w:p>
      <w:r>
        <w:rPr>
          <w:i/>
        </w:rPr>
        <w:t>“Everybody accepts the fact that all are free but are not able to accept the next step that this ideal cannot be achieved and run towards ideal. How to make people understand this simple thing?”</w:t>
      </w:r>
    </w:p>
    <w:p>
      <w:r>
        <w:rPr>
          <w:sz w:val="20"/>
        </w:rPr>
        <w:t>48:35  maulana, agla sawal hai miss naghma siddiqui ka new delhi se.</w:t>
      </w:r>
      <w:r>
        <w:br/>
      </w:r>
      <w:r>
        <w:rPr>
          <w:sz w:val="20"/>
        </w:rPr>
        <w:t>48:40  unhon ne likha hai: "Everybody accept the fact that all are free but are not able to accept the next step that this ideal cannot be achieved and run towards ideal.</w:t>
      </w:r>
      <w:r>
        <w:br/>
      </w:r>
      <w:r>
        <w:rPr>
          <w:sz w:val="20"/>
        </w:rPr>
        <w:t>48:55  how to make people understand this simple thing?" main jo maine kiya woh yeh tha ke poori tareekh maine dekha ke ideal koi achieve nahin kar saka,</w:t>
      </w:r>
      <w:r>
        <w:br/>
      </w:r>
      <w:r>
        <w:rPr>
          <w:sz w:val="20"/>
        </w:rPr>
        <w:t>49:09  chahe woh king ho, chahe baldiya ho, chahe kuch bhi ho. to pehle chahe ke aakhir apna ideal ko achieve koi nahin kar pata.</w:t>
      </w:r>
      <w:r>
        <w:br/>
      </w:r>
      <w:r>
        <w:rPr>
          <w:sz w:val="20"/>
        </w:rPr>
        <w:t>49:21  tab maine daryaft kiya ke ke woh Allah ka jo creation plan hai, us ke khilaaf hai. yeh yeh karna chahiye aadmi ko.</w:t>
      </w:r>
      <w:r>
        <w:br/>
      </w:r>
      <w:r>
        <w:rPr>
          <w:sz w:val="20"/>
        </w:rPr>
        <w:t>49:35  maulana, agla question aaya</w:t>
      </w:r>
      <w:r>
        <w:br/>
      </w:r>
      <w:r>
        <w:rPr>
          <w:sz w:val="20"/>
        </w:rPr>
        <w:t>49:36  hai: "jo cheez Allah ke creation plan ke khilaaf ho, woh aap kaise achieve karein?" misaal ke taur par aam mein aam ka phal nikalta hai account laakhon se.</w:t>
      </w:r>
      <w:r>
        <w:br/>
      </w:r>
      <w:r>
        <w:rPr>
          <w:sz w:val="20"/>
        </w:rPr>
        <w:t>49:49  ab aam ke phal mein aap save bhi karna chahein to niklega nahin.</w:t>
      </w:r>
      <w:r>
        <w:br/>
      </w:r>
      <w:r>
        <w:rPr>
          <w:sz w:val="20"/>
        </w:rPr>
        <w:t>49:55  saaf saaf, yaani bilkul simple sa is ka raaz hai. maulana, next question hai zaheeruddin sahib ka raichur se.</w:t>
      </w:r>
      <w:r>
        <w:br/>
      </w:r>
      <w:r>
        <w:rPr>
          <w:sz w:val="20"/>
        </w:rPr>
        <w:t>50:03  unhon ne likha hai: "maulana, to understand what is achievable or what is not requires lot of wisdom and insight.</w:t>
      </w:r>
      <w:r>
        <w:br/>
      </w:r>
      <w:r>
        <w:rPr>
          <w:sz w:val="20"/>
        </w:rPr>
        <w:t>50:12  how can one acquire them?" nahin, har aadmi sochta hai.</w:t>
      </w:r>
      <w:r>
        <w:br/>
      </w:r>
      <w:r>
        <w:rPr>
          <w:sz w:val="20"/>
        </w:rPr>
        <w:t>50:20  log kehte hain ke aag jalati hai, kaha aag apne haath daalta hai to aag mein test karne ke liye</w:t>
      </w:r>
      <w:r>
        <w:br/>
      </w:r>
      <w:r>
        <w:rPr>
          <w:sz w:val="20"/>
        </w:rPr>
        <w:t>50:28  aadmi sincere ho to har cheez ke baare mein woh aise karega ke us ko jaanche ga, examine karega aur pata karega ke yeh achievable hai ya nahin.</w:t>
      </w:r>
      <w:r>
        <w:br/>
      </w:r>
      <w:r>
        <w:rPr>
          <w:sz w:val="20"/>
        </w:rPr>
        <w:t>50:40  jis tarah se aadmi aag pe haath nahin daalta, is tarah se woh doosre kaam bhi bache ga in achievable goals se.</w:t>
      </w:r>
      <w:r>
        <w:br/>
      </w:r>
      <w:r>
        <w:rPr>
          <w:sz w:val="20"/>
        </w:rPr>
        <w:t>50:51  maulana, agla question hai mubeen sahib ka jamia nagar se</w:t>
      </w:r>
      <w:r>
        <w:br/>
      </w:r>
      <w:r>
        <w:rPr>
          <w:sz w:val="20"/>
        </w:rPr>
        <w:t>50:54  . unhon ne likha hai: "musalmanon mein alag alag firqe ka zimmedaar kaun hai? aur Khuda ke haan agarche in logon ne deen ki ghair mamooli, ghair mamooli kaam anjaam diya hai, to in logon ka anjaam Khuda ke haan kya hoga?" Khuda kya?</w:t>
      </w:r>
      <w:r>
        <w:br/>
      </w:r>
      <w:r>
        <w:rPr>
          <w:sz w:val="20"/>
        </w:rPr>
        <w:t>51:10  aap aap ka yeh kaam nahin hai. apne baare mein bhi kya pata hai aap ko? aap ko Khuda ka kya hoga? yeh to ghair dori sawal hai.</w:t>
      </w:r>
      <w:r>
        <w:br/>
      </w:r>
      <w:r>
        <w:rPr>
          <w:sz w:val="20"/>
        </w:rPr>
        <w:t>51:19  baqi jo masla hai, us ke baare mein jaanna chahein, aap hamari kitaab padh lijiyye: "tajdeed</w:t>
      </w:r>
      <w:r>
        <w:br/>
      </w:r>
      <w:r>
        <w:rPr>
          <w:sz w:val="20"/>
        </w:rPr>
        <w:t>51:23  deen". is mein is masle par aaya hai. yeh bohat hi galat tareeqa hai ke Khuda ke haan anjaam kya hoga, yeh aap ek soch lein.</w:t>
      </w:r>
      <w:r>
        <w:br/>
      </w:r>
      <w:r>
        <w:rPr>
          <w:sz w:val="20"/>
        </w:rPr>
        <w:t>51:33  aap ka apna anjaam kya hoga, yeh pata nahin hai. to doosre ke baare mein kaise aap sochte hain? yeh bilkul galat hai. baqi jo wajah hai fiqah bandi ki, us ko aap jaanna chahein to hamari kitaab padh lijiyye: "tajdeed deen".</w:t>
      </w:r>
      <w:r>
        <w:br/>
      </w:r>
      <w:r>
        <w:rPr>
          <w:sz w:val="20"/>
        </w:rPr>
        <w:t>51:52  maulana, agla question hai khwaja kaleemuddin sahib ka pennsylvania usa se. unhon ne likha hai: "one of the brotherhood members recently in egypt declared that now they will resort back to violence to achieve their goals." my question to you maulana sahib: "why doesn't man refuse?</w:t>
      </w:r>
      <w:r>
        <w:br/>
      </w:r>
      <w:r>
        <w:rPr>
          <w:sz w:val="20"/>
        </w:rPr>
        <w:t>52:12  man refuse to learn lesson from his or her his or their own experiences?"</w:t>
      </w:r>
      <w:r>
        <w:br/>
      </w:r>
      <w:r>
        <w:rPr>
          <w:sz w:val="20"/>
        </w:rPr>
        <w:t>52:21  dekhein, in logon ne jo galat ek galat masla bana rakha hai, woh yeh hai ke kaamyaab hue to wazeh hai: mar gaya to shaheed, yeh koi Islam nahin hai.</w:t>
      </w:r>
      <w:r>
        <w:br/>
      </w:r>
      <w:r>
        <w:rPr>
          <w:sz w:val="20"/>
        </w:rPr>
        <w:t>52:35  woh sochte hain ke agar hum kaamyaab nahin hue political system mein to lad kar kuch log maare gaye to shaheed to ho jayenge. yeh bilkul galat hai.</w:t>
      </w:r>
      <w:r>
        <w:br/>
      </w:r>
      <w:r>
        <w:rPr>
          <w:sz w:val="20"/>
        </w:rPr>
        <w:t>52:44  islam mein aisi koi taleem nahi hai.</w:t>
      </w:r>
    </w:p>
    <w:p>
      <w:pPr>
        <w:pStyle w:val="Heading2"/>
      </w:pPr>
      <w:r>
        <w:t>Forgiveness at the Level of Certainty</w:t>
      </w:r>
    </w:p>
    <w:p>
      <w:r>
        <w:rPr>
          <w:color w:val="666666"/>
          <w:sz w:val="18"/>
        </w:rPr>
        <w:t>Dars-e-Quran, Chapter 2, Verse 37 | January  07, 2018 · 1m 01s · at 1:08:36 · https://youtu.be/ao6Cr57KuEM?t=4116</w:t>
      </w:r>
    </w:p>
    <w:p>
      <w:r>
        <w:rPr>
          <w:i/>
        </w:rPr>
        <w:t>“Moulana sahab, salam from Afghanistan, Herat. My question is: if someone has Allah's forgiveness to the level of certainty, but still...”</w:t>
      </w:r>
    </w:p>
    <w:p>
      <w:r>
        <w:rPr>
          <w:sz w:val="20"/>
        </w:rPr>
        <w:t>1:08:36  what we humans have and others not."</w:t>
      </w:r>
      <w:r>
        <w:br/>
      </w:r>
      <w:r>
        <w:rPr>
          <w:sz w:val="20"/>
        </w:rPr>
        <w:t>1:08:44  maulana, agla sawal hidayatullah sahib ne bheja hai. unhon ne likha hai: "maulana sahib, salam afghanistan hirt hirt se.</w:t>
      </w:r>
      <w:r>
        <w:br/>
      </w:r>
      <w:r>
        <w:rPr>
          <w:sz w:val="20"/>
        </w:rPr>
        <w:t>1:08:51  mera sawal hai ke agar kisi ko yaqeen ke darjay ka allah ki maghfirat ho, lekin phir bhi</w:t>
      </w:r>
      <w:r>
        <w:br/>
      </w:r>
      <w:r>
        <w:rPr>
          <w:sz w:val="20"/>
        </w:rPr>
        <w:t>1:08:59  wo khud ko rah-e-rast par qaim na kar pata hai, aur bar bar gir</w:t>
      </w:r>
      <w:r>
        <w:br/>
      </w:r>
      <w:r>
        <w:rPr>
          <w:sz w:val="20"/>
        </w:rPr>
        <w:t>1:09:07  jata hai, to wo phir kya kare?" wo yaqeen hai hi nahin, yeh false yaqeen hai.</w:t>
      </w:r>
      <w:r>
        <w:br/>
      </w:r>
      <w:r>
        <w:rPr>
          <w:sz w:val="20"/>
        </w:rPr>
        <w:t>1:09:14  wo har cheez mein aik false hota hai, false yaqeen bhi hota hai, false conviction hota hai.</w:t>
      </w:r>
      <w:r>
        <w:br/>
      </w:r>
      <w:r>
        <w:rPr>
          <w:sz w:val="20"/>
        </w:rPr>
        <w:t>1:09:22  to is aadmi ko janna chahiye ke wo false ke yaqeen mein pada hua hai, wo sacha yaqeen nahin hai.</w:t>
      </w:r>
      <w:r>
        <w:br/>
      </w:r>
      <w:r>
        <w:rPr>
          <w:sz w:val="20"/>
        </w:rPr>
        <w:t>1:09:30  apne yaqeen ko wo</w:t>
      </w:r>
    </w:p>
    <w:p>
      <w:pPr>
        <w:pStyle w:val="Heading2"/>
      </w:pPr>
      <w:r>
        <w:t>Knowing and maintaining self-correction process</w:t>
      </w:r>
    </w:p>
    <w:p>
      <w:r>
        <w:rPr>
          <w:color w:val="666666"/>
          <w:sz w:val="18"/>
        </w:rPr>
        <w:t>The Role of Suffering 31 Aug, 2019 - Maulana Wahiduddin Khan · 17m 38s · at 33:58 · https://youtu.be/y4B5iBknSpk?t=2038</w:t>
      </w:r>
    </w:p>
    <w:p>
      <w:r>
        <w:rPr>
          <w:i/>
        </w:rPr>
        <w:t>“How can I understand that the self-correction process has started within me and how to maintain it?”</w:t>
      </w:r>
    </w:p>
    <w:p>
      <w:r>
        <w:rPr>
          <w:sz w:val="20"/>
        </w:rPr>
        <w:t>33:58  Maulana Mahboob bhai ka Mumbai se sawal hai. unhone likha hai: "Maulana, main yeh kaise samjhun ke mere andar self-correction process jaari ho chuka hai aur usko kaise barkarar rakha jaaye?"</w:t>
      </w:r>
      <w:r>
        <w:br/>
      </w:r>
      <w:r>
        <w:rPr>
          <w:sz w:val="20"/>
        </w:rPr>
        <w:t>34:15  Yeh sab dekhne ki zaroorat nahi hai. Yeh ek process jaanna hai. Aap process ko jaanen ge, aap jo ho raha hai woh woh wahan tak toh sirf angel ki pahunch hoti hai, farishton ki.</w:t>
      </w:r>
      <w:r>
        <w:br/>
      </w:r>
      <w:r>
        <w:rPr>
          <w:sz w:val="20"/>
        </w:rPr>
        <w:t>34:32  Bas</w:t>
      </w:r>
      <w:r>
        <w:br/>
      </w:r>
      <w:r>
        <w:rPr>
          <w:sz w:val="20"/>
        </w:rPr>
        <w:t>34:39  batar news, batar khabar ko laani nahi. Aap ki pahunch yahin tak hai ke batar khabar ke janne ho.</w:t>
      </w:r>
      <w:r>
        <w:br/>
      </w:r>
      <w:r>
        <w:rPr>
          <w:sz w:val="20"/>
        </w:rPr>
        <w:t>34:59  Maulana, kya yeh keh sakte hain hum ke ah pre ah Muhammad era mein zyada it is to be physical torture suffering and not is more mental suffering?</w:t>
      </w:r>
      <w:r>
        <w:br/>
      </w:r>
      <w:r>
        <w:rPr>
          <w:sz w:val="20"/>
        </w:rPr>
        <w:t>35:12  Can we say that people suffered more physically in the dows times pre ah pre Muhammad period? Aisa kuch keh sakte hain? Maulana sahib, abhi aaj kal mental suffering zyada hai.</w:t>
      </w:r>
      <w:r>
        <w:br/>
      </w:r>
      <w:r>
        <w:rPr>
          <w:sz w:val="20"/>
        </w:rPr>
        <w:t>35:25  mein samjha, mein samjha nahin.</w:t>
      </w:r>
      <w:r>
        <w:br/>
      </w:r>
      <w:r>
        <w:rPr>
          <w:sz w:val="20"/>
        </w:rPr>
        <w:t>35:27  woh priya ka sawal yeh hai ke ah prophet se jo pehle ka daur tha, us daur mein physical suffering zyada thi aur aaj ke daur mein mental suffering zyada hai.</w:t>
      </w:r>
      <w:r>
        <w:br/>
      </w:r>
      <w:r>
        <w:rPr>
          <w:sz w:val="20"/>
        </w:rPr>
        <w:t>35:40  toh kya is ko aise kaha ja sakta hai? kya yeh sahi hai kehna?</w:t>
      </w:r>
      <w:r>
        <w:br/>
      </w:r>
      <w:r>
        <w:rPr>
          <w:sz w:val="20"/>
        </w:rPr>
        <w:t>35:48  partial sense mein se ho sakta hai, partial sense mein. kyunke sara mamla yeh hai ke aap kitna apne kuch mein involve karte hain.</w:t>
      </w:r>
      <w:r>
        <w:br/>
      </w:r>
      <w:r>
        <w:rPr>
          <w:sz w:val="20"/>
        </w:rPr>
        <w:t>36:01  involve kijiye toh physical suffering aa jayegi. jaise aap dekhiye, hussain thay makka mein rehte thay toh khabar suni unhon ne kufa ki toh rawana ho gaye.</w:t>
      </w:r>
      <w:r>
        <w:br/>
      </w:r>
      <w:r>
        <w:rPr>
          <w:sz w:val="20"/>
        </w:rPr>
        <w:t>36:17  rastay mein farazdaq mila, aik aik aadmi tha farazdaq. us ne kaha aap mat jaiye, woh kufa wale aise hotay hain. phir bhi woh gaye toh jab wahan pohanchay toh waqai woh hua jo jo farazdaq ne kar rakha tha.</w:t>
      </w:r>
      <w:r>
        <w:br/>
      </w:r>
      <w:r>
        <w:rPr>
          <w:sz w:val="20"/>
        </w:rPr>
        <w:t>36:34  toh toh apne ko khud hi jhonkna hai. pehle bhi aisa hota tha ke aadmi na jhuke, aaj bhi aisa hota hai ke aadmi na jhuke.</w:t>
      </w:r>
      <w:r>
        <w:br/>
      </w:r>
      <w:r>
        <w:rPr>
          <w:sz w:val="20"/>
        </w:rPr>
        <w:t>36:44  misalan india mein dekhiye, sare log wahan bjp, mein toh kuch bhi nahin, mein sirf phir parha tha, waise ab bhi hoon, mujhe koi pareshani nahin hai.</w:t>
      </w:r>
      <w:r>
        <w:br/>
      </w:r>
      <w:r>
        <w:rPr>
          <w:sz w:val="20"/>
        </w:rPr>
        <w:t>36:59  yeh yeh yeh aik relative yaani baat hai, yeh is ko real nahin samjhiye.</w:t>
      </w:r>
      <w:r>
        <w:br/>
      </w:r>
      <w:r>
        <w:rPr>
          <w:sz w:val="20"/>
        </w:rPr>
        <w:t>37:08  hain nafs ammara kya hota hai? nafs ammara, nafs ammara aur nafs al-lawwamah koi mysterious baat nahin hai,</w:t>
      </w:r>
      <w:r>
        <w:br/>
      </w:r>
      <w:r>
        <w:rPr>
          <w:sz w:val="20"/>
        </w:rPr>
        <w:t>37:23  mysterious baat nahin hai. dekhiye, aadmi rozana mukhtalif qism ke cheezon ke darmiyan guzarta hai toh nafs al-lawwamah jo hai,</w:t>
      </w:r>
      <w:r>
        <w:br/>
      </w:r>
      <w:r>
        <w:rPr>
          <w:sz w:val="20"/>
        </w:rPr>
        <w:t>37:37  woh right direction mein aap ko woh karta hai,</w:t>
      </w:r>
      <w:r>
        <w:br/>
      </w:r>
      <w:r>
        <w:rPr>
          <w:sz w:val="20"/>
        </w:rPr>
        <w:t>37:44  guide karta hai, tawajjuh dilata hai. aur nafs al-lawwamah jo hai, ghalat direction mein, matlab woh woh farishte ke asar se hota hai ya shaitan ke asar se hota hai.</w:t>
      </w:r>
      <w:r>
        <w:br/>
      </w:r>
      <w:r>
        <w:rPr>
          <w:sz w:val="20"/>
        </w:rPr>
        <w:t>37:57  yeh bohat hi yeh koi mysterious baat nahin hai, koi mysterious baat nahin hai. yeh yeh common aik common se experience ki baat hai.</w:t>
      </w:r>
      <w:r>
        <w:br/>
      </w:r>
      <w:r>
        <w:rPr>
          <w:sz w:val="20"/>
        </w:rPr>
        <w:t>38:17  maulana, you said that our mind gets activated when we are hit with some sad experience.</w:t>
      </w:r>
      <w:r>
        <w:br/>
      </w:r>
      <w:r>
        <w:rPr>
          <w:sz w:val="20"/>
        </w:rPr>
        <w:t>38:28  can it be that at that time we feel helpless and that is why inspiration comes from god?</w:t>
      </w:r>
      <w:r>
        <w:br/>
      </w:r>
      <w:r>
        <w:rPr>
          <w:sz w:val="20"/>
        </w:rPr>
        <w:t>38:37  if we are able to take that situation positively and not react to it? rajab,</w:t>
      </w:r>
      <w:r>
        <w:br/>
      </w:r>
      <w:r>
        <w:rPr>
          <w:sz w:val="20"/>
        </w:rPr>
        <w:t>38:50  kya kaha? say inspiration aati hai. maulana, woh yeh keh rahi hain ke jo aap ne bataya ke jab aik insaan suffering ko face karta hai toh us time pe woh helpless ho jata hai aur isi wajah se nahin, yeh yeh ghalat nikala hai.</w:t>
      </w:r>
      <w:r>
        <w:br/>
      </w:r>
      <w:r>
        <w:rPr>
          <w:sz w:val="20"/>
        </w:rPr>
        <w:t>39:14  aap ne helpless ho jata hai, zyada sensitive ho jata hai. yeh kahiye ji,</w:t>
      </w:r>
      <w:r>
        <w:br/>
      </w:r>
      <w:r>
        <w:rPr>
          <w:sz w:val="20"/>
        </w:rPr>
        <w:t>39:19  helpless hua. haan, hum hum ne toh bohat suffering uthai, uthai hai, bohat suffer.</w:t>
      </w:r>
      <w:r>
        <w:br/>
      </w:r>
      <w:r>
        <w:rPr>
          <w:sz w:val="20"/>
        </w:rPr>
        <w:t>39:30  aaj aaj ki baat batata hoon mein ke itni bari mujhe suffering hui thi, aaj hi, aaj hi ke maine kaha khudaaya, mein jannat ka mustahiq nahin hoon, mujhe toh sirf aik aik aik nazar khuda ko dekh lena hai,</w:t>
      </w:r>
      <w:r>
        <w:br/>
      </w:r>
      <w:r>
        <w:rPr>
          <w:sz w:val="20"/>
        </w:rPr>
        <w:t>39:47  bas dekh loon, bas qissa khatam. aaj ki baat karta hoon, itni zyada mujhe mujhe aaj kuch baat hui thi, experience ke mein ne kaha bhai, mein jannat ka ki price nahin de sakta, mere bas mein nahin hai,</w:t>
      </w:r>
      <w:r>
        <w:br/>
      </w:r>
      <w:r>
        <w:rPr>
          <w:sz w:val="20"/>
        </w:rPr>
        <w:t>40:06  toh mein jannat ka mustahiq nahin hoon. lekin yeh toh woh jis ne mujhe paida kiya, woh kaisa hoga,</w:t>
      </w:r>
      <w:r>
        <w:br/>
      </w:r>
      <w:r>
        <w:rPr>
          <w:sz w:val="20"/>
        </w:rPr>
        <w:t>40:18  bas yeh baat janna chahta hoon. aik aik jhalak dekhna chahta hoon, yeh aaj ka tajurba batata hoon aap ko.</w:t>
      </w:r>
      <w:r>
        <w:br/>
      </w:r>
      <w:r>
        <w:rPr>
          <w:sz w:val="20"/>
        </w:rPr>
        <w:t>40:33  aaj mein ne dua ki ke khudaaya, mujhe apni aik jhalak dikha de, aik glimpse, glimpse, us waqt mujhe khatam kar de,</w:t>
      </w:r>
      <w:r>
        <w:br/>
      </w:r>
      <w:r>
        <w:rPr>
          <w:sz w:val="20"/>
        </w:rPr>
        <w:t>40:46  is se zyada ka mustahiq nahi hoon. main</w:t>
      </w:r>
      <w:r>
        <w:br/>
      </w:r>
      <w:r>
        <w:rPr>
          <w:sz w:val="20"/>
        </w:rPr>
        <w:t>40:59  Maulana, jo aap ne kaha ke suffering yeh God realization ke liye ek</w:t>
      </w:r>
      <w:r>
        <w:br/>
      </w:r>
      <w:r>
        <w:rPr>
          <w:sz w:val="20"/>
        </w:rPr>
        <w:t>41:10  bohat hi ahem mor hota hai, jahan se aadmi Khuda ki taraf mutawajjah hota hai. to Maulana, is ke liye Ashab-e-Kahf ka waqia bhi Quran mein Allah ne naqal kar ke kaha tha, kaha hai:</w:t>
      </w:r>
      <w:r>
        <w:br/>
      </w:r>
      <w:r>
        <w:rPr>
          <w:sz w:val="20"/>
        </w:rPr>
        <w:t>41:27  "Innahum fityatun aamanoo birabbihim wa zidnahum huda" ke Khuda ne kaha ke in logon ko jo religious persecution ko face karna pada, to is ki is ki wajah se un ke imaan mein aur bhi izafa ho gaya.</w:t>
      </w:r>
      <w:r>
        <w:br/>
      </w:r>
      <w:r>
        <w:rPr>
          <w:sz w:val="20"/>
        </w:rPr>
        <w:t>41:49  to Maulana, yeh baat aap jo keh rahe hain, bohat hi mukhtalif waqiat se yeh baat bohat achi tarah sabit hoti hai. Maulana, to yeh bohat hi hamare liye positive baat hai aur encouraging hai.</w:t>
      </w:r>
      <w:r>
        <w:br/>
      </w:r>
      <w:r>
        <w:rPr>
          <w:sz w:val="20"/>
        </w:rPr>
        <w:t>42:02  negative situations ko ke hum is ko imaan mein izafe ka sabab banayein.</w:t>
      </w:r>
      <w:r>
        <w:br/>
      </w:r>
      <w:r>
        <w:rPr>
          <w:sz w:val="20"/>
        </w:rPr>
        <w:t>42:09  Bhai, bhai, samjha nahi. Maulana yaar bhai, hain Yaqoob sahib, yeh keh rahe hain ke aap ne yeh jo kaha ke aadmi jab suffering mein aata hai to us ko God, aadmi jab suffering mein aata hai to us ko God realization hota hai.</w:t>
      </w:r>
      <w:r>
        <w:br/>
      </w:r>
      <w:r>
        <w:rPr>
          <w:sz w:val="20"/>
        </w:rPr>
        <w:t>42:25  to unhon ne kaha hai ke yeh cheez bohat a</w:t>
      </w:r>
      <w:r>
        <w:br/>
      </w:r>
      <w:r>
        <w:rPr>
          <w:sz w:val="20"/>
        </w:rPr>
        <w:t>42:28  ham hai aur dekhiye, suffering apne aap nahi, main ne kaha hai apne aap nahi ke dard ho raha hai yahan par to realize ho jayega.</w:t>
      </w:r>
      <w:r>
        <w:br/>
      </w:r>
      <w:r>
        <w:rPr>
          <w:sz w:val="20"/>
        </w:rPr>
        <w:t>42:40  yeh main ne nahi kaha hai, suffering ko main ne kaha hai ke inner core jo hai insaan ka, us ko hila deti hai.</w:t>
      </w:r>
      <w:r>
        <w:br/>
      </w:r>
      <w:r>
        <w:rPr>
          <w:sz w:val="20"/>
        </w:rPr>
        <w:t>42:49  wo jis tarah se main ne kaha hai, aap ke mind ka jo inner core hai, spirituality ka jo inner core hai, aap ke personality ka jo inner core hai, wo to hil jata hai, itna kisi khushi se nahi hilta.</w:t>
      </w:r>
      <w:r>
        <w:br/>
      </w:r>
      <w:r>
        <w:rPr>
          <w:sz w:val="20"/>
        </w:rPr>
        <w:t>43:06  aap khush hon to aap ka inner core hilega.</w:t>
      </w:r>
      <w:r>
        <w:br/>
      </w:r>
      <w:r>
        <w:rPr>
          <w:sz w:val="20"/>
        </w:rPr>
        <w:t>43:13  to main ne wo kiya cheez ki hai ke insaan ke potential ka jaag uthna, jis tarah unhon ne kaha hai, insaan ke potential jo hai, wo aakhir had tak jaag uthte hain.</w:t>
      </w:r>
      <w:r>
        <w:br/>
      </w:r>
      <w:r>
        <w:rPr>
          <w:sz w:val="20"/>
        </w:rPr>
        <w:t>43:28  suffering jab hoti hai jo khushi mein nahi jaagte, yeh main ne kaha hai.</w:t>
      </w:r>
      <w:r>
        <w:br/>
      </w:r>
      <w:r>
        <w:rPr>
          <w:sz w:val="20"/>
        </w:rPr>
        <w:t>43:42  Maulana to keh sakte hain ke jin ko Khuda pyar karta hai, un ko zyada suffering milti hai. hain, wo keh rahi hain ke kya Priya keh rahi hain ke kya yeh keh sakte hain ke Allah jis ko pyar zyada karta hai, us ko suffering milti hai?</w:t>
      </w:r>
      <w:r>
        <w:br/>
      </w:r>
      <w:r>
        <w:rPr>
          <w:sz w:val="20"/>
        </w:rPr>
        <w:t>44:02  pyar karta hai? kya Allah mein koi lath pyar ka wahan culture hai? yeh sab nahi hai, matlab nahi hai. jo zyada apne aap ko competent sabit karta hai,</w:t>
      </w:r>
      <w:r>
        <w:br/>
      </w:r>
      <w:r>
        <w:rPr>
          <w:sz w:val="20"/>
        </w:rPr>
        <w:t>44:16  yeh matlab hai. yeh nahi ke wahan koi lath pyar chalta hai, wahan love affair chalta hai. wo yeh love affair ki baat nahi hai, yeh yaad rakhiye, wo competence ki baat hai.</w:t>
      </w:r>
      <w:r>
        <w:br/>
      </w:r>
      <w:r>
        <w:rPr>
          <w:sz w:val="20"/>
        </w:rPr>
        <w:t>44:38  Rajat, there is a question that Saleem asked and I think it didn't get answered or didn't get conveyed. The question was that mental suffering and physical suffering, they both stimulate the brain in a similar manner.</w:t>
      </w:r>
      <w:r>
        <w:br/>
      </w:r>
      <w:r>
        <w:rPr>
          <w:sz w:val="20"/>
        </w:rPr>
        <w:t>44:53  So his question was that, uh, he believes therefore that, uh, hell is actually mental suffering.</w:t>
      </w:r>
      <w:r>
        <w:br/>
      </w:r>
      <w:r>
        <w:rPr>
          <w:sz w:val="20"/>
        </w:rPr>
        <w:t>45:03  It's a state of mind where in you are suffering mentally. It is not a physical place where you'll be burning, burning, etc. It's a state where in you'll be suffering mentally.</w:t>
      </w:r>
      <w:r>
        <w:br/>
      </w:r>
      <w:r>
        <w:rPr>
          <w:sz w:val="20"/>
        </w:rPr>
        <w:t>45:14  Is that right? Or what is Maulana's view on this?</w:t>
      </w:r>
      <w:r>
        <w:br/>
      </w:r>
      <w:r>
        <w:rPr>
          <w:sz w:val="20"/>
        </w:rPr>
        <w:t>45:18  Maulana, aap ne jab aaj desires ka ek sawal aaya tha ke desire kabhi khatam nahi honge, aap ne kaha insaan ke andar, to desire ko control kar sakte hain.</w:t>
      </w:r>
      <w:r>
        <w:br/>
      </w:r>
      <w:r>
        <w:rPr>
          <w:sz w:val="20"/>
        </w:rPr>
        <w:t>45:32  to Maulana, kaise control kar sakte hain desires ko?</w:t>
      </w:r>
      <w:r>
        <w:br/>
      </w:r>
      <w:r>
        <w:rPr>
          <w:sz w:val="20"/>
        </w:rPr>
        <w:t>45:39  Desire ka koi khali cheez hai? yeh to Buddhism mein desire ko burai bana diya. koi burai hai hi nahi, wo desire koi burai hai hi nahi.</w:t>
      </w:r>
      <w:r>
        <w:br/>
      </w:r>
      <w:r>
        <w:rPr>
          <w:sz w:val="20"/>
        </w:rPr>
        <w:t>45:51  wo</w:t>
      </w:r>
      <w:r>
        <w:br/>
      </w:r>
      <w:r>
        <w:rPr>
          <w:sz w:val="20"/>
        </w:rPr>
        <w:t>45:54  desire to ek bohat high class ki yani insani sifat hai.</w:t>
      </w:r>
      <w:r>
        <w:br/>
      </w:r>
      <w:r>
        <w:rPr>
          <w:sz w:val="20"/>
        </w:rPr>
        <w:t>46:10  yeh to hai ke desire koi buri cheez hai.</w:t>
      </w:r>
      <w:r>
        <w:br/>
      </w:r>
      <w:r>
        <w:rPr>
          <w:sz w:val="20"/>
        </w:rPr>
        <w:t>46:17  misal ke taur par, maine yeh desire paida hui ke main jannat ka mustahiq to banai hoon, lekin Allah ka ek jhalak mujhe dikhana dekhne ko mil jaye.</w:t>
      </w:r>
      <w:r>
        <w:br/>
      </w:r>
      <w:r>
        <w:rPr>
          <w:sz w:val="20"/>
        </w:rPr>
        <w:t>46:30  ek glimpse yeh desire thi, to kya desire koi galat nahi hai?</w:t>
      </w:r>
      <w:r>
        <w:br/>
      </w:r>
      <w:r>
        <w:rPr>
          <w:sz w:val="20"/>
        </w:rPr>
        <w:t>46:43  Maulana, mera yeh sawal hai ke jab Allah hum se naraz ho jata hai to kya woh hum se naik kaam yani ke achhe kaam lene chhod deta hai?</w:t>
      </w:r>
      <w:r>
        <w:br/>
      </w:r>
      <w:r>
        <w:rPr>
          <w:sz w:val="20"/>
        </w:rPr>
        <w:t>47:00  Maulana, sawal yeh hai ke jab Allah hum se naraz ho jata hai to kya woh hum se naik kaam lena chhod deta hai?</w:t>
      </w:r>
      <w:r>
        <w:br/>
      </w:r>
      <w:r>
        <w:rPr>
          <w:sz w:val="20"/>
        </w:rPr>
        <w:t>47:10  Zaroor nahi, chhodna nahi, chhodta nahi. Hum lautein, tauba naseeb karein. Yeh to bohat zyada likha hua hai Quran mein ke Allah taala lautne walon ko bohat pasand karta hai.</w:t>
      </w:r>
      <w:r>
        <w:br/>
      </w:r>
      <w:r>
        <w:rPr>
          <w:sz w:val="20"/>
        </w:rPr>
        <w:t>47:26  Phir sahib ji,</w:t>
      </w:r>
      <w:r>
        <w:br/>
      </w:r>
      <w:r>
        <w:rPr>
          <w:sz w:val="20"/>
        </w:rPr>
        <w:t>47:30  lautne wala jo hai, woh to Allah ka most wanted insan hai jo laute.</w:t>
      </w:r>
      <w:r>
        <w:br/>
      </w:r>
      <w:r>
        <w:rPr>
          <w:sz w:val="20"/>
        </w:rPr>
        <w:t>47:40  Sachhe tareeqe se log lautate nahi. Lautein to lautna yani tauba to bohat bada yeh rewardable amal hai.</w:t>
      </w:r>
      <w:r>
        <w:br/>
      </w:r>
      <w:r>
        <w:rPr>
          <w:sz w:val="20"/>
        </w:rPr>
        <w:t>47:51  yeh</w:t>
      </w:r>
      <w:r>
        <w:br/>
      </w:r>
      <w:r>
        <w:rPr>
          <w:sz w:val="20"/>
        </w:rPr>
        <w:t>47:58  Lekin sachha lautna kya cheez hai jis ko tauba naseeb kaha gaya hai?</w:t>
      </w:r>
      <w:r>
        <w:br/>
      </w:r>
      <w:r>
        <w:rPr>
          <w:sz w:val="20"/>
        </w:rPr>
        <w:t>48:07  Is par Allah ki inayatein hain. Ah,</w:t>
      </w:r>
      <w:r>
        <w:br/>
      </w:r>
      <w:r>
        <w:rPr>
          <w:sz w:val="20"/>
        </w:rPr>
        <w:t>48:15  Maulana, ek ek hadith hai. Hain, ek hadith hai: "Azam al-nas hamman al-mu'min alladhi yahtammu bi-amri dunya wa amri akhiratihi" ke logon mein sab se zyada plan karne wala momin hota hai.</w:t>
      </w:r>
      <w:r>
        <w:br/>
      </w:r>
      <w:r>
        <w:rPr>
          <w:sz w:val="20"/>
        </w:rPr>
        <w:t>48:33  Logon mein sab se zyada plan karne wala momin hota hai. Woh apne duniya ke mamlaat ki planning karta hai aur apne akhirat ke mamlaat ki planning karta hai.</w:t>
      </w:r>
      <w:r>
        <w:br/>
      </w:r>
      <w:r>
        <w:rPr>
          <w:sz w:val="20"/>
        </w:rPr>
        <w:t>48:42  Hmm, to momin ke liye to yeh wazeh hai ke woh akhirat ke mamlaat ki planning karta hai. Duniya ke mamlaat ki planning kya hai momin ke liye?</w:t>
      </w:r>
      <w:r>
        <w:br/>
      </w:r>
      <w:r>
        <w:rPr>
          <w:sz w:val="20"/>
        </w:rPr>
        <w:t>48:51  Yahan isi ma'ne mein hai ke momin bohat zyada sensitive insan hota hai. Sara ma'mla sensitivity ka hai.</w:t>
      </w:r>
      <w:r>
        <w:br/>
      </w:r>
      <w:r>
        <w:rPr>
          <w:sz w:val="20"/>
        </w:rPr>
        <w:t>49:00  Yeh momin yani kalma padhne wale ka nahi hai. Yani jo kalma padh le, woh aisa ho jayega nahi.</w:t>
      </w:r>
      <w:r>
        <w:br/>
      </w:r>
      <w:r>
        <w:rPr>
          <w:sz w:val="20"/>
        </w:rPr>
        <w:t>49:14  Jo waqai is ma'amle mein momin bada hai, sensitivity ke momin hain, to us ki har cheez mein uska izhaar hoga.</w:t>
      </w:r>
      <w:r>
        <w:br/>
      </w:r>
      <w:r>
        <w:rPr>
          <w:sz w:val="20"/>
        </w:rPr>
        <w:t>49:24  Ji ji, Maulana, mera ek aakhri sawal hai aaj ke discussion ka. Woh that's based on the concept of Iblis, Satan.</w:t>
      </w:r>
      <w:r>
        <w:br/>
      </w:r>
      <w:r>
        <w:rPr>
          <w:sz w:val="20"/>
        </w:rPr>
        <w:t>49:34  Ah, maine kahin padha tha ke Satan was extremely in love with God and he still is. Unko Allah se bohat mohabbat thi, unhone Allah ki har jagah pe ibadat ki thi.</w:t>
      </w:r>
      <w:r>
        <w:br/>
      </w:r>
      <w:r>
        <w:rPr>
          <w:sz w:val="20"/>
        </w:rPr>
        <w:t>49:45  Haan, to woh aaj bhi he is in love with God. But jab Allah taala ne unko Adam ko sajda karne ke liye kaha to unse woh baat rahi nahi gayi, because he was given a competitor for his love with God.</w:t>
      </w:r>
      <w:r>
        <w:br/>
      </w:r>
      <w:r>
        <w:rPr>
          <w:sz w:val="20"/>
        </w:rPr>
        <w:t>49:58  To woh aaj bhi hum ko Allah se door karne pe ade hue hain. Jab whenever we want to go close to God, he or he makes us repel and woh hum ko Allah se door kar dete hain.</w:t>
      </w:r>
      <w:r>
        <w:br/>
      </w:r>
      <w:r>
        <w:rPr>
          <w:sz w:val="20"/>
        </w:rPr>
        <w:t>50:10  Kya hum ko Iblis se nafrat rakhna kya hai is hisab se sahi hai ke g</w:t>
      </w:r>
      <w:r>
        <w:br/>
      </w:r>
      <w:r>
        <w:rPr>
          <w:sz w:val="20"/>
        </w:rPr>
        <w:t>50:15  Ghalat hai? Nahi, kyun ke nafrat kyun? Nafrat kyun? Apne se nafrat karo ke hum kyun uska shikar ban jate hain? Rasool Allah se aisi koi hadith to nahi ke Rasool Allah Iblis se nafrat karte the?</w:t>
      </w:r>
      <w:r>
        <w:br/>
      </w:r>
      <w:r>
        <w:rPr>
          <w:sz w:val="20"/>
        </w:rPr>
        <w:t>50:30  apne sath nafrat karo ke hum kyun shikar ban jate hain?</w:t>
      </w:r>
      <w:r>
        <w:br/>
      </w:r>
      <w:r>
        <w:rPr>
          <w:sz w:val="20"/>
        </w:rPr>
        <w:t>50:37  nafrat to yeh yeh thi yani yeh jo bigre hue in</w:t>
      </w:r>
    </w:p>
    <w:p>
      <w:pPr>
        <w:pStyle w:val="Heading2"/>
      </w:pPr>
      <w:r>
        <w:t>Reconciling hadith on apostasy punishment</w:t>
      </w:r>
    </w:p>
    <w:p>
      <w:r>
        <w:rPr>
          <w:color w:val="666666"/>
          <w:sz w:val="18"/>
        </w:rPr>
        <w:t>Freedom of Thought in Islam 23 October, 2011 · 4m 01s · at 1:13:28 · https://youtu.be/aGbxRNNOKzo?t=4408</w:t>
      </w:r>
    </w:p>
    <w:p>
      <w:r>
        <w:rPr>
          <w:i/>
        </w:rPr>
        <w:t>“In Sahih Bukhari, chapter 9, hadith numbers 84 and 57, it is mentioned: 'Whoever changes his religion, kill him.' Yet there is another hadith number 83 where it is mentioned: 'The blood of a Muslim who confesses that none has the right to be worshipped but God and that I am His messenger cannot be shed except in three cases...' How can these two hadiths be reconciled?”</w:t>
      </w:r>
    </w:p>
    <w:p>
      <w:r>
        <w:rPr>
          <w:sz w:val="20"/>
        </w:rPr>
        <w:t>1:13:28  to is se bachiye ke aap ka case double standard case ban jaye. Double thinking ka case ban jaye. is se bachiye. Maulana, agla sawal kya hai Miss Saadia ne Dil se.</w:t>
      </w:r>
      <w:r>
        <w:br/>
      </w:r>
      <w:r>
        <w:rPr>
          <w:sz w:val="20"/>
        </w:rPr>
        <w:t>1:13:42  unhon ne likha hai ke in sahih al bukhari chapter number nine hadith number eighty four and fifty seven it is mentioned whoever changes his religion kill him</w:t>
      </w:r>
      <w:r>
        <w:br/>
      </w:r>
      <w:r>
        <w:rPr>
          <w:sz w:val="20"/>
        </w:rPr>
        <w:t>1:13:56  yet there is another hadith number eighty three where it is mentioned the blood of a muslim who confesses that none has theright to be worshipped but god and that i am his messenger cannot be shed except in three cases,</w:t>
      </w:r>
      <w:r>
        <w:br/>
      </w:r>
      <w:r>
        <w:rPr>
          <w:sz w:val="20"/>
        </w:rPr>
        <w:t>1:14:14  one of which is when he leaves the muslims. kindly throw light on this following two often quoted hadith regarding apostasy.</w:t>
      </w:r>
      <w:r>
        <w:br/>
      </w:r>
      <w:r>
        <w:rPr>
          <w:sz w:val="20"/>
        </w:rPr>
        <w:t>1:14:25  dekhiye, hadith hai, khabar wahid ke taur par hai woh. mun badala dinnah faqtuluni main ne is par kitab likhi hai.</w:t>
      </w:r>
      <w:r>
        <w:br/>
      </w:r>
      <w:r>
        <w:rPr>
          <w:sz w:val="20"/>
        </w:rPr>
        <w:t>1:14:34  woh maqala likha hai, thirty pages ka. meri kitab hikmat e islam. main ne is mein likha hai ke haan, lafz deen jo hai, mazhab ke mani mein nahin hai.</w:t>
      </w:r>
      <w:r>
        <w:br/>
      </w:r>
      <w:r>
        <w:rPr>
          <w:sz w:val="20"/>
        </w:rPr>
        <w:t>1:14:45  lekin is zamane mein, jo aaj kal jo term bolte hain hum, is tarah se is tarah terminology nahin bani thi. is tarah se nahin bani thi.</w:t>
      </w:r>
      <w:r>
        <w:br/>
      </w:r>
      <w:r>
        <w:rPr>
          <w:sz w:val="20"/>
        </w:rPr>
        <w:t>1:14:55  misalan dekhiye, aaj hum bolte hain, woh yaani baghavat ka lafz bolte hain. state se baghavat. is zamane mein state se baghavat ka lafz nahin hua karta tha.</w:t>
      </w:r>
      <w:r>
        <w:br/>
      </w:r>
      <w:r>
        <w:rPr>
          <w:sz w:val="20"/>
        </w:rPr>
        <w:t>1:15:07  to yahi deen hi ka lafz bola jata tha. to yahan jo lafz deen hai, woh state se baghavat ke ma</w:t>
      </w:r>
      <w:r>
        <w:br/>
      </w:r>
      <w:r>
        <w:rPr>
          <w:sz w:val="20"/>
        </w:rPr>
        <w:t>1:15:13  ni mein hai. woh mazhab badalne ke mani mein nahin hai. woh ek poori kahani hai is ki. woh aisa nahin hai ke sirf ek hadith ho. ek poora waqea hai is ka.</w:t>
      </w:r>
      <w:r>
        <w:br/>
      </w:r>
      <w:r>
        <w:rPr>
          <w:sz w:val="20"/>
        </w:rPr>
        <w:t>1:15:21  is poore waqeye ki taraf bhi dekhiye aap. to jo yeh jo log is ko lete hain, woh yeh samajhte nahin is cheez ko ke woh mazhab ke mani mein nahin hai.</w:t>
      </w:r>
      <w:r>
        <w:br/>
      </w:r>
      <w:r>
        <w:rPr>
          <w:sz w:val="20"/>
        </w:rPr>
        <w:t>1:15:32  woh state se wafadari badalne ke mani mein hai. yaani dushman, woh woh jang ke waqt ka mamla hai.</w:t>
      </w:r>
      <w:r>
        <w:br/>
      </w:r>
      <w:r>
        <w:rPr>
          <w:sz w:val="20"/>
        </w:rPr>
        <w:t>1:15:40  dekhiye, jang ke waqt agar koi shakhs wafadari ko badle aur dushman se mil jaye to aaj bhi yeh mana jata hai ke woh qabil e gardan nahin hai. mazhab badalne par agar marne ko ho to quran mein saaf saaf kyun nahin hukum aaya?</w:t>
      </w:r>
      <w:r>
        <w:br/>
      </w:r>
      <w:r>
        <w:rPr>
          <w:sz w:val="20"/>
        </w:rPr>
        <w:t>1:15:56  yeh bhi yaad rakhiye ke quran jo hai, capital punishment ke mani mein sirf quran se sabit hona chahiye.</w:t>
      </w:r>
      <w:r>
        <w:br/>
      </w:r>
      <w:r>
        <w:rPr>
          <w:sz w:val="20"/>
        </w:rPr>
        <w:t>1:16:05  ab capital punishment ka usool jo hai, hadith se nahin nikal sakte aap. yaani itni badi baat jo hai, yaani saare jo quran majeed mein jitne basic teachings hain, woh sab quran mein hain.</w:t>
      </w:r>
      <w:r>
        <w:br/>
      </w:r>
      <w:r>
        <w:rPr>
          <w:sz w:val="20"/>
        </w:rPr>
        <w:t>1:16:17  koi basic teaching aisi nahin jo quran mein na ho. hadith mein detail hai. basic teachings hadith quran mein sab maujood hain. to yeh capital punishment ki cheez ka taalluq basic teachings se hai.</w:t>
      </w:r>
      <w:r>
        <w:br/>
      </w:r>
      <w:r>
        <w:rPr>
          <w:sz w:val="20"/>
        </w:rPr>
        <w:t>1:16:29  woh quran mein milna chahiye.</w:t>
      </w:r>
      <w:r>
        <w:br/>
      </w:r>
      <w:r>
        <w:rPr>
          <w:sz w:val="20"/>
        </w:rPr>
        <w:t>1:16:31  to usool yeh hai, dekhiye ke agar quran aur hadith ke darmiyan bazahir koi takrao dikhai de diya de to hadith ki taweel ki jayegi.</w:t>
      </w:r>
      <w:r>
        <w:br/>
      </w:r>
      <w:r>
        <w:rPr>
          <w:sz w:val="20"/>
        </w:rPr>
        <w:t>1:16:41  quran ki taweel nahin ki jayegi. yaani hadith ko quran ke tabe kiya jayega. na ke na ke hadith ko quran ke tabe kiya jaye. ulta nahin kiya jayega.</w:t>
      </w:r>
      <w:r>
        <w:br/>
      </w:r>
      <w:r>
        <w:rPr>
          <w:sz w:val="20"/>
        </w:rPr>
        <w:t>1:16:50  hadith ko quran ke tabe kiya jayega. quran ko hadith ke tabe nahin kiya jayega.</w:t>
      </w:r>
      <w:r>
        <w:br/>
      </w:r>
      <w:r>
        <w:rPr>
          <w:sz w:val="20"/>
        </w:rPr>
        <w:t>1:16:55  isi liye main yeh kehta hoon ke yahan par jo lafz deen hai, woh mazhab ke mani mein nahin. is mein main ne bohat se logon ke naqal kiya hua apne maqale mein, doosre logon ki aara.</w:t>
      </w:r>
      <w:r>
        <w:br/>
      </w:r>
      <w:r>
        <w:rPr>
          <w:sz w:val="20"/>
        </w:rPr>
        <w:t>1:17:09  yaani aasani se main akela keh raha hoon. wahan bohat se main ne naqal kiya, is ko aap padh lijiye. mera maqala jo hai, thirty pages ka. yeh bohat zyada is mein hawale diye hain main ne.</w:t>
      </w:r>
      <w:r>
        <w:br/>
      </w:r>
      <w:r>
        <w:rPr>
          <w:sz w:val="20"/>
        </w:rPr>
        <w:t>1:17:20  to is hadith se mera hadith sabit nahin hota ke koi aadmi agar murtad ho jaye to maar dalo is ko. yeh sabit nahin hota is se.</w:t>
      </w:r>
    </w:p>
    <w:p>
      <w:pPr>
        <w:pStyle w:val="Heading2"/>
      </w:pPr>
      <w:r>
        <w:t>How to get rid of recurring sins</w:t>
      </w:r>
    </w:p>
    <w:p>
      <w:r>
        <w:rPr>
          <w:color w:val="666666"/>
          <w:sz w:val="18"/>
        </w:rPr>
        <w:t>The Method of Planning August 14, 2016 · 37s · at 54:33 · https://youtu.be/84WV8NS2VKQ?t=3273</w:t>
      </w:r>
    </w:p>
    <w:p>
      <w:r>
        <w:rPr>
          <w:i/>
        </w:rPr>
        <w:t>“I want to get rid of sins but then I keep getting into it. Please advise me how I can get out of doing sin.”</w:t>
      </w:r>
    </w:p>
    <w:p>
      <w:r>
        <w:rPr>
          <w:sz w:val="20"/>
        </w:rPr>
        <w:t>54:33  Maulana, agla sawal Bhubaneshwar se kiya hai Safdar Hashim sahib ne, unhon ne likha hai ke I want</w:t>
      </w:r>
      <w:r>
        <w:br/>
      </w:r>
      <w:r>
        <w:rPr>
          <w:sz w:val="20"/>
        </w:rPr>
        <w:t>54:39  to get rid of sins but then I keep getting into it.</w:t>
      </w:r>
      <w:r>
        <w:br/>
      </w:r>
      <w:r>
        <w:rPr>
          <w:sz w:val="20"/>
        </w:rPr>
        <w:t>54:46  molana sahib, please advise me how I can get out of doing sin.</w:t>
      </w:r>
      <w:r>
        <w:br/>
      </w:r>
      <w:r>
        <w:rPr>
          <w:sz w:val="20"/>
        </w:rPr>
        <w:t>54:52  sindh s a i n? ji, bhai, quran parhiye aur main kya keh sakta hoon? quran ko samajh kar</w:t>
      </w:r>
      <w:r>
        <w:br/>
      </w:r>
      <w:r>
        <w:rPr>
          <w:sz w:val="20"/>
        </w:rPr>
        <w:t>54:58  parhiye bar bar, yeh main keh sakta hoon.</w:t>
      </w:r>
      <w:r>
        <w:br/>
      </w:r>
      <w:r>
        <w:rPr>
          <w:sz w:val="20"/>
        </w:rPr>
        <w:t>55:04  quran ko samajh kar bar bar parhiye.</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Can we close the door of repentance?</w:t>
      </w:r>
    </w:p>
    <w:p>
      <w:r>
        <w:rPr>
          <w:color w:val="666666"/>
          <w:sz w:val="18"/>
        </w:rPr>
        <w:t>Don't Be Angry Culture January 15, 2012 · 1m 40s · at 1:13:44 · https://youtu.be/NrA3X8y_FLY?t=4424</w:t>
      </w:r>
    </w:p>
    <w:p>
      <w:r>
        <w:rPr>
          <w:i/>
        </w:rPr>
        <w:t>“Can we close the door of repentance for anyone?”</w:t>
      </w:r>
    </w:p>
    <w:p>
      <w:r>
        <w:rPr>
          <w:sz w:val="20"/>
        </w:rPr>
        <w:t>1:13:44  maulana, agla sawal lete hain jo aya hai chennai se maulana israr ul hassan sahib ka. unhon ne likha hai: "maulana, kya tauba ka darwaza kisi ke liye hum band kar sakte hain?" "yeh to sochna bhi kufr hai ke hum band kar sakte hain." yaani khuda ke domain mein dakhil hona hai.</w:t>
      </w:r>
      <w:r>
        <w:br/>
      </w:r>
      <w:r>
        <w:rPr>
          <w:sz w:val="20"/>
        </w:rPr>
        <w:t>1:14:06  yeh kaise koi himmat karta hai yeh kehne ki?</w:t>
      </w:r>
      <w:r>
        <w:br/>
      </w:r>
      <w:r>
        <w:rPr>
          <w:sz w:val="20"/>
        </w:rPr>
        <w:t>1:14:11  tauba ka darwaza kholna aur band karna, dono allah ke ikhtiyar mein hai, hamare ikhtiyar mein nahi hai.</w:t>
      </w:r>
      <w:r>
        <w:br/>
      </w:r>
      <w:r>
        <w:rPr>
          <w:sz w:val="20"/>
        </w:rPr>
        <w:t>1:14:20  aaj kal ke log bohat aasani se dakhil ho jate hain khuda ke domain mein, mislan fatwa dete hain, takfeer ka fatwa. main arzii ke khuda ke domain mein dakhil hona hai.</w:t>
      </w:r>
      <w:r>
        <w:br/>
      </w:r>
      <w:r>
        <w:rPr>
          <w:sz w:val="20"/>
        </w:rPr>
        <w:t>1:14:30  aap ko haq nahi hai takfeer ka fatwa dene ka. yeh kafir hai, yeh munafiq hai, yeh fasiq hai, yeh dushman hai. aap ko kya haq hai kehne ka? yaad rakhiye, yeh sab khuda ke domain mein dakhil hona hai.</w:t>
      </w:r>
      <w:r>
        <w:br/>
      </w:r>
      <w:r>
        <w:rPr>
          <w:sz w:val="20"/>
        </w:rPr>
        <w:t>1:14:44  aap ke haq, aap ko kya karna hai?</w:t>
      </w:r>
      <w:r>
        <w:br/>
      </w:r>
      <w:r>
        <w:rPr>
          <w:sz w:val="20"/>
        </w:rPr>
        <w:t>1:14:47  daawat, naseehat, talqeen, waaz. bas nahi to dua.</w:t>
      </w:r>
      <w:r>
        <w:br/>
      </w:r>
      <w:r>
        <w:rPr>
          <w:sz w:val="20"/>
        </w:rPr>
        <w:t>1:14:55  yaani daawat aur naseehat ke baad agar aap samajhte hain kuch aur karna to bas dua kijiye. baqi fatwe dena, ladna bhirna aur statement jari karna,</w:t>
      </w:r>
      <w:r>
        <w:br/>
      </w:r>
      <w:r>
        <w:rPr>
          <w:sz w:val="20"/>
        </w:rPr>
        <w:t>1:15:11  yeh sab khuda ke domain mein dakhil hona hai, jis ki ijazat</w:t>
      </w:r>
      <w:r>
        <w:br/>
      </w:r>
      <w:r>
        <w:rPr>
          <w:sz w:val="20"/>
        </w:rPr>
        <w:t>1:15:15  kisi ko nahi hai. peghambar ko bhi nahi hai ke khuda ke domain mein dakhil ho jaye woh. aur doosre logon ko kaise ho sakti hai?</w:t>
      </w:r>
    </w:p>
    <w:p>
      <w:pPr>
        <w:pStyle w:val="Heading2"/>
      </w:pPr>
      <w:r>
        <w:t>Why is sincerity absent in today's world?</w:t>
      </w:r>
    </w:p>
    <w:p>
      <w:r>
        <w:rPr>
          <w:color w:val="666666"/>
          <w:sz w:val="18"/>
        </w:rPr>
        <w:t>Sahaba and Muhaddithin 24th June 2012 - Maulana Wahiduddin Khan · 1m 58s · at 1:38:28 · https://youtu.be/tUPo7MI0Bdo?t=5908</w:t>
      </w:r>
    </w:p>
    <w:p>
      <w:r>
        <w:rPr>
          <w:i/>
        </w:rPr>
        <w:t>“Maulana, why is it that sincerity cannot be seen these days?”</w:t>
      </w:r>
    </w:p>
    <w:p>
      <w:r>
        <w:rPr>
          <w:sz w:val="20"/>
        </w:rPr>
        <w:t>1:38:28  maulana, agla sawal ah kolkatta se hai, mr. rakesh ka. unhon ne likha hai: "maulana sahib, why is it that sincerity cannot be seen these days?"</w:t>
      </w:r>
      <w:r>
        <w:br/>
      </w:r>
      <w:r>
        <w:rPr>
          <w:sz w:val="20"/>
        </w:rPr>
        <w:t>1:38:48  dekhen, consumerism jo aya hai, is ne sab ko selfish bana diya hai. consumers, consumerism se sab log ek taraf selfish ho gaye hain.</w:t>
      </w:r>
      <w:r>
        <w:br/>
      </w:r>
      <w:r>
        <w:rPr>
          <w:sz w:val="20"/>
        </w:rPr>
        <w:t>1:39:01  paisa, paisa, paisa!</w:t>
      </w:r>
      <w:r>
        <w:br/>
      </w:r>
      <w:r>
        <w:rPr>
          <w:sz w:val="20"/>
        </w:rPr>
        <w:t>1:39:04  hamare bachpan mein koi item nahi hota jis ko khariday aadmi, hatta ke ek glass bhi nahi tha. to paise ki koi zarurat hi nahi thi.</w:t>
      </w:r>
      <w:r>
        <w:br/>
      </w:r>
      <w:r>
        <w:rPr>
          <w:sz w:val="20"/>
        </w:rPr>
        <w:t>1:39:15  mujhe yaad hai ke mere bachpan mein ek aadmi ek bail gaari par sarson laad kar le aaya, sarson, aur koi kharidar is ka nahi tha.</w:t>
      </w:r>
      <w:r>
        <w:br/>
      </w:r>
      <w:r>
        <w:rPr>
          <w:sz w:val="20"/>
        </w:rPr>
        <w:t>1:39:27  to ek aadmi ko woh das rupay mein sab de ke chala gaya. aaj ke lehaz se woh das hazar se bhi zyada tha. woh to us</w:t>
      </w:r>
    </w:p>
    <w:p>
      <w:pPr>
        <w:pStyle w:val="Heading2"/>
      </w:pPr>
      <w:r>
        <w:t>Repentance after sin weakens willpower</w:t>
      </w:r>
    </w:p>
    <w:p>
      <w:r>
        <w:rPr>
          <w:color w:val="666666"/>
          <w:sz w:val="18"/>
        </w:rPr>
        <w:t>Spirit of the Age Nov 6, 2016 · 1m 17s · at 57:43 · https://youtu.be/QAW9LP53xQk?t=3463</w:t>
      </w:r>
    </w:p>
    <w:p>
      <w:r>
        <w:rPr>
          <w:i/>
        </w:rPr>
        <w:t>“After sin, will power becomes weak. In such a state, how do we repent, and how do we hope for forgiveness from Allah?”</w:t>
      </w:r>
    </w:p>
    <w:p>
      <w:r>
        <w:rPr>
          <w:sz w:val="20"/>
        </w:rPr>
        <w:t>57:43  maulana, agla sawal dilli se bheja hai anwar subhani sahib ne, aur unhon ne likha hai: gunah ke</w:t>
      </w:r>
      <w:r>
        <w:br/>
      </w:r>
      <w:r>
        <w:rPr>
          <w:sz w:val="20"/>
        </w:rPr>
        <w:t>57:49  baad will power kamzor par jati hai.</w:t>
      </w:r>
      <w:r>
        <w:br/>
      </w:r>
      <w:r>
        <w:rPr>
          <w:sz w:val="20"/>
        </w:rPr>
        <w:t>57:55  aisi halat mein hum tauba kaise karein, aur Allah pak se maafi ki umeed kaise rakhein, is ke</w:t>
      </w:r>
      <w:r>
        <w:br/>
      </w:r>
      <w:r>
        <w:rPr>
          <w:sz w:val="20"/>
        </w:rPr>
        <w:t>58:01  baray mein bataein.</w:t>
      </w:r>
      <w:r>
        <w:br/>
      </w:r>
      <w:r>
        <w:rPr>
          <w:sz w:val="20"/>
        </w:rPr>
        <w:t>58:07  yeh baat jo hai psychology ke khilaf hai, bilkul khilaf.</w:t>
      </w:r>
      <w:r>
        <w:br/>
      </w:r>
      <w:r>
        <w:rPr>
          <w:sz w:val="20"/>
        </w:rPr>
        <w:t>58:13  consciousness ka jo concept hai, us ke khilaf hai.</w:t>
      </w:r>
      <w:r>
        <w:br/>
      </w:r>
      <w:r>
        <w:rPr>
          <w:sz w:val="20"/>
        </w:rPr>
        <w:t>58:19  nature ka ek mechanism hai aadmi ke andar jo kehte hain conscious zamir.</w:t>
      </w:r>
      <w:r>
        <w:br/>
      </w:r>
      <w:r>
        <w:rPr>
          <w:sz w:val="20"/>
        </w:rPr>
        <w:t>58:25  aadmi ke sath gunah ho to foran woh activate ho jata hai, woh woh system activate ho jata hai.</w:t>
      </w:r>
      <w:r>
        <w:br/>
      </w:r>
      <w:r>
        <w:rPr>
          <w:sz w:val="20"/>
        </w:rPr>
        <w:t>58:31  yeh baat aap jo keh rahe hain, bilkul insani nafsiyat ke khilaf hai, psychology ke khilaf hai.</w:t>
      </w:r>
      <w:r>
        <w:br/>
      </w:r>
      <w:r>
        <w:rPr>
          <w:sz w:val="20"/>
        </w:rPr>
        <w:t>58:37  yeh fitrat mein interwoven hai ke agar ek aadmi koi galat kaam kar de to foran hi instantly</w:t>
      </w:r>
      <w:r>
        <w:br/>
      </w:r>
      <w:r>
        <w:rPr>
          <w:sz w:val="20"/>
        </w:rPr>
        <w:t>58:43  us ke andar zamir ka mechanism jaag uthta hai.</w:t>
      </w:r>
      <w:r>
        <w:br/>
      </w:r>
      <w:r>
        <w:rPr>
          <w:sz w:val="20"/>
        </w:rPr>
        <w:t>58:49  is ki awaz suniye.</w:t>
      </w:r>
      <w:r>
        <w:br/>
      </w:r>
      <w:r>
        <w:rPr>
          <w:sz w:val="20"/>
        </w:rPr>
        <w:t>58:55  mein samajhta hoon ke yeh baat jo unhon ne kahi hai, yeh bilkul unnatural hai aur khilaf waqea hai.</w:t>
      </w:r>
    </w:p>
    <w:p>
      <w:pPr>
        <w:pStyle w:val="Heading2"/>
      </w:pPr>
      <w:r>
        <w:t>Managing Inferiority Complex</w:t>
      </w:r>
    </w:p>
    <w:p>
      <w:r>
        <w:rPr>
          <w:color w:val="666666"/>
          <w:sz w:val="18"/>
        </w:rPr>
        <w:t>The Method of Planning August 14, 2016 · 1m 25s · at 48:11 · https://youtu.be/84WV8NS2VKQ?t=2891</w:t>
      </w:r>
    </w:p>
    <w:p>
      <w:r>
        <w:rPr>
          <w:i/>
        </w:rPr>
        <w:t>“I am suffering from inferiority complex and as a result I am never able to plan wisely. Kindly advise how I can manage my inferiority complex as I am always less confident and not able.”</w:t>
      </w:r>
    </w:p>
    <w:p>
      <w:r>
        <w:rPr>
          <w:sz w:val="20"/>
        </w:rPr>
        <w:t>48:11  maulana, agla sawal moradabad se hai farooq sahab ka, aur unhon ne likha hai: "maulana sahab, I</w:t>
      </w:r>
      <w:r>
        <w:br/>
      </w:r>
      <w:r>
        <w:rPr>
          <w:sz w:val="20"/>
        </w:rPr>
        <w:t>48:19  I am suffering from inferiority complex and as a result I am never able to plan wisely.</w:t>
      </w:r>
      <w:r>
        <w:br/>
      </w:r>
      <w:r>
        <w:rPr>
          <w:sz w:val="20"/>
        </w:rPr>
        <w:t>48:27  Kindly advise how I can manage my inferiority complex as I am always less confident and not able</w:t>
      </w:r>
      <w:r>
        <w:br/>
      </w:r>
      <w:r>
        <w:rPr>
          <w:sz w:val="20"/>
        </w:rPr>
        <w:t>48:35  to represent myself well in front of many other people." aap sirf yeh kijiye ke hamari char kitabein</w:t>
      </w:r>
      <w:r>
        <w:br/>
      </w:r>
      <w:r>
        <w:rPr>
          <w:sz w:val="20"/>
        </w:rPr>
        <w:t>48:43  parh dalen, aur aap dekhen ke jitni aap parh len ge, utni aap ki yeh khatm ho chuka ho ga.</w:t>
      </w:r>
      <w:r>
        <w:br/>
      </w:r>
      <w:r>
        <w:rPr>
          <w:sz w:val="20"/>
        </w:rPr>
        <w:t>48:50  raz-e-hayat, taameer-e-hayat, rehnumai-e-hayat, kitab-e-zindagi, yeh chaar kitaben parh dalen aap.</w:t>
      </w:r>
      <w:r>
        <w:br/>
      </w:r>
      <w:r>
        <w:rPr>
          <w:sz w:val="20"/>
        </w:rPr>
        <w:t>48:58  insha Allah, insha Allah, jitni aap khatm karen ge, usi din aap ka yeh weakness bhi khatm ho jaye ga.</w:t>
      </w:r>
      <w:r>
        <w:br/>
      </w:r>
      <w:r>
        <w:rPr>
          <w:sz w:val="20"/>
        </w:rPr>
        <w:t>49:06  agar aap English mein parhte hon to main ek kitab bataon ga: "Moral Vision".</w:t>
      </w:r>
      <w:r>
        <w:br/>
      </w:r>
      <w:r>
        <w:rPr>
          <w:sz w:val="20"/>
        </w:rPr>
        <w:t>49:14  agar aap ka mutaliq ki zaban English ho to sirf ek kitab parh lijye aap: "Moral Vision".</w:t>
      </w:r>
      <w:r>
        <w:br/>
      </w:r>
      <w:r>
        <w:rPr>
          <w:sz w:val="20"/>
        </w:rPr>
        <w:t>49:22  bas kafi hai bilkul, lekin ek bar mat parhiye, kai bar parhiye, kai bar parhiye, kyunke ek bar</w:t>
      </w:r>
      <w:r>
        <w:br/>
      </w:r>
      <w:r>
        <w:rPr>
          <w:sz w:val="20"/>
        </w:rPr>
        <w:t>49:29  parh kar aap is ki baton ko poori tarah se pakar nahi paen ge.</w:t>
      </w:r>
    </w:p>
    <w:p>
      <w:pPr>
        <w:pStyle w:val="Heading2"/>
      </w:pPr>
      <w:r>
        <w:t>Repentance After Sin Weakens Willpower</w:t>
      </w:r>
    </w:p>
    <w:p>
      <w:r>
        <w:rPr>
          <w:color w:val="666666"/>
          <w:sz w:val="18"/>
        </w:rPr>
        <w:t>Spirit of the Age November 06, 2016 · 1m 11s · at 48:22 · https://youtu.be/URWoioUiDO4?t=2902</w:t>
      </w:r>
    </w:p>
    <w:p>
      <w:r>
        <w:rPr>
          <w:i/>
        </w:rPr>
        <w:t>“After sin, willpower becomes weak. In such a state, how can we repent and hope for forgiveness from Allah?”</w:t>
      </w:r>
    </w:p>
    <w:p>
      <w:r>
        <w:rPr>
          <w:sz w:val="20"/>
        </w:rPr>
        <w:t>48:22  maulana, agla sawal dilli se bheja hai anwar subhani sahab ne, aur unhon ne likha hai, gunah ke</w:t>
      </w:r>
      <w:r>
        <w:br/>
      </w:r>
      <w:r>
        <w:rPr>
          <w:sz w:val="20"/>
        </w:rPr>
        <w:t>48:30  baad will power kamzor pad jati hai.</w:t>
      </w:r>
      <w:r>
        <w:br/>
      </w:r>
      <w:r>
        <w:rPr>
          <w:sz w:val="20"/>
        </w:rPr>
        <w:t>48:33  aisi halat mein hum tauba kaise karein, aur allah pak se maafi ki umeed kaise rakhein, is ke</w:t>
      </w:r>
      <w:r>
        <w:br/>
      </w:r>
      <w:r>
        <w:rPr>
          <w:sz w:val="20"/>
        </w:rPr>
        <w:t>48:41  bare mein bataein.</w:t>
      </w:r>
      <w:r>
        <w:br/>
      </w:r>
      <w:r>
        <w:rPr>
          <w:sz w:val="20"/>
        </w:rPr>
        <w:t>48:42  یہ بات جو ہے، psychology کے خلاف ہے، بالکل خلاف۔</w:t>
      </w:r>
      <w:r>
        <w:br/>
      </w:r>
      <w:r>
        <w:rPr>
          <w:sz w:val="20"/>
        </w:rPr>
        <w:t>48:47  Conscious کا جو concept ہے، اس کے خلاف ہے۔</w:t>
      </w:r>
      <w:r>
        <w:br/>
      </w:r>
      <w:r>
        <w:rPr>
          <w:sz w:val="20"/>
        </w:rPr>
        <w:t>48:50  nature ka ek mechanism hai, aadmi ke andar jo kehte hain conscious zamir, aadmi ki taraf gunah ho</w:t>
      </w:r>
      <w:r>
        <w:br/>
      </w:r>
      <w:r>
        <w:rPr>
          <w:sz w:val="20"/>
        </w:rPr>
        <w:t>48:58  to foran woh activate ho jata hai, woh woh system activate ho jata hai.</w:t>
      </w:r>
      <w:r>
        <w:br/>
      </w:r>
      <w:r>
        <w:rPr>
          <w:sz w:val="20"/>
        </w:rPr>
        <w:t>49:04  yeh baat aap jo keh rahe hain, bilkul science insani nafsiyat ke khilaf hai, psychology ke khilaf hai.</w:t>
      </w:r>
      <w:r>
        <w:br/>
      </w:r>
      <w:r>
        <w:rPr>
          <w:sz w:val="20"/>
        </w:rPr>
        <w:t>49:12  yeh fitrat mein introven hai ke agar ek aadmi koi galat kaam kar de to foran hi, instantly,</w:t>
      </w:r>
      <w:r>
        <w:br/>
      </w:r>
      <w:r>
        <w:rPr>
          <w:sz w:val="20"/>
        </w:rPr>
        <w:t>49:20  us ke andar zamir ka mechanism jaag uthta hai.</w:t>
      </w:r>
      <w:r>
        <w:br/>
      </w:r>
      <w:r>
        <w:rPr>
          <w:sz w:val="20"/>
        </w:rPr>
        <w:t>49:23  is ki awaz suniye, main samajhta hoon ke yeh baat jo unhon ne kahi hai, yeh bilkul un</w:t>
      </w:r>
      <w:r>
        <w:br/>
      </w:r>
      <w:r>
        <w:rPr>
          <w:sz w:val="20"/>
        </w:rPr>
        <w:t>49:31  natural hai aur khilaf waqea hai.</w:t>
      </w:r>
    </w:p>
    <w:p>
      <w:pPr>
        <w:pStyle w:val="Heading2"/>
      </w:pPr>
      <w:r>
        <w:t>Negative thoughts leading to wrong decisions</w:t>
      </w:r>
    </w:p>
    <w:p>
      <w:r>
        <w:rPr>
          <w:color w:val="666666"/>
          <w:sz w:val="18"/>
        </w:rPr>
        <w:t>Spirit of the Age November 06, 2016 · 1m 40s · at 45:47 · https://youtu.be/URWoioUiDO4?t=2747</w:t>
      </w:r>
    </w:p>
    <w:p>
      <w:r>
        <w:rPr>
          <w:i/>
        </w:rPr>
        <w:t>“I often get negative thoughts which I am not able to suppress and control, and as a result, I end up taking wrong decisions.”</w:t>
      </w:r>
    </w:p>
    <w:p>
      <w:r>
        <w:rPr>
          <w:sz w:val="20"/>
        </w:rPr>
        <w:t>45:47  maulana, agla sawal jamshedpur se bheja hai abdul sahib ne, aur unhone likha hai, maulana sahib,</w:t>
      </w:r>
      <w:r>
        <w:br/>
      </w:r>
      <w:r>
        <w:rPr>
          <w:sz w:val="20"/>
        </w:rPr>
        <w:t>45:55  I often get negative thoughts which I am not able to suppress or control, and as a result,</w:t>
      </w:r>
      <w:r>
        <w:br/>
      </w:r>
      <w:r>
        <w:rPr>
          <w:sz w:val="20"/>
        </w:rPr>
        <w:t>46:03  i am not taking wrong decisions.</w:t>
      </w:r>
      <w:r>
        <w:br/>
      </w:r>
      <w:r>
        <w:rPr>
          <w:sz w:val="20"/>
        </w:rPr>
        <w:t>46:05  My problem is that I know myself that I am getting wrong thoughts, but I am in</w:t>
      </w:r>
      <w:r>
        <w:br/>
      </w:r>
      <w:r>
        <w:rPr>
          <w:sz w:val="20"/>
        </w:rPr>
        <w:t>46:13  able to control myself.</w:t>
      </w:r>
      <w:r>
        <w:br/>
      </w:r>
      <w:r>
        <w:rPr>
          <w:sz w:val="20"/>
        </w:rPr>
        <w:t>46:15  For example, I am very short-tempered, I also become greedy at times, and sometimes I get</w:t>
      </w:r>
      <w:r>
        <w:br/>
      </w:r>
      <w:r>
        <w:rPr>
          <w:sz w:val="20"/>
        </w:rPr>
        <w:t>46:23  depressed.</w:t>
      </w:r>
      <w:r>
        <w:br/>
      </w:r>
      <w:r>
        <w:rPr>
          <w:sz w:val="20"/>
        </w:rPr>
        <w:t>46:24  I really want to change myself, and want to become a better person.</w:t>
      </w:r>
      <w:r>
        <w:br/>
      </w:r>
      <w:r>
        <w:rPr>
          <w:sz w:val="20"/>
        </w:rPr>
        <w:t>46:30  Can you please advise me a practical way, or what should I do, which will help me become</w:t>
      </w:r>
      <w:r>
        <w:br/>
      </w:r>
      <w:r>
        <w:rPr>
          <w:sz w:val="20"/>
        </w:rPr>
        <w:t>46:38  mentally stronger? Is there any dua? Maulana Sahab, please help me.</w:t>
      </w:r>
      <w:r>
        <w:br/>
      </w:r>
      <w:r>
        <w:rPr>
          <w:sz w:val="20"/>
        </w:rPr>
        <w:t>46:43  یہ دعا کا مسئلہ نہیں ہے، یہ اپنے mind کی ری انجینئرنگ کا مسئلہ ہے۔</w:t>
      </w:r>
      <w:r>
        <w:br/>
      </w:r>
      <w:r>
        <w:rPr>
          <w:sz w:val="20"/>
        </w:rPr>
        <w:t>46:49  آپ ہمارا منتھلی میگزین اردو میں پڑھیے، رسالہ English میں ہے، اسپیٹ صاحب، اس کو پڑھیے۔</w:t>
      </w:r>
      <w:r>
        <w:br/>
      </w:r>
      <w:r>
        <w:rPr>
          <w:sz w:val="20"/>
        </w:rPr>
        <w:t>46:56  ہماری کئی کتابیں ہیں، English میں ہیں، Model Vision، Simple Wisdom، اس کو پڑھیے۔</w:t>
      </w:r>
      <w:r>
        <w:br/>
      </w:r>
      <w:r>
        <w:rPr>
          <w:sz w:val="20"/>
        </w:rPr>
        <w:t>47:02  hamari chaar kitabein urdu mein hain, raaz hayat, taabeer hayat, rehnuma hayat, kitaab zindagi, aap padhiye.</w:t>
      </w:r>
      <w:r>
        <w:br/>
      </w:r>
      <w:r>
        <w:rPr>
          <w:sz w:val="20"/>
        </w:rPr>
        <w:t>47:09  aur mujhe yaqeen hai ke aap ka yeh mizaj khatm ho jayega.</w:t>
      </w:r>
      <w:r>
        <w:br/>
      </w:r>
      <w:r>
        <w:rPr>
          <w:sz w:val="20"/>
        </w:rPr>
        <w:t>47:14  phir koi har insaan insaan hai.</w:t>
      </w:r>
      <w:r>
        <w:br/>
      </w:r>
      <w:r>
        <w:rPr>
          <w:sz w:val="20"/>
        </w:rPr>
        <w:t>47:17  آپ، آپ کا جو wrong way of thinking ہے، وہ وہ ختم ہو جائے گا، بس سب ٹھیک</w:t>
      </w:r>
      <w:r>
        <w:br/>
      </w:r>
      <w:r>
        <w:rPr>
          <w:sz w:val="20"/>
        </w:rPr>
        <w:t>47:25  ho jayega.</w:t>
      </w:r>
      <w:r>
        <w:br/>
      </w:r>
      <w:r>
        <w:rPr>
          <w:sz w:val="20"/>
        </w:rPr>
        <w:t>47:26  aap hamari kitabein padhiye.</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Advice on delayed installment due to fraud</w:t>
      </w:r>
    </w:p>
    <w:p>
      <w:r>
        <w:rPr>
          <w:color w:val="666666"/>
          <w:sz w:val="18"/>
        </w:rPr>
        <w:t>Collective Repentance I Feb 24, 2013 Maulana Wahiduddin Khan · 4m 02s · at 1:12:37 · https://youtu.be/lkkolxAL38c?t=4357</w:t>
      </w:r>
    </w:p>
    <w:p>
      <w:r>
        <w:rPr>
          <w:i/>
        </w:rPr>
        <w:t>“I have bought a flat in Gurgaon on an installment plan from a builder. I could not pay the third installment on time because my money got stuck due to someone cheating me in Dubai. Kindly advise.”</w:t>
      </w:r>
    </w:p>
    <w:p>
      <w:r>
        <w:rPr>
          <w:sz w:val="20"/>
        </w:rPr>
        <w:t>1:12:37  maulana, yeh sawal aya hai doha qatar se mister rahul bhatia ka. unhon ne likha hai: "maulana, when i was in delhi, i had attended some of your classes.</w:t>
      </w:r>
      <w:r>
        <w:br/>
      </w:r>
      <w:r>
        <w:rPr>
          <w:sz w:val="20"/>
        </w:rPr>
        <w:t>1:12:50  i have a question to ask. my question is:</w:t>
      </w:r>
      <w:r>
        <w:br/>
      </w:r>
      <w:r>
        <w:rPr>
          <w:sz w:val="20"/>
        </w:rPr>
        <w:t>1:12:53  i have bought a flat in gurgaon on installment plan from builder. i could not pay the third installment in time, as my money got stuck due to somebody cheating me in dubai.</w:t>
      </w:r>
      <w:r>
        <w:br/>
      </w:r>
      <w:r>
        <w:rPr>
          <w:sz w:val="20"/>
        </w:rPr>
        <w:t>1:13:07  due to the delayed payment, the builder has put an interest on me amounting to rupees 20 thousand.</w:t>
      </w:r>
      <w:r>
        <w:br/>
      </w:r>
      <w:r>
        <w:rPr>
          <w:sz w:val="20"/>
        </w:rPr>
        <w:t>1:13:14  i requested them to cancel the interest, but they refused. on the other hand, the bank where i hold my account have paid me an interest of rupees 13 thousand.</w:t>
      </w:r>
      <w:r>
        <w:br/>
      </w:r>
      <w:r>
        <w:rPr>
          <w:sz w:val="20"/>
        </w:rPr>
        <w:t>1:13:27  the builder is adamant to collect the interest from me.</w:t>
      </w:r>
      <w:r>
        <w:br/>
      </w:r>
      <w:r>
        <w:rPr>
          <w:sz w:val="20"/>
        </w:rPr>
        <w:t>1:13:30  would it be permissible to use the interest earned from the bank to pay the interest penalty to the builder? or should i must use my fresh salary money to pay the interest to the builder?</w:t>
      </w:r>
      <w:r>
        <w:br/>
      </w:r>
      <w:r>
        <w:rPr>
          <w:sz w:val="20"/>
        </w:rPr>
        <w:t>1:13:44  i understand that interest is haram, paying as well as receiving, but because i am in a trap, please let me know what would be the right way in the light of islam. "dekhen, yeh islam ka masla nahi hai.</w:t>
      </w:r>
      <w:r>
        <w:br/>
      </w:r>
      <w:r>
        <w:rPr>
          <w:sz w:val="20"/>
        </w:rPr>
        <w:t>1:14:02  yeh aap apni hi ghalati ki price de rahe hain. yeh jo aap ne bataya, yeh ghalati sari aap ki hai.</w:t>
      </w:r>
      <w:r>
        <w:br/>
      </w:r>
      <w:r>
        <w:rPr>
          <w:sz w:val="20"/>
        </w:rPr>
        <w:t>1:14:12  yeh zamana dekhiye, bohat hi zyada yani mukhtalif zamana hai.</w:t>
      </w:r>
      <w:r>
        <w:br/>
      </w:r>
      <w:r>
        <w:rPr>
          <w:sz w:val="20"/>
        </w:rPr>
        <w:t>1:14:21  aap ne bohat zyada law ke mutabiq kaam nahi kiya, legal framework ke mutabiq kaam nahi kiya. aap ke is mein loopholes the, is ki wajah se yeh sab gadbad hua.</w:t>
      </w:r>
      <w:r>
        <w:br/>
      </w:r>
      <w:r>
        <w:rPr>
          <w:sz w:val="20"/>
        </w:rPr>
        <w:t>1:14:33  to you have to discover your own wrong policies. yeh sab mat sochiye aap</w:t>
      </w:r>
      <w:r>
        <w:br/>
      </w:r>
      <w:r>
        <w:rPr>
          <w:sz w:val="20"/>
        </w:rPr>
        <w:t>1:14:39  ke yeh sab sochna hi galat hai. aap ka dobara aap ek nai ghalati kar rahe hain, dobara aap ek nai ghalati kar rahe hain. aap sirf yeh sochiye ke maine kahan kahan ghalati ki, jis ki wajah se woh is ki price deni pad rahi hai.</w:t>
      </w:r>
      <w:r>
        <w:br/>
      </w:r>
      <w:r>
        <w:rPr>
          <w:sz w:val="20"/>
        </w:rPr>
        <w:t>1:14:52  mujhe where i was wrong, where i was wrong, is ko daryaft kijiye.</w:t>
      </w:r>
      <w:r>
        <w:br/>
      </w:r>
      <w:r>
        <w:rPr>
          <w:sz w:val="20"/>
        </w:rPr>
        <w:t>1:14:59  aap mat yeh sab sochiye, sirf yeh sochiye, ek hi baat sochiye aur objective tor par sochiye. kisi ko blame mat dijiye ke falan ne cheat kiya, yeh mat kahiye.</w:t>
      </w:r>
      <w:r>
        <w:br/>
      </w:r>
      <w:r>
        <w:rPr>
          <w:sz w:val="20"/>
        </w:rPr>
        <w:t>1:15:10  falan ne aap ki weakness se faida uthaya, kisi ne cheat nahi kiya aap ko.</w:t>
      </w:r>
      <w:r>
        <w:br/>
      </w:r>
      <w:r>
        <w:rPr>
          <w:sz w:val="20"/>
        </w:rPr>
        <w:t>1:15:17  to apni is is soch ko badliye aur is is ko riba ke term mein mat sochiye. aap sirf yeh sochiye ke where i was wrong, kahan maine ghalati ki ke doosron ko mauqa mila ke mujhe aisi pareshani mein daal dein.</w:t>
      </w:r>
      <w:r>
        <w:br/>
      </w:r>
      <w:r>
        <w:rPr>
          <w:sz w:val="20"/>
        </w:rPr>
        <w:t>1:15:34  bas ek hi point hai</w:t>
      </w:r>
      <w:r>
        <w:br/>
      </w:r>
      <w:r>
        <w:rPr>
          <w:sz w:val="20"/>
        </w:rPr>
        <w:t>1:15:37  aap ke liye, where i was wrong, is ko daryaft kijiye aur kuch nahi.</w:t>
      </w:r>
      <w:r>
        <w:br/>
      </w:r>
      <w:r>
        <w:rPr>
          <w:sz w:val="20"/>
        </w:rPr>
        <w:t>1:15:43  dekhen, yeh duniya competition ki duniya hai. yaad rakhiye, har aadmi doosre ki weakness se faida uthata hai. achi tarah samajh lijiye, yeh duniya koi ideal duniya nahi hai, koi perfect duniya nahi hai.</w:t>
      </w:r>
      <w:r>
        <w:br/>
      </w:r>
      <w:r>
        <w:rPr>
          <w:sz w:val="20"/>
        </w:rPr>
        <w:t>1:16:01  is poori duniya ka jo jo culture hai, woh that is based on competition. jab aap ghalati karenge, doosra is ka imply karega.</w:t>
      </w:r>
      <w:r>
        <w:br/>
      </w:r>
      <w:r>
        <w:rPr>
          <w:sz w:val="20"/>
        </w:rPr>
        <w:t>1:16:15  bas to yeh ghalati dobara mat kijiye ke aap ne ghalati ki wajah se jo paida hui situation, dobara is ko kahein ke is ne cheat kiya. mujhe koi cheat nahi karta, aap ki weakness ko woh exploit karta hai.</w:t>
      </w:r>
      <w:r>
        <w:br/>
      </w:r>
      <w:r>
        <w:rPr>
          <w:sz w:val="20"/>
        </w:rPr>
        <w:t>1:16:29  to mera mashwara sirf yahi ek hai ke you have to discover your own mistake, bas aur kuch nahi.</w:t>
      </w:r>
    </w:p>
    <w:p>
      <w:pPr>
        <w:pStyle w:val="Heading1"/>
      </w:pPr>
      <w:r>
        <w:t>In the lectures (20)</w:t>
      </w:r>
    </w:p>
    <w:p>
      <w:pPr>
        <w:pStyle w:val="Heading2"/>
      </w:pPr>
      <w:r>
        <w:t>Quran A Dictionary of Truth (English) May 02, 2007 Maulana Wahiduddin Khan</w:t>
      </w:r>
    </w:p>
    <w:p>
      <w:r>
        <w:rPr>
          <w:color w:val="666666"/>
          <w:sz w:val="18"/>
        </w:rPr>
        <w:t>18:15 · https://youtu.be/plsYgl_xxbY?t=1095</w:t>
      </w:r>
    </w:p>
    <w:p>
      <w:r>
        <w:rPr>
          <w:i/>
        </w:rPr>
        <w:t>“It was so terrible that I cannot”</w:t>
      </w:r>
    </w:p>
    <w:p>
      <w:pPr>
        <w:pStyle w:val="Heading2"/>
      </w:pPr>
      <w:r>
        <w:t>The Problem of Misunderstanding January 1, 2008 Maulana Wahiduddin Khan</w:t>
      </w:r>
    </w:p>
    <w:p>
      <w:r>
        <w:rPr>
          <w:color w:val="666666"/>
          <w:sz w:val="18"/>
        </w:rPr>
        <w:t>12:28 · https://youtu.be/LdzzoBvyaD0?t=748</w:t>
      </w:r>
    </w:p>
    <w:p>
      <w:r>
        <w:rPr>
          <w:i/>
        </w:rPr>
        <w:t>“وہ تو قابل معافی نہیں ہے۔”</w:t>
      </w:r>
    </w:p>
    <w:p>
      <w:pPr>
        <w:pStyle w:val="Heading2"/>
      </w:pPr>
      <w:r>
        <w:t>The Belief System of Islam August 01, 2007</w:t>
      </w:r>
    </w:p>
    <w:p>
      <w:r>
        <w:rPr>
          <w:color w:val="666666"/>
          <w:sz w:val="18"/>
        </w:rPr>
        <w:t>18:04 · https://youtu.be/5pdnwRaPfmY?t=1084</w:t>
      </w:r>
    </w:p>
    <w:p>
      <w:r>
        <w:rPr>
          <w:i/>
        </w:rPr>
        <w:t>“We cannot.”</w:t>
      </w:r>
    </w:p>
    <w:p>
      <w:pPr>
        <w:pStyle w:val="Heading2"/>
      </w:pPr>
      <w:r>
        <w:t>Tazkiyah and Self Criticism April 13, 2020 Maulana Wahiduddin Khan</w:t>
      </w:r>
    </w:p>
    <w:p>
      <w:r>
        <w:rPr>
          <w:color w:val="666666"/>
          <w:sz w:val="18"/>
        </w:rPr>
        <w:t>25:57 · https://youtu.be/D4pMJtT4vDg?t=1557</w:t>
      </w:r>
    </w:p>
    <w:p>
      <w:r>
        <w:rPr>
          <w:i/>
        </w:rPr>
        <w:t>“Afford نہیں کہ میں اپنی غلطی کو Justify کروں۔”</w:t>
      </w:r>
    </w:p>
    <w:p>
      <w:pPr>
        <w:pStyle w:val="Heading2"/>
      </w:pPr>
      <w:r>
        <w:t>Journey of History I 23 Dec, 2012 - Maulana Wahiduddin Khan</w:t>
      </w:r>
    </w:p>
    <w:p>
      <w:r>
        <w:rPr>
          <w:color w:val="666666"/>
          <w:sz w:val="18"/>
        </w:rPr>
        <w:t>21:28 · https://youtu.be/1NvRxiYKTnc?t=1288</w:t>
      </w:r>
    </w:p>
    <w:p>
      <w:r>
        <w:rPr>
          <w:i/>
        </w:rPr>
        <w:t>“روک نہیں سکتا۔”</w:t>
      </w:r>
    </w:p>
    <w:p>
      <w:pPr>
        <w:pStyle w:val="Heading2"/>
      </w:pPr>
      <w:r>
        <w:t>Interaction with CPS Ulema October 3, 2020 Maulana Wahiduddin Khan</w:t>
      </w:r>
    </w:p>
    <w:p>
      <w:r>
        <w:rPr>
          <w:color w:val="666666"/>
          <w:sz w:val="18"/>
        </w:rPr>
        <w:t>23:01 · https://youtu.be/5MzuTftI8jY?t=1381</w:t>
      </w:r>
    </w:p>
    <w:p>
      <w:r>
        <w:rPr>
          <w:i/>
        </w:rPr>
        <w:t>“" دیکھیے، کوئی بھی گناہ اپنا معاف نہیں ہوتا۔ آپ کو”</w:t>
      </w:r>
    </w:p>
    <w:p>
      <w:pPr>
        <w:pStyle w:val="Heading2"/>
      </w:pPr>
      <w:r>
        <w:t>The Belief System of Islam August 01, 2007</w:t>
      </w:r>
    </w:p>
    <w:p>
      <w:r>
        <w:rPr>
          <w:color w:val="666666"/>
          <w:sz w:val="18"/>
        </w:rPr>
        <w:t>5:31 · https://youtu.be/5pdnwRaPfmY?t=331</w:t>
      </w:r>
    </w:p>
    <w:p>
      <w:r>
        <w:rPr>
          <w:i/>
        </w:rPr>
        <w:t>“impossible to”</w:t>
      </w:r>
    </w:p>
    <w:p>
      <w:pPr>
        <w:pStyle w:val="Heading2"/>
      </w:pPr>
      <w:r>
        <w:t>Paradise A Home of Peace July 26, 2007</w:t>
      </w:r>
    </w:p>
    <w:p>
      <w:r>
        <w:rPr>
          <w:color w:val="666666"/>
          <w:sz w:val="18"/>
        </w:rPr>
        <w:t>27:07 · https://youtu.be/jJ_Gc-StCAc?t=1627</w:t>
      </w:r>
    </w:p>
    <w:p>
      <w:r>
        <w:rPr>
          <w:i/>
        </w:rPr>
        <w:t>“He cannot afford anger. He cannot afford hate.”</w:t>
      </w:r>
    </w:p>
    <w:p>
      <w:pPr>
        <w:pStyle w:val="Heading2"/>
      </w:pPr>
      <w:r>
        <w:t>How to Remove Tension February 11, 2007 Maulana Wahiduddin Khan</w:t>
      </w:r>
    </w:p>
    <w:p>
      <w:r>
        <w:rPr>
          <w:color w:val="666666"/>
          <w:sz w:val="18"/>
        </w:rPr>
        <w:t>48:20 · https://youtu.be/_PB2YOm8cV8?t=2900</w:t>
      </w:r>
    </w:p>
    <w:p>
      <w:r>
        <w:rPr>
          <w:i/>
        </w:rPr>
        <w:t>“نظرانداز نہیں کر سکتا۔”</w:t>
      </w:r>
    </w:p>
    <w:p>
      <w:pPr>
        <w:pStyle w:val="Heading2"/>
      </w:pPr>
      <w:r>
        <w:t>Replanning in the Changed Age January 13, 2019</w:t>
      </w:r>
    </w:p>
    <w:p>
      <w:r>
        <w:rPr>
          <w:color w:val="666666"/>
          <w:sz w:val="18"/>
        </w:rPr>
        <w:t>49:56 · https://youtu.be/pDniYg5aJlg?t=2996</w:t>
      </w:r>
    </w:p>
    <w:p>
      <w:r>
        <w:rPr>
          <w:i/>
        </w:rPr>
        <w:t>“بس یہ نہیں کر پاتے۔ غصے میں”</w:t>
      </w:r>
    </w:p>
    <w:p>
      <w:pPr>
        <w:pStyle w:val="Heading2"/>
      </w:pPr>
      <w:r>
        <w:t>Love of God 29 Jan. 2012 - Maulana Wahiduddin Khan</w:t>
      </w:r>
    </w:p>
    <w:p>
      <w:r>
        <w:rPr>
          <w:color w:val="666666"/>
          <w:sz w:val="18"/>
        </w:rPr>
        <w:t>37:33 · https://youtu.be/qWa_CSb03v0?t=2253</w:t>
      </w:r>
    </w:p>
    <w:p>
      <w:r>
        <w:rPr>
          <w:i/>
        </w:rPr>
        <w:t>“تو میں جی نہیں سکتا۔”</w:t>
      </w:r>
    </w:p>
    <w:p>
      <w:pPr>
        <w:pStyle w:val="Heading2"/>
      </w:pPr>
      <w:r>
        <w:t>Chapter 13 Al-Ra‘d (Thunder) - Maulana Wahiduddin Khan</w:t>
      </w:r>
    </w:p>
    <w:p>
      <w:r>
        <w:rPr>
          <w:color w:val="666666"/>
          <w:sz w:val="18"/>
        </w:rPr>
        <w:t>27:22 · https://youtu.be/4JBhcQmdYvo?t=1642</w:t>
      </w:r>
    </w:p>
    <w:p>
      <w:r>
        <w:rPr>
          <w:i/>
        </w:rPr>
        <w:t>“قائم نہیں رہ سکتا۔”</w:t>
      </w:r>
    </w:p>
    <w:p>
      <w:pPr>
        <w:pStyle w:val="Heading2"/>
      </w:pPr>
      <w:r>
        <w:t>Fasting A Source of Spiritual Empowerment August 21, 2011 Maulana Wahiduddin Khan</w:t>
      </w:r>
    </w:p>
    <w:p>
      <w:r>
        <w:rPr>
          <w:color w:val="666666"/>
          <w:sz w:val="18"/>
        </w:rPr>
        <w:t>46:27 · https://youtu.be/Z0EbPlujcf0?t=2787</w:t>
      </w:r>
    </w:p>
    <w:p>
      <w:r>
        <w:rPr>
          <w:i/>
        </w:rPr>
        <w:t>“کہ آدمی صبر نہیں کر سکا۔”</w:t>
      </w:r>
    </w:p>
    <w:p>
      <w:pPr>
        <w:pStyle w:val="Heading2"/>
      </w:pPr>
      <w:r>
        <w:t>Islam and Peace (In Conversation with Maulana)</w:t>
      </w:r>
    </w:p>
    <w:p>
      <w:r>
        <w:rPr>
          <w:color w:val="666666"/>
          <w:sz w:val="18"/>
        </w:rPr>
        <w:t>18:54 · https://youtu.be/vFVw6wPt5lk?t=1134</w:t>
      </w:r>
    </w:p>
    <w:p>
      <w:r>
        <w:rPr>
          <w:i/>
        </w:rPr>
        <w:t>“It is not justice to”</w:t>
      </w:r>
    </w:p>
    <w:p>
      <w:pPr>
        <w:pStyle w:val="Heading2"/>
      </w:pPr>
      <w:r>
        <w:t>Freedom of Expression in Islam September 30, 2012</w:t>
      </w:r>
    </w:p>
    <w:p>
      <w:r>
        <w:rPr>
          <w:color w:val="666666"/>
          <w:sz w:val="18"/>
        </w:rPr>
        <w:t>28:50 · https://youtu.be/S4mQpkoZITg?t=1730</w:t>
      </w:r>
    </w:p>
    <w:p>
      <w:r>
        <w:rPr>
          <w:i/>
        </w:rPr>
        <w:t>“اس لیے میں اس کو اختیار نہیں کر سکتا۔”</w:t>
      </w:r>
    </w:p>
    <w:p>
      <w:pPr>
        <w:pStyle w:val="Heading2"/>
      </w:pPr>
      <w:r>
        <w:t>Freedom of Expression in Islam 30 Sept 2012 - Maulana Wahiduddin Khan</w:t>
      </w:r>
    </w:p>
    <w:p>
      <w:r>
        <w:rPr>
          <w:color w:val="666666"/>
          <w:sz w:val="18"/>
        </w:rPr>
        <w:t>29:05 · https://youtu.be/WLlXSyxX8Q4?t=1745</w:t>
      </w:r>
    </w:p>
    <w:p>
      <w:r>
        <w:rPr>
          <w:i/>
        </w:rPr>
        <w:t>“اس لیے میں اس کو اختیار نہیں کر سکتا۔”</w:t>
      </w:r>
    </w:p>
    <w:p>
      <w:pPr>
        <w:pStyle w:val="Heading2"/>
      </w:pPr>
      <w:r>
        <w:t>Four Phases of Human History July 13, 2008</w:t>
      </w:r>
    </w:p>
    <w:p>
      <w:r>
        <w:rPr>
          <w:color w:val="666666"/>
          <w:sz w:val="18"/>
        </w:rPr>
        <w:t>42:57 · https://youtu.be/sb24VHKydog?t=2577</w:t>
      </w:r>
    </w:p>
    <w:p>
      <w:r>
        <w:rPr>
          <w:i/>
        </w:rPr>
        <w:t>“رہنے قابل نہیں رہا”</w:t>
      </w:r>
    </w:p>
    <w:p>
      <w:pPr>
        <w:pStyle w:val="Heading2"/>
      </w:pPr>
      <w:r>
        <w:t>In Conversation with Maulana Wahiduddin Khan English</w:t>
      </w:r>
    </w:p>
    <w:p>
      <w:r>
        <w:rPr>
          <w:color w:val="666666"/>
          <w:sz w:val="18"/>
        </w:rPr>
        <w:t>1:09:30 · https://youtu.be/QZrkP8Z3Fv8?t=4170</w:t>
      </w:r>
    </w:p>
    <w:p>
      <w:r>
        <w:rPr>
          <w:i/>
        </w:rPr>
        <w:t>“It is impossible.”</w:t>
      </w:r>
    </w:p>
    <w:p>
      <w:pPr>
        <w:pStyle w:val="Heading2"/>
      </w:pPr>
      <w:r>
        <w:t>Ramadan and Quranic Guidance July 29, 2012</w:t>
      </w:r>
    </w:p>
    <w:p>
      <w:r>
        <w:rPr>
          <w:color w:val="666666"/>
          <w:sz w:val="18"/>
        </w:rPr>
        <w:t>47:54 · https://youtu.be/WxpcI7qi4d0?t=2874</w:t>
      </w:r>
    </w:p>
    <w:p>
      <w:r>
        <w:rPr>
          <w:i/>
        </w:rPr>
        <w:t>“میں بھاگ نہیں سکا۔”</w:t>
      </w:r>
    </w:p>
    <w:p>
      <w:pPr>
        <w:pStyle w:val="Heading2"/>
      </w:pPr>
      <w:r>
        <w:t>Art of War and Islam</w:t>
      </w:r>
    </w:p>
    <w:p>
      <w:r>
        <w:rPr>
          <w:color w:val="666666"/>
          <w:sz w:val="18"/>
        </w:rPr>
        <w:t>43:18 · https://youtu.be/LvYP_pf17S0?t=2598</w:t>
      </w:r>
    </w:p>
    <w:p>
      <w:r>
        <w:rPr>
          <w:i/>
        </w:rPr>
        <w:t>“You cannot follow the principle of compassion.”</w:t>
      </w:r>
    </w:p>
    <w:p>
      <w:pPr>
        <w:pStyle w:val="Heading1"/>
      </w:pPr>
      <w:r>
        <w:t>Clips (22)</w:t>
      </w:r>
    </w:p>
    <w:p>
      <w:pPr>
        <w:pStyle w:val="Heading2"/>
      </w:pPr>
      <w:r>
        <w:t>Prophethood necessity due to science limits</w:t>
      </w:r>
    </w:p>
    <w:p>
      <w:r>
        <w:rPr>
          <w:color w:val="666666"/>
          <w:sz w:val="18"/>
        </w:rPr>
        <w:t>The Belief System of Islam August 01, 2007 · 6m 08s · at 14:15 · https://youtu.be/5pdnwRaPfmY?t=855</w:t>
      </w:r>
    </w:p>
    <w:p>
      <w:r>
        <w:rPr>
          <w:i/>
        </w:rPr>
        <w:t>“Then let us take the belief in the Prophethood”</w:t>
      </w:r>
    </w:p>
    <w:p>
      <w:r>
        <w:rPr>
          <w:sz w:val="20"/>
        </w:rPr>
        <w:t>14:15  Then let us take the belief in the Prophethood</w:t>
      </w:r>
      <w:r>
        <w:br/>
      </w:r>
      <w:r>
        <w:rPr>
          <w:sz w:val="20"/>
        </w:rPr>
        <w:t>14:21  . According to Islam, we believe that</w:t>
      </w:r>
      <w:r>
        <w:br/>
      </w:r>
      <w:r>
        <w:rPr>
          <w:sz w:val="20"/>
        </w:rPr>
        <w:t>14:35  in the Quran, there is a verse. In the Quran, there is a verse: "Wama utitum min al-'ilmi illa qalila."</w:t>
      </w:r>
      <w:r>
        <w:br/>
      </w:r>
      <w:r>
        <w:rPr>
          <w:sz w:val="20"/>
        </w:rPr>
        <w:t>14:49  This</w:t>
      </w:r>
      <w:r>
        <w:br/>
      </w:r>
      <w:r>
        <w:rPr>
          <w:sz w:val="20"/>
        </w:rPr>
        <w:t>14:53  is a Quranic verse. This verse tells us that man has only little knowledge.</w:t>
      </w:r>
      <w:r>
        <w:br/>
      </w:r>
      <w:r>
        <w:rPr>
          <w:sz w:val="20"/>
        </w:rPr>
        <w:t>15:04  "Wama utitum min al-'ilmi illa qalila." Ilm qalil, that is little knowledge.</w:t>
      </w:r>
      <w:r>
        <w:br/>
      </w:r>
      <w:r>
        <w:rPr>
          <w:sz w:val="20"/>
        </w:rPr>
        <w:t>15:13  This was declared in the Quran in the first quarter of the seventh century.</w:t>
      </w:r>
      <w:r>
        <w:br/>
      </w:r>
      <w:r>
        <w:rPr>
          <w:sz w:val="20"/>
        </w:rPr>
        <w:t>15:24  Now science itself says that</w:t>
      </w:r>
      <w:r>
        <w:br/>
      </w:r>
      <w:r>
        <w:rPr>
          <w:sz w:val="20"/>
        </w:rPr>
        <w:t>15:32  science gives us but a partial knowledge of reality.</w:t>
      </w:r>
      <w:r>
        <w:br/>
      </w:r>
      <w:r>
        <w:rPr>
          <w:sz w:val="20"/>
        </w:rPr>
        <w:t>15:40  I read a book. This book was written by a scientist. The title was "Limitations of Science." In this book, he has established that science gives us but a partial knowledge of reality.</w:t>
      </w:r>
      <w:r>
        <w:br/>
      </w:r>
      <w:r>
        <w:rPr>
          <w:sz w:val="20"/>
        </w:rPr>
        <w:t>16:00  So here you can see that the Quranic concept is now proved by science.</w:t>
      </w:r>
      <w:r>
        <w:br/>
      </w:r>
      <w:r>
        <w:rPr>
          <w:sz w:val="20"/>
        </w:rPr>
        <w:t>16:11  The Quran declared that you have to rely on the prophetic knowledge because other than the Prophet, no one can give you the full knowledge about your life.</w:t>
      </w:r>
      <w:r>
        <w:br/>
      </w:r>
      <w:r>
        <w:rPr>
          <w:sz w:val="20"/>
        </w:rPr>
        <w:t>16:32  So philosophy failed, and now science itself confessed that science gives us but a partial knowledge of reality.</w:t>
      </w:r>
      <w:r>
        <w:br/>
      </w:r>
      <w:r>
        <w:rPr>
          <w:sz w:val="20"/>
        </w:rPr>
        <w:t>16:48  So if you take this scientific discovery, you will be compelled to believe that we have no option other than revelation,</w:t>
      </w:r>
      <w:r>
        <w:br/>
      </w:r>
      <w:r>
        <w:rPr>
          <w:sz w:val="20"/>
        </w:rPr>
        <w:t>17:06  other than Prophethood.</w:t>
      </w:r>
      <w:r>
        <w:br/>
      </w:r>
      <w:r>
        <w:rPr>
          <w:sz w:val="20"/>
        </w:rPr>
        <w:t>17:11  You know, Alexis Carroll has published a book, "Man, the Unknown." So man still remains unknown.</w:t>
      </w:r>
      <w:r>
        <w:br/>
      </w:r>
      <w:r>
        <w:rPr>
          <w:sz w:val="20"/>
        </w:rPr>
        <w:t>17:22  Science failed to discover all those laws which may explain the human phenomenon.</w:t>
      </w:r>
      <w:r>
        <w:br/>
      </w:r>
      <w:r>
        <w:rPr>
          <w:sz w:val="20"/>
        </w:rPr>
        <w:t>17:34  Alexis Carroll himself was a scientist, a French scientist. So he published this book with this title, "Man, the Unknown."</w:t>
      </w:r>
      <w:r>
        <w:br/>
      </w:r>
      <w:r>
        <w:rPr>
          <w:sz w:val="20"/>
        </w:rPr>
        <w:t>17:48  So all those philosophical struggles, all those scientific discoveries we have, but still man is unknown.</w:t>
      </w:r>
      <w:r>
        <w:br/>
      </w:r>
      <w:r>
        <w:rPr>
          <w:sz w:val="20"/>
        </w:rPr>
        <w:t>18:04  We cannot.</w:t>
      </w:r>
      <w:r>
        <w:br/>
      </w:r>
      <w:r>
        <w:rPr>
          <w:sz w:val="20"/>
        </w:rPr>
        <w:t>18:09  We are unaware of those laws by which we may understand man's phenomenon. You know, everyone has questions in his mind: Who am I?</w:t>
      </w:r>
      <w:r>
        <w:br/>
      </w:r>
      <w:r>
        <w:rPr>
          <w:sz w:val="20"/>
        </w:rPr>
        <w:t>18:25  What is my future? What is the purpose of my life? What is the pre-death period? What is the post-death period?</w:t>
      </w:r>
      <w:r>
        <w:br/>
      </w:r>
      <w:r>
        <w:rPr>
          <w:sz w:val="20"/>
        </w:rPr>
        <w:t>18:36  All these questions are very pertinent to every man and woman, but philosophy failed to give us the answers to these questions, and science also failed to give us.</w:t>
      </w:r>
      <w:r>
        <w:br/>
      </w:r>
      <w:r>
        <w:rPr>
          <w:sz w:val="20"/>
        </w:rPr>
        <w:t>18:53  So the</w:t>
      </w:r>
      <w:r>
        <w:br/>
      </w:r>
      <w:r>
        <w:rPr>
          <w:sz w:val="20"/>
        </w:rPr>
        <w:t>18:56  purpose of life, the occasional plan of life, everything is unknown.</w:t>
      </w:r>
      <w:r>
        <w:br/>
      </w:r>
      <w:r>
        <w:rPr>
          <w:sz w:val="20"/>
        </w:rPr>
        <w:t>19:08  So</w:t>
      </w:r>
      <w:r>
        <w:br/>
      </w:r>
      <w:r>
        <w:rPr>
          <w:sz w:val="20"/>
        </w:rPr>
        <w:t>19:13  the failure of philosophy and the confession of science that science gives us but a partial knowledge of reality,</w:t>
      </w:r>
      <w:r>
        <w:br/>
      </w:r>
      <w:r>
        <w:rPr>
          <w:sz w:val="20"/>
        </w:rPr>
        <w:t>19:28  it proves that we have no option other than to accept the Prophet because the Prophet is a person who has revealed knowledge from God</w:t>
      </w:r>
      <w:r>
        <w:br/>
      </w:r>
      <w:r>
        <w:rPr>
          <w:sz w:val="20"/>
        </w:rPr>
        <w:t>19:43  . The Prophet is a revealed person. The Prophet receives</w:t>
      </w:r>
      <w:r>
        <w:br/>
      </w:r>
      <w:r>
        <w:rPr>
          <w:sz w:val="20"/>
        </w:rPr>
        <w:t>19:54  revelation from God. You know, God is the Creator. God knows everything.</w:t>
      </w:r>
      <w:r>
        <w:br/>
      </w:r>
      <w:r>
        <w:rPr>
          <w:sz w:val="20"/>
        </w:rPr>
        <w:t>20:05  Everything is in God's mind.</w:t>
      </w:r>
      <w:r>
        <w:br/>
      </w:r>
      <w:r>
        <w:rPr>
          <w:sz w:val="20"/>
        </w:rPr>
        <w:t>20:08  So God has sent the knowledge of truth to His Prophet, and the Prophet has conveyed to us that revelation, that knowledge.</w:t>
      </w:r>
    </w:p>
    <w:p>
      <w:pPr>
        <w:pStyle w:val="Heading2"/>
      </w:pPr>
      <w:r>
        <w:t>Never justify your mistake completely</w:t>
      </w:r>
    </w:p>
    <w:p>
      <w:r>
        <w:rPr>
          <w:color w:val="666666"/>
          <w:sz w:val="18"/>
        </w:rPr>
        <w:t>Tazkiyah and Self Criticism April 13, 2020 Maulana Wahiduddin Khan · 37s · at 25:48 · https://youtu.be/D4pMJtT4vDg?t=1548</w:t>
      </w:r>
    </w:p>
    <w:p>
      <w:r>
        <w:rPr>
          <w:i/>
        </w:rPr>
        <w:t>“Main apni ghalti ko kabhi justify nahi karta”</w:t>
      </w:r>
    </w:p>
    <w:p>
      <w:r>
        <w:rPr>
          <w:sz w:val="20"/>
        </w:rPr>
        <w:t>25:48  Aur mera mizaj ulta hai. Main apni ghalti ko kabhi justify nahi karta. Aap yaqeen kijiye ke main is ko afford nahi kar sakta.</w:t>
      </w:r>
      <w:r>
        <w:br/>
      </w:r>
      <w:r>
        <w:rPr>
          <w:sz w:val="20"/>
        </w:rPr>
        <w:t>25:57  Afford nahi ke main apni ghalti ko justify karoon.</w:t>
      </w:r>
      <w:r>
        <w:br/>
      </w:r>
      <w:r>
        <w:rPr>
          <w:sz w:val="20"/>
        </w:rPr>
        <w:t>26:06  Yeh main afford nahi kar sakta ke main apni ghalti ko justify karoon. To yeh mizaj banana padega. Yeh mizaj banana padega.</w:t>
      </w:r>
    </w:p>
    <w:p>
      <w:pPr>
        <w:pStyle w:val="Heading2"/>
      </w:pPr>
      <w:r>
        <w:t>Global warming dismantles humanism</w:t>
      </w:r>
    </w:p>
    <w:p>
      <w:r>
        <w:rPr>
          <w:color w:val="666666"/>
          <w:sz w:val="18"/>
        </w:rPr>
        <w:t>Journey of History I 23 Dec, 2012 - Maulana Wahiduddin Khan · 2m 57s · at 19:37 · https://youtu.be/1NvRxiYKTnc?t=1177</w:t>
      </w:r>
    </w:p>
    <w:p>
      <w:r>
        <w:rPr>
          <w:i/>
        </w:rPr>
        <w:t>“Dekhen, hamare liye sab se badi cheez jo chahiye aapko, pani.”</w:t>
      </w:r>
    </w:p>
    <w:p>
      <w:r>
        <w:rPr>
          <w:sz w:val="20"/>
        </w:rPr>
        <w:t>19:37  dekhein, hamare liye sab se bari cheez jo chahiye aap ko, pani.</w:t>
      </w:r>
      <w:r>
        <w:br/>
      </w:r>
      <w:r>
        <w:rPr>
          <w:sz w:val="20"/>
        </w:rPr>
        <w:t>19:43  pani. pani ke bohat bare bare store the is zameen par. bohat bare glacier, bohat bare bare ice berg, north pole aur south pole par bohat bare barf ke pahad.</w:t>
      </w:r>
      <w:r>
        <w:br/>
      </w:r>
      <w:r>
        <w:rPr>
          <w:sz w:val="20"/>
        </w:rPr>
        <w:t>19:56  woh pighal pighal aate the. unse humein fresh water milta tha.</w:t>
      </w:r>
      <w:r>
        <w:br/>
      </w:r>
      <w:r>
        <w:rPr>
          <w:sz w:val="20"/>
        </w:rPr>
        <w:t>20:03  global warming ka nateeja yeh hua ke bohat zyada pighal chuke hain yeh. yeh pahadon ke glacier bohat zyada pighal chuke hain.</w:t>
      </w:r>
      <w:r>
        <w:br/>
      </w:r>
      <w:r>
        <w:rPr>
          <w:sz w:val="20"/>
        </w:rPr>
        <w:t>20:13  north pole aur south pole ki barf bohat zyada pighal chuki hai. icebergs bohat zyada pighal chuke hain.</w:t>
      </w:r>
      <w:r>
        <w:br/>
      </w:r>
      <w:r>
        <w:rPr>
          <w:sz w:val="20"/>
        </w:rPr>
        <w:t>20:23  yeh pani pighal pighal par chale ja rahe hain samundaron mein, jo ke salt hota hai. yani fresh water, salt water ban raha hai. jo log science se waqif hain, jo scientific journal padhte hain, unko pata hai ke aaj kal barabar scientist isi mein lage hue hain janne ke liye ke kahan hum isko rok sakte hain.</w:t>
      </w:r>
      <w:r>
        <w:br/>
      </w:r>
      <w:r>
        <w:rPr>
          <w:sz w:val="20"/>
        </w:rPr>
        <w:t>20:45  global warming ko rok sakte hain. yeh jo greenhouse gases hain, isko rok sakte hain.</w:t>
      </w:r>
      <w:r>
        <w:br/>
      </w:r>
      <w:r>
        <w:rPr>
          <w:sz w:val="20"/>
        </w:rPr>
        <w:t>20:55  yeh jo sari air jo hai pollute ho gayi, kya isko rok sakte hain? yahan tak ke samundar ka pani 95 percent pollute ho chuka hai. to kya isko rok sakte hain hum?</w:t>
      </w:r>
      <w:r>
        <w:br/>
      </w:r>
      <w:r>
        <w:rPr>
          <w:sz w:val="20"/>
        </w:rPr>
        <w:t>21:06  lekin barabar yeh cheezen barh rahi hain aur science-daan rokne mein bilkul, bilkul hi</w:t>
      </w:r>
      <w:r>
        <w:br/>
      </w:r>
      <w:r>
        <w:rPr>
          <w:sz w:val="20"/>
        </w:rPr>
        <w:t>21:12  yani fail ho rahe hain. To global warming ne yeh bataya ke humanism ka concept aik false concept hai. Yani insaan kaise master hai universe ka jabke woh control nahi kar sakta?</w:t>
      </w:r>
      <w:r>
        <w:br/>
      </w:r>
      <w:r>
        <w:rPr>
          <w:sz w:val="20"/>
        </w:rPr>
        <w:t>21:28  rok nahi sakta.</w:t>
      </w:r>
      <w:r>
        <w:br/>
      </w:r>
      <w:r>
        <w:rPr>
          <w:sz w:val="20"/>
        </w:rPr>
        <w:t>21:30  life support system khatam ho gaya. Chunaanche jo sab se bara theoretical scientist hai,</w:t>
      </w:r>
      <w:r>
        <w:br/>
      </w:r>
      <w:r>
        <w:rPr>
          <w:sz w:val="20"/>
        </w:rPr>
        <w:t>21:39  British</w:t>
      </w:r>
      <w:r>
        <w:br/>
      </w:r>
      <w:r>
        <w:rPr>
          <w:sz w:val="20"/>
        </w:rPr>
        <w:t>21:42  Stephen Hawking, woh keh raha hai ke ab zameen par hum nahi reh sakte. Bahut se bahut thirty years hum reh sakte hain is zameen par. Kyunke life support system hi nahi rahega.</w:t>
      </w:r>
      <w:r>
        <w:br/>
      </w:r>
      <w:r>
        <w:rPr>
          <w:sz w:val="20"/>
        </w:rPr>
        <w:t>21:53  To woh keh raha hai ke humein ab space colony banana chahiye. Space colony.</w:t>
      </w:r>
      <w:r>
        <w:br/>
      </w:r>
      <w:r>
        <w:rPr>
          <w:sz w:val="20"/>
        </w:rPr>
        <w:t>22:00  ke zameen se ooper jaen, khala mein, aur artificial colonies ke andar rahen. Lekin yeh to aik aik fiction ki baat hai.</w:t>
      </w:r>
      <w:r>
        <w:br/>
      </w:r>
      <w:r>
        <w:rPr>
          <w:sz w:val="20"/>
        </w:rPr>
        <w:t>22:10  Is colony mein aap kahan se life support system layenge? Kahan se pani layenge?</w:t>
      </w:r>
      <w:r>
        <w:br/>
      </w:r>
      <w:r>
        <w:rPr>
          <w:sz w:val="20"/>
        </w:rPr>
        <w:t>22:16  Kahan se ghalla ugayenge? Kahan se agriculture aur horticulture layenge?</w:t>
      </w:r>
      <w:r>
        <w:br/>
      </w:r>
      <w:r>
        <w:rPr>
          <w:sz w:val="20"/>
        </w:rPr>
        <w:t>22:26  To dekhen, nature worship ko khatam kiya physical sciences ne. Kingship ko khatam kiya democracy ne.</w:t>
      </w:r>
    </w:p>
    <w:p>
      <w:pPr>
        <w:pStyle w:val="Heading2"/>
      </w:pPr>
      <w:r>
        <w:t>Science and the rise of atheism</w:t>
      </w:r>
    </w:p>
    <w:p>
      <w:r>
        <w:rPr>
          <w:color w:val="666666"/>
          <w:sz w:val="18"/>
        </w:rPr>
        <w:t>The Belief System of Islam August 01, 2007 · 3m 07s · at 4:01 · https://youtu.be/5pdnwRaPfmY?t=241</w:t>
      </w:r>
    </w:p>
    <w:p>
      <w:r>
        <w:rPr>
          <w:i/>
        </w:rPr>
        <w:t>“After the advent of modern science, for the first time in history, a new phenomenon was”</w:t>
      </w:r>
    </w:p>
    <w:p>
      <w:r>
        <w:rPr>
          <w:sz w:val="20"/>
        </w:rPr>
        <w:t>4:01  after the advent of modern science, for the first time in history, a new phenomenon was</w:t>
      </w:r>
      <w:r>
        <w:br/>
      </w:r>
      <w:r>
        <w:rPr>
          <w:sz w:val="20"/>
        </w:rPr>
        <w:t>4:13  seen. That is, Atheism</w:t>
      </w:r>
      <w:r>
        <w:br/>
      </w:r>
      <w:r>
        <w:rPr>
          <w:sz w:val="20"/>
        </w:rPr>
        <w:t>4:18  . Some people claim that science has disproved the existence of God.</w:t>
      </w:r>
      <w:r>
        <w:br/>
      </w:r>
      <w:r>
        <w:rPr>
          <w:sz w:val="20"/>
        </w:rPr>
        <w:t>4:29  In the early phase of the science, they used to say that our world is a material drama.</w:t>
      </w:r>
      <w:r>
        <w:br/>
      </w:r>
      <w:r>
        <w:rPr>
          <w:sz w:val="20"/>
        </w:rPr>
        <w:t>4:44  There is no God.</w:t>
      </w:r>
      <w:r>
        <w:br/>
      </w:r>
      <w:r>
        <w:rPr>
          <w:sz w:val="20"/>
        </w:rPr>
        <w:t>4:46  All the activities are just a result of blind interplay of physical and chemical forces.</w:t>
      </w:r>
      <w:r>
        <w:br/>
      </w:r>
      <w:r>
        <w:rPr>
          <w:sz w:val="20"/>
        </w:rPr>
        <w:t>5:02  Blind interplay of physical and chemical forces. This was believed in the first phase of scientific discoveries.</w:t>
      </w:r>
      <w:r>
        <w:br/>
      </w:r>
      <w:r>
        <w:rPr>
          <w:sz w:val="20"/>
        </w:rPr>
        <w:t>5:18  But after the split of atoms, everything was changed. Now it became</w:t>
      </w:r>
      <w:r>
        <w:br/>
      </w:r>
      <w:r>
        <w:rPr>
          <w:sz w:val="20"/>
        </w:rPr>
        <w:t>5:31  impossible to</w:t>
      </w:r>
      <w:r>
        <w:br/>
      </w:r>
      <w:r>
        <w:rPr>
          <w:sz w:val="20"/>
        </w:rPr>
        <w:t>5:35  say that it is all a material drama</w:t>
      </w:r>
      <w:r>
        <w:br/>
      </w:r>
      <w:r>
        <w:rPr>
          <w:sz w:val="20"/>
        </w:rPr>
        <w:t>5:42  because all the material world except man was simply matter without any intelligence</w:t>
      </w:r>
      <w:r>
        <w:br/>
      </w:r>
      <w:r>
        <w:rPr>
          <w:sz w:val="20"/>
        </w:rPr>
        <w:t>5:56  . Except human being, there is no there is nothing in the vast universe that has intelligence</w:t>
      </w:r>
      <w:r>
        <w:br/>
      </w:r>
      <w:r>
        <w:rPr>
          <w:sz w:val="20"/>
        </w:rPr>
        <w:t>6:10  . All the stars, all the planets, and solar system, and everything in this vast universe.</w:t>
      </w:r>
      <w:r>
        <w:br/>
      </w:r>
      <w:r>
        <w:rPr>
          <w:sz w:val="20"/>
        </w:rPr>
        <w:t>6:19  You know, in this vast universe, there are so many things, countless things, but there is no intelligence</w:t>
      </w:r>
      <w:r>
        <w:br/>
      </w:r>
      <w:r>
        <w:rPr>
          <w:sz w:val="20"/>
        </w:rPr>
        <w:t>6:31  . But scientific discoveries show that</w:t>
      </w:r>
      <w:r>
        <w:br/>
      </w:r>
      <w:r>
        <w:rPr>
          <w:sz w:val="20"/>
        </w:rPr>
        <w:t>6:39  there is intelligence behind all these activities because the</w:t>
      </w:r>
      <w:r>
        <w:br/>
      </w:r>
      <w:r>
        <w:rPr>
          <w:sz w:val="20"/>
        </w:rPr>
        <w:t>6:48  world science discovered was very, very meaningful. There was very, very harmony. Everywhere, there was mathematical precision.</w:t>
      </w:r>
      <w:r>
        <w:br/>
      </w:r>
      <w:r>
        <w:rPr>
          <w:sz w:val="20"/>
        </w:rPr>
        <w:t>7:00  Ever</w:t>
      </w:r>
      <w:r>
        <w:br/>
      </w:r>
      <w:r>
        <w:rPr>
          <w:sz w:val="20"/>
        </w:rPr>
        <w:t>7:01  ywhere, there was mathematical order. So it was impossible to understand.</w:t>
      </w:r>
    </w:p>
    <w:p>
      <w:pPr>
        <w:pStyle w:val="Heading2"/>
      </w:pPr>
      <w:r>
        <w:t>How impatience caused history's first sin and first murder</w:t>
      </w:r>
    </w:p>
    <w:p>
      <w:r>
        <w:rPr>
          <w:color w:val="666666"/>
          <w:sz w:val="18"/>
        </w:rPr>
        <w:t>Fasting A Source of Spiritual Empowerment August 21, 2011 Maulana Wahiduddin Khan · 3m 18s · at 45:15 · https://youtu.be/Z0EbPlujcf0?t=2715</w:t>
      </w:r>
    </w:p>
    <w:p>
      <w:r>
        <w:rPr>
          <w:i/>
        </w:rPr>
        <w:t>“Poori tareekh mein jahan bhi fasad hua, aadmi ne Patience khoya”</w:t>
      </w:r>
    </w:p>
    <w:p>
      <w:r>
        <w:rPr>
          <w:sz w:val="20"/>
        </w:rPr>
        <w:t>45:15  zindagi mein aap poori tareekh mein dekhen jahan bhi koi fasaad hua hai maar kaat hui hai sab kis liye hua hai? aadmi ne Patience kho di.</w:t>
      </w:r>
      <w:r>
        <w:br/>
      </w:r>
      <w:r>
        <w:rPr>
          <w:sz w:val="20"/>
        </w:rPr>
        <w:t>45:28  sab se pehle aap dekhen Adam ko dekhiye. Allah ne farmaya tha ke saari jannat tumhare liye hai. aik darakht ke paas tum nahi ja sakte.</w:t>
      </w:r>
      <w:r>
        <w:br/>
      </w:r>
      <w:r>
        <w:rPr>
          <w:sz w:val="20"/>
        </w:rPr>
        <w:t>45:38  Don't approach this tree. to woh aadmi ke sabr ka imtehaan tha.</w:t>
      </w:r>
      <w:r>
        <w:br/>
      </w:r>
      <w:r>
        <w:rPr>
          <w:sz w:val="20"/>
        </w:rPr>
        <w:t>45:45  woh sabr toot gaya. woh pahunch gaye woh jannat ke is darakht ke paas kha liya is ka phaal. to jannat se mahroomi ho gayi.</w:t>
      </w:r>
      <w:r>
        <w:br/>
      </w:r>
      <w:r>
        <w:rPr>
          <w:sz w:val="20"/>
        </w:rPr>
        <w:t>45:57  woh kya tha? Impatience ho jana hi to tha.</w:t>
      </w:r>
      <w:r>
        <w:br/>
      </w:r>
      <w:r>
        <w:rPr>
          <w:sz w:val="20"/>
        </w:rPr>
        <w:t>46:02  That was due to Impatience. phir dekhiye pehli nasal mein Habil Qabil thay. wahan bhi aik waqea pesh aaya. to Qabil jo hai bhark utha.</w:t>
      </w:r>
      <w:r>
        <w:br/>
      </w:r>
      <w:r>
        <w:rPr>
          <w:sz w:val="20"/>
        </w:rPr>
        <w:t>46:13  us ne bhai ko maar dala.</w:t>
      </w:r>
      <w:r>
        <w:br/>
      </w:r>
      <w:r>
        <w:rPr>
          <w:sz w:val="20"/>
        </w:rPr>
        <w:t>46:16  to yeh jo pehla waqea hua fasaad pehla waqea hua qatal ka. Quran mein hai ke yeh pehla waqea tha qatal ka. woh kis liye tha?</w:t>
      </w:r>
      <w:r>
        <w:br/>
      </w:r>
      <w:r>
        <w:rPr>
          <w:sz w:val="20"/>
        </w:rPr>
        <w:t>46:27  ke aadmi sabr nahi kar saka.</w:t>
      </w:r>
      <w:r>
        <w:br/>
      </w:r>
      <w:r>
        <w:rPr>
          <w:sz w:val="20"/>
        </w:rPr>
        <w:t>46:33  aur baad ko kya hua? fa-asbaha min an-nadimeen sharmindagi zindagi bhar sharminda raha woh.</w:t>
      </w:r>
      <w:r>
        <w:br/>
      </w:r>
      <w:r>
        <w:rPr>
          <w:sz w:val="20"/>
        </w:rPr>
        <w:t>46:45  mujh se aik yaani Quran mein yeh to likha hua nahi ke zindagi bhar sharminda raha lekin mein aik tajrube ki bina par aisa kehta hoon. aik baar meri mulaqat hui aik wakeel se.</w:t>
      </w:r>
      <w:r>
        <w:br/>
      </w:r>
      <w:r>
        <w:rPr>
          <w:sz w:val="20"/>
        </w:rPr>
        <w:t>46:59  jo Murder Case karte thay. yaani Criminal Cases karte thay woh. to unhon ne kaha mein pachees saal se aisi Cases kar raha hoon.</w:t>
      </w:r>
      <w:r>
        <w:br/>
      </w:r>
      <w:r>
        <w:rPr>
          <w:sz w:val="20"/>
        </w:rPr>
        <w:t>47:12  jo aadmi Murder karta hai aur mere paas aata hai. to unhon ne kaha ke jitne bhi mein ne dekhe case sab ko mein ne dekha ke bohat hi ziyada yaani apnay kiye par afsos.</w:t>
      </w:r>
      <w:r>
        <w:br/>
      </w:r>
      <w:r>
        <w:rPr>
          <w:sz w:val="20"/>
        </w:rPr>
        <w:t>47:31  yaani us ne aik josh mein aa kar ke bhark kar ke maar diya kisi ko. ab woh afsos mein hai.</w:t>
      </w:r>
      <w:r>
        <w:br/>
      </w:r>
      <w:r>
        <w:rPr>
          <w:sz w:val="20"/>
        </w:rPr>
        <w:t>47:39  unhon ne kaha jitne bhi Murder dekhe mein ne sab baad ki zindagi mein woh hamesha afsos mein jeetay rahay isi afsos mein meray.</w:t>
      </w:r>
      <w:r>
        <w:br/>
      </w:r>
      <w:r>
        <w:rPr>
          <w:sz w:val="20"/>
        </w:rPr>
        <w:t>47:51  us ko le kar mein sochta hoon ke Qabil ka bhi yahi hua hoga hashar.</w:t>
      </w:r>
      <w:r>
        <w:br/>
      </w:r>
      <w:r>
        <w:rPr>
          <w:sz w:val="20"/>
        </w:rPr>
        <w:t>47:58  ke Qabil ne apnay sagay bhai ko maar dala aik choti si baat par ghussa ho kar. to qeemat kya deni pari ho gi un ko</w:t>
      </w:r>
      <w:r>
        <w:br/>
      </w:r>
      <w:r>
        <w:rPr>
          <w:sz w:val="20"/>
        </w:rPr>
        <w:t>48:09  ? saari zindagi Frustration saari zindagi nadamat saari zindagi afsos saari zindagi hasrat.</w:t>
      </w:r>
      <w:r>
        <w:br/>
      </w:r>
      <w:r>
        <w:rPr>
          <w:sz w:val="20"/>
        </w:rPr>
        <w:t>48:21  aik lamhe ka Patience khona saari zindagi ko Ruin kar deta hai Ruin aakhrat is ke ilawa hai.</w:t>
      </w:r>
    </w:p>
    <w:p>
      <w:pPr>
        <w:pStyle w:val="Heading2"/>
      </w:pPr>
      <w:r>
        <w:t>God's justice and mercy explained</w:t>
      </w:r>
    </w:p>
    <w:p>
      <w:r>
        <w:rPr>
          <w:color w:val="666666"/>
          <w:sz w:val="18"/>
        </w:rPr>
        <w:t>Islam and Peace (In Conversation with Maulana) · 2m 01s · at 18:17 · https://youtu.be/vFVw6wPt5lk?t=1097</w:t>
      </w:r>
    </w:p>
    <w:p>
      <w:r>
        <w:rPr>
          <w:i/>
        </w:rPr>
        <w:t>“No. God is merciful.”</w:t>
      </w:r>
    </w:p>
    <w:p>
      <w:r>
        <w:rPr>
          <w:sz w:val="20"/>
        </w:rPr>
        <w:t>18:17  Why can't He make everyone good if He is the most just and the most merciful? No. God is merci</w:t>
      </w:r>
      <w:r>
        <w:br/>
      </w:r>
      <w:r>
        <w:rPr>
          <w:sz w:val="20"/>
        </w:rPr>
        <w:t>18:26  ful. But at the same time, God is just. You see, it is the</w:t>
      </w:r>
      <w:r>
        <w:br/>
      </w:r>
      <w:r>
        <w:rPr>
          <w:sz w:val="20"/>
        </w:rPr>
        <w:t>18:41  act of justice to punish those people who are bad and to give reward to those people who are good.</w:t>
      </w:r>
      <w:r>
        <w:br/>
      </w:r>
      <w:r>
        <w:rPr>
          <w:sz w:val="20"/>
        </w:rPr>
        <w:t>18:54  It is not justice to</w:t>
      </w:r>
      <w:r>
        <w:br/>
      </w:r>
      <w:r>
        <w:rPr>
          <w:sz w:val="20"/>
        </w:rPr>
        <w:t>19:00  leave all those bad people, to send them to paradise. No. So God is merciful</w:t>
      </w:r>
      <w:r>
        <w:br/>
      </w:r>
      <w:r>
        <w:rPr>
          <w:sz w:val="20"/>
        </w:rPr>
        <w:t>19:10  . It is a fact. God has given us so many blessings: sunlight and air and oxygen and this planet Earth and water and everything.</w:t>
      </w:r>
      <w:r>
        <w:br/>
      </w:r>
      <w:r>
        <w:rPr>
          <w:sz w:val="20"/>
        </w:rPr>
        <w:t>19:24  This is God's mercy. It is the phenomenon of mercy. But at the same time, God is God</w:t>
      </w:r>
      <w:r>
        <w:br/>
      </w:r>
      <w:r>
        <w:rPr>
          <w:sz w:val="20"/>
        </w:rPr>
        <w:t>19:40  is just</w:t>
      </w:r>
      <w:r>
        <w:br/>
      </w:r>
      <w:r>
        <w:rPr>
          <w:sz w:val="20"/>
        </w:rPr>
        <w:t>19:41  . So due to His being a just person, God will give</w:t>
      </w:r>
      <w:r>
        <w:br/>
      </w:r>
      <w:r>
        <w:rPr>
          <w:sz w:val="20"/>
        </w:rPr>
        <w:t>19:54  God will examine on the day of judgment, and He will punish those people who were bad in this world, and He will reward those people who were good in this world.</w:t>
      </w:r>
      <w:r>
        <w:br/>
      </w:r>
      <w:r>
        <w:rPr>
          <w:sz w:val="20"/>
        </w:rPr>
        <w:t>20:12  So it is an act of justice.</w:t>
      </w:r>
    </w:p>
    <w:p>
      <w:pPr>
        <w:pStyle w:val="Heading2"/>
      </w:pPr>
      <w:r>
        <w:t>tribal chief rejects Islam fearing the Persian king</w:t>
      </w:r>
    </w:p>
    <w:p>
      <w:r>
        <w:rPr>
          <w:color w:val="666666"/>
          <w:sz w:val="18"/>
        </w:rPr>
        <w:t>Freedom of Expression in Islam September 30, 2012 · 2m 16s · at 26:47 · https://youtu.be/S4mQpkoZITg?t=1607</w:t>
      </w:r>
    </w:p>
    <w:p>
      <w:r>
        <w:rPr>
          <w:i/>
        </w:rPr>
        <w:t>“In Mecca, a tribe called Banu Shaiban came to visit”</w:t>
      </w:r>
    </w:p>
    <w:p>
      <w:r>
        <w:rPr>
          <w:sz w:val="20"/>
        </w:rPr>
        <w:t>26:47  woh khud Islam ke zamane mein bhi yeh halat qaim thi.</w:t>
      </w:r>
      <w:r>
        <w:br/>
      </w:r>
      <w:r>
        <w:rPr>
          <w:sz w:val="20"/>
        </w:rPr>
        <w:t>26:52  misalan dekhiye, Makki daur mein jo waqiat hue, us mein se aik waqia yeh hai ke qabail Arab jo thay, woh Kaba ki ziyarat ke liye mukhtalif ilaqon se aya karte thay.</w:t>
      </w:r>
      <w:r>
        <w:br/>
      </w:r>
      <w:r>
        <w:rPr>
          <w:sz w:val="20"/>
        </w:rPr>
        <w:t>27:11  har saal aik saal aisa hua ke jab qabail aaye ke Rasool Allah sal Allah alaihi wasallam gaye wahan par tablegh ke liye, Quran logon ko batane ke liye.</w:t>
      </w:r>
      <w:r>
        <w:br/>
      </w:r>
      <w:r>
        <w:rPr>
          <w:sz w:val="20"/>
        </w:rPr>
        <w:t>27:22  to us mein aik qabila tha, uska naam tha Banu Shaiban. us ke paas aap gaye to aap ne Quran sunaya, un ko is tauheed ki baat batayi.</w:t>
      </w:r>
      <w:r>
        <w:br/>
      </w:r>
      <w:r>
        <w:rPr>
          <w:sz w:val="20"/>
        </w:rPr>
        <w:t>27:34  jo sardar jo tha, woh mutasir hua, us ko aap ki baatein achi lagin lekin us ne mana nahi.</w:t>
      </w:r>
      <w:r>
        <w:br/>
      </w:r>
      <w:r>
        <w:rPr>
          <w:sz w:val="20"/>
        </w:rPr>
        <w:t>27:45  kyun? us ne daleel yeh di thi. aap woh kitab hamare paas maujood hai, yahan bhi dekh sakte hain aap ke hum hum jahan rehte hain, woh Arab ki woh sarhad hai jo Iran se milti hai.</w:t>
      </w:r>
      <w:r>
        <w:br/>
      </w:r>
      <w:r>
        <w:rPr>
          <w:sz w:val="20"/>
        </w:rPr>
        <w:t>28:00  hum Irani badshah ki sarhad par rehte hain aur Irani badshahon se hamare muahiday hain.</w:t>
      </w:r>
      <w:r>
        <w:br/>
      </w:r>
      <w:r>
        <w:rPr>
          <w:sz w:val="20"/>
        </w:rPr>
        <w:t>28:09  us ne us ne kaha tha ke badshah log is ko pasand nahi karte ke koi nai cheez introduce ki jaye, koi nai cheez ikhtiyar ki jaye,</w:t>
      </w:r>
      <w:r>
        <w:br/>
      </w:r>
      <w:r>
        <w:rPr>
          <w:sz w:val="20"/>
        </w:rPr>
        <w:t>28:21  koi nai cheez ikhtiyar ki jaye. to aap ki cheez jo hai, aik nai cheez hai.</w:t>
      </w:r>
      <w:r>
        <w:br/>
      </w:r>
      <w:r>
        <w:rPr>
          <w:sz w:val="20"/>
        </w:rPr>
        <w:t>28:26  yani dunya jo hai, woh yani yani jo dunya ka jo is waqt culture hai, woh shirk culture hai. aap tauheed culture ko pesh kar rahe hain, jo aik nai cheez hai.</w:t>
      </w:r>
      <w:r>
        <w:br/>
      </w:r>
      <w:r>
        <w:rPr>
          <w:sz w:val="20"/>
        </w:rPr>
        <w:t>28:38  to us ne kaha ke Shahanshah Kisra jo hain, is ko pasand nahi karenge. Mumalathul balugh yeh woh cheez hai, yeh yeh aik nai cheez hai, is liye badshah log is ko pasand nahi karenge.</w:t>
      </w:r>
      <w:r>
        <w:br/>
      </w:r>
      <w:r>
        <w:rPr>
          <w:sz w:val="20"/>
        </w:rPr>
        <w:t>28:50  is liye main is ko ikhtiyar nahi kar sakta.</w:t>
      </w:r>
      <w:r>
        <w:br/>
      </w:r>
      <w:r>
        <w:rPr>
          <w:sz w:val="20"/>
        </w:rPr>
        <w:t>28:53  to woh zamana jo tha ke ikhtilaf-e-rai, dissent, alag koi rai rakhna, yeh bilkul shajar-e-mamanu'a tha, pabandi thi.</w:t>
      </w:r>
    </w:p>
    <w:p>
      <w:pPr>
        <w:pStyle w:val="Heading2"/>
      </w:pPr>
      <w:r>
        <w:t>Banu Shaiban chief refuses Islam fearing kings dislike new ideas</w:t>
      </w:r>
    </w:p>
    <w:p>
      <w:r>
        <w:rPr>
          <w:color w:val="666666"/>
          <w:sz w:val="18"/>
        </w:rPr>
        <w:t>Freedom of Expression in Islam 30 Sept 2012 - Maulana Wahiduddin Khan · 2m 28s · at 27:01 · https://youtu.be/WLlXSyxX8Q4?t=1621</w:t>
      </w:r>
    </w:p>
    <w:p>
      <w:r>
        <w:rPr>
          <w:i/>
        </w:rPr>
        <w:t>“Arab qabail Kaaba ki ziyarat ke liye aate the har saal”</w:t>
      </w:r>
    </w:p>
    <w:p>
      <w:r>
        <w:rPr>
          <w:sz w:val="20"/>
        </w:rPr>
        <w:t>27:01  misaalan dekhiye, makki daur mein jo waqiyat hue, is mein se ek waqia yeh hai ke qabail arab jo thay, woh kaba ki ziyarat ke liye mukhtalif ilaqon se aya karte thay har saal.</w:t>
      </w:r>
      <w:r>
        <w:br/>
      </w:r>
      <w:r>
        <w:rPr>
          <w:sz w:val="20"/>
        </w:rPr>
        <w:t>27:22  ek saal aisa hua ke jab qabail aaye, phir us ke baad gaye wahan par tablegh ke liye, quran logon ko batane ke liye.</w:t>
      </w:r>
      <w:r>
        <w:br/>
      </w:r>
      <w:r>
        <w:rPr>
          <w:sz w:val="20"/>
        </w:rPr>
        <w:t>27:31  toh is mein ek qabila tha, uska naam tha banu shaiyban. us ke paas aap gaye toh aap ne quran sunaya, un ko is tauheed ki baat batai.</w:t>
      </w:r>
      <w:r>
        <w:br/>
      </w:r>
      <w:r>
        <w:rPr>
          <w:sz w:val="20"/>
        </w:rPr>
        <w:t>27:43  jo sardar jo tha, woh mutasir hua, woh us ko aap ki baatein achi lagin lekin us ko mana nahi kyun?</w:t>
      </w:r>
      <w:r>
        <w:br/>
      </w:r>
      <w:r>
        <w:rPr>
          <w:sz w:val="20"/>
        </w:rPr>
        <w:t>27:55  us ne daleel yeh di thi.</w:t>
      </w:r>
      <w:r>
        <w:br/>
      </w:r>
      <w:r>
        <w:rPr>
          <w:sz w:val="20"/>
        </w:rPr>
        <w:t>27:57  aap woh kitab hamare paas hai, mujhe jahan bhi dekh sakte hain, aap ke hum hum jahan rehte hain, woh arab ki woh sarhad hai jo iran se milti hai.</w:t>
      </w:r>
      <w:r>
        <w:br/>
      </w:r>
      <w:r>
        <w:rPr>
          <w:sz w:val="20"/>
        </w:rPr>
        <w:t>28:09  hum irani badshah ki sarhad par rehte hain aur irani badshahon se hamare muahde hain.</w:t>
      </w:r>
      <w:r>
        <w:br/>
      </w:r>
      <w:r>
        <w:rPr>
          <w:sz w:val="20"/>
        </w:rPr>
        <w:t>28:19  us ne is mein kaha tha ke badshah log is ko pasand nahi karte ke koi nai cheez introduce ki, koi nai cheez ikhtiyar ki jaye,</w:t>
      </w:r>
      <w:r>
        <w:br/>
      </w:r>
      <w:r>
        <w:rPr>
          <w:sz w:val="20"/>
        </w:rPr>
        <w:t>28:30  koi nai cheez ikhtiyar ki jaye. toh aap ki cheez jo hai, ek nai cheez hai. yani duniya jo hai, woh yani yani jo duniya ka jo is waqt culture hai, woh sikh culture hai.</w:t>
      </w:r>
      <w:r>
        <w:br/>
      </w:r>
      <w:r>
        <w:rPr>
          <w:sz w:val="20"/>
        </w:rPr>
        <w:t>28:43  aap tauheed culture un ko pesh kar rahe hain, jo ek nai cheez hai.</w:t>
      </w:r>
      <w:r>
        <w:br/>
      </w:r>
      <w:r>
        <w:rPr>
          <w:sz w:val="20"/>
        </w:rPr>
        <w:t>28:47  toh us ne kaha ke shahan kisra jo hain, is ko pasand nahi karenge.</w:t>
      </w:r>
      <w:r>
        <w:br/>
      </w:r>
      <w:r>
        <w:rPr>
          <w:sz w:val="20"/>
        </w:rPr>
        <w:t>28:56  yeh us yeh us mein kaha tha: "mamma qatal al muluk". yeh woh cheez hai, yeh yeh ek nai cheez hai, is liye badshah log is ko pasand nahi karenge.</w:t>
      </w:r>
      <w:r>
        <w:br/>
      </w:r>
      <w:r>
        <w:rPr>
          <w:sz w:val="20"/>
        </w:rPr>
        <w:t>29:05  is liye mein is ko ikhtiyar nahi kar sakta.</w:t>
      </w:r>
      <w:r>
        <w:br/>
      </w:r>
      <w:r>
        <w:rPr>
          <w:sz w:val="20"/>
        </w:rPr>
        <w:t>29:08  toh woh zamana jo tha ke ikhtilaf e rai, distant, alag koi rai rakhna, yeh bilkul shajar mamnooa tha, forbidden tha.</w:t>
      </w:r>
      <w:r>
        <w:br/>
      </w:r>
      <w:r>
        <w:rPr>
          <w:sz w:val="20"/>
        </w:rPr>
        <w:t>29:19  is liye science ko koi taraqqi nahi hui. europe mein is ke khilaf tehreekein uthi hain, bade bade log paida hue aur takra hua.</w:t>
      </w:r>
    </w:p>
    <w:p>
      <w:pPr>
        <w:pStyle w:val="Heading2"/>
      </w:pPr>
      <w:r>
        <w:t>The town called Paradise burns down</w:t>
      </w:r>
    </w:p>
    <w:p>
      <w:r>
        <w:rPr>
          <w:color w:val="666666"/>
          <w:sz w:val="18"/>
        </w:rPr>
        <w:t>Four Phases of Human History July 13, 2008 · 2m 27s · at 40:44 · https://youtu.be/sb24VHKydog?t=2444</w:t>
      </w:r>
    </w:p>
    <w:p>
      <w:r>
        <w:rPr>
          <w:i/>
        </w:rPr>
        <w:t>“There's a town in California literally named Paradise”</w:t>
      </w:r>
    </w:p>
    <w:p>
      <w:r>
        <w:rPr>
          <w:sz w:val="20"/>
        </w:rPr>
        <w:t>40:44  is ka mein samajhta hoon ke is ki best heading yeh hogi ke "fire in man made paradise".</w:t>
      </w:r>
      <w:r>
        <w:br/>
      </w:r>
      <w:r>
        <w:rPr>
          <w:sz w:val="20"/>
        </w:rPr>
        <w:t>40:56  "fire in man made paradise" to qissa kya hai ke America mein aap jante hain ke ek state hai, California.</w:t>
      </w:r>
      <w:r>
        <w:br/>
      </w:r>
      <w:r>
        <w:rPr>
          <w:sz w:val="20"/>
        </w:rPr>
        <w:t>41:06  California mein bohat baray area mein jangal hai</w:t>
      </w:r>
      <w:r>
        <w:br/>
      </w:r>
      <w:r>
        <w:rPr>
          <w:sz w:val="20"/>
        </w:rPr>
        <w:t>41:12  jahan aaj kal aag lagi hui hai. aap sab log jante honge ke California ke jangalon mein aag lagi hui hai, abhi tak is ko control nahi kar sake yeh log kyunke wahan par bohat garmi padti hai.</w:t>
      </w:r>
      <w:r>
        <w:br/>
      </w:r>
      <w:r>
        <w:rPr>
          <w:sz w:val="20"/>
        </w:rPr>
        <w:t>41:27  is saal zyada garmi padi, global warming jo hui hai to global warming ka asar har jagah hai, har jagah hai, har jagah hai. sari dunya mein</w:t>
      </w:r>
      <w:r>
        <w:br/>
      </w:r>
      <w:r>
        <w:rPr>
          <w:sz w:val="20"/>
        </w:rPr>
        <w:t>41:36  glaciers pighal rahe hain aur north pole par jo itna bara barf ka jo pahad tha, woh pighal raha hai.</w:t>
      </w:r>
      <w:r>
        <w:br/>
      </w:r>
      <w:r>
        <w:rPr>
          <w:sz w:val="20"/>
        </w:rPr>
        <w:t>41:45  har taraf garmi barh rahi hai to global warming ki wajah se wahan jangalon mein aag lag gayi, woh abhi tak is ko bujha nahi paye, control nahi kar paye, super power control nahi kar kar saka is ko.</w:t>
      </w:r>
      <w:r>
        <w:br/>
      </w:r>
      <w:r>
        <w:rPr>
          <w:sz w:val="20"/>
        </w:rPr>
        <w:t>41:59  to wahan par kya hai ke wahan par in jangalon ke kinare ek darya behta hai, river. to wahan par bohat hi beautiful scene tha, idhar janglaat hain hara bhara,</w:t>
      </w:r>
      <w:r>
        <w:br/>
      </w:r>
      <w:r>
        <w:rPr>
          <w:sz w:val="20"/>
        </w:rPr>
        <w:t>42:13  idhar darya beh raha hai to bohat beautiful scene tha. to wahan par ek town banaya gaya, town is ka naam rakha gaya "paradise".</w:t>
      </w:r>
      <w:r>
        <w:br/>
      </w:r>
      <w:r>
        <w:rPr>
          <w:sz w:val="20"/>
        </w:rPr>
        <w:t>42:23  "paradise" ek town ka naam hai jo california mein nadi ke kinare banaya gaya tha,</w:t>
      </w:r>
      <w:r>
        <w:br/>
      </w:r>
      <w:r>
        <w:rPr>
          <w:sz w:val="20"/>
        </w:rPr>
        <w:t>42:29  bohat hi beautiful nature ke andar. to yeh jo aag lagi jangalon mein to is mein hai ke jump kar ke woh darya ko jump kar ke town mein dakhil ho gayi jis ka naam "paradise" hai aur ten tha gharon ko is ne woh kar diya,</w:t>
      </w:r>
      <w:r>
        <w:br/>
      </w:r>
      <w:r>
        <w:rPr>
          <w:sz w:val="20"/>
        </w:rPr>
        <w:t>42:57  rehne qabil nahi raha</w:t>
      </w:r>
      <w:r>
        <w:br/>
      </w:r>
      <w:r>
        <w:rPr>
          <w:sz w:val="20"/>
        </w:rPr>
        <w:t>42:58  woh ghar. to log bhaag rahe hain wahan se, yani paradise se bhaag rahe hain. to is ko parh kar maine socha ke is ke best is ka caption yeh hoga "fire in man made paradise".</w:t>
      </w:r>
    </w:p>
    <w:p>
      <w:pPr>
        <w:pStyle w:val="Heading2"/>
      </w:pPr>
      <w:r>
        <w:t>Qur'an's language proves it isn't the Prophet's own words</w:t>
      </w:r>
    </w:p>
    <w:p>
      <w:r>
        <w:rPr>
          <w:color w:val="666666"/>
          <w:sz w:val="18"/>
        </w:rPr>
        <w:t>In Conversation with Maulana Wahiduddin Khan English · 2m 04s · at 1:07:28 · https://youtu.be/QZrkP8Z3Fv8?t=4048</w:t>
      </w:r>
    </w:p>
    <w:p>
      <w:r>
        <w:rPr>
          <w:i/>
        </w:rPr>
        <w:t>“No, the Qur'an was revealed by God”</w:t>
      </w:r>
    </w:p>
    <w:p>
      <w:r>
        <w:rPr>
          <w:sz w:val="20"/>
        </w:rPr>
        <w:t>1:07:28  Maulana, is it not true that the Qur'an is the handiwork of Prophet Muhammad and not God? No, the Qur'an was revealed by God.</w:t>
      </w:r>
      <w:r>
        <w:br/>
      </w:r>
      <w:r>
        <w:rPr>
          <w:sz w:val="20"/>
        </w:rPr>
        <w:t>1:07:41  There is no doubt about it.</w:t>
      </w:r>
      <w:r>
        <w:br/>
      </w:r>
      <w:r>
        <w:rPr>
          <w:sz w:val="20"/>
        </w:rPr>
        <w:t>1:07:46  And a very simple verification of this fact is that if you know Arabic language and you read the Qur'an and Hadith both, so Hadith is sayings of the Prophet.</w:t>
      </w:r>
      <w:r>
        <w:br/>
      </w:r>
      <w:r>
        <w:rPr>
          <w:sz w:val="20"/>
        </w:rPr>
        <w:t>1:08:07  The Qur'an is the revealed</w:t>
      </w:r>
      <w:r>
        <w:br/>
      </w:r>
      <w:r>
        <w:rPr>
          <w:sz w:val="20"/>
        </w:rPr>
        <w:t>1:08:13  the Qur'an was received by the Prophet by revelation. So, you will find a great difference between great difference in the language of the Qur'an and the language of Hadith.</w:t>
      </w:r>
      <w:r>
        <w:br/>
      </w:r>
      <w:r>
        <w:rPr>
          <w:sz w:val="20"/>
        </w:rPr>
        <w:t>1:08:28  How can one person use two different languages?</w:t>
      </w:r>
      <w:r>
        <w:br/>
      </w:r>
      <w:r>
        <w:rPr>
          <w:sz w:val="20"/>
        </w:rPr>
        <w:t>1:08:36  It is impossible. One can speak</w:t>
      </w:r>
      <w:r>
        <w:br/>
      </w:r>
      <w:r>
        <w:rPr>
          <w:sz w:val="20"/>
        </w:rPr>
        <w:t>1:08:43  different languages like Russian, French, German. But here is the question of style. The style of the Qur'an is quite different from that of Hadith style.</w:t>
      </w:r>
      <w:r>
        <w:br/>
      </w:r>
      <w:r>
        <w:rPr>
          <w:sz w:val="20"/>
        </w:rPr>
        <w:t>1:08:56  Hadith seems to be a language of a human being. But the Qur'an seems to be a language of God</w:t>
      </w:r>
      <w:r>
        <w:br/>
      </w:r>
      <w:r>
        <w:rPr>
          <w:sz w:val="20"/>
        </w:rPr>
        <w:t>1:09:04  . So, everyone who knows the Arabic language will not doubt when he sees this difference between the two books.</w:t>
      </w:r>
      <w:r>
        <w:br/>
      </w:r>
      <w:r>
        <w:rPr>
          <w:sz w:val="20"/>
        </w:rPr>
        <w:t>1:09:18  Quite different. Very, very different. So, how can one speak in double style?</w:t>
      </w:r>
      <w:r>
        <w:br/>
      </w:r>
      <w:r>
        <w:rPr>
          <w:sz w:val="20"/>
        </w:rPr>
        <w:t>1:09:30  It is impossible.</w:t>
      </w:r>
    </w:p>
    <w:p>
      <w:pPr>
        <w:pStyle w:val="Heading2"/>
      </w:pPr>
      <w:r>
        <w:t>Discovering God's constant nearness as a way of life</w:t>
      </w:r>
    </w:p>
    <w:p>
      <w:r>
        <w:rPr>
          <w:color w:val="666666"/>
          <w:sz w:val="18"/>
        </w:rPr>
        <w:t>Ramadan and Quranic Guidance July 29, 2012 · 5m 56s · at 42:46 · https://youtu.be/WxpcI7qi4d0?t=2566</w:t>
      </w:r>
    </w:p>
    <w:p>
      <w:r>
        <w:rPr>
          <w:i/>
        </w:rPr>
        <w:t>“Wo ayat hai ke jab mere bande mere baare mein poochein”</w:t>
      </w:r>
    </w:p>
    <w:p>
      <w:r>
        <w:rPr>
          <w:sz w:val="20"/>
        </w:rPr>
        <w:t>42:46  woh yeh hai ke wiza salik ibadi ini wani qareeb</w:t>
      </w:r>
      <w:r>
        <w:br/>
      </w:r>
      <w:r>
        <w:rPr>
          <w:sz w:val="20"/>
        </w:rPr>
        <w:t>42:53  . woh ji woh dawat daai zatan falyastajibuli walion bi la lahum yashudun. is ka translation yeh hai ke jab mere bande mere bare mein poochhen to kahon ke mein bilkul qareeb hoon.</w:t>
      </w:r>
      <w:r>
        <w:br/>
      </w:r>
      <w:r>
        <w:rPr>
          <w:sz w:val="20"/>
        </w:rPr>
        <w:t>43:17  ini qareeb, mein to tumhare bilkul qareeb hoon.</w:t>
      </w:r>
      <w:r>
        <w:br/>
      </w:r>
      <w:r>
        <w:rPr>
          <w:sz w:val="20"/>
        </w:rPr>
        <w:t>43:23  sunta hoon tumhari baton ko aur jawab deta hoon tumhari pukar ko. to tum mujh ko pukaaro aur mere par yaqeen karo.</w:t>
      </w:r>
      <w:r>
        <w:br/>
      </w:r>
      <w:r>
        <w:rPr>
          <w:sz w:val="20"/>
        </w:rPr>
        <w:t>43:35  yeh hai rushd ka tareeqa. ab aap ghor kijiye. agar aap Allah ko is aise se daryaft karen ke woh to bilkul mere qareeb hai.</w:t>
      </w:r>
      <w:r>
        <w:br/>
      </w:r>
      <w:r>
        <w:rPr>
          <w:sz w:val="20"/>
        </w:rPr>
        <w:t>43:47  mein mein isi ki presence mein jee raha hoon.</w:t>
      </w:r>
      <w:r>
        <w:br/>
      </w:r>
      <w:r>
        <w:rPr>
          <w:sz w:val="20"/>
        </w:rPr>
        <w:t>43:51  mein mein aur khuda koi do door door ki cheezen nahin hain. mein Allah ki presence mein jee raha hoon, chaubis ghante har lamha.</w:t>
      </w:r>
      <w:r>
        <w:br/>
      </w:r>
      <w:r>
        <w:rPr>
          <w:sz w:val="20"/>
        </w:rPr>
        <w:t>44:03  to kya ho ga? yahi ho ga, whisper shuru ho jayega.</w:t>
      </w:r>
      <w:r>
        <w:br/>
      </w:r>
      <w:r>
        <w:rPr>
          <w:sz w:val="20"/>
        </w:rPr>
        <w:t>44:13  jis ko munajat ko log samajhte hain, yani munajat maqbool waghera bhi kaha jata hai, woh sab woh woh cheez nahin hai.</w:t>
      </w:r>
      <w:r>
        <w:br/>
      </w:r>
      <w:r>
        <w:rPr>
          <w:sz w:val="20"/>
        </w:rPr>
        <w:t>44:22  yeh munajat mani dua nahin hai. munajat ka mani sargoshi, whisper. to jab khuda ko aap is aise se daryaft karen, khuda har waqt sunta hai, har waqt meri baton, mujh ko dekh raha hai.</w:t>
      </w:r>
      <w:r>
        <w:br/>
      </w:r>
      <w:r>
        <w:rPr>
          <w:sz w:val="20"/>
        </w:rPr>
        <w:t>44:38  woh mujh se bilkul hi qareeb hai.</w:t>
      </w:r>
      <w:r>
        <w:br/>
      </w:r>
      <w:r>
        <w:rPr>
          <w:sz w:val="20"/>
        </w:rPr>
        <w:t>44:44  quran mein hai ke Allah tum se dar ke jahan se bhi zyada qareeb hai. aap ghor kijiye ke phir kya ho ga aap ka haal?</w:t>
      </w:r>
      <w:r>
        <w:br/>
      </w:r>
      <w:r>
        <w:rPr>
          <w:sz w:val="20"/>
        </w:rPr>
        <w:t>44:54  har waqt aap Allah ko yaad karenge. har waqt aap Allah ko pukarenge. har waqt aap ke dil se Allah se duaen niklengi.</w:t>
      </w:r>
      <w:r>
        <w:br/>
      </w:r>
      <w:r>
        <w:rPr>
          <w:sz w:val="20"/>
        </w:rPr>
        <w:t>45:05  har waqt. isi ka naam hai whisper.</w:t>
      </w:r>
      <w:r>
        <w:br/>
      </w:r>
      <w:r>
        <w:rPr>
          <w:sz w:val="20"/>
        </w:rPr>
        <w:t>45:11  jab khuda bilkul aap ke qareeb hai, jo khuda aap ke rag jahan se bhi zyada qareeb hai, jab aap us ko aap ki presence mein jee rahe hain, jab us ko apne charon taraf aap pa rahe hain, jab khuda-e-krishan mein aap creator ko observe kar rahe hain,</w:t>
      </w:r>
      <w:r>
        <w:br/>
      </w:r>
      <w:r>
        <w:rPr>
          <w:sz w:val="20"/>
        </w:rPr>
        <w:t>45:32  yeh sab jab aap ka haal ho jaye, yani discovery ke is level ko aap pahunch jayen to kya ho ga</w:t>
      </w:r>
      <w:r>
        <w:br/>
      </w:r>
      <w:r>
        <w:rPr>
          <w:sz w:val="20"/>
        </w:rPr>
        <w:t>45:42  ? wohi ho ga jis ko kaha gaya hai yanaji rabbah. yani har lamha aap ke khuda se sargoshiyan hongi.</w:t>
      </w:r>
      <w:r>
        <w:br/>
      </w:r>
      <w:r>
        <w:rPr>
          <w:sz w:val="20"/>
        </w:rPr>
        <w:t>45:50  har lamha aap ke khuda se whisper ho ga. har lamha aap se ek mutual conversation, conversation chalta rahe ga.</w:t>
      </w:r>
      <w:r>
        <w:br/>
      </w:r>
      <w:r>
        <w:rPr>
          <w:sz w:val="20"/>
        </w:rPr>
        <w:t>46:00  yeh hai maximum. to roze mein apne ko ekso ekso kar ke quran ki study karna, yeh to minimum hai, minimum.</w:t>
      </w:r>
      <w:r>
        <w:br/>
      </w:r>
      <w:r>
        <w:rPr>
          <w:sz w:val="20"/>
        </w:rPr>
        <w:t>46:11  yeh</w:t>
      </w:r>
      <w:r>
        <w:br/>
      </w:r>
      <w:r>
        <w:rPr>
          <w:sz w:val="20"/>
        </w:rPr>
        <w:t>46:12  maximum mein na yaad rakhiye ke yeh maximum nahi hai. yeh itna to kam se kam zaroori hai ke barah mahine mein se aik ghanta, mahina.</w:t>
      </w:r>
      <w:r>
        <w:br/>
      </w:r>
      <w:r>
        <w:rPr>
          <w:sz w:val="20"/>
        </w:rPr>
        <w:t>46:22  itna to kam se kam zaroori hai ke barah mahine mein se aik mahina aap apne ko iksu karen.</w:t>
      </w:r>
      <w:r>
        <w:br/>
      </w:r>
      <w:r>
        <w:rPr>
          <w:sz w:val="20"/>
        </w:rPr>
        <w:t>46:31  is mein bhi agar aap</w:t>
      </w:r>
      <w:r>
        <w:br/>
      </w:r>
      <w:r>
        <w:rPr>
          <w:sz w:val="20"/>
        </w:rPr>
        <w:t>46:35  ziyada aap ko mauqa nahi mil raha to kam se kam aakhri das din aitkaf mein le ja kar ke aik dam hi iksu kar len. yeh minimum hai.</w:t>
      </w:r>
      <w:r>
        <w:br/>
      </w:r>
      <w:r>
        <w:rPr>
          <w:sz w:val="20"/>
        </w:rPr>
        <w:t>46:48  lekin maximum kya hai?</w:t>
      </w:r>
      <w:r>
        <w:br/>
      </w:r>
      <w:r>
        <w:rPr>
          <w:sz w:val="20"/>
        </w:rPr>
        <w:t>46:52  maximum yeh hai ke aap barah ghante</w:t>
      </w:r>
      <w:r>
        <w:br/>
      </w:r>
      <w:r>
        <w:rPr>
          <w:sz w:val="20"/>
        </w:rPr>
        <w:t>46:58  ramzan aur aitkaf mein rahen. aur barah mahine. yaani barah mahine aap ka yahi haal ho.</w:t>
      </w:r>
      <w:r>
        <w:br/>
      </w:r>
      <w:r>
        <w:rPr>
          <w:sz w:val="20"/>
        </w:rPr>
        <w:t>47:08  aap ghor kijiye ke jab aap Allah ko isi se daryaft karen ke woh aap ka khaliq hai, woh aap ka rab hai, woh aap ka munib hai, woh aap ka sab kuch hai aur woh bilkul aap ke qareeb hai.</w:t>
      </w:r>
      <w:r>
        <w:br/>
      </w:r>
      <w:r>
        <w:rPr>
          <w:sz w:val="20"/>
        </w:rPr>
        <w:t>47:26  aap dil mein bolen tab bhi woh sune ga. yaani aap chahe lafzon mein na bolen, dil mein sochein tab bhi woh sune ga woh.</w:t>
      </w:r>
      <w:r>
        <w:br/>
      </w:r>
      <w:r>
        <w:rPr>
          <w:sz w:val="20"/>
        </w:rPr>
        <w:t>47:39  aur phir aap ko yeh yaad aaye ke aakhir kar mujhe isi Khuda ke haan jaana hai.</w:t>
      </w:r>
      <w:r>
        <w:br/>
      </w:r>
      <w:r>
        <w:rPr>
          <w:sz w:val="20"/>
        </w:rPr>
        <w:t>47:49  aakhir kar mujhe isi Khuda ke haan jaana hai.</w:t>
      </w:r>
      <w:r>
        <w:br/>
      </w:r>
      <w:r>
        <w:rPr>
          <w:sz w:val="20"/>
        </w:rPr>
        <w:t>47:54  mein bhaag nahi saka.</w:t>
      </w:r>
      <w:r>
        <w:br/>
      </w:r>
      <w:r>
        <w:rPr>
          <w:sz w:val="20"/>
        </w:rPr>
        <w:t>47:59  bhaag nahi sakta. zalik ma'an ko tamim wa tahid. yaani bhaagne wala bhi aakhir kar pohnche ga Allah ke paas.</w:t>
      </w:r>
      <w:r>
        <w:br/>
      </w:r>
      <w:r>
        <w:rPr>
          <w:sz w:val="20"/>
        </w:rPr>
        <w:t>48:09  chahe aap bhagen ya na bhagen, aakhir kar maut ke baad lazman mujhe Allah ko face karna hai. ab ghor kijiye, yeh sab baatein jab aur yeh bhi ho ke maut ka koi waqt nahi hai.</w:t>
      </w:r>
      <w:r>
        <w:br/>
      </w:r>
      <w:r>
        <w:rPr>
          <w:sz w:val="20"/>
        </w:rPr>
        <w:t>48:23  kabhi bhi aa sakti hai. in sab baaton se jab aap ka zehn banta hai to aap ghor kijiye, kya haal ho ga aap ka?</w:t>
      </w:r>
      <w:r>
        <w:br/>
      </w:r>
      <w:r>
        <w:rPr>
          <w:sz w:val="20"/>
        </w:rPr>
        <w:t>48:33  saal ke barah mahine aap munajat mein guzaren ge. yaani Allah se whisper mein, Allah se sargoshi mein.</w:t>
      </w:r>
    </w:p>
    <w:p>
      <w:pPr>
        <w:pStyle w:val="Heading2"/>
      </w:pPr>
      <w:r>
        <w:t>Patience is basis of compassion</w:t>
      </w:r>
    </w:p>
    <w:p>
      <w:r>
        <w:rPr>
          <w:color w:val="666666"/>
          <w:sz w:val="18"/>
        </w:rPr>
        <w:t>Art of War and Islam · 6m 26s · at 41:41 · https://youtu.be/LvYP_pf17S0?t=2501</w:t>
      </w:r>
    </w:p>
    <w:p>
      <w:r>
        <w:rPr>
          <w:i/>
        </w:rPr>
        <w:t>“Wa tawaso bi-sabre, wa tawaso bil-marhamah”</w:t>
      </w:r>
    </w:p>
    <w:p>
      <w:r>
        <w:rPr>
          <w:sz w:val="20"/>
        </w:rPr>
        <w:t>41:41  words that is, "Wa tawaso bi-sabre, wa tawaso bil-marham."</w:t>
      </w:r>
      <w:r>
        <w:br/>
      </w:r>
      <w:r>
        <w:rPr>
          <w:sz w:val="20"/>
        </w:rPr>
        <w:t>41:58  It means that true believers it gives us the ways of true believers.</w:t>
      </w:r>
      <w:r>
        <w:br/>
      </w:r>
      <w:r>
        <w:rPr>
          <w:sz w:val="20"/>
        </w:rPr>
        <w:t>42:07  It gives us the character of true believers towards other people.</w:t>
      </w:r>
      <w:r>
        <w:br/>
      </w:r>
      <w:r>
        <w:rPr>
          <w:sz w:val="20"/>
        </w:rPr>
        <w:t>42:16  And that is they keep patience. "Wa tawaso bi-sabre." They keep patience and</w:t>
      </w:r>
      <w:r>
        <w:br/>
      </w:r>
      <w:r>
        <w:rPr>
          <w:sz w:val="20"/>
        </w:rPr>
        <w:t>42:30  they show compassion towards other human beings. So it is a two-point formula.</w:t>
      </w:r>
      <w:r>
        <w:br/>
      </w:r>
      <w:r>
        <w:rPr>
          <w:sz w:val="20"/>
        </w:rPr>
        <w:t>42:45  One, patience. And the second, compassion.</w:t>
      </w:r>
      <w:r>
        <w:br/>
      </w:r>
      <w:r>
        <w:rPr>
          <w:sz w:val="20"/>
        </w:rPr>
        <w:t>42:54  Now the question is what is the relationship between these two principles?</w:t>
      </w:r>
      <w:r>
        <w:br/>
      </w:r>
      <w:r>
        <w:rPr>
          <w:sz w:val="20"/>
        </w:rPr>
        <w:t>43:01  Why is patience needed? Because the reason is that if you have no patience, you cannot keep compassion.</w:t>
      </w:r>
      <w:r>
        <w:br/>
      </w:r>
      <w:r>
        <w:rPr>
          <w:sz w:val="20"/>
        </w:rPr>
        <w:t>43:18  You cannot follow the principle of compassion.</w:t>
      </w:r>
      <w:r>
        <w:br/>
      </w:r>
      <w:r>
        <w:rPr>
          <w:sz w:val="20"/>
        </w:rPr>
        <w:t>43:24  If you have no patience, then it is impossible to follow the way of compassion.</w:t>
      </w:r>
      <w:r>
        <w:br/>
      </w:r>
      <w:r>
        <w:rPr>
          <w:sz w:val="20"/>
        </w:rPr>
        <w:t>43:35  Why</w:t>
      </w:r>
      <w:r>
        <w:br/>
      </w:r>
      <w:r>
        <w:rPr>
          <w:sz w:val="20"/>
        </w:rPr>
        <w:t>43:36  ? Because in this world, every time there are</w:t>
      </w:r>
      <w:r>
        <w:br/>
      </w:r>
      <w:r>
        <w:rPr>
          <w:sz w:val="20"/>
        </w:rPr>
        <w:t>43:42  sad experiences, every time there are negative experiences.</w:t>
      </w:r>
      <w:r>
        <w:br/>
      </w:r>
      <w:r>
        <w:rPr>
          <w:sz w:val="20"/>
        </w:rPr>
        <w:t>43:51  So how you can in such a situation, how you can follow the principle of compassion towards others?</w:t>
      </w:r>
      <w:r>
        <w:br/>
      </w:r>
      <w:r>
        <w:rPr>
          <w:sz w:val="20"/>
        </w:rPr>
        <w:t>44:03  So only through patience. You have to be patient.</w:t>
      </w:r>
      <w:r>
        <w:br/>
      </w:r>
      <w:r>
        <w:rPr>
          <w:sz w:val="20"/>
        </w:rPr>
        <w:t>44:13  So your formula so the formula is that although others give you some sad experience,</w:t>
      </w:r>
      <w:r>
        <w:br/>
      </w:r>
      <w:r>
        <w:rPr>
          <w:sz w:val="20"/>
        </w:rPr>
        <w:t>44:29  but you have to keep compassion towards others.</w:t>
      </w:r>
      <w:r>
        <w:br/>
      </w:r>
      <w:r>
        <w:rPr>
          <w:sz w:val="20"/>
        </w:rPr>
        <w:t>44:37  Compassion without reward. Compassion without any return.</w:t>
      </w:r>
      <w:r>
        <w:br/>
      </w:r>
      <w:r>
        <w:rPr>
          <w:sz w:val="20"/>
        </w:rPr>
        <w:t>44:47  This kind of compassion for this kind of compassion,</w:t>
      </w:r>
      <w:r>
        <w:br/>
      </w:r>
      <w:r>
        <w:rPr>
          <w:sz w:val="20"/>
        </w:rPr>
        <w:t>44:56  it is necessary to be patient.</w:t>
      </w:r>
      <w:r>
        <w:br/>
      </w:r>
      <w:r>
        <w:rPr>
          <w:sz w:val="20"/>
        </w:rPr>
        <w:t>45:01  It requires unilateral ethics. It requires unilateral kind of compassion.</w:t>
      </w:r>
      <w:r>
        <w:br/>
      </w:r>
      <w:r>
        <w:rPr>
          <w:sz w:val="20"/>
        </w:rPr>
        <w:t>45:14  You are living in thorns. Our world is a world of thorns. Every time we have experience of bushes, experience of thorns.</w:t>
      </w:r>
      <w:r>
        <w:br/>
      </w:r>
      <w:r>
        <w:rPr>
          <w:sz w:val="20"/>
        </w:rPr>
        <w:t>45:30  So how one can live as a flower</w:t>
      </w:r>
      <w:r>
        <w:br/>
      </w:r>
      <w:r>
        <w:rPr>
          <w:sz w:val="20"/>
        </w:rPr>
        <w:t>45:34  ? Only through ignorance, through patience. You have to ignore the presence of thorns.</w:t>
      </w:r>
      <w:r>
        <w:br/>
      </w:r>
      <w:r>
        <w:rPr>
          <w:sz w:val="20"/>
        </w:rPr>
        <w:t>45:46  You have to ignore the presence of bushes. Then it is possible to live as a flower.</w:t>
      </w:r>
      <w:r>
        <w:br/>
      </w:r>
      <w:r>
        <w:rPr>
          <w:sz w:val="20"/>
        </w:rPr>
        <w:t>46:00  So moral behavior means living in your society like a flower.</w:t>
      </w:r>
      <w:r>
        <w:br/>
      </w:r>
      <w:r>
        <w:rPr>
          <w:sz w:val="20"/>
        </w:rPr>
        <w:t>46:11  So you have to ignore all those thorns. Otherwise, you cannot follow this principle.</w:t>
      </w:r>
      <w:r>
        <w:br/>
      </w:r>
      <w:r>
        <w:rPr>
          <w:sz w:val="20"/>
        </w:rPr>
        <w:t>46:22  So the Qur'an says, "Wa tawaso bi-sabre, wa tawaso bil-marhamah." Believers are those who kept patience and</w:t>
      </w:r>
      <w:r>
        <w:br/>
      </w:r>
      <w:r>
        <w:rPr>
          <w:sz w:val="20"/>
        </w:rPr>
        <w:t>46:43  followed the way of compassion.</w:t>
      </w:r>
      <w:r>
        <w:br/>
      </w:r>
      <w:r>
        <w:rPr>
          <w:sz w:val="20"/>
        </w:rPr>
        <w:t>46:50  So patience is very much part of the compassion, just like a flower. A flower is a part of a thorn.</w:t>
      </w:r>
      <w:r>
        <w:br/>
      </w:r>
      <w:r>
        <w:rPr>
          <w:sz w:val="20"/>
        </w:rPr>
        <w:t>47:02  Where there is a flower, there are thorns. Where there is a thorn, there are flowers.</w:t>
      </w:r>
      <w:r>
        <w:br/>
      </w:r>
      <w:r>
        <w:rPr>
          <w:sz w:val="20"/>
        </w:rPr>
        <w:t>47:10  So thorn is also an integral part of a flower. So living as a flower means</w:t>
      </w:r>
      <w:r>
        <w:br/>
      </w:r>
      <w:r>
        <w:rPr>
          <w:sz w:val="20"/>
        </w:rPr>
        <w:t>47:24  tolerating without tolerance, you cannot live as a flower. This is the formula of life.</w:t>
      </w:r>
      <w:r>
        <w:br/>
      </w:r>
      <w:r>
        <w:rPr>
          <w:sz w:val="20"/>
        </w:rPr>
        <w:t>47:33  This is the art of life.</w:t>
      </w:r>
      <w:r>
        <w:br/>
      </w:r>
      <w:r>
        <w:rPr>
          <w:sz w:val="20"/>
        </w:rPr>
        <w:t>47:39  So the Qur'an says, "Wa tawaso bi-sabre, wa tawaso bil-marhamah." True believers are those who keep patience,</w:t>
      </w:r>
      <w:r>
        <w:br/>
      </w:r>
      <w:r>
        <w:rPr>
          <w:sz w:val="20"/>
        </w:rPr>
        <w:t>47:53  who forgive people, who tolerate people, who ignore all those nuisance,</w:t>
      </w:r>
    </w:p>
    <w:p>
      <w:pPr>
        <w:pStyle w:val="Heading2"/>
      </w:pPr>
      <w:r>
        <w:t>Quran's revelation timeline and unmatched preservation</w:t>
      </w:r>
    </w:p>
    <w:p>
      <w:r>
        <w:rPr>
          <w:color w:val="666666"/>
          <w:sz w:val="18"/>
        </w:rPr>
        <w:t>Dars e Quran December 5, 2006 Maulana Wahiduddin Khan · 2m 17s · at 0:36 · https://youtu.be/09Bs9GKXrL0?t=36</w:t>
      </w:r>
    </w:p>
    <w:p>
      <w:r>
        <w:rPr>
          <w:i/>
        </w:rPr>
        <w:t>“یہ قرآن کا درس ہے، قرآن خدا کی آخری الہامی کتاب ہے”</w:t>
      </w:r>
    </w:p>
    <w:p>
      <w:r>
        <w:rPr>
          <w:sz w:val="20"/>
        </w:rPr>
        <w:t>0:36  yeh quran ka dars hai.</w:t>
      </w:r>
      <w:r>
        <w:br/>
      </w:r>
      <w:r>
        <w:rPr>
          <w:sz w:val="20"/>
        </w:rPr>
        <w:t>0:42  quran</w:t>
      </w:r>
      <w:r>
        <w:br/>
      </w:r>
      <w:r>
        <w:rPr>
          <w:sz w:val="20"/>
        </w:rPr>
        <w:t>0:47  khuda ki aakhri ilhami kitab hai.</w:t>
      </w:r>
      <w:r>
        <w:br/>
      </w:r>
      <w:r>
        <w:rPr>
          <w:sz w:val="20"/>
        </w:rPr>
        <w:t>0:52  khuda ne is se pehle bhi kai kitabein apne peghambaron ke wastay se bhejeen, lekin woh kitabein</w:t>
      </w:r>
      <w:r>
        <w:br/>
      </w:r>
      <w:r>
        <w:rPr>
          <w:sz w:val="20"/>
        </w:rPr>
        <w:t>1:09  mehfooz na reh sakeen.</w:t>
      </w:r>
      <w:r>
        <w:br/>
      </w:r>
      <w:r>
        <w:rPr>
          <w:sz w:val="20"/>
        </w:rPr>
        <w:t>1:12  yeh kitabein ya to ab maujood nahi hain, ya agar maujood hain to in mein to woh badli hui shakal mein hain. original shakal mein koi kitab pehle wali aaj pai nahi jati.</w:t>
      </w:r>
      <w:r>
        <w:br/>
      </w:r>
      <w:r>
        <w:rPr>
          <w:sz w:val="20"/>
        </w:rPr>
        <w:t>1:28  quran in sab kitabon mein aik hi aisi kitab hai, ilhami kitab, jo apni original shakal mein aaj bhi preserve hai, preserve form mein maujood hai.</w:t>
      </w:r>
      <w:r>
        <w:br/>
      </w:r>
      <w:r>
        <w:rPr>
          <w:sz w:val="20"/>
        </w:rPr>
        <w:t>1:44  quran</w:t>
      </w:r>
      <w:r>
        <w:br/>
      </w:r>
      <w:r>
        <w:rPr>
          <w:sz w:val="20"/>
        </w:rPr>
        <w:t>1:48  610 isvi mein utarna shuru hua. is ke woh quran aik aik kitab ki surat mein nahi utra, balkeh jis ko kaha jata hai ke najman najman, yani fragmentary way mein utra,</w:t>
      </w:r>
      <w:r>
        <w:br/>
      </w:r>
      <w:r>
        <w:rPr>
          <w:sz w:val="20"/>
        </w:rPr>
        <w:t>2:09  situation ke mutabiq. to 610 isvi mein utarna shuru hua aur 623 isvi mein khatam hua.</w:t>
      </w:r>
      <w:r>
        <w:br/>
      </w:r>
      <w:r>
        <w:rPr>
          <w:sz w:val="20"/>
        </w:rPr>
        <w:t>2:23  to 23 saal mein yeh wahi mukammal hui</w:t>
      </w:r>
      <w:r>
        <w:br/>
      </w:r>
      <w:r>
        <w:rPr>
          <w:sz w:val="20"/>
        </w:rPr>
        <w:t>2:30  . quran mein kul</w:t>
      </w:r>
      <w:r>
        <w:br/>
      </w:r>
      <w:r>
        <w:rPr>
          <w:sz w:val="20"/>
        </w:rPr>
        <w:t>2:35  114, yani 114 suratein hain, ya chapters keh sakte hain aap in ko. aur quran mein jo verses hain, yani ayat, un ki tadad taqreeban saade chhe hazar hai.</w:t>
      </w:r>
    </w:p>
    <w:p>
      <w:pPr>
        <w:pStyle w:val="Heading2"/>
      </w:pPr>
      <w:r>
        <w:t>Positive thinking and prophetic response to persecution</w:t>
      </w:r>
    </w:p>
    <w:p>
      <w:r>
        <w:rPr>
          <w:color w:val="666666"/>
          <w:sz w:val="18"/>
        </w:rPr>
        <w:t>Prophet of Islam as a Model for Mankind August 31, 2007 · 5m 11s · at 48:26 · https://youtu.be/UKUzH7_OjKM?t=2906</w:t>
      </w:r>
    </w:p>
    <w:p>
      <w:r>
        <w:rPr>
          <w:i/>
        </w:rPr>
        <w:t>“Then the Prophet of Islam gave a very important formula of positive thinking.”</w:t>
      </w:r>
    </w:p>
    <w:p>
      <w:r>
        <w:rPr>
          <w:sz w:val="20"/>
        </w:rPr>
        <w:t>48:26  Then the Prophet of Islam gave a very important formula of positive thinking.</w:t>
      </w:r>
      <w:r>
        <w:br/>
      </w:r>
      <w:r>
        <w:rPr>
          <w:sz w:val="20"/>
        </w:rPr>
        <w:t>48:35  He told us that the most important</w:t>
      </w:r>
      <w:r>
        <w:br/>
      </w:r>
      <w:r>
        <w:rPr>
          <w:sz w:val="20"/>
        </w:rPr>
        <w:t>48:40  asset of a man is positive thinking.</w:t>
      </w:r>
      <w:r>
        <w:br/>
      </w:r>
      <w:r>
        <w:rPr>
          <w:sz w:val="20"/>
        </w:rPr>
        <w:t>48:47  Negative thinking is the greatest evil. And positive thinking is the greatest asset.</w:t>
      </w:r>
      <w:r>
        <w:br/>
      </w:r>
      <w:r>
        <w:rPr>
          <w:sz w:val="20"/>
        </w:rPr>
        <w:t>48:56  Now, what is the formula of positive thinking</w:t>
      </w:r>
      <w:r>
        <w:br/>
      </w:r>
      <w:r>
        <w:rPr>
          <w:sz w:val="20"/>
        </w:rPr>
        <w:t>49:01  ? Because you know we live in a society where every moment there are some unpleasant situations.</w:t>
      </w:r>
      <w:r>
        <w:br/>
      </w:r>
      <w:r>
        <w:rPr>
          <w:sz w:val="20"/>
        </w:rPr>
        <w:t>49:12  In our society, every moment there are some provocations, some losses, different kinds of</w:t>
      </w:r>
      <w:r>
        <w:br/>
      </w:r>
      <w:r>
        <w:rPr>
          <w:sz w:val="20"/>
        </w:rPr>
        <w:t>49:29  negative experiences, sad experiences. So what to do?</w:t>
      </w:r>
      <w:r>
        <w:br/>
      </w:r>
      <w:r>
        <w:rPr>
          <w:sz w:val="20"/>
        </w:rPr>
        <w:t>49:35  So the Prophet of Islam gave us a very important formula. That is patience, sabr. Sabr is a very important formula in the Quran.</w:t>
      </w:r>
      <w:r>
        <w:br/>
      </w:r>
      <w:r>
        <w:rPr>
          <w:sz w:val="20"/>
        </w:rPr>
        <w:t>49:48  Be patient. Ignore all these things.</w:t>
      </w:r>
      <w:r>
        <w:br/>
      </w:r>
      <w:r>
        <w:rPr>
          <w:sz w:val="20"/>
        </w:rPr>
        <w:t>49:54  When you cannot remove all these unpleasant situations, so you have to tolerate. You have to forgive.</w:t>
      </w:r>
      <w:r>
        <w:br/>
      </w:r>
      <w:r>
        <w:rPr>
          <w:sz w:val="20"/>
        </w:rPr>
        <w:t>50:04  You have to ignore. So the Prophet—so the formula of the Prophet of Islam was that</w:t>
      </w:r>
      <w:r>
        <w:br/>
      </w:r>
      <w:r>
        <w:rPr>
          <w:sz w:val="20"/>
        </w:rPr>
        <w:t>50:15  ignore all those negative items. Then you will be able to live a positive person.</w:t>
      </w:r>
      <w:r>
        <w:br/>
      </w:r>
      <w:r>
        <w:rPr>
          <w:sz w:val="20"/>
        </w:rPr>
        <w:t>50:30  We are created as a superhuman being. Our mind has great capacity. Our mind has great, great capacity.</w:t>
      </w:r>
      <w:r>
        <w:br/>
      </w:r>
      <w:r>
        <w:rPr>
          <w:sz w:val="20"/>
        </w:rPr>
        <w:t>50:43  Our mind is—our mind is able to convert negativity into positivity.</w:t>
      </w:r>
      <w:r>
        <w:br/>
      </w:r>
      <w:r>
        <w:rPr>
          <w:sz w:val="20"/>
        </w:rPr>
        <w:t>50:55  One German scholar has said that he studied human beings.</w:t>
      </w:r>
      <w:r>
        <w:br/>
      </w:r>
      <w:r>
        <w:rPr>
          <w:sz w:val="20"/>
        </w:rPr>
        <w:t>51:04  He studied the psychology, science of man. And the most strange thing he found was that man has enormous capacity,</w:t>
      </w:r>
      <w:r>
        <w:br/>
      </w:r>
      <w:r>
        <w:rPr>
          <w:sz w:val="20"/>
        </w:rPr>
        <w:t>51:19  unique capacity. Man has the power to turn his minus into a plus.</w:t>
      </w:r>
      <w:r>
        <w:br/>
      </w:r>
      <w:r>
        <w:rPr>
          <w:sz w:val="20"/>
        </w:rPr>
        <w:t>51:29  Man has the power to turn his minus into a plus. This is the unique capacity of man.</w:t>
      </w:r>
      <w:r>
        <w:br/>
      </w:r>
      <w:r>
        <w:rPr>
          <w:sz w:val="20"/>
        </w:rPr>
        <w:t>51:39  So this is the only formula of positive life. You have to ignore negativity.</w:t>
      </w:r>
      <w:r>
        <w:br/>
      </w:r>
      <w:r>
        <w:rPr>
          <w:sz w:val="20"/>
        </w:rPr>
        <w:t>51:51  You have to try to convert negativity into positivity through patience, through ignorance, through avoidance.</w:t>
      </w:r>
      <w:r>
        <w:br/>
      </w:r>
      <w:r>
        <w:rPr>
          <w:sz w:val="20"/>
        </w:rPr>
        <w:t>52:09  I think that the Prophet of Islam was the greatest positive thinker in the history.</w:t>
      </w:r>
      <w:r>
        <w:br/>
      </w:r>
      <w:r>
        <w:rPr>
          <w:sz w:val="20"/>
        </w:rPr>
        <w:t>52:19  The Prophet of Islam was the greatest thinker, greatest positive thinker of human history.</w:t>
      </w:r>
      <w:r>
        <w:br/>
      </w:r>
      <w:r>
        <w:rPr>
          <w:sz w:val="20"/>
        </w:rPr>
        <w:t>52:31  You see, the Prophet of Islam was born in Makkah. He started his mission in Makkah.</w:t>
      </w:r>
      <w:r>
        <w:br/>
      </w:r>
      <w:r>
        <w:rPr>
          <w:sz w:val="20"/>
        </w:rPr>
        <w:t>52:41  At that time, Makkah people were idol worshippers. They were idol worshippers. So they turned hostile.</w:t>
      </w:r>
      <w:r>
        <w:br/>
      </w:r>
      <w:r>
        <w:rPr>
          <w:sz w:val="20"/>
        </w:rPr>
        <w:t>52:54  They inflicted all kinds of atrocities.</w:t>
      </w:r>
      <w:r>
        <w:br/>
      </w:r>
      <w:r>
        <w:rPr>
          <w:sz w:val="20"/>
        </w:rPr>
        <w:t>53:02  Even they wanted to kill him. In such a situation, he was compelled to leave Makkah.</w:t>
      </w:r>
      <w:r>
        <w:br/>
      </w:r>
      <w:r>
        <w:rPr>
          <w:sz w:val="20"/>
        </w:rPr>
        <w:t>53:13  So he migrated from Makkah and settled in Madinah. So when he reached Madinah, the address was there.</w:t>
      </w:r>
      <w:r>
        <w:br/>
      </w:r>
      <w:r>
        <w:rPr>
          <w:sz w:val="20"/>
        </w:rPr>
        <w:t>53:25  His first address is present in books. You can read his first address he delivered in Madinah.</w:t>
      </w:r>
    </w:p>
    <w:p>
      <w:pPr>
        <w:pStyle w:val="Heading2"/>
      </w:pPr>
      <w:r>
        <w:t>What a crisis is and how to manage one</w:t>
      </w:r>
    </w:p>
    <w:p>
      <w:r>
        <w:rPr>
          <w:color w:val="666666"/>
          <w:sz w:val="18"/>
        </w:rPr>
        <w:t>The Crises Management September 18, 2011 · 5m 18s · at 1:27 · https://youtu.be/s3cYFtQZwzw?t=87</w:t>
      </w:r>
    </w:p>
    <w:p>
      <w:r>
        <w:rPr>
          <w:i/>
        </w:rPr>
        <w:t>“What is a crisis?”</w:t>
      </w:r>
    </w:p>
    <w:p>
      <w:r>
        <w:rPr>
          <w:sz w:val="20"/>
        </w:rPr>
        <w:t>1:27  crisis kya hai?</w:t>
      </w:r>
      <w:r>
        <w:br/>
      </w:r>
      <w:r>
        <w:rPr>
          <w:sz w:val="20"/>
        </w:rPr>
        <w:t>1:30  kraisiz darasal wahi cheez hai jis ko hum "problem" kehte hain. agar problem aam qisam ka ho to wo sirf problem rahe ga.</w:t>
      </w:r>
      <w:r>
        <w:br/>
      </w:r>
      <w:r>
        <w:rPr>
          <w:sz w:val="20"/>
        </w:rPr>
        <w:t>1:44  agar problem bohat complex ho, naya ho, is ka solution na samajh mein aata ho, then it is kraisiz.</w:t>
      </w:r>
      <w:r>
        <w:br/>
      </w:r>
      <w:r>
        <w:rPr>
          <w:sz w:val="20"/>
        </w:rPr>
        <w:t>1:53  jaise mein misaal doon, aik shakhs yahan aata hai, is ko oopar is floor par pohnchna hai. ab wo aa ke dekhta hai ke yahan deewarein hain,</w:t>
      </w:r>
      <w:r>
        <w:br/>
      </w:r>
      <w:r>
        <w:rPr>
          <w:sz w:val="20"/>
        </w:rPr>
        <w:t>2:07  is ko seerhi ka pata nahi, stair ka pata nahi. ab idhar udhar wo uchal kood karne lage, to</w:t>
      </w:r>
      <w:r>
        <w:br/>
      </w:r>
      <w:r>
        <w:rPr>
          <w:sz w:val="20"/>
        </w:rPr>
        <w:t>2:19  kraisiz ko manage nahi kar paya wo.</w:t>
      </w:r>
      <w:r>
        <w:br/>
      </w:r>
      <w:r>
        <w:rPr>
          <w:sz w:val="20"/>
        </w:rPr>
        <w:t>2:23  agar wo dhoond kar seerhi ka pata kar le aur seerhiyon par charh ke oopar aa jaye, then he manage the kraisiz successfully.</w:t>
      </w:r>
      <w:r>
        <w:br/>
      </w:r>
      <w:r>
        <w:rPr>
          <w:sz w:val="20"/>
        </w:rPr>
        <w:t>2:37  aise hi farz kiye ke aap road par apni gaari chala rahe hain, samne se aik aur car aye gi.</w:t>
      </w:r>
      <w:r>
        <w:br/>
      </w:r>
      <w:r>
        <w:rPr>
          <w:sz w:val="20"/>
        </w:rPr>
        <w:t>2:47  ab dono aamne samne hain.</w:t>
      </w:r>
      <w:r>
        <w:br/>
      </w:r>
      <w:r>
        <w:rPr>
          <w:sz w:val="20"/>
        </w:rPr>
        <w:t>2:50  wo horn baja raha hai, aap horn baja rahe hain. to is ka matlab hai ke aap problem ko solve nahi kar sake. wo kraisiz ban jaye ga, dead lock ban gaya.</w:t>
      </w:r>
      <w:r>
        <w:br/>
      </w:r>
      <w:r>
        <w:rPr>
          <w:sz w:val="20"/>
        </w:rPr>
        <w:t>3:04  lekin agar aap yeh sochein ke wo agar galat chal raha hai, chal raha hai to ab mein to apne side mein gaari moroon aur aage nikal jaon.</w:t>
      </w:r>
      <w:r>
        <w:br/>
      </w:r>
      <w:r>
        <w:rPr>
          <w:sz w:val="20"/>
        </w:rPr>
        <w:t>3:15  to ab aap ne kraisiz ko manage kar liya.</w:t>
      </w:r>
      <w:r>
        <w:br/>
      </w:r>
      <w:r>
        <w:rPr>
          <w:sz w:val="20"/>
        </w:rPr>
        <w:t>3:19  is ko kaha jata hai "defensive driving". defensive driving asal mein crisis management hi ka doosra naam hai.</w:t>
      </w:r>
      <w:r>
        <w:br/>
      </w:r>
      <w:r>
        <w:rPr>
          <w:sz w:val="20"/>
        </w:rPr>
        <w:t>3:31  to yeh situation hamesha zindagi mein pesh ati hai.</w:t>
      </w:r>
      <w:r>
        <w:br/>
      </w:r>
      <w:r>
        <w:rPr>
          <w:sz w:val="20"/>
        </w:rPr>
        <w:t>3:38  individual to aksar is ko solve kar leta hai, lekin jab qaumi satah par, nation ki satah par aaye to bohat kam hota hai aisa ke log solve kar lein.</w:t>
      </w:r>
      <w:r>
        <w:br/>
      </w:r>
      <w:r>
        <w:rPr>
          <w:sz w:val="20"/>
        </w:rPr>
        <w:t>3:52  aksar isi mein phans jate hain.</w:t>
      </w:r>
      <w:r>
        <w:br/>
      </w:r>
      <w:r>
        <w:rPr>
          <w:sz w:val="20"/>
        </w:rPr>
        <w:t>3:57  mein aap ko us waqt azani jo musalman hain, hamare maujooda muslim community jo hai, is ka case behad yahi hai ke wo kraisiz mein phansi hui hai.</w:t>
      </w:r>
      <w:r>
        <w:br/>
      </w:r>
      <w:r>
        <w:rPr>
          <w:sz w:val="20"/>
        </w:rPr>
        <w:t>4:10  they don't know how to manage their kraisiz.</w:t>
      </w:r>
      <w:r>
        <w:br/>
      </w:r>
      <w:r>
        <w:rPr>
          <w:sz w:val="20"/>
        </w:rPr>
        <w:t>4:16  halanke khud rasool Allah ke haan is ka model maujood hai, namoona maujood hai, history bhi maujood hai.</w:t>
      </w:r>
      <w:r>
        <w:br/>
      </w:r>
      <w:r>
        <w:rPr>
          <w:sz w:val="20"/>
        </w:rPr>
        <w:t>4:25  yani kraisiz ko manage karne ki misalein history mein maujood hain aur is ka model khud rasool Allah ke haan maujood hai.</w:t>
      </w:r>
      <w:r>
        <w:br/>
      </w:r>
      <w:r>
        <w:rPr>
          <w:sz w:val="20"/>
        </w:rPr>
        <w:t>4:36  magar abhi tak musalman phanse hue hain kraisiz mein,</w:t>
      </w:r>
      <w:r>
        <w:br/>
      </w:r>
      <w:r>
        <w:rPr>
          <w:sz w:val="20"/>
        </w:rPr>
        <w:t>4:48  is se nikal nahi pa rahe hain.</w:t>
      </w:r>
      <w:r>
        <w:br/>
      </w:r>
      <w:r>
        <w:rPr>
          <w:sz w:val="20"/>
        </w:rPr>
        <w:t>4:52  mein chand aik misaal deta hoon is ko clear karne ke liye ke kraisiz ko kaise manage kiya jata hai.</w:t>
      </w:r>
      <w:r>
        <w:br/>
      </w:r>
      <w:r>
        <w:rPr>
          <w:sz w:val="20"/>
        </w:rPr>
        <w:t>5:04  dekhein,</w:t>
      </w:r>
      <w:r>
        <w:br/>
      </w:r>
      <w:r>
        <w:rPr>
          <w:sz w:val="20"/>
        </w:rPr>
        <w:t>5:08  rasool Allah ka aik waqia hai aap ki zindagi ka ke makka se aap ja rahe the taif, aap ke sath barah hazar log the.</w:t>
      </w:r>
      <w:r>
        <w:br/>
      </w:r>
      <w:r>
        <w:rPr>
          <w:sz w:val="20"/>
        </w:rPr>
        <w:t>5:25  us zamane mein motor car nahi hua karti thi, na hawai jahaz hote the. to sarkein bhi nahi hoti thin.</w:t>
      </w:r>
      <w:r>
        <w:br/>
      </w:r>
      <w:r>
        <w:rPr>
          <w:sz w:val="20"/>
        </w:rPr>
        <w:t>5:34  chalte chalte aap ka qafila aik aisay maqam par pohncha jahan pahaar tha aur pahaar ke darmiyan aik ghaati thi, us ko kehte hain "pass pae double es".</w:t>
      </w:r>
      <w:r>
        <w:br/>
      </w:r>
      <w:r>
        <w:rPr>
          <w:sz w:val="20"/>
        </w:rPr>
        <w:t>5:51  zahir hai ke pass jo hai chaura to hota nahi, woh tang hota hai.</w:t>
      </w:r>
      <w:r>
        <w:br/>
      </w:r>
      <w:r>
        <w:rPr>
          <w:sz w:val="20"/>
        </w:rPr>
        <w:t>5:57  isi liye is ka naam logon ne rakha tha "alzaeqa". alzaeqa matlab tang.</w:t>
      </w:r>
      <w:r>
        <w:br/>
      </w:r>
      <w:r>
        <w:rPr>
          <w:sz w:val="20"/>
        </w:rPr>
        <w:t>6:05  log samajhte thay ke bas yeh tang hai. to jab wahan pohnche log to un ke samajh mein nahi aata tha ke is ko kaise paar karein, is tang rastay ko.</w:t>
      </w:r>
      <w:r>
        <w:br/>
      </w:r>
      <w:r>
        <w:rPr>
          <w:sz w:val="20"/>
        </w:rPr>
        <w:t>6:17  to rasool Allah ne bataya ke bohat aasan hai. ab tum phailay hue ho horizontal way mein, yani daayein baayein, to samajh mein nahi aata tumhare.</w:t>
      </w:r>
      <w:r>
        <w:br/>
      </w:r>
      <w:r>
        <w:rPr>
          <w:sz w:val="20"/>
        </w:rPr>
        <w:t>6:32  tum vertical way mein ho jao, yani qataar bana lo, qataar. to bohat aasani se paar ho sakte ho. that is crises management.</w:t>
      </w:r>
    </w:p>
    <w:p>
      <w:pPr>
        <w:pStyle w:val="Heading2"/>
      </w:pPr>
      <w:r>
        <w:t>America is materially strong but intellectually weak thesis</w:t>
      </w:r>
    </w:p>
    <w:p>
      <w:r>
        <w:rPr>
          <w:color w:val="666666"/>
          <w:sz w:val="18"/>
        </w:rPr>
        <w:t>America A Case of Spiritual Starvaltion July 7, 2011 · 5m 15s · at 0:49 · https://youtu.be/N8JYD2P3QYE?t=49</w:t>
      </w:r>
    </w:p>
    <w:p>
      <w:r>
        <w:rPr>
          <w:i/>
        </w:rPr>
        <w:t>“I just went to America for three weeks in June”</w:t>
      </w:r>
    </w:p>
    <w:p>
      <w:r>
        <w:rPr>
          <w:sz w:val="20"/>
        </w:rPr>
        <w:t>0:49  main abhi june ke mahine mein america, yani north america gaya tha. wahan par main teen haftay raha, to bohat sare experience hue,</w:t>
      </w:r>
      <w:r>
        <w:br/>
      </w:r>
      <w:r>
        <w:rPr>
          <w:sz w:val="20"/>
        </w:rPr>
        <w:t>1:08  bohat se logon se mila, institutions mein gaya, kai programs kiye. mera aakhri taassur yeh tha</w:t>
      </w:r>
      <w:r>
        <w:br/>
      </w:r>
      <w:r>
        <w:rPr>
          <w:sz w:val="20"/>
        </w:rPr>
        <w:t>1:22  america ke baray mein ke technologically they are strong, but spirituality, but spiritually they are, they are weak.</w:t>
      </w:r>
      <w:r>
        <w:br/>
      </w:r>
      <w:r>
        <w:rPr>
          <w:sz w:val="20"/>
        </w:rPr>
        <w:t>1:36  yani spiritual sense mein, spiritual ka matlab mera dekhein, intellectually spiritual, spiritual mein dekhein, koi mysterious cheez nahin hai.</w:t>
      </w:r>
      <w:r>
        <w:br/>
      </w:r>
      <w:r>
        <w:rPr>
          <w:sz w:val="20"/>
        </w:rPr>
        <w:t>1:48  to main kahunga ke yani technologically they are strong, but intellectually they are weak.</w:t>
      </w:r>
      <w:r>
        <w:br/>
      </w:r>
      <w:r>
        <w:rPr>
          <w:sz w:val="20"/>
        </w:rPr>
        <w:t>1:58  yeh bohat bara statement hai, lekin main apna tajurba yahi hai mera america ke baray mein.</w:t>
      </w:r>
      <w:r>
        <w:br/>
      </w:r>
      <w:r>
        <w:rPr>
          <w:sz w:val="20"/>
        </w:rPr>
        <w:t>2:08  main bohat sochta tha ke america ne aik aisi policy kyun ikhtiyar ki jo practicable nahin thi, chalne wali nahin thi.</w:t>
      </w:r>
      <w:r>
        <w:br/>
      </w:r>
      <w:r>
        <w:rPr>
          <w:sz w:val="20"/>
        </w:rPr>
        <w:t>2:22  to wahan kafi interaction hua, is se meri samajh mein baat aayi.</w:t>
      </w:r>
      <w:r>
        <w:br/>
      </w:r>
      <w:r>
        <w:rPr>
          <w:sz w:val="20"/>
        </w:rPr>
        <w:t>2:28  dekhiye, first world war aur second world war ke beech mein america ki policy thi: "the business of america is business".</w:t>
      </w:r>
      <w:r>
        <w:br/>
      </w:r>
      <w:r>
        <w:rPr>
          <w:sz w:val="20"/>
        </w:rPr>
        <w:t>2:41  lekin second world war ke baad unhon ne aik aur target rakha apna: "the business of america is global leadership".</w:t>
      </w:r>
      <w:r>
        <w:br/>
      </w:r>
      <w:r>
        <w:rPr>
          <w:sz w:val="20"/>
        </w:rPr>
        <w:t>2:55  main samajhta hoon ke yeh koi wisdom ki baat nahin thi, kyunke dekhiye, main aksar kaha karta hoon ke "politics is art of the possible".</w:t>
      </w:r>
      <w:r>
        <w:br/>
      </w:r>
      <w:r>
        <w:rPr>
          <w:sz w:val="20"/>
        </w:rPr>
        <w:t>3:10  is duniya mein koi bhi cheez, chahe politics ho ya non political, jo affairs hain, un ka mamla ho,</w:t>
      </w:r>
      <w:r>
        <w:br/>
      </w:r>
      <w:r>
        <w:rPr>
          <w:sz w:val="20"/>
        </w:rPr>
        <w:t>3:22  aap ko sab se pehle yeh dekhna parta hai ke practically what is possible and what is not possible.</w:t>
      </w:r>
      <w:r>
        <w:br/>
      </w:r>
      <w:r>
        <w:rPr>
          <w:sz w:val="20"/>
        </w:rPr>
        <w:t>3:33  jo yeh na dekha hai, isi ko mein kehta hoon ke woh wisdom se khaali hai. to dekhiye, business of America is business, yeh poori tarah possible tha.</w:t>
      </w:r>
      <w:r>
        <w:br/>
      </w:r>
      <w:r>
        <w:rPr>
          <w:sz w:val="20"/>
        </w:rPr>
        <w:t>3:46  kyun possible ka matlab yeh hai? is mein aap ka kisi se takrao nahi hota,</w:t>
      </w:r>
      <w:r>
        <w:br/>
      </w:r>
      <w:r>
        <w:rPr>
          <w:sz w:val="20"/>
        </w:rPr>
        <w:t>3:55  yeh give and take ka maamla hota hai. yaani aap duniya ko ek cheez de rahe hain, duniya se ek cheez le rahe hain, khareedna aur bechna, to woh is mein koi sawaal nahi hai impossible hone ka.</w:t>
      </w:r>
      <w:r>
        <w:br/>
      </w:r>
      <w:r>
        <w:rPr>
          <w:sz w:val="20"/>
        </w:rPr>
        <w:t>4:13  to khoob successful tha America,</w:t>
      </w:r>
      <w:r>
        <w:br/>
      </w:r>
      <w:r>
        <w:rPr>
          <w:sz w:val="20"/>
        </w:rPr>
        <w:t>4:16  jaise Japan successful hai. lekin world leadership, yeh yeh chalne wali cheez nahi hai, kyunke dekhiye, world leadership hamesha kya karti hai?</w:t>
      </w:r>
      <w:r>
        <w:br/>
      </w:r>
      <w:r>
        <w:rPr>
          <w:sz w:val="20"/>
        </w:rPr>
        <w:t>4:28  opposition paida karti hai. hamesha world leadership ka jo concept hai, is mein implicit hai opposition.</w:t>
      </w:r>
      <w:r>
        <w:br/>
      </w:r>
      <w:r>
        <w:rPr>
          <w:sz w:val="20"/>
        </w:rPr>
        <w:t>4:39  jab aap chahenge, yaani superiority haasil karna, ya aap chahenge doosron ke upar aap ko bartari ho ya dabdaba ho, aap chaudhri banein duniya ke, to kya hoga?</w:t>
      </w:r>
      <w:r>
        <w:br/>
      </w:r>
      <w:r>
        <w:rPr>
          <w:sz w:val="20"/>
        </w:rPr>
        <w:t>4:56  yahi hoga ke rivalry aayegi, opposition aayegi, doosra negative, doosra react karega. wahi hua</w:t>
      </w:r>
      <w:r>
        <w:br/>
      </w:r>
      <w:r>
        <w:rPr>
          <w:sz w:val="20"/>
        </w:rPr>
        <w:t>5:06  duniya mein. aap kahin bhi jaiye, America ke khilaaf logon ke andar negative feeling hai, sirf Muslim countries mein nahi, har jagah. pehle nahi tha aisa,</w:t>
      </w:r>
      <w:r>
        <w:br/>
      </w:r>
      <w:r>
        <w:rPr>
          <w:sz w:val="20"/>
        </w:rPr>
        <w:t>5:18  second world war se pehle aisa nahi tha. kyun? kabhi bhi koi bhi aadmi afford nahi kar sakta hai ke global leadership ka woh target rakhe aur us ko duniya ki taraf se opposition na mile.</w:t>
      </w:r>
      <w:r>
        <w:br/>
      </w:r>
      <w:r>
        <w:rPr>
          <w:sz w:val="20"/>
        </w:rPr>
        <w:t>5:41  yeh nahi ho sakta hai.</w:t>
      </w:r>
      <w:r>
        <w:br/>
      </w:r>
      <w:r>
        <w:rPr>
          <w:sz w:val="20"/>
        </w:rPr>
        <w:t>5:47  to aap dekhiye, pehle world second world war se pehle America khoob taraqqi kar raha tha, lekin second world war ke baad jo hai, barabar us ki economy jo hai,</w:t>
      </w:r>
      <w:r>
        <w:br/>
      </w:r>
      <w:r>
        <w:rPr>
          <w:sz w:val="20"/>
        </w:rPr>
        <w:t>6:01  down ho rahi hai.</w:t>
      </w:r>
    </w:p>
    <w:p>
      <w:pPr>
        <w:pStyle w:val="Heading2"/>
      </w:pPr>
      <w:r>
        <w:t>Suffering as blessing and eternal regret</w:t>
      </w:r>
    </w:p>
    <w:p>
      <w:r>
        <w:rPr>
          <w:color w:val="666666"/>
          <w:sz w:val="18"/>
        </w:rPr>
        <w:t>The Concept of Death in Islam 28 Aug, 2008 - Maulana Wahiduddin Khan · 3m 40s · at 39:23 · https://youtu.be/yv_tTj6lLBY?t=2363</w:t>
      </w:r>
    </w:p>
    <w:p>
      <w:r>
        <w:rPr>
          <w:i/>
        </w:rPr>
        <w:t>“Dekhiye ek log ke andar mein question rehta hai”</w:t>
      </w:r>
    </w:p>
    <w:p>
      <w:r>
        <w:rPr>
          <w:sz w:val="20"/>
        </w:rPr>
        <w:t>39:23  dekhen ek log ke andar mein question rehta hai ke duniya mein takleefen kyun hain bimari kyun hai koi ghareeb kyun hai suffering kyun hai to suffering jo hai mein samajhta hoon ke duniya mein jo suffering hai woh woh blessing hai blessing</w:t>
      </w:r>
      <w:r>
        <w:br/>
      </w:r>
      <w:r>
        <w:rPr>
          <w:sz w:val="20"/>
        </w:rPr>
        <w:t>39:45  safarang blesing hai</w:t>
      </w:r>
      <w:r>
        <w:br/>
      </w:r>
      <w:r>
        <w:rPr>
          <w:sz w:val="20"/>
        </w:rPr>
        <w:t>39:48  kyun blesing hai woh blesing in dis guys hai dunya ki har safring jo hai woh blesing in</w:t>
      </w:r>
      <w:r>
        <w:br/>
      </w:r>
      <w:r>
        <w:rPr>
          <w:sz w:val="20"/>
        </w:rPr>
        <w:t>39:55  dis guys hai kyun</w:t>
      </w:r>
      <w:r>
        <w:br/>
      </w:r>
      <w:r>
        <w:rPr>
          <w:sz w:val="20"/>
        </w:rPr>
        <w:t>39:58  woh pre death</w:t>
      </w:r>
      <w:r>
        <w:br/>
      </w:r>
      <w:r>
        <w:rPr>
          <w:sz w:val="20"/>
        </w:rPr>
        <w:t>40:03  warning hai pre death warning</w:t>
      </w:r>
      <w:r>
        <w:br/>
      </w:r>
      <w:r>
        <w:rPr>
          <w:sz w:val="20"/>
        </w:rPr>
        <w:t>40:08  maut se pehle khuda chahta hai ke aap sochen</w:t>
      </w:r>
      <w:r>
        <w:br/>
      </w:r>
      <w:r>
        <w:rPr>
          <w:sz w:val="20"/>
        </w:rPr>
        <w:t>40:11  maut se pehle khuda chahta hai ke aap paradise ko discover karen</w:t>
      </w:r>
      <w:r>
        <w:br/>
      </w:r>
      <w:r>
        <w:rPr>
          <w:sz w:val="20"/>
        </w:rPr>
        <w:t>40:16  maut se pehle khuda chahta hai ke aap sachai ko jaan len</w:t>
      </w:r>
      <w:r>
        <w:br/>
      </w:r>
      <w:r>
        <w:rPr>
          <w:sz w:val="20"/>
        </w:rPr>
        <w:t>40:21  taake achaanak jab maut ke baad aap ko woh dunya saamne aaye jo aanay wali hai</w:t>
      </w:r>
      <w:r>
        <w:br/>
      </w:r>
      <w:r>
        <w:rPr>
          <w:sz w:val="20"/>
        </w:rPr>
        <w:t>40:27  toh aap ko pachtana na pade</w:t>
      </w:r>
      <w:r>
        <w:br/>
      </w:r>
      <w:r>
        <w:rPr>
          <w:sz w:val="20"/>
        </w:rPr>
        <w:t>40:31  aap</w:t>
      </w:r>
      <w:r>
        <w:br/>
      </w:r>
      <w:r>
        <w:rPr>
          <w:sz w:val="20"/>
        </w:rPr>
        <w:t>40:31  yeh na kahen ke mind was a kaisa missed opportunity ke jo log duniya mein tayar hain na karen yahan jo opportunities hain us ko avail na karen achaanak jab maut ke baad jo nai duniya aaye gi un ke samne jahan hell hoga aur paradise hogi to woh kahen ge ke mind was a case of missed opportunity</w:t>
      </w:r>
      <w:r>
        <w:br/>
      </w:r>
      <w:r>
        <w:rPr>
          <w:sz w:val="20"/>
        </w:rPr>
        <w:t>40:59  main toh kaise mawaqe mujhe diye the khuda ne is ko avail nahi kar saka ab main hamesha</w:t>
      </w:r>
      <w:r>
        <w:br/>
      </w:r>
      <w:r>
        <w:rPr>
          <w:sz w:val="20"/>
        </w:rPr>
        <w:t>41:04  ke liye paradise se mehroom rahoon ga</w:t>
      </w:r>
      <w:r>
        <w:br/>
      </w:r>
      <w:r>
        <w:rPr>
          <w:sz w:val="20"/>
        </w:rPr>
        <w:t>41:09  mind was a case of missed opportunity</w:t>
      </w:r>
      <w:r>
        <w:br/>
      </w:r>
      <w:r>
        <w:rPr>
          <w:sz w:val="20"/>
        </w:rPr>
        <w:t>41:12  is anjaam se bachne ke liye</w:t>
      </w:r>
      <w:r>
        <w:br/>
      </w:r>
      <w:r>
        <w:rPr>
          <w:sz w:val="20"/>
        </w:rPr>
        <w:t>41:17  bible mein hai</w:t>
      </w:r>
      <w:r>
        <w:br/>
      </w:r>
      <w:r>
        <w:rPr>
          <w:sz w:val="20"/>
        </w:rPr>
        <w:t>41:20  ke jo log dunya mein divine law ko follow nahi karenge jo dunya mein apne aap ko</w:t>
      </w:r>
      <w:r>
        <w:br/>
      </w:r>
      <w:r>
        <w:rPr>
          <w:sz w:val="20"/>
        </w:rPr>
        <w:t>41:28  jannat ke liye tayyar nahi karenge toh kya hoga wahan</w:t>
      </w:r>
      <w:r>
        <w:br/>
      </w:r>
      <w:r>
        <w:rPr>
          <w:sz w:val="20"/>
        </w:rPr>
        <w:t>41:34  is mein lafz hai ke aag ki bhatti mein unhein jana padega jahan woh abad tak rote</w:t>
      </w:r>
      <w:r>
        <w:br/>
      </w:r>
      <w:r>
        <w:rPr>
          <w:sz w:val="20"/>
        </w:rPr>
        <w:t>41:41  aur daant peeste rahenge yeh</w:t>
      </w:r>
      <w:r>
        <w:br/>
      </w:r>
      <w:r>
        <w:rPr>
          <w:sz w:val="20"/>
        </w:rPr>
        <w:t>41:44  baibal ka yani alfaaz hain jahan unhein abad tak rona aur danat peesna hoga yani hasrat ek abdi hasrat kitni hai aap sochen kitni zyada dukh hoa admi ko hota hai admi ko jab us ko koi hasrat lahaq ho jaye kaf</w:t>
      </w:r>
      <w:r>
        <w:br/>
      </w:r>
      <w:r>
        <w:rPr>
          <w:sz w:val="20"/>
        </w:rPr>
        <w:t>42:07  mein is moqe ko avail nahi kar saka ek opportunity mere samne aayi thi mein us ko avail nahi kar saka</w:t>
      </w:r>
      <w:r>
        <w:br/>
      </w:r>
      <w:r>
        <w:rPr>
          <w:sz w:val="20"/>
        </w:rPr>
        <w:t>42:16  to yeh pre-death period jo hai woh ek opportunity hai jo log is ko avail na karen is opportunity ko to maut ke baad ki zindagi mein wahi hoga jo Bible mein hai ke abad tak rona aur danat peesna hoga</w:t>
      </w:r>
      <w:r>
        <w:br/>
      </w:r>
      <w:r>
        <w:rPr>
          <w:sz w:val="20"/>
        </w:rPr>
        <w:t>42:33  abad tak rona aur danat peesna hoga to dekhen</w:t>
      </w:r>
    </w:p>
    <w:p>
      <w:pPr>
        <w:pStyle w:val="Heading2"/>
      </w:pPr>
      <w:r>
        <w:t>History of travel, from walking to airplanes, breeds gratitude not hatred</w:t>
      </w:r>
    </w:p>
    <w:p>
      <w:r>
        <w:rPr>
          <w:color w:val="666666"/>
          <w:sz w:val="18"/>
        </w:rPr>
        <w:t>Material Science and Spiritual Science 20 May 2012 · 3m 55s · at 20:27 · https://youtu.be/4K6CxjThlxQ?t=1227</w:t>
      </w:r>
    </w:p>
    <w:p>
      <w:r>
        <w:rPr>
          <w:i/>
        </w:rPr>
        <w:t>“Jab main Turkey gaya to hawai jahaz se saat ghante mein pahunch gaya”</w:t>
      </w:r>
    </w:p>
    <w:p>
      <w:r>
        <w:rPr>
          <w:sz w:val="20"/>
        </w:rPr>
        <w:t>20:27  aise hi dekhen jab mein turki gaya to mein hawai jahaz se gaya ke saat ghante wahan pahunch gaya. to mein ne socha ke safar jo hai safar aik ajeeb o ghareeb nemat hai.</w:t>
      </w:r>
      <w:r>
        <w:br/>
      </w:r>
      <w:r>
        <w:rPr>
          <w:sz w:val="20"/>
        </w:rPr>
        <w:t>20:41  Allah taala ne quran mein farmaya ke</w:t>
      </w:r>
      <w:r>
        <w:br/>
      </w:r>
      <w:r>
        <w:rPr>
          <w:sz w:val="20"/>
        </w:rPr>
        <w:t>20:50  yaani insan ke liye Allah taala ka aik khaas yeh yeh blessing hai ke woh sawariyon par safar karta hai.</w:t>
      </w:r>
      <w:r>
        <w:br/>
      </w:r>
      <w:r>
        <w:rPr>
          <w:sz w:val="20"/>
        </w:rPr>
        <w:t>20:58  koi sher koi hathi sawari par safar nahi karte. yeh insan ki sifat hai ke woh sawari par safar karta hai. to aaj jab aap hawai jahaz par baith kar yahan se wahan jate hain to aasani se us ke peeche aik lambi tareekh hai.</w:t>
      </w:r>
      <w:r>
        <w:br/>
      </w:r>
      <w:r>
        <w:rPr>
          <w:sz w:val="20"/>
        </w:rPr>
        <w:t>21:14  bohat lambi tareekh. dekhen pehle insan kya karta tha? paon se safar</w:t>
      </w:r>
      <w:r>
        <w:br/>
      </w:r>
      <w:r>
        <w:rPr>
          <w:sz w:val="20"/>
        </w:rPr>
        <w:t>21:21  karta tha. paon ke paas paon ke siwa kuch aur nahi tha safar karne ke liye. kuch bhi nahi tha. paon se chal kar safar karna.</w:t>
      </w:r>
      <w:r>
        <w:br/>
      </w:r>
      <w:r>
        <w:rPr>
          <w:sz w:val="20"/>
        </w:rPr>
        <w:t>21:32  phir kya hua? bohat dinon ke baad insan ne ghore ko daryaft kiya. jangl mein bohat janwar the.</w:t>
      </w:r>
      <w:r>
        <w:br/>
      </w:r>
      <w:r>
        <w:rPr>
          <w:sz w:val="20"/>
        </w:rPr>
        <w:t>21:41  hathi, ghora, sher, bhalu, bhediya, geedar. yaani hazaron janwar</w:t>
      </w:r>
      <w:r>
        <w:br/>
      </w:r>
      <w:r>
        <w:rPr>
          <w:sz w:val="20"/>
        </w:rPr>
        <w:t>21:48  . phir kitna dil laga hoon ge aap ghor kijiye. yeh daryaft karne mein ke ghora bhediye sawari ke behtareen hain. yaani ghora jo hai custom based sawari hai.</w:t>
      </w:r>
      <w:r>
        <w:br/>
      </w:r>
      <w:r>
        <w:rPr>
          <w:sz w:val="20"/>
        </w:rPr>
        <w:t>21:59  jise Allah ne banaya usi liye ke aadmi is par baith kar sawari kare. lekin bohat dil lage hoon ge is ko. mudaten lagi hoon gi tab ja kar jangl ke ghore ko la kar unhon ne pala hoga.</w:t>
      </w:r>
      <w:r>
        <w:br/>
      </w:r>
      <w:r>
        <w:rPr>
          <w:sz w:val="20"/>
        </w:rPr>
        <w:t>22:12  aur is ko sawari ke liye istemal kiya hoga.</w:t>
      </w:r>
      <w:r>
        <w:br/>
      </w:r>
      <w:r>
        <w:rPr>
          <w:sz w:val="20"/>
        </w:rPr>
        <w:t>22:17  phir is ke baad kisi dimagh ne pehia ijad kiya. wheel. pehia. kaha jata hai ke pehia bohat badi daryaft hai insan ki.</w:t>
      </w:r>
      <w:r>
        <w:br/>
      </w:r>
      <w:r>
        <w:rPr>
          <w:sz w:val="20"/>
        </w:rPr>
        <w:t>22:27  pahiya daryaft hua to to phir gaari bani. insaan gaari par safar karne laga. phir karta raha karta raha karta yahan tak ke aap jante hain ke archimedes ke zamane mein hydrodynamics ka police mein daryaft hua.</w:t>
      </w:r>
      <w:r>
        <w:br/>
      </w:r>
      <w:r>
        <w:rPr>
          <w:sz w:val="20"/>
        </w:rPr>
        <w:t>22:43  acha is se pehle kashtiyan chalti theen. is se pehle kashtiyan chalti theen. to phir archimedes ne daryaft kiya jis ko kehte hain hydrodynamics.</w:t>
      </w:r>
      <w:r>
        <w:br/>
      </w:r>
      <w:r>
        <w:rPr>
          <w:sz w:val="20"/>
        </w:rPr>
        <w:t>22:57  to insaan ne daryaft kiya ke pani par hum apni sawari chala sakte hain. phir pani par sawari chalne lagi is ki. shuru mein chipu chala karte the chipu.</w:t>
      </w:r>
      <w:r>
        <w:br/>
      </w:r>
      <w:r>
        <w:rPr>
          <w:sz w:val="20"/>
        </w:rPr>
        <w:t>23:08  phir ek waqt aaya insaan kitni muddaten lagi hongi steam power daryaft kiya is ne</w:t>
      </w:r>
      <w:r>
        <w:br/>
      </w:r>
      <w:r>
        <w:rPr>
          <w:sz w:val="20"/>
        </w:rPr>
        <w:t>23:13  . steam power se kashtiyan chalayen is ne. steam ship bane. khane ke liye hum is tarah keh rahe hain lekin is ke liye muddaten lagen.</w:t>
      </w:r>
      <w:r>
        <w:br/>
      </w:r>
      <w:r>
        <w:rPr>
          <w:sz w:val="20"/>
        </w:rPr>
        <w:t>23:22  bohat log is se mare janen den qurbani den. steam ship par chalne lage log. phir automobile ka zamana aaya.</w:t>
      </w:r>
      <w:r>
        <w:br/>
      </w:r>
      <w:r>
        <w:rPr>
          <w:sz w:val="20"/>
        </w:rPr>
        <w:t>23:33  cars banin. aap car par safar karne lage. phir aviation ki science bani. aap hawai jahaz par safar karne lage.</w:t>
      </w:r>
      <w:r>
        <w:br/>
      </w:r>
      <w:r>
        <w:rPr>
          <w:sz w:val="20"/>
        </w:rPr>
        <w:t>23:42  phir space ki science insaan ne banai.</w:t>
      </w:r>
      <w:r>
        <w:br/>
      </w:r>
      <w:r>
        <w:rPr>
          <w:sz w:val="20"/>
        </w:rPr>
        <w:t>23:47  yani ek ek pura yani billion billion item hain jo insaan ne hazaron saal mein banaye taake aap aap ko ek civilization milay.</w:t>
      </w:r>
      <w:r>
        <w:br/>
      </w:r>
      <w:r>
        <w:rPr>
          <w:sz w:val="20"/>
        </w:rPr>
        <w:t>23:57  aap ko ek tamaddun milay. aap ko sare sahaba ne hayat milay. to jab main sochta hoon to main sochta hoon ke yeh to bilkul free de diya insaan ne mujhe.</w:t>
      </w:r>
      <w:r>
        <w:br/>
      </w:r>
      <w:r>
        <w:rPr>
          <w:sz w:val="20"/>
        </w:rPr>
        <w:t>24:09  main to kuch bhi nahi kar sakta.</w:t>
      </w:r>
      <w:r>
        <w:br/>
      </w:r>
      <w:r>
        <w:rPr>
          <w:sz w:val="20"/>
        </w:rPr>
        <w:t>24:12  to mere dil mein kabhi bhi kisi ke liye nafrat nahi aati. jis ne jab insaan ne mujhe itna zyada diya hai. yahi aainak hai dekhen.</w:t>
      </w:r>
    </w:p>
    <w:p>
      <w:pPr>
        <w:pStyle w:val="Heading2"/>
      </w:pPr>
      <w:r>
        <w:t>No individual or political movement ever achieves its dream</w:t>
      </w:r>
    </w:p>
    <w:p>
      <w:r>
        <w:rPr>
          <w:color w:val="666666"/>
          <w:sz w:val="18"/>
        </w:rPr>
        <w:t>The Search of Man July 7, 2013 · 4m 10s · at 3:08 · https://youtu.be/44_ud_OInuU?t=188</w:t>
      </w:r>
    </w:p>
    <w:p>
      <w:r>
        <w:rPr>
          <w:i/>
        </w:rPr>
        <w:t>“A young scientist built a university, then died at 35”</w:t>
      </w:r>
    </w:p>
    <w:p>
      <w:r>
        <w:rPr>
          <w:sz w:val="20"/>
        </w:rPr>
        <w:t>3:08  ek waqea tha South India ke ek scientist ka. us ne pehle India mein education hasil ki.</w:t>
      </w:r>
      <w:r>
        <w:br/>
      </w:r>
      <w:r>
        <w:rPr>
          <w:sz w:val="20"/>
        </w:rPr>
        <w:t>3:17  phir woh gaya US. wahan par us ne education apni poori ki. phir India mein aa kar ke South India mein woh ek scientific university bana raha tha.</w:t>
      </w:r>
      <w:r>
        <w:br/>
      </w:r>
      <w:r>
        <w:rPr>
          <w:sz w:val="20"/>
        </w:rPr>
        <w:t>3:30  bohat hi ambitious aadmi tha. bohat josh tha us ke andar. lekin sirf 35 years mein mar gaya hua.</w:t>
      </w:r>
      <w:r>
        <w:br/>
      </w:r>
      <w:r>
        <w:rPr>
          <w:sz w:val="20"/>
        </w:rPr>
        <w:t>3:40  less than 35 years mein mar gaya hua.</w:t>
      </w:r>
      <w:r>
        <w:br/>
      </w:r>
      <w:r>
        <w:rPr>
          <w:sz w:val="20"/>
        </w:rPr>
        <w:t>3:44  to main sochne laga ke koi individual shayad poori tareekh mein koi bhi individual apne khwab ko poora nahi kar pata.</w:t>
      </w:r>
      <w:r>
        <w:br/>
      </w:r>
      <w:r>
        <w:rPr>
          <w:sz w:val="20"/>
        </w:rPr>
        <w:t>3:55  koi bhi individual chahe badshah ho, chahe koi wali-e-deen ho, chahe scholar ho, koi bhi ho.</w:t>
      </w:r>
      <w:r>
        <w:br/>
      </w:r>
      <w:r>
        <w:rPr>
          <w:sz w:val="20"/>
        </w:rPr>
        <w:t>4:06  isi tarah main ne radio par suna ke Egypt ke halaat yani Misr ke halaat.</w:t>
      </w:r>
      <w:r>
        <w:br/>
      </w:r>
      <w:r>
        <w:rPr>
          <w:sz w:val="20"/>
        </w:rPr>
        <w:t>4:15  to Egypt ke halaat mein main ne dekha ke woh pichhle sau pichhle yani pichhle 60 baras se wahan par mar kat ho rahi hai.</w:t>
      </w:r>
      <w:r>
        <w:br/>
      </w:r>
      <w:r>
        <w:rPr>
          <w:sz w:val="20"/>
        </w:rPr>
        <w:t>4:30  aur abhi mein ne internet pe dekha to pichhle ek saal ke andar yaani Husni Mubarak ke regime mein aur Doctor Morsi sahib ke regime mein ek hazar taqreeban ek hazar aadmi mare gaye.</w:t>
      </w:r>
      <w:r>
        <w:br/>
      </w:r>
      <w:r>
        <w:rPr>
          <w:sz w:val="20"/>
        </w:rPr>
        <w:t>4:47  kaisi ajeeb baat hai.</w:t>
      </w:r>
      <w:r>
        <w:br/>
      </w:r>
      <w:r>
        <w:rPr>
          <w:sz w:val="20"/>
        </w:rPr>
        <w:t>4:52  Misr mein Ikhwan Muslimoon 60 saal se kaam kar rahe hain. Unke leader the.</w:t>
      </w:r>
      <w:r>
        <w:br/>
      </w:r>
      <w:r>
        <w:rPr>
          <w:sz w:val="20"/>
        </w:rPr>
        <w:t>5:07  Unke leader leader the Syed Qutb. Unho'n ne ek kitaab likhi hai "Al-Adalat Al-Ijtimaiya fil Islam" yaani "Social Justice in Islam".</w:t>
      </w:r>
      <w:r>
        <w:br/>
      </w:r>
      <w:r>
        <w:rPr>
          <w:sz w:val="20"/>
        </w:rPr>
        <w:t>5:22  To unki party ne social justice qaim karne ko apna goal banaya hai.</w:t>
      </w:r>
      <w:r>
        <w:br/>
      </w:r>
      <w:r>
        <w:rPr>
          <w:sz w:val="20"/>
        </w:rPr>
        <w:t>5:29  To 60 baras mein social justice qaim nahi hua. Sirf maar kaat ho rahi hai. 1952 mein</w:t>
      </w:r>
      <w:r>
        <w:br/>
      </w:r>
      <w:r>
        <w:rPr>
          <w:sz w:val="20"/>
        </w:rPr>
        <w:t>5:42  King Farooq ke khilaaf revolt hua. Us waqt kuch mare gaye.</w:t>
      </w:r>
      <w:r>
        <w:br/>
      </w:r>
      <w:r>
        <w:rPr>
          <w:sz w:val="20"/>
        </w:rPr>
        <w:t>5:48  Phir General Najeeb ke khilaaf hua. Phir Jamal Abdul Nasser ke khilaaf hua.</w:t>
      </w:r>
      <w:r>
        <w:br/>
      </w:r>
      <w:r>
        <w:rPr>
          <w:sz w:val="20"/>
        </w:rPr>
        <w:t>5:57  Phir Anwar Sadat ke khilaaf hua. Phir Husni Mubarak ke khilaaf hua. Ab aap jante hain ke Doctor Muhammad Morsi ke khilaaf hua aur woh depose kar diye gaye.</w:t>
      </w:r>
      <w:r>
        <w:br/>
      </w:r>
      <w:r>
        <w:rPr>
          <w:sz w:val="20"/>
        </w:rPr>
        <w:t>6:10  To where is that social justice in Islam? Kahan hai woh? Qaim kyun nahi hua?</w:t>
      </w:r>
      <w:r>
        <w:br/>
      </w:r>
      <w:r>
        <w:rPr>
          <w:sz w:val="20"/>
        </w:rPr>
        <w:t>6:26  Yeh koi do waqea ki baat nahi hai. Aap apne aas paas dekhen. Khud apne bare mein dekhen. Koi bhi apna dream poora nahi kar pata.</w:t>
      </w:r>
      <w:r>
        <w:br/>
      </w:r>
      <w:r>
        <w:rPr>
          <w:sz w:val="20"/>
        </w:rPr>
        <w:t>6:37  Mar jata hai.</w:t>
      </w:r>
      <w:r>
        <w:br/>
      </w:r>
      <w:r>
        <w:rPr>
          <w:sz w:val="20"/>
        </w:rPr>
        <w:t>6:41  Yaani jo individuals hain woh apne individual level par chahte hain.</w:t>
      </w:r>
      <w:r>
        <w:br/>
      </w:r>
      <w:r>
        <w:rPr>
          <w:sz w:val="20"/>
        </w:rPr>
        <w:t>6:50  Nahi kar paate.</w:t>
      </w:r>
      <w:r>
        <w:br/>
      </w:r>
      <w:r>
        <w:rPr>
          <w:sz w:val="20"/>
        </w:rPr>
        <w:t>6:52  Jo bade bade leader hain jo partiyan hain woh socio-political level par chahte hain. Kuch kar nahi paate.</w:t>
      </w:r>
      <w:r>
        <w:br/>
      </w:r>
      <w:r>
        <w:rPr>
          <w:sz w:val="20"/>
        </w:rPr>
        <w:t>7:02  Woh phir phansa kar ke mar jaate hain. To mere zehen mein mein kyunke bahut zyada sochta hoon. Yeh sawal tha ke insaan kaise nakaam hai sari tareekh mein?</w:t>
      </w:r>
    </w:p>
    <w:p>
      <w:pPr>
        <w:pStyle w:val="Heading2"/>
      </w:pPr>
      <w:r>
        <w:t>Woodcutter king parable for dawah</w:t>
      </w:r>
    </w:p>
    <w:p>
      <w:r>
        <w:rPr>
          <w:color w:val="666666"/>
          <w:sz w:val="18"/>
        </w:rPr>
        <w:t>From the Spiritual Tree December 3, 2006 Maulana Wahiduddin Khan · 4m 27s · at 48:02 · https://youtu.be/2MrnmNMSEfs?t=2882</w:t>
      </w:r>
    </w:p>
    <w:p>
      <w:r>
        <w:rPr>
          <w:i/>
        </w:rPr>
        <w:t>“Ek raja tha, woh raja mar gaya”</w:t>
      </w:r>
    </w:p>
    <w:p>
      <w:r>
        <w:rPr>
          <w:sz w:val="20"/>
        </w:rPr>
        <w:t>48:02  ek raja tha. woh raja mar gaya to uska koi beta nahin tha. aap jantey hain ke rajaon ke haan raja marta tha to beta us ki jagah par gaddi par baithta tha.</w:t>
      </w:r>
      <w:r>
        <w:br/>
      </w:r>
      <w:r>
        <w:rPr>
          <w:sz w:val="20"/>
        </w:rPr>
        <w:t>48:18  to raja ki gaddi par baithne ke liye koi beta maujood nahin tha.</w:t>
      </w:r>
      <w:r>
        <w:br/>
      </w:r>
      <w:r>
        <w:rPr>
          <w:sz w:val="20"/>
        </w:rPr>
        <w:t>48:25  to kya hua? darbari log jo thay unhon ne mashwara kiya ke abhi kya kiya jaye? raja ka to koi beta hai nahin.</w:t>
      </w:r>
      <w:r>
        <w:br/>
      </w:r>
      <w:r>
        <w:rPr>
          <w:sz w:val="20"/>
        </w:rPr>
        <w:t>48:35  to unhon ne kaha acha aisa karo ke kal subah hum bohat sawere nikaltay hain jangal mein. bahar.</w:t>
      </w:r>
      <w:r>
        <w:br/>
      </w:r>
      <w:r>
        <w:rPr>
          <w:sz w:val="20"/>
        </w:rPr>
        <w:t>48:45  jo aadmi pehla mil jaye subah sawere bahar wohi hamara raja hoga. us ko la kar gaddi par bitha denge. to agley din subah sawere kafi sawere nikley woh log jangal ki taraf.</w:t>
      </w:r>
      <w:r>
        <w:br/>
      </w:r>
      <w:r>
        <w:rPr>
          <w:sz w:val="20"/>
        </w:rPr>
        <w:t>49:04  to ek ghareeb aadmi mil gaya.</w:t>
      </w:r>
      <w:r>
        <w:br/>
      </w:r>
      <w:r>
        <w:rPr>
          <w:sz w:val="20"/>
        </w:rPr>
        <w:t>49:09  jo lakri bechta tha. yeh uska kaam tha. jis ko hamare urdu mein kehtey hain lakrhara. lakrhare ko kya kehtey hain english mein?</w:t>
      </w:r>
      <w:r>
        <w:br/>
      </w:r>
      <w:r>
        <w:rPr>
          <w:sz w:val="20"/>
        </w:rPr>
        <w:t>49:22  lakrhara. lakrhara kehtey hain. lakri kaatna aur bechna. to us ko kehtey hain hamare lakrhara.</w:t>
      </w:r>
      <w:r>
        <w:br/>
      </w:r>
      <w:r>
        <w:rPr>
          <w:sz w:val="20"/>
        </w:rPr>
        <w:t>49:32  english mein shayad us ko kehtey hain lakrhara. to woh mil gaya. aur us se unhon ne kaha ke aaj se tum hamare raja ho.</w:t>
      </w:r>
      <w:r>
        <w:br/>
      </w:r>
      <w:r>
        <w:rPr>
          <w:sz w:val="20"/>
        </w:rPr>
        <w:t>49:48  us ne kaha mujhe maaf karo.</w:t>
      </w:r>
      <w:r>
        <w:br/>
      </w:r>
      <w:r>
        <w:rPr>
          <w:sz w:val="20"/>
        </w:rPr>
        <w:t>49:54  us ne kaha mujh se mazak kar rahey hain log. ke maaf karo mein to ek ghareeb aadmi hoon. lakri la kar bechta hoon. ek lakrhara hoon.</w:t>
      </w:r>
      <w:r>
        <w:br/>
      </w:r>
      <w:r>
        <w:rPr>
          <w:sz w:val="20"/>
        </w:rPr>
        <w:t>50:03  mujhe maaf kar do.</w:t>
      </w:r>
      <w:r>
        <w:br/>
      </w:r>
      <w:r>
        <w:rPr>
          <w:sz w:val="20"/>
        </w:rPr>
        <w:t>50:11  to darbarion ne kaha ke nahin. yahi hamara yeh hum ne faisla kiya hai. aur isi faisle ke mutabiq yahan aaye they hum.</w:t>
      </w:r>
      <w:r>
        <w:br/>
      </w:r>
      <w:r>
        <w:rPr>
          <w:sz w:val="20"/>
        </w:rPr>
        <w:t>50:21  ke jo subah sawere mil jaye wohi hamara raja hoga. to tum mil gaye ho to ab tum hi hamare raja ho.</w:t>
      </w:r>
      <w:r>
        <w:br/>
      </w:r>
      <w:r>
        <w:rPr>
          <w:sz w:val="20"/>
        </w:rPr>
        <w:t>50:36  to us ko pakad kar le gaye aur gaddi par bitha diya. to mujhe aisa lagta hai jab zahab ulma ho gaya. yeh sarey log dawat mission ke mahaz ko chhod kar chaley gaye.</w:t>
      </w:r>
      <w:r>
        <w:br/>
      </w:r>
      <w:r>
        <w:rPr>
          <w:sz w:val="20"/>
        </w:rPr>
        <w:t>50:49  parties ke qabristan mein. to shayad khuda ne apne farishton se kaha ke jao dhoondo kisi insaan ko. to mein jo libraryon mein guzarta tha.</w:t>
      </w:r>
      <w:r>
        <w:br/>
      </w:r>
      <w:r>
        <w:rPr>
          <w:sz w:val="20"/>
        </w:rPr>
        <w:t>51:04  aap ko bataon ke adam garh mein mehtah library thi. is mein mein ne mutala shuru kiya jadeed soch ko janne ke liye.</w:t>
      </w:r>
      <w:r>
        <w:br/>
      </w:r>
      <w:r>
        <w:rPr>
          <w:sz w:val="20"/>
        </w:rPr>
        <w:t>51:13  to wahan jab mein gaya to sab gard padi hui thi gard kitabon par. log aate thay sirf akhbar parh kar. news paper parh kar chale aate thay. kitab koi nahi parhta tha.</w:t>
      </w:r>
      <w:r>
        <w:br/>
      </w:r>
      <w:r>
        <w:rPr>
          <w:sz w:val="20"/>
        </w:rPr>
        <w:t>51:24  gard jhaar jhaar kar mein ne kitabein parhin. musannifeen ke kutub khane mein itni der tak mein ne parha hai ke wahan mein be hosh ho jata tha.</w:t>
      </w:r>
      <w:r>
        <w:br/>
      </w:r>
      <w:r>
        <w:rPr>
          <w:sz w:val="20"/>
        </w:rPr>
        <w:t>51:33  phir bhi parhta rehta tha. to shayad khuda ne apne farishton ko kaha hai jao. to unhon ne dekha ke khuda ek aadmi hai.</w:t>
      </w:r>
      <w:r>
        <w:br/>
      </w:r>
      <w:r>
        <w:rPr>
          <w:sz w:val="20"/>
        </w:rPr>
        <w:t>51:43  jis ki yeh zindagi hai ke tere deen ko samajhne ke liye woh libraryon mein be hosh ho raha hai. tere deen ko samajhne ke liye woh libraryon ki kitabon ko gard mein jhaar raha hai.</w:t>
      </w:r>
      <w:r>
        <w:br/>
      </w:r>
      <w:r>
        <w:rPr>
          <w:sz w:val="20"/>
        </w:rPr>
        <w:t>51:57  aur tere liye dua kar raha hai. mein raat din dua karta tha. raat din dua karta tha.</w:t>
      </w:r>
      <w:r>
        <w:br/>
      </w:r>
      <w:r>
        <w:rPr>
          <w:sz w:val="20"/>
        </w:rPr>
        <w:t>52:05  mein ne kabhi bhi kisi madi cheez ke liye dua nahi ki. hamesha yeh dua meri hoti thi ke khuda ya deen ka koi kaam mujh se le le. to shayad farishton ne mujhe utha kar gira kar yahan rakh diya.</w:t>
      </w:r>
      <w:r>
        <w:br/>
      </w:r>
      <w:r>
        <w:rPr>
          <w:sz w:val="20"/>
        </w:rPr>
        <w:t>52:18  to mein woh lakrahara hoon jis ne dawat mission ko shuru kiya.</w:t>
      </w:r>
      <w:r>
        <w:br/>
      </w:r>
      <w:r>
        <w:rPr>
          <w:sz w:val="20"/>
        </w:rPr>
        <w:t>52:24  aur Allah ke fazl se yahan tak pohancha.</w:t>
      </w:r>
    </w:p>
    <w:p>
      <w:pPr>
        <w:pStyle w:val="Heading2"/>
      </w:pPr>
      <w:r>
        <w:t>Sword to science: power shift</w:t>
      </w:r>
    </w:p>
    <w:p>
      <w:r>
        <w:rPr>
          <w:color w:val="666666"/>
          <w:sz w:val="18"/>
        </w:rPr>
        <w:t>Islam in the Changing World August 6, 2007 · 2m 32s · at 17:55 · https://youtu.be/lEhH4VDLSFY?t=1075</w:t>
      </w:r>
    </w:p>
    <w:p>
      <w:r>
        <w:rPr>
          <w:i/>
        </w:rPr>
        <w:t>“Before Renaissance, sword was the symbol of power.”</w:t>
      </w:r>
    </w:p>
    <w:p>
      <w:r>
        <w:rPr>
          <w:sz w:val="20"/>
        </w:rPr>
        <w:t>17:55  Before Renaissance, before Renaissance, sword was the symbol of power.</w:t>
      </w:r>
      <w:r>
        <w:br/>
      </w:r>
      <w:r>
        <w:rPr>
          <w:sz w:val="20"/>
        </w:rPr>
        <w:t>18:08  Before Renaissance, sword was the symbol of power. But after Renaissance, there was a great scientific revolution</w:t>
      </w:r>
      <w:r>
        <w:br/>
      </w:r>
      <w:r>
        <w:rPr>
          <w:sz w:val="20"/>
        </w:rPr>
        <w:t>18:23  . So after scientific revolution, knowledge became the symbol of power.</w:t>
      </w:r>
      <w:r>
        <w:br/>
      </w:r>
      <w:r>
        <w:rPr>
          <w:sz w:val="20"/>
        </w:rPr>
        <w:t>18:34  This is the basic difference.</w:t>
      </w:r>
      <w:r>
        <w:br/>
      </w:r>
      <w:r>
        <w:rPr>
          <w:sz w:val="20"/>
        </w:rPr>
        <w:t>18:39  In ancient days,</w:t>
      </w:r>
      <w:r>
        <w:br/>
      </w:r>
      <w:r>
        <w:rPr>
          <w:sz w:val="20"/>
        </w:rPr>
        <w:t>18:44  sword was the symbol of power. By using a sword, you were able to change the situation.</w:t>
      </w:r>
      <w:r>
        <w:br/>
      </w:r>
      <w:r>
        <w:rPr>
          <w:sz w:val="20"/>
        </w:rPr>
        <w:t>18:55  By using a sword, it was possible for you to become master of the situation.</w:t>
      </w:r>
      <w:r>
        <w:br/>
      </w:r>
      <w:r>
        <w:rPr>
          <w:sz w:val="20"/>
        </w:rPr>
        <w:t>19:06  Through a sword, it was possible for in that time that the sword can make you the master of the situation.</w:t>
      </w:r>
      <w:r>
        <w:br/>
      </w:r>
      <w:r>
        <w:rPr>
          <w:sz w:val="20"/>
        </w:rPr>
        <w:t>19:22  But now it is impossible.</w:t>
      </w:r>
      <w:r>
        <w:br/>
      </w:r>
      <w:r>
        <w:rPr>
          <w:sz w:val="20"/>
        </w:rPr>
        <w:t>19:25  Now science is the power. Technology is the power. Modern way of organization is the power. Knowledge is the power.</w:t>
      </w:r>
      <w:r>
        <w:br/>
      </w:r>
      <w:r>
        <w:rPr>
          <w:sz w:val="20"/>
        </w:rPr>
        <w:t>19:36  Learning is the power.</w:t>
      </w:r>
      <w:r>
        <w:br/>
      </w:r>
      <w:r>
        <w:rPr>
          <w:sz w:val="20"/>
        </w:rPr>
        <w:t>19:41  So now he is the master of the situation who</w:t>
      </w:r>
      <w:r>
        <w:br/>
      </w:r>
      <w:r>
        <w:rPr>
          <w:sz w:val="20"/>
        </w:rPr>
        <w:t>19:50  is</w:t>
      </w:r>
      <w:r>
        <w:br/>
      </w:r>
      <w:r>
        <w:rPr>
          <w:sz w:val="20"/>
        </w:rPr>
        <w:t>19:58  who is master of knowledge, master of science.</w:t>
      </w:r>
      <w:r>
        <w:br/>
      </w:r>
      <w:r>
        <w:rPr>
          <w:sz w:val="20"/>
        </w:rPr>
        <w:t>20:03  Now only those people are master of the situation who are master of modern sciences, master of modern technique.</w:t>
      </w:r>
      <w:r>
        <w:br/>
      </w:r>
      <w:r>
        <w:rPr>
          <w:sz w:val="20"/>
        </w:rPr>
        <w:t>20:21  It is this point that we have to understand</w:t>
      </w:r>
    </w:p>
    <w:p>
      <w:pPr>
        <w:pStyle w:val="Heading2"/>
      </w:pPr>
      <w:r>
        <w:t>Three conditions of tawba and human fallibility</w:t>
      </w:r>
    </w:p>
    <w:p>
      <w:r>
        <w:rPr>
          <w:color w:val="666666"/>
          <w:sz w:val="18"/>
        </w:rPr>
        <w:t>Collective Repentance I Feb 24, 2013 Maulana Wahiduddin Khan · 2m 09s · at 2:14 · https://youtu.be/lkkolxAL38c?t=134</w:t>
      </w:r>
    </w:p>
    <w:p>
      <w:r>
        <w:rPr>
          <w:i/>
        </w:rPr>
        <w:t>“Tawba ki teen conditions hain”</w:t>
      </w:r>
    </w:p>
    <w:p>
      <w:r>
        <w:rPr>
          <w:sz w:val="20"/>
        </w:rPr>
        <w:t>2:14  toba ki teen condition hain. aik hai nadamat.</w:t>
      </w:r>
      <w:r>
        <w:br/>
      </w:r>
      <w:r>
        <w:rPr>
          <w:sz w:val="20"/>
        </w:rPr>
        <w:t>2:22  hadith mein aata hai ke al-toabatu wal-nadam. toba nadamat ka naam hai. nadamat ka matlab hai repentance.</w:t>
      </w:r>
      <w:r>
        <w:br/>
      </w:r>
      <w:r>
        <w:rPr>
          <w:sz w:val="20"/>
        </w:rPr>
        <w:t>2:36  to toba ki jo asal hai woh yahi hai: nadamat ya sharmindagi, repentance, yeh asal hai is ki. isi ke sath do aur is mein condition jut jati hain.</w:t>
      </w:r>
      <w:r>
        <w:br/>
      </w:r>
      <w:r>
        <w:rPr>
          <w:sz w:val="20"/>
        </w:rPr>
        <w:t>2:48  aik yeh ke yeh pehla to yeh hai ke aadmi</w:t>
      </w:r>
      <w:r>
        <w:br/>
      </w:r>
      <w:r>
        <w:rPr>
          <w:sz w:val="20"/>
        </w:rPr>
        <w:t>2:54  apne kiye par sharminda ho.</w:t>
      </w:r>
      <w:r>
        <w:br/>
      </w:r>
      <w:r>
        <w:rPr>
          <w:sz w:val="20"/>
        </w:rPr>
        <w:t>2:59  dosra yeh hai ke woh yeh decide kare ke ab is ko aisa nahi karna hai kabhi. aisa kabhi nahi karna hai, is ko repeat nahi karna hai.</w:t>
      </w:r>
      <w:r>
        <w:br/>
      </w:r>
      <w:r>
        <w:rPr>
          <w:sz w:val="20"/>
        </w:rPr>
        <w:t>3:13  aur teesri shart yeh hai ke agar insaan ke mamle mein ghalati ki hai aap ne, insaan ko aap ne koi nuqsan pohanchaya hai, to is ko aap ko compensate karna hoga, is ki talafi karni hogi.</w:t>
      </w:r>
      <w:r>
        <w:br/>
      </w:r>
      <w:r>
        <w:rPr>
          <w:sz w:val="20"/>
        </w:rPr>
        <w:t>3:30  yeh teen shartein hain toba ki. to toba bohat ziyada aham hai is liye ke is dunya mein aadmi baap par ghalati karta hai.</w:t>
      </w:r>
      <w:r>
        <w:br/>
      </w:r>
      <w:r>
        <w:rPr>
          <w:sz w:val="20"/>
        </w:rPr>
        <w:t>3:42  koi bhi aadmi ghalati se bach nahi sakta.</w:t>
      </w:r>
      <w:r>
        <w:br/>
      </w:r>
      <w:r>
        <w:rPr>
          <w:sz w:val="20"/>
        </w:rPr>
        <w:t>3:47  jo kaha jata hai ke "to err is human".</w:t>
      </w:r>
      <w:r>
        <w:br/>
      </w:r>
      <w:r>
        <w:rPr>
          <w:sz w:val="20"/>
        </w:rPr>
        <w:t>3:52  yahi baat hadith mein bhi kahi gayi hai: "kullu bani adama khattaun". khair al-khattai ne "tawwabun".</w:t>
      </w:r>
      <w:r>
        <w:br/>
      </w:r>
      <w:r>
        <w:rPr>
          <w:sz w:val="20"/>
        </w:rPr>
        <w:t>4:04  saare insaan ghalati karte hain aur sab se acha ghalati karne wala woh hai jo toba kare, jo lote. to toba ki do sooraten hain: aik hai infiradi toba, doosri hai ijtamai toba.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