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I compare myself with others</w:t>
      </w:r>
    </w:p>
    <w:p>
      <w:r>
        <w:rPr>
          <w:sz w:val="18"/>
        </w:rPr>
        <w:t>Q&amp;A, lecture moments and clips · full transcripts with timestamps · exported 2026-09-21</w:t>
      </w:r>
    </w:p>
    <w:p>
      <w:pPr>
        <w:pStyle w:val="Heading1"/>
      </w:pPr>
      <w:r>
        <w:t>Maulana was asked (30)</w:t>
      </w:r>
    </w:p>
    <w:p>
      <w:pPr>
        <w:pStyle w:val="Heading2"/>
      </w:pPr>
      <w:r>
        <w:t>How to deal with feelings of superiority?</w:t>
      </w:r>
    </w:p>
    <w:p>
      <w:r>
        <w:rPr>
          <w:color w:val="666666"/>
          <w:sz w:val="18"/>
        </w:rPr>
        <w:t>Revival of Faith September 25, 2011 Maulana Wahiduddin Khan · 3m 40s · at 1:15:29 · https://youtu.be/sG_btZMffxg?t=4529</w:t>
      </w:r>
    </w:p>
    <w:p>
      <w:r>
        <w:rPr>
          <w:i/>
        </w:rPr>
        <w:t>“Why does it happen that I feel superior to some of the people around me? How should I act when this complex arises in me?”</w:t>
      </w:r>
    </w:p>
    <w:p>
      <w:r>
        <w:rPr>
          <w:sz w:val="20"/>
        </w:rPr>
        <w:t>1:15:29  mr ehtesham hasnain ne hyderabad se sawal likha hai. maulana sahib, woh pooch rahe hain ke "why does it happen that i feel superior to some of the people around me?</w:t>
      </w:r>
      <w:r>
        <w:br/>
      </w:r>
      <w:r>
        <w:rPr>
          <w:sz w:val="20"/>
        </w:rPr>
        <w:t>1:15:43  how should, how should i act when this complex arises in me?"</w:t>
      </w:r>
      <w:r>
        <w:br/>
      </w:r>
      <w:r>
        <w:rPr>
          <w:sz w:val="20"/>
        </w:rPr>
        <w:t>1:15:49  bhai, yeh to aik stepped baat hai. superior ko samajhte hain aap? hain superior ko samajhte hain?</w:t>
      </w:r>
      <w:r>
        <w:br/>
      </w:r>
      <w:r>
        <w:rPr>
          <w:sz w:val="20"/>
        </w:rPr>
        <w:t>1:16:01  superior kuch hai hi nahi. insaan kuch hai hi nahi. jab insaan ko koi bhi cheez us ki self acquired nahi hoti, khuda ki di hui hoti hai, superior kahan se ho jayega woh?</w:t>
      </w:r>
      <w:r>
        <w:br/>
      </w:r>
      <w:r>
        <w:rPr>
          <w:sz w:val="20"/>
        </w:rPr>
        <w:t>1:16:14  yani hamare paas, hamari zindagi, hamara dimagh, hamara saman, kuch bhi jo hai, woh self acquired nahi hai. woh khuda ki di hui hai.</w:t>
      </w:r>
      <w:r>
        <w:br/>
      </w:r>
      <w:r>
        <w:rPr>
          <w:sz w:val="20"/>
        </w:rPr>
        <w:t>1:16:23  to kis baat par superiority? yani agar aap ne socha to sawal borderry ke. aur koi soch us ke andar nahi aayegi.</w:t>
      </w:r>
      <w:r>
        <w:br/>
      </w:r>
      <w:r>
        <w:rPr>
          <w:sz w:val="20"/>
        </w:rPr>
        <w:t>1:16:34  to yeh to aik unnatural baat hai. aik na sochne ki wajah se aisa hota hai. na sochne ki wajah se</w:t>
      </w:r>
      <w:r>
        <w:br/>
      </w:r>
      <w:r>
        <w:rPr>
          <w:sz w:val="20"/>
        </w:rPr>
        <w:t>1:16:42  agar aap yeh sochein ke mere paas koi bhi self acquired nahi hai, sab khuda ki di hui hai, to phir border se border se jayegi.</w:t>
      </w:r>
      <w:r>
        <w:br/>
      </w:r>
      <w:r>
        <w:rPr>
          <w:sz w:val="20"/>
        </w:rPr>
        <w:t>1:16:58  maulana zikwan nadvi ne dili se likha hai: " hadith mein kaha gaya hai ke tum log mere mamle mein is jaisa, yaani utra mat karna, jaisa ke nasara mein ibn maryam ke bare mein kiya tha.</w:t>
      </w:r>
      <w:r>
        <w:br/>
      </w:r>
      <w:r>
        <w:rPr>
          <w:sz w:val="20"/>
        </w:rPr>
        <w:t>1:17:14  mera sawal yeh hai ke woh kya cheez hai jis ko is hadith mein utra kaha gaya hai, aur mazhabi tabqe se is burai ko door karne ka tareeqa kya hai?"</w:t>
      </w:r>
      <w:r>
        <w:br/>
      </w:r>
      <w:r>
        <w:rPr>
          <w:sz w:val="20"/>
        </w:rPr>
        <w:t>1:17:31  asal mein is se murad hai wahi jis cheez ko kehte hain hum shakhsiyat parasti. angrezi mein kehte hain is ko personality cult. nasr ne farmaya ke personality cult mein mubtala na hona,</w:t>
      </w:r>
      <w:r>
        <w:br/>
      </w:r>
      <w:r>
        <w:rPr>
          <w:sz w:val="20"/>
        </w:rPr>
        <w:t>1:17:44  kyun ke yeh har qaum mein yeh baat hoti rahi hai hamesha, aur aaj bhi hoti hai ke kisi qaum mein koi aadmi, koi yaani baap paida ho jaye, koi bada kaam kare to foran hi is ko yaani samajh lete hain ke koi khaas cheez tha, special samajh lete hain is ko, special hai.</w:t>
      </w:r>
      <w:r>
        <w:br/>
      </w:r>
      <w:r>
        <w:rPr>
          <w:sz w:val="20"/>
        </w:rPr>
        <w:t>1:18:05  ise phir personality cult aata hai, phir shakhsiyaton ki pooja aati hai.</w:t>
      </w:r>
      <w:r>
        <w:br/>
      </w:r>
      <w:r>
        <w:rPr>
          <w:sz w:val="20"/>
        </w:rPr>
        <w:t>1:18:11  to jitne bhi yeh but hain idhar udhar duniya mein, woh but haqeeqat mein un ke apne bare the, apne qabile ke, apni qaum ke bare the.</w:t>
      </w:r>
      <w:r>
        <w:br/>
      </w:r>
      <w:r>
        <w:rPr>
          <w:sz w:val="20"/>
        </w:rPr>
        <w:t>1:18:19  inhi inhi ko unhon ne but mein aa ke poojne lagay. woh to is mein is aam jo rujhan hai insanon ke darmiyan personality cult ka, yaani shakhsiyat parasti ka, use roka gaya hai.</w:t>
      </w:r>
      <w:r>
        <w:br/>
      </w:r>
      <w:r>
        <w:rPr>
          <w:sz w:val="20"/>
        </w:rPr>
        <w:t>1:18:32  mein bohat sochta hoon musalman aaj poori tarah is mein mubtala hain,</w:t>
      </w:r>
      <w:r>
        <w:br/>
      </w:r>
      <w:r>
        <w:rPr>
          <w:sz w:val="20"/>
        </w:rPr>
        <w:t>1:18:39  is mein mubtala hain. yaani personality cult poore maanon mein musalman mein aa chuka hai,</w:t>
      </w:r>
      <w:r>
        <w:br/>
      </w:r>
      <w:r>
        <w:rPr>
          <w:sz w:val="20"/>
        </w:rPr>
        <w:t>1:18:53  aur yeh yeh bohat zyada zaroori hai ke yaani islaah-e-millat ke kaam ke silsile mein is ko ahmiyat di jaye, aur is aitbar se musalmanon ko paas personality cult se bahar nikala jaye.</w:t>
      </w:r>
    </w:p>
    <w:p>
      <w:pPr>
        <w:pStyle w:val="Heading2"/>
      </w:pPr>
      <w:r>
        <w:t>Discovering Modesty Before Others</w:t>
      </w:r>
    </w:p>
    <w:p>
      <w:r>
        <w:rPr>
          <w:color w:val="666666"/>
          <w:sz w:val="18"/>
        </w:rPr>
        <w:t>The Prophet An Example of Modesty August 27, 2017 · 1m 29s · at 46:36 · https://youtu.be/aR3V4c8fQC4?t=2796</w:t>
      </w:r>
    </w:p>
    <w:p>
      <w:r>
        <w:rPr>
          <w:i/>
        </w:rPr>
        <w:t>“Man is ready to discover his helplessness in comparison to God, but how should he discover his modesty in comparison to other men?”</w:t>
      </w:r>
    </w:p>
    <w:p>
      <w:r>
        <w:rPr>
          <w:sz w:val="20"/>
        </w:rPr>
        <w:t>46:36  doctor naghma siddiqui ne sawal likha hai delhi se, unhon ne likha hai, "Man is ready to discover his helplessness in comparison to God, but how should he discover his modesty in comparison to other men?" is ke bare mein batayein.</w:t>
      </w:r>
      <w:r>
        <w:br/>
      </w:r>
      <w:r>
        <w:rPr>
          <w:sz w:val="20"/>
        </w:rPr>
        <w:t>46:56  deykhiye, modesty ka taluq other men se nahi hai,</w:t>
      </w:r>
      <w:r>
        <w:br/>
      </w:r>
      <w:r>
        <w:rPr>
          <w:sz w:val="20"/>
        </w:rPr>
        <w:t>47:03  God se hai.</w:t>
      </w:r>
      <w:r>
        <w:br/>
      </w:r>
      <w:r>
        <w:rPr>
          <w:sz w:val="20"/>
        </w:rPr>
        <w:t>47:07  other men se to woh apne aap aa jata hai, alag se discover nahi karna hai.</w:t>
      </w:r>
      <w:r>
        <w:br/>
      </w:r>
      <w:r>
        <w:rPr>
          <w:sz w:val="20"/>
        </w:rPr>
        <w:t>47:16  allah rab ul alameen ke muqable mein jab aap apni modesty ko discover karte hain to aap aal madaris ban jaate hain, aal madaris, har aitbar se madaris, chahe doosra insan ho ya kuch bhi ho.</w:t>
      </w:r>
      <w:r>
        <w:br/>
      </w:r>
      <w:r>
        <w:rPr>
          <w:sz w:val="20"/>
        </w:rPr>
        <w:t>47:34  to hamara jo</w:t>
      </w:r>
      <w:r>
        <w:br/>
      </w:r>
      <w:r>
        <w:rPr>
          <w:sz w:val="20"/>
        </w:rPr>
        <w:t>47:39  humein jo karna hai woh yahi hai ke hum alhamdulillah rabbil alameen ki reality ko discover karein.</w:t>
      </w:r>
      <w:r>
        <w:br/>
      </w:r>
      <w:r>
        <w:rPr>
          <w:sz w:val="20"/>
        </w:rPr>
        <w:t>47:49  ab al-kabri lillah ko hum jaanein,</w:t>
      </w:r>
      <w:r>
        <w:br/>
      </w:r>
      <w:r>
        <w:rPr>
          <w:sz w:val="20"/>
        </w:rPr>
        <w:t>47:56  is ke baad apne aap sari baatein aa jaati hain, baqiya baaton ko alag se janne ki zaroorat baqi nahin rehti.</w:t>
      </w:r>
    </w:p>
    <w:p>
      <w:pPr>
        <w:pStyle w:val="Heading2"/>
      </w:pPr>
      <w:r>
        <w:t>Dealing with negative thinking due to inequality</w:t>
      </w:r>
    </w:p>
    <w:p>
      <w:r>
        <w:rPr>
          <w:color w:val="666666"/>
          <w:sz w:val="18"/>
        </w:rPr>
        <w:t>God in the Age of Science January 08, 2017 · 2m 06s · at 51:33 · https://youtu.be/au1bRdQDZ0U?t=3093</w:t>
      </w:r>
    </w:p>
    <w:p>
      <w:r>
        <w:rPr>
          <w:i/>
        </w:rPr>
        <w:t>“In this world, some have more share and some have less. This is the situation which results in negative thinking. What can be done to save ourselves from such negative reaction?”</w:t>
      </w:r>
    </w:p>
    <w:p>
      <w:r>
        <w:rPr>
          <w:sz w:val="20"/>
        </w:rPr>
        <w:t>51:33  maulana in ka ek aur sawal hai unhon ne likha hai in this world some have more share</w:t>
      </w:r>
      <w:r>
        <w:br/>
      </w:r>
      <w:r>
        <w:rPr>
          <w:sz w:val="20"/>
        </w:rPr>
        <w:t>51:40  and some have less this is the situation which results in negative thinking what can be done to</w:t>
      </w:r>
      <w:r>
        <w:br/>
      </w:r>
      <w:r>
        <w:rPr>
          <w:sz w:val="20"/>
        </w:rPr>
        <w:t>51:48  save our self from such negative reaction dekhein yeh jo hai log yani material cheezon ke lehaz</w:t>
      </w:r>
      <w:r>
        <w:br/>
      </w:r>
      <w:r>
        <w:rPr>
          <w:sz w:val="20"/>
        </w:rPr>
        <w:t>51:55  se compare karte hain is sab se bari cheez jo har insan ko mili hui hai woh mind</w:t>
      </w:r>
      <w:r>
        <w:br/>
      </w:r>
      <w:r>
        <w:rPr>
          <w:sz w:val="20"/>
        </w:rPr>
        <w:t>52:03  hai jo material cheez mili hui hai logon ko woh to kuch bhi nahi hai is ke muqable</w:t>
      </w:r>
      <w:r>
        <w:br/>
      </w:r>
      <w:r>
        <w:rPr>
          <w:sz w:val="20"/>
        </w:rPr>
        <w:t>52:10  mein hamara jo mind hai is ke muqable mein to jo aadmi material cheezon mein jeeta ho woh</w:t>
      </w:r>
      <w:r>
        <w:br/>
      </w:r>
      <w:r>
        <w:rPr>
          <w:sz w:val="20"/>
        </w:rPr>
        <w:t>52:18  bohat hi zyada stripper aadmi hai kyunke is ko jo khuda ne de rakha hai mind itna bara</w:t>
      </w:r>
      <w:r>
        <w:br/>
      </w:r>
      <w:r>
        <w:rPr>
          <w:sz w:val="20"/>
        </w:rPr>
        <w:t>52:25  mind is ko bhoola hua hai woh to jo log is lehaz se kam zyada mane ke kisi</w:t>
      </w:r>
      <w:r>
        <w:br/>
      </w:r>
      <w:r>
        <w:rPr>
          <w:sz w:val="20"/>
        </w:rPr>
        <w:t>52:33  ko kam mila hai kisi ko zyada mila hai kisi ke pas kai car hai kisi ke pas</w:t>
      </w:r>
      <w:r>
        <w:br/>
      </w:r>
      <w:r>
        <w:rPr>
          <w:sz w:val="20"/>
        </w:rPr>
        <w:t>52:40  ek hi car hai yeh to bohat hi zyada yani meaning less comparison hai yeh comparison hi bilkul</w:t>
      </w:r>
      <w:r>
        <w:br/>
      </w:r>
      <w:r>
        <w:rPr>
          <w:sz w:val="20"/>
        </w:rPr>
        <w:t>52:47  meaning less hai comparison is par hona chahiye ke kitna bara mind diya hai Allah taala ne insan</w:t>
      </w:r>
      <w:r>
        <w:br/>
      </w:r>
      <w:r>
        <w:rPr>
          <w:sz w:val="20"/>
        </w:rPr>
        <w:t>52:55  ko yani aisa mind jo poore universe tak apni soch pohncha sakta hai koi duniya mein doosri makhluqat</w:t>
      </w:r>
      <w:r>
        <w:br/>
      </w:r>
      <w:r>
        <w:rPr>
          <w:sz w:val="20"/>
        </w:rPr>
        <w:t>53:02  se nahi hai jo poore universe ke bare mein soche koi bhi na sher hai na hathi hai</w:t>
      </w:r>
      <w:r>
        <w:br/>
      </w:r>
      <w:r>
        <w:rPr>
          <w:sz w:val="20"/>
        </w:rPr>
        <w:t>53:10  na na pahad hai na samandar hai na galaxy hai jo poore universe ke bare mein soche yeh</w:t>
      </w:r>
      <w:r>
        <w:br/>
      </w:r>
      <w:r>
        <w:rPr>
          <w:sz w:val="20"/>
        </w:rPr>
        <w:t>53:17  yani kitni bari cheez mili hai yeh isi ko kaha hai quran mein amanat amanat ka matlab hai</w:t>
      </w:r>
      <w:r>
        <w:br/>
      </w:r>
      <w:r>
        <w:rPr>
          <w:sz w:val="20"/>
        </w:rPr>
        <w:t>53:25  ke khudai level ki cheez hai yeh aap ko khudai level ki cheez mili hui hai ke aap</w:t>
      </w:r>
      <w:r>
        <w:br/>
      </w:r>
      <w:r>
        <w:rPr>
          <w:sz w:val="20"/>
        </w:rPr>
        <w:t>53:32  poori kainat ke bare mein soch sakte hain to yeh comparison jo log karte hain bohat hi zyada</w:t>
      </w:r>
    </w:p>
    <w:p>
      <w:pPr>
        <w:pStyle w:val="Heading2"/>
      </w:pPr>
      <w:r>
        <w:t>Reacting to happiness and problems</w:t>
      </w:r>
    </w:p>
    <w:p>
      <w:r>
        <w:rPr>
          <w:color w:val="666666"/>
          <w:sz w:val="18"/>
        </w:rPr>
        <w:t>The Purpose of Life | April 30, 2017 · 1m 52s · at 38:31 · https://youtu.be/ue3I3uQEYb8?t=2311</w:t>
      </w:r>
    </w:p>
    <w:p>
      <w:r>
        <w:rPr>
          <w:i/>
        </w:rPr>
        <w:t>“This world is a test, how should we react to happiness and problems here?”</w:t>
      </w:r>
    </w:p>
    <w:p>
      <w:r>
        <w:rPr>
          <w:sz w:val="20"/>
        </w:rPr>
        <w:t>38:31  tajdeed deen mein ki hai us ko aap padh lijiyey us ko padhne ke baad bhi agar aap ko koi baqi rehta hai question to woh bataiye agle sunday ko. ji maulana usa se miss farhana ansari ne sawal bheja hai unhon ne aap se poocha hai this world is a test how should we react to happiness and problems here. bhai mein to samajhta h</w:t>
      </w:r>
      <w:r>
        <w:br/>
      </w:r>
      <w:r>
        <w:rPr>
          <w:sz w:val="20"/>
        </w:rPr>
        <w:t>39:01  on ke log jo hain bas aisi zindagi jeete rehte hain apni jo faculty hai thinking wali is</w:t>
      </w:r>
      <w:r>
        <w:br/>
      </w:r>
      <w:r>
        <w:rPr>
          <w:sz w:val="20"/>
        </w:rPr>
        <w:t>39:11  ko kaam mein nahi laate har cheez ko sochna padta hai har experience har event ko sochna padta</w:t>
      </w:r>
      <w:r>
        <w:br/>
      </w:r>
      <w:r>
        <w:rPr>
          <w:sz w:val="20"/>
        </w:rPr>
        <w:t>39:21  hai tab aadmi jaan pata hai ke right thinking kya hai.</w:t>
      </w:r>
      <w:r>
        <w:br/>
      </w:r>
      <w:r>
        <w:rPr>
          <w:sz w:val="20"/>
        </w:rPr>
        <w:t>39:31  jaise aap ne dekha hoga ke chashma hai beh raha hai toh ek hota hai chashma ke woh</w:t>
      </w:r>
      <w:r>
        <w:br/>
      </w:r>
      <w:r>
        <w:rPr>
          <w:sz w:val="20"/>
        </w:rPr>
        <w:t>39:39  jahan dhal hai idhar woh toh behte chale gaye bhai insaan ka mamla chashme jaisa nahi hai insaan</w:t>
      </w:r>
      <w:r>
        <w:br/>
      </w:r>
      <w:r>
        <w:rPr>
          <w:sz w:val="20"/>
        </w:rPr>
        <w:t>39:47  khud sochta hai ke bhai idhar jaon ke idhar jaon raste ka nasb farad is ke rukh ko</w:t>
      </w:r>
      <w:r>
        <w:br/>
      </w:r>
      <w:r>
        <w:rPr>
          <w:sz w:val="20"/>
        </w:rPr>
        <w:t>39:55  tay nahi karta aadmi ka aqal tay karti hai</w:t>
      </w:r>
      <w:r>
        <w:br/>
      </w:r>
      <w:r>
        <w:rPr>
          <w:sz w:val="20"/>
        </w:rPr>
        <w:t>40:03  .</w:t>
      </w:r>
      <w:r>
        <w:br/>
      </w:r>
      <w:r>
        <w:rPr>
          <w:sz w:val="20"/>
        </w:rPr>
        <w:t>40:08  toh aadmi ko zaroori hai ke woh apni soch ko develop kare woh jaane ke mujhe kidhar jaana</w:t>
      </w:r>
      <w:r>
        <w:br/>
      </w:r>
      <w:r>
        <w:rPr>
          <w:sz w:val="20"/>
        </w:rPr>
        <w:t>40:13  hai mera direction kidhar hona chahiye.</w:t>
      </w:r>
      <w:r>
        <w:br/>
      </w:r>
      <w:r>
        <w:rPr>
          <w:sz w:val="20"/>
        </w:rPr>
        <w:t>40:18  toh right thinking ko develop karna yeh har insaan ka pehla kaam hai.</w:t>
      </w:r>
    </w:p>
    <w:p>
      <w:pPr>
        <w:pStyle w:val="Heading2"/>
      </w:pPr>
      <w:r>
        <w:t>Discovering own vs others' mistakes</w:t>
      </w:r>
    </w:p>
    <w:p>
      <w:r>
        <w:rPr>
          <w:color w:val="666666"/>
          <w:sz w:val="18"/>
        </w:rPr>
        <w:t>Living In Falsehood I December 15, 2013 · 2m 09s · at 1:03:35 · https://youtu.be/yD-ZtvlrFDw?t=3815</w:t>
      </w:r>
    </w:p>
    <w:p>
      <w:r>
        <w:rPr>
          <w:i/>
        </w:rPr>
        <w:t>“Often others' mistakes are quickly discovered, but one's own mistake is not discovered even upon thinking.”</w:t>
      </w:r>
    </w:p>
    <w:p>
      <w:r>
        <w:rPr>
          <w:sz w:val="20"/>
        </w:rPr>
        <w:t>1:03:35  maulana, agla sawal doha qatar se hai.</w:t>
      </w:r>
      <w:r>
        <w:br/>
      </w:r>
      <w:r>
        <w:rPr>
          <w:sz w:val="20"/>
        </w:rPr>
        <w:t>1:03:38  maulana abdul basit umri ne kiya hai, unhon ne likha hai: "maulana, aksar doosron ki ghltiyan fori discover hoti</w:t>
      </w:r>
      <w:r>
        <w:br/>
      </w:r>
      <w:r>
        <w:rPr>
          <w:sz w:val="20"/>
        </w:rPr>
        <w:t>1:03:46  hain, lekin apni ghlti sochne par bhi discover nahi hoti".</w:t>
      </w:r>
      <w:r>
        <w:br/>
      </w:r>
      <w:r>
        <w:rPr>
          <w:sz w:val="20"/>
        </w:rPr>
        <w:t>1:03:50  maulana, maulana, yeh kya masla hai? is ke baray mein aap hamein batayen.</w:t>
      </w:r>
      <w:r>
        <w:br/>
      </w:r>
      <w:r>
        <w:rPr>
          <w:sz w:val="20"/>
        </w:rPr>
        <w:t>1:03:55  dekhen, aadmi ke andar bohat zyada yeh bhara hua hai ke "i am right".</w:t>
      </w:r>
      <w:r>
        <w:br/>
      </w:r>
      <w:r>
        <w:rPr>
          <w:sz w:val="20"/>
        </w:rPr>
        <w:t>1:04:01  "i am right".</w:t>
      </w:r>
      <w:r>
        <w:br/>
      </w:r>
      <w:r>
        <w:rPr>
          <w:sz w:val="20"/>
        </w:rPr>
        <w:t>1:04:03  "i am wrong" yeh bhara hua nahi hai, apne aap ko sahi samajhna, yani righteous thinking, yeh bohat</w:t>
      </w:r>
      <w:r>
        <w:br/>
      </w:r>
      <w:r>
        <w:rPr>
          <w:sz w:val="20"/>
        </w:rPr>
        <w:t>1:04:11  bhara hua hai insaan ke andar.</w:t>
      </w:r>
      <w:r>
        <w:br/>
      </w:r>
      <w:r>
        <w:rPr>
          <w:sz w:val="20"/>
        </w:rPr>
        <w:t>1:04:13  to jab tak aap apne khilaaf sochne ka zehan develop na karen, tab tab tak aap nahi samajh</w:t>
      </w:r>
      <w:r>
        <w:br/>
      </w:r>
      <w:r>
        <w:rPr>
          <w:sz w:val="20"/>
        </w:rPr>
        <w:t>1:04:21  payenge.</w:t>
      </w:r>
      <w:r>
        <w:br/>
      </w:r>
      <w:r>
        <w:rPr>
          <w:sz w:val="20"/>
        </w:rPr>
        <w:t>1:04:22  yani anti-self thinking agar aap ke andar hogi, tab aisa hoga ke aap apne ghltiyon ko pakar</w:t>
      </w:r>
      <w:r>
        <w:br/>
      </w:r>
      <w:r>
        <w:rPr>
          <w:sz w:val="20"/>
        </w:rPr>
        <w:t>1:04:30  payenge.</w:t>
      </w:r>
      <w:r>
        <w:br/>
      </w:r>
      <w:r>
        <w:rPr>
          <w:sz w:val="20"/>
        </w:rPr>
        <w:t>1:04:32  to main samajhta hoon ke is ka ek tareeqa yeh hai ke ek to ek aap ke andar</w:t>
      </w:r>
      <w:r>
        <w:br/>
      </w:r>
      <w:r>
        <w:rPr>
          <w:sz w:val="20"/>
        </w:rPr>
        <w:t>1:04:39  anti-self thinking paida karen, doosri baat yeh honi chahiye ke doosra shakhs agar aap par criticize karta</w:t>
      </w:r>
      <w:r>
        <w:br/>
      </w:r>
      <w:r>
        <w:rPr>
          <w:sz w:val="20"/>
        </w:rPr>
        <w:t>1:04:47  hai to bohat positively leejye, react mat kijiye, kyunke doosra aadmi jo hai, woh kisi obsession mein</w:t>
      </w:r>
      <w:r>
        <w:br/>
      </w:r>
      <w:r>
        <w:rPr>
          <w:sz w:val="20"/>
        </w:rPr>
        <w:t>1:04:55  nahi hai aap ke baray mein.</w:t>
      </w:r>
      <w:r>
        <w:br/>
      </w:r>
      <w:r>
        <w:rPr>
          <w:sz w:val="20"/>
        </w:rPr>
        <w:t>1:04:57  aap ko dekhta hai, woh bohat hi, yani yani indifferent ho kar ke.</w:t>
      </w:r>
      <w:r>
        <w:br/>
      </w:r>
      <w:r>
        <w:rPr>
          <w:sz w:val="20"/>
        </w:rPr>
        <w:t>1:05:03  to kai baar aisa hota hai ke woh point out kar pata hai doosra aadmi.</w:t>
      </w:r>
      <w:r>
        <w:br/>
      </w:r>
      <w:r>
        <w:rPr>
          <w:sz w:val="20"/>
        </w:rPr>
        <w:t>1:05:09  to aadmi ke andar agar do sifat hain, ek to ek apna muhasba, jo kehte hain anti-self</w:t>
      </w:r>
      <w:r>
        <w:br/>
      </w:r>
      <w:r>
        <w:rPr>
          <w:sz w:val="20"/>
        </w:rPr>
        <w:t>1:05:17  thinking, muhasbe hi ka doosra naam hai anti-self thinking.</w:t>
      </w:r>
      <w:r>
        <w:br/>
      </w:r>
      <w:r>
        <w:rPr>
          <w:sz w:val="20"/>
        </w:rPr>
        <w:t>1:05:21  yeh ho.</w:t>
      </w:r>
      <w:r>
        <w:br/>
      </w:r>
      <w:r>
        <w:rPr>
          <w:sz w:val="20"/>
        </w:rPr>
        <w:t>1:05:23  aur doosri baat yeh ke criticism ko woh hamesha positive tor par le, criticism par provoke na ho,</w:t>
      </w:r>
      <w:r>
        <w:br/>
      </w:r>
      <w:r>
        <w:rPr>
          <w:sz w:val="20"/>
        </w:rPr>
        <w:t>1:05:31  criticism par ghussa na ho, criticism ko kisi ghlt maani mein na le.</w:t>
      </w:r>
      <w:r>
        <w:br/>
      </w:r>
      <w:r>
        <w:rPr>
          <w:sz w:val="20"/>
        </w:rPr>
        <w:t>1:05:36  yeh do siftain hain.</w:t>
      </w:r>
      <w:r>
        <w:br/>
      </w:r>
      <w:r>
        <w:rPr>
          <w:sz w:val="20"/>
        </w:rPr>
        <w:t>1:05:38  to yaqeeni taur par insan sachai tak pahunch sakta hai.</w:t>
      </w:r>
      <w:r>
        <w:br/>
      </w:r>
      <w:r>
        <w:rPr>
          <w:sz w:val="20"/>
        </w:rPr>
        <w:t>1:05:42  to it is to point formula.</w:t>
      </w:r>
    </w:p>
    <w:p>
      <w:pPr>
        <w:pStyle w:val="Heading2"/>
      </w:pPr>
      <w:r>
        <w:t>Knowing and maintaining self-correction process</w:t>
      </w:r>
    </w:p>
    <w:p>
      <w:r>
        <w:rPr>
          <w:color w:val="666666"/>
          <w:sz w:val="18"/>
        </w:rPr>
        <w:t>The Role of Suffering 31 Aug, 2019 - Maulana Wahiduddin Khan · 17m 38s · at 33:58 · https://youtu.be/y4B5iBknSpk?t=2038</w:t>
      </w:r>
    </w:p>
    <w:p>
      <w:r>
        <w:rPr>
          <w:i/>
        </w:rPr>
        <w:t>“How can I understand that the self-correction process has started within me and how to maintain it?”</w:t>
      </w:r>
    </w:p>
    <w:p>
      <w:r>
        <w:rPr>
          <w:sz w:val="20"/>
        </w:rPr>
        <w:t>33:58  Maulana Mahboob bhai ka Mumbai se sawal hai. unhone likha hai: "Maulana, main yeh kaise samjhun ke mere andar self-correction process jaari ho chuka hai aur usko kaise barkarar rakha jaaye?"</w:t>
      </w:r>
      <w:r>
        <w:br/>
      </w:r>
      <w:r>
        <w:rPr>
          <w:sz w:val="20"/>
        </w:rPr>
        <w:t>34:15  Yeh sab dekhne ki zaroorat nahi hai. Yeh ek process jaanna hai. Aap process ko jaanen ge, aap jo ho raha hai woh woh wahan tak toh sirf angel ki pahunch hoti hai, farishton ki.</w:t>
      </w:r>
      <w:r>
        <w:br/>
      </w:r>
      <w:r>
        <w:rPr>
          <w:sz w:val="20"/>
        </w:rPr>
        <w:t>34:32  Bas</w:t>
      </w:r>
      <w:r>
        <w:br/>
      </w:r>
      <w:r>
        <w:rPr>
          <w:sz w:val="20"/>
        </w:rPr>
        <w:t>34:39  batar news, batar khabar ko laani nahi. Aap ki pahunch yahin tak hai ke batar khabar ke janne ho.</w:t>
      </w:r>
      <w:r>
        <w:br/>
      </w:r>
      <w:r>
        <w:rPr>
          <w:sz w:val="20"/>
        </w:rPr>
        <w:t>34:59  Maulana, kya yeh keh sakte hain hum ke ah pre ah Muhammad era mein zyada it is to be physical torture suffering and not is more mental suffering?</w:t>
      </w:r>
      <w:r>
        <w:br/>
      </w:r>
      <w:r>
        <w:rPr>
          <w:sz w:val="20"/>
        </w:rPr>
        <w:t>35:12  Can we say that people suffered more physically in the dows times pre ah pre Muhammad period? Aisa kuch keh sakte hain? Maulana sahib, abhi aaj kal mental suffering zyada hai.</w:t>
      </w:r>
      <w:r>
        <w:br/>
      </w:r>
      <w:r>
        <w:rPr>
          <w:sz w:val="20"/>
        </w:rPr>
        <w:t>35:25  mein samjha, mein samjha nahin.</w:t>
      </w:r>
      <w:r>
        <w:br/>
      </w:r>
      <w:r>
        <w:rPr>
          <w:sz w:val="20"/>
        </w:rPr>
        <w:t>35:27  woh priya ka sawal yeh hai ke ah prophet se jo pehle ka daur tha, us daur mein physical suffering zyada thi aur aaj ke daur mein mental suffering zyada hai.</w:t>
      </w:r>
      <w:r>
        <w:br/>
      </w:r>
      <w:r>
        <w:rPr>
          <w:sz w:val="20"/>
        </w:rPr>
        <w:t>35:40  toh kya is ko aise kaha ja sakta hai? kya yeh sahi hai kehna?</w:t>
      </w:r>
      <w:r>
        <w:br/>
      </w:r>
      <w:r>
        <w:rPr>
          <w:sz w:val="20"/>
        </w:rPr>
        <w:t>35:48  partial sense mein se ho sakta hai, partial sense mein. kyunke sara mamla yeh hai ke aap kitna apne kuch mein involve karte hain.</w:t>
      </w:r>
      <w:r>
        <w:br/>
      </w:r>
      <w:r>
        <w:rPr>
          <w:sz w:val="20"/>
        </w:rPr>
        <w:t>36:01  involve kijiye toh physical suffering aa jayegi. jaise aap dekhiye, hussain thay makka mein rehte thay toh khabar suni unhon ne kufa ki toh rawana ho gaye.</w:t>
      </w:r>
      <w:r>
        <w:br/>
      </w:r>
      <w:r>
        <w:rPr>
          <w:sz w:val="20"/>
        </w:rPr>
        <w:t>36:17  rastay mein farazdaq mila, aik aik aadmi tha farazdaq. us ne kaha aap mat jaiye, woh kufa wale aise hotay hain. phir bhi woh gaye toh jab wahan pohanchay toh waqai woh hua jo jo farazdaq ne kar rakha tha.</w:t>
      </w:r>
      <w:r>
        <w:br/>
      </w:r>
      <w:r>
        <w:rPr>
          <w:sz w:val="20"/>
        </w:rPr>
        <w:t>36:34  toh toh apne ko khud hi jhonkna hai. pehle bhi aisa hota tha ke aadmi na jhuke, aaj bhi aisa hota hai ke aadmi na jhuke.</w:t>
      </w:r>
      <w:r>
        <w:br/>
      </w:r>
      <w:r>
        <w:rPr>
          <w:sz w:val="20"/>
        </w:rPr>
        <w:t>36:44  misalan india mein dekhiye, sare log wahan bjp, mein toh kuch bhi nahin, mein sirf phir parha tha, waise ab bhi hoon, mujhe koi pareshani nahin hai.</w:t>
      </w:r>
      <w:r>
        <w:br/>
      </w:r>
      <w:r>
        <w:rPr>
          <w:sz w:val="20"/>
        </w:rPr>
        <w:t>36:59  yeh yeh yeh aik relative yaani baat hai, yeh is ko real nahin samjhiye.</w:t>
      </w:r>
      <w:r>
        <w:br/>
      </w:r>
      <w:r>
        <w:rPr>
          <w:sz w:val="20"/>
        </w:rPr>
        <w:t>37:08  hain nafs ammara kya hota hai? nafs ammara, nafs ammara aur nafs al-lawwamah koi mysterious baat nahin hai,</w:t>
      </w:r>
      <w:r>
        <w:br/>
      </w:r>
      <w:r>
        <w:rPr>
          <w:sz w:val="20"/>
        </w:rPr>
        <w:t>37:23  mysterious baat nahin hai. dekhiye, aadmi rozana mukhtalif qism ke cheezon ke darmiyan guzarta hai toh nafs al-lawwamah jo hai,</w:t>
      </w:r>
      <w:r>
        <w:br/>
      </w:r>
      <w:r>
        <w:rPr>
          <w:sz w:val="20"/>
        </w:rPr>
        <w:t>37:37  woh right direction mein aap ko woh karta hai,</w:t>
      </w:r>
      <w:r>
        <w:br/>
      </w:r>
      <w:r>
        <w:rPr>
          <w:sz w:val="20"/>
        </w:rPr>
        <w:t>37:44  guide karta hai, tawajjuh dilata hai. aur nafs al-lawwamah jo hai, ghalat direction mein, matlab woh woh farishte ke asar se hota hai ya shaitan ke asar se hota hai.</w:t>
      </w:r>
      <w:r>
        <w:br/>
      </w:r>
      <w:r>
        <w:rPr>
          <w:sz w:val="20"/>
        </w:rPr>
        <w:t>37:57  yeh bohat hi yeh koi mysterious baat nahin hai, koi mysterious baat nahin hai. yeh yeh common aik common se experience ki baat hai.</w:t>
      </w:r>
      <w:r>
        <w:br/>
      </w:r>
      <w:r>
        <w:rPr>
          <w:sz w:val="20"/>
        </w:rPr>
        <w:t>38:17  maulana, you said that our mind gets activated when we are hit with some sad experience.</w:t>
      </w:r>
      <w:r>
        <w:br/>
      </w:r>
      <w:r>
        <w:rPr>
          <w:sz w:val="20"/>
        </w:rPr>
        <w:t>38:28  can it be that at that time we feel helpless and that is why inspiration comes from god?</w:t>
      </w:r>
      <w:r>
        <w:br/>
      </w:r>
      <w:r>
        <w:rPr>
          <w:sz w:val="20"/>
        </w:rPr>
        <w:t>38:37  if we are able to take that situation positively and not react to it? rajab,</w:t>
      </w:r>
      <w:r>
        <w:br/>
      </w:r>
      <w:r>
        <w:rPr>
          <w:sz w:val="20"/>
        </w:rPr>
        <w:t>38:50  kya kaha? say inspiration aati hai. maulana, woh yeh keh rahi hain ke jo aap ne bataya ke jab aik insaan suffering ko face karta hai toh us time pe woh helpless ho jata hai aur isi wajah se nahin, yeh yeh ghalat nikala hai.</w:t>
      </w:r>
      <w:r>
        <w:br/>
      </w:r>
      <w:r>
        <w:rPr>
          <w:sz w:val="20"/>
        </w:rPr>
        <w:t>39:14  aap ne helpless ho jata hai, zyada sensitive ho jata hai. yeh kahiye ji,</w:t>
      </w:r>
      <w:r>
        <w:br/>
      </w:r>
      <w:r>
        <w:rPr>
          <w:sz w:val="20"/>
        </w:rPr>
        <w:t>39:19  helpless hua. haan, hum hum ne toh bohat suffering uthai, uthai hai, bohat suffer.</w:t>
      </w:r>
      <w:r>
        <w:br/>
      </w:r>
      <w:r>
        <w:rPr>
          <w:sz w:val="20"/>
        </w:rPr>
        <w:t>39:30  aaj aaj ki baat batata hoon mein ke itni bari mujhe suffering hui thi, aaj hi, aaj hi ke maine kaha khudaaya, mein jannat ka mustahiq nahin hoon, mujhe toh sirf aik aik aik nazar khuda ko dekh lena hai,</w:t>
      </w:r>
      <w:r>
        <w:br/>
      </w:r>
      <w:r>
        <w:rPr>
          <w:sz w:val="20"/>
        </w:rPr>
        <w:t>39:47  bas dekh loon, bas qissa khatam. aaj ki baat karta hoon, itni zyada mujhe mujhe aaj kuch baat hui thi, experience ke mein ne kaha bhai, mein jannat ka ki price nahin de sakta, mere bas mein nahin hai,</w:t>
      </w:r>
      <w:r>
        <w:br/>
      </w:r>
      <w:r>
        <w:rPr>
          <w:sz w:val="20"/>
        </w:rPr>
        <w:t>40:06  toh mein jannat ka mustahiq nahin hoon. lekin yeh toh woh jis ne mujhe paida kiya, woh kaisa hoga,</w:t>
      </w:r>
      <w:r>
        <w:br/>
      </w:r>
      <w:r>
        <w:rPr>
          <w:sz w:val="20"/>
        </w:rPr>
        <w:t>40:18  bas yeh baat janna chahta hoon. aik aik jhalak dekhna chahta hoon, yeh aaj ka tajurba batata hoon aap ko.</w:t>
      </w:r>
      <w:r>
        <w:br/>
      </w:r>
      <w:r>
        <w:rPr>
          <w:sz w:val="20"/>
        </w:rPr>
        <w:t>40:33  aaj mein ne dua ki ke khudaaya, mujhe apni aik jhalak dikha de, aik glimpse, glimpse, us waqt mujhe khatam kar de,</w:t>
      </w:r>
      <w:r>
        <w:br/>
      </w:r>
      <w:r>
        <w:rPr>
          <w:sz w:val="20"/>
        </w:rPr>
        <w:t>40:46  is se zyada ka mustahiq nahi hoon. main</w:t>
      </w:r>
      <w:r>
        <w:br/>
      </w:r>
      <w:r>
        <w:rPr>
          <w:sz w:val="20"/>
        </w:rPr>
        <w:t>40:59  Maulana, jo aap ne kaha ke suffering yeh God realization ke liye ek</w:t>
      </w:r>
      <w:r>
        <w:br/>
      </w:r>
      <w:r>
        <w:rPr>
          <w:sz w:val="20"/>
        </w:rPr>
        <w:t>41:10  bohat hi ahem mor hota hai, jahan se aadmi Khuda ki taraf mutawajjah hota hai. to Maulana, is ke liye Ashab-e-Kahf ka waqia bhi Quran mein Allah ne naqal kar ke kaha tha, kaha hai:</w:t>
      </w:r>
      <w:r>
        <w:br/>
      </w:r>
      <w:r>
        <w:rPr>
          <w:sz w:val="20"/>
        </w:rPr>
        <w:t>41:27  "Innahum fityatun aamanoo birabbihim wa zidnahum huda" ke Khuda ne kaha ke in logon ko jo religious persecution ko face karna pada, to is ki is ki wajah se un ke imaan mein aur bhi izafa ho gaya.</w:t>
      </w:r>
      <w:r>
        <w:br/>
      </w:r>
      <w:r>
        <w:rPr>
          <w:sz w:val="20"/>
        </w:rPr>
        <w:t>41:49  to Maulana, yeh baat aap jo keh rahe hain, bohat hi mukhtalif waqiat se yeh baat bohat achi tarah sabit hoti hai. Maulana, to yeh bohat hi hamare liye positive baat hai aur encouraging hai.</w:t>
      </w:r>
      <w:r>
        <w:br/>
      </w:r>
      <w:r>
        <w:rPr>
          <w:sz w:val="20"/>
        </w:rPr>
        <w:t>42:02  negative situations ko ke hum is ko imaan mein izafe ka sabab banayein.</w:t>
      </w:r>
      <w:r>
        <w:br/>
      </w:r>
      <w:r>
        <w:rPr>
          <w:sz w:val="20"/>
        </w:rPr>
        <w:t>42:09  Bhai, bhai, samjha nahi. Maulana yaar bhai, hain Yaqoob sahib, yeh keh rahe hain ke aap ne yeh jo kaha ke aadmi jab suffering mein aata hai to us ko God, aadmi jab suffering mein aata hai to us ko God realization hota hai.</w:t>
      </w:r>
      <w:r>
        <w:br/>
      </w:r>
      <w:r>
        <w:rPr>
          <w:sz w:val="20"/>
        </w:rPr>
        <w:t>42:25  to unhon ne kaha hai ke yeh cheez bohat a</w:t>
      </w:r>
      <w:r>
        <w:br/>
      </w:r>
      <w:r>
        <w:rPr>
          <w:sz w:val="20"/>
        </w:rPr>
        <w:t>42:28  ham hai aur dekhiye, suffering apne aap nahi, main ne kaha hai apne aap nahi ke dard ho raha hai yahan par to realize ho jayega.</w:t>
      </w:r>
      <w:r>
        <w:br/>
      </w:r>
      <w:r>
        <w:rPr>
          <w:sz w:val="20"/>
        </w:rPr>
        <w:t>42:40  yeh main ne nahi kaha hai, suffering ko main ne kaha hai ke inner core jo hai insaan ka, us ko hila deti hai.</w:t>
      </w:r>
      <w:r>
        <w:br/>
      </w:r>
      <w:r>
        <w:rPr>
          <w:sz w:val="20"/>
        </w:rPr>
        <w:t>42:49  wo jis tarah se main ne kaha hai, aap ke mind ka jo inner core hai, spirituality ka jo inner core hai, aap ke personality ka jo inner core hai, wo to hil jata hai, itna kisi khushi se nahi hilta.</w:t>
      </w:r>
      <w:r>
        <w:br/>
      </w:r>
      <w:r>
        <w:rPr>
          <w:sz w:val="20"/>
        </w:rPr>
        <w:t>43:06  aap khush hon to aap ka inner core hilega.</w:t>
      </w:r>
      <w:r>
        <w:br/>
      </w:r>
      <w:r>
        <w:rPr>
          <w:sz w:val="20"/>
        </w:rPr>
        <w:t>43:13  to main ne wo kiya cheez ki hai ke insaan ke potential ka jaag uthna, jis tarah unhon ne kaha hai, insaan ke potential jo hai, wo aakhir had tak jaag uthte hain.</w:t>
      </w:r>
      <w:r>
        <w:br/>
      </w:r>
      <w:r>
        <w:rPr>
          <w:sz w:val="20"/>
        </w:rPr>
        <w:t>43:28  suffering jab hoti hai jo khushi mein nahi jaagte, yeh main ne kaha hai.</w:t>
      </w:r>
      <w:r>
        <w:br/>
      </w:r>
      <w:r>
        <w:rPr>
          <w:sz w:val="20"/>
        </w:rPr>
        <w:t>43:42  Maulana to keh sakte hain ke jin ko Khuda pyar karta hai, un ko zyada suffering milti hai. hain, wo keh rahi hain ke kya Priya keh rahi hain ke kya yeh keh sakte hain ke Allah jis ko pyar zyada karta hai, us ko suffering milti hai?</w:t>
      </w:r>
      <w:r>
        <w:br/>
      </w:r>
      <w:r>
        <w:rPr>
          <w:sz w:val="20"/>
        </w:rPr>
        <w:t>44:02  pyar karta hai? kya Allah mein koi lath pyar ka wahan culture hai? yeh sab nahi hai, matlab nahi hai. jo zyada apne aap ko competent sabit karta hai,</w:t>
      </w:r>
      <w:r>
        <w:br/>
      </w:r>
      <w:r>
        <w:rPr>
          <w:sz w:val="20"/>
        </w:rPr>
        <w:t>44:16  yeh matlab hai. yeh nahi ke wahan koi lath pyar chalta hai, wahan love affair chalta hai. wo yeh love affair ki baat nahi hai, yeh yaad rakhiye, wo competence ki baat hai.</w:t>
      </w:r>
      <w:r>
        <w:br/>
      </w:r>
      <w:r>
        <w:rPr>
          <w:sz w:val="20"/>
        </w:rPr>
        <w:t>44:38  Rajat, there is a question that Saleem asked and I think it didn't get answered or didn't get conveyed. The question was that mental suffering and physical suffering, they both stimulate the brain in a similar manner.</w:t>
      </w:r>
      <w:r>
        <w:br/>
      </w:r>
      <w:r>
        <w:rPr>
          <w:sz w:val="20"/>
        </w:rPr>
        <w:t>44:53  So his question was that, uh, he believes therefore that, uh, hell is actually mental suffering.</w:t>
      </w:r>
      <w:r>
        <w:br/>
      </w:r>
      <w:r>
        <w:rPr>
          <w:sz w:val="20"/>
        </w:rPr>
        <w:t>45:03  It's a state of mind where in you are suffering mentally. It is not a physical place where you'll be burning, burning, etc. It's a state where in you'll be suffering mentally.</w:t>
      </w:r>
      <w:r>
        <w:br/>
      </w:r>
      <w:r>
        <w:rPr>
          <w:sz w:val="20"/>
        </w:rPr>
        <w:t>45:14  Is that right? Or what is Maulana's view on this?</w:t>
      </w:r>
      <w:r>
        <w:br/>
      </w:r>
      <w:r>
        <w:rPr>
          <w:sz w:val="20"/>
        </w:rPr>
        <w:t>45:18  Maulana, aap ne jab aaj desires ka ek sawal aaya tha ke desire kabhi khatam nahi honge, aap ne kaha insaan ke andar, to desire ko control kar sakte hain.</w:t>
      </w:r>
      <w:r>
        <w:br/>
      </w:r>
      <w:r>
        <w:rPr>
          <w:sz w:val="20"/>
        </w:rPr>
        <w:t>45:32  to Maulana, kaise control kar sakte hain desires ko?</w:t>
      </w:r>
      <w:r>
        <w:br/>
      </w:r>
      <w:r>
        <w:rPr>
          <w:sz w:val="20"/>
        </w:rPr>
        <w:t>45:39  Desire ka koi khali cheez hai? yeh to Buddhism mein desire ko burai bana diya. koi burai hai hi nahi, wo desire koi burai hai hi nahi.</w:t>
      </w:r>
      <w:r>
        <w:br/>
      </w:r>
      <w:r>
        <w:rPr>
          <w:sz w:val="20"/>
        </w:rPr>
        <w:t>45:51  wo</w:t>
      </w:r>
      <w:r>
        <w:br/>
      </w:r>
      <w:r>
        <w:rPr>
          <w:sz w:val="20"/>
        </w:rPr>
        <w:t>45:54  desire to ek bohat high class ki yani insani sifat hai.</w:t>
      </w:r>
      <w:r>
        <w:br/>
      </w:r>
      <w:r>
        <w:rPr>
          <w:sz w:val="20"/>
        </w:rPr>
        <w:t>46:10  yeh to hai ke desire koi buri cheez hai.</w:t>
      </w:r>
      <w:r>
        <w:br/>
      </w:r>
      <w:r>
        <w:rPr>
          <w:sz w:val="20"/>
        </w:rPr>
        <w:t>46:17  misal ke taur par, maine yeh desire paida hui ke main jannat ka mustahiq to banai hoon, lekin Allah ka ek jhalak mujhe dikhana dekhne ko mil jaye.</w:t>
      </w:r>
      <w:r>
        <w:br/>
      </w:r>
      <w:r>
        <w:rPr>
          <w:sz w:val="20"/>
        </w:rPr>
        <w:t>46:30  ek glimpse yeh desire thi, to kya desire koi galat nahi hai?</w:t>
      </w:r>
      <w:r>
        <w:br/>
      </w:r>
      <w:r>
        <w:rPr>
          <w:sz w:val="20"/>
        </w:rPr>
        <w:t>46:43  Maulana, mera yeh sawal hai ke jab Allah hum se naraz ho jata hai to kya woh hum se naik kaam yani ke achhe kaam lene chhod deta hai?</w:t>
      </w:r>
      <w:r>
        <w:br/>
      </w:r>
      <w:r>
        <w:rPr>
          <w:sz w:val="20"/>
        </w:rPr>
        <w:t>47:00  Maulana, sawal yeh hai ke jab Allah hum se naraz ho jata hai to kya woh hum se naik kaam lena chhod deta hai?</w:t>
      </w:r>
      <w:r>
        <w:br/>
      </w:r>
      <w:r>
        <w:rPr>
          <w:sz w:val="20"/>
        </w:rPr>
        <w:t>47:10  Zaroor nahi, chhodna nahi, chhodta nahi. Hum lautein, tauba naseeb karein. Yeh to bohat zyada likha hua hai Quran mein ke Allah taala lautne walon ko bohat pasand karta hai.</w:t>
      </w:r>
      <w:r>
        <w:br/>
      </w:r>
      <w:r>
        <w:rPr>
          <w:sz w:val="20"/>
        </w:rPr>
        <w:t>47:26  Phir sahib ji,</w:t>
      </w:r>
      <w:r>
        <w:br/>
      </w:r>
      <w:r>
        <w:rPr>
          <w:sz w:val="20"/>
        </w:rPr>
        <w:t>47:30  lautne wala jo hai, woh to Allah ka most wanted insan hai jo laute.</w:t>
      </w:r>
      <w:r>
        <w:br/>
      </w:r>
      <w:r>
        <w:rPr>
          <w:sz w:val="20"/>
        </w:rPr>
        <w:t>47:40  Sachhe tareeqe se log lautate nahi. Lautein to lautna yani tauba to bohat bada yeh rewardable amal hai.</w:t>
      </w:r>
      <w:r>
        <w:br/>
      </w:r>
      <w:r>
        <w:rPr>
          <w:sz w:val="20"/>
        </w:rPr>
        <w:t>47:51  yeh</w:t>
      </w:r>
      <w:r>
        <w:br/>
      </w:r>
      <w:r>
        <w:rPr>
          <w:sz w:val="20"/>
        </w:rPr>
        <w:t>47:58  Lekin sachha lautna kya cheez hai jis ko tauba naseeb kaha gaya hai?</w:t>
      </w:r>
      <w:r>
        <w:br/>
      </w:r>
      <w:r>
        <w:rPr>
          <w:sz w:val="20"/>
        </w:rPr>
        <w:t>48:07  Is par Allah ki inayatein hain. Ah,</w:t>
      </w:r>
      <w:r>
        <w:br/>
      </w:r>
      <w:r>
        <w:rPr>
          <w:sz w:val="20"/>
        </w:rPr>
        <w:t>48:15  Maulana, ek ek hadith hai. Hain, ek hadith hai: "Azam al-nas hamman al-mu'min alladhi yahtammu bi-amri dunya wa amri akhiratihi" ke logon mein sab se zyada plan karne wala momin hota hai.</w:t>
      </w:r>
      <w:r>
        <w:br/>
      </w:r>
      <w:r>
        <w:rPr>
          <w:sz w:val="20"/>
        </w:rPr>
        <w:t>48:33  Logon mein sab se zyada plan karne wala momin hota hai. Woh apne duniya ke mamlaat ki planning karta hai aur apne akhirat ke mamlaat ki planning karta hai.</w:t>
      </w:r>
      <w:r>
        <w:br/>
      </w:r>
      <w:r>
        <w:rPr>
          <w:sz w:val="20"/>
        </w:rPr>
        <w:t>48:42  Hmm, to momin ke liye to yeh wazeh hai ke woh akhirat ke mamlaat ki planning karta hai. Duniya ke mamlaat ki planning kya hai momin ke liye?</w:t>
      </w:r>
      <w:r>
        <w:br/>
      </w:r>
      <w:r>
        <w:rPr>
          <w:sz w:val="20"/>
        </w:rPr>
        <w:t>48:51  Yahan isi ma'ne mein hai ke momin bohat zyada sensitive insan hota hai. Sara ma'mla sensitivity ka hai.</w:t>
      </w:r>
      <w:r>
        <w:br/>
      </w:r>
      <w:r>
        <w:rPr>
          <w:sz w:val="20"/>
        </w:rPr>
        <w:t>49:00  Yeh momin yani kalma padhne wale ka nahi hai. Yani jo kalma padh le, woh aisa ho jayega nahi.</w:t>
      </w:r>
      <w:r>
        <w:br/>
      </w:r>
      <w:r>
        <w:rPr>
          <w:sz w:val="20"/>
        </w:rPr>
        <w:t>49:14  Jo waqai is ma'amle mein momin bada hai, sensitivity ke momin hain, to us ki har cheez mein uska izhaar hoga.</w:t>
      </w:r>
      <w:r>
        <w:br/>
      </w:r>
      <w:r>
        <w:rPr>
          <w:sz w:val="20"/>
        </w:rPr>
        <w:t>49:24  Ji ji, Maulana, mera ek aakhri sawal hai aaj ke discussion ka. Woh that's based on the concept of Iblis, Satan.</w:t>
      </w:r>
      <w:r>
        <w:br/>
      </w:r>
      <w:r>
        <w:rPr>
          <w:sz w:val="20"/>
        </w:rPr>
        <w:t>49:34  Ah, maine kahin padha tha ke Satan was extremely in love with God and he still is. Unko Allah se bohat mohabbat thi, unhone Allah ki har jagah pe ibadat ki thi.</w:t>
      </w:r>
      <w:r>
        <w:br/>
      </w:r>
      <w:r>
        <w:rPr>
          <w:sz w:val="20"/>
        </w:rPr>
        <w:t>49:45  Haan, to woh aaj bhi he is in love with God. But jab Allah taala ne unko Adam ko sajda karne ke liye kaha to unse woh baat rahi nahi gayi, because he was given a competitor for his love with God.</w:t>
      </w:r>
      <w:r>
        <w:br/>
      </w:r>
      <w:r>
        <w:rPr>
          <w:sz w:val="20"/>
        </w:rPr>
        <w:t>49:58  To woh aaj bhi hum ko Allah se door karne pe ade hue hain. Jab whenever we want to go close to God, he or he makes us repel and woh hum ko Allah se door kar dete hain.</w:t>
      </w:r>
      <w:r>
        <w:br/>
      </w:r>
      <w:r>
        <w:rPr>
          <w:sz w:val="20"/>
        </w:rPr>
        <w:t>50:10  Kya hum ko Iblis se nafrat rakhna kya hai is hisab se sahi hai ke g</w:t>
      </w:r>
      <w:r>
        <w:br/>
      </w:r>
      <w:r>
        <w:rPr>
          <w:sz w:val="20"/>
        </w:rPr>
        <w:t>50:15  Ghalat hai? Nahi, kyun ke nafrat kyun? Nafrat kyun? Apne se nafrat karo ke hum kyun uska shikar ban jate hain? Rasool Allah se aisi koi hadith to nahi ke Rasool Allah Iblis se nafrat karte the?</w:t>
      </w:r>
      <w:r>
        <w:br/>
      </w:r>
      <w:r>
        <w:rPr>
          <w:sz w:val="20"/>
        </w:rPr>
        <w:t>50:30  apne sath nafrat karo ke hum kyun shikar ban jate hain?</w:t>
      </w:r>
      <w:r>
        <w:br/>
      </w:r>
      <w:r>
        <w:rPr>
          <w:sz w:val="20"/>
        </w:rPr>
        <w:t>50:37  nafrat to yeh yeh thi yani yeh jo bigre hue in</w:t>
      </w:r>
    </w:p>
    <w:p>
      <w:pPr>
        <w:pStyle w:val="Heading2"/>
      </w:pPr>
      <w:r>
        <w:t>Identifying and sorting personal shortcomings</w:t>
      </w:r>
    </w:p>
    <w:p>
      <w:r>
        <w:rPr>
          <w:color w:val="666666"/>
          <w:sz w:val="18"/>
        </w:rPr>
        <w:t>Problem and Shukr March 15, 2015 · 1m 32s · at 49:16 · https://youtu.be/O4gfXHtntcc?t=2956</w:t>
      </w:r>
    </w:p>
    <w:p>
      <w:r>
        <w:rPr>
          <w:i/>
        </w:rPr>
        <w:t>“How do we identify and sort shortcomings? How can one identify the shortcomings within oneself?”</w:t>
      </w:r>
    </w:p>
    <w:p>
      <w:r>
        <w:rPr>
          <w:sz w:val="20"/>
        </w:rPr>
        <w:t>49:16  Maulana agla sawal kya hai bhopal se tosiq sahib ne aur woh aap se janna chahte hain keh</w:t>
      </w:r>
      <w:r>
        <w:br/>
      </w:r>
      <w:r>
        <w:rPr>
          <w:sz w:val="20"/>
        </w:rPr>
        <w:t>49:24  How do we identify our shortcomings? What is how do we identify our shortcomings?</w:t>
      </w:r>
      <w:r>
        <w:br/>
      </w:r>
      <w:r>
        <w:rPr>
          <w:sz w:val="20"/>
        </w:rPr>
        <w:t>49:33  jo Maulana insan ke andar kamiyan hoti hain is ko kaise identify kar sakte hain shortcomings ko</w:t>
      </w:r>
      <w:r>
        <w:br/>
      </w:r>
      <w:r>
        <w:rPr>
          <w:sz w:val="20"/>
        </w:rPr>
        <w:t>49:39  kaise identify kar sakte hain is ka koi method hai ya koi formula hai muhasba ek hi formula</w:t>
      </w:r>
      <w:r>
        <w:br/>
      </w:r>
      <w:r>
        <w:rPr>
          <w:sz w:val="20"/>
        </w:rPr>
        <w:t>49:45  bataya gaya hai Quran o Hadees mein muhasba yani introspection</w:t>
      </w:r>
      <w:r>
        <w:br/>
      </w:r>
      <w:r>
        <w:rPr>
          <w:sz w:val="20"/>
        </w:rPr>
        <w:t>49:51  woh aadmi ke andar itna zyada dakhil hota hai keh woh aadmi khud hi discuss kar sakta hai</w:t>
      </w:r>
      <w:r>
        <w:br/>
      </w:r>
      <w:r>
        <w:rPr>
          <w:sz w:val="20"/>
        </w:rPr>
        <w:t>49:57  doosra aadmi is ko identify nahi kar sakta is ke soch mein is ke jazbat mein is ki</w:t>
      </w:r>
      <w:r>
        <w:br/>
      </w:r>
      <w:r>
        <w:rPr>
          <w:sz w:val="20"/>
        </w:rPr>
        <w:t>50:04  personality mein ghusa hua hota hai woh to kaun doosra is ko identify karega aap karenge</w:t>
      </w:r>
      <w:r>
        <w:br/>
      </w:r>
      <w:r>
        <w:rPr>
          <w:sz w:val="20"/>
        </w:rPr>
        <w:t>50:10  to is ke liye quran mein aur hadith mein jo cheez batai gayi hai woh hai muhasba</w:t>
      </w:r>
      <w:r>
        <w:br/>
      </w:r>
      <w:r>
        <w:rPr>
          <w:sz w:val="20"/>
        </w:rPr>
        <w:t>50:16  muhasba ka matlab hota hai introspection yani apne apne khilaf sochna apne apne bare mein sochna</w:t>
      </w:r>
      <w:r>
        <w:br/>
      </w:r>
      <w:r>
        <w:rPr>
          <w:sz w:val="20"/>
        </w:rPr>
        <w:t>50:25  yani anti self thinking mein samajhta hoon ke ek hi cheez hai jo aap ko bata sakti hai</w:t>
      </w:r>
      <w:r>
        <w:br/>
      </w:r>
      <w:r>
        <w:rPr>
          <w:sz w:val="20"/>
        </w:rPr>
        <w:t>50:31  ke aap ke andar kya kamiyan hain woh hai anti self thinking to jis ko allah ka jis</w:t>
      </w:r>
      <w:r>
        <w:br/>
      </w:r>
      <w:r>
        <w:rPr>
          <w:sz w:val="20"/>
        </w:rPr>
        <w:t>50:36  ko jo aadmi yeh chahta ho ke woh allah ki rehmaton ka mustahiq bane to us ko anti</w:t>
      </w:r>
      <w:r>
        <w:br/>
      </w:r>
      <w:r>
        <w:rPr>
          <w:sz w:val="20"/>
        </w:rPr>
        <w:t>50:42  self thinking karna hi karna hai yeh to sab bari ibadat hai anti self thinking sab se bari</w:t>
      </w:r>
    </w:p>
    <w:p>
      <w:pPr>
        <w:pStyle w:val="Heading2"/>
      </w:pPr>
      <w:r>
        <w:t>Admitting Mistakes Before the Opposite Party</w:t>
      </w:r>
    </w:p>
    <w:p>
      <w:r>
        <w:rPr>
          <w:color w:val="666666"/>
          <w:sz w:val="18"/>
        </w:rPr>
        <w:t>Dars-e-Quran, Chapter 2, Verse 37 | January  07, 2018 · 1m 54s · at 52:33 · https://youtu.be/ao6Cr57KuEM?t=3153</w:t>
      </w:r>
    </w:p>
    <w:p>
      <w:r>
        <w:rPr>
          <w:i/>
        </w:rPr>
        <w:t>“Moulana, many people feel that admitting one mistake would make them smaller in front of the opposite party. This may make the opposite party misuse the situation to his or her advantage.”</w:t>
      </w:r>
    </w:p>
    <w:p>
      <w:r>
        <w:rPr>
          <w:sz w:val="20"/>
        </w:rPr>
        <w:t>52:33  maulana, agla sawal bheja hai tahir saeed sahib ne lucknow se, unhon ne likha hai: "maulana, many people</w:t>
      </w:r>
      <w:r>
        <w:br/>
      </w:r>
      <w:r>
        <w:rPr>
          <w:sz w:val="20"/>
        </w:rPr>
        <w:t>52:43  feel that admitting one's mistake would make them smaller in front of the opposite party. This may</w:t>
      </w:r>
      <w:r>
        <w:br/>
      </w:r>
      <w:r>
        <w:rPr>
          <w:sz w:val="20"/>
        </w:rPr>
        <w:t>52:53  make the opposite party misuse the situation to his or her advantage.</w:t>
      </w:r>
      <w:r>
        <w:br/>
      </w:r>
      <w:r>
        <w:rPr>
          <w:sz w:val="20"/>
        </w:rPr>
        <w:t>53:00  so is it not better that we say i was wrong in our heart and then do not</w:t>
      </w:r>
      <w:r>
        <w:br/>
      </w:r>
      <w:r>
        <w:rPr>
          <w:sz w:val="20"/>
        </w:rPr>
        <w:t>53:06  repeat the mistake ever? if we say i was wrong aloud, then the opposite party may exploit the</w:t>
      </w:r>
      <w:r>
        <w:br/>
      </w:r>
      <w:r>
        <w:rPr>
          <w:sz w:val="20"/>
        </w:rPr>
        <w:t>53:12  situation." nahi, bilkul yeh bilkul khali baat hai.</w:t>
      </w:r>
      <w:r>
        <w:br/>
      </w:r>
      <w:r>
        <w:rPr>
          <w:sz w:val="20"/>
        </w:rPr>
        <w:t>53:19  puri history mein aisa kabhi hua nahi.</w:t>
      </w:r>
      <w:r>
        <w:br/>
      </w:r>
      <w:r>
        <w:rPr>
          <w:sz w:val="20"/>
        </w:rPr>
        <w:t>53:25  dekhiye, yahan log apni woe ko jante hain, yeh woe ki language hai jo aap bol rahe hain,</w:t>
      </w:r>
      <w:r>
        <w:br/>
      </w:r>
      <w:r>
        <w:rPr>
          <w:sz w:val="20"/>
        </w:rPr>
        <w:t>53:31  aur law of nature ko nahi jante.</w:t>
      </w:r>
      <w:r>
        <w:br/>
      </w:r>
      <w:r>
        <w:rPr>
          <w:sz w:val="20"/>
        </w:rPr>
        <w:t>53:37  law of nature jo hai, us ke andar ek cheez hai jis ko kehte hain conscious.</w:t>
      </w:r>
      <w:r>
        <w:br/>
      </w:r>
      <w:r>
        <w:rPr>
          <w:sz w:val="20"/>
        </w:rPr>
        <w:t>53:43  insan ka personality ka ek bohat hi important part hai conscious.</w:t>
      </w:r>
      <w:r>
        <w:br/>
      </w:r>
      <w:r>
        <w:rPr>
          <w:sz w:val="20"/>
        </w:rPr>
        <w:t>53:49  تو جیسے ہی فریق دوسری پارٹی یہ کہہ دے: "I was wrong</w:t>
      </w:r>
      <w:r>
        <w:br/>
      </w:r>
      <w:r>
        <w:rPr>
          <w:sz w:val="20"/>
        </w:rPr>
        <w:t>53:55  ", to conscious ko moqa mil jata hai kaam karne ka.</w:t>
      </w:r>
      <w:r>
        <w:br/>
      </w:r>
      <w:r>
        <w:rPr>
          <w:sz w:val="20"/>
        </w:rPr>
        <w:t>54:01  yani conscious jaag parta hai, aur jab conscious jaag pare to us ke baad submission ata hai, modesty</w:t>
      </w:r>
      <w:r>
        <w:br/>
      </w:r>
      <w:r>
        <w:rPr>
          <w:sz w:val="20"/>
        </w:rPr>
        <w:t>54:06  aati hai, acknowledge karna aata hai.</w:t>
      </w:r>
      <w:r>
        <w:br/>
      </w:r>
      <w:r>
        <w:rPr>
          <w:sz w:val="20"/>
        </w:rPr>
        <w:t>54:11  yeh to law of nature hai.</w:t>
      </w:r>
      <w:r>
        <w:br/>
      </w:r>
      <w:r>
        <w:rPr>
          <w:sz w:val="20"/>
        </w:rPr>
        <w:t>54:17  jo log nahi jante is ko, woh aisi baatein karte hain.</w:t>
      </w:r>
      <w:r>
        <w:br/>
      </w:r>
      <w:r>
        <w:rPr>
          <w:sz w:val="20"/>
        </w:rPr>
        <w:t>54:22  law of nature supreme hai, hamari will supreme nahi hai.</w:t>
      </w:r>
    </w:p>
    <w:p>
      <w:pPr>
        <w:pStyle w:val="Heading2"/>
      </w:pPr>
      <w:r>
        <w:t>Developing humility when criticizing others</w:t>
      </w:r>
    </w:p>
    <w:p>
      <w:r>
        <w:rPr>
          <w:color w:val="666666"/>
          <w:sz w:val="18"/>
        </w:rPr>
        <w:t>Q&amp;A 04 Mar 2012 Maulana Wahiduddin Khan · 44s · at 50:48 · https://youtu.be/txRmutuvWQI?t=3048</w:t>
      </w:r>
    </w:p>
    <w:p>
      <w:r>
        <w:rPr>
          <w:i/>
        </w:rPr>
        <w:t>“Considering oneself as nothing while criticizing others is mentally difficult. How can one develop this quality?”</w:t>
      </w:r>
    </w:p>
    <w:p>
      <w:r>
        <w:rPr>
          <w:sz w:val="20"/>
        </w:rPr>
        <w:t>50:48  maulana, un ka aik aur sawal hai. unhon ne poocha hai ke doosron ko tanqeed karte waqt khud ko nathing samajhna zehni taur par aik mushkil kaam hai.</w:t>
      </w:r>
      <w:r>
        <w:br/>
      </w:r>
      <w:r>
        <w:rPr>
          <w:sz w:val="20"/>
        </w:rPr>
        <w:t>50:59  is cheez ko apne andar kaise paida kiya jaye?</w:t>
      </w:r>
      <w:r>
        <w:br/>
      </w:r>
      <w:r>
        <w:rPr>
          <w:sz w:val="20"/>
        </w:rPr>
        <w:t>51:03  mushkil kuch bhi nahi hai. Allah se dua ki jiye. Hazrat Masih se ne kisi se is tarah ki baat ki to us ne kaha ke yeh to bohat mushkil kaam hai.</w:t>
      </w:r>
      <w:r>
        <w:br/>
      </w:r>
      <w:r>
        <w:rPr>
          <w:sz w:val="20"/>
        </w:rPr>
        <w:t>51:15  to Hazrat Masih ne kaha ke insan ke liye mushkil hai, lekin Allah ke liye to kuch bhi mushkil nahi. matlab Allah se pao, Allah se mango to mil jayega.</w:t>
      </w:r>
      <w:r>
        <w:br/>
      </w:r>
      <w:r>
        <w:rPr>
          <w:sz w:val="20"/>
        </w:rPr>
        <w:t>51:26  Allah se mango, Allah to tum ko is ki tofeeq de dega.</w:t>
      </w:r>
    </w:p>
    <w:p>
      <w:pPr>
        <w:pStyle w:val="Heading2"/>
      </w:pPr>
      <w:r>
        <w:t>Judging one's capacity before accepting work</w:t>
      </w:r>
    </w:p>
    <w:p>
      <w:r>
        <w:rPr>
          <w:color w:val="666666"/>
          <w:sz w:val="18"/>
        </w:rPr>
        <w:t>The Concept of Help Feb 9, 2020—Maulana Wahiduddin Khan · 9m 54s · at 42:07 · https://youtu.be/WScXmduh1AQ?t=2527</w:t>
      </w:r>
    </w:p>
    <w:p>
      <w:r>
        <w:rPr>
          <w:i/>
        </w:rPr>
        <w:t>“Today I could understand the link between adversity, patience and Allah's reward. Most people make the mistake of overestimating themselves and as a result they fall into frustration. My question is: How to find out and judge before accepting any work whether the work is within one's capacity or beyond one's capacity?”</w:t>
      </w:r>
    </w:p>
    <w:p>
      <w:r>
        <w:rPr>
          <w:sz w:val="20"/>
        </w:rPr>
        <w:t>42:07  Today I could understand the link between adversity, patience and Allah reward. May Allah guide us to right path for attaining comfort in hereafter." Maulana, agla sawal bheja hai Lucknow se Amanatullah sahib ne.</w:t>
      </w:r>
      <w:r>
        <w:br/>
      </w:r>
      <w:r>
        <w:rPr>
          <w:sz w:val="20"/>
        </w:rPr>
        <w:t>42:27  Unhon ne likha hai: "Maulana sahib, most people make the mistake of over estimating one self and as a result they fall in frustration.</w:t>
      </w:r>
      <w:r>
        <w:br/>
      </w:r>
      <w:r>
        <w:rPr>
          <w:sz w:val="20"/>
        </w:rPr>
        <w:t>42:41  My question is how to find out or judge before accepting any work that whether the work is within one's capacity or beyond one's capacity.</w:t>
      </w:r>
      <w:r>
        <w:br/>
      </w:r>
      <w:r>
        <w:rPr>
          <w:sz w:val="20"/>
        </w:rPr>
        <w:t>42:54  Please guide us in that."</w:t>
      </w:r>
      <w:r>
        <w:br/>
      </w:r>
      <w:r>
        <w:rPr>
          <w:sz w:val="20"/>
        </w:rPr>
        <w:t>43:00  main samajhta hoon ke hamare yaani is area mein jo log basta hain, jo musalman, un ki sab se bari, sab se bara disadvantage yeh tha ke un ko Iqbal mil gaya,</w:t>
      </w:r>
      <w:r>
        <w:br/>
      </w:r>
      <w:r>
        <w:rPr>
          <w:sz w:val="20"/>
        </w:rPr>
        <w:t>43:13  jise khudhi ka falsafa bataya. Yeh nashe ka falsafa tha, khudhi ka. To Iqbal ne apna le liya. Khudhi, khudhi, khudhi, khudhi to ek tawakkun nazariya hai.</w:t>
      </w:r>
      <w:r>
        <w:br/>
      </w:r>
      <w:r>
        <w:rPr>
          <w:sz w:val="20"/>
        </w:rPr>
        <w:t>43:28  Khudhi nahi, anti, anti khudhi. Self, anti self se taraqqiyan hoti hain. Isi liye Iqbal ki qaum kuch taraqqi nahi kar saki.</w:t>
      </w:r>
      <w:r>
        <w:br/>
      </w:r>
      <w:r>
        <w:rPr>
          <w:sz w:val="20"/>
        </w:rPr>
        <w:t>43:43  Meri baat mein bohat so'n ko dhakka lage ga, bura bura maloom hoga. Lekin main isi liye kehta hoon ke mujhe koi lady, lady, lady nahi karna hai.</w:t>
      </w:r>
      <w:r>
        <w:br/>
      </w:r>
      <w:r>
        <w:rPr>
          <w:sz w:val="20"/>
        </w:rPr>
        <w:t>43:54  Mujhe koi ledaery ka shauq nahi hai. Main sachai ko bayan karne ke liye zinda hoon. Sachai musalmanon ko chahiye ke woh Iqbal ko chhoden.</w:t>
      </w:r>
      <w:r>
        <w:br/>
      </w:r>
      <w:r>
        <w:rPr>
          <w:sz w:val="20"/>
        </w:rPr>
        <w:t>44:05  Jab tak Iqbal ko shehar mein rahen ge na, shehar mein tab tak taraqqi nahi kar sakte woh. Jab tak Iqbal ko jis masjid dekhiye, jis madrasay pe dekhiye, Iqbal ka ashaar parhe ja rahe hain.</w:t>
      </w:r>
      <w:r>
        <w:br/>
      </w:r>
      <w:r>
        <w:rPr>
          <w:sz w:val="20"/>
        </w:rPr>
        <w:t>44:19  Bataiye, koi kaam hai? Iqbal ne to qaum ko yaani meethi, meethay zehar ki meethi goliyan di hain.</w:t>
      </w:r>
      <w:r>
        <w:br/>
      </w:r>
      <w:r>
        <w:rPr>
          <w:sz w:val="20"/>
        </w:rPr>
        <w:t>44:29  Zehar ki meethi goliyan. To main jaanta hoon ke bohat se log ghussa, ghussa ho jayen ge. Lekin main chahta hoon ke yeh baat un ko bata doon marne se pehle, kyun ke hum sab ka saamna hone wala hai hajj, hajj ke maidan mein.</w:t>
      </w:r>
      <w:r>
        <w:br/>
      </w:r>
      <w:r>
        <w:rPr>
          <w:sz w:val="20"/>
        </w:rPr>
        <w:t>44:49  Aur India mein is se doori misguide karne wala koi nahi tha. Misguide karna isi ki ek cheez hai ke qoumiyat ke maamle mein saare musalman baqi bhi hain.</w:t>
      </w:r>
      <w:r>
        <w:br/>
      </w:r>
      <w:r>
        <w:rPr>
          <w:sz w:val="20"/>
        </w:rPr>
        <w:t>45:05  Qoumiyat ka nazariya jo tha, us ke liye unhon ne negative baaten kahi hain. Isi liye zamanay ko pehchan nahi sake.</w:t>
      </w:r>
      <w:r>
        <w:br/>
      </w:r>
      <w:r>
        <w:rPr>
          <w:sz w:val="20"/>
        </w:rPr>
        <w:t>45:18  Zamanay ko pehchan nahi sake. Aaj duniya mein ek hi qaum aisi hai jo zamanay ko pehchan nahi saki. Choti choti qaumon ne pehchan liya zamanay ko aur taraqqiyan keen.</w:t>
      </w:r>
      <w:r>
        <w:br/>
      </w:r>
      <w:r>
        <w:rPr>
          <w:sz w:val="20"/>
        </w:rPr>
        <w:t>45:32  Lekin yeh musalmanon ki ajeeb haalat hai ke aisa shayar unhon ne paida kiya jis shayar ne un ko yaani sirf mis lead kiya.</w:t>
      </w:r>
      <w:r>
        <w:br/>
      </w:r>
      <w:r>
        <w:rPr>
          <w:sz w:val="20"/>
        </w:rPr>
        <w:t>45:46  Main jaanta hoon ke hazaron log mujh se ghussa ho jayen ge, lekin koi ghussa hota rahe. Mujhe to sachi baat karna hai.</w:t>
      </w:r>
      <w:r>
        <w:br/>
      </w:r>
      <w:r>
        <w:rPr>
          <w:sz w:val="20"/>
        </w:rPr>
        <w:t>45:57  Sachi baat karni hai mujhe. Main, main, main manta hoon ke self thinking tawakkun hai. Sahi thinking hai, anti self thinking.</w:t>
      </w:r>
      <w:r>
        <w:br/>
      </w:r>
      <w:r>
        <w:rPr>
          <w:sz w:val="20"/>
        </w:rPr>
        <w:t>46:09  Aap ke andar anti self thinking develop ho, us se aap taraqqi karen ge. Self thinking se aap kabhi taraqqi nahi kar sakte. Maulana, agla comment parhna chahen ge.</w:t>
      </w:r>
      <w:r>
        <w:br/>
      </w:r>
      <w:r>
        <w:rPr>
          <w:sz w:val="20"/>
        </w:rPr>
        <w:t>46:20  Yeh bheja hai Maulana Yaqoob Umri ne Delhi se. Unhon ne likha hai: "Maulana, I agree with you hundred percent on the concept of helping other that you explained very well today.</w:t>
      </w:r>
      <w:r>
        <w:br/>
      </w:r>
      <w:r>
        <w:rPr>
          <w:sz w:val="20"/>
        </w:rPr>
        <w:t>46:34  Teaching wisdom is real help and giving money is killing their potential. Jazak Allah." Maulana, Maulana, agla comment aur sawal aaya hai Miss Samina ka Delhi se.</w:t>
      </w:r>
      <w:r>
        <w:br/>
      </w:r>
      <w:r>
        <w:rPr>
          <w:sz w:val="20"/>
        </w:rPr>
        <w:t>46:48  Unhon ne likha hai: "Maulana, you are a blessing for my family. You are a blessing for my family and me, and I think my brother Khurram for that Allah use her khushi se un ko nawazay." Aise, I also want to thank Farida Apa and Naghma Apa for their support and encouragement to do translation work.</w:t>
      </w:r>
      <w:r>
        <w:br/>
      </w:r>
      <w:r>
        <w:rPr>
          <w:sz w:val="20"/>
        </w:rPr>
        <w:t>47:17  i have a question: "last week i saw you giving your blessings to a girl who was apparently going through depression.</w:t>
      </w:r>
      <w:r>
        <w:br/>
      </w:r>
      <w:r>
        <w:rPr>
          <w:sz w:val="20"/>
        </w:rPr>
        <w:t>47:27  these days so many people are going through stress and depression and are committing suicides. the reason vary from financial, personal and many more.</w:t>
      </w:r>
      <w:r>
        <w:br/>
      </w:r>
      <w:r>
        <w:rPr>
          <w:sz w:val="20"/>
        </w:rPr>
        <w:t>47:38  my daughter marvi's class mate, uh who was in second year, was going through depression and was taking therapy from psychologist.</w:t>
      </w:r>
      <w:r>
        <w:br/>
      </w:r>
      <w:r>
        <w:rPr>
          <w:sz w:val="20"/>
        </w:rPr>
        <w:t>47:50  still he ended his life. all the batch mates are in extreme trauma as they were the ones to break open the door and take out his body, not hanging from the fan but from the cupboard.</w:t>
      </w:r>
      <w:r>
        <w:br/>
      </w:r>
      <w:r>
        <w:rPr>
          <w:sz w:val="20"/>
        </w:rPr>
        <w:t>48:04  he was extremely good in studies and he had no financial issues, but the parents were in jharkhand and he was staying alone in a pg.</w:t>
      </w:r>
      <w:r>
        <w:br/>
      </w:r>
      <w:r>
        <w:rPr>
          <w:sz w:val="20"/>
        </w:rPr>
        <w:t>48:16  my question is as parents and teachers, how can we help these students or people in our contact? because most of the time what they need is simply talking to someone to share their worries, anxieties and fears.</w:t>
      </w:r>
      <w:r>
        <w:br/>
      </w:r>
      <w:r>
        <w:rPr>
          <w:sz w:val="20"/>
        </w:rPr>
        <w:t>48:33  maulana sahib, please advise." dekhiye, main apna experience aap ko batata hoon. main gaya tha pakistan, kai saal pehle ki baat hai.</w:t>
      </w:r>
      <w:r>
        <w:br/>
      </w:r>
      <w:r>
        <w:rPr>
          <w:sz w:val="20"/>
        </w:rPr>
        <w:t>48:47  to lahore ke airport par ek naujawan mujhe receive karne ke liye aaya aur kai log thay.</w:t>
      </w:r>
      <w:r>
        <w:br/>
      </w:r>
      <w:r>
        <w:rPr>
          <w:sz w:val="20"/>
        </w:rPr>
        <w:t>48:57  to woh naujawan main pehchane pehchanta nahi tha. us ko main us ko arabi nazar se dekha to us ne kaha ke aap us ko pehchanta nahi honge lekin main aap ko janta hoon.</w:t>
      </w:r>
      <w:r>
        <w:br/>
      </w:r>
      <w:r>
        <w:rPr>
          <w:sz w:val="20"/>
        </w:rPr>
        <w:t>49:11  to phir us ne apni story batai. us ne kaha ke main bohat zabardast depression ka shikar ho chuka tha. depression to yahan par koi hospital hai jo depression ka ilaj karta hai.</w:t>
      </w:r>
      <w:r>
        <w:br/>
      </w:r>
      <w:r>
        <w:rPr>
          <w:sz w:val="20"/>
        </w:rPr>
        <w:t>49:28  wahan woh daakhil kar diye gaye. to wahan par under treatment thay woh aur kuch faida nahi ho raha tha. to phir ek aadmi wahan mile un se, un ko meri kitab "raaz-e-hayat" de di.</w:t>
      </w:r>
      <w:r>
        <w:br/>
      </w:r>
      <w:r>
        <w:rPr>
          <w:sz w:val="20"/>
        </w:rPr>
        <w:t>49:44  "raaz-e-hayat"</w:t>
      </w:r>
      <w:r>
        <w:br/>
      </w:r>
      <w:r>
        <w:rPr>
          <w:sz w:val="20"/>
        </w:rPr>
        <w:t>49:49  to us ko unhon ne hospital mein parha. us ke baad doctor sahib ne kaha ke aap mujhe chutti de dijiye.</w:t>
      </w:r>
      <w:r>
        <w:br/>
      </w:r>
      <w:r>
        <w:rPr>
          <w:sz w:val="20"/>
        </w:rPr>
        <w:t>49:58  unhon ne kaha kyun? unhon ne kaha bhai to acha ho gaya. kaha ke nahi, abhi to aap under treatment hain. kaha ke nahi, main acha ho gaya. is kitab ko parh kar woh bilkul theek ho gaye.</w:t>
      </w:r>
      <w:r>
        <w:br/>
      </w:r>
      <w:r>
        <w:rPr>
          <w:sz w:val="20"/>
        </w:rPr>
        <w:t>50:11  depression khatam ho gaya aur phir zindagi mein kaabil ho gaya. to logon ko paisa mat dijiye, madad mat kijiye.</w:t>
      </w:r>
      <w:r>
        <w:br/>
      </w:r>
      <w:r>
        <w:rPr>
          <w:sz w:val="20"/>
        </w:rPr>
        <w:t>50:24  un ko wisdom dijiye. paisa dena un ke apni potential ko kill karna hai aur wisdom dena un ke potential ko jagana hai.</w:t>
      </w:r>
      <w:r>
        <w:br/>
      </w:r>
      <w:r>
        <w:rPr>
          <w:sz w:val="20"/>
        </w:rPr>
        <w:t>50:40  main phir kahunga ke paisa dena logon ki potential ko kill karna hai</w:t>
      </w:r>
      <w:r>
        <w:br/>
      </w:r>
      <w:r>
        <w:rPr>
          <w:sz w:val="20"/>
        </w:rPr>
        <w:t>50:51  aur wisdom dena logon ke wisdom ko potential ko jagana hai. yeh mera tajurba hai aur main bas kehta hoon ke hamare haan jo leader paida hui hai, woh zyada tar aisay log thay jinhon ne is raat ko jaana hi nahi.</w:t>
      </w:r>
      <w:r>
        <w:br/>
      </w:r>
      <w:r>
        <w:rPr>
          <w:sz w:val="20"/>
        </w:rPr>
        <w:t>51:13  is raat ko jaana hi nahi. unhon ne potential ko jagana yeh asal raaz hai. yeh jaana nahi hai. potential ko kill ko woh hai misguide karte rahay.</w:t>
      </w:r>
      <w:r>
        <w:br/>
      </w:r>
      <w:r>
        <w:rPr>
          <w:sz w:val="20"/>
        </w:rPr>
        <w:t>51:33  to jin logon ko is maslay mein jaanna ho, meri kitab parhein. urdu mein "raaz-e-hayat" hai, english mein woh hai kya naam hai uska?</w:t>
      </w:r>
      <w:r>
        <w:br/>
      </w:r>
      <w:r>
        <w:rPr>
          <w:sz w:val="20"/>
        </w:rPr>
        <w:t>51:46  "the secret of success". "the secret of success" english mein naam hai "the secret of success" aur urdu mein is ka naam hai "raaz-e-hayat".</w:t>
      </w:r>
    </w:p>
    <w:p>
      <w:pPr>
        <w:pStyle w:val="Heading2"/>
      </w:pPr>
      <w:r>
        <w:t>Difficulty focusing during reflection</w:t>
      </w:r>
    </w:p>
    <w:p>
      <w:r>
        <w:rPr>
          <w:color w:val="666666"/>
          <w:sz w:val="18"/>
        </w:rPr>
        <w:t>Revival of Islam March 23, 2014 · 2m 23s · at 48:06 · https://youtu.be/Wc4Vsc4u1JI?t=2886</w:t>
      </w:r>
    </w:p>
    <w:p>
      <w:r>
        <w:rPr>
          <w:i/>
        </w:rPr>
        <w:t>“During reflection, I cannot focus on one point; many different thoughts come to my mind. Please guide me on how to concentrate.”</w:t>
      </w:r>
    </w:p>
    <w:p>
      <w:r>
        <w:rPr>
          <w:sz w:val="20"/>
        </w:rPr>
        <w:t>48:06  maulana, agla sawal Pakistan se hai, sajjad nawaz sahib ka. Unhon ne likha hai: "ghor-o-fikr ke douran mein ek point par focus nahi kar pata.</w:t>
      </w:r>
      <w:r>
        <w:br/>
      </w:r>
      <w:r>
        <w:rPr>
          <w:sz w:val="20"/>
        </w:rPr>
        <w:t>48:18  different type ke kai khayalat mere mind mein aa jate hain. Maulana sahib, mere ko guide karein." dekhiye, aap hi ki baat nahi hai, yeh har shakhs ki baat hai.</w:t>
      </w:r>
      <w:r>
        <w:br/>
      </w:r>
      <w:r>
        <w:rPr>
          <w:sz w:val="20"/>
        </w:rPr>
        <w:t>48:33  yeh har shakhs ki baat hai.</w:t>
      </w:r>
      <w:r>
        <w:br/>
      </w:r>
      <w:r>
        <w:rPr>
          <w:sz w:val="20"/>
        </w:rPr>
        <w:t>48:35  kyunke aap jis duniya mein hain, wahan</w:t>
      </w:r>
      <w:r>
        <w:br/>
      </w:r>
      <w:r>
        <w:rPr>
          <w:sz w:val="20"/>
        </w:rPr>
        <w:t>48:42  bahut beshumar qism ki cheezen hain. Aap beshumar cheezon ko dekhte hain, beshumar cheezon ko sunte hain, beshumar cheezon ka tajruba hota hai, beshumar cheezen parhte hain.</w:t>
      </w:r>
      <w:r>
        <w:br/>
      </w:r>
      <w:r>
        <w:rPr>
          <w:sz w:val="20"/>
        </w:rPr>
        <w:t>48:54  woh sab aap ke mind mein jangla ban jata hai. To ek cheez mein focus karne ke ma'ani hain cheezon ko sort out karna.</w:t>
      </w:r>
      <w:r>
        <w:br/>
      </w:r>
      <w:r>
        <w:rPr>
          <w:sz w:val="20"/>
        </w:rPr>
        <w:t>49:04  to yeh aasan kaam nahi, is liye aap logon ko train karna parta hai. jo baat aap ki hai, woh sab ki hai. kyun k sab logon ka dimagh jungal hota hai.</w:t>
      </w:r>
      <w:r>
        <w:br/>
      </w:r>
      <w:r>
        <w:rPr>
          <w:sz w:val="20"/>
        </w:rPr>
        <w:t>49:14  jungal hota hi hota hai. agar aap sort out na kar sakein to jungal hi rahega woh. to yeh to aap ko karna hai.</w:t>
      </w:r>
      <w:r>
        <w:br/>
      </w:r>
      <w:r>
        <w:rPr>
          <w:sz w:val="20"/>
        </w:rPr>
        <w:t>49:24  is jungal se bahir aana hai. cheezon ko sort out karna hai. Allah se dua karna hai.</w:t>
      </w:r>
      <w:r>
        <w:br/>
      </w:r>
      <w:r>
        <w:rPr>
          <w:sz w:val="20"/>
        </w:rPr>
        <w:t>49:30  to aap ka case koi alag case nahi hai. wahi sab ka case hai. isi wajah se logon ki cheezein parhiye, aap sab k haan confusion hota hai.</w:t>
      </w:r>
      <w:r>
        <w:br/>
      </w:r>
      <w:r>
        <w:rPr>
          <w:sz w:val="20"/>
        </w:rPr>
        <w:t>49:42  logon k article parhiye, logon ki kitabein parhiye, logon ki taqreerein sunne. confusion hi confusion, confusion hi confusion.</w:t>
      </w:r>
      <w:r>
        <w:br/>
      </w:r>
      <w:r>
        <w:rPr>
          <w:sz w:val="20"/>
        </w:rPr>
        <w:t>49:53  kyun? log sort out nahi kar paate.</w:t>
      </w:r>
      <w:r>
        <w:br/>
      </w:r>
      <w:r>
        <w:rPr>
          <w:sz w:val="20"/>
        </w:rPr>
        <w:t>49:55  to aap yeh na samjhiye k aap ka case yeh hai. yeh sab ka case hai. aur is k liye aap logon ko train karna hai. apne ko yani woh salahiyat paida karna hai apne andar.</w:t>
      </w:r>
      <w:r>
        <w:br/>
      </w:r>
      <w:r>
        <w:rPr>
          <w:sz w:val="20"/>
        </w:rPr>
        <w:t>50:07  jis jis ko mein kehta hoon sort out karna. to to yeh yeh aik aik is ka aik is ko is ka talluq apne ko train karne se hai.</w:t>
      </w:r>
      <w:r>
        <w:br/>
      </w:r>
      <w:r>
        <w:rPr>
          <w:sz w:val="20"/>
        </w:rPr>
        <w:t>50:20  jab jab tak aap apne ko train nahi karein ge, tab tak kaifiyat baqi rahegi.</w:t>
      </w:r>
    </w:p>
    <w:p>
      <w:pPr>
        <w:pStyle w:val="Heading2"/>
      </w:pPr>
      <w:r>
        <w:t>Double standard towards wife and mother</w:t>
      </w:r>
    </w:p>
    <w:p>
      <w:r>
        <w:rPr>
          <w:color w:val="666666"/>
          <w:sz w:val="18"/>
        </w:rPr>
        <w:t>Roza and Quran July 18, 2010 · 1m 53s · at 1:15:56 · https://youtu.be/TSjqSQEb0EQ?t=4556</w:t>
      </w:r>
    </w:p>
    <w:p>
      <w:r>
        <w:rPr>
          <w:i/>
        </w:rPr>
        <w:t>“I have often heard people criticizing their wives, but when it comes to their mother, they see her as the best woman. Why does a man have this dual thinking towards women?”</w:t>
      </w:r>
    </w:p>
    <w:p>
      <w:r>
        <w:rPr>
          <w:sz w:val="20"/>
        </w:rPr>
        <w:t>1:15:56  Maulana, agla sawal Mr Nafeez Shiraz ka, Delhi se hain. unhon ne likha hai ke maine aksar logon ko apni biwi ki buraiyan karte suna hai.</w:t>
      </w:r>
      <w:r>
        <w:br/>
      </w:r>
      <w:r>
        <w:rPr>
          <w:sz w:val="20"/>
        </w:rPr>
        <w:t>1:16:07  kehte hain, "meri biwi mein falan kharabi hai, falan aib hai, is mein yeh baat achi nahi, woh baat achi nahi." magar jab baat aati hai us ki maa ki to use apni maa duniya ki sab se achi aurat nazar aati hai.</w:t>
      </w:r>
      <w:r>
        <w:br/>
      </w:r>
      <w:r>
        <w:rPr>
          <w:sz w:val="20"/>
        </w:rPr>
        <w:t>1:16:22  jabke us ki maa bhi ek aurat hai aur biwi bhi ek aurat hai. aurat ke liye mard ki yeh do tarah ki soch kyun hai?</w:t>
      </w:r>
      <w:r>
        <w:br/>
      </w:r>
      <w:r>
        <w:rPr>
          <w:sz w:val="20"/>
        </w:rPr>
        <w:t>1:16:31  jab aurat maa ke roop mein hai to use achi, use is mein achaiyan hi achaiyan nazar aati hain. aur jab aurat biwi ke roop mein hai to use is mein khamiyan hi khamiyan nazar aati hain.</w:t>
      </w:r>
      <w:r>
        <w:br/>
      </w:r>
      <w:r>
        <w:rPr>
          <w:sz w:val="20"/>
        </w:rPr>
        <w:t>1:16:43  Maulana, is ko bataein, aisa kyun hai? main to dono gunah samajhta hoon. maa ki tareefein karna bhi gunah hai aur biwi ki burai karna bhi gunah hai.</w:t>
      </w:r>
      <w:r>
        <w:br/>
      </w:r>
      <w:r>
        <w:rPr>
          <w:sz w:val="20"/>
        </w:rPr>
        <w:t>1:16:52  main dono ke ek sath gunah samajhta hoon. main bohat sakht is mamle mein hoon.</w:t>
      </w:r>
      <w:r>
        <w:br/>
      </w:r>
      <w:r>
        <w:rPr>
          <w:sz w:val="20"/>
        </w:rPr>
        <w:t>1:16:59  bohat sakht is mamle mein hoon. na maa ki achai bayan karo, na biwi ki burai bayan karo.</w:t>
      </w:r>
      <w:r>
        <w:br/>
      </w:r>
      <w:r>
        <w:rPr>
          <w:sz w:val="20"/>
        </w:rPr>
        <w:t>1:17:09  aur dono ko main gunah samajhta hoon. aur Allah taala ke sakht pakad hogi in logon ki nate ke upar samajhta hoon. yeh zuban ka galat istemal hai.</w:t>
      </w:r>
      <w:r>
        <w:br/>
      </w:r>
      <w:r>
        <w:rPr>
          <w:sz w:val="20"/>
        </w:rPr>
        <w:t>1:17:20  aur main samajhta hoon ke yeh yeh jo hamare desh mein jo riwaj hai, woh riwaj se aa</w:t>
      </w:r>
      <w:r>
        <w:br/>
      </w:r>
      <w:r>
        <w:rPr>
          <w:sz w:val="20"/>
        </w:rPr>
        <w:t>1:17:28  ya hai. yeh yani hamare desh mein is ka riwaj hai. yani maa ko yani devta ka darja diya jata hai.</w:t>
      </w:r>
      <w:r>
        <w:br/>
      </w:r>
      <w:r>
        <w:rPr>
          <w:sz w:val="20"/>
        </w:rPr>
        <w:t>1:17:37  yahan tak mein samajhta hoon. isi zamane mein yeh aaya hai. warna yeh baat jo doosre mulkon mein nahin hai. yeh sirf isi isi ilaqe mein hai. yeh</w:t>
      </w:r>
    </w:p>
    <w:p>
      <w:pPr>
        <w:pStyle w:val="Heading2"/>
      </w:pPr>
      <w:r>
        <w:t>Self-accounting clarification from experience</w:t>
      </w:r>
    </w:p>
    <w:p>
      <w:r>
        <w:rPr>
          <w:color w:val="666666"/>
          <w:sz w:val="18"/>
        </w:rPr>
        <w:t>Man and the Laws of Nature April 1, 2012 · 1m 50s · at 1:30:59 · https://youtu.be/coIrwYQgb6Y?t=5459</w:t>
      </w:r>
    </w:p>
    <w:p>
      <w:r>
        <w:rPr>
          <w:i/>
        </w:rPr>
        <w:t>“I want some clarification about self-accounting (self-hammering). Please explain based on your experience.”</w:t>
      </w:r>
    </w:p>
    <w:p>
      <w:r>
        <w:rPr>
          <w:sz w:val="20"/>
        </w:rPr>
        <w:t>1:30:59  maulana, agla sawal doha qatar se hai. maulana abdul basit umri sahib ka. unhon ne likha hai: "maulana, self hammering ke baray mein kuch wazahat chahta hoon.</w:t>
      </w:r>
      <w:r>
        <w:br/>
      </w:r>
      <w:r>
        <w:rPr>
          <w:sz w:val="20"/>
        </w:rPr>
        <w:t>1:31:10  apne tajrube ki roshni mein aap bataen." self hammering ka matlab hai khud apna muhasiba.</w:t>
      </w:r>
      <w:r>
        <w:br/>
      </w:r>
      <w:r>
        <w:rPr>
          <w:sz w:val="20"/>
        </w:rPr>
        <w:t>1:31:18  to muhasiba log aam taur par doosron ko karte hain. doosri ghalti par tokain ge, doosron ki ghalti par un se behas karen ge, doosron ki ghaltiyon ko khoob bayan karen ge.</w:t>
      </w:r>
      <w:r>
        <w:br/>
      </w:r>
      <w:r>
        <w:rPr>
          <w:sz w:val="20"/>
        </w:rPr>
        <w:t>1:31:31  khud apni ghalti dhoondna yeh yeh nahi karen ge.</w:t>
      </w:r>
      <w:r>
        <w:br/>
      </w:r>
      <w:r>
        <w:rPr>
          <w:sz w:val="20"/>
        </w:rPr>
        <w:t>1:31:37  to yeh to bohat hi, yani bohat bari bhool hai. kyunke hadith mein aata hai: "hasib anfusakum qabla an tuhasabu".</w:t>
      </w:r>
      <w:r>
        <w:br/>
      </w:r>
      <w:r>
        <w:rPr>
          <w:sz w:val="20"/>
        </w:rPr>
        <w:t>1:31:48  yahi hai self hammering. "hasib anfusakum qabla an tuhasabu". yani is se pehle ke Allah ke yahan tumhara muhasiba kiya jaye, tum khud apna muhasiba kar lo.</w:t>
      </w:r>
      <w:r>
        <w:br/>
      </w:r>
      <w:r>
        <w:rPr>
          <w:sz w:val="20"/>
        </w:rPr>
        <w:t>1:32:03  "hasib anfusakum qabla an tuhasabu". yahi hai s</w:t>
      </w:r>
      <w:r>
        <w:br/>
      </w:r>
      <w:r>
        <w:rPr>
          <w:sz w:val="20"/>
        </w:rPr>
        <w:t>1:32:06  elf hammering. self hammering koi alag cheez nahi hai. wohi jo hadith mein kaha gaya hai: "zati muhasiba, apni scrutiny".</w:t>
      </w:r>
      <w:r>
        <w:br/>
      </w:r>
      <w:r>
        <w:rPr>
          <w:sz w:val="20"/>
        </w:rPr>
        <w:t>1:32:17  isi ka naam hai self hammering. aur insan, aap jante hain ke aadmi apni kamzoriyon ko khoob khoob janta hai. koi aadmi aisa nahi hai jo apni kamzoriyon ko na jane.</w:t>
      </w:r>
      <w:r>
        <w:br/>
      </w:r>
      <w:r>
        <w:rPr>
          <w:sz w:val="20"/>
        </w:rPr>
        <w:t>1:32:29  to aap tanhai mein baith kar sochen ke mere andar kahan kamzoriyan hain, kaise in ki islaah karoon main,</w:t>
      </w:r>
      <w:r>
        <w:br/>
      </w:r>
      <w:r>
        <w:rPr>
          <w:sz w:val="20"/>
        </w:rPr>
        <w:t>1:32:35  kaise main apne ko aisa banaoon ke Allah ke samne main bari zimmedar ho sakoon. isi ka naam self hammering. self hammering ke mani hain zati muhasiba.</w:t>
      </w:r>
      <w:r>
        <w:br/>
      </w:r>
      <w:r>
        <w:rPr>
          <w:sz w:val="20"/>
        </w:rPr>
        <w:t>1:32:46  bas.</w:t>
      </w:r>
    </w:p>
    <w:p>
      <w:pPr>
        <w:pStyle w:val="Heading2"/>
      </w:pPr>
      <w:r>
        <w:t>How can we identify our shortcomings?</w:t>
      </w:r>
    </w:p>
    <w:p>
      <w:r>
        <w:rPr>
          <w:color w:val="666666"/>
          <w:sz w:val="18"/>
        </w:rPr>
        <w:t>Problem and Shukr March 15, 2015 · 1m 29s · at 50:11 · https://youtu.be/SPBsXjH1hzM?t=3011</w:t>
      </w:r>
    </w:p>
    <w:p>
      <w:r>
        <w:rPr>
          <w:i/>
        </w:rPr>
        <w:t>“How do we identify our shortcomings?”</w:t>
      </w:r>
    </w:p>
    <w:p>
      <w:r>
        <w:rPr>
          <w:sz w:val="20"/>
        </w:rPr>
        <w:t>50:11  maulana, agla sawal kya hai bhopal se tosiq sahib ne, aur woh aap se janna chahte hain ke how do we identify our shortcomings?</w:t>
      </w:r>
      <w:r>
        <w:br/>
      </w:r>
      <w:r>
        <w:rPr>
          <w:sz w:val="20"/>
        </w:rPr>
        <w:t>50:23  what is how do we identify our shortcomings? muhasba aik hi formula bataya gaya hai quran o hadees mein. muhasba yani introspection,</w:t>
      </w:r>
      <w:r>
        <w:br/>
      </w:r>
      <w:r>
        <w:rPr>
          <w:sz w:val="20"/>
        </w:rPr>
        <w:t>50:34  woh aadmi ke andar itna zyada dakhil hota hai ke woh aap ne khud hi discover kar sakta hai. doosra aadmi is ko identify nahi kar sakta.</w:t>
      </w:r>
      <w:r>
        <w:br/>
      </w:r>
      <w:r>
        <w:rPr>
          <w:sz w:val="20"/>
        </w:rPr>
        <w:t>50:44  is ke soch mein, is ke jazbat mein, is ki personality mein ghusa hua hota hai. woh to kaun doosra is ko identify karega? aap karengay.</w:t>
      </w:r>
      <w:r>
        <w:br/>
      </w:r>
      <w:r>
        <w:rPr>
          <w:sz w:val="20"/>
        </w:rPr>
        <w:t>50:54  to is ke liye quran mein aur hadees mein jo cheez batayi gayi hai, woh hai muhasba.</w:t>
      </w:r>
      <w:r>
        <w:br/>
      </w:r>
      <w:r>
        <w:rPr>
          <w:sz w:val="20"/>
        </w:rPr>
        <w:t>50:59  muhasba ka matlab hota hai introspection, yani apne apne khilaf sochna, apne apne baray mein sochna,</w:t>
      </w:r>
      <w:r>
        <w:br/>
      </w:r>
      <w:r>
        <w:rPr>
          <w:sz w:val="20"/>
        </w:rPr>
        <w:t>51:10  yani anti self thinking. main samajhta hoon ke aik hi cheez hai jo aap ko bata sakti hai ke aap ke andar kya kamiyaan hain, woh hai anti self thinking.</w:t>
      </w:r>
      <w:r>
        <w:br/>
      </w:r>
      <w:r>
        <w:rPr>
          <w:sz w:val="20"/>
        </w:rPr>
        <w:t>51:20  to jis ko allah ka, jis ko jo aadmi yeh chahta ho ke woh allah ke rehmaton ka mustahiq banay, to us ko anti self thinking karna hi karna hai.</w:t>
      </w:r>
      <w:r>
        <w:br/>
      </w:r>
      <w:r>
        <w:rPr>
          <w:sz w:val="20"/>
        </w:rPr>
        <w:t>51:31  yeh to sab bari ibadat hai. anti self thinking sab se bari ibadat hai.</w:t>
      </w:r>
    </w:p>
    <w:p>
      <w:pPr>
        <w:pStyle w:val="Heading2"/>
      </w:pPr>
      <w:r>
        <w:t>Finding one's negative points</w:t>
      </w:r>
    </w:p>
    <w:p>
      <w:r>
        <w:rPr>
          <w:color w:val="666666"/>
          <w:sz w:val="18"/>
        </w:rPr>
        <w:t>Quran for All Mankind June 3, 2012 · 1m 08s · at 1:17:26 · https://youtu.be/Gp-53Zjugcg?t=4646</w:t>
      </w:r>
    </w:p>
    <w:p>
      <w:r>
        <w:rPr>
          <w:i/>
        </w:rPr>
        <w:t>“How can we find our negative point?”</w:t>
      </w:r>
    </w:p>
    <w:p>
      <w:r>
        <w:rPr>
          <w:sz w:val="20"/>
        </w:rPr>
        <w:t>1:17:26  Maulana, agla sawal Dilli se hai, Miss Sati Mala</w:t>
      </w:r>
      <w:r>
        <w:br/>
      </w:r>
      <w:r>
        <w:rPr>
          <w:sz w:val="20"/>
        </w:rPr>
        <w:t>1:17:29  Vetra ka. unhon ne aap se poocha hai ke "how can we find our negative point?" is ke baray mein batayen.</w:t>
      </w:r>
      <w:r>
        <w:br/>
      </w:r>
      <w:r>
        <w:rPr>
          <w:sz w:val="20"/>
        </w:rPr>
        <w:t>1:17:42  dekhen, kabhi kabhi to negative point jo hai, clear hota hai, hum pakad lete hain. to kabhi us par sochna padta hai.</w:t>
      </w:r>
      <w:r>
        <w:br/>
      </w:r>
      <w:r>
        <w:rPr>
          <w:sz w:val="20"/>
        </w:rPr>
        <w:t>1:17:53  introspection jo kehte hain, muhasiba ke jo obvious na ho, to us ka janne ka tareeqa hai, wahi muhasiba, introspection.</w:t>
      </w:r>
      <w:r>
        <w:br/>
      </w:r>
      <w:r>
        <w:rPr>
          <w:sz w:val="20"/>
        </w:rPr>
        <w:t>1:18:06  to yeh agar aadmi sach much chahta ho ke mujhe pata ho jaye apni negative baaton ka, to namumkin hai ke use is ki negative baatein chupi rahen.</w:t>
      </w:r>
      <w:r>
        <w:br/>
      </w:r>
      <w:r>
        <w:rPr>
          <w:sz w:val="20"/>
        </w:rPr>
        <w:t>1:18:17  woh zaroor jaan lega, zaroor jaan lega.</w:t>
      </w:r>
      <w:r>
        <w:br/>
      </w:r>
      <w:r>
        <w:rPr>
          <w:sz w:val="20"/>
        </w:rPr>
        <w:t>1:18:23  agar obvious ho to foran jaan lega, nahi to soch kar jaan lega. woh agar sincere ho is mamle mein to.</w:t>
      </w:r>
    </w:p>
    <w:p>
      <w:pPr>
        <w:pStyle w:val="Heading2"/>
      </w:pPr>
      <w:r>
        <w:t>Problem in striving to please Creator</w:t>
      </w:r>
    </w:p>
    <w:p>
      <w:r>
        <w:rPr>
          <w:color w:val="666666"/>
          <w:sz w:val="18"/>
        </w:rPr>
        <w:t>Dars-e-Quran, Chapter 2, Verse 255 | December 24, 2017 · 1m 30s · at 59:13 · https://youtu.be/tKX0KUhUMnw?t=3553</w:t>
      </w:r>
    </w:p>
    <w:p>
      <w:r>
        <w:rPr>
          <w:i/>
        </w:rPr>
        <w:t>“I try to become a good person so that my Creator is pleased with me, but I have developed a problem: all the time I feel I am...”</w:t>
      </w:r>
    </w:p>
    <w:p>
      <w:r>
        <w:rPr>
          <w:sz w:val="20"/>
        </w:rPr>
        <w:t>59:13  maulana, agla sawal lete hain jo lucknow se bheja hai rashid sahib ne.</w:t>
      </w:r>
      <w:r>
        <w:br/>
      </w:r>
      <w:r>
        <w:rPr>
          <w:sz w:val="20"/>
        </w:rPr>
        <w:t>59:19  انہوں نے لکھا ہے: "مولانا، I try to become a good person so that my Creator is pleased</w:t>
      </w:r>
      <w:r>
        <w:br/>
      </w:r>
      <w:r>
        <w:rPr>
          <w:sz w:val="20"/>
        </w:rPr>
        <w:t>59:25  with me, but I have developed a problem, which is that all the time I feel I am</w:t>
      </w:r>
      <w:r>
        <w:br/>
      </w:r>
      <w:r>
        <w:rPr>
          <w:sz w:val="20"/>
        </w:rPr>
        <w:t>59:31  falling short of God's expectations, and that He wants me to do more.</w:t>
      </w:r>
      <w:r>
        <w:br/>
      </w:r>
      <w:r>
        <w:rPr>
          <w:sz w:val="20"/>
        </w:rPr>
        <w:t>59:37  das mix me feel</w:t>
      </w:r>
      <w:r>
        <w:br/>
      </w:r>
      <w:r>
        <w:rPr>
          <w:sz w:val="20"/>
        </w:rPr>
        <w:t>59:43  galti al da time.</w:t>
      </w:r>
      <w:r>
        <w:br/>
      </w:r>
      <w:r>
        <w:rPr>
          <w:sz w:val="20"/>
        </w:rPr>
        <w:t>59:49  Maulana, is such a feeling normal, or am I developing some sort of a complex? Please guide me.</w:t>
      </w:r>
      <w:r>
        <w:br/>
      </w:r>
      <w:r>
        <w:rPr>
          <w:sz w:val="20"/>
        </w:rPr>
        <w:t>59:55  so that i can develop right attitude and right thinking." dekhiye, yeh to sahaba ki sunnat hai.</w:t>
      </w:r>
      <w:r>
        <w:br/>
      </w:r>
      <w:r>
        <w:rPr>
          <w:sz w:val="20"/>
        </w:rPr>
        <w:t>1:00:01  saare sahaba isi tarah ke ehsaas mein rehte the.</w:t>
      </w:r>
      <w:r>
        <w:br/>
      </w:r>
      <w:r>
        <w:rPr>
          <w:sz w:val="20"/>
        </w:rPr>
        <w:t>1:00:07  kami ka ehsaas, kami ka ehsaas, to kami ka ehsaas</w:t>
      </w:r>
      <w:r>
        <w:br/>
      </w:r>
      <w:r>
        <w:rPr>
          <w:sz w:val="20"/>
        </w:rPr>
        <w:t>1:00:13  to sunnat sahaba hai. kami ka ehsas hi se to aap ke andar ek motivation aata hai, motivation ke mujhe aur karna hai, aur karna hai, aur karna hai. agar kami ka ehsas na ho to to phir to life mein halt aa jayega, aur taraqqi ruk jayegi.</w:t>
      </w:r>
    </w:p>
    <w:p>
      <w:pPr>
        <w:pStyle w:val="Heading2"/>
      </w:pPr>
      <w:r>
        <w:t>Is self-accounting peaceful and judging others stressful?</w:t>
      </w:r>
    </w:p>
    <w:p>
      <w:r>
        <w:rPr>
          <w:color w:val="666666"/>
          <w:sz w:val="18"/>
        </w:rPr>
        <w:t>Don't Be Angry Culture January 15, 2012 Maulana Wahiduddin Khan · 2m 53s · at 1:19:59 · https://youtu.be/rY1Ikwmwwdk?t=4799</w:t>
      </w:r>
    </w:p>
    <w:p>
      <w:r>
        <w:rPr>
          <w:i/>
        </w:rPr>
        <w:t>“In self-accounting there is peace, and in accounting for others there is stress. Is this correct?”</w:t>
      </w:r>
    </w:p>
    <w:p>
      <w:r>
        <w:rPr>
          <w:sz w:val="20"/>
        </w:rPr>
        <w:t>1:19:59  agla sawal kya hai Maulana Iqbal Umri ne Tamil Nadu se. unhon ne likha hai: "zaati muhasba mein sukoon milta hai aur ghair ke muhasbe se stress paida hota hai.</w:t>
      </w:r>
      <w:r>
        <w:br/>
      </w:r>
      <w:r>
        <w:rPr>
          <w:sz w:val="20"/>
        </w:rPr>
        <w:t>1:20:11  kya yeh sahi hai?" haan, yeh baat bilkul sahi hai. is ki wajah dekhiye yeh hai. yeh bohat gehri baat hai.</w:t>
      </w:r>
      <w:r>
        <w:br/>
      </w:r>
      <w:r>
        <w:rPr>
          <w:sz w:val="20"/>
        </w:rPr>
        <w:t>1:20:21  yeh bohat ziyada gehri baat hai. dekhiye, aadmi jab muhasba karte hain introspection ko, introspection to jab aadmi apna muhasba karta hai to kya hota hai woh?</w:t>
      </w:r>
      <w:r>
        <w:br/>
      </w:r>
      <w:r>
        <w:rPr>
          <w:sz w:val="20"/>
        </w:rPr>
        <w:t>1:20:37  is waqt, is waqt woh farishton ki sohbat mein hota hai.</w:t>
      </w:r>
      <w:r>
        <w:br/>
      </w:r>
      <w:r>
        <w:rPr>
          <w:sz w:val="20"/>
        </w:rPr>
        <w:t>1:20:41  zaati muhasba ek bohat hi bara musbat amal hai. ek bohat bara positive kaam hai. aur khalish rabbani kaam hai.</w:t>
      </w:r>
      <w:r>
        <w:br/>
      </w:r>
      <w:r>
        <w:rPr>
          <w:sz w:val="20"/>
        </w:rPr>
        <w:t>1:20:50  jis mein Allah ka khauf hota hai. aur aur akhirat ki pakad hoti hai. yeh sab baatein dil mein aati hain to aap apna muhasba karte hain.</w:t>
      </w:r>
      <w:r>
        <w:br/>
      </w:r>
      <w:r>
        <w:rPr>
          <w:sz w:val="20"/>
        </w:rPr>
        <w:t>1:21:01  to woh sara kaam farishton ki sohbat mein hota hai.</w:t>
      </w:r>
      <w:r>
        <w:br/>
      </w:r>
      <w:r>
        <w:rPr>
          <w:sz w:val="20"/>
        </w:rPr>
        <w:t>1:21:06  jo aadmi sahi maano mein zaat ka muhasba karta hai to farishte jowq dar jowq is ke paas aate hain. zahir hai ke is mein sukoon to aaye ga. jab lekin jab doosre ke khilaf aap bolte hain to woh to khalish shaitani kaam hai.</w:t>
      </w:r>
      <w:r>
        <w:br/>
      </w:r>
      <w:r>
        <w:rPr>
          <w:sz w:val="20"/>
        </w:rPr>
        <w:t>1:21:23  aap ghore kijiye. yaani Quran mein jo Iblees ka aur Adam ka qissa bayan kiya hai, is mein itne aspects hain ke main sochta hoon ke shayad saare hi aspects mein shamil hain.</w:t>
      </w:r>
      <w:r>
        <w:br/>
      </w:r>
      <w:r>
        <w:rPr>
          <w:sz w:val="20"/>
        </w:rPr>
        <w:t>1:21:35  saare aspects. sab se pehle kis ne yeh kaam kiya hai? shaitan ne. ke Allah ke khilaf naoozubillah bola woh. ke kisi ke khilaf bolna, yaani opposition ke boli bolna, yeh to shaitani kaam hai.</w:t>
      </w:r>
      <w:r>
        <w:br/>
      </w:r>
      <w:r>
        <w:rPr>
          <w:sz w:val="20"/>
        </w:rPr>
        <w:t>1:21:50  yaani shaitan ne is is yeh jo tradition hai, is ko shaitan ne shuru kiya sab se pehle. ke kisi ke khilaf bolna, jhanda le ke khara hona.</w:t>
      </w:r>
      <w:r>
        <w:br/>
      </w:r>
      <w:r>
        <w:rPr>
          <w:sz w:val="20"/>
        </w:rPr>
        <w:t>1:22:02  to shaitan naoozubillah Allah ke khilaf jhanda jhanda le ke khara ho jaye ga, ho gaya.</w:t>
      </w:r>
      <w:r>
        <w:br/>
      </w:r>
      <w:r>
        <w:rPr>
          <w:sz w:val="20"/>
        </w:rPr>
        <w:t>1:22:08  to jo log opposition ka kaam karte hain, kisi ke khilaf jhanda le ke khare hote hain aur doosre ke khilaf taqreerein karte hain, un ko bohat ziyada darna chahiye.</w:t>
      </w:r>
      <w:r>
        <w:br/>
      </w:r>
      <w:r>
        <w:rPr>
          <w:sz w:val="20"/>
        </w:rPr>
        <w:t>1:22:18  yeh to ek shaitani kaam hai. aur is shaitani ki sohbat ki wajah se woh kaifiyat hoti hai jo aap ne farmaya.</w:t>
      </w:r>
      <w:r>
        <w:br/>
      </w:r>
      <w:r>
        <w:rPr>
          <w:sz w:val="20"/>
        </w:rPr>
        <w:t>1:22:27  to jis aadmi ko zaati muhasba ki tofeeq mile, us ko bohat ziyada shukr ada karna chahiye. aur jo aadmi doosre ke muhasbe mein pada hua hai, us ko yaani panah mangni chahiye Allah taala se ke main shaitan ke chakkar mein pad gaya tha aur khudaya meri toba qabool kar.</w:t>
      </w:r>
    </w:p>
    <w:p>
      <w:pPr>
        <w:pStyle w:val="Heading2"/>
      </w:pPr>
      <w:r>
        <w:t>Criteria to detect arrogance</w:t>
      </w:r>
    </w:p>
    <w:p>
      <w:r>
        <w:rPr>
          <w:color w:val="666666"/>
          <w:sz w:val="18"/>
        </w:rPr>
        <w:t>Realistic Approach 30 March, 2014 · 1m 09s · at 1:09:50 · https://youtu.be/HIFxmWWiEG4?t=4190</w:t>
      </w:r>
    </w:p>
    <w:p>
      <w:r>
        <w:rPr>
          <w:i/>
        </w:rPr>
        <w:t>“What is the criteria to judge that we have arrogance in us?”</w:t>
      </w:r>
    </w:p>
    <w:p>
      <w:r>
        <w:rPr>
          <w:sz w:val="20"/>
        </w:rPr>
        <w:t>1:09:50  maulana, agla sawal kya hai miss naghma siddiqui ne dilli se. unhon ne likha hai: "what is the criteria to judge that we have arrogance in us?" is ke bar</w:t>
      </w:r>
      <w:r>
        <w:br/>
      </w:r>
      <w:r>
        <w:rPr>
          <w:sz w:val="20"/>
        </w:rPr>
        <w:t>1:10:03  e mein batayein. dekhiye, mein jo samjha hoon nafsiyati aitbar se woh yeh hai ke jab aap ko tanqeed buri na lage aur tareef aap aur khush na hon, aap tab samjhiye ke aap ke andar arrogance nahi hai.</w:t>
      </w:r>
      <w:r>
        <w:br/>
      </w:r>
      <w:r>
        <w:rPr>
          <w:sz w:val="20"/>
        </w:rPr>
        <w:t>1:10:22  phir suniye, jab aap ko criticism buri na lage aur praise aap ko khush na kare, tab samjhiye ke aap ke andar arrogance nahi hai.</w:t>
      </w:r>
      <w:r>
        <w:br/>
      </w:r>
      <w:r>
        <w:rPr>
          <w:sz w:val="20"/>
        </w:rPr>
        <w:t>1:10:35  aur jab tak aisa ho ke aap koi criticize kare to aap offend ho jayein, aur praise kare to aap khush hon, to is ka matlab hai ke aap ke andar fakhr hai, pride hai, arrogance hai.</w:t>
      </w:r>
      <w:r>
        <w:br/>
      </w:r>
      <w:r>
        <w:rPr>
          <w:sz w:val="20"/>
        </w:rPr>
        <w:t>1:10:48  yehi bohat hi jo mein samjha hoon, lambi tajurbe ke baad yehi hai criteria. acha, is baat ki pehchan karein.</w:t>
      </w:r>
    </w:p>
    <w:p>
      <w:pPr>
        <w:pStyle w:val="Heading2"/>
      </w:pPr>
      <w:r>
        <w:t>Coexistence of good and evil in humans</w:t>
      </w:r>
    </w:p>
    <w:p>
      <w:r>
        <w:rPr>
          <w:color w:val="666666"/>
          <w:sz w:val="18"/>
        </w:rPr>
        <w:t>War and Peace August 28, 2016 Maulana Wahiduddin Khan · 56s · at 1:00:39 · https://youtu.be/8ViacW5xI3w?t=3639</w:t>
      </w:r>
    </w:p>
    <w:p>
      <w:r>
        <w:rPr>
          <w:i/>
        </w:rPr>
        <w:t>“Why are good and evil often found together in a human? Please tell about it.”</w:t>
      </w:r>
    </w:p>
    <w:p>
      <w:r>
        <w:rPr>
          <w:sz w:val="20"/>
        </w:rPr>
        <w:t>1:00:39  ji, Maulana sahib, agla sawal Islamabad Pakistan se Muhammad Bilal Usman sahib ne kiya hai aur unhon</w:t>
      </w:r>
      <w:r>
        <w:br/>
      </w:r>
      <w:r>
        <w:rPr>
          <w:sz w:val="20"/>
        </w:rPr>
        <w:t>1:00:46  ne aap se poocha hai ke insaan mein achhai aur burai aksar ek sath kyun pai jati hai?</w:t>
      </w:r>
      <w:r>
        <w:br/>
      </w:r>
      <w:r>
        <w:rPr>
          <w:sz w:val="20"/>
        </w:rPr>
        <w:t>1:00:52  is ke bare mein batain.</w:t>
      </w:r>
      <w:r>
        <w:br/>
      </w:r>
      <w:r>
        <w:rPr>
          <w:sz w:val="20"/>
        </w:rPr>
        <w:t>1:00:58  aksar nahi, hamesha pai jati hai.</w:t>
      </w:r>
      <w:r>
        <w:br/>
      </w:r>
      <w:r>
        <w:rPr>
          <w:sz w:val="20"/>
        </w:rPr>
        <w:t>1:01:05  har insaan ke andar do cheezein hain: fazool o taqwa, yaani insaan ke andar Khudaai ne dono cheezein</w:t>
      </w:r>
      <w:r>
        <w:br/>
      </w:r>
      <w:r>
        <w:rPr>
          <w:sz w:val="20"/>
        </w:rPr>
        <w:t>1:01:11  rakh di hain, fazool bhi aur taqwa bhi, achha bhi aur bura bhi.</w:t>
      </w:r>
      <w:r>
        <w:br/>
      </w:r>
      <w:r>
        <w:rPr>
          <w:sz w:val="20"/>
        </w:rPr>
        <w:t>1:01:17  agar na hote, phir aap ka test kaise hoga? agar ye na ho to test kaise hoga? ye</w:t>
      </w:r>
      <w:r>
        <w:br/>
      </w:r>
      <w:r>
        <w:rPr>
          <w:sz w:val="20"/>
        </w:rPr>
        <w:t>1:01:24  aap ko karni hai, wo dono cheezein to rahe gi.</w:t>
      </w:r>
      <w:r>
        <w:br/>
      </w:r>
      <w:r>
        <w:rPr>
          <w:sz w:val="20"/>
        </w:rPr>
        <w:t>1:01:30  aap ko karna hai ke aap taqwa ka tareeqa ikhtiyar karein aur fazool tareeqa chhod dein.</w:t>
      </w:r>
    </w:p>
    <w:p>
      <w:pPr>
        <w:pStyle w:val="Heading2"/>
      </w:pPr>
      <w:r>
        <w:t>Man's illusion of being most developed</w:t>
      </w:r>
    </w:p>
    <w:p>
      <w:r>
        <w:rPr>
          <w:color w:val="666666"/>
          <w:sz w:val="18"/>
        </w:rPr>
        <w:t>Purpose Of Human Life -12th Feb. '12 · 53s · at 1:39:36 · https://youtu.be/TCGYvGJHf7w?t=5976</w:t>
      </w:r>
    </w:p>
    <w:p>
      <w:r>
        <w:rPr>
          <w:i/>
        </w:rPr>
        <w:t>“Does today's man think that there is no being more developed than him?”</w:t>
      </w:r>
    </w:p>
    <w:p>
      <w:r>
        <w:rPr>
          <w:sz w:val="20"/>
        </w:rPr>
        <w:t>1:39:36  Maulana, agla sawal dilli se hai Mr.</w:t>
      </w:r>
      <w:r>
        <w:br/>
      </w:r>
      <w:r>
        <w:rPr>
          <w:sz w:val="20"/>
        </w:rPr>
        <w:t>1:39:41  Shahnawaz Zafar sahib ka.</w:t>
      </w:r>
      <w:r>
        <w:br/>
      </w:r>
      <w:r>
        <w:rPr>
          <w:sz w:val="20"/>
        </w:rPr>
        <w:t>1:39:45  unhon ne poocha hai aaj ka insaan yeh samajhta hai ke is se bhi zyada developed koi jio</w:t>
      </w:r>
      <w:r>
        <w:br/>
      </w:r>
      <w:r>
        <w:rPr>
          <w:sz w:val="20"/>
        </w:rPr>
        <w:t>1:39:50  hai is universe mein jis ko alien kehte hain aur woh is ko discover karne mein lage hue hain.</w:t>
      </w:r>
      <w:r>
        <w:br/>
      </w:r>
      <w:r>
        <w:rPr>
          <w:sz w:val="20"/>
        </w:rPr>
        <w:t>1:39:55  kya yeh farishton ki nishani hai ya jinnaat ki ya woh insaan ka waham hai? Islamic point of</w:t>
      </w:r>
      <w:r>
        <w:br/>
      </w:r>
      <w:r>
        <w:rPr>
          <w:sz w:val="20"/>
        </w:rPr>
        <w:t>1:40:00  view se is ka kya jawab ho sakta hai? yeh koi discovery to hai nahi, yeh to ek mufrada hai.</w:t>
      </w:r>
      <w:r>
        <w:br/>
      </w:r>
      <w:r>
        <w:rPr>
          <w:sz w:val="20"/>
        </w:rPr>
        <w:t>1:40:05  is pe kya irada de sakte hain hum? kuch logon ne farz kar rakha hai is ke liye</w:t>
      </w:r>
      <w:r>
        <w:br/>
      </w:r>
      <w:r>
        <w:rPr>
          <w:sz w:val="20"/>
        </w:rPr>
        <w:t>1:40:10  rocket uda rahe hain.</w:t>
      </w:r>
      <w:r>
        <w:br/>
      </w:r>
      <w:r>
        <w:rPr>
          <w:sz w:val="20"/>
        </w:rPr>
        <w:t>1:40:14  is ki koi haqeeqat, is ki kuch kuch bhi nahi hai.</w:t>
      </w:r>
      <w:r>
        <w:br/>
      </w:r>
      <w:r>
        <w:rPr>
          <w:sz w:val="20"/>
        </w:rPr>
        <w:t>1:40:19  is ki koi scientific haqeeqat nahi hai.</w:t>
      </w:r>
      <w:r>
        <w:br/>
      </w:r>
      <w:r>
        <w:rPr>
          <w:sz w:val="20"/>
        </w:rPr>
        <w:t>1:40:24  yeh mufrada hai, mufrada sirf.</w:t>
      </w:r>
    </w:p>
    <w:p>
      <w:pPr>
        <w:pStyle w:val="Heading2"/>
      </w:pPr>
      <w:r>
        <w:t>Dealing with insincere friendships</w:t>
      </w:r>
    </w:p>
    <w:p>
      <w:r>
        <w:rPr>
          <w:color w:val="666666"/>
          <w:sz w:val="18"/>
        </w:rPr>
        <w:t>Modern Age June 9, 2019 Maulana Wahiduddin Khan · 1m 37s · at 49:46 · https://youtu.be/7mjCvAvHEdA?t=2986</w:t>
      </w:r>
    </w:p>
    <w:p>
      <w:r>
        <w:rPr>
          <w:i/>
        </w:rPr>
        <w:t>“In my life I have made many friends, but none have been true to me. I feel that everyone wants something from me. What should I do in this situation?”</w:t>
      </w:r>
    </w:p>
    <w:p>
      <w:r>
        <w:rPr>
          <w:sz w:val="20"/>
        </w:rPr>
        <w:t>49:46  Maulana Yunus Chandiyon sahib ne Karachi Pakistan se sawal bheja hai. Unhon ne likha hai, "Maulana sahib, mera aik sawal hai.</w:t>
      </w:r>
      <w:r>
        <w:br/>
      </w:r>
      <w:r>
        <w:rPr>
          <w:sz w:val="20"/>
        </w:rPr>
        <w:t>49:56  meri apni zindagi mein bohat se dost bane magar un mein se koi aisa dost na bana jo mujh se sacha ho. Goiya mujhe aisa lagta hai ke har shakhs mujh se apna matlab chah raha hai.</w:t>
      </w:r>
      <w:r>
        <w:br/>
      </w:r>
      <w:r>
        <w:rPr>
          <w:sz w:val="20"/>
        </w:rPr>
        <w:t>50:11  to mujhe is halat mein kya karna chahiye? Is ke baray mein batayein." Jis cheez ko aap dosti keh rahe hain, woh to kuch bhi nahin.</w:t>
      </w:r>
      <w:r>
        <w:br/>
      </w:r>
      <w:r>
        <w:rPr>
          <w:sz w:val="20"/>
        </w:rPr>
        <w:t>50:21  khush fehmi mein jeena hai. To aap sari zindagi aap khush fehmi mein jeete rahe. Yeh dunya ka nizam yaad rakhein, interest par chal raha hai, dosti par nahin.</w:t>
      </w:r>
      <w:r>
        <w:br/>
      </w:r>
      <w:r>
        <w:rPr>
          <w:sz w:val="20"/>
        </w:rPr>
        <w:t>50:36  yeh dunya ka nizam</w:t>
      </w:r>
      <w:r>
        <w:br/>
      </w:r>
      <w:r>
        <w:rPr>
          <w:sz w:val="20"/>
        </w:rPr>
        <w:t>50:42  is par chal hi nahin raha jo hum farz kar lete hain ke dosti dosti kya cheez hai. Koi dost nahin kisi ka. Koi kisi ka dost nahin.</w:t>
      </w:r>
      <w:r>
        <w:br/>
      </w:r>
      <w:r>
        <w:rPr>
          <w:sz w:val="20"/>
        </w:rPr>
        <w:t>50:52  aap ne jin logon ko dost banaya samjha, woh aap falsehood mein jee rahe thay, khush fehmi mein jee rahe thay. To sab se pehle apni ghalti ko maaniye.</w:t>
      </w:r>
      <w:r>
        <w:br/>
      </w:r>
      <w:r>
        <w:rPr>
          <w:sz w:val="20"/>
        </w:rPr>
        <w:t>51:03  sab se pehle apni ghalti ko maniye. You have to discover your own fault.</w:t>
      </w:r>
      <w:r>
        <w:br/>
      </w:r>
      <w:r>
        <w:rPr>
          <w:sz w:val="20"/>
        </w:rPr>
        <w:t>51:12  tab aap ko naya daur mile ga.</w:t>
      </w:r>
    </w:p>
    <w:p>
      <w:pPr>
        <w:pStyle w:val="Heading2"/>
      </w:pPr>
      <w:r>
        <w:t>Studying other religions for comparative study</w:t>
      </w:r>
    </w:p>
    <w:p>
      <w:r>
        <w:rPr>
          <w:color w:val="666666"/>
          <w:sz w:val="18"/>
        </w:rPr>
        <w:t>The Importance of the Quran May 15, 2016 Maulana Wahiduddin Khan · 1m 51s · at 1:17:57 · https://youtu.be/9a-OOUR_bLg?t=4677</w:t>
      </w:r>
    </w:p>
    <w:p>
      <w:r>
        <w:rPr>
          <w:i/>
        </w:rPr>
        <w:t>“Should Muslims also study other religions for comparative study? What is your advice to all of us in this?”</w:t>
      </w:r>
    </w:p>
    <w:p>
      <w:r>
        <w:rPr>
          <w:sz w:val="20"/>
        </w:rPr>
        <w:t>1:17:57  maulana, agla sawal nauman azhar chaudhry sahab ne kiya hai rawalpindi se and unhon ne likha hai ke as muslims should be also study other religions for comparative study?</w:t>
      </w:r>
      <w:r>
        <w:br/>
      </w:r>
      <w:r>
        <w:rPr>
          <w:sz w:val="20"/>
        </w:rPr>
        <w:t>1:18:12  what is your advice to all of us in this? haan, har cheez padhna chahiye. religion ka science padhiye, statistic padhiye, religion padhiye.</w:t>
      </w:r>
      <w:r>
        <w:br/>
      </w:r>
      <w:r>
        <w:rPr>
          <w:sz w:val="20"/>
        </w:rPr>
        <w:t>1:18:24  yeh to aap ke time par depend karta hai. agar aap ke paas bahut time hai to sari kitaben padhiye.</w:t>
      </w:r>
      <w:r>
        <w:br/>
      </w:r>
      <w:r>
        <w:rPr>
          <w:sz w:val="20"/>
        </w:rPr>
        <w:t>1:18:32  main kisi ko mana nahin karta ke yeh baat padho, yeh padho, woh na padho. yeh main nahin kehta. yeh padho, woh na padho, yeh meri zuban nahin hai.</w:t>
      </w:r>
      <w:r>
        <w:br/>
      </w:r>
      <w:r>
        <w:rPr>
          <w:sz w:val="20"/>
        </w:rPr>
        <w:t>1:18:47  okay, so we will end the se</w:t>
      </w:r>
      <w:r>
        <w:br/>
      </w:r>
      <w:r>
        <w:rPr>
          <w:sz w:val="20"/>
        </w:rPr>
        <w:t>1:18:49  ssion now. thank you.</w:t>
      </w:r>
    </w:p>
    <w:p>
      <w:pPr>
        <w:pStyle w:val="Heading2"/>
      </w:pPr>
      <w:r>
        <w:t>How to correct people's focus on the source?</w:t>
      </w:r>
    </w:p>
    <w:p>
      <w:r>
        <w:rPr>
          <w:color w:val="666666"/>
          <w:sz w:val="18"/>
        </w:rPr>
        <w:t>Journey of History December 23, 2012 · 1m 33s · at 1:24:00 · https://youtu.be/bvjWl3U3Dmw?t=5040</w:t>
      </w:r>
    </w:p>
    <w:p>
      <w:r>
        <w:rPr>
          <w:i/>
        </w:rPr>
        <w:t>“Generally, the temperament of people is that when they are told something about themselves that is correctable, instead of focusing on the actual issue, they start focusing on who told you this. How can this temperament be corrected?”</w:t>
      </w:r>
    </w:p>
    <w:p>
      <w:r>
        <w:rPr>
          <w:sz w:val="20"/>
        </w:rPr>
        <w:t>1:24:00  maulana, yeh sawal Delhi se hai Mr. Anas ka. unhon ne likha hai: "aam taur par logon ka mizaj yeh hai ke un ke bare mein jab koi aisi baat batai jaye jo qabil-e-islaah ho to woh asal baat par focus karne ke bajaye us baat par focus karne lagte hain ke yeh baat kis ne aap ko batai.</w:t>
      </w:r>
      <w:r>
        <w:br/>
      </w:r>
      <w:r>
        <w:rPr>
          <w:sz w:val="20"/>
        </w:rPr>
        <w:t>1:24:23  is mizaj ko kaise durust kiya jaye?"</w:t>
      </w:r>
      <w:r>
        <w:br/>
      </w:r>
      <w:r>
        <w:rPr>
          <w:sz w:val="20"/>
        </w:rPr>
        <w:t>1:24:28  yeh durust karne ka hamare bas mein nahi hai. humein hamare bas mein sirf yeh hai ke hum logon ko batayein. durust karna to yeh paighambar ke bas mein bhi nahi tha.</w:t>
      </w:r>
      <w:r>
        <w:br/>
      </w:r>
      <w:r>
        <w:rPr>
          <w:sz w:val="20"/>
        </w:rPr>
        <w:t>1:24:41  aap logon ko bataiye ke yeh yeh soch jo hai yeh bohat hi buri soch hai, munafiqana soch hai. sawal yeh nahi ke kis ne kaha.</w:t>
      </w:r>
      <w:r>
        <w:br/>
      </w:r>
      <w:r>
        <w:rPr>
          <w:sz w:val="20"/>
        </w:rPr>
        <w:t>1:24:50  sawaal yeh hai ke kya aisa hai</w:t>
      </w:r>
      <w:r>
        <w:br/>
      </w:r>
      <w:r>
        <w:rPr>
          <w:sz w:val="20"/>
        </w:rPr>
        <w:t>1:24:53  ? yaani mere andar agar ek kamzori hai us ki koi shakhs nishandahi karta hai to mujhe yeh nahi poochna chahiye kis ne bataya.</w:t>
      </w:r>
      <w:r>
        <w:br/>
      </w:r>
      <w:r>
        <w:rPr>
          <w:sz w:val="20"/>
        </w:rPr>
        <w:t>1:25:03  mujhe sochna chahiye kya waqatan aisa hai to mein apni islaah karoon. to is maamle mein aap ki zimmedari durust karne ki nahi hai. aap ki zimmedari hai batane ki ke aisa soch, aisi soch jo hai yeh munaafiqat hai.</w:t>
      </w:r>
      <w:r>
        <w:br/>
      </w:r>
      <w:r>
        <w:rPr>
          <w:sz w:val="20"/>
        </w:rPr>
        <w:t>1:25:18  munaafiqat bohat bara Allah ke nazdeek bohat buri cheez hai.</w:t>
      </w:r>
      <w:r>
        <w:br/>
      </w:r>
      <w:r>
        <w:rPr>
          <w:sz w:val="20"/>
        </w:rPr>
        <w:t>1:25:22  yeh bataiye logon ko ke yeh tarz fikr jo hai yeh munafiqana tarz fikr hai. yeh soch munafiqana soch hai. yeh bataiye logon ko.</w:t>
      </w:r>
    </w:p>
    <w:p>
      <w:pPr>
        <w:pStyle w:val="Heading2"/>
      </w:pPr>
      <w:r>
        <w:t>Discovering and correcting negative points</w:t>
      </w:r>
    </w:p>
    <w:p>
      <w:r>
        <w:rPr>
          <w:color w:val="666666"/>
          <w:sz w:val="18"/>
        </w:rPr>
        <w:t>Importance of Wisdom | August 24, 2014 · 4m 05s · at 45:34 · https://youtu.be/ZVPLm7fV0t0?t=2734</w:t>
      </w:r>
    </w:p>
    <w:p>
      <w:r>
        <w:rPr>
          <w:i/>
        </w:rPr>
        <w:t>“How can one discover and identify one's negative points so that they can be corrected?”</w:t>
      </w:r>
    </w:p>
    <w:p>
      <w:r>
        <w:rPr>
          <w:sz w:val="20"/>
        </w:rPr>
        <w:t>45:34  punay se aaya hai aur ejaz sahib ne poocha hai yeh sawal. woh aap se yeh janna chahte hain ke how can one discover or identify one's negative point so that it can be corrected? mein to samajhta hoon ke bohat hi asan hai. result se pehchaniye aap. kyunke jab bhi aap ke andar negative point rahega to doosron se aap ko nafrat paida ho jayegi</w:t>
      </w:r>
      <w:r>
        <w:br/>
      </w:r>
      <w:r>
        <w:rPr>
          <w:sz w:val="20"/>
        </w:rPr>
        <w:t>46:04  .</w:t>
      </w:r>
      <w:r>
        <w:br/>
      </w:r>
      <w:r>
        <w:rPr>
          <w:sz w:val="20"/>
        </w:rPr>
        <w:t>46:09  doosron se shikayat paida ho jaye gi.</w:t>
      </w:r>
      <w:r>
        <w:br/>
      </w:r>
      <w:r>
        <w:rPr>
          <w:sz w:val="20"/>
        </w:rPr>
        <w:t>46:13  doosron se complaint paida ho jaye gi.</w:t>
      </w:r>
      <w:r>
        <w:br/>
      </w:r>
      <w:r>
        <w:rPr>
          <w:sz w:val="20"/>
        </w:rPr>
        <w:t>46:17  sab se acha jo pehchanne ka jo zariya hai, woh hai shikayati zehn.</w:t>
      </w:r>
      <w:r>
        <w:br/>
      </w:r>
      <w:r>
        <w:rPr>
          <w:sz w:val="20"/>
        </w:rPr>
        <w:t>46:21  jaisay hi aap ke andar shikayati zehn paida ho to samajhye ke aap ke andar negative thinking aa gayi hai.</w:t>
      </w:r>
      <w:r>
        <w:br/>
      </w:r>
      <w:r>
        <w:rPr>
          <w:sz w:val="20"/>
        </w:rPr>
        <w:t>46:26  yahi mumkin hai ke aap ke andar negative thinking ho aur shikayat na paida ho.</w:t>
      </w:r>
      <w:r>
        <w:br/>
      </w:r>
      <w:r>
        <w:rPr>
          <w:sz w:val="20"/>
        </w:rPr>
        <w:t>46:30  shikayat aur negative thinking dono sath ساتھ chalte hain. bohat go</w:t>
      </w:r>
      <w:r>
        <w:br/>
      </w:r>
      <w:r>
        <w:rPr>
          <w:sz w:val="20"/>
        </w:rPr>
        <w:t>46:34  together.</w:t>
      </w:r>
      <w:r>
        <w:br/>
      </w:r>
      <w:r>
        <w:rPr>
          <w:sz w:val="20"/>
        </w:rPr>
        <w:t>46:38  jahan shikayat hai, wahan negative thinking hai.</w:t>
      </w:r>
      <w:r>
        <w:br/>
      </w:r>
      <w:r>
        <w:rPr>
          <w:sz w:val="20"/>
        </w:rPr>
        <w:t>46:42  jahan negative thinking hai, wahan shikayat hai.</w:t>
      </w:r>
      <w:r>
        <w:br/>
      </w:r>
      <w:r>
        <w:rPr>
          <w:sz w:val="20"/>
        </w:rPr>
        <w:t>46:46  bilkul seedhi pehchan hai.</w:t>
      </w:r>
      <w:r>
        <w:br/>
      </w:r>
      <w:r>
        <w:rPr>
          <w:sz w:val="20"/>
        </w:rPr>
        <w:t>46:49  jahan shikayat ho, samjhiye ke zaroor wahan negative thinking maujood hai.</w:t>
      </w:r>
      <w:r>
        <w:br/>
      </w:r>
      <w:r>
        <w:rPr>
          <w:sz w:val="20"/>
        </w:rPr>
        <w:t>46:53  jahan negative thinking ho, samjhiye ke wahan zaroor shikayat maujood hogi.</w:t>
      </w:r>
      <w:r>
        <w:br/>
      </w:r>
      <w:r>
        <w:rPr>
          <w:sz w:val="20"/>
        </w:rPr>
        <w:t>46:57  aur is ko call kijiye.</w:t>
      </w:r>
      <w:r>
        <w:br/>
      </w:r>
      <w:r>
        <w:rPr>
          <w:sz w:val="20"/>
        </w:rPr>
        <w:t>47:01  maulana, yeh sawal Dilli se aaya hai aur shariq hussain</w:t>
      </w:r>
      <w:r>
        <w:br/>
      </w:r>
      <w:r>
        <w:rPr>
          <w:sz w:val="20"/>
        </w:rPr>
        <w:t>47:04  sahib ne kiya hai. unhon ne likha hai ke ek shakhs ko hikmat ke husool ke liye kiya karna chahiye jis se woh khud ko krais mein tootne se bacha sake? is ke bare mein bataein. bhai, mein apna tajruba arz karunga ke aap hamari kitabein parhiye. amli tajruba yahi hai mera. kyunke jo kitabein parhta hoon, doosron ki kai hikmat hoti nahin. mein</w:t>
      </w:r>
      <w:r>
        <w:br/>
      </w:r>
      <w:r>
        <w:rPr>
          <w:sz w:val="20"/>
        </w:rPr>
        <w:t>47:34  ne bohat parha, bohat parha.</w:t>
      </w:r>
      <w:r>
        <w:br/>
      </w:r>
      <w:r>
        <w:rPr>
          <w:sz w:val="20"/>
        </w:rPr>
        <w:t>47:40  yani English mein, Arabic mein, Urdu mein, Farsi mein aur Hindi mein bhi kitni kitaben parh dali.</w:t>
      </w:r>
      <w:r>
        <w:br/>
      </w:r>
      <w:r>
        <w:rPr>
          <w:sz w:val="20"/>
        </w:rPr>
        <w:t>47:47  ek zamanay mein mera yeh haal tha ke main sarak par chalta tha, Adab Garh mein, rastay mein</w:t>
      </w:r>
      <w:r>
        <w:br/>
      </w:r>
      <w:r>
        <w:rPr>
          <w:sz w:val="20"/>
        </w:rPr>
        <w:t>47:53  koi parha hua tha waraq, utha kar parhne laga.</w:t>
      </w:r>
      <w:r>
        <w:br/>
      </w:r>
      <w:r>
        <w:rPr>
          <w:sz w:val="20"/>
        </w:rPr>
        <w:t>47:59  library mein jata tha, main Mahtab library mein, wahan gard pari hoti. khol</w:t>
      </w:r>
      <w:r>
        <w:br/>
      </w:r>
      <w:r>
        <w:rPr>
          <w:sz w:val="20"/>
        </w:rPr>
        <w:t>48:05  khol kar gard hata kar kitaben parhta tha.</w:t>
      </w:r>
      <w:r>
        <w:br/>
      </w:r>
      <w:r>
        <w:rPr>
          <w:sz w:val="20"/>
        </w:rPr>
        <w:t>48:09  Shibli masjid mein parhta tha, main subah jata tha aur sham ko nikalta tha.</w:t>
      </w:r>
      <w:r>
        <w:br/>
      </w:r>
      <w:r>
        <w:rPr>
          <w:sz w:val="20"/>
        </w:rPr>
        <w:t>48:13  lekin apne tajrube mein kahoon ke koi ek kitab mujhe nahi mili jis ke jo mein kahoon ke</w:t>
      </w:r>
      <w:r>
        <w:br/>
      </w:r>
      <w:r>
        <w:rPr>
          <w:sz w:val="20"/>
        </w:rPr>
        <w:t>48:17  wo book of hikmat hai, wo mujhe nahi mili.</w:t>
      </w:r>
      <w:r>
        <w:br/>
      </w:r>
      <w:r>
        <w:rPr>
          <w:sz w:val="20"/>
        </w:rPr>
        <w:t>48:22  aap ko agar mili hai to aap bataiye, main is ka pata.</w:t>
      </w:r>
      <w:r>
        <w:br/>
      </w:r>
      <w:r>
        <w:rPr>
          <w:sz w:val="20"/>
        </w:rPr>
        <w:t>48:26  to main yahi kahoon ke hamari jo kitab hai, is ko parhiye.</w:t>
      </w:r>
      <w:r>
        <w:br/>
      </w:r>
      <w:r>
        <w:rPr>
          <w:sz w:val="20"/>
        </w:rPr>
        <w:t>48:30  bar bar parhiye, bar bar parhiye, bar bar parhiye. aur</w:t>
      </w:r>
      <w:r>
        <w:br/>
      </w:r>
      <w:r>
        <w:rPr>
          <w:sz w:val="20"/>
        </w:rPr>
        <w:t>48:35  mere tajrube mein hikmat ko janne ka koi doosra zariya maujood nahin hai. agar kisi ko hai, kisi ka nazdeek to woh mujhe us ka pata batae. abhi kal mein ne ek bahut bare aadmi ka ek lamba maqala parha. bahut lamba, pata nahin kitne safhon ka tha. yaani woh Musalmanon ki jo literary history hai, poore hazar saal ki, us par tabsarah tha woh. yaani Mus</w:t>
      </w:r>
      <w:r>
        <w:br/>
      </w:r>
      <w:r>
        <w:rPr>
          <w:sz w:val="20"/>
        </w:rPr>
        <w:t>49:05  Musalmanon ki hazar saala literature history par.</w:t>
      </w:r>
      <w:r>
        <w:br/>
      </w:r>
      <w:r>
        <w:rPr>
          <w:sz w:val="20"/>
        </w:rPr>
        <w:t>49:09  aur ek bhi is mein hikmat ki baat nahi.</w:t>
      </w:r>
      <w:r>
        <w:br/>
      </w:r>
      <w:r>
        <w:rPr>
          <w:sz w:val="20"/>
        </w:rPr>
        <w:t>49:13  sab maslay, misaal, maslay, misaal, maslay, misaal.</w:t>
      </w:r>
      <w:r>
        <w:br/>
      </w:r>
      <w:r>
        <w:rPr>
          <w:sz w:val="20"/>
        </w:rPr>
        <w:t>49:18  to mein kya karoon? mein yahi mashwara de sakta hoon ke aap hamari kitabein parhiye, bar bar parhiye.</w:t>
      </w:r>
      <w:r>
        <w:br/>
      </w:r>
      <w:r>
        <w:rPr>
          <w:sz w:val="20"/>
        </w:rPr>
        <w:t>49:22  aap english wale hain to aap spirit of islam parhiye.</w:t>
      </w:r>
      <w:r>
        <w:br/>
      </w:r>
      <w:r>
        <w:rPr>
          <w:sz w:val="20"/>
        </w:rPr>
        <w:t>49:26  urdu wale hain to risala monthly parhiye.</w:t>
      </w:r>
      <w:r>
        <w:br/>
      </w:r>
      <w:r>
        <w:rPr>
          <w:sz w:val="20"/>
        </w:rPr>
        <w:t>49:31  yeh mashwara de sakta hoon.</w:t>
      </w:r>
      <w:r>
        <w:br/>
      </w:r>
      <w:r>
        <w:rPr>
          <w:sz w:val="20"/>
        </w:rPr>
        <w:t>49:35  apne tajrube ki roshni mein koi doosra mashwara mere paas nahi hai.</w:t>
      </w:r>
    </w:p>
    <w:p>
      <w:pPr>
        <w:pStyle w:val="Heading2"/>
      </w:pPr>
      <w:r>
        <w:t>Distraction during contemplation and reflection</w:t>
      </w:r>
    </w:p>
    <w:p>
      <w:r>
        <w:rPr>
          <w:color w:val="666666"/>
          <w:sz w:val="18"/>
        </w:rPr>
        <w:t>Dars-e-Quran, Ch. 12, V. 105 ; Ch. 10 V. 61 (Study of Nature) | July 15, 2018 · 2m 01s · at 1:06:09 · https://youtu.be/5d-qNvpMg4k?t=3969</w:t>
      </w:r>
    </w:p>
    <w:p>
      <w:r>
        <w:rPr>
          <w:i/>
        </w:rPr>
        <w:t>“I have been following your talks and it has changed my life. My question is: Whenever I try to contemplate, lots of non-relevant thoughts come into my mind. As a result, I get distracted and I am unable to do contemplation and reflection.”</w:t>
      </w:r>
    </w:p>
    <w:p>
      <w:r>
        <w:rPr>
          <w:sz w:val="20"/>
        </w:rPr>
        <w:t>1:06:09  bohat sahi kaha hai unhon ne. bohat sahi kaha. maulana agla sawal pune se kiya hai? is par, is par mein inshallah ek safhe ka mazmoon likhoon ga. filhal yeh english jo hai un ki, woh hum naqal kar dijiye. ji maulana agla sawal pune se bheja hai farooq ahmed sahib ne. unhon ne likha hai, "maulana, i have been following your talks and it has changed my life. my</w:t>
      </w:r>
      <w:r>
        <w:br/>
      </w:r>
      <w:r>
        <w:rPr>
          <w:sz w:val="20"/>
        </w:rPr>
        <w:t>1:06:39  Question is, whenever I try to contemplate, a lot of non-relevant thoughts come into my mind.</w:t>
      </w:r>
      <w:r>
        <w:br/>
      </w:r>
      <w:r>
        <w:rPr>
          <w:sz w:val="20"/>
        </w:rPr>
        <w:t>1:06:47  As a result, I get distracted and I am unable to do contemplation or reflection.</w:t>
      </w:r>
      <w:r>
        <w:br/>
      </w:r>
      <w:r>
        <w:rPr>
          <w:sz w:val="20"/>
        </w:rPr>
        <w:t>1:06:54  Please advise what should I do so I can contemplate or ponder the way you want us to</w:t>
      </w:r>
      <w:r>
        <w:br/>
      </w:r>
      <w:r>
        <w:rPr>
          <w:sz w:val="20"/>
        </w:rPr>
        <w:t>1:07:02  Do? How can I get focused in life and save myself from these non-relevant thoughts?</w:t>
      </w:r>
      <w:r>
        <w:br/>
      </w:r>
      <w:r>
        <w:rPr>
          <w:sz w:val="20"/>
        </w:rPr>
        <w:t>1:07:09  s? nahin, is mein koi yeh koi kami ki baat nahi hai.</w:t>
      </w:r>
      <w:r>
        <w:br/>
      </w:r>
      <w:r>
        <w:rPr>
          <w:sz w:val="20"/>
        </w:rPr>
        <w:t>1:07:16  donon thought aayenge.</w:t>
      </w:r>
      <w:r>
        <w:br/>
      </w:r>
      <w:r>
        <w:rPr>
          <w:sz w:val="20"/>
        </w:rPr>
        <w:t>1:07:22  یہ پرپچول وہ بیٹھے رہتا ہے بیٹھے ہوئے true forces ہر انسان کے مائنڈ میں۔</w:t>
      </w:r>
      <w:r>
        <w:br/>
      </w:r>
      <w:r>
        <w:rPr>
          <w:sz w:val="20"/>
        </w:rPr>
        <w:t>1:07:28  khud rasool Allah ke andar bhi rehta tha.</w:t>
      </w:r>
      <w:r>
        <w:br/>
      </w:r>
      <w:r>
        <w:rPr>
          <w:sz w:val="20"/>
        </w:rPr>
        <w:t>1:07:34  وہ کیا حدیث ہے؟ سب وہ پڑھ دیجئے تو کہ بھئی ہمارے لیے گائیڈ لائن کیا ہے؟</w:t>
      </w:r>
      <w:r>
        <w:br/>
      </w:r>
      <w:r>
        <w:rPr>
          <w:sz w:val="20"/>
        </w:rPr>
        <w:t>1:07:40  ghan ali qalbi.</w:t>
      </w:r>
      <w:r>
        <w:br/>
      </w:r>
      <w:r>
        <w:rPr>
          <w:sz w:val="20"/>
        </w:rPr>
        <w:t>1:07:45  haan, is ka tarjuma parh dijiye.</w:t>
      </w:r>
      <w:r>
        <w:br/>
      </w:r>
      <w:r>
        <w:rPr>
          <w:sz w:val="20"/>
        </w:rPr>
        <w:t>1:07:50  mere qalb par bhi kuch asraat aate hain.</w:t>
      </w:r>
      <w:r>
        <w:br/>
      </w:r>
      <w:r>
        <w:rPr>
          <w:sz w:val="20"/>
        </w:rPr>
        <w:t>1:07:55  ہاں، دیکھیے، رسول اللہ فرماتے ہیں تو یہ تو اس کو ایک perpetual battery رہتی ہے دونوں forces</w:t>
      </w:r>
      <w:r>
        <w:br/>
      </w:r>
      <w:r>
        <w:rPr>
          <w:sz w:val="20"/>
        </w:rPr>
        <w:t>1:08:00  ke beech mein aur is se irtaqa hota hai.</w:t>
      </w:r>
      <w:r>
        <w:br/>
      </w:r>
      <w:r>
        <w:rPr>
          <w:sz w:val="20"/>
        </w:rPr>
        <w:t>1:08:06  یعنی perpetual battle between evil forces and and ka</w:t>
      </w:r>
    </w:p>
    <w:p>
      <w:pPr>
        <w:pStyle w:val="Heading2"/>
      </w:pPr>
      <w:r>
        <w:t>The reason for individual differences</w:t>
      </w:r>
    </w:p>
    <w:p>
      <w:r>
        <w:rPr>
          <w:color w:val="666666"/>
          <w:sz w:val="18"/>
        </w:rPr>
        <w:t>Interpretation of History October 23, 2016 · 1m 18s · at 59:45 · https://youtu.be/P-JhH3q-Mdg?t=3585</w:t>
      </w:r>
    </w:p>
    <w:p>
      <w:r>
        <w:rPr>
          <w:i/>
        </w:rPr>
        <w:t>“What is the reason that every individual is Mr. different and Miss different?”</w:t>
      </w:r>
    </w:p>
    <w:p>
      <w:r>
        <w:rPr>
          <w:sz w:val="20"/>
        </w:rPr>
        <w:t>59:45  maulana, agla sawal dilli se kya hai ajay devi sahib ne.</w:t>
      </w:r>
      <w:r>
        <w:br/>
      </w:r>
      <w:r>
        <w:rPr>
          <w:sz w:val="20"/>
        </w:rPr>
        <w:t>59:51  unhon ne likha hai: "maulana, what is the reason that every individual is mr.</w:t>
      </w:r>
      <w:r>
        <w:br/>
      </w:r>
      <w:r>
        <w:rPr>
          <w:sz w:val="20"/>
        </w:rPr>
        <w:t>59:57  different and miss different?"</w:t>
      </w:r>
      <w:r>
        <w:br/>
      </w:r>
      <w:r>
        <w:rPr>
          <w:sz w:val="20"/>
        </w:rPr>
        <w:t>1:00:04  Is there any divine purpose to this? " Zaroor is mein divine purpose hai, kyunke difference jo hai, woh cheez toh jis jis taraf aata hai, intellectual jo do zehn takrate hain. Agar aisa na ho, sab log bilkul ek yaksaan tarz par sochein toh koi taraqqi nahi hogi. If everybody thinks alike, no one thinks very much. Ji toh difference jo hai, bohat bari nemat hai, isi ki wajah se tamam ilmi taraqqiyan hoti hain. Yeh toh ek haqeeqat hai. Okay, so we will end today's Sunday session. We will be back next Sunday, same time. Thank you.</w:t>
      </w:r>
    </w:p>
    <w:p>
      <w:pPr>
        <w:pStyle w:val="Heading2"/>
      </w:pPr>
      <w:r>
        <w:t>Count Yourself Among the People of the Grave</w:t>
      </w:r>
    </w:p>
    <w:p>
      <w:r>
        <w:rPr>
          <w:color w:val="666666"/>
          <w:sz w:val="18"/>
        </w:rPr>
        <w:t>Material Science and Spiritual Science 20 May 2012 · 1m 32s · at 1:01:45 · https://youtu.be/4K6CxjThlxQ?t=3705</w:t>
      </w:r>
    </w:p>
    <w:p>
      <w:r>
        <w:rPr>
          <w:i/>
        </w:rPr>
        <w:t>“Please explain: 'Count yourself among the people of the grave.'”</w:t>
      </w:r>
    </w:p>
    <w:p>
      <w:r>
        <w:rPr>
          <w:sz w:val="20"/>
        </w:rPr>
        <w:t>1:01:45  yeh raaz hai Maulana agla sawal Dilli se hai Mr Saif ur Rehman sahab ka unhon ne poocha hai</w:t>
      </w:r>
      <w:r>
        <w:br/>
      </w:r>
      <w:r>
        <w:rPr>
          <w:sz w:val="20"/>
        </w:rPr>
        <w:t>1:01:52  aap se ke apne aap ko qabar walon mein shumar karo is ko aap explain karen</w:t>
      </w:r>
      <w:r>
        <w:br/>
      </w:r>
      <w:r>
        <w:rPr>
          <w:sz w:val="20"/>
        </w:rPr>
        <w:t>1:02:04  wohi hai jo main ne kaha mout ki yaad koi usloob hai kehne ka kehne ka koi usloob hai mout ka jaise abhi main ne kaha ke kal main ye soch raha tha apne bare mein ke mout kaisi ajeeb ghareeb cheez hai ke meri taraf se goya wo hai compulsory eviction jabri inkhla</w:t>
      </w:r>
      <w:r>
        <w:br/>
      </w:r>
      <w:r>
        <w:rPr>
          <w:sz w:val="20"/>
        </w:rPr>
        <w:t>1:02:29  aur doosri taraf se wapsi ka naam par ho jana</w:t>
      </w:r>
      <w:r>
        <w:br/>
      </w:r>
      <w:r>
        <w:rPr>
          <w:sz w:val="20"/>
        </w:rPr>
        <w:t>1:02:33  to main soch raha tha ke ye ek waqt aye ga jab ke main ye ghar chhoot jaye ga ye family chhoot jaye gi ye team chhoot jaye gi ye Dilli chhoot jaye ga ye India chhoot jaye ga ye dunya chhoot jaye gi phir main lotun ga nahi aap to ye soch se ek ek ajeeb ghareeb qism ki brainstorming hoti hai ye matlab hai is ka koi mysterious baat nahi hai wo</w:t>
      </w:r>
      <w:r>
        <w:br/>
      </w:r>
      <w:r>
        <w:rPr>
          <w:sz w:val="20"/>
        </w:rPr>
        <w:t>1:03:00  mout ki yaad jo hai yani sab se bara source hai brainstorming ka bas is scene mein lad jaiye is ko</w:t>
      </w:r>
    </w:p>
    <w:p>
      <w:pPr>
        <w:pStyle w:val="Heading2"/>
      </w:pPr>
      <w:r>
        <w:t>Balancing dawah and self study</w:t>
      </w:r>
    </w:p>
    <w:p>
      <w:r>
        <w:rPr>
          <w:color w:val="666666"/>
          <w:sz w:val="18"/>
        </w:rPr>
        <w:t>From The Spiritual Tree September 8, 2013 · 1m 21s · at 51:58 · https://youtu.be/Vv6vf2N8YQA?t=3118</w:t>
      </w:r>
    </w:p>
    <w:p>
      <w:r>
        <w:rPr>
          <w:i/>
        </w:rPr>
        <w:t>“Sometimes I find myself between two opposite demands. Whether to engage in a dawah activity or to engage in self study. Please guide how to balance between these conflicting but equally important tasks.”</w:t>
      </w:r>
    </w:p>
    <w:p>
      <w:r>
        <w:rPr>
          <w:sz w:val="20"/>
        </w:rPr>
        <w:t>51:58  Masha Allah. yeh agla sawal aaya hai Sajid Anwar Sahab Karar ki se.</w:t>
      </w:r>
      <w:r>
        <w:br/>
      </w:r>
      <w:r>
        <w:rPr>
          <w:sz w:val="20"/>
        </w:rPr>
        <w:t>52:04  yeh kehte hain Maulana Sometimes I find myself between two opposite demands. Whether to engage in a دعویٰ Activity or to engage in Self Study.</w:t>
      </w:r>
      <w:r>
        <w:br/>
      </w:r>
      <w:r>
        <w:rPr>
          <w:sz w:val="20"/>
        </w:rPr>
        <w:t>52:18  Please guide how to balance between these conflicting but equally important tasks.</w:t>
      </w:r>
      <w:r>
        <w:br/>
      </w:r>
      <w:r>
        <w:rPr>
          <w:sz w:val="20"/>
        </w:rPr>
        <w:t>52:29  dekhen is par to ab bahar se koi aap ko Advice nahi de</w:t>
      </w:r>
      <w:r>
        <w:br/>
      </w:r>
      <w:r>
        <w:rPr>
          <w:sz w:val="20"/>
        </w:rPr>
        <w:t>52:32  sakta. aap ko khud Manage karna parega. kyunke aadmi is dunya mein Different taqazon ke darmiyan jeeta hai.</w:t>
      </w:r>
      <w:r>
        <w:br/>
      </w:r>
      <w:r>
        <w:rPr>
          <w:sz w:val="20"/>
        </w:rPr>
        <w:t>52:41  yeh to har aadmi ko kai taqazon ke beech mein jeena parta. yeh to har aadmi ka mamla hai. to in sab mukhtalif taqazon ko hum kaise Manage karen?</w:t>
      </w:r>
      <w:r>
        <w:br/>
      </w:r>
      <w:r>
        <w:rPr>
          <w:sz w:val="20"/>
        </w:rPr>
        <w:t>52:51  yeh aadmi khud hi samajh sakta hai</w:t>
      </w:r>
      <w:r>
        <w:br/>
      </w:r>
      <w:r>
        <w:rPr>
          <w:sz w:val="20"/>
        </w:rPr>
        <w:t>52:53  ke woh kitna Sacrifice kar sakta hai. kitna bardasht kar sakta hai, kitna sabr kar sakta hai, kitna Afford kar sakta hai. yeh aadmi khud hi jaan sakta hai.</w:t>
      </w:r>
      <w:r>
        <w:br/>
      </w:r>
      <w:r>
        <w:rPr>
          <w:sz w:val="20"/>
        </w:rPr>
        <w:t>53:04  to aap khud apne halaat ke lehaaz se yaani koi formula nikaliye jis se aap manage kar saken.</w:t>
      </w:r>
      <w:r>
        <w:br/>
      </w:r>
      <w:r>
        <w:rPr>
          <w:sz w:val="20"/>
        </w:rPr>
        <w:t>53:13  hum bilkul specific tor par to hum kuch nahi kar sakte.</w:t>
      </w:r>
    </w:p>
    <w:p>
      <w:pPr>
        <w:pStyle w:val="Heading2"/>
      </w:pPr>
      <w:r>
        <w:t>Recognizing Arrogance in Oneself</w:t>
      </w:r>
    </w:p>
    <w:p>
      <w:r>
        <w:rPr>
          <w:color w:val="666666"/>
          <w:sz w:val="18"/>
        </w:rPr>
        <w:t>Religion and Democracy December 25, 2011 · 1m 59s · at 1:38:41 · https://youtu.be/8Mf_yvDA8ik?t=5921</w:t>
      </w:r>
    </w:p>
    <w:p>
      <w:r>
        <w:rPr>
          <w:i/>
        </w:rPr>
        <w:t>“How will I know if arrogance (kibr) is developing within me? Please explain this. In the hadith, its signs are mentioned: 'Batar al-haqq wa ghamt an-nas' (rejecting the truth and looking down on people).”</w:t>
      </w:r>
    </w:p>
    <w:p>
      <w:r>
        <w:rPr>
          <w:sz w:val="20"/>
        </w:rPr>
        <w:t>1:38:41  maulana, agla sawal gulbarga se aaya hai mister abdul ghani ka. unhon ne likha hai: "mujhe is baat ka kaise ilm hoga ke mere andar kibr paida ho raha hai?</w:t>
      </w:r>
      <w:r>
        <w:br/>
      </w:r>
      <w:r>
        <w:rPr>
          <w:sz w:val="20"/>
        </w:rPr>
        <w:t>1:38:53  is ke bare mein bataein."</w:t>
      </w:r>
      <w:r>
        <w:br/>
      </w:r>
      <w:r>
        <w:rPr>
          <w:sz w:val="20"/>
        </w:rPr>
        <w:t>1:39:03  phir hadith mein is ki pehchan batai gayi hai: "batr al haqq wa ghammat al nas" k</w:t>
      </w:r>
      <w:r>
        <w:br/>
      </w:r>
      <w:r>
        <w:rPr>
          <w:sz w:val="20"/>
        </w:rPr>
        <w:t>1:39:10  kibr ki pehchan yaani haq ko bias side karna aur logon ko kam samajhna.</w:t>
      </w:r>
      <w:r>
        <w:br/>
      </w:r>
      <w:r>
        <w:rPr>
          <w:sz w:val="20"/>
        </w:rPr>
        <w:t>1:39:21  jab kisi samne haq pesh kiya jaye aur us ko woh bias side karte hue us ko na manen, to woh kibr ki wajah se hota hai.</w:t>
      </w:r>
      <w:r>
        <w:br/>
      </w:r>
      <w:r>
        <w:rPr>
          <w:sz w:val="20"/>
        </w:rPr>
        <w:t>1:39:32  aise log jo hain, un ko aadmi apne ko superior samajh leta hai, superior doosron ko kam samajhta hai. ya jahan aadmi yeh, yeh aadmi khud soch kar jaan sakta hai apne bare mein ke kahan mein ne haq ko nahi mana aur kahan mein ne logon ko kam samjha apne se.</w:t>
      </w:r>
      <w:r>
        <w:br/>
      </w:r>
      <w:r>
        <w:rPr>
          <w:sz w:val="20"/>
        </w:rPr>
        <w:t>1:39:47  jahan yeh yeh cheez pai jati hai, to woh is mani ke woh kibr mein mubtala hai. aisa aadmi hai: "batr al haqq wa ghammat al nas"</w:t>
      </w:r>
      <w:r>
        <w:br/>
      </w:r>
      <w:r>
        <w:rPr>
          <w:sz w:val="20"/>
        </w:rPr>
        <w:t>1:39:56  yaani haq pesh kiya jaye aur us ko woh qabool karne par razi na ho. jis ko aage hum kehte hain: "bias side kar do".</w:t>
      </w:r>
      <w:r>
        <w:br/>
      </w:r>
      <w:r>
        <w:rPr>
          <w:sz w:val="20"/>
        </w:rPr>
        <w:t>1:40:07  aur doosri cheez yeh hai ke logon ko kam samjhe.</w:t>
      </w:r>
      <w:r>
        <w:br/>
      </w:r>
      <w:r>
        <w:rPr>
          <w:sz w:val="20"/>
        </w:rPr>
        <w:t>1:40:09  to yeh yeh do baatein jahan yeh do baatein aisi hain jis ko aadmi khud foran pakar sakta hai agar woh chahe to ke mere andar yeh baat aa gayi hai.</w:t>
      </w:r>
      <w:r>
        <w:br/>
      </w:r>
      <w:r>
        <w:rPr>
          <w:sz w:val="20"/>
        </w:rPr>
        <w:t>1:40:19  kyunke insaan ki jo consciousness hai, jo zamir hai, woh foran bata deta hai. yaani doosre log na jaane, woh khud aadmi to zaroor jaan leta hai. jo jahan aadmi ko mehsoos ho ke mein ne haq ko bias side kiya aur doosron ko kam samjha, to samajh to us ko jaan lena chahiye ke mein kibr ka mareez ho chuka hoon.</w:t>
      </w:r>
    </w:p>
    <w:p>
      <w:pPr>
        <w:pStyle w:val="Heading2"/>
      </w:pPr>
      <w:r>
        <w:t>Dealing with criticism and mockery</w:t>
      </w:r>
    </w:p>
    <w:p>
      <w:r>
        <w:rPr>
          <w:color w:val="666666"/>
          <w:sz w:val="18"/>
        </w:rPr>
        <w:t>Importance of Peace August 17, 2014 · 3m 42s · at 41:04 · https://youtu.be/ifxSwh2Jckw?t=2464</w:t>
      </w:r>
    </w:p>
    <w:p>
      <w:r>
        <w:rPr>
          <w:i/>
        </w:rPr>
        <w:t>“People's negative criticism or mockery of me is very painful. What is the way to avoid this pain? Can we ignore it and continue our work? But in this path we have to suffer these pains repeatedly. Is it possible that we develop ourselves to such an extent that no one's rudeness has any effect on us?”</w:t>
      </w:r>
    </w:p>
    <w:p>
      <w:r>
        <w:rPr>
          <w:sz w:val="20"/>
        </w:rPr>
        <w:t>41:04  maulana, yeh sawal aaya hai shahnawaz zafar sahab ka, dilli se, aur unhon ne likha hai ke logon ka apne upar negative tanqeed ya mazak bohat hi takleef deh hota hai.</w:t>
      </w:r>
      <w:r>
        <w:br/>
      </w:r>
      <w:r>
        <w:rPr>
          <w:sz w:val="20"/>
        </w:rPr>
        <w:t>41:19  is takleef se bachne ka kya rasta hai? kya hum ise ignore kar ke apna kaam karte rahen? lekin is raste mein bar bar humein in takleefon se dochar hona parta hai.</w:t>
      </w:r>
      <w:r>
        <w:br/>
      </w:r>
      <w:r>
        <w:rPr>
          <w:sz w:val="20"/>
        </w:rPr>
        <w:t>41:33  kya aisa mumkin hai ke hum itne develop ho jayen ke kisi ki badtameezi ka hamare upar koi asar na ho?</w:t>
      </w:r>
      <w:r>
        <w:br/>
      </w:r>
      <w:r>
        <w:rPr>
          <w:sz w:val="20"/>
        </w:rPr>
        <w:t>41:44  dekhen, islam ka jo principle hai is mamle mein ke jo critique hai, jo tanqeed kar raha hai, us ko chahiye ke woh allegation ki zuban na bole, ilzam tarashi ki zuban na bole.</w:t>
      </w:r>
      <w:r>
        <w:br/>
      </w:r>
      <w:r>
        <w:rPr>
          <w:sz w:val="20"/>
        </w:rPr>
        <w:t>42:04  balkeh facts ko le kar ke comment de apna. yani sabit shuda fact, aisa fact jo dono fareeq ke darmiyan tasleem shuda ho, us ko le kar ke bole woh.</w:t>
      </w:r>
      <w:r>
        <w:br/>
      </w:r>
      <w:r>
        <w:rPr>
          <w:sz w:val="20"/>
        </w:rPr>
        <w:t>42:22  aur niyat par hamla karna, aib lagana, yeh islam mein haram hai. lekin ab dunya mein jab hota hai to ab sawal yeh hai ke woh aadmi kya kare jis ki tanqeed ki gayi hai?</w:t>
      </w:r>
      <w:r>
        <w:br/>
      </w:r>
      <w:r>
        <w:rPr>
          <w:sz w:val="20"/>
        </w:rPr>
        <w:t>42:37  yeh usool to hum dunya ko bata sakte hain ke bhai aisa karo. kuch log manenge, kuch log na manenge. ab is is insan ke liye kya hai jo jis par criticize kiya gaya hai?</w:t>
      </w:r>
      <w:r>
        <w:br/>
      </w:r>
      <w:r>
        <w:rPr>
          <w:sz w:val="20"/>
        </w:rPr>
        <w:t>42:51  to us ke liye tareeqa islam mein yeh bataya gaya hai ke aap bajaye is ke ke aap provoke hon, ghussa ho jayen, react karen, aap sirf yeh kijiye ke dekhen ke us ne jo baat kahi hai, us mein kuch sachai hai.</w:t>
      </w:r>
      <w:r>
        <w:br/>
      </w:r>
      <w:r>
        <w:rPr>
          <w:sz w:val="20"/>
        </w:rPr>
        <w:t>43:11  agar sachai hai to us ko seriously lijiye aur apni islaah kar lijiye.</w:t>
      </w:r>
      <w:r>
        <w:br/>
      </w:r>
      <w:r>
        <w:rPr>
          <w:sz w:val="20"/>
        </w:rPr>
        <w:t>43:20  agar sachai nahi hai, woh allegation hai to phir aaraaz kijiye, avoid kijiye. uljhiye mat.</w:t>
      </w:r>
      <w:r>
        <w:br/>
      </w:r>
      <w:r>
        <w:rPr>
          <w:sz w:val="20"/>
        </w:rPr>
        <w:t>43:32  yani agar is ne jo baat kahi hai, woh yani is qabil hai ke aap is ko manen, apni ghalti ki islaah karen to aap zaroor is ko maniye aur is ki islaah kar lijie apni ghalti ki.</w:t>
      </w:r>
      <w:r>
        <w:br/>
      </w:r>
      <w:r>
        <w:rPr>
          <w:sz w:val="20"/>
        </w:rPr>
        <w:t>43:50  agar aap dekhte hain ke is ne to ek jhoota ilzaam laga rakha hai ke woh character assassination kar raha hai to character assassination to islam mein haraam hai.</w:t>
      </w:r>
      <w:r>
        <w:br/>
      </w:r>
      <w:r>
        <w:rPr>
          <w:sz w:val="20"/>
        </w:rPr>
        <w:t>44:03  lekin aap agar provoke hon, aap react karen to aap ka waqt zaya hota hai.</w:t>
      </w:r>
      <w:r>
        <w:br/>
      </w:r>
      <w:r>
        <w:rPr>
          <w:sz w:val="20"/>
        </w:rPr>
        <w:t>44:11  to is ko main kehta hoon ke</w:t>
      </w:r>
      <w:r>
        <w:br/>
      </w:r>
      <w:r>
        <w:rPr>
          <w:sz w:val="20"/>
        </w:rPr>
        <w:t>44:15  by time strategy, B-U-Y, by time strategy. yani jab aap aaraaz karte hain, jab chup ho jate hain to aap time avail karte hain.</w:t>
      </w:r>
      <w:r>
        <w:br/>
      </w:r>
      <w:r>
        <w:rPr>
          <w:sz w:val="20"/>
        </w:rPr>
        <w:t>44:30  aur jab ulajh jate hain to aap ka time waste hota hai.</w:t>
      </w:r>
      <w:r>
        <w:br/>
      </w:r>
      <w:r>
        <w:rPr>
          <w:sz w:val="20"/>
        </w:rPr>
        <w:t>44:37  to ya to apni islaah kar lijie ya phir by time strategy ko apnaie.</w:t>
      </w:r>
    </w:p>
    <w:p>
      <w:pPr>
        <w:pStyle w:val="Heading1"/>
      </w:pPr>
      <w:r>
        <w:t>In the lectures (20)</w:t>
      </w:r>
    </w:p>
    <w:p>
      <w:pPr>
        <w:pStyle w:val="Heading2"/>
      </w:pPr>
      <w:r>
        <w:t>Faith in the Unseen (Iman Bil Ghaib) December 06, 2015</w:t>
      </w:r>
    </w:p>
    <w:p>
      <w:r>
        <w:rPr>
          <w:color w:val="666666"/>
          <w:sz w:val="18"/>
        </w:rPr>
        <w:t>40:56 · https://youtu.be/MZIDIceIwg8?t=2456</w:t>
      </w:r>
    </w:p>
    <w:p>
      <w:r>
        <w:rPr>
          <w:i/>
        </w:rPr>
        <w:t>“اپنے بارے میں غور کرتے ہیں۔”</w:t>
      </w:r>
    </w:p>
    <w:p>
      <w:pPr>
        <w:pStyle w:val="Heading2"/>
      </w:pPr>
      <w:r>
        <w:t>Islam and Terrorism February 10, 2009 Maulana Wahiduddin Khan</w:t>
      </w:r>
    </w:p>
    <w:p>
      <w:r>
        <w:rPr>
          <w:color w:val="666666"/>
          <w:sz w:val="18"/>
        </w:rPr>
        <w:t>44:19 · https://youtu.be/vCEjp0w7Qjo?t=2659</w:t>
      </w:r>
    </w:p>
    <w:p>
      <w:r>
        <w:rPr>
          <w:i/>
        </w:rPr>
        <w:t>“I am trying to”</w:t>
      </w:r>
    </w:p>
    <w:p>
      <w:pPr>
        <w:pStyle w:val="Heading2"/>
      </w:pPr>
      <w:r>
        <w:t>Self Correction November 09, 2014</w:t>
      </w:r>
    </w:p>
    <w:p>
      <w:r>
        <w:rPr>
          <w:color w:val="666666"/>
          <w:sz w:val="18"/>
        </w:rPr>
        <w:t>44:16 · https://youtu.be/EgAukdSfGRU?t=2656</w:t>
      </w:r>
    </w:p>
    <w:p>
      <w:r>
        <w:rPr>
          <w:i/>
        </w:rPr>
        <w:t>“اپنے اپنے آپ کو برابر واچ کرتا رہے۔”</w:t>
      </w:r>
    </w:p>
    <w:p>
      <w:pPr>
        <w:pStyle w:val="Heading2"/>
      </w:pPr>
      <w:r>
        <w:t>Islam in the Modern Age December 08, 2006 Maulana Wahiduddin Khan</w:t>
      </w:r>
    </w:p>
    <w:p>
      <w:r>
        <w:rPr>
          <w:color w:val="666666"/>
          <w:sz w:val="18"/>
        </w:rPr>
        <w:t>19:21 · https://youtu.be/sToYBVIXSxQ?t=1161</w:t>
      </w:r>
    </w:p>
    <w:p>
      <w:r>
        <w:rPr>
          <w:i/>
        </w:rPr>
        <w:t>“یہ لوگ جو ہیں کیا کرتے ہیں؟ میرے لٹریچر کا کو ملا کر دیکھتے ہیں دوسروں کے لٹریچر سے۔”</w:t>
      </w:r>
    </w:p>
    <w:p>
      <w:pPr>
        <w:pStyle w:val="Heading2"/>
      </w:pPr>
      <w:r>
        <w:t>Islam in 21st Century April 3, 2011</w:t>
      </w:r>
    </w:p>
    <w:p>
      <w:r>
        <w:rPr>
          <w:color w:val="666666"/>
          <w:sz w:val="18"/>
        </w:rPr>
        <w:t>1:51:01 · https://youtu.be/nEyNMORoPc4?t=6661</w:t>
      </w:r>
    </w:p>
    <w:p>
      <w:r>
        <w:rPr>
          <w:i/>
        </w:rPr>
        <w:t>“اپنے یعنی اپنا محاسبہکرتے رہیے۔برابر”</w:t>
      </w:r>
    </w:p>
    <w:p>
      <w:pPr>
        <w:pStyle w:val="Heading2"/>
      </w:pPr>
      <w:r>
        <w:t>Modesty and Arrogance January 31, 2008</w:t>
      </w:r>
    </w:p>
    <w:p>
      <w:r>
        <w:rPr>
          <w:color w:val="666666"/>
          <w:sz w:val="18"/>
        </w:rPr>
        <w:t>34:05 · https://youtu.be/8EHBmsIAF_Q?t=2045</w:t>
      </w:r>
    </w:p>
    <w:p>
      <w:r>
        <w:rPr>
          <w:i/>
        </w:rPr>
        <w:t>“میں خود اپنا ایک تجربہ بتاتا ہوں۔”</w:t>
      </w:r>
    </w:p>
    <w:p>
      <w:pPr>
        <w:pStyle w:val="Heading2"/>
      </w:pPr>
      <w:r>
        <w:t>Quran A Dictionary of Truth (English) May 02, 2007 Maulana Wahiduddin Khan</w:t>
      </w:r>
    </w:p>
    <w:p>
      <w:r>
        <w:rPr>
          <w:color w:val="666666"/>
          <w:sz w:val="18"/>
        </w:rPr>
        <w:t>22:31 · https://youtu.be/plsYgl_xxbY?t=1351</w:t>
      </w:r>
    </w:p>
    <w:p>
      <w:r>
        <w:rPr>
          <w:i/>
        </w:rPr>
        <w:t>“after this comparison”</w:t>
      </w:r>
    </w:p>
    <w:p>
      <w:pPr>
        <w:pStyle w:val="Heading2"/>
      </w:pPr>
      <w:r>
        <w:t>Quran A Dictionary of Truth (English) May 02, 2007 Maulana Wahiduddin Khan</w:t>
      </w:r>
    </w:p>
    <w:p>
      <w:r>
        <w:rPr>
          <w:color w:val="666666"/>
          <w:sz w:val="18"/>
        </w:rPr>
        <w:t>24:06 · https://youtu.be/plsYgl_xxbY?t=1446</w:t>
      </w:r>
    </w:p>
    <w:p>
      <w:r>
        <w:rPr>
          <w:i/>
        </w:rPr>
        <w:t>“I have some other experiences like this. So if you compare, I am giving you the formula of comparison.”</w:t>
      </w:r>
    </w:p>
    <w:p>
      <w:pPr>
        <w:pStyle w:val="Heading2"/>
      </w:pPr>
      <w:r>
        <w:t>Spirituality in Daily Life 13 Aug 2016 - Maulana Wahiduddin Khan</w:t>
      </w:r>
    </w:p>
    <w:p>
      <w:r>
        <w:rPr>
          <w:color w:val="666666"/>
          <w:sz w:val="18"/>
        </w:rPr>
        <w:t>15:03 · https://youtu.be/SB0AF0Q9aTE?t=903</w:t>
      </w:r>
    </w:p>
    <w:p>
      <w:r>
        <w:rPr>
          <w:i/>
        </w:rPr>
        <w:t>“तजुर्बा करता हूं।”</w:t>
      </w:r>
    </w:p>
    <w:p>
      <w:pPr>
        <w:pStyle w:val="Heading2"/>
      </w:pPr>
      <w:r>
        <w:t>Muslims in Diaspora 9 jan 2007 (English)</w:t>
      </w:r>
    </w:p>
    <w:p>
      <w:r>
        <w:rPr>
          <w:color w:val="666666"/>
          <w:sz w:val="18"/>
        </w:rPr>
        <w:t>14:30 · https://youtu.be/oAi49l7nuOI?t=870</w:t>
      </w:r>
    </w:p>
    <w:p>
      <w:r>
        <w:rPr>
          <w:i/>
        </w:rPr>
        <w:t>“So, here is the here is a comparison.”</w:t>
      </w:r>
    </w:p>
    <w:p>
      <w:pPr>
        <w:pStyle w:val="Heading2"/>
      </w:pPr>
      <w:r>
        <w:t>Age Of Consumerism I January 6, 2013 Maulana Wahiduddin Khan</w:t>
      </w:r>
    </w:p>
    <w:p>
      <w:r>
        <w:rPr>
          <w:color w:val="666666"/>
          <w:sz w:val="18"/>
        </w:rPr>
        <w:t>26:01 · https://youtu.be/CuRYFl7JuEM?t=1561</w:t>
      </w:r>
    </w:p>
    <w:p>
      <w:r>
        <w:rPr>
          <w:i/>
        </w:rPr>
        <w:t>“تو میرا اپنا ذاتی تجربہ بھی ہے اور دوسروں کو میں نے جو دیکھا ہے۔”</w:t>
      </w:r>
    </w:p>
    <w:p>
      <w:pPr>
        <w:pStyle w:val="Heading2"/>
      </w:pPr>
      <w:r>
        <w:t>Contemplation on The Quran December 16, 2018 Maulana Wahiduddin Khan</w:t>
      </w:r>
    </w:p>
    <w:p>
      <w:r>
        <w:rPr>
          <w:color w:val="666666"/>
          <w:sz w:val="18"/>
        </w:rPr>
        <w:t>10:45 · https://youtu.be/bSOe1_KKEYk?t=645</w:t>
      </w:r>
    </w:p>
    <w:p>
      <w:r>
        <w:rPr>
          <w:i/>
        </w:rPr>
        <w:t>“اس فرق کی اسٹڈی کرتا رہا ہوں۔”</w:t>
      </w:r>
    </w:p>
    <w:p>
      <w:pPr>
        <w:pStyle w:val="Heading2"/>
      </w:pPr>
      <w:r>
        <w:t>Religion in the Age of Science June 15, 2008</w:t>
      </w:r>
    </w:p>
    <w:p>
      <w:r>
        <w:rPr>
          <w:color w:val="666666"/>
          <w:sz w:val="18"/>
        </w:rPr>
        <w:t>11:51 · https://youtu.be/utKHeKzoGhw?t=711</w:t>
      </w:r>
    </w:p>
    <w:p>
      <w:r>
        <w:rPr>
          <w:i/>
        </w:rPr>
        <w:t>“خدا کو underestimate کیا۔ اس لیے کہ دیکھیے، پھر میں نے compare کیا۔ Compare کیا۔”</w:t>
      </w:r>
    </w:p>
    <w:p>
      <w:pPr>
        <w:pStyle w:val="Heading2"/>
      </w:pPr>
      <w:r>
        <w:t>Process of Intellectual Development March 23, 2008</w:t>
      </w:r>
    </w:p>
    <w:p>
      <w:r>
        <w:rPr>
          <w:color w:val="666666"/>
          <w:sz w:val="18"/>
        </w:rPr>
        <w:t>1:10:34 · https://youtu.be/nrFnOc8C9JM?t=4234</w:t>
      </w:r>
    </w:p>
    <w:p>
      <w:r>
        <w:rPr>
          <w:i/>
        </w:rPr>
        <w:t>“اپنی scrutiny کرتا ہوں میں دشمن کی نظر سے۔ کہ اگر کوئی دشمن میرے بارے میں رائے قائم کرے تو وہ کیا رائے بنائے گا۔”</w:t>
      </w:r>
    </w:p>
    <w:p>
      <w:pPr>
        <w:pStyle w:val="Heading2"/>
      </w:pPr>
      <w:r>
        <w:t>Jihad Fillah June 23, 2013</w:t>
      </w:r>
    </w:p>
    <w:p>
      <w:r>
        <w:rPr>
          <w:color w:val="666666"/>
          <w:sz w:val="18"/>
        </w:rPr>
        <w:t>1:02:24 · https://youtu.be/NRTno1eQTos?t=3744</w:t>
      </w:r>
    </w:p>
    <w:p>
      <w:r>
        <w:rPr>
          <w:i/>
        </w:rPr>
        <w:t>“دیکھیں، اپنا میں تجربہ بتاتا ہوں۔”</w:t>
      </w:r>
    </w:p>
    <w:p>
      <w:pPr>
        <w:pStyle w:val="Heading2"/>
      </w:pPr>
      <w:r>
        <w:t>Dars e Quran Chapter 2 Verses 256, 257, 268, 269 &amp; 281 4 June 2007 - Maulana Wahiduddin Khan</w:t>
      </w:r>
    </w:p>
    <w:p>
      <w:r>
        <w:rPr>
          <w:color w:val="666666"/>
          <w:sz w:val="18"/>
        </w:rPr>
        <w:t>48:41 · https://youtu.be/mI7KYYuy2QA?t=2921</w:t>
      </w:r>
    </w:p>
    <w:p>
      <w:r>
        <w:rPr>
          <w:i/>
        </w:rPr>
        <w:t>“تو ایک موازنہ یہ ہے کہ انسان ہونے کے اعتبار سے دیکھیں آپ۔”</w:t>
      </w:r>
    </w:p>
    <w:p>
      <w:pPr>
        <w:pStyle w:val="Heading2"/>
      </w:pPr>
      <w:r>
        <w:t>Shukr 18 Jan 2020 - Maulana Wahiduddin Khan</w:t>
      </w:r>
    </w:p>
    <w:p>
      <w:r>
        <w:rPr>
          <w:color w:val="666666"/>
          <w:sz w:val="18"/>
        </w:rPr>
        <w:t>22:59 · https://youtu.be/5gy8neGGM_E?t=1379</w:t>
      </w:r>
    </w:p>
    <w:p>
      <w:r>
        <w:rPr>
          <w:i/>
        </w:rPr>
        <w:t>“؟ اس انسان کے اندر دیکھیے، ایک چیز بہت سٹرانگ ہے۔ وہ ہے اپنے آپ کو درجہ دینا۔”</w:t>
      </w:r>
    </w:p>
    <w:p>
      <w:pPr>
        <w:pStyle w:val="Heading2"/>
      </w:pPr>
      <w:r>
        <w:t>The Problem of Misunderstanding January 1, 2008 Maulana Wahiduddin Khan</w:t>
      </w:r>
    </w:p>
    <w:p>
      <w:r>
        <w:rPr>
          <w:color w:val="666666"/>
          <w:sz w:val="18"/>
        </w:rPr>
        <w:t>51:27 · https://youtu.be/LdzzoBvyaD0?t=3087</w:t>
      </w:r>
    </w:p>
    <w:p>
      <w:r>
        <w:rPr>
          <w:i/>
        </w:rPr>
        <w:t>“بلکہ دوسروں سے جو رویہ میرا ہے، اس رویے کے کے کرتے ہوئے، اس رویے کے دوران میں اپنے اندر ایک شخصیت بنا رہا ہوتا ہوں۔”</w:t>
      </w:r>
    </w:p>
    <w:p>
      <w:pPr>
        <w:pStyle w:val="Heading2"/>
      </w:pPr>
      <w:r>
        <w:t>Quran A Book of Universal Guidance May 31, 2009</w:t>
      </w:r>
    </w:p>
    <w:p>
      <w:r>
        <w:rPr>
          <w:color w:val="666666"/>
          <w:sz w:val="18"/>
        </w:rPr>
        <w:t>32:05 · https://youtu.be/Q2_96C_3Zd8?t=1925</w:t>
      </w:r>
    </w:p>
    <w:p>
      <w:r>
        <w:rPr>
          <w:i/>
        </w:rPr>
        <w:t>“میرے پاس دوسروں کو دینے کے لیے ایک چیز ہے۔”</w:t>
      </w:r>
    </w:p>
    <w:p>
      <w:pPr>
        <w:pStyle w:val="Heading2"/>
      </w:pPr>
      <w:r>
        <w:t>The Problem of Evil December 4, 2011</w:t>
      </w:r>
    </w:p>
    <w:p>
      <w:r>
        <w:rPr>
          <w:color w:val="666666"/>
          <w:sz w:val="18"/>
        </w:rPr>
        <w:t>1:12:15 · https://youtu.be/SMqtVjaGHfw?t=4335</w:t>
      </w:r>
    </w:p>
    <w:p>
      <w:r>
        <w:rPr>
          <w:i/>
        </w:rPr>
        <w:t>“میں سمجھا ایک میرے بارے میں کہہ رہے”</w:t>
      </w:r>
    </w:p>
    <w:p>
      <w:pPr>
        <w:pStyle w:val="Heading1"/>
      </w:pPr>
      <w:r>
        <w:t>Clips (44)</w:t>
      </w:r>
    </w:p>
    <w:p>
      <w:pPr>
        <w:pStyle w:val="Heading2"/>
      </w:pPr>
      <w:r>
        <w:t>Responding to the misuse of Islam's name</w:t>
      </w:r>
    </w:p>
    <w:p>
      <w:r>
        <w:rPr>
          <w:color w:val="666666"/>
          <w:sz w:val="18"/>
        </w:rPr>
        <w:t>Islam and Terrorism February 10, 2009 Maulana Wahiduddin Khan · 2m 50s · at 42:10 · https://youtu.be/vCEjp0w7Qjo?t=2530</w:t>
      </w:r>
    </w:p>
    <w:p>
      <w:r>
        <w:rPr>
          <w:i/>
        </w:rPr>
        <w:t>“People are misusing the name of Islam — here's my response.”</w:t>
      </w:r>
    </w:p>
    <w:p>
      <w:r>
        <w:rPr>
          <w:sz w:val="20"/>
        </w:rPr>
        <w:t>42:10  People are misusing it as a misusing the name of Islam. So can you tell us more on terrorism?</w:t>
      </w:r>
      <w:r>
        <w:br/>
      </w:r>
      <w:r>
        <w:rPr>
          <w:sz w:val="20"/>
        </w:rPr>
        <w:t>42:21  If Islam and Muslims Fine. I will give what of my experience. Once I happened to meet an Arab scholar in violence.</w:t>
      </w:r>
      <w:r>
        <w:br/>
      </w:r>
      <w:r>
        <w:rPr>
          <w:sz w:val="20"/>
        </w:rPr>
        <w:t>42:36  Islam is a peaceful religion.</w:t>
      </w:r>
      <w:r>
        <w:br/>
      </w:r>
      <w:r>
        <w:rPr>
          <w:sz w:val="20"/>
        </w:rPr>
        <w:t>42:38  He said, "Yes, we want peace. But we want peace with justice." "Assalam al-'Adl." So he said that we want peace.</w:t>
      </w:r>
      <w:r>
        <w:br/>
      </w:r>
      <w:r>
        <w:rPr>
          <w:sz w:val="20"/>
        </w:rPr>
        <w:t>42:50  But we want peace with justice. I said that</w:t>
      </w:r>
      <w:r>
        <w:br/>
      </w:r>
      <w:r>
        <w:rPr>
          <w:sz w:val="20"/>
        </w:rPr>
        <w:t>42:58  it is wrong because peace, because justice and peace are two different aspects.</w:t>
      </w:r>
      <w:r>
        <w:br/>
      </w:r>
      <w:r>
        <w:rPr>
          <w:sz w:val="20"/>
        </w:rPr>
        <w:t>43:09  No peace can you can give you justice. Justice is you can achieve justice only by your own effort, by your own struggle.</w:t>
      </w:r>
      <w:r>
        <w:br/>
      </w:r>
      <w:r>
        <w:rPr>
          <w:sz w:val="20"/>
        </w:rPr>
        <w:t>43:20  So first of all, you have to establish peace. And peace will open the door of opportunities.</w:t>
      </w:r>
      <w:r>
        <w:br/>
      </w:r>
      <w:r>
        <w:rPr>
          <w:sz w:val="20"/>
        </w:rPr>
        <w:t>43:29  And by availing all these opportunities, you can</w:t>
      </w:r>
      <w:r>
        <w:br/>
      </w:r>
      <w:r>
        <w:rPr>
          <w:sz w:val="20"/>
        </w:rPr>
        <w:t>43:36  find justice.</w:t>
      </w:r>
      <w:r>
        <w:br/>
      </w:r>
      <w:r>
        <w:rPr>
          <w:sz w:val="20"/>
        </w:rPr>
        <w:t>43:38  So I think that these people are misguided people. They don't know what is the formula of life.</w:t>
      </w:r>
      <w:r>
        <w:br/>
      </w:r>
      <w:r>
        <w:rPr>
          <w:sz w:val="20"/>
        </w:rPr>
        <w:t>43:52  They want justice but they don't know how to attain justice.</w:t>
      </w:r>
      <w:r>
        <w:br/>
      </w:r>
      <w:r>
        <w:rPr>
          <w:sz w:val="20"/>
        </w:rPr>
        <w:t>43:58  The formula of life is that you have to establish peace. And peace will open the door of opportunities. And then you have to avail all those opportunities.</w:t>
      </w:r>
      <w:r>
        <w:br/>
      </w:r>
      <w:r>
        <w:rPr>
          <w:sz w:val="20"/>
        </w:rPr>
        <w:t>44:10  By availing these opportunities, you can achieve justice. This is the formula of life. So these people are misguided people. They don't know.</w:t>
      </w:r>
      <w:r>
        <w:br/>
      </w:r>
      <w:r>
        <w:rPr>
          <w:sz w:val="20"/>
        </w:rPr>
        <w:t>44:19  I am trying to</w:t>
      </w:r>
      <w:r>
        <w:br/>
      </w:r>
      <w:r>
        <w:rPr>
          <w:sz w:val="20"/>
        </w:rPr>
        <w:t>44:25  train their mind</w:t>
      </w:r>
      <w:r>
        <w:br/>
      </w:r>
      <w:r>
        <w:rPr>
          <w:sz w:val="20"/>
        </w:rPr>
        <w:t>44:27  . And I can say that I have changed the mind of thousands and thousands of people everywhere in the world. So this is my mission.</w:t>
      </w:r>
      <w:r>
        <w:br/>
      </w:r>
      <w:r>
        <w:rPr>
          <w:sz w:val="20"/>
        </w:rPr>
        <w:t>44:38  And I am hopeful that</w:t>
      </w:r>
      <w:r>
        <w:br/>
      </w:r>
      <w:r>
        <w:rPr>
          <w:sz w:val="20"/>
        </w:rPr>
        <w:t>44:43  the future will come when we will</w:t>
      </w:r>
      <w:r>
        <w:br/>
      </w:r>
      <w:r>
        <w:rPr>
          <w:sz w:val="20"/>
        </w:rPr>
        <w:t>44:49  succeed, we will achieve success to change their mind. Inshallah, peace will prevail.</w:t>
      </w:r>
    </w:p>
    <w:p>
      <w:pPr>
        <w:pStyle w:val="Heading2"/>
      </w:pPr>
      <w:r>
        <w:t>Judge my books by the Quran, not by other books</w:t>
      </w:r>
    </w:p>
    <w:p>
      <w:r>
        <w:rPr>
          <w:color w:val="666666"/>
          <w:sz w:val="18"/>
        </w:rPr>
        <w:t>Islam in the Modern Age December 08, 2006 Maulana Wahiduddin Khan · 3m 27s · at 19:07 · https://youtu.be/sToYBVIXSxQ?t=1147</w:t>
      </w:r>
    </w:p>
    <w:p>
      <w:r>
        <w:rPr>
          <w:i/>
        </w:rPr>
        <w:t>“Why do some people still find my books odd?”</w:t>
      </w:r>
    </w:p>
    <w:p>
      <w:r>
        <w:rPr>
          <w:sz w:val="20"/>
        </w:rPr>
        <w:t>19:07  modern hawala jaat mein pesh kiya hai. modern halaat se us ka ahmiyat dikhate hue pesh kiya hai. to phir kyun yeh log uth pada pan in ko mehsoos hota hai?</w:t>
      </w:r>
      <w:r>
        <w:br/>
      </w:r>
      <w:r>
        <w:rPr>
          <w:sz w:val="20"/>
        </w:rPr>
        <w:t>19:18  is ki wajah bohat hi saaf hai.</w:t>
      </w:r>
      <w:r>
        <w:br/>
      </w:r>
      <w:r>
        <w:rPr>
          <w:sz w:val="20"/>
        </w:rPr>
        <w:t>19:21  yeh log jo hain kya karte hain? mere literature ka ko mila kar dekhte hain doosron ke literature se.</w:t>
      </w:r>
      <w:r>
        <w:br/>
      </w:r>
      <w:r>
        <w:rPr>
          <w:sz w:val="20"/>
        </w:rPr>
        <w:t>19:33  halankeh unhein dekhna chahiye mere literature ko ya meri kitabon ko quran se mila kar dekhna chahiye.</w:t>
      </w:r>
      <w:r>
        <w:br/>
      </w:r>
      <w:r>
        <w:rPr>
          <w:sz w:val="20"/>
        </w:rPr>
        <w:t>19:42  dekhen jo doosron ki kitaben hain ya wahi to parde hain. woh to parde se aap kaise mila kar dekhenge aap meri kitabon ko?</w:t>
      </w:r>
      <w:r>
        <w:br/>
      </w:r>
      <w:r>
        <w:rPr>
          <w:sz w:val="20"/>
        </w:rPr>
        <w:t>19:52  jo doosron ki interpretation hai, wahi to parde hain original islam par. to maine in pardon ko hata kar ke original islam ko janne ki koshish ki.</w:t>
      </w:r>
      <w:r>
        <w:br/>
      </w:r>
      <w:r>
        <w:rPr>
          <w:sz w:val="20"/>
        </w:rPr>
        <w:t>20:04  aur phir apni kitabon mein original islam ko pesh kiya. main poore aitmad se keh sakta hoon ke ab tak mujhe koi ek insan nahi mila hai jo meri kitabon se is aitbar se ikhtilaf karta ho ke woh quran ke mutabiq nahi hai.</w:t>
      </w:r>
      <w:r>
        <w:br/>
      </w:r>
      <w:r>
        <w:rPr>
          <w:sz w:val="20"/>
        </w:rPr>
        <w:t>20:22  jo bhi ikhtilaf karta hai, jo bhi is se, yani jisko bhi is se jo bhi koi tanqeed karta hai, woh is aitbar se ke woh doosron ki kitabon se milaya is ne to us ke mutabiq nahi paya unhon ne.</w:t>
      </w:r>
      <w:r>
        <w:br/>
      </w:r>
      <w:r>
        <w:rPr>
          <w:sz w:val="20"/>
        </w:rPr>
        <w:t>20:40  jaise ek misal deta hoon main aap ko ke naagpur mein ek sahab ne ek kitabon ki kitab kholi to wahan par mukhtalif logon ki kitaben theen.</w:t>
      </w:r>
      <w:r>
        <w:br/>
      </w:r>
      <w:r>
        <w:rPr>
          <w:sz w:val="20"/>
        </w:rPr>
        <w:t>20:54  yani islami kitab hai. sirf islami kitab hai.</w:t>
      </w:r>
      <w:r>
        <w:br/>
      </w:r>
      <w:r>
        <w:rPr>
          <w:sz w:val="20"/>
        </w:rPr>
        <w:t>20:59  to ek sahab ne baqayda un ko khat likha. is ka record hai ke meri kitabon ke baray mein kaha ke in kitaben na rakho apne dukan mein.</w:t>
      </w:r>
      <w:r>
        <w:br/>
      </w:r>
      <w:r>
        <w:rPr>
          <w:sz w:val="20"/>
        </w:rPr>
        <w:t>21:10  kyun ke un ki kitaben aslaf se be-etimadi paida karti hain.</w:t>
      </w:r>
      <w:r>
        <w:br/>
      </w:r>
      <w:r>
        <w:rPr>
          <w:sz w:val="20"/>
        </w:rPr>
        <w:t>21:17  ab ghor kijiye ke unhon ne yeh nahi kaha ke quran se be-etimadi. yeh nahi kaha unhon ne ke un ki kitaben quran se be-etimadi paida karti hain. khuda se be-etimadi paida karti hain.</w:t>
      </w:r>
      <w:r>
        <w:br/>
      </w:r>
      <w:r>
        <w:rPr>
          <w:sz w:val="20"/>
        </w:rPr>
        <w:t>21:28  ya rasool Allah se be-etimadi paida karti hain. unhon ne kaha ke aslaf se be-etimadi paida karti hain. to yeh to koi miyar nahi hai. meri kitabon ko aap ko janchana chahiye quran se aur hadith se.</w:t>
      </w:r>
      <w:r>
        <w:br/>
      </w:r>
      <w:r>
        <w:rPr>
          <w:sz w:val="20"/>
        </w:rPr>
        <w:t>21:41  na ke doosron ki kitabon se.</w:t>
      </w:r>
      <w:r>
        <w:br/>
      </w:r>
      <w:r>
        <w:rPr>
          <w:sz w:val="20"/>
        </w:rPr>
        <w:t>21:44  agar doosron ki kitaben kafi hotin to main kitaben na likhta. mujhe likhne ki koi zaroorat nahi thi. kyun ke mutale ke baad maine paya ke in kitabon mein quran ki sahi numaindagi nahi hui hai.</w:t>
      </w:r>
      <w:r>
        <w:br/>
      </w:r>
      <w:r>
        <w:rPr>
          <w:sz w:val="20"/>
        </w:rPr>
        <w:t>21:56  is liye maine yeh kitaben likhin. to kisi ko bhi agar yeh janna ho ke meri kitaben islam ko theek theek pesh karti hain ya nahi, to us ko chahiye ke meri kitabon ko quran se janche woh.</w:t>
      </w:r>
      <w:r>
        <w:br/>
      </w:r>
      <w:r>
        <w:rPr>
          <w:sz w:val="20"/>
        </w:rPr>
        <w:t>22:10  quran se, hadith se, rasool Allah se, sahaba kiram se.</w:t>
      </w:r>
      <w:r>
        <w:br/>
      </w:r>
      <w:r>
        <w:rPr>
          <w:sz w:val="20"/>
        </w:rPr>
        <w:t>22:15  doosron ki kitabon se janchana yeh mere sath insaf nahi hoga. aur khud apne sath bhi woh aadmi insaf nahi karega jo aisa kare. ab main aap ko chand baaten arz karna chahunga ke maine jis cheez ko main kehta hoon original islam ki rediscovery, woh kya cheez hai?</w:t>
      </w:r>
    </w:p>
    <w:p>
      <w:pPr>
        <w:pStyle w:val="Heading2"/>
      </w:pPr>
      <w:r>
        <w:t>modern culture that treats criticism as taboo, blocking learning</w:t>
      </w:r>
    </w:p>
    <w:p>
      <w:r>
        <w:rPr>
          <w:color w:val="666666"/>
          <w:sz w:val="18"/>
        </w:rPr>
        <w:t>Modesty and Arrogance January 31, 2008 · 2m 23s · at 33:42 · https://youtu.be/8EHBmsIAF_Q?t=2022</w:t>
      </w:r>
    </w:p>
    <w:p>
      <w:r>
        <w:rPr>
          <w:i/>
        </w:rPr>
        <w:t>“I heard a program on the radio once”</w:t>
      </w:r>
    </w:p>
    <w:p>
      <w:r>
        <w:rPr>
          <w:sz w:val="20"/>
        </w:rPr>
        <w:t>33:42  mein ne ek ek program suna radio par to bachche the kisi ghar mein, wahan koi aaya</w:t>
      </w:r>
      <w:r>
        <w:br/>
      </w:r>
      <w:r>
        <w:rPr>
          <w:sz w:val="20"/>
        </w:rPr>
        <w:t>33:54  to is ne kuch toka kisi baat par. hai mere bachchon ko aisa mat kaho, yeh to aap mujh ko demoralize kar denge.</w:t>
      </w:r>
      <w:r>
        <w:br/>
      </w:r>
      <w:r>
        <w:rPr>
          <w:sz w:val="20"/>
        </w:rPr>
        <w:t>34:05  mein khud apna aik tajruba batata hoon.</w:t>
      </w:r>
      <w:r>
        <w:br/>
      </w:r>
      <w:r>
        <w:rPr>
          <w:sz w:val="20"/>
        </w:rPr>
        <w:t>34:08  bohat din ki baat hai, mein aik sahib se milne ke liye gaya un ke ghar par. un ka aik beta tha, chhota tha abhi. to aik bartan mein kuch rakha hua tha,</w:t>
      </w:r>
      <w:r>
        <w:br/>
      </w:r>
      <w:r>
        <w:rPr>
          <w:sz w:val="20"/>
        </w:rPr>
        <w:t>34:23  kuch woh khane peene ki cheez, sokhi galla waghera tha, koi aisa kuch. to bachcha aise hila hila kar ke us ko gira raha tha idhar udhar.</w:t>
      </w:r>
      <w:r>
        <w:br/>
      </w:r>
      <w:r>
        <w:rPr>
          <w:sz w:val="20"/>
        </w:rPr>
        <w:t>34:34  to maine us ko mana kiya ke bhai yeh yeh dana hai, aap daane ko gira rahe hain. to baap ne kaha nahi nahi, mere bachche ko mana mat kijiye, us se uska dil toot jayega,</w:t>
      </w:r>
      <w:r>
        <w:br/>
      </w:r>
      <w:r>
        <w:rPr>
          <w:sz w:val="20"/>
        </w:rPr>
        <w:t>34:50  us se woh de-moralize ho jayega. to aaj kal ke zamane mein mein dekhta hoon ke logon ne criticism ko taboo bana liya.</w:t>
      </w:r>
      <w:r>
        <w:br/>
      </w:r>
      <w:r>
        <w:rPr>
          <w:sz w:val="20"/>
        </w:rPr>
        <w:t>35:00  taboo</w:t>
      </w:r>
      <w:r>
        <w:br/>
      </w:r>
      <w:r>
        <w:rPr>
          <w:sz w:val="20"/>
        </w:rPr>
        <w:t>35:02  woh chahte hain ke hum ko achhi achhi baatein sunne ko milein, praise sunne ko mile, aisi baat mile jis se hamare organs ko feed kar rahi ho.</w:t>
      </w:r>
      <w:r>
        <w:br/>
      </w:r>
      <w:r>
        <w:rPr>
          <w:sz w:val="20"/>
        </w:rPr>
        <w:t>35:13  ab zahir hai ke aisi halat mein un ka learning process kahan se chalega? kuch bhi nahi seekh payenge woh.</w:t>
      </w:r>
      <w:r>
        <w:br/>
      </w:r>
      <w:r>
        <w:rPr>
          <w:sz w:val="20"/>
        </w:rPr>
        <w:t>35:23  institutes jeete hain, institutes marte hain. intellectual development in ka ruka rehta hai,</w:t>
      </w:r>
      <w:r>
        <w:br/>
      </w:r>
      <w:r>
        <w:rPr>
          <w:sz w:val="20"/>
        </w:rPr>
        <w:t>35:33  in ka intellectual development ruka rehta hai.</w:t>
      </w:r>
      <w:r>
        <w:br/>
      </w:r>
      <w:r>
        <w:rPr>
          <w:sz w:val="20"/>
        </w:rPr>
        <w:t>35:39  to sahi maano mein dekhein to organ culture jo hai, woh koi culture nahi hai. jo culture hai sahi, woh hai modesty culture.</w:t>
      </w:r>
      <w:r>
        <w:br/>
      </w:r>
      <w:r>
        <w:rPr>
          <w:sz w:val="20"/>
        </w:rPr>
        <w:t>35:53  modesty hai to sab kuch hai, modesty nahi hai to kuch bhi nahi hai.</w:t>
      </w:r>
    </w:p>
    <w:p>
      <w:pPr>
        <w:pStyle w:val="Heading2"/>
      </w:pPr>
      <w:r>
        <w:t>Word of God proves authenticity via comparison</w:t>
      </w:r>
    </w:p>
    <w:p>
      <w:r>
        <w:rPr>
          <w:color w:val="666666"/>
          <w:sz w:val="18"/>
        </w:rPr>
        <w:t>Quran A Dictionary of Truth (English) May 02, 2007 Maulana Wahiduddin Khan · 5m 22s · at 18:43 · https://youtu.be/plsYgl_xxbY?t=1123</w:t>
      </w:r>
    </w:p>
    <w:p>
      <w:r>
        <w:rPr>
          <w:i/>
        </w:rPr>
        <w:t>“When Prophet Moses threw his staff, it became a serpent.”</w:t>
      </w:r>
    </w:p>
    <w:p>
      <w:r>
        <w:rPr>
          <w:sz w:val="20"/>
        </w:rPr>
        <w:t>18:43  when Prophet Moses</w:t>
      </w:r>
      <w:r>
        <w:br/>
      </w:r>
      <w:r>
        <w:rPr>
          <w:sz w:val="20"/>
        </w:rPr>
        <w:t>18:49  threw</w:t>
      </w:r>
      <w:r>
        <w:br/>
      </w:r>
      <w:r>
        <w:rPr>
          <w:sz w:val="20"/>
        </w:rPr>
        <w:t>18:52  his staff, it became a serpent, a living serpent. At that time, there were magicians.</w:t>
      </w:r>
      <w:r>
        <w:br/>
      </w:r>
      <w:r>
        <w:rPr>
          <w:sz w:val="20"/>
        </w:rPr>
        <w:t>19:04  You know, at that time in Egypt, there were great magicians. So King Pharaoh</w:t>
      </w:r>
      <w:r>
        <w:br/>
      </w:r>
      <w:r>
        <w:rPr>
          <w:sz w:val="20"/>
        </w:rPr>
        <w:t>19:16  organized a show.</w:t>
      </w:r>
      <w:r>
        <w:br/>
      </w:r>
      <w:r>
        <w:rPr>
          <w:sz w:val="20"/>
        </w:rPr>
        <w:t>19:19  He asked for those magicians. They</w:t>
      </w:r>
      <w:r>
        <w:br/>
      </w:r>
      <w:r>
        <w:rPr>
          <w:sz w:val="20"/>
        </w:rPr>
        <w:t>19:27  showed their magic, their false magic. Then Prophet Moses threw his staff, and it became a serpent.</w:t>
      </w:r>
      <w:r>
        <w:br/>
      </w:r>
      <w:r>
        <w:rPr>
          <w:sz w:val="20"/>
        </w:rPr>
        <w:t>19:41  The Quran says in Surah Al-A'raf that,</w:t>
      </w:r>
      <w:r>
        <w:br/>
      </w:r>
      <w:r>
        <w:rPr>
          <w:sz w:val="20"/>
        </w:rPr>
        <w:t>19:51  "What happened?"</w:t>
      </w:r>
      <w:r>
        <w:br/>
      </w:r>
      <w:r>
        <w:rPr>
          <w:sz w:val="20"/>
        </w:rPr>
        <w:t>20:00  Moses' staff swallowed their falsehood.</w:t>
      </w:r>
      <w:r>
        <w:br/>
      </w:r>
      <w:r>
        <w:rPr>
          <w:sz w:val="20"/>
        </w:rPr>
        <w:t>20:06  Talqaf means swallow.</w:t>
      </w:r>
      <w:r>
        <w:br/>
      </w:r>
      <w:r>
        <w:rPr>
          <w:sz w:val="20"/>
        </w:rPr>
        <w:t>20:08  Moses, the staff</w:t>
      </w:r>
      <w:r>
        <w:br/>
      </w:r>
      <w:r>
        <w:rPr>
          <w:sz w:val="20"/>
        </w:rPr>
        <w:t>20:13  of Moses or the rod of Moses</w:t>
      </w:r>
      <w:r>
        <w:br/>
      </w:r>
      <w:r>
        <w:rPr>
          <w:sz w:val="20"/>
        </w:rPr>
        <w:t>20:18  swallowed the falsehood of</w:t>
      </w:r>
      <w:r>
        <w:br/>
      </w:r>
      <w:r>
        <w:rPr>
          <w:sz w:val="20"/>
        </w:rPr>
        <w:t>20:25  the magicians.</w:t>
      </w:r>
      <w:r>
        <w:br/>
      </w:r>
      <w:r>
        <w:rPr>
          <w:sz w:val="20"/>
        </w:rPr>
        <w:t>20:30  So this happened in Masrahat at-Tahrir.</w:t>
      </w:r>
      <w:r>
        <w:br/>
      </w:r>
      <w:r>
        <w:rPr>
          <w:sz w:val="20"/>
        </w:rPr>
        <w:t>20:37  The Word of God swallowed the Word of Man. Everyone was stunned. Then</w:t>
      </w:r>
      <w:r>
        <w:br/>
      </w:r>
      <w:r>
        <w:rPr>
          <w:sz w:val="20"/>
        </w:rPr>
        <w:t>20:48  after the conclusion, we came out</w:t>
      </w:r>
      <w:r>
        <w:br/>
      </w:r>
      <w:r>
        <w:rPr>
          <w:sz w:val="20"/>
        </w:rPr>
        <w:t>20:53  . We were invited to a</w:t>
      </w:r>
      <w:r>
        <w:br/>
      </w:r>
      <w:r>
        <w:rPr>
          <w:sz w:val="20"/>
        </w:rPr>
        <w:t>20:58  tea. So there were several tables and chairs. I</w:t>
      </w:r>
      <w:r>
        <w:br/>
      </w:r>
      <w:r>
        <w:rPr>
          <w:sz w:val="20"/>
        </w:rPr>
        <w:t>21:11  sat at a chair.</w:t>
      </w:r>
      <w:r>
        <w:br/>
      </w:r>
      <w:r>
        <w:rPr>
          <w:sz w:val="20"/>
        </w:rPr>
        <w:t>21:16  So by chance, the other side, the man who sat on the other chair before me was</w:t>
      </w:r>
      <w:r>
        <w:br/>
      </w:r>
      <w:r>
        <w:rPr>
          <w:sz w:val="20"/>
        </w:rPr>
        <w:t>21:33  a person from the Vatican. He was Dr. Anthony Sulical.</w:t>
      </w:r>
      <w:r>
        <w:br/>
      </w:r>
      <w:r>
        <w:rPr>
          <w:sz w:val="20"/>
        </w:rPr>
        <w:t>21:41  Dr. Anthony Sulical. He was a member of the Vatican team.</w:t>
      </w:r>
      <w:r>
        <w:br/>
      </w:r>
      <w:r>
        <w:rPr>
          <w:sz w:val="20"/>
        </w:rPr>
        <w:t>21:49  So he was also in an obsession at that time.</w:t>
      </w:r>
      <w:r>
        <w:br/>
      </w:r>
      <w:r>
        <w:rPr>
          <w:sz w:val="20"/>
        </w:rPr>
        <w:t>21:56  I asked</w:t>
      </w:r>
      <w:r>
        <w:br/>
      </w:r>
      <w:r>
        <w:rPr>
          <w:sz w:val="20"/>
        </w:rPr>
        <w:t>22:03  Dr. Anthony Sulical, "Now you have seen a comparison.</w:t>
      </w:r>
      <w:r>
        <w:br/>
      </w:r>
      <w:r>
        <w:rPr>
          <w:sz w:val="20"/>
        </w:rPr>
        <w:t>22:13  You have heard the words of both the books. Now, do you believe that the Quran is the Book of God after this experience,</w:t>
      </w:r>
      <w:r>
        <w:br/>
      </w:r>
      <w:r>
        <w:rPr>
          <w:sz w:val="20"/>
        </w:rPr>
        <w:t>22:31  after this comparison</w:t>
      </w:r>
      <w:r>
        <w:br/>
      </w:r>
      <w:r>
        <w:rPr>
          <w:sz w:val="20"/>
        </w:rPr>
        <w:t>22:33  ?" So I asked, "Now, do you believe that the Quran is the Word of God?" Dr.</w:t>
      </w:r>
      <w:r>
        <w:br/>
      </w:r>
      <w:r>
        <w:rPr>
          <w:sz w:val="20"/>
        </w:rPr>
        <w:t>22:50  Anthony Sulical said, "Yes." Under that obsession, he was not able to deny.</w:t>
      </w:r>
      <w:r>
        <w:br/>
      </w:r>
      <w:r>
        <w:rPr>
          <w:sz w:val="20"/>
        </w:rPr>
        <w:t>23:01  So he accepted.</w:t>
      </w:r>
      <w:r>
        <w:br/>
      </w:r>
      <w:r>
        <w:rPr>
          <w:sz w:val="20"/>
        </w:rPr>
        <w:t>23:07  That comparison he listened to in the hall was so powerful that he was not in a position to deny.</w:t>
      </w:r>
      <w:r>
        <w:br/>
      </w:r>
      <w:r>
        <w:rPr>
          <w:sz w:val="20"/>
        </w:rPr>
        <w:t>23:20  He said, "Yes." But after some seconds, he felt that it is quite contradictory to that stand which he had adopted in the hall, in the discussion.</w:t>
      </w:r>
      <w:r>
        <w:br/>
      </w:r>
      <w:r>
        <w:rPr>
          <w:sz w:val="20"/>
        </w:rPr>
        <w:t>23:39  So he corrected his statement</w:t>
      </w:r>
      <w:r>
        <w:br/>
      </w:r>
      <w:r>
        <w:rPr>
          <w:sz w:val="20"/>
        </w:rPr>
        <w:t>23:42  . He said, "Yes, but it was for ancient Arabia." "Yes, the Quran is the Word of God, but it was for ancient Arabia." This was my experience.</w:t>
      </w:r>
    </w:p>
    <w:p>
      <w:pPr>
        <w:pStyle w:val="Heading2"/>
      </w:pPr>
      <w:r>
        <w:t>Developing mind to extract spiritual lessons from nature</w:t>
      </w:r>
    </w:p>
    <w:p>
      <w:r>
        <w:rPr>
          <w:color w:val="666666"/>
          <w:sz w:val="18"/>
        </w:rPr>
        <w:t>Spirituality in Daily Life 13 Aug 2016 - Maulana Wahiduddin Khan · 2m 05s · at 13:01 · https://youtu.be/SB0AF0Q9aTE?t=781</w:t>
      </w:r>
    </w:p>
    <w:p>
      <w:r>
        <w:rPr>
          <w:i/>
        </w:rPr>
        <w:t>“Mai bataun ki pehla kaam hai mind ko develop karna.”</w:t>
      </w:r>
    </w:p>
    <w:p>
      <w:r>
        <w:rPr>
          <w:sz w:val="20"/>
        </w:rPr>
        <w:t>13:01  to main bataoon ki pehla kaam hai mind ko, mind ko develop, develop karna. maslan, main ek, mere ghar ke saamne ek, ek, ek darakht hai. to usmein</w:t>
      </w:r>
      <w:r>
        <w:br/>
      </w:r>
      <w:r>
        <w:rPr>
          <w:sz w:val="20"/>
        </w:rPr>
        <w:t>13:18  phool khile hue the. kai phool ka ek, ek khosa tha. main utha hokar usko dekhne laga. to itni beauty thi, itni beauty thi, itni beauty thi. main hairaan tha</w:t>
      </w:r>
      <w:r>
        <w:br/>
      </w:r>
      <w:r>
        <w:rPr>
          <w:sz w:val="20"/>
        </w:rPr>
        <w:t>13:34  ki kya yeh beauty koi phool apne aap apne andar paida kar sakta hai. to mere saath possible nahin hai. to itni zabardast,</w:t>
      </w:r>
      <w:r>
        <w:br/>
      </w:r>
      <w:r>
        <w:rPr>
          <w:sz w:val="20"/>
        </w:rPr>
        <w:t>13:49  beautiful cheez apne aap kaise ban jayegi? to zaroor hai koi creator ho.</w:t>
      </w:r>
      <w:r>
        <w:br/>
      </w:r>
      <w:r>
        <w:rPr>
          <w:sz w:val="20"/>
        </w:rPr>
        <w:t>13:55  phir maine socha ki ye darakht shuru mein kya hai? tana hai, stem hai, phir branches hain, phir pattiyan hain. usi mein kaante bhi hain. in cheezon ke darmiyan ek cheez nikalti hai, phool,</w:t>
      </w:r>
      <w:r>
        <w:br/>
      </w:r>
      <w:r>
        <w:rPr>
          <w:sz w:val="20"/>
        </w:rPr>
        <w:t>14:13  jo bilkul differently, bahut hi zyada beautiful hoti hai. to kya us phool ke andar mere liye ek content tha, ek,</w:t>
      </w:r>
      <w:r>
        <w:br/>
      </w:r>
      <w:r>
        <w:rPr>
          <w:sz w:val="20"/>
        </w:rPr>
        <w:t>14:28  ek nectar tha,</w:t>
      </w:r>
      <w:r>
        <w:br/>
      </w:r>
      <w:r>
        <w:rPr>
          <w:sz w:val="20"/>
        </w:rPr>
        <w:t>14:30  jisne mujhe bataya ki duniya ka zaroor koi creator hai. agar creator na ho, to kaisi aisi beautiful cheez ban sakti hai?</w:t>
      </w:r>
      <w:r>
        <w:br/>
      </w:r>
      <w:r>
        <w:rPr>
          <w:sz w:val="20"/>
        </w:rPr>
        <w:t>14:42  to ye, ye jo aap develop karein, is tarah ka mind,</w:t>
      </w:r>
      <w:r>
        <w:br/>
      </w:r>
      <w:r>
        <w:rPr>
          <w:sz w:val="20"/>
        </w:rPr>
        <w:t>14:47  to phir aapko ek permanent life mil jati hai, spiritual life. phir kabhi boring nahin aati. ye mere liye sirf suni hui baat nahin hai, balki main daily iska</w:t>
      </w:r>
      <w:r>
        <w:br/>
      </w:r>
      <w:r>
        <w:rPr>
          <w:sz w:val="20"/>
        </w:rPr>
        <w:t>15:03  tazurba karta hoon.</w:t>
      </w:r>
    </w:p>
    <w:p>
      <w:pPr>
        <w:pStyle w:val="Heading2"/>
      </w:pPr>
      <w:r>
        <w:t>Why Christianity spread worldwide but Judaism didn't</w:t>
      </w:r>
    </w:p>
    <w:p>
      <w:r>
        <w:rPr>
          <w:color w:val="666666"/>
          <w:sz w:val="18"/>
        </w:rPr>
        <w:t>Muslims in Diaspora 9 jan 2007 (English) · 2m 33s · at 14:30 · https://youtu.be/oAi49l7nuOI?t=870</w:t>
      </w:r>
    </w:p>
    <w:p>
      <w:r>
        <w:rPr>
          <w:i/>
        </w:rPr>
        <w:t>“Why did Jewish people fail to spread their religion?”</w:t>
      </w:r>
    </w:p>
    <w:p>
      <w:r>
        <w:rPr>
          <w:sz w:val="20"/>
        </w:rPr>
        <w:t>14:30  So, here is the here is a comparison.</w:t>
      </w:r>
      <w:r>
        <w:br/>
      </w:r>
      <w:r>
        <w:rPr>
          <w:sz w:val="20"/>
        </w:rPr>
        <w:t>14:37  You know,</w:t>
      </w:r>
      <w:r>
        <w:br/>
      </w:r>
      <w:r>
        <w:rPr>
          <w:sz w:val="20"/>
        </w:rPr>
        <w:t>14:40  the Jewish community also went into diaspora in large numbers. But they failed to spread their religion.</w:t>
      </w:r>
      <w:r>
        <w:br/>
      </w:r>
      <w:r>
        <w:rPr>
          <w:sz w:val="20"/>
        </w:rPr>
        <w:t>14:52  Whereas you find that Christians went into diaspora, they successfully spread their religion throughout the world.</w:t>
      </w:r>
      <w:r>
        <w:br/>
      </w:r>
      <w:r>
        <w:rPr>
          <w:sz w:val="20"/>
        </w:rPr>
        <w:t>15:02  Why this difference</w:t>
      </w:r>
      <w:r>
        <w:br/>
      </w:r>
      <w:r>
        <w:rPr>
          <w:sz w:val="20"/>
        </w:rPr>
        <w:t>15:05  ? Why did Jewish people fail to spread their religion? And why were Christians successful in spreading their religion everywhere in the countries?</w:t>
      </w:r>
      <w:r>
        <w:br/>
      </w:r>
      <w:r>
        <w:rPr>
          <w:sz w:val="20"/>
        </w:rPr>
        <w:t>15:21  The reason is that Christianity is a missionary religion. Christians have a mission. It is their mission to spread their religion throughout the world.</w:t>
      </w:r>
      <w:r>
        <w:br/>
      </w:r>
      <w:r>
        <w:rPr>
          <w:sz w:val="20"/>
        </w:rPr>
        <w:t>15:32  But</w:t>
      </w:r>
      <w:r>
        <w:br/>
      </w:r>
      <w:r>
        <w:rPr>
          <w:sz w:val="20"/>
        </w:rPr>
        <w:t>15:36  the Jewish religion is not at present is not a missionary religion. Jewish people have no target to spread their religion throughout the world.</w:t>
      </w:r>
      <w:r>
        <w:br/>
      </w:r>
      <w:r>
        <w:rPr>
          <w:sz w:val="20"/>
        </w:rPr>
        <w:t>15:48  They believe in that Jewish people are those who were born in Jewish tribes.</w:t>
      </w:r>
      <w:r>
        <w:br/>
      </w:r>
      <w:r>
        <w:rPr>
          <w:sz w:val="20"/>
        </w:rPr>
        <w:t>15:58  So, it is a racial religion. It is a missionary religion.</w:t>
      </w:r>
      <w:r>
        <w:br/>
      </w:r>
      <w:r>
        <w:rPr>
          <w:sz w:val="20"/>
        </w:rPr>
        <w:t>16:04  The Jewish religion is at present simply a racial religion. So, they have no zeal to spread their religion, although Jewish people went into diaspora in large numbers.</w:t>
      </w:r>
      <w:r>
        <w:br/>
      </w:r>
      <w:r>
        <w:rPr>
          <w:sz w:val="20"/>
        </w:rPr>
        <w:t>16:22  But they failed to spread their religion because they have no zeal. They have no such mission.</w:t>
      </w:r>
      <w:r>
        <w:br/>
      </w:r>
      <w:r>
        <w:rPr>
          <w:sz w:val="20"/>
        </w:rPr>
        <w:t>16:34  So, at present, the Jewish religion is not a missionary religion. But Christianity is a missionary religion. So, everywhere they settled, they tried to spread the message of Christ, the message of their religion.</w:t>
      </w:r>
      <w:r>
        <w:br/>
      </w:r>
      <w:r>
        <w:rPr>
          <w:sz w:val="20"/>
        </w:rPr>
        <w:t>16:54  So, there are millions, millions, million people who embraced Christianity.</w:t>
      </w:r>
      <w:r>
        <w:br/>
      </w:r>
      <w:r>
        <w:rPr>
          <w:sz w:val="20"/>
        </w:rPr>
        <w:t>17:03  Then,</w:t>
      </w:r>
    </w:p>
    <w:p>
      <w:pPr>
        <w:pStyle w:val="Heading2"/>
      </w:pPr>
      <w:r>
        <w:t>How to avoid negative thinking, a personal method</w:t>
      </w:r>
    </w:p>
    <w:p>
      <w:r>
        <w:rPr>
          <w:color w:val="666666"/>
          <w:sz w:val="18"/>
        </w:rPr>
        <w:t>Jihad Fillah June 23, 2013 · 2m 14s · at 1:02:05 · https://youtu.be/NRTno1eQTos?t=3725</w:t>
      </w:r>
    </w:p>
    <w:p>
      <w:r>
        <w:rPr>
          <w:i/>
        </w:rPr>
        <w:t>“I live with a hundred percent positive mind, always”</w:t>
      </w:r>
    </w:p>
    <w:p>
      <w:r>
        <w:rPr>
          <w:sz w:val="20"/>
        </w:rPr>
        <w:t>1:02:05  molana, agla sawal ahmedabad se hai mr waqas jain ka. unhon ne likha hai: "molana sahib, how can i avoid negative thinking?" i try hard to be positive, but i fail each time.</w:t>
      </w:r>
      <w:r>
        <w:br/>
      </w:r>
      <w:r>
        <w:rPr>
          <w:sz w:val="20"/>
        </w:rPr>
        <w:t>1:02:19  please guide me.</w:t>
      </w:r>
      <w:r>
        <w:br/>
      </w:r>
      <w:r>
        <w:rPr>
          <w:sz w:val="20"/>
        </w:rPr>
        <w:t>1:02:24  dekhein, apna main tajurba batata hoon.</w:t>
      </w:r>
      <w:r>
        <w:br/>
      </w:r>
      <w:r>
        <w:rPr>
          <w:sz w:val="20"/>
        </w:rPr>
        <w:t>1:02:29  main keh sakta hoon ke main hundred percent positive mind ke sath rehta hoon hamesha. to kyun?</w:t>
      </w:r>
      <w:r>
        <w:br/>
      </w:r>
      <w:r>
        <w:rPr>
          <w:sz w:val="20"/>
        </w:rPr>
        <w:t>1:02:38  kyun ke maine yeh paya ke negative thinking khud mere liye mujhe kill karti hai.</w:t>
      </w:r>
      <w:r>
        <w:br/>
      </w:r>
      <w:r>
        <w:rPr>
          <w:sz w:val="20"/>
        </w:rPr>
        <w:t>1:02:48  yani main negative hota hoon kisi doosre ko le kar ke, lekin nuksan uthata hoon. main</w:t>
      </w:r>
      <w:r>
        <w:br/>
      </w:r>
      <w:r>
        <w:rPr>
          <w:sz w:val="20"/>
        </w:rPr>
        <w:t>1:02:55  yeh yeh bari jab maine yeh discover kiya to maine kaha kisi doosre ki khatir. negative ko main</w:t>
      </w:r>
      <w:r>
        <w:br/>
      </w:r>
      <w:r>
        <w:rPr>
          <w:sz w:val="20"/>
        </w:rPr>
        <w:t>1:03:03  jab bhi ghussa hota hoon, kisi doosre ke khilaaf nafrat karta hoon to us ko to us ko to kuch bhi nahi hua.</w:t>
      </w:r>
      <w:r>
        <w:br/>
      </w:r>
      <w:r>
        <w:rPr>
          <w:sz w:val="20"/>
        </w:rPr>
        <w:t>1:03:12  is ka to kuch nahi bigra. bigra mera, bigra mera. kyun ke positive thinking rokhsat ho gayi aur positive mind agar nahi hua aadmi ke andar to sari bari bari baatein is se chhoot jaati hain.</w:t>
      </w:r>
      <w:r>
        <w:br/>
      </w:r>
      <w:r>
        <w:rPr>
          <w:sz w:val="20"/>
        </w:rPr>
        <w:t>1:03:27  positive mind hi woh mind hai jo bari bari baaton ko graph kar sakta hai.</w:t>
      </w:r>
      <w:r>
        <w:br/>
      </w:r>
      <w:r>
        <w:rPr>
          <w:sz w:val="20"/>
        </w:rPr>
        <w:t>1:03:34  positive mind ke baghair sachai ka development nahi ho sakta. to main ne socha ke aakhir mein negative koi doosre ke liye, yaani apna nuksan uthaoon, doosra to nuksan kuch bhi nahi hota.</w:t>
      </w:r>
      <w:r>
        <w:br/>
      </w:r>
      <w:r>
        <w:rPr>
          <w:sz w:val="20"/>
        </w:rPr>
        <w:t>1:03:49  kisi se nafrat karta hoon to kaha woh doosre ko nuksan ho gaya hai. k</w:t>
      </w:r>
      <w:r>
        <w:br/>
      </w:r>
      <w:r>
        <w:rPr>
          <w:sz w:val="20"/>
        </w:rPr>
        <w:t>1:03:52  chhe doosre ko kuch bhi nuksan nahi hua. nuksan to mera hua. meri positivity khatam ho gayi aur phir main is qabil nahi raha ke sachai mere dimagh mein jagah paaye.</w:t>
      </w:r>
      <w:r>
        <w:br/>
      </w:r>
      <w:r>
        <w:rPr>
          <w:sz w:val="20"/>
        </w:rPr>
        <w:t>1:04:05  isi liye mera formula hai ke "save your self". "save your self" ka formula jo hai yeh mujh ko bachata hai negativity se.</w:t>
      </w:r>
    </w:p>
    <w:p>
      <w:pPr>
        <w:pStyle w:val="Heading2"/>
      </w:pPr>
      <w:r>
        <w:t>You constantly shape yourself through how you treat others</w:t>
      </w:r>
    </w:p>
    <w:p>
      <w:r>
        <w:rPr>
          <w:color w:val="666666"/>
          <w:sz w:val="18"/>
        </w:rPr>
        <w:t>The Problem of Misunderstanding January 1, 2008 Maulana Wahiduddin Khan · 40s · at 51:02 · https://youtu.be/LdzzoBvyaD0?t=3062</w:t>
      </w:r>
    </w:p>
    <w:p>
      <w:r>
        <w:rPr>
          <w:i/>
        </w:rPr>
        <w:t>“Every moment, a person is refining himself”</w:t>
      </w:r>
    </w:p>
    <w:p>
      <w:r>
        <w:rPr>
          <w:sz w:val="20"/>
        </w:rPr>
        <w:t>51:02  ek aadmi ne ek baar kaha ke insaan har lamha apne aap ko nikharta rehta hai. insaan har lamha apne aap ko nikharta rehta hai.</w:t>
      </w:r>
      <w:r>
        <w:br/>
      </w:r>
      <w:r>
        <w:rPr>
          <w:sz w:val="20"/>
        </w:rPr>
        <w:t>51:13  yaani jaisa mein hoon waisa mein bahar aata rehta hoon. lekin yeh abhi abhi abhi aadhi baat hai. yaani yeh masla itna hi nahi ke mein apne aap ko nikharta hoon.</w:t>
      </w:r>
      <w:r>
        <w:br/>
      </w:r>
      <w:r>
        <w:rPr>
          <w:sz w:val="20"/>
        </w:rPr>
        <w:t>51:27  balkeh doosron se jo rawaiyya mera hai, is rawaiyye ke karte hue, is rawaiyye ke dauran mein apne andar ek shakhsiyat bana raha hota hoon.</w:t>
      </w:r>
    </w:p>
    <w:p>
      <w:pPr>
        <w:pStyle w:val="Heading2"/>
      </w:pPr>
      <w:r>
        <w:t>A maid's Quran leaflets, and why Muslims became 'users' not 'givers'</w:t>
      </w:r>
    </w:p>
    <w:p>
      <w:r>
        <w:rPr>
          <w:color w:val="666666"/>
          <w:sz w:val="18"/>
        </w:rPr>
        <w:t>Quran A Book of Universal Guidance May 31, 2009 · 4m 23s · at 29:54 · https://youtu.be/Q2_96C_3Zd8?t=1794</w:t>
      </w:r>
    </w:p>
    <w:p>
      <w:r>
        <w:rPr>
          <w:i/>
        </w:rPr>
        <w:t>“Kal mujhe aapa ne bataya, woh gayi thi Lodhi Garden”</w:t>
      </w:r>
    </w:p>
    <w:p>
      <w:r>
        <w:rPr>
          <w:sz w:val="20"/>
        </w:rPr>
        <w:t>29:54  kal mujhe apa ne bataya, woh gayi theen lodhi garden. to hamara jo jo larki kaam karti hai, jis ko kehte hain aaj kal ki zaban mein, yani domestic help, woh woh parhi likhi nahi hai, aise hi hai bilkul.</w:t>
      </w:r>
      <w:r>
        <w:br/>
      </w:r>
      <w:r>
        <w:rPr>
          <w:sz w:val="20"/>
        </w:rPr>
        <w:t>30:12  to ek ajeeb baat batayi unhon ne ke woh woh woh pamphlet dena chahti hai. wahan tourist atay hain, foreigners atay hain aur bohat educated log atay hain lodhi garden mein.</w:t>
      </w:r>
      <w:r>
        <w:br/>
      </w:r>
      <w:r>
        <w:rPr>
          <w:sz w:val="20"/>
        </w:rPr>
        <w:t>30:26  to woh gayi wahan par woh kitab dene ke liye. is ko unhon ne istemal kiya, is larki ko. kaha ke le aa kar sab ko do.</w:t>
      </w:r>
      <w:r>
        <w:br/>
      </w:r>
      <w:r>
        <w:rPr>
          <w:sz w:val="20"/>
        </w:rPr>
        <w:t>30:37  to jis ke paas jati thi, kehti thi ke uncle, is ko lijiye, is ko parhiye.</w:t>
      </w:r>
      <w:r>
        <w:br/>
      </w:r>
      <w:r>
        <w:rPr>
          <w:sz w:val="20"/>
        </w:rPr>
        <w:t>30:42  foran le lete thay, le lete thay log. to poore lodhi garden mein is tarah se woh kitab bantati rahi woh. do din.</w:t>
      </w:r>
      <w:r>
        <w:br/>
      </w:r>
      <w:r>
        <w:rPr>
          <w:sz w:val="20"/>
        </w:rPr>
        <w:t>30:52  to apa bata rahi theen ke do saal se woh kehti theen ke tum urdu parho, urdu parho, urdu parho. koi parhna koi janti nahi hai woh. ab woh khud hi keh rahi hain ke hum padhenge.</w:t>
      </w:r>
      <w:r>
        <w:br/>
      </w:r>
      <w:r>
        <w:rPr>
          <w:sz w:val="20"/>
        </w:rPr>
        <w:t>31:03  to main socha, aisa kyun hua? is ke samne ek mission aa gaya. mission aa gaya, hum kuch de sakte hain doosron ko.</w:t>
      </w:r>
      <w:r>
        <w:br/>
      </w:r>
      <w:r>
        <w:rPr>
          <w:sz w:val="20"/>
        </w:rPr>
        <w:t>31:13  yaad rakhiye, sab se sad story musalmanon ki kya hai? ke pehle woh giver thay, aaj woh user par bane hue hain logon ki nazar mein.</w:t>
      </w:r>
      <w:r>
        <w:br/>
      </w:r>
      <w:r>
        <w:rPr>
          <w:sz w:val="20"/>
        </w:rPr>
        <w:t>31:24  aap ne is ko khilafat ka naam diya, mukammal islam implement karne ka naam diya. lekin logon ki nazar mein aap user par ban gaye. yeh hamari zameen ko chheenana chahte hain.</w:t>
      </w:r>
      <w:r>
        <w:br/>
      </w:r>
      <w:r>
        <w:rPr>
          <w:sz w:val="20"/>
        </w:rPr>
        <w:t>31:34  hamari political power ko chheenana chahte hain. hamare economic sources ko chheenana chahte hain.</w:t>
      </w:r>
      <w:r>
        <w:br/>
      </w:r>
      <w:r>
        <w:rPr>
          <w:sz w:val="20"/>
        </w:rPr>
        <w:t>31:41  to pehle musalmanon ki image kya thi? yeh giver hain, giver. ab yeh image ban gayi, yeh user par hain, user par.</w:t>
      </w:r>
      <w:r>
        <w:br/>
      </w:r>
      <w:r>
        <w:rPr>
          <w:sz w:val="20"/>
        </w:rPr>
        <w:t>31:51  to jab aap giver hon to aap ka to yahi jazba aata hai, jis ka ek chhota sa namuna main ne aap ko is larki ki shakal mein bataya. jab giver hotay hain aap, giver, ke mere paas ek universal message hai.</w:t>
      </w:r>
      <w:r>
        <w:br/>
      </w:r>
      <w:r>
        <w:rPr>
          <w:sz w:val="20"/>
        </w:rPr>
        <w:t>32:05  mere paas doosron ko dene ke liye ek cheez hai.</w:t>
      </w:r>
      <w:r>
        <w:br/>
      </w:r>
      <w:r>
        <w:rPr>
          <w:sz w:val="20"/>
        </w:rPr>
        <w:t>32:08  yaad rakhiye, sab se bara jo thrilling ek jo experience hota hai, wohi hai ke aap yeh mehsoos karein ke mere paas doosron ko dene ke liye koi cheez hai.</w:t>
      </w:r>
      <w:r>
        <w:br/>
      </w:r>
      <w:r>
        <w:rPr>
          <w:sz w:val="20"/>
        </w:rPr>
        <w:t>32:18  aap giver hesiyat rakhte hain is duniya mein. aur duniya bhar ko dene ke liye koi cheez ho. is se bara koi afaqi tajruba nahi hai insaan ke liye.</w:t>
      </w:r>
      <w:r>
        <w:br/>
      </w:r>
      <w:r>
        <w:rPr>
          <w:sz w:val="20"/>
        </w:rPr>
        <w:t>32:33  ek ajib, ek ajib thrilling ehsas hota hai ke mere paas dene ke liye koi cheez hai.</w:t>
      </w:r>
      <w:r>
        <w:br/>
      </w:r>
      <w:r>
        <w:rPr>
          <w:sz w:val="20"/>
        </w:rPr>
        <w:t>32:42  toh yeh daawa hai, straight mamooli cheez nahi hai.</w:t>
      </w:r>
      <w:r>
        <w:br/>
      </w:r>
      <w:r>
        <w:rPr>
          <w:sz w:val="20"/>
        </w:rPr>
        <w:t>32:48  ashab-e-rasool ke bare mein aap tareekh kitabon mein padhiye. yaani jo makkah madine ke jo log the, arab ke, un ki kya image thi is zamane mein?</w:t>
      </w:r>
      <w:r>
        <w:br/>
      </w:r>
      <w:r>
        <w:rPr>
          <w:sz w:val="20"/>
        </w:rPr>
        <w:t>33:00  ladna, aapas mein ladna, aapas mein ladna.</w:t>
      </w:r>
      <w:r>
        <w:br/>
      </w:r>
      <w:r>
        <w:rPr>
          <w:sz w:val="20"/>
        </w:rPr>
        <w:t>33:03  yahi image thi ke aapas mein ladne wale log hain. ek is zamane ke ek shayar ne kaha tha ke woh</w:t>
      </w:r>
      <w:r>
        <w:br/>
      </w:r>
      <w:r>
        <w:rPr>
          <w:sz w:val="20"/>
        </w:rPr>
        <w:t>33:17  wa ahyaanan ala baqrin nakhina itha ma lam najid allaha akhana yeh yaani fakhr ke sath kaha tha, fakhr ke sath ke wa ahyaanan ala baqrin nakhina itha ma lam najid allaha akhana</w:t>
      </w:r>
      <w:r>
        <w:br/>
      </w:r>
      <w:r>
        <w:rPr>
          <w:sz w:val="20"/>
        </w:rPr>
        <w:t>33:32  yaani doosre nahi milte, agar hamein ladne ke liye toh hum apno se ladne lagte hain. doosre agar nahi milte ladne ke liye, hamein toh aap apno se ladne lagte hain.</w:t>
      </w:r>
      <w:r>
        <w:br/>
      </w:r>
      <w:r>
        <w:rPr>
          <w:sz w:val="20"/>
        </w:rPr>
        <w:t>33:42  yeh taliban ka mamla aap dekh rahe hain, aap roosi nahi mile toh aap aapas mein lad rahe hain. woh jab roos wale the, doosre lad rahe the, woh nahi hain toh aap aapas mein maar rahe hain, kaat rahe hain.</w:t>
      </w:r>
      <w:r>
        <w:br/>
      </w:r>
      <w:r>
        <w:rPr>
          <w:sz w:val="20"/>
        </w:rPr>
        <w:t>33:53  toh yeh bilkul wahi fanawra hai ke wa ahyaanan ala ala baqrin nakhina itha ma lam najid allaha akhana ke taliban ko jab roosi mile the, maar rahe the, un ko maar rahe the, woh chale gaye toh aap apne logon ko maar rahe hain.</w:t>
      </w:r>
      <w:r>
        <w:br/>
      </w:r>
      <w:r>
        <w:rPr>
          <w:sz w:val="20"/>
        </w:rPr>
        <w:t>34:08  kyun? passion nahi koi un ke paas, yeh un ko ehsas nahi ke hum duniya ko kuch de sakte hain.</w:t>
      </w:r>
    </w:p>
    <w:p>
      <w:pPr>
        <w:pStyle w:val="Heading2"/>
      </w:pPr>
      <w:r>
        <w:t>Mango story leads to discovering God of Love</w:t>
      </w:r>
    </w:p>
    <w:p>
      <w:r>
        <w:rPr>
          <w:color w:val="666666"/>
          <w:sz w:val="18"/>
        </w:rPr>
        <w:t>Discovering God June 30, 2019 Maulana Wahiduddin Khan · 5m 49s · at 23:03 · https://youtu.be/Yt1-eX7XzYU?t=1383</w:t>
      </w:r>
    </w:p>
    <w:p>
      <w:r>
        <w:rPr>
          <w:i/>
        </w:rPr>
        <w:t>“Aam khaya mango”</w:t>
      </w:r>
    </w:p>
    <w:p>
      <w:r>
        <w:rPr>
          <w:sz w:val="20"/>
        </w:rPr>
        <w:t>23:03  aam khaya, mango. aap jante hain ke mango ke baray mein agar aap dekhein</w:t>
      </w:r>
      <w:r>
        <w:br/>
      </w:r>
      <w:r>
        <w:rPr>
          <w:sz w:val="20"/>
        </w:rPr>
        <w:t>23:19  to maloom hoga aap ko ke mango</w:t>
      </w:r>
      <w:r>
        <w:br/>
      </w:r>
      <w:r>
        <w:rPr>
          <w:sz w:val="20"/>
        </w:rPr>
        <w:t>23:29  duniya mein do hazar qism ki phool hain aur</w:t>
      </w:r>
      <w:r>
        <w:br/>
      </w:r>
      <w:r>
        <w:rPr>
          <w:sz w:val="20"/>
        </w:rPr>
        <w:t>23:37  un mein top par mango hai.</w:t>
      </w:r>
      <w:r>
        <w:br/>
      </w:r>
      <w:r>
        <w:rPr>
          <w:sz w:val="20"/>
        </w:rPr>
        <w:t>23:43  mango top par hai.</w:t>
      </w:r>
      <w:r>
        <w:br/>
      </w:r>
      <w:r>
        <w:rPr>
          <w:sz w:val="20"/>
        </w:rPr>
        <w:t>23:48  to kal mein mango, yeh ek mango maine khaya to aap jante hain kya hua?</w:t>
      </w:r>
      <w:r>
        <w:br/>
      </w:r>
      <w:r>
        <w:rPr>
          <w:sz w:val="20"/>
        </w:rPr>
        <w:t>24:03  meri aankhon se khushi ke aansu nikal paray, khushi ke aansu.</w:t>
      </w:r>
      <w:r>
        <w:br/>
      </w:r>
      <w:r>
        <w:rPr>
          <w:sz w:val="20"/>
        </w:rPr>
        <w:t>24:13  yani main ro raha tha to woh rona khushi ka aansu tha ke Allah Rab-ul-Alameen kitna zyada meherban hai insaan ke upar ke us ne jo food diya, food, food mein test de diya.</w:t>
      </w:r>
      <w:r>
        <w:br/>
      </w:r>
      <w:r>
        <w:rPr>
          <w:sz w:val="20"/>
        </w:rPr>
        <w:t>24:40  test aisa nahi hai ke jaise haiwan khate hain to us mein koi test nahi milta un ko.</w:t>
      </w:r>
      <w:r>
        <w:br/>
      </w:r>
      <w:r>
        <w:rPr>
          <w:sz w:val="20"/>
        </w:rPr>
        <w:t>24:48  lekin insaan jab khata hai to har food item mein us ko test milta hai.</w:t>
      </w:r>
      <w:r>
        <w:br/>
      </w:r>
      <w:r>
        <w:rPr>
          <w:sz w:val="20"/>
        </w:rPr>
        <w:t>25:04  yeh aap ki marifat par hai ke aap</w:t>
      </w:r>
      <w:r>
        <w:br/>
      </w:r>
      <w:r>
        <w:rPr>
          <w:sz w:val="20"/>
        </w:rPr>
        <w:t>25:12  khane se ya kisi bhi cheez se kya lete hain. marifat, mislan dekhein, bohat pehle ki baat hai, main Lucknow mein tha.</w:t>
      </w:r>
      <w:r>
        <w:br/>
      </w:r>
      <w:r>
        <w:rPr>
          <w:sz w:val="20"/>
        </w:rPr>
        <w:t>25:27  Lucknow mein ek sahib ke haan mera khana aaya, khana tha to khane par yahi aam aaya jo jo kal mein ne khaya.</w:t>
      </w:r>
      <w:r>
        <w:br/>
      </w:r>
      <w:r>
        <w:rPr>
          <w:sz w:val="20"/>
        </w:rPr>
        <w:t>25:37  wahan ke local zaban mein is ko kehte hain Lucknow safeda, yahan kuch aur bolte honge. wahan Lucknow mein is ko kehte hain bari abadi zaban mein Lucknow safeda.</w:t>
      </w:r>
      <w:r>
        <w:br/>
      </w:r>
      <w:r>
        <w:rPr>
          <w:sz w:val="20"/>
        </w:rPr>
        <w:t>25:54  to ghaliban jis ka jis ghar par maine khana khaya tha, unhon ne ghaliban pehli baar khaya tha woh Lucknow safeda.</w:t>
      </w:r>
      <w:r>
        <w:br/>
      </w:r>
      <w:r>
        <w:rPr>
          <w:sz w:val="20"/>
        </w:rPr>
        <w:t>26:07  to un ko itna acha laga ke apne bete se unhon ne kaha ke dekho, hamari ek zameen hai Lucknow aur Sitapur ke beech mein, ek land hai Lucknow aur Sitapur ke beech mein.</w:t>
      </w:r>
      <w:r>
        <w:br/>
      </w:r>
      <w:r>
        <w:rPr>
          <w:sz w:val="20"/>
        </w:rPr>
        <w:t>26:24  to woh us poori land par, us poori zameen par Lucknow safeda lagwa do.</w:t>
      </w:r>
      <w:r>
        <w:br/>
      </w:r>
      <w:r>
        <w:rPr>
          <w:sz w:val="20"/>
        </w:rPr>
        <w:t>26:33  chunanche lakhnau safida lagwaya gaya aur ittifaq se mein is ke baad kuch dinon ke baad, kuch saalon ke baad mein wahan jana hua to apni bagh ka unhon ne khilaya tha mujhe lakhnau safida.</w:t>
      </w:r>
      <w:r>
        <w:br/>
      </w:r>
      <w:r>
        <w:rPr>
          <w:sz w:val="20"/>
        </w:rPr>
        <w:t>26:50  to lakhnau safida bohat hi lazeez aam hota hai.</w:t>
      </w:r>
      <w:r>
        <w:br/>
      </w:r>
      <w:r>
        <w:rPr>
          <w:sz w:val="20"/>
        </w:rPr>
        <w:t>26:57  to aam ka jo achi qism hai, woh apne test ke aitbar se number one hai.</w:t>
      </w:r>
      <w:r>
        <w:br/>
      </w:r>
      <w:r>
        <w:rPr>
          <w:sz w:val="20"/>
        </w:rPr>
        <w:t>27:11  aur aap jante hain ke Allah taala ne insan ke andar ten tha qism ke test rakhe hain. Aap ghor kijiye ke Allah ne sirf food paida nahi kiya, sirf phal nahi paida kiya,</w:t>
      </w:r>
      <w:r>
        <w:br/>
      </w:r>
      <w:r>
        <w:rPr>
          <w:sz w:val="20"/>
        </w:rPr>
        <w:t>27:27  balke aap ke zehn mein test rakh diya. Yeh test kya hai? Yeh test jo hai,</w:t>
      </w:r>
      <w:r>
        <w:br/>
      </w:r>
      <w:r>
        <w:rPr>
          <w:sz w:val="20"/>
        </w:rPr>
        <w:t>27:39  jab mein is test ko tajruba karta hoon</w:t>
      </w:r>
      <w:r>
        <w:br/>
      </w:r>
      <w:r>
        <w:rPr>
          <w:sz w:val="20"/>
        </w:rPr>
        <w:t>27:46  to jante hain kya hota hai?</w:t>
      </w:r>
      <w:r>
        <w:br/>
      </w:r>
      <w:r>
        <w:rPr>
          <w:sz w:val="20"/>
        </w:rPr>
        <w:t>27:52  mujhe</w:t>
      </w:r>
      <w:r>
        <w:br/>
      </w:r>
      <w:r>
        <w:rPr>
          <w:sz w:val="20"/>
        </w:rPr>
        <w:t>27:56  aisa lagta hai ke Allah rab ul alameen, yani khaliq e kainat, mujhe peshgi tajruba kara raha hai</w:t>
      </w:r>
      <w:r>
        <w:br/>
      </w:r>
      <w:r>
        <w:rPr>
          <w:sz w:val="20"/>
        </w:rPr>
        <w:t>28:08  ke aye mere bande, aye mere bande, agar tu</w:t>
      </w:r>
      <w:r>
        <w:br/>
      </w:r>
      <w:r>
        <w:rPr>
          <w:sz w:val="20"/>
        </w:rPr>
        <w:t>28:18  meri,</w:t>
      </w:r>
      <w:r>
        <w:br/>
      </w:r>
      <w:r>
        <w:rPr>
          <w:sz w:val="20"/>
        </w:rPr>
        <w:t>28:23  mere karishme plan ko samjhe aur mere karishme plan ke mutabiq zindagi guzaar kar mere paas aaye</w:t>
      </w:r>
      <w:r>
        <w:br/>
      </w:r>
      <w:r>
        <w:rPr>
          <w:sz w:val="20"/>
        </w:rPr>
        <w:t>28:35  to tere paas kaisi kaisi</w:t>
      </w:r>
      <w:r>
        <w:br/>
      </w:r>
      <w:r>
        <w:rPr>
          <w:sz w:val="20"/>
        </w:rPr>
        <w:t>28:41  present cheezein teri mehya kar rakhi hain maine. Yeh peshgi khabar hai.</w:t>
      </w:r>
    </w:p>
    <w:p>
      <w:pPr>
        <w:pStyle w:val="Heading2"/>
      </w:pPr>
      <w:r>
        <w:t>Wheelchair story: accepting help as accepting Allah's mercy</w:t>
      </w:r>
    </w:p>
    <w:p>
      <w:r>
        <w:rPr>
          <w:color w:val="666666"/>
          <w:sz w:val="18"/>
        </w:rPr>
        <w:t>Spirit of Worship April 4, 2014 Maulana Wahiduddin Khan · 1m 40s · at 5:13 · https://youtu.be/67oq6WyFJ5I?t=313</w:t>
      </w:r>
    </w:p>
    <w:p>
      <w:r>
        <w:rPr>
          <w:i/>
        </w:rPr>
        <w:t>“Jaise mujhe apna ek waqiya yaad aata hai”</w:t>
      </w:r>
    </w:p>
    <w:p>
      <w:r>
        <w:rPr>
          <w:sz w:val="20"/>
        </w:rPr>
        <w:t>5:13  jaise main apna ek waqia yaad aata hai, mujhe</w:t>
      </w:r>
      <w:r>
        <w:br/>
      </w:r>
      <w:r>
        <w:rPr>
          <w:sz w:val="20"/>
        </w:rPr>
        <w:t>5:18  ek martaba main hawai jahaz se safar kar raha tha to jab main airport par pohncha</w:t>
      </w:r>
      <w:r>
        <w:br/>
      </w:r>
      <w:r>
        <w:rPr>
          <w:sz w:val="20"/>
        </w:rPr>
        <w:t>5:28  to wahan jo jis company se main safar kar raha tha, us company ka aadmi ne dekha ke main kamzor hoon, boodha hoon, to jaldi se daud kar woh wheel chair laya.</w:t>
      </w:r>
      <w:r>
        <w:br/>
      </w:r>
      <w:r>
        <w:rPr>
          <w:sz w:val="20"/>
        </w:rPr>
        <w:t>5:46  to main ne kaha ke nahi, main aise hi chala jaunga, aise hi chala jaunga. to mere ek saathi ne kaha ke woh bechara mohabbat ke saath wheel chair laya hai, us ko accept kijiye.</w:t>
      </w:r>
      <w:r>
        <w:br/>
      </w:r>
      <w:r>
        <w:rPr>
          <w:sz w:val="20"/>
        </w:rPr>
        <w:t>5:59  tab mujhe ehsaas hua ke agar main accept na karoon to main ne us aadmi ko thes pahunchai, us ke jazbe ko thes pahunchai.</w:t>
      </w:r>
      <w:r>
        <w:br/>
      </w:r>
      <w:r>
        <w:rPr>
          <w:sz w:val="20"/>
        </w:rPr>
        <w:t>6:14  to main wheel par charh kar baith gaya.</w:t>
      </w:r>
      <w:r>
        <w:br/>
      </w:r>
      <w:r>
        <w:rPr>
          <w:sz w:val="20"/>
        </w:rPr>
        <w:t>6:19  to Allah taala ne jab bande ki kamzori ka ilaaj karte hue rukhsat ki ijazat di to aisi haalat mein rukhsat ko accept karna chahiye.</w:t>
      </w:r>
      <w:r>
        <w:br/>
      </w:r>
      <w:r>
        <w:rPr>
          <w:sz w:val="20"/>
        </w:rPr>
        <w:t>6:31  agar aap rukhsat ko na lein, kahein ke nahi, mujhe rukhsat ki zaroorat nahi hai,</w:t>
      </w:r>
      <w:r>
        <w:br/>
      </w:r>
      <w:r>
        <w:rPr>
          <w:sz w:val="20"/>
        </w:rPr>
        <w:t>6:36  to yeh Allah ki rehmat ko</w:t>
      </w:r>
      <w:r>
        <w:br/>
      </w:r>
      <w:r>
        <w:rPr>
          <w:sz w:val="20"/>
        </w:rPr>
        <w:t>6:46  nazar andaaz karne ke hamara ban jayega.</w:t>
      </w:r>
      <w:r>
        <w:br/>
      </w:r>
      <w:r>
        <w:rPr>
          <w:sz w:val="20"/>
        </w:rPr>
        <w:t>6:54  doosri baat is mein yeh hai, is se bhi zyada aham ke jab aap rukhsat par amal karte hain to aap ki ibaadat ibaadat parast ban jati hai.</w:t>
      </w:r>
    </w:p>
    <w:p>
      <w:pPr>
        <w:pStyle w:val="Heading2"/>
      </w:pPr>
      <w:r>
        <w:t>Ordinary things like rice and rain are actually extraordinary</w:t>
      </w:r>
    </w:p>
    <w:p>
      <w:r>
        <w:rPr>
          <w:color w:val="666666"/>
          <w:sz w:val="18"/>
        </w:rPr>
        <w:t>Realization of God November 26, 2024 · 3m 54s · at 50:30 · https://youtu.be/AG1gtOdLvGs?t=3030</w:t>
      </w:r>
    </w:p>
    <w:p>
      <w:r>
        <w:rPr>
          <w:i/>
        </w:rPr>
        <w:t>“Chaawal ka ek khatra bhi bahut anokha hai agar ghor karein.”</w:t>
      </w:r>
    </w:p>
    <w:p>
      <w:r>
        <w:rPr>
          <w:sz w:val="20"/>
        </w:rPr>
        <w:t>50:29  ji</w:t>
      </w:r>
      <w:r>
        <w:br/>
      </w:r>
      <w:r>
        <w:rPr>
          <w:sz w:val="20"/>
        </w:rPr>
        <w:t>50:30  ye cheez jo hai jab tak insan is andaaz se nahi dekhta hai, tab tak nahi maloom hota hai ke yahan ki ek ek nemat.</w:t>
      </w:r>
      <w:r>
        <w:br/>
      </w:r>
      <w:r>
        <w:rPr>
          <w:sz w:val="20"/>
        </w:rPr>
        <w:t>50:38  ab aap ulta sochiye, ab aap ko lagega ke chawal ka ek qatra bhi jo hai na, chawal ka ek chota dana bhi wo jo hai na, anokha hai.</w:t>
      </w:r>
      <w:r>
        <w:br/>
      </w:r>
      <w:r>
        <w:rPr>
          <w:sz w:val="20"/>
        </w:rPr>
        <w:t>50:48  woh ji aur pani ka aik khatra bhi jo hai na, ghair mamooli hai. woh hmm jo aap tasawwur nahi kar sakte, uss se bhi bohat bari cheez hai.</w:t>
      </w:r>
      <w:r>
        <w:br/>
      </w:r>
      <w:r>
        <w:rPr>
          <w:sz w:val="20"/>
        </w:rPr>
        <w:t>50:57  h</w:t>
      </w:r>
      <w:r>
        <w:br/>
      </w:r>
      <w:r>
        <w:rPr>
          <w:sz w:val="20"/>
        </w:rPr>
        <w:t>50:58  hmm aisa har har cheez yahan ki, yahan ka life support system, yahan jis andaaz ki gravity hai aur yeh zameen ka jo rotation hai, yeh sab itna anokha hai, itna well design hai, well calculated hai ke zameen ke Maulana ne iss par bohat ziyada apni kitabon mein, خصوصیت سے Maulana ki bohat choti kitab hai,</w:t>
      </w:r>
      <w:r>
        <w:br/>
      </w:r>
      <w:r>
        <w:rPr>
          <w:sz w:val="20"/>
        </w:rPr>
        <w:t>51:20  insaan apne aap ko pehchan. ji</w:t>
      </w:r>
      <w:r>
        <w:br/>
      </w:r>
      <w:r>
        <w:rPr>
          <w:sz w:val="20"/>
        </w:rPr>
        <w:t>51:23  iss mein bohat misaalain Maulana ne di hain aur aur bari misaalain Maulana ne apni kitab mazhab aur jadeed challenge mein di hain, jis se comparatively hum samajh sakte hain ke yeh kitna anokha planet hai.</w:t>
      </w:r>
      <w:r>
        <w:br/>
      </w:r>
      <w:r>
        <w:rPr>
          <w:sz w:val="20"/>
        </w:rPr>
        <w:t>51:37  iss ki yeh yeh iss ka jo faasla hai suraj se, kitna well calculated faasla hai.</w:t>
      </w:r>
      <w:r>
        <w:br/>
      </w:r>
      <w:r>
        <w:rPr>
          <w:sz w:val="20"/>
        </w:rPr>
        <w:t>51:43  thoda aage hota toh ah ah yeh iss par garmi barh kar insaan ko rehne ke qabil nahi thi aur thoda doori ki taraf hoti suraj se toh tab masla yeh hota ke ah ah bohat sard sardi ho jati.</w:t>
      </w:r>
      <w:r>
        <w:br/>
      </w:r>
      <w:r>
        <w:rPr>
          <w:sz w:val="20"/>
        </w:rPr>
        <w:t>52:00  Allah ne itna acha jo yahan banaye hain, jab tak insaan iss ke anokhe pan ko nahi dekhega, hmm ke jo mamooli waqiaat hain, unhi ko ghair mamooli waqiaat ke roop mein dekhna parhega Allah ki marifat janne ke liye.</w:t>
      </w:r>
      <w:r>
        <w:br/>
      </w:r>
      <w:r>
        <w:rPr>
          <w:sz w:val="20"/>
        </w:rPr>
        <w:t>52:18  hmm dekhein Allah taala kabhi kabhi aisa karte hain jaise Arab ke sehra mein pani nahi tha,</w:t>
      </w:r>
      <w:r>
        <w:br/>
      </w:r>
      <w:r>
        <w:rPr>
          <w:sz w:val="20"/>
        </w:rPr>
        <w:t>52:24  lekin aise lagta hai ke Allah ne apne izn se pipeline wahan se wahan muntaqil kar di, jahan sehra mein pani ka tasawwur nahi, Allah ne wahan pani nikaal diya.</w:t>
      </w:r>
      <w:r>
        <w:br/>
      </w:r>
      <w:r>
        <w:rPr>
          <w:sz w:val="20"/>
        </w:rPr>
        <w:t>52:34  ji toh aisa har waqia insaan agar iss ko dekhe toh uss ko lagega ke har waqia jo kuch ho raha hai kainat mein, woh sab anokha hai.</w:t>
      </w:r>
      <w:r>
        <w:br/>
      </w:r>
      <w:r>
        <w:rPr>
          <w:sz w:val="20"/>
        </w:rPr>
        <w:t>52:45  tab insaan ko apna baal bhi anokha lagega,</w:t>
      </w:r>
      <w:r>
        <w:br/>
      </w:r>
      <w:r>
        <w:rPr>
          <w:sz w:val="20"/>
        </w:rPr>
        <w:t>52:48  uss woh jo dekh raha hai, uss ki nazar itna ah, uss ki aankh, uss ki banawat, uss ka jism, uss ke ah taste jo birds hain, har har cheez itna anokhe, itne anokhe hain ke jab tak insaan iss ke anokhe pan ko hmm ah daryaft nahi karta, tab tak jo hai woh Allah ki azmat ko nahi samajh sakta hai.</w:t>
      </w:r>
      <w:r>
        <w:br/>
      </w:r>
      <w:r>
        <w:rPr>
          <w:sz w:val="20"/>
        </w:rPr>
        <w:t>53:12  uss ke andar Allah ki marifat nahi aa sakti. hmm</w:t>
      </w:r>
      <w:r>
        <w:br/>
      </w:r>
      <w:r>
        <w:rPr>
          <w:sz w:val="20"/>
        </w:rPr>
        <w:t>53:15  m dekhein logon ko ajeeb lagta hai ke Hazrat Masih beghair baap ke paida hue toh woh jitna ajeeb hai, Hazrat Masih ka beghair baap ke paida hona, kya baap ke sath paida hona insaan ka anokha waqia nahi hai?</w:t>
      </w:r>
      <w:r>
        <w:br/>
      </w:r>
      <w:r>
        <w:rPr>
          <w:sz w:val="20"/>
        </w:rPr>
        <w:t>53:30  hmm woh uss se bhi ziyada ajeeb waqia hai. agar aisa hota zameen par, Allah aisa system banate ke beghair baap ke hote, uss ke baad agar koi baap ke sath hota toh wahi insaan ke liye anokha waqia hota.</w:t>
      </w:r>
      <w:r>
        <w:br/>
      </w:r>
      <w:r>
        <w:rPr>
          <w:sz w:val="20"/>
        </w:rPr>
        <w:t>53:40  acha toh har mamooli waqia jis ko insaan samajh raha hai, uss ke andar woh ghair mamooli pehlu ko dekhne ki koshish kare.</w:t>
      </w:r>
      <w:r>
        <w:br/>
      </w:r>
      <w:r>
        <w:rPr>
          <w:sz w:val="20"/>
        </w:rPr>
        <w:t>53:50  hmm toh uss ko samajh mein aayega ke uss ke rab ne uss ke liye kaise intezamat kiye hain, kya kya Allah ki blessing hain, kya kya Allah ki rehmatain hain.</w:t>
      </w:r>
      <w:r>
        <w:br/>
      </w:r>
      <w:r>
        <w:rPr>
          <w:sz w:val="20"/>
        </w:rPr>
        <w:t>53:59  ji ji toh yeh chand misaalain hi theen jis se hum samajh sakte hain. jazak Allah maine aap ko kaha tha ke aik misaal dijiye.</w:t>
      </w:r>
      <w:r>
        <w:br/>
      </w:r>
      <w:r>
        <w:rPr>
          <w:sz w:val="20"/>
        </w:rPr>
        <w:t>54:08  aap ne kaha poori kainat hi misaal hai.</w:t>
      </w:r>
      <w:r>
        <w:br/>
      </w:r>
      <w:r>
        <w:rPr>
          <w:sz w:val="20"/>
        </w:rPr>
        <w:t>54:11  yahan ki har cheez jo hai, woh marifat ka item hai. bas marifat wali nigah darkar hai. jazak Allah khaira mein</w:t>
      </w:r>
    </w:p>
    <w:p>
      <w:pPr>
        <w:pStyle w:val="Heading2"/>
      </w:pPr>
      <w:r>
        <w:t>Prophet's patience with idols in Kaaba vs Babri Masjid</w:t>
      </w:r>
    </w:p>
    <w:p>
      <w:r>
        <w:rPr>
          <w:color w:val="666666"/>
          <w:sz w:val="18"/>
        </w:rPr>
        <w:t>Power of Peace June 6, 2010 Maulana Wahiduddin Khan · 3m 30s · at 6:53 · https://youtu.be/QNnouRoYI38?t=413</w:t>
      </w:r>
    </w:p>
    <w:p>
      <w:r>
        <w:rPr>
          <w:i/>
        </w:rPr>
        <w:t>“Prophet of Islam ne 610 AD mein elaan kiya nabi ka”</w:t>
      </w:r>
    </w:p>
    <w:p>
      <w:r>
        <w:rPr>
          <w:sz w:val="20"/>
        </w:rPr>
        <w:t>6:53  Prophet of Islam jo thay, woh 610 AD mein unho ne aelan kiya nabi ka. 610 AD mein.</w:t>
      </w:r>
      <w:r>
        <w:br/>
      </w:r>
      <w:r>
        <w:rPr>
          <w:sz w:val="20"/>
        </w:rPr>
        <w:t>7:04  is waqt kya tha wahan? makkah mein. makkah mein aik bohat hi sacred mosque thi, jo kaaba kehte hain.</w:t>
      </w:r>
      <w:r>
        <w:br/>
      </w:r>
      <w:r>
        <w:rPr>
          <w:sz w:val="20"/>
        </w:rPr>
        <w:t>7:13  jis ko ke bohat baray nabi thay, hazrat ibrahim, unhon ne banaya tha. baitullah us ko kaha jata tha. lekin baad ko</w:t>
      </w:r>
      <w:r>
        <w:br/>
      </w:r>
      <w:r>
        <w:rPr>
          <w:sz w:val="20"/>
        </w:rPr>
        <w:t>7:27  degeneration hua logon ka. aur logon ka woh hua, yaani un ke andar bigaad aaya. to yeh ghar banaya tha toheed ke worship ke liye.</w:t>
      </w:r>
      <w:r>
        <w:br/>
      </w:r>
      <w:r>
        <w:rPr>
          <w:sz w:val="20"/>
        </w:rPr>
        <w:t>7:39  aik khuda ki worship ke liye.</w:t>
      </w:r>
      <w:r>
        <w:br/>
      </w:r>
      <w:r>
        <w:rPr>
          <w:sz w:val="20"/>
        </w:rPr>
        <w:t>7:42  aur logon ne is mein kya kiya ke woh but la ke rakh diye. 360 but. to jis waqt rasool Allah wahan aaye, us waqt jo scene tha woh yeh tha ke aik khuda ki worship ke liye jo ghar banaya gaya tha, wahan 360 but rakhe hue hain.</w:t>
      </w:r>
      <w:r>
        <w:br/>
      </w:r>
      <w:r>
        <w:rPr>
          <w:sz w:val="20"/>
        </w:rPr>
        <w:t>8:05  Naturally it was a provocative situation, provocative scene.</w:t>
      </w:r>
      <w:r>
        <w:br/>
      </w:r>
      <w:r>
        <w:rPr>
          <w:sz w:val="20"/>
        </w:rPr>
        <w:t>8:12  yaani be hosh ho jaye aadmi. ab mein aap ko compare karne ko kahoon ga. In comparison, that we understand.</w:t>
      </w:r>
      <w:r>
        <w:br/>
      </w:r>
      <w:r>
        <w:rPr>
          <w:sz w:val="20"/>
        </w:rPr>
        <w:t>8:22  yeh to hai 610 AD ki baat. is ke baad 1949 mein. audhiya ki babri masjid mein teen but rakh diye gaye.</w:t>
      </w:r>
      <w:r>
        <w:br/>
      </w:r>
      <w:r>
        <w:rPr>
          <w:sz w:val="20"/>
        </w:rPr>
        <w:t>8:32  ab do ko compare kar ke dekhein aap. musalman bhark uthay ke masjid mein but rakh diya, teen but.</w:t>
      </w:r>
      <w:r>
        <w:br/>
      </w:r>
      <w:r>
        <w:rPr>
          <w:sz w:val="20"/>
        </w:rPr>
        <w:t>8:40  bhark uthay aur saare india mein, saari duniya mein hungama khara kar diya. achha, rasool Allah bharkay nahi? kuch bhi nahi kiya unhon ne. Simply unhon ne is ko avoid kiya.</w:t>
      </w:r>
      <w:r>
        <w:br/>
      </w:r>
      <w:r>
        <w:rPr>
          <w:sz w:val="20"/>
        </w:rPr>
        <w:t>8:53  quran mein ayat utri to is mein ayat utri ke "wasiyabka fatahir". apne aap ko purify karo. yeh nahi utri ke "tahirkabdakumul islam".</w:t>
      </w:r>
      <w:r>
        <w:br/>
      </w:r>
      <w:r>
        <w:rPr>
          <w:sz w:val="20"/>
        </w:rPr>
        <w:t>9:05  kaaba ko pak karo.</w:t>
      </w:r>
      <w:r>
        <w:br/>
      </w:r>
      <w:r>
        <w:rPr>
          <w:sz w:val="20"/>
        </w:rPr>
        <w:t>9:08  yaani quran mein yeh aayatein nahi utri ke kaaba ko purify karo. apne ko purify karo. ab result hi dekhein aap result.</w:t>
      </w:r>
      <w:r>
        <w:br/>
      </w:r>
      <w:r>
        <w:rPr>
          <w:sz w:val="20"/>
        </w:rPr>
        <w:t>9:18  musalmanon ne jo hungama kiya, result kya nikla? 1992 mein masjid jo hai divorce kar di gayi.</w:t>
      </w:r>
      <w:r>
        <w:br/>
      </w:r>
      <w:r>
        <w:rPr>
          <w:sz w:val="20"/>
        </w:rPr>
        <w:t>9:27  itna aapas mein zid barhi, aapas mein itna takrao barha, itna nafrat barhi.</w:t>
      </w:r>
      <w:r>
        <w:br/>
      </w:r>
      <w:r>
        <w:rPr>
          <w:sz w:val="20"/>
        </w:rPr>
        <w:t>9:34  yaani ke zid ki politics.</w:t>
      </w:r>
      <w:r>
        <w:br/>
      </w:r>
      <w:r>
        <w:rPr>
          <w:sz w:val="20"/>
        </w:rPr>
        <w:t>9:40  aur masjidain aaj wahan par mixer mandir hain. achha, rasool Allah ne aaraaz kiya, kuch bhi is ko touch nahi kiya buton ko.</w:t>
      </w:r>
      <w:r>
        <w:br/>
      </w:r>
      <w:r>
        <w:rPr>
          <w:sz w:val="20"/>
        </w:rPr>
        <w:t>9:49  to kya hua? aik waqt aaya ke kaaba buton se pak ho gaya, aaj woh aik khuda ki ibadat ka ghar bana hua hai. yeh hai sabr aur be sabri ko aap dekh lijiyay.</w:t>
      </w:r>
      <w:r>
        <w:br/>
      </w:r>
      <w:r>
        <w:rPr>
          <w:sz w:val="20"/>
        </w:rPr>
        <w:t>10:03  sabr aur be sabri ka farq dekh lijiyay. ke rasool Allah ne sahan shilta dikhai, sabr kiya, patience se kaam liya. to wohi hai ke "alam annal nasra ma'as sabr".</w:t>
      </w:r>
      <w:r>
        <w:br/>
      </w:r>
      <w:r>
        <w:rPr>
          <w:sz w:val="20"/>
        </w:rPr>
        <w:t>10:15  sabr ke sath success juri hui hai. aur jab be sabri dikhai musalmanon ne to ulta ho gaya.</w:t>
      </w:r>
      <w:r>
        <w:br/>
      </w:r>
      <w:r>
        <w:rPr>
          <w:sz w:val="20"/>
        </w:rPr>
        <w:t>10:24  kyun ke hota yeh hai ke jab aap sabr karte hain, sahan shilta dikhate hain, to saare forces jo hain nature ki, woh aap ke backing par aa jati hain.</w:t>
      </w:r>
    </w:p>
    <w:p>
      <w:pPr>
        <w:pStyle w:val="Heading2"/>
      </w:pPr>
      <w:r>
        <w:t>Debate model: everyone claims their religion is right</w:t>
      </w:r>
    </w:p>
    <w:p>
      <w:r>
        <w:rPr>
          <w:color w:val="666666"/>
          <w:sz w:val="18"/>
        </w:rPr>
        <w:t>Interfaith Dialogue (English) February 1, 2014 Maulana Wahiduddin Khan · 52s · at 6:25 · https://youtu.be/esM8RDj_new?t=385</w:t>
      </w:r>
    </w:p>
    <w:p>
      <w:r>
        <w:rPr>
          <w:i/>
        </w:rPr>
        <w:t>“I am right. Others are wrong.”</w:t>
      </w:r>
    </w:p>
    <w:p>
      <w:r>
        <w:rPr>
          <w:sz w:val="20"/>
        </w:rPr>
        <w:t>6:25  debate. It is a debating model.</w:t>
      </w:r>
      <w:r>
        <w:br/>
      </w:r>
      <w:r>
        <w:rPr>
          <w:sz w:val="20"/>
        </w:rPr>
        <w:t>6:30  I mean that the other model believes that truth is one. So, everyone tries to establish his superiority.</w:t>
      </w:r>
      <w:r>
        <w:br/>
      </w:r>
      <w:r>
        <w:rPr>
          <w:sz w:val="20"/>
        </w:rPr>
        <w:t>6:43  I amright. Others are wrong.</w:t>
      </w:r>
      <w:r>
        <w:br/>
      </w:r>
      <w:r>
        <w:rPr>
          <w:sz w:val="20"/>
        </w:rPr>
        <w:t>6:50  So, this kind of model also failed because we know that there were so many conferences of such kind, so much literature was published on this subject.</w:t>
      </w:r>
      <w:r>
        <w:br/>
      </w:r>
      <w:r>
        <w:rPr>
          <w:sz w:val="20"/>
        </w:rPr>
        <w:t>7:06  But we see that this kind of exercises failed to establish harmony.</w:t>
      </w:r>
      <w:r>
        <w:br/>
      </w:r>
      <w:r>
        <w:rPr>
          <w:sz w:val="20"/>
        </w:rPr>
        <w:t>7:18  So, now the question is to reassess the whole matter. You have to find some other formula other than these two formulas.</w:t>
      </w:r>
    </w:p>
    <w:p>
      <w:pPr>
        <w:pStyle w:val="Heading2"/>
      </w:pPr>
      <w:r>
        <w:t>Lost in cornfield, angel's light guides</w:t>
      </w:r>
    </w:p>
    <w:p>
      <w:r>
        <w:rPr>
          <w:color w:val="666666"/>
          <w:sz w:val="18"/>
        </w:rPr>
        <w:t>Angels on Earth 29 June, 2019 - Maulana Wahiduddin Khan · 5m 56s · at 4:37 · https://youtu.be/WNzxofHh_Dw?t=277</w:t>
      </w:r>
    </w:p>
    <w:p>
      <w:r>
        <w:rPr>
          <w:i/>
        </w:rPr>
        <w:t>“مکے کے کھیت میں گم ہو گیا ہوں”</w:t>
      </w:r>
    </w:p>
    <w:p>
      <w:r>
        <w:rPr>
          <w:sz w:val="20"/>
        </w:rPr>
        <w:t>4:37  makay ke khet mein gum ho gaya hoon. Aik woh janglat ki manind tha Fareha se le kar mere gaon tak aur nadi jis ka naam tha</w:t>
      </w:r>
      <w:r>
        <w:br/>
      </w:r>
      <w:r>
        <w:rPr>
          <w:sz w:val="20"/>
        </w:rPr>
        <w:t>4:55  "Kaur Nadi", wahan tak sab pakkay makay ka khet janglat ki tarah phaila hua tha. Aur andhera bilkul andhera tha.</w:t>
      </w:r>
      <w:r>
        <w:br/>
      </w:r>
      <w:r>
        <w:rPr>
          <w:sz w:val="20"/>
        </w:rPr>
        <w:t>5:11  ab mein idhar jata hoon, idhar jata hoon, bohat dair tak mein rastay ki talash mein idhar udhar chalta raha. Lekin rasta kisi taraf mujhe milta nahi tha, na idhar na udhar.</w:t>
      </w:r>
      <w:r>
        <w:br/>
      </w:r>
      <w:r>
        <w:rPr>
          <w:sz w:val="20"/>
        </w:rPr>
        <w:t>5:26  rastay ki talash mein dayen bayen, agay peechay chalta raha aur rasta mujhe nahi milta tha. Mein akela tha, bilkul akela.</w:t>
      </w:r>
      <w:r>
        <w:br/>
      </w:r>
      <w:r>
        <w:rPr>
          <w:sz w:val="20"/>
        </w:rPr>
        <w:t>5:41  to achaanak mein ne dekha ke mere samnay aik roshni hai.</w:t>
      </w:r>
      <w:r>
        <w:br/>
      </w:r>
      <w:r>
        <w:rPr>
          <w:sz w:val="20"/>
        </w:rPr>
        <w:t>5:51  mere samne ek roshni hai,</w:t>
      </w:r>
      <w:r>
        <w:br/>
      </w:r>
      <w:r>
        <w:rPr>
          <w:sz w:val="20"/>
        </w:rPr>
        <w:t>5:55  bilkul achank.</w:t>
      </w:r>
      <w:r>
        <w:br/>
      </w:r>
      <w:r>
        <w:rPr>
          <w:sz w:val="20"/>
        </w:rPr>
        <w:t>5:59  yani har taraf adhra tha pehle, phir achank wahan ek light dikhai di. To main us light ki taraf barha, light ki taraf barha.</w:t>
      </w:r>
      <w:r>
        <w:br/>
      </w:r>
      <w:r>
        <w:rPr>
          <w:sz w:val="20"/>
        </w:rPr>
        <w:t>6:17  khas baat yeh thi ke mujhe zara bhi dar nahi tha.</w:t>
      </w:r>
      <w:r>
        <w:br/>
      </w:r>
      <w:r>
        <w:rPr>
          <w:sz w:val="20"/>
        </w:rPr>
        <w:t>6:27  is raat ko main ne yeh tajurba kiya ke jab aap ko kuch guzre lekin aap ko dar na ho, koi anokhi baat guzre aap ke upar, jaise yeh thi ke raat ke andhere mein light</w:t>
      </w:r>
      <w:r>
        <w:br/>
      </w:r>
      <w:r>
        <w:rPr>
          <w:sz w:val="20"/>
        </w:rPr>
        <w:t>6:47  aur aap ko dar na lage,</w:t>
      </w:r>
      <w:r>
        <w:br/>
      </w:r>
      <w:r>
        <w:rPr>
          <w:sz w:val="20"/>
        </w:rPr>
        <w:t>6:53  to samajh lijiye ke woh farishta hai. Samajh lijiye ke woh farishta hai.</w:t>
      </w:r>
      <w:r>
        <w:br/>
      </w:r>
      <w:r>
        <w:rPr>
          <w:sz w:val="20"/>
        </w:rPr>
        <w:t>7:02  to main bilkul bila dar is light ki taraf aage barha.</w:t>
      </w:r>
      <w:r>
        <w:br/>
      </w:r>
      <w:r>
        <w:rPr>
          <w:sz w:val="20"/>
        </w:rPr>
        <w:t>7:11  to jab main pohancha wahan to wahan ek ek aadmi khara hua tha ke hath jiske hath mein torch thi.</w:t>
      </w:r>
      <w:r>
        <w:br/>
      </w:r>
      <w:r>
        <w:rPr>
          <w:sz w:val="20"/>
        </w:rPr>
        <w:t>7:22  aap log shayad is torch ko na jante hon. Pehle zamane mein lambi lambi torch hoti thi, itni lambi, aur is mein bohat sare cell lage hote the,</w:t>
      </w:r>
      <w:r>
        <w:br/>
      </w:r>
      <w:r>
        <w:rPr>
          <w:sz w:val="20"/>
        </w:rPr>
        <w:t>7:37  bohat sare cell. To cell kai cell hote the, is liye lambi torch hoti thi. Woh mere khayal mein aap logon ne is ko dekha nahi hoga, shayad main ne dekha hai.</w:t>
      </w:r>
      <w:r>
        <w:br/>
      </w:r>
      <w:r>
        <w:rPr>
          <w:sz w:val="20"/>
        </w:rPr>
        <w:t>7:50  woh to ek choti torch hoti thi, ek lambi torch. To woh aadmi lambi torch liye hue, unusual tor par lambi, wahan khara tha.</w:t>
      </w:r>
      <w:r>
        <w:br/>
      </w:r>
      <w:r>
        <w:rPr>
          <w:sz w:val="20"/>
        </w:rPr>
        <w:t>8:04  kai</w:t>
      </w:r>
      <w:r>
        <w:br/>
      </w:r>
      <w:r>
        <w:rPr>
          <w:sz w:val="20"/>
        </w:rPr>
        <w:t>8:07  kai cell jis mein hote the, is ka matlab yeh tha ke is mein roshni bohat zyada hai. Ek cell hai, do cell hain to roshni kam hoti thi, lekin kai cell jab hain to zyada roshni hoti thi.</w:t>
      </w:r>
      <w:r>
        <w:br/>
      </w:r>
      <w:r>
        <w:rPr>
          <w:sz w:val="20"/>
        </w:rPr>
        <w:t>8:23  to woh aadmi jo khara tha, woh kai cell wali lambi torch liye tha.</w:t>
      </w:r>
      <w:r>
        <w:br/>
      </w:r>
      <w:r>
        <w:rPr>
          <w:sz w:val="20"/>
        </w:rPr>
        <w:t>8:34  to woh kuch bola nahi, bas torch liye khara tha.</w:t>
      </w:r>
      <w:r>
        <w:br/>
      </w:r>
      <w:r>
        <w:rPr>
          <w:sz w:val="20"/>
        </w:rPr>
        <w:t>8:41  to main ne kaha ke main</w:t>
      </w:r>
      <w:r>
        <w:br/>
      </w:r>
      <w:r>
        <w:rPr>
          <w:sz w:val="20"/>
        </w:rPr>
        <w:t>8:45  jana chahta hoon pul ke pas. Pul tak pohanch jaon to main apne gaon ka rasta pa loon ga.</w:t>
      </w:r>
      <w:r>
        <w:br/>
      </w:r>
      <w:r>
        <w:rPr>
          <w:sz w:val="20"/>
        </w:rPr>
        <w:t>8:54  to kya aap mujhe pul tak pohancha sakte hain? Tab bhi kuch bola nahi woh aadmi. Woh chalne laga torch le kar.</w:t>
      </w:r>
      <w:r>
        <w:br/>
      </w:r>
      <w:r>
        <w:rPr>
          <w:sz w:val="20"/>
        </w:rPr>
        <w:t>9:06  ab main is ke peeche chal para. To makkhe ke khet har taraf the, janglaat ki tarah.</w:t>
      </w:r>
      <w:r>
        <w:br/>
      </w:r>
      <w:r>
        <w:rPr>
          <w:sz w:val="20"/>
        </w:rPr>
        <w:t>9:18  janglaat ki taraf. To is janglaat ke, is janglaat mein main is ke sath dakhil ho gaya. Woh aage aage, main peeche peeche.</w:t>
      </w:r>
      <w:r>
        <w:br/>
      </w:r>
      <w:r>
        <w:rPr>
          <w:sz w:val="20"/>
        </w:rPr>
        <w:t>9:31  to chalte chalte woh mujhe ek jagah pohanchaya us ne jahan aage naddi thi, wahan pul, ek chota sa pul hota tha.</w:t>
      </w:r>
      <w:r>
        <w:br/>
      </w:r>
      <w:r>
        <w:rPr>
          <w:sz w:val="20"/>
        </w:rPr>
        <w:t>9:42  woh pul tha. To main ne us se kaha ke bas ab main chala jaon ga. Ab main chala jaon ga.</w:t>
      </w:r>
      <w:r>
        <w:br/>
      </w:r>
      <w:r>
        <w:rPr>
          <w:sz w:val="20"/>
        </w:rPr>
        <w:t>9:52  is ke baad main aage barha pul ki taraf. Jab main chand qadam aage barha aur peeche ki taraf dekha main ne to aadmi ghayab tha.</w:t>
      </w:r>
      <w:r>
        <w:br/>
      </w:r>
      <w:r>
        <w:rPr>
          <w:sz w:val="20"/>
        </w:rPr>
        <w:t>10:07  na aadmi, na light, na roshni, kuch nahi.</w:t>
      </w:r>
      <w:r>
        <w:br/>
      </w:r>
      <w:r>
        <w:rPr>
          <w:sz w:val="20"/>
        </w:rPr>
        <w:t>10:13  mere saamne</w:t>
      </w:r>
      <w:r>
        <w:br/>
      </w:r>
      <w:r>
        <w:rPr>
          <w:sz w:val="20"/>
        </w:rPr>
        <w:t>10:17  ek dhundhle aawaaz andaaz mein pul dikhai de raha tha. pul.</w:t>
      </w:r>
      <w:r>
        <w:br/>
      </w:r>
      <w:r>
        <w:rPr>
          <w:sz w:val="20"/>
        </w:rPr>
        <w:t>10:24  to main pul ki taraf badh raha tha aur peeche jab dekha to woh aadmi ghayab, light bhi ghayab.</w:t>
      </w:r>
    </w:p>
    <w:p>
      <w:pPr>
        <w:pStyle w:val="Heading2"/>
      </w:pPr>
      <w:r>
        <w:t>Unlimited freedom and its harmful consequences</w:t>
      </w:r>
    </w:p>
    <w:p>
      <w:r>
        <w:rPr>
          <w:color w:val="666666"/>
          <w:sz w:val="18"/>
        </w:rPr>
        <w:t>Nature of Modern Problem 12 July 2009 - Maulana Wahiduddin Khan · 5m 28s · at 25:35 · https://youtu.be/JULJoDRvUNU?t=1535</w:t>
      </w:r>
    </w:p>
    <w:p>
      <w:r>
        <w:rPr>
          <w:i/>
        </w:rPr>
        <w:t>“Freedom ka concept leejeye aap.”</w:t>
      </w:r>
    </w:p>
    <w:p>
      <w:r>
        <w:rPr>
          <w:sz w:val="20"/>
        </w:rPr>
        <w:t>25:35  aise hi dekhiye, freedom ka concept lijiye aap. yeh to khuda ko displace kar diya. khuda ko displace kar diya. ab freedom ka concept lijiye.</w:t>
      </w:r>
      <w:r>
        <w:br/>
      </w:r>
      <w:r>
        <w:rPr>
          <w:sz w:val="20"/>
        </w:rPr>
        <w:t>25:48  yeh bentham jo hai,</w:t>
      </w:r>
      <w:r>
        <w:br/>
      </w:r>
      <w:r>
        <w:rPr>
          <w:sz w:val="20"/>
        </w:rPr>
        <w:t>25:51  jo british philosopher hai, bentham</w:t>
      </w:r>
      <w:r>
        <w:br/>
      </w:r>
      <w:r>
        <w:rPr>
          <w:sz w:val="20"/>
        </w:rPr>
        <w:t>26:01  1832 mein is ki death hui hai. toh is ne utilitarianism ki philosophy pesh ki ke bas faide hi sab kuch hai, interest hi sab kuch hai,</w:t>
      </w:r>
      <w:r>
        <w:br/>
      </w:r>
      <w:r>
        <w:rPr>
          <w:sz w:val="20"/>
        </w:rPr>
        <w:t>26:15  aur is ke siwa aur kuch kuch bhi nahi hai.</w:t>
      </w:r>
      <w:r>
        <w:br/>
      </w:r>
      <w:r>
        <w:rPr>
          <w:sz w:val="20"/>
        </w:rPr>
        <w:t>26:18  phir is ko aage badhaya. is ko john stuart mill ne, jis ki death hui 1800</w:t>
      </w:r>
      <w:r>
        <w:br/>
      </w:r>
      <w:r>
        <w:rPr>
          <w:sz w:val="20"/>
        </w:rPr>
        <w:t>26:28  73 mein, is ki kitaab hai "on liberty".</w:t>
      </w:r>
      <w:r>
        <w:br/>
      </w:r>
      <w:r>
        <w:rPr>
          <w:sz w:val="20"/>
        </w:rPr>
        <w:t>26:37  toh aazadi ko sab se bari cheez banaya is ne. woh barhte barhte aaj jo halat hai, aaj ke bas</w:t>
      </w:r>
      <w:r>
        <w:br/>
      </w:r>
      <w:r>
        <w:rPr>
          <w:sz w:val="20"/>
        </w:rPr>
        <w:t>26:46  freedom jo hai, freedom is the summum bonum. modern mind kya hai? modern culture kya hai? modern civilization kya hai?</w:t>
      </w:r>
      <w:r>
        <w:br/>
      </w:r>
      <w:r>
        <w:rPr>
          <w:sz w:val="20"/>
        </w:rPr>
        <w:t>26:55  woh kya kehti hai? is ke nazdeek jo hai, yahi wohi kalma hai is ka: "freedom is the summum bonum".</w:t>
      </w:r>
      <w:r>
        <w:br/>
      </w:r>
      <w:r>
        <w:rPr>
          <w:sz w:val="20"/>
        </w:rPr>
        <w:t>27:05  yani freedom hi sab kuch, sab se bari greatest good jo hai, freedom hai. unlimited freedom.</w:t>
      </w:r>
      <w:r>
        <w:br/>
      </w:r>
      <w:r>
        <w:rPr>
          <w:sz w:val="20"/>
        </w:rPr>
        <w:t>27:14  unlimited freedom. aur isi ka yeh is zamane mein ek bohat hi shameful, shameful yeh aaya hai.</w:t>
      </w:r>
      <w:r>
        <w:br/>
      </w:r>
      <w:r>
        <w:rPr>
          <w:sz w:val="20"/>
        </w:rPr>
        <w:t>27:24  is ka ek, ek namoona, shameful namoona ke homosexuality ko</w:t>
      </w:r>
      <w:r>
        <w:br/>
      </w:r>
      <w:r>
        <w:rPr>
          <w:sz w:val="20"/>
        </w:rPr>
        <w:t>27:32  ek general acceptance mil gaya hai. kaisi ajeeb baat hai!</w:t>
      </w:r>
      <w:r>
        <w:br/>
      </w:r>
      <w:r>
        <w:rPr>
          <w:sz w:val="20"/>
        </w:rPr>
        <w:t>27:38  aaj bhi paper mein main parh raha tha, aaj kal rozana kuch na kuch aata hai ke hum, hum, hum yeh hamara apna choice hai jo, jo choice hum lein, kaun interfere karne wala hai humein.</w:t>
      </w:r>
      <w:r>
        <w:br/>
      </w:r>
      <w:r>
        <w:rPr>
          <w:sz w:val="20"/>
        </w:rPr>
        <w:t>27:52  yani homoseuxuality ko apna choice bata rahe hain. woh</w:t>
      </w:r>
      <w:r>
        <w:br/>
      </w:r>
      <w:r>
        <w:rPr>
          <w:sz w:val="20"/>
        </w:rPr>
        <w:t>27:57  kitna</w:t>
      </w:r>
      <w:r>
        <w:br/>
      </w:r>
      <w:r>
        <w:rPr>
          <w:sz w:val="20"/>
        </w:rPr>
        <w:t>27:58  shameful baat hai! shameful! yeh nature se bilkul hatna hai. nature se hatna hai. ab yeh, yeh aaj kal haalat yeh hai ke koi is ke khilaaf bol nahin raha hai.</w:t>
      </w:r>
      <w:r>
        <w:br/>
      </w:r>
      <w:r>
        <w:rPr>
          <w:sz w:val="20"/>
        </w:rPr>
        <w:t>28:12  chand logon ko bolte honge idhar udhar corner par.</w:t>
      </w:r>
      <w:r>
        <w:br/>
      </w:r>
      <w:r>
        <w:rPr>
          <w:sz w:val="20"/>
        </w:rPr>
        <w:t>28:16  yani judiciary hamari, woh is ke haq mein apna verdict de rahi hai. beba top ke politicians is ke favour mein ho gaye hain.</w:t>
      </w:r>
      <w:r>
        <w:br/>
      </w:r>
      <w:r>
        <w:rPr>
          <w:sz w:val="20"/>
        </w:rPr>
        <w:t>28:28  society is ko favour kar rahi hai. paper rozana chhap raha hai.</w:t>
      </w:r>
      <w:r>
        <w:br/>
      </w:r>
      <w:r>
        <w:rPr>
          <w:sz w:val="20"/>
        </w:rPr>
        <w:t>28:34  toh Khalil Jibran ne kaha tha ke "no leaf fall down without the silent consent of whole tree".</w:t>
      </w:r>
      <w:r>
        <w:br/>
      </w:r>
      <w:r>
        <w:rPr>
          <w:sz w:val="20"/>
        </w:rPr>
        <w:t>28:48  jab kisi peed se ek patti girti hai</w:t>
      </w:r>
      <w:r>
        <w:br/>
      </w:r>
      <w:r>
        <w:rPr>
          <w:sz w:val="20"/>
        </w:rPr>
        <w:t>28:52  toh poore peed ki silent consent is ko mili hui hoti hai. woh ne gire nahin. woh toh is tarah ki buraiyan jo phail rahi hain, toh poori society ka silent consensus hai, consent hai.</w:t>
      </w:r>
      <w:r>
        <w:br/>
      </w:r>
      <w:r>
        <w:rPr>
          <w:sz w:val="20"/>
        </w:rPr>
        <w:t>29:06  agar general acceptance na ho, agar society is ko, is ko</w:t>
      </w:r>
      <w:r>
        <w:br/>
      </w:r>
      <w:r>
        <w:rPr>
          <w:sz w:val="20"/>
        </w:rPr>
        <w:t>29:12  taiyar na ho tolerate karne ke liye, toh kis ko himmat hai ke aisi ridiculous baatein kare? kis ko himmat hai?</w:t>
      </w:r>
      <w:r>
        <w:br/>
      </w:r>
      <w:r>
        <w:rPr>
          <w:sz w:val="20"/>
        </w:rPr>
        <w:t>29:28  dekhiye, aaj kal aap sunte honge logon ko yeh kehte hue ke bhai agar hamein koi harmful nahin banta hai toh jo chahe kare, woh apne bedroom mein jo chahe kare, woh hamein toh harmful nahin ban raha hai.</w:t>
      </w:r>
      <w:r>
        <w:br/>
      </w:r>
      <w:r>
        <w:rPr>
          <w:sz w:val="20"/>
        </w:rPr>
        <w:t>29:40  woh lekin jo researches hui hain, is se yeh tasawwur bilkul</w:t>
      </w:r>
      <w:r>
        <w:br/>
      </w:r>
      <w:r>
        <w:rPr>
          <w:sz w:val="20"/>
        </w:rPr>
        <w:t>29:46  yani ghalat saabit ho gaya hai ke aap chahe chhip kar ke bhi ek burai kare toh poori society pe is ka asar parta hai.</w:t>
      </w:r>
      <w:r>
        <w:br/>
      </w:r>
      <w:r>
        <w:rPr>
          <w:sz w:val="20"/>
        </w:rPr>
        <w:t>29:58  kisi ne kaha tha, kisi philosopher ne ke aadmi hairan apne aap ko radiate karta rehta hai.</w:t>
      </w:r>
      <w:r>
        <w:br/>
      </w:r>
      <w:r>
        <w:rPr>
          <w:sz w:val="20"/>
        </w:rPr>
        <w:t>30:06  bura ya acha, aadmi hairan apne aap ko radiate karta rehta hai.</w:t>
      </w:r>
      <w:r>
        <w:br/>
      </w:r>
      <w:r>
        <w:rPr>
          <w:sz w:val="20"/>
        </w:rPr>
        <w:t>30:15  toh abhi dekhiye, aap parhte honge paperon mein ke pehle zamane mein, hamare bachpan ke zamane mein, smoking jo thi, ek individual burai thi.</w:t>
      </w:r>
      <w:r>
        <w:br/>
      </w:r>
      <w:r>
        <w:rPr>
          <w:sz w:val="20"/>
        </w:rPr>
        <w:t>30:25  smoking</w:t>
      </w:r>
      <w:r>
        <w:br/>
      </w:r>
      <w:r>
        <w:rPr>
          <w:sz w:val="20"/>
        </w:rPr>
        <w:t>30:30  likha rehta tha packet par ke "cigarette smoking is injurious to health". itna hi likha rehta tha. yani woh jo smoker hai, jo aadmi pi raha hai, us ke liye bura hai.</w:t>
      </w:r>
      <w:r>
        <w:br/>
      </w:r>
      <w:r>
        <w:rPr>
          <w:sz w:val="20"/>
        </w:rPr>
        <w:t>30:40  woh bas. lekin aap jante hain ke ab jo researches hui hain,</w:t>
      </w:r>
      <w:r>
        <w:br/>
      </w:r>
      <w:r>
        <w:rPr>
          <w:sz w:val="20"/>
        </w:rPr>
        <w:t>30:46  toh ab yeh hai active smoker aur passive smoker. do category bana diya gayi hai. jab ek aadmi peeta hai toh woh active smoker hai, lekin doosron ko bhi nuksan pahuncha raha hai.</w:t>
      </w:r>
      <w:r>
        <w:br/>
      </w:r>
      <w:r>
        <w:rPr>
          <w:sz w:val="20"/>
        </w:rPr>
        <w:t>31:02  woh</w:t>
      </w:r>
    </w:p>
    <w:p>
      <w:pPr>
        <w:pStyle w:val="Heading2"/>
      </w:pPr>
      <w:r>
        <w:t>How dawah's people-equation became a ruler-and-ruled equation</w:t>
      </w:r>
    </w:p>
    <w:p>
      <w:r>
        <w:rPr>
          <w:color w:val="666666"/>
          <w:sz w:val="18"/>
        </w:rPr>
        <w:t>Attributes of a Dayee October 31, 2010 · 1m 51s · at 11:37 · https://youtu.be/-inz5O22QGE?t=697</w:t>
      </w:r>
    </w:p>
    <w:p>
      <w:r>
        <w:rPr>
          <w:i/>
        </w:rPr>
        <w:t>“Pehle daayi-madu ka equation tha, phir hakim-mahkoom bana”</w:t>
      </w:r>
    </w:p>
    <w:p>
      <w:r>
        <w:rPr>
          <w:sz w:val="20"/>
        </w:rPr>
        <w:t>11:37  asal mein dekhiye, hua kya? Islam jab shuru hua to woh sar ta pa ek dawat se shuru hua.</w:t>
      </w:r>
      <w:r>
        <w:br/>
      </w:r>
      <w:r>
        <w:rPr>
          <w:sz w:val="20"/>
        </w:rPr>
        <w:t>11:47  baad ko aisa hua ke musalmanon ki empire ban gayi. hukoomat ban gayi. tab yeh equation badla. pehla equation tha da'i mad'u ka equation.</w:t>
      </w:r>
      <w:r>
        <w:br/>
      </w:r>
      <w:r>
        <w:rPr>
          <w:sz w:val="20"/>
        </w:rPr>
        <w:t>11:58  ab ban gaya ruler aur ruled ka equation. hakim aur mahkoom ka equation.</w:t>
      </w:r>
      <w:r>
        <w:br/>
      </w:r>
      <w:r>
        <w:rPr>
          <w:sz w:val="20"/>
        </w:rPr>
        <w:t>12:05  woh us zamane mein fiqh mein is tarah istilahein bani. jab equation badla. yaani da'i mad'u ka equation tha pehle.</w:t>
      </w:r>
      <w:r>
        <w:br/>
      </w:r>
      <w:r>
        <w:rPr>
          <w:sz w:val="20"/>
        </w:rPr>
        <w:t>12:16  phir aaya ruler aur ruled. hakim aur mahkoom. tab yeh saari istilahein bani. apne baare mein superior hone ka ehsaas.</w:t>
      </w:r>
      <w:r>
        <w:br/>
      </w:r>
      <w:r>
        <w:rPr>
          <w:sz w:val="20"/>
        </w:rPr>
        <w:t>12:25  doosre ke baare mein inferior hone ka ehsaas.</w:t>
      </w:r>
      <w:r>
        <w:br/>
      </w:r>
      <w:r>
        <w:rPr>
          <w:sz w:val="20"/>
        </w:rPr>
        <w:t>12:30  isse saari terms bani.</w:t>
      </w:r>
      <w:r>
        <w:br/>
      </w:r>
      <w:r>
        <w:rPr>
          <w:sz w:val="20"/>
        </w:rPr>
        <w:t>12:36  jo dawat ke qaatil hain. yeh sab jo terms hain, yeh sab dawat ke qaatil hain. main iske bilkul iske khilaaf hoon ke yeh zimmi hai aur woh shatmi hai ya harbi hai.</w:t>
      </w:r>
      <w:r>
        <w:br/>
      </w:r>
      <w:r>
        <w:rPr>
          <w:sz w:val="20"/>
        </w:rPr>
        <w:t>12:52  woh kaafir hai ya mushrik hai, woh zindiq hai, woh murtad hai. main isko bilkul nahi maanta. saare log insaan hain.</w:t>
      </w:r>
      <w:r>
        <w:br/>
      </w:r>
      <w:r>
        <w:rPr>
          <w:sz w:val="20"/>
        </w:rPr>
        <w:t>13:01  agar aap kisi ke andar burai paate hain to uski islaah ki koshish kijiye. iske liye duaen kijiye. is par dawati amal kijiye.</w:t>
      </w:r>
      <w:r>
        <w:br/>
      </w:r>
      <w:r>
        <w:rPr>
          <w:sz w:val="20"/>
        </w:rPr>
        <w:t>13:10  aap usko ek title kyun dete hain? yeh murtaad hogi ya shaitaan hoga. yeh title kyun dete hain? kis ka right hai aap ko title dene ka ?</w:t>
      </w:r>
    </w:p>
    <w:p>
      <w:pPr>
        <w:pStyle w:val="Heading2"/>
      </w:pPr>
      <w:r>
        <w:t>Feeling Prophet's presence through words</w:t>
      </w:r>
    </w:p>
    <w:p>
      <w:r>
        <w:rPr>
          <w:color w:val="666666"/>
          <w:sz w:val="18"/>
        </w:rPr>
        <w:t>No Jihad, Only Management of Conflict 1 Dec 2019 - Maulana Wahiduddin Khan · 2m 36s · at 35:52 · https://youtu.be/afUhlMSCBCY?t=2152</w:t>
      </w:r>
    </w:p>
    <w:p>
      <w:r>
        <w:rPr>
          <w:i/>
        </w:rPr>
        <w:t>“میں اکثر پڑھتا ہوں یا حی یا قیوم بلا پتہ کا تغیر”</w:t>
      </w:r>
    </w:p>
    <w:p>
      <w:r>
        <w:rPr>
          <w:sz w:val="20"/>
        </w:rPr>
        <w:t>35:52  mein mislan mein ab misaal deta hoon. mein aksar parhta hoon. ya hayyu ya qayyum. bila pata ka taghayur.</w:t>
      </w:r>
      <w:r>
        <w:br/>
      </w:r>
      <w:r>
        <w:rPr>
          <w:sz w:val="20"/>
        </w:rPr>
        <w:t>36:02  toh ek zinda taluq qaim hota hai Allah Rasool Allah se. ke Rasool Allah ne aise kaha tha. mein bhi wohi bol raha hoon. same boli.</w:t>
      </w:r>
      <w:r>
        <w:br/>
      </w:r>
      <w:r>
        <w:rPr>
          <w:sz w:val="20"/>
        </w:rPr>
        <w:t>36:11  jaise ke mein dohra raha hoon.</w:t>
      </w:r>
      <w:r>
        <w:br/>
      </w:r>
      <w:r>
        <w:rPr>
          <w:sz w:val="20"/>
        </w:rPr>
        <w:t>36:14  ji. jaise ke Rasool Allah kehte honge wohi kaha hua mein bhi dohra raha hoon.</w:t>
      </w:r>
      <w:r>
        <w:br/>
      </w:r>
      <w:r>
        <w:rPr>
          <w:sz w:val="20"/>
        </w:rPr>
        <w:t>36:23  aisa lagta hai mujhe ke mein dohra raha hoon. kya samjhe aap? yani jab yeh aap yeh kehte hain ke ya hayyu ya qayyum toh aap ko aisa mehsoos hota hai ke mein wohi alfaaz bol raha hoon jo Rasool Allah ne kaha tha.</w:t>
      </w:r>
      <w:r>
        <w:br/>
      </w:r>
      <w:r>
        <w:rPr>
          <w:sz w:val="20"/>
        </w:rPr>
        <w:t>36:38  toh is se ek zinda taluq paida hota hai. haan. woh bhi wohi bol rahe hain, mein bhi wohi bol raha hoon. ji.</w:t>
      </w:r>
      <w:r>
        <w:br/>
      </w:r>
      <w:r>
        <w:rPr>
          <w:sz w:val="20"/>
        </w:rPr>
        <w:t>36:44  hain? bilkul. toh kaisi ajeeb baat hai. bohat ajeeb baat hai. toh hamare ulma jante hain in baton ko?</w:t>
      </w:r>
      <w:r>
        <w:br/>
      </w:r>
      <w:r>
        <w:rPr>
          <w:sz w:val="20"/>
        </w:rPr>
        <w:t>36:52  bilkul nahin jante Maulana. hum log bhi aap hi se jaan paye.</w:t>
      </w:r>
      <w:r>
        <w:br/>
      </w:r>
      <w:r>
        <w:rPr>
          <w:sz w:val="20"/>
        </w:rPr>
        <w:t>37:02  jab mein kehta hoon khaas taur par subah ko jab uthta hoon na toh bar bar kehta hoon ya hayyu ya qayyum bila pata ka taghayur.</w:t>
      </w:r>
      <w:r>
        <w:br/>
      </w:r>
      <w:r>
        <w:rPr>
          <w:sz w:val="20"/>
        </w:rPr>
        <w:t>37:16  ya hayyu ya qayyum bila pata ka taghayur. toh jaisa lagta hai ke mein aur Rasool Allah baithe mukalima kar rahe hain.</w:t>
      </w:r>
      <w:r>
        <w:br/>
      </w:r>
      <w:r>
        <w:rPr>
          <w:sz w:val="20"/>
        </w:rPr>
        <w:t>37:30  ji? mein aur Rasool Allah sath baithe hue mukalima kar rahe hain. kya khayal hai aap ka</w:t>
      </w:r>
      <w:r>
        <w:br/>
      </w:r>
      <w:r>
        <w:rPr>
          <w:sz w:val="20"/>
        </w:rPr>
        <w:t>37:40  ? bohat ajeeb baat hai Maulana.</w:t>
      </w:r>
      <w:r>
        <w:br/>
      </w:r>
      <w:r>
        <w:rPr>
          <w:sz w:val="20"/>
        </w:rPr>
        <w:t>37:48  yeh ji yeh lage aap ko ke Rasool Allah bhi baithe hue hain aur aap is ke sath mukalima kar rahe hain. woh bhi kar rahe hain, aap bhi bol rahe hain.</w:t>
      </w:r>
      <w:r>
        <w:br/>
      </w:r>
      <w:r>
        <w:rPr>
          <w:sz w:val="20"/>
        </w:rPr>
        <w:t>37:57  wohi wahi same boli hai.</w:t>
      </w:r>
      <w:r>
        <w:br/>
      </w:r>
      <w:r>
        <w:rPr>
          <w:sz w:val="20"/>
        </w:rPr>
        <w:t>38:03  toh sohbat Rasool aaj bhi mili hui hai. bawaasta zameen zaban.</w:t>
      </w:r>
      <w:r>
        <w:br/>
      </w:r>
      <w:r>
        <w:rPr>
          <w:sz w:val="20"/>
        </w:rPr>
        <w:t>38:14  ab jab sohbat mein bhi toh zaban hi ke waaste se hota. agar aap sach much wahan hote tab bhi toh zaban ke waaste se hota. toh sohbat Rasool aap ko bawaasta zaban mili hui hai aaj bhi.</w:t>
      </w:r>
    </w:p>
    <w:p>
      <w:pPr>
        <w:pStyle w:val="Heading2"/>
      </w:pPr>
      <w:r>
        <w:t>remembering death and the full story of Iblis's pride</w:t>
      </w:r>
    </w:p>
    <w:p>
      <w:r>
        <w:rPr>
          <w:color w:val="666666"/>
          <w:sz w:val="18"/>
        </w:rPr>
        <w:t>The Importance of Thinking November 10, 2013 · 4m 35s · at 18:34 · https://youtu.be/y16CddTHoqE?t=1114</w:t>
      </w:r>
    </w:p>
    <w:p>
      <w:r>
        <w:rPr>
          <w:i/>
        </w:rPr>
        <w:t>“Ek bahut hi ajeeb hadith hai”</w:t>
      </w:r>
    </w:p>
    <w:p>
      <w:r>
        <w:rPr>
          <w:sz w:val="20"/>
        </w:rPr>
        <w:t>18:34  bahut hi, yaani</w:t>
      </w:r>
      <w:r>
        <w:br/>
      </w:r>
      <w:r>
        <w:rPr>
          <w:sz w:val="20"/>
        </w:rPr>
        <w:t>18:40  bahut hi ajeeb hadith hai.</w:t>
      </w:r>
      <w:r>
        <w:br/>
      </w:r>
      <w:r>
        <w:rPr>
          <w:sz w:val="20"/>
        </w:rPr>
        <w:t>18:50  akthuru dhikr hadd bil ladhdhatil maut. maut ko bahut zyada yaad karo, jo lazzaton ko utha dene wali hai.</w:t>
      </w:r>
      <w:r>
        <w:br/>
      </w:r>
      <w:r>
        <w:rPr>
          <w:sz w:val="20"/>
        </w:rPr>
        <w:t>19:03  ab is par main sochne laga ke lazzaton ko uthane ka matlab kya hai?</w:t>
      </w:r>
      <w:r>
        <w:br/>
      </w:r>
      <w:r>
        <w:rPr>
          <w:sz w:val="20"/>
        </w:rPr>
        <w:t>19:12  to ek malik, ek duniya mere zehan mein aagayi.</w:t>
      </w:r>
      <w:r>
        <w:br/>
      </w:r>
      <w:r>
        <w:rPr>
          <w:sz w:val="20"/>
        </w:rPr>
        <w:t>19:18  lazzat ka matlab sirf yeh nahin ke aap khana peena hai, is ko bhool jayen. khana peena bhool jayen. nahin, is mein hazaron baaten shamil hain.</w:t>
      </w:r>
      <w:r>
        <w:br/>
      </w:r>
      <w:r>
        <w:rPr>
          <w:sz w:val="20"/>
        </w:rPr>
        <w:t>19:32  misal ke taur par dekhen, ek aadmi ke andar kibr ka mizaj hai, arrogance ka mizaj hai, to arrogance mein us ko lazzat milti hai.</w:t>
      </w:r>
      <w:r>
        <w:br/>
      </w:r>
      <w:r>
        <w:rPr>
          <w:sz w:val="20"/>
        </w:rPr>
        <w:t>19:46  yani doosre ke muqable mein apne ko jo bara samajhta hai, to ek ajeeb o ghareeb lazzat milti hai us ko. main bara hoon, woh chota hai.</w:t>
      </w:r>
      <w:r>
        <w:br/>
      </w:r>
      <w:r>
        <w:rPr>
          <w:sz w:val="20"/>
        </w:rPr>
        <w:t>19:56  main zyada hoon, woh kam hai.</w:t>
      </w:r>
      <w:r>
        <w:br/>
      </w:r>
      <w:r>
        <w:rPr>
          <w:sz w:val="20"/>
        </w:rPr>
        <w:t>20:01  to yeh ajeeb, ek hi lazzat. main samajhta hoon ke tamam lazzaton se barh kar lazzat hai arrogance. yeh jo lazzatein hain, jo hotel mein ja ke aap khate peete hain, woh to kuch bhi nahin hain.</w:t>
      </w:r>
      <w:r>
        <w:br/>
      </w:r>
      <w:r>
        <w:rPr>
          <w:sz w:val="20"/>
        </w:rPr>
        <w:t>20:15  arrogance aur pride aur superiority, yeh to sab se bari lazzat hai.</w:t>
      </w:r>
      <w:r>
        <w:br/>
      </w:r>
      <w:r>
        <w:rPr>
          <w:sz w:val="20"/>
        </w:rPr>
        <w:t>20:26  yeh itni bari lazzat hai ke is iblis ne jahannum ke khatre ko, at the cost of jahannum, is lazzat mein mubtala hua.</w:t>
      </w:r>
      <w:r>
        <w:br/>
      </w:r>
      <w:r>
        <w:rPr>
          <w:sz w:val="20"/>
        </w:rPr>
        <w:t>20:34  woh aap ghore kijiye, bari ajeeb baat hai yeh.</w:t>
      </w:r>
      <w:r>
        <w:br/>
      </w:r>
      <w:r>
        <w:rPr>
          <w:sz w:val="20"/>
        </w:rPr>
        <w:t>20:41  bohat ajeeb baat hai.</w:t>
      </w:r>
      <w:r>
        <w:br/>
      </w:r>
      <w:r>
        <w:rPr>
          <w:sz w:val="20"/>
        </w:rPr>
        <w:t>20:45  yani Allah taala ne Adam ko paida kiya aur kaha ke sab log jhuk jao us ke aage. sare farishte. to is mein jinn bhi maujood tha us waqt.</w:t>
      </w:r>
      <w:r>
        <w:br/>
      </w:r>
      <w:r>
        <w:rPr>
          <w:sz w:val="20"/>
        </w:rPr>
        <w:t>20:56  iblis tha, jinon ka sardar tha. iblis akele ka muamla nahin hai. woh jinon ka sardar tha woh.</w:t>
      </w:r>
      <w:r>
        <w:br/>
      </w:r>
      <w:r>
        <w:rPr>
          <w:sz w:val="20"/>
        </w:rPr>
        <w:t>21:08  to us ne inkar kiya. to Allah ne poocha ke tum ne kyun inkar kiya</w:t>
      </w:r>
      <w:r>
        <w:br/>
      </w:r>
      <w:r>
        <w:rPr>
          <w:sz w:val="20"/>
        </w:rPr>
        <w:t>21:14  ? kyun nahin jhuka to? to us ne kya kaha? ana khairun minhu. main is se behtar hoon.</w:t>
      </w:r>
      <w:r>
        <w:br/>
      </w:r>
      <w:r>
        <w:rPr>
          <w:sz w:val="20"/>
        </w:rPr>
        <w:t>21:25  aap ghore kijiye, Allah ne kaha ke main tum ko jahannum mein dalunga. lekin shaitan phir bhi qaim raha apne us par.</w:t>
      </w:r>
      <w:r>
        <w:br/>
      </w:r>
      <w:r>
        <w:rPr>
          <w:sz w:val="20"/>
        </w:rPr>
        <w:t>21:39  main is se behtar hoon. main superior hoon.</w:t>
      </w:r>
      <w:r>
        <w:br/>
      </w:r>
      <w:r>
        <w:rPr>
          <w:sz w:val="20"/>
        </w:rPr>
        <w:t>21:44  is ke mani hain ke superiority ka ehsas mein itni lazzat hai, itni lazzat hai ke jahannum ka khatra mol le sakta aadmi. kaisi ajeeb baat hai.</w:t>
      </w:r>
      <w:r>
        <w:br/>
      </w:r>
      <w:r>
        <w:rPr>
          <w:sz w:val="20"/>
        </w:rPr>
        <w:t>21:54  iblis ne jahannum ka khatra mol le kar ke superiority ke ehsas mein apne ko jeeta raha woh. is mein lazzat leta raha.</w:t>
      </w:r>
      <w:r>
        <w:br/>
      </w:r>
      <w:r>
        <w:rPr>
          <w:sz w:val="20"/>
        </w:rPr>
        <w:t>22:06  aap is par ghore kijiye, kitna zyada yeh sochne ki baat hai.</w:t>
      </w:r>
      <w:r>
        <w:br/>
      </w:r>
      <w:r>
        <w:rPr>
          <w:sz w:val="20"/>
        </w:rPr>
        <w:t>22:13  yani iblis ko maloom tha ke main jab Allah ke hukum ko nahin maan raha hoon to nateeja kya hoga? jab qayamat aayegi to qayamat ke baad mujh ko jahannum mein dal diya jayega.</w:t>
      </w:r>
      <w:r>
        <w:br/>
      </w:r>
      <w:r>
        <w:rPr>
          <w:sz w:val="20"/>
        </w:rPr>
        <w:t>22:27  lekin itni lazzat thi is mein ke main superior hoon. main bara hoon. main is se zyada hoon. zyada important hoon.</w:t>
      </w:r>
      <w:r>
        <w:br/>
      </w:r>
      <w:r>
        <w:rPr>
          <w:sz w:val="20"/>
        </w:rPr>
        <w:t>22:38  kyun ke mujhe to ne paida kiya hai nar se, us ko paida kiya hai teen se.</w:t>
      </w:r>
      <w:r>
        <w:br/>
      </w:r>
      <w:r>
        <w:rPr>
          <w:sz w:val="20"/>
        </w:rPr>
        <w:t>22:47  to superiority complex jo hai, apne ek superior se banna itna pur lazzat hai, itna pur lazzat hai ke aadmi jahannum ke khatre ko bhi jante hue nazar andaz karta hai.</w:t>
      </w:r>
      <w:r>
        <w:br/>
      </w:r>
      <w:r>
        <w:rPr>
          <w:sz w:val="20"/>
        </w:rPr>
        <w:t>23:00  jab jab jahannum aayegi, dekha jayega. abhi to hum lazzat le lete hain apne ehsas bartari mein.</w:t>
      </w:r>
    </w:p>
    <w:p>
      <w:pPr>
        <w:pStyle w:val="Heading2"/>
      </w:pPr>
      <w:r>
        <w:t>Iblis's story: arrogance as the ultimate forbidden pleasure</w:t>
      </w:r>
    </w:p>
    <w:p>
      <w:r>
        <w:rPr>
          <w:color w:val="666666"/>
          <w:sz w:val="18"/>
        </w:rPr>
        <w:t>The Importance of Thinking November 10, 2013 Maulana Wahiduddin Khan · 5m 26s · at 18:40 · https://youtu.be/dM9yTT9UlCs?t=1120</w:t>
      </w:r>
    </w:p>
    <w:p>
      <w:r>
        <w:rPr>
          <w:i/>
        </w:rPr>
        <w:t>“Remember death often, the destroyer of all pleasures”</w:t>
      </w:r>
    </w:p>
    <w:p>
      <w:r>
        <w:rPr>
          <w:sz w:val="20"/>
        </w:rPr>
        <w:t>18:40  bahut hi ajeeb hadith hai.</w:t>
      </w:r>
      <w:r>
        <w:br/>
      </w:r>
      <w:r>
        <w:rPr>
          <w:sz w:val="20"/>
        </w:rPr>
        <w:t>18:50  aksar zikr hadd bil lazzat al maut. maut ko bahut zyada yaad karo jo lazzaton ko utha dene wali hai.</w:t>
      </w:r>
      <w:r>
        <w:br/>
      </w:r>
      <w:r>
        <w:rPr>
          <w:sz w:val="20"/>
        </w:rPr>
        <w:t>19:03  ab is par main sochne laga ke lazzaton ko uthane ka matlab kya hai?</w:t>
      </w:r>
      <w:r>
        <w:br/>
      </w:r>
      <w:r>
        <w:rPr>
          <w:sz w:val="20"/>
        </w:rPr>
        <w:t>19:12  to ek malik, ek duniya mere zehan mein aa gayi.</w:t>
      </w:r>
      <w:r>
        <w:br/>
      </w:r>
      <w:r>
        <w:rPr>
          <w:sz w:val="20"/>
        </w:rPr>
        <w:t>19:18  lazzat ka matlab sirf yeh nahin ke aap khana peena hai, is ko bhool jayen. khana peena bhool jayen. nahin, is mein hazaron baaten shamil hain.</w:t>
      </w:r>
      <w:r>
        <w:br/>
      </w:r>
      <w:r>
        <w:rPr>
          <w:sz w:val="20"/>
        </w:rPr>
        <w:t>19:32  misal ke taur par dekhen, ek aadmi ke andar kibr ka mizaj hai, arrogance ka mizaj hai, to arrogance mein us ko lazzat milti hai.</w:t>
      </w:r>
      <w:r>
        <w:br/>
      </w:r>
      <w:r>
        <w:rPr>
          <w:sz w:val="20"/>
        </w:rPr>
        <w:t>19:46  yani doosre ke muqable mein apne ko jo bara samajhta hai, to ek ajeeb o ghareeb lazzat milti hai is ko. Main bara hoon, woh chota hai.</w:t>
      </w:r>
      <w:r>
        <w:br/>
      </w:r>
      <w:r>
        <w:rPr>
          <w:sz w:val="20"/>
        </w:rPr>
        <w:t>19:56  Main zyada hoon, woh kam hai.</w:t>
      </w:r>
      <w:r>
        <w:br/>
      </w:r>
      <w:r>
        <w:rPr>
          <w:sz w:val="20"/>
        </w:rPr>
        <w:t>20:01  To yeh ajeeb ek hi lazzat. Main samajhta hoon ke tamam lazzaton se barh kar lazzat hai arrogance. Yeh jo lazzatein hain, jo hotel mein ja ke aap khate peete hain, woh to kuch bhi nahin hain.</w:t>
      </w:r>
      <w:r>
        <w:br/>
      </w:r>
      <w:r>
        <w:rPr>
          <w:sz w:val="20"/>
        </w:rPr>
        <w:t>20:15  Arrogance aur pride aur superiority, yeh to sab se bari lazzat hai.</w:t>
      </w:r>
      <w:r>
        <w:br/>
      </w:r>
      <w:r>
        <w:rPr>
          <w:sz w:val="20"/>
        </w:rPr>
        <w:t>20:26  Yeh itni bari lazzat hai ke is Iblees ne jahannum ke khatre ko, at the cost of jahannum, is lazzat mein mubtala hua.</w:t>
      </w:r>
      <w:r>
        <w:br/>
      </w:r>
      <w:r>
        <w:rPr>
          <w:sz w:val="20"/>
        </w:rPr>
        <w:t>20:34  Woh aap ghore kijiye, bari ajeeb baat hai yeh.</w:t>
      </w:r>
      <w:r>
        <w:br/>
      </w:r>
      <w:r>
        <w:rPr>
          <w:sz w:val="20"/>
        </w:rPr>
        <w:t>20:41  Bohat ajeeb baat hai.</w:t>
      </w:r>
      <w:r>
        <w:br/>
      </w:r>
      <w:r>
        <w:rPr>
          <w:sz w:val="20"/>
        </w:rPr>
        <w:t>20:45  Yani Allah taala ne Adam ko paida kiya aur kaha ke sab log jhuk jao is ke aage. Saare farishte. To is mein jinn bhi maujood tha us waqt.</w:t>
      </w:r>
      <w:r>
        <w:br/>
      </w:r>
      <w:r>
        <w:rPr>
          <w:sz w:val="20"/>
        </w:rPr>
        <w:t>20:56  Iblees tha, jinon ka sardar tha. Iblees akele ka muamla nahin hai. Woh jinon, jinon ka sardar tha.</w:t>
      </w:r>
      <w:r>
        <w:br/>
      </w:r>
      <w:r>
        <w:rPr>
          <w:sz w:val="20"/>
        </w:rPr>
        <w:t>21:06  Woh to is ne inkar kiya. To Allah ne poocha ke tum ne kyun inkar kiya</w:t>
      </w:r>
      <w:r>
        <w:br/>
      </w:r>
      <w:r>
        <w:rPr>
          <w:sz w:val="20"/>
        </w:rPr>
        <w:t>21:14  ? Kyun nahin jhuka tu? To is ne kya kaha? "Ana khairun minh". Main is se behtar hoon.</w:t>
      </w:r>
      <w:r>
        <w:br/>
      </w:r>
      <w:r>
        <w:rPr>
          <w:sz w:val="20"/>
        </w:rPr>
        <w:t>21:25  Aap ghore kijiye, Allah ne kaha ke main tum ko jahannum mein daalunga, lekin shaitan phir bhi qaim raha apne us par.</w:t>
      </w:r>
      <w:r>
        <w:br/>
      </w:r>
      <w:r>
        <w:rPr>
          <w:sz w:val="20"/>
        </w:rPr>
        <w:t>21:39  Main is se behtar hoon, main superior hoon.</w:t>
      </w:r>
      <w:r>
        <w:br/>
      </w:r>
      <w:r>
        <w:rPr>
          <w:sz w:val="20"/>
        </w:rPr>
        <w:t>21:44  Is ke maani hain ke superiority ka ehsas mein itni lazzat hai, itni lazzat hai ke jahannum ka khatra mol le sakta aadmi. Kaisi ajeeb baat hai!</w:t>
      </w:r>
      <w:r>
        <w:br/>
      </w:r>
      <w:r>
        <w:rPr>
          <w:sz w:val="20"/>
        </w:rPr>
        <w:t>21:54  Iblees ne jahannum ka khatra mol le kar ke superiority ke ehsas mein apne ko jeeta raha. Woh is mein lazzat leta raha.</w:t>
      </w:r>
      <w:r>
        <w:br/>
      </w:r>
      <w:r>
        <w:rPr>
          <w:sz w:val="20"/>
        </w:rPr>
        <w:t>22:06  Aap is par ghore kijiye, kitna zyada yeh sochne ki baat hai.</w:t>
      </w:r>
      <w:r>
        <w:br/>
      </w:r>
      <w:r>
        <w:rPr>
          <w:sz w:val="20"/>
        </w:rPr>
        <w:t>22:13  Yani Iblees ko maloom tha ke main jab Allah ke hukum ko nahin maan raha hoon to nateeja kya hoga? Jab qayamat aayegi to qayamat ke baad mujh ko jahannum mein daal diya jayega.</w:t>
      </w:r>
      <w:r>
        <w:br/>
      </w:r>
      <w:r>
        <w:rPr>
          <w:sz w:val="20"/>
        </w:rPr>
        <w:t>22:27  Lekin itni lazzat thi is mein ke main superior hoon, main bara hoon, main is se zyada hoon, zyada important hoon kyunke mujhe to ne paida kiya hai nar se, is ko paida kiya hai teen se.</w:t>
      </w:r>
      <w:r>
        <w:br/>
      </w:r>
      <w:r>
        <w:rPr>
          <w:sz w:val="20"/>
        </w:rPr>
        <w:t>22:47  To superiority complex jo hai, apne ek superior se banna itna pur-lazzat hai, itna pur-lazzat hai ke aadmi jahannum ke khatre ko bhi jante hue nazar andaz karta hai.</w:t>
      </w:r>
      <w:r>
        <w:br/>
      </w:r>
      <w:r>
        <w:rPr>
          <w:sz w:val="20"/>
        </w:rPr>
        <w:t>23:00  Jab jab jahannum aayegi, dekha jayega. Abhi to hum lazzat le lete hain apne ehsas-e-bartari mein.</w:t>
      </w:r>
      <w:r>
        <w:br/>
      </w:r>
      <w:r>
        <w:rPr>
          <w:sz w:val="20"/>
        </w:rPr>
        <w:t>23:10  To yeh main asal mein jo batana chahta hoon, woh yeh hai ke kis tarah se 700 guna banta hai</w:t>
      </w:r>
      <w:r>
        <w:br/>
      </w:r>
      <w:r>
        <w:rPr>
          <w:sz w:val="20"/>
        </w:rPr>
        <w:t>23:15  ke ek baar jab trigger ho gaya to chain reaction hota hai. Chain reaction ek ke baad doosri, doosri ke baad teesri, teesri ke baad chauthi. Yeh chain reaction aap ke qabl ko 700 guna tak</w:t>
      </w:r>
      <w:r>
        <w:br/>
      </w:r>
      <w:r>
        <w:rPr>
          <w:sz w:val="20"/>
        </w:rPr>
        <w:t>23:31  sawa ko pushte bana deta hai. Yani yani 700 item. Is ka matlab hai ke aap ke is amal mein 700 item shamil hote hain, balkeh is se bhi zyada.</w:t>
      </w:r>
      <w:r>
        <w:br/>
      </w:r>
      <w:r>
        <w:rPr>
          <w:sz w:val="20"/>
        </w:rPr>
        <w:t>23:50  Ab dekhen, phir mujhe ek hadith yaad aayi. Ek hadith hai ke</w:t>
      </w:r>
    </w:p>
    <w:p>
      <w:pPr>
        <w:pStyle w:val="Heading2"/>
      </w:pPr>
      <w:r>
        <w:t>Ashab and Ikhwan two prophetic roles</w:t>
      </w:r>
    </w:p>
    <w:p>
      <w:r>
        <w:rPr>
          <w:color w:val="666666"/>
          <w:sz w:val="18"/>
        </w:rPr>
        <w:t>Fragments of a CPS Mind 5 May 2006 - Maulana Wahiduddin Khan · 3m 20s · at 4:42 · https://youtu.be/_IxGI6LsK8o?t=282</w:t>
      </w:r>
    </w:p>
    <w:p>
      <w:r>
        <w:rPr>
          <w:i/>
        </w:rPr>
        <w:t>“Dhekhiye, hadees se maloom hota hai, yani Prophet ki jo hadeesen hain”</w:t>
      </w:r>
    </w:p>
    <w:p>
      <w:r>
        <w:rPr>
          <w:sz w:val="20"/>
        </w:rPr>
        <w:t>4:42  is aakhri role ke liye. Dekhein, hadith se maloom hota hai, yaani prophet ki jo hadithain hain, un se maloom hota hai ke history mein do group Khuda ne muqaddar kiye.</w:t>
      </w:r>
      <w:r>
        <w:br/>
      </w:r>
      <w:r>
        <w:rPr>
          <w:sz w:val="20"/>
        </w:rPr>
        <w:t>5:02  yeh to... yeh to hadith se sabit hai.</w:t>
      </w:r>
      <w:r>
        <w:br/>
      </w:r>
      <w:r>
        <w:rPr>
          <w:sz w:val="20"/>
        </w:rPr>
        <w:t>5:07  ek woh jis ko Rasool Allah ne kaha "Ashab-e-Rasool", yaani "companions of the prophet".</w:t>
      </w:r>
      <w:r>
        <w:br/>
      </w:r>
      <w:r>
        <w:rPr>
          <w:sz w:val="20"/>
        </w:rPr>
        <w:t>5:18  aur doosre ke liye aap ne jo word use kiya woh hai "Ikhwan-e-Rasool", "brothers of the prophet".</w:t>
      </w:r>
      <w:r>
        <w:br/>
      </w:r>
      <w:r>
        <w:rPr>
          <w:sz w:val="20"/>
        </w:rPr>
        <w:t>5:30  ek baar Rasool Allah apne Ashab ke beech mein baithe hue thay, aap ne farmaya ke meri tamanna hai ke main apne bhaiyon ko dekhun,</w:t>
      </w:r>
      <w:r>
        <w:br/>
      </w:r>
      <w:r>
        <w:rPr>
          <w:sz w:val="20"/>
        </w:rPr>
        <w:t>5:45  apne ikhwan ko dekhun.</w:t>
      </w:r>
      <w:r>
        <w:br/>
      </w:r>
      <w:r>
        <w:rPr>
          <w:sz w:val="20"/>
        </w:rPr>
        <w:t>5:48  to aap ke jo Sahaba thay, unhone kaha: "kya hum aap ke ikhwan, aap ke bhai nahin hain?" aap ne kaha ke nahin.</w:t>
      </w:r>
      <w:r>
        <w:br/>
      </w:r>
      <w:r>
        <w:rPr>
          <w:sz w:val="20"/>
        </w:rPr>
        <w:t>5:59  tum mere Ashab ho, mere companion ho,</w:t>
      </w:r>
      <w:r>
        <w:br/>
      </w:r>
      <w:r>
        <w:rPr>
          <w:sz w:val="20"/>
        </w:rPr>
        <w:t>6:04  yaani mere contemporary companion ho.</w:t>
      </w:r>
      <w:r>
        <w:br/>
      </w:r>
      <w:r>
        <w:rPr>
          <w:sz w:val="20"/>
        </w:rPr>
        <w:t>6:09  mere ikhwan woh hain jo baad ko aayenge, mujhe dekhe baghair mujh ko is tarah manenge jis tarah tum ne mana,</w:t>
      </w:r>
      <w:r>
        <w:br/>
      </w:r>
      <w:r>
        <w:rPr>
          <w:sz w:val="20"/>
        </w:rPr>
        <w:t>6:24  aur wahi karenge jo tum ne kiya.</w:t>
      </w:r>
      <w:r>
        <w:br/>
      </w:r>
      <w:r>
        <w:rPr>
          <w:sz w:val="20"/>
        </w:rPr>
        <w:t>6:27  is ke maani hain ke Ashab-e-Rasool ka jo role tha, jis ko unhone bohat hi achhe tareeqe se anjam diya, wahi role ek aur group ko anjam dena hai "end of the history" se pehle,</w:t>
      </w:r>
      <w:r>
        <w:br/>
      </w:r>
      <w:r>
        <w:rPr>
          <w:sz w:val="20"/>
        </w:rPr>
        <w:t>6:44  yaani qayamat se pehle.</w:t>
      </w:r>
      <w:r>
        <w:br/>
      </w:r>
      <w:r>
        <w:rPr>
          <w:sz w:val="20"/>
        </w:rPr>
        <w:t>6:49  meri yeh tamanna thi ke main ek aisa group banaoon jo is aakhri role ko kar sake</w:t>
      </w:r>
      <w:r>
        <w:br/>
      </w:r>
      <w:r>
        <w:rPr>
          <w:sz w:val="20"/>
        </w:rPr>
        <w:t>7:07  jo "history of dawah" mein Khuda ne muqaddar kiya hai.</w:t>
      </w:r>
      <w:r>
        <w:br/>
      </w:r>
      <w:r>
        <w:rPr>
          <w:sz w:val="20"/>
        </w:rPr>
        <w:t>7:13  mujhe nahin maloom ke meri soch Khuda ke nazdeek kya thi, lekin main apni jagah par samajhta hoon ke honestly main ne aisa socha aur apni poori zindagi ko main ne is mein lagaya.</w:t>
      </w:r>
      <w:r>
        <w:br/>
      </w:r>
      <w:r>
        <w:rPr>
          <w:sz w:val="20"/>
        </w:rPr>
        <w:t>7:29  to meri yeh koshish hai aur yeh dua hai ke aap ko Khuda</w:t>
      </w:r>
      <w:r>
        <w:br/>
      </w:r>
      <w:r>
        <w:rPr>
          <w:sz w:val="20"/>
        </w:rPr>
        <w:t>7:36  is role ke liye qabool kare</w:t>
      </w:r>
      <w:r>
        <w:br/>
      </w:r>
      <w:r>
        <w:rPr>
          <w:sz w:val="20"/>
        </w:rPr>
        <w:t>7:39  jisko hadith mein</w:t>
      </w:r>
      <w:r>
        <w:br/>
      </w:r>
      <w:r>
        <w:rPr>
          <w:sz w:val="20"/>
        </w:rPr>
        <w:t>7:43  "ikhwan-e-rasool" ka role,</w:t>
      </w:r>
      <w:r>
        <w:br/>
      </w:r>
      <w:r>
        <w:rPr>
          <w:sz w:val="20"/>
        </w:rPr>
        <w:t>7:46  یعنی "brothers of the Prophet" کا رول کہا گیا ہے۔</w:t>
      </w:r>
    </w:p>
    <w:p>
      <w:pPr>
        <w:pStyle w:val="Heading2"/>
      </w:pPr>
      <w:r>
        <w:t>Anger control leads to wisdom</w:t>
      </w:r>
    </w:p>
    <w:p>
      <w:r>
        <w:rPr>
          <w:color w:val="666666"/>
          <w:sz w:val="18"/>
        </w:rPr>
        <w:t>Anger An Obstacle to wisdom 5 Jan 2020 - Maulana Wahiduddin Khan · 3m 24s · at 5:47 · https://youtu.be/q0VPtCsiYrI?t=347</w:t>
      </w:r>
    </w:p>
    <w:p>
      <w:r>
        <w:rPr>
          <w:i/>
        </w:rPr>
        <w:t>“Ghusse ko rokne wale ban jaiye.”</w:t>
      </w:r>
    </w:p>
    <w:p>
      <w:r>
        <w:rPr>
          <w:sz w:val="20"/>
        </w:rPr>
        <w:t>5:47  non anger mein bhi jaane ki koshish kijiye. ghussa ko rok rokne wale ban jaiye.</w:t>
      </w:r>
      <w:r>
        <w:br/>
      </w:r>
      <w:r>
        <w:rPr>
          <w:sz w:val="20"/>
        </w:rPr>
        <w:t>5:57  aur phir dekhiye, kya farq hota hai aap ke is mein.</w:t>
      </w:r>
      <w:r>
        <w:br/>
      </w:r>
      <w:r>
        <w:rPr>
          <w:sz w:val="20"/>
        </w:rPr>
        <w:t>6:03  ek is mahine mein aur ek is mahine mein.</w:t>
      </w:r>
      <w:r>
        <w:br/>
      </w:r>
      <w:r>
        <w:rPr>
          <w:sz w:val="20"/>
        </w:rPr>
        <w:t>6:11  to unhone bataya ke waqia yeh hai ke jab maine ek unka ke maine aap kahan se lauta main hain to maine ek diary bana li.</w:t>
      </w:r>
      <w:r>
        <w:br/>
      </w:r>
      <w:r>
        <w:rPr>
          <w:sz w:val="20"/>
        </w:rPr>
        <w:t>6:23  to daily mein likhne laga sirf ek baat ke aaj maine nayi baat kya seekhi.</w:t>
      </w:r>
      <w:r>
        <w:br/>
      </w:r>
      <w:r>
        <w:rPr>
          <w:sz w:val="20"/>
        </w:rPr>
        <w:t>6:35  maine unse kaha tha ke chhoti ho, bari ho, uski riyazat kijiye. nayi ho.</w:t>
      </w:r>
      <w:r>
        <w:br/>
      </w:r>
      <w:r>
        <w:rPr>
          <w:sz w:val="20"/>
        </w:rPr>
        <w:t>6:43  jise Japan mein kaha jata hai ke har din ek nayi baat seekhein. chahe woh sui ke nake mein dhaga dalne ka ek naya tareeqa hi kyun na ho.</w:t>
      </w:r>
      <w:r>
        <w:br/>
      </w:r>
      <w:r>
        <w:rPr>
          <w:sz w:val="20"/>
        </w:rPr>
        <w:t>6:58  to unse maine kaha ke dekhiye, aap ek mahina. to unhone bataya tha khud hi ke rozana main ghussa mein rehta hoon.</w:t>
      </w:r>
      <w:r>
        <w:br/>
      </w:r>
      <w:r>
        <w:rPr>
          <w:sz w:val="20"/>
        </w:rPr>
        <w:t>7:11  to maine kaha ke ek din kisi tarah se control kijiye aap.</w:t>
      </w:r>
      <w:r>
        <w:br/>
      </w:r>
      <w:r>
        <w:rPr>
          <w:sz w:val="20"/>
        </w:rPr>
        <w:t>7:18  aur ek din aap ek notebook rakhiye ke ek din</w:t>
      </w:r>
      <w:r>
        <w:br/>
      </w:r>
      <w:r>
        <w:rPr>
          <w:sz w:val="20"/>
        </w:rPr>
        <w:t>7:27  nahi, ek mahina. ek mahina. har din aap ne kya nayi baat seekhi. aur ek mahine aap ne jo kiya tha woh phir compare kijiye us ko.</w:t>
      </w:r>
      <w:r>
        <w:br/>
      </w:r>
      <w:r>
        <w:rPr>
          <w:sz w:val="20"/>
        </w:rPr>
        <w:t>7:44  to jab mahina pura ho gaya, woh mere paas aaye. to unhon ne kaha ke ek mahine mein itna seekha main ne jo das saal mein bhi nahin seekha tha.</w:t>
      </w:r>
      <w:r>
        <w:br/>
      </w:r>
      <w:r>
        <w:rPr>
          <w:sz w:val="20"/>
        </w:rPr>
        <w:t>8:00  nai baat hai, nai baat hai, nai baat hai.</w:t>
      </w:r>
      <w:r>
        <w:br/>
      </w:r>
      <w:r>
        <w:rPr>
          <w:sz w:val="20"/>
        </w:rPr>
        <w:t>8:06  khud mera apna tajurba hai</w:t>
      </w:r>
      <w:r>
        <w:br/>
      </w:r>
      <w:r>
        <w:rPr>
          <w:sz w:val="20"/>
        </w:rPr>
        <w:t>8:10  ke main mere andar bohat ghussa tha pehle, bohat ziyada ghussa tha.</w:t>
      </w:r>
      <w:r>
        <w:br/>
      </w:r>
      <w:r>
        <w:rPr>
          <w:sz w:val="20"/>
        </w:rPr>
        <w:t>8:19  bachpan se. to phir main ne is is ka tajurba kiya ke ghusse ko rok kar, ghusse ko control kar ke</w:t>
      </w:r>
      <w:r>
        <w:br/>
      </w:r>
      <w:r>
        <w:rPr>
          <w:sz w:val="20"/>
        </w:rPr>
        <w:t>8:35  main ne dekha ke kya hota hai.</w:t>
      </w:r>
      <w:r>
        <w:br/>
      </w:r>
      <w:r>
        <w:rPr>
          <w:sz w:val="20"/>
        </w:rPr>
        <w:t>8:41  to jab main ne ghusse ko control kiya to main ne paya ke waqai har din ek nai wisdom</w:t>
      </w:r>
      <w:r>
        <w:br/>
      </w:r>
      <w:r>
        <w:rPr>
          <w:sz w:val="20"/>
        </w:rPr>
        <w:t>8:54  main janne laga. aur sab se bari baat jo isi dauran main ne jani, mujhe shayad sab se bari baat jo main ne jani,</w:t>
      </w:r>
    </w:p>
    <w:p>
      <w:pPr>
        <w:pStyle w:val="Heading2"/>
      </w:pPr>
      <w:r>
        <w:t>God's mercy, judging by intention, universal goodwill</w:t>
      </w:r>
    </w:p>
    <w:p>
      <w:r>
        <w:rPr>
          <w:color w:val="666666"/>
          <w:sz w:val="18"/>
        </w:rPr>
        <w:t>Dars-e-Quran June 27, 2007 · 5m 48s · at 21:53 · https://youtu.be/6dgTjqN_UBM?t=1313</w:t>
      </w:r>
    </w:p>
    <w:p>
      <w:r>
        <w:rPr>
          <w:i/>
        </w:rPr>
        <w:t>“Ayat 143: Allah bila shuba logon ke sath meharban hai”</w:t>
      </w:r>
    </w:p>
    <w:p>
      <w:r>
        <w:rPr>
          <w:sz w:val="20"/>
        </w:rPr>
        <w:t>21:53  ab is ke baad dekhiye Surah Baqarah ki ayat 143.</w:t>
      </w:r>
      <w:r>
        <w:br/>
      </w:r>
      <w:r>
        <w:rPr>
          <w:sz w:val="20"/>
        </w:rPr>
        <w:t>22:05  143.</w:t>
      </w:r>
      <w:r>
        <w:br/>
      </w:r>
      <w:r>
        <w:rPr>
          <w:sz w:val="20"/>
        </w:rPr>
        <w:t>22:11  to ayat number 143 mein farmaya إِنَّ اللَّهَ بِالنَّاسِ لَرَؤُوفٌ رَحِيمٌ</w:t>
      </w:r>
      <w:r>
        <w:br/>
      </w:r>
      <w:r>
        <w:rPr>
          <w:sz w:val="20"/>
        </w:rPr>
        <w:t>22:24  Innal-laha bin-nasi la ra'ufur-rahim.</w:t>
      </w:r>
      <w:r>
        <w:br/>
      </w:r>
      <w:r>
        <w:rPr>
          <w:sz w:val="20"/>
        </w:rPr>
        <w:t>22:35  iska matlab yeh hai ke Allah bila shubah</w:t>
      </w:r>
      <w:r>
        <w:br/>
      </w:r>
      <w:r>
        <w:rPr>
          <w:sz w:val="20"/>
        </w:rPr>
        <w:t>22:42  logon ke sath</w:t>
      </w:r>
      <w:r>
        <w:br/>
      </w:r>
      <w:r>
        <w:rPr>
          <w:sz w:val="20"/>
        </w:rPr>
        <w:t>22:46  narmi wala aur meharbani wala hai.</w:t>
      </w:r>
      <w:r>
        <w:br/>
      </w:r>
      <w:r>
        <w:rPr>
          <w:sz w:val="20"/>
        </w:rPr>
        <w:t>22:53  Allah logon ke sath narmi ka aur meharbani ka sulook karta hai. Is mein koi shaq nahi hai.</w:t>
      </w:r>
      <w:r>
        <w:br/>
      </w:r>
      <w:r>
        <w:rPr>
          <w:sz w:val="20"/>
        </w:rPr>
        <w:t>23:05  iska matlab kya hai?</w:t>
      </w:r>
      <w:r>
        <w:br/>
      </w:r>
      <w:r>
        <w:rPr>
          <w:sz w:val="20"/>
        </w:rPr>
        <w:t>23:10  iska matlab yeh hai ke dunya mein agar aap apne ko kisi museebat mein paayein, koi baat aap ki bigad jaye to yeh mat samjhiye ke Khuda ne aap ke sath koi</w:t>
      </w:r>
      <w:r>
        <w:br/>
      </w:r>
      <w:r>
        <w:rPr>
          <w:sz w:val="20"/>
        </w:rPr>
        <w:t>23:30  ghalat muamla kiya hai, koi dushmani ka muamla kiya hai. Woh bhi kisi na kisi pehlu se aap ke liye acha hoga.</w:t>
      </w:r>
      <w:r>
        <w:br/>
      </w:r>
      <w:r>
        <w:rPr>
          <w:sz w:val="20"/>
        </w:rPr>
        <w:t>23:39  ek cheez jis ko aap khud acha samajhte hon, zaroori nahi ke anjam ke aitbar se bhi woh achi ho aap ke liye. To Khuda anjam ko dekh kar faisla karta hai.</w:t>
      </w:r>
      <w:r>
        <w:br/>
      </w:r>
      <w:r>
        <w:rPr>
          <w:sz w:val="20"/>
        </w:rPr>
        <w:t>23:50  is wajah se bohat ziyada taleem di gayi hai ke aadmi sabr aur shukr ke sath dunya mein rahe. Sabr aur shukr ke sath dunya mein rahe.</w:t>
      </w:r>
      <w:r>
        <w:br/>
      </w:r>
      <w:r>
        <w:rPr>
          <w:sz w:val="20"/>
        </w:rPr>
        <w:t>24:04  kyun ke agar woh aisa karega to us ko Khuda ki aur aur rehmaten milegi. Us ke andar haqeeqat pasandi aayegi.</w:t>
      </w:r>
      <w:r>
        <w:br/>
      </w:r>
      <w:r>
        <w:rPr>
          <w:sz w:val="20"/>
        </w:rPr>
        <w:t>24:17  woh apne aap ko manfi soch se bacha kar musbat soch par qaim rakhega. Yeh faida hoga.</w:t>
      </w:r>
      <w:r>
        <w:br/>
      </w:r>
      <w:r>
        <w:rPr>
          <w:sz w:val="20"/>
        </w:rPr>
        <w:t>24:30  phir aakhiri ke aitbar se bhi yahi baat hai ke aakhirat ke aitbar se Khuda insan ke sath sakhti nahi karta.</w:t>
      </w:r>
      <w:r>
        <w:br/>
      </w:r>
      <w:r>
        <w:rPr>
          <w:sz w:val="20"/>
        </w:rPr>
        <w:t>24:42  khuda hamesha insan ki niyat ko dekhta hai.</w:t>
      </w:r>
      <w:r>
        <w:br/>
      </w:r>
      <w:r>
        <w:rPr>
          <w:sz w:val="20"/>
        </w:rPr>
        <w:t>24:47  agar aadmi bظahir koi is ki ghalati ho jaye to khuda aisa nahi karta ke be rehmi ke sath is ko pakar le. kyunke woh raoof hai, woh rahim hai, woh naram hai aur woh meherban hai.</w:t>
      </w:r>
      <w:r>
        <w:br/>
      </w:r>
      <w:r>
        <w:rPr>
          <w:sz w:val="20"/>
        </w:rPr>
        <w:t>25:04  lekin jahan tak niyat ki baat hai, niyat ke mamle mein insan ko koi chhoot nahi di jayegi.</w:t>
      </w:r>
      <w:r>
        <w:br/>
      </w:r>
      <w:r>
        <w:rPr>
          <w:sz w:val="20"/>
        </w:rPr>
        <w:t>25:15  khariji amal jo hai us mein to chhoot di ja sakti hai ke kuch majboori aa gayi, koi aisi wajah aa gayi jis ki wajah se aadmi koi ghalat baat kar di us ne.</w:t>
      </w:r>
      <w:r>
        <w:br/>
      </w:r>
      <w:r>
        <w:rPr>
          <w:sz w:val="20"/>
        </w:rPr>
        <w:t>25:26  lekin jahan tak niyat ki baat hai to niyat ke liye kya majboori hai? to niyat ka matlab kya hai? jis tarah se aap apne bachon ke liye khair khwah hain, usi tarah aap sare insan ke liye khair khwah ban jayen.</w:t>
      </w:r>
      <w:r>
        <w:br/>
      </w:r>
      <w:r>
        <w:rPr>
          <w:sz w:val="20"/>
        </w:rPr>
        <w:t>25:46  aap jante hain ke har maa baap apne bachon ke liye khair khwah hote hain. yahi aap ko sare insanon ke liye karna hai.</w:t>
      </w:r>
      <w:r>
        <w:br/>
      </w:r>
      <w:r>
        <w:rPr>
          <w:sz w:val="20"/>
        </w:rPr>
        <w:t>25:58  sab ka khair khwah banna hai, sab ka khair khwah banna hai. sab ke liye apne dil mein naik jazbat rakhna hai. yaani amli aitbar se aadmi ke andar kuch kami ho sakti hai.</w:t>
      </w:r>
      <w:r>
        <w:br/>
      </w:r>
      <w:r>
        <w:rPr>
          <w:sz w:val="20"/>
        </w:rPr>
        <w:t>26:13  bohat se wajoohaat hoti hain jis se amli zindagi mein aadmi se kotahi ho jati hai. lekin jahan tak dil ki baat hai, jahan tak niyat ki baat hai, is mein kisi ko allowance nahi diya jayega.</w:t>
      </w:r>
      <w:r>
        <w:br/>
      </w:r>
      <w:r>
        <w:rPr>
          <w:sz w:val="20"/>
        </w:rPr>
        <w:t>26:31  kyunke wahan koi rukawat nahi hai. yaani dil mein agar aap sab ke liye khair khwah ban jayen to is mein kya rukawat</w:t>
      </w:r>
      <w:r>
        <w:br/>
      </w:r>
      <w:r>
        <w:rPr>
          <w:sz w:val="20"/>
        </w:rPr>
        <w:t>26:41  hai? kaun rok raha hai aap ko khair khwah banne se?</w:t>
      </w:r>
      <w:r>
        <w:br/>
      </w:r>
      <w:r>
        <w:rPr>
          <w:sz w:val="20"/>
        </w:rPr>
        <w:t>26:48  yaani amli aitbar se farz ki jiye ke aap ke paas paisa kam hai to aap paisa doosron ko nahi de payenge. aap ke paas taqat kam hai to aap doosron ki madad nahi kar payenge.</w:t>
      </w:r>
      <w:r>
        <w:br/>
      </w:r>
      <w:r>
        <w:rPr>
          <w:sz w:val="20"/>
        </w:rPr>
        <w:t>27:02  lekin dil mein har ek ke liye achhe jazbat hona, is mein kya rukawat hai?</w:t>
      </w:r>
      <w:r>
        <w:br/>
      </w:r>
      <w:r>
        <w:rPr>
          <w:sz w:val="20"/>
        </w:rPr>
        <w:t>27:11  yahan to koi rukawat nahi. to yeh farz ke darje mein zaroori hai ke aadmi niyat ke aitbar se sab ke liye achha rahe woh.</w:t>
      </w:r>
      <w:r>
        <w:br/>
      </w:r>
      <w:r>
        <w:rPr>
          <w:sz w:val="20"/>
        </w:rPr>
        <w:t>27:25  niyat ke aitbar se woh khuda ke liye bhi achha bana rahe aur niyat ke aitbar se woh insanon ke liye bhi achha bana rahe.</w:t>
      </w:r>
      <w:r>
        <w:br/>
      </w:r>
      <w:r>
        <w:rPr>
          <w:sz w:val="20"/>
        </w:rPr>
        <w:t>27:35  har insan ke sath is ka khair khwah ban kar rehna.</w:t>
      </w:r>
    </w:p>
    <w:p>
      <w:pPr>
        <w:pStyle w:val="Heading2"/>
      </w:pPr>
      <w:r>
        <w:t>Spiritual experience and secret of patience</w:t>
      </w:r>
    </w:p>
    <w:p>
      <w:r>
        <w:rPr>
          <w:color w:val="666666"/>
          <w:sz w:val="18"/>
        </w:rPr>
        <w:t>The Spiritual Message of Fasting April 29, 2020 Maulana Wahiduddin Khan · 4m 06s · at 37:12 · https://youtu.be/QCqKrVhGUF0?t=2232</w:t>
      </w:r>
    </w:p>
    <w:p>
      <w:r>
        <w:rPr>
          <w:i/>
        </w:rPr>
        <w:t>“Aaj hi main apne ek din ko yaad kar raha tha”</w:t>
      </w:r>
    </w:p>
    <w:p>
      <w:r>
        <w:rPr>
          <w:sz w:val="20"/>
        </w:rPr>
        <w:t>37:12  wohi sachi dua hai. aaj hi mein apne aik din ko yaad kar raha tha jo adam garh mein guzra tha.</w:t>
      </w:r>
      <w:r>
        <w:br/>
      </w:r>
      <w:r>
        <w:rPr>
          <w:sz w:val="20"/>
        </w:rPr>
        <w:t>37:25  adam garh up ka shehar.</w:t>
      </w:r>
      <w:r>
        <w:br/>
      </w:r>
      <w:r>
        <w:rPr>
          <w:sz w:val="20"/>
        </w:rPr>
        <w:t>37:31  wahan mere bare bhai ka ghar tha. is ke qareeb hi jamia masjid thi.</w:t>
      </w:r>
      <w:r>
        <w:br/>
      </w:r>
      <w:r>
        <w:rPr>
          <w:sz w:val="20"/>
        </w:rPr>
        <w:t>37:44  to aik din mein wahan gaya aur us waqt koi namaz ka waqt nahi tha kuch nahi tha to bilkul sunata tha us waqt.</w:t>
      </w:r>
      <w:r>
        <w:br/>
      </w:r>
      <w:r>
        <w:rPr>
          <w:sz w:val="20"/>
        </w:rPr>
        <w:t>37:58  to mein andar gaya to wahan aik papite ka aik peir</w:t>
      </w:r>
      <w:r>
        <w:br/>
      </w:r>
      <w:r>
        <w:rPr>
          <w:sz w:val="20"/>
        </w:rPr>
        <w:t>38:04  tha jis se phool jhad rahe the. is ko dekh kar mein ro para.</w:t>
      </w:r>
      <w:r>
        <w:br/>
      </w:r>
      <w:r>
        <w:rPr>
          <w:sz w:val="20"/>
        </w:rPr>
        <w:t>38:16  to papite ke peir se phool jhad rahe the aur meri aankh se aansu</w:t>
      </w:r>
      <w:r>
        <w:br/>
      </w:r>
      <w:r>
        <w:rPr>
          <w:sz w:val="20"/>
        </w:rPr>
        <w:t>38:23  gir rahe the. us waqt be tazgi ke andaaz mein bilkul mere liye un ki kaise yeh alfaaz nikle ke khudawand tu kab aaye ga mein kab tak tera tere aane ka intezar karoon.</w:t>
      </w:r>
      <w:r>
        <w:br/>
      </w:r>
      <w:r>
        <w:rPr>
          <w:sz w:val="20"/>
        </w:rPr>
        <w:t>38:41  Khawand to kab aaye ga mein kab tak tere aanay ka intezar karoon.</w:t>
      </w:r>
      <w:r>
        <w:br/>
      </w:r>
      <w:r>
        <w:rPr>
          <w:sz w:val="20"/>
        </w:rPr>
        <w:t>38:49  to jab aap</w:t>
      </w:r>
      <w:r>
        <w:br/>
      </w:r>
      <w:r>
        <w:rPr>
          <w:sz w:val="20"/>
        </w:rPr>
        <w:t>38:51  apne aap ko jab doob jatay hain aap sachai mein to aap ko is qism ke tajrubay hotay</w:t>
      </w:r>
      <w:r>
        <w:br/>
      </w:r>
      <w:r>
        <w:rPr>
          <w:sz w:val="20"/>
        </w:rPr>
        <w:t>38:57  hain.</w:t>
      </w:r>
      <w:r>
        <w:br/>
      </w:r>
      <w:r>
        <w:rPr>
          <w:sz w:val="20"/>
        </w:rPr>
        <w:t>39:13  sahib ahmad likhte hain maulana sahib you and javed gandhi both deserve more praise than what you got in the muslim world yet both of you are extremely positive and optimistic about the world what is the secret of your sabr.</w:t>
      </w:r>
      <w:r>
        <w:br/>
      </w:r>
      <w:r>
        <w:rPr>
          <w:sz w:val="20"/>
        </w:rPr>
        <w:t>39:42  bhai mera secret to yahi hai ke mein allah mein jeene wala insan hoon.</w:t>
      </w:r>
      <w:r>
        <w:br/>
      </w:r>
      <w:r>
        <w:rPr>
          <w:sz w:val="20"/>
        </w:rPr>
        <w:t>39:52  kisi ko mein</w:t>
      </w:r>
      <w:r>
        <w:br/>
      </w:r>
      <w:r>
        <w:rPr>
          <w:sz w:val="20"/>
        </w:rPr>
        <w:t>39:59  kisi ko mein apna</w:t>
      </w:r>
      <w:r>
        <w:br/>
      </w:r>
      <w:r>
        <w:rPr>
          <w:sz w:val="20"/>
        </w:rPr>
        <w:t>40:08  bara nahi samajhta. mein sirf allah ko apna bara samajhta hoon.</w:t>
      </w:r>
      <w:r>
        <w:br/>
      </w:r>
      <w:r>
        <w:rPr>
          <w:sz w:val="20"/>
        </w:rPr>
        <w:t>40:18  bas yahi meri zindagi hai.</w:t>
      </w:r>
      <w:r>
        <w:br/>
      </w:r>
      <w:r>
        <w:rPr>
          <w:sz w:val="20"/>
        </w:rPr>
        <w:t>40:22  wo keh rahe hain ke logon ne aap ko woh ahmiyat nahi di jo aap ko milni chahiye thi phir bhi aap ke andar bohat ziyada sabr hai aur positive hain to is ka secret kya hai?</w:t>
      </w:r>
      <w:r>
        <w:br/>
      </w:r>
      <w:r>
        <w:rPr>
          <w:sz w:val="20"/>
        </w:rPr>
        <w:t>40:34  mujhe is ka iqdar hi nahi ke koi mujhe darja de. yahi yahi sabr yahi is ka secret hai.</w:t>
      </w:r>
      <w:r>
        <w:br/>
      </w:r>
      <w:r>
        <w:rPr>
          <w:sz w:val="20"/>
        </w:rPr>
        <w:t>40:45  kisi insaniyat kisi insan ke appreciation ka mujhe intezar hi nahi hai.</w:t>
      </w:r>
      <w:r>
        <w:br/>
      </w:r>
      <w:r>
        <w:rPr>
          <w:sz w:val="20"/>
        </w:rPr>
        <w:t>40:55  allah rab ul alameen ko mein ne discover kar liya yahi mera sab se bara سرمایہ hai.</w:t>
      </w:r>
      <w:r>
        <w:br/>
      </w:r>
      <w:r>
        <w:rPr>
          <w:sz w:val="20"/>
        </w:rPr>
        <w:t>41:06  sab se bara.</w:t>
      </w:r>
    </w:p>
    <w:p>
      <w:pPr>
        <w:pStyle w:val="Heading2"/>
      </w:pPr>
      <w:r>
        <w:t>Quran: every calamity is the result of your own deeds</w:t>
      </w:r>
    </w:p>
    <w:p>
      <w:r>
        <w:rPr>
          <w:color w:val="666666"/>
          <w:sz w:val="18"/>
        </w:rPr>
        <w:t>Ramadan and Roza August 5, 2012 · 47s · at 14:49 · https://youtu.be/G1oFWcZ1gBg?t=889</w:t>
      </w:r>
    </w:p>
    <w:p>
      <w:r>
        <w:rPr>
          <w:i/>
        </w:rPr>
        <w:t>“Jo museebat tum par padti hai, tumhare kiye ka nateeja hai”</w:t>
      </w:r>
    </w:p>
    <w:p>
      <w:r>
        <w:rPr>
          <w:sz w:val="20"/>
        </w:rPr>
        <w:t>14:49  aise hi pure pure quran phir aap padhenge is ayat tak pahunchenge ma asabakum musibah fabima qasamat aydikum yani jo musibah tumhare par padti hai to tumhare apne hi kiye ka nateeja hoti hai.</w:t>
      </w:r>
      <w:r>
        <w:br/>
      </w:r>
      <w:r>
        <w:rPr>
          <w:sz w:val="20"/>
        </w:rPr>
        <w:t>15:10  yeh aap ne padha to aap is ko bar bar padhenge agar aap ki hassasiyat barhi hui ho to</w:t>
      </w:r>
      <w:r>
        <w:br/>
      </w:r>
      <w:r>
        <w:rPr>
          <w:sz w:val="20"/>
        </w:rPr>
        <w:t>15:17  ke yeh kaisi baat ajib quran majeed mein hai ke jo musibah hi tum par padti hai wo sirf tumhare apne kiye ka nateeja hoti hai.</w:t>
      </w:r>
      <w:r>
        <w:br/>
      </w:r>
      <w:r>
        <w:rPr>
          <w:sz w:val="20"/>
        </w:rPr>
        <w:t>15:30  ab sochenge aap ke dekhiye mein to dusron ki shikayaton mein jee raha hoon.</w:t>
      </w:r>
    </w:p>
    <w:p>
      <w:pPr>
        <w:pStyle w:val="Heading2"/>
      </w:pPr>
      <w:r>
        <w:t>Potential haves and have-nots a journey</w:t>
      </w:r>
    </w:p>
    <w:p>
      <w:r>
        <w:rPr>
          <w:color w:val="666666"/>
          <w:sz w:val="18"/>
        </w:rPr>
        <w:t>Contribution of The Prophet 13 March 2006 - Maulana Wahiduddin Khan · 6m 04s · at 30:54 · https://youtu.be/KgVEHbWpoHw?t=1854</w:t>
      </w:r>
    </w:p>
    <w:p>
      <w:r>
        <w:rPr>
          <w:i/>
        </w:rPr>
        <w:t>“Haan ye bada acha question hai”</w:t>
      </w:r>
    </w:p>
    <w:p>
      <w:r>
        <w:rPr>
          <w:sz w:val="20"/>
        </w:rPr>
        <w:t>30:54  haan yeh bara acha question hai. dekhiye, maine yahan tak socha hai is par ke main bhi haves mein paida hua</w:t>
      </w:r>
      <w:r>
        <w:br/>
      </w:r>
      <w:r>
        <w:rPr>
          <w:sz w:val="20"/>
        </w:rPr>
        <w:t>31:04  mere khandan ke log zamindar the, landlord the. aur us zamane ke lehaz se bare logon mein shumar hota tha. kyunke hamare ghar mein ghoda hota tha.</w:t>
      </w:r>
      <w:r>
        <w:br/>
      </w:r>
      <w:r>
        <w:rPr>
          <w:sz w:val="20"/>
        </w:rPr>
        <w:t>31:16  sab se pehle car wahan aayi thi hamare pure district mein. to ek aaj raja ke liye ek hamare yahan aayi thi. wahan ek the raja harchand. pure district mein pehli car aayi thi raja harchand ke haan, doosri car aayi thi hamari family</w:t>
      </w:r>
      <w:r>
        <w:br/>
      </w:r>
      <w:r>
        <w:rPr>
          <w:sz w:val="20"/>
        </w:rPr>
        <w:t>31:30  mein. to main inhi logon mein se tha jo haves jinhein kehte hain aap. lekin main seeker bana. to main yeh samjha hoon is baat se ke jo have nots hain unke andar compulsively woh seeker ban jate hain.</w:t>
      </w:r>
      <w:r>
        <w:br/>
      </w:r>
      <w:r>
        <w:rPr>
          <w:sz w:val="20"/>
        </w:rPr>
        <w:t>31:44  yani compulsion jo hai unke liye challenge ban jata hai. compulso challenge. aur jo haves mein paida hote hain unke liye compulso challenge to nahi hota hai lekin agar unka soch bohat barha hua ho.</w:t>
      </w:r>
      <w:r>
        <w:br/>
      </w:r>
      <w:r>
        <w:rPr>
          <w:sz w:val="20"/>
        </w:rPr>
        <w:t>31:56  unke andar bohat zyada sochne ka mada ho. to kya hoga? is par woh unka contentment nahi hoga. jaise main tha mujhe ghode mein aur car mein aur ghar mein aur land mein aur paise mein kuch dilchaspi hi nahi thi mere.</w:t>
      </w:r>
      <w:r>
        <w:br/>
      </w:r>
      <w:r>
        <w:rPr>
          <w:sz w:val="20"/>
        </w:rPr>
        <w:t>32:11  kuch bhi nahi.</w:t>
      </w:r>
      <w:r>
        <w:br/>
      </w:r>
      <w:r>
        <w:rPr>
          <w:sz w:val="20"/>
        </w:rPr>
        <w:t>32:12  hai ya nahi yeh dono barabar the mere liye. to yeh jo tha is ki wajah se main seeker ban gaya. halanke mere meri family ke doosre log seeker nahi ban sake.</w:t>
      </w:r>
      <w:r>
        <w:br/>
      </w:r>
      <w:r>
        <w:rPr>
          <w:sz w:val="20"/>
        </w:rPr>
        <w:t>32:22  isi mein gum ho gaye, isi mein khush ho gaye. to yeh is par yani isi liye haves zyada paida kiye jate hain.</w:t>
      </w:r>
      <w:r>
        <w:br/>
      </w:r>
      <w:r>
        <w:rPr>
          <w:sz w:val="20"/>
        </w:rPr>
        <w:t>32:31  woh have nots zyada paida kiye jate hain. kyunke woh compulso challenge ko ka case banta hai unka</w:t>
      </w:r>
      <w:r>
        <w:br/>
      </w:r>
      <w:r>
        <w:rPr>
          <w:sz w:val="20"/>
        </w:rPr>
        <w:t>32:37  . yani sare ke sare hewz agar hon to main samajhta hoon ke phir na challenge hoga na seeking hogi, kuch bhi nahi hoga. to Khuda ki blessing yeh hai ke sab ko hewz nahi banata woh.</w:t>
      </w:r>
      <w:r>
        <w:br/>
      </w:r>
      <w:r>
        <w:rPr>
          <w:sz w:val="20"/>
        </w:rPr>
        <w:t>32:48  ke sab ko hewz bana de woh. yeh hadith mein aata hai ke agar sab ko de de Khuda ko paisa aur har cheez to sab log sarkash ho jayenge aur koi Khuda ko nahi manega.</w:t>
      </w:r>
      <w:r>
        <w:br/>
      </w:r>
      <w:r>
        <w:rPr>
          <w:sz w:val="20"/>
        </w:rPr>
        <w:t>32:59  to yeh blessing Khuda ki hai ke logon ko problem deta hai. problem na ho to log sarkash ban jayen.</w:t>
      </w:r>
      <w:r>
        <w:br/>
      </w:r>
      <w:r>
        <w:rPr>
          <w:sz w:val="20"/>
        </w:rPr>
        <w:t>33:05  Khuda ko yani inkar karne wale ban jayen. next question is by raziya. some people perceive the difference between hews and have nots as permanent and take it to extremes.</w:t>
      </w:r>
      <w:r>
        <w:br/>
      </w:r>
      <w:r>
        <w:rPr>
          <w:sz w:val="20"/>
        </w:rPr>
        <w:t>33:17  is it the valid reason for people committing suicide? haan yeh sahi hai. yeh hamare reformers ki ghalati hai.</w:t>
      </w:r>
      <w:r>
        <w:br/>
      </w:r>
      <w:r>
        <w:rPr>
          <w:sz w:val="20"/>
        </w:rPr>
        <w:t>33:26  reformers sare reformar jitne bhi hain one to all sab yahi kehte rahe hain ke society ko jaise aise boli bolte hain jaise permanently do mein bati hui hai woh.</w:t>
      </w:r>
      <w:r>
        <w:br/>
      </w:r>
      <w:r>
        <w:rPr>
          <w:sz w:val="20"/>
        </w:rPr>
        <w:t>33:38  sare reformers maine padhkar yeh keh sakta hoon main ke is is nuqte ko reformers ne pakda nahi ke aaj ka aaj ka hew nots kal ka hew ban jata hai.</w:t>
      </w:r>
      <w:r>
        <w:br/>
      </w:r>
      <w:r>
        <w:rPr>
          <w:sz w:val="20"/>
        </w:rPr>
        <w:t>33:48  to basically jo jo taqseem hai woh hai yani potential hews aur actual hews ke beech mein. hew nots ka koi wajood nahi hai.</w:t>
      </w:r>
      <w:r>
        <w:br/>
      </w:r>
      <w:r>
        <w:rPr>
          <w:sz w:val="20"/>
        </w:rPr>
        <w:t>33:56  misal ke taur par Dr Abdul Kalam jo the apni naujawani ki umar mein potential hews the. aaj woh actual hews hain. isko is nuqte ko ek reformar bata nahi saka.</w:t>
      </w:r>
      <w:r>
        <w:br/>
      </w:r>
      <w:r>
        <w:rPr>
          <w:sz w:val="20"/>
        </w:rPr>
        <w:t>34:07  koi bhi reformar ise nahi maloom hai jo yeh bata sake logon ko ke yeh yeh jo yeh jo division hai yeh relative hai.</w:t>
      </w:r>
      <w:r>
        <w:br/>
      </w:r>
      <w:r>
        <w:rPr>
          <w:sz w:val="20"/>
        </w:rPr>
        <w:t>34:18  yeh permanent</w:t>
      </w:r>
      <w:r>
        <w:br/>
      </w:r>
      <w:r>
        <w:rPr>
          <w:sz w:val="20"/>
        </w:rPr>
        <w:t>34:19  nahi hai. jaise main jo word bol raha hoon ke jo ke kuch log potential hews hain, kuch log actual hews hain. yeh word history mein kabhi bola nahi gaya.</w:t>
      </w:r>
      <w:r>
        <w:br/>
      </w:r>
      <w:r>
        <w:rPr>
          <w:sz w:val="20"/>
        </w:rPr>
        <w:t>34:29  aage bola gaya to mujhe bataiye kisi ka naam. to woh log jo jo bolne wale log hain, jo thinkers hain, jo philosophers hain, jo leaders hain, bol bol kar unko logon ko frusts mein daal dete hain.</w:t>
      </w:r>
      <w:r>
        <w:br/>
      </w:r>
      <w:r>
        <w:rPr>
          <w:sz w:val="20"/>
        </w:rPr>
        <w:t>34:44  agar mujhe laiq hua aisa aadmi to main bar bar main aise aadmi ko paya hai ke unko maine ek nayi zindagi de di. poori zindagi mein aise logon ka naam bata sakta hoon aap ko ke woh frusts mein the, mayoos the ke hamare paas to kuch bhi nahi, hamare paas yeh hai, hamare paas woh hai.</w:t>
      </w:r>
      <w:r>
        <w:br/>
      </w:r>
      <w:r>
        <w:rPr>
          <w:sz w:val="20"/>
        </w:rPr>
        <w:t>34:58  lekin mujhse qareeb hue woh</w:t>
      </w:r>
      <w:r>
        <w:br/>
      </w:r>
      <w:r>
        <w:rPr>
          <w:sz w:val="20"/>
        </w:rPr>
        <w:t>35:00  , unke andar maine ek hausla diya. hazaron log aise, hazaron log. aur phir woh hausla diya, unko umeed di, unko hope diya.</w:t>
      </w:r>
      <w:r>
        <w:br/>
      </w:r>
      <w:r>
        <w:rPr>
          <w:sz w:val="20"/>
        </w:rPr>
        <w:t>35:09  is ke liye maine char kitabein likhi hain:</w:t>
      </w:r>
      <w:r>
        <w:br/>
      </w:r>
      <w:r>
        <w:rPr>
          <w:sz w:val="20"/>
        </w:rPr>
        <w:t>35:11  Raja Hayat, Taameer Hayat, Kitab-e-Zindagi aur Rehnuma Hayat. in kitabon ko padh padh kar ke hazaron ne lakhon logon ko hope mili hai. Pakistan mein ek sahib hain jo government service mein the, unhone Raja Hayat padhi to unhone service chhod di.</w:t>
      </w:r>
      <w:r>
        <w:br/>
      </w:r>
      <w:r>
        <w:rPr>
          <w:sz w:val="20"/>
        </w:rPr>
        <w:t>35:27  ab woh bicycle par apni kitab par isi kitab ke bundle rakhte hain aur sare Pakistan ghoom kar logon ko dete hain taake logon ko na umidi se nikalen.</w:t>
      </w:r>
      <w:r>
        <w:br/>
      </w:r>
      <w:r>
        <w:rPr>
          <w:sz w:val="20"/>
        </w:rPr>
        <w:t>35:36  main jab Pakistan gaya tha ek bar to main airport, Lahore airport par jab utra to ek naujawan wahan, kai log the jo mere janne wale the, ek naya aadmi tha wahan par, ek naujawan.</w:t>
      </w:r>
      <w:r>
        <w:br/>
      </w:r>
      <w:r>
        <w:rPr>
          <w:sz w:val="20"/>
        </w:rPr>
        <w:t>35:48  us ne kaha ke aap mujh ko pehchante nahi honge.</w:t>
      </w:r>
      <w:r>
        <w:br/>
      </w:r>
      <w:r>
        <w:rPr>
          <w:sz w:val="20"/>
        </w:rPr>
        <w:t>35:52  main aap ko janta hoon. apna case bataya unhone ke main depression mein tha, gaya tha aur wahan ittefaq se by chance mujhe aap ki kitab Raja Hayat mil gayi.</w:t>
      </w:r>
      <w:r>
        <w:br/>
      </w:r>
      <w:r>
        <w:rPr>
          <w:sz w:val="20"/>
        </w:rPr>
        <w:t>36:04  isko maine padh dala ek din, do din ke andar. depression khatam ho gaya, stress khatam ho gaya, tension khatam ho gaya. aur maine doctor se kaha bhai main jata hoon, main acha ho gaya hoon. yeh sari jo hai kiyun ke ghalati reformers ki hai, thinkers ki hai, leaders ki hai ke logon ko yeh bharte hain logon ke mind mein ke tum hew nots ho, tum hew nots ho, tum hew nots ho.</w:t>
      </w:r>
      <w:r>
        <w:br/>
      </w:r>
      <w:r>
        <w:rPr>
          <w:sz w:val="20"/>
        </w:rPr>
        <w:t>36:23  main ulta karta hoon</w:t>
      </w:r>
      <w:r>
        <w:br/>
      </w:r>
      <w:r>
        <w:rPr>
          <w:sz w:val="20"/>
        </w:rPr>
        <w:t>36:24  . main kehta hoon koi hew nots nahi hai. koi potential hew hai, koi koi actual hew hai. jo log mere magazine ko padhte hain, jinhone meri kitabein padhi hain, aise hazaron nahi, lakhon log hain duniya mein, unse aap poochh lijiye kis tarah unki na umidi umeed mein badli hai.</w:t>
      </w:r>
      <w:r>
        <w:br/>
      </w:r>
      <w:r>
        <w:rPr>
          <w:sz w:val="20"/>
        </w:rPr>
        <w:t>36:42  be hosla ho gaye the, is se unhein hosla mila hai. to main samajhta hoon ke khudkushi jo log karte hain, un ka qasoor nahi hai, qasoor un logon ka hai jo aise thought phailate hain, aisi baatein phailate hain ke woh bechare samajhte hain ke hamare koi future nahi hai.</w:t>
      </w:r>
    </w:p>
    <w:p>
      <w:pPr>
        <w:pStyle w:val="Heading2"/>
      </w:pPr>
      <w:r>
        <w:t>Account yourself before Allah judges</w:t>
      </w:r>
    </w:p>
    <w:p>
      <w:r>
        <w:rPr>
          <w:color w:val="666666"/>
          <w:sz w:val="18"/>
        </w:rPr>
        <w:t>My Experience July 19, 2020 Maulana Wahiduddin Khan · 1m 44s · at 16:04 · https://youtu.be/p48Xhw0m5pk?t=964</w:t>
      </w:r>
    </w:p>
    <w:p>
      <w:r>
        <w:rPr>
          <w:i/>
        </w:rPr>
        <w:t>“Hazrat Umar ne kaha ki hasib qabl tuhasib”</w:t>
      </w:r>
    </w:p>
    <w:p>
      <w:r>
        <w:rPr>
          <w:sz w:val="20"/>
        </w:rPr>
        <w:t>16:04  aur Hazrat Umar ne kaha ke haasib qabl tahasub</w:t>
      </w:r>
      <w:r>
        <w:br/>
      </w:r>
      <w:r>
        <w:rPr>
          <w:sz w:val="20"/>
        </w:rPr>
        <w:t>16:14  haasib qabl tahasub yani Allah ke samne khara hone se pehle apne aap ko khud apne apne samne khara ho kar khara kar lo,</w:t>
      </w:r>
      <w:r>
        <w:br/>
      </w:r>
      <w:r>
        <w:rPr>
          <w:sz w:val="20"/>
        </w:rPr>
        <w:t>16:29  apne ko khud jancho</w:t>
      </w:r>
      <w:r>
        <w:br/>
      </w:r>
      <w:r>
        <w:rPr>
          <w:sz w:val="20"/>
        </w:rPr>
        <w:t>16:32  is se pehle ke Khuda tum ko janche. apna muhasba kar lo is se pehle ke Khuda ke samne tumhara muhasba kiya jaye.</w:t>
      </w:r>
      <w:r>
        <w:br/>
      </w:r>
      <w:r>
        <w:rPr>
          <w:sz w:val="20"/>
        </w:rPr>
        <w:t>16:42  to yahi naseehat aakhri tor par meri hai sab ke liye</w:t>
      </w:r>
      <w:r>
        <w:br/>
      </w:r>
      <w:r>
        <w:rPr>
          <w:sz w:val="20"/>
        </w:rPr>
        <w:t>16:50  ke har ek, har ek, har ek be-don, yani without any exception, har ek ko yeh karna chahiye ke woh apna muhasba kare, apna hisab kare,</w:t>
      </w:r>
      <w:r>
        <w:br/>
      </w:r>
      <w:r>
        <w:rPr>
          <w:sz w:val="20"/>
        </w:rPr>
        <w:t>17:06  aap apni apna criticism kare</w:t>
      </w:r>
      <w:r>
        <w:br/>
      </w:r>
      <w:r>
        <w:rPr>
          <w:sz w:val="20"/>
        </w:rPr>
        <w:t>17:09  aur dekhe ke main kya hoon, Allah ke samne kaisa hua, Allah ke samne mera kya haal hoga, Allah ke samne mera kya haal hoga.</w:t>
      </w:r>
      <w:r>
        <w:br/>
      </w:r>
      <w:r>
        <w:rPr>
          <w:sz w:val="20"/>
        </w:rPr>
        <w:t>17:21  tu hasib qabl tu hasib</w:t>
      </w:r>
      <w:r>
        <w:br/>
      </w:r>
      <w:r>
        <w:rPr>
          <w:sz w:val="20"/>
        </w:rPr>
        <w:t>17:31  wa donu qabl tu donu apne ko tol lo is se pehle ke tumhein tola jaye, wa donu qabl tu donu aur apna apne ko tol lo is se pehle ke tum ko tola jaye.</w:t>
      </w:r>
    </w:p>
    <w:p>
      <w:pPr>
        <w:pStyle w:val="Heading2"/>
      </w:pPr>
      <w:r>
        <w:t>First encounter with Maulana and the sutra</w:t>
      </w:r>
    </w:p>
    <w:p>
      <w:r>
        <w:rPr>
          <w:color w:val="666666"/>
          <w:sz w:val="18"/>
        </w:rPr>
        <w:t>Discussions on the impact of Maulana Wahiduddin Khan's Thought July 1, 2020 · 2m 48s · at 3:52 · https://youtu.be/Xzuu-nbDm4g?t=232</w:t>
      </w:r>
    </w:p>
    <w:p>
      <w:r>
        <w:rPr>
          <w:i/>
        </w:rPr>
        <w:t>“Before you meet a master meet the team first”</w:t>
      </w:r>
    </w:p>
    <w:p>
      <w:r>
        <w:rPr>
          <w:sz w:val="20"/>
        </w:rPr>
        <w:t>3:52  Anybody can go. And so just like a seeker, I also went there. I would say that, first of all, it's important that before you meet a master or a guru or somebody like Maulana,</w:t>
      </w:r>
      <w:r>
        <w:br/>
      </w:r>
      <w:r>
        <w:rPr>
          <w:sz w:val="20"/>
        </w:rPr>
        <w:t>4:08  you get to</w:t>
      </w:r>
      <w:r>
        <w:br/>
      </w:r>
      <w:r>
        <w:rPr>
          <w:sz w:val="20"/>
        </w:rPr>
        <w:t>4:09  meet the team members first, people who are around them. And I remember that entire Maulana's family and all the CPS members, the way they treated me on day one,</w:t>
      </w:r>
      <w:r>
        <w:br/>
      </w:r>
      <w:r>
        <w:rPr>
          <w:sz w:val="20"/>
        </w:rPr>
        <w:t>4:24  I felt I mean, that first day only, I got this feeling that I'm home.</w:t>
      </w:r>
      <w:r>
        <w:br/>
      </w:r>
      <w:r>
        <w:rPr>
          <w:sz w:val="20"/>
        </w:rPr>
        <w:t>4:30  I'm meeting people who are like I got this vibe that they are like they are my friends.</w:t>
      </w:r>
      <w:r>
        <w:br/>
      </w:r>
      <w:r>
        <w:rPr>
          <w:sz w:val="20"/>
        </w:rPr>
        <w:t>4:39  They are my I'm safe with them. And so initially, I think, in a few Sundays, I was just</w:t>
      </w:r>
      <w:r>
        <w:br/>
      </w:r>
      <w:r>
        <w:rPr>
          <w:sz w:val="20"/>
        </w:rPr>
        <w:t>4:50  reluctant to go to Maulana and talk to him.</w:t>
      </w:r>
      <w:r>
        <w:br/>
      </w:r>
      <w:r>
        <w:rPr>
          <w:sz w:val="20"/>
        </w:rPr>
        <w:t>4:54  But then once, I remember, I got an opportunity, and Maulana got to know from one of the team members that I've been coming.</w:t>
      </w:r>
      <w:r>
        <w:br/>
      </w:r>
      <w:r>
        <w:rPr>
          <w:sz w:val="20"/>
        </w:rPr>
        <w:t>5:04  And then Maulana called me, and he said that, "No, I bet you know how we're going to talk." So I was a little nervous.</w:t>
      </w:r>
      <w:r>
        <w:br/>
      </w:r>
      <w:r>
        <w:rPr>
          <w:sz w:val="20"/>
        </w:rPr>
        <w:t>5:16  And he asked me that, "I mean, what I have learned is that you have been coming for quite some time. So why do you come?</w:t>
      </w:r>
      <w:r>
        <w:br/>
      </w:r>
      <w:r>
        <w:rPr>
          <w:sz w:val="20"/>
        </w:rPr>
        <w:t>5:27  What is the reason? What are you looking for?" And that in all that nervousness, I told him, "Maulana, I come because after your lecture,</w:t>
      </w:r>
      <w:r>
        <w:br/>
      </w:r>
      <w:r>
        <w:rPr>
          <w:sz w:val="20"/>
        </w:rPr>
        <w:t>5:41  I get food for thought.</w:t>
      </w:r>
      <w:r>
        <w:br/>
      </w:r>
      <w:r>
        <w:rPr>
          <w:sz w:val="20"/>
        </w:rPr>
        <w:t>5:45  Whatever you say stimulates my intellect." And sochne ko miltai. After that, I get time. I get opportunity to ponder on things.</w:t>
      </w:r>
      <w:r>
        <w:br/>
      </w:r>
      <w:r>
        <w:rPr>
          <w:sz w:val="20"/>
        </w:rPr>
        <w:t>5:58  So Maulana was very happy by this. And he says that, "No, apko patai, apko ek sutra mil gaya.</w:t>
      </w:r>
      <w:r>
        <w:br/>
      </w:r>
      <w:r>
        <w:rPr>
          <w:sz w:val="20"/>
        </w:rPr>
        <w:t>6:07  You have got a sort of method or a tool with which you can really go deeper in your journey." So that was my first interaction with Maulana.</w:t>
      </w:r>
      <w:r>
        <w:br/>
      </w:r>
      <w:r>
        <w:rPr>
          <w:sz w:val="20"/>
        </w:rPr>
        <w:t>6:26  And I still remember when he says that, "No, apko ek sutra mil gaya. Apko ek path mil gaya in a way."</w:t>
      </w:r>
      <w:r>
        <w:br/>
      </w:r>
      <w:r>
        <w:rPr>
          <w:sz w:val="20"/>
        </w:rPr>
        <w:t>6:35  And now it's been 10 years, huh? 9 to 10 years, I guess. Yeah, long time. Long time to be. Ye</w:t>
      </w:r>
    </w:p>
    <w:p>
      <w:pPr>
        <w:pStyle w:val="Heading2"/>
      </w:pPr>
      <w:r>
        <w:t>The model of managing controversies</w:t>
      </w:r>
    </w:p>
    <w:p>
      <w:r>
        <w:rPr>
          <w:color w:val="666666"/>
          <w:sz w:val="18"/>
        </w:rPr>
        <w:t>How to Manage Controversy 10 Nov 2019 - Maulana Wahiduddin Khan · 5m 56s · at 22:23 · https://youtu.be/UafTzJXHrSA?t=1343</w:t>
      </w:r>
    </w:p>
    <w:p>
      <w:r>
        <w:rPr>
          <w:i/>
        </w:rPr>
        <w:t>“ایک ماڈل ہے”</w:t>
      </w:r>
    </w:p>
    <w:p>
      <w:r>
        <w:rPr>
          <w:sz w:val="20"/>
        </w:rPr>
        <w:t>22:23  ek model hai. ke jab bhi koi controversy paida ho to us ko manage karo. us ko naza mat banao.</w:t>
      </w:r>
      <w:r>
        <w:br/>
      </w:r>
      <w:r>
        <w:rPr>
          <w:sz w:val="20"/>
        </w:rPr>
        <w:t>22:40  jab koi controversy paida ho. to us ko naza mat banao, us ko management ke tareeqe par wahin ka wahin khatm kar do.</w:t>
      </w:r>
      <w:r>
        <w:br/>
      </w:r>
      <w:r>
        <w:rPr>
          <w:sz w:val="20"/>
        </w:rPr>
        <w:t>22:58  management ka lafz bohat acha lafz hai.</w:t>
      </w:r>
      <w:r>
        <w:br/>
      </w:r>
      <w:r>
        <w:rPr>
          <w:sz w:val="20"/>
        </w:rPr>
        <w:t>23:05  management ka lafz bohat acha lafz hai. to controversy ki bajaye. controversal. takrao, takrao ke bajaye.</w:t>
      </w:r>
      <w:r>
        <w:br/>
      </w:r>
      <w:r>
        <w:rPr>
          <w:sz w:val="20"/>
        </w:rPr>
        <w:t>23:18  takrao ke bajaye. management ka tareeqa ikhtiyar kar ke wahin ka wahin khatm kar do. taake tumhare jo qadam barhe hain mission ke liye woh.</w:t>
      </w:r>
      <w:r>
        <w:br/>
      </w:r>
      <w:r>
        <w:rPr>
          <w:sz w:val="20"/>
        </w:rPr>
        <w:t>23:33  ek minute ke liye bhi deviate na hon.</w:t>
      </w:r>
      <w:r>
        <w:br/>
      </w:r>
      <w:r>
        <w:rPr>
          <w:sz w:val="20"/>
        </w:rPr>
        <w:t>23:42  to Hudaybiyah ka jo sabaq hai woh yahi hai. ke deviation se, de-relevant se, de-relevant.</w:t>
      </w:r>
      <w:r>
        <w:br/>
      </w:r>
      <w:r>
        <w:rPr>
          <w:sz w:val="20"/>
        </w:rPr>
        <w:t>23:55  de rileevant se aakhirat tak bachao apne aap ko.</w:t>
      </w:r>
      <w:r>
        <w:br/>
      </w:r>
      <w:r>
        <w:rPr>
          <w:sz w:val="20"/>
        </w:rPr>
        <w:t>24:05  kisi kisi haal mein, kisi haal mein.</w:t>
      </w:r>
      <w:r>
        <w:br/>
      </w:r>
      <w:r>
        <w:rPr>
          <w:sz w:val="20"/>
        </w:rPr>
        <w:t>24:13  de rileevant ka tareeqa ikhtiyar na karo. mein bataoon ke yeh de rileevant jo hai bohat acha lafz hai.</w:t>
      </w:r>
      <w:r>
        <w:br/>
      </w:r>
      <w:r>
        <w:rPr>
          <w:sz w:val="20"/>
        </w:rPr>
        <w:t>24:24  yeh bana hai. rail ki pattiyon se. aap jante hain ke rail ki pattiyan jo bichhai gai.</w:t>
      </w:r>
      <w:r>
        <w:br/>
      </w:r>
      <w:r>
        <w:rPr>
          <w:sz w:val="20"/>
        </w:rPr>
        <w:t>24:34  indya mein aur bahar. to jab gaari chalti hai.</w:t>
      </w:r>
      <w:r>
        <w:br/>
      </w:r>
      <w:r>
        <w:rPr>
          <w:sz w:val="20"/>
        </w:rPr>
        <w:t>24:43  to woh apni pattiyon pe chalti hai.</w:t>
      </w:r>
      <w:r>
        <w:br/>
      </w:r>
      <w:r>
        <w:rPr>
          <w:sz w:val="20"/>
        </w:rPr>
        <w:t>24:50  agar pattiyaan hat jayen to is ko kehte hain. ke gaari deril, deril ho gai. yaani pattiyaan hat gayin.</w:t>
      </w:r>
      <w:r>
        <w:br/>
      </w:r>
      <w:r>
        <w:rPr>
          <w:sz w:val="20"/>
        </w:rPr>
        <w:t>25:03  to gaari ko patti se na hatne dena, larr kar nahin. larr kar nahin, khud apne aap ko manage kar ke.</w:t>
      </w:r>
      <w:r>
        <w:br/>
      </w:r>
      <w:r>
        <w:rPr>
          <w:sz w:val="20"/>
        </w:rPr>
        <w:t>25:25  khud apne aap ko manage karo.</w:t>
      </w:r>
      <w:r>
        <w:br/>
      </w:r>
      <w:r>
        <w:rPr>
          <w:sz w:val="20"/>
        </w:rPr>
        <w:t>25:30  wala naz'uun ka jo lafz hai is ka tarjuma hoga hargiz.</w:t>
      </w:r>
      <w:r>
        <w:br/>
      </w:r>
      <w:r>
        <w:rPr>
          <w:sz w:val="20"/>
        </w:rPr>
        <w:t>25:38  hargiz aisa mat karo. yaani yeh.</w:t>
      </w:r>
      <w:r>
        <w:br/>
      </w:r>
      <w:r>
        <w:rPr>
          <w:sz w:val="20"/>
        </w:rPr>
        <w:t>25:50  sadah lafz nahin hai.</w:t>
      </w:r>
      <w:r>
        <w:br/>
      </w:r>
      <w:r>
        <w:rPr>
          <w:sz w:val="20"/>
        </w:rPr>
        <w:t>25:54  woh hargiz ke bare mein hai.</w:t>
      </w:r>
      <w:r>
        <w:br/>
      </w:r>
      <w:r>
        <w:rPr>
          <w:sz w:val="20"/>
        </w:rPr>
        <w:t>26:03  to mein samajhta hoon ke. aaj. musalmanon ko, sirf indya ke musalmanon ko nahin, misr ke musalmanon ko, kashmir ke musalmanon ko.</w:t>
      </w:r>
      <w:r>
        <w:br/>
      </w:r>
      <w:r>
        <w:rPr>
          <w:sz w:val="20"/>
        </w:rPr>
        <w:t>26:22  falasteen ke musalmanon ko, har jagah ke musalmanon ko. yeh. faisla karna chahiye.</w:t>
      </w:r>
      <w:r>
        <w:br/>
      </w:r>
      <w:r>
        <w:rPr>
          <w:sz w:val="20"/>
        </w:rPr>
        <w:t>26:34  ke hamara tareeqa kya hona chahiye. ke jab bhi koi naza paida ho to naza ko.</w:t>
      </w:r>
      <w:r>
        <w:br/>
      </w:r>
      <w:r>
        <w:rPr>
          <w:sz w:val="20"/>
        </w:rPr>
        <w:t>26:48  har. takrao na banne dein, balkeh.</w:t>
      </w:r>
      <w:r>
        <w:br/>
      </w:r>
      <w:r>
        <w:rPr>
          <w:sz w:val="20"/>
        </w:rPr>
        <w:t>26:57  balkeh. management ke tareeqe par chalte hue maamle ko wohin ka wohin.</w:t>
      </w:r>
      <w:r>
        <w:br/>
      </w:r>
      <w:r>
        <w:rPr>
          <w:sz w:val="20"/>
        </w:rPr>
        <w:t>27:08  khatm kar dein.</w:t>
      </w:r>
      <w:r>
        <w:br/>
      </w:r>
      <w:r>
        <w:rPr>
          <w:sz w:val="20"/>
        </w:rPr>
        <w:t>27:16  yeh jo michael hart ne, doctor michael hart ne jo kitaab likhi hai, da dead, to us mein unhon ne kaha hai.</w:t>
      </w:r>
      <w:r>
        <w:br/>
      </w:r>
      <w:r>
        <w:rPr>
          <w:sz w:val="20"/>
        </w:rPr>
        <w:t>27:28  ke Muhammad sallallahu alaihi wasallam. poori insani history ke. sab se zyada kamyab insan thay.</w:t>
      </w:r>
      <w:r>
        <w:br/>
      </w:r>
      <w:r>
        <w:rPr>
          <w:sz w:val="20"/>
        </w:rPr>
        <w:t>27:44  sab se zyada kamyab insan. to woh magar yeh nahin bata paye ke yeh kamyabi bhi aap ne kaise hasil ki.</w:t>
      </w:r>
      <w:r>
        <w:br/>
      </w:r>
      <w:r>
        <w:rPr>
          <w:sz w:val="20"/>
        </w:rPr>
        <w:t>27:59  woh kamyabi bhi hasil ki aap ne.</w:t>
      </w:r>
      <w:r>
        <w:br/>
      </w:r>
      <w:r>
        <w:rPr>
          <w:sz w:val="20"/>
        </w:rPr>
        <w:t>28:07  controversy ko khatm kiya. management ka tareeqa ikhtiyar kiya. yeh hai is sabaq. jo hum ko. hasil karna chahiye.</w:t>
      </w:r>
    </w:p>
    <w:p>
      <w:pPr>
        <w:pStyle w:val="Heading2"/>
      </w:pPr>
      <w:r>
        <w:t>why weakness is actually a motivating strength</w:t>
      </w:r>
    </w:p>
    <w:p>
      <w:r>
        <w:rPr>
          <w:color w:val="666666"/>
          <w:sz w:val="18"/>
        </w:rPr>
        <w:t>In Conversation With Maulana Wahiduddin Khan (English) May 15, 2008 · 1m 35s · at 34:04 · https://youtu.be/Yq3-vUwEu-w?t=2044</w:t>
      </w:r>
    </w:p>
    <w:p>
      <w:r>
        <w:rPr>
          <w:i/>
        </w:rPr>
        <w:t>“You say our weaknesses are our strength. Explain?”</w:t>
      </w:r>
    </w:p>
    <w:p>
      <w:r>
        <w:rPr>
          <w:sz w:val="20"/>
        </w:rPr>
        <w:t>34:04  In every age, you can receive guidance from this divine light. Maulana, you say that our weaknesses are our strength.</w:t>
      </w:r>
      <w:r>
        <w:br/>
      </w:r>
      <w:r>
        <w:rPr>
          <w:sz w:val="20"/>
        </w:rPr>
        <w:t>34:14  Can you elaborate on that? Weakness is not simply a weakness.</w:t>
      </w:r>
      <w:r>
        <w:br/>
      </w:r>
      <w:r>
        <w:rPr>
          <w:sz w:val="20"/>
        </w:rPr>
        <w:t>34:22  Weakness gives you</w:t>
      </w:r>
      <w:r>
        <w:br/>
      </w:r>
      <w:r>
        <w:rPr>
          <w:sz w:val="20"/>
        </w:rPr>
        <w:t>34:28  motivation, gives you incentive to work more, to work more. When one is weak, he is not like a stone.</w:t>
      </w:r>
      <w:r>
        <w:br/>
      </w:r>
      <w:r>
        <w:rPr>
          <w:sz w:val="20"/>
        </w:rPr>
        <w:t>34:41  So his mind always motivates him that you must remove your weakness.</w:t>
      </w:r>
      <w:r>
        <w:br/>
      </w:r>
      <w:r>
        <w:rPr>
          <w:sz w:val="20"/>
        </w:rPr>
        <w:t>34:50  You have to be like others.</w:t>
      </w:r>
      <w:r>
        <w:br/>
      </w:r>
      <w:r>
        <w:rPr>
          <w:sz w:val="20"/>
        </w:rPr>
        <w:t>34:52  So weakness always serves as a motivator, as a motivating force. In this sense, weakness is a strength for anyone.</w:t>
      </w:r>
      <w:r>
        <w:br/>
      </w:r>
      <w:r>
        <w:rPr>
          <w:sz w:val="20"/>
        </w:rPr>
        <w:t>35:05  Who has a strength, maybe he may lose motivation.</w:t>
      </w:r>
      <w:r>
        <w:br/>
      </w:r>
      <w:r>
        <w:rPr>
          <w:sz w:val="20"/>
        </w:rPr>
        <w:t>35:16  If someone is strong, he may lose his motivation. But when someone is weak, he will evolve motivation.</w:t>
      </w:r>
      <w:r>
        <w:br/>
      </w:r>
      <w:r>
        <w:rPr>
          <w:sz w:val="20"/>
        </w:rPr>
        <w:t>35:27  And then he becomes strong like others. So in this sense, weakness is a positive aspect of a man.</w:t>
      </w:r>
    </w:p>
    <w:p>
      <w:pPr>
        <w:pStyle w:val="Heading2"/>
      </w:pPr>
      <w:r>
        <w:t>Childhood discouragement and the need for ijtihad in science</w:t>
      </w:r>
    </w:p>
    <w:p>
      <w:r>
        <w:rPr>
          <w:color w:val="666666"/>
          <w:sz w:val="18"/>
        </w:rPr>
        <w:t>Eid Message Discover the Ijtihadi Interpretation of Islam 25 May 2020 Maulana Wahiduddin Khan · 5m 28s · at 8:19 · https://youtu.be/mYGzV0rDsC0?t=499</w:t>
      </w:r>
    </w:p>
    <w:p>
      <w:r>
        <w:rPr>
          <w:i/>
        </w:rPr>
        <w:t>“In my childhood, the environment was very discouraging.”</w:t>
      </w:r>
    </w:p>
    <w:p>
      <w:r>
        <w:rPr>
          <w:sz w:val="20"/>
        </w:rPr>
        <w:t>8:19  maaf karne wala hai. misal ke taur par misal deta hoon ke mere bachpan mein, mere bachpan mein agar yeh taleem ka riwaj hua</w:t>
      </w:r>
      <w:r>
        <w:br/>
      </w:r>
      <w:r>
        <w:rPr>
          <w:sz w:val="20"/>
        </w:rPr>
        <w:t>8:34  to us zamane mein mere aas pas jo mahol tha bohat hi discouraging mahol tha, discouraging.</w:t>
      </w:r>
      <w:r>
        <w:br/>
      </w:r>
      <w:r>
        <w:rPr>
          <w:sz w:val="20"/>
        </w:rPr>
        <w:t>8:47  maine sirf ek hamare madarse mein jahan maine parha tha wahan par pajama thoda necha hua karta tha, wahan ke log aise karte the.</w:t>
      </w:r>
      <w:r>
        <w:br/>
      </w:r>
      <w:r>
        <w:rPr>
          <w:sz w:val="20"/>
        </w:rPr>
        <w:t>9:02  itni si baat par</w:t>
      </w:r>
      <w:r>
        <w:br/>
      </w:r>
      <w:r>
        <w:rPr>
          <w:sz w:val="20"/>
        </w:rPr>
        <w:t>9:05  mere ek</w:t>
      </w:r>
      <w:r>
        <w:br/>
      </w:r>
      <w:r>
        <w:rPr>
          <w:sz w:val="20"/>
        </w:rPr>
        <w:t>9:10  buzurg ne kaha ke acha tum bhi</w:t>
      </w:r>
      <w:r>
        <w:br/>
      </w:r>
      <w:r>
        <w:rPr>
          <w:sz w:val="20"/>
        </w:rPr>
        <w:t>9:16  kya lafz bole the woh mujhe yaad nahi, tum bhi</w:t>
      </w:r>
      <w:r>
        <w:br/>
      </w:r>
      <w:r>
        <w:rPr>
          <w:sz w:val="20"/>
        </w:rPr>
        <w:t>9:23  aisa karen.</w:t>
      </w:r>
      <w:r>
        <w:br/>
      </w:r>
      <w:r>
        <w:rPr>
          <w:sz w:val="20"/>
        </w:rPr>
        <w:t>9:30  to pajama necha ho jaye, dadi koi choti ho</w:t>
      </w:r>
      <w:r>
        <w:br/>
      </w:r>
      <w:r>
        <w:rPr>
          <w:sz w:val="20"/>
        </w:rPr>
        <w:t>9:42  ya koi bhi</w:t>
      </w:r>
      <w:r>
        <w:br/>
      </w:r>
      <w:r>
        <w:rPr>
          <w:sz w:val="20"/>
        </w:rPr>
        <w:t>9:45  nai baat, moti moti aadmi ke to samajhte the ke yeh Islam se hat gaya.</w:t>
      </w:r>
      <w:r>
        <w:br/>
      </w:r>
      <w:r>
        <w:rPr>
          <w:sz w:val="20"/>
        </w:rPr>
        <w:t>9:55  to is zamane mein jis mahaul mein meri parvarish hui, koi bhi nayi baat karna</w:t>
      </w:r>
      <w:r>
        <w:br/>
      </w:r>
      <w:r>
        <w:rPr>
          <w:sz w:val="20"/>
        </w:rPr>
        <w:t>10:06  mayus samajhte thay. lekin Allah taala ne Quran mein yaad rakh ke jis tamam logon ko aakhri had tak encourage kiya,</w:t>
      </w:r>
      <w:r>
        <w:br/>
      </w:r>
      <w:r>
        <w:rPr>
          <w:sz w:val="20"/>
        </w:rPr>
        <w:t>10:23  aakhri had tak darwaza khol diya ke khoob ijtihad karo, khoob ijtihad karo. ab dekhiye ke yeh</w:t>
      </w:r>
      <w:r>
        <w:br/>
      </w:r>
      <w:r>
        <w:rPr>
          <w:sz w:val="20"/>
        </w:rPr>
        <w:t>10:37  mein apni misaal deta hoon</w:t>
      </w:r>
      <w:r>
        <w:br/>
      </w:r>
      <w:r>
        <w:rPr>
          <w:sz w:val="20"/>
        </w:rPr>
        <w:t>10:43  ke mujhe shauq hua science parhne ka, mujhe shauq hua science parhne ka aur angrezi parhne ka.</w:t>
      </w:r>
      <w:r>
        <w:br/>
      </w:r>
      <w:r>
        <w:rPr>
          <w:sz w:val="20"/>
        </w:rPr>
        <w:t>10:55  to meri angrezi parhne ko koi logon ne</w:t>
      </w:r>
      <w:r>
        <w:br/>
      </w:r>
      <w:r>
        <w:rPr>
          <w:sz w:val="20"/>
        </w:rPr>
        <w:t>11:00  encourage nahi kiya, mere aas paas ke logon ne aur science ko bhi encourage nahi kiya. ek sahab ne kaha ke tum ab to durust gumrah ho jaoge.</w:t>
      </w:r>
      <w:r>
        <w:br/>
      </w:r>
      <w:r>
        <w:rPr>
          <w:sz w:val="20"/>
        </w:rPr>
        <w:t>11:15  lekin jab maine science parha,</w:t>
      </w:r>
      <w:r>
        <w:br/>
      </w:r>
      <w:r>
        <w:rPr>
          <w:sz w:val="20"/>
        </w:rPr>
        <w:t>11:19  science ke subject ko parha to ek discovery ho gayi.</w:t>
      </w:r>
      <w:r>
        <w:br/>
      </w:r>
      <w:r>
        <w:rPr>
          <w:sz w:val="20"/>
        </w:rPr>
        <w:t>11:27  maine jana ke yeh to science to</w:t>
      </w:r>
      <w:r>
        <w:br/>
      </w:r>
      <w:r>
        <w:rPr>
          <w:sz w:val="20"/>
        </w:rPr>
        <w:t>11:36  Allah taala ne zahir kiya hai,</w:t>
      </w:r>
      <w:r>
        <w:br/>
      </w:r>
      <w:r>
        <w:rPr>
          <w:sz w:val="20"/>
        </w:rPr>
        <w:t>11:41  Quran ke</w:t>
      </w:r>
      <w:r>
        <w:br/>
      </w:r>
      <w:r>
        <w:rPr>
          <w:sz w:val="20"/>
        </w:rPr>
        <w:t>11:50  khule band, Quran ke jo mazameen ab tak nahi khule thay, us ko kholne ke liye aur yeh peshgi, is ki peshgi khabar de di gayi thi.</w:t>
      </w:r>
      <w:r>
        <w:br/>
      </w:r>
      <w:r>
        <w:rPr>
          <w:sz w:val="20"/>
        </w:rPr>
        <w:t>12:18  aalmi satah par, aalmi satah par, aalmi satah par</w:t>
      </w:r>
      <w:r>
        <w:br/>
      </w:r>
      <w:r>
        <w:rPr>
          <w:sz w:val="20"/>
        </w:rPr>
        <w:t>12:27  haqaiq, haqiqatein kholi jayengi, khol di jayengi</w:t>
      </w:r>
      <w:r>
        <w:br/>
      </w:r>
      <w:r>
        <w:rPr>
          <w:sz w:val="20"/>
        </w:rPr>
        <w:t>12:33  taake Allah ki jo sachai hai woh aakhirat tak numayan ho jaye aur Allah ki sachai par koi parda na rahe.</w:t>
      </w:r>
      <w:r>
        <w:br/>
      </w:r>
      <w:r>
        <w:rPr>
          <w:sz w:val="20"/>
        </w:rPr>
        <w:t>12:46  lekin sare musalman ajib o gharib,</w:t>
      </w:r>
      <w:r>
        <w:br/>
      </w:r>
      <w:r>
        <w:rPr>
          <w:sz w:val="20"/>
        </w:rPr>
        <w:t>12:53  yani kuch logon ne to science ko samjha ke yeh</w:t>
      </w:r>
      <w:r>
        <w:br/>
      </w:r>
      <w:r>
        <w:rPr>
          <w:sz w:val="20"/>
        </w:rPr>
        <w:t>12:59  parhne wali koi cheez hi nahi, unhon ne samjha ke yeh</w:t>
      </w:r>
      <w:r>
        <w:br/>
      </w:r>
      <w:r>
        <w:rPr>
          <w:sz w:val="20"/>
        </w:rPr>
        <w:t>13:06  yeh Islam ke khilaf hai. chunache musalmanon mein</w:t>
      </w:r>
      <w:r>
        <w:br/>
      </w:r>
      <w:r>
        <w:rPr>
          <w:sz w:val="20"/>
        </w:rPr>
        <w:t>13:13  science ka develop hi nahi, develop banne hua. ek hi shakhs bechara tha jis ne science mein zyada</w:t>
      </w:r>
      <w:r>
        <w:br/>
      </w:r>
      <w:r>
        <w:rPr>
          <w:sz w:val="20"/>
        </w:rPr>
        <w:t>13:23  parha aur Nobel padhai mila, us ko Dr. Abdus Salam.</w:t>
      </w:r>
      <w:r>
        <w:br/>
      </w:r>
      <w:r>
        <w:rPr>
          <w:sz w:val="20"/>
        </w:rPr>
        <w:t>13:30  to us ko musalmanon ne kufar ka fatwa de diya ke yeh to Qadiani hai. to is ayat se maine yeh samjha ke musalmanon ke liye Allah taala ne ijtihad fikr ka darwaza ek dam khol diya hai.</w:t>
      </w:r>
    </w:p>
    <w:p>
      <w:pPr>
        <w:pStyle w:val="Heading2"/>
      </w:pPr>
      <w:r>
        <w:t>Political interpretation of Islam and the Dajjal concept</w:t>
      </w:r>
    </w:p>
    <w:p>
      <w:r>
        <w:rPr>
          <w:color w:val="666666"/>
          <w:sz w:val="18"/>
        </w:rPr>
        <w:t>Q&amp;A 7 Nov, 2007 - Maulana Wahiduddin Khan · 5m 14s · at 33:33 · https://youtu.be/82gnng-T5xE?t=2013</w:t>
      </w:r>
    </w:p>
    <w:p>
      <w:r>
        <w:rPr>
          <w:i/>
        </w:rPr>
        <w:t>“Dekhiye, is par maine bohat socha hai”</w:t>
      </w:r>
    </w:p>
    <w:p>
      <w:r>
        <w:rPr>
          <w:sz w:val="20"/>
        </w:rPr>
        <w:t>33:33  dekhen,</w:t>
      </w:r>
      <w:r>
        <w:br/>
      </w:r>
      <w:r>
        <w:rPr>
          <w:sz w:val="20"/>
        </w:rPr>
        <w:t>33:38  is par maine bohat socha hai. to jo maine paya, woh yeh hai ke do phase mein yeh jis ko main dajali kehta hoon na, do phase mein aayi hai yeh cheez.</w:t>
      </w:r>
      <w:r>
        <w:br/>
      </w:r>
      <w:r>
        <w:rPr>
          <w:sz w:val="20"/>
        </w:rPr>
        <w:t>33:49  do fiz mein aai hai. dekhen, pehla fiz tha jab ke</w:t>
      </w:r>
      <w:r>
        <w:br/>
      </w:r>
      <w:r>
        <w:rPr>
          <w:sz w:val="20"/>
        </w:rPr>
        <w:t>33:56  westerners ne muslim rule ko khatm kiya. aap jante hain ke musalman ek zamane mein rule kar rahe the. ek shair ne kaha ke hum hi chhaye hue the sharq se ta gharb dunya mein, na tha pala kisi ummat ka dunya mein gira hum se.</w:t>
      </w:r>
      <w:r>
        <w:br/>
      </w:r>
      <w:r>
        <w:rPr>
          <w:sz w:val="20"/>
        </w:rPr>
        <w:t>34:14  mein is ko jhooti shayari samajhta hoon, lekin behal musalman isi mein jeeta hai. isi pride, jhoote pride mein, false pride mein jeeta hai. to is mein the woh log. woh toota westerners, is ko tod diya aur har jagah kahin directly ya kahin indirectly, woh wohi chha gae.</w:t>
      </w:r>
      <w:r>
        <w:br/>
      </w:r>
      <w:r>
        <w:rPr>
          <w:sz w:val="20"/>
        </w:rPr>
        <w:t>34:31  woh</w:t>
      </w:r>
      <w:r>
        <w:br/>
      </w:r>
      <w:r>
        <w:rPr>
          <w:sz w:val="20"/>
        </w:rPr>
        <w:t>34:32  to sab se pehle resistance aaya musalmanon mein. resistance unhein lad ke nikalo in ko. jawaduddin afghani jo the, unhone political interpretation nahi diya tha.</w:t>
      </w:r>
      <w:r>
        <w:br/>
      </w:r>
      <w:r>
        <w:rPr>
          <w:sz w:val="20"/>
        </w:rPr>
        <w:t>34:42  sirf woh is is zamane ki pedawar hain jab ke sirf ladna tha. interpretation se pehli ki baat hai.</w:t>
      </w:r>
      <w:r>
        <w:br/>
      </w:r>
      <w:r>
        <w:rPr>
          <w:sz w:val="20"/>
        </w:rPr>
        <w:t>34:49  to ek pre interpretation period, ek post interpretation period. to jawaduddin afghani jo the aur sanusi jo the libya mein, is tarah kai log jo the, is zamane ke hain yeh jab ke sirf resistance aaya ke maar ke bhagao in ko, maar ke bhagao.</w:t>
      </w:r>
      <w:r>
        <w:br/>
      </w:r>
      <w:r>
        <w:rPr>
          <w:sz w:val="20"/>
        </w:rPr>
        <w:t>35:08  itna tha pehle.</w:t>
      </w:r>
      <w:r>
        <w:br/>
      </w:r>
      <w:r>
        <w:rPr>
          <w:sz w:val="20"/>
        </w:rPr>
        <w:t>35:10  phir first fiz mein, woh fiz mein un ko fail ho gae. woh woh kisi ko bhaga nahi sake nikal kar ke. doosra fiz woh aaya jab ke unhone ek ideological expression is ko dhoonda.</w:t>
      </w:r>
      <w:r>
        <w:br/>
      </w:r>
      <w:r>
        <w:rPr>
          <w:sz w:val="20"/>
        </w:rPr>
        <w:t>35:25  yeh fiz hua jab ke sayyedna imran maudi paida hue aur sayyed muhammad qutb paida hue.</w:t>
      </w:r>
      <w:r>
        <w:br/>
      </w:r>
      <w:r>
        <w:rPr>
          <w:sz w:val="20"/>
        </w:rPr>
        <w:t>35:31  is tarah ke log ke unhone is cheez ko philosophize kiya. aur islam ka poora interpretation de dala political term mein.</w:t>
      </w:r>
      <w:r>
        <w:br/>
      </w:r>
      <w:r>
        <w:rPr>
          <w:sz w:val="20"/>
        </w:rPr>
        <w:t>35:42  woh woh log mere dekh, koi bare yani bohat bara</w:t>
      </w:r>
      <w:r>
        <w:br/>
      </w:r>
      <w:r>
        <w:rPr>
          <w:sz w:val="20"/>
        </w:rPr>
        <w:t>35:48  sun nahi kiya tha, unhone chhota sun kiya tha. unhone bara sun kiya, yeh bhi dajjal kahe gae. mein samajhta hoon ke dajjal yeh log hain jinhone is ko ek ek interpretation de diya aur islam ko bata diya ke islam ka target hi yeh hai ke rule yani muslim rule qaim karna.</w:t>
      </w:r>
      <w:r>
        <w:br/>
      </w:r>
      <w:r>
        <w:rPr>
          <w:sz w:val="20"/>
        </w:rPr>
        <w:t>36:05  yeh target yeh to yahi log dajjal hain</w:t>
      </w:r>
      <w:r>
        <w:br/>
      </w:r>
      <w:r>
        <w:rPr>
          <w:sz w:val="20"/>
        </w:rPr>
        <w:t>36:09  ke islam ko bilkul distort kar diya unhone. distort hi nahi kiya. woh islam jo aadmi ki taraf pyar aur love aur tolerance aur peace lata hai, jaise mein aap ke bare mein keh sakta hoon ke mere dil mein jitna pyar aap ke liye hai, utni hi pyar un ke liye hai, utni hi pyar mujhe apni</w:t>
      </w:r>
      <w:r>
        <w:br/>
      </w:r>
      <w:r>
        <w:rPr>
          <w:sz w:val="20"/>
        </w:rPr>
        <w:t>36:29  poti ke liye bhi hai, grand daughter ke liye bhi. koi aap cheer kar dekhen mera mera dil to aap paenge ke mein jitna pyar karta hoon apni poti se, utni hi pyar karta hoon mein walida se.</w:t>
      </w:r>
      <w:r>
        <w:br/>
      </w:r>
      <w:r>
        <w:rPr>
          <w:sz w:val="20"/>
        </w:rPr>
        <w:t>36:41  jitna pyar karta hoon bare bete se, utna hi pyar mujhe aap ke liye mere dil mein hai.</w:t>
      </w:r>
      <w:r>
        <w:br/>
      </w:r>
      <w:r>
        <w:rPr>
          <w:sz w:val="20"/>
        </w:rPr>
        <w:t>36:47  yeh maine islam se paya hai. in zalimon ne kiya kiya ke we and they ke concept laye islam mein. hum musalman hain, woh kafir hain.</w:t>
      </w:r>
      <w:r>
        <w:br/>
      </w:r>
      <w:r>
        <w:rPr>
          <w:sz w:val="20"/>
        </w:rPr>
        <w:t>36:57  humein un ke upar rule karna hai, unhein unhein unhein maar kaat ke un ke upar apna dabdaba banana hai. is se we and they concept paya.</w:t>
      </w:r>
      <w:r>
        <w:br/>
      </w:r>
      <w:r>
        <w:rPr>
          <w:sz w:val="20"/>
        </w:rPr>
        <w:t>37:06  hum kuch aur hain, woh kuch aur hain. mein is ko</w:t>
      </w:r>
      <w:r>
        <w:br/>
      </w:r>
      <w:r>
        <w:rPr>
          <w:sz w:val="20"/>
        </w:rPr>
        <w:t>37:09  is satanic kaam samajhta hoon.</w:t>
      </w:r>
      <w:r>
        <w:br/>
      </w:r>
      <w:r>
        <w:rPr>
          <w:sz w:val="20"/>
        </w:rPr>
        <w:t>37:14  to pehla fiz hai jawaduddin afghani ka aur sheikh sanusi ka waghera ka. unhone simply yahi kiya tha ke yeh log ghussa aaye hain, in ko maar ke bhagao.</w:t>
      </w:r>
      <w:r>
        <w:br/>
      </w:r>
      <w:r>
        <w:rPr>
          <w:sz w:val="20"/>
        </w:rPr>
        <w:t>37:27  doosre fiz mein logon ne yeh kiya ke is ko yani political interpretation diya. islam ko sara islam hi unhone woh kar diya.</w:t>
      </w:r>
      <w:r>
        <w:br/>
      </w:r>
      <w:r>
        <w:rPr>
          <w:sz w:val="20"/>
        </w:rPr>
        <w:t>37:35  yahan tak ke kaha ke namaz jo hai parade hai,</w:t>
      </w:r>
      <w:r>
        <w:br/>
      </w:r>
      <w:r>
        <w:rPr>
          <w:sz w:val="20"/>
        </w:rPr>
        <w:t>37:38  azan jo hai bugle hai. yahan tak is is is extent tak gae woh log ke azan ko ko fauji bugle bata diya aur namaz ko fauji parade bata diya.</w:t>
      </w:r>
      <w:r>
        <w:br/>
      </w:r>
      <w:r>
        <w:rPr>
          <w:sz w:val="20"/>
        </w:rPr>
        <w:t>37:49  aur rozay ko kaha ke roza jo hai woh woh woh karte hain, woh is yaani</w:t>
      </w:r>
      <w:r>
        <w:br/>
      </w:r>
      <w:r>
        <w:rPr>
          <w:sz w:val="20"/>
        </w:rPr>
        <w:t>37:55  military spirit ke liye woh tayari karte hain. Woh haj ko keh diya ke haj bhi jo hai is ka rehearsal hai, jihad ka rehearsal hai. Yeh sab jhooti baatein hain.</w:t>
      </w:r>
      <w:r>
        <w:br/>
      </w:r>
      <w:r>
        <w:rPr>
          <w:sz w:val="20"/>
        </w:rPr>
        <w:t>38:06  to doosre phase mein interpretation aaya hai. To aap jante hain ke buraiyan hamesha gradually aati hain. Pehle stage mein koi toka nahi kisi ne ke kyun ladte ho to wohin ruk jate ho.</w:t>
      </w:r>
      <w:r>
        <w:br/>
      </w:r>
      <w:r>
        <w:rPr>
          <w:sz w:val="20"/>
        </w:rPr>
        <w:t>38:20  woh nahi toka to phir gradual tareeqe se aage badhega. Woh phir kisi ne nahi toka to badhte badhte yahan tak pahuncha hai. Woh</w:t>
      </w:r>
      <w:r>
        <w:br/>
      </w:r>
      <w:r>
        <w:rPr>
          <w:sz w:val="20"/>
        </w:rPr>
        <w:t>38:29  to shuru mein hamesha burai choti si hoti hai. Jaise aap hamare jante hon, agar mahallon mein koi jhagda hota hai to shuru mein chota sa hota hai, badhte badhte court pahunch jata hai, phir qatl hota hai.</w:t>
      </w:r>
      <w:r>
        <w:br/>
      </w:r>
      <w:r>
        <w:rPr>
          <w:sz w:val="20"/>
        </w:rPr>
        <w:t>38:42  to yeh burai jo hai gradual tareeqe se yahan tak pahunchi hai.</w:t>
      </w:r>
    </w:p>
    <w:p>
      <w:pPr>
        <w:pStyle w:val="Heading2"/>
      </w:pPr>
      <w:r>
        <w:t>Zakat as money management and purification</w:t>
      </w:r>
    </w:p>
    <w:p>
      <w:r>
        <w:rPr>
          <w:color w:val="666666"/>
          <w:sz w:val="18"/>
        </w:rPr>
        <w:t>Principles of Zakat in Islam 11 May 2007 - Maulana Wahiduddin Khan · 2m 28s · at 7:55 · https://youtu.be/RmfLc_lQrxs?t=475</w:t>
      </w:r>
    </w:p>
    <w:p>
      <w:r>
        <w:rPr>
          <w:i/>
        </w:rPr>
        <w:t>“Zakat gives you the principle of money management.”</w:t>
      </w:r>
    </w:p>
    <w:p>
      <w:r>
        <w:rPr>
          <w:sz w:val="20"/>
        </w:rPr>
        <w:t>7:55  Zakat is... the... Zakat gives you the principle of money management.</w:t>
      </w:r>
      <w:r>
        <w:br/>
      </w:r>
      <w:r>
        <w:rPr>
          <w:sz w:val="20"/>
        </w:rPr>
        <w:t>8:04  Now... Zakat literally means purification. Purification.</w:t>
      </w:r>
      <w:r>
        <w:br/>
      </w:r>
      <w:r>
        <w:rPr>
          <w:sz w:val="20"/>
        </w:rPr>
        <w:t>8:15  The literal meaning of Zakat is purification. So when you pay Zakat from your earning... you are purifying yourself.</w:t>
      </w:r>
      <w:r>
        <w:br/>
      </w:r>
      <w:r>
        <w:rPr>
          <w:sz w:val="20"/>
        </w:rPr>
        <w:t>8:28  You know... money is the greatest... thing for everyone. The center of love is money.</w:t>
      </w:r>
      <w:r>
        <w:br/>
      </w:r>
      <w:r>
        <w:rPr>
          <w:sz w:val="20"/>
        </w:rPr>
        <w:t>8:37  For everyone.</w:t>
      </w:r>
      <w:r>
        <w:br/>
      </w:r>
      <w:r>
        <w:rPr>
          <w:sz w:val="20"/>
        </w:rPr>
        <w:t>8:40  Everyone loves money. So there is a verse in the Quran... lan tanalul birra hatta tunfiqu mimma tuhibbun Money is your supreme concern.</w:t>
      </w:r>
      <w:r>
        <w:br/>
      </w:r>
      <w:r>
        <w:rPr>
          <w:sz w:val="20"/>
        </w:rPr>
        <w:t>8:59  You love money. So until you pay from this... money, you are not a true believer. This is purification.</w:t>
      </w:r>
      <w:r>
        <w:br/>
      </w:r>
      <w:r>
        <w:rPr>
          <w:sz w:val="20"/>
        </w:rPr>
        <w:t>9:10  When you pay a part of your earning... for the sake of God...</w:t>
      </w:r>
      <w:r>
        <w:br/>
      </w:r>
      <w:r>
        <w:rPr>
          <w:sz w:val="20"/>
        </w:rPr>
        <w:t>9:20  it means that you are purifying your money. You are inculcating the spirit of...</w:t>
      </w:r>
      <w:r>
        <w:br/>
      </w:r>
      <w:r>
        <w:rPr>
          <w:sz w:val="20"/>
        </w:rPr>
        <w:t>9:31  consciousness. That God is everything. My money is for God.</w:t>
      </w:r>
      <w:r>
        <w:br/>
      </w:r>
      <w:r>
        <w:rPr>
          <w:sz w:val="20"/>
        </w:rPr>
        <w:t>9:38  I am for God.</w:t>
      </w:r>
      <w:r>
        <w:br/>
      </w:r>
      <w:r>
        <w:rPr>
          <w:sz w:val="20"/>
        </w:rPr>
        <w:t>9:42  Every... belonging of my...</w:t>
      </w:r>
      <w:r>
        <w:br/>
      </w:r>
      <w:r>
        <w:rPr>
          <w:sz w:val="20"/>
        </w:rPr>
        <w:t>9:48  myself is for God. So... Zakat is a sign of this kind of...</w:t>
      </w:r>
      <w:r>
        <w:br/>
      </w:r>
      <w:r>
        <w:rPr>
          <w:sz w:val="20"/>
        </w:rPr>
        <w:t>10:00  decision, this kind of...</w:t>
      </w:r>
      <w:r>
        <w:br/>
      </w:r>
      <w:r>
        <w:rPr>
          <w:sz w:val="20"/>
        </w:rPr>
        <w:t>10:04  of</w:t>
      </w:r>
      <w:r>
        <w:br/>
      </w:r>
      <w:r>
        <w:rPr>
          <w:sz w:val="20"/>
        </w:rPr>
        <w:t>10:06  declaration. So, there are 2 aspects, 2 basic aspects of Zakat. There are 2 basic aspects of Zakat.</w:t>
      </w:r>
      <w:r>
        <w:br/>
      </w:r>
      <w:r>
        <w:rPr>
          <w:sz w:val="20"/>
        </w:rPr>
        <w:t>10:21  One is personal.</w:t>
      </w:r>
    </w:p>
    <w:p>
      <w:pPr>
        <w:pStyle w:val="Heading2"/>
      </w:pPr>
      <w:r>
        <w:t>Using prophets as reference in prayer</w:t>
      </w:r>
    </w:p>
    <w:p>
      <w:r>
        <w:rPr>
          <w:color w:val="666666"/>
          <w:sz w:val="18"/>
        </w:rPr>
        <w:t>Help of God 17 Aug, 2019 - Maulana Wahiduddin Khan · 2m 51s · at 3:59 · https://youtu.be/AByIK_dLe0Q?t=239</w:t>
      </w:r>
    </w:p>
    <w:p>
      <w:r>
        <w:rPr>
          <w:i/>
        </w:rPr>
        <w:t>“Dua ka sab se acha tareeqa woh hai”</w:t>
      </w:r>
    </w:p>
    <w:p>
      <w:r>
        <w:rPr>
          <w:sz w:val="20"/>
        </w:rPr>
        <w:t>3:59  to is par sochte hue mere samne aaya ke yeh waqea jo hai is liye hai ke doosre insano ke liye woh point of reference ban rahe hain</w:t>
      </w:r>
      <w:r>
        <w:br/>
      </w:r>
      <w:r>
        <w:rPr>
          <w:sz w:val="20"/>
        </w:rPr>
        <w:t>4:19  dua ke liye. kyunke dekhiye, dua ka sab se acha, sab se achi dua woh hai jo aise alfaaz mein ki jaye jo Allah ki rehmat ko invoke karne wala ho.</w:t>
      </w:r>
      <w:r>
        <w:br/>
      </w:r>
      <w:r>
        <w:rPr>
          <w:sz w:val="20"/>
        </w:rPr>
        <w:t>4:43  Allah ki rehmat ko invoke karne wala ho.</w:t>
      </w:r>
      <w:r>
        <w:br/>
      </w:r>
      <w:r>
        <w:rPr>
          <w:sz w:val="20"/>
        </w:rPr>
        <w:t>4:53  to is ka matlab yeh hua ke aap ko koi</w:t>
      </w:r>
      <w:r>
        <w:br/>
      </w:r>
      <w:r>
        <w:rPr>
          <w:sz w:val="20"/>
        </w:rPr>
        <w:t>5:01  health problem ho</w:t>
      </w:r>
      <w:r>
        <w:br/>
      </w:r>
      <w:r>
        <w:rPr>
          <w:sz w:val="20"/>
        </w:rPr>
        <w:t>5:07  to aap yaad karein is is aayat ko aur phir</w:t>
      </w:r>
      <w:r>
        <w:br/>
      </w:r>
      <w:r>
        <w:rPr>
          <w:sz w:val="20"/>
        </w:rPr>
        <w:t>5:16  aise alfaaz mein dua karein</w:t>
      </w:r>
      <w:r>
        <w:br/>
      </w:r>
      <w:r>
        <w:rPr>
          <w:sz w:val="20"/>
        </w:rPr>
        <w:t>5:20  is is aayat ke reference mein jo Allah ki rehmat ko invoke karne wala ho. Maslan dekhiye, agar aap yeh dua karein</w:t>
      </w:r>
      <w:r>
        <w:br/>
      </w:r>
      <w:r>
        <w:rPr>
          <w:sz w:val="20"/>
        </w:rPr>
        <w:t>5:38  ke khudaaya Quran ki gawahi ke mutabiq tu Ibrahim ka doctor ban gaya,</w:t>
      </w:r>
      <w:r>
        <w:br/>
      </w:r>
      <w:r>
        <w:rPr>
          <w:sz w:val="20"/>
        </w:rPr>
        <w:t>5:51  yeh Quran ki gawahi hai.</w:t>
      </w:r>
      <w:r>
        <w:br/>
      </w:r>
      <w:r>
        <w:rPr>
          <w:sz w:val="20"/>
        </w:rPr>
        <w:t>5:57  to aap yeh kahein ke khudaaya main bhi, main bhi to tera banda hoon,</w:t>
      </w:r>
      <w:r>
        <w:br/>
      </w:r>
      <w:r>
        <w:rPr>
          <w:sz w:val="20"/>
        </w:rPr>
        <w:t>6:08  kya tu mujhko single out kar sakta hai? Kya teri rehmat aisa kar sakti hai ke woh mujhko single out de de? Phir jo Ibrahim ko de aur mujhko na de?</w:t>
      </w:r>
      <w:r>
        <w:br/>
      </w:r>
      <w:r>
        <w:rPr>
          <w:sz w:val="20"/>
        </w:rPr>
        <w:t>6:25  Ibrahim ko de aur mujhko na de to khudaaya teri shaan rehmi ke khilaaf hai.</w:t>
      </w:r>
      <w:r>
        <w:br/>
      </w:r>
      <w:r>
        <w:rPr>
          <w:sz w:val="20"/>
        </w:rPr>
        <w:t>6:37  Isi ko main keh raha hoon ke Allah ki rehmat ko invoke karne wale andaaz mein dua karna.</w:t>
      </w:r>
    </w:p>
    <w:p>
      <w:pPr>
        <w:pStyle w:val="Heading2"/>
      </w:pPr>
      <w:r>
        <w:t>Patience is the greatest deed</w:t>
      </w:r>
    </w:p>
    <w:p>
      <w:r>
        <w:rPr>
          <w:color w:val="666666"/>
          <w:sz w:val="18"/>
        </w:rPr>
        <w:t>Interaction with CPS Ulema October 3, 2020 Maulana Wahiduddin Khan · 1m 46s · at 24:53 · https://youtu.be/5MzuTftI8jY?t=1493</w:t>
      </w:r>
    </w:p>
    <w:p>
      <w:r>
        <w:rPr>
          <w:i/>
        </w:rPr>
        <w:t>“Sabr sab se badi cheez hai.”</w:t>
      </w:r>
    </w:p>
    <w:p>
      <w:r>
        <w:rPr>
          <w:sz w:val="20"/>
        </w:rPr>
        <w:t>24:53  dekhiye, quran se sabit hai kay sabr sab se bari cheez hai,</w:t>
      </w:r>
      <w:r>
        <w:br/>
      </w:r>
      <w:r>
        <w:rPr>
          <w:sz w:val="20"/>
        </w:rPr>
        <w:t>25:04  sab se bari cheez hai. aisay to is jo aap jab namaz namaz ki baat kartay hain to wo aqeeday ki baat ban jati hai, lekin sabr jo hai wo aik bohat bari,</w:t>
      </w:r>
      <w:r>
        <w:br/>
      </w:r>
      <w:r>
        <w:rPr>
          <w:sz w:val="20"/>
        </w:rPr>
        <w:t>25:23  bohat bara amal hai.</w:t>
      </w:r>
      <w:r>
        <w:br/>
      </w:r>
      <w:r>
        <w:rPr>
          <w:sz w:val="20"/>
        </w:rPr>
        <w:t>25:26  maulana, quran mein sabr kay baray mein aya hai: "innama yuwaffa as sabiroona ajrahum bighayri hisab" kay sabr par Allah taala bay hisab ajr de ga.</w:t>
      </w:r>
      <w:r>
        <w:br/>
      </w:r>
      <w:r>
        <w:rPr>
          <w:sz w:val="20"/>
        </w:rPr>
        <w:t>25:38  to aakhir sabr kay andar hota kia hai kay Allah taala nay aisa keh diya?</w:t>
      </w:r>
      <w:r>
        <w:br/>
      </w:r>
      <w:r>
        <w:rPr>
          <w:sz w:val="20"/>
        </w:rPr>
        <w:t>25:43  dekhiye, sabr karna parta hai kis cheez par? aap aik Allah kay aik hukum pe chalna chahtay hain, us mein rukawatein aati hain to tamam rukawaton ko overcome kartay hain,</w:t>
      </w:r>
      <w:r>
        <w:br/>
      </w:r>
      <w:r>
        <w:rPr>
          <w:sz w:val="20"/>
        </w:rPr>
        <w:t>26:01  us ko yani aik nai soch develop kartay hain,</w:t>
      </w:r>
      <w:r>
        <w:br/>
      </w:r>
      <w:r>
        <w:rPr>
          <w:sz w:val="20"/>
        </w:rPr>
        <w:t>26:10  apnay aap se ladte hain.</w:t>
      </w:r>
      <w:r>
        <w:br/>
      </w:r>
      <w:r>
        <w:rPr>
          <w:sz w:val="20"/>
        </w:rPr>
        <w:t>26:15  sabr aik amal hai, aik amal kartay hain tab ja kay aap ko sabr ki qadar jab milta hai.</w:t>
      </w:r>
      <w:r>
        <w:br/>
      </w:r>
      <w:r>
        <w:rPr>
          <w:sz w:val="20"/>
        </w:rPr>
        <w:t>26:27  to mein samajhta hoon kay yeh waqia yeh hai kay sabr se bara koi amal nahi.</w:t>
      </w:r>
    </w:p>
    <w:p>
      <w:pPr>
        <w:pStyle w:val="Heading2"/>
      </w:pPr>
      <w:r>
        <w:t>Door of repentance not physical but mindset</w:t>
      </w:r>
    </w:p>
    <w:p>
      <w:r>
        <w:rPr>
          <w:color w:val="666666"/>
          <w:sz w:val="18"/>
        </w:rPr>
        <w:t>Q&amp;A 12 Apr 2009 Maulana Wahiduddin Khan · 2m 23s · at 5:05 · https://youtu.be/Kq2xQ2drFHY?t=305</w:t>
      </w:r>
    </w:p>
    <w:p>
      <w:r>
        <w:rPr>
          <w:i/>
        </w:rPr>
        <w:t>“According to my perception, it is not anything mysterious.”</w:t>
      </w:r>
    </w:p>
    <w:p>
      <w:r>
        <w:rPr>
          <w:sz w:val="20"/>
        </w:rPr>
        <w:t>5:05  According to my</w:t>
      </w:r>
      <w:r>
        <w:br/>
      </w:r>
      <w:r>
        <w:rPr>
          <w:sz w:val="20"/>
        </w:rPr>
        <w:t>5:10  perception, it is not anything mysterious.</w:t>
      </w:r>
      <w:r>
        <w:br/>
      </w:r>
      <w:r>
        <w:rPr>
          <w:sz w:val="20"/>
        </w:rPr>
        <w:t>5:18  I don't believe that it is a—there is some door that will be closed.</w:t>
      </w:r>
      <w:r>
        <w:br/>
      </w:r>
      <w:r>
        <w:rPr>
          <w:sz w:val="20"/>
        </w:rPr>
        <w:t>5:29  There is some door in the sky that will be closed. No. It means that</w:t>
      </w:r>
      <w:r>
        <w:br/>
      </w:r>
      <w:r>
        <w:rPr>
          <w:sz w:val="20"/>
        </w:rPr>
        <w:t>5:37  the corruption, the fassade, will reach to an extent that people</w:t>
      </w:r>
      <w:r>
        <w:br/>
      </w:r>
      <w:r>
        <w:rPr>
          <w:sz w:val="20"/>
        </w:rPr>
        <w:t>5:49  have no intention to Tawbah. And this is the same period in which we are living.</w:t>
      </w:r>
      <w:r>
        <w:br/>
      </w:r>
      <w:r>
        <w:rPr>
          <w:sz w:val="20"/>
        </w:rPr>
        <w:t>6:01  Now everywhere I find those people who have no—it is not their concern.</w:t>
      </w:r>
      <w:r>
        <w:br/>
      </w:r>
      <w:r>
        <w:rPr>
          <w:sz w:val="20"/>
        </w:rPr>
        <w:t>6:11  You know what is Tawbah? Tawbah means</w:t>
      </w:r>
      <w:r>
        <w:br/>
      </w:r>
      <w:r>
        <w:rPr>
          <w:sz w:val="20"/>
        </w:rPr>
        <w:t>6:19  realizing your own mistake. This is the beginning of Tawbah.</w:t>
      </w:r>
      <w:r>
        <w:br/>
      </w:r>
      <w:r>
        <w:rPr>
          <w:sz w:val="20"/>
        </w:rPr>
        <w:t>6:26  When you realize your mistakes, then a new process begins. This is introspection. After introspection,</w:t>
      </w:r>
      <w:r>
        <w:br/>
      </w:r>
      <w:r>
        <w:rPr>
          <w:sz w:val="20"/>
        </w:rPr>
        <w:t>6:40  you do Dawah. There is Tawbah.</w:t>
      </w:r>
      <w:r>
        <w:br/>
      </w:r>
      <w:r>
        <w:rPr>
          <w:sz w:val="20"/>
        </w:rPr>
        <w:t>6:46  So I find people that they are living in a very different kind of psychology.</w:t>
      </w:r>
      <w:r>
        <w:br/>
      </w:r>
      <w:r>
        <w:rPr>
          <w:sz w:val="20"/>
        </w:rPr>
        <w:t>6:58  They are not ready to say, "I was wrong." They are not ready to admit their mistakes. Everyone is trying to prove that it was not my mistake.</w:t>
      </w:r>
      <w:r>
        <w:br/>
      </w:r>
      <w:r>
        <w:rPr>
          <w:sz w:val="20"/>
        </w:rPr>
        <w:t>7:17  So in such—this is a new situation. During my childhood, there was not such a situation.</w:t>
      </w:r>
    </w:p>
    <w:p>
      <w:pPr>
        <w:pStyle w:val="Heading2"/>
      </w:pPr>
      <w:r>
        <w:t>Why value others, and positive thinking as prerequisite</w:t>
      </w:r>
    </w:p>
    <w:p>
      <w:r>
        <w:rPr>
          <w:color w:val="666666"/>
          <w:sz w:val="18"/>
        </w:rPr>
        <w:t>Human Values · 5m 38s · at 4:44 · https://youtu.be/Art0kheDD40?t=284</w:t>
      </w:r>
    </w:p>
    <w:p>
      <w:r>
        <w:rPr>
          <w:i/>
        </w:rPr>
        <w:t>“Doosri baat mujhe samajh aati hai, wo hai logon ke liye valuing”</w:t>
      </w:r>
    </w:p>
    <w:p>
      <w:r>
        <w:rPr>
          <w:sz w:val="20"/>
        </w:rPr>
        <w:t>4:44  doosri baat mujhe yeh samajh aati hai, woh hai logon ke taeen valuing.</w:t>
      </w:r>
      <w:r>
        <w:br/>
      </w:r>
      <w:r>
        <w:rPr>
          <w:sz w:val="20"/>
        </w:rPr>
        <w:t>4:54  logon ke liye khair khwahi.</w:t>
      </w:r>
      <w:r>
        <w:br/>
      </w:r>
      <w:r>
        <w:rPr>
          <w:sz w:val="20"/>
        </w:rPr>
        <w:t>4:57  ke aap kyun doosre ke liye acha karein? to koi iska reason chahiye?</w:t>
      </w:r>
      <w:r>
        <w:br/>
      </w:r>
      <w:r>
        <w:rPr>
          <w:sz w:val="20"/>
        </w:rPr>
        <w:t>5:06  jab tak aap jaante hain, ek aadmi jo hai woh. ek man is rational thinking animal. to reason jab tak mein na paoon, jab tak mein is kaam ko kar nahi pata,</w:t>
      </w:r>
      <w:r>
        <w:br/>
      </w:r>
      <w:r>
        <w:rPr>
          <w:sz w:val="20"/>
        </w:rPr>
        <w:t>5:21  to mein doosron ka influencer kyun banoon? doosron ka khair khwah kyun banoon? is par maine bahut socha.</w:t>
      </w:r>
      <w:r>
        <w:br/>
      </w:r>
      <w:r>
        <w:rPr>
          <w:sz w:val="20"/>
        </w:rPr>
        <w:t>5:31  mere sir mein ek baat yeh aayi ke hamein hum do cheezon ko support se duniya mein jee rahe hain. ek hai natural support, ek hai civilizational support.</w:t>
      </w:r>
      <w:r>
        <w:br/>
      </w:r>
      <w:r>
        <w:rPr>
          <w:sz w:val="20"/>
        </w:rPr>
        <w:t>5:45  natural support kya hai?</w:t>
      </w:r>
      <w:r>
        <w:br/>
      </w:r>
      <w:r>
        <w:rPr>
          <w:sz w:val="20"/>
        </w:rPr>
        <w:t>5:48  nature hum ko sun light de rahi hai, nature hum ko hawa de rahi hai, oxygen de rahi hai, nature hum ko food de rahi hai, pani de rahi hai.</w:t>
      </w:r>
      <w:r>
        <w:br/>
      </w:r>
      <w:r>
        <w:rPr>
          <w:sz w:val="20"/>
        </w:rPr>
        <w:t>6:00  yeh hai natural support. is se hum duniya mein jeete hain.</w:t>
      </w:r>
      <w:r>
        <w:br/>
      </w:r>
      <w:r>
        <w:rPr>
          <w:sz w:val="20"/>
        </w:rPr>
        <w:t>6:05  doosra hai civilizational support. civilization jo hai, ek lambe process ka naam hai.</w:t>
      </w:r>
      <w:r>
        <w:br/>
      </w:r>
      <w:r>
        <w:rPr>
          <w:sz w:val="20"/>
        </w:rPr>
        <w:t>6:15  jaise aap dekhein, yeh jo yeh jo glass hai, aap jaante hain ke pehle insan mitti ka bartan banata tha, use pani peeta tha.</w:t>
      </w:r>
      <w:r>
        <w:br/>
      </w:r>
      <w:r>
        <w:rPr>
          <w:sz w:val="20"/>
        </w:rPr>
        <w:t>6:27  phir lakri ka banaya, use pani peeta tha.</w:t>
      </w:r>
      <w:r>
        <w:br/>
      </w:r>
      <w:r>
        <w:rPr>
          <w:sz w:val="20"/>
        </w:rPr>
        <w:t>6:31  mere bachpan mein aluminium ke protein ke glass hote the. ab aap sheeshe ke glass dekhte hain. insan ka ek lamba, yaani insani human effort ka ek lamba process hai.</w:t>
      </w:r>
      <w:r>
        <w:br/>
      </w:r>
      <w:r>
        <w:rPr>
          <w:sz w:val="20"/>
        </w:rPr>
        <w:t>6:47  is ke nateeje mein ek glass, ek ek loud speaker, ek camera, ek motor car, ek hawa jahaz, sari cheezein hain.</w:t>
      </w:r>
      <w:r>
        <w:br/>
      </w:r>
      <w:r>
        <w:rPr>
          <w:sz w:val="20"/>
        </w:rPr>
        <w:t>6:58  to that is civilizational support. to agar mein yeh sochun ke insan dekho, hazaron saal se mere liye koshish kar raha tha, tab maine jail paayi, tab maine beach paayi, tab maine glass paaya, to insan ke liye mere andar khair khwahi aayi.</w:t>
      </w:r>
      <w:r>
        <w:br/>
      </w:r>
      <w:r>
        <w:rPr>
          <w:sz w:val="20"/>
        </w:rPr>
        <w:t>7:15  valuing aayi. to natural support jo hai, hum ko hasil, us ko hum sochte hain. to nature ke liye hamare andar achhe khayalat paida hote hain.</w:t>
      </w:r>
      <w:r>
        <w:br/>
      </w:r>
      <w:r>
        <w:rPr>
          <w:sz w:val="20"/>
        </w:rPr>
        <w:t>7:29  aise hi jis tarah se civilizational support jo hum ko mila hai, us par hum sochenge. aap jaante hain ke kapda jo hum aap pehente hain, to pehle to aisa kapda insan ke paas nahi hota tha.</w:t>
      </w:r>
      <w:r>
        <w:br/>
      </w:r>
      <w:r>
        <w:rPr>
          <w:sz w:val="20"/>
        </w:rPr>
        <w:t>7:43  sab se pehle to insan, yaani darakht ke patton se dhakta tha apna body. phir bahut hi mote qism ke rough qism ke kapde banaye us ne.</w:t>
      </w:r>
      <w:r>
        <w:br/>
      </w:r>
      <w:r>
        <w:rPr>
          <w:sz w:val="20"/>
        </w:rPr>
        <w:t>7:55  boht dinon ke baad aise kapre bane. isi ko main kehta hoon saivaraijhanal support. yeh saari humanity jo hai, mere liye lagi hui thi.</w:t>
      </w:r>
      <w:r>
        <w:br/>
      </w:r>
      <w:r>
        <w:rPr>
          <w:sz w:val="20"/>
        </w:rPr>
        <w:t>8:05  har ek. hum hamare aap ke liye ke hamein achhe cheezein milein, comfortfull life mile.</w:t>
      </w:r>
      <w:r>
        <w:br/>
      </w:r>
      <w:r>
        <w:rPr>
          <w:sz w:val="20"/>
        </w:rPr>
        <w:t>8:15  to jab hum yeh sochenge ke laga ke sab mere benefactor hain saare log,</w:t>
      </w:r>
      <w:r>
        <w:br/>
      </w:r>
      <w:r>
        <w:rPr>
          <w:sz w:val="20"/>
        </w:rPr>
        <w:t>8:20  to main un se kyun na pyar karoon? kyun na main un ka benefactor banun?</w:t>
      </w:r>
      <w:r>
        <w:br/>
      </w:r>
      <w:r>
        <w:rPr>
          <w:sz w:val="20"/>
        </w:rPr>
        <w:t>8:27  is tarah dekhein, positive thinking. positive thinking boht hi zaroori hai. dekhein, hum samaj mein jaate hain, society mein rehte hain, to hum sab log jaante hain in baaton ke bar bar hamein provocative situation samna karta hai.</w:t>
      </w:r>
      <w:r>
        <w:br/>
      </w:r>
      <w:r>
        <w:rPr>
          <w:sz w:val="20"/>
        </w:rPr>
        <w:t>8:45  koi in ko hamein provoke karta hai, koi in ko hamein ghussa dilata hai,</w:t>
      </w:r>
      <w:r>
        <w:br/>
      </w:r>
      <w:r>
        <w:rPr>
          <w:sz w:val="20"/>
        </w:rPr>
        <w:t>8:51  kahin ke hamein in marked situation mein gir jaate hain. isi wajah se aap dekhein, society mein har aadmi ek jaisa negative thought hota hai.</w:t>
      </w:r>
      <w:r>
        <w:br/>
      </w:r>
      <w:r>
        <w:rPr>
          <w:sz w:val="20"/>
        </w:rPr>
        <w:t>8:59  jis ko bhi dekhein, agar woh kuch achhi si baatein kar raha ho, aap us ko scrutiny kijiye, to parodiye andar se niklega ke woh bhi negative thought le hue tha.</w:t>
      </w:r>
      <w:r>
        <w:br/>
      </w:r>
      <w:r>
        <w:rPr>
          <w:sz w:val="20"/>
        </w:rPr>
        <w:t>9:13  to har aadmi negative thought ke saath jee raha hai.</w:t>
      </w:r>
      <w:r>
        <w:br/>
      </w:r>
      <w:r>
        <w:rPr>
          <w:sz w:val="20"/>
        </w:rPr>
        <w:t>9:17  isi liye is negativity ko khatam karna parega. tab ja kar positive thinking aayegi.</w:t>
      </w:r>
      <w:r>
        <w:br/>
      </w:r>
      <w:r>
        <w:rPr>
          <w:sz w:val="20"/>
        </w:rPr>
        <w:t>9:28  jaise main introspection karta rehta hoon, daily apna, daily, taake jitne negative item hain mere mind mein, us ko nikaloon. yeh main pachas baras se kam se kam yeh kar raha hoon, jab se maine samjha hai is baat ko.</w:t>
      </w:r>
      <w:r>
        <w:br/>
      </w:r>
      <w:r>
        <w:rPr>
          <w:sz w:val="20"/>
        </w:rPr>
        <w:t>9:43  to daily mein yeh karta hoon ke apne mind mein jo thousand and thousand negative item hain, us ko nikalta hoon, through introspection.</w:t>
      </w:r>
      <w:r>
        <w:br/>
      </w:r>
      <w:r>
        <w:rPr>
          <w:sz w:val="20"/>
        </w:rPr>
        <w:t>9:56  tab ja kar aati hai positive thinking.</w:t>
      </w:r>
      <w:r>
        <w:br/>
      </w:r>
      <w:r>
        <w:rPr>
          <w:sz w:val="20"/>
        </w:rPr>
        <w:t>9:59  to jab positive thinking aayegi, tabhi aap ka positive behavior hoga society mein. yeh sab cheezein jab tak na hon, isi ko maine kaha hai prerequisites.</w:t>
      </w:r>
      <w:r>
        <w:br/>
      </w:r>
      <w:r>
        <w:rPr>
          <w:sz w:val="20"/>
        </w:rPr>
        <w:t>10:12  yaani modern values ko society mein translate karne ke liye zaroori hai ke pehle aap logon ko prepare karein.</w:t>
      </w:r>
    </w:p>
    <w:p>
      <w:pPr>
        <w:pStyle w:val="Heading2"/>
      </w:pPr>
      <w:r>
        <w:t>Childhood moon story reveals human nature seeking God</w:t>
      </w:r>
    </w:p>
    <w:p>
      <w:r>
        <w:rPr>
          <w:color w:val="666666"/>
          <w:sz w:val="18"/>
        </w:rPr>
        <w:t>The Glory Of God 5 February 2006 - Maulana Wahiduddin Khan · 3m 48s · at 10:41 · https://youtu.be/Yah55gLyV8I?t=641</w:t>
      </w:r>
    </w:p>
    <w:p>
      <w:r>
        <w:rPr>
          <w:i/>
        </w:rPr>
        <w:t>“Main bahut chhota tha to maine likhna shuru kar diya tha”</w:t>
      </w:r>
    </w:p>
    <w:p>
      <w:r>
        <w:rPr>
          <w:sz w:val="20"/>
        </w:rPr>
        <w:t>10:41  main bahut jab chhota tha, bachcha jo tha, to mujhe yaad hai ke bachche hi se maine likhna shuru kar diya tha.</w:t>
      </w:r>
      <w:r>
        <w:br/>
      </w:r>
      <w:r>
        <w:rPr>
          <w:sz w:val="20"/>
        </w:rPr>
        <w:t>10:51  likhne ka kaam maine bachpan hi se shuru kar diya tha. to main gaon mein rehta tha.</w:t>
      </w:r>
      <w:r>
        <w:br/>
      </w:r>
      <w:r>
        <w:rPr>
          <w:sz w:val="20"/>
        </w:rPr>
        <w:t>10:57  aap ko agar yeh tajurba hua ho to aap jante hain, aasman par chaudhvin raat ka chand chamak raha ho aap ke sir ke upar.</w:t>
      </w:r>
      <w:r>
        <w:br/>
      </w:r>
      <w:r>
        <w:rPr>
          <w:sz w:val="20"/>
        </w:rPr>
        <w:t>11:09  to us waqt agar aap zameen par chalte hain to aisa lagta hai dekhne mein ke chand bhi aap ke sath chal raha hai.</w:t>
      </w:r>
      <w:r>
        <w:br/>
      </w:r>
      <w:r>
        <w:rPr>
          <w:sz w:val="20"/>
        </w:rPr>
        <w:t>11:17  aap ne agar kabhi tajurba kiya ho ke aap ke upar chand chamak raha hai, aap ke sir ke upar full moon.</w:t>
      </w:r>
      <w:r>
        <w:br/>
      </w:r>
      <w:r>
        <w:rPr>
          <w:sz w:val="20"/>
        </w:rPr>
        <w:t>11:27  aur zameen par aap chalen to lagta hai ke chand bhi aap ke sath chal raha hai. to mujhe yaad hai ke maine is zamane mein jo sab shayad sab se pehla likha tha, pehli cheez, pehla item.</w:t>
      </w:r>
      <w:r>
        <w:br/>
      </w:r>
      <w:r>
        <w:rPr>
          <w:sz w:val="20"/>
        </w:rPr>
        <w:t>11:43  to woh paper shayad ab bhi kahin mehfooz ho.</w:t>
      </w:r>
      <w:r>
        <w:br/>
      </w:r>
      <w:r>
        <w:rPr>
          <w:sz w:val="20"/>
        </w:rPr>
        <w:t>11:46  woh chand line ka ek item tha. is mein maine likha tha, is ke taqreeban yahi is ke words the.</w:t>
      </w:r>
      <w:r>
        <w:br/>
      </w:r>
      <w:r>
        <w:rPr>
          <w:sz w:val="20"/>
        </w:rPr>
        <w:t>11:59  keh aik bachcha apni maan se kehta hai. aik bachcha apni maan se kehta hai keh maan, dekho chand mujh ko kitna zyada pyar karta hai.</w:t>
      </w:r>
      <w:r>
        <w:br/>
      </w:r>
      <w:r>
        <w:rPr>
          <w:sz w:val="20"/>
        </w:rPr>
        <w:t>12:13  jab mein chalta hoon to chand bhi mere saath chalne lagta hai. bachpan mein yeh linein mein ne likhi theen. keh maan, dekho chand mujh se kitna zyada pyar karta hai.</w:t>
      </w:r>
      <w:r>
        <w:br/>
      </w:r>
      <w:r>
        <w:rPr>
          <w:sz w:val="20"/>
        </w:rPr>
        <w:t>12:31  jab mein chalta hoon to chand bhi mere saath chalne lagta hai.</w:t>
      </w:r>
      <w:r>
        <w:br/>
      </w:r>
      <w:r>
        <w:rPr>
          <w:sz w:val="20"/>
        </w:rPr>
        <w:t>12:37  aaj mein sochta hoon keh aisa maani kyun likha?</w:t>
      </w:r>
      <w:r>
        <w:br/>
      </w:r>
      <w:r>
        <w:rPr>
          <w:sz w:val="20"/>
        </w:rPr>
        <w:t>12:42  unconsciousli yeh meri nature bol rahi thi. har insaan ka nature chahta hai keh</w:t>
      </w:r>
      <w:r>
        <w:br/>
      </w:r>
      <w:r>
        <w:rPr>
          <w:sz w:val="20"/>
        </w:rPr>
        <w:t>12:52  jo reality hai us se is ka contact ho. cosmic realities.</w:t>
      </w:r>
      <w:r>
        <w:br/>
      </w:r>
      <w:r>
        <w:rPr>
          <w:sz w:val="20"/>
        </w:rPr>
        <w:t>13:01  hum se oopar jo aik sachai hai us se mera contact ho. woh mere saath chale aur mein us ke saath chaloon.</w:t>
      </w:r>
      <w:r>
        <w:br/>
      </w:r>
      <w:r>
        <w:rPr>
          <w:sz w:val="20"/>
        </w:rPr>
        <w:t>13:11  us se mera conversation ho. woh mujh ko pyar kare aur mein us ko pyar karoon.</w:t>
      </w:r>
      <w:r>
        <w:br/>
      </w:r>
      <w:r>
        <w:rPr>
          <w:sz w:val="20"/>
        </w:rPr>
        <w:t>13:21  mein samajhta hoon keh yeh mera aur har insaan ka jo nature hai isi ne reflect kiya tha meri un lineon mein.</w:t>
      </w:r>
      <w:r>
        <w:br/>
      </w:r>
      <w:r>
        <w:rPr>
          <w:sz w:val="20"/>
        </w:rPr>
        <w:t>13:32  keh jab mein ne kaha likha keh maan, dekho chand mujh se kitna zyada pyar karta hai. jab mein chalta hoon to woh bhi mere saath chalne lagta hai.</w:t>
      </w:r>
      <w:r>
        <w:br/>
      </w:r>
      <w:r>
        <w:rPr>
          <w:sz w:val="20"/>
        </w:rPr>
        <w:t>13:45  yeh cheez baat ko mujhe discovery ke darje mein mili. us waqt to aik bachpan ka aik aik base wajah samajha.</w:t>
      </w:r>
      <w:r>
        <w:br/>
      </w:r>
      <w:r>
        <w:rPr>
          <w:sz w:val="20"/>
        </w:rPr>
        <w:t>13:57  aik taassur tha, aik reflection tha.</w:t>
      </w:r>
      <w:r>
        <w:br/>
      </w:r>
      <w:r>
        <w:rPr>
          <w:sz w:val="20"/>
        </w:rPr>
        <w:t>14:00  us waqt mein is ki gehraiyon ko nahin jaanta tha. aaj mein sochta hoon to lagta hai keh meri nature thi jo boli. jo har insaan ke andar hai.</w:t>
      </w:r>
      <w:r>
        <w:br/>
      </w:r>
      <w:r>
        <w:rPr>
          <w:sz w:val="20"/>
        </w:rPr>
        <w:t>14:11  har insaan ke andar aik chupi hui arz hai. keh mujh se bhi bara koi hai.</w:t>
      </w:r>
      <w:r>
        <w:br/>
      </w:r>
      <w:r>
        <w:rPr>
          <w:sz w:val="20"/>
        </w:rPr>
        <w:t>14:20  mujh se bhi oopar koi hai. aur woh chahta hai keh us se is ka contact ho.</w:t>
      </w:r>
    </w:p>
    <w:p>
      <w:pPr>
        <w:pStyle w:val="Heading2"/>
      </w:pPr>
      <w:r>
        <w:t>no private evil, secondhand smoke and hidden harm</w:t>
      </w:r>
    </w:p>
    <w:p>
      <w:r>
        <w:rPr>
          <w:color w:val="666666"/>
          <w:sz w:val="18"/>
        </w:rPr>
        <w:t>Nature of Modern Problem 12 July 2009 · 2m 51s · at 28:23 · https://youtu.be/vcldH1rCExM?t=1703</w:t>
      </w:r>
    </w:p>
    <w:p>
      <w:r>
        <w:rPr>
          <w:i/>
        </w:rPr>
        <w:t>“If it doesn't harm you, do what you like — wrong”</w:t>
      </w:r>
    </w:p>
    <w:p>
      <w:r>
        <w:rPr>
          <w:sz w:val="20"/>
        </w:rPr>
        <w:t>28:23  dekhiye, aaj kal aap sunte honge logon ko yeh kehte hue ke bhai agar hamein koi harmful nahi banta hai to jo chahe kare, woh</w:t>
      </w:r>
      <w:r>
        <w:br/>
      </w:r>
      <w:r>
        <w:rPr>
          <w:sz w:val="20"/>
        </w:rPr>
        <w:t>28:32  apne bedroom mein jo chahe kare, woh hamein to harmful nahi ban raha hai. woh lekin jo researches hui hain is se yeh tasawwur bilkul yani ghalat sabit ho gaya hai ke aap chahe chhip kar ke bhi ek burai karein to poori society par is ka asar parta hai.</w:t>
      </w:r>
      <w:r>
        <w:br/>
      </w:r>
      <w:r>
        <w:rPr>
          <w:sz w:val="20"/>
        </w:rPr>
        <w:t>28:53  kisi ne kaha tha, kisi philosopher ne ke aadmi hairan apne aap ko radiate karta rehta hai.</w:t>
      </w:r>
      <w:r>
        <w:br/>
      </w:r>
      <w:r>
        <w:rPr>
          <w:sz w:val="20"/>
        </w:rPr>
        <w:t>29:00  bara ya acha, aadmi hairan apne aap ko radiate karta rehta hai.</w:t>
      </w:r>
      <w:r>
        <w:br/>
      </w:r>
      <w:r>
        <w:rPr>
          <w:sz w:val="20"/>
        </w:rPr>
        <w:t>29:08  to abhi dekhiye, aap parhte honge paperon mein ke pehle zamane mein hamare bachpan ke zamane mein smoking jo thi ek individual burai thi.</w:t>
      </w:r>
      <w:r>
        <w:br/>
      </w:r>
      <w:r>
        <w:rPr>
          <w:sz w:val="20"/>
        </w:rPr>
        <w:t>29:18  smoking</w:t>
      </w:r>
      <w:r>
        <w:br/>
      </w:r>
      <w:r>
        <w:rPr>
          <w:sz w:val="20"/>
        </w:rPr>
        <w:t>29:22  likha rehta tha packet par ke "cigarette smoking is injurious to health</w:t>
      </w:r>
      <w:r>
        <w:br/>
      </w:r>
      <w:r>
        <w:rPr>
          <w:sz w:val="20"/>
        </w:rPr>
        <w:t>29:27  "۔ itna hi likha rehta tha. yani woh jo smoker hai, jo aadmi pi raha hai, us ke liye bara hai. woh bas. lekin aap jante hain ke ab jo researches hui hain to ab yeh hai active smoker aur passive smoker.</w:t>
      </w:r>
      <w:r>
        <w:br/>
      </w:r>
      <w:r>
        <w:rPr>
          <w:sz w:val="20"/>
        </w:rPr>
        <w:t>29:44  do category bana diya gaya hai. jab ek aadmi peeta hai to woh active smoker hai lekin doosron ko bhi nuqsan pahuncha raha hai.</w:t>
      </w:r>
      <w:r>
        <w:br/>
      </w:r>
      <w:r>
        <w:rPr>
          <w:sz w:val="20"/>
        </w:rPr>
        <w:t>29:54  woh</w:t>
      </w:r>
      <w:r>
        <w:br/>
      </w:r>
      <w:r>
        <w:rPr>
          <w:sz w:val="20"/>
        </w:rPr>
        <w:t>29:56  abhi mein ne parha kahin ke agar ek ek cigarette piya aadmi ne, is ka kash us ne nikal diya bahar to ek bar pi kar ke bhi use kitne logon ko nuqsan pahunchaye ga?</w:t>
      </w:r>
      <w:r>
        <w:br/>
      </w:r>
      <w:r>
        <w:rPr>
          <w:sz w:val="20"/>
        </w:rPr>
        <w:t>30:07  woh</w:t>
      </w:r>
      <w:r>
        <w:br/>
      </w:r>
      <w:r>
        <w:rPr>
          <w:sz w:val="20"/>
        </w:rPr>
        <w:t>30:13  aap jante hain ke ke smoking jo hai hamare liver ko kharab karti hai.</w:t>
      </w:r>
      <w:r>
        <w:br/>
      </w:r>
      <w:r>
        <w:rPr>
          <w:sz w:val="20"/>
        </w:rPr>
        <w:t>30:20  to sirf isi ko nahi kharab karti hai jo pi raha hai, jo active smoking kar raha hai. passive smoking bhi doosron ko nuqsan pahuncha rahi hai.</w:t>
      </w:r>
      <w:r>
        <w:br/>
      </w:r>
      <w:r>
        <w:rPr>
          <w:sz w:val="20"/>
        </w:rPr>
        <w:t>30:31  jo nahi peete hain, woh bhi bechare is ke is ka shikar ho rahe hain. to yeh, yeh, yeh, yeh, yeh concept bilkul ghalat sabit ho gaya ke bhai koi karta hai to kare, hamein is mein kya farq parta hai?</w:t>
      </w:r>
      <w:r>
        <w:br/>
      </w:r>
      <w:r>
        <w:rPr>
          <w:sz w:val="20"/>
        </w:rPr>
        <w:t>30:44  agar hum harmless nahi hain.</w:t>
      </w:r>
      <w:r>
        <w:br/>
      </w:r>
      <w:r>
        <w:rPr>
          <w:sz w:val="20"/>
        </w:rPr>
        <w:t>30:47  agar yeh zamana aisa hai ke agar aap koi aadmi aap ko direct harmless nahi hai, direct harm nahi pahuncha raha hai, direct sense mein harmful nahi hai, tab bhi woh harmful hai aap ke liye.</w:t>
      </w:r>
      <w:r>
        <w:br/>
      </w:r>
      <w:r>
        <w:rPr>
          <w:sz w:val="20"/>
        </w:rPr>
        <w:t>31:04  agar koi aadmi ek burai karta hai aur direct sense mein woh aap ke liye harmfull nahi, tab bhi woh aap ke liye harmful hai indirect way mein.</w:t>
      </w:r>
      <w:r>
        <w:br/>
      </w:r>
      <w:r>
        <w:rPr>
          <w:sz w:val="20"/>
        </w:rPr>
        <w:t>31:13  toh aap kaise kar sakte hain aisa</w:t>
      </w:r>
    </w:p>
    <w:p>
      <w:pPr>
        <w:pStyle w:val="Heading2"/>
      </w:pPr>
      <w:r>
        <w:t>Personal idealism social pragmatism</w:t>
      </w:r>
    </w:p>
    <w:p>
      <w:r>
        <w:rPr>
          <w:color w:val="666666"/>
          <w:sz w:val="18"/>
        </w:rPr>
        <w:t>Adjustment the Only Option September 19, 2010 Maulana Wahiduddin Khan · 31s · at 4:47 · https://youtu.be/o5wG_ONm76s?t=287</w:t>
      </w:r>
    </w:p>
    <w:p>
      <w:r>
        <w:rPr>
          <w:i/>
        </w:rPr>
        <w:t>“In your personal life be idealist”</w:t>
      </w:r>
    </w:p>
    <w:p>
      <w:r>
        <w:rPr>
          <w:sz w:val="20"/>
        </w:rPr>
        <w:t>4:47  In your personal life be idealist.</w:t>
      </w:r>
      <w:r>
        <w:br/>
      </w:r>
      <w:r>
        <w:rPr>
          <w:sz w:val="20"/>
        </w:rPr>
        <w:t>4:54  idealist zaati mamle mein. Lekin when it comes to society, family, other people, you have to be realist, you have to be pragmatic.</w:t>
      </w:r>
      <w:r>
        <w:br/>
      </w:r>
      <w:r>
        <w:rPr>
          <w:sz w:val="20"/>
        </w:rPr>
        <w:t>5:11  You have to adjust with others.</w:t>
      </w:r>
    </w:p>
    <w:p>
      <w:pPr>
        <w:pStyle w:val="Heading2"/>
      </w:pPr>
      <w:r>
        <w:t>Why you must verify before repeating what you hear</w:t>
      </w:r>
    </w:p>
    <w:p>
      <w:r>
        <w:rPr>
          <w:color w:val="666666"/>
          <w:sz w:val="18"/>
        </w:rPr>
        <w:t>Warning and Punishment May 15, 2008 · 2m 27s · at 43:29 · https://youtu.be/tL3qIGvBuBE?t=2609</w:t>
      </w:r>
    </w:p>
    <w:p>
      <w:r>
        <w:rPr>
          <w:i/>
        </w:rPr>
        <w:t>“Kisi ke baare mein aapko ek baat mili to aap kya karenge?”</w:t>
      </w:r>
    </w:p>
    <w:p>
      <w:r>
        <w:rPr>
          <w:sz w:val="20"/>
        </w:rPr>
        <w:t>43:29  sochiye, study kijiye, discussion kijiye, dialogue kijiye. ab dekhiye, hamare samaj mein aaj kal kya hai.</w:t>
      </w:r>
      <w:r>
        <w:br/>
      </w:r>
      <w:r>
        <w:rPr>
          <w:sz w:val="20"/>
        </w:rPr>
        <w:t>43:39  kisi ke bare mein aap ko ek baat mili to kya karenge?</w:t>
      </w:r>
      <w:r>
        <w:br/>
      </w:r>
      <w:r>
        <w:rPr>
          <w:sz w:val="20"/>
        </w:rPr>
        <w:t>43:45  bas logon se us ko ban karne lagenge. halanke is aadmi se poochna chahiye, sab se pehle ke tumhare bare mein maine aisa suna hai, yeh sahi hai ke nahi sahi hai?</w:t>
      </w:r>
      <w:r>
        <w:br/>
      </w:r>
      <w:r>
        <w:rPr>
          <w:sz w:val="20"/>
        </w:rPr>
        <w:t>44:00  isi liye hadith mein hai ke</w:t>
      </w:r>
      <w:r>
        <w:br/>
      </w:r>
      <w:r>
        <w:rPr>
          <w:sz w:val="20"/>
        </w:rPr>
        <w:t>44:04  kafa bil mar'i kaziban an yahdatha bikulli ma sami'a</w:t>
      </w:r>
      <w:r>
        <w:br/>
      </w:r>
      <w:r>
        <w:rPr>
          <w:sz w:val="20"/>
        </w:rPr>
        <w:t>44:11  ke aadmi ke jhoota hone ke liye yahi baat kafi hai ke woh jo kuch sune, us ko bolne lage.</w:t>
      </w:r>
      <w:r>
        <w:br/>
      </w:r>
      <w:r>
        <w:rPr>
          <w:sz w:val="20"/>
        </w:rPr>
        <w:t>44:23  aadmi ke jhoota hone ke liye yahi baat kafi hai ke woh jo kuch sune, us ko bolne lage.</w:t>
      </w:r>
      <w:r>
        <w:br/>
      </w:r>
      <w:r>
        <w:rPr>
          <w:sz w:val="20"/>
        </w:rPr>
        <w:t>44:32  agar aap kuch sunte hain to aap us ko sab se pehle to kehne wale se scrutiny kijiye.</w:t>
      </w:r>
      <w:r>
        <w:br/>
      </w:r>
      <w:r>
        <w:rPr>
          <w:sz w:val="20"/>
        </w:rPr>
        <w:t>44:39  mera tareeqa yeh hai ke agar koi mujh se koi baat kahe to mein foran scrutiny karta hoon us ko. yeh nahi ke bas mujhe keh diya aur maine sun liya. achha, ab mein Allah ke fazl se aisa nahi karta hoon.</w:t>
      </w:r>
      <w:r>
        <w:br/>
      </w:r>
      <w:r>
        <w:rPr>
          <w:sz w:val="20"/>
        </w:rPr>
        <w:t>44:52  mein scrutiny karunga. phir apne common sense pe lagaunga ke kya aisa ho sakta hai.</w:t>
      </w:r>
      <w:r>
        <w:br/>
      </w:r>
      <w:r>
        <w:rPr>
          <w:sz w:val="20"/>
        </w:rPr>
        <w:t>45:03  scrutiny karunga. phir apne common sense pe lagaunga ke kya aisa ho sakta hai.</w:t>
      </w:r>
      <w:r>
        <w:br/>
      </w:r>
      <w:r>
        <w:rPr>
          <w:sz w:val="20"/>
        </w:rPr>
        <w:t>45:09  aur jo bhi is se relevant cheezein hain, us par soch bichar karunga. tab ja kar manunga is baat ko.</w:t>
      </w:r>
      <w:r>
        <w:br/>
      </w:r>
      <w:r>
        <w:rPr>
          <w:sz w:val="20"/>
        </w:rPr>
        <w:t>45:21  dekhiye, agar koi baat aisi hai jo kisi ke bare mein koi negative remark nahi hai to aap us ko bol sakte hain.</w:t>
      </w:r>
      <w:r>
        <w:br/>
      </w:r>
      <w:r>
        <w:rPr>
          <w:sz w:val="20"/>
        </w:rPr>
        <w:t>45:32  lekin agar negative remark hai to aap ko bolne ka right nahi hai.</w:t>
      </w:r>
      <w:r>
        <w:br/>
      </w:r>
      <w:r>
        <w:rPr>
          <w:sz w:val="20"/>
        </w:rPr>
        <w:t>45:36  pehley aap ko scrutiny karna hai, aap ko study karna hai. aap ko is aadmi se, consult person se ja kar baat karna hai. bohat sari conditions poora karna hai.</w:t>
      </w:r>
      <w:r>
        <w:br/>
      </w:r>
      <w:r>
        <w:rPr>
          <w:sz w:val="20"/>
        </w:rPr>
        <w:t>45:46  tab ja kar aap ko bolne ka right milega. nahi to nahi.</w:t>
      </w:r>
    </w:p>
    <w:p>
      <w:pPr>
        <w:pStyle w:val="Heading2"/>
      </w:pPr>
      <w:r>
        <w:t>Don't hide flaws use diary for self criticism</w:t>
      </w:r>
    </w:p>
    <w:p>
      <w:r>
        <w:rPr>
          <w:color w:val="666666"/>
          <w:sz w:val="18"/>
        </w:rPr>
        <w:t>Tazkiyah and Self Criticism April 13, 2020 Maulana Wahiduddin Khan · 3m 34s · at 20:09 · https://youtu.be/D4pMJtT4vDg?t=1209</w:t>
      </w:r>
    </w:p>
    <w:p>
      <w:r>
        <w:rPr>
          <w:i/>
        </w:rPr>
        <w:t>“Apni skoot nahi karna”</w:t>
      </w:r>
    </w:p>
    <w:p>
      <w:r>
        <w:rPr>
          <w:sz w:val="20"/>
        </w:rPr>
        <w:t>20:09  apni scot nahi karna. apni scot nahi. log karte hain doosron ki scot nahi.</w:t>
      </w:r>
      <w:r>
        <w:br/>
      </w:r>
      <w:r>
        <w:rPr>
          <w:sz w:val="20"/>
        </w:rPr>
        <w:t>20:18  lekin jo aadmi chahta ho apne ko</w:t>
      </w:r>
      <w:r>
        <w:br/>
      </w:r>
      <w:r>
        <w:rPr>
          <w:sz w:val="20"/>
        </w:rPr>
        <w:t>20:24  madah kar sakte banana, madah kar to us ko aag dalni pare gi apni scot mein. My habit, by the grace of Allah, is this</w:t>
      </w:r>
      <w:r>
        <w:br/>
      </w:r>
      <w:r>
        <w:rPr>
          <w:sz w:val="20"/>
        </w:rPr>
        <w:t>20:35  ke main doosron ki ghalti dhoondta hi nahi. apni</w:t>
      </w:r>
      <w:r>
        <w:br/>
      </w:r>
      <w:r>
        <w:rPr>
          <w:sz w:val="20"/>
        </w:rPr>
        <w:t>20:41  ghalti dhoondta hoon.</w:t>
      </w:r>
      <w:r>
        <w:br/>
      </w:r>
      <w:r>
        <w:rPr>
          <w:sz w:val="20"/>
        </w:rPr>
        <w:t>20:45  main doosron ki ghalti ko sochta bhi nahi. main</w:t>
      </w:r>
      <w:r>
        <w:br/>
      </w:r>
      <w:r>
        <w:rPr>
          <w:sz w:val="20"/>
        </w:rPr>
        <w:t>20:52  apni ghalti ko sochta hoon. yeh meri aadat hai. yeh aadat daliye ya asal mein us ko us ko apni habit mein shamil kijiye.</w:t>
      </w:r>
      <w:r>
        <w:br/>
      </w:r>
      <w:r>
        <w:rPr>
          <w:sz w:val="20"/>
        </w:rPr>
        <w:t>21:11  main ne main ne naujawani ki umar se yeh kiya ke main ne aik aik diary banai. diary.</w:t>
      </w:r>
      <w:r>
        <w:br/>
      </w:r>
      <w:r>
        <w:rPr>
          <w:sz w:val="20"/>
        </w:rPr>
        <w:t>21:22  is diary ko</w:t>
      </w:r>
      <w:r>
        <w:br/>
      </w:r>
      <w:r>
        <w:rPr>
          <w:sz w:val="20"/>
        </w:rPr>
        <w:t>21:27  main ne apni ghalti likhne ka zariya banaya.</w:t>
      </w:r>
      <w:r>
        <w:br/>
      </w:r>
      <w:r>
        <w:rPr>
          <w:sz w:val="20"/>
        </w:rPr>
        <w:t>21:34  asal mein main ne aik qissa parha tha France ke badshah ka. to aap jante honge ke</w:t>
      </w:r>
      <w:r>
        <w:br/>
      </w:r>
      <w:r>
        <w:rPr>
          <w:sz w:val="20"/>
        </w:rPr>
        <w:t>21:45  diary likhne ke mizaj European logon mein bohat bohat hai. diary maintain karna. to France ka aik badshah tha, woh har din kuch likhta tha.</w:t>
      </w:r>
      <w:r>
        <w:br/>
      </w:r>
      <w:r>
        <w:rPr>
          <w:sz w:val="20"/>
        </w:rPr>
        <w:t>21:59  har din.</w:t>
      </w:r>
      <w:r>
        <w:br/>
      </w:r>
      <w:r>
        <w:rPr>
          <w:sz w:val="20"/>
        </w:rPr>
        <w:t>22:04  to aik woh uska zyada tar jo hota tha, woh shikar karta tha. woh</w:t>
      </w:r>
      <w:r>
        <w:br/>
      </w:r>
      <w:r>
        <w:rPr>
          <w:sz w:val="20"/>
        </w:rPr>
        <w:t>22:14  to har din woh us ne kiya shikar kiya, woh likhta tha. to aik din aisa hua</w:t>
      </w:r>
      <w:r>
        <w:br/>
      </w:r>
      <w:r>
        <w:rPr>
          <w:sz w:val="20"/>
        </w:rPr>
        <w:t>22:21  ke woh</w:t>
      </w:r>
      <w:r>
        <w:br/>
      </w:r>
      <w:r>
        <w:rPr>
          <w:sz w:val="20"/>
        </w:rPr>
        <w:t>22:26  shikar ke liye gaya jangl mein.</w:t>
      </w:r>
      <w:r>
        <w:br/>
      </w:r>
      <w:r>
        <w:rPr>
          <w:sz w:val="20"/>
        </w:rPr>
        <w:t>22:32  qadeem zamane mein yeh sab ate the logon mein. to aik din woh badshah, us zamane mein shikar hota tha zyada tar</w:t>
      </w:r>
      <w:r>
        <w:br/>
      </w:r>
      <w:r>
        <w:rPr>
          <w:sz w:val="20"/>
        </w:rPr>
        <w:t>22:47  teer kaman se. zyada tar teer kaman se. to aik din aisa hua ke jab badshah loota to us ke paas likhne ke liye kuch nahi tha.</w:t>
      </w:r>
      <w:r>
        <w:br/>
      </w:r>
      <w:r>
        <w:rPr>
          <w:sz w:val="20"/>
        </w:rPr>
        <w:t>23:05  kyun nahi? aaj yeh shikar kiya, aaj main ne aisa kiya, aaj main ne usay kiya. yani koi yaft wali baat nahi thi.</w:t>
      </w:r>
      <w:r>
        <w:br/>
      </w:r>
      <w:r>
        <w:rPr>
          <w:sz w:val="20"/>
        </w:rPr>
        <w:t>23:16  to main isi din, us us badshah ne abhi us din ki diary mein likha: Nothing. Nothing.</w:t>
      </w:r>
      <w:r>
        <w:br/>
      </w:r>
      <w:r>
        <w:rPr>
          <w:sz w:val="20"/>
        </w:rPr>
        <w:t>23:27  is se main ne us ka aadat bana liya apni ke apni Nothing ko jano.</w:t>
      </w:r>
      <w:r>
        <w:br/>
      </w:r>
      <w:r>
        <w:rPr>
          <w:sz w:val="20"/>
        </w:rPr>
        <w:t>23:34  apni Nothing ko jano.</w:t>
      </w:r>
    </w:p>
    <w:p>
      <w:pPr>
        <w:pStyle w:val="Heading2"/>
      </w:pPr>
      <w:r>
        <w:t>Pakistan's troubles compared to Prophet Yunus in the fish</w:t>
      </w:r>
    </w:p>
    <w:p>
      <w:r>
        <w:rPr>
          <w:color w:val="666666"/>
          <w:sz w:val="18"/>
        </w:rPr>
        <w:t>Conveying The Message of God August 2, 2009 · 2m 52s · at 1:41:27 · https://youtu.be/Vas9vU2IepI?t=6087</w:t>
      </w:r>
    </w:p>
    <w:p>
      <w:r>
        <w:rPr>
          <w:i/>
        </w:rPr>
        <w:t>“Pakistan's Muslims are stuck like Yunus in the fish”</w:t>
      </w:r>
    </w:p>
    <w:p>
      <w:r>
        <w:rPr>
          <w:sz w:val="20"/>
        </w:rPr>
        <w:t>1:41:27  This question is from Doctor Fareeda Khan m Why is it that the plight of Pakistani Muslims is worse than the Muslims of all the other countries?</w:t>
      </w:r>
      <w:r>
        <w:br/>
      </w:r>
      <w:r>
        <w:rPr>
          <w:sz w:val="20"/>
        </w:rPr>
        <w:t>1:41:39  They are fighting among themselves.</w:t>
      </w:r>
      <w:r>
        <w:br/>
      </w:r>
      <w:r>
        <w:rPr>
          <w:sz w:val="20"/>
        </w:rPr>
        <w:t>1:41:41  Is it due to the fact that they are not engaged in Dawa work, rather they hate the Madhu? What is your comment on this?</w:t>
      </w:r>
      <w:r>
        <w:br/>
      </w:r>
      <w:r>
        <w:rPr>
          <w:sz w:val="20"/>
        </w:rPr>
        <w:t>1:41:51  maine to is par likha tha k</w:t>
      </w:r>
      <w:r>
        <w:br/>
      </w:r>
      <w:r>
        <w:rPr>
          <w:sz w:val="20"/>
        </w:rPr>
        <w:t>1:41:57  Pakistan k jo Musalman hain, unki samajhne k liye Hazrat Yunus Alaihissalam ka qissa usko explain karta hai.</w:t>
      </w:r>
      <w:r>
        <w:br/>
      </w:r>
      <w:r>
        <w:rPr>
          <w:sz w:val="20"/>
        </w:rPr>
        <w:t>1:42:06  Hazrat Yunus Alaihissalam jo the, dawat k liye bheje gaye the, woh Nineveh kuch kaam kiya lekin poora karne se pehle woh wahan se laut gaye.</w:t>
      </w:r>
      <w:r>
        <w:br/>
      </w:r>
      <w:r>
        <w:rPr>
          <w:sz w:val="20"/>
        </w:rPr>
        <w:t>1:42:20  to machhli k pait mein chale gaye woh. to maine likha tha k Pakistan walon ne, yaani jis ko unhon ne Islam pahunchaya tha, us se ladai chhed di.</w:t>
      </w:r>
      <w:r>
        <w:br/>
      </w:r>
      <w:r>
        <w:rPr>
          <w:sz w:val="20"/>
        </w:rPr>
        <w:t>1:42:30  yaani Hindu hamare liye mad</w:t>
      </w:r>
      <w:r>
        <w:br/>
      </w:r>
      <w:r>
        <w:rPr>
          <w:sz w:val="20"/>
        </w:rPr>
        <w:t>1:42:32  what the. Hindu se hamein Islam, khuda ka paigham pahunchana tha. aur Hindu se ladai chhed di. ladai chhed kar k pehle Pakistan banwaya, ab ladai chhede hue hain k hamein hamari treaty do, yeh yeh Kashmir do aur falan do.</w:t>
      </w:r>
      <w:r>
        <w:br/>
      </w:r>
      <w:r>
        <w:rPr>
          <w:sz w:val="20"/>
        </w:rPr>
        <w:t>1:42:47  to madu se ladai is se bhi zyada bura hai jo k Hazrat Yunus Alaihissalam, Hazrat Yunus sirf chale gaye the, sirf yahan to madu se ladai chhede hue hain.</w:t>
      </w:r>
      <w:r>
        <w:br/>
      </w:r>
      <w:r>
        <w:rPr>
          <w:sz w:val="20"/>
        </w:rPr>
        <w:t>1:42:57  to superficial mein unka chale gaye hain woh.</w:t>
      </w:r>
      <w:r>
        <w:br/>
      </w:r>
      <w:r>
        <w:rPr>
          <w:sz w:val="20"/>
        </w:rPr>
        <w:t>1:43:00  Hazrat Yunus Alaihissalam to fish ke pait mein gaye the, yeh to super fish ke pait mein hain. Yaani ek tarah mad'u par apni zimmedariyon ko ada karne se pehle aap chhod kar chale jayein.</w:t>
      </w:r>
      <w:r>
        <w:br/>
      </w:r>
      <w:r>
        <w:rPr>
          <w:sz w:val="20"/>
        </w:rPr>
        <w:t>1:43:12  to ek darje ki ghalati yeh hai. lekin agar aap madu se ladai chhod dein, jo dushman declare kare, usko yeh to gunah azeem hai.</w:t>
      </w:r>
      <w:r>
        <w:br/>
      </w:r>
      <w:r>
        <w:rPr>
          <w:sz w:val="20"/>
        </w:rPr>
        <w:t>1:43:21  to jab tak Pakistani log, yaad rakhein, Hindu se nafrat ko khatam nahin karenge, Hindu se shikayat ko khatam nahin karenge, Hindu se takrao ko khatam nahin karenge, unilaterally Pakistan k logon ko unilaterally Hinduo se apni shikayat khatam karein, karni padegi.</w:t>
      </w:r>
      <w:r>
        <w:br/>
      </w:r>
      <w:r>
        <w:rPr>
          <w:sz w:val="20"/>
        </w:rPr>
        <w:t>1:43:41  warna hum machhli k pait mein rahenge, qayamat tak pade rahenge woh. kabhi bhi woh problem se bach nahin nikal nahin payenge. hamesha pade rahenge, yahan tak qayamat aa jaye.</w:t>
      </w:r>
      <w:r>
        <w:br/>
      </w:r>
      <w:r>
        <w:rPr>
          <w:sz w:val="20"/>
        </w:rPr>
        <w:t>1:43:53  Pakistani walon k liye, yaani yeh jo ghire hue hain problem mein, woh us se bachne ki ek hi shakal hai. Openly declare karein k we were wrong k humne Hindu ko, jo k madu the, unko apna rival bana liya, apna dushman bana liya. yeh ghalati thi.</w:t>
      </w:r>
      <w:r>
        <w:br/>
      </w:r>
      <w:r>
        <w:rPr>
          <w:sz w:val="20"/>
        </w:rPr>
        <w:t>1:44:11  Hindu hamare bhai hain, Hindu insaan hain, Hindu hamare padosi hain.</w:t>
      </w:r>
    </w:p>
    <w:p>
      <w:pPr>
        <w:pStyle w:val="Heading2"/>
      </w:pPr>
      <w:r>
        <w:t>Speaking against others is a boomerang that harms yourself</w:t>
      </w:r>
    </w:p>
    <w:p>
      <w:r>
        <w:rPr>
          <w:color w:val="666666"/>
          <w:sz w:val="18"/>
        </w:rPr>
        <w:t>The Problem of Misunderstanding January 1, 2008 Maulana Wahiduddin Khan · 5m 47s · at 48:02 · https://youtu.be/LdzzoBvyaD0?t=2882</w:t>
      </w:r>
    </w:p>
    <w:p>
      <w:r>
        <w:rPr>
          <w:i/>
        </w:rPr>
        <w:t>“When you speak against someone, it's not simple at all”</w:t>
      </w:r>
    </w:p>
    <w:p>
      <w:r>
        <w:rPr>
          <w:sz w:val="20"/>
        </w:rPr>
        <w:t>48:02  e. woh aisa bura hai, woh aisa kharab hai, is mein yeh burai hai, is mein yeh kami hai. yeh saada baat nahi hai. yeh bas samajhye ke aap ne doosre ke baray mein ek manfi tabasra diya.</w:t>
      </w:r>
      <w:r>
        <w:br/>
      </w:r>
      <w:r>
        <w:rPr>
          <w:sz w:val="20"/>
        </w:rPr>
        <w:t>48:14  nahin. apne aap ke andar aap ne ek manfi shakhsiyat tayyar ki. yeh samajh lijiye.</w:t>
      </w:r>
      <w:r>
        <w:br/>
      </w:r>
      <w:r>
        <w:rPr>
          <w:sz w:val="20"/>
        </w:rPr>
        <w:t>48:25  yani bazahir to aisa lagta hai ke aap kisi aur ke baray mein ek manfi goli bol rahe hain. doosre ke baray mein nafrat zahir kar rahe hain.</w:t>
      </w:r>
      <w:r>
        <w:br/>
      </w:r>
      <w:r>
        <w:rPr>
          <w:sz w:val="20"/>
        </w:rPr>
        <w:t>48:38  doosre ke baray mein ek shikayati baat kar rahe hain. lekin is se zyada bara pehlu kya hai?</w:t>
      </w:r>
      <w:r>
        <w:br/>
      </w:r>
      <w:r>
        <w:rPr>
          <w:sz w:val="20"/>
        </w:rPr>
        <w:t>48:46  ke aisa karte hue apne andar aap manfi shakhsiyat bana rahe hain. aur manfi shakhsiyat se zyada buri cheez aur koi nahi.</w:t>
      </w:r>
      <w:r>
        <w:br/>
      </w:r>
      <w:r>
        <w:rPr>
          <w:sz w:val="20"/>
        </w:rPr>
        <w:t>48:59  to yaad rakhiye yeh bohat hi aham nukta hai. ke jab bhi hum kisi doosre se koi rawaiyya karte hain, is rawaiyya ke waqt hum apne andar ek cheez paida kar rahe hote hain.</w:t>
      </w:r>
      <w:r>
        <w:br/>
      </w:r>
      <w:r>
        <w:rPr>
          <w:sz w:val="20"/>
        </w:rPr>
        <w:t>49:18  doosre se agar aap ne musbat rawaiyya kiya to aap ke andar musbat shakhsiyat banegi.</w:t>
      </w:r>
      <w:r>
        <w:br/>
      </w:r>
      <w:r>
        <w:rPr>
          <w:sz w:val="20"/>
        </w:rPr>
        <w:t>49:25  doosre se aap ne manfi rawaiyya kiya to aap ke apne andar manfi shakhsiyat banegi.</w:t>
      </w:r>
      <w:r>
        <w:br/>
      </w:r>
      <w:r>
        <w:rPr>
          <w:sz w:val="20"/>
        </w:rPr>
        <w:t>49:35  to log samajhte hain ke bas yeh to doosre ke baray mein bol raha hoon main. doosre ke baray mein main manfi tabasra de raha hoon. yeh bohat bhari bhool hai.</w:t>
      </w:r>
      <w:r>
        <w:br/>
      </w:r>
      <w:r>
        <w:rPr>
          <w:sz w:val="20"/>
        </w:rPr>
        <w:t>49:46  bohat bhari ghalati hai.</w:t>
      </w:r>
      <w:r>
        <w:br/>
      </w:r>
      <w:r>
        <w:rPr>
          <w:sz w:val="20"/>
        </w:rPr>
        <w:t>49:50  doosre ke khilaf bolna apne baray mein ek ek bohat bari cheez karna hai.</w:t>
      </w:r>
      <w:r>
        <w:br/>
      </w:r>
      <w:r>
        <w:rPr>
          <w:sz w:val="20"/>
        </w:rPr>
        <w:t>50:00  ke isi ke beech mein, isi ke darmiyan aap ke andar ek shakhsiyat ban rahi hoti hai.</w:t>
      </w:r>
      <w:r>
        <w:br/>
      </w:r>
      <w:r>
        <w:rPr>
          <w:sz w:val="20"/>
        </w:rPr>
        <w:t>50:11  to aap ko is se agar aap chahte hain, agar aap agar aap khud apne baray mein humdardi hain, apne khair khwah hain, to doosre ke baray mein bhi aap ko khair khwah banna parhe ga.</w:t>
      </w:r>
      <w:r>
        <w:br/>
      </w:r>
      <w:r>
        <w:rPr>
          <w:sz w:val="20"/>
        </w:rPr>
        <w:t>50:23  yad rakhiye jab jab aap doosre ke bare mein khair khwah banenge tab hi apne bare mein bhi khair khwah ban payenge. jab doosre ka mafad aap sochenge tab bhi aap ka mafad apna soch payenge.</w:t>
      </w:r>
      <w:r>
        <w:br/>
      </w:r>
      <w:r>
        <w:rPr>
          <w:sz w:val="20"/>
        </w:rPr>
        <w:t>50:36  jab doosre ke bare mein aap hamdard honge tab hi aap apne bare mein hamdard ho payenge.</w:t>
      </w:r>
      <w:r>
        <w:br/>
      </w:r>
      <w:r>
        <w:rPr>
          <w:sz w:val="20"/>
        </w:rPr>
        <w:t>50:46  yeh bohat hi zyada aham baat hai.</w:t>
      </w:r>
      <w:r>
        <w:br/>
      </w:r>
      <w:r>
        <w:rPr>
          <w:sz w:val="20"/>
        </w:rPr>
        <w:t>50:51  har lamha, har second, har lamha aap apne andar koi na koi shakhsiyat bana rahe hote hain.</w:t>
      </w:r>
      <w:r>
        <w:br/>
      </w:r>
      <w:r>
        <w:rPr>
          <w:sz w:val="20"/>
        </w:rPr>
        <w:t>51:02  ek aadmi ne ek baar kaha ke insaan har lamha apne aap ko nikharta rehta hai. insaan har lamha apne aap ko nikharta rehta hai.</w:t>
      </w:r>
      <w:r>
        <w:br/>
      </w:r>
      <w:r>
        <w:rPr>
          <w:sz w:val="20"/>
        </w:rPr>
        <w:t>51:13  yaani jaisa mein hoon waisa mein bahar aata rehta hoon. lekin yeh abhi abhi abhi aadhi baat hai. yaani yeh masla itna hi nahi ke mein apne aap ko nikharta hoon.</w:t>
      </w:r>
      <w:r>
        <w:br/>
      </w:r>
      <w:r>
        <w:rPr>
          <w:sz w:val="20"/>
        </w:rPr>
        <w:t>51:27  balkeh doosron se jo rawaiyya mera hai, is rawaiyye ke karte hue, is rawaiyye ke dauran mein apne andar ek shakhsiyat bana raha hota hoon.</w:t>
      </w:r>
      <w:r>
        <w:br/>
      </w:r>
      <w:r>
        <w:rPr>
          <w:sz w:val="20"/>
        </w:rPr>
        <w:t>51:42  mere andar jo shakhsiyat ban rahi hoti hai is ka barah e raast taluq is se hai ke mein kaise bolta hoon, kaise rawaiyya karta hoon, doosron ke sath mera kya dealing hoti hai.</w:t>
      </w:r>
      <w:r>
        <w:br/>
      </w:r>
      <w:r>
        <w:rPr>
          <w:sz w:val="20"/>
        </w:rPr>
        <w:t>51:53  is se barah e raast juri hui hai yeh.</w:t>
      </w:r>
      <w:r>
        <w:br/>
      </w:r>
      <w:r>
        <w:rPr>
          <w:sz w:val="20"/>
        </w:rPr>
        <w:t>51:56  alag nahi hai. doosre ke sath jo aap ka rawaiyya hoga usi ke mutabiq aap ke andar ki shakhsiyat banegi.</w:t>
      </w:r>
      <w:r>
        <w:br/>
      </w:r>
      <w:r>
        <w:rPr>
          <w:sz w:val="20"/>
        </w:rPr>
        <w:t>52:06  to khud apni khair khwahi ke liye, khud mafad ke liye aap ko yeh karna padega ke aap doosre ke bare mein bure na banein. doosre ke bare mein bure na banein.</w:t>
      </w:r>
      <w:r>
        <w:br/>
      </w:r>
      <w:r>
        <w:rPr>
          <w:sz w:val="20"/>
        </w:rPr>
        <w:t>52:21  mein samajhta hoon ke yeh bohat zyada sochne ki baat hai. bohat zyada sochne ki baat hai.</w:t>
      </w:r>
      <w:r>
        <w:br/>
      </w:r>
      <w:r>
        <w:rPr>
          <w:sz w:val="20"/>
        </w:rPr>
        <w:t>52:32  yaani farz karein aap ne kisi ko pathar mara.</w:t>
      </w:r>
      <w:r>
        <w:br/>
      </w:r>
      <w:r>
        <w:rPr>
          <w:sz w:val="20"/>
        </w:rPr>
        <w:t>52:37  is pathar se us ko chot lagi. us ko khoon nikla. to yeh sirf doosre ka mamla nahi hai. doosre ka mamla nahi hai.</w:t>
      </w:r>
      <w:r>
        <w:br/>
      </w:r>
      <w:r>
        <w:rPr>
          <w:sz w:val="20"/>
        </w:rPr>
        <w:t>52:47  doosre ko pathar marte hue aap ne kya kiya? apne andar nafrat ko ikattha kiya. apne andar tashaddud ko ikattha kiya.</w:t>
      </w:r>
      <w:r>
        <w:br/>
      </w:r>
      <w:r>
        <w:rPr>
          <w:sz w:val="20"/>
        </w:rPr>
        <w:t>52:57  apne andar ghair bardasht ko ikattha kiya. yeh aisa boom rang mamla hai yeh. boom rang. aisa kabhi nahi ho sakta ke aap doosron ke sath jo dealing kar rahe hon woh bas doosron ke bare mein ho, aap ka apne bare mein na ho.</w:t>
      </w:r>
      <w:r>
        <w:br/>
      </w:r>
      <w:r>
        <w:rPr>
          <w:sz w:val="20"/>
        </w:rPr>
        <w:t>53:18  to jab Hazrat Masih ne kaha ke mohabbat apne dushman ke sath karo, is ka ek matlab yeh bhi hai ke dushman ke sath mohabbat ka sulook karo to tumhare andar, tumhare dil mein mohabbat ke jazbat jo hain woh ikatthe karenge.</w:t>
      </w:r>
      <w:r>
        <w:br/>
      </w:r>
      <w:r>
        <w:rPr>
          <w:sz w:val="20"/>
        </w:rPr>
        <w:t>53:35  mohabbat ke jazbat jo hain woh paida honge. yaani apne aap ko mohabbat wali shakhsiyat banana apne andar. is ke liye zaroori hai ke doosron ke sath aap mohabbat ka sulook karein.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