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deal with difficult people</w:t>
      </w:r>
    </w:p>
    <w:p>
      <w:r>
        <w:rPr>
          <w:sz w:val="18"/>
        </w:rPr>
        <w:t>Q&amp;A, lecture moments and clips · full transcripts with timestamps · exported 2026-09-21</w:t>
      </w:r>
    </w:p>
    <w:p>
      <w:pPr>
        <w:pStyle w:val="Heading1"/>
      </w:pPr>
      <w:r>
        <w:t>Maulana was asked (30)</w:t>
      </w:r>
    </w:p>
    <w:p>
      <w:pPr>
        <w:pStyle w:val="Heading2"/>
      </w:pPr>
      <w:r>
        <w:t>Dealing with negative people and behavior</w:t>
      </w:r>
    </w:p>
    <w:p>
      <w:r>
        <w:rPr>
          <w:color w:val="666666"/>
          <w:sz w:val="18"/>
        </w:rPr>
        <w:t>God in the Age of Science January 08, 2017 · 1m 36s · at 53:40 · https://youtu.be/au1bRdQDZ0U?t=3220</w:t>
      </w:r>
    </w:p>
    <w:p>
      <w:r>
        <w:rPr>
          <w:i/>
        </w:rPr>
        <w:t>“We often get surrounded by negative people and sometimes we get derailed by their negative behavior. Kindly guide us how we can save our self under these circumstances.”</w:t>
      </w:r>
    </w:p>
    <w:p>
      <w:r>
        <w:rPr>
          <w:sz w:val="20"/>
        </w:rPr>
        <w:t>53:40  yani meaning less comparison hota hai kuch bhi nahi Maulana agla sawal Kashmir se kiya hai aamir mori</w:t>
      </w:r>
      <w:r>
        <w:br/>
      </w:r>
      <w:r>
        <w:rPr>
          <w:sz w:val="20"/>
        </w:rPr>
        <w:t>53:47  sahib ne unhon ne likha hai ofen we get surrounded by negative people and sometimes we get</w:t>
      </w:r>
      <w:r>
        <w:br/>
      </w:r>
      <w:r>
        <w:rPr>
          <w:sz w:val="20"/>
        </w:rPr>
        <w:t>53:55  derailed by seeing their negative behavior kindly guide us how we can save our self under those circumstances</w:t>
      </w:r>
      <w:r>
        <w:br/>
      </w:r>
      <w:r>
        <w:rPr>
          <w:sz w:val="20"/>
        </w:rPr>
        <w:t>54:02  sab se aasan tareeqa bohat hi aasan hai aap yeh sochen ke Allah taala ka talba ehsan hai</w:t>
      </w:r>
      <w:r>
        <w:br/>
      </w:r>
      <w:r>
        <w:rPr>
          <w:sz w:val="20"/>
        </w:rPr>
        <w:t>54:09  ke main is se bach gaya agar aap positive hain aur doosri taraf log bheer hai negative logon</w:t>
      </w:r>
      <w:r>
        <w:br/>
      </w:r>
      <w:r>
        <w:rPr>
          <w:sz w:val="20"/>
        </w:rPr>
        <w:t>54:17  ki to yeh to bohat mashhoor ka item hai ke Allah ne mujhe negative hone se bacha liya</w:t>
      </w:r>
      <w:r>
        <w:br/>
      </w:r>
      <w:r>
        <w:rPr>
          <w:sz w:val="20"/>
        </w:rPr>
        <w:t>54:24  to jahan shukr ka mauqa hai wahan aap nashukri kar rahe hain main to kisi bhi cheez ko</w:t>
      </w:r>
      <w:r>
        <w:br/>
      </w:r>
      <w:r>
        <w:rPr>
          <w:sz w:val="20"/>
        </w:rPr>
        <w:t>54:32  dekhta hoon ek kaate ko dekhta hoon to shor karta hoon ke mujhe mujhe bhi khuda kaata bana</w:t>
      </w:r>
      <w:r>
        <w:br/>
      </w:r>
      <w:r>
        <w:rPr>
          <w:sz w:val="20"/>
        </w:rPr>
        <w:t>54:39  sakta tha mujhe kaata nahi banaya mujhe machhar bana sakta tha har lamha shukr ka lamha hai ke</w:t>
      </w:r>
      <w:r>
        <w:br/>
      </w:r>
      <w:r>
        <w:rPr>
          <w:sz w:val="20"/>
        </w:rPr>
        <w:t>54:47  Allah ne mujhe insan banaya positive thinker banaya to shukr ke item itne zyada hain itne zyada hain</w:t>
      </w:r>
      <w:r>
        <w:br/>
      </w:r>
      <w:r>
        <w:rPr>
          <w:sz w:val="20"/>
        </w:rPr>
        <w:t>54:54  itne zyada hain ke agar aadmi soche to shukr hi shukr mein woh gharaq rahega nashukri is</w:t>
      </w:r>
      <w:r>
        <w:br/>
      </w:r>
      <w:r>
        <w:rPr>
          <w:sz w:val="20"/>
        </w:rPr>
        <w:t>55:02  کے دل میں آئے گی نہیں negative thinking آئے گی نہیں ٹوٹل سینس میں وہ positive thinker بن</w:t>
      </w:r>
      <w:r>
        <w:br/>
      </w:r>
      <w:r>
        <w:rPr>
          <w:sz w:val="20"/>
        </w:rPr>
        <w:t>55:09  جائے گا یہ سب سوچ کا معاملہ ہے لوگوں کو سوچ کو develop کیجئے right thinking کو develop</w:t>
      </w:r>
    </w:p>
    <w:p>
      <w:pPr>
        <w:pStyle w:val="Heading2"/>
      </w:pPr>
      <w:r>
        <w:t>Why does God put me in difficult situations?</w:t>
      </w:r>
    </w:p>
    <w:p>
      <w:r>
        <w:rPr>
          <w:color w:val="666666"/>
          <w:sz w:val="18"/>
        </w:rPr>
        <w:t>Divine Love July 31, 2016 · 2m 30s · at 48:22 · https://youtu.be/-gQiWX3l6J4?t=2902</w:t>
      </w:r>
    </w:p>
    <w:p>
      <w:r>
        <w:rPr>
          <w:i/>
        </w:rPr>
        <w:t>“I love God but still I feel that He puts me in difficult situations. For example I have health and financial issues.”</w:t>
      </w:r>
    </w:p>
    <w:p>
      <w:r>
        <w:rPr>
          <w:sz w:val="20"/>
        </w:rPr>
        <w:t>48:22  Maulana agla sawal Bhopal se kiya hai Faheem sahib ne aur unhon ne likha hai Maulana sahib I</w:t>
      </w:r>
      <w:r>
        <w:br/>
      </w:r>
      <w:r>
        <w:rPr>
          <w:sz w:val="20"/>
        </w:rPr>
        <w:t>48:28  love God but still I feel that He puts me in difficult situations.</w:t>
      </w:r>
      <w:r>
        <w:br/>
      </w:r>
      <w:r>
        <w:rPr>
          <w:sz w:val="20"/>
        </w:rPr>
        <w:t>48:34  For example I have health and financial issues.</w:t>
      </w:r>
      <w:r>
        <w:br/>
      </w:r>
      <w:r>
        <w:rPr>
          <w:sz w:val="20"/>
        </w:rPr>
        <w:t>48:40  One of my atheist friends tells me that if God is really merciful then why would He do</w:t>
      </w:r>
      <w:r>
        <w:br/>
      </w:r>
      <w:r>
        <w:rPr>
          <w:sz w:val="20"/>
        </w:rPr>
        <w:t>48:46  this to me?</w:t>
      </w:r>
      <w:r>
        <w:br/>
      </w:r>
      <w:r>
        <w:rPr>
          <w:sz w:val="20"/>
        </w:rPr>
        <w:t>48:52  I have no answer for this.</w:t>
      </w:r>
      <w:r>
        <w:br/>
      </w:r>
      <w:r>
        <w:rPr>
          <w:sz w:val="20"/>
        </w:rPr>
        <w:t>48:54  Kindly give me your guidance in understanding my case better.</w:t>
      </w:r>
      <w:r>
        <w:br/>
      </w:r>
      <w:r>
        <w:rPr>
          <w:sz w:val="20"/>
        </w:rPr>
        <w:t>48:58  dekhen sab se bari ghalati aap ki yeh hai ke aap sochte hain ke I love God.</w:t>
      </w:r>
      <w:r>
        <w:br/>
      </w:r>
      <w:r>
        <w:rPr>
          <w:sz w:val="20"/>
        </w:rPr>
        <w:t>49:06  yeh bilkul aap fast food mein jee rahe hain.</w:t>
      </w:r>
      <w:r>
        <w:br/>
      </w:r>
      <w:r>
        <w:rPr>
          <w:sz w:val="20"/>
        </w:rPr>
        <w:t>49:09  dekhen Allah se love karna yeh nahi ke aap lip service karen.</w:t>
      </w:r>
      <w:r>
        <w:br/>
      </w:r>
      <w:r>
        <w:rPr>
          <w:sz w:val="20"/>
        </w:rPr>
        <w:t>49:15  Allah se love karne ke maani hain ke aap Allah ko discover karen.</w:t>
      </w:r>
      <w:r>
        <w:br/>
      </w:r>
      <w:r>
        <w:rPr>
          <w:sz w:val="20"/>
        </w:rPr>
        <w:t>49:20  Allah ko apne concern banayen.</w:t>
      </w:r>
      <w:r>
        <w:br/>
      </w:r>
      <w:r>
        <w:rPr>
          <w:sz w:val="20"/>
        </w:rPr>
        <w:t>49:22  Allah se duayen karen.</w:t>
      </w:r>
      <w:r>
        <w:br/>
      </w:r>
      <w:r>
        <w:rPr>
          <w:sz w:val="20"/>
        </w:rPr>
        <w:t>49:24  Allah se apni har cheez mein madad mangen.</w:t>
      </w:r>
      <w:r>
        <w:br/>
      </w:r>
      <w:r>
        <w:rPr>
          <w:sz w:val="20"/>
        </w:rPr>
        <w:t>49:28  to aap Allah ki law jo farmate hain yeh aap fast food mein jee rahe hain.</w:t>
      </w:r>
      <w:r>
        <w:br/>
      </w:r>
      <w:r>
        <w:rPr>
          <w:sz w:val="20"/>
        </w:rPr>
        <w:t>49:34  yani aap ka Allah se contact nahi bana.</w:t>
      </w:r>
      <w:r>
        <w:br/>
      </w:r>
      <w:r>
        <w:rPr>
          <w:sz w:val="20"/>
        </w:rPr>
        <w:t>49:38  Contact bana hota to yeh sab jo jis ko aap problem kehte hain woh problem aata hi nahi.</w:t>
      </w:r>
      <w:r>
        <w:br/>
      </w:r>
      <w:r>
        <w:rPr>
          <w:sz w:val="20"/>
        </w:rPr>
        <w:t>49:46  kyun ke sare problem aate hain divine culture ko follow na karne ki wajah se.</w:t>
      </w:r>
      <w:r>
        <w:br/>
      </w:r>
      <w:r>
        <w:rPr>
          <w:sz w:val="20"/>
        </w:rPr>
        <w:t>49:52  agar aap mujhe tafseel se batayen to mein bata doon ga aap ko ke aap ne divine culture</w:t>
      </w:r>
      <w:r>
        <w:br/>
      </w:r>
      <w:r>
        <w:rPr>
          <w:sz w:val="20"/>
        </w:rPr>
        <w:t>49:59  ko follow nahi kiya.</w:t>
      </w:r>
      <w:r>
        <w:br/>
      </w:r>
      <w:r>
        <w:rPr>
          <w:sz w:val="20"/>
        </w:rPr>
        <w:t>50:01  yeh aap jante hue ke aap Khuda se mohabbat karte hain lekin Khuda ne jo guidance diya us</w:t>
      </w:r>
      <w:r>
        <w:br/>
      </w:r>
      <w:r>
        <w:rPr>
          <w:sz w:val="20"/>
        </w:rPr>
        <w:t>50:09  par is ko aap ne chale nahi is ke upar.</w:t>
      </w:r>
      <w:r>
        <w:br/>
      </w:r>
      <w:r>
        <w:rPr>
          <w:sz w:val="20"/>
        </w:rPr>
        <w:t>50:13  to I love God ke maani hain ke ke aap ne Khuda ko discover kiya ho.</w:t>
      </w:r>
      <w:r>
        <w:br/>
      </w:r>
      <w:r>
        <w:rPr>
          <w:sz w:val="20"/>
        </w:rPr>
        <w:t>50:20  aap ne Khuda ke culture ko apnaya ho.</w:t>
      </w:r>
      <w:r>
        <w:br/>
      </w:r>
      <w:r>
        <w:rPr>
          <w:sz w:val="20"/>
        </w:rPr>
        <w:t>50:23  aap ne Khuda se duayen ki hon.</w:t>
      </w:r>
      <w:r>
        <w:br/>
      </w:r>
      <w:r>
        <w:rPr>
          <w:sz w:val="20"/>
        </w:rPr>
        <w:t>50:26  yeh sab process aap ki zindagi mein beeta nahi.</w:t>
      </w:r>
      <w:r>
        <w:br/>
      </w:r>
      <w:r>
        <w:rPr>
          <w:sz w:val="20"/>
        </w:rPr>
        <w:t>50:30  is liye aap is mein jo difficulties hain is liye hain ke aap is process se guzre rahen.</w:t>
      </w:r>
      <w:r>
        <w:br/>
      </w:r>
      <w:r>
        <w:rPr>
          <w:sz w:val="20"/>
        </w:rPr>
        <w:t>50:38  is waqt mein nahin chounkay sari tafseel mere samnay nahin hai.</w:t>
      </w:r>
      <w:r>
        <w:br/>
      </w:r>
      <w:r>
        <w:rPr>
          <w:sz w:val="20"/>
        </w:rPr>
        <w:t>50:43  agar meri sari tafseel ho to mein aap ko bilkul saaf saaf bata sakta hoon inshallah.</w:t>
      </w:r>
      <w:r>
        <w:br/>
      </w:r>
      <w:r>
        <w:rPr>
          <w:sz w:val="20"/>
        </w:rPr>
        <w:t>50:49  aap mujh se telephone par baat karein.</w:t>
      </w:r>
    </w:p>
    <w:p>
      <w:pPr>
        <w:pStyle w:val="Heading2"/>
      </w:pPr>
      <w:r>
        <w:t>Managing sensitivity and trivial upsets</w:t>
      </w:r>
    </w:p>
    <w:p>
      <w:r>
        <w:rPr>
          <w:color w:val="666666"/>
          <w:sz w:val="18"/>
        </w:rPr>
        <w:t>Realization of God September 15, 2013 · 1m 33s · at 1:13:15 · https://youtu.be/CNEEeM5uyi8?t=4395</w:t>
      </w:r>
    </w:p>
    <w:p>
      <w:r>
        <w:rPr>
          <w:i/>
        </w:rPr>
        <w:t>“I am by nature a very sensitive person and I often get upset in small trivial things. I want guidance from you as to how I can manage my sensitivity.”</w:t>
      </w:r>
    </w:p>
    <w:p>
      <w:r>
        <w:rPr>
          <w:sz w:val="20"/>
        </w:rPr>
        <w:t>1:13:15  Maulana, agla sawal Bangalore se hai, Vikram Sharma</w:t>
      </w:r>
      <w:r>
        <w:br/>
      </w:r>
      <w:r>
        <w:rPr>
          <w:sz w:val="20"/>
        </w:rPr>
        <w:t>1:13:19  ka. unhone aapse poocha hai: "Maulana sahib, i am by nature a very sensitive person and i often get upset in small small travel things.</w:t>
      </w:r>
      <w:r>
        <w:br/>
      </w:r>
      <w:r>
        <w:rPr>
          <w:sz w:val="20"/>
        </w:rPr>
        <w:t>1:13:31  i want guidance from you as to how i can manage my sensitivity." dekhein, koi birth se koi sensitive nahi hota, conditionings hota hai.</w:t>
      </w:r>
      <w:r>
        <w:br/>
      </w:r>
      <w:r>
        <w:rPr>
          <w:sz w:val="20"/>
        </w:rPr>
        <w:t>1:13:45  yaad rakhiye, Allah taala ne kisi ko bhi by birth yani galat nahi paida kar diya hai. by birth har aadmi sahi paida</w:t>
      </w:r>
      <w:r>
        <w:br/>
      </w:r>
      <w:r>
        <w:rPr>
          <w:sz w:val="20"/>
        </w:rPr>
        <w:t>1:13:56  hota hai, kal al fitr. lekin conditioning jo hai, yani aap jis ghar mein paida huin, jis mahaul mein rahin, us ne aap ko sensitive bana diya.</w:t>
      </w:r>
      <w:r>
        <w:br/>
      </w:r>
      <w:r>
        <w:rPr>
          <w:sz w:val="20"/>
        </w:rPr>
        <w:t>1:14:07  aur aaj kal to sab se bara jo masla hai, maa baap ki pampering. maa baap ki pampering se log sensitive ho jate hain. to by birth kuch bhi nahi hota.</w:t>
      </w:r>
      <w:r>
        <w:br/>
      </w:r>
      <w:r>
        <w:rPr>
          <w:sz w:val="20"/>
        </w:rPr>
        <w:t>1:14:17  apni conditioning ko todiye, is ko deconditioning kijiye, phir aap bilkul ek normal insaan ban jayenge.</w:t>
      </w:r>
      <w:r>
        <w:br/>
      </w:r>
      <w:r>
        <w:rPr>
          <w:sz w:val="20"/>
        </w:rPr>
        <w:t>1:14:25  main is ko nahi manta ke koi by birth koi aisa hota hai, balkeh ghar ke halaat, maa baap ki pampering, in cheezon se log aise ban jate hain.</w:t>
      </w:r>
      <w:r>
        <w:br/>
      </w:r>
      <w:r>
        <w:rPr>
          <w:sz w:val="20"/>
        </w:rPr>
        <w:t>1:14:36  yeh sab is ko isi ko kaha jata hai conditioning. to aap ko apni conditioning ko todna hai, apne aap ko decondition karna hai. is ke baad sab kuch theek ho jayega, sab kuch normal ho jayega.</w:t>
      </w:r>
    </w:p>
    <w:p>
      <w:pPr>
        <w:pStyle w:val="Heading2"/>
      </w:pPr>
      <w:r>
        <w:t>How to maintain positivity in face of problems?</w:t>
      </w:r>
    </w:p>
    <w:p>
      <w:r>
        <w:rPr>
          <w:color w:val="666666"/>
          <w:sz w:val="18"/>
        </w:rPr>
        <w:t>Importance of Creative Thinking December 11, 2011 · 1m 06s · at 1:09:07 · https://youtu.be/jfML9Arb0S4?t=4147</w:t>
      </w:r>
    </w:p>
    <w:p>
      <w:r>
        <w:rPr>
          <w:i/>
        </w:rPr>
        <w:t>“I realize problems need to be taken as challenges, but at many times we are not able to maintain our positivity. What to do? Kindly guide.”</w:t>
      </w:r>
    </w:p>
    <w:p>
      <w:r>
        <w:rPr>
          <w:sz w:val="20"/>
        </w:rPr>
        <w:t>1:09:07  maulana, agla sawal aaya hai miss naghma siddiqui ka dilli se.</w:t>
      </w:r>
      <w:r>
        <w:br/>
      </w:r>
      <w:r>
        <w:rPr>
          <w:sz w:val="20"/>
        </w:rPr>
        <w:t>1:09:12  unho ne likha hai: "i realize problems need to be taken as challenges, but at many times we are not able to maintain our positivity.</w:t>
      </w:r>
      <w:r>
        <w:br/>
      </w:r>
      <w:r>
        <w:rPr>
          <w:sz w:val="20"/>
        </w:rPr>
        <w:t>1:09:23  what to do? kindly guide." bhai, yahi to test hai ke dunya mein yahi to test hai ke hum apni positivity ko maintain kar saken.</w:t>
      </w:r>
      <w:r>
        <w:br/>
      </w:r>
      <w:r>
        <w:rPr>
          <w:sz w:val="20"/>
        </w:rPr>
        <w:t>1:09:39  yeh to karna hi karna hai.</w:t>
      </w:r>
      <w:r>
        <w:br/>
      </w:r>
      <w:r>
        <w:rPr>
          <w:sz w:val="20"/>
        </w:rPr>
        <w:t>1:09:42  apni health ko jis aadmi maintain karta hai, har aadmi jo hai health conscious ho gaya hai. apni health ko maintain karne ke liye kya kya karta hai, woh kuch to aisi intellectual health ka mamla bhi hai.</w:t>
      </w:r>
      <w:r>
        <w:br/>
      </w:r>
      <w:r>
        <w:rPr>
          <w:sz w:val="20"/>
        </w:rPr>
        <w:t>1:09:54  yani physical health ko acha banane ke liye jis tarah se log bohat care karte hain, bohat zyada planning karte hain, wahi intellectual health ke liye bhi karna parega hum ko.</w:t>
      </w:r>
      <w:r>
        <w:br/>
      </w:r>
      <w:r>
        <w:rPr>
          <w:sz w:val="20"/>
        </w:rPr>
        <w:t>1:10:07  is mein koi doosra yani koi aur cheez possible nahi hai.</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Dealing with those who justify wrongdoing</w:t>
      </w:r>
    </w:p>
    <w:p>
      <w:r>
        <w:rPr>
          <w:color w:val="666666"/>
          <w:sz w:val="18"/>
        </w:rPr>
        <w:t>Anger An Obstacle to wisdom 5 Jan 2020 - Maulana Wahiduddin Khan · 2m 00s · at 59:00 · https://youtu.be/q0VPtCsiYrI?t=3540</w:t>
      </w:r>
    </w:p>
    <w:p>
      <w:r>
        <w:rPr>
          <w:i/>
        </w:rPr>
        <w:t>“Many times people who do wrong start justifying their wrong when we constantly show them a friendly attitude. How can we make them realize that what they are doing is wrong?”</w:t>
      </w:r>
    </w:p>
    <w:p>
      <w:r>
        <w:rPr>
          <w:sz w:val="20"/>
        </w:rPr>
        <w:t>59:00  Maulana, agla sawal lete hain. yeh sawal bheja hai</w:t>
      </w:r>
      <w:r>
        <w:br/>
      </w:r>
      <w:r>
        <w:rPr>
          <w:sz w:val="20"/>
        </w:rPr>
        <w:t>59:08  miss dania mustafa ne karachi, pakistan se, unhon ne likha hai: "Molana sahib, many a times it happens that people who do wrong start justifying their wrong when we constantly show them a friendly attitude.</w:t>
      </w:r>
      <w:r>
        <w:br/>
      </w:r>
      <w:r>
        <w:rPr>
          <w:sz w:val="20"/>
        </w:rPr>
        <w:t>59:25  Maulana sahib, how can we make them realize that what they are doing is</w:t>
      </w:r>
      <w:r>
        <w:br/>
      </w:r>
      <w:r>
        <w:rPr>
          <w:sz w:val="20"/>
        </w:rPr>
        <w:t>59:30  wrong?" dekhiye, aap ne bas misaal de di hai, is ki analysis nahi ki hai.</w:t>
      </w:r>
      <w:r>
        <w:br/>
      </w:r>
      <w:r>
        <w:rPr>
          <w:sz w:val="20"/>
        </w:rPr>
        <w:t>59:42  Mere tajurbe ke log</w:t>
      </w:r>
      <w:r>
        <w:br/>
      </w:r>
      <w:r>
        <w:rPr>
          <w:sz w:val="20"/>
        </w:rPr>
        <w:t>59:46  aise hi kisi falsehood ko le kar ke ek rai bana lete hain, us ko analysis nahi karte.</w:t>
      </w:r>
      <w:r>
        <w:br/>
      </w:r>
      <w:r>
        <w:rPr>
          <w:sz w:val="20"/>
        </w:rPr>
        <w:t>59:59  Main ne jab bhi analysis kiya, yaqeen kijiye, main ne paya ke bohat si baaten log jo maane hue the, woh woh falsehood thi, us ke siwa kuch nahi hai.</w:t>
      </w:r>
      <w:r>
        <w:br/>
      </w:r>
      <w:r>
        <w:rPr>
          <w:sz w:val="20"/>
        </w:rPr>
        <w:t>1:00:12  Aap tajurba kar ke dekhiye, agle sunday ko aap mujhe bataiye ke aap ne</w:t>
      </w:r>
      <w:r>
        <w:br/>
      </w:r>
      <w:r>
        <w:rPr>
          <w:sz w:val="20"/>
        </w:rPr>
        <w:t>1:00:20  analysis kiya aur yeh haqeeqat mili ya nahi mili, bataiye aap tajurba kar ke.</w:t>
      </w:r>
      <w:r>
        <w:br/>
      </w:r>
      <w:r>
        <w:rPr>
          <w:sz w:val="20"/>
        </w:rPr>
        <w:t>1:00:34  Muhammad ammar sahib ne dilli se comment bheja hai, unhon ne likha hai: "Molana, for me, you are the only scholar who derives the true wisdom from the Quran and the Sunnah.</w:t>
      </w:r>
      <w:r>
        <w:br/>
      </w:r>
      <w:r>
        <w:rPr>
          <w:sz w:val="20"/>
        </w:rPr>
        <w:t>1:00:47  Before meeting you, I used to ask Allah to teach me wisdom through Quran. And then Allah gifted me you, who's teaching me the true wisdom of the Quran.</w:t>
      </w:r>
    </w:p>
    <w:p>
      <w:pPr>
        <w:pStyle w:val="Heading2"/>
      </w:pPr>
      <w:r>
        <w:t>Dealing with anger when instigated</w:t>
      </w:r>
    </w:p>
    <w:p>
      <w:r>
        <w:rPr>
          <w:color w:val="666666"/>
          <w:sz w:val="18"/>
        </w:rPr>
        <w:t>Anger An Obstacle to wisdom 5 Jan 2020 - Maulana Wahiduddin Khan · 6m 59s · at 1:01:01 · https://youtu.be/q0VPtCsiYrI?t=3661</w:t>
      </w:r>
    </w:p>
    <w:p>
      <w:r>
        <w:rPr>
          <w:i/>
        </w:rPr>
        <w:t>“My question is how to deal with anger when in spite of adopting an approach of keeping our calm, someone is continuously instigating you?”</w:t>
      </w:r>
    </w:p>
    <w:p>
      <w:r>
        <w:rPr>
          <w:sz w:val="20"/>
        </w:rPr>
        <w:t>1:01:01  Inshallah, I will strive to apply your teachings into my life." Inshallah. Maulana, agla sawal aah bheja hai Miss Marvi Pathania ne Gurgaon se, unhon ne likha hai:</w:t>
      </w:r>
      <w:r>
        <w:br/>
      </w:r>
      <w:r>
        <w:rPr>
          <w:sz w:val="20"/>
        </w:rPr>
        <w:t>1:01:18  "My question is how to deal with anger when in spite of adopting an approach of keeping our calm, someone is continuously instig</w:t>
      </w:r>
      <w:r>
        <w:br/>
      </w:r>
      <w:r>
        <w:rPr>
          <w:sz w:val="20"/>
        </w:rPr>
        <w:t>1:01:31  ating you?" Dekhiye, mere tajurbe ke mutabiq yeh</w:t>
      </w:r>
      <w:r>
        <w:br/>
      </w:r>
      <w:r>
        <w:rPr>
          <w:sz w:val="20"/>
        </w:rPr>
        <w:t>1:01:43  bohat hi aasan hai, is ko bhi is ko janna hai, is ko tajurba karna hai.</w:t>
      </w:r>
      <w:r>
        <w:br/>
      </w:r>
      <w:r>
        <w:rPr>
          <w:sz w:val="20"/>
        </w:rPr>
        <w:t>1:01:52  Woh kya hai? Aap chup ho jaiye. Jab aap ko kisi se par ghussa hai to kuch mat kijiye, sirf chup ho jaiye.</w:t>
      </w:r>
      <w:r>
        <w:br/>
      </w:r>
      <w:r>
        <w:rPr>
          <w:sz w:val="20"/>
        </w:rPr>
        <w:t>1:02:05  Main ne bohat baar tajurba kiya is ko ke agar aap chup ho jate hain to kya hota hai ke nature ka process chal parta hai.</w:t>
      </w:r>
      <w:r>
        <w:br/>
      </w:r>
      <w:r>
        <w:rPr>
          <w:sz w:val="20"/>
        </w:rPr>
        <w:t>1:02:17  Nature yani</w:t>
      </w:r>
      <w:r>
        <w:br/>
      </w:r>
      <w:r>
        <w:rPr>
          <w:sz w:val="20"/>
        </w:rPr>
        <w:t>1:02:22  Pehle pehle second mein woh process chalta hai, outward</w:t>
      </w:r>
      <w:r>
        <w:br/>
      </w:r>
      <w:r>
        <w:rPr>
          <w:sz w:val="20"/>
        </w:rPr>
        <w:t>1:02:34  chalta hai. Lekin agar aap chup ho jayen to suddenly aik aik aik anokhi baat hoti hai ke woh downward chalne lagta hai.</w:t>
      </w:r>
      <w:r>
        <w:br/>
      </w:r>
      <w:r>
        <w:rPr>
          <w:sz w:val="20"/>
        </w:rPr>
        <w:t>1:02:50  Yani pehle moment woh chalega outward, lekin agar chup ho jayen to apne aap hi woh chalega downward aur phir sab kuch khatam ho jayega.</w:t>
      </w:r>
      <w:r>
        <w:br/>
      </w:r>
      <w:r>
        <w:rPr>
          <w:sz w:val="20"/>
        </w:rPr>
        <w:t>1:03:02  Aap jab bhi yani chahen is ka tajurba kar lijiye, jab bhi chahiye.</w:t>
      </w:r>
      <w:r>
        <w:br/>
      </w:r>
      <w:r>
        <w:rPr>
          <w:sz w:val="20"/>
        </w:rPr>
        <w:t>1:03:11  Yeh aap ko kuch karna nahi hai, nature ki potential ko use karna hai, bas kuch bhi nahi karna hai aap ko.</w:t>
      </w:r>
      <w:r>
        <w:br/>
      </w:r>
      <w:r>
        <w:rPr>
          <w:sz w:val="20"/>
        </w:rPr>
        <w:t>1:03:22  Jis Khuda ne insaan ko paida kiya hai, us Khuda ne insaan ke andar yeh aik azeem taqat rakh di hai ke agar tum chup ho jao to apne aap hi aik process jari hoga aur woh dheere dheere sab khatam ho jayega.</w:t>
      </w:r>
      <w:r>
        <w:br/>
      </w:r>
      <w:r>
        <w:rPr>
          <w:sz w:val="20"/>
        </w:rPr>
        <w:t>1:03:42  Aap tajurba kar ke dekh lijiye.</w:t>
      </w:r>
      <w:r>
        <w:br/>
      </w:r>
      <w:r>
        <w:rPr>
          <w:sz w:val="20"/>
        </w:rPr>
        <w:t>1:03:48  Maulana, aik comment parhna chahenge jo Professor Fareeda Khanam ne bheja hai Delhi se, unhon ne likha hai: "There is a non-Muslim family in our neighborhood.</w:t>
      </w:r>
      <w:r>
        <w:br/>
      </w:r>
      <w:r>
        <w:rPr>
          <w:sz w:val="20"/>
        </w:rPr>
        <w:t>1:04:02  We have been living in this society for about forty years, but we never went to their home. About six months ago, I saw that the lady had fractured herright hand.</w:t>
      </w:r>
      <w:r>
        <w:br/>
      </w:r>
      <w:r>
        <w:rPr>
          <w:sz w:val="20"/>
        </w:rPr>
        <w:t>1:04:16  She was in great trouble. She had not got theright treatment. So I went to her and provided all the aid.</w:t>
      </w:r>
      <w:r>
        <w:br/>
      </w:r>
      <w:r>
        <w:rPr>
          <w:sz w:val="20"/>
        </w:rPr>
        <w:t>1:04:26  I asked my physiotherapist to treat her and I paid the fees myself.</w:t>
      </w:r>
      <w:r>
        <w:br/>
      </w:r>
      <w:r>
        <w:rPr>
          <w:sz w:val="20"/>
        </w:rPr>
        <w:t>1:04:32  After about three months, her hand healed fully. Now she is so indebted to us for this act that she tells people that they are bhagwan, yeh hamare bhagwan hain.</w:t>
      </w:r>
      <w:r>
        <w:br/>
      </w:r>
      <w:r>
        <w:rPr>
          <w:sz w:val="20"/>
        </w:rPr>
        <w:t>1:04:47  I think we can solve our problems by building good relations. Itna aasan hai, ghor kijiye, aik aise country mein aap hain jahan aik shabd bol kar ke aap logon ko jeet sakte hain.</w:t>
      </w:r>
      <w:r>
        <w:br/>
      </w:r>
      <w:r>
        <w:rPr>
          <w:sz w:val="20"/>
        </w:rPr>
        <w:t>1:05:05  Aik shabd, main ne khud tajurba kiya hai, aap ko naam ke sath is ka aap ko address de sakta hoon ke aap sirf yeh yeh kijiye ke meethe shabd boliye, meethe shabd,</w:t>
      </w:r>
      <w:r>
        <w:br/>
      </w:r>
      <w:r>
        <w:rPr>
          <w:sz w:val="20"/>
        </w:rPr>
        <w:t>1:05:28  Aur sab kuch achanak sab kuch aap dekhen ke sab kuch solve ho chuka hai.</w:t>
      </w:r>
      <w:r>
        <w:br/>
      </w:r>
      <w:r>
        <w:rPr>
          <w:sz w:val="20"/>
        </w:rPr>
        <w:t>1:05:39  Hamare jo log hain, woh sirf reaction jante hain. Reaction yeh dekhiye, reaction ki logic yeh hai ke jab aap react karte hain to woh bhi react karega.</w:t>
      </w:r>
      <w:r>
        <w:br/>
      </w:r>
      <w:r>
        <w:rPr>
          <w:sz w:val="20"/>
        </w:rPr>
        <w:t>1:05:54  To kya ho jayega ke aik</w:t>
      </w:r>
      <w:r>
        <w:br/>
      </w:r>
      <w:r>
        <w:rPr>
          <w:sz w:val="20"/>
        </w:rPr>
        <w:t>1:06:02  Aik reaction ka aik aik aik silsila chal parega.</w:t>
      </w:r>
      <w:r>
        <w:br/>
      </w:r>
      <w:r>
        <w:rPr>
          <w:sz w:val="20"/>
        </w:rPr>
        <w:t>1:06:12  aap ka reaction, un ka reaction, aap ka.</w:t>
      </w:r>
      <w:r>
        <w:br/>
      </w:r>
      <w:r>
        <w:rPr>
          <w:sz w:val="20"/>
        </w:rPr>
        <w:t>1:06:17  aap kuch mat kijiye ke koi aadmi aap ke sath koi nakhushgawar baat karta hai to sirf chup ho jaiye, ek kalma bol dijiye.</w:t>
      </w:r>
      <w:r>
        <w:br/>
      </w:r>
      <w:r>
        <w:rPr>
          <w:sz w:val="20"/>
        </w:rPr>
        <w:t>1:06:29  yeh to nature ki taqat hai, jaag uthe gi aap ko. dekhiye, nature ki taqat har waqt jaagne ke liye tayar hai.</w:t>
      </w:r>
      <w:r>
        <w:br/>
      </w:r>
      <w:r>
        <w:rPr>
          <w:sz w:val="20"/>
        </w:rPr>
        <w:t>1:06:42  lekin hamare sathhi jo hain, woh jante hi nahi is potential ko, nature ke potential ko jante hi nahi.</w:t>
      </w:r>
      <w:r>
        <w:br/>
      </w:r>
      <w:r>
        <w:rPr>
          <w:sz w:val="20"/>
        </w:rPr>
        <w:t>1:06:59  sajid ahmad khan sahib ne nagpur se comment bheja hai, unhon ne likha hai: "Molana, nobody is our enemy. This concept I have discovered from your company</w:t>
      </w:r>
      <w:r>
        <w:br/>
      </w:r>
      <w:r>
        <w:rPr>
          <w:sz w:val="20"/>
        </w:rPr>
        <w:t>1:07:11  . Every person in our contact is either friend or potential friend. I believe that this is the best way to live in every society.</w:t>
      </w:r>
      <w:r>
        <w:br/>
      </w:r>
      <w:r>
        <w:rPr>
          <w:sz w:val="20"/>
        </w:rPr>
        <w:t>1:07:23  If we are positive in our mind, then every situation is an item of thanks and thanks only to God.</w:t>
      </w:r>
      <w:r>
        <w:br/>
      </w:r>
      <w:r>
        <w:rPr>
          <w:sz w:val="20"/>
        </w:rPr>
        <w:t>1:07:32  jazak Allah Maulana. doctor safina tabassum ne saharanpur se likha hai: "I really thank God for giving us guidance through you.</w:t>
      </w:r>
      <w:r>
        <w:br/>
      </w:r>
      <w:r>
        <w:rPr>
          <w:sz w:val="20"/>
        </w:rPr>
        <w:t>1:07:43  In the times of widespread negativity, we are totally positive and unaffected by the environment. This is all because of your teachings.</w:t>
      </w:r>
      <w:r>
        <w:br/>
      </w:r>
      <w:r>
        <w:rPr>
          <w:sz w:val="20"/>
        </w:rPr>
        <w:t>1:07:56  Really thank you from the core of my heart."</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Handling contradictory interpretations</w:t>
      </w:r>
    </w:p>
    <w:p>
      <w:r>
        <w:rPr>
          <w:color w:val="666666"/>
          <w:sz w:val="18"/>
        </w:rPr>
        <w:t>Understanding the Quran April 7, 2019 · 1m 26s · at 40:59 · https://youtu.be/m_Om5MtQJz4?t=2459</w:t>
      </w:r>
    </w:p>
    <w:p>
      <w:r>
        <w:rPr>
          <w:i/>
        </w:rPr>
        <w:t>“Interpretations can be very vast. How to tackle situations when interpretations contradict and one is not ready to accept the interpretation of other?”</w:t>
      </w:r>
    </w:p>
    <w:p>
      <w:r>
        <w:rPr>
          <w:sz w:val="20"/>
        </w:rPr>
        <w:t>40:59  maulana, kashmir se Miss Mehak Fayyaz Khan ne sawal bheja hai. unhon ne likha hai: "Interpretations can be very vast</w:t>
      </w:r>
      <w:r>
        <w:br/>
      </w:r>
      <w:r>
        <w:rPr>
          <w:sz w:val="20"/>
        </w:rPr>
        <w:t>41:09  . How to tackle situations when interpretations contradict and one is not ready to accept the interpretation of</w:t>
      </w:r>
      <w:r>
        <w:br/>
      </w:r>
      <w:r>
        <w:rPr>
          <w:sz w:val="20"/>
        </w:rPr>
        <w:t>41:18  other?" dekhiye, contradiction aap ke mind mein hota hai, haqeeqat mein nahi hota. apni soch ki kami ko kehte the ke yeh to contradiction hai.</w:t>
      </w:r>
      <w:r>
        <w:br/>
      </w:r>
      <w:r>
        <w:rPr>
          <w:sz w:val="20"/>
        </w:rPr>
        <w:t>41:34  soch ki kami ko kehte hain ke yeh to contradiction hai.</w:t>
      </w:r>
      <w:r>
        <w:br/>
      </w:r>
      <w:r>
        <w:rPr>
          <w:sz w:val="20"/>
        </w:rPr>
        <w:t>41:41  misal ke taur par, aaj hi ek sahib ne mujh se kaha, aaj ya kal ke Quran mein hai ke Allah momin bande ki madad karta hai, aur yahan to hum sochte hain ke har taraf zulm hai, har taraf hamare khilaf sazishein hain.</w:t>
      </w:r>
      <w:r>
        <w:br/>
      </w:r>
      <w:r>
        <w:rPr>
          <w:sz w:val="20"/>
        </w:rPr>
        <w:t>41:56  yeh kya hai? yeh un logon ki jo aisa kehte hain, un ki bekhabari hai due to unawareness.</w:t>
      </w:r>
      <w:r>
        <w:br/>
      </w:r>
      <w:r>
        <w:rPr>
          <w:sz w:val="20"/>
        </w:rPr>
        <w:t>42:05  yeh bilkul ghalat hai yeh sochna ke zulm ho raha hai aur yeh ho raha hai, woh ho raha hai. yeh sab bilkul baseless baatein hain. to apni samajh ki kami ko, apne unawareness ko aadmi manane ke bajaye doosri taraf daal deta hai.</w:t>
      </w:r>
    </w:p>
    <w:p>
      <w:pPr>
        <w:pStyle w:val="Heading2"/>
      </w:pPr>
      <w:r>
        <w:t>Overcoming Difficulty in Staying Always Positive</w:t>
      </w:r>
    </w:p>
    <w:p>
      <w:r>
        <w:rPr>
          <w:color w:val="666666"/>
          <w:sz w:val="18"/>
        </w:rPr>
        <w:t>Dars-e-Quran, Chapter 2, Verse 25 | November 19, 2017 | Maulana Wahiduddin Khan · 4m 36s · at 45:42 · https://youtu.be/ctvrG32NCgA?t=2742</w:t>
      </w:r>
    </w:p>
    <w:p>
      <w:r>
        <w:rPr>
          <w:i/>
        </w:rPr>
        <w:t>“I find it very difficult to remain hundred percent positive all the time. Maulana, how can I overcome this?”</w:t>
      </w:r>
    </w:p>
    <w:p>
      <w:r>
        <w:rPr>
          <w:sz w:val="20"/>
        </w:rPr>
        <w:t>45:42  comment bheja hai, unhone likha hai: "imaan aur aala akhlaqiyat, that is building positive personality, is the basic price to live in the neighborhood of Allah, that is jannat al firdous." thank you Maulana sahib for this thrilling explanation. Maulana, ab sawal lete hain. Dr. Naghma Siddiqui ne Dubai se sawal bheja hai, unhone likha hai: "I find it very difficult to rem</w:t>
      </w:r>
      <w:r>
        <w:br/>
      </w:r>
      <w:r>
        <w:rPr>
          <w:sz w:val="20"/>
        </w:rPr>
        <w:t>46:12  hundred percent positive all the time." maulana, how can i overcome this? dekhiye, jis duniya mein hum</w:t>
      </w:r>
      <w:r>
        <w:br/>
      </w:r>
      <w:r>
        <w:rPr>
          <w:sz w:val="20"/>
        </w:rPr>
        <w:t>46:28  rehte hain, wahan yeh impossible hai ke har lamha, har second aap positive rahein.</w:t>
      </w:r>
      <w:r>
        <w:br/>
      </w:r>
      <w:r>
        <w:rPr>
          <w:sz w:val="20"/>
        </w:rPr>
        <w:t>46:43  zaroor kuch na kuch aisa hoga jo aap ke mind ko disturb karega. it is but natural. lekin sab se aham baat yeh hai ke negativity ka bhi ek positive role hai. sab se aham baat yeh hai ke jab hum ko gussa aa jaye, jab hum negative ho jayein, jab hum disturb ho jayein, hamara</w:t>
      </w:r>
      <w:r>
        <w:br/>
      </w:r>
      <w:r>
        <w:rPr>
          <w:sz w:val="20"/>
        </w:rPr>
        <w:t>47:13  mind to bazahir to woh ek evil phenomena hai, lekin is ka bhi ek positive role hai.</w:t>
      </w:r>
      <w:r>
        <w:br/>
      </w:r>
      <w:r>
        <w:rPr>
          <w:sz w:val="20"/>
        </w:rPr>
        <w:t>47:21  sab se aham baat yeh sochne ki hai, woh kaise? woh is liye ke woh aap ko phir</w:t>
      </w:r>
      <w:r>
        <w:br/>
      </w:r>
      <w:r>
        <w:rPr>
          <w:sz w:val="20"/>
        </w:rPr>
        <w:t>47:29  se aap ke mind ko activate karta hai.</w:t>
      </w:r>
      <w:r>
        <w:br/>
      </w:r>
      <w:r>
        <w:rPr>
          <w:sz w:val="20"/>
        </w:rPr>
        <w:t>47:37  jab aap koi</w:t>
      </w:r>
      <w:r>
        <w:br/>
      </w:r>
      <w:r>
        <w:rPr>
          <w:sz w:val="20"/>
        </w:rPr>
        <w:t>47:44  ghalat baat bol dein, jab aap ki koi provoked baat par provoke ho jayen, to aap ka mind</w:t>
      </w:r>
      <w:r>
        <w:br/>
      </w:r>
      <w:r>
        <w:rPr>
          <w:sz w:val="20"/>
        </w:rPr>
        <w:t>47:54  agar bedar ho, aap ka mind agar awaken mind ho, to bohat jald aap ka mind rewind karta</w:t>
      </w:r>
      <w:r>
        <w:br/>
      </w:r>
      <w:r>
        <w:rPr>
          <w:sz w:val="20"/>
        </w:rPr>
        <w:t>48:04  hai, yaad dilata hai: "aray, to ne kya kar diya?" is ko kaha gaya hai ke "ثم یتوبون ابن قریب"</w:t>
      </w:r>
      <w:r>
        <w:br/>
      </w:r>
      <w:r>
        <w:rPr>
          <w:sz w:val="20"/>
        </w:rPr>
        <w:t xml:space="preserve">48:15  </w:t>
      </w:r>
      <w:r>
        <w:br/>
      </w:r>
      <w:r>
        <w:rPr>
          <w:sz w:val="20"/>
        </w:rPr>
        <w:t>48:21  yani un ke andar tauba qareeb ki sifat paida hoti hai, aur aap ko maloom hona chahiye ke</w:t>
      </w:r>
      <w:r>
        <w:br/>
      </w:r>
      <w:r>
        <w:rPr>
          <w:sz w:val="20"/>
        </w:rPr>
        <w:t>48:27  tauba qareeb jo hai, woh Allah ko bohat ziyada pasand hai.</w:t>
      </w:r>
      <w:r>
        <w:br/>
      </w:r>
      <w:r>
        <w:rPr>
          <w:sz w:val="20"/>
        </w:rPr>
        <w:t>48:33  tauba qareeb yani koi ghalat baat ho gayi to without delay, jaldi se aap ko yaad aa</w:t>
      </w:r>
      <w:r>
        <w:br/>
      </w:r>
      <w:r>
        <w:rPr>
          <w:sz w:val="20"/>
        </w:rPr>
        <w:t>48:39  jaye: "aray, yeh kya shaitan ne kara diya? mujh ko kahan phans gaya hoon mein?</w:t>
      </w:r>
      <w:r>
        <w:br/>
      </w:r>
      <w:r>
        <w:rPr>
          <w:sz w:val="20"/>
        </w:rPr>
        <w:t>48:45  " to tauba qareeb to aik bohat bara amal hai, Quran o Hadees ke mutabiq.</w:t>
      </w:r>
      <w:r>
        <w:br/>
      </w:r>
      <w:r>
        <w:rPr>
          <w:sz w:val="20"/>
        </w:rPr>
        <w:t>48:53  is mani ke aap se agar koi ghalati ho jaye to aap ko tauba qareeb ke qabil banati</w:t>
      </w:r>
      <w:r>
        <w:br/>
      </w:r>
      <w:r>
        <w:rPr>
          <w:sz w:val="20"/>
        </w:rPr>
        <w:t>49:00  hai, aur tauba qareeb to apne aap mein aik amal hai.</w:t>
      </w:r>
      <w:r>
        <w:br/>
      </w:r>
      <w:r>
        <w:rPr>
          <w:sz w:val="20"/>
        </w:rPr>
        <w:t>49:08  dekhiye, tauba qareeb ka</w:t>
      </w:r>
      <w:r>
        <w:br/>
      </w:r>
      <w:r>
        <w:rPr>
          <w:sz w:val="20"/>
        </w:rPr>
        <w:t>49:16  amal kab pesh ayega? jab koi ghalati hui ho, aur ghalati na ho aadmi se to tauba</w:t>
      </w:r>
      <w:r>
        <w:br/>
      </w:r>
      <w:r>
        <w:rPr>
          <w:sz w:val="20"/>
        </w:rPr>
        <w:t>49:23  qareeb bhi nahi hoga, kyunke is ka aamaal naama tauba qareeb se khaali reh jayega.</w:t>
      </w:r>
      <w:r>
        <w:br/>
      </w:r>
      <w:r>
        <w:rPr>
          <w:sz w:val="20"/>
        </w:rPr>
        <w:t>49:31  aap ghor kijiye ke chunke Allah ko bohat pasand hai tauba qareeb, to agar aap ko yeh ehsaas</w:t>
      </w:r>
      <w:r>
        <w:br/>
      </w:r>
      <w:r>
        <w:rPr>
          <w:sz w:val="20"/>
        </w:rPr>
        <w:t>49:38  mein jeete hoon aap</w:t>
      </w:r>
      <w:r>
        <w:br/>
      </w:r>
      <w:r>
        <w:rPr>
          <w:sz w:val="20"/>
        </w:rPr>
        <w:t>49:46  ke mera to muamla aisa hai ke mein koi ghalati nahi, mujh se nahi hui, to is ka</w:t>
      </w:r>
      <w:r>
        <w:br/>
      </w:r>
      <w:r>
        <w:rPr>
          <w:sz w:val="20"/>
        </w:rPr>
        <w:t>49:52  mani kya hua? ke aap se tauba qareeb ka amal kabhi bhi pesh nahi aaya.</w:t>
      </w:r>
      <w:r>
        <w:br/>
      </w:r>
      <w:r>
        <w:rPr>
          <w:sz w:val="20"/>
        </w:rPr>
        <w:t>49:59  to is tarah nahi sochna chahiye aadmi ko, balkeh jaanna chahiye ke Allah taala ne aisa, yeh Allah</w:t>
      </w:r>
      <w:r>
        <w:br/>
      </w:r>
      <w:r>
        <w:rPr>
          <w:sz w:val="20"/>
        </w:rPr>
        <w:t>50:06  taala ki rehmat ka muamla hai ke aadmi se koi ghalati ho jaye to us ghalati ko bhi</w:t>
      </w:r>
      <w:r>
        <w:br/>
      </w:r>
      <w:r>
        <w:rPr>
          <w:sz w:val="20"/>
        </w:rPr>
        <w:t>50:12  us ke liye mumkin hai ke us convert kar sake woh kisi neki mein.</w:t>
      </w:r>
    </w:p>
    <w:p>
      <w:pPr>
        <w:pStyle w:val="Heading2"/>
      </w:pPr>
      <w:r>
        <w:t>Dealing with criticism and mockery</w:t>
      </w:r>
    </w:p>
    <w:p>
      <w:r>
        <w:rPr>
          <w:color w:val="666666"/>
          <w:sz w:val="18"/>
        </w:rPr>
        <w:t>Importance of Peace August 17, 2014 · 3m 42s · at 41:04 · https://youtu.be/ifxSwh2Jckw?t=2464</w:t>
      </w:r>
    </w:p>
    <w:p>
      <w:r>
        <w:rPr>
          <w:i/>
        </w:rPr>
        <w:t>“People's negative criticism or mockery of me is very painful. What is the way to avoid this pain? Can we ignore it and continue our work? But in this path we have to suffer these pains repeatedly. Is it possible that we develop ourselves to such an extent that no one's rudeness has any effect on us?”</w:t>
      </w:r>
    </w:p>
    <w:p>
      <w:r>
        <w:rPr>
          <w:sz w:val="20"/>
        </w:rPr>
        <w:t>41:04  maulana, yeh sawal aaya hai shahnawaz zafar sahab ka, dilli se, aur unhon ne likha hai ke logon ka apne upar negative tanqeed ya mazak bohat hi takleef deh hota hai.</w:t>
      </w:r>
      <w:r>
        <w:br/>
      </w:r>
      <w:r>
        <w:rPr>
          <w:sz w:val="20"/>
        </w:rPr>
        <w:t>41:19  is takleef se bachne ka kya rasta hai? kya hum ise ignore kar ke apna kaam karte rahen? lekin is raste mein bar bar humein in takleefon se dochar hona parta hai.</w:t>
      </w:r>
      <w:r>
        <w:br/>
      </w:r>
      <w:r>
        <w:rPr>
          <w:sz w:val="20"/>
        </w:rPr>
        <w:t>41:33  kya aisa mumkin hai ke hum itne develop ho jayen ke kisi ki badtameezi ka hamare upar koi asar na ho?</w:t>
      </w:r>
      <w:r>
        <w:br/>
      </w:r>
      <w:r>
        <w:rPr>
          <w:sz w:val="20"/>
        </w:rPr>
        <w:t>41:44  dekhen, islam ka jo principle hai is mamle mein ke jo critique hai, jo tanqeed kar raha hai, us ko chahiye ke woh allegation ki zuban na bole, ilzam tarashi ki zuban na bole.</w:t>
      </w:r>
      <w:r>
        <w:br/>
      </w:r>
      <w:r>
        <w:rPr>
          <w:sz w:val="20"/>
        </w:rPr>
        <w:t>42:04  balkeh facts ko le kar ke comment de apna. yani sabit shuda fact, aisa fact jo dono fareeq ke darmiyan tasleem shuda ho, us ko le kar ke bole woh.</w:t>
      </w:r>
      <w:r>
        <w:br/>
      </w:r>
      <w:r>
        <w:rPr>
          <w:sz w:val="20"/>
        </w:rPr>
        <w:t>42:22  aur niyat par hamla karna, aib lagana, yeh islam mein haram hai. lekin ab dunya mein jab hota hai to ab sawal yeh hai ke woh aadmi kya kare jis ki tanqeed ki gayi hai?</w:t>
      </w:r>
      <w:r>
        <w:br/>
      </w:r>
      <w:r>
        <w:rPr>
          <w:sz w:val="20"/>
        </w:rPr>
        <w:t>42:37  yeh usool to hum dunya ko bata sakte hain ke bhai aisa karo. kuch log manenge, kuch log na manenge. ab is is insan ke liye kya hai jo jis par criticize kiya gaya hai?</w:t>
      </w:r>
      <w:r>
        <w:br/>
      </w:r>
      <w:r>
        <w:rPr>
          <w:sz w:val="20"/>
        </w:rPr>
        <w:t>42:51  to us ke liye tareeqa islam mein yeh bataya gaya hai ke aap bajaye is ke ke aap provoke hon, ghussa ho jayen, react karen, aap sirf yeh kijiye ke dekhen ke us ne jo baat kahi hai, us mein kuch sachai hai.</w:t>
      </w:r>
      <w:r>
        <w:br/>
      </w:r>
      <w:r>
        <w:rPr>
          <w:sz w:val="20"/>
        </w:rPr>
        <w:t>43:11  agar sachai hai to us ko seriously lijiye aur apni islaah kar lijiye.</w:t>
      </w:r>
      <w:r>
        <w:br/>
      </w:r>
      <w:r>
        <w:rPr>
          <w:sz w:val="20"/>
        </w:rPr>
        <w:t>43:20  agar sachai nahi hai, woh allegation hai to phir aaraaz kijiye, avoid kijiye. uljhiye mat.</w:t>
      </w:r>
      <w:r>
        <w:br/>
      </w:r>
      <w:r>
        <w:rPr>
          <w:sz w:val="20"/>
        </w:rPr>
        <w:t>43:32  yani agar is ne jo baat kahi hai, woh yani is qabil hai ke aap is ko manen, apni ghalti ki islaah karen to aap zaroor is ko maniye aur is ki islaah kar lijie apni ghalti ki.</w:t>
      </w:r>
      <w:r>
        <w:br/>
      </w:r>
      <w:r>
        <w:rPr>
          <w:sz w:val="20"/>
        </w:rPr>
        <w:t>43:50  agar aap dekhte hain ke is ne to ek jhoota ilzaam laga rakha hai ke woh character assassination kar raha hai to character assassination to islam mein haraam hai.</w:t>
      </w:r>
      <w:r>
        <w:br/>
      </w:r>
      <w:r>
        <w:rPr>
          <w:sz w:val="20"/>
        </w:rPr>
        <w:t>44:03  lekin aap agar provoke hon, aap react karen to aap ka waqt zaya hota hai.</w:t>
      </w:r>
      <w:r>
        <w:br/>
      </w:r>
      <w:r>
        <w:rPr>
          <w:sz w:val="20"/>
        </w:rPr>
        <w:t>44:11  to is ko main kehta hoon ke</w:t>
      </w:r>
      <w:r>
        <w:br/>
      </w:r>
      <w:r>
        <w:rPr>
          <w:sz w:val="20"/>
        </w:rPr>
        <w:t>44:15  by time strategy, B-U-Y, by time strategy. yani jab aap aaraaz karte hain, jab chup ho jate hain to aap time avail karte hain.</w:t>
      </w:r>
      <w:r>
        <w:br/>
      </w:r>
      <w:r>
        <w:rPr>
          <w:sz w:val="20"/>
        </w:rPr>
        <w:t>44:30  aur jab ulajh jate hain to aap ka time waste hota hai.</w:t>
      </w:r>
      <w:r>
        <w:br/>
      </w:r>
      <w:r>
        <w:rPr>
          <w:sz w:val="20"/>
        </w:rPr>
        <w:t>44:37  to ya to apni islaah kar lijie ya phir by time strategy ko apnaie.</w:t>
      </w:r>
    </w:p>
    <w:p>
      <w:pPr>
        <w:pStyle w:val="Heading2"/>
      </w:pPr>
      <w:r>
        <w:t>How to respond when treated badly</w:t>
      </w:r>
    </w:p>
    <w:p>
      <w:r>
        <w:rPr>
          <w:color w:val="666666"/>
          <w:sz w:val="18"/>
        </w:rPr>
        <w:t>The Culture of People of Paradise January 06, 2019 Maulana Wahiduddin Khan · 3m 45s · at 1:00:24 · https://youtu.be/rFExua9zntM?t=3624</w:t>
      </w:r>
    </w:p>
    <w:p>
      <w:r>
        <w:rPr>
          <w:i/>
        </w:rPr>
        <w:t>“Can you guide us as to how one should act when people treat us badly?”</w:t>
      </w:r>
    </w:p>
    <w:p>
      <w:r>
        <w:rPr>
          <w:sz w:val="20"/>
        </w:rPr>
        <w:t>1:00:24  maulana, agla sawal dilli se bheja hai mr harsh raj ne. unhon ne likha hai: "maulana, happy new year to you and a belated happy birthday!</w:t>
      </w:r>
      <w:r>
        <w:br/>
      </w:r>
      <w:r>
        <w:rPr>
          <w:sz w:val="20"/>
        </w:rPr>
        <w:t>1:00:36  my question is: can you guide us as to how one should act when people treat us badly?" kya matlab hua?</w:t>
      </w:r>
      <w:r>
        <w:br/>
      </w:r>
      <w:r>
        <w:rPr>
          <w:sz w:val="20"/>
        </w:rPr>
        <w:t>1:00:48  ke hamein kis tareeqe se respond karna chahiye ya act karna chahiye? agar jo opposite party hai, woh hamein badly treat kare, achhe se treat na kare, to hamein kaise response dena chahiye aur kaise act karna chahiye?</w:t>
      </w:r>
      <w:r>
        <w:br/>
      </w:r>
      <w:r>
        <w:rPr>
          <w:sz w:val="20"/>
        </w:rPr>
        <w:t>1:01:04  positive response! is liye ke woh to sach poochhen to woh jo aadmi aap ko badly treat kare, woh aap ko sab se bara gift de raha hai.</w:t>
      </w:r>
      <w:r>
        <w:br/>
      </w:r>
      <w:r>
        <w:rPr>
          <w:sz w:val="20"/>
        </w:rPr>
        <w:t>1:01:25  jo aadmi aap ko badly treat kare, woh aap ko sab se bara gift de raha hai. gift! is liye ke dekhiye,</w:t>
      </w:r>
      <w:r>
        <w:br/>
      </w:r>
      <w:r>
        <w:rPr>
          <w:sz w:val="20"/>
        </w:rPr>
        <w:t>1:01:36  sab se bara jo amal hai, woh kya hai? woh yeh hai ke koi aap ko bharkaye, koi aap ki ego hit kare,</w:t>
      </w:r>
      <w:r>
        <w:br/>
      </w:r>
      <w:r>
        <w:rPr>
          <w:sz w:val="20"/>
        </w:rPr>
        <w:t>1:01:53  koi aadmi aap ki ego ko hit kare aur aap hit na hon. aap bharken nahin, aap us ke liye duaen karen, us ke andar aap ke andar positive thinking aaye, aap woh bura salook karen aur aap us ke sath mohabbat karen.</w:t>
      </w:r>
      <w:r>
        <w:br/>
      </w:r>
      <w:r>
        <w:rPr>
          <w:sz w:val="20"/>
        </w:rPr>
        <w:t>1:02:11  yahi to matlab hai jo Hazrat Baseer ne jo kaha tha ke "love your enemy". "love your enemy!"</w:t>
      </w:r>
      <w:r>
        <w:br/>
      </w:r>
      <w:r>
        <w:rPr>
          <w:sz w:val="20"/>
        </w:rPr>
        <w:t>1:02:23  apne dushman se mohabbat karo. is ka matlab kya hai? dushmani ke jawab mein mohabbat!</w:t>
      </w:r>
      <w:r>
        <w:br/>
      </w:r>
      <w:r>
        <w:rPr>
          <w:sz w:val="20"/>
        </w:rPr>
        <w:t>1:02:32  jo sab se bara hai, yeh sab se bara amal hai aur Quran mein bhi yeh hai: "fid al-nabiyyin bi-wudda kun wali hamim".</w:t>
      </w:r>
      <w:r>
        <w:br/>
      </w:r>
      <w:r>
        <w:rPr>
          <w:sz w:val="20"/>
        </w:rPr>
        <w:t>1:02:44  agar bilkul normal halaat hon, koi aap ke ego ke shole nahin, koi aap ko bharkaye nahin, to aap achhe bure rahen.</w:t>
      </w:r>
      <w:r>
        <w:br/>
      </w:r>
      <w:r>
        <w:rPr>
          <w:sz w:val="20"/>
        </w:rPr>
        <w:t>1:02:55  to woh to bohat mamooli ka amal hai, bohat mamooli. jab koi aadmi aap ko bharkata hai aur tab bhi aap achhe bure rahte hain, to to woh hai bari cheez aur isi par bara inaam milta hai.</w:t>
      </w:r>
      <w:r>
        <w:br/>
      </w:r>
      <w:r>
        <w:rPr>
          <w:sz w:val="20"/>
        </w:rPr>
        <w:t>1:03:15  to is to to you have to take it as a as an opportunity!</w:t>
      </w:r>
      <w:r>
        <w:br/>
      </w:r>
      <w:r>
        <w:rPr>
          <w:sz w:val="20"/>
        </w:rPr>
        <w:t>1:03:25  you have to take this moment as a good opportunity!</w:t>
      </w:r>
      <w:r>
        <w:br/>
      </w:r>
      <w:r>
        <w:rPr>
          <w:sz w:val="20"/>
        </w:rPr>
        <w:t>1:03:32  opportunity! agar koi bharkaye nahin to aap ko yeh opportunity mile kaise? aap ko jab koi aap ke ego ko touch karta hai, tabhi to yeh yeh bara mauqa milta hai aap ko.</w:t>
      </w:r>
      <w:r>
        <w:br/>
      </w:r>
      <w:r>
        <w:rPr>
          <w:sz w:val="20"/>
        </w:rPr>
        <w:t>1:03:46  yeh opportunity ke aap us ko bad treatment ke bawajood use achha treatment karen, us ke liye duaen den, us se mohabbat karen.</w:t>
      </w:r>
      <w:r>
        <w:br/>
      </w:r>
      <w:r>
        <w:rPr>
          <w:sz w:val="20"/>
        </w:rPr>
        <w:t>1:03:57  to yeh wohi to use, wohi to deta hai aap ko yeh mauqa. to yeh to bohat achhi baat hai, bohat achhi baat hai.</w:t>
      </w:r>
    </w:p>
    <w:p>
      <w:pPr>
        <w:pStyle w:val="Heading2"/>
      </w:pPr>
      <w:r>
        <w:t>Practical tips for maintaining patience in daily life</w:t>
      </w:r>
    </w:p>
    <w:p>
      <w:r>
        <w:rPr>
          <w:color w:val="666666"/>
          <w:sz w:val="18"/>
        </w:rPr>
        <w:t>Importance of Patience (Sabr) January 8, 2023 · 22m 41s · at 37:51 · https://youtu.be/JaJX3jrl3R8?t=2271</w:t>
      </w:r>
    </w:p>
    <w:p>
      <w:r>
        <w:rPr>
          <w:i/>
        </w:rPr>
        <w:t>“What are some practical tips for maintaining strong patience in daily life, especially in the face of challenging or difficult situations?”</w:t>
      </w:r>
    </w:p>
    <w:p>
      <w:r>
        <w:rPr>
          <w:sz w:val="20"/>
        </w:rPr>
        <w:t>37:51  Aapa yeh comment aur sawal Muhammad Gul Sahab ne bheja hai Dubai se. Unhon</w:t>
      </w:r>
      <w:r>
        <w:br/>
      </w:r>
      <w:r>
        <w:rPr>
          <w:sz w:val="20"/>
        </w:rPr>
        <w:t>37:55  ne likha hai ke "This program is amazing, and it charges me for the whole week." Unka sawal yeh hai ke "What are some practical tips for maintaining strong patience in daily life, especially in the face of challenging or difficult situations?" To is ke bare mein bataein.</w:t>
      </w:r>
      <w:r>
        <w:br/>
      </w:r>
      <w:r>
        <w:rPr>
          <w:sz w:val="20"/>
        </w:rPr>
        <w:t>38:18  Practical yahi hai ke waqti tor par ghussa aata hai.</w:t>
      </w:r>
      <w:r>
        <w:br/>
      </w:r>
      <w:r>
        <w:rPr>
          <w:sz w:val="20"/>
        </w:rPr>
        <w:t>38:23  Jaise BP shoot kar jaata hai to ghussa aa jaata hai. Waqti tor par aata hai to bas khamosh ho jaen. Maulana jo hain wo bilkul khamosh ho jaate thay aur apni jagah ko badal dein.</w:t>
      </w:r>
      <w:r>
        <w:br/>
      </w:r>
      <w:r>
        <w:rPr>
          <w:sz w:val="20"/>
        </w:rPr>
        <w:t>38:35  Jaise hum baithe hain to walk karne lagen aur is is ek ek kamre mein baithe hain to doosre kamre mein chale jaen.</w:t>
      </w:r>
      <w:r>
        <w:br/>
      </w:r>
      <w:r>
        <w:rPr>
          <w:sz w:val="20"/>
        </w:rPr>
        <w:t>38:44  To is se farq padta hai. Agar wahin baithe rahen aur wahi sochte rahen to ghussa badhta chala jaata</w:t>
      </w:r>
      <w:r>
        <w:br/>
      </w:r>
      <w:r>
        <w:rPr>
          <w:sz w:val="20"/>
        </w:rPr>
        <w:t>38:49  hai. To apni is ko thoda sa posture ko badal lein aur thoda sa walk karna shuru kar dein. To thoda sa apne aap ko thodi der ke liye ghussa aata hai.</w:t>
      </w:r>
      <w:r>
        <w:br/>
      </w:r>
      <w:r>
        <w:rPr>
          <w:sz w:val="20"/>
        </w:rPr>
        <w:t>39:01  To thodi der ke baad phir aadmi sochna shuru kar deta hai ke is ka is ka result kya hai. Foran yeh sochein ke is ka result kya hai.</w:t>
      </w:r>
      <w:r>
        <w:br/>
      </w:r>
      <w:r>
        <w:rPr>
          <w:sz w:val="20"/>
        </w:rPr>
        <w:t>39:11  Ghussa karna to bada acha lagta hai lekin wahi pachtawa, wo jaise criminals hote hain, pachtawa zindagi bhar ka hota hai.</w:t>
      </w:r>
      <w:r>
        <w:br/>
      </w:r>
      <w:r>
        <w:rPr>
          <w:sz w:val="20"/>
        </w:rPr>
        <w:t>39:19  To result sochein aur apni jagah ko badal dein. To is se thodi der mein wo ghussa utar jaata hai. Ji, aur log ek aur tareeqa log karte hain ke thanda pani.</w:t>
      </w:r>
      <w:r>
        <w:br/>
      </w:r>
      <w:r>
        <w:rPr>
          <w:sz w:val="20"/>
        </w:rPr>
        <w:t>39:31  Hamare ek colleague hain to un ko jab ghussa aata hai, Pathan hain wo, to ghussa aata hai to un ki biwi jo hain un ko thanda pani la ke deti hain.</w:t>
      </w:r>
      <w:r>
        <w:br/>
      </w:r>
      <w:r>
        <w:rPr>
          <w:sz w:val="20"/>
        </w:rPr>
        <w:t>39:41  Ji, to wo kehte hain pani peete peete ghussa utar jaata hai. To is tareeqe ki kai cheezein hain jo aadmi is ko kar sakta hai apne hisab se.</w:t>
      </w:r>
      <w:r>
        <w:br/>
      </w:r>
      <w:r>
        <w:rPr>
          <w:sz w:val="20"/>
        </w:rPr>
        <w:t>39:51  Acha Aapa ek aur sawal isi se jodna chahunga</w:t>
      </w:r>
      <w:r>
        <w:br/>
      </w:r>
      <w:r>
        <w:rPr>
          <w:sz w:val="20"/>
        </w:rPr>
        <w:t>39:54  ke sabr wala amal jo hai wo result oriented hota hai hamesha. To is ko thoda sa aap wazeh karein. To sabr jo hai wahi be sabri jo hai uska koi result nahin.</w:t>
      </w:r>
      <w:r>
        <w:br/>
      </w:r>
      <w:r>
        <w:rPr>
          <w:sz w:val="20"/>
        </w:rPr>
        <w:t>40:08  Is ka result to destruction hai. Aur sabr ka jo hai wo saare hi achhe result jo hain wo sabr se hi hain.</w:t>
      </w:r>
      <w:r>
        <w:br/>
      </w:r>
      <w:r>
        <w:rPr>
          <w:sz w:val="20"/>
        </w:rPr>
        <w:t>40:17  Kyunke agar Rasool Allah Sal Allahu Alaihi Wasallam ne aap sochiye ke sabr na kiya hota to kya hota? Makka hi mein sab khatam ho gaye hote. Makka mein jang ho jaati aur itne kam tadad mein log thay, resources thay nahin, wahin ke wahin khatam ho jaate.</w:t>
      </w:r>
      <w:r>
        <w:br/>
      </w:r>
      <w:r>
        <w:rPr>
          <w:sz w:val="20"/>
        </w:rPr>
        <w:t>40:32  Lekin poori zindagi aap ki sabr ki hai. Ab sabr karne se kya hua ke wo jo Michael Hart ne kitaab likhi hai "H</w:t>
      </w:r>
      <w:r>
        <w:br/>
      </w:r>
      <w:r>
        <w:rPr>
          <w:sz w:val="20"/>
        </w:rPr>
        <w:t>40:41  undred Men" par to aap ko sab se zyada poori duniya ka sab se zyada kamyab insaan bataya hai. To wo sabr ki wajah se hai. Har mauqe par aap ne sabr kiya aur yeh sochne lage ke is is ko kaise counter karein.</w:t>
      </w:r>
      <w:r>
        <w:br/>
      </w:r>
      <w:r>
        <w:rPr>
          <w:sz w:val="20"/>
        </w:rPr>
        <w:t>40:57  Counter strategy kya hai? Agar enemy kuch kar raha hai to us ko hum kaise defeat karein enemy ko jang ke baghair.</w:t>
      </w:r>
      <w:r>
        <w:br/>
      </w:r>
      <w:r>
        <w:rPr>
          <w:sz w:val="20"/>
        </w:rPr>
        <w:t>41:04  To is tareeqe se yahi result oriented hai ke hum sochein. Sab se badi cheez jo Allah Ta'ala ne diya hai wo insaan ko dimaag diya hai.</w:t>
      </w:r>
      <w:r>
        <w:br/>
      </w:r>
      <w:r>
        <w:rPr>
          <w:sz w:val="20"/>
        </w:rPr>
        <w:t>41:14  To wo foran dimaag jo hai wo sochna shuru kar deta hai ke ab yeh halaat aise hue hain, ab kya karein? Phir us hamare sab se us ke baad jo hai wo aap hidayat lijiye Quran se, Hadees se, Rasool Allah Sal Allahu Alaihi Wasallam ki zindagi se.</w:t>
      </w:r>
      <w:r>
        <w:br/>
      </w:r>
      <w:r>
        <w:rPr>
          <w:sz w:val="20"/>
        </w:rPr>
        <w:t>41:29  Aur aap yeh sab cheezon ko baar baar padhte rahi</w:t>
      </w:r>
      <w:r>
        <w:br/>
      </w:r>
      <w:r>
        <w:rPr>
          <w:sz w:val="20"/>
        </w:rPr>
        <w:t>41:32  e, apni zindagi mein apply karte rahiye. To is se aap ko yaad rehna chahiye. Jaise Maulana Sahab ko sab yaad rehta tha.</w:t>
      </w:r>
      <w:r>
        <w:br/>
      </w:r>
      <w:r>
        <w:rPr>
          <w:sz w:val="20"/>
        </w:rPr>
        <w:t>41:40  jaise koi moqa aata tha, un ko foran woh verse yaad aa jati thi: wasta'inu bis sabri was salati yeh second chapter mein hai ke tum sabr se aur salat se khuda se madad mango.</w:t>
      </w:r>
      <w:r>
        <w:br/>
      </w:r>
      <w:r>
        <w:rPr>
          <w:sz w:val="20"/>
        </w:rPr>
        <w:t>41:53  to jab aap ko yeh yaad aa jaye ga na, phir aap is par sochne lagen ge. aap ja ke tafseer parhein ge, thora aur detail hasil karein ge is ki. to</w:t>
      </w:r>
      <w:r>
        <w:br/>
      </w:r>
      <w:r>
        <w:rPr>
          <w:sz w:val="20"/>
        </w:rPr>
        <w:t>42:01  lekin sabr ko yak tarfa hona chahiye. kyunke agar enemy aap ka strong hai, aap ka jo opponent hai woh strong hai to woh kabhi bhi sabr karne ke liye tayyar nahi ho ga.</w:t>
      </w:r>
      <w:r>
        <w:br/>
      </w:r>
      <w:r>
        <w:rPr>
          <w:sz w:val="20"/>
        </w:rPr>
        <w:t>42:14  to sabr aap hi ko karna pare ga. to yeh yak tarfa hona chahiye. aur is aur rasool Allah sal Allah alaihi wasallam ne hamesha yak tarfa tor par sabr kiya hai.</w:t>
      </w:r>
      <w:r>
        <w:br/>
      </w:r>
      <w:r>
        <w:rPr>
          <w:sz w:val="20"/>
        </w:rPr>
        <w:t>42:24  to aur doosre yeh ke Allah taala ne insan ko qabar mein paida hi kiya gaya hai. aur yeh dunya jo hai woh darul imtihan hai.</w:t>
      </w:r>
      <w:r>
        <w:br/>
      </w:r>
      <w:r>
        <w:rPr>
          <w:sz w:val="20"/>
        </w:rPr>
        <w:t>42:33  to is dunya mein is se chhutti hi nahi hai ke hum sabr karein. agar matlab agar hum ko kamyabi hasil karni hai to hamein sabr karna hai.</w:t>
      </w:r>
      <w:r>
        <w:br/>
      </w:r>
      <w:r>
        <w:rPr>
          <w:sz w:val="20"/>
        </w:rPr>
        <w:t>42:43  agar hum ko apne ko destroy karna hai to hum ko sabr ki koi zaroorat nahi hai.</w:t>
      </w:r>
      <w:r>
        <w:br/>
      </w:r>
      <w:r>
        <w:rPr>
          <w:sz w:val="20"/>
        </w:rPr>
        <w:t>42:49  ek hadith hai: inna an nasra ma as sabri to sabr hi ke sath kamyabi hai. to is liye yeh hamare liye bilkul clear hai ke hum ko agar kamyabi hasil karni hai to hamein sabr karna hai.</w:t>
      </w:r>
      <w:r>
        <w:br/>
      </w:r>
      <w:r>
        <w:rPr>
          <w:sz w:val="20"/>
        </w:rPr>
        <w:t>43:04  to bar bar ayatein bhi hain aur bar bar rasool Allah sal Allah alaihi wasallam ne apne ashaab se fermaya. kyunke ashaab ko bhi tamam quraish ke log pareshan karte the.</w:t>
      </w:r>
      <w:r>
        <w:br/>
      </w:r>
      <w:r>
        <w:rPr>
          <w:sz w:val="20"/>
        </w:rPr>
        <w:t>43:15  to aap un ko kehte the: sabr karo, sabr karo.</w:t>
      </w:r>
      <w:r>
        <w:br/>
      </w:r>
      <w:r>
        <w:rPr>
          <w:sz w:val="20"/>
        </w:rPr>
        <w:t>43:20  quran ki ek ayat hai chapter al imran mein ke: aey logon! sabr karo ta ke tum falah pao. to aap dekh rahe hain ke besabri ka jo amal hai woh counter productive hai.</w:t>
      </w:r>
      <w:r>
        <w:br/>
      </w:r>
      <w:r>
        <w:rPr>
          <w:sz w:val="20"/>
        </w:rPr>
        <w:t>43:33  is se kuch nateeja nahi nikalne wala hai. aur sabr wale amal se jo bhi nateeja aap nikalna chahte hain woh nikal sakta hai.</w:t>
      </w:r>
      <w:r>
        <w:br/>
      </w:r>
      <w:r>
        <w:rPr>
          <w:sz w:val="20"/>
        </w:rPr>
        <w:t>43:41  kyunke Allah taala ne yahi nizam hi rakha hai ke sabr ke wala jo amal hai usi mein Allah ki madad madad mile gi.</w:t>
      </w:r>
      <w:r>
        <w:br/>
      </w:r>
      <w:r>
        <w:rPr>
          <w:sz w:val="20"/>
        </w:rPr>
        <w:t>43:50  to hamein yeh sab baatein apni zindagi mein apply karna chahiye. soch samajh kar apni zindagi ko ko har kaam karna chahiye.</w:t>
      </w:r>
      <w:r>
        <w:br/>
      </w:r>
      <w:r>
        <w:rPr>
          <w:sz w:val="20"/>
        </w:rPr>
        <w:t>44:00  acha apa agar quran mein dekhein to ek ayat mein aya hai ke: "Those who believe, forgive when they are angry." lekin aksar hum dekhte hain ke log confrontation mein aa jate hain.</w:t>
      </w:r>
      <w:r>
        <w:br/>
      </w:r>
      <w:r>
        <w:rPr>
          <w:sz w:val="20"/>
        </w:rPr>
        <w:t>44:12  woh i'raaz yaani avoidance ke principle ko nahi jante.</w:t>
      </w:r>
      <w:r>
        <w:br/>
      </w:r>
      <w:r>
        <w:rPr>
          <w:sz w:val="20"/>
        </w:rPr>
        <w:t>44:17  jabke agar hum dekhein ke quran mein sau dafa se ziyada i'raaz aur sabr ke baray mein zikr kiya gaya hai. to dono mein kya taluq hai sabr aur i'raaz mein?</w:t>
      </w:r>
      <w:r>
        <w:br/>
      </w:r>
      <w:r>
        <w:rPr>
          <w:sz w:val="20"/>
        </w:rPr>
        <w:t>44:29  is ke baray mein bataein. dono related hi hain. Avoidance aur sabr dono ek hi coin ke jaise do aspect hote hain na.</w:t>
      </w:r>
      <w:r>
        <w:br/>
      </w:r>
      <w:r>
        <w:rPr>
          <w:sz w:val="20"/>
        </w:rPr>
        <w:t>44:41  ji to isi tarah se hai. avoid karte hain.</w:t>
      </w:r>
      <w:r>
        <w:br/>
      </w:r>
      <w:r>
        <w:rPr>
          <w:sz w:val="20"/>
        </w:rPr>
        <w:t>44:47  avoid karne ka matlab bhi sabri karna hai aur sabr karne ka matlab bhi avoid hi karna hai. dono mein bohat ziyada farq nahi hai. to bohat sare alfaaz hote hain na ek hi haqeeqat ko batane ke liye.</w:t>
      </w:r>
      <w:r>
        <w:br/>
      </w:r>
      <w:r>
        <w:rPr>
          <w:sz w:val="20"/>
        </w:rPr>
        <w:t>45:00  to quran mein aya hai: "wa'riz anil jahileen" i'raaz karo. to i'raaz karo yaani jo jahil logon ka matlab hai ke jo baaton ko nahi samajhte.</w:t>
      </w:r>
      <w:r>
        <w:br/>
      </w:r>
      <w:r>
        <w:rPr>
          <w:sz w:val="20"/>
        </w:rPr>
        <w:t>45:10  to baaton ko samajh nahi rahe hain is wajah se woh mukhalifat kar rah</w:t>
      </w:r>
      <w:r>
        <w:br/>
      </w:r>
      <w:r>
        <w:rPr>
          <w:sz w:val="20"/>
        </w:rPr>
        <w:t>45:13  e hain. to un ko thora sa time lage ga baaton ko samajhne mein. to is liye un ko time dena chahiye. aur yeh bilkul psychology ke mutabiq hai insan ki.</w:t>
      </w:r>
      <w:r>
        <w:br/>
      </w:r>
      <w:r>
        <w:rPr>
          <w:sz w:val="20"/>
        </w:rPr>
        <w:t>45:23  ke insan ko baaton ko samajhne mein time lagta hai. jab woh ek conditioned mind hota hai, mature ho chuka hota hai to us ko samajhne mein baat ko time lagta hai.</w:t>
      </w:r>
      <w:r>
        <w:br/>
      </w:r>
      <w:r>
        <w:rPr>
          <w:sz w:val="20"/>
        </w:rPr>
        <w:t>45:34  to hamein is is is haqeeqat se ab adjust karna hai. ke logon ko time dena hai, un ko tarah tarah se samjhane ki koshish karna hai.</w:t>
      </w:r>
      <w:r>
        <w:br/>
      </w:r>
      <w:r>
        <w:rPr>
          <w:sz w:val="20"/>
        </w:rPr>
        <w:t>45:44  aur isi tareeqe se woh ek din aisa hoga. aur tamam paighambaron ko dekhiye shuru mein logon ne mukhalifat ki. lekin baad mein unhon ne inhi logon ne samajh.</w:t>
      </w:r>
      <w:r>
        <w:br/>
      </w:r>
      <w:r>
        <w:rPr>
          <w:sz w:val="20"/>
        </w:rPr>
        <w:t>45:54  aur khaas taur par rasool Allah sal Allah alaihi wasallam. to is ko jab time un ko mila to dheere dheere un ko baat samajh mein aane lagi.</w:t>
      </w:r>
      <w:r>
        <w:br/>
      </w:r>
      <w:r>
        <w:rPr>
          <w:sz w:val="20"/>
        </w:rPr>
        <w:t>46:04  aur is mein khaas taur par hazrat yoon</w:t>
      </w:r>
      <w:r>
        <w:br/>
      </w:r>
      <w:r>
        <w:rPr>
          <w:sz w:val="20"/>
        </w:rPr>
        <w:t>46:07  s dekhiye. hazrat yunus ne bohat dinon tak apne logon ko Khuda ka paigham pohanchaya. aur woh baaton ko samajh nahi rahe the. phir woh chhod kar chale gaye.</w:t>
      </w:r>
      <w:r>
        <w:br/>
      </w:r>
      <w:r>
        <w:rPr>
          <w:sz w:val="20"/>
        </w:rPr>
        <w:t>46:16  phir unhon ne is ne machhli ne un ko nigal liya. phir un ko ehsas hua ke unhon ne ghalati ki hai. phir woh dobara gaye.</w:t>
      </w:r>
      <w:r>
        <w:br/>
      </w:r>
      <w:r>
        <w:rPr>
          <w:sz w:val="20"/>
        </w:rPr>
        <w:t>46:25  phir inhi logon ne saare ke saare logon ne un ki baat ko maan liya. un ke follower ban gaye. to yeh hai. dekhiye dunya mein adjustment to har halat mein karna hi padta hai.</w:t>
      </w:r>
      <w:r>
        <w:br/>
      </w:r>
      <w:r>
        <w:rPr>
          <w:sz w:val="20"/>
        </w:rPr>
        <w:t>46:37  to adjustment agar hum apne interest ke liye karein to bas is ka faida dunya mein hi milega. aur agar hum adjustment akhirat ke liye karein, adjustment Khuda ka paigham pohanchane ke liye karein to is se hamein bohat bara faida milega.</w:t>
      </w:r>
      <w:r>
        <w:br/>
      </w:r>
      <w:r>
        <w:rPr>
          <w:sz w:val="20"/>
        </w:rPr>
        <w:t>46:54  Allah taala ki madad milegi aur Allah ki blessings milengi. aur jo hai mahol normal ho j</w:t>
      </w:r>
      <w:r>
        <w:br/>
      </w:r>
      <w:r>
        <w:rPr>
          <w:sz w:val="20"/>
        </w:rPr>
        <w:t>47:01  aye ga. mahol normal ho jayega to bohat aasani se hum Khuda ki baaton ko doosron tak pohancha sakte hain. jo ke hamari zimmedari hai.</w:t>
      </w:r>
      <w:r>
        <w:br/>
      </w:r>
      <w:r>
        <w:rPr>
          <w:sz w:val="20"/>
        </w:rPr>
        <w:t>47:11  ek misaal aap ko deti hoon. bohat sari misalein hain. jab rasool Allah sal Allah alaihi wasallam ke zamane mein jab ek badu masjid mein aa gaya tha, us ne masjid gandi kar di thi.</w:t>
      </w:r>
      <w:r>
        <w:br/>
      </w:r>
      <w:r>
        <w:rPr>
          <w:sz w:val="20"/>
        </w:rPr>
        <w:t>47:23  to sahaba daude is ke is ko marne ke liye</w:t>
      </w:r>
      <w:r>
        <w:br/>
      </w:r>
      <w:r>
        <w:rPr>
          <w:sz w:val="20"/>
        </w:rPr>
        <w:t>47:26  e. to rasool Allah sal Allah alaihi wasallam ne kaha ke woh jagah saaf kar do pani se, ek dol ke pani se. aur is ko koi kuch nahi kaha.</w:t>
      </w:r>
      <w:r>
        <w:br/>
      </w:r>
      <w:r>
        <w:rPr>
          <w:sz w:val="20"/>
        </w:rPr>
        <w:t>47:35  ab woh isi par itna mutasir ho gaya. apne qabile mein ja ke sab se kehta hai ke dekho maine un ki masjid ko, un ki ibadat gah ko ganda kar diya tha.</w:t>
      </w:r>
      <w:r>
        <w:br/>
      </w:r>
      <w:r>
        <w:rPr>
          <w:sz w:val="20"/>
        </w:rPr>
        <w:t>47:44  unhon ne mujhe kuch nahi kaha, mujhe jharaka nahi aur mujhe is tareeqe se jaane diya baghair kuch kahe hue.</w:t>
      </w:r>
      <w:r>
        <w:br/>
      </w:r>
      <w:r>
        <w:rPr>
          <w:sz w:val="20"/>
        </w:rPr>
        <w:t>47:51  to woh sab se kehta hai ke Muhammad itne achhe aadmi hain. phir yahan tak ke poora poora qabila rasool Allah sal Allah alaihi wasallam ka follower ban gaya.</w:t>
      </w:r>
      <w:r>
        <w:br/>
      </w:r>
      <w:r>
        <w:rPr>
          <w:sz w:val="20"/>
        </w:rPr>
        <w:t>48:00  to yeh jo hai hamare tamam masail jo hai hal karta hai. adjust</w:t>
      </w:r>
      <w:r>
        <w:br/>
      </w:r>
      <w:r>
        <w:rPr>
          <w:sz w:val="20"/>
        </w:rPr>
        <w:t>48:06  ment dunya ke bhi aur akhirat ke bhi. agar hum Khuda ke liye karenge, koi bhi kaam jab hum Khuda ke liye karte hain to is mein bohat zyada is ka ajar milta hai hamein.</w:t>
      </w:r>
      <w:r>
        <w:br/>
      </w:r>
      <w:r>
        <w:rPr>
          <w:sz w:val="20"/>
        </w:rPr>
        <w:t>48:17  aur dunya mein karte hain to dunya ki kamyabi is mein milti hai. to khaas taur par hum chuki hamara mission jo hai is ke hisab se hamein Khuda ka paigham logon tak pohanchana hai.</w:t>
      </w:r>
      <w:r>
        <w:br/>
      </w:r>
      <w:r>
        <w:rPr>
          <w:sz w:val="20"/>
        </w:rPr>
        <w:t>48:28  to hamein is baat ka khaas khayal rakhna hai ke hamein har hal mein adjust karna hai.</w:t>
      </w:r>
      <w:r>
        <w:br/>
      </w:r>
      <w:r>
        <w:rPr>
          <w:sz w:val="20"/>
        </w:rPr>
        <w:t>48:35  dawati maslehat ki wajah se. log to adjust kar hi rahe hain lekin woh un ke andar jo log bahar rehte hain to dawati maslehat un ko woh nahi samajhte.</w:t>
      </w:r>
      <w:r>
        <w:br/>
      </w:r>
      <w:r>
        <w:rPr>
          <w:sz w:val="20"/>
        </w:rPr>
        <w:t>48:46  apne apne mafaadat ki wajah se woh adjust karte hain. to is se is mein koi un ko is ka ajar nahi milega. to yeh hai.</w:t>
      </w:r>
      <w:r>
        <w:br/>
      </w:r>
      <w:r>
        <w:rPr>
          <w:sz w:val="20"/>
        </w:rPr>
        <w:t>48:55  adjustment jo hai na bohat zyada zaroori hai. ji jazak Allah aap ka. apa aakhri sawal poochne se pehle yeh teen comments padhna chahoon ga</w:t>
      </w:r>
      <w:r>
        <w:br/>
      </w:r>
      <w:r>
        <w:rPr>
          <w:sz w:val="20"/>
        </w:rPr>
        <w:t>49:03  a. kafi comments aa rahe hain lekin ab waqt bhi ho gaya hai. yeh comment bheja hai Imran Ahmed sahab ne dilli se. unhon ne likha hai: "Mashallah Apa, sabr usool ke tehat apni zindagi mein shamil karna bohat aham baat hai.</w:t>
      </w:r>
      <w:r>
        <w:br/>
      </w:r>
      <w:r>
        <w:rPr>
          <w:sz w:val="20"/>
        </w:rPr>
        <w:t>49:18  majboori ke tehat to log sabr karte hi hain lekin ideal yeh hai ke hum apne usool banayein ke hum taqat rakhte hue bhi sabr karein." Jazak Allah Apa.</w:t>
      </w:r>
      <w:r>
        <w:br/>
      </w:r>
      <w:r>
        <w:rPr>
          <w:sz w:val="20"/>
        </w:rPr>
        <w:t>49:30  Muhammad Yaqoob Umri sahab ne likha hai: "Jazak Allah Apa for the valuable lecture on sabr. sabr means supporting the creation plan of God.</w:t>
      </w:r>
      <w:r>
        <w:br/>
      </w:r>
      <w:r>
        <w:rPr>
          <w:sz w:val="20"/>
        </w:rPr>
        <w:t>49:40  This is an important point about sabr." Khalid Ansari sahib ne Dilli se likha hai: "Practicing sabr gives enough time to take corrective decisions.</w:t>
      </w:r>
      <w:r>
        <w:br/>
      </w:r>
      <w:r>
        <w:rPr>
          <w:sz w:val="20"/>
        </w:rPr>
        <w:t>49:49  Time is a big healer and practicing sabr saves one from hectic decisions."</w:t>
      </w:r>
      <w:r>
        <w:br/>
      </w:r>
      <w:r>
        <w:rPr>
          <w:sz w:val="20"/>
        </w:rPr>
        <w:t>49:55  Aapa aakhri sawal mera yeh hai ke Maulana Wahiduddin Khan sahib ne to bohat zyada emphasize kiya hai sabr par. Unhon ne articles bhi likhe hain.</w:t>
      </w:r>
      <w:r>
        <w:br/>
      </w:r>
      <w:r>
        <w:rPr>
          <w:sz w:val="20"/>
        </w:rPr>
        <w:t>50:03  To unhon ne yeh bhi kaha tha ek dafa ke social life mein jo sabr kare, logon ke yani logon ke darmiyan rehte hue, to uska sawab kai zyada hai.</w:t>
      </w:r>
      <w:r>
        <w:br/>
      </w:r>
      <w:r>
        <w:rPr>
          <w:sz w:val="20"/>
        </w:rPr>
        <w:t>50:15  To aisa kyun kaha unhon ne? Ya iske bare mein thoda sa bataein hum sab ko.</w:t>
      </w:r>
      <w:r>
        <w:br/>
      </w:r>
      <w:r>
        <w:rPr>
          <w:sz w:val="20"/>
        </w:rPr>
        <w:t>50:20  Asal mein aadmi jab apne ghar mein rehta hai to itna zyada usko sabr karne ki zaroorat hi nahi parti hai. Uski marzi ke mutabiq sab kaam hota rehta hai.</w:t>
      </w:r>
      <w:r>
        <w:br/>
      </w:r>
      <w:r>
        <w:rPr>
          <w:sz w:val="20"/>
        </w:rPr>
        <w:t>50:31  Lekin jab ijtimaiyat jo hoti hai, jab sab logon ke sath mil kar kaam karna hota hai, jaise hamara mission hai, mil kar kaam karna hota hai, to wahan par sabr ki zyada zaroorat hoti hai.</w:t>
      </w:r>
      <w:r>
        <w:br/>
      </w:r>
      <w:r>
        <w:rPr>
          <w:sz w:val="20"/>
        </w:rPr>
        <w:t>50:43  To tarah tarah se isko aisa lagta hai ke uska appreciation nahi ho raha hai, usko ignore kiya ja raha hai,</w:t>
      </w:r>
      <w:r>
        <w:br/>
      </w:r>
      <w:r>
        <w:rPr>
          <w:sz w:val="20"/>
        </w:rPr>
        <w:t>50:50  usko ahmiyat nahi di ja rahi hai. Koi baat se woh offend ho jata hai. To har aadmi itna soch samajh ke baat nahi karta. Kuch baat keh diya to woh offend ho gaya.</w:t>
      </w:r>
      <w:r>
        <w:br/>
      </w:r>
      <w:r>
        <w:rPr>
          <w:sz w:val="20"/>
        </w:rPr>
        <w:t>50:59  To yeh sari cheezein jo hain bar bar woh bar bar usko tajurba hota rehta hai. To us waqt agar woh Allah ki khatir sabr kare to yeh bohat bari baat hai.</w:t>
      </w:r>
      <w:r>
        <w:br/>
      </w:r>
      <w:r>
        <w:rPr>
          <w:sz w:val="20"/>
        </w:rPr>
        <w:t>51:11  Kyunke agar woh family mein apni sabr karega to woh to apni family ko unite rakhne ke liye, family ke interest ke liye sabr kare</w:t>
      </w:r>
      <w:r>
        <w:br/>
      </w:r>
      <w:r>
        <w:rPr>
          <w:sz w:val="20"/>
        </w:rPr>
        <w:t>51:19  ga na. Lekin agar bahar sabr kar raha hai aur kuch jo ijtimaiyat hoti hai, jahan koi social life hoti hai ya hakoomat hoti hai, us mein bhi bohat kuch sabr karna parta hai.</w:t>
      </w:r>
      <w:r>
        <w:br/>
      </w:r>
      <w:r>
        <w:rPr>
          <w:sz w:val="20"/>
        </w:rPr>
        <w:t>51:32  Mission chal rahe hote hain, us mein sabr karna parta hai. Aur woh phir woh Allah ki khatir sabr kare to woh jo hai woh bohat zyada important hota hai.</w:t>
      </w:r>
      <w:r>
        <w:br/>
      </w:r>
      <w:r>
        <w:rPr>
          <w:sz w:val="20"/>
        </w:rPr>
        <w:t>51:41  To jitna zyada usko is mein takleef hoti hai to utna hi zyada us us ko is mein sabr milta hai.</w:t>
      </w:r>
      <w:r>
        <w:br/>
      </w:r>
      <w:r>
        <w:rPr>
          <w:sz w:val="20"/>
        </w:rPr>
        <w:t>51:48  To yeh khaas baat hai Islam ki ke agar hamein koi bhi takleef pohanchti hai, kehte hain ke ek kaanta bhi chubhta hai to phir hamein uska ajr milta hai, uska sawab Allah taala dete hain.</w:t>
      </w:r>
      <w:r>
        <w:br/>
      </w:r>
      <w:r>
        <w:rPr>
          <w:sz w:val="20"/>
        </w:rPr>
        <w:t>52:00  To hamein har waqt bas Khuda ko yaad rakhna hai aur Khuda ki marzi ke mutabiq apna har kaam karna hai. To uska sawab hamein har amal ka sawab milega.</w:t>
      </w:r>
      <w:r>
        <w:br/>
      </w:r>
      <w:r>
        <w:rPr>
          <w:sz w:val="20"/>
        </w:rPr>
        <w:t>52:10  Sirf aisa nahi hai ke sirf namazi roze ka sawab milega.</w:t>
      </w:r>
      <w:r>
        <w:br/>
      </w:r>
      <w:r>
        <w:rPr>
          <w:sz w:val="20"/>
        </w:rPr>
        <w:t>52:16  To apne apne imaan ki hifazat ke liye insaan ko chahiye ke woh be masla, be shikayat insaan ban jaye. Jisko Maulana kehte the "no problem person." To no problem person ban jana yeh hamare apne liye acha hai.</w:t>
      </w:r>
      <w:r>
        <w:br/>
      </w:r>
      <w:r>
        <w:rPr>
          <w:sz w:val="20"/>
        </w:rPr>
        <w:t>52:30  Kyunke hum hamara ek goal hona chahiye aur us goal mein koi distraction nahi hona chahiye. To yeh sari cheezein distract karti hain. Ab maine kai bar dekha hai ke jo jahil log hote hain, jahil aurtein hot</w:t>
      </w:r>
      <w:r>
        <w:br/>
      </w:r>
      <w:r>
        <w:rPr>
          <w:sz w:val="20"/>
        </w:rPr>
        <w:t>52:43  hain, ab woh har waqt unki shikayat, unki shikayat baith ke karti rehti hain. To woh uski wajah se kya hai ke woh improve apne aap ko nahi karti.</w:t>
      </w:r>
      <w:r>
        <w:br/>
      </w:r>
      <w:r>
        <w:rPr>
          <w:sz w:val="20"/>
        </w:rPr>
        <w:t>52:53  Bas jo unko jitna aata hai kaam, bas utna hi aata hai. Kyunke woh har waqt doosron ki shikayaton mein lagi rah</w:t>
      </w:r>
      <w:r>
        <w:br/>
      </w:r>
      <w:r>
        <w:rPr>
          <w:sz w:val="20"/>
        </w:rPr>
        <w:t>52:59  ti hain. To agar hum bhi educated log bhi yahi karein ke har waqt doosron ki shikayat mein lage rahein, doosre ke khilaf plan karte rahein, to hum apne potentials ko awaken nahi kar sakein ge, apne potential ko realize nahi kar sakein ge, actualize nahi kar sakein ge.</w:t>
      </w:r>
      <w:r>
        <w:br/>
      </w:r>
      <w:r>
        <w:rPr>
          <w:sz w:val="20"/>
        </w:rPr>
        <w:t>53:17  To is liye bohat zyada zaroori hai ke hum apne aap ko bachayein. "Save yourself." Jo Maulana kehte the, yeh bohat zyada zaroori hai.</w:t>
      </w:r>
      <w:r>
        <w:br/>
      </w:r>
      <w:r>
        <w:rPr>
          <w:sz w:val="20"/>
        </w:rPr>
        <w:t>53:26  To is ke liye hamein apni negativity to dekhiye aaye gi. Insaan aam taur par bohat sensitive hota hai. Zara zara si baat mein usko takleef pohanch jati hai.</w:t>
      </w:r>
      <w:r>
        <w:br/>
      </w:r>
      <w:r>
        <w:rPr>
          <w:sz w:val="20"/>
        </w:rPr>
        <w:t>53:36  To woh jo negativity hai, us ko hamein positivity mein convert karna hai. Tarah tarah se us ko reason out kar ke convert karna hai taake woh jo hai woh negativity ko khatam kar d</w:t>
      </w:r>
      <w:r>
        <w:br/>
      </w:r>
      <w:r>
        <w:rPr>
          <w:sz w:val="20"/>
        </w:rPr>
        <w:t>53:49  ev. Maulana ka to bohat hi oonchi darja tha, woh to woh negative negative baat ko suntay hi nahi thay. Hum log to suntay hain, to hum suntay hain to phir hum us ko chahiye kay hum us ko reason out kar kay negativity ko convert karain positivity mein.</w:t>
      </w:r>
      <w:r>
        <w:br/>
      </w:r>
      <w:r>
        <w:rPr>
          <w:sz w:val="20"/>
        </w:rPr>
        <w:t>54:06  Misal kay tor par agar kisi say aik takleef ho gayi hai humein to us ki bohat sari achi baatein hongi, woh hum us ko yaad karain kay us nay humaray sath itna sari achay kaam kiye hain.</w:t>
      </w:r>
      <w:r>
        <w:br/>
      </w:r>
      <w:r>
        <w:rPr>
          <w:sz w:val="20"/>
        </w:rPr>
        <w:t>54:16  To bohat tareeqay say hum us ko reason out kar saktay hain.</w:t>
      </w:r>
      <w:r>
        <w:br/>
      </w:r>
      <w:r>
        <w:rPr>
          <w:sz w:val="20"/>
        </w:rPr>
        <w:t>54:19  Yahi karain kay agar hum negative ho jayain gay to hamari personality apni, apna hamara nuqsan hoga. To yeh hai kay us ko har cheez ko hum Allah kay khane mein dalain.</w:t>
      </w:r>
      <w:r>
        <w:br/>
      </w:r>
      <w:r>
        <w:rPr>
          <w:sz w:val="20"/>
        </w:rPr>
        <w:t>54:30  Hum yeh sochay kay Allah nay yahi dunya banai hai, yahi to Allah ki marzi kay mutabiq hi humay is dunya mein rehna hai. Jab Allah keh raha hai kay tum positive insan bano, apna tazkiya karo, to hum humay yahi karna hai.</w:t>
      </w:r>
      <w:r>
        <w:br/>
      </w:r>
      <w:r>
        <w:rPr>
          <w:sz w:val="20"/>
        </w:rPr>
        <w:t>54:42  To is tareeqay say hum apnay aap ko, apni negativity ko apna hum khatam kar saktay hain aur aik dam complaint free insan ban saktay hain. To yahan phir mein wahi yaad dilaoongi aik qissa kay aik bar Rasool Allah Sal Allah o Alaihe Wasallam nay kisi insan, koi sahabi ja rahay thay rastay mein, kaha kay yeh jannati insan hai jabkay jannati to bataya nahi jata tha kay kon jannati hai, kon jannati nahi hai.</w:t>
      </w:r>
      <w:r>
        <w:br/>
      </w:r>
      <w:r>
        <w:rPr>
          <w:sz w:val="20"/>
        </w:rPr>
        <w:t>55:08  To ab logon ko bari curiosity hui kay kyun is is kay baray mein aap nay kaha kay woh jannati hai. Log gay wahan par maloom karnay kay liye to teen din us kay pas rahay.</w:t>
      </w:r>
      <w:r>
        <w:br/>
      </w:r>
      <w:r>
        <w:rPr>
          <w:sz w:val="20"/>
        </w:rPr>
        <w:t>55:20  Kyunkay pehlay zamanay mein teen din koi bhi kisi kay ghar bhi mehman reh sakta tha. Woh us say poocha nahi, poochay gay to pata nahi us ki samajh mein ayega kiya bataye, kiya na bataye.</w:t>
      </w:r>
      <w:r>
        <w:br/>
      </w:r>
      <w:r>
        <w:rPr>
          <w:sz w:val="20"/>
        </w:rPr>
        <w:t>55:30  Us ko dekhnay gay kay aakhir woh aisa kon sa amal karta hai kay us ki wajah say us ko jannati bataya gaya hai.</w:t>
      </w:r>
      <w:r>
        <w:br/>
      </w:r>
      <w:r>
        <w:rPr>
          <w:sz w:val="20"/>
        </w:rPr>
        <w:t>55:37  To dekha kay wahi namaz roza jo sab kartay thay, wahi woh bhi karta tha. To jab teen din ho gaya to us nay poocha kay aakhir aap aaye thay to koi maqsad raha hoga aap kay aanay ka?</w:t>
      </w:r>
      <w:r>
        <w:br/>
      </w:r>
      <w:r>
        <w:rPr>
          <w:sz w:val="20"/>
        </w:rPr>
        <w:t>55:49  To to ab unhonay bataya kay mein nay aisa peghambar say suna tha, to wahi mein dekhnay aaya tha. To yahan to mein nay kuch khaas extraordinary cheez pai nahi.</w:t>
      </w:r>
      <w:r>
        <w:br/>
      </w:r>
      <w:r>
        <w:rPr>
          <w:sz w:val="20"/>
        </w:rPr>
        <w:t>55:59  To us nay yeh kaha kay mein apnay andar, us nay kaha mein amal to wahi hai, namaz roza wahi sab sab kartay hain,</w:t>
      </w:r>
      <w:r>
        <w:br/>
      </w:r>
      <w:r>
        <w:rPr>
          <w:sz w:val="20"/>
        </w:rPr>
        <w:t>56:06  Wahi mein bhi karta hoon, lekin mein apnay andar kisi kay liye koi ghil, jis ko hum malice keh saktay hain, koi ghil nahi pata.</w:t>
      </w:r>
      <w:r>
        <w:br/>
      </w:r>
      <w:r>
        <w:rPr>
          <w:sz w:val="20"/>
        </w:rPr>
        <w:t>56:15  To humay apnay andar say malice ko jo kisi bhi wajah say par jaye, to woh usay woh nikal nikal kay, kharch kharch kay, us ko phenk dena hai.</w:t>
      </w:r>
      <w:r>
        <w:br/>
      </w:r>
      <w:r>
        <w:rPr>
          <w:sz w:val="20"/>
        </w:rPr>
        <w:t>56:24  To is tareeqay say hum apna mukammal tazkiya kar payain gay. Aur tazkiya jo hai, bohat ziyada zaroori hai.</w:t>
      </w:r>
      <w:r>
        <w:br/>
      </w:r>
      <w:r>
        <w:rPr>
          <w:sz w:val="20"/>
        </w:rPr>
        <w:t>56:32  Tazkiya kay baray mein Maulana nay likha hai kay purified personality jo hai, woh akhirat mein us kay liye jannat kay darwazay apnay aap khultay chalay jayain gay.</w:t>
      </w:r>
      <w:r>
        <w:br/>
      </w:r>
      <w:r>
        <w:rPr>
          <w:sz w:val="20"/>
        </w:rPr>
        <w:t>56:44  Jaisay remote control system hota hai na, aaj kal bari bari buildingon mein darwazay khultay chalay jatay hain, to aisay hi us kay liye jannat kay darwazay khultay chalay jayain gay.</w:t>
      </w:r>
      <w:r>
        <w:br/>
      </w:r>
      <w:r>
        <w:rPr>
          <w:sz w:val="20"/>
        </w:rPr>
        <w:t>56:53  To tazkiya aap samajh saktay hain kay kitna ziyada zaroori hai</w:t>
      </w:r>
      <w:r>
        <w:br/>
      </w:r>
      <w:r>
        <w:rPr>
          <w:sz w:val="20"/>
        </w:rPr>
        <w:t>56:58  Humay apna tazkiya karna. Aur tazkiya jo hai, us kay liye sabar zaroori hai. To ijtamai zindagi mein dekhiye, aik to mil jul kar kaam karna jo hai bohat ziyada zaroori hai.</w:t>
      </w:r>
      <w:r>
        <w:br/>
      </w:r>
      <w:r>
        <w:rPr>
          <w:sz w:val="20"/>
        </w:rPr>
        <w:t>57:11  Kyunkay agar aik mission chal raha hai to yeh zimmedari hoti hai kay sab log us ko support karain.</w:t>
      </w:r>
      <w:r>
        <w:br/>
      </w:r>
      <w:r>
        <w:rPr>
          <w:sz w:val="20"/>
        </w:rPr>
        <w:t>57:18  To us mein mein aik misal doongi Saad Ibn Ubadah ki kay jab Rasool Allah Sal Allah o Alaihe Wasallam Madina gay aur wahan logon nay aap ko sardar bana liya to yeh jo hain qabailay kay sardar thay, yeh</w:t>
      </w:r>
      <w:r>
        <w:br/>
      </w:r>
      <w:r>
        <w:rPr>
          <w:sz w:val="20"/>
        </w:rPr>
        <w:t>57:32  To un logon ko aasani say un logon nay accept nahi kiya. Lekin us waqt to chounkay ab Rasool Allah thay to maan liya.</w:t>
      </w:r>
      <w:r>
        <w:br/>
      </w:r>
      <w:r>
        <w:rPr>
          <w:sz w:val="20"/>
        </w:rPr>
        <w:t>57:41  Lekin baad mein jab Hazrat Abu Bakr khaleefa huay, tab Hazrat Abu Bakr aur Hazrat Umar khaleefa huay to un ko yeh baat jo hai bohat ziyada shock lagi ho kay yeh woh to leader thay qabailay kay aur bohat hi un ka bara qabaila tha.</w:t>
      </w:r>
      <w:r>
        <w:br/>
      </w:r>
      <w:r>
        <w:rPr>
          <w:sz w:val="20"/>
        </w:rPr>
        <w:t>57:59  To woh sham chalay</w:t>
      </w:r>
      <w:r>
        <w:br/>
      </w:r>
      <w:r>
        <w:rPr>
          <w:sz w:val="20"/>
        </w:rPr>
        <w:t>58:01  Gay. Unhonay support karnay kay bajaye Hazrat Abu Bakr ka zamanay, Hazrat Umar ka zamanay jo tha, us mein Hazrat Abu Bakr kay zamanay mein to khaas tor par bohat ziyada halaat kharab thay.</w:t>
      </w:r>
      <w:r>
        <w:br/>
      </w:r>
      <w:r>
        <w:rPr>
          <w:sz w:val="20"/>
        </w:rPr>
        <w:t>58:12  to un ko support karne ke bajaye unhon ne woh sham chale gaye. to woh yeh cheez jo hai bilkul hi acceptable nahi hai.</w:t>
      </w:r>
      <w:r>
        <w:br/>
      </w:r>
      <w:r>
        <w:rPr>
          <w:sz w:val="20"/>
        </w:rPr>
        <w:t>58:21  ek divine mission jab chal raha ho to to kehte hain ke un ke jab intaqal hua to logon ne yeh awaz suni:</w:t>
      </w:r>
      <w:r>
        <w:br/>
      </w:r>
      <w:r>
        <w:rPr>
          <w:sz w:val="20"/>
        </w:rPr>
        <w:t>58:29  "hum ne khazraj ke sardar sa'd ibn ibada ko qatl kiya hai." to ab yeh awaz suni to Maulana ne kahin likha hai ke shayad jinnu ki awaz thi yeh.</w:t>
      </w:r>
      <w:r>
        <w:br/>
      </w:r>
      <w:r>
        <w:rPr>
          <w:sz w:val="20"/>
        </w:rPr>
        <w:t>58:41  to yeh bohat zyada ghalat baat hai ke agar hum ek divine mission chal raha hai to us ko koi na koi pretext par ke kisi ne humein yeh keh diya, kisi ne humein woh keh diya, ya humein jo hai ignore kiya ja raha hai, humein appreciation nahi mil raha hai, yeh keh ke alag hona hi jo hai bohat bohat bara risk log le rahe hain.</w:t>
      </w:r>
      <w:r>
        <w:br/>
      </w:r>
      <w:r>
        <w:rPr>
          <w:sz w:val="20"/>
        </w:rPr>
        <w:t>59:05  kisi halat mein bhi koi mission is tarah ka chal raha ho, dawah mission to us ko us mein jo laga hua hai, us ko alag nahi hona chahiye balkeh bardasht karna chahiye.</w:t>
      </w:r>
      <w:r>
        <w:br/>
      </w:r>
      <w:r>
        <w:rPr>
          <w:sz w:val="20"/>
        </w:rPr>
        <w:t>59:16  aur jo sabr bardasht ka jo ajr hai, us par nazar honi chahiye ke dunya mein bhi woh us ko ajr milega aur akhirat mein us ke badle mein jannat milegi.</w:t>
      </w:r>
      <w:r>
        <w:br/>
      </w:r>
      <w:r>
        <w:rPr>
          <w:sz w:val="20"/>
        </w:rPr>
        <w:t>59:28  jazak Allah apa, thank you for doing this important session today.</w:t>
      </w:r>
      <w:r>
        <w:br/>
      </w:r>
      <w:r>
        <w:rPr>
          <w:sz w:val="20"/>
        </w:rPr>
        <w:t>59:32  so, we we'll end today session and we'll be back next Sunday 10:30 am. thank you.</w:t>
      </w:r>
    </w:p>
    <w:p>
      <w:pPr>
        <w:pStyle w:val="Heading2"/>
      </w:pPr>
      <w:r>
        <w:t>Dealing with incompatible life partner</w:t>
      </w:r>
    </w:p>
    <w:p>
      <w:r>
        <w:rPr>
          <w:color w:val="666666"/>
          <w:sz w:val="18"/>
        </w:rPr>
        <w:t>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Guiding Muslims to Cope with Non-Muslims</w:t>
      </w:r>
    </w:p>
    <w:p>
      <w:r>
        <w:rPr>
          <w:color w:val="666666"/>
          <w:sz w:val="18"/>
        </w:rPr>
        <w:t>How to Become Deserving of Paradise August 16, 2020 Maulana Wahiduddin Khan · 2m 58s · at 39:37 · https://youtu.be/jFXK3TMiqtA?t=2377</w:t>
      </w:r>
    </w:p>
    <w:p>
      <w:r>
        <w:rPr>
          <w:i/>
        </w:rPr>
        <w:t>“Please guide us in the present Indian situation of Muslims as to how we can cope up with non-Muslims. We are every day suppressed by them.”</w:t>
      </w:r>
    </w:p>
    <w:p>
      <w:r>
        <w:rPr>
          <w:sz w:val="20"/>
        </w:rPr>
        <w:t>39:37  Maulana, Mumbai se Sajid Sheikh sahib ne ek sawal bheja hai. unhon ne likha hai ke: "Maulana sahib, please guide us in the present Indian situation of Muslims as to how we can cope up with non Muslims.</w:t>
      </w:r>
      <w:r>
        <w:br/>
      </w:r>
      <w:r>
        <w:rPr>
          <w:sz w:val="20"/>
        </w:rPr>
        <w:t>39:55  we are every day suppressed by them." nahi, nahi,</w:t>
      </w:r>
      <w:r>
        <w:br/>
      </w:r>
      <w:r>
        <w:rPr>
          <w:sz w:val="20"/>
        </w:rPr>
        <w:t>40:00  yeh bilkul ghalat hai ke kuch suppress kiya ja raha hai. aap ko khoob Musalman taraqqi kar rahe hain India mein, Musalman khoob taraqqi kar rahe hain har maidan mein.</w:t>
      </w:r>
      <w:r>
        <w:br/>
      </w:r>
      <w:r>
        <w:rPr>
          <w:sz w:val="20"/>
        </w:rPr>
        <w:t>40:15  yeh yeh theory bilkul ghalat hai ke in ko</w:t>
      </w:r>
      <w:r>
        <w:br/>
      </w:r>
      <w:r>
        <w:rPr>
          <w:sz w:val="20"/>
        </w:rPr>
        <w:t>40:18  suppress kiya ja raha hai.</w:t>
      </w:r>
      <w:r>
        <w:br/>
      </w:r>
      <w:r>
        <w:rPr>
          <w:sz w:val="20"/>
        </w:rPr>
        <w:t>40:25  yeh is liye hai ke log kiraye ke sath cheezon ko</w:t>
      </w:r>
      <w:r>
        <w:br/>
      </w:r>
      <w:r>
        <w:rPr>
          <w:sz w:val="20"/>
        </w:rPr>
        <w:t>40:32  read nahi karte.</w:t>
      </w:r>
      <w:r>
        <w:br/>
      </w:r>
      <w:r>
        <w:rPr>
          <w:sz w:val="20"/>
        </w:rPr>
        <w:t>40:36  mein India ko best country manta hoon. koi yahan na zulm hai, na kuch hai. sab</w:t>
      </w:r>
      <w:r>
        <w:br/>
      </w:r>
      <w:r>
        <w:rPr>
          <w:sz w:val="20"/>
        </w:rPr>
        <w:t>40:48  mere nazdeek sab</w:t>
      </w:r>
      <w:r>
        <w:br/>
      </w:r>
      <w:r>
        <w:rPr>
          <w:sz w:val="20"/>
        </w:rPr>
        <w:t>40:54  log false food mein jeete hain. to kya kya hai? apne aap ko false food se nikaliye.</w:t>
      </w:r>
      <w:r>
        <w:br/>
      </w:r>
      <w:r>
        <w:rPr>
          <w:sz w:val="20"/>
        </w:rPr>
        <w:t>41:03  mein bhi to is dunya mein hoon. mere liye to India ek ek boon hai. boon!</w:t>
      </w:r>
      <w:r>
        <w:br/>
      </w:r>
      <w:r>
        <w:rPr>
          <w:sz w:val="20"/>
        </w:rPr>
        <w:t>41:11  mujhe kabhi yeh mehsoos nahi hua ke koi mujhe suppress kar raha hai.</w:t>
      </w:r>
      <w:r>
        <w:br/>
      </w:r>
      <w:r>
        <w:rPr>
          <w:sz w:val="20"/>
        </w:rPr>
        <w:t>41:23  M A Sameer sahib ne comment bheja hai. unhon ne location nahi likha hai. unhon ne likha hai ke: "Maulana, is umar mein bhi daawat il Allah ka anjam de rahe hain.</w:t>
      </w:r>
      <w:r>
        <w:br/>
      </w:r>
      <w:r>
        <w:rPr>
          <w:sz w:val="20"/>
        </w:rPr>
        <w:t>41:35  yeh hum sab ke liye bare shukr ki baat hai. Allah aap ko achi sah</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Overcoming Tough Times for Muslims</w:t>
      </w:r>
    </w:p>
    <w:p>
      <w:r>
        <w:rPr>
          <w:color w:val="666666"/>
          <w:sz w:val="18"/>
        </w:rPr>
        <w:t>The Age of Alternative April 24, 2016 · 2m 20s · at 51:52 · https://youtu.be/JoilI-TK4Ig?t=3112</w:t>
      </w:r>
    </w:p>
    <w:p>
      <w:r>
        <w:rPr>
          <w:i/>
        </w:rPr>
        <w:t>“Islam and Muslims are going through one of the toughest times ever. Any suggestion to get through this situation and be as respected as we all were before?”</w:t>
      </w:r>
    </w:p>
    <w:p>
      <w:r>
        <w:rPr>
          <w:sz w:val="20"/>
        </w:rPr>
        <w:t>51:52  koi weight nahi hai is ka. maulana, agla sawal lete hain jo zakariya fazil sahib ne bheja hai. unhon ne likha hai ke: "islam and muslims are going through one of the toughest time ever.</w:t>
      </w:r>
      <w:r>
        <w:br/>
      </w:r>
      <w:r>
        <w:rPr>
          <w:sz w:val="20"/>
        </w:rPr>
        <w:t>52:05  any suggestion to get through this situation and be as respected as we all were before?"</w:t>
      </w:r>
      <w:r>
        <w:br/>
      </w:r>
      <w:r>
        <w:rPr>
          <w:sz w:val="20"/>
        </w:rPr>
        <w:t>52:13  " main is ko nahi manta. toughest time nahi hai, best time hai. kahan toughest time hai?</w:t>
      </w:r>
      <w:r>
        <w:br/>
      </w:r>
      <w:r>
        <w:rPr>
          <w:sz w:val="20"/>
        </w:rPr>
        <w:t>52:23  main ek parhta hoon, hyderabad mein tha, ek jalsa tha musalmanon ka, yahi baat kahi gayi thi. to unhon ne kaha yahan itne sare log hain, koi ek shakhs khara ho kar kahe ke 47 se pehle is ki family bohat achhe halat mein thi, aaj barbaad halat mein hai.</w:t>
      </w:r>
      <w:r>
        <w:br/>
      </w:r>
      <w:r>
        <w:rPr>
          <w:sz w:val="20"/>
        </w:rPr>
        <w:t>52:40  ek ek ek shakhs hi khara hua to toughest kahan hai? time hai. har family jo hai, aaj pehle se behtar hai. har family pehle se behtar hai.</w:t>
      </w:r>
      <w:r>
        <w:br/>
      </w:r>
      <w:r>
        <w:rPr>
          <w:sz w:val="20"/>
        </w:rPr>
        <w:t>52:49  har masjid, har madrasa pehle se behtar hai. yeh kahan toughest kahan hai? yeh to ek ek rumour hai. kisi masjid mein jaiye, kisi madrasa mein jaiye, shandar buildingen ban rahi hain, pehle zyada student hain, pehle zyada un ke paas paisa hai,</w:t>
      </w:r>
      <w:r>
        <w:br/>
      </w:r>
      <w:r>
        <w:rPr>
          <w:sz w:val="20"/>
        </w:rPr>
        <w:t>53:05  bade bade jalse kar rahe hain. toughest kahan hai? yeh to yeh to bas rumour hai. toughest best time hai, yeh best time hai. maulana, aksar musalman is liye toughest time kehte hain kyunke har jagah media mein islam ko as a religion of violence bataya ja raha hai aur musalmanon ko musalman mehsoos karte hain ke un ko target kiya ja raha hai.</w:t>
      </w:r>
      <w:r>
        <w:br/>
      </w:r>
      <w:r>
        <w:rPr>
          <w:sz w:val="20"/>
        </w:rPr>
        <w:t>53:29  to is sense mein woh toughest time mante hain is ko. koi media yeh nahi kehta ke yeh islam is religion of violence.</w:t>
      </w:r>
      <w:r>
        <w:br/>
      </w:r>
      <w:r>
        <w:rPr>
          <w:sz w:val="20"/>
        </w:rPr>
        <w:t>53:38  woh khabron ko chhapta hai, aap news create karte hain, woh chhapta hai. aap bataiye kaun sa media hai jo yeh kehta hai ke islam is religion of violence?</w:t>
      </w:r>
      <w:r>
        <w:br/>
      </w:r>
      <w:r>
        <w:rPr>
          <w:sz w:val="20"/>
        </w:rPr>
        <w:t>53:47  kaun kehta hai woh? woh khabrein chhapte hain to aap khabrein create mat kijiye, aap bomb mat mariye, aap gun kachar mat chalaiye. to media jo hai, woh news agency hai.</w:t>
      </w:r>
      <w:r>
        <w:br/>
      </w:r>
      <w:r>
        <w:rPr>
          <w:sz w:val="20"/>
        </w:rPr>
        <w:t>54:03  news agency, woh koi fatwa dena engineer ka kaam nahi hai. to aap news create karte hain to news aati hai, news mat create kiye to nahi aayegi.</w:t>
      </w:r>
    </w:p>
    <w:p>
      <w:pPr>
        <w:pStyle w:val="Heading2"/>
      </w:pPr>
      <w:r>
        <w:t>Overcoming hesitation in interaction for da'wah</w:t>
      </w:r>
    </w:p>
    <w:p>
      <w:r>
        <w:rPr>
          <w:color w:val="666666"/>
          <w:sz w:val="18"/>
        </w:rPr>
        <w:t>Q&amp;A 13 Nov 2011 · 1m 20s · at 26:53 · https://youtu.be/oOZ9h37_pL8?t=1613</w:t>
      </w:r>
    </w:p>
    <w:p>
      <w:r>
        <w:rPr>
          <w:i/>
        </w:rPr>
        <w:t>“You said that interaction is very important for intellectual development and da'wah. But how to overcome the hesitation that occurs when interacting with others?”</w:t>
      </w:r>
    </w:p>
    <w:p>
      <w:r>
        <w:rPr>
          <w:sz w:val="20"/>
        </w:rPr>
        <w:t>26:53  maulana agla sawal aaya hai dilli se maulana zakwan nadvi ka. unhon ne likha hai aap ne farmaya tha ke intellectual development aur dawat e illallah ke liye interaction ki bohat ziyada ahmiyat hai.</w:t>
      </w:r>
      <w:r>
        <w:br/>
      </w:r>
      <w:r>
        <w:rPr>
          <w:sz w:val="20"/>
        </w:rPr>
        <w:t>27:08  lekin doosron ke sath interaction karne mein jo hesitation hota hai us ko kis tarah door kiya jaye?</w:t>
      </w:r>
      <w:r>
        <w:br/>
      </w:r>
      <w:r>
        <w:rPr>
          <w:sz w:val="20"/>
        </w:rPr>
        <w:t>27:20  bas learning ka mizaj aa jaye. hamein seekhna hai. log samajhte hain ke hamein to logon ko batana hai. batane ke mizaj ke tehat nahi.</w:t>
      </w:r>
      <w:r>
        <w:br/>
      </w:r>
      <w:r>
        <w:rPr>
          <w:sz w:val="20"/>
        </w:rPr>
        <w:t>27:32  learning ke mizaj ke tehat. seekhne ke mizaj ke tehat. to is mein kuch bhi rukawat nahi hai. jab hum seekhna chahte hain to kisi se bhi hum seekhne ki koshish kar sakte hain.</w:t>
      </w:r>
      <w:r>
        <w:br/>
      </w:r>
      <w:r>
        <w:rPr>
          <w:sz w:val="20"/>
        </w:rPr>
        <w:t>27:43  to dawat mein samajhta hoon ke ek double process ka naam hai. dawat mein aap kuch dete hain kisi ko phir us se kuch lete hain aap. yeh ek qism ki sharing hai.</w:t>
      </w:r>
      <w:r>
        <w:br/>
      </w:r>
      <w:r>
        <w:rPr>
          <w:sz w:val="20"/>
        </w:rPr>
        <w:t>27:56  daawa work jo hai ek qism ka sharing process hai. kuch dena kuch lena kuch dena kuch lena. yeh agar zehan mein wazeh ho ke daawa work ek sharing process hai to inshallah phir koi is mein rukawat nahi aye gi.</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Overcoming tension from lust as shopkeeper</w:t>
      </w:r>
    </w:p>
    <w:p>
      <w:r>
        <w:rPr>
          <w:color w:val="666666"/>
          <w:sz w:val="18"/>
        </w:rPr>
        <w:t>Life After Death January 22, 2012 · 3m 24s · at 1:16:39 · https://youtu.be/5hVH1BLKBF4?t=4599</w:t>
      </w:r>
    </w:p>
    <w:p>
      <w:r>
        <w:rPr>
          <w:i/>
        </w:rPr>
        <w:t>“I am a shopkeeper. The issue of HIRS (lust) is always with every shopkeeper, due to which every shopkeeper remains in severe tension. How can one get out of this tension?”</w:t>
      </w:r>
    </w:p>
    <w:p>
      <w:r>
        <w:rPr>
          <w:sz w:val="20"/>
        </w:rPr>
        <w:t>1:16:39  Maulana, agla sawal aya hai Mr Fazal Amin ka, Karachi Pakistan se. unhon ne likha hai: "main aik dukandar hoon.</w:t>
      </w:r>
      <w:r>
        <w:br/>
      </w:r>
      <w:r>
        <w:rPr>
          <w:sz w:val="20"/>
        </w:rPr>
        <w:t>1:16:48  HIRS ka mamla har dukandar ke sath rehta hai jis ki wajah se har dukandar shadeed Tension mein rehta hai. Maulana sahib, is Tension se kis tarah nikla jaye?" HIRS ka matlab hai Lust.</w:t>
      </w:r>
      <w:r>
        <w:br/>
      </w:r>
      <w:r>
        <w:rPr>
          <w:sz w:val="20"/>
        </w:rPr>
        <w:t>1:17:02  L-U-S-T, Lust.</w:t>
      </w:r>
      <w:r>
        <w:br/>
      </w:r>
      <w:r>
        <w:rPr>
          <w:sz w:val="20"/>
        </w:rPr>
        <w:t>1:17:09  is ka saada tareeqa dekhiye kya hai formula. ke is ko Quran mein kaha gaya hai taqasur. aur zyada, aur zyada, aur zyada.</w:t>
      </w:r>
      <w:r>
        <w:br/>
      </w:r>
      <w:r>
        <w:rPr>
          <w:sz w:val="20"/>
        </w:rPr>
        <w:t>1:17:19  to is ka saada formula sochne ka yeh hai ke aap yeh sochen ke zyada paisa kis liye?</w:t>
      </w:r>
      <w:r>
        <w:br/>
      </w:r>
      <w:r>
        <w:rPr>
          <w:sz w:val="20"/>
        </w:rPr>
        <w:t>1:17:29  zyada zyada chahta hoon paisa to kis liye? zyada peace of mind ke liye? to zyada paisa sirf peace of mind ko Disrupt karta hai.</w:t>
      </w:r>
      <w:r>
        <w:br/>
      </w:r>
      <w:r>
        <w:rPr>
          <w:sz w:val="20"/>
        </w:rPr>
        <w:t>1:17:40  jitna zyada paisa utni pais of mind khatam.</w:t>
      </w:r>
      <w:r>
        <w:br/>
      </w:r>
      <w:r>
        <w:rPr>
          <w:sz w:val="20"/>
        </w:rPr>
        <w:t>1:17:44  to jab jo required result na mile to taqasur se faida kya hai? is wajah se dekhiye hadith mein ata hai ke sab se bari cheez qanaat hai, taqasur nahin.</w:t>
      </w:r>
      <w:r>
        <w:br/>
      </w:r>
      <w:r>
        <w:rPr>
          <w:sz w:val="20"/>
        </w:rPr>
        <w:t>1:18:00  do cheezein hain dekhiye qanaat aik hai aik hai taqasur. taqasur ka matlab hai ke mahr hai na mahr.</w:t>
      </w:r>
      <w:r>
        <w:br/>
      </w:r>
      <w:r>
        <w:rPr>
          <w:sz w:val="20"/>
        </w:rPr>
        <w:t>1:18:07  qanaat ka matlab hai ke jo Allah taala ne aap ko diya hai us par aap ka Contentment ho jaye. to Contentment mein Peace of Mind hai.</w:t>
      </w:r>
      <w:r>
        <w:br/>
      </w:r>
      <w:r>
        <w:rPr>
          <w:sz w:val="20"/>
        </w:rPr>
        <w:t>1:18:19  mahr hai na mahr mein nahin hai. to sawal yeh hai ke jab jab Result na milta ho to kya faida taqasur se?</w:t>
      </w:r>
      <w:r>
        <w:br/>
      </w:r>
      <w:r>
        <w:rPr>
          <w:sz w:val="20"/>
        </w:rPr>
        <w:t>1:18:29  aap sochiye ke Tension hota hai. insaan ki sehat kharab hoti hai. Blood Pressure badhta hai. aadmi Diabetic ho jata hai.</w:t>
      </w:r>
      <w:r>
        <w:br/>
      </w:r>
      <w:r>
        <w:rPr>
          <w:sz w:val="20"/>
        </w:rPr>
        <w:t>1:18:40  jitne zyada paise wale hain un ka yeh anjam hua. is wajah se dekhiye sahi tareeqa kya hai? agar aap ke paas zyada paisa aata hai to us ko deen ke raaste mein kharch kijiye.</w:t>
      </w:r>
      <w:r>
        <w:br/>
      </w:r>
      <w:r>
        <w:rPr>
          <w:sz w:val="20"/>
        </w:rPr>
        <w:t>1:18:54  sirf apni zaat mein mat kharch kijiye.</w:t>
      </w:r>
      <w:r>
        <w:br/>
      </w:r>
      <w:r>
        <w:rPr>
          <w:sz w:val="20"/>
        </w:rPr>
        <w:t>1:18:59  yaani kam paisa agar Allah taala ne diya aap ko to us par qanaat kar ke zindagi guzariye. agar Allah taala ne aap ko zyada paise de diye to theek hai woh bhi nemmat hai lekin kis liye?</w:t>
      </w:r>
      <w:r>
        <w:br/>
      </w:r>
      <w:r>
        <w:rPr>
          <w:sz w:val="20"/>
        </w:rPr>
        <w:t>1:19:14  sirf is liye ke apni Family ke liye nahi deen ke liye. Quran mein hai ke: "yasaloonaka ma la yunfiqoon" .</w:t>
      </w:r>
      <w:r>
        <w:br/>
      </w:r>
      <w:r>
        <w:rPr>
          <w:sz w:val="20"/>
        </w:rPr>
        <w:t>1:19:24  log poochte hain ke kaise kharch karein?</w:t>
      </w:r>
      <w:r>
        <w:br/>
      </w:r>
      <w:r>
        <w:rPr>
          <w:sz w:val="20"/>
        </w:rPr>
        <w:t>1:19:27  to Allah taala ne farmaya ke baqadr zaroorat apne paas rakho baqi deen mein kharch karo. yeh do formula hain Peace ka aur sukoon ka.</w:t>
      </w:r>
      <w:r>
        <w:br/>
      </w:r>
      <w:r>
        <w:rPr>
          <w:sz w:val="20"/>
        </w:rPr>
        <w:t>1:19:37  ke agar aap ko kam rizq mila hai to us par qanaat kar li jiye. zyada paisa aa raha hai Allah taala ki taraf se aap ko to zaroorat ke waqt apne paas rakhiye baqi deen mein kharch kar dijiye.</w:t>
      </w:r>
      <w:r>
        <w:br/>
      </w:r>
      <w:r>
        <w:rPr>
          <w:sz w:val="20"/>
        </w:rPr>
        <w:t>1:19:51  is ke siwa jo tareeqa hoga us mein sirf Tension, Stress, sehat ki kharabi is ke siwa kuch nahi.</w:t>
      </w:r>
    </w:p>
    <w:p>
      <w:pPr>
        <w:pStyle w:val="Heading2"/>
      </w:pPr>
      <w:r>
        <w:t>Overcoming shyness when giving Quran to non-Muslims</w:t>
      </w:r>
    </w:p>
    <w:p>
      <w:r>
        <w:rPr>
          <w:color w:val="666666"/>
          <w:sz w:val="18"/>
        </w:rPr>
        <w:t>Experience of Hyderabad CPS Meet December 1, 2013 · 1m 11s · at 54:26 · https://youtu.be/Y8mcxF2Lhyc?t=3266</w:t>
      </w:r>
    </w:p>
    <w:p>
      <w:r>
        <w:rPr>
          <w:i/>
        </w:rPr>
        <w:t>“I often distribute Quran to my non-Muslim friends. While doing this, I sometimes feel shy and nervous of giving it to my non-Muslim friends. Kindly advise me as to how I can overcome my weakness.”</w:t>
      </w:r>
    </w:p>
    <w:p>
      <w:r>
        <w:rPr>
          <w:sz w:val="20"/>
        </w:rPr>
        <w:t>54:26  maulana, agla sawal kashmir se hai aamir jan mehri sahib ka. unhon ne likha hai: "i often distribute quran to my non muslim friends.</w:t>
      </w:r>
      <w:r>
        <w:br/>
      </w:r>
      <w:r>
        <w:rPr>
          <w:sz w:val="20"/>
        </w:rPr>
        <w:t>54:38  while doing this, I sometimes feel shy or nervous of giving it to my non-Muslim friends. Kindly advise me as to how I can overcome my weakness." nahi to main samjha nahi, weakness jo hai,</w:t>
      </w:r>
      <w:r>
        <w:br/>
      </w:r>
      <w:r>
        <w:rPr>
          <w:sz w:val="20"/>
        </w:rPr>
        <w:t>54:56  isko kya? iska koi koi medical iska to ho nahi sakta hai. ji to thora sa apni soch ko manage kijiye.</w:t>
      </w:r>
      <w:r>
        <w:br/>
      </w:r>
      <w:r>
        <w:rPr>
          <w:sz w:val="20"/>
        </w:rPr>
        <w:t>55:07  hain bh</w:t>
      </w:r>
      <w:r>
        <w:br/>
      </w:r>
      <w:r>
        <w:rPr>
          <w:sz w:val="20"/>
        </w:rPr>
        <w:t>55:10  ee, samjhiye ke hum Allah ka kaam kar rahe hain, logon ko parioritize ka rasta dikha rahe hain. yeh isi soch ko apne andar develop kijiye.</w:t>
      </w:r>
      <w:r>
        <w:br/>
      </w:r>
      <w:r>
        <w:rPr>
          <w:sz w:val="20"/>
        </w:rPr>
        <w:t>55:21  jab yeh sochen ge aap ke hum to parioritize ka rasta dikha rahe hain, hum to Allah ka message pohncha rahe hain, to apne aap hi woh main samjhta hoon ke woh mindset khatam ho jaye ga.</w:t>
      </w:r>
      <w:r>
        <w:br/>
      </w:r>
      <w:r>
        <w:rPr>
          <w:sz w:val="20"/>
        </w:rPr>
        <w:t>55:34  ji ji theek hai.</w:t>
      </w:r>
    </w:p>
    <w:p>
      <w:pPr>
        <w:pStyle w:val="Heading2"/>
      </w:pPr>
      <w:r>
        <w:t>How to Become a Strong Personality</w:t>
      </w:r>
    </w:p>
    <w:p>
      <w:r>
        <w:rPr>
          <w:color w:val="666666"/>
          <w:sz w:val="18"/>
        </w:rPr>
        <w:t>Message of the Quran August 20, 2017 · 2m 54s · at 26:04 · https://youtu.be/BrbrZxP37pk?t=1564</w:t>
      </w:r>
    </w:p>
    <w:p>
      <w:r>
        <w:rPr>
          <w:i/>
        </w:rPr>
        <w:t>“How can I become a strong personality? Please advise me.”</w:t>
      </w:r>
    </w:p>
    <w:p>
      <w:r>
        <w:rPr>
          <w:sz w:val="20"/>
        </w:rPr>
        <w:t>26:04  meri yahi discovery hai. molana, agla sawal lene se pehle comment parhna chahenge jo ah Sameer Pre sahib ne bheja hai.</w:t>
      </w:r>
      <w:r>
        <w:br/>
      </w:r>
      <w:r>
        <w:rPr>
          <w:sz w:val="20"/>
        </w:rPr>
        <w:t>26:14  unki location nahi pata chal pa rahi hai. unhon ne yeh likha hai ke: "I have no words for today lecture. A very happy emotional moment." molana, agla sawal bheja hai Farooq sahib ne Doha Qatar se.</w:t>
      </w:r>
      <w:r>
        <w:br/>
      </w:r>
      <w:r>
        <w:rPr>
          <w:sz w:val="20"/>
        </w:rPr>
        <w:t>26:34  unhon ne aap se poocha hai ke: "molana sahib, how can I become a strong personality? Please advise me."</w:t>
      </w:r>
      <w:r>
        <w:br/>
      </w:r>
      <w:r>
        <w:rPr>
          <w:sz w:val="20"/>
        </w:rPr>
        <w:t>26:45  bhai, main to yahi kahoon ga ke sab se bari taqat dua hai.</w:t>
      </w:r>
      <w:r>
        <w:br/>
      </w:r>
      <w:r>
        <w:rPr>
          <w:sz w:val="20"/>
        </w:rPr>
        <w:t>26:53  pray-wise power, pray-wise power ko main bohat manta hoon. to aap apni niyat ko durust rakhiye aur dua karte rahiye.</w:t>
      </w:r>
      <w:r>
        <w:br/>
      </w:r>
      <w:r>
        <w:rPr>
          <w:sz w:val="20"/>
        </w:rPr>
        <w:t>27:06  bas yeh rasta hai aur koi rasta nahi hai.</w:t>
      </w:r>
      <w:r>
        <w:br/>
      </w:r>
      <w:r>
        <w:rPr>
          <w:sz w:val="20"/>
        </w:rPr>
        <w:t>27:13  molana, agla comment bheja hai Aamir Mori sahib ne Srinagar se. unhon ne likha hai: "Our mission is based on peace and God is so happy with this mission that He is assigning the angels in the form of humans to help this mission to spread across all people.</w:t>
      </w:r>
      <w:r>
        <w:br/>
      </w:r>
      <w:r>
        <w:rPr>
          <w:sz w:val="20"/>
        </w:rPr>
        <w:t>27:35  I would like to thank brother Harpreet and his friends for achieving such a noble deed. God bless you." mashallah!</w:t>
      </w:r>
      <w:r>
        <w:br/>
      </w:r>
      <w:r>
        <w:rPr>
          <w:sz w:val="20"/>
        </w:rPr>
        <w:t>27:50  so, we will end the session now. we will be back with the next session next Sunday same time.</w:t>
      </w:r>
      <w:r>
        <w:br/>
      </w:r>
      <w:r>
        <w:rPr>
          <w:sz w:val="20"/>
        </w:rPr>
        <w:t>27:58  thank you.</w:t>
      </w:r>
    </w:p>
    <w:p>
      <w:pPr>
        <w:pStyle w:val="Heading2"/>
      </w:pPr>
      <w:r>
        <w:t>Dealing with depression about end times</w:t>
      </w:r>
    </w:p>
    <w:p>
      <w:r>
        <w:rPr>
          <w:color w:val="666666"/>
          <w:sz w:val="18"/>
        </w:rPr>
        <w:t>Advance Preparation and Planning October 27, 2018 · 4m 46s · at 37:16 · https://youtu.be/X0ycKqLspoA?t=2236</w:t>
      </w:r>
    </w:p>
    <w:p>
      <w:r>
        <w:rPr>
          <w:i/>
        </w:rPr>
        <w:t>“I get confused and depressed when I think about the fact that Moulana and other scholars say the end of times is very near and we are living in the end of times. How should I deal with this?”</w:t>
      </w:r>
    </w:p>
    <w:p>
      <w:r>
        <w:rPr>
          <w:sz w:val="20"/>
        </w:rPr>
        <w:t>37:16  maulana, agla sawal bheja hai faizan maqsood sahib ne. yeh teenager hain aur pakistan se hain. is waqt london mein apni education ke liye wahan pe reh rahe hain.</w:t>
      </w:r>
      <w:r>
        <w:br/>
      </w:r>
      <w:r>
        <w:rPr>
          <w:sz w:val="20"/>
        </w:rPr>
        <w:t>37:30  un ka sawal yeh hai ke "ah, it has". maulana ne likha hai ke "that i really get confused and i get depressed when i think about the fact which maulana also mentioned in the signs of day of judgment.</w:t>
      </w:r>
      <w:r>
        <w:br/>
      </w:r>
      <w:r>
        <w:rPr>
          <w:sz w:val="20"/>
        </w:rPr>
        <w:t>37:58  not only his, but also some of the other scholars like javed ahmed ghamdi sahib. one thing i find common between all the lectures is that the end of times is very near or we are living in the end of times.</w:t>
      </w:r>
      <w:r>
        <w:br/>
      </w:r>
      <w:r>
        <w:rPr>
          <w:sz w:val="20"/>
        </w:rPr>
        <w:t>38:17  i read maulana article explaining a hadith where prophet said that i fear the misguided scholars more than dajjal.</w:t>
      </w:r>
      <w:r>
        <w:br/>
      </w:r>
      <w:r>
        <w:rPr>
          <w:sz w:val="20"/>
        </w:rPr>
        <w:t>38:29  maulana said that this is the time very see a lot of misguided ulama and this is the time of dajjal.</w:t>
      </w:r>
      <w:r>
        <w:br/>
      </w:r>
      <w:r>
        <w:rPr>
          <w:sz w:val="20"/>
        </w:rPr>
        <w:t>38:38  thinking about this stuff gets me goosebumps. i start to question god on why i am in this world at this time as i am a teenager and have a life to live.</w:t>
      </w:r>
      <w:r>
        <w:br/>
      </w:r>
      <w:r>
        <w:rPr>
          <w:sz w:val="20"/>
        </w:rPr>
        <w:t>38:52  i know that as a muslim i am expected to be grateful to god all the time, but sometimes it gets really difficult seeing what the ulama are preaching which has nothing to do with islam.</w:t>
      </w:r>
      <w:r>
        <w:br/>
      </w:r>
      <w:r>
        <w:rPr>
          <w:sz w:val="20"/>
        </w:rPr>
        <w:t>39:08  please, please ask Maulana. just, just guys. Maulana, woh basically aap se advice chah rahe hain ke woh teenager hain aur aaj ke zamane ko le ke aap ne yeh kaha tha ke ek hadith ko bayan kiya tha ke woh, ah,</w:t>
      </w:r>
      <w:r>
        <w:br/>
      </w:r>
      <w:r>
        <w:rPr>
          <w:sz w:val="20"/>
        </w:rPr>
        <w:t>39:26  ke woh scholar se zyada, ah, mis guided.</w:t>
      </w:r>
      <w:r>
        <w:br/>
      </w:r>
      <w:r>
        <w:rPr>
          <w:sz w:val="20"/>
        </w:rPr>
        <w:t>39:33  haan, unhon ne kaha tha Maulana ne jo hadith unhon ne likha hai ke "Prophet said that i fear the mis guided scholars more than dajjal".</w:t>
      </w:r>
      <w:r>
        <w:br/>
      </w:r>
      <w:r>
        <w:rPr>
          <w:sz w:val="20"/>
        </w:rPr>
        <w:t>39:42  to woh yeh keh rahe hain ke aaj ka waqt wahi hai ke jab bohat zyada mis guided scholars hain. to as a teenager woh kaise, ah, life ko live karein?</w:t>
      </w:r>
      <w:r>
        <w:br/>
      </w:r>
      <w:r>
        <w:rPr>
          <w:sz w:val="20"/>
        </w:rPr>
        <w:t>39:53  un ko bohat zyada confusion aur pareshani hoti hai yeh soch ke ke woh bohat zyada mis guide kar rahe hain logon ko. to aap ka kya advice hai?</w:t>
      </w:r>
      <w:r>
        <w:br/>
      </w:r>
      <w:r>
        <w:rPr>
          <w:sz w:val="20"/>
        </w:rPr>
        <w:t>40:03  dekhiye, yeh ek survey ke mutabiq jo finding hai woh yeh hai ke aadmi jab teenage mein hota hai, jo teenagers hain, woh bohat sharp mind un ka hota hai.</w:t>
      </w:r>
      <w:r>
        <w:br/>
      </w:r>
      <w:r>
        <w:rPr>
          <w:sz w:val="20"/>
        </w:rPr>
        <w:t>40:21  baat ko pakarne ke liye bohat hi tez hote hain woh. to dekhiye, teenagers ki woh kami nahi jo aap ne farmaya.</w:t>
      </w:r>
      <w:r>
        <w:br/>
      </w:r>
      <w:r>
        <w:rPr>
          <w:sz w:val="20"/>
        </w:rPr>
        <w:t>40:33  sahih baat yeh hai ke teenagers bohat zyada distraction mein par jaate hain. distraction</w:t>
      </w:r>
      <w:r>
        <w:br/>
      </w:r>
      <w:r>
        <w:rPr>
          <w:sz w:val="20"/>
        </w:rPr>
        <w:t>40:40  . agar teenager apne ko distraction se bachayein to teenager to super thinker hote hain.</w:t>
      </w:r>
      <w:r>
        <w:br/>
      </w:r>
      <w:r>
        <w:rPr>
          <w:sz w:val="20"/>
        </w:rPr>
        <w:t>40:50  un ka mind foran baat ko pakarta hai. bas sharp mind un ka hota hai. to aap ko jo Allah ne is umar mein tofeeq di hai, to yeh best umar hai aap ki.</w:t>
      </w:r>
      <w:r>
        <w:br/>
      </w:r>
      <w:r>
        <w:rPr>
          <w:sz w:val="20"/>
        </w:rPr>
        <w:t>41:02  bas apne ko distraction se bachaiye aur sab kuch mind manage kar lega. manage apne aap</w:t>
      </w:r>
    </w:p>
    <w:p>
      <w:pPr>
        <w:pStyle w:val="Heading2"/>
      </w:pPr>
      <w:r>
        <w:t>Handling hurt sentiments and reactions</w:t>
      </w:r>
    </w:p>
    <w:p>
      <w:r>
        <w:rPr>
          <w:color w:val="666666"/>
          <w:sz w:val="18"/>
        </w:rPr>
        <w:t>The Secular Contribution of Islam | April 16, 2017 · 1m 13s · at 49:59 · https://youtu.be/QV_HIq7KeaY?t=2999</w:t>
      </w:r>
    </w:p>
    <w:p>
      <w:r>
        <w:rPr>
          <w:i/>
        </w:rPr>
        <w:t>“Molana sahib, people have an element of sentiment. Once that sentiment gets hurt, we tend to react.”</w:t>
      </w:r>
    </w:p>
    <w:p>
      <w:r>
        <w:rPr>
          <w:sz w:val="20"/>
        </w:rPr>
        <w:t>49:59  ji maulana, agla sawal Srinagar se aamir mori sahab ne bheja hai, unhon ne aap se poocha</w:t>
      </w:r>
      <w:r>
        <w:br/>
      </w:r>
      <w:r>
        <w:rPr>
          <w:sz w:val="20"/>
        </w:rPr>
        <w:t>50:06  hai: maulana sahab, people have an element of sentiment.</w:t>
      </w:r>
      <w:r>
        <w:br/>
      </w:r>
      <w:r>
        <w:rPr>
          <w:sz w:val="20"/>
        </w:rPr>
        <w:t>50:12  Once that sentiment gets hurt, we tend to react.</w:t>
      </w:r>
      <w:r>
        <w:br/>
      </w:r>
      <w:r>
        <w:rPr>
          <w:sz w:val="20"/>
        </w:rPr>
        <w:t>50:18  How can we manage these sentiments? Please give us your guidance.</w:t>
      </w:r>
      <w:r>
        <w:br/>
      </w:r>
      <w:r>
        <w:rPr>
          <w:sz w:val="20"/>
        </w:rPr>
        <w:t>50:24  dekhiye, sentiment kya cheez hai? Sentiment naam hai shaitan ke</w:t>
      </w:r>
      <w:r>
        <w:br/>
      </w:r>
      <w:r>
        <w:rPr>
          <w:sz w:val="20"/>
        </w:rPr>
        <w:t>50:30  activation ka.</w:t>
      </w:r>
      <w:r>
        <w:br/>
      </w:r>
      <w:r>
        <w:rPr>
          <w:sz w:val="20"/>
        </w:rPr>
        <w:t>50:36  insaan ke andar ek cheez hai, us ko shaitan activate karta hai, to woh emotion ban jata hai.</w:t>
      </w:r>
      <w:r>
        <w:br/>
      </w:r>
      <w:r>
        <w:rPr>
          <w:sz w:val="20"/>
        </w:rPr>
        <w:t>50:42  woh is waqt insaan shaitan ke, yaani shaitan ke asar mein aa jata hai.</w:t>
      </w:r>
      <w:r>
        <w:br/>
      </w:r>
      <w:r>
        <w:rPr>
          <w:sz w:val="20"/>
        </w:rPr>
        <w:t>50:49  to emotion ko le kar ke aadmi soche aur iqdam kare, to woh to us se shaitan ko follow kiya.</w:t>
      </w:r>
      <w:r>
        <w:br/>
      </w:r>
      <w:r>
        <w:rPr>
          <w:sz w:val="20"/>
        </w:rPr>
        <w:t>50:55  us ne use toba karna chahiye,</w:t>
      </w:r>
      <w:r>
        <w:br/>
      </w:r>
      <w:r>
        <w:rPr>
          <w:sz w:val="20"/>
        </w:rPr>
        <w:t>51:01  use toba karna chahiye.</w:t>
      </w:r>
      <w:r>
        <w:br/>
      </w:r>
      <w:r>
        <w:rPr>
          <w:sz w:val="20"/>
        </w:rPr>
        <w:t>51:07  yeh mein keh sakta hoon.</w:t>
      </w:r>
    </w:p>
    <w:p>
      <w:pPr>
        <w:pStyle w:val="Heading2"/>
      </w:pPr>
      <w:r>
        <w:t>How to address a wrong system affecting a nation?</w:t>
      </w:r>
    </w:p>
    <w:p>
      <w:r>
        <w:rPr>
          <w:color w:val="666666"/>
          <w:sz w:val="18"/>
        </w:rPr>
        <w:t>Problem and Shukr March 15, 2015 · 2m 53s · at 52:57 · https://youtu.be/SPBsXjH1hzM?t=3177</w:t>
      </w:r>
    </w:p>
    <w:p>
      <w:r>
        <w:rPr>
          <w:i/>
        </w:rPr>
        <w:t>“I want to know what if we have a problem or complaint not from a human, but from a system and a group which is doing wrong and affecting a nation.”</w:t>
      </w:r>
    </w:p>
    <w:p>
      <w:r>
        <w:rPr>
          <w:sz w:val="20"/>
        </w:rPr>
        <w:t>52:57  Maulana, agla sawal kya hai? Ah Shan Sahib ne ah London se, aur unhon ne likha hai: Maulana, I am Dr. Hanaz's cousin and visiting her from Wales with my newly wed wife.</w:t>
      </w:r>
      <w:r>
        <w:br/>
      </w:r>
      <w:r>
        <w:rPr>
          <w:sz w:val="20"/>
        </w:rPr>
        <w:t>53:14  She invited us this morning to listen to you, and mashallah, I liked it so much. May Allah reward you. Maulana, I have a question.</w:t>
      </w:r>
      <w:r>
        <w:br/>
      </w:r>
      <w:r>
        <w:rPr>
          <w:sz w:val="20"/>
        </w:rPr>
        <w:t>53:25  . I want to know what if we have a problem or complaint not from a human, but from a system or a group which is doing wrong and affecting a nation.</w:t>
      </w:r>
      <w:r>
        <w:br/>
      </w:r>
      <w:r>
        <w:rPr>
          <w:sz w:val="20"/>
        </w:rPr>
        <w:t>53:38  vhat iz yor advais on dat? dekhiye, yeh to aap ne sirf lafz badal diya. sistam kon banata hai? insan banata hai.</w:t>
      </w:r>
      <w:r>
        <w:br/>
      </w:r>
      <w:r>
        <w:rPr>
          <w:sz w:val="20"/>
        </w:rPr>
        <w:t>53:47  voh bhi insan ke khilaf shikayat hai. sistam bananay wala kon hai?</w:t>
      </w:r>
      <w:r>
        <w:br/>
      </w:r>
      <w:r>
        <w:rPr>
          <w:sz w:val="20"/>
        </w:rPr>
        <w:t>53:55  to sistam mein vohi cheezain aayen gi jo insan ke andar hain. sistam jo hai, insan ka yani ikstendid faram hai.</w:t>
      </w:r>
      <w:r>
        <w:br/>
      </w:r>
      <w:r>
        <w:rPr>
          <w:sz w:val="20"/>
        </w:rPr>
        <w:t>54:06  sistam alag se koi cheez hai nahin. to sistam ke khilaf aap bolain gay to phir insan hi ke oopar jaye ga. voh aur yeh bhi samajh lein ke kabhi bhi dunya mein koi sistam aidial nahin ho sakta.</w:t>
      </w:r>
      <w:r>
        <w:br/>
      </w:r>
      <w:r>
        <w:rPr>
          <w:sz w:val="20"/>
        </w:rPr>
        <w:t>54:17  impaasibal hai.</w:t>
      </w:r>
      <w:r>
        <w:br/>
      </w:r>
      <w:r>
        <w:rPr>
          <w:sz w:val="20"/>
        </w:rPr>
        <w:t>54:19  hata ke jo islam ka jo goladan piriyad hai, vahan bhi yeh bas vajah hai ke vahan sistam jo tha, bilkul aidial tha. aisa nahin tha. misal ke tor par dekhiye, aik sahabi madine mein rasool Allah ke pas aata hai, voh munh dar munh kehta hai ke vallah muadalta,</w:t>
      </w:r>
      <w:r>
        <w:br/>
      </w:r>
      <w:r>
        <w:rPr>
          <w:sz w:val="20"/>
        </w:rPr>
        <w:t>54:38  khuda ki qasam, aap ne justis nahin kiya. to vri dat aidial sistam.</w:t>
      </w:r>
      <w:r>
        <w:br/>
      </w:r>
      <w:r>
        <w:rPr>
          <w:sz w:val="20"/>
        </w:rPr>
        <w:t>54:45  to sistam par jo log bolte hain, voh kreshun plan ke khilaf bolte hain. jo Allah ka jo kreshun plan hai, us ke mutabiq jab dunya mein aidial sistam ban nahin sakta, aidial gavarnmant ban nahin sakti, to aap ko vahan kya karna hai?</w:t>
      </w:r>
      <w:r>
        <w:br/>
      </w:r>
      <w:r>
        <w:rPr>
          <w:sz w:val="20"/>
        </w:rPr>
        <w:t>55:04  us ko mainaj karna hai. jo prablam aata hai, us ko mainaj kijiye.</w:t>
      </w:r>
      <w:r>
        <w:br/>
      </w:r>
      <w:r>
        <w:rPr>
          <w:sz w:val="20"/>
        </w:rPr>
        <w:t>55:08  shikayat karna, us ko torna, us ke khilaf us ko apoz karna, hangama karna, kuch bhi nahin honay wala. us ki misal dekhiye, aijipt mein.</w:t>
      </w:r>
      <w:r>
        <w:br/>
      </w:r>
      <w:r>
        <w:rPr>
          <w:sz w:val="20"/>
        </w:rPr>
        <w:t>55:18  aijipt mein 60 bars se sistam ke khilaf lar rahe hain log. aaj tak kuch bhi nahin hua. kai naslain khatam ho gayeen, aur tab tabahi tabahi hai.</w:t>
      </w:r>
      <w:r>
        <w:br/>
      </w:r>
      <w:r>
        <w:rPr>
          <w:sz w:val="20"/>
        </w:rPr>
        <w:t>55:29  to sistam jo hai, voh khud yani voh hioman fenomina hai. insan se alag koi cheez nahin hai.</w:t>
      </w:r>
      <w:r>
        <w:br/>
      </w:r>
      <w:r>
        <w:rPr>
          <w:sz w:val="20"/>
        </w:rPr>
        <w:t>55:40  kliyar hai? ji kliyar hai. ji ah ji maulana.</w:t>
      </w:r>
      <w:r>
        <w:br/>
      </w:r>
      <w:r>
        <w:rPr>
          <w:sz w:val="20"/>
        </w:rPr>
        <w:t>55:51  Maulana, agla sawal kya hai? Adil Muhammad Sahib ne Muradabad se, aur unhon ne likha hai ke Maulana, I agree with you in what you said today, that we should accept Allah's plan and be patient towards men and thankful towards Allah.</w:t>
      </w:r>
    </w:p>
    <w:p>
      <w:pPr>
        <w:pStyle w:val="Heading2"/>
      </w:pPr>
      <w:r>
        <w:t>Hope for a crippled person?</w:t>
      </w:r>
    </w:p>
    <w:p>
      <w:r>
        <w:rPr>
          <w:color w:val="666666"/>
          <w:sz w:val="18"/>
        </w:rPr>
        <w:t>Studying The Quran with Open Mind October 20, 2019 Maulana Wahiduddin Khan · 2m 47s · at 44:56 · https://youtu.be/OPyJO5TP_wI?t=2696</w:t>
      </w:r>
    </w:p>
    <w:p>
      <w:r>
        <w:rPr>
          <w:i/>
        </w:rPr>
        <w:t>“You said in today's lecture that if the problem is not crippling then it is for our own good. My question is how to handle a problem if the person has become a cripple? Is there hope for such a cripple person also?”</w:t>
      </w:r>
    </w:p>
    <w:p>
      <w:r>
        <w:rPr>
          <w:sz w:val="20"/>
        </w:rPr>
        <w:t>44:56  convert our problems into opportunity Maulana agla sawal Lucknow se aaya hai Ahmad Mehboob sahib ne likha hai un ka sawal hai Maulana you said in today's lecture that if the problem is not crippling then it is for our own good</w:t>
      </w:r>
      <w:r>
        <w:br/>
      </w:r>
      <w:r>
        <w:rPr>
          <w:sz w:val="20"/>
        </w:rPr>
        <w:t>45:18  Maulana my question is how to handle a problem if the person has become a cripple is there hope for such cripple person</w:t>
      </w:r>
      <w:r>
        <w:br/>
      </w:r>
      <w:r>
        <w:rPr>
          <w:sz w:val="20"/>
        </w:rPr>
        <w:t>45:26  also</w:t>
      </w:r>
      <w:r>
        <w:br/>
      </w:r>
      <w:r>
        <w:rPr>
          <w:sz w:val="20"/>
        </w:rPr>
        <w:t>45:30  yahan tak baat nahi jana zindagi ko ke</w:t>
      </w:r>
      <w:r>
        <w:br/>
      </w:r>
      <w:r>
        <w:rPr>
          <w:sz w:val="20"/>
        </w:rPr>
        <w:t>45:36  crippling children aur non-crippling mein sirf ek farq hai woh yeh</w:t>
      </w:r>
      <w:r>
        <w:br/>
      </w:r>
      <w:r>
        <w:rPr>
          <w:sz w:val="20"/>
        </w:rPr>
        <w:t>45:43  ke crippling children aksar</w:t>
      </w:r>
      <w:r>
        <w:br/>
      </w:r>
      <w:r>
        <w:rPr>
          <w:sz w:val="20"/>
        </w:rPr>
        <w:t>45:46  bataur total stress mein crippling kar deta hai mawaqe ko khatm kar deta hai lekin non-crippling mein mawaqe</w:t>
      </w:r>
      <w:r>
        <w:br/>
      </w:r>
      <w:r>
        <w:rPr>
          <w:sz w:val="20"/>
        </w:rPr>
        <w:t>45:56  baqi rehte hain to crippling children bhi aap ko total stress mein khatm nahi karta</w:t>
      </w:r>
      <w:r>
        <w:br/>
      </w:r>
      <w:r>
        <w:rPr>
          <w:sz w:val="20"/>
        </w:rPr>
        <w:t>46:04  partial stress mein khatm karta hai</w:t>
      </w:r>
      <w:r>
        <w:br/>
      </w:r>
      <w:r>
        <w:rPr>
          <w:sz w:val="20"/>
        </w:rPr>
        <w:t>46:08  partial stress mein jaise</w:t>
      </w:r>
      <w:r>
        <w:br/>
      </w:r>
      <w:r>
        <w:rPr>
          <w:sz w:val="20"/>
        </w:rPr>
        <w:t>46:12  meet milton jo tha woh crippled</w:t>
      </w:r>
      <w:r>
        <w:br/>
      </w:r>
      <w:r>
        <w:rPr>
          <w:sz w:val="20"/>
        </w:rPr>
        <w:t>46:15  ho gaya kya tha ek dam total andha pan ek dam andha ho gaya</w:t>
      </w:r>
      <w:r>
        <w:br/>
      </w:r>
      <w:r>
        <w:rPr>
          <w:sz w:val="20"/>
        </w:rPr>
        <w:t>46:24  to us ne kya kiya</w:t>
      </w:r>
      <w:r>
        <w:br/>
      </w:r>
      <w:r>
        <w:rPr>
          <w:sz w:val="20"/>
        </w:rPr>
        <w:t>46:27  kya apne ghar ke ek family ke ek member ko</w:t>
      </w:r>
      <w:r>
        <w:br/>
      </w:r>
      <w:r>
        <w:rPr>
          <w:sz w:val="20"/>
        </w:rPr>
        <w:t>46:34  rakh liya apne paas aur dictate karne laga woh dictate karta tha woh likhta tha woh is tarah</w:t>
      </w:r>
      <w:r>
        <w:br/>
      </w:r>
      <w:r>
        <w:rPr>
          <w:sz w:val="20"/>
        </w:rPr>
        <w:t>46:42  manage kiya us ne</w:t>
      </w:r>
      <w:r>
        <w:br/>
      </w:r>
      <w:r>
        <w:rPr>
          <w:sz w:val="20"/>
        </w:rPr>
        <w:t>46:44  to crippling children bhi manageable hota hai bashart ke aap ko</w:t>
      </w:r>
      <w:r>
        <w:br/>
      </w:r>
      <w:r>
        <w:rPr>
          <w:sz w:val="20"/>
        </w:rPr>
        <w:t>46:52  sabr ho aap ke andar sabr zaroori hai maulana agla comment bheja hai mumbai se sajid anwar sahib</w:t>
      </w:r>
      <w:r>
        <w:br/>
      </w:r>
      <w:r>
        <w:rPr>
          <w:sz w:val="20"/>
        </w:rPr>
        <w:t>47:00  ne unhon</w:t>
      </w:r>
      <w:r>
        <w:br/>
      </w:r>
      <w:r>
        <w:rPr>
          <w:sz w:val="20"/>
        </w:rPr>
        <w:t>47:01  ne likha hai Maulana you are the only aalim who has taught us how to derive the wisdom from the Quran while others emphasize on words you have taught us to read between the lines and derive wisdom from every possible incident around us</w:t>
      </w:r>
      <w:r>
        <w:br/>
      </w:r>
      <w:r>
        <w:rPr>
          <w:sz w:val="20"/>
        </w:rPr>
        <w:t>47:19  jazak Allah Bangalore team jo collectively dekh rahi hai is program ko unhon ne likha hai Maulana aaj yeh baat samajh mein aayi ke hikmat ka matlab hai ke aadmi na likhe ko parhe mazkoor baaton ke zariye ghair mazkoor baaton ko jaane jazak Allah Maulana</w:t>
      </w:r>
    </w:p>
    <w:p>
      <w:pPr>
        <w:pStyle w:val="Heading2"/>
      </w:pPr>
      <w:r>
        <w:t>Removing complaints while working with team</w:t>
      </w:r>
    </w:p>
    <w:p>
      <w:r>
        <w:rPr>
          <w:color w:val="666666"/>
          <w:sz w:val="18"/>
        </w:rPr>
        <w:t>The Importance of Team Work February 5, 2012 · 4m 13s · at 1:08:22 · https://youtu.be/qBbwznqIqVw?t=4102</w:t>
      </w:r>
    </w:p>
    <w:p>
      <w:r>
        <w:rPr>
          <w:i/>
        </w:rPr>
        <w:t>“How to remove complaints from the heart while working with a team? Please tell about it.”</w:t>
      </w:r>
    </w:p>
    <w:p>
      <w:r>
        <w:rPr>
          <w:sz w:val="20"/>
        </w:rPr>
        <w:t>1:08:22  Maulana, agla sawal hai Delhi se Maulana Shariq Hussain ne kiya hai. Unhone likha hai: "Team ke sath kaam karte hue pesh aane wali shikayaton ko dil se kaise khatam kiya jaye?</w:t>
      </w:r>
      <w:r>
        <w:br/>
      </w:r>
      <w:r>
        <w:rPr>
          <w:sz w:val="20"/>
        </w:rPr>
        <w:t>1:08:35  Is ke bare mein batayein." Bahut hi aasan hai, bahut hi aasan hai.</w:t>
      </w:r>
      <w:r>
        <w:br/>
      </w:r>
      <w:r>
        <w:rPr>
          <w:sz w:val="20"/>
        </w:rPr>
        <w:t>1:08:43  Aap sirf yeh soch lein ke shikayat ko khatam karna ek bahut bada rewardable kaam hai.</w:t>
      </w:r>
      <w:r>
        <w:br/>
      </w:r>
      <w:r>
        <w:rPr>
          <w:sz w:val="20"/>
        </w:rPr>
        <w:t>1:08:54  Rewardable, qabil-e-inaam.</w:t>
      </w:r>
      <w:r>
        <w:br/>
      </w:r>
      <w:r>
        <w:rPr>
          <w:sz w:val="20"/>
        </w:rPr>
        <w:t>1:08:58  Aap ghaur kijiye ke ek hai ke aap sona chandi kharch karein, paisa kharch karein toh is ka reward milega.</w:t>
      </w:r>
      <w:r>
        <w:br/>
      </w:r>
      <w:r>
        <w:rPr>
          <w:sz w:val="20"/>
        </w:rPr>
        <w:t>1:09:12  Aur shikayat toh ek ehsaas hai, ehsaas zehen mein paida hua, wohin khatam kar dijiye.</w:t>
      </w:r>
      <w:r>
        <w:br/>
      </w:r>
      <w:r>
        <w:rPr>
          <w:sz w:val="20"/>
        </w:rPr>
        <w:t>1:09:21  Ehsaas ko khatam kar ke woh milta hai inaam jo sone chandi ke dher ko khatam karne pe nahi milta.</w:t>
      </w:r>
      <w:r>
        <w:br/>
      </w:r>
      <w:r>
        <w:rPr>
          <w:sz w:val="20"/>
        </w:rPr>
        <w:t>1:09:31  Pichhle Quran mein hai ke innamā yūfaṣṣābirūna ujrahum bighayri ḥisābin toh sone chandi ki qurbani se toh badi qurbani woh hai jo nafsiyat ki sirf ki jaati hai,</w:t>
      </w:r>
      <w:r>
        <w:br/>
      </w:r>
      <w:r>
        <w:rPr>
          <w:sz w:val="20"/>
        </w:rPr>
        <w:t>1:09:44  shikayaton ko bhula kar.</w:t>
      </w:r>
      <w:r>
        <w:br/>
      </w:r>
      <w:r>
        <w:rPr>
          <w:sz w:val="20"/>
        </w:rPr>
        <w:t>1:09:46  Toh agar yeh socha jaye ke agar shikayaton ko maine khatam kar diya dil se toh yeh toh bahut bada rewardable kaam hoga meri taraf se.</w:t>
      </w:r>
      <w:r>
        <w:br/>
      </w:r>
      <w:r>
        <w:rPr>
          <w:sz w:val="20"/>
        </w:rPr>
        <w:t>1:09:58  Toh aadmi ko mushkil nahi lagega, woh aasan maloom hoga. Balkeh woh jis ne shikayat ka mauqa diya, us ka shukriya ada karega ke tum ne mujhe ek bade inaam ke qabil banaya.</w:t>
      </w:r>
      <w:r>
        <w:br/>
      </w:r>
      <w:r>
        <w:rPr>
          <w:sz w:val="20"/>
        </w:rPr>
        <w:t>1:10:14  Sara muamla yeh hai ke hum cheezon ko duniya ke aitbar se dekhte hain, aakhirat ke baad se nahi. Yeh sirf wajah yeh hoti hai ke duniya ke aitbar se bahut bhari lagta hai.</w:t>
      </w:r>
      <w:r>
        <w:br/>
      </w:r>
      <w:r>
        <w:rPr>
          <w:sz w:val="20"/>
        </w:rPr>
        <w:t>1:10:30  shikayat hai ke is ko bulaya jaye, is ko is ko to intiqam lena hai. lekin akhirat ke aitbar se dekhen, agar to maloom hoga ye to kuch bhi nahin.</w:t>
      </w:r>
      <w:r>
        <w:br/>
      </w:r>
      <w:r>
        <w:rPr>
          <w:sz w:val="20"/>
        </w:rPr>
        <w:t>1:10:41  to ye sari cheezon mein buniyadi baat ye hai ke ek hai dunya oriented soch, ek hai akhirat oriented soch. to ye sara masla hai dunya oriented soch walon ke liye.</w:t>
      </w:r>
      <w:r>
        <w:br/>
      </w:r>
      <w:r>
        <w:rPr>
          <w:sz w:val="20"/>
        </w:rPr>
        <w:t>1:10:56  akhirat oriented soch mein ye sab baaten bilkul khatam ho jati hain, be haqeeqat ho jati hain.</w:t>
      </w:r>
      <w:r>
        <w:br/>
      </w:r>
      <w:r>
        <w:rPr>
          <w:sz w:val="20"/>
        </w:rPr>
        <w:t>1:11:06  maulana iqbal umri ne tamil nadu se likha hai:</w:t>
      </w:r>
      <w:r>
        <w:br/>
      </w:r>
      <w:r>
        <w:rPr>
          <w:sz w:val="20"/>
        </w:rPr>
        <w:t>1:11:11  "kya team ke leader se ideology ki base par ikhtilaf kiya ja sakta hai?"</w:t>
      </w:r>
      <w:r>
        <w:br/>
      </w:r>
      <w:r>
        <w:rPr>
          <w:sz w:val="20"/>
        </w:rPr>
        <w:t>1:11:22  dekhen, ikhtilaf alag cheez hai, takrao alag cheez hai.</w:t>
      </w:r>
      <w:r>
        <w:br/>
      </w:r>
      <w:r>
        <w:rPr>
          <w:sz w:val="20"/>
        </w:rPr>
        <w:t>1:11:27  hadith mein bataya: illa an taraf kufra bawwah us waqt tak itaat karna hai jab tak aap kufar bawa na dekha hai, khula khula kufar.</w:t>
      </w:r>
      <w:r>
        <w:br/>
      </w:r>
      <w:r>
        <w:rPr>
          <w:sz w:val="20"/>
        </w:rPr>
        <w:t>1:11:42  to ikhtilaf bilashuba bohat achhi cheez hai. ikhtilaf himmat rahmat ikhtilaf ka matlab hai discussion, dialogue.</w:t>
      </w:r>
      <w:r>
        <w:br/>
      </w:r>
      <w:r>
        <w:rPr>
          <w:sz w:val="20"/>
        </w:rPr>
        <w:t>1:11:54  to wo bohat achhi cheez hai. lekin ikhtilaf ko le kar takrao karna, badnaam karna, jhagda machana, wo sab bilashuba jaiz nahin islam mein</w:t>
      </w:r>
      <w:r>
        <w:br/>
      </w:r>
      <w:r>
        <w:rPr>
          <w:sz w:val="20"/>
        </w:rPr>
        <w:t>1:12:07  . ikhtilaf ko jab discussion ka mozu banaya jaye to kya hoga? intellectual development hoga dono ke liye.</w:t>
      </w:r>
      <w:r>
        <w:br/>
      </w:r>
      <w:r>
        <w:rPr>
          <w:sz w:val="20"/>
        </w:rPr>
        <w:t>1:12:19  nai nai baaten samne ayengi. lekin jab ikhtilaf ko le kar takrao kiya jaye to wo to shaitani kaam hai, is ka koi faida nahin hai tarafain ke liye.</w:t>
      </w:r>
    </w:p>
    <w:p>
      <w:pPr>
        <w:pStyle w:val="Heading2"/>
      </w:pPr>
      <w:r>
        <w:t>Guidance on handling anger and frustration</w:t>
      </w:r>
    </w:p>
    <w:p>
      <w:r>
        <w:rPr>
          <w:color w:val="666666"/>
          <w:sz w:val="18"/>
        </w:rPr>
        <w:t>Man and The Paradise August 11, 2013 Maulana Wahiduddin Khan · 5m 28s · at 55:35 · https://youtu.be/m8XdpnaS95U?t=3335</w:t>
      </w:r>
    </w:p>
    <w:p>
      <w:r>
        <w:rPr>
          <w:i/>
        </w:rPr>
        <w:t>“Your words are very thought-provoking and very true. There are often challenging situations which arise from time to time, and often these result into anger and frustration. Sometimes these frustrations come out in words, causing hurt to everyone, and followed by regret later. Dear Maulana, please guide me that if a situation like this comes again.”</w:t>
      </w:r>
    </w:p>
    <w:p>
      <w:r>
        <w:rPr>
          <w:sz w:val="20"/>
        </w:rPr>
        <w:t>55:35  maulana, agla sawal singapore se hai, mr sailesh malhotra ka. unhon ne likha hai: "maulana, your words are very thought provoking and very true.</w:t>
      </w:r>
      <w:r>
        <w:br/>
      </w:r>
      <w:r>
        <w:rPr>
          <w:sz w:val="20"/>
        </w:rPr>
        <w:t>55:47  there are often challenging situations which arise from time to time, and often these result into anger and frustration.</w:t>
      </w:r>
      <w:r>
        <w:br/>
      </w:r>
      <w:r>
        <w:rPr>
          <w:sz w:val="20"/>
        </w:rPr>
        <w:t>55:57  sometimes these frustrations come out in words, causing hurt to everyone, and followed by regret later. dear Maulana, please guide me that if a situation like this comes again,</w:t>
      </w:r>
      <w:r>
        <w:br/>
      </w:r>
      <w:r>
        <w:rPr>
          <w:sz w:val="20"/>
        </w:rPr>
        <w:t>56:11  what should I do to subside negative thoughts and angry words?</w:t>
      </w:r>
      <w:r>
        <w:br/>
      </w:r>
      <w:r>
        <w:rPr>
          <w:sz w:val="20"/>
        </w:rPr>
        <w:t>56:17  I want to go to paradise with the rest of the CPS team, and don't want to lose this because of my stupid mistakes."</w:t>
      </w:r>
      <w:r>
        <w:br/>
      </w:r>
      <w:r>
        <w:rPr>
          <w:sz w:val="20"/>
        </w:rPr>
        <w:t>56:36  dekhiye, paradise ki qeemat hai acceptance of reality.</w:t>
      </w:r>
      <w:r>
        <w:br/>
      </w:r>
      <w:r>
        <w:rPr>
          <w:sz w:val="20"/>
        </w:rPr>
        <w:t>56:46  paradise ki qeemat hai acceptance of reality.</w:t>
      </w:r>
      <w:r>
        <w:br/>
      </w:r>
      <w:r>
        <w:rPr>
          <w:sz w:val="20"/>
        </w:rPr>
        <w:t>56:53  yani duniya mein jo creator hai, creator us ne apne plan ke mutabiq duniya ka ek system banaya hai.</w:t>
      </w:r>
      <w:r>
        <w:br/>
      </w:r>
      <w:r>
        <w:rPr>
          <w:sz w:val="20"/>
        </w:rPr>
        <w:t>57:07  is system mein har ek ko azaadi hai, har ek ko total freedom hai.</w:t>
      </w:r>
      <w:r>
        <w:br/>
      </w:r>
      <w:r>
        <w:rPr>
          <w:sz w:val="20"/>
        </w:rPr>
        <w:t>57:15  to apni freedom ko woh chahe misuse kare, chahe proper use kare. yahi woh cheez hai jo hamare andar paida karti hai anger, complain, protest, yeh sab cheezen.</w:t>
      </w:r>
      <w:r>
        <w:br/>
      </w:r>
      <w:r>
        <w:rPr>
          <w:sz w:val="20"/>
        </w:rPr>
        <w:t>57:30  to pehli condition yeh hai ke aap accept karen Allah ki is ki maaf things ko.</w:t>
      </w:r>
      <w:r>
        <w:br/>
      </w:r>
      <w:r>
        <w:rPr>
          <w:sz w:val="20"/>
        </w:rPr>
        <w:t>57:39  yani jis cheez ko le kar aadmi ghussa hota hai, shikayat karta hai, protest karta hai, to kis ke khilaaf karta hai? woh bazahir kisi insaan ke khilaaf hoti hai, woh lekin hoti hai woh Khuda ke khilaaf.</w:t>
      </w:r>
      <w:r>
        <w:br/>
      </w:r>
      <w:r>
        <w:rPr>
          <w:sz w:val="20"/>
        </w:rPr>
        <w:t>57:54  jab aap bolte hain America ke khilaaf to aap bolte hain Khuda ke khilaaf. America jo kuch bhi kar raha hai, woh Allah ki di hui freedom par kar raha hai.</w:t>
      </w:r>
      <w:r>
        <w:br/>
      </w:r>
      <w:r>
        <w:rPr>
          <w:sz w:val="20"/>
        </w:rPr>
        <w:t>58:03  Yahudi jo kuch kar raha hai, woh Allah ki di hui freedom par kar raha hai. Hindu jo kuch bhi kar raha hai, woh Allah ki di hui freedom par kar raha hai. to jab aap shikayat karte hain, protest karte hain, kis ke khilaaf jati hai?</w:t>
      </w:r>
      <w:r>
        <w:br/>
      </w:r>
      <w:r>
        <w:rPr>
          <w:sz w:val="20"/>
        </w:rPr>
        <w:t>58:14  woh Allah ke khilaaf jati hai. woh</w:t>
      </w:r>
      <w:r>
        <w:br/>
      </w:r>
      <w:r>
        <w:rPr>
          <w:sz w:val="20"/>
        </w:rPr>
        <w:t>58:18  to isi ko maine kaha ke ke acceptance of reality jo hai, wahi price hai jannat ki.</w:t>
      </w:r>
      <w:r>
        <w:br/>
      </w:r>
      <w:r>
        <w:rPr>
          <w:sz w:val="20"/>
        </w:rPr>
        <w:t>58:29  isi ko Quran mein dekhiye: "raziyallahu anhum wa razuwan". yani jo log raazi ho gaye Allah ki is ki maaf things par, to Allah un se raazi ho jayega.</w:t>
      </w:r>
      <w:r>
        <w:br/>
      </w:r>
      <w:r>
        <w:rPr>
          <w:sz w:val="20"/>
        </w:rPr>
        <w:t>58:41  yeh jo ayat hai Quran majeed ki, is ko bhi log samajhte nahin.</w:t>
      </w:r>
      <w:r>
        <w:br/>
      </w:r>
      <w:r>
        <w:rPr>
          <w:sz w:val="20"/>
        </w:rPr>
        <w:t>58:46  mysterious bana rakha hai is ayat ko. mysterious. "raziyallahu anhum wa razuwan" ka matlab yeh hai ke jo log raazi ho gaye Allah ki is ki maaf things par,</w:t>
      </w:r>
      <w:r>
        <w:br/>
      </w:r>
      <w:r>
        <w:rPr>
          <w:sz w:val="20"/>
        </w:rPr>
        <w:t>59:01  apne aap ko aap ko is se adjust kiya, to Allah un se raazi ho jayega.</w:t>
      </w:r>
      <w:r>
        <w:br/>
      </w:r>
      <w:r>
        <w:rPr>
          <w:sz w:val="20"/>
        </w:rPr>
        <w:t>59:09  Allah ka jo plan hai, Allah ka jo plan hai, jo creation plan hai, us ke mutabiq jo is ki maaf things hain, to woh hamare hamein pasand aaye ya na pasand aayen,</w:t>
      </w:r>
      <w:r>
        <w:br/>
      </w:r>
      <w:r>
        <w:rPr>
          <w:sz w:val="20"/>
        </w:rPr>
        <w:t>59:26  har haal mein hum is se raazi ho jayen. hamare muwafiq ho, hamare khilaf ho, hamein chot lage ya chot na lage,</w:t>
      </w:r>
      <w:r>
        <w:br/>
      </w:r>
      <w:r>
        <w:rPr>
          <w:sz w:val="20"/>
        </w:rPr>
        <w:t>59:38  hamein shock pounchay ya shock na pounchay, har haal mein hum is par raazi ho jayen. yahi matlab hai "razi allahu anhum wa ridwan" ka ke jo log Allah ki is ki maaf things par raazi ho gaye, to Allah un par raazi ho jayega.</w:t>
      </w:r>
      <w:r>
        <w:br/>
      </w:r>
      <w:r>
        <w:rPr>
          <w:sz w:val="20"/>
        </w:rPr>
        <w:t>59:57  to ek baat yeh hai. doosri baat maine arz ki, jaisa ke abhi ke jo log is par raazi na hon, to kya hota hota hota hai? woh hypocrite bante hain. hypocrite.</w:t>
      </w:r>
      <w:r>
        <w:br/>
      </w:r>
      <w:r>
        <w:rPr>
          <w:sz w:val="20"/>
        </w:rPr>
        <w:t>1:00:10  yani hypocrisy is direct result of non acceptance of reality. kyunke aap kya karenge? badal sakte sakte nahi hain Allah ke naqshe ko.</w:t>
      </w:r>
      <w:r>
        <w:br/>
      </w:r>
      <w:r>
        <w:rPr>
          <w:sz w:val="20"/>
        </w:rPr>
        <w:t>1:00:21  to aap kya karenge? jahan interest kal hoga, wahan aap adjust karenge. jahan interest dekhenge, mein interest kal nahi ho raha hoga, wahan aap bolenge, wahan aap josh dikhayenge, wahan aap violence karenge.</w:t>
      </w:r>
      <w:r>
        <w:br/>
      </w:r>
      <w:r>
        <w:rPr>
          <w:sz w:val="20"/>
        </w:rPr>
        <w:t>1:00:35  to dekhiye, yeh yeh bilkul hi ek simple formula hai ke agar aap chahte hain ke jannat mein mujhe dakhla mile, then you have to accept the reality.</w:t>
      </w:r>
      <w:r>
        <w:br/>
      </w:r>
      <w:r>
        <w:rPr>
          <w:sz w:val="20"/>
        </w:rPr>
        <w:t>1:00:50  aur koi doosra rasta nahi. doosra rasta hai woh kya hai? woh apne aap ko aap kal karna hai, apne aap ko destroy karna hai, apne aap ko tabah karna hai.</w:t>
      </w:r>
    </w:p>
    <w:p>
      <w:pPr>
        <w:pStyle w:val="Heading2"/>
      </w:pPr>
      <w:r>
        <w:t>How to turn a negative person positive</w:t>
      </w:r>
    </w:p>
    <w:p>
      <w:r>
        <w:rPr>
          <w:color w:val="666666"/>
          <w:sz w:val="18"/>
        </w:rPr>
        <w:t>Double Reward 15 Feb 2020 - Maulana Wahiduddin Khan · 3m 29s · at 43:20 · https://youtu.be/Os-Kuq1-wAk?t=2600</w:t>
      </w:r>
    </w:p>
    <w:p>
      <w:r>
        <w:rPr>
          <w:i/>
        </w:rPr>
        <w:t>“How can a negative person be made into a positive person? Because once someone becomes negative, it becomes very difficult to make them positive.”</w:t>
      </w:r>
    </w:p>
    <w:p>
      <w:r>
        <w:rPr>
          <w:sz w:val="20"/>
        </w:rPr>
        <w:t>43:20  maulana, agla sawal bheja hai chennai se maulana iqbal umri ne. unhon ne likha hai: "negative person ko positive person kaise bana sakte hain?"</w:t>
      </w:r>
      <w:r>
        <w:br/>
      </w:r>
      <w:r>
        <w:rPr>
          <w:sz w:val="20"/>
        </w:rPr>
        <w:t>43:32  kyunke koi ek martaba negative ho jata hai to bari mushkil hoti hai kisi ko positive banana.</w:t>
      </w:r>
      <w:r>
        <w:br/>
      </w:r>
      <w:r>
        <w:rPr>
          <w:sz w:val="20"/>
        </w:rPr>
        <w:t>43:42  nahi, is ki kitab hai, is mein kitabein aise thi nahi. Hum ne ek kitab alag se tayyar ki aur chhapi.</w:t>
      </w:r>
      <w:r>
        <w:br/>
      </w:r>
      <w:r>
        <w:rPr>
          <w:sz w:val="20"/>
        </w:rPr>
        <w:t>43:51  Hamari kitabein parh parh ke bohat log badal gaye kyunke kitabein nahi thi. Aisa nahi hai.</w:t>
      </w:r>
      <w:r>
        <w:br/>
      </w:r>
      <w:r>
        <w:rPr>
          <w:sz w:val="20"/>
        </w:rPr>
        <w:t>44:09  Wo mein apna tajurba bataungi ke mein bhi university mein parhati thi to mujhe bhi yeh sare tajurbe hote thay. Universityon ka yeh culture hai, har aadmi aage barh jana chahta hai.</w:t>
      </w:r>
      <w:r>
        <w:br/>
      </w:r>
      <w:r>
        <w:rPr>
          <w:sz w:val="20"/>
        </w:rPr>
        <w:t>44:19  Group bane hue hotay hain, sab doosre group walon ko hamesha wo necha dikhana chahte hain. Un ko koi support nahi karte hain. To yeh sab hota hai, lekin hamein bilkul is ko is ko bura nahi manna chahiye.</w:t>
      </w:r>
      <w:r>
        <w:br/>
      </w:r>
      <w:r>
        <w:rPr>
          <w:sz w:val="20"/>
        </w:rPr>
        <w:t>44:33  Agar koi kuch kar raha hai to wo apne, is ko apna interest kuch hoga, kar raha hai. Hum apna kaam karein, wo apna kaam kare. Lets agree to disagree, aur hum is ko toleration is mani mein, matlab positive toleration.</w:t>
      </w:r>
      <w:r>
        <w:br/>
      </w:r>
      <w:r>
        <w:rPr>
          <w:sz w:val="20"/>
        </w:rPr>
        <w:t>44:47  To hum is ko tolerate karte thay. Is liye hamara shayad 24 saal hum ne parhaya aur aur hamesha yeh sab hota raha hai. Is ko tolerate karte thay, hum kabhi na jhagda hua, na kabhi kuch hua.</w:t>
      </w:r>
      <w:r>
        <w:br/>
      </w:r>
      <w:r>
        <w:rPr>
          <w:sz w:val="20"/>
        </w:rPr>
        <w:t>44:59  Aaram se poora term kar ke hum retire hue, warna to har jagah aise ladte rahenge to kuch bhi kaam nahi kar sakenge. Ghar mein baith ke kaise time</w:t>
      </w:r>
      <w:r>
        <w:br/>
      </w:r>
      <w:r>
        <w:rPr>
          <w:sz w:val="20"/>
        </w:rPr>
        <w:t>45:09  zarrega? Bohat se misalein hain, bohat se misalein.</w:t>
      </w:r>
      <w:r>
        <w:br/>
      </w:r>
      <w:r>
        <w:rPr>
          <w:sz w:val="20"/>
        </w:rPr>
        <w:t>45:18  Maulana, ek Chennai se Maulana Iqbal Umri aap se pooch rahe hain ke option sirf apni positivity ko qaim rakhna hi hai.</w:t>
      </w:r>
      <w:r>
        <w:br/>
      </w:r>
      <w:r>
        <w:rPr>
          <w:sz w:val="20"/>
        </w:rPr>
        <w:t>45:32  Yeh baat kahan tak sahi hai? Unhon ne likha hai: "Option sirf apni positivity ko qaim rakhna hi mumkin hai." Maulana, yeh baat kahan tak sahi hai?</w:t>
      </w:r>
      <w:r>
        <w:br/>
      </w:r>
      <w:r>
        <w:rPr>
          <w:sz w:val="20"/>
        </w:rPr>
        <w:t>45:44  Nahi, aap dawat dijiye, samjhaiye.</w:t>
      </w:r>
      <w:r>
        <w:br/>
      </w:r>
      <w:r>
        <w:rPr>
          <w:sz w:val="20"/>
        </w:rPr>
        <w:t>45:50  Chhodiye mat kisi ko.</w:t>
      </w:r>
    </w:p>
    <w:p>
      <w:pPr>
        <w:pStyle w:val="Heading1"/>
      </w:pPr>
      <w:r>
        <w:t>In the lectures (20)</w:t>
      </w:r>
    </w:p>
    <w:p>
      <w:pPr>
        <w:pStyle w:val="Heading2"/>
      </w:pPr>
      <w:r>
        <w:t>Dars-e-Quran June 27, 2007</w:t>
      </w:r>
    </w:p>
    <w:p>
      <w:r>
        <w:rPr>
          <w:color w:val="666666"/>
          <w:sz w:val="18"/>
        </w:rPr>
        <w:t>22:42 · https://youtu.be/6dgTjqN_UBM?t=1362</w:t>
      </w:r>
    </w:p>
    <w:p>
      <w:r>
        <w:rPr>
          <w:i/>
        </w:rPr>
        <w:t>“لوگوں کے ساتھ”</w:t>
      </w:r>
    </w:p>
    <w:p>
      <w:pPr>
        <w:pStyle w:val="Heading2"/>
      </w:pPr>
      <w:r>
        <w:t>Study of The Quran November 30, 2014</w:t>
      </w:r>
    </w:p>
    <w:p>
      <w:r>
        <w:rPr>
          <w:color w:val="666666"/>
          <w:sz w:val="18"/>
        </w:rPr>
        <w:t>51:30 · https://youtu.be/x3fcJ2nlDow?t=3090</w:t>
      </w:r>
    </w:p>
    <w:p>
      <w:r>
        <w:rPr>
          <w:i/>
        </w:rPr>
        <w:t>“میں ایسے کچھ لوگوں سے ملا ہوں۔”</w:t>
      </w:r>
    </w:p>
    <w:p>
      <w:pPr>
        <w:pStyle w:val="Heading2"/>
      </w:pPr>
      <w:r>
        <w:t>Hadith-e-Rasool (Sayings of The Prophet of Islam) 20 June 2010 - Maulana Wahiduddin Khan</w:t>
      </w:r>
    </w:p>
    <w:p>
      <w:r>
        <w:rPr>
          <w:color w:val="666666"/>
          <w:sz w:val="18"/>
        </w:rPr>
        <w:t>45:28 · https://youtu.be/mxGQaBimM_Q?t=2728</w:t>
      </w:r>
    </w:p>
    <w:p>
      <w:r>
        <w:rPr>
          <w:i/>
        </w:rPr>
        <w:t>“Dealing ہے۔ لوگوں کے ساتھ آپ کیسے ہیں؟”</w:t>
      </w:r>
    </w:p>
    <w:p>
      <w:pPr>
        <w:pStyle w:val="Heading2"/>
      </w:pPr>
      <w:r>
        <w:t>Interfaith Dialogue (English) February 1, 2014 Maulana Wahiduddin Khan</w:t>
      </w:r>
    </w:p>
    <w:p>
      <w:r>
        <w:rPr>
          <w:color w:val="666666"/>
          <w:sz w:val="18"/>
        </w:rPr>
        <w:t>20:30 · https://youtu.be/esM8RDj_new?t=1230</w:t>
      </w:r>
    </w:p>
    <w:p>
      <w:r>
        <w:rPr>
          <w:i/>
        </w:rPr>
        <w:t>“difficulty.”</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Ethical Values in Islam, June 19, 2008</w:t>
      </w:r>
    </w:p>
    <w:p>
      <w:r>
        <w:rPr>
          <w:color w:val="666666"/>
          <w:sz w:val="18"/>
        </w:rPr>
        <w:t>46:20 · https://youtu.be/2yPff80nSBY?t=2780</w:t>
      </w:r>
    </w:p>
    <w:p>
      <w:r>
        <w:rPr>
          <w:i/>
        </w:rPr>
        <w:t>“لوگوں کے ساتھ اوائڈنس کر کے رہنا ہے”</w:t>
      </w:r>
    </w:p>
    <w:p>
      <w:pPr>
        <w:pStyle w:val="Heading2"/>
      </w:pPr>
      <w:r>
        <w:t>Distraction is the Source of Destruction August 5, 2007 Maulana Wahiduddin Khan</w:t>
      </w:r>
    </w:p>
    <w:p>
      <w:r>
        <w:rPr>
          <w:color w:val="666666"/>
          <w:sz w:val="18"/>
        </w:rPr>
        <w:t>25:07 · https://youtu.be/IeiijTFDVH8?t=1507</w:t>
      </w:r>
    </w:p>
    <w:p>
      <w:r>
        <w:rPr>
          <w:i/>
        </w:rPr>
        <w:t>“میں نے باتیں لوگوں کو بتائیں ہیں۔”</w:t>
      </w:r>
    </w:p>
    <w:p>
      <w:pPr>
        <w:pStyle w:val="Heading2"/>
      </w:pPr>
      <w:r>
        <w:t>The Spiritual Message of Fasting April 29, 2020 Maulana Wahiduddin Khan</w:t>
      </w:r>
    </w:p>
    <w:p>
      <w:r>
        <w:rPr>
          <w:color w:val="666666"/>
          <w:sz w:val="18"/>
        </w:rPr>
        <w:t>21:25 · https://youtu.be/QCqKrVhGUF0?t=1285</w:t>
      </w:r>
    </w:p>
    <w:p>
      <w:r>
        <w:rPr>
          <w:i/>
        </w:rPr>
        <w:t>“دیکھیے اگر یہ کوئی مشکل کام ہو تو مشکل کام میں تو میں تو بڑے بڑے صاحب ملتے ہیں۔”</w:t>
      </w:r>
    </w:p>
    <w:p>
      <w:pPr>
        <w:pStyle w:val="Heading2"/>
      </w:pPr>
      <w:r>
        <w:t>How to Deal with Problems December 7, 2008</w:t>
      </w:r>
    </w:p>
    <w:p>
      <w:r>
        <w:rPr>
          <w:color w:val="666666"/>
          <w:sz w:val="18"/>
        </w:rPr>
        <w:t>1:05 · https://youtu.be/03Wx7Ydxf84?t=65</w:t>
      </w:r>
    </w:p>
    <w:p>
      <w:r>
        <w:rPr>
          <w:i/>
        </w:rPr>
        <w:t>“problems سے ان کو سامنا پڑتا ہے۔”</w:t>
      </w:r>
    </w:p>
    <w:p>
      <w:pPr>
        <w:pStyle w:val="Heading2"/>
      </w:pPr>
      <w:r>
        <w:t>Divine Nature November 29, 2015</w:t>
      </w:r>
    </w:p>
    <w:p>
      <w:r>
        <w:rPr>
          <w:color w:val="666666"/>
          <w:sz w:val="18"/>
        </w:rPr>
        <w:t>10:33 · https://youtu.be/iRBCWfId-0U?t=633</w:t>
      </w:r>
    </w:p>
    <w:p>
      <w:r>
        <w:rPr>
          <w:i/>
        </w:rPr>
        <w:t>“Dealing کیا۔”</w:t>
      </w:r>
    </w:p>
    <w:p>
      <w:pPr>
        <w:pStyle w:val="Heading2"/>
      </w:pPr>
      <w:r>
        <w:t>The Message of Eid Al-Adha November 6, 2011 Maulana Wahiduddin Khan</w:t>
      </w:r>
    </w:p>
    <w:p>
      <w:r>
        <w:rPr>
          <w:color w:val="666666"/>
          <w:sz w:val="18"/>
        </w:rPr>
        <w:t>1:28:55 · https://youtu.be/y59PU_RD2cg?t=5335</w:t>
      </w:r>
    </w:p>
    <w:p>
      <w:r>
        <w:rPr>
          <w:i/>
        </w:rPr>
        <w:t>“بہت زیادہ، بہت زیادہ ہونسٹری کے ساتھ رہنا ہے۔ تو انسان سے ڈیلنگ کرتے ہوئے میں سمجھتا ہوں کہ عظمت کا طریقہ ہونا چاہیے۔”</w:t>
      </w:r>
    </w:p>
    <w:p>
      <w:pPr>
        <w:pStyle w:val="Heading2"/>
      </w:pPr>
      <w:r>
        <w:t>What is Akhirat March 12, 2006 Maulana Wahiduddin Khan</w:t>
      </w:r>
    </w:p>
    <w:p>
      <w:r>
        <w:rPr>
          <w:color w:val="666666"/>
          <w:sz w:val="18"/>
        </w:rPr>
        <w:t>12:55 · https://youtu.be/F41-6s4TdW0?t=775</w:t>
      </w:r>
    </w:p>
    <w:p>
      <w:r>
        <w:rPr>
          <w:i/>
        </w:rPr>
        <w:t>“اگرچہ لوگوں کے کانٹے مجھے چبھتے ہیں۔”</w:t>
      </w:r>
    </w:p>
    <w:p>
      <w:pPr>
        <w:pStyle w:val="Heading2"/>
      </w:pPr>
      <w:r>
        <w:t>From the Spiritual Tree September 8, 2013 Maulana Wahiduddin Khan</w:t>
      </w:r>
    </w:p>
    <w:p>
      <w:r>
        <w:rPr>
          <w:color w:val="666666"/>
          <w:sz w:val="18"/>
        </w:rPr>
        <w:t>27:20 · https://youtu.be/y4bObH7a_64?t=1640</w:t>
      </w:r>
    </w:p>
    <w:p>
      <w:r>
        <w:rPr>
          <w:i/>
        </w:rPr>
        <w:t>“جیسے کہ مجھے کوئی حساب دینا ہے۔ مجھے کوئی سب سے زیادہ سخت مرحلے سے گزرنا ہے۔ تو آپ غور کیجیے کہ ایسا زمانہ آ گیا ہے کہ لوگ۔”</w:t>
      </w:r>
    </w:p>
    <w:p>
      <w:pPr>
        <w:pStyle w:val="Heading2"/>
      </w:pPr>
      <w:r>
        <w:t>Reason for Unhappiness, Distraction in other than God Nov 30, 2019 - Maulana Wahiduddin Khan</w:t>
      </w:r>
    </w:p>
    <w:p>
      <w:r>
        <w:rPr>
          <w:color w:val="666666"/>
          <w:sz w:val="18"/>
        </w:rPr>
        <w:t>16:15 · https://youtu.be/ivFQ3VLLTNo?t=975</w:t>
      </w:r>
    </w:p>
    <w:p>
      <w:r>
        <w:rPr>
          <w:i/>
        </w:rPr>
        <w:t>“تو میں پرابلم میں الجھتا تھا”</w:t>
      </w:r>
    </w:p>
    <w:p>
      <w:pPr>
        <w:pStyle w:val="Heading2"/>
      </w:pPr>
      <w:r>
        <w:t>What is Akhirat March 12, 2006 Maulana Wahiduddin Khan</w:t>
      </w:r>
    </w:p>
    <w:p>
      <w:r>
        <w:rPr>
          <w:color w:val="666666"/>
          <w:sz w:val="18"/>
        </w:rPr>
        <w:t>12:41 · https://youtu.be/F41-6s4TdW0?t=761</w:t>
      </w:r>
    </w:p>
    <w:p>
      <w:r>
        <w:rPr>
          <w:i/>
        </w:rPr>
        <w:t>“اگرچہ لوگ مجھ کو پروووک کرتے ہیں۔ اگرچہ لوگ مجھے میرے ساتھ اشتعال انگیزی کرتے ہیں۔ اگرچہ لوگوں سے مجھے تکلیف پہنچتی ہے۔”</w:t>
      </w:r>
    </w:p>
    <w:p>
      <w:pPr>
        <w:pStyle w:val="Heading2"/>
      </w:pPr>
      <w:r>
        <w:t>How To Find Truth February 3, 2008</w:t>
      </w:r>
    </w:p>
    <w:p>
      <w:r>
        <w:rPr>
          <w:color w:val="666666"/>
          <w:sz w:val="18"/>
        </w:rPr>
        <w:t>51:26 · https://youtu.be/HvyEO8hOC1M?t=3086</w:t>
      </w:r>
    </w:p>
    <w:p>
      <w:r>
        <w:rPr>
          <w:i/>
        </w:rPr>
        <w:t>“بڑا مشکل کام ہے۔”</w:t>
      </w:r>
    </w:p>
    <w:p>
      <w:pPr>
        <w:pStyle w:val="Heading2"/>
      </w:pPr>
      <w:r>
        <w:t>The Fate of Muslim Ummah (English) May 03, 2014</w:t>
      </w:r>
    </w:p>
    <w:p>
      <w:r>
        <w:rPr>
          <w:color w:val="666666"/>
          <w:sz w:val="18"/>
        </w:rPr>
        <w:t>34:11 · https://youtu.be/Gu64pZtxdAA?t=2051</w:t>
      </w:r>
    </w:p>
    <w:p>
      <w:r>
        <w:rPr>
          <w:i/>
        </w:rPr>
        <w:t>“I am afraid that these people don't know the root cause. They try to arrange negotiation, dialogue.”</w:t>
      </w:r>
    </w:p>
    <w:p>
      <w:pPr>
        <w:pStyle w:val="Heading2"/>
      </w:pPr>
      <w:r>
        <w:t>From The Spiritual Tree August 31, 2008</w:t>
      </w:r>
    </w:p>
    <w:p>
      <w:r>
        <w:rPr>
          <w:color w:val="666666"/>
          <w:sz w:val="18"/>
        </w:rPr>
        <w:t>49:01 · https://youtu.be/Vo6ZZkMtpm0?t=2941</w:t>
      </w:r>
    </w:p>
    <w:p>
      <w:r>
        <w:rPr>
          <w:i/>
        </w:rPr>
        <w:t>“بہت سختی سے کہہ کر جاتی ہوں۔”</w:t>
      </w:r>
    </w:p>
    <w:p>
      <w:pPr>
        <w:pStyle w:val="Heading2"/>
      </w:pPr>
      <w:r>
        <w:t>The Concept of Doomsday in islam May 16, 2009</w:t>
      </w:r>
    </w:p>
    <w:p>
      <w:r>
        <w:rPr>
          <w:color w:val="666666"/>
          <w:sz w:val="18"/>
        </w:rPr>
        <w:t>21:13 · https://youtu.be/yPjFg8vwSLw?t=1273</w:t>
      </w:r>
    </w:p>
    <w:p>
      <w:r>
        <w:rPr>
          <w:i/>
        </w:rPr>
        <w:t>“kinds of persons are very important.”</w:t>
      </w:r>
    </w:p>
    <w:p>
      <w:pPr>
        <w:pStyle w:val="Heading2"/>
      </w:pPr>
      <w:r>
        <w:t>Chapter 21 Al-Anbiya’ (The Prophets) - Maulana Wahiduddin Khan</w:t>
      </w:r>
    </w:p>
    <w:p>
      <w:r>
        <w:rPr>
          <w:color w:val="666666"/>
          <w:sz w:val="18"/>
        </w:rPr>
        <w:t>6:49 · https://youtu.be/Mh8DJavCqNY?t=409</w:t>
      </w:r>
    </w:p>
    <w:p>
      <w:r>
        <w:rPr>
          <w:i/>
        </w:rPr>
        <w:t>“اس لیے لوگوں کے ساتھ”</w:t>
      </w:r>
    </w:p>
    <w:p>
      <w:pPr>
        <w:pStyle w:val="Heading1"/>
      </w:pPr>
      <w:r>
        <w:t>Clips (35)</w:t>
      </w:r>
    </w:p>
    <w:p>
      <w:pPr>
        <w:pStyle w:val="Heading2"/>
      </w:pPr>
      <w:r>
        <w:t>God's mercy, judging by intention, universal goodwill</w:t>
      </w:r>
    </w:p>
    <w:p>
      <w:r>
        <w:rPr>
          <w:color w:val="666666"/>
          <w:sz w:val="18"/>
        </w:rPr>
        <w:t>Dars-e-Quran June 27, 2007 · 5m 48s · at 21:53 · https://youtu.be/6dgTjqN_UBM?t=1313</w:t>
      </w:r>
    </w:p>
    <w:p>
      <w:r>
        <w:rPr>
          <w:i/>
        </w:rPr>
        <w:t>“Ayat 143: Allah bila shuba logon ke sath meharban hai”</w:t>
      </w:r>
    </w:p>
    <w:p>
      <w:r>
        <w:rPr>
          <w:sz w:val="20"/>
        </w:rPr>
        <w:t>21:53  ab is ke baad dekhiye Surah Baqarah ki ayat 143.</w:t>
      </w:r>
      <w:r>
        <w:br/>
      </w:r>
      <w:r>
        <w:rPr>
          <w:sz w:val="20"/>
        </w:rPr>
        <w:t>22:05  143.</w:t>
      </w:r>
      <w:r>
        <w:br/>
      </w:r>
      <w:r>
        <w:rPr>
          <w:sz w:val="20"/>
        </w:rPr>
        <w:t>22:11  to ayat number 143 mein farmaya إِنَّ اللَّهَ بِالنَّاسِ لَرَؤُوفٌ رَحِيمٌ</w:t>
      </w:r>
      <w:r>
        <w:br/>
      </w:r>
      <w:r>
        <w:rPr>
          <w:sz w:val="20"/>
        </w:rPr>
        <w:t>22:24  Innal-laha bin-nasi la ra'ufur-rahim.</w:t>
      </w:r>
      <w:r>
        <w:br/>
      </w:r>
      <w:r>
        <w:rPr>
          <w:sz w:val="20"/>
        </w:rPr>
        <w:t>22:35  iska matlab yeh hai ke Allah bila shubah</w:t>
      </w:r>
      <w:r>
        <w:br/>
      </w:r>
      <w:r>
        <w:rPr>
          <w:sz w:val="20"/>
        </w:rPr>
        <w:t>22:42  logon ke sath</w:t>
      </w:r>
      <w:r>
        <w:br/>
      </w:r>
      <w:r>
        <w:rPr>
          <w:sz w:val="20"/>
        </w:rPr>
        <w:t>22:46  narmi wala aur meharbani wala hai.</w:t>
      </w:r>
      <w:r>
        <w:br/>
      </w:r>
      <w:r>
        <w:rPr>
          <w:sz w:val="20"/>
        </w:rPr>
        <w:t>22:53  Allah logon ke sath narmi ka aur meharbani ka sulook karta hai. Is mein koi shaq nahi hai.</w:t>
      </w:r>
      <w:r>
        <w:br/>
      </w:r>
      <w:r>
        <w:rPr>
          <w:sz w:val="20"/>
        </w:rPr>
        <w:t>23:05  iska matlab kya hai?</w:t>
      </w:r>
      <w:r>
        <w:br/>
      </w:r>
      <w:r>
        <w:rPr>
          <w:sz w:val="20"/>
        </w:rPr>
        <w:t>23:10  iska matlab yeh hai ke dunya mein agar aap apne ko kisi museebat mein paayein, koi baat aap ki bigad jaye to yeh mat samjhiye ke Khuda ne aap ke sath koi</w:t>
      </w:r>
      <w:r>
        <w:br/>
      </w:r>
      <w:r>
        <w:rPr>
          <w:sz w:val="20"/>
        </w:rPr>
        <w:t>23:30  ghalat muamla kiya hai, koi dushmani ka muamla kiya hai. Woh bhi kisi na kisi pehlu se aap ke liye acha hoga.</w:t>
      </w:r>
      <w:r>
        <w:br/>
      </w:r>
      <w:r>
        <w:rPr>
          <w:sz w:val="20"/>
        </w:rPr>
        <w:t>23:39  ek cheez jis ko aap khud acha samajhte hon, zaroori nahi ke anjam ke aitbar se bhi woh achi ho aap ke liye. To Khuda anjam ko dekh kar faisla karta hai.</w:t>
      </w:r>
      <w:r>
        <w:br/>
      </w:r>
      <w:r>
        <w:rPr>
          <w:sz w:val="20"/>
        </w:rPr>
        <w:t>23:50  is wajah se bohat ziyada taleem di gayi hai ke aadmi sabr aur shukr ke sath dunya mein rahe. Sabr aur shukr ke sath dunya mein rahe.</w:t>
      </w:r>
      <w:r>
        <w:br/>
      </w:r>
      <w:r>
        <w:rPr>
          <w:sz w:val="20"/>
        </w:rPr>
        <w:t>24:04  kyun ke agar woh aisa karega to us ko Khuda ki aur aur rehmaten milegi. Us ke andar haqeeqat pasandi aayegi.</w:t>
      </w:r>
      <w:r>
        <w:br/>
      </w:r>
      <w:r>
        <w:rPr>
          <w:sz w:val="20"/>
        </w:rPr>
        <w:t>24:17  woh apne aap ko manfi soch se bacha kar musbat soch par qaim rakhega. Yeh faida hoga.</w:t>
      </w:r>
      <w:r>
        <w:br/>
      </w:r>
      <w:r>
        <w:rPr>
          <w:sz w:val="20"/>
        </w:rPr>
        <w:t>24:30  phir aakhiri ke aitbar se bhi yahi baat hai ke aakhirat ke aitbar se Khuda insan ke sath sakhti nahi karta.</w:t>
      </w:r>
      <w:r>
        <w:br/>
      </w:r>
      <w:r>
        <w:rPr>
          <w:sz w:val="20"/>
        </w:rPr>
        <w:t>24:42  khuda hamesha insan ki niyat ko dekhta hai.</w:t>
      </w:r>
      <w:r>
        <w:br/>
      </w:r>
      <w:r>
        <w:rPr>
          <w:sz w:val="20"/>
        </w:rPr>
        <w:t>24:47  agar aadmi bظahir koi is ki ghalati ho jaye to khuda aisa nahi karta ke be rehmi ke sath is ko pakar le. kyunke woh raoof hai, woh rahim hai, woh naram hai aur woh meherban hai.</w:t>
      </w:r>
      <w:r>
        <w:br/>
      </w:r>
      <w:r>
        <w:rPr>
          <w:sz w:val="20"/>
        </w:rPr>
        <w:t>25:04  lekin jahan tak niyat ki baat hai, niyat ke mamle mein insan ko koi chhoot nahi di jayegi.</w:t>
      </w:r>
      <w:r>
        <w:br/>
      </w:r>
      <w:r>
        <w:rPr>
          <w:sz w:val="20"/>
        </w:rPr>
        <w:t>25:15  khariji amal jo hai us mein to chhoot di ja sakti hai ke kuch majboori aa gayi, koi aisi wajah aa gayi jis ki wajah se aadmi koi ghalat baat kar di us ne.</w:t>
      </w:r>
      <w:r>
        <w:br/>
      </w:r>
      <w:r>
        <w:rPr>
          <w:sz w:val="20"/>
        </w:rPr>
        <w:t>25:26  lekin jahan tak niyat ki baat hai to niyat ke liye kya majboori hai? to niyat ka matlab kya hai? jis tarah se aap apne bachon ke liye khair khwah hain, usi tarah aap sare insan ke liye khair khwah ban jayen.</w:t>
      </w:r>
      <w:r>
        <w:br/>
      </w:r>
      <w:r>
        <w:rPr>
          <w:sz w:val="20"/>
        </w:rPr>
        <w:t>25:46  aap jante hain ke har maa baap apne bachon ke liye khair khwah hote hain. yahi aap ko sare insanon ke liye karna hai.</w:t>
      </w:r>
      <w:r>
        <w:br/>
      </w:r>
      <w:r>
        <w:rPr>
          <w:sz w:val="20"/>
        </w:rPr>
        <w:t>25:58  sab ka khair khwah banna hai, sab ka khair khwah banna hai. sab ke liye apne dil mein naik jazbat rakhna hai. yaani amli aitbar se aadmi ke andar kuch kami ho sakti hai.</w:t>
      </w:r>
      <w:r>
        <w:br/>
      </w:r>
      <w:r>
        <w:rPr>
          <w:sz w:val="20"/>
        </w:rPr>
        <w:t>26:13  bohat se wajoohaat hoti hain jis se amli zindagi mein aadmi se kotahi ho jati hai. lekin jahan tak dil ki baat hai, jahan tak niyat ki baat hai, is mein kisi ko allowance nahi diya jayega.</w:t>
      </w:r>
      <w:r>
        <w:br/>
      </w:r>
      <w:r>
        <w:rPr>
          <w:sz w:val="20"/>
        </w:rPr>
        <w:t>26:31  kyunke wahan koi rukawat nahi hai. yaani dil mein agar aap sab ke liye khair khwah ban jayen to is mein kya rukawat</w:t>
      </w:r>
      <w:r>
        <w:br/>
      </w:r>
      <w:r>
        <w:rPr>
          <w:sz w:val="20"/>
        </w:rPr>
        <w:t>26:41  hai? kaun rok raha hai aap ko khair khwah banne se?</w:t>
      </w:r>
      <w:r>
        <w:br/>
      </w:r>
      <w:r>
        <w:rPr>
          <w:sz w:val="20"/>
        </w:rPr>
        <w:t>26:48  yaani amli aitbar se farz ki jiye ke aap ke paas paisa kam hai to aap paisa doosron ko nahi de payenge. aap ke paas taqat kam hai to aap doosron ki madad nahi kar payenge.</w:t>
      </w:r>
      <w:r>
        <w:br/>
      </w:r>
      <w:r>
        <w:rPr>
          <w:sz w:val="20"/>
        </w:rPr>
        <w:t>27:02  lekin dil mein har ek ke liye achhe jazbat hona, is mein kya rukawat hai?</w:t>
      </w:r>
      <w:r>
        <w:br/>
      </w:r>
      <w:r>
        <w:rPr>
          <w:sz w:val="20"/>
        </w:rPr>
        <w:t>27:11  yahan to koi rukawat nahi. to yeh farz ke darje mein zaroori hai ke aadmi niyat ke aitbar se sab ke liye achha rahe woh.</w:t>
      </w:r>
      <w:r>
        <w:br/>
      </w:r>
      <w:r>
        <w:rPr>
          <w:sz w:val="20"/>
        </w:rPr>
        <w:t>27:25  niyat ke aitbar se woh khuda ke liye bhi achha bana rahe aur niyat ke aitbar se woh insanon ke liye bhi achha bana rahe.</w:t>
      </w:r>
      <w:r>
        <w:br/>
      </w:r>
      <w:r>
        <w:rPr>
          <w:sz w:val="20"/>
        </w:rPr>
        <w:t>27:35  har insan ke sath is ka khair khwah ban kar rehna.</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Prophet's dual strategy toward the idol-filled Kaaba</w:t>
      </w:r>
    </w:p>
    <w:p>
      <w:r>
        <w:rPr>
          <w:color w:val="666666"/>
          <w:sz w:val="18"/>
        </w:rPr>
        <w:t>Divine Nature November 29, 2015 · 2m 33s · at 9:16 · https://youtu.be/iRBCWfId-0U?t=556</w:t>
      </w:r>
    </w:p>
    <w:p>
      <w:r>
        <w:rPr>
          <w:i/>
        </w:rPr>
        <w:t>“Kaabe ke do aspects the, Rasul Allah ne dono dealing kiya”</w:t>
      </w:r>
    </w:p>
    <w:p>
      <w:r>
        <w:rPr>
          <w:sz w:val="20"/>
        </w:rPr>
        <w:t>9:16  to bazahir yeh hona chahiye tha ke rasool Allah sab se pehle kaaba ko bonton se pak karne ke campaign chalayein.</w:t>
      </w:r>
      <w:r>
        <w:br/>
      </w:r>
      <w:r>
        <w:rPr>
          <w:sz w:val="20"/>
        </w:rPr>
        <w:t>9:25  bonton ke khilaf bolein, bonton par criticize karein, bonton ko condemn karein. aur jo tareeqay hote hain, usko istemal karte hue kaaba ko bonton se pak karne ki koshish karein.</w:t>
      </w:r>
      <w:r>
        <w:br/>
      </w:r>
      <w:r>
        <w:rPr>
          <w:sz w:val="20"/>
        </w:rPr>
        <w:t>9:41  lekin aap ne yahan se apni koshish ka aaghaz nahi kiya. balkeh aap ne ignore kiya.</w:t>
      </w:r>
      <w:r>
        <w:br/>
      </w:r>
      <w:r>
        <w:rPr>
          <w:sz w:val="20"/>
        </w:rPr>
        <w:t>9:53  kyun?</w:t>
      </w:r>
      <w:r>
        <w:br/>
      </w:r>
      <w:r>
        <w:rPr>
          <w:sz w:val="20"/>
        </w:rPr>
        <w:t>9:55  is liye ke us waqt kaaba ke do aspects the. ek yeh tha ke kaaba bonton ka center bana hua hai.</w:t>
      </w:r>
      <w:r>
        <w:br/>
      </w:r>
      <w:r>
        <w:rPr>
          <w:sz w:val="20"/>
        </w:rPr>
        <w:t>10:07  doosra yeh ke inhi bonton ki wajah se wahan par gathering hoti thi. mukhtalif qabail ke log wahan barabar aa ke jama hote the.</w:t>
      </w:r>
      <w:r>
        <w:br/>
      </w:r>
      <w:r>
        <w:rPr>
          <w:sz w:val="20"/>
        </w:rPr>
        <w:t>10:18  to ek tha arbon ka place of gathering.</w:t>
      </w:r>
      <w:r>
        <w:br/>
      </w:r>
      <w:r>
        <w:rPr>
          <w:sz w:val="20"/>
        </w:rPr>
        <w:t>10:23  ek tha arbon ke bonton ka presence. to rasool Allah ne dono ko dealing kiya.</w:t>
      </w:r>
      <w:r>
        <w:br/>
      </w:r>
      <w:r>
        <w:rPr>
          <w:sz w:val="20"/>
        </w:rPr>
        <w:t>10:33  dealing kiya.</w:t>
      </w:r>
      <w:r>
        <w:br/>
      </w:r>
      <w:r>
        <w:rPr>
          <w:sz w:val="20"/>
        </w:rPr>
        <w:t>10:36  yani bonton ke presence ko for the time being choda nahi, chhod diya usko. aur jo gathering hoti thi, usko istemal kiya aap ne dawat ke liye.</w:t>
      </w:r>
      <w:r>
        <w:br/>
      </w:r>
      <w:r>
        <w:rPr>
          <w:sz w:val="20"/>
        </w:rPr>
        <w:t>10:52  yani ek formula tha jis ko main doosre lafzon mein kahunga ke ignore the problem avail the opportunities</w:t>
      </w:r>
      <w:r>
        <w:br/>
      </w:r>
      <w:r>
        <w:rPr>
          <w:sz w:val="20"/>
        </w:rPr>
        <w:t>11:03  yani buton ke presence ko ignore karo.</w:t>
      </w:r>
      <w:r>
        <w:br/>
      </w:r>
      <w:r>
        <w:rPr>
          <w:sz w:val="20"/>
        </w:rPr>
        <w:t>11:10  aur wahan jo opportunity create hui hai, us ko avail karo. to us ko it's a deal linking policy</w:t>
      </w:r>
      <w:r>
        <w:br/>
      </w:r>
      <w:r>
        <w:rPr>
          <w:sz w:val="20"/>
        </w:rPr>
        <w:t>11:23  deal linking policy.</w:t>
      </w:r>
      <w:r>
        <w:br/>
      </w:r>
      <w:r>
        <w:rPr>
          <w:sz w:val="20"/>
        </w:rPr>
        <w:t>11:26  is ka itna bara result nikla ke bohat thore muddat mein kaaba buton se pak ho gaya.</w:t>
      </w:r>
      <w:r>
        <w:br/>
      </w:r>
      <w:r>
        <w:rPr>
          <w:sz w:val="20"/>
        </w:rPr>
        <w:t>11:41  aur Allah ki, ek ek Allah ki ibadat ka markaz ban gaya dobara.</w:t>
      </w:r>
    </w:p>
    <w:p>
      <w:pPr>
        <w:pStyle w:val="Heading2"/>
      </w:pPr>
      <w:r>
        <w:t>Secret of Paradise: no malice in heart</w:t>
      </w:r>
    </w:p>
    <w:p>
      <w:r>
        <w:rPr>
          <w:color w:val="666666"/>
          <w:sz w:val="18"/>
        </w:rPr>
        <w:t>What is Akhirat March 12, 2006 Maulana Wahiduddin Khan · 2m 54s · at 10:42 · https://youtu.be/F41-6s4TdW0?t=642</w:t>
      </w:r>
    </w:p>
    <w:p>
      <w:r>
        <w:rPr>
          <w:i/>
        </w:rPr>
        <w:t>“Phir us ne kaha ke lekin mere andar ek baat hai”</w:t>
      </w:r>
    </w:p>
    <w:p>
      <w:r>
        <w:rPr>
          <w:sz w:val="20"/>
        </w:rPr>
        <w:t>10:42  phir us ne kaha ke lekin mere andar aik baat hai.</w:t>
      </w:r>
      <w:r>
        <w:br/>
      </w:r>
      <w:r>
        <w:rPr>
          <w:sz w:val="20"/>
        </w:rPr>
        <w:t>10:49  woh kya? la ajad fi qalbi ghussa li ahad.</w:t>
      </w:r>
      <w:r>
        <w:br/>
      </w:r>
      <w:r>
        <w:rPr>
          <w:sz w:val="20"/>
        </w:rPr>
        <w:t>10:57  la ajad fi qalbi ghussa li ahad. yaani mein kisi ke liye, kisi ke liye mere dil mein malith nahi hota.</w:t>
      </w:r>
      <w:r>
        <w:br/>
      </w:r>
      <w:r>
        <w:rPr>
          <w:sz w:val="20"/>
        </w:rPr>
        <w:t>11:17  mere dil mein kisi ke liye malith nahi aata. yeh kaha us ne. dekhiye yahan bhi aik cheez samajh mein aayi hai.</w:t>
      </w:r>
      <w:r>
        <w:br/>
      </w:r>
      <w:r>
        <w:rPr>
          <w:sz w:val="20"/>
        </w:rPr>
        <w:t>11:29  koi bhi cheez dekhiye boli jaye to kuch cheezein samajh mein aati hain. yahan bhi aik cheez samajh mein aayi hai. woh kya?</w:t>
      </w:r>
      <w:r>
        <w:br/>
      </w:r>
      <w:r>
        <w:rPr>
          <w:sz w:val="20"/>
        </w:rPr>
        <w:t>11:40  woh rehta tha isi duniya mein jis ko quran mein asal safreen kaha gaya hai. nichla tareen darja. woh kahin paradise mein nahi rehta tha woh.</w:t>
      </w:r>
      <w:r>
        <w:br/>
      </w:r>
      <w:r>
        <w:rPr>
          <w:sz w:val="20"/>
        </w:rPr>
        <w:t>11:51  woh kahin buniyad mein nahi rehta tha woh. isi duniya mein. jahan har waqt manfi khayalat paish aate hain, har taraf khayalat hain, jahan har taraf proovictivity soorat haal hai, har taraf ghussa hai,</w:t>
      </w:r>
      <w:r>
        <w:br/>
      </w:r>
      <w:r>
        <w:rPr>
          <w:sz w:val="20"/>
        </w:rPr>
        <w:t>12:09  isi duniya mein woh rehta tha. jab tak aap is baat ko shamil na karein, aap samajh nahi sakte ke is ki maani kya hai.</w:t>
      </w:r>
      <w:r>
        <w:br/>
      </w:r>
      <w:r>
        <w:rPr>
          <w:sz w:val="20"/>
        </w:rPr>
        <w:t>12:19  la ajad fi qalbi ghussa li ahad. is ko shamil kar ke jab sochenge, lineon ke sath darmiyan mein bhi shamil karna padega.</w:t>
      </w:r>
      <w:r>
        <w:br/>
      </w:r>
      <w:r>
        <w:rPr>
          <w:sz w:val="20"/>
        </w:rPr>
        <w:t>12:30  har line mein darmiyan mein kuch cheezein hoti hain. to darmiyan mein ko milakar jab aap sochenge to kya matlab banega is ka?</w:t>
      </w:r>
      <w:r>
        <w:br/>
      </w:r>
      <w:r>
        <w:rPr>
          <w:sz w:val="20"/>
        </w:rPr>
        <w:t>12:41  agarche log mujh ko provok karte hain. agarche log mujhe mere sath ishtial angizi karte hain. agarche logon se mujhe takleef puhanchti hai.</w:t>
      </w:r>
      <w:r>
        <w:br/>
      </w:r>
      <w:r>
        <w:rPr>
          <w:sz w:val="20"/>
        </w:rPr>
        <w:t>12:55  agarche logon ke kaante mujhe chubhte hain.</w:t>
      </w:r>
      <w:r>
        <w:br/>
      </w:r>
      <w:r>
        <w:rPr>
          <w:sz w:val="20"/>
        </w:rPr>
        <w:t>13:01  agarche wahi afsosnak tajurba mujhe hota hai jo doosron ko hota hai. lekin mein apni musbatti ko barqarar rakhta hoon.</w:t>
      </w:r>
      <w:r>
        <w:br/>
      </w:r>
      <w:r>
        <w:rPr>
          <w:sz w:val="20"/>
        </w:rPr>
        <w:t>13:14  malith aata hai to mein us ko phailata rehta hoon. taake meri musbatti baqi rahe.</w:t>
      </w:r>
      <w:r>
        <w:br/>
      </w:r>
      <w:r>
        <w:rPr>
          <w:sz w:val="20"/>
        </w:rPr>
        <w:t>13:25  yaani mein hamesha apni musbatti barqarar rakhta hoon. by phailane se in manfi tajurbaat ko.</w:t>
      </w:r>
    </w:p>
    <w:p>
      <w:pPr>
        <w:pStyle w:val="Heading2"/>
      </w:pPr>
      <w:r>
        <w:t>Communal riot and need to condemn initiator</w:t>
      </w:r>
    </w:p>
    <w:p>
      <w:r>
        <w:rPr>
          <w:color w:val="666666"/>
          <w:sz w:val="18"/>
        </w:rPr>
        <w:t>From the Spiritual Tree September 8, 2013 Maulana Wahiduddin Khan · 5m 41s · at 22:50 · https://youtu.be/y4bObH7a_64?t=1370</w:t>
      </w:r>
    </w:p>
    <w:p>
      <w:r>
        <w:rPr>
          <w:i/>
        </w:rPr>
        <w:t>“Maine tahqeeq ki ke kumra right shuru kahan se hua?”</w:t>
      </w:r>
    </w:p>
    <w:p>
      <w:r>
        <w:rPr>
          <w:sz w:val="20"/>
        </w:rPr>
        <w:t>22:50  shayad aap ko maloom ho. to jis sahib ka telephone aaya mere paas woh isi shehar mein rehte hain. to unhon ne kaha ke maine tehqeeq ki ke kamra right shuru kahan se hua?</w:t>
      </w:r>
      <w:r>
        <w:br/>
      </w:r>
      <w:r>
        <w:rPr>
          <w:sz w:val="20"/>
        </w:rPr>
        <w:t>23:05  shuru kahan se hua?</w:t>
      </w:r>
      <w:r>
        <w:br/>
      </w:r>
      <w:r>
        <w:rPr>
          <w:sz w:val="20"/>
        </w:rPr>
        <w:t>23:09  kyunke Quran mein hai ke: "wa hum badu kum awlal amri". jo shuru kare wohi asal responsible hota hai. "al badi yazlimu".</w:t>
      </w:r>
      <w:r>
        <w:br/>
      </w:r>
      <w:r>
        <w:rPr>
          <w:sz w:val="20"/>
        </w:rPr>
        <w:t>23:22  to unhon ne telephone par bataya ke shuru yahan se hua ke ek community ka ladka aur doosri community ki ladki se is ne rape kiya.</w:t>
      </w:r>
      <w:r>
        <w:br/>
      </w:r>
      <w:r>
        <w:rPr>
          <w:sz w:val="20"/>
        </w:rPr>
        <w:t>23:33  bohat buri tarah is ke sath.</w:t>
      </w:r>
      <w:r>
        <w:br/>
      </w:r>
      <w:r>
        <w:rPr>
          <w:sz w:val="20"/>
        </w:rPr>
        <w:t>23:41  to ab zahir hai ke yeh to bara hi yani provoke karne wala waqea tha. to victim jo community thi us ke afraad nikle aur kuch ihtijaj karne lage is ke khilaf.</w:t>
      </w:r>
      <w:r>
        <w:br/>
      </w:r>
      <w:r>
        <w:rPr>
          <w:sz w:val="20"/>
        </w:rPr>
        <w:t>24:00  to doosri community jo hai aur bhark uthi. is ne marna peetna shuru kiya. ab dono taraf se maar kaat hui. aur abhi tak woh maar kaat jari hai.</w:t>
      </w:r>
      <w:r>
        <w:br/>
      </w:r>
      <w:r>
        <w:rPr>
          <w:sz w:val="20"/>
        </w:rPr>
        <w:t>24:12  bohat hi bhayanak soorat-e-haal hai. to unhon ne bataya ke main ne jis community ke ladke ne yeh harkat ki thi.</w:t>
      </w:r>
      <w:r>
        <w:br/>
      </w:r>
      <w:r>
        <w:rPr>
          <w:sz w:val="20"/>
        </w:rPr>
        <w:t>24:23  un se kaha ke aap log jo hain apni community ke naujawan ko himayat kar rahe hain. sab log himayat karne lage is ki. is ko condemn kyon nahin karte?</w:t>
      </w:r>
      <w:r>
        <w:br/>
      </w:r>
      <w:r>
        <w:rPr>
          <w:sz w:val="20"/>
        </w:rPr>
        <w:t>24:34  is ko condemn kyon nahin karte? quran o hadees mein sakhti se kaha gaya hai ke tum zalimon ka ke ke supporter na bano.</w:t>
      </w:r>
      <w:r>
        <w:br/>
      </w:r>
      <w:r>
        <w:rPr>
          <w:sz w:val="20"/>
        </w:rPr>
        <w:t>24:49  to unhon ne kya kaha? kaha ke kisi buzdi ki baatein karte hain aap? is kisi buzdi ki baat karte hain aap? yani is ko buzdi kaha samajh liya unhon ne.</w:t>
      </w:r>
      <w:r>
        <w:br/>
      </w:r>
      <w:r>
        <w:rPr>
          <w:sz w:val="20"/>
        </w:rPr>
        <w:t>25:03  apni community ke naujawan ki ghalti par is ko condemn karna yeh buzdi ki baat hai. chunancha yak-tarfa tor par apni community, ab kaha community ke saare log yak-tarfa tor par apne naujawan ki himayat karne lage.</w:t>
      </w:r>
      <w:r>
        <w:br/>
      </w:r>
      <w:r>
        <w:rPr>
          <w:sz w:val="20"/>
        </w:rPr>
        <w:t>25:24  main ne un se poocha yeh yeh yeh fasad poore zile mein phail gaya hai, gaon mein. shehar se gaon tak. to main ne un se poocha ke aap koi aur paya aap ne jo condemn kare apne naujawan ke jo jis ne yeh harkat ki hai?</w:t>
      </w:r>
      <w:r>
        <w:br/>
      </w:r>
      <w:r>
        <w:rPr>
          <w:sz w:val="20"/>
        </w:rPr>
        <w:t>25:41  kaha koi nahin, mere siwa koi bhi nahin. is mani hai ke log itne be-khauf hain, unhein ehsas nahin ke Allah ke haan pakar hogi.</w:t>
      </w:r>
      <w:r>
        <w:br/>
      </w:r>
      <w:r>
        <w:rPr>
          <w:sz w:val="20"/>
        </w:rPr>
        <w:t>25:50  Allah ke haan poocha jayega. "yaum-a-yaqoom-un-naasu li-rabbil-aalameen".</w:t>
      </w:r>
      <w:r>
        <w:br/>
      </w:r>
      <w:r>
        <w:rPr>
          <w:sz w:val="20"/>
        </w:rPr>
        <w:t>26:00  "yaum-a-yaqoom-un-naasu li-rabbil-aalameen". jis din log khade kiye jayenge Allah ke samne. agar yeh ehsas ho ke hamein Allah ke samne khada hona hai.</w:t>
      </w:r>
      <w:r>
        <w:br/>
      </w:r>
      <w:r>
        <w:rPr>
          <w:sz w:val="20"/>
        </w:rPr>
        <w:t>26:16  to aap batayein is ka haal hoga is ka?</w:t>
      </w:r>
      <w:r>
        <w:br/>
      </w:r>
      <w:r>
        <w:rPr>
          <w:sz w:val="20"/>
        </w:rPr>
        <w:t>26:24  abhi abhi jab main yahan baitha hua tha is intezar mein ke</w:t>
      </w:r>
      <w:r>
        <w:br/>
      </w:r>
      <w:r>
        <w:rPr>
          <w:sz w:val="20"/>
        </w:rPr>
        <w:t>26:35  red signal mile to main baat shuru karoon. to ek ajib taassur mujh par taari hua.</w:t>
      </w:r>
      <w:r>
        <w:br/>
      </w:r>
      <w:r>
        <w:rPr>
          <w:sz w:val="20"/>
        </w:rPr>
        <w:t>26:44  mujhe aisa laga ke main intezar kar raha hoon us waqt ka jab ke qayamat ka sur phoonk diya jayega. aur saare logon ko Allah ke darbar mein hazir hona padega.</w:t>
      </w:r>
      <w:r>
        <w:br/>
      </w:r>
      <w:r>
        <w:rPr>
          <w:sz w:val="20"/>
        </w:rPr>
        <w:t>26:56  to main ne socha ke shayad mujhe ko sab se pehle wahan pesh kiya jaye. aur meri peshi mein itna waqt lag jaye ke baqi log chhod diye jayen. jao.</w:t>
      </w:r>
      <w:r>
        <w:br/>
      </w:r>
      <w:r>
        <w:rPr>
          <w:sz w:val="20"/>
        </w:rPr>
        <w:t>27:06  ek hi aadmi par hisab kitab band kar diya aap ne. jao tum log. to jab aap ko yeh ehsas ho ke hamein Allah ke samne khada hona hai to sab kuch samet kar aap ke upar aa jata hai.</w:t>
      </w:r>
      <w:r>
        <w:br/>
      </w:r>
      <w:r>
        <w:rPr>
          <w:sz w:val="20"/>
        </w:rPr>
        <w:t>27:20  jaise ke mujhe koi hisab dena hai. mujhe koi sab se zyada sakht marhale se guzarna hai. to aap ghaur kijiye ke aisa zamana aa gaya hai ke log.</w:t>
      </w:r>
      <w:r>
        <w:br/>
      </w:r>
      <w:r>
        <w:rPr>
          <w:sz w:val="20"/>
        </w:rPr>
        <w:t>27:32  my community right or wrong. my community right or wrong. bas break community ka aadmi hai to bas mujhe himayat karni hai.</w:t>
      </w:r>
      <w:r>
        <w:br/>
      </w:r>
      <w:r>
        <w:rPr>
          <w:sz w:val="20"/>
        </w:rPr>
        <w:t>27:42  chahe is ne kuch bhi zulm kiya ho.</w:t>
      </w:r>
      <w:r>
        <w:br/>
      </w:r>
      <w:r>
        <w:rPr>
          <w:sz w:val="20"/>
        </w:rPr>
        <w:t>27:50  quran mein hai ke: "fa-lan akunanna zaheeran lil-mujrimeen". yani mujrim ka ke supporter na bano.</w:t>
      </w:r>
      <w:r>
        <w:br/>
      </w:r>
      <w:r>
        <w:rPr>
          <w:sz w:val="20"/>
        </w:rPr>
        <w:t>28:00  yeh mana kiya gaya hai ke tum mujrim ke supporter bano. mujrim ko condemn karna hamara kaam hai. lekin yeh itne zyada log be-khauf ho chuke hain.</w:t>
      </w:r>
      <w:r>
        <w:br/>
      </w:r>
      <w:r>
        <w:rPr>
          <w:sz w:val="20"/>
        </w:rPr>
        <w:t>28:11  unhein na Allah ka dar hai, na qayamat ka khauf hai. na hashar ke maidan mein khade kiye jaane ka un ko pata hai.</w:t>
      </w:r>
      <w:r>
        <w:br/>
      </w:r>
      <w:r>
        <w:rPr>
          <w:sz w:val="20"/>
        </w:rPr>
        <w:t>28:21  na jannat ki khabar, na dozakh ki khabar. bas kaha apni community ko. har aadmi ka jo maabood hai us ki apni community hai.</w:t>
      </w:r>
    </w:p>
    <w:p>
      <w:pPr>
        <w:pStyle w:val="Heading2"/>
      </w:pPr>
      <w:r>
        <w:t>Why pessimism, why despair?</w:t>
      </w:r>
    </w:p>
    <w:p>
      <w:r>
        <w:rPr>
          <w:color w:val="666666"/>
          <w:sz w:val="18"/>
        </w:rPr>
        <w:t>The Concept of Doomsday in islam May 16, 2009 · 32s · at 20:56 · https://youtu.be/yPjFg8vwSLw?t=1256</w:t>
      </w:r>
    </w:p>
    <w:p>
      <w:r>
        <w:rPr>
          <w:i/>
        </w:rPr>
        <w:t>“So why pessimism? Why despair? Why tension?”</w:t>
      </w:r>
    </w:p>
    <w:p>
      <w:r>
        <w:rPr>
          <w:sz w:val="20"/>
        </w:rPr>
        <w:t>20:56  So why</w:t>
      </w:r>
      <w:r>
        <w:br/>
      </w:r>
      <w:r>
        <w:rPr>
          <w:sz w:val="20"/>
        </w:rPr>
        <w:t>21:00  pessimism? Why despair? Why tension? So as a Mumin, as a Dai, both</w:t>
      </w:r>
      <w:r>
        <w:br/>
      </w:r>
      <w:r>
        <w:rPr>
          <w:sz w:val="20"/>
        </w:rPr>
        <w:t>21:13  kinds of persons are very important.</w:t>
      </w:r>
      <w:r>
        <w:br/>
      </w:r>
      <w:r>
        <w:rPr>
          <w:sz w:val="20"/>
        </w:rPr>
        <w:t>21:17  If you take yourself as a Mumin, as a believer, or you take as a Dai in both the situations, these two formulas are very, very important.</w:t>
      </w:r>
    </w:p>
    <w:p>
      <w:pPr>
        <w:pStyle w:val="Heading2"/>
      </w:pPr>
      <w:r>
        <w:t>Principle of difficulty and ease</w:t>
      </w:r>
    </w:p>
    <w:p>
      <w:r>
        <w:rPr>
          <w:color w:val="666666"/>
          <w:sz w:val="18"/>
        </w:rPr>
        <w:t>Present Muslims Mind 14 April, 2013 Maulana Wahiduddin Khan · 36s · at 4:48 · https://youtu.be/Gb545Y17vSI?t=288</w:t>
      </w:r>
    </w:p>
    <w:p>
      <w:r>
        <w:rPr>
          <w:i/>
        </w:rPr>
        <w:t>“Inna ma'al usri yusra”</w:t>
      </w:r>
    </w:p>
    <w:p>
      <w:r>
        <w:rPr>
          <w:sz w:val="20"/>
        </w:rPr>
        <w:t>4:48  woh principal kya hai? un mawal usr-o-yusr. usr ke sath yusr hota hai.</w:t>
      </w:r>
      <w:r>
        <w:br/>
      </w:r>
      <w:r>
        <w:rPr>
          <w:sz w:val="20"/>
        </w:rPr>
        <w:t>5:00  yani</w:t>
      </w:r>
      <w:r>
        <w:br/>
      </w:r>
      <w:r>
        <w:rPr>
          <w:sz w:val="20"/>
        </w:rPr>
        <w:t>5:05  mushkil ke sath aasani hoti hai.</w:t>
      </w:r>
      <w:r>
        <w:br/>
      </w:r>
      <w:r>
        <w:rPr>
          <w:sz w:val="20"/>
        </w:rPr>
        <w:t>5:09  yeh principal hai. yani is principal ka matlab kya hai? Allah taala ne jis naqshe ke mutabiq yeh duniya ko banaya hai, woh naqsha yahi hai.</w:t>
      </w:r>
    </w:p>
    <w:p>
      <w:pPr>
        <w:pStyle w:val="Heading2"/>
      </w:pPr>
      <w:r>
        <w:t>Islam's view on difference and intellectual development</w:t>
      </w:r>
    </w:p>
    <w:p>
      <w:r>
        <w:rPr>
          <w:color w:val="666666"/>
          <w:sz w:val="18"/>
        </w:rPr>
        <w:t>Shantum Seth Group Q&amp;A EL 02 Feb, 08 - Maulana Wahiduddin Khan · 3m 16s · at 21:42 · https://youtu.be/97Uy6wSnQp8?t=1302</w:t>
      </w:r>
    </w:p>
    <w:p>
      <w:r>
        <w:rPr>
          <w:i/>
        </w:rPr>
        <w:t>“Does this mean that everybody has to accept Islam?”</w:t>
      </w:r>
    </w:p>
    <w:p>
      <w:r>
        <w:rPr>
          <w:sz w:val="20"/>
        </w:rPr>
        <w:t>21:42  The Quran says, "Do great jihad with the Quran." Does this mean that everybody has to accept Islam?</w:t>
      </w:r>
      <w:r>
        <w:br/>
      </w:r>
      <w:r>
        <w:rPr>
          <w:sz w:val="20"/>
        </w:rPr>
        <w:t>21:50  Not at all. It is a wrong notion that the Quran says that you have to Islamize the whole world.</w:t>
      </w:r>
      <w:r>
        <w:br/>
      </w:r>
      <w:r>
        <w:rPr>
          <w:sz w:val="20"/>
        </w:rPr>
        <w:t>22:02  It is wrong. Islam believes in difference</w:t>
      </w:r>
      <w:r>
        <w:br/>
      </w:r>
      <w:r>
        <w:rPr>
          <w:sz w:val="20"/>
        </w:rPr>
        <w:t>22:09  . There is a very relevant hadith. Hadith means saying of the Prophet of Islam. So he says that ikhtilaf ummati rahmat.</w:t>
      </w:r>
      <w:r>
        <w:br/>
      </w:r>
      <w:r>
        <w:rPr>
          <w:sz w:val="20"/>
        </w:rPr>
        <w:t>22:22  It means that difference is a blessing of God. Difference of opinion is a blessing of God.</w:t>
      </w:r>
      <w:r>
        <w:br/>
      </w:r>
      <w:r>
        <w:rPr>
          <w:sz w:val="20"/>
        </w:rPr>
        <w:t>22:31  Why?</w:t>
      </w:r>
      <w:r>
        <w:br/>
      </w:r>
      <w:r>
        <w:rPr>
          <w:sz w:val="20"/>
        </w:rPr>
        <w:t>22:33  Because it is difference that creates the atmosphere of discussion. Where there is no difference, there is no discussion, no dialogue.</w:t>
      </w:r>
      <w:r>
        <w:br/>
      </w:r>
      <w:r>
        <w:rPr>
          <w:sz w:val="20"/>
        </w:rPr>
        <w:t>22:47  And without discussion and dialogue, there is no intellectual development. So difference leads to discussion, dialogue.</w:t>
      </w:r>
      <w:r>
        <w:br/>
      </w:r>
      <w:r>
        <w:rPr>
          <w:sz w:val="20"/>
        </w:rPr>
        <w:t>22:58  And dialogue leads to intellectual development.</w:t>
      </w:r>
      <w:r>
        <w:br/>
      </w:r>
      <w:r>
        <w:rPr>
          <w:sz w:val="20"/>
        </w:rPr>
        <w:t>23:02  This is the</w:t>
      </w:r>
      <w:r>
        <w:br/>
      </w:r>
      <w:r>
        <w:rPr>
          <w:sz w:val="20"/>
        </w:rPr>
        <w:t>23:06  Islamic position in this regard.</w:t>
      </w:r>
      <w:r>
        <w:br/>
      </w:r>
      <w:r>
        <w:rPr>
          <w:sz w:val="20"/>
        </w:rPr>
        <w:t>23:13  There is no such verse in the Quran that says that you have to Islamize the whole world. No, not at all.</w:t>
      </w:r>
      <w:r>
        <w:br/>
      </w:r>
      <w:r>
        <w:rPr>
          <w:sz w:val="20"/>
        </w:rPr>
        <w:t>23:22  The main stress of Islam is to develop your personality.</w:t>
      </w:r>
      <w:r>
        <w:br/>
      </w:r>
      <w:r>
        <w:rPr>
          <w:sz w:val="20"/>
        </w:rPr>
        <w:t>23:34  Only developed personality can be allowed to go to paradise. So intellectual development, personality development, and spiritual development, and intellectual development, these things depend on difference</w:t>
      </w:r>
      <w:r>
        <w:br/>
      </w:r>
      <w:r>
        <w:rPr>
          <w:sz w:val="20"/>
        </w:rPr>
        <w:t>23:55  . Without difference, there is no development. Difference means intellectual challenge.</w:t>
      </w:r>
      <w:r>
        <w:br/>
      </w:r>
      <w:r>
        <w:rPr>
          <w:sz w:val="20"/>
        </w:rPr>
        <w:t>24:04  Difference creates a challenging situation. It is very good.</w:t>
      </w:r>
      <w:r>
        <w:br/>
      </w:r>
      <w:r>
        <w:rPr>
          <w:sz w:val="20"/>
        </w:rPr>
        <w:t>24:13  Difference means intellectual challenge. And where there is intellectual challenge, you will try to meet that challenge.</w:t>
      </w:r>
      <w:r>
        <w:br/>
      </w:r>
      <w:r>
        <w:rPr>
          <w:sz w:val="20"/>
        </w:rPr>
        <w:t>24:23  So the process begins. This is the process of intellectual development.</w:t>
      </w:r>
      <w:r>
        <w:br/>
      </w:r>
      <w:r>
        <w:rPr>
          <w:sz w:val="20"/>
        </w:rPr>
        <w:t>24:30  Where there is a process, where there is difference, there is intellectual challenge. And where there is intellectual challenge, there is discussion and dialogue.</w:t>
      </w:r>
      <w:r>
        <w:br/>
      </w:r>
      <w:r>
        <w:rPr>
          <w:sz w:val="20"/>
        </w:rPr>
        <w:t>24:44  And where there is discussion and dialogue, there is intellectual development. This is the best expression of Islam.</w:t>
      </w:r>
    </w:p>
    <w:p>
      <w:pPr>
        <w:pStyle w:val="Heading2"/>
      </w:pPr>
      <w:r>
        <w:t>Big heart for big progress</w:t>
      </w:r>
    </w:p>
    <w:p>
      <w:r>
        <w:rPr>
          <w:color w:val="666666"/>
          <w:sz w:val="18"/>
        </w:rPr>
        <w:t>Take it as a Challenge I April 29, 2007 - Maulana Wahiduddin Khan · 48s · at 57:19 · https://youtu.be/lYAJhDGliwQ?t=3439</w:t>
      </w:r>
    </w:p>
    <w:p>
      <w:r>
        <w:rPr>
          <w:i/>
        </w:rPr>
        <w:t>“Bari taraqqi ke liye bada dil chahiye.”</w:t>
      </w:r>
    </w:p>
    <w:p>
      <w:r>
        <w:rPr>
          <w:sz w:val="20"/>
        </w:rPr>
        <w:t>57:19  bari taraqqi ke liye bara dil chahiye. bara bara dil nahin to bari taraqqi bhi nahin hai. to challenge ka saamna karna. challenge aaye to negative na banna.</w:t>
      </w:r>
      <w:r>
        <w:br/>
      </w:r>
      <w:r>
        <w:rPr>
          <w:sz w:val="20"/>
        </w:rPr>
        <w:t>57:32  challenge aaye to positive mind ke saath is ka muqabla karna.</w:t>
      </w:r>
      <w:r>
        <w:br/>
      </w:r>
      <w:r>
        <w:rPr>
          <w:sz w:val="20"/>
        </w:rPr>
        <w:t>57:43  sab bohat hi zabardast woh crucial time hota hai jab koi challenge aap ko pesh aata hai, koi problem pesh aata hai. us waqt agar aap negative ban gaye to phir khatma hai aap ka.</w:t>
      </w:r>
      <w:r>
        <w:br/>
      </w:r>
      <w:r>
        <w:rPr>
          <w:sz w:val="20"/>
        </w:rPr>
        <w:t>57:56  agar aap apni positivity ko aap ne baqi rakha to phir aap hero ban jayenge. hero.</w:t>
      </w:r>
    </w:p>
    <w:p>
      <w:pPr>
        <w:pStyle w:val="Heading2"/>
      </w:pPr>
      <w:r>
        <w:t>Human mind can hold contradictory beliefs peacefully</w:t>
      </w:r>
    </w:p>
    <w:p>
      <w:r>
        <w:rPr>
          <w:color w:val="666666"/>
          <w:sz w:val="18"/>
        </w:rPr>
        <w:t>Interfaith Dialogue (English) February 1, 2014 Maulana Wahiduddin Khan · 48s · at 16:19 · https://youtu.be/esM8RDj_new?t=979</w:t>
      </w:r>
    </w:p>
    <w:p>
      <w:r>
        <w:rPr>
          <w:i/>
        </w:rPr>
        <w:t>“Man is able to live with contradictions.”</w:t>
      </w:r>
    </w:p>
    <w:p>
      <w:r>
        <w:rPr>
          <w:sz w:val="20"/>
        </w:rPr>
        <w:t>16:19  Man is able to live with contradictions. It is very it is</w:t>
      </w:r>
      <w:r>
        <w:br/>
      </w:r>
      <w:r>
        <w:rPr>
          <w:sz w:val="20"/>
        </w:rPr>
        <w:t>16:30  quite possible for a human being, for a human mind. One American philosopher has rightly said that, "I am large enough to contain all these contradictions."</w:t>
      </w:r>
      <w:r>
        <w:br/>
      </w:r>
      <w:r>
        <w:rPr>
          <w:sz w:val="20"/>
        </w:rPr>
        <w:t>16:49  So, there is no question that if you believe that religion A is truth for you with a capital T, it doesn't mean that you hate other religions, you fail to respect other religions.</w:t>
      </w:r>
    </w:p>
    <w:p>
      <w:pPr>
        <w:pStyle w:val="Heading2"/>
      </w:pPr>
      <w:r>
        <w:t>Personal witness of God's protection from birth to old age</w:t>
      </w:r>
    </w:p>
    <w:p>
      <w:r>
        <w:rPr>
          <w:color w:val="666666"/>
          <w:sz w:val="18"/>
        </w:rPr>
        <w:t>In the Name of God 12 Jan 2020 - Maulana Wahiduddin Khan · 5m 07s · at 29:25 · https://youtu.be/aKynaASsI4s?t=1765</w:t>
      </w:r>
    </w:p>
    <w:p>
      <w:r>
        <w:rPr>
          <w:i/>
        </w:rPr>
        <w:t>“Main zaati tor par iska witness hoon”</w:t>
      </w:r>
    </w:p>
    <w:p>
      <w:r>
        <w:rPr>
          <w:sz w:val="20"/>
        </w:rPr>
        <w:t>29:25  aur main zaati taur par zaati taur par zaati taur par is ka witness hoon ke meri paidaish hui 1925 mein british period mein meri paidaish hui 1925 mein british period mein</w:t>
      </w:r>
      <w:r>
        <w:br/>
      </w:r>
      <w:r>
        <w:rPr>
          <w:sz w:val="20"/>
        </w:rPr>
        <w:t>29:47  us waqt se le kar aaj tak</w:t>
      </w:r>
      <w:r>
        <w:br/>
      </w:r>
      <w:r>
        <w:rPr>
          <w:sz w:val="20"/>
        </w:rPr>
        <w:t>29:51  mere upar beshumar qism ke masail aaye</w:t>
      </w:r>
      <w:r>
        <w:br/>
      </w:r>
      <w:r>
        <w:rPr>
          <w:sz w:val="20"/>
        </w:rPr>
        <w:t>29:57  sab logon ne sazishien kin mere khilaf meri maut ke mere qatal ke aansu banaye lekin kuch bhi nahi hua kuch bhi nahi hua mujh ko qatal karne par inaam muqarrar kiya gaya</w:t>
      </w:r>
      <w:r>
        <w:br/>
      </w:r>
      <w:r>
        <w:rPr>
          <w:sz w:val="20"/>
        </w:rPr>
        <w:t>30:17  woh akhbaron mein chhaapa baqayda</w:t>
      </w:r>
      <w:r>
        <w:br/>
      </w:r>
      <w:r>
        <w:rPr>
          <w:sz w:val="20"/>
        </w:rPr>
        <w:t>30:26  mujhe yaad hai ke</w:t>
      </w:r>
      <w:r>
        <w:br/>
      </w:r>
      <w:r>
        <w:rPr>
          <w:sz w:val="20"/>
        </w:rPr>
        <w:t>30:30  Times of India ke awal par ek khabar chhapi thi</w:t>
      </w:r>
      <w:r>
        <w:br/>
      </w:r>
      <w:r>
        <w:rPr>
          <w:sz w:val="20"/>
        </w:rPr>
        <w:t>30:35  mere bare mein</w:t>
      </w:r>
      <w:r>
        <w:br/>
      </w:r>
      <w:r>
        <w:rPr>
          <w:sz w:val="20"/>
        </w:rPr>
        <w:t>30:38  ke jo un ko maar dalega us ko itna rupiya milega inaam</w:t>
      </w:r>
      <w:r>
        <w:br/>
      </w:r>
      <w:r>
        <w:rPr>
          <w:sz w:val="20"/>
        </w:rPr>
        <w:t>30:45  to is ke usi din subah ko</w:t>
      </w:r>
      <w:r>
        <w:br/>
      </w:r>
      <w:r>
        <w:rPr>
          <w:sz w:val="20"/>
        </w:rPr>
        <w:t>30:50  ek Hindu naujawan ek Hindu naujawan</w:t>
      </w:r>
      <w:r>
        <w:br/>
      </w:r>
      <w:r>
        <w:rPr>
          <w:sz w:val="20"/>
        </w:rPr>
        <w:t>30:55  apni car par mere paas aaye</w:t>
      </w:r>
      <w:r>
        <w:br/>
      </w:r>
      <w:r>
        <w:rPr>
          <w:sz w:val="20"/>
        </w:rPr>
        <w:t>30:58  ab bhi woh mashallah zinda hain</w:t>
      </w:r>
      <w:r>
        <w:br/>
      </w:r>
      <w:r>
        <w:rPr>
          <w:sz w:val="20"/>
        </w:rPr>
        <w:t>31:05  jaantay hain kisay aaye thay woh</w:t>
      </w:r>
      <w:r>
        <w:br/>
      </w:r>
      <w:r>
        <w:rPr>
          <w:sz w:val="20"/>
        </w:rPr>
        <w:t>31:09  poochh rahay thay keh aap meri car par baithiye aur meray ghar chaliye</w:t>
      </w:r>
      <w:r>
        <w:br/>
      </w:r>
      <w:r>
        <w:rPr>
          <w:sz w:val="20"/>
        </w:rPr>
        <w:t>31:15  unki ghoreyan abhi bhi dilli mein hain jahan le gaye thay uss ko woh</w:t>
      </w:r>
      <w:r>
        <w:br/>
      </w:r>
      <w:r>
        <w:rPr>
          <w:sz w:val="20"/>
        </w:rPr>
        <w:t>31:21  woh aik governor kay betay baithay thay</w:t>
      </w:r>
      <w:r>
        <w:br/>
      </w:r>
      <w:r>
        <w:rPr>
          <w:sz w:val="20"/>
        </w:rPr>
        <w:t>31:26  woh aik governor kay betay thay</w:t>
      </w:r>
      <w:r>
        <w:br/>
      </w:r>
      <w:r>
        <w:rPr>
          <w:sz w:val="20"/>
        </w:rPr>
        <w:t>31:30  woh governor bhi</w:t>
      </w:r>
      <w:r>
        <w:br/>
      </w:r>
      <w:r>
        <w:rPr>
          <w:sz w:val="20"/>
        </w:rPr>
        <w:t>31:33  aik hindu bhai tha woh khud bhi meray aik hindu bhai thay</w:t>
      </w:r>
      <w:r>
        <w:br/>
      </w:r>
      <w:r>
        <w:rPr>
          <w:sz w:val="20"/>
        </w:rPr>
        <w:t>31:40  main insaan ko hindu musalman nahin jaanta main insaan ko insaan jaanta hoon</w:t>
      </w:r>
      <w:r>
        <w:br/>
      </w:r>
      <w:r>
        <w:rPr>
          <w:sz w:val="20"/>
        </w:rPr>
        <w:t>31:47  iss dunya kay log europe kay log america kay log sab kay sab insaan</w:t>
      </w:r>
      <w:r>
        <w:br/>
      </w:r>
      <w:r>
        <w:rPr>
          <w:sz w:val="20"/>
        </w:rPr>
        <w:t>31:51  hain insan hain insan hain</w:t>
      </w:r>
      <w:r>
        <w:br/>
      </w:r>
      <w:r>
        <w:rPr>
          <w:sz w:val="20"/>
        </w:rPr>
        <w:t>31:57  ek ek hai ek hai ek hai</w:t>
      </w:r>
      <w:r>
        <w:br/>
      </w:r>
      <w:r>
        <w:rPr>
          <w:sz w:val="20"/>
        </w:rPr>
        <w:t>32:03  to woh naujawan apni car par aaya meray ghar hi nizamuddin west mein</w:t>
      </w:r>
      <w:r>
        <w:br/>
      </w:r>
      <w:r>
        <w:rPr>
          <w:sz w:val="20"/>
        </w:rPr>
        <w:t>32:12  aur jaantay hain kya kaha uss nay uss nay kaha keh main aap ko iss ghar mein rehnay</w:t>
      </w:r>
      <w:r>
        <w:br/>
      </w:r>
      <w:r>
        <w:rPr>
          <w:sz w:val="20"/>
        </w:rPr>
        <w:t>32:17  nahin doon ga meray saath chalna paray ga aap ko</w:t>
      </w:r>
      <w:r>
        <w:br/>
      </w:r>
      <w:r>
        <w:rPr>
          <w:sz w:val="20"/>
        </w:rPr>
        <w:t>32:22  uss waqt tak aap meray ghar mein rahengay</w:t>
      </w:r>
      <w:r>
        <w:br/>
      </w:r>
      <w:r>
        <w:rPr>
          <w:sz w:val="20"/>
        </w:rPr>
        <w:t>32:26  jab tak government apni</w:t>
      </w:r>
      <w:r>
        <w:br/>
      </w:r>
      <w:r>
        <w:rPr>
          <w:sz w:val="20"/>
        </w:rPr>
        <w:t>32:29  security yahan barha bathana day</w:t>
      </w:r>
      <w:r>
        <w:br/>
      </w:r>
      <w:r>
        <w:rPr>
          <w:sz w:val="20"/>
        </w:rPr>
        <w:t>32:34  to mere ghar par reh kar us ne telephone kiya ministeron ko government ko aur insist kiya ke mere ghar par security lagni chahiye</w:t>
      </w:r>
      <w:r>
        <w:br/>
      </w:r>
      <w:r>
        <w:rPr>
          <w:sz w:val="20"/>
        </w:rPr>
        <w:t>32:53  kyun ke mere head par inaam inaam ka ailan kiya tha kuch logon ne</w:t>
      </w:r>
      <w:r>
        <w:br/>
      </w:r>
      <w:r>
        <w:rPr>
          <w:sz w:val="20"/>
        </w:rPr>
        <w:t>33:03  to jab government ne wazir dakhla ne baqayda assistance de di aur mere ghar par security aa gayi tab woh khud apni car par la ke mere ghar par chora aap apne apne aap ab mere sath the woh</w:t>
      </w:r>
      <w:r>
        <w:br/>
      </w:r>
      <w:r>
        <w:rPr>
          <w:sz w:val="20"/>
        </w:rPr>
        <w:t>33:30  is waqt se main 80 89 mein hoon</w:t>
      </w:r>
      <w:r>
        <w:br/>
      </w:r>
      <w:r>
        <w:rPr>
          <w:sz w:val="20"/>
        </w:rPr>
        <w:t>33:38  to yeh hai kahani aur main aaj yahi kahani aap ko sunata hoon sunane ke liye yahan aya hoon Allah taala aap sab ko aur jo log meri awaz sun rahe hain sari duniya mein un sab ko sachai ki tofeeq de Allah rabbul alameen ki marifat ki tofeeq de</w:t>
      </w:r>
      <w:r>
        <w:br/>
      </w:r>
      <w:r>
        <w:rPr>
          <w:sz w:val="20"/>
        </w:rPr>
        <w:t>34:06  jannat ke rastay ko pohnchanay ki tofeeq de</w:t>
      </w:r>
      <w:r>
        <w:br/>
      </w:r>
      <w:r>
        <w:rPr>
          <w:sz w:val="20"/>
        </w:rPr>
        <w:t>34:14  ameen assalam o alaikum wa rehmatullah</w:t>
      </w:r>
    </w:p>
    <w:p>
      <w:pPr>
        <w:pStyle w:val="Heading2"/>
      </w:pPr>
      <w:r>
        <w:t>Hadith: an angel guards those who forgive unkind relatives</w:t>
      </w:r>
    </w:p>
    <w:p>
      <w:r>
        <w:rPr>
          <w:color w:val="666666"/>
          <w:sz w:val="18"/>
        </w:rPr>
        <w:t>Living with Angels August 6, 2023 · 1m 16s · at 15:24 · https://youtu.be/1WO5xChgrXM?t=924</w:t>
      </w:r>
    </w:p>
    <w:p>
      <w:r>
        <w:rPr>
          <w:i/>
        </w:rPr>
        <w:t>“Aik shaks ne kaha, mere rishtedaar mujh se taaluq torte hain”</w:t>
      </w:r>
    </w:p>
    <w:p>
      <w:r>
        <w:rPr>
          <w:sz w:val="20"/>
        </w:rPr>
        <w:t>15:24  . Aap ne matlab bhalai karne ka matlab hai angels ko dawat dena, aur burai karne ka matlab hai shaitan ko dawat dena. Aur apa, ek bohat achhi mujhe riwayat bhi yaad aati hai jo Hazrat Abdullah bin Amr se hai.</w:t>
      </w:r>
      <w:r>
        <w:br/>
      </w:r>
      <w:r>
        <w:rPr>
          <w:sz w:val="20"/>
        </w:rPr>
        <w:t>15:38  unhon ne bataya ke ek martaba ek shakhs Rasool Allah ke paas aaya aur us ne kaha ke "I have relatives who have severed their ties with me.</w:t>
      </w:r>
      <w:r>
        <w:br/>
      </w:r>
      <w:r>
        <w:rPr>
          <w:sz w:val="20"/>
        </w:rPr>
        <w:t>15:48  mein un ke saath kindness karta hoon, but woh mujhe torture karte hain.</w:t>
      </w:r>
      <w:r>
        <w:br/>
      </w:r>
      <w:r>
        <w:rPr>
          <w:sz w:val="20"/>
        </w:rPr>
        <w:t>15:52  mein unhein forgive karta hoon, lekin woh mujhe trouble karte hain. To Rasool Allah, kya mein apna revenge le loon?" To Rasool Allah ne un se kaha ke "If you do this, then you will equate yourself with them.</w:t>
      </w:r>
      <w:r>
        <w:br/>
      </w:r>
      <w:r>
        <w:rPr>
          <w:sz w:val="20"/>
        </w:rPr>
        <w:t>16:05  You continue to do goodness with them, and Allah will depute an angel as a guard till you continue doing that."</w:t>
      </w:r>
      <w:r>
        <w:br/>
      </w:r>
      <w:r>
        <w:rPr>
          <w:sz w:val="20"/>
        </w:rPr>
        <w:t>16:14  to apa, yeh bohat hi achhi hadith hai. Aise jaise aap ne bhi samjhaya ke agar hum sahi maano mein, literal spirit mein, hum kindness, forgiveness, achha compassion, achha behavior rakhein to Allah ki taraf se yeh security hai ke hamare liye ek farishta deput ho jaye ga as a guard, and he will continue as a guard till we continue to conduct ourselves in that way.</w:t>
      </w:r>
    </w:p>
    <w:p>
      <w:pPr>
        <w:pStyle w:val="Heading2"/>
      </w:pPr>
      <w:r>
        <w:t>Political hate, shaitan, and true freedom</w:t>
      </w:r>
    </w:p>
    <w:p>
      <w:r>
        <w:rPr>
          <w:color w:val="666666"/>
          <w:sz w:val="18"/>
        </w:rPr>
        <w:t>Dars-e-Quran, Chapter 2 Verse 25 December 03, 2017 · 5m 10s · at 19:14 · https://youtu.be/XdaA0-OrPgg?t=1154</w:t>
      </w:r>
    </w:p>
    <w:p>
      <w:r>
        <w:rPr>
          <w:i/>
        </w:rPr>
        <w:t>“Duniya mein koi party, political party hai”</w:t>
      </w:r>
    </w:p>
    <w:p>
      <w:r>
        <w:rPr>
          <w:sz w:val="20"/>
        </w:rPr>
        <w:t>19:14  dunya mein koi party, political party hai, woh aap ko bura samajhti hai, aap ke khilaf qanoon banati hai۔</w:t>
      </w:r>
      <w:r>
        <w:br/>
      </w:r>
      <w:r>
        <w:rPr>
          <w:sz w:val="20"/>
        </w:rPr>
        <w:t>19:24  is ke bawajood to aap ne is se mohabbat ki۔ghore kijiye, aaj sari dunya mein logon ka haal yeh hai ke political ka partiyon se nafrat karte hain۔</w:t>
      </w:r>
      <w:r>
        <w:br/>
      </w:r>
      <w:r>
        <w:rPr>
          <w:sz w:val="20"/>
        </w:rPr>
        <w:t>19:37  kyun؟ woh samajhte hain ke mere khilaf qanoon nahi banaya is ne, mujhe jo dena chahiye tha woh use diya nahi۔</w:t>
      </w:r>
      <w:r>
        <w:br/>
      </w:r>
      <w:r>
        <w:rPr>
          <w:sz w:val="20"/>
        </w:rPr>
        <w:t>19:48  to political hate dunya mein sab se zyada hai۔aaj ki dunya mein sab se zyada jo cheez hai woh hai political hate۔</w:t>
      </w:r>
      <w:r>
        <w:br/>
      </w:r>
      <w:r>
        <w:rPr>
          <w:sz w:val="20"/>
        </w:rPr>
        <w:t>19:59  aaj ki dunya mein sab se zyada jo cheez hai, sab se zyada woh hai political hate۔yeh sari dunya mein hai،</w:t>
      </w:r>
      <w:r>
        <w:br/>
      </w:r>
      <w:r>
        <w:rPr>
          <w:sz w:val="20"/>
        </w:rPr>
        <w:t>20:09  yeh sari dunya mein۔aaj mein soch raha tha ke shaitan ne kaha tha jab dunya mein, jab dunya bani thi aur Allah taala se uska mukalama hua tha: "la tanukun zuriatahum illa qalila"۔</w:t>
      </w:r>
      <w:r>
        <w:br/>
      </w:r>
      <w:r>
        <w:rPr>
          <w:sz w:val="20"/>
        </w:rPr>
        <w:t>20:25  mein sab ko, mein sab ko nigal jaon ga, thore logon ko chhod kar۔nigalna kya hai؟</w:t>
      </w:r>
      <w:r>
        <w:br/>
      </w:r>
      <w:r>
        <w:rPr>
          <w:sz w:val="20"/>
        </w:rPr>
        <w:t>20:35  apne jaisa banaon ga, apne jaisa bana doon ga۔apne jaisa kya hai؟ shaitan nafrat ka putla hai۔</w:t>
      </w:r>
      <w:r>
        <w:br/>
      </w:r>
      <w:r>
        <w:rPr>
          <w:sz w:val="20"/>
        </w:rPr>
        <w:t>20:45  shaitan sartaapa nafrat hai۔</w:t>
      </w:r>
      <w:r>
        <w:br/>
      </w:r>
      <w:r>
        <w:rPr>
          <w:sz w:val="20"/>
        </w:rPr>
        <w:t>20:50  shaitan ka aaghaz hi nafrat se hua۔insan se nafrat hi is ne ki kyunke insan ko woh cheez de di gayi jo us ko nahi di gayi thi۔to nafrat, nafrat, nafrat۔</w:t>
      </w:r>
      <w:r>
        <w:br/>
      </w:r>
      <w:r>
        <w:rPr>
          <w:sz w:val="20"/>
        </w:rPr>
        <w:t>21:02  to jo aadmi nafrat mein jeeta hai, nafrat ka response deta hai, woh shaitan ke raste par bhai hai۔shaitan ke raste par yani woh gaya apne amal se dikha raha hai ke mujh ko shaitan ne nigal liya hai،</w:t>
      </w:r>
      <w:r>
        <w:br/>
      </w:r>
      <w:r>
        <w:rPr>
          <w:sz w:val="20"/>
        </w:rPr>
        <w:t>21:18  mein nigla hua insan hon۔</w:t>
      </w:r>
      <w:r>
        <w:br/>
      </w:r>
      <w:r>
        <w:rPr>
          <w:sz w:val="20"/>
        </w:rPr>
        <w:t>21:23  jo aadmi nafrat ka response de, nafrat ki boli bole, woh goya apne amal se dikha raha hai ke mujh ko mein ek nigla hua insan hon, mujhe shaitan ne nigal rakha hai،</w:t>
      </w:r>
      <w:r>
        <w:br/>
      </w:r>
      <w:r>
        <w:rPr>
          <w:sz w:val="20"/>
        </w:rPr>
        <w:t>21:38  mujhe sikhaya hai ke nafrat karo۔aur is dunya mein ek nai nafrat paida hui hai, woh hai political hate۔</w:t>
      </w:r>
      <w:r>
        <w:br/>
      </w:r>
      <w:r>
        <w:rPr>
          <w:sz w:val="20"/>
        </w:rPr>
        <w:t>21:51  sari dunya mein</w:t>
      </w:r>
      <w:r>
        <w:br/>
      </w:r>
      <w:r>
        <w:rPr>
          <w:sz w:val="20"/>
        </w:rPr>
        <w:t>21:56  political hate ki waja se aam ho gayi kyunke political hate ke peechay aik justification hota hota hai. shaitan ne aik bohat hi beautiful hate is zamane mein dunya mein phailai hai.</w:t>
      </w:r>
      <w:r>
        <w:br/>
      </w:r>
      <w:r>
        <w:rPr>
          <w:sz w:val="20"/>
        </w:rPr>
        <w:t>22:10  beautiful hate woh yeh hai ke shaitan ne, yeh jo shaitan ne kaha tha ke mein sab ko nigal jaunga, to shaitan bohat hi ziyada intelligent hai, bohat hi ziyada intelligent hai.</w:t>
      </w:r>
      <w:r>
        <w:br/>
      </w:r>
      <w:r>
        <w:rPr>
          <w:sz w:val="20"/>
        </w:rPr>
        <w:t>22:26  shaitan ne read kar ke jana, history ko read kiya hoga, insan ki nature ko read kiya hoga ke Allah taala ne chunke dunya ko banaya hai freedom ke base par,</w:t>
      </w:r>
      <w:r>
        <w:br/>
      </w:r>
      <w:r>
        <w:rPr>
          <w:sz w:val="20"/>
        </w:rPr>
        <w:t>22:42  Allah taala ne dunya mein har aadmi ko freedom di hai, har aadmi ko total freedom, har aadmi ko total freedom.</w:t>
      </w:r>
      <w:r>
        <w:br/>
      </w:r>
      <w:r>
        <w:rPr>
          <w:sz w:val="20"/>
        </w:rPr>
        <w:t>22:53  to kahin na kahin har aadmi ko doosre ki freedom se kuch na kuch takleef pohnche gi. jab har aadmi apna freedom istemal kar raha hai, har aadmi apna freedom istemal kar raha hai, to kahin na kahin aap ko tok lage gi.</w:t>
      </w:r>
      <w:r>
        <w:br/>
      </w:r>
      <w:r>
        <w:rPr>
          <w:sz w:val="20"/>
        </w:rPr>
        <w:t>23:14  jaise America mein kaha jata hai ke jab America mein azadi aayi to aik aadmi bohat khush hua ke aaj mein azaad hoon.</w:t>
      </w:r>
      <w:r>
        <w:br/>
      </w:r>
      <w:r>
        <w:rPr>
          <w:sz w:val="20"/>
        </w:rPr>
        <w:t>23:25  woh ghar se nikla aur apna hath aise aise karta hua nikal raha tha, chal raha tha sarak mein unruly andaaz mein. to kisi koi aadmi doosra chal raha tha road par, us ke us ki nose, us ki nose par us ka hath lag gaya.</w:t>
      </w:r>
      <w:r>
        <w:br/>
      </w:r>
      <w:r>
        <w:rPr>
          <w:sz w:val="20"/>
        </w:rPr>
        <w:t>23:45  to us ne kaha: "why this nonsense nonsense? why you hit my nose? why you hit my nose?" us ne kaha ke aaj mein azaad hoon, jo chahoon karoon.</w:t>
      </w:r>
      <w:r>
        <w:br/>
      </w:r>
      <w:r>
        <w:rPr>
          <w:sz w:val="20"/>
        </w:rPr>
        <w:t>24:00  to us ne kaha ke: "my brother, your freedom ends where my nose begins.</w:t>
      </w:r>
      <w:r>
        <w:br/>
      </w:r>
      <w:r>
        <w:rPr>
          <w:sz w:val="20"/>
        </w:rPr>
        <w:t>24:12  tumhari azadi wahan khatam ho jati hai jahan meri nose shuru hoti hai, jahan meri naak shuru hoti hai." yeh waqia jo hai aik secular waqia hai, secular waqia.</w:t>
      </w:r>
    </w:p>
    <w:p>
      <w:pPr>
        <w:pStyle w:val="Heading2"/>
      </w:pPr>
      <w:r>
        <w:t>Door of repentance not physical but mindset</w:t>
      </w:r>
    </w:p>
    <w:p>
      <w:r>
        <w:rPr>
          <w:color w:val="666666"/>
          <w:sz w:val="18"/>
        </w:rPr>
        <w:t>Q&amp;A 12 Apr 2009 Maulana Wahiduddin Khan · 2m 23s · at 5:05 · https://youtu.be/Kq2xQ2drFHY?t=305</w:t>
      </w:r>
    </w:p>
    <w:p>
      <w:r>
        <w:rPr>
          <w:i/>
        </w:rPr>
        <w:t>“According to my perception, it is not anything mysterious.”</w:t>
      </w:r>
    </w:p>
    <w:p>
      <w:r>
        <w:rPr>
          <w:sz w:val="20"/>
        </w:rPr>
        <w:t>5:05  According to my</w:t>
      </w:r>
      <w:r>
        <w:br/>
      </w:r>
      <w:r>
        <w:rPr>
          <w:sz w:val="20"/>
        </w:rPr>
        <w:t>5:10  perception, it is not anything mysterious.</w:t>
      </w:r>
      <w:r>
        <w:br/>
      </w:r>
      <w:r>
        <w:rPr>
          <w:sz w:val="20"/>
        </w:rPr>
        <w:t>5:18  I don't believe that it is a—there is some door that will be closed.</w:t>
      </w:r>
      <w:r>
        <w:br/>
      </w:r>
      <w:r>
        <w:rPr>
          <w:sz w:val="20"/>
        </w:rPr>
        <w:t>5:29  There is some door in the sky that will be closed. No. It means that</w:t>
      </w:r>
      <w:r>
        <w:br/>
      </w:r>
      <w:r>
        <w:rPr>
          <w:sz w:val="20"/>
        </w:rPr>
        <w:t>5:37  the corruption, the fassade, will reach to an extent that people</w:t>
      </w:r>
      <w:r>
        <w:br/>
      </w:r>
      <w:r>
        <w:rPr>
          <w:sz w:val="20"/>
        </w:rPr>
        <w:t>5:49  have no intention to Tawbah. And this is the same period in which we are living.</w:t>
      </w:r>
      <w:r>
        <w:br/>
      </w:r>
      <w:r>
        <w:rPr>
          <w:sz w:val="20"/>
        </w:rPr>
        <w:t>6:01  Now everywhere I find those people who have no—it is not their concern.</w:t>
      </w:r>
      <w:r>
        <w:br/>
      </w:r>
      <w:r>
        <w:rPr>
          <w:sz w:val="20"/>
        </w:rPr>
        <w:t>6:11  You know what is Tawbah? Tawbah means</w:t>
      </w:r>
      <w:r>
        <w:br/>
      </w:r>
      <w:r>
        <w:rPr>
          <w:sz w:val="20"/>
        </w:rPr>
        <w:t>6:19  realizing your own mistake. This is the beginning of Tawbah.</w:t>
      </w:r>
      <w:r>
        <w:br/>
      </w:r>
      <w:r>
        <w:rPr>
          <w:sz w:val="20"/>
        </w:rPr>
        <w:t>6:26  When you realize your mistakes, then a new process begins. This is introspection. After introspection,</w:t>
      </w:r>
      <w:r>
        <w:br/>
      </w:r>
      <w:r>
        <w:rPr>
          <w:sz w:val="20"/>
        </w:rPr>
        <w:t>6:40  you do Dawah. There is Tawbah.</w:t>
      </w:r>
      <w:r>
        <w:br/>
      </w:r>
      <w:r>
        <w:rPr>
          <w:sz w:val="20"/>
        </w:rPr>
        <w:t>6:46  So I find people that they are living in a very different kind of psychology.</w:t>
      </w:r>
      <w:r>
        <w:br/>
      </w:r>
      <w:r>
        <w:rPr>
          <w:sz w:val="20"/>
        </w:rPr>
        <w:t>6:58  They are not ready to say, "I was wrong." They are not ready to admit their mistakes. Everyone is trying to prove that it was not my mistake.</w:t>
      </w:r>
      <w:r>
        <w:br/>
      </w:r>
      <w:r>
        <w:rPr>
          <w:sz w:val="20"/>
        </w:rPr>
        <w:t>7:17  So in such—this is a new situation. During my childhood, there was not such a situation.</w:t>
      </w:r>
    </w:p>
    <w:p>
      <w:pPr>
        <w:pStyle w:val="Heading2"/>
      </w:pPr>
      <w:r>
        <w:t>Prophet Muhammad's peaceful method and war</w:t>
      </w:r>
    </w:p>
    <w:p>
      <w:r>
        <w:rPr>
          <w:color w:val="666666"/>
          <w:sz w:val="18"/>
        </w:rPr>
        <w:t>An Introduction to the Quran July 24, 2007 · 4m 40s · at 50:03 · https://youtu.be/e7mc7FO5LwI?t=3003</w:t>
      </w:r>
    </w:p>
    <w:p>
      <w:r>
        <w:rPr>
          <w:i/>
        </w:rPr>
        <w:t>“Then there is the example of the Prophet of Islam”</w:t>
      </w:r>
    </w:p>
    <w:p>
      <w:r>
        <w:rPr>
          <w:sz w:val="20"/>
        </w:rPr>
        <w:t>50:03  Then there is the example of the Prophet of Islam, Muhammad (SAW).</w:t>
      </w:r>
      <w:r>
        <w:br/>
      </w:r>
      <w:r>
        <w:rPr>
          <w:sz w:val="20"/>
        </w:rPr>
        <w:t>50:11  He was sent in Arabia, in Makkah, in the first quarter of the 7th century. At that time, there was no kingship; there was a tribal system.</w:t>
      </w:r>
      <w:r>
        <w:br/>
      </w:r>
      <w:r>
        <w:rPr>
          <w:sz w:val="20"/>
        </w:rPr>
        <w:t>50:28  In Arabia, there was no kingship; there was a tribal system.</w:t>
      </w:r>
      <w:r>
        <w:br/>
      </w:r>
      <w:r>
        <w:rPr>
          <w:sz w:val="20"/>
        </w:rPr>
        <w:t>50:36  So what hap</w:t>
      </w:r>
      <w:r>
        <w:br/>
      </w:r>
      <w:r>
        <w:rPr>
          <w:sz w:val="20"/>
        </w:rPr>
        <w:t>50:39  pened? Although these people are idol worshippers, they became hostile.</w:t>
      </w:r>
      <w:r>
        <w:br/>
      </w:r>
      <w:r>
        <w:rPr>
          <w:sz w:val="20"/>
        </w:rPr>
        <w:t>50:49  They turned hostile to the Prophet of Islam</w:t>
      </w:r>
      <w:r>
        <w:br/>
      </w:r>
      <w:r>
        <w:rPr>
          <w:sz w:val="20"/>
        </w:rPr>
        <w:t>50:53  . So there were some atrocities, some obstacles, some problems, but</w:t>
      </w:r>
      <w:r>
        <w:br/>
      </w:r>
      <w:r>
        <w:rPr>
          <w:sz w:val="20"/>
        </w:rPr>
        <w:t>51:03  the Prophet was able to</w:t>
      </w:r>
      <w:r>
        <w:br/>
      </w:r>
      <w:r>
        <w:rPr>
          <w:sz w:val="20"/>
        </w:rPr>
        <w:t>51:11  have support from the people.</w:t>
      </w:r>
      <w:r>
        <w:br/>
      </w:r>
      <w:r>
        <w:rPr>
          <w:sz w:val="20"/>
        </w:rPr>
        <w:t>51:17  He was able to find - able to form a team of more than one lakh people.</w:t>
      </w:r>
      <w:r>
        <w:br/>
      </w:r>
      <w:r>
        <w:rPr>
          <w:sz w:val="20"/>
        </w:rPr>
        <w:t>51:29  No Prophet of the history was able to form such a team.</w:t>
      </w:r>
      <w:r>
        <w:br/>
      </w:r>
      <w:r>
        <w:rPr>
          <w:sz w:val="20"/>
        </w:rPr>
        <w:t>51:38  No Prophet.</w:t>
      </w:r>
      <w:r>
        <w:br/>
      </w:r>
      <w:r>
        <w:rPr>
          <w:sz w:val="20"/>
        </w:rPr>
        <w:t>51:42  The Prophet of Islam was able to form a team of believers.</w:t>
      </w:r>
      <w:r>
        <w:br/>
      </w:r>
      <w:r>
        <w:rPr>
          <w:sz w:val="20"/>
        </w:rPr>
        <w:t>51:52  These believers were more than one lakh people.</w:t>
      </w:r>
      <w:r>
        <w:br/>
      </w:r>
      <w:r>
        <w:rPr>
          <w:sz w:val="20"/>
        </w:rPr>
        <w:t>51:58  So the situation was quite different with the Prophet of Islam. So when the opponents - when his opponents waged war, they wanted to kill the Prophet of Islam.</w:t>
      </w:r>
      <w:r>
        <w:br/>
      </w:r>
      <w:r>
        <w:rPr>
          <w:sz w:val="20"/>
        </w:rPr>
        <w:t>52:20  They wanted to destroy the mission.</w:t>
      </w:r>
      <w:r>
        <w:br/>
      </w:r>
      <w:r>
        <w:rPr>
          <w:sz w:val="20"/>
        </w:rPr>
        <w:t>52:24  So the Prophet of Islam</w:t>
      </w:r>
      <w:r>
        <w:br/>
      </w:r>
      <w:r>
        <w:rPr>
          <w:sz w:val="20"/>
        </w:rPr>
        <w:t>52:28  organized defensive war, organized defense because he was</w:t>
      </w:r>
      <w:r>
        <w:br/>
      </w:r>
      <w:r>
        <w:rPr>
          <w:sz w:val="20"/>
        </w:rPr>
        <w:t>52:42  not alone, but there was a strong team with him.</w:t>
      </w:r>
      <w:r>
        <w:br/>
      </w:r>
      <w:r>
        <w:rPr>
          <w:sz w:val="20"/>
        </w:rPr>
        <w:t>52:51  His companions were a strong team. So the Prophet of Islam, although he was completely a peaceful person, he always tried to avoid the fighting.</w:t>
      </w:r>
      <w:r>
        <w:br/>
      </w:r>
      <w:r>
        <w:rPr>
          <w:sz w:val="20"/>
        </w:rPr>
        <w:t>53:12  His formula was "As-Sulhu Khair" - peace is the best option.</w:t>
      </w:r>
      <w:r>
        <w:br/>
      </w:r>
      <w:r>
        <w:rPr>
          <w:sz w:val="20"/>
        </w:rPr>
        <w:t>53:20  So he always tried to -</w:t>
      </w:r>
      <w:r>
        <w:br/>
      </w:r>
      <w:r>
        <w:rPr>
          <w:sz w:val="20"/>
        </w:rPr>
        <w:t>53:29  he always tried to - he always avoided the confrontation. Confrontation or fighting was not his method</w:t>
      </w:r>
      <w:r>
        <w:br/>
      </w:r>
      <w:r>
        <w:rPr>
          <w:sz w:val="20"/>
        </w:rPr>
        <w:t>53:43  . His method was completely a peaceful method. The Prophet of Islam said, "Innallaha yoti al-rifiq mala yoti al-'awn." God grants to non-violence what He does not grant to violence.</w:t>
      </w:r>
      <w:r>
        <w:br/>
      </w:r>
      <w:r>
        <w:rPr>
          <w:sz w:val="20"/>
        </w:rPr>
        <w:t>54:02  Then he said, "La tatamannu lakal aduwe vasalullaha al-'afiya."</w:t>
      </w:r>
      <w:r>
        <w:br/>
      </w:r>
      <w:r>
        <w:rPr>
          <w:sz w:val="20"/>
        </w:rPr>
        <w:t>54:13  Do not wish confrontation with your enemy.</w:t>
      </w:r>
      <w:r>
        <w:br/>
      </w:r>
      <w:r>
        <w:rPr>
          <w:sz w:val="20"/>
        </w:rPr>
        <w:t>54:20  Do not wish confrontation with your enemy.</w:t>
      </w:r>
      <w:r>
        <w:br/>
      </w:r>
      <w:r>
        <w:rPr>
          <w:sz w:val="20"/>
        </w:rPr>
        <w:t>54:30  Ask always peace from God</w:t>
      </w:r>
      <w:r>
        <w:br/>
      </w:r>
      <w:r>
        <w:rPr>
          <w:sz w:val="20"/>
        </w:rPr>
        <w:t>54:34  . This was the method of the Prophet of Islam,</w:t>
      </w:r>
    </w:p>
    <w:p>
      <w:pPr>
        <w:pStyle w:val="Heading2"/>
      </w:pPr>
      <w:r>
        <w:t>hardship is what awakens human potential</w:t>
      </w:r>
    </w:p>
    <w:p>
      <w:r>
        <w:rPr>
          <w:color w:val="666666"/>
          <w:sz w:val="18"/>
        </w:rPr>
        <w:t>Intellectual Empowerment August 22, 2010 · 2m 34s · at 32:28 · https://youtu.be/hMzhnJpdyAg?t=1948</w:t>
      </w:r>
    </w:p>
    <w:p>
      <w:r>
        <w:rPr>
          <w:i/>
        </w:rPr>
        <w:t>“لقد خلقنا الانسان فی کبد، ہم نے پیدا کیا انسان کو ہارڈشپ میں”</w:t>
      </w:r>
    </w:p>
    <w:p>
      <w:r>
        <w:rPr>
          <w:sz w:val="20"/>
        </w:rPr>
        <w:t>32:28  ya quran mein hai ke "laqad khalaqnal insana fi qabd". hum ne paida kiya insaan ko hardship mein. hum ne paida kiya insaan ko hardship mein.</w:t>
      </w:r>
      <w:r>
        <w:br/>
      </w:r>
      <w:r>
        <w:rPr>
          <w:sz w:val="20"/>
        </w:rPr>
        <w:t>32:41  ab ek aadmi agar kuch mushkil mein hai to woh mayoos, aam halat mein mayusi ka shikar ho jayega.</w:t>
      </w:r>
      <w:r>
        <w:br/>
      </w:r>
      <w:r>
        <w:rPr>
          <w:sz w:val="20"/>
        </w:rPr>
        <w:t>32:51  mushkil mein hai to frustration mein par sakta hai woh. lekin jab is ayat ko padhega woh to kya hoga ke bhai mushkil to part of life hai "laqad khalaqnal insana fi qabd".</w:t>
      </w:r>
      <w:r>
        <w:br/>
      </w:r>
      <w:r>
        <w:rPr>
          <w:sz w:val="20"/>
        </w:rPr>
        <w:t>33:04  hum ne paida kiya insaan ko hardship mein. to agar mujhe koi hardship pesh aa rahi hai, koi mushkil pesh aa rahi hai to "that is part of life, part of creation".</w:t>
      </w:r>
      <w:r>
        <w:br/>
      </w:r>
      <w:r>
        <w:rPr>
          <w:sz w:val="20"/>
        </w:rPr>
        <w:t>33:16  to woh to hona hi hona hai. to kya hoga phir? aap</w:t>
      </w:r>
      <w:r>
        <w:br/>
      </w:r>
      <w:r>
        <w:rPr>
          <w:sz w:val="20"/>
        </w:rPr>
        <w:t>33:20  phir is ke aap plus point ko daryaft karenge. jab tak is ki gehrai ko nahi jana hai aap ne to aap aap ka mind chala jayega is ke minus point mein chala jayega ke yeh mushkil hai, yeh hardship hai, yeh museebat hai, pareshani hai.</w:t>
      </w:r>
      <w:r>
        <w:br/>
      </w:r>
      <w:r>
        <w:rPr>
          <w:sz w:val="20"/>
        </w:rPr>
        <w:t>33:36  lekin jab aap daryaft kar liya aap ne ke yeh to creation plan ka hissa hai, tab aap dhundenge is mein plus point. tab aap ko daryaft hogi ke mushkilen kya hain.</w:t>
      </w:r>
      <w:r>
        <w:br/>
      </w:r>
      <w:r>
        <w:rPr>
          <w:sz w:val="20"/>
        </w:rPr>
        <w:t>33:50  mushkilen to woh hain steping stone hain. ya kisi ne kaha ke "it is but a ford, not facility but difficulty".</w:t>
      </w:r>
      <w:r>
        <w:br/>
      </w:r>
      <w:r>
        <w:rPr>
          <w:sz w:val="20"/>
        </w:rPr>
        <w:t>34:03  that makes man kyun mushkil jo hai aap ke liye incentive banti hai. mushkil aap ko agar brainstorming lati hai, mushkil aap ke mind ko activate karti hai,</w:t>
      </w:r>
      <w:r>
        <w:br/>
      </w:r>
      <w:r>
        <w:rPr>
          <w:sz w:val="20"/>
        </w:rPr>
        <w:t>34:18  mushkil aap ko motivate karti hai,</w:t>
      </w:r>
      <w:r>
        <w:br/>
      </w:r>
      <w:r>
        <w:rPr>
          <w:sz w:val="20"/>
        </w:rPr>
        <w:t>34:24  mushkil aap ko ek challenge ke roop mein aati hai aur challenge ko meet karne ka jazba ubharti hai aap ke andar. to insaan ke andar dekhiye sab kuch hai lekin woh potential ke roop mein hai.</w:t>
      </w:r>
      <w:r>
        <w:br/>
      </w:r>
      <w:r>
        <w:rPr>
          <w:sz w:val="20"/>
        </w:rPr>
        <w:t>34:38  potential to is potential ko jagane ka rasta tareeqa kya hai? mushkilen hi to jagati hain is ko.</w:t>
      </w:r>
      <w:r>
        <w:br/>
      </w:r>
      <w:r>
        <w:rPr>
          <w:sz w:val="20"/>
        </w:rPr>
        <w:t>34:46  mushkil nahi to potential jagega nahi.</w:t>
      </w:r>
      <w:r>
        <w:br/>
      </w:r>
      <w:r>
        <w:rPr>
          <w:sz w:val="20"/>
        </w:rPr>
        <w:t>34:52  har insaan ke andar bohat potential, bohat potential hai. lekin is ko mushkil nahi pari.</w:t>
      </w:r>
    </w:p>
    <w:p>
      <w:pPr>
        <w:pStyle w:val="Heading2"/>
      </w:pPr>
      <w:r>
        <w:t>Social aspect of Zakat and creation plan</w:t>
      </w:r>
    </w:p>
    <w:p>
      <w:r>
        <w:rPr>
          <w:color w:val="666666"/>
          <w:sz w:val="18"/>
        </w:rPr>
        <w:t>Principles of Zakat in Islam 11 May 2007 - Maulana Wahiduddin Khan · 1m 58s · at 23:45 · https://youtu.be/RmfLc_lQrxs?t=1425</w:t>
      </w:r>
    </w:p>
    <w:p>
      <w:r>
        <w:rPr>
          <w:i/>
        </w:rPr>
        <w:t>“Then there is social aspect of Zakat.”</w:t>
      </w:r>
    </w:p>
    <w:p>
      <w:r>
        <w:rPr>
          <w:sz w:val="20"/>
        </w:rPr>
        <w:t>23:45  Then there is... social aspect. And this social aspect is mentioned in the... in... in Hadith.</w:t>
      </w:r>
      <w:r>
        <w:br/>
      </w:r>
      <w:r>
        <w:rPr>
          <w:sz w:val="20"/>
        </w:rPr>
        <w:t>23:55  The Prophet of Islam has said... about Zakat...</w:t>
      </w:r>
      <w:r>
        <w:br/>
      </w:r>
      <w:r>
        <w:rPr>
          <w:sz w:val="20"/>
        </w:rPr>
        <w:t>24:04  yukhaz min aghniyaikum wa turaddu ila fuqaraiqum</w:t>
      </w:r>
      <w:r>
        <w:br/>
      </w:r>
      <w:r>
        <w:rPr>
          <w:sz w:val="20"/>
        </w:rPr>
        <w:t>24:17  It means that...</w:t>
      </w:r>
      <w:r>
        <w:br/>
      </w:r>
      <w:r>
        <w:rPr>
          <w:sz w:val="20"/>
        </w:rPr>
        <w:t>24:23  that we... take... money from rich people... only to return it to poor people.</w:t>
      </w:r>
      <w:r>
        <w:br/>
      </w:r>
      <w:r>
        <w:rPr>
          <w:sz w:val="20"/>
        </w:rPr>
        <w:t>24:34  This is a money management.</w:t>
      </w:r>
      <w:r>
        <w:br/>
      </w:r>
      <w:r>
        <w:rPr>
          <w:sz w:val="20"/>
        </w:rPr>
        <w:t>24:39  The social aspect of Zakat. Zakat tries to... to establish balance between...</w:t>
      </w:r>
      <w:r>
        <w:br/>
      </w:r>
      <w:r>
        <w:rPr>
          <w:sz w:val="20"/>
        </w:rPr>
        <w:t>24:50  two different sectors of the society.</w:t>
      </w:r>
      <w:r>
        <w:br/>
      </w:r>
      <w:r>
        <w:rPr>
          <w:sz w:val="20"/>
        </w:rPr>
        <w:t>24:57  Why... why this problem? Why this issue? Because... it... here you can remind the...</w:t>
      </w:r>
      <w:r>
        <w:br/>
      </w:r>
      <w:r>
        <w:rPr>
          <w:sz w:val="20"/>
        </w:rPr>
        <w:t>25:07  Creation Plan of God. What is the Creation Plan of God? God's... plan is based on competition...</w:t>
      </w:r>
      <w:r>
        <w:br/>
      </w:r>
      <w:r>
        <w:rPr>
          <w:sz w:val="20"/>
        </w:rPr>
        <w:t>25:15  on challenge.</w:t>
      </w:r>
      <w:r>
        <w:br/>
      </w:r>
      <w:r>
        <w:rPr>
          <w:sz w:val="20"/>
        </w:rPr>
        <w:t>25:17  So... in society... you see disparity. You cannot establish...</w:t>
      </w:r>
      <w:r>
        <w:br/>
      </w:r>
      <w:r>
        <w:rPr>
          <w:sz w:val="20"/>
        </w:rPr>
        <w:t>25:27  equality. It is impossible</w:t>
      </w:r>
      <w:r>
        <w:br/>
      </w:r>
      <w:r>
        <w:rPr>
          <w:sz w:val="20"/>
        </w:rPr>
        <w:t>25:33  . God hates equality. According to the Creation Plan of God...</w:t>
      </w:r>
    </w:p>
    <w:p>
      <w:pPr>
        <w:pStyle w:val="Heading2"/>
      </w:pPr>
      <w:r>
        <w:t>What hadith is and how to find its eternal meaning</w:t>
      </w:r>
    </w:p>
    <w:p>
      <w:r>
        <w:rPr>
          <w:color w:val="666666"/>
          <w:sz w:val="18"/>
        </w:rPr>
        <w:t>Hadith (English) March 27, 2007 Maulana Wahiduddin Khan · 4m 56s · at 0:35 · https://youtu.be/VnwRJbqn9tU?t=35</w:t>
      </w:r>
    </w:p>
    <w:p>
      <w:r>
        <w:rPr>
          <w:i/>
        </w:rPr>
        <w:t>“Today I want to explain some hadith in a simple manner”</w:t>
      </w:r>
    </w:p>
    <w:p>
      <w:r>
        <w:rPr>
          <w:sz w:val="20"/>
        </w:rPr>
        <w:t>0:35  Today I want to explain some hadith</w:t>
      </w:r>
      <w:r>
        <w:br/>
      </w:r>
      <w:r>
        <w:rPr>
          <w:sz w:val="20"/>
        </w:rPr>
        <w:t>0:45  in a very simple manner.</w:t>
      </w:r>
      <w:r>
        <w:br/>
      </w:r>
      <w:r>
        <w:rPr>
          <w:sz w:val="20"/>
        </w:rPr>
        <w:t>0:50  You know, hadith means sayings or</w:t>
      </w:r>
      <w:r>
        <w:br/>
      </w:r>
      <w:r>
        <w:rPr>
          <w:sz w:val="20"/>
        </w:rPr>
        <w:t>0:58  conversation.</w:t>
      </w:r>
      <w:r>
        <w:br/>
      </w:r>
      <w:r>
        <w:rPr>
          <w:sz w:val="20"/>
        </w:rPr>
        <w:t>1:01  The majority of hadith is conversation within the Prophet of Islam and his companions,</w:t>
      </w:r>
      <w:r>
        <w:br/>
      </w:r>
      <w:r>
        <w:rPr>
          <w:sz w:val="20"/>
        </w:rPr>
        <w:t>1:14  or people of that period. So Quran and hadith both are authentic in Islam, authentic source.</w:t>
      </w:r>
      <w:r>
        <w:br/>
      </w:r>
      <w:r>
        <w:rPr>
          <w:sz w:val="20"/>
        </w:rPr>
        <w:t>1:27  The only difference is that Quran is preserved in its original words. That is God's words.</w:t>
      </w:r>
      <w:r>
        <w:br/>
      </w:r>
      <w:r>
        <w:rPr>
          <w:sz w:val="20"/>
        </w:rPr>
        <w:t>1:40  But</w:t>
      </w:r>
      <w:r>
        <w:br/>
      </w:r>
      <w:r>
        <w:rPr>
          <w:sz w:val="20"/>
        </w:rPr>
        <w:t>1:43  hadith is also preserved, but it is words of Prophet and not words of God.</w:t>
      </w:r>
      <w:r>
        <w:br/>
      </w:r>
      <w:r>
        <w:rPr>
          <w:sz w:val="20"/>
        </w:rPr>
        <w:t>1:56  So Quran is a word of God, and hadith is a word of Prophet. So both are authentic sources in Islam.</w:t>
      </w:r>
      <w:r>
        <w:br/>
      </w:r>
      <w:r>
        <w:rPr>
          <w:sz w:val="20"/>
        </w:rPr>
        <w:t>2:11  Now,</w:t>
      </w:r>
      <w:r>
        <w:br/>
      </w:r>
      <w:r>
        <w:rPr>
          <w:sz w:val="20"/>
        </w:rPr>
        <w:t>2:17  conversation means exchange between Prophet and his contemporary people.</w:t>
      </w:r>
      <w:r>
        <w:br/>
      </w:r>
      <w:r>
        <w:rPr>
          <w:sz w:val="20"/>
        </w:rPr>
        <w:t>2:31  So I can say that hadith is a prophetic</w:t>
      </w:r>
      <w:r>
        <w:br/>
      </w:r>
      <w:r>
        <w:rPr>
          <w:sz w:val="20"/>
        </w:rPr>
        <w:t>2:43  response to an immediate situation. Immediate situation.</w:t>
      </w:r>
      <w:r>
        <w:br/>
      </w:r>
      <w:r>
        <w:rPr>
          <w:sz w:val="20"/>
        </w:rPr>
        <w:t>2:55  So the majority of hadith is like this.</w:t>
      </w:r>
      <w:r>
        <w:br/>
      </w:r>
      <w:r>
        <w:rPr>
          <w:sz w:val="20"/>
        </w:rPr>
        <w:t>3:00  Hadith is a prophetic response to</w:t>
      </w:r>
      <w:r>
        <w:br/>
      </w:r>
      <w:r>
        <w:rPr>
          <w:sz w:val="20"/>
        </w:rPr>
        <w:t>3:08  the immediate situation. But at the same time, every hadith has an eternal connotation.</w:t>
      </w:r>
      <w:r>
        <w:br/>
      </w:r>
      <w:r>
        <w:rPr>
          <w:sz w:val="20"/>
        </w:rPr>
        <w:t>3:23  So if you try,</w:t>
      </w:r>
      <w:r>
        <w:br/>
      </w:r>
      <w:r>
        <w:rPr>
          <w:sz w:val="20"/>
        </w:rPr>
        <w:t>3:30  you can translate all these hadiths in your contemporary situation. It is upon you.</w:t>
      </w:r>
      <w:r>
        <w:br/>
      </w:r>
      <w:r>
        <w:rPr>
          <w:sz w:val="20"/>
        </w:rPr>
        <w:t>3:44  So every hadith</w:t>
      </w:r>
      <w:r>
        <w:br/>
      </w:r>
      <w:r>
        <w:rPr>
          <w:sz w:val="20"/>
        </w:rPr>
        <w:t>3:48  has</w:t>
      </w:r>
      <w:r>
        <w:br/>
      </w:r>
      <w:r>
        <w:rPr>
          <w:sz w:val="20"/>
        </w:rPr>
        <w:t>3:52  an immediate reference. But at the same time, it has at least potentially a contemporary reference.</w:t>
      </w:r>
      <w:r>
        <w:br/>
      </w:r>
      <w:r>
        <w:rPr>
          <w:sz w:val="20"/>
        </w:rPr>
        <w:t>4:06  So it is upon you.</w:t>
      </w:r>
      <w:r>
        <w:br/>
      </w:r>
      <w:r>
        <w:rPr>
          <w:sz w:val="20"/>
        </w:rPr>
        <w:t>4:10  By this method, you can apply all those hadiths in your contemporary situations. So it is very important.</w:t>
      </w:r>
      <w:r>
        <w:br/>
      </w:r>
      <w:r>
        <w:rPr>
          <w:sz w:val="20"/>
        </w:rPr>
        <w:t>4:29  For example, the Prophet of Islam has said, "haramat al-mu'min akram haramah min al-ka'bah." Mu'min is respectable more than the Kaaba.</w:t>
      </w:r>
      <w:r>
        <w:br/>
      </w:r>
      <w:r>
        <w:rPr>
          <w:sz w:val="20"/>
        </w:rPr>
        <w:t>4:47  I think that here, mu'min is an immediate difference.</w:t>
      </w:r>
      <w:r>
        <w:br/>
      </w:r>
      <w:r>
        <w:rPr>
          <w:sz w:val="20"/>
        </w:rPr>
        <w:t>4:54  Because at that time, the audience was consistent of mu'mins. So Prophet said like this.</w:t>
      </w:r>
      <w:r>
        <w:br/>
      </w:r>
      <w:r>
        <w:rPr>
          <w:sz w:val="20"/>
        </w:rPr>
        <w:t>5:05  So mu'min here - the word mu'min is here as an immediate refer</w:t>
      </w:r>
      <w:r>
        <w:br/>
      </w:r>
      <w:r>
        <w:rPr>
          <w:sz w:val="20"/>
        </w:rPr>
        <w:t>5:11  ence. Otherwise, the real meaning of this hadith is that haram insan akram haram min al-kaaba.</w:t>
      </w:r>
      <w:r>
        <w:br/>
      </w:r>
      <w:r>
        <w:rPr>
          <w:sz w:val="20"/>
        </w:rPr>
        <w:t>5:23  The respect of a man is more than the respect of Kaaba.</w:t>
      </w:r>
    </w:p>
    <w:p>
      <w:pPr>
        <w:pStyle w:val="Heading2"/>
      </w:pPr>
      <w:r>
        <w:t>First encounter with Maulana and the sutra</w:t>
      </w:r>
    </w:p>
    <w:p>
      <w:r>
        <w:rPr>
          <w:color w:val="666666"/>
          <w:sz w:val="18"/>
        </w:rPr>
        <w:t>Discussions on the impact of Maulana Wahiduddin Khan's Thought July 1, 2020 · 2m 48s · at 3:52 · https://youtu.be/Xzuu-nbDm4g?t=232</w:t>
      </w:r>
    </w:p>
    <w:p>
      <w:r>
        <w:rPr>
          <w:i/>
        </w:rPr>
        <w:t>“Before you meet a master meet the team first”</w:t>
      </w:r>
    </w:p>
    <w:p>
      <w:r>
        <w:rPr>
          <w:sz w:val="20"/>
        </w:rPr>
        <w:t>3:52  Anybody can go. And so just like a seeker, I also went there. I would say that, first of all, it's important that before you meet a master or a guru or somebody like Maulana,</w:t>
      </w:r>
      <w:r>
        <w:br/>
      </w:r>
      <w:r>
        <w:rPr>
          <w:sz w:val="20"/>
        </w:rPr>
        <w:t>4:08  you get to</w:t>
      </w:r>
      <w:r>
        <w:br/>
      </w:r>
      <w:r>
        <w:rPr>
          <w:sz w:val="20"/>
        </w:rPr>
        <w:t>4:09  meet the team members first, people who are around them. And I remember that entire Maulana's family and all the CPS members, the way they treated me on day one,</w:t>
      </w:r>
      <w:r>
        <w:br/>
      </w:r>
      <w:r>
        <w:rPr>
          <w:sz w:val="20"/>
        </w:rPr>
        <w:t>4:24  I felt I mean, that first day only, I got this feeling that I'm home.</w:t>
      </w:r>
      <w:r>
        <w:br/>
      </w:r>
      <w:r>
        <w:rPr>
          <w:sz w:val="20"/>
        </w:rPr>
        <w:t>4:30  I'm meeting people who are like I got this vibe that they are like they are my friends.</w:t>
      </w:r>
      <w:r>
        <w:br/>
      </w:r>
      <w:r>
        <w:rPr>
          <w:sz w:val="20"/>
        </w:rPr>
        <w:t>4:39  They are my I'm safe with them. And so initially, I think, in a few Sundays, I was just</w:t>
      </w:r>
      <w:r>
        <w:br/>
      </w:r>
      <w:r>
        <w:rPr>
          <w:sz w:val="20"/>
        </w:rPr>
        <w:t>4:50  reluctant to go to Maulana and talk to him.</w:t>
      </w:r>
      <w:r>
        <w:br/>
      </w:r>
      <w:r>
        <w:rPr>
          <w:sz w:val="20"/>
        </w:rPr>
        <w:t>4:54  But then once, I remember, I got an opportunity, and Maulana got to know from one of the team members that I've been coming.</w:t>
      </w:r>
      <w:r>
        <w:br/>
      </w:r>
      <w:r>
        <w:rPr>
          <w:sz w:val="20"/>
        </w:rPr>
        <w:t>5:04  And then Maulana called me, and he said that, "No, I bet you know how we're going to talk." So I was a little nervous.</w:t>
      </w:r>
      <w:r>
        <w:br/>
      </w:r>
      <w:r>
        <w:rPr>
          <w:sz w:val="20"/>
        </w:rPr>
        <w:t>5:16  And he asked me that, "I mean, what I have learned is that you have been coming for quite some time. So why do you come?</w:t>
      </w:r>
      <w:r>
        <w:br/>
      </w:r>
      <w:r>
        <w:rPr>
          <w:sz w:val="20"/>
        </w:rPr>
        <w:t>5:27  What is the reason? What are you looking for?" And that in all that nervousness, I told him, "Maulana, I come because after your lecture,</w:t>
      </w:r>
      <w:r>
        <w:br/>
      </w:r>
      <w:r>
        <w:rPr>
          <w:sz w:val="20"/>
        </w:rPr>
        <w:t>5:41  I get food for thought.</w:t>
      </w:r>
      <w:r>
        <w:br/>
      </w:r>
      <w:r>
        <w:rPr>
          <w:sz w:val="20"/>
        </w:rPr>
        <w:t>5:45  Whatever you say stimulates my intellect." And sochne ko miltai. After that, I get time. I get opportunity to ponder on things.</w:t>
      </w:r>
      <w:r>
        <w:br/>
      </w:r>
      <w:r>
        <w:rPr>
          <w:sz w:val="20"/>
        </w:rPr>
        <w:t>5:58  So Maulana was very happy by this. And he says that, "No, apko patai, apko ek sutra mil gaya.</w:t>
      </w:r>
      <w:r>
        <w:br/>
      </w:r>
      <w:r>
        <w:rPr>
          <w:sz w:val="20"/>
        </w:rPr>
        <w:t>6:07  You have got a sort of method or a tool with which you can really go deeper in your journey." So that was my first interaction with Maulana.</w:t>
      </w:r>
      <w:r>
        <w:br/>
      </w:r>
      <w:r>
        <w:rPr>
          <w:sz w:val="20"/>
        </w:rPr>
        <w:t>6:26  And I still remember when he says that, "No, apko ek sutra mil gaya. Apko ek path mil gaya in a way."</w:t>
      </w:r>
      <w:r>
        <w:br/>
      </w:r>
      <w:r>
        <w:rPr>
          <w:sz w:val="20"/>
        </w:rPr>
        <w:t>6:35  And now it's been 10 years, huh? 9 to 10 years, I guess. Yeah, long time. Long time to be. Ye</w:t>
      </w:r>
    </w:p>
    <w:p>
      <w:pPr>
        <w:pStyle w:val="Heading2"/>
      </w:pPr>
      <w:r>
        <w:t>Personal idealism social pragmatism</w:t>
      </w:r>
    </w:p>
    <w:p>
      <w:r>
        <w:rPr>
          <w:color w:val="666666"/>
          <w:sz w:val="18"/>
        </w:rPr>
        <w:t>Adjustment the Only Option September 19, 2010 Maulana Wahiduddin Khan · 31s · at 4:47 · https://youtu.be/o5wG_ONm76s?t=287</w:t>
      </w:r>
    </w:p>
    <w:p>
      <w:r>
        <w:rPr>
          <w:i/>
        </w:rPr>
        <w:t>“In your personal life be idealist”</w:t>
      </w:r>
    </w:p>
    <w:p>
      <w:r>
        <w:rPr>
          <w:sz w:val="20"/>
        </w:rPr>
        <w:t>4:47  In your personal life be idealist.</w:t>
      </w:r>
      <w:r>
        <w:br/>
      </w:r>
      <w:r>
        <w:rPr>
          <w:sz w:val="20"/>
        </w:rPr>
        <w:t>4:54  idealist zaati mamle mein. Lekin when it comes to society, family, other people, you have to be realist, you have to be pragmatic.</w:t>
      </w:r>
      <w:r>
        <w:br/>
      </w:r>
      <w:r>
        <w:rPr>
          <w:sz w:val="20"/>
        </w:rPr>
        <w:t>5:11  You have to adjust with others.</w:t>
      </w:r>
    </w:p>
    <w:p>
      <w:pPr>
        <w:pStyle w:val="Heading2"/>
      </w:pPr>
      <w:r>
        <w:t>Sabr as silent planning with personal example</w:t>
      </w:r>
    </w:p>
    <w:p>
      <w:r>
        <w:rPr>
          <w:color w:val="666666"/>
          <w:sz w:val="18"/>
        </w:rPr>
        <w:t>Patience and Creative Thinking April 20, 2020 Maulana Wahiduddin Khan · 2m 40s · at 10:55 · https://youtu.be/zhpSQwyj_6Q?t=655</w:t>
      </w:r>
    </w:p>
    <w:p>
      <w:r>
        <w:rPr>
          <w:i/>
        </w:rPr>
        <w:t>“Sabr ke maani, sabr kya cheez hai?”</w:t>
      </w:r>
    </w:p>
    <w:p>
      <w:r>
        <w:rPr>
          <w:sz w:val="20"/>
        </w:rPr>
        <w:t>10:55  sabr ke maani, sabr kya cheez hai? sabr naam hai khamosh</w:t>
      </w:r>
      <w:r>
        <w:br/>
      </w:r>
      <w:r>
        <w:rPr>
          <w:sz w:val="20"/>
        </w:rPr>
        <w:t>11:02  planning. sabr naam hai khamosh planning ka.</w:t>
      </w:r>
      <w:r>
        <w:br/>
      </w:r>
      <w:r>
        <w:rPr>
          <w:sz w:val="20"/>
        </w:rPr>
        <w:t>11:14  sabr koi buzdi nahi hai, sabr koi buzdi ki baat nahi hai.</w:t>
      </w:r>
      <w:r>
        <w:br/>
      </w:r>
      <w:r>
        <w:rPr>
          <w:sz w:val="20"/>
        </w:rPr>
        <w:t>11:29  sabr naam hai khamosh planning ka, yaani reaction na karne ka.</w:t>
      </w:r>
      <w:r>
        <w:br/>
      </w:r>
      <w:r>
        <w:rPr>
          <w:sz w:val="20"/>
        </w:rPr>
        <w:t>11:43  main ne apne zaati satah par is ka barha tajruba kiya hai.</w:t>
      </w:r>
      <w:r>
        <w:br/>
      </w:r>
      <w:r>
        <w:rPr>
          <w:sz w:val="20"/>
        </w:rPr>
        <w:t>11:51  mere saath kai baar aisa hua ke kuch logon ne</w:t>
      </w:r>
      <w:r>
        <w:br/>
      </w:r>
      <w:r>
        <w:rPr>
          <w:sz w:val="20"/>
        </w:rPr>
        <w:t>12:03  ghalat saboot, ghalt saboot kiya, to main ne reaction nahi kiya</w:t>
      </w:r>
      <w:r>
        <w:br/>
      </w:r>
      <w:r>
        <w:rPr>
          <w:sz w:val="20"/>
        </w:rPr>
        <w:t>12:15  balkeh khamosh planning ka raasta ikhtiyar kiya.</w:t>
      </w:r>
      <w:r>
        <w:br/>
      </w:r>
      <w:r>
        <w:rPr>
          <w:sz w:val="20"/>
        </w:rPr>
        <w:t>12:23  to Allah ke fazl se mujhe kamyabi hasil hui.</w:t>
      </w:r>
      <w:r>
        <w:br/>
      </w:r>
      <w:r>
        <w:rPr>
          <w:sz w:val="20"/>
        </w:rPr>
        <w:t>12:33  hum qaumi satah par to yeh kaam nahi kar sakte ke qaum ki baag dor hamare haath mein nahi, nahi hai.</w:t>
      </w:r>
      <w:r>
        <w:br/>
      </w:r>
      <w:r>
        <w:rPr>
          <w:sz w:val="20"/>
        </w:rPr>
        <w:t>12:43  qaum ki baag dor hamare haath mein nahin hai, lekin anfaradi satah par hum kar sakte hain aisa.</w:t>
      </w:r>
      <w:r>
        <w:br/>
      </w:r>
      <w:r>
        <w:rPr>
          <w:sz w:val="20"/>
        </w:rPr>
        <w:t>13:02  mein aap logon ko dawat deta hoon ke agarchay qaumi satah par baag dor aap ke haath mein nahin hai, lekin khandANI satah par, anfaradi satah par,</w:t>
      </w:r>
      <w:r>
        <w:br/>
      </w:r>
      <w:r>
        <w:rPr>
          <w:sz w:val="20"/>
        </w:rPr>
        <w:t>13:19  yaqeenan aap</w:t>
      </w:r>
      <w:r>
        <w:br/>
      </w:r>
      <w:r>
        <w:rPr>
          <w:sz w:val="20"/>
        </w:rPr>
        <w:t>13:24  apni taqdeer khud bana sakte hain.</w:t>
      </w:r>
    </w:p>
    <w:p>
      <w:pPr>
        <w:pStyle w:val="Heading2"/>
      </w:pPr>
      <w:r>
        <w:t>Battle of the Trench: avoiding war through strategy</w:t>
      </w:r>
    </w:p>
    <w:p>
      <w:r>
        <w:rPr>
          <w:color w:val="666666"/>
          <w:sz w:val="18"/>
        </w:rPr>
        <w:t>On Extremism September 14, 2008 · 2m 46s · at 8:18 · https://youtu.be/qHQEos8tOLg?t=498</w:t>
      </w:r>
    </w:p>
    <w:p>
      <w:r>
        <w:rPr>
          <w:i/>
        </w:rPr>
        <w:t>“Once a 12,000-strong army marched on Medina”</w:t>
      </w:r>
    </w:p>
    <w:p>
      <w:r>
        <w:rPr>
          <w:sz w:val="20"/>
        </w:rPr>
        <w:t>8:18  that was due to success, successful form of management. woh kaise? yeh dekhiye, main ek example deta hoon aap ko.</w:t>
      </w:r>
      <w:r>
        <w:br/>
      </w:r>
      <w:r>
        <w:rPr>
          <w:sz w:val="20"/>
        </w:rPr>
        <w:t>8:29  ek baar jo sab se badi jo ladaai unhon ne chhedi thi, jis mein barah hazar ka lashkar le kar aaye the, woh sab se zyada.</w:t>
      </w:r>
      <w:r>
        <w:br/>
      </w:r>
      <w:r>
        <w:rPr>
          <w:sz w:val="20"/>
        </w:rPr>
        <w:t>8:40  yaani sub tribe se le kar ke barah hazar ka lashkar makkah se chala.</w:t>
      </w:r>
      <w:r>
        <w:br/>
      </w:r>
      <w:r>
        <w:rPr>
          <w:sz w:val="20"/>
        </w:rPr>
        <w:t>8:48  to aap kya karte the? ke intelligence aap ka bahut hi powerful tha. aap pata karte rehte the. jab aap ko pata chala ke barah hazar log aa rahe hain madinah par attack karne ke liye, to aap ne kya kiya?</w:t>
      </w:r>
      <w:r>
        <w:br/>
      </w:r>
      <w:r>
        <w:rPr>
          <w:sz w:val="20"/>
        </w:rPr>
        <w:t>9:03  logon se discuss kiya kya karna hai.</w:t>
      </w:r>
      <w:r>
        <w:br/>
      </w:r>
      <w:r>
        <w:rPr>
          <w:sz w:val="20"/>
        </w:rPr>
        <w:t>9:07  to discussion ke baad yeh tay hua ek sahib ke raaye ke le kar, ek ek ek the iran ke muslim, ke hum madine ke aage ek trench khol dein.</w:t>
      </w:r>
      <w:r>
        <w:br/>
      </w:r>
      <w:r>
        <w:rPr>
          <w:sz w:val="20"/>
        </w:rPr>
        <w:t>9:21  trench, khandaq.</w:t>
      </w:r>
      <w:r>
        <w:br/>
      </w:r>
      <w:r>
        <w:rPr>
          <w:sz w:val="20"/>
        </w:rPr>
        <w:t>9:23  madinah ek aisa city tha jis ke teen taraf se penetration possible nahin tha. kyunke ek taraf pahad tha aur do taraf gharre, yaani khajooron ke peed the, jungle ki tarah.</w:t>
      </w:r>
      <w:r>
        <w:br/>
      </w:r>
      <w:r>
        <w:rPr>
          <w:sz w:val="20"/>
        </w:rPr>
        <w:t>9:42  to teen side se pretation ho nahi sakta tha. sirf ek side se pressure ho sakta tha. idhar aap ne trench khod di. raat din, raat din ek kar ke.</w:t>
      </w:r>
      <w:r>
        <w:br/>
      </w:r>
      <w:r>
        <w:rPr>
          <w:sz w:val="20"/>
        </w:rPr>
        <w:t>9:53  achha, jab woh log aaye barah hazar ka lashkar le kar, to un ke jo general the, Abu Sufyan, unhon ne dekha ke yahan to trench khudi hui hai.</w:t>
      </w:r>
      <w:r>
        <w:br/>
      </w:r>
      <w:r>
        <w:rPr>
          <w:sz w:val="20"/>
        </w:rPr>
        <w:t>10:03  aap jante hain ke woh zamana helicopter ka to tha nahi, airplane ka tha nahi ke aap urr kar ke chale jayen. to unhon ne kaha ke yeh to ladaai ko unhon ne rok diya.</w:t>
      </w:r>
      <w:r>
        <w:br/>
      </w:r>
      <w:r>
        <w:rPr>
          <w:sz w:val="20"/>
        </w:rPr>
        <w:t>10:17  yani trench means buffer. buffer.</w:t>
      </w:r>
      <w:r>
        <w:br/>
      </w:r>
      <w:r>
        <w:rPr>
          <w:sz w:val="20"/>
        </w:rPr>
        <w:t>10:22  to aap ne ek buffer, yani khara kar diya apne aur enemy ke beech mein. to jab dekha Abu Sufyan ne is ko, to unhon ne kaha ke aap parh sakte hain Sirat Ibn Hisham mein ke wallah innaha la muqayyada ma kan Arabu tuqayyada yani Khuda ki qasam,</w:t>
      </w:r>
      <w:r>
        <w:br/>
      </w:r>
      <w:r>
        <w:rPr>
          <w:sz w:val="20"/>
        </w:rPr>
        <w:t>10:48  This kind of strategy was unknown to Arab.</w:t>
      </w:r>
      <w:r>
        <w:br/>
      </w:r>
      <w:r>
        <w:rPr>
          <w:sz w:val="20"/>
        </w:rPr>
        <w:t>10:54  Khuda ki qasam, unhon ne kaha ke ten kind of strategy was unknown to Arab. aur ladaai nahi hui.</w:t>
      </w:r>
    </w:p>
    <w:p>
      <w:pPr>
        <w:pStyle w:val="Heading2"/>
      </w:pPr>
      <w:r>
        <w:t>Defining passive versus active violence among Muslims</w:t>
      </w:r>
    </w:p>
    <w:p>
      <w:r>
        <w:rPr>
          <w:color w:val="666666"/>
          <w:sz w:val="18"/>
        </w:rPr>
        <w:t>The Fate of Muslim Ummah (English) May 03, 2014 · 44s · at 22:55 · https://youtu.be/Gu64pZtxdAA?t=1375</w:t>
      </w:r>
    </w:p>
    <w:p>
      <w:r>
        <w:rPr>
          <w:i/>
        </w:rPr>
        <w:t>“Those who speak the language of violence are engaged in passive violence.”</w:t>
      </w:r>
    </w:p>
    <w:p>
      <w:r>
        <w:rPr>
          <w:sz w:val="20"/>
        </w:rPr>
        <w:t>22:55  Those who are not engaged actively in violence, but they speak the language of violence, they are engaged in passive violence.</w:t>
      </w:r>
      <w:r>
        <w:br/>
      </w:r>
      <w:r>
        <w:rPr>
          <w:sz w:val="20"/>
        </w:rPr>
        <w:t>23:09  Those who talk about Jihad, about</w:t>
      </w:r>
      <w:r>
        <w:br/>
      </w:r>
      <w:r>
        <w:rPr>
          <w:sz w:val="20"/>
        </w:rPr>
        <w:t>23:15  enemies, against enemies. So those people who, although they are directly, they are not engaged in violence, but they</w:t>
      </w:r>
      <w:r>
        <w:br/>
      </w:r>
      <w:r>
        <w:rPr>
          <w:sz w:val="20"/>
        </w:rPr>
        <w:t>23:35  talk in favor of those people who are engaged in violence.</w:t>
      </w:r>
    </w:p>
    <w:p>
      <w:pPr>
        <w:pStyle w:val="Heading2"/>
      </w:pPr>
      <w:r>
        <w:t>Different prophets different methods</w:t>
      </w:r>
    </w:p>
    <w:p>
      <w:r>
        <w:rPr>
          <w:color w:val="666666"/>
          <w:sz w:val="18"/>
        </w:rPr>
        <w:t>Dayee A Creative Thinker April 23, 2020 Maulana Wahiduddin Khan · 1m 15s · at 2:11 · https://youtu.be/RPxh-QbC0vc?t=131</w:t>
      </w:r>
    </w:p>
    <w:p>
      <w:r>
        <w:rPr>
          <w:i/>
        </w:rPr>
        <w:t>“Rasul Allah Makkah mein paida hue.”</w:t>
      </w:r>
    </w:p>
    <w:p>
      <w:r>
        <w:rPr>
          <w:sz w:val="20"/>
        </w:rPr>
        <w:t>2:11  rasool Allah salallaho alaihe wasallam makka mein paida hue.</w:t>
      </w:r>
      <w:r>
        <w:br/>
      </w:r>
      <w:r>
        <w:rPr>
          <w:sz w:val="20"/>
        </w:rPr>
        <w:t>2:21  to makka mein</w:t>
      </w:r>
      <w:r>
        <w:br/>
      </w:r>
      <w:r>
        <w:rPr>
          <w:sz w:val="20"/>
        </w:rPr>
        <w:t>2:28  hazrat ibrahim jo the, woh makka mein nahi paida hue, woh iraq mein paida hue. to wahan ke halaat ke lehaz se unhon ne dawat ka kaam kiya.</w:t>
      </w:r>
      <w:r>
        <w:br/>
      </w:r>
      <w:r>
        <w:rPr>
          <w:sz w:val="20"/>
        </w:rPr>
        <w:t>2:41  ab wahi dawat ka kaam is tarah karna tha, lekin</w:t>
      </w:r>
      <w:r>
        <w:br/>
      </w:r>
      <w:r>
        <w:rPr>
          <w:sz w:val="20"/>
        </w:rPr>
        <w:t>2:48  makka ke halaat mein, jo bohat mukhtalif ho chuka tha.</w:t>
      </w:r>
      <w:r>
        <w:br/>
      </w:r>
      <w:r>
        <w:rPr>
          <w:sz w:val="20"/>
        </w:rPr>
        <w:t>3:00  lekin yeh sirf farq ki baat nahi hai. yeh baat hai ke har sooratenhaal ko apne mawafeeq dhalna,</w:t>
      </w:r>
      <w:r>
        <w:br/>
      </w:r>
      <w:r>
        <w:rPr>
          <w:sz w:val="20"/>
        </w:rPr>
        <w:t>3:17  yeh bohat mushkil kaam hai. main aap ko misal deta hoon</w:t>
      </w:r>
    </w:p>
    <w:p>
      <w:pPr>
        <w:pStyle w:val="Heading2"/>
      </w:pPr>
      <w:r>
        <w:t>Why value others, and positive thinking as prerequisite</w:t>
      </w:r>
    </w:p>
    <w:p>
      <w:r>
        <w:rPr>
          <w:color w:val="666666"/>
          <w:sz w:val="18"/>
        </w:rPr>
        <w:t>Human Values · 5m 38s · at 4:44 · https://youtu.be/Art0kheDD40?t=284</w:t>
      </w:r>
    </w:p>
    <w:p>
      <w:r>
        <w:rPr>
          <w:i/>
        </w:rPr>
        <w:t>“Doosri baat mujhe samajh aati hai, wo hai logon ke liye valuing”</w:t>
      </w:r>
    </w:p>
    <w:p>
      <w:r>
        <w:rPr>
          <w:sz w:val="20"/>
        </w:rPr>
        <w:t>4:44  doosri baat mujhe yeh samajh aati hai, woh hai logon ke taeen valuing.</w:t>
      </w:r>
      <w:r>
        <w:br/>
      </w:r>
      <w:r>
        <w:rPr>
          <w:sz w:val="20"/>
        </w:rPr>
        <w:t>4:54  logon ke liye khair khwahi.</w:t>
      </w:r>
      <w:r>
        <w:br/>
      </w:r>
      <w:r>
        <w:rPr>
          <w:sz w:val="20"/>
        </w:rPr>
        <w:t>4:57  ke aap kyun doosre ke liye acha karein? to koi iska reason chahiye?</w:t>
      </w:r>
      <w:r>
        <w:br/>
      </w:r>
      <w:r>
        <w:rPr>
          <w:sz w:val="20"/>
        </w:rPr>
        <w:t>5:06  jab tak aap jaante hain, ek aadmi jo hai woh. ek man is rational thinking animal. to reason jab tak mein na paoon, jab tak mein is kaam ko kar nahi pata,</w:t>
      </w:r>
      <w:r>
        <w:br/>
      </w:r>
      <w:r>
        <w:rPr>
          <w:sz w:val="20"/>
        </w:rPr>
        <w:t>5:21  to mein doosron ka influencer kyun banoon? doosron ka khair khwah kyun banoon? is par maine bahut socha.</w:t>
      </w:r>
      <w:r>
        <w:br/>
      </w:r>
      <w:r>
        <w:rPr>
          <w:sz w:val="20"/>
        </w:rPr>
        <w:t>5:31  mere sir mein ek baat yeh aayi ke hamein hum do cheezon ko support se duniya mein jee rahe hain. ek hai natural support, ek hai civilizational support.</w:t>
      </w:r>
      <w:r>
        <w:br/>
      </w:r>
      <w:r>
        <w:rPr>
          <w:sz w:val="20"/>
        </w:rPr>
        <w:t>5:45  natural support kya hai?</w:t>
      </w:r>
      <w:r>
        <w:br/>
      </w:r>
      <w:r>
        <w:rPr>
          <w:sz w:val="20"/>
        </w:rPr>
        <w:t>5:48  nature hum ko sun light de rahi hai, nature hum ko hawa de rahi hai, oxygen de rahi hai, nature hum ko food de rahi hai, pani de rahi hai.</w:t>
      </w:r>
      <w:r>
        <w:br/>
      </w:r>
      <w:r>
        <w:rPr>
          <w:sz w:val="20"/>
        </w:rPr>
        <w:t>6:00  yeh hai natural support. is se hum duniya mein jeete hain.</w:t>
      </w:r>
      <w:r>
        <w:br/>
      </w:r>
      <w:r>
        <w:rPr>
          <w:sz w:val="20"/>
        </w:rPr>
        <w:t>6:05  doosra hai civilizational support. civilization jo hai, ek lambe process ka naam hai.</w:t>
      </w:r>
      <w:r>
        <w:br/>
      </w:r>
      <w:r>
        <w:rPr>
          <w:sz w:val="20"/>
        </w:rPr>
        <w:t>6:15  jaise aap dekhein, yeh jo yeh jo glass hai, aap jaante hain ke pehle insan mitti ka bartan banata tha, use pani peeta tha.</w:t>
      </w:r>
      <w:r>
        <w:br/>
      </w:r>
      <w:r>
        <w:rPr>
          <w:sz w:val="20"/>
        </w:rPr>
        <w:t>6:27  phir lakri ka banaya, use pani peeta tha.</w:t>
      </w:r>
      <w:r>
        <w:br/>
      </w:r>
      <w:r>
        <w:rPr>
          <w:sz w:val="20"/>
        </w:rPr>
        <w:t>6:31  mere bachpan mein aluminium ke protein ke glass hote the. ab aap sheeshe ke glass dekhte hain. insan ka ek lamba, yaani insani human effort ka ek lamba process hai.</w:t>
      </w:r>
      <w:r>
        <w:br/>
      </w:r>
      <w:r>
        <w:rPr>
          <w:sz w:val="20"/>
        </w:rPr>
        <w:t>6:47  is ke nateeje mein ek glass, ek ek loud speaker, ek camera, ek motor car, ek hawa jahaz, sari cheezein hain.</w:t>
      </w:r>
      <w:r>
        <w:br/>
      </w:r>
      <w:r>
        <w:rPr>
          <w:sz w:val="20"/>
        </w:rPr>
        <w:t>6:58  to that is civilizational support. to agar mein yeh sochun ke insan dekho, hazaron saal se mere liye koshish kar raha tha, tab maine jail paayi, tab maine beach paayi, tab maine glass paaya, to insan ke liye mere andar khair khwahi aayi.</w:t>
      </w:r>
      <w:r>
        <w:br/>
      </w:r>
      <w:r>
        <w:rPr>
          <w:sz w:val="20"/>
        </w:rPr>
        <w:t>7:15  valuing aayi. to natural support jo hai, hum ko hasil, us ko hum sochte hain. to nature ke liye hamare andar achhe khayalat paida hote hain.</w:t>
      </w:r>
      <w:r>
        <w:br/>
      </w:r>
      <w:r>
        <w:rPr>
          <w:sz w:val="20"/>
        </w:rPr>
        <w:t>7:29  aise hi jis tarah se civilizational support jo hum ko mila hai, us par hum sochenge. aap jaante hain ke kapda jo hum aap pehente hain, to pehle to aisa kapda insan ke paas nahi hota tha.</w:t>
      </w:r>
      <w:r>
        <w:br/>
      </w:r>
      <w:r>
        <w:rPr>
          <w:sz w:val="20"/>
        </w:rPr>
        <w:t>7:43  sab se pehle to insan, yaani darakht ke patton se dhakta tha apna body. phir bahut hi mote qism ke rough qism ke kapde banaye us ne.</w:t>
      </w:r>
      <w:r>
        <w:br/>
      </w:r>
      <w:r>
        <w:rPr>
          <w:sz w:val="20"/>
        </w:rPr>
        <w:t>7:55  boht dinon ke baad aise kapre bane. isi ko main kehta hoon saivaraijhanal support. yeh saari humanity jo hai, mere liye lagi hui thi.</w:t>
      </w:r>
      <w:r>
        <w:br/>
      </w:r>
      <w:r>
        <w:rPr>
          <w:sz w:val="20"/>
        </w:rPr>
        <w:t>8:05  har ek. hum hamare aap ke liye ke hamein achhe cheezein milein, comfortfull life mile.</w:t>
      </w:r>
      <w:r>
        <w:br/>
      </w:r>
      <w:r>
        <w:rPr>
          <w:sz w:val="20"/>
        </w:rPr>
        <w:t>8:15  to jab hum yeh sochenge ke laga ke sab mere benefactor hain saare log,</w:t>
      </w:r>
      <w:r>
        <w:br/>
      </w:r>
      <w:r>
        <w:rPr>
          <w:sz w:val="20"/>
        </w:rPr>
        <w:t>8:20  to main un se kyun na pyar karoon? kyun na main un ka benefactor banun?</w:t>
      </w:r>
      <w:r>
        <w:br/>
      </w:r>
      <w:r>
        <w:rPr>
          <w:sz w:val="20"/>
        </w:rPr>
        <w:t>8:27  is tarah dekhein, positive thinking. positive thinking boht hi zaroori hai. dekhein, hum samaj mein jaate hain, society mein rehte hain, to hum sab log jaante hain in baaton ke bar bar hamein provocative situation samna karta hai.</w:t>
      </w:r>
      <w:r>
        <w:br/>
      </w:r>
      <w:r>
        <w:rPr>
          <w:sz w:val="20"/>
        </w:rPr>
        <w:t>8:45  koi in ko hamein provoke karta hai, koi in ko hamein ghussa dilata hai,</w:t>
      </w:r>
      <w:r>
        <w:br/>
      </w:r>
      <w:r>
        <w:rPr>
          <w:sz w:val="20"/>
        </w:rPr>
        <w:t>8:51  kahin ke hamein in marked situation mein gir jaate hain. isi wajah se aap dekhein, society mein har aadmi ek jaisa negative thought hota hai.</w:t>
      </w:r>
      <w:r>
        <w:br/>
      </w:r>
      <w:r>
        <w:rPr>
          <w:sz w:val="20"/>
        </w:rPr>
        <w:t>8:59  jis ko bhi dekhein, agar woh kuch achhi si baatein kar raha ho, aap us ko scrutiny kijiye, to parodiye andar se niklega ke woh bhi negative thought le hue tha.</w:t>
      </w:r>
      <w:r>
        <w:br/>
      </w:r>
      <w:r>
        <w:rPr>
          <w:sz w:val="20"/>
        </w:rPr>
        <w:t>9:13  to har aadmi negative thought ke saath jee raha hai.</w:t>
      </w:r>
      <w:r>
        <w:br/>
      </w:r>
      <w:r>
        <w:rPr>
          <w:sz w:val="20"/>
        </w:rPr>
        <w:t>9:17  isi liye is negativity ko khatam karna parega. tab ja kar positive thinking aayegi.</w:t>
      </w:r>
      <w:r>
        <w:br/>
      </w:r>
      <w:r>
        <w:rPr>
          <w:sz w:val="20"/>
        </w:rPr>
        <w:t>9:28  jaise main introspection karta rehta hoon, daily apna, daily, taake jitne negative item hain mere mind mein, us ko nikaloon. yeh main pachas baras se kam se kam yeh kar raha hoon, jab se maine samjha hai is baat ko.</w:t>
      </w:r>
      <w:r>
        <w:br/>
      </w:r>
      <w:r>
        <w:rPr>
          <w:sz w:val="20"/>
        </w:rPr>
        <w:t>9:43  to daily mein yeh karta hoon ke apne mind mein jo thousand and thousand negative item hain, us ko nikalta hoon, through introspection.</w:t>
      </w:r>
      <w:r>
        <w:br/>
      </w:r>
      <w:r>
        <w:rPr>
          <w:sz w:val="20"/>
        </w:rPr>
        <w:t>9:56  tab ja kar aati hai positive thinking.</w:t>
      </w:r>
      <w:r>
        <w:br/>
      </w:r>
      <w:r>
        <w:rPr>
          <w:sz w:val="20"/>
        </w:rPr>
        <w:t>9:59  to jab positive thinking aayegi, tabhi aap ka positive behavior hoga society mein. yeh sab cheezein jab tak na hon, isi ko maine kaha hai prerequisites.</w:t>
      </w:r>
      <w:r>
        <w:br/>
      </w:r>
      <w:r>
        <w:rPr>
          <w:sz w:val="20"/>
        </w:rPr>
        <w:t>10:12  yaani modern values ko society mein translate karne ke liye zaroori hai ke pehle aap logon ko prepare karein.</w:t>
      </w:r>
    </w:p>
    <w:p>
      <w:pPr>
        <w:pStyle w:val="Heading2"/>
      </w:pPr>
      <w:r>
        <w:t>Why preachers must stay hate-free, even toward the West</w:t>
      </w:r>
    </w:p>
    <w:p>
      <w:r>
        <w:rPr>
          <w:color w:val="666666"/>
          <w:sz w:val="18"/>
        </w:rPr>
        <w:t>Divine Personality April 2, 2014 Maulana Wahiduddin Khan · 4m 00s · at 13:30 · https://youtu.be/4F-V__KFzpA?t=810</w:t>
      </w:r>
    </w:p>
    <w:p>
      <w:r>
        <w:rPr>
          <w:i/>
        </w:rPr>
        <w:t>“If you are living in the West you will find things you dislike.”</w:t>
      </w:r>
    </w:p>
    <w:p>
      <w:r>
        <w:rPr>
          <w:sz w:val="20"/>
        </w:rPr>
        <w:t>13:30  . It involves so many other things. For example, if you are living in the West, in the Western world you will find that there are a number of things that you dislike.</w:t>
      </w:r>
      <w:r>
        <w:br/>
      </w:r>
      <w:r>
        <w:rPr>
          <w:sz w:val="20"/>
        </w:rPr>
        <w:t>13:53  That is against the Islamic religion of Islam.</w:t>
      </w:r>
      <w:r>
        <w:br/>
      </w:r>
      <w:r>
        <w:rPr>
          <w:sz w:val="20"/>
        </w:rPr>
        <w:t>13:59  All the Due to this all the Muslims are negative towards the West. Even they say that the West is the enemy of Islam.</w:t>
      </w:r>
      <w:r>
        <w:br/>
      </w:r>
      <w:r>
        <w:rPr>
          <w:sz w:val="20"/>
        </w:rPr>
        <w:t>14:12  But your Ma'rifat,</w:t>
      </w:r>
      <w:r>
        <w:br/>
      </w:r>
      <w:r>
        <w:rPr>
          <w:sz w:val="20"/>
        </w:rPr>
        <w:t>14:18  your Ma'rifat is not ready to accept this kind of hateful psychology</w:t>
      </w:r>
      <w:r>
        <w:br/>
      </w:r>
      <w:r>
        <w:rPr>
          <w:sz w:val="20"/>
        </w:rPr>
        <w:t>14:28  y. You discover that da'wah and hate both cannot go together.</w:t>
      </w:r>
      <w:r>
        <w:br/>
      </w:r>
      <w:r>
        <w:rPr>
          <w:sz w:val="20"/>
        </w:rPr>
        <w:t>14:37  If you are a da'ee then you cannot afford to hate against Madh'u. You discover that every businessman knows that he cannot afford hate against his customers.</w:t>
      </w:r>
      <w:r>
        <w:br/>
      </w:r>
      <w:r>
        <w:rPr>
          <w:sz w:val="20"/>
        </w:rPr>
        <w:t>14:59  So among the business community there is a saying that customer-friendly, there is a term that is customer-friendly behavior.</w:t>
      </w:r>
      <w:r>
        <w:br/>
      </w:r>
      <w:r>
        <w:rPr>
          <w:sz w:val="20"/>
        </w:rPr>
        <w:t>15:12  So every businessman adopts customer-friendly behavior.</w:t>
      </w:r>
      <w:r>
        <w:br/>
      </w:r>
      <w:r>
        <w:rPr>
          <w:sz w:val="20"/>
        </w:rPr>
        <w:t>15:17  So you feel that I also must adopt Madhu-friendly behavior,</w:t>
      </w:r>
      <w:r>
        <w:br/>
      </w:r>
      <w:r>
        <w:rPr>
          <w:sz w:val="20"/>
        </w:rPr>
        <w:t>15:28  Madhu-friendly behavior. But it is not easy. Madhu-friendly behavior is not very easy because every time there are some unpleasant situations,</w:t>
      </w:r>
      <w:r>
        <w:br/>
      </w:r>
      <w:r>
        <w:rPr>
          <w:sz w:val="20"/>
        </w:rPr>
        <w:t>15:44  there are some sad experiences.</w:t>
      </w:r>
      <w:r>
        <w:br/>
      </w:r>
      <w:r>
        <w:rPr>
          <w:sz w:val="20"/>
        </w:rPr>
        <w:t>15:48  So you discover, you decide that I will adopt Madhu-friendly behavior in spite of all those atrocities, right or wrong.</w:t>
      </w:r>
      <w:r>
        <w:br/>
      </w:r>
      <w:r>
        <w:rPr>
          <w:sz w:val="20"/>
        </w:rPr>
        <w:t>16:11  So you feel that if I want to achieve that kind of reward which</w:t>
      </w:r>
      <w:r>
        <w:br/>
      </w:r>
      <w:r>
        <w:rPr>
          <w:sz w:val="20"/>
        </w:rPr>
        <w:t>16:25  will be given to diey for da'wah work</w:t>
      </w:r>
      <w:r>
        <w:br/>
      </w:r>
      <w:r>
        <w:rPr>
          <w:sz w:val="20"/>
        </w:rPr>
        <w:t>16:29  then you have to change your mind. Then you have to</w:t>
      </w:r>
      <w:r>
        <w:br/>
      </w:r>
      <w:r>
        <w:rPr>
          <w:sz w:val="20"/>
        </w:rPr>
        <w:t>16:38  make yourself hate-free. Then you have to adopt Madhu-friendly behavior. Otherwise you will fail to do da'wah work and also you will fail to achieve that reward which is</w:t>
      </w:r>
      <w:r>
        <w:br/>
      </w:r>
      <w:r>
        <w:rPr>
          <w:sz w:val="20"/>
        </w:rPr>
        <w:t>17:01  destined for those people who have done da'wah work in this world.</w:t>
      </w:r>
      <w:r>
        <w:br/>
      </w:r>
      <w:r>
        <w:rPr>
          <w:sz w:val="20"/>
        </w:rPr>
        <w:t>17:10  So this is da'wah culture.</w:t>
      </w:r>
      <w:r>
        <w:br/>
      </w:r>
      <w:r>
        <w:rPr>
          <w:sz w:val="20"/>
        </w:rPr>
        <w:t>17:16  So this is the two basic principles, Ma'rifat and da'wah. All other things that are part of Islam like ibadah,</w:t>
      </w:r>
    </w:p>
    <w:p>
      <w:pPr>
        <w:pStyle w:val="Heading2"/>
      </w:pPr>
      <w:r>
        <w:t>Lonely voice to global mission revival</w:t>
      </w:r>
    </w:p>
    <w:p>
      <w:r>
        <w:rPr>
          <w:color w:val="666666"/>
          <w:sz w:val="18"/>
        </w:rPr>
        <w:t>Revival of Faith I 25 Sept, 2011 - Maulana Wahiduddin Khan · 5m 12s · at 16:21 · https://youtu.be/y8_SQ8dJ0w0?t=981</w:t>
      </w:r>
    </w:p>
    <w:p>
      <w:r>
        <w:rPr>
          <w:i/>
        </w:rPr>
        <w:t>“Lonely voice, akela ek aadmi ki aawaz”</w:t>
      </w:r>
    </w:p>
    <w:p>
      <w:r>
        <w:rPr>
          <w:sz w:val="20"/>
        </w:rPr>
        <w:t>16:21  to yahan par kaam shuru hua. ab mere bare mein bohat pehle chupa tha akhbar mein. lonely voice.</w:t>
      </w:r>
      <w:r>
        <w:br/>
      </w:r>
      <w:r>
        <w:rPr>
          <w:sz w:val="20"/>
        </w:rPr>
        <w:t>16:32  akela ek aadmi ki awaz. aur waqeatan woh us waqt lonely voice thi. main akela ek aadmi tha jab aaya tha sixty seven mein dilli mein.</w:t>
      </w:r>
      <w:r>
        <w:br/>
      </w:r>
      <w:r>
        <w:rPr>
          <w:sz w:val="20"/>
        </w:rPr>
        <w:t>16:42  aaj Allah ke fazl se dekhiye, jab yeh base ban gaya, yahan par kaam shuru hua to meri family is mein jud gayi. hamare sath ek team</w:t>
      </w:r>
      <w:r>
        <w:br/>
      </w:r>
      <w:r>
        <w:rPr>
          <w:sz w:val="20"/>
        </w:rPr>
        <w:t>16:53  mil gayi, hum ko hasil ho gayi. abhi main subah, aaj ki subah, etv sun raha tha to is mein hum, maine dekha ke hamari team ki ek member, Maria, taqreer kar rahi thi.</w:t>
      </w:r>
      <w:r>
        <w:br/>
      </w:r>
      <w:r>
        <w:rPr>
          <w:sz w:val="20"/>
        </w:rPr>
        <w:t>17:06  to main penthasah round laga.</w:t>
      </w:r>
      <w:r>
        <w:br/>
      </w:r>
      <w:r>
        <w:rPr>
          <w:sz w:val="20"/>
        </w:rPr>
        <w:t>17:11  kyun? agar yeh base nahi bani hui to Maria tayyar nahi ho sakti thi. is se pehle itni lambi umar mein main kisi Maria ko tayyar nahi kar paya tha.</w:t>
      </w:r>
      <w:r>
        <w:br/>
      </w:r>
      <w:r>
        <w:rPr>
          <w:sz w:val="20"/>
        </w:rPr>
        <w:t>17:21  aur Maria se sainkaron hazaron log tayyar ho gaye. kyun ke base se hum sirf yeh nahi ke yahan par log ekatha hote hain.</w:t>
      </w:r>
      <w:r>
        <w:br/>
      </w:r>
      <w:r>
        <w:rPr>
          <w:sz w:val="20"/>
        </w:rPr>
        <w:t>17:30  is is base ko istemal kar ke aap jante hain ke aaj kitabein chhap rahi hain. yahan se electronic zariye ko istemal kiya ja raha hai.</w:t>
      </w:r>
      <w:r>
        <w:br/>
      </w:r>
      <w:r>
        <w:rPr>
          <w:sz w:val="20"/>
        </w:rPr>
        <w:t>17:43  yani ek poori sargermi yahan par hai is multi-story building mein. aur aalami sargermi hai. yahan se le kar bahar ke mulkon tak kaam phaila hua hai.</w:t>
      </w:r>
      <w:r>
        <w:br/>
      </w:r>
      <w:r>
        <w:rPr>
          <w:sz w:val="20"/>
        </w:rPr>
        <w:t>17:54  yeh jab base bana tab base ke baghair main ek lonely voice bana hua tha logon ki nazar mein.</w:t>
      </w:r>
      <w:r>
        <w:br/>
      </w:r>
      <w:r>
        <w:rPr>
          <w:sz w:val="20"/>
        </w:rPr>
        <w:t>18:05  aaj Allah ke fazl se jab Allah taala ne base de diya to tab family ko log jud gaye, team jud gayi.</w:t>
      </w:r>
      <w:r>
        <w:br/>
      </w:r>
      <w:r>
        <w:rPr>
          <w:sz w:val="20"/>
        </w:rPr>
        <w:t>18:13  sari duniya mein afraad ekatha ho gaye. aur har jagah kaam kar rahe hain. there are thousands of Marias.</w:t>
      </w:r>
      <w:r>
        <w:br/>
      </w:r>
      <w:r>
        <w:rPr>
          <w:sz w:val="20"/>
        </w:rPr>
        <w:t>18:23  ek nahi hain jo har jagah kaam kar rahe hain. to yeh waqea jo hua</w:t>
      </w:r>
      <w:r>
        <w:br/>
      </w:r>
      <w:r>
        <w:rPr>
          <w:sz w:val="20"/>
        </w:rPr>
        <w:t>18:30  ati ati thri mein, is ko main rozana revive karta hoon. har din main sochta hoon ke dekho, Allah taala ne yeh base na di hoti to hamara mission jo hai kuch bhi na hota.</w:t>
      </w:r>
      <w:r>
        <w:br/>
      </w:r>
      <w:r>
        <w:rPr>
          <w:sz w:val="20"/>
        </w:rPr>
        <w:t>18:42  missions ko aap yani sadak par nahi chala sakte aap mission koi.</w:t>
      </w:r>
      <w:r>
        <w:br/>
      </w:r>
      <w:r>
        <w:rPr>
          <w:sz w:val="20"/>
        </w:rPr>
        <w:t>18:49  to aap yaqeen kijiye ke main har din yeh sochta hoon ke Allah taala ne mujhe yeh base di, mujhe yeh family di, mujhe yeh team di, mujhe yeh infrastructure diya.</w:t>
      </w:r>
      <w:r>
        <w:br/>
      </w:r>
      <w:r>
        <w:rPr>
          <w:sz w:val="20"/>
        </w:rPr>
        <w:t>19:02  mujhe print media aur electronic media ko istemal karne wale aadmi diye.</w:t>
      </w:r>
      <w:r>
        <w:br/>
      </w:r>
      <w:r>
        <w:rPr>
          <w:sz w:val="20"/>
        </w:rPr>
        <w:t>19:08  yani dekhiye, aap ghor kijiye ke main computer ke abc d nahi janta. mobile ko main dial nahi kar sakta.</w:t>
      </w:r>
      <w:r>
        <w:br/>
      </w:r>
      <w:r>
        <w:rPr>
          <w:sz w:val="20"/>
        </w:rPr>
        <w:t>19:18  lekin dekhiye, Allah taala ka fazl kitne sare log yani poora poora hamara mission jo hai</w:t>
      </w:r>
      <w:r>
        <w:br/>
      </w:r>
      <w:r>
        <w:rPr>
          <w:sz w:val="20"/>
        </w:rPr>
        <w:t>19:26  woh poora poora mission jo hai computerize ho kar ho gaya hua hai. poora poora mission computerize mission hai. kitne sare log is ko electronic media ko istemal kar ke is ko international level par phaila rahe hain.</w:t>
      </w:r>
      <w:r>
        <w:br/>
      </w:r>
      <w:r>
        <w:rPr>
          <w:sz w:val="20"/>
        </w:rPr>
        <w:t>19:42  jabke main abc d bhi nahi janta. to main har din sochta hoon ke Allah taala ki dawat, inaam hai ke aaj main jab main sun raha tha etv par Maria ki taqreer to mujhe ek ayat samajh mein aayi.</w:t>
      </w:r>
      <w:r>
        <w:br/>
      </w:r>
      <w:r>
        <w:rPr>
          <w:sz w:val="20"/>
        </w:rPr>
        <w:t>20:02  quran mein hai: wa kafallahu al mominul qatal</w:t>
      </w:r>
      <w:r>
        <w:br/>
      </w:r>
      <w:r>
        <w:rPr>
          <w:sz w:val="20"/>
        </w:rPr>
        <w:t>20:08  yani jab is zamane mein, rasool allah ke zamane mein, dushmano ne hamla kiya aur allah ne farishte bheje aur musalmano ko jeet hui to aaya hai ke wa kafallahu al mominul qatal allah jang ke liye momin ki taraf se kafi ho gaya.</w:t>
      </w:r>
      <w:r>
        <w:br/>
      </w:r>
      <w:r>
        <w:rPr>
          <w:sz w:val="20"/>
        </w:rPr>
        <w:t>20:26  to main ne qital ko badla. main ne wahan daawa lafz rakha. ad daawa wa kafallahu al momin ad da'wa yani hum jo aajiz bande thay, kamzor bande thay, lekin hum ne da'wa ka kaam karna chaha to allah kafi hoga da'wa kaam ko</w:t>
      </w:r>
      <w:r>
        <w:br/>
      </w:r>
      <w:r>
        <w:rPr>
          <w:sz w:val="20"/>
        </w:rPr>
        <w:t>20:48  international level par phailane ke liye. yahi hai iman ko zinda karna. iman ko zinda karna kya hai?</w:t>
      </w:r>
      <w:r>
        <w:br/>
      </w:r>
      <w:r>
        <w:rPr>
          <w:sz w:val="20"/>
        </w:rPr>
        <w:t>20:59  allah ki nemat'on ko yaad karna. allah ki glory ko yaad karna. allah ki nusrat ko yaad karna.</w:t>
      </w:r>
      <w:r>
        <w:br/>
      </w:r>
      <w:r>
        <w:rPr>
          <w:sz w:val="20"/>
        </w:rPr>
        <w:t>21:07  jab nusrat ko yaad karte hain to aap ka ta'alluq allah se phir qaim hota hai. asrar ka ta'alluq qaim hota hai. yani bande aur khuda ke darmiyan ek revival hota hai, phir se ta'alluq qaim hota hai.</w:t>
      </w:r>
      <w:r>
        <w:br/>
      </w:r>
      <w:r>
        <w:rPr>
          <w:sz w:val="20"/>
        </w:rPr>
        <w:t>21:23  is se aap ke andar iman badhta rehta hai. iman kabhi sard nahi ho pata. iman kabhi boseeda nahi ho pata.</w:t>
      </w:r>
    </w:p>
    <w:p>
      <w:pPr>
        <w:pStyle w:val="Heading2"/>
      </w:pPr>
      <w:r>
        <w:t>Dialogue needs a purpose beyond dialogue itself</w:t>
      </w:r>
    </w:p>
    <w:p>
      <w:r>
        <w:rPr>
          <w:color w:val="666666"/>
          <w:sz w:val="18"/>
        </w:rPr>
        <w:t>Interfaith Dialogue (English) February 1, 2014 Maulana Wahiduddin Khan · 43s · at 27:18 · https://youtu.be/esM8RDj_new?t=1638</w:t>
      </w:r>
    </w:p>
    <w:p>
      <w:r>
        <w:rPr>
          <w:i/>
        </w:rPr>
        <w:t>“Dialogue, for the sake of dialogue, is nothing.”</w:t>
      </w:r>
    </w:p>
    <w:p>
      <w:r>
        <w:rPr>
          <w:sz w:val="20"/>
        </w:rPr>
        <w:t>27:18  It is very clear that dialogue, for the sake of dialogue, is nothing.</w:t>
      </w:r>
      <w:r>
        <w:br/>
      </w:r>
      <w:r>
        <w:rPr>
          <w:sz w:val="20"/>
        </w:rPr>
        <w:t>27:26  Dialogue, for the sake of dialogue, is nothing.</w:t>
      </w:r>
      <w:r>
        <w:br/>
      </w:r>
      <w:r>
        <w:rPr>
          <w:sz w:val="20"/>
        </w:rPr>
        <w:t>27:33  So, if we want to take dialogue for some purpose, then what is the purpose? So, according to my experience, the purpose is to the is sharing, mutual learning,</w:t>
      </w:r>
      <w:r>
        <w:br/>
      </w:r>
      <w:r>
        <w:rPr>
          <w:sz w:val="20"/>
        </w:rPr>
        <w:t>27:55  interaction.</w:t>
      </w:r>
    </w:p>
    <w:p>
      <w:pPr>
        <w:pStyle w:val="Heading2"/>
      </w:pPr>
      <w:r>
        <w:t>Prophet's formula for a positive mind in a provocative world</w:t>
      </w:r>
    </w:p>
    <w:p>
      <w:r>
        <w:rPr>
          <w:color w:val="666666"/>
          <w:sz w:val="18"/>
        </w:rPr>
        <w:t>Islam and Peace August 25, 2013 · 2m 55s · at 7:58 · https://youtu.be/WbBu4W6AUUs?t=478</w:t>
      </w:r>
    </w:p>
    <w:p>
      <w:r>
        <w:rPr>
          <w:i/>
        </w:rPr>
        <w:t>“A companion asked the Prophet for a master formula”</w:t>
      </w:r>
    </w:p>
    <w:p>
      <w:r>
        <w:rPr>
          <w:sz w:val="20"/>
        </w:rPr>
        <w:t>7:58  aap dekhiye, Rasool Allah sal Allah alaihi wasallam ke paas ek aadmi aata hai, ek bar ek sahabi. woh kehte hain ke ya Rasool Allah, alimni kalimat aish bayna, wala tuksar alay fana.</w:t>
      </w:r>
      <w:r>
        <w:br/>
      </w:r>
      <w:r>
        <w:rPr>
          <w:sz w:val="20"/>
        </w:rPr>
        <w:t>8:14  is ka matlab kya hai? is ka matlab yeh hai ke O Prophet, give me a master formula to manage all the affairs of my life.</w:t>
      </w:r>
      <w:r>
        <w:br/>
      </w:r>
      <w:r>
        <w:rPr>
          <w:sz w:val="20"/>
        </w:rPr>
        <w:t>8:29  zindagi ke masail ko hal karne ke liye ek master formula pooch raha hai woh. aap kya kehte hain? la taghzab, don't be angry .</w:t>
      </w:r>
      <w:r>
        <w:br/>
      </w:r>
      <w:r>
        <w:rPr>
          <w:sz w:val="20"/>
        </w:rPr>
        <w:t>8:40  tum ghussa mat karo. to ghussa jo hai, negative thinking ki wajah se to hota hai. ghussa kyun aadmi karta hai?</w:t>
      </w:r>
      <w:r>
        <w:br/>
      </w:r>
      <w:r>
        <w:rPr>
          <w:sz w:val="20"/>
        </w:rPr>
        <w:t>8:48  woh negative ho jata hai. woh negative response ka naam hai ghussa. is ka matlab hai ke tum jis situation mein ho, us mein negative response mat do.</w:t>
      </w:r>
      <w:r>
        <w:br/>
      </w:r>
      <w:r>
        <w:rPr>
          <w:sz w:val="20"/>
        </w:rPr>
        <w:t>9:00  acha, aap yeh jante hain ke Rasool Allah sal Allah alaihi wasallam ko sab baton ki khabar thi. aap ko maloom tha ke aadmi jo dunya mein jeeta hai, wahan unwanted situation hai.</w:t>
      </w:r>
      <w:r>
        <w:br/>
      </w:r>
      <w:r>
        <w:rPr>
          <w:sz w:val="20"/>
        </w:rPr>
        <w:t>9:12  yeh dunya darul qabz hai. aap ko pata tha. bar bar aadmi ko aise tajrubaat hote hain jo us ko provoke karte hain.</w:t>
      </w:r>
      <w:r>
        <w:br/>
      </w:r>
      <w:r>
        <w:rPr>
          <w:sz w:val="20"/>
        </w:rPr>
        <w:t>9:22  yani hum we are living in a provocative world . Rasool Allah se bekhabar nahi the.</w:t>
      </w:r>
      <w:r>
        <w:br/>
      </w:r>
      <w:r>
        <w:rPr>
          <w:sz w:val="20"/>
        </w:rPr>
        <w:t>9:32  agar aap bekhabar manen to yeh manna padega ke Rasool Allah nabi nahi the. to woh aadmi jo sawal karta hai ke mujhe aisa formula bataiye, to is sawal mein yeh baat implicit hai, implicit hai ke main reh raha hoon ek aisi dunya mein jo har lamha mujhe koi,</w:t>
      </w:r>
      <w:r>
        <w:br/>
      </w:r>
      <w:r>
        <w:rPr>
          <w:sz w:val="20"/>
        </w:rPr>
        <w:t>9:55  jis se hal marla, mujhe koi takleef pohnchti hai. koi mujhe</w:t>
      </w:r>
      <w:r>
        <w:br/>
      </w:r>
      <w:r>
        <w:rPr>
          <w:sz w:val="20"/>
        </w:rPr>
        <w:t>10:04  bhadkata hai. koi mujhe provoke karta hai. yani I am living in a provocative world . yeh is mein implicit hai.</w:t>
      </w:r>
      <w:r>
        <w:br/>
      </w:r>
      <w:r>
        <w:rPr>
          <w:sz w:val="20"/>
        </w:rPr>
        <w:t>10:13  to aisi dunya mein main kya karoon? to aap keh rahe hain ke ghussa mat karo. yani is ka matlab yeh hua ke tum har haal mein positive raho.</w:t>
      </w:r>
      <w:r>
        <w:br/>
      </w:r>
      <w:r>
        <w:rPr>
          <w:sz w:val="20"/>
        </w:rPr>
        <w:t>10:26  Negative mat bano kabhi bhi.</w:t>
      </w:r>
      <w:r>
        <w:br/>
      </w:r>
      <w:r>
        <w:rPr>
          <w:sz w:val="20"/>
        </w:rPr>
        <w:t>10:30  yani you have to live with positive mind in every situation .</w:t>
      </w:r>
      <w:r>
        <w:br/>
      </w:r>
      <w:r>
        <w:rPr>
          <w:sz w:val="20"/>
        </w:rPr>
        <w:t>10:40  to aap ghor kijiye ke Musalman kya kitab mehjoor nahi bana diya unhone Allah ki, Allah ke talimat ko?</w:t>
      </w:r>
    </w:p>
    <w:p>
      <w:pPr>
        <w:pStyle w:val="Heading2"/>
      </w:pPr>
      <w:r>
        <w:t>Zakat as money management and purification</w:t>
      </w:r>
    </w:p>
    <w:p>
      <w:r>
        <w:rPr>
          <w:color w:val="666666"/>
          <w:sz w:val="18"/>
        </w:rPr>
        <w:t>Principles of Zakat in Islam 11 May 2007 - Maulana Wahiduddin Khan · 2m 28s · at 7:55 · https://youtu.be/RmfLc_lQrxs?t=475</w:t>
      </w:r>
    </w:p>
    <w:p>
      <w:r>
        <w:rPr>
          <w:i/>
        </w:rPr>
        <w:t>“Zakat gives you the principle of money management.”</w:t>
      </w:r>
    </w:p>
    <w:p>
      <w:r>
        <w:rPr>
          <w:sz w:val="20"/>
        </w:rPr>
        <w:t>7:55  Zakat is... the... Zakat gives you the principle of money management.</w:t>
      </w:r>
      <w:r>
        <w:br/>
      </w:r>
      <w:r>
        <w:rPr>
          <w:sz w:val="20"/>
        </w:rPr>
        <w:t>8:04  Now... Zakat literally means purification. Purification.</w:t>
      </w:r>
      <w:r>
        <w:br/>
      </w:r>
      <w:r>
        <w:rPr>
          <w:sz w:val="20"/>
        </w:rPr>
        <w:t>8:15  The literal meaning of Zakat is purification. So when you pay Zakat from your earning... you are purifying yourself.</w:t>
      </w:r>
      <w:r>
        <w:br/>
      </w:r>
      <w:r>
        <w:rPr>
          <w:sz w:val="20"/>
        </w:rPr>
        <w:t>8:28  You know... money is the greatest... thing for everyone. The center of love is money.</w:t>
      </w:r>
      <w:r>
        <w:br/>
      </w:r>
      <w:r>
        <w:rPr>
          <w:sz w:val="20"/>
        </w:rPr>
        <w:t>8:37  For everyone.</w:t>
      </w:r>
      <w:r>
        <w:br/>
      </w:r>
      <w:r>
        <w:rPr>
          <w:sz w:val="20"/>
        </w:rPr>
        <w:t>8:40  Everyone loves money. So there is a verse in the Quran... lan tanalul birra hatta tunfiqu mimma tuhibbun Money is your supreme concern.</w:t>
      </w:r>
      <w:r>
        <w:br/>
      </w:r>
      <w:r>
        <w:rPr>
          <w:sz w:val="20"/>
        </w:rPr>
        <w:t>8:59  You love money. So until you pay from this... money, you are not a true believer. This is purification.</w:t>
      </w:r>
      <w:r>
        <w:br/>
      </w:r>
      <w:r>
        <w:rPr>
          <w:sz w:val="20"/>
        </w:rPr>
        <w:t>9:10  When you pay a part of your earning... for the sake of God...</w:t>
      </w:r>
      <w:r>
        <w:br/>
      </w:r>
      <w:r>
        <w:rPr>
          <w:sz w:val="20"/>
        </w:rPr>
        <w:t>9:20  it means that you are purifying your money. You are inculcating the spirit of...</w:t>
      </w:r>
      <w:r>
        <w:br/>
      </w:r>
      <w:r>
        <w:rPr>
          <w:sz w:val="20"/>
        </w:rPr>
        <w:t>9:31  consciousness. That God is everything. My money is for God.</w:t>
      </w:r>
      <w:r>
        <w:br/>
      </w:r>
      <w:r>
        <w:rPr>
          <w:sz w:val="20"/>
        </w:rPr>
        <w:t>9:38  I am for God.</w:t>
      </w:r>
      <w:r>
        <w:br/>
      </w:r>
      <w:r>
        <w:rPr>
          <w:sz w:val="20"/>
        </w:rPr>
        <w:t>9:42  Every... belonging of my...</w:t>
      </w:r>
      <w:r>
        <w:br/>
      </w:r>
      <w:r>
        <w:rPr>
          <w:sz w:val="20"/>
        </w:rPr>
        <w:t>9:48  myself is for God. So... Zakat is a sign of this kind of...</w:t>
      </w:r>
      <w:r>
        <w:br/>
      </w:r>
      <w:r>
        <w:rPr>
          <w:sz w:val="20"/>
        </w:rPr>
        <w:t>10:00  decision, this kind of...</w:t>
      </w:r>
      <w:r>
        <w:br/>
      </w:r>
      <w:r>
        <w:rPr>
          <w:sz w:val="20"/>
        </w:rPr>
        <w:t>10:04  of</w:t>
      </w:r>
      <w:r>
        <w:br/>
      </w:r>
      <w:r>
        <w:rPr>
          <w:sz w:val="20"/>
        </w:rPr>
        <w:t>10:06  declaration. So, there are 2 aspects, 2 basic aspects of Zakat. There are 2 basic aspects of Zakat.</w:t>
      </w:r>
      <w:r>
        <w:br/>
      </w:r>
      <w:r>
        <w:rPr>
          <w:sz w:val="20"/>
        </w:rPr>
        <w:t>10:21  One is personal.</w:t>
      </w:r>
    </w:p>
    <w:p>
      <w:pPr>
        <w:pStyle w:val="Heading2"/>
      </w:pPr>
      <w:r>
        <w:t>Seminar lessons on seriousness</w:t>
      </w:r>
    </w:p>
    <w:p>
      <w:r>
        <w:rPr>
          <w:color w:val="666666"/>
          <w:sz w:val="18"/>
        </w:rPr>
        <w:t>Lessons and Experience 22 May 2011 - Maulana Wahiduddin Khan · 2m 57s · at 11:24 · https://youtu.be/vxgZMiqBTiE?t=684</w:t>
      </w:r>
    </w:p>
    <w:p>
      <w:r>
        <w:rPr>
          <w:i/>
        </w:rPr>
        <w:t>“Yesterday I went to a seminar”</w:t>
      </w:r>
    </w:p>
    <w:p>
      <w:r>
        <w:rPr>
          <w:sz w:val="20"/>
        </w:rPr>
        <w:t>11:24  kal main aik seminar mein gaya tha. wahan kai top ke logon ke khitabat thay.</w:t>
      </w:r>
      <w:r>
        <w:br/>
      </w:r>
      <w:r>
        <w:rPr>
          <w:sz w:val="20"/>
        </w:rPr>
        <w:t>11:38  to</w:t>
      </w:r>
      <w:r>
        <w:br/>
      </w:r>
      <w:r>
        <w:rPr>
          <w:sz w:val="20"/>
        </w:rPr>
        <w:t>11:43  bohat ajeeb ajeeb kai tajurbe mujhe hue.</w:t>
      </w:r>
      <w:r>
        <w:br/>
      </w:r>
      <w:r>
        <w:rPr>
          <w:sz w:val="20"/>
        </w:rPr>
        <w:t>11:50  misal ke tor par dekhiye, aik sahab thay jo bohat joke sunate thay. aur khoob log hanste thay aur taliyan bajate thay.</w:t>
      </w:r>
      <w:r>
        <w:br/>
      </w:r>
      <w:r>
        <w:rPr>
          <w:sz w:val="20"/>
        </w:rPr>
        <w:t>12:04  taliyan bajate thay. main ne socha ke yeh jo taliyan bajate hain log, jo joke chhodte hain yeh log. yeh apne aap ko kitni bari bahruyi mein dale hue hain.</w:t>
      </w:r>
      <w:r>
        <w:br/>
      </w:r>
      <w:r>
        <w:rPr>
          <w:sz w:val="20"/>
        </w:rPr>
        <w:t>12:18  is ka matlab hai ke aap ke andar</w:t>
      </w:r>
      <w:r>
        <w:br/>
      </w:r>
      <w:r>
        <w:rPr>
          <w:sz w:val="20"/>
        </w:rPr>
        <w:t>12:22  sanjida soch nahi develop kare gi. jab aap joke par hasein ge, taliyan bajayein ge. to sanjida soch chali jaye gi aap ke andar se.</w:t>
      </w:r>
      <w:r>
        <w:br/>
      </w:r>
      <w:r>
        <w:rPr>
          <w:sz w:val="20"/>
        </w:rPr>
        <w:t>12:34  bari bari baatein kaise janen ge aap? jo aadmi koi bari baat daryaft kar le,</w:t>
      </w:r>
      <w:r>
        <w:br/>
      </w:r>
      <w:r>
        <w:rPr>
          <w:sz w:val="20"/>
        </w:rPr>
        <w:t>12:41  taliyan nahi bajaye ga woh. yeh bare bare science dan thay, un ke halaat parhiye aap. us ko daryaft hoti thi to kya taliyan bajata tha woh? koi science dan aisa nahi mile ga aap ko jo taliyan bajata ho.</w:t>
      </w:r>
      <w:r>
        <w:br/>
      </w:r>
      <w:r>
        <w:rPr>
          <w:sz w:val="20"/>
        </w:rPr>
        <w:t>12:58  taliyan bajana, ha ha karna,</w:t>
      </w:r>
      <w:r>
        <w:br/>
      </w:r>
      <w:r>
        <w:rPr>
          <w:sz w:val="20"/>
        </w:rPr>
        <w:t>13:04  bahut hansna, yeh sab jo hai. ke science-daanon, science-daan community ke paas aap nahin paayenge. kyon? woh log sachai ko talash karte the.</w:t>
      </w:r>
      <w:r>
        <w:br/>
      </w:r>
      <w:r>
        <w:rPr>
          <w:sz w:val="20"/>
        </w:rPr>
        <w:t>13:15  badi baaton ko daryaft karte the.</w:t>
      </w:r>
      <w:r>
        <w:br/>
      </w:r>
      <w:r>
        <w:rPr>
          <w:sz w:val="20"/>
        </w:rPr>
        <w:t>13:19  to main ne socha ke logon ka haal ajeeb o ghareeb hai. ke woh jeete hain in sanjidgi mein. in ko kaise address kiya jaaye?</w:t>
      </w:r>
      <w:r>
        <w:br/>
      </w:r>
      <w:r>
        <w:rPr>
          <w:sz w:val="20"/>
        </w:rPr>
        <w:t>13:31  kaise address kiya jaaye? ab dekhiye ke main</w:t>
      </w:r>
      <w:r>
        <w:br/>
      </w:r>
      <w:r>
        <w:rPr>
          <w:sz w:val="20"/>
        </w:rPr>
        <w:t>13:38  mujh se, mujhe abhi is mein bolna tha. to</w:t>
      </w:r>
      <w:r>
        <w:br/>
      </w:r>
      <w:r>
        <w:rPr>
          <w:sz w:val="20"/>
        </w:rPr>
        <w:t>13:46  mujhe, main to bahut hi sanjeeda andaaz mein bolta hoon. sanjeeda baatein. to main ne kuch sanjeeda baatein kahein.</w:t>
      </w:r>
      <w:r>
        <w:br/>
      </w:r>
      <w:r>
        <w:rPr>
          <w:sz w:val="20"/>
        </w:rPr>
        <w:t>13:57  to meri baaton par mujhe laga ke unhein koi koi josh nahin aaya jaise josh aata tha un ko joke par.</w:t>
      </w:r>
      <w:r>
        <w:br/>
      </w:r>
      <w:r>
        <w:rPr>
          <w:sz w:val="20"/>
        </w:rPr>
        <w:t>14:06  kyon ke tayyar zehan nahin. aap ko dekhiye, aap ko tayyar zehan rehna chahiye aap ko har waqt. tabhi aap cheezon se sabak lenge.</w:t>
      </w:r>
    </w:p>
    <w:p>
      <w:pPr>
        <w:pStyle w:val="Heading2"/>
      </w:pPr>
      <w:r>
        <w:t>the age of religious persecution made early dawah nearly impossible</w:t>
      </w:r>
    </w:p>
    <w:p>
      <w:r>
        <w:rPr>
          <w:color w:val="666666"/>
          <w:sz w:val="18"/>
        </w:rPr>
        <w:t>The Companions and the Hadith Scholars June 24, 2012 · 2m 27s · at 10:10 · https://youtu.be/Dj4QiYnxgBs?t=610</w:t>
      </w:r>
    </w:p>
    <w:p>
      <w:r>
        <w:rPr>
          <w:i/>
        </w:rPr>
        <w:t>“Pichli ummaton ka daur tha religious persecution ka, mazhabi jabr ka”</w:t>
      </w:r>
    </w:p>
    <w:p>
      <w:r>
        <w:rPr>
          <w:sz w:val="20"/>
        </w:rPr>
        <w:t>10:10  dekhiye, Surah Al-Baqarah mein jo aayat hai Rabbana wala ta'mil alaina isran kama hamaltahu ala allatheena min qablina is se murad murad hai age related problem.</w:t>
      </w:r>
      <w:r>
        <w:br/>
      </w:r>
      <w:r>
        <w:rPr>
          <w:sz w:val="20"/>
        </w:rPr>
        <w:t>10:23  age related problem yani pichle logon par jo pichle logon ko jis age mein kaam karna pada, pichli ummaton ko jis age mein kaam karna pada dawat ka, woh kya tha</w:t>
      </w:r>
      <w:r>
        <w:br/>
      </w:r>
      <w:r>
        <w:rPr>
          <w:sz w:val="20"/>
        </w:rPr>
        <w:t>10:40  ? woh tha religious persecution ka age, mazhabi jabr ka age. is ki misal Quran mein hai, Surah Al-Buruj mein wa ma naqamu minhum illa an yu'minu billahi al-Aziz al-Hamid yani sirf yeh kehna ke Allah aik hai,</w:t>
      </w:r>
      <w:r>
        <w:br/>
      </w:r>
      <w:r>
        <w:rPr>
          <w:sz w:val="20"/>
        </w:rPr>
        <w:t>11:03  is par bhi un ko mara jata tha. kyun?</w:t>
      </w:r>
      <w:r>
        <w:br/>
      </w:r>
      <w:r>
        <w:rPr>
          <w:sz w:val="20"/>
        </w:rPr>
        <w:t>11:08  is zamane mein yeh maan liya gaya tha ke religion wohi hai jo state ka ho. yeh maan liya gaya tha.</w:t>
      </w:r>
      <w:r>
        <w:br/>
      </w:r>
      <w:r>
        <w:rPr>
          <w:sz w:val="20"/>
        </w:rPr>
        <w:t>11:21  state jo thi, jise is zamane mein state aur mazhab alag alag ho gaye hain, is zamane mein state ka koi mazhab nahi hota.</w:t>
      </w:r>
      <w:r>
        <w:br/>
      </w:r>
      <w:r>
        <w:rPr>
          <w:sz w:val="20"/>
        </w:rPr>
        <w:t>11:32  is zamane mein state ka jo mazhab hota tha, wohi sare logon ko manna parta tha. jis ko kehte hain anna salihu ad-deenu wal 'uloom to jo aadmi</w:t>
      </w:r>
      <w:r>
        <w:br/>
      </w:r>
      <w:r>
        <w:rPr>
          <w:sz w:val="20"/>
        </w:rPr>
        <w:t>11:49  state religion ke siwa koi aur religion apnaaye, koi aur aqeedah apnaaye, to us ko mara jata tha, us ko peeta jata tha, us ko</w:t>
      </w:r>
      <w:r>
        <w:br/>
      </w:r>
      <w:r>
        <w:rPr>
          <w:sz w:val="20"/>
        </w:rPr>
        <w:t>11:57  us ko majboor kiya jata tha ke woh state religion ko apnaaye. us ko kaha jata hai religious persecution. to is ki wajah se dawat ka kaam bohat mushkil tha,</w:t>
      </w:r>
      <w:r>
        <w:br/>
      </w:r>
      <w:r>
        <w:rPr>
          <w:sz w:val="20"/>
        </w:rPr>
        <w:t>12:14  boht hi mushkil ho gaya tha dawat ka kaam</w:t>
      </w:r>
      <w:r>
        <w:br/>
      </w:r>
      <w:r>
        <w:rPr>
          <w:sz w:val="20"/>
        </w:rPr>
        <w:t>12:17  logon ko shadeed,</w:t>
      </w:r>
      <w:r>
        <w:br/>
      </w:r>
      <w:r>
        <w:rPr>
          <w:sz w:val="20"/>
        </w:rPr>
        <w:t>12:24  boht ziyada hukoomat ki taraf se, boht ziyada sakht sazaon ka saamna kar ke dawat ka kaam karna parta tha.</w:t>
      </w:r>
    </w:p>
    <w:p>
      <w:pPr>
        <w:pStyle w:val="Heading2"/>
      </w:pPr>
      <w:r>
        <w:t>Age of religious persecution to religious freedom</w:t>
      </w:r>
    </w:p>
    <w:p>
      <w:r>
        <w:rPr>
          <w:color w:val="666666"/>
          <w:sz w:val="18"/>
        </w:rPr>
        <w:t>Sahaba and Muhaddithin 24th June 2012 - Maulana Wahiduddin Khan · 6m 00s · at 10:54 · https://youtu.be/tUPo7MI0Bdo?t=654</w:t>
      </w:r>
    </w:p>
    <w:p>
      <w:r>
        <w:rPr>
          <w:i/>
        </w:rPr>
        <w:t>“Age-related problem: pichle logon ka kaam tha religious persecution ka age”</w:t>
      </w:r>
    </w:p>
    <w:p>
      <w:r>
        <w:rPr>
          <w:sz w:val="20"/>
        </w:rPr>
        <w:t>10:54  age related problem yani pichhle logon par jo pichhle logon ko jis age mein kaam karna pada, pichhli ummaton ko jis age mein kaam karna pada dawat ka,</w:t>
      </w:r>
      <w:r>
        <w:br/>
      </w:r>
      <w:r>
        <w:rPr>
          <w:sz w:val="20"/>
        </w:rPr>
        <w:t>11:10  woh kya tha? woh tha</w:t>
      </w:r>
      <w:r>
        <w:br/>
      </w:r>
      <w:r>
        <w:rPr>
          <w:sz w:val="20"/>
        </w:rPr>
        <w:t>11:13  religious persecution ka age, mazhabi jabr ka age. is ki misaal quran mein hai, surah al-buruj mein: "wama naqamu minhum illa an yu'minu billahil azizil hamid".</w:t>
      </w:r>
      <w:r>
        <w:br/>
      </w:r>
      <w:r>
        <w:rPr>
          <w:sz w:val="20"/>
        </w:rPr>
        <w:t>11:31  yani sirf yeh kehna ke Allah ek hai, is par bhi un ko mara jata tha. kyun? us zamane mein yeh maan liya gaya tha ke</w:t>
      </w:r>
      <w:r>
        <w:br/>
      </w:r>
      <w:r>
        <w:rPr>
          <w:sz w:val="20"/>
        </w:rPr>
        <w:t>11:47  religion wohi hai jo state ka ho. yeh maan liya gaya tha. state jo thi, jaise us zamane mein state aur mazhab alag alag ho gaye hain,</w:t>
      </w:r>
      <w:r>
        <w:br/>
      </w:r>
      <w:r>
        <w:rPr>
          <w:sz w:val="20"/>
        </w:rPr>
        <w:t>12:02  us zamane mein state ka koi mazhab nahi hota.</w:t>
      </w:r>
      <w:r>
        <w:br/>
      </w:r>
      <w:r>
        <w:rPr>
          <w:sz w:val="20"/>
        </w:rPr>
        <w:t>12:05  us zamane mein state ka jo mazhab hota tha, wohi saare logon ko manna parta tha. jis ko kehte hain: "inna salihina ghuluuk".</w:t>
      </w:r>
      <w:r>
        <w:br/>
      </w:r>
      <w:r>
        <w:rPr>
          <w:sz w:val="20"/>
        </w:rPr>
        <w:t>12:18  to jo aadmi</w:t>
      </w:r>
      <w:r>
        <w:br/>
      </w:r>
      <w:r>
        <w:rPr>
          <w:sz w:val="20"/>
        </w:rPr>
        <w:t>12:23  state religion ke siwa koi aur religion apnaye, koi aur aqeedah apnaye, to us ko mara jata tha, us ko peeta jata tha, us ko us ko majboor kiya jata tha ke woh state religion ko apnaye.</w:t>
      </w:r>
      <w:r>
        <w:br/>
      </w:r>
      <w:r>
        <w:rPr>
          <w:sz w:val="20"/>
        </w:rPr>
        <w:t>12:37  us ko kaha jata hai religious persecution.</w:t>
      </w:r>
      <w:r>
        <w:br/>
      </w:r>
      <w:r>
        <w:rPr>
          <w:sz w:val="20"/>
        </w:rPr>
        <w:t>12:42  to is ki wajah se dawat ka kaam bohat mushkil tha, bohat hi mushkil ho gaya tha dawat ka kaam.</w:t>
      </w:r>
      <w:r>
        <w:br/>
      </w:r>
      <w:r>
        <w:rPr>
          <w:sz w:val="20"/>
        </w:rPr>
        <w:t>12:52  logon ko shadeed,</w:t>
      </w:r>
      <w:r>
        <w:br/>
      </w:r>
      <w:r>
        <w:rPr>
          <w:sz w:val="20"/>
        </w:rPr>
        <w:t>13:00  bohat zyada hukumat ki taraf se, bohat zyada sakht sazaon ka saamna kar ke dawat ka kaam karna parta tha.</w:t>
      </w:r>
      <w:r>
        <w:br/>
      </w:r>
      <w:r>
        <w:rPr>
          <w:sz w:val="20"/>
        </w:rPr>
        <w:t>13:14  to sahaba ki zuban se yeh yeh dua jo karwai gayi, is ka matlab tha</w:t>
      </w:r>
      <w:r>
        <w:br/>
      </w:r>
      <w:r>
        <w:rPr>
          <w:sz w:val="20"/>
        </w:rPr>
        <w:t>13:19  kya? ke woh, yani yun keh lijiye ke ke woh tha anti deen age.</w:t>
      </w:r>
      <w:r>
        <w:br/>
      </w:r>
      <w:r>
        <w:rPr>
          <w:sz w:val="20"/>
        </w:rPr>
        <w:t>13:32  ab ab dua ka matlab tha ke anti deen age khatm ho jaye aur pro deen age aa jaye.</w:t>
      </w:r>
      <w:r>
        <w:br/>
      </w:r>
      <w:r>
        <w:rPr>
          <w:sz w:val="20"/>
        </w:rPr>
        <w:t>13:40  yeh matlab tha is ka. to is ayat ka talluq kuch bhi is ayat se nahi hai jahan: "wayazaw waanhum isra'u wal aghlalallati kanat alayhim".</w:t>
      </w:r>
      <w:r>
        <w:br/>
      </w:r>
      <w:r>
        <w:rPr>
          <w:sz w:val="20"/>
        </w:rPr>
        <w:t>13:51  yeh age se related jo masle the, jis ki wajah se</w:t>
      </w:r>
      <w:r>
        <w:br/>
      </w:r>
      <w:r>
        <w:rPr>
          <w:sz w:val="20"/>
        </w:rPr>
        <w:t>13:58  namaz parhna bhi mushkil tha. ara'aitalladhi 'anha 'abdan idha salla, tauheed ka aqeedah rakhna bhi mushkil tha.</w:t>
      </w:r>
      <w:r>
        <w:br/>
      </w:r>
      <w:r>
        <w:rPr>
          <w:sz w:val="20"/>
        </w:rPr>
        <w:t>14:09  kyun ke mazhab ne state ko</w:t>
      </w:r>
      <w:r>
        <w:br/>
      </w:r>
      <w:r>
        <w:rPr>
          <w:sz w:val="20"/>
        </w:rPr>
        <w:t>14:15  apna rakha tha. is is zamane mein awam ke mandate se log hukumat karte hain. is zamane mein aisa nahi tha.</w:t>
      </w:r>
      <w:r>
        <w:br/>
      </w:r>
      <w:r>
        <w:rPr>
          <w:sz w:val="20"/>
        </w:rPr>
        <w:t>14:27  is zamane mein mazhab ka patent ban kar hukumat ki jati thi.</w:t>
      </w:r>
      <w:r>
        <w:br/>
      </w:r>
      <w:r>
        <w:rPr>
          <w:sz w:val="20"/>
        </w:rPr>
        <w:t>14:32  to mazhab agar koi doosra ikhtiyar kare to is ka matlab tha treason, hukumat se, state se ghaddari.</w:t>
      </w:r>
      <w:r>
        <w:br/>
      </w:r>
      <w:r>
        <w:rPr>
          <w:sz w:val="20"/>
        </w:rPr>
        <w:t>14:44  yeh surat-e-haal khatm ho. yani sahaba ki dua ka matlab yeh tha</w:t>
      </w:r>
      <w:r>
        <w:br/>
      </w:r>
      <w:r>
        <w:rPr>
          <w:sz w:val="20"/>
        </w:rPr>
        <w:t>14:50  keh anti deen jo daur hai, woh khatm ho aur pro deen daur aa jaye.</w:t>
      </w:r>
      <w:r>
        <w:br/>
      </w:r>
      <w:r>
        <w:rPr>
          <w:sz w:val="20"/>
        </w:rPr>
        <w:t>15:04  yeh bohat hi ahem baat hai.</w:t>
      </w:r>
      <w:r>
        <w:br/>
      </w:r>
      <w:r>
        <w:rPr>
          <w:sz w:val="20"/>
        </w:rPr>
        <w:t>15:06  to Allah taala ne yeh dua qabool ki aur phir ek history mein ek naya process jari hua. dekhiye, maine kai baar yeh baat kahi hai keh history mein koi tabdeeli, koi change achaanak kabhi aata nahi,</w:t>
      </w:r>
      <w:r>
        <w:br/>
      </w:r>
      <w:r>
        <w:rPr>
          <w:sz w:val="20"/>
        </w:rPr>
        <w:t>15:24  kabhi bhi aata nahi. ek lambi muddat ke baad aata hai. jaise is zamane mein dekhiye, democracy hai to kaha: "democracy achaanak aa gayi".</w:t>
      </w:r>
      <w:r>
        <w:br/>
      </w:r>
      <w:r>
        <w:rPr>
          <w:sz w:val="20"/>
        </w:rPr>
        <w:t>15:34  is ke peeche bohat lambi muddat hai, sankaron saal ke darmiyan ek process chala, tab ja kar ke democracy aayi hai.</w:t>
      </w:r>
      <w:r>
        <w:br/>
      </w:r>
      <w:r>
        <w:rPr>
          <w:sz w:val="20"/>
        </w:rPr>
        <w:t>15:44  to Allah taala ka mamla bhi yahi hai. asbab-o-ilal ke parde mein madad aati hai. madad jo hai, aisa nahi aati keh asbab-o-ilal ke parde ko phaad kar aaye.</w:t>
      </w:r>
      <w:r>
        <w:br/>
      </w:r>
      <w:r>
        <w:rPr>
          <w:sz w:val="20"/>
        </w:rPr>
        <w:t>15:57  to Allah taala ne yeh dua qabool farmayi aur jo</w:t>
      </w:r>
      <w:r>
        <w:br/>
      </w:r>
      <w:r>
        <w:rPr>
          <w:sz w:val="20"/>
        </w:rPr>
        <w:t>16:03  asbab the, un mein aise tabdiliyan paida ki gayi hain, un mein aisa process jari kiya gaya jo dheere dheere yahan pahuncha keh duniya mein mukammal</w:t>
      </w:r>
      <w:r>
        <w:br/>
      </w:r>
      <w:r>
        <w:rPr>
          <w:sz w:val="20"/>
        </w:rPr>
        <w:t>16:19  mazhabi aazadi ka daur aa gaya. yani age of religious persecution khatm ho gaya aur age of religious freedom aa gaya.</w:t>
      </w:r>
      <w:r>
        <w:br/>
      </w:r>
      <w:r>
        <w:rPr>
          <w:sz w:val="20"/>
        </w:rPr>
        <w:t>16:30  yeh hai matlab is ka. ab dekhiye, jab aisa ho jaye</w:t>
      </w:r>
      <w:r>
        <w:br/>
      </w:r>
      <w:r>
        <w:rPr>
          <w:sz w:val="20"/>
        </w:rPr>
        <w:t>16:38  to daaiyon ko kya karna hai? jab aisa ho jaye keh religious persecution, religious persecution ka daur khatm ho jaye aur just religious freedom ka daur aa jaye to daaiyon ko kya karna hai?</w:t>
      </w:r>
    </w:p>
    <w:p>
      <w:pPr>
        <w:pStyle w:val="Heading2"/>
      </w:pPr>
      <w:r>
        <w:t>Gautam Buddha and the dirty milk pot story</w:t>
      </w:r>
    </w:p>
    <w:p>
      <w:r>
        <w:rPr>
          <w:color w:val="666666"/>
          <w:sz w:val="18"/>
        </w:rPr>
        <w:t>The Power of Remembering God Often September 26, 2010 · 3m 21s · at 17:33 · https://youtu.be/GMmwEr7Wt80?t=1053</w:t>
      </w:r>
    </w:p>
    <w:p>
      <w:r>
        <w:rPr>
          <w:i/>
        </w:rPr>
        <w:t>“I often tell people a story about Gautam Buddha”</w:t>
      </w:r>
    </w:p>
    <w:p>
      <w:r>
        <w:rPr>
          <w:sz w:val="20"/>
        </w:rPr>
        <w:t>17:33  main aksar ek qissa bataya karta hoon logon ko, Gautam Buddha ka. woh mujhe bahut hi pasand hai. isi liye main aksar batata hoon.</w:t>
      </w:r>
      <w:r>
        <w:br/>
      </w:r>
      <w:r>
        <w:rPr>
          <w:sz w:val="20"/>
        </w:rPr>
        <w:t>17:44  Gautam Buddha ko ek mulk mein ne, yani ek gwaale ne, apne haan bulaya. us ne kaha ke mere paas gaaye, gaaye ka karobar hota hai, doodh ka.</w:t>
      </w:r>
      <w:r>
        <w:br/>
      </w:r>
      <w:r>
        <w:rPr>
          <w:sz w:val="20"/>
        </w:rPr>
        <w:t>17:58  to main aap ko fresh doodh dena chahta hoon aur main aap se gyaan lena chahta hoon. waise to main yahin pahuncha deta, lekin aap mera yeh, mujhe barkat dijiye, mujhe gyaan dijiye.</w:t>
      </w:r>
      <w:r>
        <w:br/>
      </w:r>
      <w:r>
        <w:rPr>
          <w:sz w:val="20"/>
        </w:rPr>
        <w:t>18:10  to mein</w:t>
      </w:r>
      <w:r>
        <w:br/>
      </w:r>
      <w:r>
        <w:rPr>
          <w:sz w:val="20"/>
        </w:rPr>
        <w:t>18:14  to gautam buddh us ke ghar gaye, ek bartan le gaye saath, lekin bartan ke andar jaan boojh kar unhon ne koi mitti daal di.</w:t>
      </w:r>
      <w:r>
        <w:br/>
      </w:r>
      <w:r>
        <w:rPr>
          <w:sz w:val="20"/>
        </w:rPr>
        <w:t>18:25  to jab unhon ne diya us gwaale ko, us mulk mein ko, to us ne dekha ke us ke andar to mitti hai.</w:t>
      </w:r>
      <w:r>
        <w:br/>
      </w:r>
      <w:r>
        <w:rPr>
          <w:sz w:val="20"/>
        </w:rPr>
        <w:t>18:35  to us ne kya kiya? khoob us ko saaf kiya, achhe tareeke se maash kar ke paani se saaf kiya.</w:t>
      </w:r>
      <w:r>
        <w:br/>
      </w:r>
      <w:r>
        <w:rPr>
          <w:sz w:val="20"/>
        </w:rPr>
        <w:t>18:42  phir fresh milk us ke andar rakha aur la kar ke gautam buddh ko diya.</w:t>
      </w:r>
      <w:r>
        <w:br/>
      </w:r>
      <w:r>
        <w:rPr>
          <w:sz w:val="20"/>
        </w:rPr>
        <w:t>18:50  to gautam buddh us ko le kar chalne lage.</w:t>
      </w:r>
      <w:r>
        <w:br/>
      </w:r>
      <w:r>
        <w:rPr>
          <w:sz w:val="20"/>
        </w:rPr>
        <w:t>18:56  to mulk mein ne kaha ke aap to bas doodh le ke chale ja rahe hain aur hum ko gyaan to diya nahi aap ne.</w:t>
      </w:r>
      <w:r>
        <w:br/>
      </w:r>
      <w:r>
        <w:rPr>
          <w:sz w:val="20"/>
        </w:rPr>
        <w:t>19:04  to gautam buddh ne kaha ke main ne tum ko gyaan de diya.</w:t>
      </w:r>
      <w:r>
        <w:br/>
      </w:r>
      <w:r>
        <w:rPr>
          <w:sz w:val="20"/>
        </w:rPr>
        <w:t>19:10  unhon ne kaha woh kaise? kaha ke dekho, yeh jo bartan hai, yeh jo pot hai, is mein yeh saaf nahi tha.</w:t>
      </w:r>
      <w:r>
        <w:br/>
      </w:r>
      <w:r>
        <w:rPr>
          <w:sz w:val="20"/>
        </w:rPr>
        <w:t>19:24  to tum ne is mein fresh milk rakhna pasand nahi kiya. kyunke fresh milk to kharab ho jata. to is mein safai ki tum ne.</w:t>
      </w:r>
      <w:r>
        <w:br/>
      </w:r>
      <w:r>
        <w:rPr>
          <w:sz w:val="20"/>
        </w:rPr>
        <w:t>19:34  phir tum ne is ke andar taaza doodh, asli doodh rakha is ke andar. to</w:t>
      </w:r>
      <w:r>
        <w:br/>
      </w:r>
      <w:r>
        <w:rPr>
          <w:sz w:val="20"/>
        </w:rPr>
        <w:t>19:41  tumhara jo seena hai, tumhara jo container hai andar ka, woh container hi ganda hai, polluted hai. woh container is mein logon ke baare mein tumhare andar shikayatein hain,</w:t>
      </w:r>
      <w:r>
        <w:br/>
      </w:r>
      <w:r>
        <w:rPr>
          <w:sz w:val="20"/>
        </w:rPr>
        <w:t>19:54  logon ke baare mein talkhiyan hain, logon ke baare mein tumhare andar dushmaniayn hain,</w:t>
      </w:r>
      <w:r>
        <w:br/>
      </w:r>
      <w:r>
        <w:rPr>
          <w:sz w:val="20"/>
        </w:rPr>
        <w:t>20:04  logon ke baare mein tumhare andar hate hai.</w:t>
      </w:r>
      <w:r>
        <w:br/>
      </w:r>
      <w:r>
        <w:rPr>
          <w:sz w:val="20"/>
        </w:rPr>
        <w:t>20:08  to tumhara container jo hai, woh to pollute ho chuka hai, ganda ho chuka hai. to main gyaan rakhun to kahan rakhun?</w:t>
      </w:r>
      <w:r>
        <w:br/>
      </w:r>
      <w:r>
        <w:rPr>
          <w:sz w:val="20"/>
        </w:rPr>
        <w:t>20:19  yeh maamla bahut hi achhe tareeke mein illustrate karta raha hai ke Khuda ki, Khuda ka realization kis ko milta hai, Khuda ki marifat kis ko milti hai.</w:t>
      </w:r>
      <w:r>
        <w:br/>
      </w:r>
      <w:r>
        <w:rPr>
          <w:sz w:val="20"/>
        </w:rPr>
        <w:t>20:33  aur marifat ke baad Khuda ki yaad mein jeene wala kaun ban jata hai?</w:t>
      </w:r>
      <w:r>
        <w:br/>
      </w:r>
      <w:r>
        <w:rPr>
          <w:sz w:val="20"/>
        </w:rPr>
        <w:t>20:40  kis ko zikr e kaseer ki daulat milti hai? woh batata hai. yaani apne seene ko, apne container ko, apne inner container ko paak saaf rakho.</w:t>
      </w:r>
    </w:p>
    <w:p>
      <w:pPr>
        <w:pStyle w:val="Heading2"/>
      </w:pPr>
      <w:r>
        <w:t>The hidden-lie culture that breeds a weak personality</w:t>
      </w:r>
    </w:p>
    <w:p>
      <w:r>
        <w:rPr>
          <w:color w:val="666666"/>
          <w:sz w:val="18"/>
        </w:rPr>
        <w:t>Lessons from The Quran And Hadith · 2m 33s · at 20:01 · https://youtu.be/fBflSQEPstg?t=1201</w:t>
      </w:r>
    </w:p>
    <w:p>
      <w:r>
        <w:rPr>
          <w:i/>
        </w:rPr>
        <w:t>“Aajkal ek ajeeb culture chal para hai, 'nahi culture'.”</w:t>
      </w:r>
    </w:p>
    <w:p>
      <w:r>
        <w:rPr>
          <w:sz w:val="20"/>
        </w:rPr>
        <w:t>20:01  aaj kal mein dekhta hoon ek ajeeb culture duniya mein chala hua hai. aaj hi mein soch raha tha ke main ek article likhoon jis ka naam, jis ka caption ho "nahi culture".</w:t>
      </w:r>
      <w:r>
        <w:br/>
      </w:r>
      <w:r>
        <w:rPr>
          <w:sz w:val="20"/>
        </w:rPr>
        <w:t>20:15  nau nau culture. nahi culture.</w:t>
      </w:r>
      <w:r>
        <w:br/>
      </w:r>
      <w:r>
        <w:rPr>
          <w:sz w:val="20"/>
        </w:rPr>
        <w:t>20:18  kyun? aaj kal haal hai yeh hai ke jab bhi kisi se baat hoti hai to foran woh nahi keh deta hai. kuch bhi kahiye, nahi.</w:t>
      </w:r>
      <w:r>
        <w:br/>
      </w:r>
      <w:r>
        <w:rPr>
          <w:sz w:val="20"/>
        </w:rPr>
        <w:t>20:27  aur baat ko khud woh aitraf karega ke haan, alfaaz badal kar ke.</w:t>
      </w:r>
      <w:r>
        <w:br/>
      </w:r>
      <w:r>
        <w:rPr>
          <w:sz w:val="20"/>
        </w:rPr>
        <w:t>20:37  jaise ek lady se mulaqat hui to un ki baaton se maine mehsoos kiya ke un se aur un ke husband se kuch aapas mein nakhushgawari hai.</w:t>
      </w:r>
      <w:r>
        <w:br/>
      </w:r>
      <w:r>
        <w:rPr>
          <w:sz w:val="20"/>
        </w:rPr>
        <w:t>20:50  kuch taluqaat mein khinchao hai. kashidgi hai.</w:t>
      </w:r>
      <w:r>
        <w:br/>
      </w:r>
      <w:r>
        <w:rPr>
          <w:sz w:val="20"/>
        </w:rPr>
        <w:t>20:56  to maine un se kaha ke aap aisa lagta hai ke aap, aap ka, aap kuch sad lagti hain. kuch aap ke shadi shuda zindagi mein kuch problem hai, aisa lagta hai mujhe.</w:t>
      </w:r>
      <w:r>
        <w:br/>
      </w:r>
      <w:r>
        <w:rPr>
          <w:sz w:val="20"/>
        </w:rPr>
        <w:t>21:06  to woh kya hain? kaha nahi, nahi, nahi, bilkul theek, kuch nahi hai. aur baat ko jab maine scrutiny ki to khud hi unhone keh diya ke woh shadi ke baad kuch din tak to bohat theek tha.</w:t>
      </w:r>
      <w:r>
        <w:br/>
      </w:r>
      <w:r>
        <w:rPr>
          <w:sz w:val="20"/>
        </w:rPr>
        <w:t>21:20  ab kai baar aisa hota hai ke bol chaal band ho jati</w:t>
      </w:r>
      <w:r>
        <w:br/>
      </w:r>
      <w:r>
        <w:rPr>
          <w:sz w:val="20"/>
        </w:rPr>
        <w:t>21:23  hai. kai baar aisa hota hai ke woh kahin hain aur main kahin hoon. yani khud hi baat ko unhone maan liya, is baat ko. yeh sab ka haal main dekhta hoon, sab ka haal.</w:t>
      </w:r>
      <w:r>
        <w:br/>
      </w:r>
      <w:r>
        <w:rPr>
          <w:sz w:val="20"/>
        </w:rPr>
        <w:t>21:34  pehlay nahi kahain ge, is ko isi ko haan kar dein ge. to ek hota hai, yani khula jhoot.</w:t>
      </w:r>
      <w:r>
        <w:br/>
      </w:r>
      <w:r>
        <w:rPr>
          <w:sz w:val="20"/>
        </w:rPr>
        <w:t>21:45  ek hota hai chupa jhoot.</w:t>
      </w:r>
      <w:r>
        <w:br/>
      </w:r>
      <w:r>
        <w:rPr>
          <w:sz w:val="20"/>
        </w:rPr>
        <w:t>21:48  to main samajhta hoon ke chupa jhoot, main samajhta hoon ke khula jhoot to kam boltay hain log. lekin chupa jhoot to sabhi boltay hain.</w:t>
      </w:r>
      <w:r>
        <w:br/>
      </w:r>
      <w:r>
        <w:rPr>
          <w:sz w:val="20"/>
        </w:rPr>
        <w:t>21:58  bohat hi kam exception hon ge, bohat hi kam, bohat hi rare exception. to dekhiye, is tarah se jo nahi culture chal pada hai hamare haan, yani chupa jhoot bolnay ka culture,</w:t>
      </w:r>
      <w:r>
        <w:br/>
      </w:r>
      <w:r>
        <w:rPr>
          <w:sz w:val="20"/>
        </w:rPr>
        <w:t>22:14  is se kya hota hai?</w:t>
      </w:r>
      <w:r>
        <w:br/>
      </w:r>
      <w:r>
        <w:rPr>
          <w:sz w:val="20"/>
        </w:rPr>
        <w:t>22:18  weak personality banti hai aadmi ke andar. jab aap sachai pe kharay hon, aap sach bolain to aap ke andar strong per, aap ke andar strong personality banay gi.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