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doubt God exists</w:t>
      </w:r>
    </w:p>
    <w:p>
      <w:r>
        <w:rPr>
          <w:sz w:val="18"/>
        </w:rPr>
        <w:t>Q&amp;A, lecture moments and clips · full transcripts with timestamps · exported 2026-09-21</w:t>
      </w:r>
    </w:p>
    <w:p>
      <w:pPr>
        <w:pStyle w:val="Heading1"/>
      </w:pPr>
      <w:r>
        <w:t>Maulana was asked (30)</w:t>
      </w:r>
    </w:p>
    <w:p>
      <w:pPr>
        <w:pStyle w:val="Heading2"/>
      </w:pPr>
      <w:r>
        <w:t>Convincing an atheist of God's existence</w:t>
      </w:r>
    </w:p>
    <w:p>
      <w:r>
        <w:rPr>
          <w:color w:val="666666"/>
          <w:sz w:val="18"/>
        </w:rPr>
        <w:t>Discovering God June 30, 2019 Maulana Wahiduddin Khan · 3m 55s · at 57:44 · https://youtu.be/Yt1-eX7XzYU?t=3464</w:t>
      </w:r>
    </w:p>
    <w:p>
      <w:r>
        <w:rPr>
          <w:i/>
        </w:rPr>
        <w:t>“How can a believer of Allah convince an atheist that there is God?”</w:t>
      </w:r>
    </w:p>
    <w:p>
      <w:r>
        <w:rPr>
          <w:sz w:val="20"/>
        </w:rPr>
        <w:t>57:44  maulana, chandi garh se sawal aaya hai syed ahmed, doctor syed ahmed wajee sahib ka. unhon ne likha hai: "how is a believer of allah, we can convince an atheist that there is god?" is ke bare mein bataein kya kya ke hum ek atheist ko kaise convince kar sakte hain khuda ke bare mein.</w:t>
      </w:r>
      <w:r>
        <w:br/>
      </w:r>
      <w:r>
        <w:rPr>
          <w:sz w:val="20"/>
        </w:rPr>
        <w:t>58:07  is ke bare mein woh aap se janna chahte hain. maine aap ne aaj hi ki bataya hai ke einstein jo tha,</w:t>
      </w:r>
      <w:r>
        <w:br/>
      </w:r>
      <w:r>
        <w:rPr>
          <w:sz w:val="20"/>
        </w:rPr>
        <w:t>58:18  is ke ek dost ka letter chupa hai german zaban mein. is ka tarjuma maine padha english mein. to einstein ke dost ne is ko likha tha ke log samajhte hain ke aap atheist hain,</w:t>
      </w:r>
      <w:r>
        <w:br/>
      </w:r>
      <w:r>
        <w:rPr>
          <w:sz w:val="20"/>
        </w:rPr>
        <w:t>58:37  yani khuda ke munkir.</w:t>
      </w:r>
      <w:r>
        <w:br/>
      </w:r>
      <w:r>
        <w:rPr>
          <w:sz w:val="20"/>
        </w:rPr>
        <w:t>58:41  yeh chupa hua hai yeh khat. to einstein ne is ka jawab diya ke main atheist nahi hoon, main agnostic hoon.</w:t>
      </w:r>
      <w:r>
        <w:br/>
      </w:r>
      <w:r>
        <w:rPr>
          <w:sz w:val="20"/>
        </w:rPr>
        <w:t>58:53  apne yani hand writing mein likha tha, yeh type shuda nahi hai. woh woh jo letter is ka hai, woh hand hand writing mein hai.</w:t>
      </w:r>
      <w:r>
        <w:br/>
      </w:r>
      <w:r>
        <w:rPr>
          <w:sz w:val="20"/>
        </w:rPr>
        <w:t>59:05  agnostic mein hoon. to agnostic ka matlab hai na munkir, na muqarrar, muqarrar na inkar karne wala, na iqrar karne wala.</w:t>
      </w:r>
      <w:r>
        <w:br/>
      </w:r>
      <w:r>
        <w:rPr>
          <w:sz w:val="20"/>
        </w:rPr>
        <w:t>59:20  to in in between to hue. isi liye main kehta hoon ke science ka jo case hai, woh 50-50 ka case hai.</w:t>
      </w:r>
      <w:r>
        <w:br/>
      </w:r>
      <w:r>
        <w:rPr>
          <w:sz w:val="20"/>
        </w:rPr>
        <w:t>59:32  inkar ka case har giz nahi hai.</w:t>
      </w:r>
      <w:r>
        <w:br/>
      </w:r>
      <w:r>
        <w:rPr>
          <w:sz w:val="20"/>
        </w:rPr>
        <w:t>59:37  top boost scientist tha</w:t>
      </w:r>
      <w:r>
        <w:br/>
      </w:r>
      <w:r>
        <w:rPr>
          <w:sz w:val="20"/>
        </w:rPr>
        <w:t>59:43  yeh einstein. ab bataun ke sare yani sare science danon ka yahi case hai, yani</w:t>
      </w:r>
      <w:r>
        <w:br/>
      </w:r>
      <w:r>
        <w:rPr>
          <w:sz w:val="20"/>
        </w:rPr>
        <w:t>59:57  napoleon aur sir james gene se le kar</w:t>
      </w:r>
      <w:r>
        <w:br/>
      </w:r>
      <w:r>
        <w:rPr>
          <w:sz w:val="20"/>
        </w:rPr>
        <w:t>1:00:03  einstein tak.</w:t>
      </w:r>
      <w:r>
        <w:br/>
      </w:r>
      <w:r>
        <w:rPr>
          <w:sz w:val="20"/>
        </w:rPr>
        <w:t>1:00:07  aap gehrai ke sath padhein, log gehrai ke sath padhte nahi, idhar udhar idhar ke sunte hain aur sarap bana lete hain.</w:t>
      </w:r>
      <w:r>
        <w:br/>
      </w:r>
      <w:r>
        <w:rPr>
          <w:sz w:val="20"/>
        </w:rPr>
        <w:t>1:00:17  maine bahut gehrai ke sath padha hai aur meri research yeh hai ke ke science dan ka case har giz har giz inkar khuda ka case nahi hai.</w:t>
      </w:r>
      <w:r>
        <w:br/>
      </w:r>
      <w:r>
        <w:rPr>
          <w:sz w:val="20"/>
        </w:rPr>
        <w:t>1:00:32  woh 50-50 ka case hai.</w:t>
      </w:r>
      <w:r>
        <w:br/>
      </w:r>
      <w:r>
        <w:rPr>
          <w:sz w:val="20"/>
        </w:rPr>
        <w:t>1:00:37  to 50-50 jab case hai to is waqt adha adha woh adha woh</w:t>
      </w:r>
      <w:r>
        <w:br/>
      </w:r>
      <w:r>
        <w:rPr>
          <w:sz w:val="20"/>
        </w:rPr>
        <w:t>1:00:48  manne wale kase.</w:t>
      </w:r>
      <w:r>
        <w:br/>
      </w:r>
      <w:r>
        <w:rPr>
          <w:sz w:val="20"/>
        </w:rPr>
        <w:t>1:00:53  meri kitab jo abhi aaj release hui hai, us ko aap padhiye.</w:t>
      </w:r>
      <w:r>
        <w:br/>
      </w:r>
      <w:r>
        <w:rPr>
          <w:sz w:val="20"/>
        </w:rPr>
        <w:t>1:01:01  baghair padhe bhi rah mat dijiye. log jo hain, baghair padhe bhi rah dete hain.</w:t>
      </w:r>
      <w:r>
        <w:br/>
      </w:r>
      <w:r>
        <w:rPr>
          <w:sz w:val="20"/>
        </w:rPr>
        <w:t>1:01:11  jaise einstein ke dost ne baghair padhe hue yeh keh diya tha ke einstein jo hai, atheist hai, munkir khuda.</w:t>
      </w:r>
      <w:r>
        <w:br/>
      </w:r>
      <w:r>
        <w:rPr>
          <w:sz w:val="20"/>
        </w:rPr>
        <w:t>1:01:23  khat likh diya is ko to is ne jawab mein khat likha ke main atheist nahi hoon, main agnostic hoon, yani main case 50-50 ka case hai.</w:t>
      </w:r>
    </w:p>
    <w:p>
      <w:pPr>
        <w:pStyle w:val="Heading2"/>
      </w:pPr>
      <w:r>
        <w:t>Atheists argue equal probability of God's existence</w:t>
      </w:r>
    </w:p>
    <w:p>
      <w:r>
        <w:rPr>
          <w:color w:val="666666"/>
          <w:sz w:val="18"/>
        </w:rPr>
        <w:t>Divine Guidance November 20, 2016 · 1m 43s · at 53:33 · https://youtu.be/tbcloc-fvSE?t=3213</w:t>
      </w:r>
    </w:p>
    <w:p>
      <w:r>
        <w:rPr>
          <w:i/>
        </w:rPr>
        <w:t>“Moulana, many atheists say that if there is a probability on God's existence, then there is also an equal probability that God does not exist.”</w:t>
      </w:r>
    </w:p>
    <w:p>
      <w:r>
        <w:rPr>
          <w:sz w:val="20"/>
        </w:rPr>
        <w:t>53:33  Maulana, agla sawal lete hain jo Guwahati se bheja hai Saifullah Sahab ne.</w:t>
      </w:r>
      <w:r>
        <w:br/>
      </w:r>
      <w:r>
        <w:rPr>
          <w:sz w:val="20"/>
        </w:rPr>
        <w:t>53:39  unhon ne likha hai: "Moulana Sahib, many atheists say that if there is a probability on God's existence,</w:t>
      </w:r>
      <w:r>
        <w:br/>
      </w:r>
      <w:r>
        <w:rPr>
          <w:sz w:val="20"/>
        </w:rPr>
        <w:t>53:45  then there is also an equal probability that God does not exist.</w:t>
      </w:r>
      <w:r>
        <w:br/>
      </w:r>
      <w:r>
        <w:rPr>
          <w:sz w:val="20"/>
        </w:rPr>
        <w:t>53:51  So how should we address such questions?</w:t>
      </w:r>
      <w:r>
        <w:br/>
      </w:r>
      <w:r>
        <w:rPr>
          <w:sz w:val="20"/>
        </w:rPr>
        <w:t>53:56  Please guide us." nahin, yeh to mujhe nahin maloom kis ne aisa kaha hai.</w:t>
      </w:r>
      <w:r>
        <w:br/>
      </w:r>
      <w:r>
        <w:rPr>
          <w:sz w:val="20"/>
        </w:rPr>
        <w:t>54:01  lekin yeh illogical baat hai.</w:t>
      </w:r>
      <w:r>
        <w:br/>
      </w:r>
      <w:r>
        <w:rPr>
          <w:sz w:val="20"/>
        </w:rPr>
        <w:t>54:06  baat hai jab yani yeh probability aa jaye ke Khuda hai to doosri probability apne aap khatam ho jati hai.</w:t>
      </w:r>
      <w:r>
        <w:br/>
      </w:r>
      <w:r>
        <w:rPr>
          <w:sz w:val="20"/>
        </w:rPr>
        <w:t>54:12  nahin, ek khatam ho jati hai.</w:t>
      </w:r>
      <w:r>
        <w:br/>
      </w:r>
      <w:r>
        <w:rPr>
          <w:sz w:val="20"/>
        </w:rPr>
        <w:t>54:17  yani ke probability ek hi rahe gi.</w:t>
      </w:r>
      <w:r>
        <w:br/>
      </w:r>
      <w:r>
        <w:rPr>
          <w:sz w:val="20"/>
        </w:rPr>
        <w:t>54:22  Probability ek hi cheez prove kare gi.</w:t>
      </w:r>
      <w:r>
        <w:br/>
      </w:r>
      <w:r>
        <w:rPr>
          <w:sz w:val="20"/>
        </w:rPr>
        <w:t>54:28  ya to yani ya to ek cheez hai ya ek cheez nahin hai.</w:t>
      </w:r>
      <w:r>
        <w:br/>
      </w:r>
      <w:r>
        <w:rPr>
          <w:sz w:val="20"/>
        </w:rPr>
        <w:t>54:33  jaise maine misaal di aap ko ke intelligent universe to probability yeh sabit kare gi ke intelligent</w:t>
      </w:r>
      <w:r>
        <w:br/>
      </w:r>
      <w:r>
        <w:rPr>
          <w:sz w:val="20"/>
        </w:rPr>
        <w:t>54:38  universe hai to is ka matlab hai ke doosra jo hai woh radd ho jaye ga.</w:t>
      </w:r>
      <w:r>
        <w:br/>
      </w:r>
      <w:r>
        <w:rPr>
          <w:sz w:val="20"/>
        </w:rPr>
        <w:t>54:44  doosra proposition probability ek proposition ko favor kare gi to doosra proposition apne aap radd ho jaye ga.</w:t>
      </w:r>
      <w:r>
        <w:br/>
      </w:r>
      <w:r>
        <w:rPr>
          <w:sz w:val="20"/>
        </w:rPr>
        <w:t>54:49  to probability jab is proposition ko favor karti hai ke ek Khuda hai exist kar raha hai to</w:t>
      </w:r>
      <w:r>
        <w:br/>
      </w:r>
      <w:r>
        <w:rPr>
          <w:sz w:val="20"/>
        </w:rPr>
        <w:t>54:54  doosri probability apne aap hi radd ho gayi.</w:t>
      </w:r>
      <w:r>
        <w:br/>
      </w:r>
      <w:r>
        <w:rPr>
          <w:sz w:val="20"/>
        </w:rPr>
        <w:t>55:00  woh workable nahin rahi.</w:t>
      </w:r>
      <w:r>
        <w:br/>
      </w:r>
      <w:r>
        <w:rPr>
          <w:sz w:val="20"/>
        </w:rPr>
        <w:t>55:05  woh illogical hai.</w:t>
      </w:r>
      <w:r>
        <w:br/>
      </w:r>
      <w:r>
        <w:rPr>
          <w:sz w:val="20"/>
        </w:rPr>
        <w:t>55:10  meri baat clear hai? ji Maulana.</w:t>
      </w:r>
    </w:p>
    <w:p>
      <w:pPr>
        <w:pStyle w:val="Heading2"/>
      </w:pPr>
      <w:r>
        <w:t>Dealing with doubts about God's existence</w:t>
      </w:r>
    </w:p>
    <w:p>
      <w:r>
        <w:rPr>
          <w:color w:val="666666"/>
          <w:sz w:val="18"/>
        </w:rPr>
        <w:t>Divine Help March 31, 2019 Maulana Wahiduddin Khan · 51s · at 39:37 · https://youtu.be/o5-R5Rjs5Cw?t=2377</w:t>
      </w:r>
    </w:p>
    <w:p>
      <w:r>
        <w:rPr>
          <w:i/>
        </w:rPr>
        <w:t>“Molana, sometimes evil thoughts and whispers come in our mind regarding God's existence, whether God really exists or not. What should we do on such occasions? Please advise.”</w:t>
      </w:r>
    </w:p>
    <w:p>
      <w:r>
        <w:rPr>
          <w:sz w:val="20"/>
        </w:rPr>
        <w:t>39:37  maulana, agla sawal kashmir se aaya hai idrees qamar sahib ne bheja hai, unhon ne likha hai: "Maulana, mera sawal hai ke kabhi kabhi hamare mind mein bure khayalat aur waswase aate rehte hain,</w:t>
      </w:r>
      <w:r>
        <w:br/>
      </w:r>
      <w:r>
        <w:rPr>
          <w:sz w:val="20"/>
        </w:rPr>
        <w:t>39:53  Allah ki zaat ko le kar ke waqai Allah hai ya nahi, aise mauqon par hamein kya karna chahiye, is par advice karein."</w:t>
      </w:r>
      <w:r>
        <w:br/>
      </w:r>
      <w:r>
        <w:rPr>
          <w:sz w:val="20"/>
        </w:rPr>
        <w:t>40:05  abhi history badhaiye, is par ab to bahut kuch hamare mission mein, is par bahut kuch chhap chuka hai.</w:t>
      </w:r>
      <w:r>
        <w:br/>
      </w:r>
      <w:r>
        <w:rPr>
          <w:sz w:val="20"/>
        </w:rPr>
        <w:t>40:17  is ko khoob padhiye, bar bar padhiye,</w:t>
      </w:r>
      <w:r>
        <w:br/>
      </w:r>
      <w:r>
        <w:rPr>
          <w:sz w:val="20"/>
        </w:rPr>
        <w:t>40:25  yahi main mashwara de sakta hoon.</w:t>
      </w:r>
    </w:p>
    <w:p>
      <w:pPr>
        <w:pStyle w:val="Heading2"/>
      </w:pPr>
      <w:r>
        <w:t>Einstein's denial of God and Prophet</w:t>
      </w:r>
    </w:p>
    <w:p>
      <w:r>
        <w:rPr>
          <w:color w:val="666666"/>
          <w:sz w:val="18"/>
        </w:rPr>
        <w:t>The Existence of God-7th October 2012 · 2m 36s · at 1:28:13 · https://youtu.be/XWFqKwm-LPM?t=5293</w:t>
      </w:r>
    </w:p>
    <w:p>
      <w:r>
        <w:rPr>
          <w:i/>
        </w:rPr>
        <w:t>“Einstein said in his letter about God that God does not exist. If someone says the same thing about the Prophet, the whole world...”</w:t>
      </w:r>
    </w:p>
    <w:p>
      <w:r>
        <w:rPr>
          <w:sz w:val="20"/>
        </w:rPr>
        <w:t>1:28:13  maulana, agla sawal dilli se hai maulana zikwan nadvi sahib ka.</w:t>
      </w:r>
      <w:r>
        <w:br/>
      </w:r>
      <w:r>
        <w:rPr>
          <w:sz w:val="20"/>
        </w:rPr>
        <w:t>1:28:18  unhon ne likha hai: "ainstein ne apne letter mein khuda ke bare mein jo kaha ke khuda ka</w:t>
      </w:r>
      <w:r>
        <w:br/>
      </w:r>
      <w:r>
        <w:rPr>
          <w:sz w:val="20"/>
        </w:rPr>
        <w:t>1:28:25  koi wajood nahi hai, agar yahi baat koi shakhs prophet ke bare mein keh de to sari dunya</w:t>
      </w:r>
      <w:r>
        <w:br/>
      </w:r>
      <w:r>
        <w:rPr>
          <w:sz w:val="20"/>
        </w:rPr>
        <w:t>1:28:33  mein protest shuru ho jayega.</w:t>
      </w:r>
      <w:r>
        <w:br/>
      </w:r>
      <w:r>
        <w:rPr>
          <w:sz w:val="20"/>
        </w:rPr>
        <w:t>1:28:36  khuda aur rasool ke muamle mein yeh farq kyun paya jata hai, is ke bare mein bataiye." is</w:t>
      </w:r>
      <w:r>
        <w:br/>
      </w:r>
      <w:r>
        <w:rPr>
          <w:sz w:val="20"/>
        </w:rPr>
        <w:t>1:28:43  liye ke musalman phatke hue hain.</w:t>
      </w:r>
      <w:r>
        <w:br/>
      </w:r>
      <w:r>
        <w:rPr>
          <w:sz w:val="20"/>
        </w:rPr>
        <w:t>1:28:46  aaj kal ke musalman jo hain, mein saaf kehta hoon ke phatke hue log hain.</w:t>
      </w:r>
      <w:r>
        <w:br/>
      </w:r>
      <w:r>
        <w:rPr>
          <w:sz w:val="20"/>
        </w:rPr>
        <w:t>1:28:52  yeh yeh na khuda ko mante hain na muhammad ko mante hain, apne qoumi khwahishat mein jeete hain.</w:t>
      </w:r>
      <w:r>
        <w:br/>
      </w:r>
      <w:r>
        <w:rPr>
          <w:sz w:val="20"/>
        </w:rPr>
        <w:t>1:29:00  log yeh qoumi khwahishat ke hangame hain.</w:t>
      </w:r>
      <w:r>
        <w:br/>
      </w:r>
      <w:r>
        <w:rPr>
          <w:sz w:val="20"/>
        </w:rPr>
        <w:t>1:29:03  yeh mat samjhiye ke rasool allah ke hangame hain.</w:t>
      </w:r>
      <w:r>
        <w:br/>
      </w:r>
      <w:r>
        <w:rPr>
          <w:sz w:val="20"/>
        </w:rPr>
        <w:t>1:29:07  yeh har giz har giz yeh rasool allah ke hangame nahi hain.</w:t>
      </w:r>
      <w:r>
        <w:br/>
      </w:r>
      <w:r>
        <w:rPr>
          <w:sz w:val="20"/>
        </w:rPr>
        <w:t>1:29:11  rasool allah ke hangame agar hote to woh jante hain ke rasool allah ne kya kiya, yani gustakhi</w:t>
      </w:r>
      <w:r>
        <w:br/>
      </w:r>
      <w:r>
        <w:rPr>
          <w:sz w:val="20"/>
        </w:rPr>
        <w:t>1:29:19  par hangama kiya.</w:t>
      </w:r>
      <w:r>
        <w:br/>
      </w:r>
      <w:r>
        <w:rPr>
          <w:sz w:val="20"/>
        </w:rPr>
        <w:t>1:29:20  rasool allah sallallahu alaihi wasallam pe bohat gustakhi khoob hoti thi.</w:t>
      </w:r>
      <w:r>
        <w:br/>
      </w:r>
      <w:r>
        <w:rPr>
          <w:sz w:val="20"/>
        </w:rPr>
        <w:t>1:29:26  roza subah makkah madine mein yeh to qoumi hangame hain.</w:t>
      </w:r>
      <w:r>
        <w:br/>
      </w:r>
      <w:r>
        <w:rPr>
          <w:sz w:val="20"/>
        </w:rPr>
        <w:t>1:29:30  apni khwahishat mein peeche daud rahe hain.</w:t>
      </w:r>
      <w:r>
        <w:br/>
      </w:r>
      <w:r>
        <w:rPr>
          <w:sz w:val="20"/>
        </w:rPr>
        <w:t>1:29:33  yeh in ko na islam se matlab hai, na quran se, na muhammad se, na islam, khuda se</w:t>
      </w:r>
      <w:r>
        <w:br/>
      </w:r>
      <w:r>
        <w:rPr>
          <w:sz w:val="20"/>
        </w:rPr>
        <w:t>1:29:41  kisi se matlab nahi hai.</w:t>
      </w:r>
      <w:r>
        <w:br/>
      </w:r>
      <w:r>
        <w:rPr>
          <w:sz w:val="20"/>
        </w:rPr>
        <w:t>1:29:43  apni khwahishat se matlab hai.</w:t>
      </w:r>
      <w:r>
        <w:br/>
      </w:r>
      <w:r>
        <w:rPr>
          <w:sz w:val="20"/>
        </w:rPr>
        <w:t>1:29:45  mein nahi manta ke yeh koi islami phenomena hai.</w:t>
      </w:r>
      <w:r>
        <w:br/>
      </w:r>
      <w:r>
        <w:rPr>
          <w:sz w:val="20"/>
        </w:rPr>
        <w:t>1:29:49  yeh mein har giz nahi manta ke koi islami phenomena hai.</w:t>
      </w:r>
      <w:r>
        <w:br/>
      </w:r>
      <w:r>
        <w:rPr>
          <w:sz w:val="20"/>
        </w:rPr>
        <w:t>1:29:53  yahan phenomena hai to kyun nahi? in ka khauf khuda kyun nahi? in ke andar insan se kharkhai</w:t>
      </w:r>
      <w:r>
        <w:br/>
      </w:r>
      <w:r>
        <w:rPr>
          <w:sz w:val="20"/>
        </w:rPr>
        <w:t>1:30:01  kyun nahi? in ke andar yeh jazba kyun nahi ke logon ko quran pahunchayein? yeh jazba kyun nahi?</w:t>
      </w:r>
      <w:r>
        <w:br/>
      </w:r>
      <w:r>
        <w:rPr>
          <w:sz w:val="20"/>
        </w:rPr>
        <w:t>1:30:08  khair, marna katna kya hai? hangama karna, protest karna, jalsa nikalna, yeh kyun hai? sab se pehla jo</w:t>
      </w:r>
      <w:r>
        <w:br/>
      </w:r>
      <w:r>
        <w:rPr>
          <w:sz w:val="20"/>
        </w:rPr>
        <w:t>1:30:16  hona chahiye, rasool Allah: "lalk baakh an-nafs ka an-nafsak Allah kun momineen".</w:t>
      </w:r>
      <w:r>
        <w:br/>
      </w:r>
      <w:r>
        <w:rPr>
          <w:sz w:val="20"/>
        </w:rPr>
        <w:t>1:30:21  yeh rasool Allah ki yeh seerat hai.</w:t>
      </w:r>
      <w:r>
        <w:br/>
      </w:r>
      <w:r>
        <w:rPr>
          <w:sz w:val="20"/>
        </w:rPr>
        <w:t>1:30:24  yeh kyun nahi? un ke andar hai ke logon ki khair khwahi mein aap uthte the ke kaash</w:t>
      </w:r>
      <w:r>
        <w:br/>
      </w:r>
      <w:r>
        <w:rPr>
          <w:sz w:val="20"/>
        </w:rPr>
        <w:t>1:30:32  un ko sachai mil jaye.</w:t>
      </w:r>
      <w:r>
        <w:br/>
      </w:r>
      <w:r>
        <w:rPr>
          <w:sz w:val="20"/>
        </w:rPr>
        <w:t>1:30:34  to agar aap baray aashiq rasool hain to yeh kyun nahi? ke yeh hargiz ishq rasool nahi hai.</w:t>
      </w:r>
      <w:r>
        <w:br/>
      </w:r>
      <w:r>
        <w:rPr>
          <w:sz w:val="20"/>
        </w:rPr>
        <w:t>1:30:42  yeh qaumi hangamay hain, is ka koi na dunya mein faida hai na akhirat mein faida hai.</w:t>
      </w:r>
    </w:p>
    <w:p>
      <w:pPr>
        <w:pStyle w:val="Heading2"/>
      </w:pPr>
      <w:r>
        <w:t>Lack of God recognition in Western societies</w:t>
      </w:r>
    </w:p>
    <w:p>
      <w:r>
        <w:rPr>
          <w:color w:val="666666"/>
          <w:sz w:val="18"/>
        </w:rPr>
        <w:t>Three levels of Realization July 4, 2010 · 1m 56s · at 1:23:48 · https://youtu.be/NtCTVVov3Nw?t=5028</w:t>
      </w:r>
    </w:p>
    <w:p>
      <w:r>
        <w:rPr>
          <w:i/>
        </w:rPr>
        <w:t>“Why do people in Western countries acknowledge God's existence but never give Him due recognition, and consider it weakness to attribute accomplishments to God's will?”</w:t>
      </w:r>
    </w:p>
    <w:p>
      <w:r>
        <w:rPr>
          <w:sz w:val="20"/>
        </w:rPr>
        <w:t>1:23:48  maulana agla sawal kya hai mister khwaja kaleemuddin ah ne from pennsylvania usa he is written maulana sahib generally people in western countries acknowledge gods existence but never they give him a due recognition</w:t>
      </w:r>
      <w:r>
        <w:br/>
      </w:r>
      <w:r>
        <w:rPr>
          <w:sz w:val="20"/>
        </w:rPr>
        <w:t>1:24:07  for example a person in power like an executive or president never says that he would accomplish anything with the help of god or he would not say that this was gods will it is considered to be the weakness of a person if anyone says so why is this so maulana kindly comment on this</w:t>
      </w:r>
      <w:r>
        <w:br/>
      </w:r>
      <w:r>
        <w:rPr>
          <w:sz w:val="20"/>
        </w:rPr>
        <w:t>1:24:30  ab mein to yeh kahunga ke yeh</w:t>
      </w:r>
      <w:r>
        <w:br/>
      </w:r>
      <w:r>
        <w:rPr>
          <w:sz w:val="20"/>
        </w:rPr>
        <w:t>1:24:33  western world ki baat hai yeh sari duniya ki baat hai ke log khuda ka naam lete hain</w:t>
      </w:r>
      <w:r>
        <w:br/>
      </w:r>
      <w:r>
        <w:rPr>
          <w:sz w:val="20"/>
        </w:rPr>
        <w:t>1:24:37  lekin consciousness ke level par unhein khuda ka pata nahi yeh to maa baap sun rahe hain society</w:t>
      </w:r>
      <w:r>
        <w:br/>
      </w:r>
      <w:r>
        <w:rPr>
          <w:sz w:val="20"/>
        </w:rPr>
        <w:t>1:24:45  mein bola jata hai bol rahe hain bol rahe hain bol rahe hain to ek hai woh khuda</w:t>
      </w:r>
      <w:r>
        <w:br/>
      </w:r>
      <w:r>
        <w:rPr>
          <w:sz w:val="20"/>
        </w:rPr>
        <w:t>1:24:49  jo aap ne society se paya ho aap kisi ghar mein paida hue kisi society mein paida hue</w:t>
      </w:r>
      <w:r>
        <w:br/>
      </w:r>
      <w:r>
        <w:rPr>
          <w:sz w:val="20"/>
        </w:rPr>
        <w:t>1:24:55  wahan log khuda ki boli bol rahe the to aap bhi lage bolne</w:t>
      </w:r>
      <w:r>
        <w:br/>
      </w:r>
      <w:r>
        <w:rPr>
          <w:sz w:val="20"/>
        </w:rPr>
        <w:t>1:25:01  yeh</w:t>
      </w:r>
      <w:r>
        <w:br/>
      </w:r>
      <w:r>
        <w:rPr>
          <w:sz w:val="20"/>
        </w:rPr>
        <w:t>1:25:02  hai yeh ek ek koi yeh yeh yeh jo yeh jo bolna hai is ki koi value nahi hai khuda ko paana woh paana jo aap ke liye ek self self discovery ki taraf mila ho yani khud aap ne study ki khud aap ne socha khud aap ko realize hua ke khuda hai tab jo khuda aaye ga aap ke mind mein to woh ek living god hoga living god</w:t>
      </w:r>
      <w:r>
        <w:br/>
      </w:r>
      <w:r>
        <w:rPr>
          <w:sz w:val="20"/>
        </w:rPr>
        <w:t>1:25:27  yeh to bas aik maa baap se chala raha hai society mein chala raha hai kuch tradition mein chala raha hai tradition yeh traditional belief hai yeh yeh yeh khuda ka sahi maloom hai realization nahi hai</w:t>
      </w:r>
      <w:r>
        <w:br/>
      </w:r>
      <w:r>
        <w:rPr>
          <w:sz w:val="20"/>
        </w:rPr>
        <w:t>1:25:45  maulana agla sawal aya hai mr shakir ur rehman ka dilli se unhon ne poocha hai ke how we will come to know that we have realized god</w:t>
      </w:r>
    </w:p>
    <w:p>
      <w:pPr>
        <w:pStyle w:val="Heading2"/>
      </w:pPr>
      <w:r>
        <w:t>Failure to discover God from experiences</w:t>
      </w:r>
    </w:p>
    <w:p>
      <w:r>
        <w:rPr>
          <w:color w:val="666666"/>
          <w:sz w:val="18"/>
        </w:rPr>
        <w:t>Discovering God June 30, 2019 Maulana Wahiduddin Khan · 4m 43s · at 1:16:53 · https://youtu.be/Yt1-eX7XzYU?t=4613</w:t>
      </w:r>
    </w:p>
    <w:p>
      <w:r>
        <w:rPr>
          <w:i/>
        </w:rPr>
        <w:t>“Why do others fail to discover God from all these experiences? Is it due to ignorance?”</w:t>
      </w:r>
    </w:p>
    <w:p>
      <w:r>
        <w:rPr>
          <w:sz w:val="20"/>
        </w:rPr>
        <w:t>1:16:53  maulana, yeh yeh sawal dilli se bhejha hai abdul aziz chaudhry sahib ne. unhon ne likha hai: "maulana! why is it that others fail to discover god from all these experiences?</w:t>
      </w:r>
      <w:r>
        <w:br/>
      </w:r>
      <w:r>
        <w:rPr>
          <w:sz w:val="20"/>
        </w:rPr>
        <w:t>1:17:06  is it due to ignorance?"</w:t>
      </w:r>
      <w:r>
        <w:br/>
      </w:r>
      <w:r>
        <w:rPr>
          <w:sz w:val="20"/>
        </w:rPr>
        <w:t>1:17:11  dekhiye,</w:t>
      </w:r>
      <w:r>
        <w:br/>
      </w:r>
      <w:r>
        <w:rPr>
          <w:sz w:val="20"/>
        </w:rPr>
        <w:t>1:17:16  mein bachpan se</w:t>
      </w:r>
      <w:r>
        <w:br/>
      </w:r>
      <w:r>
        <w:rPr>
          <w:sz w:val="20"/>
        </w:rPr>
        <w:t>1:17:21  kisi cheez se mujhe shoq nahi tha,</w:t>
      </w:r>
      <w:r>
        <w:br/>
      </w:r>
      <w:r>
        <w:rPr>
          <w:sz w:val="20"/>
        </w:rPr>
        <w:t>1:17:26  kisi cheez se.</w:t>
      </w:r>
      <w:r>
        <w:br/>
      </w:r>
      <w:r>
        <w:rPr>
          <w:sz w:val="20"/>
        </w:rPr>
        <w:t>1:17:30  baad ko maine jaana ke mera case woh tha jo newton ka case tha. newton ke baray mein kaha jata tha: "haan, wool gather." newton ko wool gather kaha jata tha.</w:t>
      </w:r>
      <w:r>
        <w:br/>
      </w:r>
      <w:r>
        <w:rPr>
          <w:sz w:val="20"/>
        </w:rPr>
        <w:t>1:17:45  to maine baad ko jaana ke mera case wool gather ka case hai,</w:t>
      </w:r>
      <w:r>
        <w:br/>
      </w:r>
      <w:r>
        <w:rPr>
          <w:sz w:val="20"/>
        </w:rPr>
        <w:t>1:17:52  khoya hua insan.</w:t>
      </w:r>
      <w:r>
        <w:br/>
      </w:r>
      <w:r>
        <w:rPr>
          <w:sz w:val="20"/>
        </w:rPr>
        <w:t>1:17:58  yeh sab kahani, yeh sab waqiat hain jo maine likhe. isi woh meri aadat thi likhne ki, bachpan se likhne ki. to sab likha hua maujood hai.</w:t>
      </w:r>
      <w:r>
        <w:br/>
      </w:r>
      <w:r>
        <w:rPr>
          <w:sz w:val="20"/>
        </w:rPr>
        <w:t>1:18:10  aap nahi mante to na maniye, aur maan sakte hain to maan lijiye. yeh sab cheezein likhi hui maujood hain</w:t>
      </w:r>
      <w:r>
        <w:br/>
      </w:r>
      <w:r>
        <w:rPr>
          <w:sz w:val="20"/>
        </w:rPr>
        <w:t>1:18:21  ke mein, mislan, meri maan batati thi ke mein bohat bolta tha. baap se unki daadhi aise khenchta tha,</w:t>
      </w:r>
      <w:r>
        <w:br/>
      </w:r>
      <w:r>
        <w:rPr>
          <w:sz w:val="20"/>
        </w:rPr>
        <w:t>1:18:36  yani shokhi karta tha, shokhi bohat bolta tha. phir mere baap par stroke hua,</w:t>
      </w:r>
      <w:r>
        <w:br/>
      </w:r>
      <w:r>
        <w:rPr>
          <w:sz w:val="20"/>
        </w:rPr>
        <w:t>1:18:50  jisko falij kaha jata hai. 29 december, thandi raat mein</w:t>
      </w:r>
      <w:r>
        <w:br/>
      </w:r>
      <w:r>
        <w:rPr>
          <w:sz w:val="20"/>
        </w:rPr>
        <w:t>1:19:01  achanak woh khatam ho gaye</w:t>
      </w:r>
      <w:r>
        <w:br/>
      </w:r>
      <w:r>
        <w:rPr>
          <w:sz w:val="20"/>
        </w:rPr>
        <w:t>1:19:06  to unki bol isi waqt band ho gayi aur meri bol hi band ho gayi. meri maan batati thi ke woh ek dum chup ho gaya.</w:t>
      </w:r>
      <w:r>
        <w:br/>
      </w:r>
      <w:r>
        <w:rPr>
          <w:sz w:val="20"/>
        </w:rPr>
        <w:t>1:19:15  is ke baad baap se woh khoob bolta tha, shokhi karta tha, shokhi. lekin jab woh unka khatma ho gaya to meri bol band ho gayi,</w:t>
      </w:r>
      <w:r>
        <w:br/>
      </w:r>
      <w:r>
        <w:rPr>
          <w:sz w:val="20"/>
        </w:rPr>
        <w:t>1:19:29  ek dum chup.</w:t>
      </w:r>
      <w:r>
        <w:br/>
      </w:r>
      <w:r>
        <w:rPr>
          <w:sz w:val="20"/>
        </w:rPr>
        <w:t>1:19:37  yeh tha mere dil mein turning point ke mera bolna jo pehle pehle tha apne baap se, woh</w:t>
      </w:r>
      <w:r>
        <w:br/>
      </w:r>
      <w:r>
        <w:rPr>
          <w:sz w:val="20"/>
        </w:rPr>
        <w:t>1:19:51  woh woh woh woh khuda ki taraf marr marr gaya, khuda ki taraf.</w:t>
      </w:r>
      <w:r>
        <w:br/>
      </w:r>
      <w:r>
        <w:rPr>
          <w:sz w:val="20"/>
        </w:rPr>
        <w:t>1:20:02  yeh sab kahani ki baatein nahi hain, yeh waqiat ki baatein hain.</w:t>
      </w:r>
      <w:r>
        <w:br/>
      </w:r>
      <w:r>
        <w:rPr>
          <w:sz w:val="20"/>
        </w:rPr>
        <w:t>1:20:11  aur meri aadat thi likhne ki bachpan se.</w:t>
      </w:r>
      <w:r>
        <w:br/>
      </w:r>
      <w:r>
        <w:rPr>
          <w:sz w:val="20"/>
        </w:rPr>
        <w:t>1:20:20  to yeh sab meri zindagi ke waqiat hain. aap maniye to maniye, na maniye to mat maniye. aakhirat mein farishton se pooch lijiyega ke yeh baat jo kehta tha, woh sahi thi ya galat thi.</w:t>
      </w:r>
      <w:r>
        <w:br/>
      </w:r>
      <w:r>
        <w:rPr>
          <w:sz w:val="20"/>
        </w:rPr>
        <w:t>1:20:41  maulana tariq badar sahib ne comment bheja hai pakistan se. unhone likha hai: "very important lessons in today lecture.</w:t>
      </w:r>
      <w:r>
        <w:br/>
      </w:r>
      <w:r>
        <w:rPr>
          <w:sz w:val="20"/>
        </w:rPr>
        <w:t>1:20:51  i always feel very happy when maulana sahib shares his story of lahore, where i live." maulana astar khateeb sahib ne likha hai chennai se: "maulana!</w:t>
      </w:r>
      <w:r>
        <w:br/>
      </w:r>
      <w:r>
        <w:rPr>
          <w:sz w:val="20"/>
        </w:rPr>
        <w:t>1:21:03  first time i heard about god that he is god of love. very amazing to hear it. i didn't hear it from any muslim aalim so far.</w:t>
      </w:r>
      <w:r>
        <w:br/>
      </w:r>
      <w:r>
        <w:rPr>
          <w:sz w:val="20"/>
        </w:rPr>
        <w:t>1:21:15  i heard it from christian brothers that god is love, but not in the vast sense as you have mentioned it today." am irshad sahiba ne likha hai: "maulana!</w:t>
      </w:r>
      <w:r>
        <w:br/>
      </w:r>
      <w:r>
        <w:rPr>
          <w:sz w:val="20"/>
        </w:rPr>
        <w:t>1:21:26  aap hi woh wahid shakhsiyat hain jo ek phall ke test ke zariye se us ko banane wale ka ehsaas dilate hain.</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Scientific proof for God's existence?</w:t>
      </w:r>
    </w:p>
    <w:p>
      <w:r>
        <w:rPr>
          <w:color w:val="666666"/>
          <w:sz w:val="18"/>
        </w:rPr>
        <w:t>Three levels of Realization July 4, 2010 · 3m 50s · at 1:54:45 · https://youtu.be/NtCTVVov3Nw?t=6885</w:t>
      </w:r>
    </w:p>
    <w:p>
      <w:r>
        <w:rPr>
          <w:i/>
        </w:rPr>
        <w:t>“Is there any scientific proof for the existence of God? How then is it possible to discover God at a rational level?”</w:t>
      </w:r>
    </w:p>
    <w:p>
      <w:r>
        <w:rPr>
          <w:sz w:val="20"/>
        </w:rPr>
        <w:t>1:54:45  molana agla sawal hai miss sofia khan ka delhi se unhone poocha hai there is no scientific proof for the existence of god how then is it possible to discover god at a rational level</w:t>
      </w:r>
      <w:r>
        <w:br/>
      </w:r>
      <w:r>
        <w:rPr>
          <w:sz w:val="20"/>
        </w:rPr>
        <w:t>1:55:03  yeh baat sahi nahi hai scientific stand kya hai is ko janiye scientific stand yeh hai ke koi bhi cheez koi bhi cheez sirf probability ke darje mein jani ja sakti hai koi bhi jo science mana jata ho sab probability hai woh probability yeh science hai hi nahi jis ko hum chahte hain ke jis ko hum proof samajhte hain woh kahan se woh concept hai hi nahi science ka</w:t>
      </w:r>
      <w:r>
        <w:br/>
      </w:r>
      <w:r>
        <w:rPr>
          <w:sz w:val="20"/>
        </w:rPr>
        <w:t>1:55:32  koi bhi known cheez jaise ek solar system hai to woh bhi wahi yahi hai probability hai kyunke hum ne solar system ko dekha nahi hum ne calculations jana hai ke is tarah ka ke aap jo map mein bana rehta hai kya woh aise hi hum ne dekha kisi ne koi aisa camera nahi hai jo poore solar system ko photo us ne liya ho yani probably there is solar system probably there is gravity</w:t>
      </w:r>
      <w:r>
        <w:br/>
      </w:r>
      <w:r>
        <w:rPr>
          <w:sz w:val="20"/>
        </w:rPr>
        <w:t>1:56:01  koi bhi cheez aisi nahi hai probly der is atomic system probly this part of that particle probly der is negative particle probly der is positive particle</w:t>
      </w:r>
      <w:r>
        <w:br/>
      </w:r>
      <w:r>
        <w:rPr>
          <w:sz w:val="20"/>
        </w:rPr>
        <w:t>1:56:15  to is satah par khuda sabit hota hai is satah par khuda sabit hota hai meri kitab hai god rises is ko aap padh lijiyay</w:t>
      </w:r>
      <w:r>
        <w:br/>
      </w:r>
      <w:r>
        <w:rPr>
          <w:sz w:val="20"/>
        </w:rPr>
        <w:t>1:56:28  main is mein main nay kitab mein dikhaya hai kay jo level jis level par har cheez sabit hoti hai usi level par khuda bhi sabit hota hai jaisay main nay aik qism bataya tha is say pehlay kay aik martaba aik atheist say meri mulaqat ho gayi to bohat parhay likhay aadmi thay bohat parhay likhay aadmi thay aur philosopher thay woh philosopher aik sawal unhon nay kiya main nay aik jawab diya aur baat khatam ho gayi</w:t>
      </w:r>
      <w:r>
        <w:br/>
      </w:r>
      <w:r>
        <w:rPr>
          <w:sz w:val="20"/>
        </w:rPr>
        <w:t>1:56:58  unhon nay sawal kiya kay ah unhon nay sawal kiya tha kay what criterion do you have to prove there existence of god what criterion do you have to prove there existence of god</w:t>
      </w:r>
      <w:r>
        <w:br/>
      </w:r>
      <w:r>
        <w:rPr>
          <w:sz w:val="20"/>
        </w:rPr>
        <w:t>1:57:19  main nay aik second socha phir main nay kaha kay the same criterion the same criterion which you have to prove any thing else phir woh chup ho gaya woh woh samajh gayay kay</w:t>
      </w:r>
      <w:r>
        <w:br/>
      </w:r>
      <w:r>
        <w:rPr>
          <w:sz w:val="20"/>
        </w:rPr>
        <w:t>1:57:36  haan kisi cheez ko hum jab prove kartay hain to probability prove hoti hai to woh to khuda kay liye prove ho rahi hai</w:t>
      </w:r>
    </w:p>
    <w:p>
      <w:pPr>
        <w:pStyle w:val="Heading2"/>
      </w:pPr>
      <w:r>
        <w:t>Repeated discovery of helplessness for God</w:t>
      </w:r>
    </w:p>
    <w:p>
      <w:r>
        <w:rPr>
          <w:color w:val="666666"/>
          <w:sz w:val="18"/>
        </w:rPr>
        <w:t>The Problem of Evil December 4, 2011 · 1m 28s · at 1:37:31 · https://youtu.be/SMqtVjaGHfw?t=5851</w:t>
      </w:r>
    </w:p>
    <w:p>
      <w:r>
        <w:rPr>
          <w:i/>
        </w:rPr>
        <w:t>“You repeatedly discover your helplessness. My question is: Is a single discovery of helplessness not enough to believe in God? Then why do you keep discovering it repeatedly?”</w:t>
      </w:r>
    </w:p>
    <w:p>
      <w:r>
        <w:rPr>
          <w:sz w:val="20"/>
        </w:rPr>
        <w:t>1:37:31  Maulana, agla sawal aaya hai Maulana Abdul Basit Omri ka, Doha, Qatar se</w:t>
      </w:r>
      <w:r>
        <w:br/>
      </w:r>
      <w:r>
        <w:rPr>
          <w:sz w:val="20"/>
        </w:rPr>
        <w:t>1:37:37  . Unhone likha hai: "Maulana, aap bar bar apne ajz ko daryaft karte rehte hain. Aap bar bar apne ajz ko daryaft karte rehte hain.</w:t>
      </w:r>
      <w:r>
        <w:br/>
      </w:r>
      <w:r>
        <w:rPr>
          <w:sz w:val="20"/>
        </w:rPr>
        <w:t>1:37:48  Maulana, mera sawal yeh hai ke kya ek bar ke daryaft ajz Khuda ko manne ke liye kafi nahi? To phir aap bar bar kyun daryaft karte rehte hain?"</w:t>
      </w:r>
      <w:r>
        <w:br/>
      </w:r>
      <w:r>
        <w:rPr>
          <w:sz w:val="20"/>
        </w:rPr>
        <w:t>1:38:01  yeh aadmi dekhiye, aadmi ka dimagh aisa hai ke cheezen chali jati hain bhool ke khane mein.</w:t>
      </w:r>
      <w:r>
        <w:br/>
      </w:r>
      <w:r>
        <w:rPr>
          <w:sz w:val="20"/>
        </w:rPr>
        <w:t>1:38:10  koi bhi cheez aap ko agar aap bar bar usko charcha na karen to bhool jayenge. Aap apne bete hi ko aap charcha lekar bada bhool jayenge. To bete ko har waqt charcha karta hai aadmi.</w:t>
      </w:r>
      <w:r>
        <w:br/>
      </w:r>
      <w:r>
        <w:rPr>
          <w:sz w:val="20"/>
        </w:rPr>
        <w:t>1:38:20  mukhtalif bahane aap apne bete ko charcha karte hain, tab aap ko memory banta hai. To koi bhi cheez ho, aap ko charcha karna padega.</w:t>
      </w:r>
      <w:r>
        <w:br/>
      </w:r>
      <w:r>
        <w:rPr>
          <w:sz w:val="20"/>
        </w:rPr>
        <w:t>1:38:29  iska</w:t>
      </w:r>
      <w:r>
        <w:br/>
      </w:r>
      <w:r>
        <w:rPr>
          <w:sz w:val="20"/>
        </w:rPr>
        <w:t>1:38:30  nahi charcha karenge to woh jaisa ke mein is se pehle kaha tha ke mind ke teen hisse hain, yaani conscious mind, subconscious mind, unconscious mind.</w:t>
      </w:r>
      <w:r>
        <w:br/>
      </w:r>
      <w:r>
        <w:rPr>
          <w:sz w:val="20"/>
        </w:rPr>
        <w:t>1:38:41  to pehle cheezen aati hain conscious mind mein, phir chali jati hain subconscious mind mein, phir jati hain unconscious mind mein. Yeh to process hai, woh process se aap bach nahi sakte.</w:t>
      </w:r>
      <w:r>
        <w:br/>
      </w:r>
      <w:r>
        <w:rPr>
          <w:sz w:val="20"/>
        </w:rPr>
        <w:t>1:38:52  har cheez pe apply hota hai, woh chahe bete ko yaad rakhna ho, chahe Allah taala ko yaad rakhna ho. Hmm.</w:t>
      </w:r>
    </w:p>
    <w:p>
      <w:pPr>
        <w:pStyle w:val="Heading2"/>
      </w:pPr>
      <w:r>
        <w:t>Difference in reactions to criticism of God vs Prophet</w:t>
      </w:r>
    </w:p>
    <w:p>
      <w:r>
        <w:rPr>
          <w:color w:val="666666"/>
          <w:sz w:val="18"/>
        </w:rPr>
        <w:t>The Existence of God October 7, 2012 · 2m 08s · at 1:22:29 · https://youtu.be/Hm0ybuokQ8s?t=4949</w:t>
      </w:r>
    </w:p>
    <w:p>
      <w:r>
        <w:rPr>
          <w:i/>
        </w:rPr>
        <w:t>“Einstein said in his letter that God does not exist. If someone said the same thing about the Prophet, there would be protests all over the world. Why is there this difference in the matter of God and the Messenger? Please explain.”</w:t>
      </w:r>
    </w:p>
    <w:p>
      <w:r>
        <w:rPr>
          <w:sz w:val="20"/>
        </w:rPr>
        <w:t>1:22:29  maulana, agla sawal dilli se hai maulana zikwan nadvi sahab ka. unhon ne likha hai: "einstein ne apne letter mein khuda ke baray mein jo kaha ke khuda ka koi wajood nahi hai,</w:t>
      </w:r>
      <w:r>
        <w:br/>
      </w:r>
      <w:r>
        <w:rPr>
          <w:sz w:val="20"/>
        </w:rPr>
        <w:t>1:22:41  agar yahi baat koi shakhs prophet ke baray mein keh de to sari dunya mein protest shuru ho jaye ga. khuda aur rasool ke mamlay mein yeh farq kyun paya jata hai, is ke baray mein batayein." dekhiye, musalman phatkay hue hain.</w:t>
      </w:r>
      <w:r>
        <w:br/>
      </w:r>
      <w:r>
        <w:rPr>
          <w:sz w:val="20"/>
        </w:rPr>
        <w:t>1:22:58  aaj kal ke musalman jo hain, mein saaf kehta hoon ke yeh phatkay hue log hain. yeh yeh na khuda ko mantay hain, na muhammad ko mantay hain. apne qoumi khwahishat mein jeetay hain yeh log.</w:t>
      </w:r>
      <w:r>
        <w:br/>
      </w:r>
      <w:r>
        <w:rPr>
          <w:sz w:val="20"/>
        </w:rPr>
        <w:t>1:23:09  yeh qoumi khwahishat ke hangamay hain. yeh mat samjhiye ke rasool Allah ke hangamay hain. harghiz harghiz yeh rasool Allah ke hangamay nahi hain.</w:t>
      </w:r>
      <w:r>
        <w:br/>
      </w:r>
      <w:r>
        <w:rPr>
          <w:sz w:val="20"/>
        </w:rPr>
        <w:t>1:23:19  rasool Allah ke hangamay agar hotay to woh jantay hain ke rasool Allah ne kya kiya.</w:t>
      </w:r>
      <w:r>
        <w:br/>
      </w:r>
      <w:r>
        <w:rPr>
          <w:sz w:val="20"/>
        </w:rPr>
        <w:t>1:23:25  yaani gustakhi par hangama kiya rasool Allah sallallahu alaihi wasallam ne. wahan to gustakhi khoob hoti thi rozana subah makkah madinay mein.</w:t>
      </w:r>
      <w:r>
        <w:br/>
      </w:r>
      <w:r>
        <w:rPr>
          <w:sz w:val="20"/>
        </w:rPr>
        <w:t>1:23:33  yeh to qoumi hangamay hain, apni khwahishat mein peechay dorr rahay hain. yeh in ko na islam se matlab hai, na quran se, na muhammad se, na islam khuda se, kisi se matlab nahi.</w:t>
      </w:r>
      <w:r>
        <w:br/>
      </w:r>
      <w:r>
        <w:rPr>
          <w:sz w:val="20"/>
        </w:rPr>
        <w:t>1:23:43  in ko apni khwahishat se matlab hai. mein nahi manta ke yeh koi islami phenomena hai. mein harghiz nahi manta ke yeh koi islami phenomena hai.</w:t>
      </w:r>
      <w:r>
        <w:br/>
      </w:r>
      <w:r>
        <w:rPr>
          <w:sz w:val="20"/>
        </w:rPr>
        <w:t>1:23:54  yahan phenomena aaye to kyun nahi? in ke andar khauf khuda kyun nahi? in ke andar insaan se khair khwahi kyun nahi? in ke andar yeh jazba kyun nahi ke logon ko</w:t>
      </w:r>
      <w:r>
        <w:br/>
      </w:r>
      <w:r>
        <w:rPr>
          <w:sz w:val="20"/>
        </w:rPr>
        <w:t>1:24:05  quran pohanchayein? yeh sab jazba kyun nahi? khair, marna kaatna kya hai? hangama karna, protest karna, jalsay nikalna, yeh kyun hai? sab se pehla jo hona chahiye, rasool Allah: "lilk baakh an-nafs ka an-fusak allahu yaqoon al-mu'mineen".</w:t>
      </w:r>
      <w:r>
        <w:br/>
      </w:r>
      <w:r>
        <w:rPr>
          <w:sz w:val="20"/>
        </w:rPr>
        <w:t>1:24:21  yeh rasool Allah ki yeh seerat hai. yeh kyun nahi? in ke andar hai ke logon ki khair khwahi mein aap poochtay thay ke kaash in ko sachai mil jaye.</w:t>
      </w:r>
      <w:r>
        <w:br/>
      </w:r>
      <w:r>
        <w:rPr>
          <w:sz w:val="20"/>
        </w:rPr>
        <w:t>1:24:32  to agar aap baray ashiq rasool hain to yeh kyun nahi?</w:t>
      </w:r>
    </w:p>
    <w:p>
      <w:pPr>
        <w:pStyle w:val="Heading2"/>
      </w:pPr>
      <w:r>
        <w:t>Why Westerners do not acknowledge God's role</w:t>
      </w:r>
    </w:p>
    <w:p>
      <w:r>
        <w:rPr>
          <w:color w:val="666666"/>
          <w:sz w:val="18"/>
        </w:rPr>
        <w:t>Three levels of Realization 4 July 2010 - Maulana Wahiduddin Khan · 2m 02s · at 1:24:24 · https://youtu.be/H-kx5TldzfQ?t=5064</w:t>
      </w:r>
    </w:p>
    <w:p>
      <w:r>
        <w:rPr>
          <w:i/>
        </w:rPr>
        <w:t>“Generally people in Western countries acknowledge God's existence, but never give Him due recognition. For example, a person in power, like an executive or president, never says that he would accomplish anything with the help of God, and he would not say that this was God's will. It is considered to be a weakness of a person if anyone says so. Why is this so? Maulana, kindly comment on this.”</w:t>
      </w:r>
    </w:p>
    <w:p>
      <w:r>
        <w:rPr>
          <w:sz w:val="20"/>
        </w:rPr>
        <w:t>1:24:24  maulana agla sawal kya hai mister khwaja kaleemuddin ne from pennsylvania, usa? he is written: "maulana sahib, generally people in western countries acknowledge god's existence, but never they give him a due recognition.</w:t>
      </w:r>
      <w:r>
        <w:br/>
      </w:r>
      <w:r>
        <w:rPr>
          <w:sz w:val="20"/>
        </w:rPr>
        <w:t>1:24:44  for example, a person in power, like an executive or president, never says that he would accomplish anything with the help of god, or he would not say that this was god's will.</w:t>
      </w:r>
      <w:r>
        <w:br/>
      </w:r>
      <w:r>
        <w:rPr>
          <w:sz w:val="20"/>
        </w:rPr>
        <w:t>1:24:58  it is considered to be the weakness of a person, if anyone says so. why is this so? maulana, kindly comment on this."</w:t>
      </w:r>
      <w:r>
        <w:br/>
      </w:r>
      <w:r>
        <w:rPr>
          <w:sz w:val="20"/>
        </w:rPr>
        <w:t>1:25:08  ab main to yeh kahunga ke yeh western world ki baat hai, yeh sari duniya ki baat hai ke log khuda ka naam lete hain lekin consciousness ke level par unhe khuda ka pata nahi.</w:t>
      </w:r>
      <w:r>
        <w:br/>
      </w:r>
      <w:r>
        <w:rPr>
          <w:sz w:val="20"/>
        </w:rPr>
        <w:t>1:25:23  yeh to baap baap sun rahe hain, society mein bola jata hai, bol rahe hain, bol rahe hain, bol rahe hain. to ek hai woh khuda jo aap ne society se paya ho, aap kisi ghar mein paida hue, kisi society mein paida hue, wahan log khuda ki boli bol rahe the to aap bhi lage bolne.</w:t>
      </w:r>
      <w:r>
        <w:br/>
      </w:r>
      <w:r>
        <w:rPr>
          <w:sz w:val="20"/>
        </w:rPr>
        <w:t>1:25:41  yeh hai, yeh ek ek koi yeh yeh jo yeh jo bolna hai, is ki koi value nahi hai. khuda ko paana woh paana hai jo aap ke liye ek self self discovery ke taur par mila ho, yani khud aap ne study ki, khud aap ne socha,</w:t>
      </w:r>
      <w:r>
        <w:br/>
      </w:r>
      <w:r>
        <w:rPr>
          <w:sz w:val="20"/>
        </w:rPr>
        <w:t>1:25:59  khud aap ko realize hua ke khuda hai. tab jo khuda aaye ga aap ke mind mein to woh ek living god hoga. living god</w:t>
      </w:r>
      <w:r>
        <w:br/>
      </w:r>
      <w:r>
        <w:rPr>
          <w:sz w:val="20"/>
        </w:rPr>
        <w:t>1:26:08  yeh to bas ek maa baap se chala raha hai, society mein chala raha hai, kuch tradition mein chala raha hai. tradition yeh traditional belief hai, yeh yeh yeh khuda ka sahi maloom hai,</w:t>
      </w:r>
      <w:r>
        <w:br/>
      </w:r>
      <w:r>
        <w:rPr>
          <w:sz w:val="20"/>
        </w:rPr>
        <w:t>1:26:21  realization nahi hai.</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Misunderstood question about belief</w:t>
      </w:r>
    </w:p>
    <w:p>
      <w:r>
        <w:rPr>
          <w:color w:val="666666"/>
          <w:sz w:val="18"/>
        </w:rPr>
        <w:t>God Oriented Life (In Conversation with Maulana) 23 10 11 · 8m 17s · at 7:23 · https://youtu.be/E_LWwsWww2U?t=443</w:t>
      </w:r>
    </w:p>
    <w:p>
      <w:r>
        <w:rPr>
          <w:i/>
        </w:rPr>
        <w:t>“I had asked a question from Maulana in the last Sunday talk but perhaps it was misunderstood. I have a firm belief in God but the basic question in my mind relates to...”</w:t>
      </w:r>
    </w:p>
    <w:p>
      <w:r>
        <w:rPr>
          <w:sz w:val="20"/>
        </w:rPr>
        <w:t>7:23  maulana yeh sawal aaya hai Mr Ashish Diwari ka Kanpur se unhone likha hai I had asked</w:t>
      </w:r>
      <w:r>
        <w:br/>
      </w:r>
      <w:r>
        <w:rPr>
          <w:sz w:val="20"/>
        </w:rPr>
        <w:t>7:30  This question, I had asked a question from Maulana in the last Sunday talk, but perhaps it was</w:t>
      </w:r>
      <w:r>
        <w:br/>
      </w:r>
      <w:r>
        <w:rPr>
          <w:sz w:val="20"/>
        </w:rPr>
        <w:t>7:37  misunderstood. I have a firm belief in God, but the basic question in my mind relates to</w:t>
      </w:r>
      <w:r>
        <w:br/>
      </w:r>
      <w:r>
        <w:rPr>
          <w:sz w:val="20"/>
        </w:rPr>
        <w:t>7:45  Why we are here in this world you have said that the creation plan of God is to</w:t>
      </w:r>
      <w:r>
        <w:br/>
      </w:r>
      <w:r>
        <w:rPr>
          <w:sz w:val="20"/>
        </w:rPr>
        <w:t>7:50  test man in this world and find out whether he is worthy of living in paradise but God</w:t>
      </w:r>
      <w:r>
        <w:br/>
      </w:r>
      <w:r>
        <w:rPr>
          <w:sz w:val="20"/>
        </w:rPr>
        <w:t>7:58  as the most merciful to His creatures. So why would He subject them to trials and hardships?</w:t>
      </w:r>
      <w:r>
        <w:br/>
      </w:r>
      <w:r>
        <w:rPr>
          <w:sz w:val="20"/>
        </w:rPr>
        <w:t>8:04  for testing them if such a test is not</w:t>
      </w:r>
      <w:r>
        <w:br/>
      </w:r>
      <w:r>
        <w:rPr>
          <w:sz w:val="20"/>
        </w:rPr>
        <w:t>8:08  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r>
        <w:br/>
      </w:r>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r>
        <w:br/>
      </w:r>
      <w:r>
        <w:rPr>
          <w:sz w:val="20"/>
        </w:rPr>
        <w:t>13:47  question ko ignore karte hain har doosre maamle mein koi maamla aisa nahi hai ke aap side question ko</w:t>
      </w:r>
      <w:r>
        <w:br/>
      </w:r>
      <w:r>
        <w:rPr>
          <w:sz w:val="20"/>
        </w:rPr>
        <w:t>13:56  ek baar to yahan par dekhiye yahan jo prime minister the jo kuch din ke liye pehle chand</w:t>
      </w:r>
      <w:r>
        <w:br/>
      </w:r>
      <w:r>
        <w:rPr>
          <w:sz w:val="20"/>
        </w:rPr>
        <w:t>14:03  sheikh chand sheikh ke haan boatsey mein unhon ne ek form banaya tha bohat acha form bohat beauty</w:t>
      </w:r>
      <w:r>
        <w:br/>
      </w:r>
      <w:r>
        <w:rPr>
          <w:sz w:val="20"/>
        </w:rPr>
        <w:t>14:09  full to unhon ne ek baar to wahan function kiya tha mujhe bulaya tha wahan ab zahir hai</w:t>
      </w:r>
      <w:r>
        <w:br/>
      </w:r>
      <w:r>
        <w:rPr>
          <w:sz w:val="20"/>
        </w:rPr>
        <w:t>14:16  ke prime minister ka form aur wahan par</w:t>
      </w:r>
      <w:r>
        <w:br/>
      </w:r>
      <w:r>
        <w:rPr>
          <w:sz w:val="20"/>
        </w:rPr>
        <w:t>14:20  bohat aala intezamat the acha mein ne jo khana khaya to mujhe food poisoning ho gayi</w:t>
      </w:r>
      <w:r>
        <w:br/>
      </w:r>
      <w:r>
        <w:rPr>
          <w:sz w:val="20"/>
        </w:rPr>
        <w:t>14:26  food poisoning hui aur itna zyada mein pareshan hua ke bayan se bahar ab isi ko le kar</w:t>
      </w:r>
      <w:r>
        <w:br/>
      </w:r>
      <w:r>
        <w:rPr>
          <w:sz w:val="20"/>
        </w:rPr>
        <w:t>14:32  mein kahoon har khane ko mein shakk karoon to bhooka nahi mar jaunga mein</w:t>
      </w:r>
      <w:r>
        <w:br/>
      </w:r>
      <w:r>
        <w:rPr>
          <w:sz w:val="20"/>
        </w:rPr>
        <w:t>14:37  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r>
        <w:br/>
      </w:r>
      <w:r>
        <w:rPr>
          <w:sz w:val="20"/>
        </w:rPr>
        <w:t>15:04  yani bolna bhi mushkil se hota tha to ab mein koi pani na piyoon jo pani piyoon ga</w:t>
      </w:r>
      <w:r>
        <w:br/>
      </w:r>
      <w:r>
        <w:rPr>
          <w:sz w:val="20"/>
        </w:rPr>
        <w:t>15:11  samjhun ke bhai wahi phir dobara na ho jaye shakk kar loon to yeh dekhiye shakk mein jeena</w:t>
      </w:r>
      <w:r>
        <w:br/>
      </w:r>
      <w:r>
        <w:rPr>
          <w:sz w:val="20"/>
        </w:rPr>
        <w:t>15:17  koi jeena nahi hai</w:t>
      </w:r>
      <w:r>
        <w:br/>
      </w:r>
      <w:r>
        <w:rPr>
          <w:sz w:val="20"/>
        </w:rPr>
        <w:t>15:19  aaj aisa aadmi double standard banta hai kuch cheezon mein shakk karega kuch cheezon mein nahi kare</w:t>
      </w:r>
      <w:r>
        <w:br/>
      </w:r>
      <w:r>
        <w:rPr>
          <w:sz w:val="20"/>
        </w:rPr>
        <w:t>15:22  ga kuch cheezon mein side question par zor dega kuch cheezon ko ignore karega</w:t>
      </w:r>
      <w:r>
        <w:br/>
      </w:r>
      <w:r>
        <w:rPr>
          <w:sz w:val="20"/>
        </w:rPr>
        <w:t>15:30  to is se bachiye ke aap ka case double standard case ban jaye dual thinking ka case ban</w:t>
      </w:r>
      <w:r>
        <w:br/>
      </w:r>
      <w:r>
        <w:rPr>
          <w:sz w:val="20"/>
        </w:rPr>
        <w:t>15:36  jaye is se bachiye</w:t>
      </w:r>
    </w:p>
    <w:p>
      <w:pPr>
        <w:pStyle w:val="Heading2"/>
      </w:pPr>
      <w:r>
        <w:t>Avoiding negative doubts about Prophet</w:t>
      </w:r>
    </w:p>
    <w:p>
      <w:r>
        <w:rPr>
          <w:color w:val="666666"/>
          <w:sz w:val="18"/>
        </w:rPr>
        <w:t>The Existence of God-7th October 2012 · 2m 26s · at 1:25:47 · https://youtu.be/XWFqKwm-LPM?t=5147</w:t>
      </w:r>
    </w:p>
    <w:p>
      <w:r>
        <w:rPr>
          <w:i/>
        </w:rPr>
        <w:t>“How to avoid negative doubts? I can have two feelings: one is negative, that is what if Muhammad is not a messenger.”</w:t>
      </w:r>
    </w:p>
    <w:p>
      <w:r>
        <w:rPr>
          <w:sz w:val="20"/>
        </w:rPr>
        <w:t>1:25:47  maulana, agla sawal hyderabad se hai zeeshan yusuf sahab ka.</w:t>
      </w:r>
      <w:r>
        <w:br/>
      </w:r>
      <w:r>
        <w:rPr>
          <w:sz w:val="20"/>
        </w:rPr>
        <w:t>1:25:51  انہوں نے لکھا ہے: "مولانا صاحب، how to avoid negative doubts?" I can have two feelings: one is</w:t>
      </w:r>
      <w:r>
        <w:br/>
      </w:r>
      <w:r>
        <w:rPr>
          <w:sz w:val="20"/>
        </w:rPr>
        <w:t>1:25:59  Negative, that is what if Muhammad is not a messenger.</w:t>
      </w:r>
      <w:r>
        <w:br/>
      </w:r>
      <w:r>
        <w:rPr>
          <w:sz w:val="20"/>
        </w:rPr>
        <w:t>1:26:03  The second could be positive: What if Muhammad was really a messenger? Accordingly, I do research and clear</w:t>
      </w:r>
      <w:r>
        <w:br/>
      </w:r>
      <w:r>
        <w:rPr>
          <w:sz w:val="20"/>
        </w:rPr>
        <w:t>1:26:11  doubts.</w:t>
      </w:r>
      <w:r>
        <w:br/>
      </w:r>
      <w:r>
        <w:rPr>
          <w:sz w:val="20"/>
        </w:rPr>
        <w:t>1:26:12  مولانا صاحب، please tell me how to avoid negative doubts.</w:t>
      </w:r>
      <w:r>
        <w:br/>
      </w:r>
      <w:r>
        <w:rPr>
          <w:sz w:val="20"/>
        </w:rPr>
        <w:t>1:26:16  dekhen, is ka ek hi tareeqa hai: study.</w:t>
      </w:r>
      <w:r>
        <w:br/>
      </w:r>
      <w:r>
        <w:rPr>
          <w:sz w:val="20"/>
        </w:rPr>
        <w:t>1:26:20  aap study parhaiye apni, hamari teen kitaben parh lijye, aap phir sawal kijye.</w:t>
      </w:r>
      <w:r>
        <w:br/>
      </w:r>
      <w:r>
        <w:rPr>
          <w:sz w:val="20"/>
        </w:rPr>
        <w:t>1:26:25  aap teen kitaben parh lijye, phir aap sawal kijye.</w:t>
      </w:r>
      <w:r>
        <w:br/>
      </w:r>
      <w:r>
        <w:rPr>
          <w:sz w:val="20"/>
        </w:rPr>
        <w:t>1:26:29  pehli kitab hai "profit evolution", doosri kitab hai, yani wo kya kitab ka naam hai? "simple guides" hain?</w:t>
      </w:r>
      <w:r>
        <w:br/>
      </w:r>
      <w:r>
        <w:rPr>
          <w:sz w:val="20"/>
        </w:rPr>
        <w:t>1:26:37  han, "simple guide" hai is ka? nahin, nahin, "simple guide" hai.</w:t>
      </w:r>
      <w:r>
        <w:br/>
      </w:r>
      <w:r>
        <w:rPr>
          <w:sz w:val="20"/>
        </w:rPr>
        <w:t>1:26:42  "simple guide" mutala-e-seerat, ji "profit evolution" urdu aur angrezi dono mein hai.</w:t>
      </w:r>
      <w:r>
        <w:br/>
      </w:r>
      <w:r>
        <w:rPr>
          <w:sz w:val="20"/>
        </w:rPr>
        <w:t>1:26:47  phir mutala-e-seerat parhiya aur ek kitab jo abhi angrezi mein hai, wo yani wo hai "prophet of</w:t>
      </w:r>
      <w:r>
        <w:br/>
      </w:r>
      <w:r>
        <w:rPr>
          <w:sz w:val="20"/>
        </w:rPr>
        <w:t>1:26:55  peace".</w:t>
      </w:r>
      <w:r>
        <w:br/>
      </w:r>
      <w:r>
        <w:rPr>
          <w:sz w:val="20"/>
        </w:rPr>
        <w:t>1:26:56  abhi mujhe ek sahab ne bataya, abhi kal sham ko ke ek sahab the jo is mani mein</w:t>
      </w:r>
      <w:r>
        <w:br/>
      </w:r>
      <w:r>
        <w:rPr>
          <w:sz w:val="20"/>
        </w:rPr>
        <w:t>1:27:04  bohat un ka khayalat bohat alag the.</w:t>
      </w:r>
      <w:r>
        <w:br/>
      </w:r>
      <w:r>
        <w:rPr>
          <w:sz w:val="20"/>
        </w:rPr>
        <w:t>1:27:07  to unhon ne un ko kitab di "prophet of peace".</w:t>
      </w:r>
      <w:r>
        <w:br/>
      </w:r>
      <w:r>
        <w:rPr>
          <w:sz w:val="20"/>
        </w:rPr>
        <w:t>1:27:11  to do mahine to unhon ne parhe nahin, is ko itna ghair aham samajha.</w:t>
      </w:r>
      <w:r>
        <w:br/>
      </w:r>
      <w:r>
        <w:rPr>
          <w:sz w:val="20"/>
        </w:rPr>
        <w:t>1:27:17  is ko is ke baad kisi wajah se parha unhon ne to un ko yeh mail bheja unhon</w:t>
      </w:r>
      <w:r>
        <w:br/>
      </w:r>
      <w:r>
        <w:rPr>
          <w:sz w:val="20"/>
        </w:rPr>
        <w:t>1:27:25  ne ke is kitab mein to mera bilkul yani wo ho gaya, paradigm shift ho gaya.</w:t>
      </w:r>
      <w:r>
        <w:br/>
      </w:r>
      <w:r>
        <w:rPr>
          <w:sz w:val="20"/>
        </w:rPr>
        <w:t>1:27:32  to aap parhiye, study parhaiye, is ka hal yeh study hai, baqi sawal jawab nahin hai.</w:t>
      </w:r>
      <w:r>
        <w:br/>
      </w:r>
      <w:r>
        <w:rPr>
          <w:sz w:val="20"/>
        </w:rPr>
        <w:t>1:27:39  ab mere tareeqe se koi aur hoga aap ke is aas paas jo sawal jawab karen ge to is</w:t>
      </w:r>
      <w:r>
        <w:br/>
      </w:r>
      <w:r>
        <w:rPr>
          <w:sz w:val="20"/>
        </w:rPr>
        <w:t>1:27:47  se kuch hal nahin hone wala.</w:t>
      </w:r>
      <w:r>
        <w:br/>
      </w:r>
      <w:r>
        <w:rPr>
          <w:sz w:val="20"/>
        </w:rPr>
        <w:t>1:27:49  aap study parhaiye, apni study.</w:t>
      </w:r>
      <w:r>
        <w:br/>
      </w:r>
      <w:r>
        <w:rPr>
          <w:sz w:val="20"/>
        </w:rPr>
        <w:t>1:27:51  is tarah ke mamlaat jo hain wo sawal jawab se hal nahin hote, study parhane se hal hote</w:t>
      </w:r>
      <w:r>
        <w:br/>
      </w:r>
      <w:r>
        <w:rPr>
          <w:sz w:val="20"/>
        </w:rPr>
        <w:t>1:27:59  hain.</w:t>
      </w:r>
      <w:r>
        <w:br/>
      </w:r>
      <w:r>
        <w:rPr>
          <w:sz w:val="20"/>
        </w:rPr>
        <w:t>1:28:00  to aap teen kitabein jo hain, un mein to aap bataiye, aap ko teen kitabein is ko padhiye</w:t>
      </w:r>
      <w:r>
        <w:br/>
      </w:r>
      <w:r>
        <w:rPr>
          <w:sz w:val="20"/>
        </w:rPr>
        <w:t>1:28:08  aap aur phir mujhe aap sawal bhejiye apna agle sunday ko.</w:t>
      </w:r>
    </w:p>
    <w:p>
      <w:pPr>
        <w:pStyle w:val="Heading2"/>
      </w:pPr>
      <w:r>
        <w:t>Will Doubt Remain After Discovering God?</w:t>
      </w:r>
    </w:p>
    <w:p>
      <w:r>
        <w:rPr>
          <w:color w:val="666666"/>
          <w:sz w:val="18"/>
        </w:rPr>
        <w:t>Three levels of Realization July 4, 2010 · 2m 08s · at 1:38:25 · https://youtu.be/NtCTVVov3Nw?t=5905</w:t>
      </w:r>
    </w:p>
    <w:p>
      <w:r>
        <w:rPr>
          <w:i/>
        </w:rPr>
        <w:t>“According to you, the element of doubt is a part of the very creation plan of God. So even if we discover God at the level of intuition, will not doubt still remain?”</w:t>
      </w:r>
    </w:p>
    <w:p>
      <w:r>
        <w:rPr>
          <w:sz w:val="20"/>
        </w:rPr>
        <w:t>1:38:25  maulana agla sawal kya hai miss sadia khan ne new delhi se she has written according to you the element of doubt is a part of the very creation plan of god so</w:t>
      </w:r>
      <w:r>
        <w:br/>
      </w:r>
      <w:r>
        <w:rPr>
          <w:sz w:val="20"/>
        </w:rPr>
        <w:t>1:38:38  even if we discover god at the level of her intuition would not doubt still remain mera khayal hai ke doubt phir bhi rehta hai yani element of doubt element of doubt khatam nahi hota bas us ko manage karne ka power barh jata hai jaise wo ladki ne bataya ke wo khuda ko kehti thi ke kaisa khuda hai mere baap ko chheen liya mujh se to uska manage karne ka power bohat kam tha</w:t>
      </w:r>
      <w:r>
        <w:br/>
      </w:r>
      <w:r>
        <w:rPr>
          <w:sz w:val="20"/>
        </w:rPr>
        <w:t>1:39:07  lekin jis aadmi ko jaise kisi ki maa hai kisi maa us ke bete ko marti hai to thori der ko bete ko takleef hoti hai lekin phir manage kar leta hai wo jaldi se halanke koi bahar ka koi aadmi us ko mar de to wo manage nahi kar paye ga wo lare ga wo kai din tak to mein manta hoon ke yani rational level pe jab aadmi paata hai to wo manage karne ki power bohat kam hoti</w:t>
      </w:r>
      <w:r>
        <w:br/>
      </w:r>
      <w:r>
        <w:rPr>
          <w:sz w:val="20"/>
        </w:rPr>
        <w:t>1:39:34  hai is ki bohat jaldi se wo bhag sakta hai lekin intention ke level pe pa jayega to manage karne ka power barh jata hai is ka kyunke ek hota hai rational level ek hota hai emotional attachment do do cheezein hoti hain</w:t>
      </w:r>
      <w:r>
        <w:br/>
      </w:r>
      <w:r>
        <w:rPr>
          <w:sz w:val="20"/>
        </w:rPr>
        <w:t>1:39:56  to mein yahi kahunga ke phir bhi yani element of doubt</w:t>
      </w:r>
      <w:r>
        <w:br/>
      </w:r>
      <w:r>
        <w:rPr>
          <w:sz w:val="20"/>
        </w:rPr>
        <w:t>1:40:06  khatam nahi hota kuch na kuch baqi rehta hai lekin jo aadmi is yani is tarah ke ka jo realization ho jaye us ko to us ko manage karne ka power barh jayega aur bohat jaldi wo manage kar le ga jaldi manage kar le ga</w:t>
      </w:r>
      <w:r>
        <w:br/>
      </w:r>
      <w:r>
        <w:rPr>
          <w:sz w:val="20"/>
        </w:rPr>
        <w:t>1:40:25  is ke yani permanently bhagne ke chance bohat kam ho jate hain</w:t>
      </w:r>
    </w:p>
    <w:p>
      <w:pPr>
        <w:pStyle w:val="Heading2"/>
      </w:pPr>
      <w:r>
        <w:t>Challenge for atheist to find God rationally</w:t>
      </w:r>
    </w:p>
    <w:p>
      <w:r>
        <w:rPr>
          <w:color w:val="666666"/>
          <w:sz w:val="18"/>
        </w:rPr>
        <w:t>On Atheism | May 22, 2016 · 4m 56s · at 1:10:01 · https://youtu.be/tzJmfYnSleo?t=4201</w:t>
      </w:r>
    </w:p>
    <w:p>
      <w:r>
        <w:rPr>
          <w:i/>
        </w:rPr>
        <w:t>“I think the real challenge for an atheist is that he wants to discover God at a rational level and he does not get all the logical answers. What is your opinion?”</w:t>
      </w:r>
    </w:p>
    <w:p>
      <w:r>
        <w:rPr>
          <w:sz w:val="20"/>
        </w:rPr>
        <w:t>1:10:01  maulana agla sawal kya hai mister ajay dravri ne dilli se unho ne likha hai ke maulana ai</w:t>
      </w:r>
      <w:r>
        <w:br/>
      </w:r>
      <w:r>
        <w:rPr>
          <w:sz w:val="20"/>
        </w:rPr>
        <w:t>1:10:08  I think the real challenge for an atheist is that he wants to discover God at a rational level and</w:t>
      </w:r>
      <w:r>
        <w:br/>
      </w:r>
      <w:r>
        <w:rPr>
          <w:sz w:val="20"/>
        </w:rPr>
        <w:t>1:10:14  He does not get all the logical answers.</w:t>
      </w:r>
      <w:r>
        <w:br/>
      </w:r>
      <w:r>
        <w:rPr>
          <w:sz w:val="20"/>
        </w:rPr>
        <w:t>1:10:20  Is it possible to discover God at a logical level?</w:t>
      </w:r>
      <w:r>
        <w:br/>
      </w:r>
      <w:r>
        <w:rPr>
          <w:sz w:val="20"/>
        </w:rPr>
        <w:t>1:10:26  What is your opinion in this? یہ بات صحیح ہے کہ ہم ہر چیز کو ریزن اؤٹ کرتے ہیں۔</w:t>
      </w:r>
      <w:r>
        <w:br/>
      </w:r>
      <w:r>
        <w:rPr>
          <w:sz w:val="20"/>
        </w:rPr>
        <w:t>1:10:33  god ko hum god ke concept ko har cheez ko hum reason out yeh hamara hamara mind jo</w:t>
      </w:r>
      <w:r>
        <w:br/>
      </w:r>
      <w:r>
        <w:rPr>
          <w:sz w:val="20"/>
        </w:rPr>
        <w:t>1:10:41  hai woh by nature har cheez ko reason out karna chahta hai.</w:t>
      </w:r>
      <w:r>
        <w:br/>
      </w:r>
      <w:r>
        <w:rPr>
          <w:sz w:val="20"/>
        </w:rPr>
        <w:t>1:10:49  lekin reason out karne ke principle kya hain? Agar aap yeh janna chahein ke aap apni maan ke bete hain</w:t>
      </w:r>
      <w:r>
        <w:br/>
      </w:r>
      <w:r>
        <w:rPr>
          <w:sz w:val="20"/>
        </w:rPr>
        <w:t>1:10:57  to is ki shart yeh ho ke mujhe dekhna chahiye to kabhi aap dekh payenge ke aap</w:t>
      </w:r>
      <w:r>
        <w:br/>
      </w:r>
      <w:r>
        <w:rPr>
          <w:sz w:val="20"/>
        </w:rPr>
        <w:t>1:11:03  apni maan ke peit se paida hue? Aisi hazaron cheezein hain aaj is zamane mein to aap jante</w:t>
      </w:r>
      <w:r>
        <w:br/>
      </w:r>
      <w:r>
        <w:rPr>
          <w:sz w:val="20"/>
        </w:rPr>
        <w:t>1:11:09  hain ke yeh discovery ho gayi hai ke sub atomic particle hain.</w:t>
      </w:r>
      <w:r>
        <w:br/>
      </w:r>
      <w:r>
        <w:rPr>
          <w:sz w:val="20"/>
        </w:rPr>
        <w:t>1:11:15  sub atomic particle jo hain woh dikhai nahi dete.</w:t>
      </w:r>
      <w:r>
        <w:br/>
      </w:r>
      <w:r>
        <w:rPr>
          <w:sz w:val="20"/>
        </w:rPr>
        <w:t>1:11:21  koi bhi aala is ko aap ko dikha nahi sakta phir</w:t>
      </w:r>
      <w:r>
        <w:br/>
      </w:r>
      <w:r>
        <w:rPr>
          <w:sz w:val="20"/>
        </w:rPr>
        <w:t>1:11:27  bhi aap is ko mante hain.</w:t>
      </w:r>
      <w:r>
        <w:br/>
      </w:r>
      <w:r>
        <w:rPr>
          <w:sz w:val="20"/>
        </w:rPr>
        <w:t>1:11:30  to reason ka is zamane mein concept badal gaya hai.</w:t>
      </w:r>
      <w:r>
        <w:br/>
      </w:r>
      <w:r>
        <w:rPr>
          <w:sz w:val="20"/>
        </w:rPr>
        <w:t>1:11:34  pehlay zamane mein yeh reason ka matlab tha ke aankh se dekhna.</w:t>
      </w:r>
      <w:r>
        <w:br/>
      </w:r>
      <w:r>
        <w:rPr>
          <w:sz w:val="20"/>
        </w:rPr>
        <w:t>1:11:38  ab woh dekhne dikhai nahi koi cheez cheez dikhai nahi deti.</w:t>
      </w:r>
      <w:r>
        <w:br/>
      </w:r>
      <w:r>
        <w:rPr>
          <w:sz w:val="20"/>
        </w:rPr>
        <w:t>1:11:42  is mamle ko aap ko samajhna ho to ek kitab padh lijiye woh hai sir Arthur Eddington ki kitab.</w:t>
      </w:r>
      <w:r>
        <w:br/>
      </w:r>
      <w:r>
        <w:rPr>
          <w:sz w:val="20"/>
        </w:rPr>
        <w:t>1:11:45  is ka naam hai unseen word.</w:t>
      </w:r>
      <w:r>
        <w:br/>
      </w:r>
      <w:r>
        <w:rPr>
          <w:sz w:val="20"/>
        </w:rPr>
        <w:t>1:11:49  unseen word.</w:t>
      </w:r>
      <w:r>
        <w:br/>
      </w:r>
      <w:r>
        <w:rPr>
          <w:sz w:val="20"/>
        </w:rPr>
        <w:t>1:11:53  sirf ek kitab padhna aap ko ka</w:t>
      </w:r>
      <w:r>
        <w:br/>
      </w:r>
      <w:r>
        <w:rPr>
          <w:sz w:val="20"/>
        </w:rPr>
        <w:t>1:11:57  fi ho jayega.</w:t>
      </w:r>
      <w:r>
        <w:br/>
      </w:r>
      <w:r>
        <w:rPr>
          <w:sz w:val="20"/>
        </w:rPr>
        <w:t>1:12:03  maulana ek comment parhna chahenge jo abdul basit umri ne bheja hai doha qatar se aur unhon ne</w:t>
      </w:r>
      <w:r>
        <w:br/>
      </w:r>
      <w:r>
        <w:rPr>
          <w:sz w:val="20"/>
        </w:rPr>
        <w:t>1:12:09  likha hai maulana aap ne jo kaha ke khuda ko manne se aadmi ko ek yaqeen aur umeed</w:t>
      </w:r>
      <w:r>
        <w:br/>
      </w:r>
      <w:r>
        <w:rPr>
          <w:sz w:val="20"/>
        </w:rPr>
        <w:t>1:12:15  milti hai ke jis khuda ne aj mere liye suraj ko nikala wahi kal bhi nikale ga lekin</w:t>
      </w:r>
      <w:r>
        <w:br/>
      </w:r>
      <w:r>
        <w:rPr>
          <w:sz w:val="20"/>
        </w:rPr>
        <w:t>1:12:21  khuda ko na mane to insan ke liye koi sahara nahi woh hairan aur pareshan ki tarah</w:t>
      </w:r>
      <w:r>
        <w:br/>
      </w:r>
      <w:r>
        <w:rPr>
          <w:sz w:val="20"/>
        </w:rPr>
        <w:t>1:12:27  jangal mein bhatakta rahega yeh mere liye khuda ko manne ke liye ek aur daleel hai.</w:t>
      </w:r>
      <w:r>
        <w:br/>
      </w:r>
      <w:r>
        <w:rPr>
          <w:sz w:val="20"/>
        </w:rPr>
        <w:t>1:12:34  maulana ek aur sawal aaya hai aamir jinn mori sahib ka kashmir se woh sawal aj ke topic</w:t>
      </w:r>
      <w:r>
        <w:br/>
      </w:r>
      <w:r>
        <w:rPr>
          <w:sz w:val="20"/>
        </w:rPr>
        <w:t>1:12:42  se nahi hai unhon ne likha hai ke maulana sahib when a team is doing dawah work how</w:t>
      </w:r>
      <w:r>
        <w:br/>
      </w:r>
      <w:r>
        <w:rPr>
          <w:sz w:val="20"/>
        </w:rPr>
        <w:t>1:12:50  important is it that every member of the team</w:t>
      </w:r>
      <w:r>
        <w:br/>
      </w:r>
      <w:r>
        <w:rPr>
          <w:sz w:val="20"/>
        </w:rPr>
        <w:t>1:12:57  should have rules and responsibilities of doing the work how important is it that there has to be</w:t>
      </w:r>
      <w:r>
        <w:br/>
      </w:r>
      <w:r>
        <w:rPr>
          <w:sz w:val="20"/>
        </w:rPr>
        <w:t>1:13:03  a lot of cohesiveness among the team members and if both are equally important then how we can</w:t>
      </w:r>
      <w:r>
        <w:br/>
      </w:r>
      <w:r>
        <w:rPr>
          <w:sz w:val="20"/>
        </w:rPr>
        <w:t>1:13:10  address it if either or both of them are missing.</w:t>
      </w:r>
      <w:r>
        <w:br/>
      </w:r>
      <w:r>
        <w:rPr>
          <w:sz w:val="20"/>
        </w:rPr>
        <w:t>1:13:16  dekhiye dawah jo hai har qatar mein har fard ka kaam hai.</w:t>
      </w:r>
      <w:r>
        <w:br/>
      </w:r>
      <w:r>
        <w:rPr>
          <w:sz w:val="20"/>
        </w:rPr>
        <w:t>1:13:22  dawah har fard ka kaam hai</w:t>
      </w:r>
      <w:r>
        <w:br/>
      </w:r>
      <w:r>
        <w:rPr>
          <w:sz w:val="20"/>
        </w:rPr>
        <w:t>1:13:28  lekin koi bhi kaam aap jante hain organized way pe kiya aata hai to zyada bada result niklta hai.</w:t>
      </w:r>
      <w:r>
        <w:br/>
      </w:r>
      <w:r>
        <w:rPr>
          <w:sz w:val="20"/>
        </w:rPr>
        <w:t>1:13:34  to team kis ek hai dawah akele akele karna ek hai team ki surat mein karna to team</w:t>
      </w:r>
      <w:r>
        <w:br/>
      </w:r>
      <w:r>
        <w:rPr>
          <w:sz w:val="20"/>
        </w:rPr>
        <w:t>1:13:40  ki surat mein karne ke mani hain organized way mein karna aur organized way pe jab karenge</w:t>
      </w:r>
      <w:r>
        <w:br/>
      </w:r>
      <w:r>
        <w:rPr>
          <w:sz w:val="20"/>
        </w:rPr>
        <w:t>1:13:46  to result bohat barh jayega bohat barh jayega.</w:t>
      </w:r>
      <w:r>
        <w:br/>
      </w:r>
      <w:r>
        <w:rPr>
          <w:sz w:val="20"/>
        </w:rPr>
        <w:t>1:13:52  to yeh hai maamla hadith mein jo</w:t>
      </w:r>
      <w:r>
        <w:br/>
      </w:r>
      <w:r>
        <w:rPr>
          <w:sz w:val="20"/>
        </w:rPr>
        <w:t>1:13:58  aata hai ke yadullah al jamaat jamaat ke upar Allah ka hath hai wo yahi hai ke team ki shakal mein jab kaam karoge tum ya organized way mein kaam karoge to result bahut zyada badh jayega baqi farz to har ek ke liye har ek ko anjam dena hai lekin jo aadmi dawah ka kaam kar raha hai agar akela kiya usne to farz to ada ho gaya lekin jitna bada result nikal sakta tha</w:t>
      </w:r>
      <w:r>
        <w:br/>
      </w:r>
      <w:r>
        <w:rPr>
          <w:sz w:val="20"/>
        </w:rPr>
        <w:t>1:14:28  wo nikal nahi nikal payega woh kyunke is ke liye chahiye bohat se sathi acha jo sathi</w:t>
      </w:r>
      <w:r>
        <w:br/>
      </w:r>
      <w:r>
        <w:rPr>
          <w:sz w:val="20"/>
        </w:rPr>
        <w:t>1:14:36  ke liye qeemat deni parti hai sathi ban nahi sakte aap ke sathi jab banenge jab aap</w:t>
      </w:r>
      <w:r>
        <w:br/>
      </w:r>
      <w:r>
        <w:rPr>
          <w:sz w:val="20"/>
        </w:rPr>
        <w:t>1:14:43  ke andar bardasht ho sabr ho khair khwahi ho tolerance ho tab hoga warna warna team banegi</w:t>
      </w:r>
      <w:r>
        <w:br/>
      </w:r>
      <w:r>
        <w:rPr>
          <w:sz w:val="20"/>
        </w:rPr>
        <w:t>1:14:51  nahi to apne</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Biggest hurdle in discovering God</w:t>
      </w:r>
    </w:p>
    <w:p>
      <w:r>
        <w:rPr>
          <w:color w:val="666666"/>
          <w:sz w:val="18"/>
        </w:rPr>
        <w:t>Discovering God June 30, 2019 Maulana Wahiduddin Khan · 2m 01s · at 37:04 · https://youtu.be/Yt1-eX7XzYU?t=2224</w:t>
      </w:r>
    </w:p>
    <w:p>
      <w:r>
        <w:rPr>
          <w:i/>
        </w:rPr>
        <w:t>“According to you, what is the biggest hurdle for anyone in discovering God?”</w:t>
      </w:r>
    </w:p>
    <w:p>
      <w:r>
        <w:rPr>
          <w:sz w:val="20"/>
        </w:rPr>
        <w:t>37:04  ! ke kya point hai?" muhammad irfan rashidi sahib ne parbhani se likha hai: "maulana sahib, today cps teams from mumbai, nagpur, parbhani, nanded, hyderabad and gulbarga have gathered for a da'wah program at parbhani, and we are watching your sunday program live together." maulana, sawal lena chahenge?</w:t>
      </w:r>
      <w:r>
        <w:br/>
      </w:r>
      <w:r>
        <w:rPr>
          <w:sz w:val="20"/>
        </w:rPr>
        <w:t>37:32  yeh sawal bheja hai ahmedabad se rahat kazmi sahib ne. unhon ne aap se poocha hai ke "according to you, what is the biggest hurdle for anyone in discovering God?"</w:t>
      </w:r>
      <w:r>
        <w:br/>
      </w:r>
      <w:r>
        <w:rPr>
          <w:sz w:val="20"/>
        </w:rPr>
        <w:t>37:51  aap ko mere misaal mein yeh jawab mil chuka hai. aap ne beshumar log paye honge jinhon ne mango khaya hai, lekin shayad ek bhi nahi milegi misaal aap ko ke mango khate hue us ko khushi ki hansi hansi aa gayi hai.</w:t>
      </w:r>
      <w:r>
        <w:br/>
      </w:r>
      <w:r>
        <w:rPr>
          <w:sz w:val="20"/>
        </w:rPr>
        <w:t>38:14  woh mango ke creator ko ek mohabbat bhare khuda ke taur par daryaft kiya, aur us ki aankhon mein khushi ke aansu aa jayen.</w:t>
      </w:r>
      <w:r>
        <w:br/>
      </w:r>
      <w:r>
        <w:rPr>
          <w:sz w:val="20"/>
        </w:rPr>
        <w:t>38:29  to logon ne discover nahi kiya,</w:t>
      </w:r>
      <w:r>
        <w:br/>
      </w:r>
      <w:r>
        <w:rPr>
          <w:sz w:val="20"/>
        </w:rPr>
        <w:t>38:34  khaliq ko discover nahi kiya. unhon ne is liye aisa hua. aap logon ke liye khuda ko discoverable item banaiye.</w:t>
      </w:r>
      <w:r>
        <w:br/>
      </w:r>
      <w:r>
        <w:rPr>
          <w:sz w:val="20"/>
        </w:rPr>
        <w:t>38:48  is ke baad aap dekhen ke har aadmi</w:t>
      </w:r>
      <w:r>
        <w:br/>
      </w:r>
      <w:r>
        <w:rPr>
          <w:sz w:val="20"/>
        </w:rPr>
        <w:t>38:56  mohabbat ka pahad ban jayega.</w:t>
      </w:r>
    </w:p>
    <w:p>
      <w:pPr>
        <w:pStyle w:val="Heading2"/>
      </w:pPr>
      <w:r>
        <w:t>Measuring God vs subatomic particles</w:t>
      </w:r>
    </w:p>
    <w:p>
      <w:r>
        <w:rPr>
          <w:color w:val="666666"/>
          <w:sz w:val="18"/>
        </w:rPr>
        <w:t>The Existence of God July 23, 2017 Maulana Wahiduddin Khan · 1m 03s · at 55:21 · https://youtu.be/shLM_JhG3iE?t=3321</w:t>
      </w:r>
    </w:p>
    <w:p>
      <w:r>
        <w:rPr>
          <w:i/>
        </w:rPr>
        <w:t>“How do we tackle the fact that probability of subatomic particle existence can be measured, but we could not measure the existence of God? I mean, we could measure the probability of subatomic particles and reach certainty, but how do we reach to the certainty in the case of God?”</w:t>
      </w:r>
    </w:p>
    <w:p>
      <w:r>
        <w:rPr>
          <w:sz w:val="20"/>
        </w:rPr>
        <w:t>55:21  Maulana Muhtashim sahib ne Delhi se sawal bheja hai. unhone likha hai: "How do we tackle the fact that probability of subatomic particle existence can be measured, but we could not measure the existence of God?</w:t>
      </w:r>
      <w:r>
        <w:br/>
      </w:r>
      <w:r>
        <w:rPr>
          <w:sz w:val="20"/>
        </w:rPr>
        <w:t>55:39  I mean, we could measure the probability of subatomic particles and reach certainty, but how do we reach to the certainty in the case of</w:t>
      </w:r>
      <w:r>
        <w:br/>
      </w:r>
      <w:r>
        <w:rPr>
          <w:sz w:val="20"/>
        </w:rPr>
        <w:t>55:50  God?" nahi, yeh aap ne sahih nahi likha. measure nahi kar sakte aap. subatomic particle ko aap measure nahi kar sakte.</w:t>
      </w:r>
      <w:r>
        <w:br/>
      </w:r>
      <w:r>
        <w:rPr>
          <w:sz w:val="20"/>
        </w:rPr>
        <w:t>55:59  yeh aap ne sahih nahi kaha. woh measurable hai hi nahi. subatomic particle jo hai, woh quantum theory ka masla hai.</w:t>
      </w:r>
      <w:r>
        <w:br/>
      </w:r>
      <w:r>
        <w:rPr>
          <w:sz w:val="20"/>
        </w:rPr>
        <w:t>56:07  yeh quantum theory ko aap padhiye to subatomic particle ka existence mante hain, lekin measurable nahi mante.</w:t>
      </w:r>
      <w:r>
        <w:br/>
      </w:r>
      <w:r>
        <w:rPr>
          <w:sz w:val="20"/>
        </w:rPr>
        <w:t>56:17  woh yeh aap ka yeh kehna sahi nahi hai.</w:t>
      </w:r>
    </w:p>
    <w:p>
      <w:pPr>
        <w:pStyle w:val="Heading2"/>
      </w:pPr>
      <w:r>
        <w:t>How to know if someone is God realized</w:t>
      </w:r>
    </w:p>
    <w:p>
      <w:r>
        <w:rPr>
          <w:color w:val="666666"/>
          <w:sz w:val="18"/>
        </w:rPr>
        <w:t>Realization of God December 18, 2016 Maulana Wahiduddin Khan · 1m 00s · at 55:45 · https://youtu.be/LHKb2btTIT8?t=3345</w:t>
      </w:r>
    </w:p>
    <w:p>
      <w:r>
        <w:rPr>
          <w:i/>
        </w:rPr>
        <w:t>“Is there a way to know whether a person is God realized or not?”</w:t>
      </w:r>
    </w:p>
    <w:p>
      <w:r>
        <w:rPr>
          <w:sz w:val="20"/>
        </w:rPr>
        <w:t>55:45  agla sawal lucknow say kiya hai ghafoor alam sahib nay aur unhonay aap say poocha hai kay</w:t>
      </w:r>
      <w:r>
        <w:br/>
      </w:r>
      <w:r>
        <w:rPr>
          <w:sz w:val="20"/>
        </w:rPr>
        <w:t>55:52  Is there a way, Maulana Sahib, to know whether a person is God-realized or not?</w:t>
      </w:r>
      <w:r>
        <w:br/>
      </w:r>
      <w:r>
        <w:rPr>
          <w:sz w:val="20"/>
        </w:rPr>
        <w:t>56:00  aakhri mani mein to sirf Allah hi ko pata hai lekin yani alamat kay tor par har aadmi</w:t>
      </w:r>
      <w:r>
        <w:br/>
      </w:r>
      <w:r>
        <w:rPr>
          <w:sz w:val="20"/>
        </w:rPr>
        <w:t>56:07  pehchan leta hai pehchan sakta hai in terms yani alamat kay mani mein aap pehchan saktay hain lekin</w:t>
      </w:r>
      <w:r>
        <w:br/>
      </w:r>
      <w:r>
        <w:rPr>
          <w:sz w:val="20"/>
        </w:rPr>
        <w:t>56:15  aakhri ilm to sirf Allah ko hai woh kisi aur ko nahi hai aur woh kiya hai is</w:t>
      </w:r>
      <w:r>
        <w:br/>
      </w:r>
      <w:r>
        <w:rPr>
          <w:sz w:val="20"/>
        </w:rPr>
        <w:t>56:22  insan ki is insan kay face us ka lehja bolnay ka us ki baatein us ki positivity yeh</w:t>
      </w:r>
      <w:r>
        <w:br/>
      </w:r>
      <w:r>
        <w:rPr>
          <w:sz w:val="20"/>
        </w:rPr>
        <w:t>56:30  dekh kay aap pehchan lain kay aadmi kaisa hai yeh koi mushkil nahi hai pehchan na lekin aakhri ilm</w:t>
      </w:r>
      <w:r>
        <w:br/>
      </w:r>
      <w:r>
        <w:rPr>
          <w:sz w:val="20"/>
        </w:rPr>
        <w:t>56:38  jo hai bilashuba woh Allah kay pas hai woh kisi aur kay pas nahi hai Maulana Pakistan say</w:t>
      </w:r>
    </w:p>
    <w:p>
      <w:pPr>
        <w:pStyle w:val="Heading2"/>
      </w:pPr>
      <w:r>
        <w:t>Presenting monotheistic God to monastic believer</w:t>
      </w:r>
    </w:p>
    <w:p>
      <w:r>
        <w:rPr>
          <w:color w:val="666666"/>
          <w:sz w:val="18"/>
        </w:rPr>
        <w:t>Concept of God December 7, 2014 · 28s · at 56:05 · https://youtu.be/dCgL9lp8EAo?t=3365</w:t>
      </w:r>
    </w:p>
    <w:p>
      <w:r>
        <w:rPr>
          <w:i/>
        </w:rPr>
        <w:t>“I tried to present concept of monotheistic God to one who believed in monastic concept, but I failed.”</w:t>
      </w:r>
    </w:p>
    <w:p>
      <w:r>
        <w:rPr>
          <w:sz w:val="20"/>
        </w:rPr>
        <w:t>56:05  main samajhta hoon ke yeh yeh minimum shart hai kisi insaan ke good listener hone ki. Maulana, agla sawal lene se pehle ek comment parhna chahenge jo jnu se abdulrehman sahib ne bheja hai, aur unhon ne likha hai:</w:t>
      </w:r>
      <w:r>
        <w:br/>
      </w:r>
      <w:r>
        <w:rPr>
          <w:sz w:val="20"/>
        </w:rPr>
        <w:t>56:24  "Moulana, you are doing a marvelous job instilling positive mindedness in God's servants who lack this master key badly</w:t>
      </w:r>
    </w:p>
    <w:p>
      <w:pPr>
        <w:pStyle w:val="Heading2"/>
      </w:pPr>
      <w:r>
        <w:t>How to avoid negative doubts about Islam</w:t>
      </w:r>
    </w:p>
    <w:p>
      <w:r>
        <w:rPr>
          <w:color w:val="666666"/>
          <w:sz w:val="18"/>
        </w:rPr>
        <w:t>The Existence of God October 7, 2012 · 2m 05s · at 1:20:23 · https://youtu.be/Hm0ybuokQ8s?t=4823</w:t>
      </w:r>
    </w:p>
    <w:p>
      <w:r>
        <w:rPr>
          <w:i/>
        </w:rPr>
        <w:t>“How to avoid negative doubts? I can have two feelings: one is negative, that is 'what if Muhammad is not a messenger?' The second could be positive, 'what if Muhammad was really a messenger?' Accordingly, I do research and clear doubts.”</w:t>
      </w:r>
    </w:p>
    <w:p>
      <w:r>
        <w:rPr>
          <w:sz w:val="20"/>
        </w:rPr>
        <w:t>1:20:23  maulana, agla sawal hyderabad se hai zeeshan yusuf sahib ka. unhon ne likha hai: "maulana sahib, how to avoid negative doubts?" i can have two feelings: one is negative,</w:t>
      </w:r>
      <w:r>
        <w:br/>
      </w:r>
      <w:r>
        <w:rPr>
          <w:sz w:val="20"/>
        </w:rPr>
        <w:t>1:20:36  that is what if muhammad is not a messenger. the second could be positive, what if muhammad was really a messenger?</w:t>
      </w:r>
      <w:r>
        <w:br/>
      </w:r>
      <w:r>
        <w:rPr>
          <w:sz w:val="20"/>
        </w:rPr>
        <w:t>1:20:45  accordingly, i do research and clear doubts.</w:t>
      </w:r>
      <w:r>
        <w:br/>
      </w:r>
      <w:r>
        <w:rPr>
          <w:sz w:val="20"/>
        </w:rPr>
        <w:t>1:20:49  maulana sahib, please tell me how to avoid negative doubts. dekhiye, is ka aik hi tareeqa hai: study. aap study barhaiye apni, hamari teen kitabein parh lijiye, aap phir sawal kijiye.</w:t>
      </w:r>
      <w:r>
        <w:br/>
      </w:r>
      <w:r>
        <w:rPr>
          <w:sz w:val="20"/>
        </w:rPr>
        <w:t>1:21:02  aap teen kitabein parh lijiyay, phir aap sawal kijiyay. pehli kitab hai profit of revolution, doosri kitab hai mutala-e-seerat.</w:t>
      </w:r>
      <w:r>
        <w:br/>
      </w:r>
      <w:r>
        <w:rPr>
          <w:sz w:val="20"/>
        </w:rPr>
        <w:t>1:21:15  profit of revolution urdu angrezi dono mein hai. phir mutala-e-seerat parhiya, aur ek kitab jo abhi english mein hai, woh yaani woh hai profit of peace.</w:t>
      </w:r>
      <w:r>
        <w:br/>
      </w:r>
      <w:r>
        <w:rPr>
          <w:sz w:val="20"/>
        </w:rPr>
        <w:t>1:21:28  abhi mujhe ek sahab ne bataya, abhi kal sham ko ke ek sahab thay jo is mani mein bohat un ka khayalat bohat alag thay.</w:t>
      </w:r>
      <w:r>
        <w:br/>
      </w:r>
      <w:r>
        <w:rPr>
          <w:sz w:val="20"/>
        </w:rPr>
        <w:t>1:21:40  to unhon ne un ko kitab di profit of peace</w:t>
      </w:r>
      <w:r>
        <w:br/>
      </w:r>
      <w:r>
        <w:rPr>
          <w:sz w:val="20"/>
        </w:rPr>
        <w:t>1:21:43  . to do mahine tak unhon ne parha hi nahi, is ko itna ghair aham samajh. is ko is ke baad kisi wajah se parha unhon ne, to un ko yeh email bheja unhon ne ke is kitab mein se mera bilkul yaani woh ho gaya, part time shift ho gaya.</w:t>
      </w:r>
      <w:r>
        <w:br/>
      </w:r>
      <w:r>
        <w:rPr>
          <w:sz w:val="20"/>
        </w:rPr>
        <w:t>1:21:58  to aap parhiye, study barhaiye, is ka hal yeh study hai, baqi sawal jawab nahi hai. ab mere tareeqay se koi aur hoga aap ke is aas paas ko jo sawal jawab karein ge to is se kuch hal nahi hone wala.</w:t>
      </w:r>
      <w:r>
        <w:br/>
      </w:r>
      <w:r>
        <w:rPr>
          <w:sz w:val="20"/>
        </w:rPr>
        <w:t>1:22:10  aap study barhaiye apni, study.</w:t>
      </w:r>
      <w:r>
        <w:br/>
      </w:r>
      <w:r>
        <w:rPr>
          <w:sz w:val="20"/>
        </w:rPr>
        <w:t>1:22:12  is tarah ke mamlaat jo hain, woh sawal jawab se hal nahi hotay, study barhanay se hal hotay hain. to aap teen kitabein jo hain, mein batayi hain aap ko, teen kitabein is ko parhiye aap, aur phir mujhe aap sawal bhejiye apna aglay sunday ko.</w:t>
      </w:r>
    </w:p>
    <w:p>
      <w:pPr>
        <w:pStyle w:val="Heading2"/>
      </w:pPr>
      <w:r>
        <w:t>Why people deny God due to human corruption</w:t>
      </w:r>
    </w:p>
    <w:p>
      <w:r>
        <w:rPr>
          <w:color w:val="666666"/>
          <w:sz w:val="18"/>
        </w:rPr>
        <w:t>Contemplation on The Quran December 16, 2018 Maulana Wahiduddin Khan · 1m 56s · at 42:24 · https://youtu.be/bSOe1_KKEYk?t=2544</w:t>
      </w:r>
    </w:p>
    <w:p>
      <w:r>
        <w:rPr>
          <w:i/>
        </w:rPr>
        <w:t>“Molana, some people see nature's zero defect management and do not believe in God, but they see human corruption on earth and deny God. Why is that?”</w:t>
      </w:r>
    </w:p>
    <w:p>
      <w:r>
        <w:rPr>
          <w:sz w:val="20"/>
        </w:rPr>
        <w:t>42:24  as jannat is nothing but nearness to god." jazak allah. maulana, ab sawal lenge. yeh sawal naag pur se bheja hai muhammad irfan rasheedi sahib ne.</w:t>
      </w:r>
      <w:r>
        <w:br/>
      </w:r>
      <w:r>
        <w:rPr>
          <w:sz w:val="20"/>
        </w:rPr>
        <w:t>42:37  unhon ne likha hai ke maulana sahib, baz log nature ke zero defect management ko dekh kar allah par iman nahi late, balke zameen par insani fasad ko dekh kar allah ka inkar karte hain.</w:t>
      </w:r>
      <w:r>
        <w:br/>
      </w:r>
      <w:r>
        <w:rPr>
          <w:sz w:val="20"/>
        </w:rPr>
        <w:t>42:52  aisa kyun? main to samajhta hoon ke aisa nahi hai. ek galat baat mashhoor ho gayi hai. misaal ke taur par dekhiye, einstein ke bare mein</w:t>
      </w:r>
      <w:r>
        <w:br/>
      </w:r>
      <w:r>
        <w:rPr>
          <w:sz w:val="20"/>
        </w:rPr>
        <w:t>43:12  yeh kaha jata hai ke woh atheist tha, allah ka munkir. lekin khud uska german zaban mein jo chupa hua khat hai, us mein woh kehta hai ke main atheist nahi hoon, main agnostic hoon.</w:t>
      </w:r>
      <w:r>
        <w:br/>
      </w:r>
      <w:r>
        <w:rPr>
          <w:sz w:val="20"/>
        </w:rPr>
        <w:t>43:30  to agnostic to 50-50 ka muamla hai. yani jo aadmi aap ko kahe ke main agnostic hoon, to 50 percent woh god ko</w:t>
      </w:r>
      <w:r>
        <w:br/>
      </w:r>
      <w:r>
        <w:rPr>
          <w:sz w:val="20"/>
        </w:rPr>
        <w:t>43:45  maan raha hai.</w:t>
      </w:r>
      <w:r>
        <w:br/>
      </w:r>
      <w:r>
        <w:rPr>
          <w:sz w:val="20"/>
        </w:rPr>
        <w:t>43:49  kyun ke atheist ka matlab yeh hai ke main yaqeen ke sath nahi keh sakta. ho sakta hai ke khuda ho, ho sakta hai khuda na ho.</w:t>
      </w:r>
      <w:r>
        <w:br/>
      </w:r>
      <w:r>
        <w:rPr>
          <w:sz w:val="20"/>
        </w:rPr>
        <w:t>44:00  yeh to 50 percent mana hua hai. yeh yeh inkar khuda nahi hai, balke 50-50 ka muamla hai.</w:t>
      </w:r>
      <w:r>
        <w:br/>
      </w:r>
      <w:r>
        <w:rPr>
          <w:sz w:val="20"/>
        </w:rPr>
        <w:t>44:11  to yeh baat main samajhta hoon ke sahi nahi hai, bas mashhoor ho gayi hai.</w:t>
      </w:r>
    </w:p>
    <w:p>
      <w:pPr>
        <w:pStyle w:val="Heading2"/>
      </w:pPr>
      <w:r>
        <w:t>Logical positivism versus falsificationism</w:t>
      </w:r>
    </w:p>
    <w:p>
      <w:r>
        <w:rPr>
          <w:color w:val="666666"/>
          <w:sz w:val="18"/>
        </w:rPr>
        <w:t>Divine Help February 09, 2014 Maulana Wahiduddin Khan · 1m 32s · at 1:15:03 · https://youtu.be/eJBjiYGZcKY?t=4503</w:t>
      </w:r>
    </w:p>
    <w:p>
      <w:r>
        <w:rPr>
          <w:i/>
        </w:rPr>
        <w:t>“In your book God Arises, you assert modern age is the age of logical positivism. But this assertion contradicts with the title of your book Does God Exist? Therefore I think modern age is not the age of logical positivism. It is the age of hypothesism or falsificationism. Please comment.”</w:t>
      </w:r>
    </w:p>
    <w:p>
      <w:r>
        <w:rPr>
          <w:sz w:val="20"/>
        </w:rPr>
        <w:t>1:15:03  Maulana agla sawal jamon kashmir se junah hasan ne kiya hai.</w:t>
      </w:r>
      <w:r>
        <w:br/>
      </w:r>
      <w:r>
        <w:rPr>
          <w:sz w:val="20"/>
        </w:rPr>
        <w:t>1:15:08  انہوں نے لکھا ہے: In your book God Arises you assert modern age is the age of logical positivism.</w:t>
      </w:r>
      <w:r>
        <w:br/>
      </w:r>
      <w:r>
        <w:rPr>
          <w:sz w:val="20"/>
        </w:rPr>
        <w:t>1:15:13  But this assertion contradicts with the title of your book Does God exist? Therefore I think modern age is not the age of logical positivism. It is the age of hypothesism or falsificationism. Please comment.</w:t>
      </w:r>
      <w:r>
        <w:br/>
      </w:r>
      <w:r>
        <w:rPr>
          <w:sz w:val="20"/>
        </w:rPr>
        <w:t>1:15:33  yeh mein hamari kitab ka title yeh kaha hai.</w:t>
      </w:r>
      <w:r>
        <w:br/>
      </w:r>
      <w:r>
        <w:rPr>
          <w:sz w:val="20"/>
        </w:rPr>
        <w:t>1:15:37  yeh to aap ne banaya hai.</w:t>
      </w:r>
      <w:r>
        <w:br/>
      </w:r>
      <w:r>
        <w:rPr>
          <w:sz w:val="20"/>
        </w:rPr>
        <w:t>1:15:42  is ka kitab ka title to urdu mein hai mazhab aur jari challenge.</w:t>
      </w:r>
      <w:r>
        <w:br/>
      </w:r>
      <w:r>
        <w:rPr>
          <w:sz w:val="20"/>
        </w:rPr>
        <w:t>1:15:47  arabi mein alaihissalam bitahaddah.</w:t>
      </w:r>
      <w:r>
        <w:br/>
      </w:r>
      <w:r>
        <w:rPr>
          <w:sz w:val="20"/>
        </w:rPr>
        <w:t>1:15:52  angrezi mein God arises.</w:t>
      </w:r>
      <w:r>
        <w:br/>
      </w:r>
      <w:r>
        <w:rPr>
          <w:sz w:val="20"/>
        </w:rPr>
        <w:t>1:15:57  woh kahan hai? woh to hain? woh kahan hai? woh to hai nahin.</w:t>
      </w:r>
      <w:r>
        <w:br/>
      </w:r>
      <w:r>
        <w:rPr>
          <w:sz w:val="20"/>
        </w:rPr>
        <w:t>1:16:02  jo dosra title hai woh is ko unhon ne shayad confuse kiya hai Maulana? nahin yeh dosra title</w:t>
      </w:r>
      <w:r>
        <w:br/>
      </w:r>
      <w:r>
        <w:rPr>
          <w:sz w:val="20"/>
        </w:rPr>
        <w:t>1:16:07  bhi nahin hai nahin.</w:t>
      </w:r>
      <w:r>
        <w:br/>
      </w:r>
      <w:r>
        <w:rPr>
          <w:sz w:val="20"/>
        </w:rPr>
        <w:t>1:16:12  yeh title hamara nahin hai.</w:t>
      </w:r>
      <w:r>
        <w:br/>
      </w:r>
      <w:r>
        <w:rPr>
          <w:sz w:val="20"/>
        </w:rPr>
        <w:t>1:16:17  ji nahin woh bilkul sahi nahin hai.</w:t>
      </w:r>
      <w:r>
        <w:br/>
      </w:r>
      <w:r>
        <w:rPr>
          <w:sz w:val="20"/>
        </w:rPr>
        <w:t>1:16:22  phir se parhein.</w:t>
      </w:r>
      <w:r>
        <w:br/>
      </w:r>
      <w:r>
        <w:rPr>
          <w:sz w:val="20"/>
        </w:rPr>
        <w:t>1:16:26  phir se dekhein woh yeh title hamara nahin hai.</w:t>
      </w:r>
      <w:r>
        <w:br/>
      </w:r>
      <w:r>
        <w:rPr>
          <w:sz w:val="20"/>
        </w:rPr>
        <w:t>1:16:31  yeh hamara title nahin hai.</w:t>
      </w:r>
    </w:p>
    <w:p>
      <w:pPr>
        <w:pStyle w:val="Heading2"/>
      </w:pPr>
      <w:r>
        <w:t>Believing in unseen God and angels</w:t>
      </w:r>
    </w:p>
    <w:p>
      <w:r>
        <w:rPr>
          <w:color w:val="666666"/>
          <w:sz w:val="18"/>
        </w:rPr>
        <w:t>Hadith-e-Jibril, April 21, 2013 · 2m 26s · at 1:29:35 · https://youtu.be/0rF6Ou0pDog?t=5375</w:t>
      </w:r>
    </w:p>
    <w:p>
      <w:r>
        <w:rPr>
          <w:i/>
        </w:rPr>
        <w:t>“Among the things you said are necessary for faith, we have not seen God and angels. How can we believe in them?”</w:t>
      </w:r>
    </w:p>
    <w:p>
      <w:r>
        <w:rPr>
          <w:sz w:val="20"/>
        </w:rPr>
        <w:t>1:29:35  is ko parhne ke baad bhi agar koi sawal rehta hai to bataiye. haqeeqat e hajj mein aap is ke bare mein parh lijiye. maulana, agla sawal bhi jamia millia islamia se hai.</w:t>
      </w:r>
      <w:r>
        <w:br/>
      </w:r>
      <w:r>
        <w:rPr>
          <w:sz w:val="20"/>
        </w:rPr>
        <w:t>1:29:48  mus raziya ne kiya</w:t>
      </w:r>
      <w:r>
        <w:br/>
      </w:r>
      <w:r>
        <w:rPr>
          <w:sz w:val="20"/>
        </w:rPr>
        <w:t>1:29:49  hai. unhon ne likha hai maulana jitni cheezon par yaqeen aap ne imaan ke liye zaroori bataya hai un mein se khuda aur farishton ko hum ne nahi dekha.</w:t>
      </w:r>
      <w:r>
        <w:br/>
      </w:r>
      <w:r>
        <w:rPr>
          <w:sz w:val="20"/>
        </w:rPr>
        <w:t>1:30:02  rasoolon ke bare mein bhi quran aur tareekhi kitabon se hi pata chalta hai. phir in sab ki discovery kaise ho? imaan ki discovery se aap ka kya matlab hai?</w:t>
      </w:r>
      <w:r>
        <w:br/>
      </w:r>
      <w:r>
        <w:rPr>
          <w:sz w:val="20"/>
        </w:rPr>
        <w:t>1:30:14  hum to bana dekhe hi in par yaqeen karte hain.</w:t>
      </w:r>
      <w:r>
        <w:br/>
      </w:r>
      <w:r>
        <w:rPr>
          <w:sz w:val="20"/>
        </w:rPr>
        <w:t>1:30:21  dekhiye insaan ko jo dimagh diya gaya hai us ki definition yeh batayi jati hai ke dimagh ke andar</w:t>
      </w:r>
      <w:r>
        <w:br/>
      </w:r>
      <w:r>
        <w:rPr>
          <w:sz w:val="20"/>
        </w:rPr>
        <w:t>1:30:32  conceptual thought ki capacity hai. yaani tasawwurati taur par baat ko samajhna. yeh dimagh ki aala sift yahi hai.</w:t>
      </w:r>
      <w:r>
        <w:br/>
      </w:r>
      <w:r>
        <w:rPr>
          <w:sz w:val="20"/>
        </w:rPr>
        <w:t>1:30:43  ke na dekhe hue, na dekhne ke bawajood dekh dekh sakna. yeh insaan ke dimagh ki sift hai.</w:t>
      </w:r>
      <w:r>
        <w:br/>
      </w:r>
      <w:r>
        <w:rPr>
          <w:sz w:val="20"/>
        </w:rPr>
        <w:t>1:30:51  to conceptual thinking ki jo capacity insaan ke andar hai woh apne aap mein bata rahi hai ke imaan yeh bata rahi hai ke insaan ke andar yeh salahiyat hai ke woh ghaib ko bhi maan sake.</w:t>
      </w:r>
      <w:r>
        <w:br/>
      </w:r>
      <w:r>
        <w:rPr>
          <w:sz w:val="20"/>
        </w:rPr>
        <w:t>1:31:04  ghaib ko bhi maan la sake. aur doosri baat yeh hai ke science ne maujooda daur mein daryaft kiya hai har cheez ghaybi mein hai. aap apni maan ko samajhte hon ke main maan ko dekh rahe hon to aap dekh rahe hi nahi maan ko.</w:t>
      </w:r>
      <w:r>
        <w:br/>
      </w:r>
      <w:r>
        <w:rPr>
          <w:sz w:val="20"/>
        </w:rPr>
        <w:t>1:31:18  aap maan ke external</w:t>
      </w:r>
      <w:r>
        <w:br/>
      </w:r>
      <w:r>
        <w:rPr>
          <w:sz w:val="20"/>
        </w:rPr>
        <w:t>1:31:20  body ko dekh rahe hain. asal maan to us ke andar chupi hui hai. jo aap dikhai nahi deta aap ko. to har cheez har cheez jo hai unseen is daur mein hai.</w:t>
      </w:r>
      <w:r>
        <w:br/>
      </w:r>
      <w:r>
        <w:rPr>
          <w:sz w:val="20"/>
        </w:rPr>
        <w:t>1:31:31  ek kitab hai is ko aap padh lijiye unseen world. addington ki kitab hai unseen world. to us ne bataya ke sari sari cheez hi unseen hai.</w:t>
      </w:r>
      <w:r>
        <w:br/>
      </w:r>
      <w:r>
        <w:rPr>
          <w:sz w:val="20"/>
        </w:rPr>
        <w:t>1:31:41  jis ko insaan samajhta tha ke woh seen hai woh bhi aaj unseen ban chuka hai.</w:t>
      </w:r>
      <w:r>
        <w:br/>
      </w:r>
      <w:r>
        <w:rPr>
          <w:sz w:val="20"/>
        </w:rPr>
        <w:t>1:31:46  to aap dimagh ke andar jo sochne ki taqat hai usi se baaton ko aap jaan paate hain. to wohi islam mein matloob hai.</w:t>
      </w:r>
      <w:r>
        <w:br/>
      </w:r>
      <w:r>
        <w:rPr>
          <w:sz w:val="20"/>
        </w:rPr>
        <w:t>1:31:57  wohi matloob hai insaan mein.</w:t>
      </w:r>
    </w:p>
    <w:p>
      <w:pPr>
        <w:pStyle w:val="Heading2"/>
      </w:pPr>
      <w:r>
        <w:t>How to convince a Christian about Quran's authenticity?</w:t>
      </w:r>
    </w:p>
    <w:p>
      <w:r>
        <w:rPr>
          <w:color w:val="666666"/>
          <w:sz w:val="18"/>
        </w:rPr>
        <w:t>Quran for All Mankind June 3, 2012 · 54s · at 1:06:19 · https://youtu.be/Gp-53Zjugcg?t=3979</w:t>
      </w:r>
    </w:p>
    <w:p>
      <w:r>
        <w:rPr>
          <w:i/>
        </w:rPr>
        <w:t>“While I was reading the Quran, where Allah says, 'These are the words given by Me, and there is no doubt in it,' a Christian came to me and asked, 'Why does God have to say that there is no doubt in it?' He is not willing to believe the Quran's words. Maulana sahab, how can I convince him?”</w:t>
      </w:r>
    </w:p>
    <w:p>
      <w:r>
        <w:rPr>
          <w:sz w:val="20"/>
        </w:rPr>
        <w:t>1:06:19  maulana, agla sawal dilli se hai, mister muhammad azeem sahib ka. unhon ne likha hai: "when i was reading the quran, where allah says: these are the words given by me, and there is no doubt in it.</w:t>
      </w:r>
      <w:r>
        <w:br/>
      </w:r>
      <w:r>
        <w:rPr>
          <w:sz w:val="20"/>
        </w:rPr>
        <w:t>1:06:33  one of the christian came to me and asked: why god has to tell that there is no doubt in it? he is not willing to believe quran words." maulana sahib, how k</w:t>
      </w:r>
      <w:r>
        <w:br/>
      </w:r>
      <w:r>
        <w:rPr>
          <w:sz w:val="20"/>
        </w:rPr>
        <w:t>1:06:45  en i convince him? yeh koi baat hi nahin hai, convince kya karna hai? yeh koi baat hi nahin hai, yeh koi baat hai. bataiye, yeh to yani word play hai,</w:t>
      </w:r>
      <w:r>
        <w:br/>
      </w:r>
      <w:r>
        <w:rPr>
          <w:sz w:val="20"/>
        </w:rPr>
        <w:t>1:07:00  yeh koi argument nahin, koi logic nahin, koi reason nahin. yeh word play hai, yeh kuch bhi aise hi kehte rahiye.</w:t>
      </w:r>
      <w:r>
        <w:br/>
      </w:r>
      <w:r>
        <w:rPr>
          <w:sz w:val="20"/>
        </w:rPr>
        <w:t>1:07:08  aise logon ke sirf dua kijiye aur kuch nahin.</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Remembering God only in bad times</w:t>
      </w:r>
    </w:p>
    <w:p>
      <w:r>
        <w:rPr>
          <w:color w:val="666666"/>
          <w:sz w:val="18"/>
        </w:rPr>
        <w:t>Three levels of Realization July 4, 2010 · 2m 17s · at 1:44:27 · https://youtu.be/NtCTVVov3Nw?t=6267</w:t>
      </w:r>
    </w:p>
    <w:p>
      <w:r>
        <w:rPr>
          <w:i/>
        </w:rPr>
        <w:t>“In good times most people view God as an insignificant entity; they do not see much relevance of devoting their energies to realizing Him. Does this mean that man can recognize God only when bad times befall him?”</w:t>
      </w:r>
    </w:p>
    <w:p>
      <w:r>
        <w:rPr>
          <w:sz w:val="20"/>
        </w:rPr>
        <w:t>1:44:27  maulana agla sawal kya hai delhi se miss raziya siddiqui ne</w:t>
      </w:r>
      <w:r>
        <w:br/>
      </w:r>
      <w:r>
        <w:rPr>
          <w:sz w:val="20"/>
        </w:rPr>
        <w:t>1:44:32  unhone likha hai ke in good times most people view god as an insignificant entity they do not see much relevance of devoting their energies at realizing him does this mean that man can recognize god only when bad times befall him nahi quran mein aisi ayat maujood hai ke bad time mein koi khuda ko yaad kare to us ki koi haqeeqat bhi nahi kuch bhi nahi</w:t>
      </w:r>
      <w:r>
        <w:br/>
      </w:r>
      <w:r>
        <w:rPr>
          <w:sz w:val="20"/>
        </w:rPr>
        <w:t>1:45:01  yeh bad dekhen yeh do jo farq hai ek hai aadmi par koi museebat aa gayi hai jab tak museebat tab tak khuda ko yaad kar raha hai museebat over to phir woh wahshi ke wahshi ho gaya woh to darj nothing</w:t>
      </w:r>
      <w:r>
        <w:br/>
      </w:r>
      <w:r>
        <w:rPr>
          <w:sz w:val="20"/>
        </w:rPr>
        <w:t>1:45:16  haan agar kisi ke liye koi hardship ya koi bad experience ho woh us ke liye ek starting point ban jaye ke wahan se us ki zindagi ek phir se shuru ho jaye tab woh theek hai</w:t>
      </w:r>
      <w:r>
        <w:br/>
      </w:r>
      <w:r>
        <w:rPr>
          <w:sz w:val="20"/>
        </w:rPr>
        <w:t>1:45:36  main phir repeat kar raha hoon karunga ke yeh relative hai ke achha haal mein hai bure haal mein</w:t>
      </w:r>
      <w:r>
        <w:br/>
      </w:r>
      <w:r>
        <w:rPr>
          <w:sz w:val="20"/>
        </w:rPr>
        <w:t>1:45:44  hai yeh relative hai achhe haal mein yaad kar raha hai achhe haal mein yaad nahi kar raha hai aur bure haal mein yaad kar raha hai dono relative hain hadith yeh hai ke bura haal us ko pesh aaya aur us ko yani woh yeh starting point ban gaya</w:t>
      </w:r>
      <w:r>
        <w:br/>
      </w:r>
      <w:r>
        <w:rPr>
          <w:sz w:val="20"/>
        </w:rPr>
        <w:t>1:46:01  ke woh abhi tak bhi bekhabar tha khuda ko jaane hue nahi tha ab phir us ke baad chahe us ko jo bhi zindagi ke jaisi woh hamesha woh marte marte dam tak khuda juda rahe</w:t>
      </w:r>
      <w:r>
        <w:br/>
      </w:r>
      <w:r>
        <w:rPr>
          <w:sz w:val="20"/>
        </w:rPr>
        <w:t>1:46:13  to woh woh woh khuda ke haan mana jayega tab woh khuda ko mana jayega maine maane</w:t>
      </w:r>
      <w:r>
        <w:br/>
      </w:r>
      <w:r>
        <w:rPr>
          <w:sz w:val="20"/>
        </w:rPr>
        <w:t>1:46:23  to main ne aise log dekhe hain ke woh museebat ke waqt khoob yaad karte the museebat chali gayi yaad bhi nahi yaad bhi bhool chhoot gayi un se lekin aise bhi log dekhe hain jinke liye museebat aayi to woh un ke liye starting point mil gaya un ko naya us ke baad jo zindagi un ki bani nahi to woh woh rahi phir aakhir waqt to baqi nahi hui</w:t>
      </w:r>
    </w:p>
    <w:p>
      <w:pPr>
        <w:pStyle w:val="Heading2"/>
      </w:pPr>
      <w:r>
        <w:t>Convincing non-Muslims about Krishna not God</w:t>
      </w:r>
    </w:p>
    <w:p>
      <w:r>
        <w:rPr>
          <w:color w:val="666666"/>
          <w:sz w:val="18"/>
        </w:rPr>
        <w:t>The Existence of God October 7, 2012 · 1m 21s · at 1:08:58 · https://youtu.be/Hm0ybuokQ8s?t=4138</w:t>
      </w:r>
    </w:p>
    <w:p>
      <w:r>
        <w:rPr>
          <w:i/>
        </w:rPr>
        <w:t>“I am working in a factory in Ghaziabad. I do dawah work in between on my non-Muslim colleagues, but they all believe that Shri Krishna Ji is God. How can we convince them that Shri Krishna Ji is not God? Please give satisfactory answers so that we can convince our non-Muslim friends.”</w:t>
      </w:r>
    </w:p>
    <w:p>
      <w:r>
        <w:rPr>
          <w:sz w:val="20"/>
        </w:rPr>
        <w:t>1:08:58  maulana, agla sawal dilli se hai saadat yar sahib ka. unhon ne likha hai: "I am working in a factory in Gaziabad.</w:t>
      </w:r>
      <w:r>
        <w:br/>
      </w:r>
      <w:r>
        <w:rPr>
          <w:sz w:val="20"/>
        </w:rPr>
        <w:t>1:09:07  I do Dawa work in between on my non-Muslim colleagues, but they all believe that Shri Krishna Ji is God. How we can convince them that Shri Krishna Ji is not God?"</w:t>
      </w:r>
      <w:r>
        <w:br/>
      </w:r>
      <w:r>
        <w:rPr>
          <w:sz w:val="20"/>
        </w:rPr>
        <w:t>1:09:21  Please give satisfactory answers so that we can convince our non-Muslim friends."</w:t>
      </w:r>
      <w:r>
        <w:br/>
      </w:r>
      <w:r>
        <w:rPr>
          <w:sz w:val="20"/>
        </w:rPr>
        <w:t>1:09:27  nahi, aap kabhi bhi is ko starting part na banayein. yeh kabhi bhi aap koshish na karein, yeh dawat nahi hai, yeh to munazra hai.</w:t>
      </w:r>
      <w:r>
        <w:br/>
      </w:r>
      <w:r>
        <w:rPr>
          <w:sz w:val="20"/>
        </w:rPr>
        <w:t>1:09:37  munazra yeh sab behas munazre ke mozuat hain, is ka naam dawat nahi hai. Quran mein dekhiye: "ta'ala ala kalimati sawai bainana bainakum Allah na'oozubillah", yani common ground se dawat shuru hoti hai,</w:t>
      </w:r>
      <w:r>
        <w:br/>
      </w:r>
      <w:r>
        <w:rPr>
          <w:sz w:val="20"/>
        </w:rPr>
        <w:t>1:09:54  controversial ground se nahi shuru hoti. dawat</w:t>
      </w:r>
      <w:r>
        <w:br/>
      </w:r>
      <w:r>
        <w:rPr>
          <w:sz w:val="20"/>
        </w:rPr>
        <w:t>1:09:57  to aap jo controversial point hai, us se koi shuru karna chahte hain. aap jo common ground hai, us ko le kar shuru kijiye dawat apni, aur Quran parhne ke liye dijiye, kitabein dijiye.</w:t>
      </w:r>
      <w:r>
        <w:br/>
      </w:r>
      <w:r>
        <w:rPr>
          <w:sz w:val="20"/>
        </w:rPr>
        <w:t>1:10:10  yeh dawat ka sahi tareeqa nahi ke aap is is mozu par un se behas karein jo ke controversial point aap ke un ke beech mein hai.</w:t>
      </w:r>
    </w:p>
    <w:p>
      <w:pPr>
        <w:pStyle w:val="Heading2"/>
      </w:pPr>
      <w:r>
        <w:t>Why does God not answer prayers</w:t>
      </w:r>
    </w:p>
    <w:p>
      <w:r>
        <w:rPr>
          <w:color w:val="666666"/>
          <w:sz w:val="18"/>
        </w:rPr>
        <w:t>Concept of God December 7, 2014 · 2m 35s · at 1:01:47 · https://youtu.be/dCgL9lp8EAo?t=3707</w:t>
      </w:r>
    </w:p>
    <w:p>
      <w:r>
        <w:rPr>
          <w:i/>
        </w:rPr>
        <w:t>“A person calls out to God his whole life, but God never answers him even once. Is this God's proper way?”</w:t>
      </w:r>
    </w:p>
    <w:p>
      <w:r>
        <w:rPr>
          <w:sz w:val="20"/>
        </w:rPr>
        <w:t>1:01:47  maulana, agla sawal Dilli se kya hai Raj Malik sahib ne, aur unhon ne likha hai: "maulana, banda poori zindagi Khuda ko pukarta rehta hai, magar ek martaba bhi Khuda is ka jawab nahi deta.</w:t>
      </w:r>
      <w:r>
        <w:br/>
      </w:r>
      <w:r>
        <w:rPr>
          <w:sz w:val="20"/>
        </w:rPr>
        <w:t>1:02:03  kya yeh Khuda ka sahi tareeqa hai?"</w:t>
      </w:r>
      <w:r>
        <w:br/>
      </w:r>
      <w:r>
        <w:rPr>
          <w:sz w:val="20"/>
        </w:rPr>
        <w:t>1:02:08  nahi, to yeh to baat galat hai. yeh aap ke kehne hi galat hain. yeh possible hi nahi hai. woh sahi baat hai, use pukara hi nahi. woh yeh is ki, yaani is ki, yeh is woh samajhta hai, woh banda samajhta hai ke maine pukara, haalanke us ne pukara hi nahi.</w:t>
      </w:r>
      <w:r>
        <w:br/>
      </w:r>
      <w:r>
        <w:rPr>
          <w:sz w:val="20"/>
        </w:rPr>
        <w:t>1:02:32  yeh to bilkul aisi baat hai jo is ka koi base nahi hai. mein to Allah ko pukarta hoon aur har taraf mujhe jawab milta hai Allah ki taraf se.</w:t>
      </w:r>
      <w:r>
        <w:br/>
      </w:r>
      <w:r>
        <w:rPr>
          <w:sz w:val="20"/>
        </w:rPr>
        <w:t>1:02:44  lekin dekhein, agar mein pukaru ke Khuda mujhe duniya ka emperor bana de to yeh ek aamana dua hai, woh kabhi poori nahi hogi.</w:t>
      </w:r>
      <w:r>
        <w:br/>
      </w:r>
      <w:r>
        <w:rPr>
          <w:sz w:val="20"/>
        </w:rPr>
        <w:t>1:02:56  yeh aamana dua hai. aamana dua sunne ke liye Khuda baitha hua nahi hai. agar</w:t>
      </w:r>
      <w:r>
        <w:br/>
      </w:r>
      <w:r>
        <w:rPr>
          <w:sz w:val="20"/>
        </w:rPr>
        <w:t>1:03:03  mein kahun ke Khuda duniya se jo mere dushman hain, woh neest o naabood ho jayein to yeh aamana dua hai, woh kabhi nahi poori hogi. agar mein yeh dua karun ke Khudaaya, mein sari duniya ki daulat mere paas aa jaye to yeh stupid dua hai, woh kabhi poori nahi hogi.</w:t>
      </w:r>
      <w:r>
        <w:br/>
      </w:r>
      <w:r>
        <w:rPr>
          <w:sz w:val="20"/>
        </w:rPr>
        <w:t>1:03:22  to dua ke liye karne se pehle aap ko jaanna chahiye ke "What is the Christian plan of God?" . Khuda ki apni is ki wahan things kya hain?</w:t>
      </w:r>
      <w:r>
        <w:br/>
      </w:r>
      <w:r>
        <w:rPr>
          <w:sz w:val="20"/>
        </w:rPr>
        <w:t>1:03:32  is ke framework mein dua karein karein aap to zaroor poori hogi. log yunhi kisi baat ke liye dua karte hain, unhein poori hoti hai, kehte hain Khuda ne suni hi meri nahi.</w:t>
      </w:r>
      <w:r>
        <w:br/>
      </w:r>
      <w:r>
        <w:rPr>
          <w:sz w:val="20"/>
        </w:rPr>
        <w:t>1:03:46  aap jaaniye ke Khuda ke is ke options kya hain? Khuda, Khuda ke plan kya hai? Law of nature kya hai?</w:t>
      </w:r>
      <w:r>
        <w:br/>
      </w:r>
      <w:r>
        <w:rPr>
          <w:sz w:val="20"/>
        </w:rPr>
        <w:t>1:03:55  aur phir aap dua karein. lekin yaad rakhiye ke aap kitne hi sachche insaan hon, agar aap wahi dua karenge jo Khuda ki is ke options mein nahi hai to woh nahi poori, poori nahi hogi.</w:t>
      </w:r>
      <w:r>
        <w:br/>
      </w:r>
      <w:r>
        <w:rPr>
          <w:sz w:val="20"/>
        </w:rPr>
        <w:t>1:04:08  kabhi nahi poori hogi.</w:t>
      </w:r>
      <w:r>
        <w:br/>
      </w:r>
      <w:r>
        <w:rPr>
          <w:sz w:val="20"/>
        </w:rPr>
        <w:t>1:04:13  yeh to hypothesis hi galat hai.</w:t>
      </w:r>
    </w:p>
    <w:p>
      <w:pPr>
        <w:pStyle w:val="Heading1"/>
      </w:pPr>
      <w:r>
        <w:t>In the lectures (20)</w:t>
      </w:r>
    </w:p>
    <w:p>
      <w:pPr>
        <w:pStyle w:val="Heading2"/>
      </w:pPr>
      <w:r>
        <w:t>Problems of Misunderstanding May 10, 2009</w:t>
      </w:r>
    </w:p>
    <w:p>
      <w:r>
        <w:rPr>
          <w:color w:val="666666"/>
          <w:sz w:val="18"/>
        </w:rPr>
        <w:t>1:08:21 · https://youtu.be/j3LgYzAfM5U?t=4101</w:t>
      </w:r>
    </w:p>
    <w:p>
      <w:r>
        <w:rPr>
          <w:i/>
        </w:rPr>
        <w:t>“I don't believe in wحدت وجود.”</w:t>
      </w:r>
    </w:p>
    <w:p>
      <w:pPr>
        <w:pStyle w:val="Heading2"/>
      </w:pPr>
      <w:r>
        <w:t>The Belief System of Islam August 01, 2007</w:t>
      </w:r>
    </w:p>
    <w:p>
      <w:r>
        <w:rPr>
          <w:color w:val="666666"/>
          <w:sz w:val="18"/>
        </w:rPr>
        <w:t>4:44 · https://youtu.be/5pdnwRaPfmY?t=284</w:t>
      </w:r>
    </w:p>
    <w:p>
      <w:r>
        <w:rPr>
          <w:i/>
        </w:rPr>
        <w:t>“There is no God.”</w:t>
      </w:r>
    </w:p>
    <w:p>
      <w:pPr>
        <w:pStyle w:val="Heading2"/>
      </w:pPr>
      <w:r>
        <w:t>Problems of Misunderstanding May 10, 2009</w:t>
      </w:r>
    </w:p>
    <w:p>
      <w:r>
        <w:rPr>
          <w:color w:val="666666"/>
          <w:sz w:val="18"/>
        </w:rPr>
        <w:t>41:19 · https://youtu.be/j3LgYzAfM5U?t=2479</w:t>
      </w:r>
    </w:p>
    <w:p>
      <w:r>
        <w:rPr>
          <w:i/>
        </w:rPr>
        <w:t>“تو لگتا ہے کہ خدا ہے نہیں۔”</w:t>
      </w:r>
    </w:p>
    <w:p>
      <w:pPr>
        <w:pStyle w:val="Heading2"/>
      </w:pPr>
      <w:r>
        <w:t>The Existence of God July 23, 2017 Maulana Wahiduddin Khan</w:t>
      </w:r>
    </w:p>
    <w:p>
      <w:r>
        <w:rPr>
          <w:color w:val="666666"/>
          <w:sz w:val="18"/>
        </w:rPr>
        <w:t>2:25 · https://youtu.be/shLM_JhG3iE?t=145</w:t>
      </w:r>
    </w:p>
    <w:p>
      <w:r>
        <w:rPr>
          <w:i/>
        </w:rPr>
        <w:t>“میں سمجھتا ہوں کہ خدا کو جو لوگ نہیں مانتے، ان کے پاس خدا کے لیے کوئی”</w:t>
      </w:r>
    </w:p>
    <w:p>
      <w:pPr>
        <w:pStyle w:val="Heading2"/>
      </w:pPr>
      <w:r>
        <w:t>Shantum Seth Group Q&amp;A EL 02 Feb, 08 - Maulana Wahiduddin Khan</w:t>
      </w:r>
    </w:p>
    <w:p>
      <w:r>
        <w:rPr>
          <w:color w:val="666666"/>
          <w:sz w:val="18"/>
        </w:rPr>
        <w:t>50:55 · https://youtu.be/97Uy6wSnQp8?t=3055</w:t>
      </w:r>
    </w:p>
    <w:p>
      <w:r>
        <w:rPr>
          <w:i/>
        </w:rPr>
        <w:t>“They don't believe in a personal God.”</w:t>
      </w:r>
    </w:p>
    <w:p>
      <w:pPr>
        <w:pStyle w:val="Heading2"/>
      </w:pPr>
      <w:r>
        <w:t>The Concept of Justice in Islam May 03, 2007</w:t>
      </w:r>
    </w:p>
    <w:p>
      <w:r>
        <w:rPr>
          <w:color w:val="666666"/>
          <w:sz w:val="18"/>
        </w:rPr>
        <w:t>35:55 · https://youtu.be/DY5SY8H554c?t=2155</w:t>
      </w:r>
    </w:p>
    <w:p>
      <w:r>
        <w:rPr>
          <w:i/>
        </w:rPr>
        <w:t>“"I fear God.”</w:t>
      </w:r>
    </w:p>
    <w:p>
      <w:pPr>
        <w:pStyle w:val="Heading2"/>
      </w:pPr>
      <w:r>
        <w:t>Why People live in Despair September 2, 2007</w:t>
      </w:r>
    </w:p>
    <w:p>
      <w:r>
        <w:rPr>
          <w:color w:val="666666"/>
          <w:sz w:val="18"/>
        </w:rPr>
        <w:t>1:09:24 · https://youtu.be/BHfgOfzXf00?t=4164</w:t>
      </w:r>
    </w:p>
    <w:p>
      <w:r>
        <w:rPr>
          <w:i/>
        </w:rPr>
        <w:t>“یعنی کوئی کہے خدا نہیں ہے، فرض کیجیے”</w:t>
      </w:r>
    </w:p>
    <w:p>
      <w:pPr>
        <w:pStyle w:val="Heading2"/>
      </w:pPr>
      <w:r>
        <w:t>Understanding Islam (In Conversation with Maulana)</w:t>
      </w:r>
    </w:p>
    <w:p>
      <w:r>
        <w:rPr>
          <w:color w:val="666666"/>
          <w:sz w:val="18"/>
        </w:rPr>
        <w:t>19:05 · https://youtu.be/tLTRyW1qhRw?t=1145</w:t>
      </w:r>
    </w:p>
    <w:p>
      <w:r>
        <w:rPr>
          <w:i/>
        </w:rPr>
        <w:t>“According to my personal experience, I am nothing. God Almighty was”</w:t>
      </w:r>
    </w:p>
    <w:p>
      <w:pPr>
        <w:pStyle w:val="Heading2"/>
      </w:pPr>
      <w:r>
        <w:t>Creative Role of Women March 03, 2019</w:t>
      </w:r>
    </w:p>
    <w:p>
      <w:r>
        <w:rPr>
          <w:color w:val="666666"/>
          <w:sz w:val="18"/>
        </w:rPr>
        <w:t>19:27 · https://youtu.be/d1-P347SqYQ?t=1167</w:t>
      </w:r>
    </w:p>
    <w:p>
      <w:r>
        <w:rPr>
          <w:i/>
        </w:rPr>
        <w:t>“سیکولر مفکر، کہ historically it is quite doubtful whether Christ ever existed at all”</w:t>
      </w:r>
    </w:p>
    <w:p>
      <w:pPr>
        <w:pStyle w:val="Heading2"/>
      </w:pPr>
      <w:r>
        <w:t>Shantum Seth Group Q&amp;A EL 02 Feb, 08 - Maulana Wahiduddin Khan</w:t>
      </w:r>
    </w:p>
    <w:p>
      <w:r>
        <w:rPr>
          <w:color w:val="666666"/>
          <w:sz w:val="18"/>
        </w:rPr>
        <w:t>49:30 · https://youtu.be/97Uy6wSnQp8?t=2970</w:t>
      </w:r>
    </w:p>
    <w:p>
      <w:r>
        <w:rPr>
          <w:i/>
        </w:rPr>
        <w:t>“I believe that God is a living being. God is not a symbolic word”</w:t>
      </w:r>
    </w:p>
    <w:p>
      <w:pPr>
        <w:pStyle w:val="Heading2"/>
      </w:pPr>
      <w:r>
        <w:t>The Belief System of Islam August 01, 2007</w:t>
      </w:r>
    </w:p>
    <w:p>
      <w:r>
        <w:rPr>
          <w:color w:val="666666"/>
          <w:sz w:val="18"/>
        </w:rPr>
        <w:t>4:18 · https://youtu.be/5pdnwRaPfmY?t=258</w:t>
      </w:r>
    </w:p>
    <w:p>
      <w:r>
        <w:rPr>
          <w:i/>
        </w:rPr>
        <w:t>“. Some people claim that science has disproved the existence of God.”</w:t>
      </w:r>
    </w:p>
    <w:p>
      <w:pPr>
        <w:pStyle w:val="Heading2"/>
      </w:pPr>
      <w:r>
        <w:t>Road to God July 25, 2010 Maulana Wahiduddin Khan</w:t>
      </w:r>
    </w:p>
    <w:p>
      <w:r>
        <w:rPr>
          <w:color w:val="666666"/>
          <w:sz w:val="18"/>
        </w:rPr>
        <w:t>10:08 · https://youtu.be/1kLAQHcFaFk?t=608</w:t>
      </w:r>
    </w:p>
    <w:p>
      <w:r>
        <w:rPr>
          <w:i/>
        </w:rPr>
        <w:t>“اور میں سمجھتا ہوں کہ خدا کے وجود کا سبرا ثبوت سائنس میں نہیں ہے، فلاسفی میں نہیں ہے، علم کلام میں نہیں ہے۔”</w:t>
      </w:r>
    </w:p>
    <w:p>
      <w:pPr>
        <w:pStyle w:val="Heading2"/>
      </w:pPr>
      <w:r>
        <w:t>The Creation Plan of God January 4, 2007 Maulana Wahiduddin Khan</w:t>
      </w:r>
    </w:p>
    <w:p>
      <w:r>
        <w:rPr>
          <w:color w:val="666666"/>
          <w:sz w:val="18"/>
        </w:rPr>
        <w:t>14:43 · https://youtu.be/KNQtOQeLgTQ?t=883</w:t>
      </w:r>
    </w:p>
    <w:p>
      <w:r>
        <w:rPr>
          <w:i/>
        </w:rPr>
        <w:t>“یہ کہہ کر کہ آپ کہیں خدا تو ہے ہی نہیں۔”</w:t>
      </w:r>
    </w:p>
    <w:p>
      <w:pPr>
        <w:pStyle w:val="Heading2"/>
      </w:pPr>
      <w:r>
        <w:t>God and Man July 20, 2008</w:t>
      </w:r>
    </w:p>
    <w:p>
      <w:r>
        <w:rPr>
          <w:color w:val="666666"/>
          <w:sz w:val="18"/>
        </w:rPr>
        <w:t>1:37 · https://youtu.be/FopZW-keJkY?t=97</w:t>
      </w:r>
    </w:p>
    <w:p>
      <w:r>
        <w:rPr>
          <w:i/>
        </w:rPr>
        <w:t>“اچانک میرے مائنڈ میں آیا کہ خدا چرچہ میں نہیں ہے۔”</w:t>
      </w:r>
    </w:p>
    <w:p>
      <w:pPr>
        <w:pStyle w:val="Heading2"/>
      </w:pPr>
      <w:r>
        <w:t>Islam A Religion of Peace January 8, 2007 Maulana Wahiduddin Khan</w:t>
      </w:r>
    </w:p>
    <w:p>
      <w:r>
        <w:rPr>
          <w:color w:val="666666"/>
          <w:sz w:val="18"/>
        </w:rPr>
        <w:t>6:36 · https://youtu.be/N1-IgG2ycKw?t=396</w:t>
      </w:r>
    </w:p>
    <w:p>
      <w:r>
        <w:rPr>
          <w:i/>
        </w:rPr>
        <w:t>“میں اللہ سے ڈرتا ہوں۔”</w:t>
      </w:r>
    </w:p>
    <w:p>
      <w:pPr>
        <w:pStyle w:val="Heading2"/>
      </w:pPr>
      <w:r>
        <w:t>The Discovery of God IIC Prog (CPS Members talk) November 2, 2019</w:t>
      </w:r>
    </w:p>
    <w:p>
      <w:r>
        <w:rPr>
          <w:color w:val="666666"/>
          <w:sz w:val="18"/>
        </w:rPr>
        <w:t>6:20 · https://youtu.be/hsBwCnNHLvw?t=380</w:t>
      </w:r>
    </w:p>
    <w:p>
      <w:r>
        <w:rPr>
          <w:i/>
        </w:rPr>
        <w:t>“So the proof for God does not exist somewhere out there. It exists in my own”</w:t>
      </w:r>
    </w:p>
    <w:p>
      <w:pPr>
        <w:pStyle w:val="Heading2"/>
      </w:pPr>
      <w:r>
        <w:t>Purpose of Human Life February 12, 2012 Maulana Wahiduddin Khan</w:t>
      </w:r>
    </w:p>
    <w:p>
      <w:r>
        <w:rPr>
          <w:color w:val="666666"/>
          <w:sz w:val="18"/>
        </w:rPr>
        <w:t>1:07:47 · https://youtu.be/gRupSXuak-w?t=4067</w:t>
      </w:r>
    </w:p>
    <w:p>
      <w:r>
        <w:rPr>
          <w:i/>
        </w:rPr>
        <w:t>“جن کو خدا پہ بھروسہ نہیں؟”</w:t>
      </w:r>
    </w:p>
    <w:p>
      <w:pPr>
        <w:pStyle w:val="Heading2"/>
      </w:pPr>
      <w:r>
        <w:t>Freedom of Thought in Islam 23 October, 2011</w:t>
      </w:r>
    </w:p>
    <w:p>
      <w:r>
        <w:rPr>
          <w:color w:val="666666"/>
          <w:sz w:val="18"/>
        </w:rPr>
        <w:t>10:47 · https://youtu.be/aGbxRNNOKzo?t=647</w:t>
      </w:r>
    </w:p>
    <w:p>
      <w:r>
        <w:rPr>
          <w:i/>
        </w:rPr>
        <w:t>“خدا کے وجود کے بارے میں شک۔ وہ شک اس کیوں ہے؟ اس لیے نہیں کہ سائنس دنیا میں آ گئی۔”</w:t>
      </w:r>
    </w:p>
    <w:p>
      <w:pPr>
        <w:pStyle w:val="Heading2"/>
      </w:pPr>
      <w:r>
        <w:t>Dars-e-Quran July 30, 2007</w:t>
      </w:r>
    </w:p>
    <w:p>
      <w:r>
        <w:rPr>
          <w:color w:val="666666"/>
          <w:sz w:val="18"/>
        </w:rPr>
        <w:t>52:48 · https://youtu.be/9D_8jxwLKlE?t=3168</w:t>
      </w:r>
    </w:p>
    <w:p>
      <w:r>
        <w:rPr>
          <w:i/>
        </w:rPr>
        <w:t>“کہ خدا کے مقابلے میں تو کچھ بھی نہیں ہوں، میں کچھ بھی نہیں ہوں۔ میں”</w:t>
      </w:r>
    </w:p>
    <w:p>
      <w:pPr>
        <w:pStyle w:val="Heading2"/>
      </w:pPr>
      <w:r>
        <w:t>Revival of Faith I 25 Sept, 2011 - Maulana Wahiduddin Khan</w:t>
      </w:r>
    </w:p>
    <w:p>
      <w:r>
        <w:rPr>
          <w:color w:val="666666"/>
          <w:sz w:val="18"/>
        </w:rPr>
        <w:t>40:16 · https://youtu.be/y8_SQ8dJ0w0?t=2416</w:t>
      </w:r>
    </w:p>
    <w:p>
      <w:r>
        <w:rPr>
          <w:i/>
        </w:rPr>
        <w:t>“برطانیہ کے ایک Philosopher نے لکھا ہے کہ "Historically it is quite doubtful whether Christ ever existed at all" ۔”</w:t>
      </w:r>
    </w:p>
    <w:p>
      <w:pPr>
        <w:pStyle w:val="Heading1"/>
      </w:pPr>
      <w:r>
        <w:t>Clips (15)</w:t>
      </w:r>
    </w:p>
    <w:p>
      <w:pPr>
        <w:pStyle w:val="Heading2"/>
      </w:pPr>
      <w:r>
        <w:t>Monism vs monotheism: God as spirit or God as a person</w:t>
      </w:r>
    </w:p>
    <w:p>
      <w:r>
        <w:rPr>
          <w:color w:val="666666"/>
          <w:sz w:val="18"/>
        </w:rPr>
        <w:t>Problems of Misunderstanding May 10, 2009 · 2m 53s · at 1:07:45 · https://youtu.be/j3LgYzAfM5U?t=4065</w:t>
      </w:r>
    </w:p>
    <w:p>
      <w:r>
        <w:rPr>
          <w:i/>
        </w:rPr>
        <w:t>“What should one think of Ibn Arabi's philosophy of wahdat al-wujud?”</w:t>
      </w:r>
    </w:p>
    <w:p>
      <w:r>
        <w:rPr>
          <w:sz w:val="20"/>
        </w:rPr>
        <w:t>1:07:45  das question is from mr michel lemay. molana, what should one think of ibn arabi's philosophy of wahdat al wajood?</w:t>
      </w:r>
      <w:r>
        <w:br/>
      </w:r>
      <w:r>
        <w:rPr>
          <w:sz w:val="20"/>
        </w:rPr>
        <w:t>1:07:58  hmm,</w:t>
      </w:r>
      <w:r>
        <w:br/>
      </w:r>
      <w:r>
        <w:rPr>
          <w:sz w:val="20"/>
        </w:rPr>
        <w:t>1:08:02  dekhen, ibn arabi jo tha, bohat bara alam, bohat bara qabil aadmi tha,</w:t>
      </w:r>
      <w:r>
        <w:br/>
      </w:r>
      <w:r>
        <w:rPr>
          <w:sz w:val="20"/>
        </w:rPr>
        <w:t>1:08:11  aur woh wahdat al wajood ko manta tha. mein to us ko nahi manta.</w:t>
      </w:r>
      <w:r>
        <w:br/>
      </w:r>
      <w:r>
        <w:rPr>
          <w:sz w:val="20"/>
        </w:rPr>
        <w:t>1:08:21  I don't believe in wahdat al wajood.</w:t>
      </w:r>
      <w:r>
        <w:br/>
      </w:r>
      <w:r>
        <w:rPr>
          <w:sz w:val="20"/>
        </w:rPr>
        <w:t>1:08:24  The English equivalent to this word is monism. Monism, monism means wahdat al wajood. So there are two different concepts of God:</w:t>
      </w:r>
      <w:r>
        <w:br/>
      </w:r>
      <w:r>
        <w:rPr>
          <w:sz w:val="20"/>
        </w:rPr>
        <w:t>1:08:38  monism and monotheism. Two different concepts of God.</w:t>
      </w:r>
      <w:r>
        <w:br/>
      </w:r>
      <w:r>
        <w:rPr>
          <w:sz w:val="20"/>
        </w:rPr>
        <w:t>1:08:47  One is based on monism and the second is based on monotheism.</w:t>
      </w:r>
      <w:r>
        <w:br/>
      </w:r>
      <w:r>
        <w:rPr>
          <w:sz w:val="20"/>
        </w:rPr>
        <w:t>1:08:52  So monism means those who believe in monism, they believe in God but in a spirit. God as a spirit.</w:t>
      </w:r>
      <w:r>
        <w:br/>
      </w:r>
      <w:r>
        <w:rPr>
          <w:sz w:val="20"/>
        </w:rPr>
        <w:t>1:09:03  But those who believe in monotheism, they also believe in God but God as a person. So one group believes in God as a person, and the other group believes in God as a spirit, like gravity.</w:t>
      </w:r>
      <w:r>
        <w:br/>
      </w:r>
      <w:r>
        <w:rPr>
          <w:sz w:val="20"/>
        </w:rPr>
        <w:t>1:09:20  As far as myself is concerned, you know, the majority of Sufi people were believers of wahdat-e-wujood, that is monism.</w:t>
      </w:r>
      <w:r>
        <w:br/>
      </w:r>
      <w:r>
        <w:rPr>
          <w:sz w:val="20"/>
        </w:rPr>
        <w:t>1:09:31  But I don't believe it. I think that it is wrong. Only monotheistic concept is right.</w:t>
      </w:r>
      <w:r>
        <w:br/>
      </w:r>
      <w:r>
        <w:rPr>
          <w:sz w:val="20"/>
        </w:rPr>
        <w:t>1:09:39  I am a believer in, I believe in monotheism and not monism.</w:t>
      </w:r>
      <w:r>
        <w:br/>
      </w:r>
      <w:r>
        <w:rPr>
          <w:sz w:val="20"/>
        </w:rPr>
        <w:t>1:09:46  According to my study, monism is a philosophical concept. It is not a religious concept.</w:t>
      </w:r>
      <w:r>
        <w:br/>
      </w:r>
      <w:r>
        <w:rPr>
          <w:sz w:val="20"/>
        </w:rPr>
        <w:t>1:09:55  Monism is a, according to my study, monism, that is wahdat-e-wujood, is a philosophical concept. It is not a religious concept.</w:t>
      </w:r>
      <w:r>
        <w:br/>
      </w:r>
      <w:r>
        <w:rPr>
          <w:sz w:val="20"/>
        </w:rPr>
        <w:t>1:10:07  Religious concept is based on monotheism, that is tawhid.</w:t>
      </w:r>
      <w:r>
        <w:br/>
      </w:r>
      <w:r>
        <w:rPr>
          <w:sz w:val="20"/>
        </w:rPr>
        <w:t>1:10:13  So there are three religions that believe in monotheism: Christianity, Islam, and Judaism. And Indian religions, you know, mostly believe in monism.</w:t>
      </w:r>
      <w:r>
        <w:br/>
      </w:r>
      <w:r>
        <w:rPr>
          <w:sz w:val="20"/>
        </w:rPr>
        <w:t>1:10:28  But I think this is not a religious concept. It is a philosophical concept, basically. This question is from Mr.</w:t>
      </w:r>
    </w:p>
    <w:p>
      <w:pPr>
        <w:pStyle w:val="Heading2"/>
      </w:pPr>
      <w:r>
        <w:t>Science and the rise of atheism</w:t>
      </w:r>
    </w:p>
    <w:p>
      <w:r>
        <w:rPr>
          <w:color w:val="666666"/>
          <w:sz w:val="18"/>
        </w:rPr>
        <w:t>The Belief System of Islam August 01, 2007 · 3m 07s · at 4:01 · https://youtu.be/5pdnwRaPfmY?t=241</w:t>
      </w:r>
    </w:p>
    <w:p>
      <w:r>
        <w:rPr>
          <w:i/>
        </w:rPr>
        <w:t>“After the advent of modern science, for the first time in history, a new phenomenon was”</w:t>
      </w:r>
    </w:p>
    <w:p>
      <w:r>
        <w:rPr>
          <w:sz w:val="20"/>
        </w:rPr>
        <w:t>4:01  after the advent of modern science, for the first time in history, a new phenomenon was</w:t>
      </w:r>
      <w:r>
        <w:br/>
      </w:r>
      <w:r>
        <w:rPr>
          <w:sz w:val="20"/>
        </w:rPr>
        <w:t>4:13  seen. That is, Atheism</w:t>
      </w:r>
      <w:r>
        <w:br/>
      </w:r>
      <w:r>
        <w:rPr>
          <w:sz w:val="20"/>
        </w:rPr>
        <w:t>4:18  . Some people claim that science has disproved the existence of God.</w:t>
      </w:r>
      <w:r>
        <w:br/>
      </w:r>
      <w:r>
        <w:rPr>
          <w:sz w:val="20"/>
        </w:rPr>
        <w:t>4:29  In the early phase of the science, they used to say that our world is a material drama.</w:t>
      </w:r>
      <w:r>
        <w:br/>
      </w:r>
      <w:r>
        <w:rPr>
          <w:sz w:val="20"/>
        </w:rPr>
        <w:t>4:44  There is no God.</w:t>
      </w:r>
      <w:r>
        <w:br/>
      </w:r>
      <w:r>
        <w:rPr>
          <w:sz w:val="20"/>
        </w:rPr>
        <w:t>4:46  All the activities are just a result of blind interplay of physical and chemical forces.</w:t>
      </w:r>
      <w:r>
        <w:br/>
      </w:r>
      <w:r>
        <w:rPr>
          <w:sz w:val="20"/>
        </w:rPr>
        <w:t>5:02  Blind interplay of physical and chemical forces. This was believed in the first phase of scientific discoveries.</w:t>
      </w:r>
      <w:r>
        <w:br/>
      </w:r>
      <w:r>
        <w:rPr>
          <w:sz w:val="20"/>
        </w:rPr>
        <w:t>5:18  But after the split of atoms, everything was changed. Now it became</w:t>
      </w:r>
      <w:r>
        <w:br/>
      </w:r>
      <w:r>
        <w:rPr>
          <w:sz w:val="20"/>
        </w:rPr>
        <w:t>5:31  impossible to</w:t>
      </w:r>
      <w:r>
        <w:br/>
      </w:r>
      <w:r>
        <w:rPr>
          <w:sz w:val="20"/>
        </w:rPr>
        <w:t>5:35  say that it is all a material drama</w:t>
      </w:r>
      <w:r>
        <w:br/>
      </w:r>
      <w:r>
        <w:rPr>
          <w:sz w:val="20"/>
        </w:rPr>
        <w:t>5:42  because all the material world except man was simply matter without any intelligence</w:t>
      </w:r>
      <w:r>
        <w:br/>
      </w:r>
      <w:r>
        <w:rPr>
          <w:sz w:val="20"/>
        </w:rPr>
        <w:t>5:56  . Except human being, there is no there is nothing in the vast universe that has intelligence</w:t>
      </w:r>
      <w:r>
        <w:br/>
      </w:r>
      <w:r>
        <w:rPr>
          <w:sz w:val="20"/>
        </w:rPr>
        <w:t>6:10  . All the stars, all the planets, and solar system, and everything in this vast universe.</w:t>
      </w:r>
      <w:r>
        <w:br/>
      </w:r>
      <w:r>
        <w:rPr>
          <w:sz w:val="20"/>
        </w:rPr>
        <w:t>6:19  You know, in this vast universe, there are so many things, countless things, but there is no intelligence</w:t>
      </w:r>
      <w:r>
        <w:br/>
      </w:r>
      <w:r>
        <w:rPr>
          <w:sz w:val="20"/>
        </w:rPr>
        <w:t>6:31  . But scientific discoveries show that</w:t>
      </w:r>
      <w:r>
        <w:br/>
      </w:r>
      <w:r>
        <w:rPr>
          <w:sz w:val="20"/>
        </w:rPr>
        <w:t>6:39  there is intelligence behind all these activities because the</w:t>
      </w:r>
      <w:r>
        <w:br/>
      </w:r>
      <w:r>
        <w:rPr>
          <w:sz w:val="20"/>
        </w:rPr>
        <w:t>6:48  world science discovered was very, very meaningful. There was very, very harmony. Everywhere, there was mathematical precision.</w:t>
      </w:r>
      <w:r>
        <w:br/>
      </w:r>
      <w:r>
        <w:rPr>
          <w:sz w:val="20"/>
        </w:rPr>
        <w:t>7:00  Ever</w:t>
      </w:r>
      <w:r>
        <w:br/>
      </w:r>
      <w:r>
        <w:rPr>
          <w:sz w:val="20"/>
        </w:rPr>
        <w:t>7:01  ywhere, there was mathematical order. So it was impossible to understand.</w:t>
      </w:r>
    </w:p>
    <w:p>
      <w:pPr>
        <w:pStyle w:val="Heading2"/>
      </w:pPr>
      <w:r>
        <w:t>Atheists lack rational argument for disbelief</w:t>
      </w:r>
    </w:p>
    <w:p>
      <w:r>
        <w:rPr>
          <w:color w:val="666666"/>
          <w:sz w:val="18"/>
        </w:rPr>
        <w:t>The Existence of God July 23, 2017 Maulana Wahiduddin Khan · 19s · at 2:25 · https://youtu.be/shLM_JhG3iE?t=145</w:t>
      </w:r>
    </w:p>
    <w:p>
      <w:r>
        <w:rPr>
          <w:i/>
        </w:rPr>
        <w:t>“Jo log Khuda ko nahi maante, unke paas rational argument nahi hai”</w:t>
      </w:r>
    </w:p>
    <w:p>
      <w:r>
        <w:rPr>
          <w:sz w:val="20"/>
        </w:rPr>
        <w:t>2:25  main samajhta hoon ke khuda ko jo log nahi mante, un ke paas khuda ke liye koi</w:t>
      </w:r>
      <w:r>
        <w:br/>
      </w:r>
      <w:r>
        <w:rPr>
          <w:sz w:val="20"/>
        </w:rPr>
        <w:t>2:37  rational argument nahi hai, jo hai woh emotional hai.</w:t>
      </w:r>
      <w:r>
        <w:br/>
      </w:r>
      <w:r>
        <w:rPr>
          <w:sz w:val="20"/>
        </w:rPr>
        <w:t>2:45  yeh main is liye kar raha hoon ke main khud bhi is ka talib ilm raha hoon, yeh samajhne ke liye khuda ke mamle ko main ne kafi cheezein parhin.</w:t>
      </w:r>
    </w:p>
    <w:p>
      <w:pPr>
        <w:pStyle w:val="Heading2"/>
      </w:pPr>
      <w:r>
        <w:t>proof of God lies within yourself, not science</w:t>
      </w:r>
    </w:p>
    <w:p>
      <w:r>
        <w:rPr>
          <w:color w:val="666666"/>
          <w:sz w:val="18"/>
        </w:rPr>
        <w:t>Road to God July 25, 2010 Maulana Wahiduddin Khan · 34s · at 10:08 · https://youtu.be/1kLAQHcFaFk?t=608</w:t>
      </w:r>
    </w:p>
    <w:p>
      <w:r>
        <w:rPr>
          <w:i/>
        </w:rPr>
        <w:t>“Proof of God isn't in science, it's in you”</w:t>
      </w:r>
    </w:p>
    <w:p>
      <w:r>
        <w:rPr>
          <w:sz w:val="20"/>
        </w:rPr>
        <w:t>10:08  aur main samajhta hoon ke Khuda ke wajood ka sabra saboot science mein nahi hai, philosophy mein nahi hai, ilm-e-kalam mein nahi hai.</w:t>
      </w:r>
      <w:r>
        <w:br/>
      </w:r>
      <w:r>
        <w:rPr>
          <w:sz w:val="20"/>
        </w:rPr>
        <w:t>10:18  khud apne aap mein hai. bal insan ala nafsih baseerah. khud aadmi ke andar hai.</w:t>
      </w:r>
      <w:r>
        <w:br/>
      </w:r>
      <w:r>
        <w:rPr>
          <w:sz w:val="20"/>
        </w:rPr>
        <w:t>10:25  Bukhari mein riwayat hai ke "khalaq Allah Adam ala suratih" ke Allah ne insan ko paida kiya apni hi surat mein.</w:t>
      </w:r>
      <w:r>
        <w:br/>
      </w:r>
      <w:r>
        <w:rPr>
          <w:sz w:val="20"/>
        </w:rPr>
        <w:t>10:35  apne aap ko discover karo aur tum Khuda ko discover kar loge.</w:t>
      </w:r>
    </w:p>
    <w:p>
      <w:pPr>
        <w:pStyle w:val="Heading2"/>
      </w:pPr>
      <w:r>
        <w:t>Calling evil in the world a fallacy, not an argument</w:t>
      </w:r>
    </w:p>
    <w:p>
      <w:r>
        <w:rPr>
          <w:color w:val="666666"/>
          <w:sz w:val="18"/>
        </w:rPr>
        <w:t>The Creation Plan of God January 4, 2007 Maulana Wahiduddin Khan · 30s · at 14:31 · https://youtu.be/KNQtOQeLgTQ?t=871</w:t>
      </w:r>
    </w:p>
    <w:p>
      <w:r>
        <w:rPr>
          <w:i/>
        </w:rPr>
        <w:t>“This is fallacy, not argument”</w:t>
      </w:r>
    </w:p>
    <w:p>
      <w:r>
        <w:rPr>
          <w:sz w:val="20"/>
        </w:rPr>
        <w:t>14:31  toh evil-free world mein insaan evil ka namoona hai. toh sochne ki baat yeh nahi hai ke aap yeh kahein ke duniya mein evil kyun hai?</w:t>
      </w:r>
      <w:r>
        <w:br/>
      </w:r>
      <w:r>
        <w:rPr>
          <w:sz w:val="20"/>
        </w:rPr>
        <w:t>14:43  yeh keh kar ke aap kahein Khuda toh hai hi nahi.</w:t>
      </w:r>
      <w:r>
        <w:br/>
      </w:r>
      <w:r>
        <w:rPr>
          <w:sz w:val="20"/>
        </w:rPr>
        <w:t>14:47  yeh toh fallacy hai, yeh argument nahi hai. we have to know the difference between fallacy and argument we have to know the difference between fallacy and argument yeh fallacy hai, yeh argument nahi hai.</w:t>
      </w:r>
    </w:p>
    <w:p>
      <w:pPr>
        <w:pStyle w:val="Heading2"/>
      </w:pPr>
      <w:r>
        <w:t>God absent from daily life</w:t>
      </w:r>
    </w:p>
    <w:p>
      <w:r>
        <w:rPr>
          <w:color w:val="666666"/>
          <w:sz w:val="18"/>
        </w:rPr>
        <w:t>God and Man July 20, 2008 · 48s · at 1:04 · https://youtu.be/FopZW-keJkY?t=64</w:t>
      </w:r>
    </w:p>
    <w:p>
      <w:r>
        <w:rPr>
          <w:i/>
        </w:rPr>
        <w:t>“But strange thing is that God has not yet entered people's lives.”</w:t>
      </w:r>
    </w:p>
    <w:p>
      <w:r>
        <w:rPr>
          <w:sz w:val="20"/>
        </w:rPr>
        <w:t>1:04  logon ki zindagi mein Khuda abhi tak shamil nahi hua.</w:t>
      </w:r>
      <w:r>
        <w:br/>
      </w:r>
      <w:r>
        <w:rPr>
          <w:sz w:val="20"/>
        </w:rPr>
        <w:t>1:13  pichlay din mein radio sun raha tha to us mein aik aata hai: "churcha ka vishay hai".</w:t>
      </w:r>
      <w:r>
        <w:br/>
      </w:r>
      <w:r>
        <w:rPr>
          <w:sz w:val="20"/>
        </w:rPr>
        <w:t>1:25  khabron ke program mein aik aata hai: "churcha ka vishay hai". yaani jis cheez ka churcha hota hai, us par kuch log aa kar wahan bolte hain.</w:t>
      </w:r>
      <w:r>
        <w:br/>
      </w:r>
      <w:r>
        <w:rPr>
          <w:sz w:val="20"/>
        </w:rPr>
        <w:t>1:37  achanak mere mind mein aaya ke Khuda churcha mein nahi hai.</w:t>
      </w:r>
      <w:r>
        <w:br/>
      </w:r>
      <w:r>
        <w:rPr>
          <w:sz w:val="20"/>
        </w:rPr>
        <w:t>1:44  God is not in the news. kaisi ajeeb baat hai.</w:t>
      </w:r>
    </w:p>
    <w:p>
      <w:pPr>
        <w:pStyle w:val="Heading2"/>
      </w:pPr>
      <w:r>
        <w:t>Abel's reply to his killer: I fear Allah</w:t>
      </w:r>
    </w:p>
    <w:p>
      <w:r>
        <w:rPr>
          <w:color w:val="666666"/>
          <w:sz w:val="18"/>
        </w:rPr>
        <w:t>Islam A Religion of Peace January 8, 2007 Maulana Wahiduddin Khan · 1m 12s · at 5:29 · https://youtu.be/N1-IgG2ycKw?t=329</w:t>
      </w:r>
    </w:p>
    <w:p>
      <w:r>
        <w:rPr>
          <w:i/>
        </w:rPr>
        <w:t>“Quran mein dialogue aaya hai Qabil aur Habil ka.”</w:t>
      </w:r>
    </w:p>
    <w:p>
      <w:r>
        <w:rPr>
          <w:sz w:val="20"/>
        </w:rPr>
        <w:t>5:29  to yahan par jo sabak hai woh yeh hai ke quran mein dialogue aaya hai qabil aur habel ka ke jab dono mein controversy hui,</w:t>
      </w:r>
      <w:r>
        <w:br/>
      </w:r>
      <w:r>
        <w:rPr>
          <w:sz w:val="20"/>
        </w:rPr>
        <w:t>5:43  dono ke zuban bohat difference aa gaya. yahan tak ke ek ne keh diya doosre se ke mein tum ko maar dalunga. to doosra kya kehta hai?</w:t>
      </w:r>
      <w:r>
        <w:br/>
      </w:r>
      <w:r>
        <w:rPr>
          <w:sz w:val="20"/>
        </w:rPr>
        <w:t>5:57  yani qatil ne to yeh keh diya ke mein tum ko maar dalunga, lekin maqtool kya kehta hai marne se pehle? us ne kaha ke: "laim bastidak li taqtulani".</w:t>
      </w:r>
      <w:r>
        <w:br/>
      </w:r>
      <w:r>
        <w:rPr>
          <w:sz w:val="20"/>
        </w:rPr>
        <w:t>6:12  ma'ni babasti: "yadi ala iqtulak". inni akhafu Allah rab al-alamin.</w:t>
      </w:r>
      <w:r>
        <w:br/>
      </w:r>
      <w:r>
        <w:rPr>
          <w:sz w:val="20"/>
        </w:rPr>
        <w:t>6:24  yani agar tum apna hath badhao mujhe marne ke liye to mein apna hath nahi badhaunga tum ko marne ke liye.</w:t>
      </w:r>
      <w:r>
        <w:br/>
      </w:r>
      <w:r>
        <w:rPr>
          <w:sz w:val="20"/>
        </w:rPr>
        <w:t>6:36  mein Allah se darta hoon.</w:t>
      </w:r>
    </w:p>
    <w:p>
      <w:pPr>
        <w:pStyle w:val="Heading2"/>
      </w:pPr>
      <w:r>
        <w:t>Proof for God within yourself</w:t>
      </w:r>
    </w:p>
    <w:p>
      <w:r>
        <w:rPr>
          <w:color w:val="666666"/>
          <w:sz w:val="18"/>
        </w:rPr>
        <w:t>The Discovery of God IIC Prog (CPS Members talk) November 2, 2019 · 18s · at 6:20 · https://youtu.be/hsBwCnNHLvw?t=380</w:t>
      </w:r>
    </w:p>
    <w:p>
      <w:r>
        <w:rPr>
          <w:i/>
        </w:rPr>
        <w:t>“The proof for God does not exist somewhere out there”</w:t>
      </w:r>
    </w:p>
    <w:p>
      <w:r>
        <w:rPr>
          <w:sz w:val="20"/>
        </w:rPr>
        <w:t>6:20  so the proof for god does not exist somewhere out there. it exists in my own</w:t>
      </w:r>
      <w:r>
        <w:br/>
      </w:r>
      <w:r>
        <w:rPr>
          <w:sz w:val="20"/>
        </w:rPr>
        <w:t>6:25  being. if i reflect on the state of my own being, i realize that i will not have a sense of meaning in life, a sense of fulfillment, unless i believed in god.</w:t>
      </w:r>
    </w:p>
    <w:p>
      <w:pPr>
        <w:pStyle w:val="Heading2"/>
      </w:pPr>
      <w:r>
        <w:t>science actually supports God's existence indirectly</w:t>
      </w:r>
    </w:p>
    <w:p>
      <w:r>
        <w:rPr>
          <w:color w:val="666666"/>
          <w:sz w:val="18"/>
        </w:rPr>
        <w:t>Freedom of Thought in Islam 23 October, 2011 · 51s · at 10:47 · https://youtu.be/aGbxRNNOKzo?t=647</w:t>
      </w:r>
    </w:p>
    <w:p>
      <w:r>
        <w:rPr>
          <w:i/>
        </w:rPr>
        <w:t>“Science has nothing to do with God's existence”</w:t>
      </w:r>
    </w:p>
    <w:p>
      <w:r>
        <w:rPr>
          <w:sz w:val="20"/>
        </w:rPr>
        <w:t>10:47  Khuda ke wajood ke baray mein shakk. Woh shakk is kyun hai? Is liye nahi ke science dunya mein aa gayi.</w:t>
      </w:r>
      <w:r>
        <w:br/>
      </w:r>
      <w:r>
        <w:rPr>
          <w:sz w:val="20"/>
        </w:rPr>
        <w:t>10:56  science ka koi ta'alluq Islam ke, science ka koi ta'alluq Khuda ke wajood se nahi hai.</w:t>
      </w:r>
      <w:r>
        <w:br/>
      </w:r>
      <w:r>
        <w:rPr>
          <w:sz w:val="20"/>
        </w:rPr>
        <w:t>11:05  aisa nahi hai.</w:t>
      </w:r>
      <w:r>
        <w:br/>
      </w:r>
      <w:r>
        <w:rPr>
          <w:sz w:val="20"/>
        </w:rPr>
        <w:t>11:11  balkeh science to Khuda ke wajood ko indirect way mein support deti hai.</w:t>
      </w:r>
      <w:r>
        <w:br/>
      </w:r>
      <w:r>
        <w:rPr>
          <w:sz w:val="20"/>
        </w:rPr>
        <w:t>11:20  aap sirf ek kitaab parh lein, is ka naam hai "Evidence of God in an Expanding Universe".</w:t>
      </w:r>
      <w:r>
        <w:br/>
      </w:r>
      <w:r>
        <w:rPr>
          <w:sz w:val="20"/>
        </w:rPr>
        <w:t>11:34  "Evidence of God in an Expanding Universe".</w:t>
      </w:r>
    </w:p>
    <w:p>
      <w:pPr>
        <w:pStyle w:val="Heading2"/>
      </w:pPr>
      <w:r>
        <w:t>Conviction is the true purpose of religion</w:t>
      </w:r>
    </w:p>
    <w:p>
      <w:r>
        <w:rPr>
          <w:color w:val="666666"/>
          <w:sz w:val="18"/>
        </w:rPr>
        <w:t>Interfaith Dialogue (English) February 1, 2014 Maulana Wahiduddin Khan · 58s · at 13:42 · https://youtu.be/esM8RDj_new?t=822</w:t>
      </w:r>
    </w:p>
    <w:p>
      <w:r>
        <w:rPr>
          <w:i/>
        </w:rPr>
        <w:t>“Religion is an issue of conviction.”</w:t>
      </w:r>
    </w:p>
    <w:p>
      <w:r>
        <w:rPr>
          <w:sz w:val="20"/>
        </w:rPr>
        <w:t>13:42  Religion is an issue of conviction</w:t>
      </w:r>
      <w:r>
        <w:br/>
      </w:r>
      <w:r>
        <w:rPr>
          <w:sz w:val="20"/>
        </w:rPr>
        <w:t>13:47  . When I say that I believe in so-and-so religion, then it means that I take it as a truth with a capital T.</w:t>
      </w:r>
      <w:r>
        <w:br/>
      </w:r>
      <w:r>
        <w:rPr>
          <w:sz w:val="20"/>
        </w:rPr>
        <w:t>14:04  Without taking religion in this sense, I cannot establish conviction in my mind.</w:t>
      </w:r>
      <w:r>
        <w:br/>
      </w:r>
      <w:r>
        <w:rPr>
          <w:sz w:val="20"/>
        </w:rPr>
        <w:t>14:14  If religion fails to give you conviction, then it is not religion. Why religion? The basic purpose of religion is to give you conviction regarding truth, regarding reality,</w:t>
      </w:r>
      <w:r>
        <w:br/>
      </w:r>
      <w:r>
        <w:rPr>
          <w:sz w:val="20"/>
        </w:rPr>
        <w:t>14:29  regarding the purpose of life.</w:t>
      </w:r>
      <w:r>
        <w:br/>
      </w:r>
      <w:r>
        <w:rPr>
          <w:sz w:val="20"/>
        </w:rPr>
        <w:t>14:32  So, conviction is an integral part of religion.</w:t>
      </w:r>
    </w:p>
    <w:p>
      <w:pPr>
        <w:pStyle w:val="Heading2"/>
      </w:pPr>
      <w:r>
        <w:t>Lack of intense faith in Allah</w:t>
      </w:r>
    </w:p>
    <w:p>
      <w:r>
        <w:rPr>
          <w:color w:val="666666"/>
          <w:sz w:val="18"/>
        </w:rPr>
        <w:t>Address to CPS Members 14 May, 2018 · 31s · at 1:22 · https://youtu.be/LMuj0GU3q1s?t=82</w:t>
      </w:r>
    </w:p>
    <w:p>
      <w:r>
        <w:rPr>
          <w:i/>
        </w:rPr>
        <w:t>“To mujhe shak hai keh humare saathiyon mein”</w:t>
      </w:r>
    </w:p>
    <w:p>
      <w:r>
        <w:rPr>
          <w:sz w:val="20"/>
        </w:rPr>
        <w:t>1:22  to mujhe shakk hai ke hamare saathi'on mein kisi ko bhi Allah ka toofani yaqeen nahi hai,</w:t>
      </w:r>
      <w:r>
        <w:br/>
      </w:r>
      <w:r>
        <w:rPr>
          <w:sz w:val="20"/>
        </w:rPr>
        <w:t>1:33  yani mor aur les rasmi yaqeen hai. saare ulama ko yeh haal hai, mujhe koi ek aalim nahi maloom jo jannat ka is ke andar toofani yaqeen ho,</w:t>
      </w:r>
      <w:r>
        <w:br/>
      </w:r>
      <w:r>
        <w:rPr>
          <w:sz w:val="20"/>
        </w:rPr>
        <w:t>1:48  toofani yaqeen ho.</w:t>
      </w:r>
    </w:p>
    <w:p>
      <w:pPr>
        <w:pStyle w:val="Heading2"/>
      </w:pPr>
      <w:r>
        <w:t>Acknowledging God for all blessings</w:t>
      </w:r>
    </w:p>
    <w:p>
      <w:r>
        <w:rPr>
          <w:color w:val="666666"/>
          <w:sz w:val="18"/>
        </w:rPr>
        <w:t>Adjustment the Only Option September 19, 2010 Maulana Wahiduddin Khan · 5m 54s · at 8:50 · https://youtu.be/o5wG_ONm76s?t=530</w:t>
      </w:r>
    </w:p>
    <w:p>
      <w:r>
        <w:rPr>
          <w:i/>
        </w:rPr>
        <w:t>“Main ek misaal deta hoon, kal mere paas ek telephone aaya”</w:t>
      </w:r>
    </w:p>
    <w:p>
      <w:r>
        <w:rPr>
          <w:sz w:val="20"/>
        </w:rPr>
        <w:t>8:50  Lekin haqeeqi maano mein Khuda ko koi manta nahi. Main ek misaal deta hoon. Kal mere paas ek telephone aaya, ek sahab ka.</w:t>
      </w:r>
      <w:r>
        <w:br/>
      </w:r>
      <w:r>
        <w:rPr>
          <w:sz w:val="20"/>
        </w:rPr>
        <w:t>9:02  To baat cheet karte hue main ne poocha un se keh aap ke bachche hain? Aulaad hai aap ke?</w:t>
      </w:r>
      <w:r>
        <w:br/>
      </w:r>
      <w:r>
        <w:rPr>
          <w:sz w:val="20"/>
        </w:rPr>
        <w:t>9:11  Alhamdulillah, mere kai bete hain, kai ladke hain. Khoob Alhamdulillah, Alhamdulillah kar ke bolte rahe. To main ne kaha keh dekhiye, yeh Alhamdulillah ka to pata ho gaya aap ko keh aap ke bete betiyan hain aap ke paas?</w:t>
      </w:r>
      <w:r>
        <w:br/>
      </w:r>
      <w:r>
        <w:rPr>
          <w:sz w:val="20"/>
        </w:rPr>
        <w:t>9:28  Hain? Jab bhi aap kehte honge, khoob Alhamdulillah bolte honge. Kya aap ne kabhi kaha hai aap ne keh Alhamdulillah meri zuban chal rahi hai, main bol raha hoon?</w:t>
      </w:r>
      <w:r>
        <w:br/>
      </w:r>
      <w:r>
        <w:rPr>
          <w:sz w:val="20"/>
        </w:rPr>
        <w:t>9:41  Yeh zuban na chale to kaise bolenge aap? Alhamdulillah aaj main ne pani piya hai to pani gale se neeche utar gaya. Alhamdulillah aaj main ne khana khaya hai to khana pet mein ja kar hazam ho gaya.</w:t>
      </w:r>
      <w:r>
        <w:br/>
      </w:r>
      <w:r>
        <w:rPr>
          <w:sz w:val="20"/>
        </w:rPr>
        <w:t>9:57  Alhamdulillah main aaj kuch baat sochna chaha apne mind se to mere mind ne sochne, socha main, mind ne inkaar nahi kiya sochne se. Alhamdulillah main aankh se dekhna chaha to mujhe cheezein dikhai de rahi hain mujh ko.</w:t>
      </w:r>
      <w:r>
        <w:br/>
      </w:r>
      <w:r>
        <w:rPr>
          <w:sz w:val="20"/>
        </w:rPr>
        <w:t>10:13  Yeh to Alhamdulillah ke item hain. Alhamdulillah ke asal item yeh hain. Lekin yahan par kisi ki zuban se Alhamdulillah nahi nikalta.</w:t>
      </w:r>
      <w:r>
        <w:br/>
      </w:r>
      <w:r>
        <w:rPr>
          <w:sz w:val="20"/>
        </w:rPr>
        <w:t>10:23  Kyun? Yahan, you have to acknowledge God, the Creator.</w:t>
      </w:r>
      <w:r>
        <w:br/>
      </w:r>
      <w:r>
        <w:rPr>
          <w:sz w:val="20"/>
        </w:rPr>
        <w:t>10:30  Wahan kya hai? Bas beta beti, beta beti. Beta to logon ka God bana hua hai. To woh wahan Alhamdulillah keh kar ke apne hi God ko paate hain woh.</w:t>
      </w:r>
      <w:r>
        <w:br/>
      </w:r>
      <w:r>
        <w:rPr>
          <w:sz w:val="20"/>
        </w:rPr>
        <w:t>10:42  jab beta beti ke liye koi kehta hai alhamdulillah to mujhe bohat ghussa aata hai. ke tum ne kabhi Creator ke liye bhi alhamdulillah kaha?</w:t>
      </w:r>
      <w:r>
        <w:br/>
      </w:r>
      <w:r>
        <w:rPr>
          <w:sz w:val="20"/>
        </w:rPr>
        <w:t>10:55  ke alhamdulillah Khuda ne mujhe paida kiya. alhamdulillah mujhe Khuda ne yeh cheez di, woh cheez di, woh sab kuch jo aap ko mila hua hai, woh kis ne diya aap ko?</w:t>
      </w:r>
      <w:r>
        <w:br/>
      </w:r>
      <w:r>
        <w:rPr>
          <w:sz w:val="20"/>
        </w:rPr>
        <w:t>11:07  beta beti koi aap ne banaya hai?</w:t>
      </w:r>
      <w:r>
        <w:br/>
      </w:r>
      <w:r>
        <w:rPr>
          <w:sz w:val="20"/>
        </w:rPr>
        <w:t>11:13  to Khuda ke reference mein jab aap sochen ge to aap ko har cheez par lage ga. alhamdulillah meri zuban chal rahi hai, main bol raha hoon. kaise zuban chal rahi hai?</w:t>
      </w:r>
      <w:r>
        <w:br/>
      </w:r>
      <w:r>
        <w:rPr>
          <w:sz w:val="20"/>
        </w:rPr>
        <w:t>11:24  kaise main bol pata hoon? alhamdulillah meri taqat chal rahi hai, main chal kar ke yahan se wahan gaya, wahan se wahan gaya. alhamdulillah mera dil jo hai,</w:t>
      </w:r>
      <w:r>
        <w:br/>
      </w:r>
      <w:r>
        <w:rPr>
          <w:sz w:val="20"/>
        </w:rPr>
        <w:t>11:38  harkat kar raha hai. circulation of blood ko control ki hui hai. warna abhi, kal parson mere paas aik sahib ka telephone aaya.</w:t>
      </w:r>
      <w:r>
        <w:br/>
      </w:r>
      <w:r>
        <w:rPr>
          <w:sz w:val="20"/>
        </w:rPr>
        <w:t>11:49  un ke bhai</w:t>
      </w:r>
      <w:r>
        <w:br/>
      </w:r>
      <w:r>
        <w:rPr>
          <w:sz w:val="20"/>
        </w:rPr>
        <w:t>11:54  ka gurda kharab ho gaya. dono gurde. aap jante hain gurda jo hai safai karta hai khoon ki. gurda na rahe to khoon ki safai nahi ho sakti.</w:t>
      </w:r>
      <w:r>
        <w:br/>
      </w:r>
      <w:r>
        <w:rPr>
          <w:sz w:val="20"/>
        </w:rPr>
        <w:t>12:08  yeh dil pump karta hai khoon ko. pait ka kaam hai ke woh khana hazam kar ke khoon banaye.</w:t>
      </w:r>
      <w:r>
        <w:br/>
      </w:r>
      <w:r>
        <w:rPr>
          <w:sz w:val="20"/>
        </w:rPr>
        <w:t>12:19  khoon bana kar ke de body ko. dil ka kaam hai ke woh pump kar ke sari body mein pohanchaye. gurde ka kaam hai ke woh, kidney jo kehte hain aap, ke woh khoon ko saaf karta rahe.</w:t>
      </w:r>
      <w:r>
        <w:br/>
      </w:r>
      <w:r>
        <w:rPr>
          <w:sz w:val="20"/>
        </w:rPr>
        <w:t>12:36  ab bataein ke yeh in ka gurda fail ho gaya, ab chhe mahine tak woh dialysis par rahe, abhi woh mar gaye, woh un ka intiqal ho gaya.</w:t>
      </w:r>
      <w:r>
        <w:br/>
      </w:r>
      <w:r>
        <w:rPr>
          <w:sz w:val="20"/>
        </w:rPr>
        <w:t>12:47  to main ne socha ke dekho, mera digest system agar na kaam kare to khoon nahi banega. dil na kaam kare to khoon circulate nahi hoga.</w:t>
      </w:r>
      <w:r>
        <w:br/>
      </w:r>
      <w:r>
        <w:rPr>
          <w:sz w:val="20"/>
        </w:rPr>
        <w:t>13:00  gurda kaam na kare to khoon ki safai nahi hogi. to aik dam laga yeh ke bhai yeh kya, yeh kya hai yeh? It was a terrible experience.</w:t>
      </w:r>
      <w:r>
        <w:br/>
      </w:r>
      <w:r>
        <w:rPr>
          <w:sz w:val="20"/>
        </w:rPr>
        <w:t>13:13  Terrible experience.</w:t>
      </w:r>
      <w:r>
        <w:br/>
      </w:r>
      <w:r>
        <w:rPr>
          <w:sz w:val="20"/>
        </w:rPr>
        <w:t>13:18  main ne sab bhool gaye. kin kin shabdon mein is baat ko kahoon? ke kaise Khuda yeh to kar raha hai?</w:t>
      </w:r>
      <w:r>
        <w:br/>
      </w:r>
      <w:r>
        <w:rPr>
          <w:sz w:val="20"/>
        </w:rPr>
        <w:t>13:29  kaise yeh kar raha hai?</w:t>
      </w:r>
      <w:r>
        <w:br/>
      </w:r>
      <w:r>
        <w:rPr>
          <w:sz w:val="20"/>
        </w:rPr>
        <w:t>13:36  mere paas aksar telephone aate rehte hain isi tarah ke. ab kal parson aik telephone aaya. woh kya kehte hain?</w:t>
      </w:r>
      <w:r>
        <w:br/>
      </w:r>
      <w:r>
        <w:rPr>
          <w:sz w:val="20"/>
        </w:rPr>
        <w:t>13:47  ke Khuda ko tareef ki kya zaroorat hai? ab Quran mein kahin parh liya unhon ne alhamdulillah rabb-ul-alameen ka translation ke sari tareef Allah rabb-ul-alameen ke liye hai.</w:t>
      </w:r>
      <w:r>
        <w:br/>
      </w:r>
      <w:r>
        <w:rPr>
          <w:sz w:val="20"/>
        </w:rPr>
        <w:t>14:01  kahin parh liya unhon ne. ya angrezi mein parh liya ke sara praise jo hai Allah rabb-ul-alameen ke liye. to un ka Allah ko tareef ki kya zaroorat hai?</w:t>
      </w:r>
      <w:r>
        <w:br/>
      </w:r>
      <w:r>
        <w:rPr>
          <w:sz w:val="20"/>
        </w:rPr>
        <w:t>14:13  to main ne kaha ke dekhiye, yeh yeh hai wrong translation. alhamd jo hai is ka matlab tareef nahi hai, praise nahi hai.</w:t>
      </w:r>
      <w:r>
        <w:br/>
      </w:r>
      <w:r>
        <w:rPr>
          <w:sz w:val="20"/>
        </w:rPr>
        <w:t>14:25  is ka matlab hai acknowledge karna. acknowledge karna.</w:t>
      </w:r>
      <w:r>
        <w:br/>
      </w:r>
      <w:r>
        <w:rPr>
          <w:sz w:val="20"/>
        </w:rPr>
        <w:t>14:33  jab aap ko Khuda ki yeh blessing hai, itni sari blessing, to kya aap acknowledge nahi karein ge? Then you are worse than animal.</w:t>
      </w:r>
    </w:p>
    <w:p>
      <w:pPr>
        <w:pStyle w:val="Heading2"/>
      </w:pPr>
      <w:r>
        <w:t>Reason leads to doubt in God</w:t>
      </w:r>
    </w:p>
    <w:p>
      <w:r>
        <w:rPr>
          <w:color w:val="666666"/>
          <w:sz w:val="18"/>
        </w:rPr>
        <w:t>Discovery of God November 3, 2019 Maulana Wahiduddin Khan · 40s · at 0:40 · https://youtu.be/WUaOl0Kwwng?t=40</w:t>
      </w:r>
    </w:p>
    <w:p>
      <w:r>
        <w:rPr>
          <w:i/>
        </w:rPr>
        <w:t>“Jab se duniya mein yeh jo reason aaya hai”</w:t>
      </w:r>
    </w:p>
    <w:p>
      <w:r>
        <w:rPr>
          <w:sz w:val="20"/>
        </w:rPr>
        <w:t>0:40  jab se dunya mein yeh jo reason aaya hai,</w:t>
      </w:r>
      <w:r>
        <w:br/>
      </w:r>
      <w:r>
        <w:rPr>
          <w:sz w:val="20"/>
        </w:rPr>
        <w:t>0:48  tab se log shakk karte hain Allah ke wajood par.</w:t>
      </w:r>
      <w:r>
        <w:br/>
      </w:r>
      <w:r>
        <w:rPr>
          <w:sz w:val="20"/>
        </w:rPr>
        <w:t>0:59  nietzsche, jo german philosopher tha, us ne 1882 mein kaha tha ke "God is dead".</w:t>
      </w:r>
    </w:p>
    <w:p>
      <w:pPr>
        <w:pStyle w:val="Heading2"/>
      </w:pPr>
      <w:r>
        <w:t>Intuition and conclusion on paradise</w:t>
      </w:r>
    </w:p>
    <w:p>
      <w:r>
        <w:rPr>
          <w:color w:val="666666"/>
          <w:sz w:val="18"/>
        </w:rPr>
        <w:t>Creation Plan of God April 30, 2016 Maulana Wahiduddin Khan · 5m 45s · at 15:01 · https://youtu.be/srz_i7rXuDc?t=901</w:t>
      </w:r>
    </w:p>
    <w:p>
      <w:r>
        <w:rPr>
          <w:i/>
        </w:rPr>
        <w:t>“Ab agar koi kahe ki main kaise maanu ki aisa hai?”</w:t>
      </w:r>
    </w:p>
    <w:p>
      <w:r>
        <w:rPr>
          <w:sz w:val="20"/>
        </w:rPr>
        <w:t>15:01  Ab agar koi kahe ki main kaise maanu ki aisa hai, to aapka aap apni maa se jab milte hain, to aapne apni maa ko, apni apne apne ko maa ke pet se nikalte hue nahi dekha. Kisi ne bhi apne aap ko maa ke pet se nikalte hue nahi dekha.</w:t>
      </w:r>
      <w:r>
        <w:br/>
      </w:r>
      <w:r>
        <w:rPr>
          <w:sz w:val="20"/>
        </w:rPr>
        <w:t>15:24  Lekin aapka intuition is maamle mein itna strong hai, itna strong hai ki ek second ke liye bhi aapki shubah nahi hota ki meri maa hai.</w:t>
      </w:r>
      <w:r>
        <w:br/>
      </w:r>
      <w:r>
        <w:rPr>
          <w:sz w:val="20"/>
        </w:rPr>
        <w:t>15:38  Koi duniya mein aisa nahi hai jo ye keh sake ki main jaanta hoon jab main pet maa ke pet mein tha, to maine dekha tha apne apne aap ko ya jab paida hua, to maine dekha tha uske pet se nikal raha hoon. Main kisi ne nahi.</w:t>
      </w:r>
      <w:r>
        <w:br/>
      </w:r>
      <w:r>
        <w:rPr>
          <w:sz w:val="20"/>
        </w:rPr>
        <w:t>15:52  Iska maane hai ki aapke andar reason ke siwa ek aur cheez hai, wo hai intuition.</w:t>
      </w:r>
      <w:r>
        <w:br/>
      </w:r>
      <w:r>
        <w:rPr>
          <w:sz w:val="20"/>
        </w:rPr>
        <w:t>16:01  Reason ke siwa ek aur capacity aapki hai, jisko kehte hain intuition. To sabse badi cheez jisko aap yakeen karte hain, wo apni aapki mother hai, aapki maa hai.</w:t>
      </w:r>
      <w:r>
        <w:br/>
      </w:r>
      <w:r>
        <w:rPr>
          <w:sz w:val="20"/>
        </w:rPr>
        <w:t>16:15  Wo aap by intuition jaante hain. Aap</w:t>
      </w:r>
      <w:r>
        <w:br/>
      </w:r>
      <w:r>
        <w:rPr>
          <w:sz w:val="20"/>
        </w:rPr>
        <w:t>16:18  Agar reason apply karein, to aap aap kabhi yakeen na karein ki ye meri maa hai. To aapka intuition jo hai, aapka intuition aapko yakeen se zyada badi cheez, yakeen ke darje mein batata hai ki yakeen ek other world hai, jahan main mujhe milegi wo cheez. Main main mera habitat milega. Ab to aapko develop karna hai.</w:t>
      </w:r>
      <w:r>
        <w:br/>
      </w:r>
      <w:r>
        <w:rPr>
          <w:sz w:val="20"/>
        </w:rPr>
        <w:t>16:47  Main aaj apna ek qissa yaad kar raha tha ki bahut pehle jab main Adam mein hota tha, 1967 mein aaya hoon main yahan Delhi. Isse pehle Adam mein tha. Us zamane mein main apni kitaab likh raha tha, jo English mein chhapi hai, "God Arises",</w:t>
      </w:r>
      <w:r>
        <w:br/>
      </w:r>
      <w:r>
        <w:rPr>
          <w:sz w:val="20"/>
        </w:rPr>
        <w:t>17:07  Urdu mein chhapi hai, "Mazhab aur Jadeed Challenge".</w:t>
      </w:r>
      <w:r>
        <w:br/>
      </w:r>
      <w:r>
        <w:rPr>
          <w:sz w:val="20"/>
        </w:rPr>
        <w:t>17:14  To uske liye main bahut padha tha, bahut padha tha, bahut padha tha. To us waqt mere zehan par bilkul rational argument Khuda ka chhaya hua tha.</w:t>
      </w:r>
      <w:r>
        <w:br/>
      </w:r>
      <w:r>
        <w:rPr>
          <w:sz w:val="20"/>
        </w:rPr>
        <w:t>17:25  To mujhe yaad hai ki wahan par hamare procee the, Shah Naseer sahab. Shah Naseer sahab se meri mulaqat hui us zamane mein. Unhone unhe poocha ki kya aadmi Khuda ko dekh sakta hai?</w:t>
      </w:r>
      <w:r>
        <w:br/>
      </w:r>
      <w:r>
        <w:rPr>
          <w:sz w:val="20"/>
        </w:rPr>
        <w:t>17:38  Achanak mere dimagh se nikla ki aapne Khuda ko nahi dekha?</w:t>
      </w:r>
      <w:r>
        <w:br/>
      </w:r>
      <w:r>
        <w:rPr>
          <w:sz w:val="20"/>
        </w:rPr>
        <w:t>17:44  Yaani mera jo study is subject mein ho rahi thi, uski wajah se main mera reason itna zyada alive tha us zamane. Alive ki jaise main Khuda ko dekh raha hoon. Aaj maine socha ki ab main ek aur stage par pahuncha hai. Allah taala ne pahunchaya hai. Reason jo reason aage hai,</w:t>
      </w:r>
      <w:r>
        <w:br/>
      </w:r>
      <w:r>
        <w:rPr>
          <w:sz w:val="20"/>
        </w:rPr>
        <w:t>18:06  Ab intuition ke age hai.</w:t>
      </w:r>
      <w:r>
        <w:br/>
      </w:r>
      <w:r>
        <w:rPr>
          <w:sz w:val="20"/>
        </w:rPr>
        <w:t>18:10  To maine socha ki aaj main intuition itna alive mera hai ki har taraf mujhe Khuda Khuda dikhai deta hai. Us waqt mera reason itna awake tha ki usse bhi dekhta tha. Lekin ek se badi cheez hai ki aaj mera intuition itna alive, itna alive hai ki jis tarah apni maa ko dekhkar yakeen karte hain ki meri maa hai,</w:t>
      </w:r>
      <w:r>
        <w:br/>
      </w:r>
      <w:r>
        <w:rPr>
          <w:sz w:val="20"/>
        </w:rPr>
        <w:t>18:33  Aise hi main jidhar dekhta hoon, har taraf mujhe Khuda dikhai deta hai.</w:t>
      </w:r>
      <w:r>
        <w:br/>
      </w:r>
      <w:r>
        <w:rPr>
          <w:sz w:val="20"/>
        </w:rPr>
        <w:t>18:40  To pehli baat maine yeh kahi ki aap scheme of things ke andaaz sochiye ki aap kya hain, aapki desire kya hai, aapko kya milta hai, kya nahi milta. Ye saari cheezon ko sochiye.</w:t>
      </w:r>
      <w:r>
        <w:br/>
      </w:r>
      <w:r>
        <w:rPr>
          <w:sz w:val="20"/>
        </w:rPr>
        <w:t>18:57  To aapko yeh hoga khayal ki main jo hoon, wo mujhe milta nahi. Mujhe ek aur habitat chahiye.</w:t>
      </w:r>
      <w:r>
        <w:br/>
      </w:r>
      <w:r>
        <w:rPr>
          <w:sz w:val="20"/>
        </w:rPr>
        <w:t>19:08  Doosri cheez thi ki aap apne apne reason jab poori tarike se awake hoga, aapki intuition jab poori tarah alive hogi, to aap jis tarah apni maa ko dekhkar yakeen karte hain ki ye meri maa hai,</w:t>
      </w:r>
      <w:r>
        <w:br/>
      </w:r>
      <w:r>
        <w:rPr>
          <w:sz w:val="20"/>
        </w:rPr>
        <w:t>19:25  Aise hi aapko har taraf dikhai dega ki ye paradise hai. Ye paradise mera intezar kar rahi hai.</w:t>
      </w:r>
      <w:r>
        <w:br/>
      </w:r>
      <w:r>
        <w:rPr>
          <w:sz w:val="20"/>
        </w:rPr>
        <w:t>19:37  To main</w:t>
      </w:r>
      <w:r>
        <w:br/>
      </w:r>
      <w:r>
        <w:rPr>
          <w:sz w:val="20"/>
        </w:rPr>
        <w:t>19:41  aakhir mein arz karunga ke hamara main aksar kaha karta hoon, apni tanhaiyon mein jannat na mili to kuch nahi mila. jannat na mili to kuch nahi mila.</w:t>
      </w:r>
      <w:r>
        <w:br/>
      </w:r>
      <w:r>
        <w:rPr>
          <w:sz w:val="20"/>
        </w:rPr>
        <w:t>19:56  to hum apne aap ko, apne mind ko itna develop karein, apni spirituality ko itna develop karein ke</w:t>
      </w:r>
      <w:r>
        <w:br/>
      </w:r>
      <w:r>
        <w:rPr>
          <w:sz w:val="20"/>
        </w:rPr>
        <w:t>20:10  paradise humko usi tarah dikhai dene lage, jis tarah humko apni maa dikhai deti hai.</w:t>
      </w:r>
      <w:r>
        <w:br/>
      </w:r>
      <w:r>
        <w:rPr>
          <w:sz w:val="20"/>
        </w:rPr>
        <w:t>20:17  isi ke liye main dua karta hoon ke Allah taala mujhko aur aapko taufeeq de taake hum apni eternal life mein, apne habitat mein, yaani paradise mein jeene ke qabil ho sakein. assalam walekum rehmatullah.</w:t>
      </w:r>
    </w:p>
    <w:p>
      <w:pPr>
        <w:pStyle w:val="Heading2"/>
      </w:pPr>
      <w:r>
        <w:t>Mind-based vs heart-based spirituality</w:t>
      </w:r>
    </w:p>
    <w:p>
      <w:r>
        <w:rPr>
          <w:color w:val="666666"/>
          <w:sz w:val="18"/>
        </w:rPr>
        <w:t>Islamic Pacifism Q&amp;A 8 May 2011 · 2m 06s · at 26:14 · https://youtu.be/5ZersGDNVcw?t=1574</w:t>
      </w:r>
    </w:p>
    <w:p>
      <w:r>
        <w:rPr>
          <w:i/>
        </w:rPr>
        <w:t>“My position is that there are two different ways to attain spirituality.”</w:t>
      </w:r>
    </w:p>
    <w:p>
      <w:r>
        <w:rPr>
          <w:sz w:val="20"/>
        </w:rPr>
        <w:t>26:14  My position is that</w:t>
      </w:r>
      <w:r>
        <w:br/>
      </w:r>
      <w:r>
        <w:rPr>
          <w:sz w:val="20"/>
        </w:rPr>
        <w:t>26:19  there are two different ways to attain spirituality. One that is heart-based and the second that is mind-based.</w:t>
      </w:r>
      <w:r>
        <w:br/>
      </w:r>
      <w:r>
        <w:rPr>
          <w:sz w:val="20"/>
        </w:rPr>
        <w:t>26:33  to I said that heart-based spirituality, although there are so many people who believe</w:t>
      </w:r>
      <w:r>
        <w:br/>
      </w:r>
      <w:r>
        <w:rPr>
          <w:sz w:val="20"/>
        </w:rPr>
        <w:t>26:41  the variety of this method, but I think that it is not correct. Through mind, through heart, those practices that are, that are heart-based practices, that are nothing.</w:t>
      </w:r>
      <w:r>
        <w:br/>
      </w:r>
      <w:r>
        <w:rPr>
          <w:sz w:val="20"/>
        </w:rPr>
        <w:t>27:02  That are physical practices. Through physical practice, you cannot attain spirituality. Heart is a physical part of your body.</w:t>
      </w:r>
      <w:r>
        <w:br/>
      </w:r>
      <w:r>
        <w:rPr>
          <w:sz w:val="20"/>
        </w:rPr>
        <w:t>27:16  So heart-based spirituality is</w:t>
      </w:r>
      <w:r>
        <w:br/>
      </w:r>
      <w:r>
        <w:rPr>
          <w:sz w:val="20"/>
        </w:rPr>
        <w:t>27:19  nothing. Heart-based spirituality means try to attain spirituality through physical method</w:t>
      </w:r>
      <w:r>
        <w:br/>
      </w:r>
      <w:r>
        <w:rPr>
          <w:sz w:val="20"/>
        </w:rPr>
        <w:t>27:32  . That is impossible. So I believe in mind-based spirituality.</w:t>
      </w:r>
      <w:r>
        <w:br/>
      </w:r>
      <w:r>
        <w:rPr>
          <w:sz w:val="20"/>
        </w:rPr>
        <w:t>27:41  Mind-based spirituality. That is, my spirituality is based on tadabbur, tafakkur, tawaṣṣum</w:t>
      </w:r>
      <w:r>
        <w:br/>
      </w:r>
      <w:r>
        <w:rPr>
          <w:sz w:val="20"/>
        </w:rPr>
        <w:t>27:50  . That is contemplation. In two words, first is based on meditation. And my spirituality is based on contemplation.</w:t>
      </w:r>
      <w:r>
        <w:br/>
      </w:r>
      <w:r>
        <w:rPr>
          <w:sz w:val="20"/>
        </w:rPr>
        <w:t>28:05  So contemplation is mind-centered method. And meditation is heart-centered method. So this is my stand in this about this matter.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