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Search: I face injustice</w:t>
      </w:r>
    </w:p>
    <w:p>
      <w:r>
        <w:rPr>
          <w:sz w:val="18"/>
        </w:rPr>
        <w:t>Q&amp;A, lecture moments and clips · full transcripts with timestamps · exported 2026-09-21</w:t>
      </w:r>
    </w:p>
    <w:p>
      <w:pPr>
        <w:pStyle w:val="Heading1"/>
      </w:pPr>
      <w:r>
        <w:t>Maulana was asked (30)</w:t>
      </w:r>
    </w:p>
    <w:p>
      <w:pPr>
        <w:pStyle w:val="Heading2"/>
      </w:pPr>
      <w:r>
        <w:t>Dealing with insincere friendships</w:t>
      </w:r>
    </w:p>
    <w:p>
      <w:r>
        <w:rPr>
          <w:color w:val="666666"/>
          <w:sz w:val="18"/>
        </w:rPr>
        <w:t>Modern Age June 9, 2019 Maulana Wahiduddin Khan · 1m 37s · at 49:46 · https://youtu.be/7mjCvAvHEdA?t=2986</w:t>
      </w:r>
    </w:p>
    <w:p>
      <w:r>
        <w:rPr>
          <w:i/>
        </w:rPr>
        <w:t>“In my life I have made many friends, but none have been true to me. I feel that everyone wants something from me. What should I do in this situation?”</w:t>
      </w:r>
    </w:p>
    <w:p>
      <w:r>
        <w:rPr>
          <w:sz w:val="20"/>
        </w:rPr>
        <w:t>49:46  Maulana Yunus Chandiyon sahib ne Karachi Pakistan se sawal bheja hai. Unhon ne likha hai, "Maulana sahib, mera aik sawal hai.</w:t>
      </w:r>
      <w:r>
        <w:br/>
      </w:r>
      <w:r>
        <w:rPr>
          <w:sz w:val="20"/>
        </w:rPr>
        <w:t>49:56  meri apni zindagi mein bohat se dost bane magar un mein se koi aisa dost na bana jo mujh se sacha ho. Goiya mujhe aisa lagta hai ke har shakhs mujh se apna matlab chah raha hai.</w:t>
      </w:r>
      <w:r>
        <w:br/>
      </w:r>
      <w:r>
        <w:rPr>
          <w:sz w:val="20"/>
        </w:rPr>
        <w:t>50:11  to mujhe is halat mein kya karna chahiye? Is ke baray mein batayein." Jis cheez ko aap dosti keh rahe hain, woh to kuch bhi nahin.</w:t>
      </w:r>
      <w:r>
        <w:br/>
      </w:r>
      <w:r>
        <w:rPr>
          <w:sz w:val="20"/>
        </w:rPr>
        <w:t>50:21  khush fehmi mein jeena hai. To aap sari zindagi aap khush fehmi mein jeete rahe. Yeh dunya ka nizam yaad rakhein, interest par chal raha hai, dosti par nahin.</w:t>
      </w:r>
      <w:r>
        <w:br/>
      </w:r>
      <w:r>
        <w:rPr>
          <w:sz w:val="20"/>
        </w:rPr>
        <w:t>50:36  yeh dunya ka nizam</w:t>
      </w:r>
      <w:r>
        <w:br/>
      </w:r>
      <w:r>
        <w:rPr>
          <w:sz w:val="20"/>
        </w:rPr>
        <w:t>50:42  is par chal hi nahin raha jo hum farz kar lete hain ke dosti dosti kya cheez hai. Koi dost nahin kisi ka. Koi kisi ka dost nahin.</w:t>
      </w:r>
      <w:r>
        <w:br/>
      </w:r>
      <w:r>
        <w:rPr>
          <w:sz w:val="20"/>
        </w:rPr>
        <w:t>50:52  aap ne jin logon ko dost banaya samjha, woh aap falsehood mein jee rahe thay, khush fehmi mein jee rahe thay. To sab se pehle apni ghalti ko maaniye.</w:t>
      </w:r>
      <w:r>
        <w:br/>
      </w:r>
      <w:r>
        <w:rPr>
          <w:sz w:val="20"/>
        </w:rPr>
        <w:t>51:03  sab se pehle apni ghalti ko maniye. You have to discover your own fault.</w:t>
      </w:r>
      <w:r>
        <w:br/>
      </w:r>
      <w:r>
        <w:rPr>
          <w:sz w:val="20"/>
        </w:rPr>
        <w:t>51:12  tab aap ko naya daur mile ga.</w:t>
      </w:r>
    </w:p>
    <w:p>
      <w:pPr>
        <w:pStyle w:val="Heading2"/>
      </w:pPr>
      <w:r>
        <w:t>How to address a wrong system affecting a nation?</w:t>
      </w:r>
    </w:p>
    <w:p>
      <w:r>
        <w:rPr>
          <w:color w:val="666666"/>
          <w:sz w:val="18"/>
        </w:rPr>
        <w:t>Problem and Shukr March 15, 2015 · 2m 53s · at 52:57 · https://youtu.be/SPBsXjH1hzM?t=3177</w:t>
      </w:r>
    </w:p>
    <w:p>
      <w:r>
        <w:rPr>
          <w:i/>
        </w:rPr>
        <w:t>“I want to know what if we have a problem or complaint not from a human, but from a system and a group which is doing wrong and affecting a nation.”</w:t>
      </w:r>
    </w:p>
    <w:p>
      <w:r>
        <w:rPr>
          <w:sz w:val="20"/>
        </w:rPr>
        <w:t>52:57  Maulana, agla sawal kya hai? Ah Shan Sahib ne ah London se, aur unhon ne likha hai: Maulana, I am Dr. Hanaz's cousin and visiting her from Wales with my newly wed wife.</w:t>
      </w:r>
      <w:r>
        <w:br/>
      </w:r>
      <w:r>
        <w:rPr>
          <w:sz w:val="20"/>
        </w:rPr>
        <w:t>53:14  She invited us this morning to listen to you, and mashallah, I liked it so much. May Allah reward you. Maulana, I have a question.</w:t>
      </w:r>
      <w:r>
        <w:br/>
      </w:r>
      <w:r>
        <w:rPr>
          <w:sz w:val="20"/>
        </w:rPr>
        <w:t>53:25  . I want to know what if we have a problem or complaint not from a human, but from a system or a group which is doing wrong and affecting a nation.</w:t>
      </w:r>
      <w:r>
        <w:br/>
      </w:r>
      <w:r>
        <w:rPr>
          <w:sz w:val="20"/>
        </w:rPr>
        <w:t>53:38  vhat iz yor advais on dat? dekhiye, yeh to aap ne sirf lafz badal diya. sistam kon banata hai? insan banata hai.</w:t>
      </w:r>
      <w:r>
        <w:br/>
      </w:r>
      <w:r>
        <w:rPr>
          <w:sz w:val="20"/>
        </w:rPr>
        <w:t>53:47  voh bhi insan ke khilaf shikayat hai. sistam bananay wala kon hai?</w:t>
      </w:r>
      <w:r>
        <w:br/>
      </w:r>
      <w:r>
        <w:rPr>
          <w:sz w:val="20"/>
        </w:rPr>
        <w:t>53:55  to sistam mein vohi cheezain aayen gi jo insan ke andar hain. sistam jo hai, insan ka yani ikstendid faram hai.</w:t>
      </w:r>
      <w:r>
        <w:br/>
      </w:r>
      <w:r>
        <w:rPr>
          <w:sz w:val="20"/>
        </w:rPr>
        <w:t>54:06  sistam alag se koi cheez hai nahin. to sistam ke khilaf aap bolain gay to phir insan hi ke oopar jaye ga. voh aur yeh bhi samajh lein ke kabhi bhi dunya mein koi sistam aidial nahin ho sakta.</w:t>
      </w:r>
      <w:r>
        <w:br/>
      </w:r>
      <w:r>
        <w:rPr>
          <w:sz w:val="20"/>
        </w:rPr>
        <w:t>54:17  impaasibal hai.</w:t>
      </w:r>
      <w:r>
        <w:br/>
      </w:r>
      <w:r>
        <w:rPr>
          <w:sz w:val="20"/>
        </w:rPr>
        <w:t>54:19  hata ke jo islam ka jo goladan piriyad hai, vahan bhi yeh bas vajah hai ke vahan sistam jo tha, bilkul aidial tha. aisa nahin tha. misal ke tor par dekhiye, aik sahabi madine mein rasool Allah ke pas aata hai, voh munh dar munh kehta hai ke vallah muadalta,</w:t>
      </w:r>
      <w:r>
        <w:br/>
      </w:r>
      <w:r>
        <w:rPr>
          <w:sz w:val="20"/>
        </w:rPr>
        <w:t>54:38  khuda ki qasam, aap ne justis nahin kiya. to vri dat aidial sistam.</w:t>
      </w:r>
      <w:r>
        <w:br/>
      </w:r>
      <w:r>
        <w:rPr>
          <w:sz w:val="20"/>
        </w:rPr>
        <w:t>54:45  to sistam par jo log bolte hain, voh kreshun plan ke khilaf bolte hain. jo Allah ka jo kreshun plan hai, us ke mutabiq jab dunya mein aidial sistam ban nahin sakta, aidial gavarnmant ban nahin sakti, to aap ko vahan kya karna hai?</w:t>
      </w:r>
      <w:r>
        <w:br/>
      </w:r>
      <w:r>
        <w:rPr>
          <w:sz w:val="20"/>
        </w:rPr>
        <w:t>55:04  us ko mainaj karna hai. jo prablam aata hai, us ko mainaj kijiye.</w:t>
      </w:r>
      <w:r>
        <w:br/>
      </w:r>
      <w:r>
        <w:rPr>
          <w:sz w:val="20"/>
        </w:rPr>
        <w:t>55:08  shikayat karna, us ko torna, us ke khilaf us ko apoz karna, hangama karna, kuch bhi nahin honay wala. us ki misal dekhiye, aijipt mein.</w:t>
      </w:r>
      <w:r>
        <w:br/>
      </w:r>
      <w:r>
        <w:rPr>
          <w:sz w:val="20"/>
        </w:rPr>
        <w:t>55:18  aijipt mein 60 bars se sistam ke khilaf lar rahe hain log. aaj tak kuch bhi nahin hua. kai naslain khatam ho gayeen, aur tab tabahi tabahi hai.</w:t>
      </w:r>
      <w:r>
        <w:br/>
      </w:r>
      <w:r>
        <w:rPr>
          <w:sz w:val="20"/>
        </w:rPr>
        <w:t>55:29  to sistam jo hai, voh khud yani voh hioman fenomina hai. insan se alag koi cheez nahin hai.</w:t>
      </w:r>
      <w:r>
        <w:br/>
      </w:r>
      <w:r>
        <w:rPr>
          <w:sz w:val="20"/>
        </w:rPr>
        <w:t>55:40  kliyar hai? ji kliyar hai. ji ah ji maulana.</w:t>
      </w:r>
      <w:r>
        <w:br/>
      </w:r>
      <w:r>
        <w:rPr>
          <w:sz w:val="20"/>
        </w:rPr>
        <w:t>55:51  Maulana, agla sawal kya hai? Adil Muhammad Sahib ne Muradabad se, aur unhon ne likha hai ke Maulana, I agree with you in what you said today, that we should accept Allah's plan and be patient towards men and thankful towards Allah.</w:t>
      </w:r>
    </w:p>
    <w:p>
      <w:pPr>
        <w:pStyle w:val="Heading2"/>
      </w:pPr>
      <w:r>
        <w:t>Controlling greed for property and land</w:t>
      </w:r>
    </w:p>
    <w:p>
      <w:r>
        <w:rPr>
          <w:color w:val="666666"/>
          <w:sz w:val="18"/>
        </w:rPr>
        <w:t>Dars-e-Quran, Chapter 2, Verse 25 | November 19, 2017 | Maulana Wahiduddin Khan · 2m 07s · at 1:06:46 · https://youtu.be/ctvrG32NCgA?t=4006</w:t>
      </w:r>
    </w:p>
    <w:p>
      <w:r>
        <w:rPr>
          <w:i/>
        </w:rPr>
        <w:t>“How to control greed of property, house and land? It is killing me.”</w:t>
      </w:r>
    </w:p>
    <w:p>
      <w:r>
        <w:rPr>
          <w:sz w:val="20"/>
        </w:rPr>
        <w:t>1:06:46  maulana, maulana, agla sawal letay hain jo bheja hai khaleel abrar barkati sahib nay, unhon nay apni location</w:t>
      </w:r>
      <w:r>
        <w:br/>
      </w:r>
      <w:r>
        <w:rPr>
          <w:sz w:val="20"/>
        </w:rPr>
        <w:t>1:06:52  nahi likhi hai.</w:t>
      </w:r>
      <w:r>
        <w:br/>
      </w:r>
      <w:r>
        <w:rPr>
          <w:sz w:val="20"/>
        </w:rPr>
        <w:t>1:06:58  ان کا سوال ہے: "مولانا صاحب، how to control greed of property, house and land?" It is killing me.</w:t>
      </w:r>
      <w:r>
        <w:br/>
      </w:r>
      <w:r>
        <w:rPr>
          <w:sz w:val="20"/>
        </w:rPr>
        <w:t>1:07:04  This how to how to control greed of property,</w:t>
      </w:r>
      <w:r>
        <w:br/>
      </w:r>
      <w:r>
        <w:rPr>
          <w:sz w:val="20"/>
        </w:rPr>
        <w:t>1:07:10  house and land? it is distracting me from my study. whenever i am concentrating on my study, this type of thoughts are coming to my mind that my brother is taking all the land and property. therefore success is not coming to me in my examination as i am not fully able to concentrate on my studies. please show me some way how to avoid such thoughts. bh</w:t>
      </w:r>
      <w:r>
        <w:br/>
      </w:r>
      <w:r>
        <w:rPr>
          <w:sz w:val="20"/>
        </w:rPr>
        <w:t>1:07:40  yi, aap aik simple si baat sochiye, simple si kay jin logon ko property aur maal mil gaya</w:t>
      </w:r>
      <w:r>
        <w:br/>
      </w:r>
      <w:r>
        <w:rPr>
          <w:sz w:val="20"/>
        </w:rPr>
        <w:t>1:07:46  hai, un ki zindagi ko dekhiye.</w:t>
      </w:r>
      <w:r>
        <w:br/>
      </w:r>
      <w:r>
        <w:rPr>
          <w:sz w:val="20"/>
        </w:rPr>
        <w:t>1:07:53  misal kay bill gates, dunya ka sab bara wealthy aadmi.</w:t>
      </w:r>
      <w:r>
        <w:br/>
      </w:r>
      <w:r>
        <w:rPr>
          <w:sz w:val="20"/>
        </w:rPr>
        <w:t>1:07:59  donald trump, dunya ka sab say powerful aadmi.</w:t>
      </w:r>
      <w:r>
        <w:br/>
      </w:r>
      <w:r>
        <w:rPr>
          <w:sz w:val="20"/>
        </w:rPr>
        <w:t>1:08:05  لیکن ان کو ایک sucker بھی پیس نہیں ہے،</w:t>
      </w:r>
      <w:r>
        <w:br/>
      </w:r>
      <w:r>
        <w:rPr>
          <w:sz w:val="20"/>
        </w:rPr>
        <w:t>1:08:11  un ko sukoon nahi hai.</w:t>
      </w:r>
      <w:r>
        <w:br/>
      </w:r>
      <w:r>
        <w:rPr>
          <w:sz w:val="20"/>
        </w:rPr>
        <w:t>1:08:16  to kiya cheez aap chahtay hain? kis liye chahtay hain? yani property for the sake of property, wealth</w:t>
      </w:r>
      <w:r>
        <w:br/>
      </w:r>
      <w:r>
        <w:rPr>
          <w:sz w:val="20"/>
        </w:rPr>
        <w:t>1:08:22  for the sake of wealth.</w:t>
      </w:r>
      <w:r>
        <w:br/>
      </w:r>
      <w:r>
        <w:rPr>
          <w:sz w:val="20"/>
        </w:rPr>
        <w:t>1:08:27  jin logon ko property ya wealth mila, un ki zindagi ko, zindagi ko dekhiye to un ki zindagiyaan</w:t>
      </w:r>
      <w:r>
        <w:br/>
      </w:r>
      <w:r>
        <w:rPr>
          <w:sz w:val="20"/>
        </w:rPr>
        <w:t>1:08:32  yani problem say bhari hui hain.</w:t>
      </w:r>
      <w:r>
        <w:br/>
      </w:r>
      <w:r>
        <w:rPr>
          <w:sz w:val="20"/>
        </w:rPr>
        <w:t>1:08:37  hata kay bill gates ko is ki dolat aik museebat nazar anay lagi hai.</w:t>
      </w:r>
      <w:r>
        <w:br/>
      </w:r>
      <w:r>
        <w:rPr>
          <w:sz w:val="20"/>
        </w:rPr>
        <w:t>1:08:42  to kis cheez ko chahtay hain aap? kiya maqsad hai chahanay ka? main samajhta hoon kay aap apnay</w:t>
      </w:r>
      <w:r>
        <w:br/>
      </w:r>
      <w:r>
        <w:rPr>
          <w:sz w:val="20"/>
        </w:rPr>
        <w:t>1:08:48  upar aap revise kijiye.</w:t>
      </w:r>
    </w:p>
    <w:p>
      <w:pPr>
        <w:pStyle w:val="Heading2"/>
      </w:pPr>
      <w:r>
        <w:t>Dealing with negative thinking due to inequality</w:t>
      </w:r>
    </w:p>
    <w:p>
      <w:r>
        <w:rPr>
          <w:color w:val="666666"/>
          <w:sz w:val="18"/>
        </w:rPr>
        <w:t>God in the Age of Science January 08, 2017 · 2m 06s · at 51:33 · https://youtu.be/au1bRdQDZ0U?t=3093</w:t>
      </w:r>
    </w:p>
    <w:p>
      <w:r>
        <w:rPr>
          <w:i/>
        </w:rPr>
        <w:t>“In this world, some have more share and some have less. This is the situation which results in negative thinking. What can be done to save ourselves from such negative reaction?”</w:t>
      </w:r>
    </w:p>
    <w:p>
      <w:r>
        <w:rPr>
          <w:sz w:val="20"/>
        </w:rPr>
        <w:t>51:33  maulana in ka ek aur sawal hai unhon ne likha hai in this world some have more share</w:t>
      </w:r>
      <w:r>
        <w:br/>
      </w:r>
      <w:r>
        <w:rPr>
          <w:sz w:val="20"/>
        </w:rPr>
        <w:t>51:40  and some have less this is the situation which results in negative thinking what can be done to</w:t>
      </w:r>
      <w:r>
        <w:br/>
      </w:r>
      <w:r>
        <w:rPr>
          <w:sz w:val="20"/>
        </w:rPr>
        <w:t>51:48  save our self from such negative reaction dekhein yeh jo hai log yani material cheezon ke lehaz</w:t>
      </w:r>
      <w:r>
        <w:br/>
      </w:r>
      <w:r>
        <w:rPr>
          <w:sz w:val="20"/>
        </w:rPr>
        <w:t>51:55  se compare karte hain is sab se bari cheez jo har insan ko mili hui hai woh mind</w:t>
      </w:r>
      <w:r>
        <w:br/>
      </w:r>
      <w:r>
        <w:rPr>
          <w:sz w:val="20"/>
        </w:rPr>
        <w:t>52:03  hai jo material cheez mili hui hai logon ko woh to kuch bhi nahi hai is ke muqable</w:t>
      </w:r>
      <w:r>
        <w:br/>
      </w:r>
      <w:r>
        <w:rPr>
          <w:sz w:val="20"/>
        </w:rPr>
        <w:t>52:10  mein hamara jo mind hai is ke muqable mein to jo aadmi material cheezon mein jeeta ho woh</w:t>
      </w:r>
      <w:r>
        <w:br/>
      </w:r>
      <w:r>
        <w:rPr>
          <w:sz w:val="20"/>
        </w:rPr>
        <w:t>52:18  bohat hi zyada stripper aadmi hai kyunke is ko jo khuda ne de rakha hai mind itna bara</w:t>
      </w:r>
      <w:r>
        <w:br/>
      </w:r>
      <w:r>
        <w:rPr>
          <w:sz w:val="20"/>
        </w:rPr>
        <w:t>52:25  mind is ko bhoola hua hai woh to jo log is lehaz se kam zyada mane ke kisi</w:t>
      </w:r>
      <w:r>
        <w:br/>
      </w:r>
      <w:r>
        <w:rPr>
          <w:sz w:val="20"/>
        </w:rPr>
        <w:t>52:33  ko kam mila hai kisi ko zyada mila hai kisi ke pas kai car hai kisi ke pas</w:t>
      </w:r>
      <w:r>
        <w:br/>
      </w:r>
      <w:r>
        <w:rPr>
          <w:sz w:val="20"/>
        </w:rPr>
        <w:t>52:40  ek hi car hai yeh to bohat hi zyada yani meaning less comparison hai yeh comparison hi bilkul</w:t>
      </w:r>
      <w:r>
        <w:br/>
      </w:r>
      <w:r>
        <w:rPr>
          <w:sz w:val="20"/>
        </w:rPr>
        <w:t>52:47  meaning less hai comparison is par hona chahiye ke kitna bara mind diya hai Allah taala ne insan</w:t>
      </w:r>
      <w:r>
        <w:br/>
      </w:r>
      <w:r>
        <w:rPr>
          <w:sz w:val="20"/>
        </w:rPr>
        <w:t>52:55  ko yani aisa mind jo poore universe tak apni soch pohncha sakta hai koi duniya mein doosri makhluqat</w:t>
      </w:r>
      <w:r>
        <w:br/>
      </w:r>
      <w:r>
        <w:rPr>
          <w:sz w:val="20"/>
        </w:rPr>
        <w:t>53:02  se nahi hai jo poore universe ke bare mein soche koi bhi na sher hai na hathi hai</w:t>
      </w:r>
      <w:r>
        <w:br/>
      </w:r>
      <w:r>
        <w:rPr>
          <w:sz w:val="20"/>
        </w:rPr>
        <w:t>53:10  na na pahad hai na samandar hai na galaxy hai jo poore universe ke bare mein soche yeh</w:t>
      </w:r>
      <w:r>
        <w:br/>
      </w:r>
      <w:r>
        <w:rPr>
          <w:sz w:val="20"/>
        </w:rPr>
        <w:t>53:17  yani kitni bari cheez mili hai yeh isi ko kaha hai quran mein amanat amanat ka matlab hai</w:t>
      </w:r>
      <w:r>
        <w:br/>
      </w:r>
      <w:r>
        <w:rPr>
          <w:sz w:val="20"/>
        </w:rPr>
        <w:t>53:25  ke khudai level ki cheez hai yeh aap ko khudai level ki cheez mili hui hai ke aap</w:t>
      </w:r>
      <w:r>
        <w:br/>
      </w:r>
      <w:r>
        <w:rPr>
          <w:sz w:val="20"/>
        </w:rPr>
        <w:t>53:32  poori kainat ke bare mein soch sakte hain to yeh comparison jo log karte hain bohat hi zyada</w:t>
      </w:r>
    </w:p>
    <w:p>
      <w:pPr>
        <w:pStyle w:val="Heading2"/>
      </w:pPr>
      <w:r>
        <w:t>How to deal with feelings of superiority?</w:t>
      </w:r>
    </w:p>
    <w:p>
      <w:r>
        <w:rPr>
          <w:color w:val="666666"/>
          <w:sz w:val="18"/>
        </w:rPr>
        <w:t>Revival of Faith September 25, 2011 Maulana Wahiduddin Khan · 3m 40s · at 1:15:29 · https://youtu.be/sG_btZMffxg?t=4529</w:t>
      </w:r>
    </w:p>
    <w:p>
      <w:r>
        <w:rPr>
          <w:i/>
        </w:rPr>
        <w:t>“Why does it happen that I feel superior to some of the people around me? How should I act when this complex arises in me?”</w:t>
      </w:r>
    </w:p>
    <w:p>
      <w:r>
        <w:rPr>
          <w:sz w:val="20"/>
        </w:rPr>
        <w:t>1:15:29  mr ehtesham hasnain ne hyderabad se sawal likha hai. maulana sahib, woh pooch rahe hain ke "why does it happen that i feel superior to some of the people around me?</w:t>
      </w:r>
      <w:r>
        <w:br/>
      </w:r>
      <w:r>
        <w:rPr>
          <w:sz w:val="20"/>
        </w:rPr>
        <w:t>1:15:43  how should, how should i act when this complex arises in me?"</w:t>
      </w:r>
      <w:r>
        <w:br/>
      </w:r>
      <w:r>
        <w:rPr>
          <w:sz w:val="20"/>
        </w:rPr>
        <w:t>1:15:49  bhai, yeh to aik stepped baat hai. superior ko samajhte hain aap? hain superior ko samajhte hain?</w:t>
      </w:r>
      <w:r>
        <w:br/>
      </w:r>
      <w:r>
        <w:rPr>
          <w:sz w:val="20"/>
        </w:rPr>
        <w:t>1:16:01  superior kuch hai hi nahi. insaan kuch hai hi nahi. jab insaan ko koi bhi cheez us ki self acquired nahi hoti, khuda ki di hui hoti hai, superior kahan se ho jayega woh?</w:t>
      </w:r>
      <w:r>
        <w:br/>
      </w:r>
      <w:r>
        <w:rPr>
          <w:sz w:val="20"/>
        </w:rPr>
        <w:t>1:16:14  yani hamare paas, hamari zindagi, hamara dimagh, hamara saman, kuch bhi jo hai, woh self acquired nahi hai. woh khuda ki di hui hai.</w:t>
      </w:r>
      <w:r>
        <w:br/>
      </w:r>
      <w:r>
        <w:rPr>
          <w:sz w:val="20"/>
        </w:rPr>
        <w:t>1:16:23  to kis baat par superiority? yani agar aap ne socha to sawal borderry ke. aur koi soch us ke andar nahi aayegi.</w:t>
      </w:r>
      <w:r>
        <w:br/>
      </w:r>
      <w:r>
        <w:rPr>
          <w:sz w:val="20"/>
        </w:rPr>
        <w:t>1:16:34  to yeh to aik unnatural baat hai. aik na sochne ki wajah se aisa hota hai. na sochne ki wajah se</w:t>
      </w:r>
      <w:r>
        <w:br/>
      </w:r>
      <w:r>
        <w:rPr>
          <w:sz w:val="20"/>
        </w:rPr>
        <w:t>1:16:42  agar aap yeh sochein ke mere paas koi bhi self acquired nahi hai, sab khuda ki di hui hai, to phir border se border se jayegi.</w:t>
      </w:r>
      <w:r>
        <w:br/>
      </w:r>
      <w:r>
        <w:rPr>
          <w:sz w:val="20"/>
        </w:rPr>
        <w:t>1:16:58  maulana zikwan nadvi ne dili se likha hai: " hadith mein kaha gaya hai ke tum log mere mamle mein is jaisa, yaani utra mat karna, jaisa ke nasara mein ibn maryam ke bare mein kiya tha.</w:t>
      </w:r>
      <w:r>
        <w:br/>
      </w:r>
      <w:r>
        <w:rPr>
          <w:sz w:val="20"/>
        </w:rPr>
        <w:t>1:17:14  mera sawal yeh hai ke woh kya cheez hai jis ko is hadith mein utra kaha gaya hai, aur mazhabi tabqe se is burai ko door karne ka tareeqa kya hai?"</w:t>
      </w:r>
      <w:r>
        <w:br/>
      </w:r>
      <w:r>
        <w:rPr>
          <w:sz w:val="20"/>
        </w:rPr>
        <w:t>1:17:31  asal mein is se murad hai wahi jis cheez ko kehte hain hum shakhsiyat parasti. angrezi mein kehte hain is ko personality cult. nasr ne farmaya ke personality cult mein mubtala na hona,</w:t>
      </w:r>
      <w:r>
        <w:br/>
      </w:r>
      <w:r>
        <w:rPr>
          <w:sz w:val="20"/>
        </w:rPr>
        <w:t>1:17:44  kyun ke yeh har qaum mein yeh baat hoti rahi hai hamesha, aur aaj bhi hoti hai ke kisi qaum mein koi aadmi, koi yaani baap paida ho jaye, koi bada kaam kare to foran hi is ko yaani samajh lete hain ke koi khaas cheez tha, special samajh lete hain is ko, special hai.</w:t>
      </w:r>
      <w:r>
        <w:br/>
      </w:r>
      <w:r>
        <w:rPr>
          <w:sz w:val="20"/>
        </w:rPr>
        <w:t>1:18:05  ise phir personality cult aata hai, phir shakhsiyaton ki pooja aati hai.</w:t>
      </w:r>
      <w:r>
        <w:br/>
      </w:r>
      <w:r>
        <w:rPr>
          <w:sz w:val="20"/>
        </w:rPr>
        <w:t>1:18:11  to jitne bhi yeh but hain idhar udhar duniya mein, woh but haqeeqat mein un ke apne bare the, apne qabile ke, apni qaum ke bare the.</w:t>
      </w:r>
      <w:r>
        <w:br/>
      </w:r>
      <w:r>
        <w:rPr>
          <w:sz w:val="20"/>
        </w:rPr>
        <w:t>1:18:19  inhi inhi ko unhon ne but mein aa ke poojne lagay. woh to is mein is aam jo rujhan hai insanon ke darmiyan personality cult ka, yaani shakhsiyat parasti ka, use roka gaya hai.</w:t>
      </w:r>
      <w:r>
        <w:br/>
      </w:r>
      <w:r>
        <w:rPr>
          <w:sz w:val="20"/>
        </w:rPr>
        <w:t>1:18:32  mein bohat sochta hoon musalman aaj poori tarah is mein mubtala hain,</w:t>
      </w:r>
      <w:r>
        <w:br/>
      </w:r>
      <w:r>
        <w:rPr>
          <w:sz w:val="20"/>
        </w:rPr>
        <w:t>1:18:39  is mein mubtala hain. yaani personality cult poore maanon mein musalman mein aa chuka hai,</w:t>
      </w:r>
      <w:r>
        <w:br/>
      </w:r>
      <w:r>
        <w:rPr>
          <w:sz w:val="20"/>
        </w:rPr>
        <w:t>1:18:53  aur yeh yeh bohat zyada zaroori hai ke yaani islaah-e-millat ke kaam ke silsile mein is ko ahmiyat di jaye, aur is aitbar se musalmanon ko paas personality cult se bahar nikala jaye.</w:t>
      </w:r>
    </w:p>
    <w:p>
      <w:pPr>
        <w:pStyle w:val="Heading2"/>
      </w:pPr>
      <w:r>
        <w:t>Dealing with negative thoughts</w:t>
      </w:r>
    </w:p>
    <w:p>
      <w:r>
        <w:rPr>
          <w:color w:val="666666"/>
          <w:sz w:val="18"/>
        </w:rPr>
        <w:t>Spirit of the Age Nov 6, 2016 · 1m 37s · at 55:08 · https://youtu.be/QAW9LP53xQk?t=3308</w:t>
      </w:r>
    </w:p>
    <w:p>
      <w:r>
        <w:rPr>
          <w:i/>
        </w:rPr>
        <w:t>“I often get negative thoughts which I am not able to suppress or control, and as a result I end up taking wrong decisions. How can I overcome this?”</w:t>
      </w:r>
    </w:p>
    <w:p>
      <w:r>
        <w:rPr>
          <w:sz w:val="20"/>
        </w:rPr>
        <w:t>55:08  maulana, agla sawal jamshed pur se bheja hai abdul sahib ne, aur unhon ne likha hai: maulana sahib, I</w:t>
      </w:r>
      <w:r>
        <w:br/>
      </w:r>
      <w:r>
        <w:rPr>
          <w:sz w:val="20"/>
        </w:rPr>
        <w:t>55:13  often get negative thoughts which I am not able to suppress or control, and as a result I</w:t>
      </w:r>
      <w:r>
        <w:br/>
      </w:r>
      <w:r>
        <w:rPr>
          <w:sz w:val="20"/>
        </w:rPr>
        <w:t>55:18  end up taking wrong decisions.</w:t>
      </w:r>
      <w:r>
        <w:br/>
      </w:r>
      <w:r>
        <w:rPr>
          <w:sz w:val="20"/>
        </w:rPr>
        <w:t>55:23  my problem is that I know myself that I am getting wrong thoughts, but I am unable to control myself.</w:t>
      </w:r>
      <w:r>
        <w:br/>
      </w:r>
      <w:r>
        <w:rPr>
          <w:sz w:val="20"/>
        </w:rPr>
        <w:t>55:29  For example, I am very short-tempered. I also become greedy at times, and sometimes I get depressed. I really want to change myself and want to become a better person. Can you please advise me a practical way, or what should I do which will help me become mentally stronger?</w:t>
      </w:r>
      <w:r>
        <w:br/>
      </w:r>
      <w:r>
        <w:rPr>
          <w:sz w:val="20"/>
        </w:rPr>
        <w:t>55:52  is there any dua? maulana sahib, please help me.</w:t>
      </w:r>
      <w:r>
        <w:br/>
      </w:r>
      <w:r>
        <w:rPr>
          <w:sz w:val="20"/>
        </w:rPr>
        <w:t>55:57  yeh dua ka masla nahi hai, yeh apne mind ki re-engineering ka masla hai.</w:t>
      </w:r>
      <w:r>
        <w:br/>
      </w:r>
      <w:r>
        <w:rPr>
          <w:sz w:val="20"/>
        </w:rPr>
        <w:t>56:02  آپ ہمارا monthly magazine اردو میں پڑھیے، رسالہ انگلش میں ہے، Spirit of Islam اس کو پڑھیے۔</w:t>
      </w:r>
      <w:r>
        <w:br/>
      </w:r>
      <w:r>
        <w:rPr>
          <w:sz w:val="20"/>
        </w:rPr>
        <w:t>56:08  ہماری کئی کتابیں ہیں، English میں ہیں، World Vision، Simple Wisdom اس کو پڑھیے۔</w:t>
      </w:r>
      <w:r>
        <w:br/>
      </w:r>
      <w:r>
        <w:rPr>
          <w:sz w:val="20"/>
        </w:rPr>
        <w:t>56:13  hamari char kitabein urdu mein hain, raaz hayat, taabeer hayat, rehnuma hayat, kitab zindagi aap parhiye.</w:t>
      </w:r>
      <w:r>
        <w:br/>
      </w:r>
      <w:r>
        <w:rPr>
          <w:sz w:val="20"/>
        </w:rPr>
        <w:t>56:19  aur mujhe yaqeen hai ke aap ka yeh mizaj khatam ho jayega.</w:t>
      </w:r>
      <w:r>
        <w:br/>
      </w:r>
      <w:r>
        <w:rPr>
          <w:sz w:val="20"/>
        </w:rPr>
        <w:t>56:24  phir koi har insan insan hai.</w:t>
      </w:r>
      <w:r>
        <w:br/>
      </w:r>
      <w:r>
        <w:rPr>
          <w:sz w:val="20"/>
        </w:rPr>
        <w:t>56:30  aap aap ka jo wrong way of thinking hai, woh woh khatam ho jayega, bas sab theek</w:t>
      </w:r>
      <w:r>
        <w:br/>
      </w:r>
      <w:r>
        <w:rPr>
          <w:sz w:val="20"/>
        </w:rPr>
        <w:t>56:35  ho jayega.</w:t>
      </w:r>
      <w:r>
        <w:br/>
      </w:r>
      <w:r>
        <w:rPr>
          <w:sz w:val="20"/>
        </w:rPr>
        <w:t>56:40  aap hamari kitabein parhiye.</w:t>
      </w:r>
    </w:p>
    <w:p>
      <w:pPr>
        <w:pStyle w:val="Heading2"/>
      </w:pPr>
      <w:r>
        <w:t>Problem in striving to please Creator</w:t>
      </w:r>
    </w:p>
    <w:p>
      <w:r>
        <w:rPr>
          <w:color w:val="666666"/>
          <w:sz w:val="18"/>
        </w:rPr>
        <w:t>Dars-e-Quran, Chapter 2, Verse 255 | December 24, 2017 · 1m 30s · at 59:13 · https://youtu.be/tKX0KUhUMnw?t=3553</w:t>
      </w:r>
    </w:p>
    <w:p>
      <w:r>
        <w:rPr>
          <w:i/>
        </w:rPr>
        <w:t>“I try to become a good person so that my Creator is pleased with me, but I have developed a problem: all the time I feel I am...”</w:t>
      </w:r>
    </w:p>
    <w:p>
      <w:r>
        <w:rPr>
          <w:sz w:val="20"/>
        </w:rPr>
        <w:t>59:13  maulana, agla sawal lete hain jo lucknow se bheja hai rashid sahib ne.</w:t>
      </w:r>
      <w:r>
        <w:br/>
      </w:r>
      <w:r>
        <w:rPr>
          <w:sz w:val="20"/>
        </w:rPr>
        <w:t>59:19  انہوں نے لکھا ہے: "مولانا، I try to become a good person so that my Creator is pleased</w:t>
      </w:r>
      <w:r>
        <w:br/>
      </w:r>
      <w:r>
        <w:rPr>
          <w:sz w:val="20"/>
        </w:rPr>
        <w:t>59:25  with me, but I have developed a problem, which is that all the time I feel I am</w:t>
      </w:r>
      <w:r>
        <w:br/>
      </w:r>
      <w:r>
        <w:rPr>
          <w:sz w:val="20"/>
        </w:rPr>
        <w:t>59:31  falling short of God's expectations, and that He wants me to do more.</w:t>
      </w:r>
      <w:r>
        <w:br/>
      </w:r>
      <w:r>
        <w:rPr>
          <w:sz w:val="20"/>
        </w:rPr>
        <w:t>59:37  das mix me feel</w:t>
      </w:r>
      <w:r>
        <w:br/>
      </w:r>
      <w:r>
        <w:rPr>
          <w:sz w:val="20"/>
        </w:rPr>
        <w:t>59:43  galti al da time.</w:t>
      </w:r>
      <w:r>
        <w:br/>
      </w:r>
      <w:r>
        <w:rPr>
          <w:sz w:val="20"/>
        </w:rPr>
        <w:t>59:49  Maulana, is such a feeling normal, or am I developing some sort of a complex? Please guide me.</w:t>
      </w:r>
      <w:r>
        <w:br/>
      </w:r>
      <w:r>
        <w:rPr>
          <w:sz w:val="20"/>
        </w:rPr>
        <w:t>59:55  so that i can develop right attitude and right thinking." dekhiye, yeh to sahaba ki sunnat hai.</w:t>
      </w:r>
      <w:r>
        <w:br/>
      </w:r>
      <w:r>
        <w:rPr>
          <w:sz w:val="20"/>
        </w:rPr>
        <w:t>1:00:01  saare sahaba isi tarah ke ehsaas mein rehte the.</w:t>
      </w:r>
      <w:r>
        <w:br/>
      </w:r>
      <w:r>
        <w:rPr>
          <w:sz w:val="20"/>
        </w:rPr>
        <w:t>1:00:07  kami ka ehsaas, kami ka ehsaas, to kami ka ehsaas</w:t>
      </w:r>
      <w:r>
        <w:br/>
      </w:r>
      <w:r>
        <w:rPr>
          <w:sz w:val="20"/>
        </w:rPr>
        <w:t>1:00:13  to sunnat sahaba hai. kami ka ehsas hi se to aap ke andar ek motivation aata hai, motivation ke mujhe aur karna hai, aur karna hai, aur karna hai. agar kami ka ehsas na ho to to phir to life mein halt aa jayega, aur taraqqi ruk jayegi.</w:t>
      </w:r>
    </w:p>
    <w:p>
      <w:pPr>
        <w:pStyle w:val="Heading2"/>
      </w:pPr>
      <w:r>
        <w:t>How to respond when treated badly</w:t>
      </w:r>
    </w:p>
    <w:p>
      <w:r>
        <w:rPr>
          <w:color w:val="666666"/>
          <w:sz w:val="18"/>
        </w:rPr>
        <w:t>The Culture of People of Paradise January 06, 2019 Maulana Wahiduddin Khan · 3m 45s · at 1:00:24 · https://youtu.be/rFExua9zntM?t=3624</w:t>
      </w:r>
    </w:p>
    <w:p>
      <w:r>
        <w:rPr>
          <w:i/>
        </w:rPr>
        <w:t>“Can you guide us as to how one should act when people treat us badly?”</w:t>
      </w:r>
    </w:p>
    <w:p>
      <w:r>
        <w:rPr>
          <w:sz w:val="20"/>
        </w:rPr>
        <w:t>1:00:24  maulana, agla sawal dilli se bheja hai mr harsh raj ne. unhon ne likha hai: "maulana, happy new year to you and a belated happy birthday!</w:t>
      </w:r>
      <w:r>
        <w:br/>
      </w:r>
      <w:r>
        <w:rPr>
          <w:sz w:val="20"/>
        </w:rPr>
        <w:t>1:00:36  my question is: can you guide us as to how one should act when people treat us badly?" kya matlab hua?</w:t>
      </w:r>
      <w:r>
        <w:br/>
      </w:r>
      <w:r>
        <w:rPr>
          <w:sz w:val="20"/>
        </w:rPr>
        <w:t>1:00:48  ke hamein kis tareeqe se respond karna chahiye ya act karna chahiye? agar jo opposite party hai, woh hamein badly treat kare, achhe se treat na kare, to hamein kaise response dena chahiye aur kaise act karna chahiye?</w:t>
      </w:r>
      <w:r>
        <w:br/>
      </w:r>
      <w:r>
        <w:rPr>
          <w:sz w:val="20"/>
        </w:rPr>
        <w:t>1:01:04  positive response! is liye ke woh to sach poochhen to woh jo aadmi aap ko badly treat kare, woh aap ko sab se bara gift de raha hai.</w:t>
      </w:r>
      <w:r>
        <w:br/>
      </w:r>
      <w:r>
        <w:rPr>
          <w:sz w:val="20"/>
        </w:rPr>
        <w:t>1:01:25  jo aadmi aap ko badly treat kare, woh aap ko sab se bara gift de raha hai. gift! is liye ke dekhiye,</w:t>
      </w:r>
      <w:r>
        <w:br/>
      </w:r>
      <w:r>
        <w:rPr>
          <w:sz w:val="20"/>
        </w:rPr>
        <w:t>1:01:36  sab se bara jo amal hai, woh kya hai? woh yeh hai ke koi aap ko bharkaye, koi aap ki ego hit kare,</w:t>
      </w:r>
      <w:r>
        <w:br/>
      </w:r>
      <w:r>
        <w:rPr>
          <w:sz w:val="20"/>
        </w:rPr>
        <w:t>1:01:53  koi aadmi aap ki ego ko hit kare aur aap hit na hon. aap bharken nahin, aap us ke liye duaen karen, us ke andar aap ke andar positive thinking aaye, aap woh bura salook karen aur aap us ke sath mohabbat karen.</w:t>
      </w:r>
      <w:r>
        <w:br/>
      </w:r>
      <w:r>
        <w:rPr>
          <w:sz w:val="20"/>
        </w:rPr>
        <w:t>1:02:11  yahi to matlab hai jo Hazrat Baseer ne jo kaha tha ke "love your enemy". "love your enemy!"</w:t>
      </w:r>
      <w:r>
        <w:br/>
      </w:r>
      <w:r>
        <w:rPr>
          <w:sz w:val="20"/>
        </w:rPr>
        <w:t>1:02:23  apne dushman se mohabbat karo. is ka matlab kya hai? dushmani ke jawab mein mohabbat!</w:t>
      </w:r>
      <w:r>
        <w:br/>
      </w:r>
      <w:r>
        <w:rPr>
          <w:sz w:val="20"/>
        </w:rPr>
        <w:t>1:02:32  jo sab se bara hai, yeh sab se bara amal hai aur Quran mein bhi yeh hai: "fid al-nabiyyin bi-wudda kun wali hamim".</w:t>
      </w:r>
      <w:r>
        <w:br/>
      </w:r>
      <w:r>
        <w:rPr>
          <w:sz w:val="20"/>
        </w:rPr>
        <w:t>1:02:44  agar bilkul normal halaat hon, koi aap ke ego ke shole nahin, koi aap ko bharkaye nahin, to aap achhe bure rahen.</w:t>
      </w:r>
      <w:r>
        <w:br/>
      </w:r>
      <w:r>
        <w:rPr>
          <w:sz w:val="20"/>
        </w:rPr>
        <w:t>1:02:55  to woh to bohat mamooli ka amal hai, bohat mamooli. jab koi aadmi aap ko bharkata hai aur tab bhi aap achhe bure rahte hain, to to woh hai bari cheez aur isi par bara inaam milta hai.</w:t>
      </w:r>
      <w:r>
        <w:br/>
      </w:r>
      <w:r>
        <w:rPr>
          <w:sz w:val="20"/>
        </w:rPr>
        <w:t>1:03:15  to is to to you have to take it as a as an opportunity!</w:t>
      </w:r>
      <w:r>
        <w:br/>
      </w:r>
      <w:r>
        <w:rPr>
          <w:sz w:val="20"/>
        </w:rPr>
        <w:t>1:03:25  you have to take this moment as a good opportunity!</w:t>
      </w:r>
      <w:r>
        <w:br/>
      </w:r>
      <w:r>
        <w:rPr>
          <w:sz w:val="20"/>
        </w:rPr>
        <w:t>1:03:32  opportunity! agar koi bharkaye nahin to aap ko yeh opportunity mile kaise? aap ko jab koi aap ke ego ko touch karta hai, tabhi to yeh yeh bara mauqa milta hai aap ko.</w:t>
      </w:r>
      <w:r>
        <w:br/>
      </w:r>
      <w:r>
        <w:rPr>
          <w:sz w:val="20"/>
        </w:rPr>
        <w:t>1:03:46  yeh opportunity ke aap us ko bad treatment ke bawajood use achha treatment karen, us ke liye duaen den, us se mohabbat karen.</w:t>
      </w:r>
      <w:r>
        <w:br/>
      </w:r>
      <w:r>
        <w:rPr>
          <w:sz w:val="20"/>
        </w:rPr>
        <w:t>1:03:57  to yeh wohi to use, wohi to deta hai aap ko yeh mauqa. to yeh to bohat achhi baat hai, bohat achhi baat hai.</w:t>
      </w:r>
    </w:p>
    <w:p>
      <w:pPr>
        <w:pStyle w:val="Heading2"/>
      </w:pPr>
      <w:r>
        <w:t>Overcoming Sin Despite God's Awareness</w:t>
      </w:r>
    </w:p>
    <w:p>
      <w:r>
        <w:rPr>
          <w:color w:val="666666"/>
          <w:sz w:val="18"/>
        </w:rPr>
        <w:t>Material Science Vs Spiritual Science 20th May 12 SLOW · 1m 06s · at 1:40:25 · https://youtu.be/qYwFExG7cyM?t=6025</w:t>
      </w:r>
    </w:p>
    <w:p>
      <w:r>
        <w:rPr>
          <w:i/>
        </w:rPr>
        <w:t>“Maulana, when I commit a mistake, I am aware that I am doing wrong and that God is watching me, yet I still go ahead and commit the error. Please advise me on how to overcome this.”</w:t>
      </w:r>
    </w:p>
    <w:p>
      <w:r>
        <w:rPr>
          <w:sz w:val="20"/>
        </w:rPr>
        <w:t>1:40:25  maulana, agla sawal amar nagar se mr muhammad achhlaq sahab ka hai.</w:t>
      </w:r>
      <w:r>
        <w:br/>
      </w:r>
      <w:r>
        <w:rPr>
          <w:sz w:val="20"/>
        </w:rPr>
        <w:t>1:40:30  unhon ne likha hai: "maulana, ghalati karne ke waqt yeh baat zehan mein aa jaati hai ke main</w:t>
      </w:r>
      <w:r>
        <w:br/>
      </w:r>
      <w:r>
        <w:rPr>
          <w:sz w:val="20"/>
        </w:rPr>
        <w:t>1:40:37  ghalati kar raha hoon, aur Khuda meri ghalati ko dekh raha hai, aur ghalati phir bhi ho jaati</w:t>
      </w:r>
      <w:r>
        <w:br/>
      </w:r>
      <w:r>
        <w:rPr>
          <w:sz w:val="20"/>
        </w:rPr>
        <w:t>1:40:45  hai.</w:t>
      </w:r>
      <w:r>
        <w:br/>
      </w:r>
      <w:r>
        <w:rPr>
          <w:sz w:val="20"/>
        </w:rPr>
        <w:t>1:40:47  kya yeh dithaai aur sarkashi mein aayega, jabke baad mein ghalati par sharmindagi bhi hoti hai?" ab</w:t>
      </w:r>
      <w:r>
        <w:br/>
      </w:r>
      <w:r>
        <w:rPr>
          <w:sz w:val="20"/>
        </w:rPr>
        <w:t>1:40:54  yeh aadmi khud samajh sakta hai ke kya cheez chahiye ke chhedde nahin.</w:t>
      </w:r>
      <w:r>
        <w:br/>
      </w:r>
      <w:r>
        <w:rPr>
          <w:sz w:val="20"/>
        </w:rPr>
        <w:t>1:41:00  aap khud samjhiye ke ghalati kar ke aap ke andar sharmindagi aayi ke nahin aayi, yeh to andar</w:t>
      </w:r>
      <w:r>
        <w:br/>
      </w:r>
      <w:r>
        <w:rPr>
          <w:sz w:val="20"/>
        </w:rPr>
        <w:t>1:41:08  ki baat hai.</w:t>
      </w:r>
      <w:r>
        <w:br/>
      </w:r>
      <w:r>
        <w:rPr>
          <w:sz w:val="20"/>
        </w:rPr>
        <w:t>1:41:09  doosra aadmi keh jaane ga, sharmindagi mein yeh shamil hai ke aadmi ruka hai.</w:t>
      </w:r>
      <w:r>
        <w:br/>
      </w:r>
      <w:r>
        <w:rPr>
          <w:sz w:val="20"/>
        </w:rPr>
        <w:t>1:41:15  is se agar nahin ruka hai to sharmindagi kahan hai? woh to ghalati se ruka hai, ruka hai</w:t>
      </w:r>
      <w:r>
        <w:br/>
      </w:r>
      <w:r>
        <w:rPr>
          <w:sz w:val="20"/>
        </w:rPr>
        <w:t>1:41:23  aur tauba kare.</w:t>
      </w:r>
      <w:r>
        <w:br/>
      </w:r>
      <w:r>
        <w:rPr>
          <w:sz w:val="20"/>
        </w:rPr>
        <w:t>1:41:24  yeh aadmi khud samajh sakta hai, yeh doosra aadmi is par koi verdict nahin de sakta.</w:t>
      </w:r>
    </w:p>
    <w:p>
      <w:pPr>
        <w:pStyle w:val="Heading2"/>
      </w:pPr>
      <w:r>
        <w:t>Why does God put me in difficult situations?</w:t>
      </w:r>
    </w:p>
    <w:p>
      <w:r>
        <w:rPr>
          <w:color w:val="666666"/>
          <w:sz w:val="18"/>
        </w:rPr>
        <w:t>Divine Love July 31, 2016 · 2m 30s · at 48:22 · https://youtu.be/-gQiWX3l6J4?t=2902</w:t>
      </w:r>
    </w:p>
    <w:p>
      <w:r>
        <w:rPr>
          <w:i/>
        </w:rPr>
        <w:t>“I love God but still I feel that He puts me in difficult situations. For example I have health and financial issues.”</w:t>
      </w:r>
    </w:p>
    <w:p>
      <w:r>
        <w:rPr>
          <w:sz w:val="20"/>
        </w:rPr>
        <w:t>48:22  Maulana agla sawal Bhopal se kiya hai Faheem sahib ne aur unhon ne likha hai Maulana sahib I</w:t>
      </w:r>
      <w:r>
        <w:br/>
      </w:r>
      <w:r>
        <w:rPr>
          <w:sz w:val="20"/>
        </w:rPr>
        <w:t>48:28  love God but still I feel that He puts me in difficult situations.</w:t>
      </w:r>
      <w:r>
        <w:br/>
      </w:r>
      <w:r>
        <w:rPr>
          <w:sz w:val="20"/>
        </w:rPr>
        <w:t>48:34  For example I have health and financial issues.</w:t>
      </w:r>
      <w:r>
        <w:br/>
      </w:r>
      <w:r>
        <w:rPr>
          <w:sz w:val="20"/>
        </w:rPr>
        <w:t>48:40  One of my atheist friends tells me that if God is really merciful then why would He do</w:t>
      </w:r>
      <w:r>
        <w:br/>
      </w:r>
      <w:r>
        <w:rPr>
          <w:sz w:val="20"/>
        </w:rPr>
        <w:t>48:46  this to me?</w:t>
      </w:r>
      <w:r>
        <w:br/>
      </w:r>
      <w:r>
        <w:rPr>
          <w:sz w:val="20"/>
        </w:rPr>
        <w:t>48:52  I have no answer for this.</w:t>
      </w:r>
      <w:r>
        <w:br/>
      </w:r>
      <w:r>
        <w:rPr>
          <w:sz w:val="20"/>
        </w:rPr>
        <w:t>48:54  Kindly give me your guidance in understanding my case better.</w:t>
      </w:r>
      <w:r>
        <w:br/>
      </w:r>
      <w:r>
        <w:rPr>
          <w:sz w:val="20"/>
        </w:rPr>
        <w:t>48:58  dekhen sab se bari ghalati aap ki yeh hai ke aap sochte hain ke I love God.</w:t>
      </w:r>
      <w:r>
        <w:br/>
      </w:r>
      <w:r>
        <w:rPr>
          <w:sz w:val="20"/>
        </w:rPr>
        <w:t>49:06  yeh bilkul aap fast food mein jee rahe hain.</w:t>
      </w:r>
      <w:r>
        <w:br/>
      </w:r>
      <w:r>
        <w:rPr>
          <w:sz w:val="20"/>
        </w:rPr>
        <w:t>49:09  dekhen Allah se love karna yeh nahi ke aap lip service karen.</w:t>
      </w:r>
      <w:r>
        <w:br/>
      </w:r>
      <w:r>
        <w:rPr>
          <w:sz w:val="20"/>
        </w:rPr>
        <w:t>49:15  Allah se love karne ke maani hain ke aap Allah ko discover karen.</w:t>
      </w:r>
      <w:r>
        <w:br/>
      </w:r>
      <w:r>
        <w:rPr>
          <w:sz w:val="20"/>
        </w:rPr>
        <w:t>49:20  Allah ko apne concern banayen.</w:t>
      </w:r>
      <w:r>
        <w:br/>
      </w:r>
      <w:r>
        <w:rPr>
          <w:sz w:val="20"/>
        </w:rPr>
        <w:t>49:22  Allah se duayen karen.</w:t>
      </w:r>
      <w:r>
        <w:br/>
      </w:r>
      <w:r>
        <w:rPr>
          <w:sz w:val="20"/>
        </w:rPr>
        <w:t>49:24  Allah se apni har cheez mein madad mangen.</w:t>
      </w:r>
      <w:r>
        <w:br/>
      </w:r>
      <w:r>
        <w:rPr>
          <w:sz w:val="20"/>
        </w:rPr>
        <w:t>49:28  to aap Allah ki law jo farmate hain yeh aap fast food mein jee rahe hain.</w:t>
      </w:r>
      <w:r>
        <w:br/>
      </w:r>
      <w:r>
        <w:rPr>
          <w:sz w:val="20"/>
        </w:rPr>
        <w:t>49:34  yani aap ka Allah se contact nahi bana.</w:t>
      </w:r>
      <w:r>
        <w:br/>
      </w:r>
      <w:r>
        <w:rPr>
          <w:sz w:val="20"/>
        </w:rPr>
        <w:t>49:38  Contact bana hota to yeh sab jo jis ko aap problem kehte hain woh problem aata hi nahi.</w:t>
      </w:r>
      <w:r>
        <w:br/>
      </w:r>
      <w:r>
        <w:rPr>
          <w:sz w:val="20"/>
        </w:rPr>
        <w:t>49:46  kyun ke sare problem aate hain divine culture ko follow na karne ki wajah se.</w:t>
      </w:r>
      <w:r>
        <w:br/>
      </w:r>
      <w:r>
        <w:rPr>
          <w:sz w:val="20"/>
        </w:rPr>
        <w:t>49:52  agar aap mujhe tafseel se batayen to mein bata doon ga aap ko ke aap ne divine culture</w:t>
      </w:r>
      <w:r>
        <w:br/>
      </w:r>
      <w:r>
        <w:rPr>
          <w:sz w:val="20"/>
        </w:rPr>
        <w:t>49:59  ko follow nahi kiya.</w:t>
      </w:r>
      <w:r>
        <w:br/>
      </w:r>
      <w:r>
        <w:rPr>
          <w:sz w:val="20"/>
        </w:rPr>
        <w:t>50:01  yeh aap jante hue ke aap Khuda se mohabbat karte hain lekin Khuda ne jo guidance diya us</w:t>
      </w:r>
      <w:r>
        <w:br/>
      </w:r>
      <w:r>
        <w:rPr>
          <w:sz w:val="20"/>
        </w:rPr>
        <w:t>50:09  par is ko aap ne chale nahi is ke upar.</w:t>
      </w:r>
      <w:r>
        <w:br/>
      </w:r>
      <w:r>
        <w:rPr>
          <w:sz w:val="20"/>
        </w:rPr>
        <w:t>50:13  to I love God ke maani hain ke ke aap ne Khuda ko discover kiya ho.</w:t>
      </w:r>
      <w:r>
        <w:br/>
      </w:r>
      <w:r>
        <w:rPr>
          <w:sz w:val="20"/>
        </w:rPr>
        <w:t>50:20  aap ne Khuda ke culture ko apnaya ho.</w:t>
      </w:r>
      <w:r>
        <w:br/>
      </w:r>
      <w:r>
        <w:rPr>
          <w:sz w:val="20"/>
        </w:rPr>
        <w:t>50:23  aap ne Khuda se duayen ki hon.</w:t>
      </w:r>
      <w:r>
        <w:br/>
      </w:r>
      <w:r>
        <w:rPr>
          <w:sz w:val="20"/>
        </w:rPr>
        <w:t>50:26  yeh sab process aap ki zindagi mein beeta nahi.</w:t>
      </w:r>
      <w:r>
        <w:br/>
      </w:r>
      <w:r>
        <w:rPr>
          <w:sz w:val="20"/>
        </w:rPr>
        <w:t>50:30  is liye aap is mein jo difficulties hain is liye hain ke aap is process se guzre rahen.</w:t>
      </w:r>
      <w:r>
        <w:br/>
      </w:r>
      <w:r>
        <w:rPr>
          <w:sz w:val="20"/>
        </w:rPr>
        <w:t>50:38  is waqt mein nahin chounkay sari tafseel mere samnay nahin hai.</w:t>
      </w:r>
      <w:r>
        <w:br/>
      </w:r>
      <w:r>
        <w:rPr>
          <w:sz w:val="20"/>
        </w:rPr>
        <w:t>50:43  agar meri sari tafseel ho to mein aap ko bilkul saaf saaf bata sakta hoon inshallah.</w:t>
      </w:r>
      <w:r>
        <w:br/>
      </w:r>
      <w:r>
        <w:rPr>
          <w:sz w:val="20"/>
        </w:rPr>
        <w:t>50:49  aap mujh se telephone par baat karein.</w:t>
      </w:r>
    </w:p>
    <w:p>
      <w:pPr>
        <w:pStyle w:val="Heading2"/>
      </w:pPr>
      <w:r>
        <w:t>Saddened by Delhi's consumer culture</w:t>
      </w:r>
    </w:p>
    <w:p>
      <w:r>
        <w:rPr>
          <w:color w:val="666666"/>
          <w:sz w:val="18"/>
        </w:rPr>
        <w:t>Age of Consumerism January 6, 2013 · 2m 53s · at 1:05:09 · https://youtu.be/zJRZ1OKUhgA?t=3909</w:t>
      </w:r>
    </w:p>
    <w:p>
      <w:r>
        <w:rPr>
          <w:i/>
        </w:rPr>
        <w:t>“Since four days, I have been in Delhi. I am very sad to see the Delhiites. They are totally trapped in consumer and entertaining culture. They sleep late and get up late at 12 in the morning. I try to do dawah work, but nobody is ready to listen.”</w:t>
      </w:r>
    </w:p>
    <w:p>
      <w:r>
        <w:rPr>
          <w:sz w:val="20"/>
        </w:rPr>
        <w:t>1:05:09  maulana, agla sawal saharanpur se hai, syed mohsin bilal sahab ka. unhone likha hai: "since four days, i have been in delhi.</w:t>
      </w:r>
      <w:r>
        <w:br/>
      </w:r>
      <w:r>
        <w:rPr>
          <w:sz w:val="20"/>
        </w:rPr>
        <w:t>1:05:19  i am very sad to see the delhiites. they are totally trapped in consumer and entertaining culture.</w:t>
      </w:r>
      <w:r>
        <w:br/>
      </w:r>
      <w:r>
        <w:rPr>
          <w:sz w:val="20"/>
        </w:rPr>
        <w:t>1:05:27  they sleep late and they get up late at 12 in the morning. i try to do dawah work, but nobody is ready to listen.</w:t>
      </w:r>
      <w:r>
        <w:br/>
      </w:r>
      <w:r>
        <w:rPr>
          <w:sz w:val="20"/>
        </w:rPr>
        <w:t>1:05:37  they think they are intelligent. so how? how to give message to these kind of intelligent people?" dekhiye, aisa hundred percent nahi hai.</w:t>
      </w:r>
      <w:r>
        <w:br/>
      </w:r>
      <w:r>
        <w:rPr>
          <w:sz w:val="20"/>
        </w:rPr>
        <w:t>1:05:48  aap seeker ko talash kijiye. seeker isi mein ek shakhs seeker hoga.</w:t>
      </w:r>
      <w:r>
        <w:br/>
      </w:r>
      <w:r>
        <w:rPr>
          <w:sz w:val="20"/>
        </w:rPr>
        <w:t>1:05:55  misalan mein bata doon aap ko aaj hi ka experience. aaj ka</w:t>
      </w:r>
      <w:r>
        <w:br/>
      </w:r>
      <w:r>
        <w:rPr>
          <w:sz w:val="20"/>
        </w:rPr>
        <w:t>1:06:01  hamare paas ek sahab aaye, jo senior professor hain, woh ab retire ho gaye hain. un ke yani woh eighties ke late eighties mein hain.</w:t>
      </w:r>
      <w:r>
        <w:br/>
      </w:r>
      <w:r>
        <w:rPr>
          <w:sz w:val="20"/>
        </w:rPr>
        <w:t>1:06:15  woh is waqt to woh khud bhi english mein kitabein likhi hain. unhone</w:t>
      </w:r>
      <w:r>
        <w:br/>
      </w:r>
      <w:r>
        <w:rPr>
          <w:sz w:val="20"/>
        </w:rPr>
        <w:t>1:06:23  to hamare paas aaye, ab taqreeban der tak rahe. woh hamare kai saathi bhi wahan maujood the.</w:t>
      </w:r>
      <w:r>
        <w:br/>
      </w:r>
      <w:r>
        <w:rPr>
          <w:sz w:val="20"/>
        </w:rPr>
        <w:t>1:06:33  to hamare haan kitabein un ko di gayeen aur baatein huin. ab aaj hi un ke message aaye. aaj hi bohat ajeeb o ghareeb message. aap bataiye, kya message hai?</w:t>
      </w:r>
      <w:r>
        <w:br/>
      </w:r>
      <w:r>
        <w:rPr>
          <w:sz w:val="20"/>
        </w:rPr>
        <w:t>1:06:44  ah, well, he gave a call in the morning and he said that i have been going through Maulana literature and i must say that its very rich and very comprehensive and daily i am getting you know something out of the literature.</w:t>
      </w:r>
      <w:r>
        <w:br/>
      </w:r>
      <w:r>
        <w:rPr>
          <w:sz w:val="20"/>
        </w:rPr>
        <w:t>1:06:58  in fact, ah, he finished one book yesterday itself and he was saying that i will continue my study and when i reach back home because he is in this travel, i am going to write a letter to Maulana sahib.</w:t>
      </w:r>
      <w:r>
        <w:br/>
      </w:r>
      <w:r>
        <w:rPr>
          <w:sz w:val="20"/>
        </w:rPr>
        <w:t>1:07:11  b. and one additional thing he said, what he said that i want to congratulate Maulana sahib because there are a lot of youngsters involved in this mission.</w:t>
      </w:r>
      <w:r>
        <w:br/>
      </w:r>
      <w:r>
        <w:rPr>
          <w:sz w:val="20"/>
        </w:rPr>
        <w:t>1:07:19  so he was very happy and very moved by Maulana sahib literature. dekhiye, asal baat kya hai? aap bheed ko kyun dekhte hain?</w:t>
      </w:r>
      <w:r>
        <w:br/>
      </w:r>
      <w:r>
        <w:rPr>
          <w:sz w:val="20"/>
        </w:rPr>
        <w:t>1:07:30  yani sab ko le kar kyun sochte hain? aap individual ko le kar sochiye. individual isi ko mein seeker keh raha hoon</w:t>
      </w:r>
      <w:r>
        <w:br/>
      </w:r>
      <w:r>
        <w:rPr>
          <w:sz w:val="20"/>
        </w:rPr>
        <w:t>1:07:37  . agar aap bheed ko le kar sochenge to hamesha aap ko mayoosi milegi, frustration.</w:t>
      </w:r>
      <w:r>
        <w:br/>
      </w:r>
      <w:r>
        <w:rPr>
          <w:sz w:val="20"/>
        </w:rPr>
        <w:t>1:07:45  lekin individual to hamesha maujood hote hain, un se kabhi dunya khali nahi hoti. to aap ka target individual hona chahiye, na ke bheed.</w:t>
      </w:r>
      <w:r>
        <w:br/>
      </w:r>
      <w:r>
        <w:rPr>
          <w:sz w:val="20"/>
        </w:rPr>
        <w:t>1:07:56  tab aap aisi baat nahi farmayenge.</w:t>
      </w:r>
    </w:p>
    <w:p>
      <w:pPr>
        <w:pStyle w:val="Heading2"/>
      </w:pPr>
      <w:r>
        <w:t>Deviated young boy seeking guidance</w:t>
      </w:r>
    </w:p>
    <w:p>
      <w:r>
        <w:rPr>
          <w:color w:val="666666"/>
          <w:sz w:val="18"/>
        </w:rPr>
        <w:t>Divine Guidance November 20, 2016 · 5m 03s · at 55:16 · https://youtu.be/tbcloc-fvSE?t=3316</w:t>
      </w:r>
    </w:p>
    <w:p>
      <w:r>
        <w:rPr>
          <w:i/>
        </w:rPr>
        <w:t>“I am a deviated young boy from Pakistan.”</w:t>
      </w:r>
    </w:p>
    <w:p>
      <w:r>
        <w:rPr>
          <w:sz w:val="20"/>
        </w:rPr>
        <w:t>55:16  Maulana, agla sawal lete hain jo Pakistan se ek naujawan ne bheja hai.</w:t>
      </w:r>
      <w:r>
        <w:br/>
      </w:r>
      <w:r>
        <w:rPr>
          <w:sz w:val="20"/>
        </w:rPr>
        <w:t>55:21  is ne apna naam nahin likha hai.</w:t>
      </w:r>
      <w:r>
        <w:br/>
      </w:r>
      <w:r>
        <w:rPr>
          <w:sz w:val="20"/>
        </w:rPr>
        <w:t>55:26  sawal jo hai woh is tarah hai: "Moulana صاحb, I am a deviated young boy from Pakistan.</w:t>
      </w:r>
      <w:r>
        <w:br/>
      </w:r>
      <w:r>
        <w:rPr>
          <w:sz w:val="20"/>
        </w:rPr>
        <w:t>55:32  I want to commit suicide.</w:t>
      </w:r>
      <w:r>
        <w:br/>
      </w:r>
      <w:r>
        <w:rPr>
          <w:sz w:val="20"/>
        </w:rPr>
        <w:t>55:37  I am physically and mentally fit, but I am helpless and alone.</w:t>
      </w:r>
      <w:r>
        <w:br/>
      </w:r>
      <w:r>
        <w:rPr>
          <w:sz w:val="20"/>
        </w:rPr>
        <w:t>55:42  I can't handle this hard life and feel defeated.</w:t>
      </w:r>
      <w:r>
        <w:br/>
      </w:r>
      <w:r>
        <w:rPr>
          <w:sz w:val="20"/>
        </w:rPr>
        <w:t>55:48  I cant win because I dont have potential. My parents and relatives say that I would never be a successful man. They are right. I have no brain and I am weak. My question is: can I commit suicide? No one needs me. I am a burden on this earth. Will God forgive me if I commit suicide? I am totally helpless.</w:t>
      </w:r>
      <w:r>
        <w:br/>
      </w:r>
      <w:r>
        <w:rPr>
          <w:sz w:val="20"/>
        </w:rPr>
        <w:t>56:15  Please guide me." dekhen, mera jo experience hai woh bataon ga ke aise kai se mujhe maloom hai</w:t>
      </w:r>
      <w:r>
        <w:br/>
      </w:r>
      <w:r>
        <w:rPr>
          <w:sz w:val="20"/>
        </w:rPr>
        <w:t>56:20  jin ka yeh halat thi.</w:t>
      </w:r>
      <w:r>
        <w:br/>
      </w:r>
      <w:r>
        <w:rPr>
          <w:sz w:val="20"/>
        </w:rPr>
        <w:t>56:25  lekin jab maine in ko study ki to woh halat is liye thi ke woh apne aap</w:t>
      </w:r>
      <w:r>
        <w:br/>
      </w:r>
      <w:r>
        <w:rPr>
          <w:sz w:val="20"/>
        </w:rPr>
        <w:t>56:30  ko discover nahi kar sake.</w:t>
      </w:r>
      <w:r>
        <w:br/>
      </w:r>
      <w:r>
        <w:rPr>
          <w:sz w:val="20"/>
        </w:rPr>
        <w:t>56:36  apne aap ko discover nahi kar sake.</w:t>
      </w:r>
      <w:r>
        <w:br/>
      </w:r>
      <w:r>
        <w:rPr>
          <w:sz w:val="20"/>
        </w:rPr>
        <w:t>56:41  kisi cheez ko khwamkhwah bohat zyada important de di.</w:t>
      </w:r>
      <w:r>
        <w:br/>
      </w:r>
      <w:r>
        <w:rPr>
          <w:sz w:val="20"/>
        </w:rPr>
        <w:t>56:46  misalan, ek meri aankhon ke samne ek shakhs hai.</w:t>
      </w:r>
      <w:r>
        <w:br/>
      </w:r>
      <w:r>
        <w:rPr>
          <w:sz w:val="20"/>
        </w:rPr>
        <w:t>56:52  maine is ko dekha hai ke woh itna zyada mayoos the apni zindagi se ke woh samajhte</w:t>
      </w:r>
      <w:r>
        <w:br/>
      </w:r>
      <w:r>
        <w:rPr>
          <w:sz w:val="20"/>
        </w:rPr>
        <w:t>56:57  the, un ko log kehte the ke tum munhoos ho.</w:t>
      </w:r>
      <w:r>
        <w:br/>
      </w:r>
      <w:r>
        <w:rPr>
          <w:sz w:val="20"/>
        </w:rPr>
        <w:t>57:02  log un ko munhoos samajhte the kyunke kamyab nahi the zindagi mein.</w:t>
      </w:r>
      <w:r>
        <w:br/>
      </w:r>
      <w:r>
        <w:rPr>
          <w:sz w:val="20"/>
        </w:rPr>
        <w:t>57:08  woh to waqeatan unhon ne suicide kar liya.</w:t>
      </w:r>
      <w:r>
        <w:br/>
      </w:r>
      <w:r>
        <w:rPr>
          <w:sz w:val="20"/>
        </w:rPr>
        <w:t>57:13  main aankhon ke samne un ka body dekh, mere samne hai ke ke ek cheez kha li thi</w:t>
      </w:r>
      <w:r>
        <w:br/>
      </w:r>
      <w:r>
        <w:rPr>
          <w:sz w:val="20"/>
        </w:rPr>
        <w:t>57:18  unhon ne zeher ki aur gir pade the.</w:t>
      </w:r>
      <w:r>
        <w:br/>
      </w:r>
      <w:r>
        <w:rPr>
          <w:sz w:val="20"/>
        </w:rPr>
        <w:t>57:24  woh dekhen, fori doctor bulaya gaya aur woh Allah ke fazl se woh woh zeher khatm ho gaya</w:t>
      </w:r>
      <w:r>
        <w:br/>
      </w:r>
      <w:r>
        <w:rPr>
          <w:sz w:val="20"/>
        </w:rPr>
        <w:t>57:29  aur woh zinda ho gaye.</w:t>
      </w:r>
      <w:r>
        <w:br/>
      </w:r>
      <w:r>
        <w:rPr>
          <w:sz w:val="20"/>
        </w:rPr>
        <w:t>57:34  wohi shakhs baad ko hero ban gaya.</w:t>
      </w:r>
      <w:r>
        <w:br/>
      </w:r>
      <w:r>
        <w:rPr>
          <w:sz w:val="20"/>
        </w:rPr>
        <w:t>57:40  bohat zabardast kamyabi hasil ki is ne kyunke jo jab unhon ne suicide kar liya to woh super</w:t>
      </w:r>
      <w:r>
        <w:br/>
      </w:r>
      <w:r>
        <w:rPr>
          <w:sz w:val="20"/>
        </w:rPr>
        <w:t>57:45  shock tha un ke liye.</w:t>
      </w:r>
      <w:r>
        <w:br/>
      </w:r>
      <w:r>
        <w:rPr>
          <w:sz w:val="20"/>
        </w:rPr>
        <w:t>57:50  jab super shock laga to mind aap ka bohat zyada active ho jata hai.</w:t>
      </w:r>
      <w:r>
        <w:br/>
      </w:r>
      <w:r>
        <w:rPr>
          <w:sz w:val="20"/>
        </w:rPr>
        <w:t>57:55  suicide kar ke jab woh gir pade zameen par aur woh sab qissa hua un ke sath to</w:t>
      </w:r>
      <w:r>
        <w:br/>
      </w:r>
      <w:r>
        <w:rPr>
          <w:sz w:val="20"/>
        </w:rPr>
        <w:t>58:01  woh un ke liye super shock tha.</w:t>
      </w:r>
      <w:r>
        <w:br/>
      </w:r>
      <w:r>
        <w:rPr>
          <w:sz w:val="20"/>
        </w:rPr>
        <w:t>58:06  yaad rakhiye, mind ke andar bohat zyada potential hai.</w:t>
      </w:r>
      <w:r>
        <w:br/>
      </w:r>
      <w:r>
        <w:rPr>
          <w:sz w:val="20"/>
        </w:rPr>
        <w:t>58:11  bohat bohat aate hain dormant position mein soye hue hote hain.</w:t>
      </w:r>
      <w:r>
        <w:br/>
      </w:r>
      <w:r>
        <w:rPr>
          <w:sz w:val="20"/>
        </w:rPr>
        <w:t>58:17  mind ke potential soye rehte hain to un ko jab suicide ka waqea aur super shock laga un</w:t>
      </w:r>
      <w:r>
        <w:br/>
      </w:r>
      <w:r>
        <w:rPr>
          <w:sz w:val="20"/>
        </w:rPr>
        <w:t>58:22  ko to sara mind khul gaya un ka aur bohat zabardast kamyabi hasil ki unhon ne.</w:t>
      </w:r>
      <w:r>
        <w:br/>
      </w:r>
      <w:r>
        <w:rPr>
          <w:sz w:val="20"/>
        </w:rPr>
        <w:t>58:27  bohat bare bare kaam kiye unhon ne.</w:t>
      </w:r>
      <w:r>
        <w:br/>
      </w:r>
      <w:r>
        <w:rPr>
          <w:sz w:val="20"/>
        </w:rPr>
        <w:t>58:33  to aap jo hai, aap is ko nikal diye apne mind se.</w:t>
      </w:r>
      <w:r>
        <w:br/>
      </w:r>
      <w:r>
        <w:rPr>
          <w:sz w:val="20"/>
        </w:rPr>
        <w:t>58:38  mein aap ko kahoon ga, hamari kitabein parhiye.</w:t>
      </w:r>
      <w:r>
        <w:br/>
      </w:r>
      <w:r>
        <w:rPr>
          <w:sz w:val="20"/>
        </w:rPr>
        <w:t>58:43  hamari kitabein hain: raaz hayat, taabeer hayat, rehnuma hayat, kitab zindagi.</w:t>
      </w:r>
      <w:r>
        <w:br/>
      </w:r>
      <w:r>
        <w:rPr>
          <w:sz w:val="20"/>
        </w:rPr>
        <w:t>58:49  in kitabon ko parhiye aap aur inshallah aap ka sara mamla khatm ho jaye ga.</w:t>
      </w:r>
      <w:r>
        <w:br/>
      </w:r>
      <w:r>
        <w:rPr>
          <w:sz w:val="20"/>
        </w:rPr>
        <w:t>58:54  maulana, in ke sawal ka aik hissa yeh bhi tha ke will God forgive me if I commit</w:t>
      </w:r>
      <w:r>
        <w:br/>
      </w:r>
      <w:r>
        <w:rPr>
          <w:sz w:val="20"/>
        </w:rPr>
        <w:t>58:59  suicide hargiz nahin.</w:t>
      </w:r>
      <w:r>
        <w:br/>
      </w:r>
      <w:r>
        <w:rPr>
          <w:sz w:val="20"/>
        </w:rPr>
        <w:t>59:05  ji, hadith mein aata hai ke suicide karne ke baad aadmi jahannum mein ho jata hai.</w:t>
      </w:r>
      <w:r>
        <w:br/>
      </w:r>
      <w:r>
        <w:rPr>
          <w:sz w:val="20"/>
        </w:rPr>
        <w:t>59:10  baqayda bukhari mein riwayat maujood hai ke suicide karne ke baad jahannum mein ho jata hai aadmi.</w:t>
      </w:r>
      <w:r>
        <w:br/>
      </w:r>
      <w:r>
        <w:rPr>
          <w:sz w:val="20"/>
        </w:rPr>
        <w:t>59:15  yeh to yeh option aap ke liye khula nahin hai.</w:t>
      </w:r>
      <w:r>
        <w:br/>
      </w:r>
      <w:r>
        <w:rPr>
          <w:sz w:val="20"/>
        </w:rPr>
        <w:t>59:20  yeh option hai hi nahin aap ke liye.</w:t>
      </w:r>
      <w:r>
        <w:br/>
      </w:r>
      <w:r>
        <w:rPr>
          <w:sz w:val="20"/>
        </w:rPr>
        <w:t>59:26  aap ke liye sirf yeh hai ke apne potential ko daryaft karein aur zindagi restart karein.</w:t>
      </w:r>
      <w:r>
        <w:br/>
      </w:r>
      <w:r>
        <w:rPr>
          <w:sz w:val="20"/>
        </w:rPr>
        <w:t>59:31  phir se zindagi.</w:t>
      </w:r>
      <w:r>
        <w:br/>
      </w:r>
      <w:r>
        <w:rPr>
          <w:sz w:val="20"/>
        </w:rPr>
        <w:t>59:36  bukhari mein bhi hai aur hadith ki doosri kitabon mein bhi hai ke aik aadmi ne suicide kar</w:t>
      </w:r>
      <w:r>
        <w:br/>
      </w:r>
      <w:r>
        <w:rPr>
          <w:sz w:val="20"/>
        </w:rPr>
        <w:t>59:42  liya tha halanke woh musalman tha.</w:t>
      </w:r>
      <w:r>
        <w:br/>
      </w:r>
      <w:r>
        <w:rPr>
          <w:sz w:val="20"/>
        </w:rPr>
        <w:t>59:47  woh to rasool Allah ne farmaya ke إِنْ دَهُوْا بِنِ أَهْلِ النَّارِ to suicide karna Allah ke khilaf</w:t>
      </w:r>
      <w:r>
        <w:br/>
      </w:r>
      <w:r>
        <w:rPr>
          <w:sz w:val="20"/>
        </w:rPr>
        <w:t>59:52  yani negative vote dena hai.</w:t>
      </w:r>
      <w:r>
        <w:br/>
      </w:r>
      <w:r>
        <w:rPr>
          <w:sz w:val="20"/>
        </w:rPr>
        <w:t>59:58  kese maafi hogi? jis ko kehte hain adab aitmad ka vote.</w:t>
      </w:r>
      <w:r>
        <w:br/>
      </w:r>
      <w:r>
        <w:rPr>
          <w:sz w:val="20"/>
        </w:rPr>
        <w:t>1:00:03  vote of no confidence jo suicide karta hai woh Allah ke khilaf adab aitmad ka vote deta hai.</w:t>
      </w:r>
      <w:r>
        <w:br/>
      </w:r>
      <w:r>
        <w:rPr>
          <w:sz w:val="20"/>
        </w:rPr>
        <w:t>1:00:08  vote of no confidence to woh kese maaf kiya jaye ga? woh ji, aap hamari kitabein parhiye.</w:t>
      </w:r>
      <w:r>
        <w:br/>
      </w:r>
      <w:r>
        <w:rPr>
          <w:sz w:val="20"/>
        </w:rPr>
        <w:t>1:00:14  inshallah aap aik naye aik insan aap ke andar emerge kare ga.</w:t>
      </w:r>
    </w:p>
    <w:p>
      <w:pPr>
        <w:pStyle w:val="Heading2"/>
      </w:pPr>
      <w:r>
        <w:t>Longing to meet God spiritually</w:t>
      </w:r>
    </w:p>
    <w:p>
      <w:r>
        <w:rPr>
          <w:color w:val="666666"/>
          <w:sz w:val="18"/>
        </w:rPr>
        <w:t>Roza (Fasting) Shock May 26, 2019 · 43s · at 38:54 · https://youtu.be/GXYhGriFRpM?t=2334</w:t>
      </w:r>
    </w:p>
    <w:p>
      <w:r>
        <w:rPr>
          <w:i/>
        </w:rPr>
        <w:t>“I have been searching for God for years. I want to meet God. Please spiritually help me. I will sit in itikaf today. Please make a special prayer for me.”</w:t>
      </w:r>
    </w:p>
    <w:p>
      <w:r>
        <w:rPr>
          <w:sz w:val="20"/>
        </w:rPr>
        <w:t>38:54  maulana, agla sawal lahore pakistan se bheja hai miss farzana khan ne. unhon ne likha hai: "maulana sahib, main saalon se allah ko dhoondh rahi hoon.</w:t>
      </w:r>
      <w:r>
        <w:br/>
      </w:r>
      <w:r>
        <w:rPr>
          <w:sz w:val="20"/>
        </w:rPr>
        <w:t>39:07  main allah se milna chahti hoon. aap roohani taur par meri madad karein. main aaj aitkaf mein baithungi.</w:t>
      </w:r>
      <w:r>
        <w:br/>
      </w:r>
      <w:r>
        <w:rPr>
          <w:sz w:val="20"/>
        </w:rPr>
        <w:t>39:15  aap mere liye khaas dua karein."</w:t>
      </w:r>
      <w:r>
        <w:br/>
      </w:r>
      <w:r>
        <w:rPr>
          <w:sz w:val="20"/>
        </w:rPr>
        <w:t>39:19  inshallah, allah taala</w:t>
      </w:r>
      <w:r>
        <w:br/>
      </w:r>
      <w:r>
        <w:rPr>
          <w:sz w:val="20"/>
        </w:rPr>
        <w:t>39:24  aap ko allah se qurbat hasil ho. wohi dua kijiye jo asiya ne kiya tha, usi dua ko apna lijiye.</w:t>
      </w:r>
    </w:p>
    <w:p>
      <w:pPr>
        <w:pStyle w:val="Heading2"/>
      </w:pPr>
      <w:r>
        <w:t>Negative thoughts leading to wrong decisions</w:t>
      </w:r>
    </w:p>
    <w:p>
      <w:r>
        <w:rPr>
          <w:color w:val="666666"/>
          <w:sz w:val="18"/>
        </w:rPr>
        <w:t>Spirit of the Age November 06, 2016 · 1m 40s · at 45:47 · https://youtu.be/URWoioUiDO4?t=2747</w:t>
      </w:r>
    </w:p>
    <w:p>
      <w:r>
        <w:rPr>
          <w:i/>
        </w:rPr>
        <w:t>“I often get negative thoughts which I am not able to suppress and control, and as a result, I end up taking wrong decisions.”</w:t>
      </w:r>
    </w:p>
    <w:p>
      <w:r>
        <w:rPr>
          <w:sz w:val="20"/>
        </w:rPr>
        <w:t>45:47  maulana, agla sawal jamshedpur se bheja hai abdul sahib ne, aur unhone likha hai, maulana sahib,</w:t>
      </w:r>
      <w:r>
        <w:br/>
      </w:r>
      <w:r>
        <w:rPr>
          <w:sz w:val="20"/>
        </w:rPr>
        <w:t>45:55  I often get negative thoughts which I am not able to suppress or control, and as a result,</w:t>
      </w:r>
      <w:r>
        <w:br/>
      </w:r>
      <w:r>
        <w:rPr>
          <w:sz w:val="20"/>
        </w:rPr>
        <w:t>46:03  i am not taking wrong decisions.</w:t>
      </w:r>
      <w:r>
        <w:br/>
      </w:r>
      <w:r>
        <w:rPr>
          <w:sz w:val="20"/>
        </w:rPr>
        <w:t>46:05  My problem is that I know myself that I am getting wrong thoughts, but I am in</w:t>
      </w:r>
      <w:r>
        <w:br/>
      </w:r>
      <w:r>
        <w:rPr>
          <w:sz w:val="20"/>
        </w:rPr>
        <w:t>46:13  able to control myself.</w:t>
      </w:r>
      <w:r>
        <w:br/>
      </w:r>
      <w:r>
        <w:rPr>
          <w:sz w:val="20"/>
        </w:rPr>
        <w:t>46:15  For example, I am very short-tempered, I also become greedy at times, and sometimes I get</w:t>
      </w:r>
      <w:r>
        <w:br/>
      </w:r>
      <w:r>
        <w:rPr>
          <w:sz w:val="20"/>
        </w:rPr>
        <w:t>46:23  depressed.</w:t>
      </w:r>
      <w:r>
        <w:br/>
      </w:r>
      <w:r>
        <w:rPr>
          <w:sz w:val="20"/>
        </w:rPr>
        <w:t>46:24  I really want to change myself, and want to become a better person.</w:t>
      </w:r>
      <w:r>
        <w:br/>
      </w:r>
      <w:r>
        <w:rPr>
          <w:sz w:val="20"/>
        </w:rPr>
        <w:t>46:30  Can you please advise me a practical way, or what should I do, which will help me become</w:t>
      </w:r>
      <w:r>
        <w:br/>
      </w:r>
      <w:r>
        <w:rPr>
          <w:sz w:val="20"/>
        </w:rPr>
        <w:t>46:38  mentally stronger? Is there any dua? Maulana Sahab, please help me.</w:t>
      </w:r>
      <w:r>
        <w:br/>
      </w:r>
      <w:r>
        <w:rPr>
          <w:sz w:val="20"/>
        </w:rPr>
        <w:t>46:43  یہ دعا کا مسئلہ نہیں ہے، یہ اپنے mind کی ری انجینئرنگ کا مسئلہ ہے۔</w:t>
      </w:r>
      <w:r>
        <w:br/>
      </w:r>
      <w:r>
        <w:rPr>
          <w:sz w:val="20"/>
        </w:rPr>
        <w:t>46:49  آپ ہمارا منتھلی میگزین اردو میں پڑھیے، رسالہ English میں ہے، اسپیٹ صاحب، اس کو پڑھیے۔</w:t>
      </w:r>
      <w:r>
        <w:br/>
      </w:r>
      <w:r>
        <w:rPr>
          <w:sz w:val="20"/>
        </w:rPr>
        <w:t>46:56  ہماری کئی کتابیں ہیں، English میں ہیں، Model Vision، Simple Wisdom، اس کو پڑھیے۔</w:t>
      </w:r>
      <w:r>
        <w:br/>
      </w:r>
      <w:r>
        <w:rPr>
          <w:sz w:val="20"/>
        </w:rPr>
        <w:t>47:02  hamari chaar kitabein urdu mein hain, raaz hayat, taabeer hayat, rehnuma hayat, kitaab zindagi, aap padhiye.</w:t>
      </w:r>
      <w:r>
        <w:br/>
      </w:r>
      <w:r>
        <w:rPr>
          <w:sz w:val="20"/>
        </w:rPr>
        <w:t>47:09  aur mujhe yaqeen hai ke aap ka yeh mizaj khatm ho jayega.</w:t>
      </w:r>
      <w:r>
        <w:br/>
      </w:r>
      <w:r>
        <w:rPr>
          <w:sz w:val="20"/>
        </w:rPr>
        <w:t>47:14  phir koi har insaan insaan hai.</w:t>
      </w:r>
      <w:r>
        <w:br/>
      </w:r>
      <w:r>
        <w:rPr>
          <w:sz w:val="20"/>
        </w:rPr>
        <w:t>47:17  آپ، آپ کا جو wrong way of thinking ہے، وہ وہ ختم ہو جائے گا، بس سب ٹھیک</w:t>
      </w:r>
      <w:r>
        <w:br/>
      </w:r>
      <w:r>
        <w:rPr>
          <w:sz w:val="20"/>
        </w:rPr>
        <w:t>47:25  ho jayega.</w:t>
      </w:r>
      <w:r>
        <w:br/>
      </w:r>
      <w:r>
        <w:rPr>
          <w:sz w:val="20"/>
        </w:rPr>
        <w:t>47:26  aap hamari kitabein padhiye.</w:t>
      </w:r>
    </w:p>
    <w:p>
      <w:pPr>
        <w:pStyle w:val="Heading2"/>
      </w:pPr>
      <w:r>
        <w:t>Dawah dificulties in consumerist culture</w:t>
      </w:r>
    </w:p>
    <w:p>
      <w:r>
        <w:rPr>
          <w:color w:val="666666"/>
          <w:sz w:val="18"/>
        </w:rPr>
        <w:t>Question &amp; Answer Jan 6th 2013 - Maulana Wahiduddin Kahn · 2m 54s · at 6:29 · https://youtu.be/1FAK1QuHEpw?t=389</w:t>
      </w:r>
    </w:p>
    <w:p>
      <w:r>
        <w:rPr>
          <w:i/>
        </w:rPr>
        <w:t>“Since four days I have been in Delhi. I am very sad to see the Delhiites. They are totally trapped in consumer and entertaining culture. They sleep late and they get up late at twelve in the morning. I try to do Dawa work but nobody is ready to listen.”</w:t>
      </w:r>
    </w:p>
    <w:p>
      <w:r>
        <w:rPr>
          <w:sz w:val="20"/>
        </w:rPr>
        <w:t>6:29  maulana, agla sawal saharanpur se hai, syed mohsin bilal sahib ka. Unhon ne likha hai: "Since four days I have been in Delhi.</w:t>
      </w:r>
      <w:r>
        <w:br/>
      </w:r>
      <w:r>
        <w:rPr>
          <w:sz w:val="20"/>
        </w:rPr>
        <w:t>6:40  I am very sad to see the Delhiites. They are totally trapped in consumer and entertaining culture.</w:t>
      </w:r>
      <w:r>
        <w:br/>
      </w:r>
      <w:r>
        <w:rPr>
          <w:sz w:val="20"/>
        </w:rPr>
        <w:t>6:47  They sleep late and they get up late at twelve in the morning. I try to do Dawa work but nobody is ready to listen.</w:t>
      </w:r>
      <w:r>
        <w:br/>
      </w:r>
      <w:r>
        <w:rPr>
          <w:sz w:val="20"/>
        </w:rPr>
        <w:t>6:57  They think they are intelligent. So how to give message to these kind of intelligent people?"</w:t>
      </w:r>
      <w:r>
        <w:br/>
      </w:r>
      <w:r>
        <w:rPr>
          <w:sz w:val="20"/>
        </w:rPr>
        <w:t>7:05  dekhiye, aisa hundred percent nahi hai. Aap seeker ko talash kijiye. Seeker. Isi mein ek shakhs seeker hoga.</w:t>
      </w:r>
      <w:r>
        <w:br/>
      </w:r>
      <w:r>
        <w:rPr>
          <w:sz w:val="20"/>
        </w:rPr>
        <w:t>7:15  misalan mein bata doon aap ko aaj hi ka experience, aaj ka.</w:t>
      </w:r>
      <w:r>
        <w:br/>
      </w:r>
      <w:r>
        <w:rPr>
          <w:sz w:val="20"/>
        </w:rPr>
        <w:t>7:21  hamare paas ek sahab aaye jo senior professor, woh ab retire ho gaye hain. Un ke, yaani, woh eighties ke late eighties mein hain woh us waqt.</w:t>
      </w:r>
      <w:r>
        <w:br/>
      </w:r>
      <w:r>
        <w:rPr>
          <w:sz w:val="20"/>
        </w:rPr>
        <w:t>7:38  toh woh khud bhi English mein kitabein likhi hain unhone. Toh hamare paas aaye, ab taqreeban der tak rahe woh, hamare kai saathi bhi wahan maujood the.</w:t>
      </w:r>
      <w:r>
        <w:br/>
      </w:r>
      <w:r>
        <w:rPr>
          <w:sz w:val="20"/>
        </w:rPr>
        <w:t>7:53  toh hamare haan kitabein un ko di gayeen aur baatein huin. Ab aaj hi in ka message aaya, aaj hi. Bahut ajeeb o ghareeb message, aap bataiye kya message hai?</w:t>
      </w:r>
      <w:r>
        <w:br/>
      </w:r>
      <w:r>
        <w:rPr>
          <w:sz w:val="20"/>
        </w:rPr>
        <w:t>8:04  Well, he gave a call in the morning and he said that I have been going through Maulana's literature and I must say that it's very rich and very comprehensive and daily I am getting, you know, something out of the literature.</w:t>
      </w:r>
      <w:r>
        <w:br/>
      </w:r>
      <w:r>
        <w:rPr>
          <w:sz w:val="20"/>
        </w:rPr>
        <w:t>8:18  In fact, he finished one book yesterday itself and he was saying that I will continue my study and when I reach back home because he is on this travel I am going to write a letter to Maulana sahib and one additional thing he said, what he said that I want to congratulate Maulana sahib because there are a lot of youngsters involved in this mission.</w:t>
      </w:r>
      <w:r>
        <w:br/>
      </w:r>
      <w:r>
        <w:rPr>
          <w:sz w:val="20"/>
        </w:rPr>
        <w:t>8:40  So he was very happy and very moved by Maulana sahib's literature.</w:t>
      </w:r>
      <w:r>
        <w:br/>
      </w:r>
      <w:r>
        <w:rPr>
          <w:sz w:val="20"/>
        </w:rPr>
        <w:t>8:45  dekhiye, asal baat kya hai? Aap bheed ko kyun dekhte hain? Yaani sab ko le kar kyun sochte hain? Aap individual ko le kar sochiye, individual.</w:t>
      </w:r>
      <w:r>
        <w:br/>
      </w:r>
      <w:r>
        <w:rPr>
          <w:sz w:val="20"/>
        </w:rPr>
        <w:t>8:55  Isi ko mein seeker keh raha hoon. Agar aap bheed ko le kar sochenge toh hamesha aap ko mayusi milegi, frustration.</w:t>
      </w:r>
      <w:r>
        <w:br/>
      </w:r>
      <w:r>
        <w:rPr>
          <w:sz w:val="20"/>
        </w:rPr>
        <w:t>9:05  Lekin individual toh hamesha maujood hote hain. Un se kabhi duniya khaali nahi hoti hai. Toh aap ka target individual hona chahiye na ke bheed.</w:t>
      </w:r>
      <w:r>
        <w:br/>
      </w:r>
      <w:r>
        <w:rPr>
          <w:sz w:val="20"/>
        </w:rPr>
        <w:t>9:16  tab aap aisi baat nahi farmayenge.</w:t>
      </w:r>
    </w:p>
    <w:p>
      <w:pPr>
        <w:pStyle w:val="Heading2"/>
      </w:pPr>
      <w:r>
        <w:t>Fighting oppression without negativity</w:t>
      </w:r>
    </w:p>
    <w:p>
      <w:r>
        <w:rPr>
          <w:color w:val="666666"/>
          <w:sz w:val="18"/>
        </w:rPr>
        <w:t>Anger An Obstacle to wisdom 5 Jan 2020 - Maulana Wahiduddin Khan · 6m 41s · at 49:05 · https://youtu.be/q0VPtCsiYrI?t=2945</w:t>
      </w:r>
    </w:p>
    <w:p>
      <w:r>
        <w:rPr>
          <w:i/>
        </w:rPr>
        <w:t>“Sometimes it is not your nature to be negative but people around you do wrong things against you. So how should we fight against oppression? How should we fight for our rights without being negative?”</w:t>
      </w:r>
    </w:p>
    <w:p>
      <w:r>
        <w:rPr>
          <w:sz w:val="20"/>
        </w:rPr>
        <w:t>49:05  molana, ek aur sawal ah ah ne subhiya ne kiya hai delhi se, class mein maujood hain, unhone likha hai: "molana, sometimes it is not your nature to be negative but people around you do wrong things against you.</w:t>
      </w:r>
      <w:r>
        <w:br/>
      </w:r>
      <w:r>
        <w:rPr>
          <w:sz w:val="20"/>
        </w:rPr>
        <w:t>49:23  so how should we fight against oppression</w:t>
      </w:r>
      <w:r>
        <w:br/>
      </w:r>
      <w:r>
        <w:rPr>
          <w:sz w:val="20"/>
        </w:rPr>
        <w:t>49:26  ? how should we fight for our rights without being negative؟" dekhiye, aas paas ke jo log hain woh to wohi karenge jo kar rahe hain.</w:t>
      </w:r>
      <w:r>
        <w:br/>
      </w:r>
      <w:r>
        <w:rPr>
          <w:sz w:val="20"/>
        </w:rPr>
        <w:t>49:41  yeh namumkin hai ke aas paas ke jo log hain woh woh karein jo aap chahte hain. jo woh chahte hain woh karenge kyunke Allah ne har ek ko har ek ko</w:t>
      </w:r>
      <w:r>
        <w:br/>
      </w:r>
      <w:r>
        <w:rPr>
          <w:sz w:val="20"/>
        </w:rPr>
        <w:t>49:57  azadi di hai. sab se bari khushkhabri jo insan ke liye hai, sab se bari khushkhabri woh yeh ke insan ko Allah ne yeh power diya, yeh power ke woh negative ko positive mein convert kar ska hai.</w:t>
      </w:r>
      <w:r>
        <w:br/>
      </w:r>
      <w:r>
        <w:rPr>
          <w:sz w:val="20"/>
        </w:rPr>
        <w:t>50:26  quran mein is ka aelan hai, woh ayat padhiye sahib: "kun wali hameem." yani kaisi ajeeb baat hai ke jis ko aap dushman samajhte hain, hreef samajhte hain,</w:t>
      </w:r>
      <w:r>
        <w:br/>
      </w:r>
      <w:r>
        <w:rPr>
          <w:sz w:val="20"/>
        </w:rPr>
        <w:t>50:48  mukhalif samajhte hain, woh potentially aap ka dost hai. is potentially ko discover kijiye aur is ko avail kijiye.</w:t>
      </w:r>
      <w:r>
        <w:br/>
      </w:r>
      <w:r>
        <w:rPr>
          <w:sz w:val="20"/>
        </w:rPr>
        <w:t>51:00  yani is ayat ko koi doosra matlab ho nahi sakta. is ka matlab yahi hai ke jis ko tum dushman samajhte ho, woh tumhara potentially dost hai,</w:t>
      </w:r>
      <w:r>
        <w:br/>
      </w:r>
      <w:r>
        <w:rPr>
          <w:sz w:val="20"/>
        </w:rPr>
        <w:t>51:14  tum dushman kyun samajhte ho? is ke andar jo potentially chupa hua hai, us ko daryaft karo aur phir tum aik dost ko pa lo ge.</w:t>
      </w:r>
      <w:r>
        <w:br/>
      </w:r>
      <w:r>
        <w:rPr>
          <w:sz w:val="20"/>
        </w:rPr>
        <w:t>51:27  kaise ajeeb log hain ke jo khaliq ka assurance jo hai, unhein dikhai nahi deta aur shaitan ke behkawe dikhai dete hain.</w:t>
      </w:r>
      <w:r>
        <w:br/>
      </w:r>
      <w:r>
        <w:rPr>
          <w:sz w:val="20"/>
        </w:rPr>
        <w:t>51:42  shaitan har waqt behkata hai. lekin Allah yeh assurance de raha hai aap ko, khaliq, khaliq ka aap ko assurance de raha hai</w:t>
      </w:r>
      <w:r>
        <w:br/>
      </w:r>
      <w:r>
        <w:rPr>
          <w:sz w:val="20"/>
        </w:rPr>
        <w:t>51:55  ke jis ko aap samajh rahe ho dushman, woh to potentially tumhara dost hua hai, wali hameem hai woh.</w:t>
      </w:r>
      <w:r>
        <w:br/>
      </w:r>
      <w:r>
        <w:rPr>
          <w:sz w:val="20"/>
        </w:rPr>
        <w:t>52:07  to is is ke potentially ko daryaft karo aur is ko avail karo. to itna bara assurance khaliq de, khaliq, aur is ko hum na jaan payein to kaisi ajeeb baat hai.</w:t>
      </w:r>
      <w:r>
        <w:br/>
      </w:r>
      <w:r>
        <w:rPr>
          <w:sz w:val="20"/>
        </w:rPr>
        <w:t>52:24  yeh to khaliq ki taraf se aik assurance hai, super assurance ke jis insan ko tum samajh rahe ho ke tumhara dushman hai, tumhara mukhalif hai,</w:t>
      </w:r>
      <w:r>
        <w:br/>
      </w:r>
      <w:r>
        <w:rPr>
          <w:sz w:val="20"/>
        </w:rPr>
        <w:t>52:39  woh to tumhara dost hai balkeh bohat hi gehra dost hai.</w:t>
      </w:r>
      <w:r>
        <w:br/>
      </w:r>
      <w:r>
        <w:rPr>
          <w:sz w:val="20"/>
        </w:rPr>
        <w:t>52:46  mein aik martaba gaya meerath ke paas, aik aik town hai, wahan gaya to aik saans mulaqat hui.</w:t>
      </w:r>
      <w:r>
        <w:br/>
      </w:r>
      <w:r>
        <w:rPr>
          <w:sz w:val="20"/>
        </w:rPr>
        <w:t>52:58  to unhon ne kaha ke zikr hua aik sahib ka jo isi town mein rehte thay, dono aik hi town mein rehte thay. to unhon ne kaha woh to mera dushman hai, us ki baat karte hain aap.</w:t>
      </w:r>
      <w:r>
        <w:br/>
      </w:r>
      <w:r>
        <w:rPr>
          <w:sz w:val="20"/>
        </w:rPr>
        <w:t>53:13  us se to mera salam kalam band hai. pehle tha mein us se taluq, ab to taluq hi nahi hai. maine kaha kuch nahi, aap abhi jaiye aur salam kijiye,</w:t>
      </w:r>
      <w:r>
        <w:br/>
      </w:r>
      <w:r>
        <w:rPr>
          <w:sz w:val="20"/>
        </w:rPr>
        <w:t>53:27  bas itna hi kijiye, salam kijiye aur khairiyat poochhiye, bas itna hi kijiye aap. aur phir is ka aap woh dekhiye, karishma.</w:t>
      </w:r>
      <w:r>
        <w:br/>
      </w:r>
      <w:r>
        <w:rPr>
          <w:sz w:val="20"/>
        </w:rPr>
        <w:t>53:43  to beharhaal woh bohat kehne par mere woh gaye aur unhon ne is ka kaha assalam o alaikum.</w:t>
      </w:r>
      <w:r>
        <w:br/>
      </w:r>
      <w:r>
        <w:rPr>
          <w:sz w:val="20"/>
        </w:rPr>
        <w:t>53:52  yeh kaha unhon ne</w:t>
      </w:r>
      <w:r>
        <w:br/>
      </w:r>
      <w:r>
        <w:rPr>
          <w:sz w:val="20"/>
        </w:rPr>
        <w:t>53:56  to foran hi us aadmi ne un ko seenay se laga laga liya aur usi din se woh sab se acha dost ban gaya us town ka.</w:t>
      </w:r>
      <w:r>
        <w:br/>
      </w:r>
      <w:r>
        <w:rPr>
          <w:sz w:val="20"/>
        </w:rPr>
        <w:t>54:11  woh meerath ka,</w:t>
      </w:r>
      <w:r>
        <w:br/>
      </w:r>
      <w:r>
        <w:rPr>
          <w:sz w:val="20"/>
        </w:rPr>
        <w:t>54:16  meerath ka aik town hai, us ki telephone number mere paas hai. aap mein se koi sahib jagah chahein to mein telephone number doon ga, aap telephone kar ke us ki confirm kar li jiye.</w:t>
      </w:r>
      <w:r>
        <w:br/>
      </w:r>
      <w:r>
        <w:rPr>
          <w:sz w:val="20"/>
        </w:rPr>
        <w:t>54:31  aise bohat se waqiat hain</w:t>
      </w:r>
      <w:r>
        <w:br/>
      </w:r>
      <w:r>
        <w:rPr>
          <w:sz w:val="20"/>
        </w:rPr>
        <w:t>54:35  ke log asal mein bekhabari jo hai logon ki, woh woh yeh hai ke woh yeh nahi jante ke potential, potential ko actual kaise banaya jaye.</w:t>
      </w:r>
      <w:r>
        <w:br/>
      </w:r>
      <w:r>
        <w:rPr>
          <w:sz w:val="20"/>
        </w:rPr>
        <w:t>54:51  potential ko actual kaise banaya jaye, is is raaz ko nahi jante.</w:t>
      </w:r>
      <w:r>
        <w:br/>
      </w:r>
      <w:r>
        <w:rPr>
          <w:sz w:val="20"/>
        </w:rPr>
        <w:t>54:59  is ayat ko padhiye jo aap abhi ayat padhi gayi aap ke samne aur is ko apni zindagi mein istemal kijiye.</w:t>
      </w:r>
      <w:r>
        <w:br/>
      </w:r>
      <w:r>
        <w:rPr>
          <w:sz w:val="20"/>
        </w:rPr>
        <w:t>55:09  فَيَزَا الَّذِي بَيْنَكَ وَيْنُ عَدَاوَةٍ كَانُهُ وَلِيٌّ حَمِيمٌ yeh jis ke aur tumhare darmiyan adawat thi, dushmani thi, woh tumhara dost ban jayega.</w:t>
      </w:r>
      <w:r>
        <w:br/>
      </w:r>
      <w:r>
        <w:rPr>
          <w:sz w:val="20"/>
        </w:rPr>
        <w:t>55:25  lekin is ko janiye ke matlab kya is ka hai. is ka matlab hai ke potential ko daryaft karo aur is ko manage kar ke, woh hikmat jo kaha hai quran mein, hikmat, is ko manage kar ke avail karo.</w:t>
      </w:r>
    </w:p>
    <w:p>
      <w:pPr>
        <w:pStyle w:val="Heading2"/>
      </w:pPr>
      <w:r>
        <w:t>Question on the Myth of Injustice</w:t>
      </w:r>
    </w:p>
    <w:p>
      <w:r>
        <w:rPr>
          <w:color w:val="666666"/>
          <w:sz w:val="18"/>
        </w:rPr>
        <w:t>Example of the Prophet March 20, 2016 · 6m 15s · at 1:40:56 · https://youtu.be/79HmhzXU41w?t=6056</w:t>
      </w:r>
    </w:p>
    <w:p>
      <w:r>
        <w:rPr>
          <w:i/>
        </w:rPr>
        <w:t>“My question is based on your quote titled "The Myth of Injustice".”</w:t>
      </w:r>
    </w:p>
    <w:p>
      <w:r>
        <w:rPr>
          <w:sz w:val="20"/>
        </w:rPr>
        <w:t>1:40:56  fi'l hai. Maulana, agla sawal Faeq Sahab ka hai, aur unhon ne apna sawal Maulana aap ke ek</w:t>
      </w:r>
      <w:r>
        <w:br/>
      </w:r>
      <w:r>
        <w:rPr>
          <w:sz w:val="20"/>
        </w:rPr>
        <w:t>1:41:05  quote ko le ke poocha hai.</w:t>
      </w:r>
      <w:r>
        <w:br/>
      </w:r>
      <w:r>
        <w:rPr>
          <w:sz w:val="20"/>
        </w:rPr>
        <w:t>1:41:07  پہلے آپ کا کوٹ پڑھیں گے، جس کا ٹائٹل ہے "The Myth of Injustice"۔</w:t>
      </w:r>
      <w:r>
        <w:br/>
      </w:r>
      <w:r>
        <w:rPr>
          <w:sz w:val="20"/>
        </w:rPr>
        <w:t>1:41:13  اس میں آپ نے لکھا تھا کہ "throughout history, thinkers and reformers have struggled to eliminate in</w:t>
      </w:r>
      <w:r>
        <w:br/>
      </w:r>
      <w:r>
        <w:rPr>
          <w:sz w:val="20"/>
        </w:rPr>
        <w:t>1:41:19  justice from society, but no one succeeded in achieving this goal.</w:t>
      </w:r>
      <w:r>
        <w:br/>
      </w:r>
      <w:r>
        <w:rPr>
          <w:sz w:val="20"/>
        </w:rPr>
        <w:t>1:41:26  Their failures to eliminate injustice prevented them from living with peace of mind in the world.</w:t>
      </w:r>
      <w:r>
        <w:br/>
      </w:r>
      <w:r>
        <w:rPr>
          <w:sz w:val="20"/>
        </w:rPr>
        <w:t>1:41:33  the truth is that what is termed injustice is actually a matter of misuse of freedom by man. god has granted freedom to man to put him to the test in this world. it is the misuse of freedom that creates all kinds of problems. we must accept this state of affairs as a part of the creation plan of god.</w:t>
      </w:r>
      <w:r>
        <w:br/>
      </w:r>
      <w:r>
        <w:rPr>
          <w:sz w:val="20"/>
        </w:rPr>
        <w:t>1:41:56  maulana, does this mean that we accept injustice as the creation plan of god and do nothing about it? we see someone hurting, abusing an innocent soul, and we mind our own business and do nothing to stop that injustice. would we not be accountable for inaction within our capacity at the day of judgment?</w:t>
      </w:r>
      <w:r>
        <w:br/>
      </w:r>
      <w:r>
        <w:rPr>
          <w:sz w:val="20"/>
        </w:rPr>
        <w:t>1:42:22  please comment. dekhiye, accountability aadmi Khuda ke samne hai, insaan ke samne nahin hai.</w:t>
      </w:r>
      <w:r>
        <w:br/>
      </w:r>
      <w:r>
        <w:rPr>
          <w:sz w:val="20"/>
        </w:rPr>
        <w:t>1:42:28  aap jhanda uthaye ke mujhe is se khatm karna hai to aap nahin kar payein.</w:t>
      </w:r>
      <w:r>
        <w:br/>
      </w:r>
      <w:r>
        <w:rPr>
          <w:sz w:val="20"/>
        </w:rPr>
        <w:t>1:42:35  yani insaan accountable hai bila shukwa, lekin Allah ke samne, hamare samne nahin.</w:t>
      </w:r>
      <w:r>
        <w:br/>
      </w:r>
      <w:r>
        <w:rPr>
          <w:sz w:val="20"/>
        </w:rPr>
        <w:t>1:42:46  jo maine baat kahi hai, woh yeh hai ke chounke Allah ne di hai logon ko azadi,</w:t>
      </w:r>
      <w:r>
        <w:br/>
      </w:r>
      <w:r>
        <w:rPr>
          <w:sz w:val="20"/>
        </w:rPr>
        <w:t>1:42:53  to azadi mein yeh bhi shamil hai ke woh misuse kare ya proper use kare.</w:t>
      </w:r>
      <w:r>
        <w:br/>
      </w:r>
      <w:r>
        <w:rPr>
          <w:sz w:val="20"/>
        </w:rPr>
        <w:t>1:42:57  iska apna right hai ke azadi ko proper use kare, misuse kare.</w:t>
      </w:r>
      <w:r>
        <w:br/>
      </w:r>
      <w:r>
        <w:rPr>
          <w:sz w:val="20"/>
        </w:rPr>
        <w:t>1:43:04  yani Hazrat Umar jaise khaleefa ko qatal bhi kar sakta hai,</w:t>
      </w:r>
      <w:r>
        <w:br/>
      </w:r>
      <w:r>
        <w:rPr>
          <w:sz w:val="20"/>
        </w:rPr>
        <w:t>1:43:08  Allah unka haath nahin pakda.</w:t>
      </w:r>
      <w:r>
        <w:br/>
      </w:r>
      <w:r>
        <w:rPr>
          <w:sz w:val="20"/>
        </w:rPr>
        <w:t>1:43:10  jab ek shakhs hazrat umar ko qatl kar raha tha to allah farishta bhej kar hath pakad li ta,</w:t>
      </w:r>
      <w:r>
        <w:br/>
      </w:r>
      <w:r>
        <w:rPr>
          <w:sz w:val="20"/>
        </w:rPr>
        <w:t>1:43:15  is ka hath pakad li ta.</w:t>
      </w:r>
      <w:r>
        <w:br/>
      </w:r>
      <w:r>
        <w:rPr>
          <w:sz w:val="20"/>
        </w:rPr>
        <w:t>1:43:18  hata ke peghambar</w:t>
      </w:r>
      <w:r>
        <w:br/>
      </w:r>
      <w:r>
        <w:rPr>
          <w:sz w:val="20"/>
        </w:rPr>
        <w:t>1:43:20  hazrat yahya peghambar the, un ko bhi qatl kiya</w:t>
      </w:r>
      <w:r>
        <w:br/>
      </w:r>
      <w:r>
        <w:rPr>
          <w:sz w:val="20"/>
        </w:rPr>
        <w:t>1:43:25  to wahan allah ne bheja nahi farishte ke is ka hath pakad lo, qatl na karne par.</w:t>
      </w:r>
      <w:r>
        <w:br/>
      </w:r>
      <w:r>
        <w:rPr>
          <w:sz w:val="20"/>
        </w:rPr>
        <w:t>1:43:32  dekhiye, insan ko allah ne azadi di hai to allah un ka hath pakadne wala nahi hai.</w:t>
      </w:r>
      <w:r>
        <w:br/>
      </w:r>
      <w:r>
        <w:rPr>
          <w:sz w:val="20"/>
        </w:rPr>
        <w:t>1:43:38  aakhirat mein zaroor allah taala logon ko janche ga, jinho ne proper use kiya hai, un ko reward</w:t>
      </w:r>
      <w:r>
        <w:br/>
      </w:r>
      <w:r>
        <w:rPr>
          <w:sz w:val="20"/>
        </w:rPr>
        <w:t>1:43:47  de ga, jinho ne misuse kiya,</w:t>
      </w:r>
      <w:r>
        <w:br/>
      </w:r>
      <w:r>
        <w:rPr>
          <w:sz w:val="20"/>
        </w:rPr>
        <w:t>1:43:49  un ko pakde ga.</w:t>
      </w:r>
      <w:r>
        <w:br/>
      </w:r>
      <w:r>
        <w:rPr>
          <w:sz w:val="20"/>
        </w:rPr>
        <w:t>1:43:51  duniya mein zaroor jhanda uthaen ke hamein in justice khatam karna hai,</w:t>
      </w:r>
      <w:r>
        <w:br/>
      </w:r>
      <w:r>
        <w:rPr>
          <w:sz w:val="20"/>
        </w:rPr>
        <w:t>1:43:56  yeh un ko koi right nahi hai aur na khatam bhi.</w:t>
      </w:r>
      <w:r>
        <w:br/>
      </w:r>
      <w:r>
        <w:rPr>
          <w:sz w:val="20"/>
        </w:rPr>
        <w:t>1:44:00  tareekh mein kabhi koi khatam nahi kar saka,</w:t>
      </w:r>
      <w:r>
        <w:br/>
      </w:r>
      <w:r>
        <w:rPr>
          <w:sz w:val="20"/>
        </w:rPr>
        <w:t>1:44:03  sirf in justice ke naam par uthe aur us ko aage phaila diya.</w:t>
      </w:r>
      <w:r>
        <w:br/>
      </w:r>
      <w:r>
        <w:rPr>
          <w:sz w:val="20"/>
        </w:rPr>
        <w:t>1:44:08  jo log bhi khade hue hain in justice khatam karne ke liye, unho ne bohat sari justice burai</w:t>
      </w:r>
      <w:r>
        <w:br/>
      </w:r>
      <w:r>
        <w:rPr>
          <w:sz w:val="20"/>
        </w:rPr>
        <w:t>1:44:15  paida ki, chahe safar log hon ya muslim log hon.</w:t>
      </w:r>
      <w:r>
        <w:br/>
      </w:r>
      <w:r>
        <w:rPr>
          <w:sz w:val="20"/>
        </w:rPr>
        <w:t>1:44:20  koi ek exception mujhe bata dijiye ke uthao in justice ko khatam karne ke naam par aur sach</w:t>
      </w:r>
      <w:r>
        <w:br/>
      </w:r>
      <w:r>
        <w:rPr>
          <w:sz w:val="20"/>
        </w:rPr>
        <w:t>1:44:25  chamach chor ne in justice khatam kar diya ho,</w:t>
      </w:r>
      <w:r>
        <w:br/>
      </w:r>
      <w:r>
        <w:rPr>
          <w:sz w:val="20"/>
        </w:rPr>
        <w:t>1:44:29  aur koi hai nahi, koi insan talib nahi hai.</w:t>
      </w:r>
      <w:r>
        <w:br/>
      </w:r>
      <w:r>
        <w:rPr>
          <w:sz w:val="20"/>
        </w:rPr>
        <w:t>1:44:34  to jo cheez jo allah ke domain ki cheez hai, us ko insan apne domain mein laye, to</w:t>
      </w:r>
      <w:r>
        <w:br/>
      </w:r>
      <w:r>
        <w:rPr>
          <w:sz w:val="20"/>
        </w:rPr>
        <w:t>1:44:40  yeh possible hi nahi hai.</w:t>
      </w:r>
      <w:r>
        <w:br/>
      </w:r>
      <w:r>
        <w:rPr>
          <w:sz w:val="20"/>
        </w:rPr>
        <w:t>1:44:44  Okay, so before we end the session, there are two announcements.</w:t>
      </w:r>
      <w:r>
        <w:br/>
      </w:r>
      <w:r>
        <w:rPr>
          <w:sz w:val="20"/>
        </w:rPr>
        <w:t>1:44:50  Firstly, next week which is Sunday, we will be having short session of Maulana Sahab, because there is</w:t>
      </w:r>
      <w:r>
        <w:br/>
      </w:r>
      <w:r>
        <w:rPr>
          <w:sz w:val="20"/>
        </w:rPr>
        <w:t>1:44:58  program at India Habitat Centre, which is being organized by Life Positive.</w:t>
      </w:r>
      <w:r>
        <w:br/>
      </w:r>
      <w:r>
        <w:rPr>
          <w:sz w:val="20"/>
        </w:rPr>
        <w:t>1:45:04  And Maulana would be in panel along with the editor and chief of Life Positive, Ms. Soma Varghese.</w:t>
      </w:r>
      <w:r>
        <w:br/>
      </w:r>
      <w:r>
        <w:rPr>
          <w:sz w:val="20"/>
        </w:rPr>
        <w:t>1:45:12  and dr karan singh.</w:t>
      </w:r>
      <w:r>
        <w:br/>
      </w:r>
      <w:r>
        <w:rPr>
          <w:sz w:val="20"/>
        </w:rPr>
        <w:t>1:45:14  So at 11 o'clock, we would be moving from here to India Habitat Centre at Jacaranda Hall,</w:t>
      </w:r>
      <w:r>
        <w:br/>
      </w:r>
      <w:r>
        <w:rPr>
          <w:sz w:val="20"/>
        </w:rPr>
        <w:t>1:45:21  And all of you can join us in Maulana's session next Sunday.</w:t>
      </w:r>
      <w:r>
        <w:br/>
      </w:r>
      <w:r>
        <w:rPr>
          <w:sz w:val="20"/>
        </w:rPr>
        <w:t>1:45:26  And the second important announcement is that, as you all know, that CPS has been launching</w:t>
      </w:r>
      <w:r>
        <w:br/>
      </w:r>
      <w:r>
        <w:rPr>
          <w:sz w:val="20"/>
        </w:rPr>
        <w:t>1:45:32  new initiatives on continuous basis.</w:t>
      </w:r>
      <w:r>
        <w:br/>
      </w:r>
      <w:r>
        <w:rPr>
          <w:sz w:val="20"/>
        </w:rPr>
        <w:t>1:45:35  So with the blessings of God Almighty, we would be launching Wahiduddin Khan Foundation on April 2nd.</w:t>
      </w:r>
      <w:r>
        <w:br/>
      </w:r>
      <w:r>
        <w:rPr>
          <w:sz w:val="20"/>
        </w:rPr>
        <w:t>1:45:44  at five pm at c 29.</w:t>
      </w:r>
      <w:r>
        <w:br/>
      </w:r>
      <w:r>
        <w:rPr>
          <w:sz w:val="20"/>
        </w:rPr>
        <w:t>1:45:47  Maulana would be addressing everyone. We would be streaming this talk, and daily team can join.</w:t>
      </w:r>
      <w:r>
        <w:br/>
      </w:r>
      <w:r>
        <w:rPr>
          <w:sz w:val="20"/>
        </w:rPr>
        <w:t>1:45:52  is c 29 at five pm.</w:t>
      </w:r>
      <w:r>
        <w:br/>
      </w:r>
      <w:r>
        <w:rPr>
          <w:sz w:val="20"/>
        </w:rPr>
        <w:t>1:45:56  So we would end the session, and in the end, I would request Maulana Sahab to do dua.</w:t>
      </w:r>
      <w:r>
        <w:br/>
      </w:r>
      <w:r>
        <w:rPr>
          <w:sz w:val="20"/>
        </w:rPr>
        <w:t>1:46:02  for everyone, especially for all the da'is who gathered at Lahore, and are watching this program right</w:t>
      </w:r>
      <w:r>
        <w:br/>
      </w:r>
      <w:r>
        <w:rPr>
          <w:sz w:val="20"/>
        </w:rPr>
        <w:t>1:46:10  now.</w:t>
      </w:r>
      <w:r>
        <w:br/>
      </w:r>
      <w:r>
        <w:rPr>
          <w:sz w:val="20"/>
        </w:rPr>
        <w:t>1:46:12  jo log aaj baat ko sun rahe hain aap yahan Delhi mein ya Delhi ke bahar mein in sab ke liye dua karta hoon Allah taala in ko raton ko sonh kar chalne ki tofeeq de in ko dunya mein apni rehmat se nawaze aur akhirat mein in ko jannat ka inaam de rabana atina fi al-dunya hasanah wa fi al-akhira hasanah waqina adhab al-nar rabana taqabbal minna innaka anta al-samiy al-alim wa ashhad annaka anta al-tawwab al-rahim wa salla Allahu taala ala khayri khalqi Muhammadin wa alihi wa ashhabihi ajmaiyina wa rahmatullahi al-kamila.</w:t>
      </w:r>
    </w:p>
    <w:p>
      <w:pPr>
        <w:pStyle w:val="Heading2"/>
      </w:pPr>
      <w:r>
        <w:t>Struggling to attain peace for ten years</w:t>
      </w:r>
    </w:p>
    <w:p>
      <w:r>
        <w:rPr>
          <w:color w:val="666666"/>
          <w:sz w:val="18"/>
        </w:rPr>
        <w:t>The Concept of Divine Help June 16, 2013 · 3m 25s · at 48:58 · https://youtu.be/b0QaxGSnAOI?t=2938</w:t>
      </w:r>
    </w:p>
    <w:p>
      <w:r>
        <w:rPr>
          <w:i/>
        </w:rPr>
        <w:t>“Right from the age of 20, I have been striving to attain the state of peace, but even after ten years, I have found myself at the same stage from where I started.”</w:t>
      </w:r>
    </w:p>
    <w:p>
      <w:r>
        <w:rPr>
          <w:sz w:val="20"/>
        </w:rPr>
        <w:t>48:58  molana, agla sawal kya hai? doctor afsan tabassum</w:t>
      </w:r>
      <w:r>
        <w:br/>
      </w:r>
      <w:r>
        <w:rPr>
          <w:sz w:val="20"/>
        </w:rPr>
        <w:t>49:02  ne likha hai: "right from the age of 20, i have been striving to attain the state of</w:t>
      </w:r>
      <w:r>
        <w:br/>
      </w:r>
      <w:r>
        <w:rPr>
          <w:sz w:val="20"/>
        </w:rPr>
        <w:t>49:09  peace, but even after ten years, i have found myself at the same stage from where i</w:t>
      </w:r>
      <w:r>
        <w:br/>
      </w:r>
      <w:r>
        <w:rPr>
          <w:sz w:val="20"/>
        </w:rPr>
        <w:t>49:16  head started. molana sahib, please guide me as to how i can achieve nafs-e-mutmainnah.</w:t>
      </w:r>
      <w:r>
        <w:br/>
      </w:r>
      <w:r>
        <w:rPr>
          <w:sz w:val="20"/>
        </w:rPr>
        <w:t>49:34  dekhiye, nafs mutmainnah ka lafz jo aaya hai jis surah mein, usi surah mein is ka jawab bhi maujood hai: ya ayyatul nafsul mutmainnah irji'ee ila rabbiki raadiyatan mardiyyah,</w:t>
      </w:r>
      <w:r>
        <w:br/>
      </w:r>
      <w:r>
        <w:rPr>
          <w:sz w:val="20"/>
        </w:rPr>
        <w:t>49:52  yani raazi hona allah ke plan par, raazi hona jo aap par beetta hai us ke upar.</w:t>
      </w:r>
      <w:r>
        <w:br/>
      </w:r>
      <w:r>
        <w:rPr>
          <w:sz w:val="20"/>
        </w:rPr>
        <w:t>49:59  yani jo kuch aap par beetta hai, chahe aap ki family mein beeta hai, aap ke paros mein beeta hai, aap ke mulk mein beeta hai, jis ko log kehte hain zulm aur sazish aur kya kya, yeh sab allah ki taraf se main test papers hain, allah ki taraf se imtehan ke parche hain.</w:t>
      </w:r>
      <w:r>
        <w:br/>
      </w:r>
      <w:r>
        <w:rPr>
          <w:sz w:val="20"/>
        </w:rPr>
        <w:t>50:20  to aap ko is par raazi hona pare ga:</w:t>
      </w:r>
      <w:r>
        <w:br/>
      </w:r>
      <w:r>
        <w:rPr>
          <w:sz w:val="20"/>
        </w:rPr>
        <w:t>50:24  ya ayyatul nafsul mutmainnah irji'ee ila rabbiki raadiyatan mardiyyah. is ka matlab hai ke is waqt tak jab ke aap allah se milen, tab tak aap ko raazi hona hai.</w:t>
      </w:r>
      <w:r>
        <w:br/>
      </w:r>
      <w:r>
        <w:rPr>
          <w:sz w:val="20"/>
        </w:rPr>
        <w:t>50:41  yeh duniya, hum jo hamari zindagi hai, aakhir kar hamein allah se milna hai. is waqt tak hamein raazi rehna hai in sab soorat e haal par jo paish aa raha hai, yeh samajh kar ke yeh allah ki taraf se hai.</w:t>
      </w:r>
      <w:r>
        <w:br/>
      </w:r>
      <w:r>
        <w:rPr>
          <w:sz w:val="20"/>
        </w:rPr>
        <w:t>50:56  tab jannat mile gi: fatakhalli fi ibadi wa dakhli jannat keh is ke baad hai. to al-nafs, al-nafs, al-nafs al-mutmainnah ka raaz sirf ek</w:t>
      </w:r>
      <w:r>
        <w:br/>
      </w:r>
      <w:r>
        <w:rPr>
          <w:sz w:val="20"/>
        </w:rPr>
        <w:t>51:10  hai, woh yeh hai keh jo kuch paish aaye, us ko Allah ki taraf se samajhna, insan ki taraf se nahin. jab aap kehte hain zulm hai, saazish hai, to aap ne is ko insan ke khane mein dala.</w:t>
      </w:r>
      <w:r>
        <w:br/>
      </w:r>
      <w:r>
        <w:rPr>
          <w:sz w:val="20"/>
        </w:rPr>
        <w:t>51:24  aur jab aap kehte hain keh test papers hain, to aap ne is ko Allah ke khane mein dala.</w:t>
      </w:r>
      <w:r>
        <w:br/>
      </w:r>
      <w:r>
        <w:rPr>
          <w:sz w:val="20"/>
        </w:rPr>
        <w:t>51:31  yaad rakhiye, yeh yeh yeh simple formula hai keh jo kuch aap par beetta hai, agar aap ne kaha keh dekho hamare khilaf saazish ho rahi hai, dekho hamare khilaf zulm ho raha hai, dekho hamare khilaf dushmani ki ja rahi hai, to is ka matlab hai keh jo kuch hua, us ko aap ne dala insan ke khane mein.</w:t>
      </w:r>
      <w:r>
        <w:br/>
      </w:r>
      <w:r>
        <w:rPr>
          <w:sz w:val="20"/>
        </w:rPr>
        <w:t>51:49  lekin agar aap yeh kahein keh yeh to test papers hain, yeh to imtehan ke parche hain, yeh to paish aa nahin aana hai, to aap ne is ko dala Allah ke khane mein,</w:t>
      </w:r>
      <w:r>
        <w:br/>
      </w:r>
      <w:r>
        <w:rPr>
          <w:sz w:val="20"/>
        </w:rPr>
        <w:t>52:00  tab kya hoga? tab aap ko al-nafs al-mutmainnah mile ga. aur tab kya hoga? tab aap ko Allah ki madad aaye gi. aur tab kya hoga?</w:t>
      </w:r>
      <w:r>
        <w:br/>
      </w:r>
      <w:r>
        <w:rPr>
          <w:sz w:val="20"/>
        </w:rPr>
        <w:t>52:10  farishtay aap ko aayenge khushkhabri dene ke liye, jaise Quran majeed mein hai. aur phir inshallah aap ke jannat ke darwazay khule jayenge. yeh raasta hai jannat tak pohnchne ka.</w:t>
      </w:r>
    </w:p>
    <w:p>
      <w:pPr>
        <w:pStyle w:val="Heading2"/>
      </w:pPr>
      <w:r>
        <w:t>Helping others led to bankruptcy</w:t>
      </w:r>
    </w:p>
    <w:p>
      <w:r>
        <w:rPr>
          <w:color w:val="666666"/>
          <w:sz w:val="18"/>
        </w:rPr>
        <w:t>The Concept of Help Feb 9, 2020—Maulana Wahiduddin Khan · 27m 54s · at 1:39 · https://youtu.be/WScXmduh1AQ?t=99</w:t>
      </w:r>
    </w:p>
    <w:p>
      <w:r>
        <w:rPr>
          <w:i/>
        </w:rPr>
        <w:t>“I was always told to help others, and until date I help everyone without any hesitation. To the extent that I have reached the state of bankruptcy. My reason for writing to you is that I want to know what my mistake is, and I want you to guide me.”</w:t>
      </w:r>
    </w:p>
    <w:p>
      <w:r>
        <w:rPr>
          <w:sz w:val="20"/>
        </w:rPr>
        <w:t>1:39  guide me. Haan, aap is ko Urdu mein kahiye, Hindi mein, Hindi mein kahiye. To sawal, ah, is tarah hai ke unhon ne likha hai ke "Mere ko hamesha yeh kaha gaya tha ke mein doosron ki madad karoon, aur till date mein sab ki madad karta hoon bana kisi hesitation ke.</w:t>
      </w:r>
      <w:r>
        <w:br/>
      </w:r>
      <w:r>
        <w:rPr>
          <w:sz w:val="20"/>
        </w:rPr>
        <w:t>1:58  Yahan tak ke, ah, meri</w:t>
      </w:r>
      <w:r>
        <w:br/>
      </w:r>
      <w:r>
        <w:rPr>
          <w:sz w:val="20"/>
        </w:rPr>
        <w:t>2:12  aur main chahta hoon ke aap mujhe guide karen.</w:t>
      </w:r>
      <w:r>
        <w:br/>
      </w:r>
      <w:r>
        <w:rPr>
          <w:sz w:val="20"/>
        </w:rPr>
        <w:t>2:18  dekhiye, yeh meri discovery hai, aur main aap se arz karta hoon ke poori history mein ek obsession, saare log ek ek obsession mein mubtala rahe,</w:t>
      </w:r>
      <w:r>
        <w:br/>
      </w:r>
      <w:r>
        <w:rPr>
          <w:sz w:val="20"/>
        </w:rPr>
        <w:t>2:33  woh ke "help other, help other".</w:t>
      </w:r>
      <w:r>
        <w:br/>
      </w:r>
      <w:r>
        <w:rPr>
          <w:sz w:val="20"/>
        </w:rPr>
        <w:t>2:40  sab se bari, sab se bari, yaani achhai science samajhte hain ke logon ko madad ki jaye, madad ki jaye, madad ki jaye.</w:t>
      </w:r>
      <w:r>
        <w:br/>
      </w:r>
      <w:r>
        <w:rPr>
          <w:sz w:val="20"/>
        </w:rPr>
        <w:t>2:56  main samajhta hoon ke yeh madad jis ko kehte hain log, yeh dushman hai, dushman hai, dushman hai.</w:t>
      </w:r>
      <w:r>
        <w:br/>
      </w:r>
      <w:r>
        <w:rPr>
          <w:sz w:val="20"/>
        </w:rPr>
        <w:t>3:04  iski misaal yeh dekh li jiye aap. dekhiye, insaan paida hota hai do cheezon ko le kar: ek aql,</w:t>
      </w:r>
      <w:r>
        <w:br/>
      </w:r>
      <w:r>
        <w:rPr>
          <w:sz w:val="20"/>
        </w:rPr>
        <w:t>3:18  ya ek hi samajh lijiye, aql ke sath paida hota hai. aql, aql itni bari cheez hai, itni bari cheez hai ke woh sirf, woh sirf, woh is ke barabar koi cheez agar ho sakti hai to Khuda ki aql hai.</w:t>
      </w:r>
      <w:r>
        <w:br/>
      </w:r>
      <w:r>
        <w:rPr>
          <w:sz w:val="20"/>
        </w:rPr>
        <w:t>3:39  to tareekh mein sab se bari khair, sab se bari khoobi log samajhte rahe ke doosron ki madad karo.</w:t>
      </w:r>
      <w:r>
        <w:br/>
      </w:r>
      <w:r>
        <w:rPr>
          <w:sz w:val="20"/>
        </w:rPr>
        <w:t>3:51  lekin yeh mere nazdeek, main bohat lambe tajrube ke baad yeh arz kar raha hoon ke doosron ki madad karna, doosron ke sath dushmani karna hai, is ki wajah yeh hai ke aadmi ke andar Allah Rab ul Alameen ne potential rakhe hain, potential bohat hi zyada,</w:t>
      </w:r>
      <w:r>
        <w:br/>
      </w:r>
      <w:r>
        <w:rPr>
          <w:sz w:val="20"/>
        </w:rPr>
        <w:t>4:15  unlimited, unlimited potential.</w:t>
      </w:r>
      <w:r>
        <w:br/>
      </w:r>
      <w:r>
        <w:rPr>
          <w:sz w:val="20"/>
        </w:rPr>
        <w:t>4:22  to agar aap kisi ki khoob baat karen, koi bachcha aap ka hai, khoob us ko sab cheez den, to kya hoga jante hain?</w:t>
      </w:r>
      <w:r>
        <w:br/>
      </w:r>
      <w:r>
        <w:rPr>
          <w:sz w:val="20"/>
        </w:rPr>
        <w:t>4:34  uski nazar, nigah hat jayegi apne potential se.</w:t>
      </w:r>
      <w:r>
        <w:br/>
      </w:r>
      <w:r>
        <w:rPr>
          <w:sz w:val="20"/>
        </w:rPr>
        <w:t>4:41  woh, yaani jo</w:t>
      </w:r>
      <w:r>
        <w:br/>
      </w:r>
      <w:r>
        <w:rPr>
          <w:sz w:val="20"/>
        </w:rPr>
        <w:t>4:47  apne potential ko avail karo, apne potential ko active, active banao, is se hat jayegi, aur us ki nazar chali jayegi helper.</w:t>
      </w:r>
      <w:r>
        <w:br/>
      </w:r>
      <w:r>
        <w:rPr>
          <w:sz w:val="20"/>
        </w:rPr>
        <w:t>5:04  usi help ko istemal karega woh. isi liye jitne bachche, jin bachchon ko khoob paisa diya jata hai, un ke maa baap sab se zyada nikamme nikamme bante hain.</w:t>
      </w:r>
      <w:r>
        <w:br/>
      </w:r>
      <w:r>
        <w:rPr>
          <w:sz w:val="20"/>
        </w:rPr>
        <w:t>5:14  woh bachche jo baap, baap, baap apne bachchon ko khoob zyada paisa dete hain, nikamme bante hain. jin ladkiyon ko khoob jahalat diya jata hai, chhip jahalat diya jata hai, woh ladkiyan bilkul bekar sabit hoti hain.</w:t>
      </w:r>
      <w:r>
        <w:br/>
      </w:r>
      <w:r>
        <w:rPr>
          <w:sz w:val="20"/>
        </w:rPr>
        <w:t>5:31  yeh main apne tajrube se keh raha hoon. sab se bari help hai, is ko main kahunga ke compression.</w:t>
      </w:r>
      <w:r>
        <w:br/>
      </w:r>
      <w:r>
        <w:rPr>
          <w:sz w:val="20"/>
        </w:rPr>
        <w:t>5:42  Allah taala jab kisi se koi bara kaam lena chahte hain to compression create karte hain, compression create karte hain.</w:t>
      </w:r>
      <w:r>
        <w:br/>
      </w:r>
      <w:r>
        <w:rPr>
          <w:sz w:val="20"/>
        </w:rPr>
        <w:t>5:51  Allah ki sab se bari blessing jo hai, yaad rakhiye, compression hai.</w:t>
      </w:r>
      <w:r>
        <w:br/>
      </w:r>
      <w:r>
        <w:rPr>
          <w:sz w:val="20"/>
        </w:rPr>
        <w:t>5:59  lekin log maa baap pastay wale hote hain, woh bachche ko kisi museebat mein dekhne nahi chahte, to khoob paisa dete hain.</w:t>
      </w:r>
      <w:r>
        <w:br/>
      </w:r>
      <w:r>
        <w:rPr>
          <w:sz w:val="20"/>
        </w:rPr>
        <w:t>6:08  bachcha museebat sahaye, yahi is ki madad hai. aye maa baapon, apne bachchon ko dushman mat bano, dushman mat bano, un ko sahne do, mushkilat ko sahne do, dabao ki halat padne do taake un ke potential jaagen,</w:t>
      </w:r>
      <w:r>
        <w:br/>
      </w:r>
      <w:r>
        <w:rPr>
          <w:sz w:val="20"/>
        </w:rPr>
        <w:t>6:32  un ke potential jaagen. jitne maa baap paise wale hote hain, woh sab laad pyar mein yeh karte hain ke bachchon ke potential ko jaagne nahi dete, bas woh un ka har kaam free banta rahe, yeh koshish karte hain.</w:t>
      </w:r>
      <w:r>
        <w:br/>
      </w:r>
      <w:r>
        <w:rPr>
          <w:sz w:val="20"/>
        </w:rPr>
        <w:t>6:54  main aap ko poori history mein bohat misalein de sakta hoon ke Allah taala ka tareeqa yeh hai ke compression create karna hai, aaram dena nahi hai.</w:t>
      </w:r>
      <w:r>
        <w:br/>
      </w:r>
      <w:r>
        <w:rPr>
          <w:sz w:val="20"/>
        </w:rPr>
        <w:t>7:07  misalan dekhiye, Allah taala ne jab insaan ko paida kiya</w:t>
      </w:r>
      <w:r>
        <w:br/>
      </w:r>
      <w:r>
        <w:rPr>
          <w:sz w:val="20"/>
        </w:rPr>
        <w:t>7:15  to sab se pehle Bible mein hai ke Allah ne Eden mein ek bagh lagaya. yeh Bible mein hai, aur woh sahi mere nazdeek hai.</w:t>
      </w:r>
      <w:r>
        <w:br/>
      </w:r>
      <w:r>
        <w:rPr>
          <w:sz w:val="20"/>
        </w:rPr>
        <w:t>7:28  adan best area tha is zameen ka, best area tha. wahan par bagh, yani wahan par is ki bohat hi fertile zameen, zar khez,</w:t>
      </w:r>
      <w:r>
        <w:br/>
      </w:r>
      <w:r>
        <w:rPr>
          <w:sz w:val="20"/>
        </w:rPr>
        <w:t>7:45  har cheez bohat achi, bohat achi. to wahan pe basaya.</w:t>
      </w:r>
      <w:r>
        <w:br/>
      </w:r>
      <w:r>
        <w:rPr>
          <w:sz w:val="20"/>
        </w:rPr>
        <w:t>7:57  to wahan ke log kya hue? yahan ke log larne bari mein lag gaye. tribal sister, sister bhai avalu hua</w:t>
      </w:r>
      <w:r>
        <w:br/>
      </w:r>
      <w:r>
        <w:rPr>
          <w:sz w:val="20"/>
        </w:rPr>
        <w:t>8:14  to sab se zyada larne birban ilaaqa ban gaya, jis ko kehte hain aaj, aaj kal ke zamane mein, is ko kehte hain woh</w:t>
      </w:r>
      <w:r>
        <w:br/>
      </w:r>
      <w:r>
        <w:rPr>
          <w:sz w:val="20"/>
        </w:rPr>
        <w:t>8:29  yeh jo area hai, djalat afraad ke darmiyan, meso potta bhi hai, sab se zyada nikamba ilaaqa ban gaya mosam pathan mein ka.</w:t>
      </w:r>
      <w:r>
        <w:br/>
      </w:r>
      <w:r>
        <w:rPr>
          <w:sz w:val="20"/>
        </w:rPr>
        <w:t>8:43  to aap jante hain kya hua? Allah taala ne wahan par kya kiya? wahan par pani ka toofan aaya, aur wahan par Hazrat Nuh alaihissalam ne ek kashti banai, bohat bari kashti Allah ki rehnumai mein.</w:t>
      </w:r>
      <w:r>
        <w:br/>
      </w:r>
      <w:r>
        <w:rPr>
          <w:sz w:val="20"/>
        </w:rPr>
        <w:t>9:05  is kashti mein to un logon ko batha diya, bohat bari kashti thi woh, aur Allah ne is kashti ko kaha ke chala dal do samandar mojon mein dal do.</w:t>
      </w:r>
      <w:r>
        <w:br/>
      </w:r>
      <w:r>
        <w:rPr>
          <w:sz w:val="20"/>
        </w:rPr>
        <w:t>9:20  to meso pathanviya ka ilaaqa jo tha, wahan par toofan aaya, aur kashti ko is mein dal diya gaya. ab kashti mojon ki tarah chalne lagi.</w:t>
      </w:r>
      <w:r>
        <w:br/>
      </w:r>
      <w:r>
        <w:rPr>
          <w:sz w:val="20"/>
        </w:rPr>
        <w:t>9:32  wo kashti chalte chalte kahan ruki? moajza turki jo hai, turki ki sarhad par, jahan jo quran mein joodi kaha gaya hai, joodi.</w:t>
      </w:r>
      <w:r>
        <w:br/>
      </w:r>
      <w:r>
        <w:rPr>
          <w:sz w:val="20"/>
        </w:rPr>
        <w:t>9:44  aur jante hain yeh, yeh jo hai jagah thi, thanda ilaaqa tha, woh, woh, woh tha gurbara ka, jahan se woh bheje gaye the.</w:t>
      </w:r>
      <w:r>
        <w:br/>
      </w:r>
      <w:r>
        <w:rPr>
          <w:sz w:val="20"/>
        </w:rPr>
        <w:t>9:57  to gurb maraqbe se nikal kar thande ilaaqe mein dala gaya in ko, kyunke gurb maraqbe ki wajah se in ko dry bharai bohat barh gayi thi.</w:t>
      </w:r>
      <w:r>
        <w:br/>
      </w:r>
      <w:r>
        <w:rPr>
          <w:sz w:val="20"/>
        </w:rPr>
        <w:t>10:10  in ki woh, woh dust bani wahan, woh dust jo hai, woh larne wale, bhejane wale duston par gayi.</w:t>
      </w:r>
      <w:r>
        <w:br/>
      </w:r>
      <w:r>
        <w:rPr>
          <w:sz w:val="20"/>
        </w:rPr>
        <w:t>10:25  is ki wajah se jo wisdom hai, wisdom woh wahan develop nahi hui. mosam pathanviya ke ilaaqe mein wisdom develop nahi hui.</w:t>
      </w:r>
      <w:r>
        <w:br/>
      </w:r>
      <w:r>
        <w:rPr>
          <w:sz w:val="20"/>
        </w:rPr>
        <w:t>10:36  Allah taala ko wisdom ko develop karna tha,</w:t>
      </w:r>
      <w:r>
        <w:br/>
      </w:r>
      <w:r>
        <w:rPr>
          <w:sz w:val="20"/>
        </w:rPr>
        <w:t>10:42  to in logon ko bhej diya yahan thande ilaaqe mein, yani turki ka ilaaqa, yeh part hai europe ka, is ilaaqe mein dal diye gaye thande ilaaqe mein.</w:t>
      </w:r>
      <w:r>
        <w:br/>
      </w:r>
      <w:r>
        <w:rPr>
          <w:sz w:val="20"/>
        </w:rPr>
        <w:t>11:00  to aap jante hain ke yahi woh ilaaqa hai jahan logon ne technology ko discover kiya, kyunke woh nahi hota tha yahan wisdom ki development nahi hota tha.</w:t>
      </w:r>
      <w:r>
        <w:br/>
      </w:r>
      <w:r>
        <w:rPr>
          <w:sz w:val="20"/>
        </w:rPr>
        <w:t>11:16  is ki ek misaal mein deta hoon ke wisdom ka development ke liye zaroori hai ke aapas mein khoob discussion ho, discussion aql ko khola jaye.</w:t>
      </w:r>
      <w:r>
        <w:br/>
      </w:r>
      <w:r>
        <w:rPr>
          <w:sz w:val="20"/>
        </w:rPr>
        <w:t>11:31  to is ilaaqe mein logon ne ek kiya, difference ko negative maani mein le liya. jo muslim area ka tha, aap jante hain ke wahan is qadar ikhtilafat, ikhtilafat</w:t>
      </w:r>
      <w:r>
        <w:br/>
      </w:r>
      <w:r>
        <w:rPr>
          <w:sz w:val="20"/>
        </w:rPr>
        <w:t>11:51  aaj bhi wahan ikhtilafat bhare hue hain. to muslim area mein ikhtilaf bohat bare hue, zehni ikhtilaf aur phir sensory ikhtilaf isi mein phanse rahe log.</w:t>
      </w:r>
      <w:r>
        <w:br/>
      </w:r>
      <w:r>
        <w:rPr>
          <w:sz w:val="20"/>
        </w:rPr>
        <w:t>12:07  to in ko utha ke thande ilaaqe mein dal diya gaya. to thande ilaaqe mein in ki woh garam mizaj jo tha, woh khatam hua.</w:t>
      </w:r>
      <w:r>
        <w:br/>
      </w:r>
      <w:r>
        <w:rPr>
          <w:sz w:val="20"/>
        </w:rPr>
        <w:t>12:20  garam mizaj, yani western mulkon mein. tab aap jante hain ke yeh jo ilaaqa tha west ka, isi ne technology ko daryaft kiya.</w:t>
      </w:r>
      <w:r>
        <w:br/>
      </w:r>
      <w:r>
        <w:rPr>
          <w:sz w:val="20"/>
        </w:rPr>
        <w:t>12:39  jo musalman base the iran mein aur arab mein, woh daryaft hi nahi kar sake. woh Allah taala ko manzoor tha ke pehle Khuda ne ghoda diya, manzoor tha ke insan ki hawaajat daryaft kare.</w:t>
      </w:r>
      <w:r>
        <w:br/>
      </w:r>
      <w:r>
        <w:rPr>
          <w:sz w:val="20"/>
        </w:rPr>
        <w:t>12:55  jab insan paida hua to us ko jangalon mein ghode mil gaye, un ko trade kar ke woh ghode par sawar kar liya.</w:t>
      </w:r>
      <w:r>
        <w:br/>
      </w:r>
      <w:r>
        <w:rPr>
          <w:sz w:val="20"/>
        </w:rPr>
        <w:t>13:04  to ghoda free free mein mil gaya. ab Allah taala ko manzoor tha ke log apni aql ko istemal kar ke jo hidden technology hai, us ko daryaft karein, hawaajat banayein.</w:t>
      </w:r>
      <w:r>
        <w:br/>
      </w:r>
      <w:r>
        <w:rPr>
          <w:sz w:val="20"/>
        </w:rPr>
        <w:t>13:16  lekin itne ikhtilafat, ikhtilafat hue ke insan apni aql ka jo wisdom ka jo potential tha, us ko istemal nahi kar saka.</w:t>
      </w:r>
      <w:r>
        <w:br/>
      </w:r>
      <w:r>
        <w:rPr>
          <w:sz w:val="20"/>
        </w:rPr>
        <w:t>13:27  larai bharai, larai bharai bohat hi zyada. to yeh jo thande mulk ke log thay, thande mulkon ke log thay jin ko hum west kehte hain, unhon ne ek anokha is tarah daryaft kiya.</w:t>
      </w:r>
      <w:r>
        <w:br/>
      </w:r>
      <w:r>
        <w:rPr>
          <w:sz w:val="20"/>
        </w:rPr>
        <w:t>13:42  bohat si cheezen hain, ek hi arz karta hoon, ek anokha usool, yani different difference ko unhon ne decent bana diya.</w:t>
      </w:r>
      <w:r>
        <w:br/>
      </w:r>
      <w:r>
        <w:rPr>
          <w:sz w:val="20"/>
        </w:rPr>
        <w:t>13:55  decent, d.i.d.o.u.b.l.e.s.e.n.t, decent, yani difference ko decent bana diya. aap jante hain ke difference jo hai, woh difference mein dichotomy hoti hai.</w:t>
      </w:r>
      <w:r>
        <w:br/>
      </w:r>
      <w:r>
        <w:rPr>
          <w:sz w:val="20"/>
        </w:rPr>
        <w:t>14:11  dichotomy ko usool chalta hai, yani ek mera, ek aap ka hai, aur dono lar rahe hain aapas mein.</w:t>
      </w:r>
      <w:r>
        <w:br/>
      </w:r>
      <w:r>
        <w:rPr>
          <w:sz w:val="20"/>
        </w:rPr>
        <w:t>14:20  woh kehte hain yeh sahi hai, woh kehte hain woh sahi hai, yeh dichotomy hai. unhon ne decent nikala, d.i.d.o.u.b.l.e.s.e.n.t.</w:t>
      </w:r>
      <w:r>
        <w:br/>
      </w:r>
      <w:r>
        <w:rPr>
          <w:sz w:val="20"/>
        </w:rPr>
        <w:t>14:29  decent jo hai, ek neutral word hai, yani ek aadmi agar ikhtilaf bol raha hai to us aadmi maaf kar dein, ikhtilaf mein to dono neutral hotey hain,</w:t>
      </w:r>
      <w:r>
        <w:br/>
      </w:r>
      <w:r>
        <w:rPr>
          <w:sz w:val="20"/>
        </w:rPr>
        <w:t>14:44  dono neutral hotey hain. yani neutral rai ka tasawwur tha nahi pehle, bas dichotomy dunya mein thi.</w:t>
      </w:r>
      <w:r>
        <w:br/>
      </w:r>
      <w:r>
        <w:rPr>
          <w:sz w:val="20"/>
        </w:rPr>
        <w:t>14:56  yeh sahi ya woh sahi, yeh sahi ya woh sahi. phir thande zehnon ne yeh ijad kiya, woh garam zehan ke log jo wahan thay, pehle woh is ko daryaft nahi kar sake.</w:t>
      </w:r>
      <w:r>
        <w:br/>
      </w:r>
      <w:r>
        <w:rPr>
          <w:sz w:val="20"/>
        </w:rPr>
        <w:t>15:11  woh dichotomy mein jeete rahe, ya to sahi ya galat, ya sahi ya galat. unhon ne daryaft kiya ke yeh bhi sahi, woh bhi sahi, yeh bhi sahi, woh bhi sahi,</w:t>
      </w:r>
      <w:r>
        <w:br/>
      </w:r>
      <w:r>
        <w:rPr>
          <w:sz w:val="20"/>
        </w:rPr>
        <w:t>15:27  yani is ko kehte hain decent, d.i.d.o.u.b.l.e.s.e.n.t. tab tarqqiyan huien. to Allah taala shock, woh shock treatment karte hain,</w:t>
      </w:r>
      <w:r>
        <w:br/>
      </w:r>
      <w:r>
        <w:rPr>
          <w:sz w:val="20"/>
        </w:rPr>
        <w:t>15:44  jaise Newton ke upar, Hitler ke upar, woh gira saib. to is ko main kehta hoon saib, saib ko kahin kahin bhi keh sakta tha, is ke sar pe koi gira.</w:t>
      </w:r>
      <w:r>
        <w:br/>
      </w:r>
      <w:r>
        <w:rPr>
          <w:sz w:val="20"/>
        </w:rPr>
        <w:t>16:01  aap jante hain, upar se koi cheez gire to chot lagti hai. to yeh Allah ki taraf se sabab tha, mere khayal se ke Newton ke sar pe gira.</w:t>
      </w:r>
      <w:r>
        <w:br/>
      </w:r>
      <w:r>
        <w:rPr>
          <w:sz w:val="20"/>
        </w:rPr>
        <w:t>16:12  woh that was,</w:t>
      </w:r>
      <w:r>
        <w:br/>
      </w:r>
      <w:r>
        <w:rPr>
          <w:sz w:val="20"/>
        </w:rPr>
        <w:t>16:20  to is is ke sochne laga woh ke yeh saib jo hai, neeche kyun gaya, upar kyun chala gaya.</w:t>
      </w:r>
      <w:r>
        <w:br/>
      </w:r>
      <w:r>
        <w:rPr>
          <w:sz w:val="20"/>
        </w:rPr>
        <w:t>16:29  do afsar tha jo woh charhaya tha. to sochte sochte us ne gravitation ka process daryaft kiya.</w:t>
      </w:r>
      <w:r>
        <w:br/>
      </w:r>
      <w:r>
        <w:rPr>
          <w:sz w:val="20"/>
        </w:rPr>
        <w:t>16:39  to is ko main kehta hoon name, is ko main kehta hoon</w:t>
      </w:r>
      <w:r>
        <w:br/>
      </w:r>
      <w:r>
        <w:rPr>
          <w:sz w:val="20"/>
        </w:rPr>
        <w:t>16:49  khudai tareeqa, khudai tareeqa ke kal ka person create kar ke aaj aadmi ko sochne ki taraf le jana.</w:t>
      </w:r>
      <w:r>
        <w:br/>
      </w:r>
      <w:r>
        <w:rPr>
          <w:sz w:val="20"/>
        </w:rPr>
        <w:t>17:02  apple shock, is ko main kehta hoon apple shock. to Allah taala ka tareeqa apple shock raha. poori tareekh mein jitni bhi barqiyen huien, sab apple shock ke zariye huien hain.</w:t>
      </w:r>
      <w:r>
        <w:br/>
      </w:r>
      <w:r>
        <w:rPr>
          <w:sz w:val="20"/>
        </w:rPr>
        <w:t>17:15  ab aap apne aap ke paas jo jo bachcha paida hue, aap is ko chahte hain ke phool mein rakhein, to phool mein rakhein to yeh Allah ka tareeqa hi nahi.</w:t>
      </w:r>
      <w:r>
        <w:br/>
      </w:r>
      <w:r>
        <w:rPr>
          <w:sz w:val="20"/>
        </w:rPr>
        <w:t>17:26  un ko shock do, tab woh un ki aqal khule gi. to tamam baap jin ke paas paisa hota hai, woh apne bachon ko chahte hain phool mein rakhna.</w:t>
      </w:r>
      <w:r>
        <w:br/>
      </w:r>
      <w:r>
        <w:rPr>
          <w:sz w:val="20"/>
        </w:rPr>
        <w:t>17:40  woh apple shock ki woh nahi jante, hikmat, hikmat nahi jante, hikmat nahi jante. to main samajhta hoon ke jis beta beti ko aisa baap mil jaye jo apple shock ke bhi dunk jaane,</w:t>
      </w:r>
      <w:r>
        <w:br/>
      </w:r>
      <w:r>
        <w:rPr>
          <w:sz w:val="20"/>
        </w:rPr>
        <w:t>17:58  apple shock ki wohi aqalmand baap hai, aur usi ke bachche tarqqi karte hain. isi liye ghareeb ke bachche zyada tarqqi karte hain,</w:t>
      </w:r>
      <w:r>
        <w:br/>
      </w:r>
      <w:r>
        <w:rPr>
          <w:sz w:val="20"/>
        </w:rPr>
        <w:t>18:12  ghareeb logon ke bachche, kyun ke jo jin jin baapon ke paas paisa hota hai, woh kabhi jante hi nahi is hikmat ko, apple shock ki hikmat ko.</w:t>
      </w:r>
      <w:r>
        <w:br/>
      </w:r>
      <w:r>
        <w:rPr>
          <w:sz w:val="20"/>
        </w:rPr>
        <w:t>18:25  to Allah taala ne ghareebi paida ki. chunke insaan apple shock ko ikhtiyar nahi kar saka, to Allah taala ne ghareebi paida ki, ghareebi, museebat.</w:t>
      </w:r>
      <w:r>
        <w:br/>
      </w:r>
      <w:r>
        <w:rPr>
          <w:sz w:val="20"/>
        </w:rPr>
        <w:t>18:48  woh is sahib, woh is ke sabireen alazeen azabuh museebat, museebat shock, apple shock ka matlab hai museebat shock.</w:t>
      </w:r>
      <w:r>
        <w:br/>
      </w:r>
      <w:r>
        <w:rPr>
          <w:sz w:val="20"/>
        </w:rPr>
        <w:t>19:00  to allah ta'ala ki rehmat hai, yeh musibat. ek hadith hai, ek hadith hai ke allah ta'ala ne farmaya jibril se ke ek bachcha, ek baba, ek banda dua kar raha tha ke khuda meri musibat door kar de, meri musibat door kar de.</w:t>
      </w:r>
      <w:r>
        <w:br/>
      </w:r>
      <w:r>
        <w:rPr>
          <w:sz w:val="20"/>
        </w:rPr>
        <w:t>19:21  to allah ta'ala ne jibril se kaha ke aye jibril, la ta'ajjil khudaya, meri is bande ki musibat door karne mein jaldi mat kar, ladne do us ko musibat mein.</w:t>
      </w:r>
      <w:r>
        <w:br/>
      </w:r>
      <w:r>
        <w:rPr>
          <w:sz w:val="20"/>
        </w:rPr>
        <w:t>19:34  yeh hai na? ji, yeh hai. ji, yahi hai. fiyani yuhibbu an asmaa'a sawtahu hain.</w:t>
      </w:r>
      <w:r>
        <w:br/>
      </w:r>
      <w:r>
        <w:rPr>
          <w:sz w:val="20"/>
        </w:rPr>
        <w:t>19:43  fiyani yuhibbu an asmaa'a sawtahu. kyunke main us ki, us ki awaz ko pasand karta hoon. awaz ka matlab yeh hai ke us ke andar soch aayegi musibat se aur shakk se,</w:t>
      </w:r>
      <w:r>
        <w:br/>
      </w:r>
      <w:r>
        <w:rPr>
          <w:sz w:val="20"/>
        </w:rPr>
        <w:t>20:00  woh use mahbub. isi tarah kya hongi? isi tarah kya hongi? liqada'i hajat abdi hain.</w:t>
      </w:r>
      <w:r>
        <w:br/>
      </w:r>
      <w:r>
        <w:rPr>
          <w:sz w:val="20"/>
        </w:rPr>
        <w:t>20:10  ji, maulana. ya ya jibril, la ta'ajjil liqada'i hajat rabbi. ya jibril, la ta'ajjil liqada'i hajat rabbi.</w:t>
      </w:r>
      <w:r>
        <w:br/>
      </w:r>
      <w:r>
        <w:rPr>
          <w:sz w:val="20"/>
        </w:rPr>
        <w:t>20:23  aye jibril, mere bande ki hajat ko poori karne mein jaldi mat kar, musibat rehne de us ko, us ko thokar khane rehne do, us ke sar par pathar padne do,</w:t>
      </w:r>
      <w:r>
        <w:br/>
      </w:r>
      <w:r>
        <w:rPr>
          <w:sz w:val="20"/>
        </w:rPr>
        <w:t>20:36  kyunke us ke upar se jal gaye hain, us ke upar se jayenge, us ke andar, us ke andar jo bar rakhi hai hum ne, allah ne woh sab waqea banenge.</w:t>
      </w:r>
      <w:r>
        <w:br/>
      </w:r>
      <w:r>
        <w:rPr>
          <w:sz w:val="20"/>
        </w:rPr>
        <w:t>20:54  to main samajhta hoon ke dunya mein yeh jo chala usool, help kar, help, help nahi karo, balke us ko thokar khane do, un ko musibat uthane do taake un ke andar jo potential hai, woh jaage.</w:t>
      </w:r>
      <w:r>
        <w:br/>
      </w:r>
      <w:r>
        <w:rPr>
          <w:sz w:val="20"/>
        </w:rPr>
        <w:t>21:15  log potential ko jaagne nahi dete, potential ko jaagne nahi dete.</w:t>
      </w:r>
      <w:r>
        <w:br/>
      </w:r>
      <w:r>
        <w:rPr>
          <w:sz w:val="20"/>
        </w:rPr>
        <w:t>21:23  yeh itni badi hikmat hai. quran mein ayat likhi hai: "inna ma'al usri yusra".</w:t>
      </w:r>
      <w:r>
        <w:br/>
      </w:r>
      <w:r>
        <w:rPr>
          <w:sz w:val="20"/>
        </w:rPr>
        <w:t>21:33  "inna ma'al usri yusra". kya tarjuma is ka hai? beshak, aasani mushkil ke sath aasani hai.</w:t>
      </w:r>
      <w:r>
        <w:br/>
      </w:r>
      <w:r>
        <w:rPr>
          <w:sz w:val="20"/>
        </w:rPr>
        <w:t>21:44  haan, mushkil ke sath aasani hai. jo mushkil hai, usi ke sath aayegi aasani, yani kamyabi.</w:t>
      </w:r>
      <w:r>
        <w:br/>
      </w:r>
      <w:r>
        <w:rPr>
          <w:sz w:val="20"/>
        </w:rPr>
        <w:t>21:55  shakk chale gaye ke shakk, shakk se insaan ke raste khulenge, us ki aqal zyada kaam karegi. yeh allah ta'ala ki hikmat hai.</w:t>
      </w:r>
      <w:r>
        <w:br/>
      </w:r>
      <w:r>
        <w:rPr>
          <w:sz w:val="20"/>
        </w:rPr>
        <w:t>22:09  to is ke mani yeh hue ke allah chahta hai ke insaan apni khudadad jo aqal hai, us ko istemal kare.</w:t>
      </w:r>
      <w:r>
        <w:br/>
      </w:r>
      <w:r>
        <w:rPr>
          <w:sz w:val="20"/>
        </w:rPr>
        <w:t>22:21  aur aap jab help faraham karte hain logon ko, help to aap un ki khazana aqal ko sla dete hain, aur idhar udhar ki aqal chalata hai.</w:t>
      </w:r>
      <w:r>
        <w:br/>
      </w:r>
      <w:r>
        <w:rPr>
          <w:sz w:val="20"/>
        </w:rPr>
        <w:t>22:34  woh, woh, woh aqal jo khudadad aqal hai, woh thodi us ko sla deta hai. woh aadmi ab hum ne bohat us ki study ki hai.</w:t>
      </w:r>
      <w:r>
        <w:br/>
      </w:r>
      <w:r>
        <w:rPr>
          <w:sz w:val="20"/>
        </w:rPr>
        <w:t>22:45  jin logon ko musibat nahi padi hai, musibat padi hai, unhone taraqqiyan ki hain. khud apne gharon mein ne dekha, hamara family, hamari family bohat badi thi.</w:t>
      </w:r>
      <w:r>
        <w:br/>
      </w:r>
      <w:r>
        <w:rPr>
          <w:sz w:val="20"/>
        </w:rPr>
        <w:t>22:57  is mein mere jo barhe bhai the, abdul aziz khan, woh bohat hi khasta halat mein the, aur ghar mein un ko, un ko achhe nahi samajh aata tha.</w:t>
      </w:r>
      <w:r>
        <w:br/>
      </w:r>
      <w:r>
        <w:rPr>
          <w:sz w:val="20"/>
        </w:rPr>
        <w:t>23:14  yahan tak ke kuch, kuch logon ne un ko manhous karna shuru kar diya tha. is shakhs ke andar jo, jo, jo, jo un ko jo mashaqqatain padi hain, un ko jo musibatein padi hain, un ko jo sakht halaat ka samna karna pada, to hero hero ban gaye.</w:t>
      </w:r>
      <w:r>
        <w:br/>
      </w:r>
      <w:r>
        <w:rPr>
          <w:sz w:val="20"/>
        </w:rPr>
        <w:t>23:33  mere barhe bhai the, woh hero ban gaye. poore khandan mein sab se zyada taraqqi unhone ki, poore khandan mein sab se zyada taraqqi unhone ki.</w:t>
      </w:r>
      <w:r>
        <w:br/>
      </w:r>
      <w:r>
        <w:rPr>
          <w:sz w:val="20"/>
        </w:rPr>
        <w:t>23:43  aur jin logon ko khud aaram dega, lath pair dega, unhone kuch taraqqi nahi kar saki, kuch taraqqi nahi kar saki. to aaj main isi cheez ko chahta hoon ke aap log sochein ke yeh jo help ka tasawwur hai, woh natural nahi hai.</w:t>
      </w:r>
      <w:r>
        <w:br/>
      </w:r>
      <w:r>
        <w:rPr>
          <w:sz w:val="20"/>
        </w:rPr>
        <w:t>24:04  help ka matlab hai main help karta hoon logon ko ke main ne bohat si kitabein chhapi hain, wisdom par, raaz hayat waghera.</w:t>
      </w:r>
      <w:r>
        <w:br/>
      </w:r>
      <w:r>
        <w:rPr>
          <w:sz w:val="20"/>
        </w:rPr>
        <w:t>24:14  abhi english mein, urdu mein, hindi mein, us ko aap padhiye. to mere help ka tasawwur doosra hai.</w:t>
      </w:r>
      <w:r>
        <w:br/>
      </w:r>
      <w:r>
        <w:rPr>
          <w:sz w:val="20"/>
        </w:rPr>
        <w:t>24:25  logon ke help ka tasawwur yeh hai ke paisa banto, kapda banto, kambal banto, yani free mein logon ko cheezein do.</w:t>
      </w:r>
      <w:r>
        <w:br/>
      </w:r>
      <w:r>
        <w:rPr>
          <w:sz w:val="20"/>
        </w:rPr>
        <w:t>24:34  jo mother teresa ka jo model hai, log mother teresa ka model ko jantay hain ke free mein logon ko do, free mein do.</w:t>
      </w:r>
      <w:r>
        <w:br/>
      </w:r>
      <w:r>
        <w:rPr>
          <w:sz w:val="20"/>
        </w:rPr>
        <w:t>24:48  lekin aap jantay hain ke mother teresa ka ka mission bilkul fail hua. mother teresa ke upar us ki saheli thi, qareebi tareen us ki dost,</w:t>
      </w:r>
      <w:r>
        <w:br/>
      </w:r>
      <w:r>
        <w:rPr>
          <w:sz w:val="20"/>
        </w:rPr>
        <w:t>25:02  us ne kitab likhi hai. is kitab ka, is kitab mein us ne bataya hai ke she died in a agony.</w:t>
      </w:r>
      <w:r>
        <w:br/>
      </w:r>
      <w:r>
        <w:rPr>
          <w:sz w:val="20"/>
        </w:rPr>
        <w:t>25:13  she died in agony. mother teresa gham mein mari kyunke woh kuch mila nahi.</w:t>
      </w:r>
      <w:r>
        <w:br/>
      </w:r>
      <w:r>
        <w:rPr>
          <w:sz w:val="20"/>
        </w:rPr>
        <w:t>25:22  us ko us ke baad bulk sahib dekhiye, tata ko ke tata ne india ko aik tohfa diya,</w:t>
      </w:r>
      <w:r>
        <w:br/>
      </w:r>
      <w:r>
        <w:rPr>
          <w:sz w:val="20"/>
        </w:rPr>
        <w:t>25:34  steel ki industry, hawa jahaz, jo bari bari kitni cheezen hain jo is tata ne is mulk ko di hain.</w:t>
      </w:r>
      <w:r>
        <w:br/>
      </w:r>
      <w:r>
        <w:rPr>
          <w:sz w:val="20"/>
        </w:rPr>
        <w:t>25:48  to mein samajhta hoon ke aqalmand baap woh hai jo apne apne bete ko sakhtiyon mein chalne de,</w:t>
      </w:r>
      <w:r>
        <w:br/>
      </w:r>
      <w:r>
        <w:rPr>
          <w:sz w:val="20"/>
        </w:rPr>
        <w:t>26:03  us ko phir paisa kama kar free mein na de, apne bachon ko himayat karne de.</w:t>
      </w:r>
      <w:r>
        <w:br/>
      </w:r>
      <w:r>
        <w:rPr>
          <w:sz w:val="20"/>
        </w:rPr>
        <w:t>26:20  aap tajurba kar ke dijiye, do family ka aap compare kijiye. jis family ka baap jo hai museebaton mein raha hoga, us ko paisa itna nahi hoga ke bohat ziyada woh nawazay apne bete beti ko.</w:t>
      </w:r>
      <w:r>
        <w:br/>
      </w:r>
      <w:r>
        <w:rPr>
          <w:sz w:val="20"/>
        </w:rPr>
        <w:t>26:37  un ke bachay ziyada tarraqi karenge, aur jinho ne khoob bachon ko diya, un ko makhmal par, makhmal ke bistar par sulaya,</w:t>
      </w:r>
      <w:r>
        <w:br/>
      </w:r>
      <w:r>
        <w:rPr>
          <w:sz w:val="20"/>
        </w:rPr>
        <w:t>26:51  un ke bachay koi tarraqi nahi karte.</w:t>
      </w:r>
      <w:r>
        <w:br/>
      </w:r>
      <w:r>
        <w:rPr>
          <w:sz w:val="20"/>
        </w:rPr>
        <w:t>26:57  yeh hai law of nature.</w:t>
      </w:r>
      <w:r>
        <w:br/>
      </w:r>
      <w:r>
        <w:rPr>
          <w:sz w:val="20"/>
        </w:rPr>
        <w:t>27:01  law of nature poori tareekh mein Allah taala ne pressure ke zareeye, dabaao ke zareeye,</w:t>
      </w:r>
      <w:r>
        <w:br/>
      </w:r>
      <w:r>
        <w:rPr>
          <w:sz w:val="20"/>
        </w:rPr>
        <w:t>27:10  maseebat ke zareeye</w:t>
      </w:r>
      <w:r>
        <w:br/>
      </w:r>
      <w:r>
        <w:rPr>
          <w:sz w:val="20"/>
        </w:rPr>
        <w:t>27:13  tarraqi ke darwaze khole hain.</w:t>
      </w:r>
      <w:r>
        <w:br/>
      </w:r>
      <w:r>
        <w:rPr>
          <w:sz w:val="20"/>
        </w:rPr>
        <w:t>27:33  mein ne is pe bohat socha ke yahan tafseer ka lafz kyun hai, basharat ka lafz kyun hai, yani khushkhabri ka lafz kyun hai.</w:t>
      </w:r>
      <w:r>
        <w:br/>
      </w:r>
      <w:r>
        <w:rPr>
          <w:sz w:val="20"/>
        </w:rPr>
        <w:t>27:46  kyunke museebat hi mein tarraqian aati hain.</w:t>
      </w:r>
      <w:r>
        <w:br/>
      </w:r>
      <w:r>
        <w:rPr>
          <w:sz w:val="20"/>
        </w:rPr>
        <w:t>27:52  sabireen, sabr mein tarraqian hain. tarraqian sari ki sari sabr mein hain, aaram mein nahi hain, aaram mein nahi hain.</w:t>
      </w:r>
      <w:r>
        <w:br/>
      </w:r>
      <w:r>
        <w:rPr>
          <w:sz w:val="20"/>
        </w:rPr>
        <w:t>28:10  aap dekhiye, aaj jis ko hum kehte hain tehzeeb aur tarraqi yafta dunya, yeh kahan se nikli hai?</w:t>
      </w:r>
      <w:r>
        <w:br/>
      </w:r>
      <w:r>
        <w:rPr>
          <w:sz w:val="20"/>
        </w:rPr>
        <w:t>28:22  muslim musalmanon ne tarraqi ke zamanay mein kafi to un ka takrao hua</w:t>
      </w:r>
      <w:r>
        <w:br/>
      </w:r>
      <w:r>
        <w:rPr>
          <w:sz w:val="20"/>
        </w:rPr>
        <w:t>28:30  christian se, christian badshahaton jo qaim ho gayi theen us zamanay mein, jis ko kehte hain quraish.</w:t>
      </w:r>
      <w:r>
        <w:br/>
      </w:r>
      <w:r>
        <w:rPr>
          <w:sz w:val="20"/>
        </w:rPr>
        <w:t>28:40  quraishites, quraishites, do so saal tak quraishites ki jang jari rahi, yahan tak ke christian ko bohat zabardast nakami hui.</w:t>
      </w:r>
      <w:r>
        <w:br/>
      </w:r>
      <w:r>
        <w:rPr>
          <w:sz w:val="20"/>
        </w:rPr>
        <w:t>28:54  aik dam humanity debate hui un ko. yehi quraishites, baharon walay log jo the, wahi to modern technology unho ne develop ki,</w:t>
      </w:r>
      <w:r>
        <w:br/>
      </w:r>
      <w:r>
        <w:rPr>
          <w:sz w:val="20"/>
        </w:rPr>
        <w:t>29:07  yani zameen mein jo jo hidden khazanay the, hawa jahaz, railway, aur tamam dunya bhar ki technology, computer tak, woh kis ne discover ki?</w:t>
      </w:r>
      <w:r>
        <w:br/>
      </w:r>
      <w:r>
        <w:rPr>
          <w:sz w:val="20"/>
        </w:rPr>
        <w:t>29:23  unho ne, unho ne quraishites ki war mein bohat zabardast debate khai thi, bohat humanitarian debate.</w:t>
      </w:r>
    </w:p>
    <w:p>
      <w:pPr>
        <w:pStyle w:val="Heading2"/>
      </w:pPr>
      <w:r>
        <w:t>Addressing Accusations of Being Traitors</w:t>
      </w:r>
    </w:p>
    <w:p>
      <w:r>
        <w:rPr>
          <w:color w:val="666666"/>
          <w:sz w:val="18"/>
        </w:rPr>
        <w:t>The Prophet An Example of Modesty August 27, 2017 · 2m 43s · at 50:00 · https://youtu.be/aR3V4c8fQC4?t=3000</w:t>
      </w:r>
    </w:p>
    <w:p>
      <w:r>
        <w:rPr>
          <w:i/>
        </w:rPr>
        <w:t>“Even though I am an Indian and a proud one, still it pains me when our non-Muslim brothers mistrust us and call us traitors. How should people like me address such accusations?”</w:t>
      </w:r>
    </w:p>
    <w:p>
      <w:r>
        <w:rPr>
          <w:sz w:val="20"/>
        </w:rPr>
        <w:t>50:00  jazak Allah. Maulana, agla sawal bheja hai gufran sahab ne kanpur se, unhone likha hai, "Maulana sahab, even though I am an Indian and a proud one,</w:t>
      </w:r>
      <w:r>
        <w:br/>
      </w:r>
      <w:r>
        <w:rPr>
          <w:sz w:val="20"/>
        </w:rPr>
        <w:t>50:15  still it pains me when our non-Muslim brothers mistrust us aur call us traitors. How should people like me address such accusations?" Dekhiye,</w:t>
      </w:r>
      <w:r>
        <w:br/>
      </w:r>
      <w:r>
        <w:rPr>
          <w:sz w:val="20"/>
        </w:rPr>
        <w:t>50:31  is sawal ka jawab sirf ek hai.</w:t>
      </w:r>
      <w:r>
        <w:br/>
      </w:r>
      <w:r>
        <w:rPr>
          <w:sz w:val="20"/>
        </w:rPr>
        <w:t>50:37  Aap yeh mat dekhiye ke doosre aap ko kya kehte hain. Zindagi bhar maine yahi kiya hai, mere bahut zyada critique hai, bahut zyada.</w:t>
      </w:r>
      <w:r>
        <w:br/>
      </w:r>
      <w:r>
        <w:rPr>
          <w:sz w:val="20"/>
        </w:rPr>
        <w:t>50:50  Maine kabhi yeh nahin socha ke doosre mujhe kya kehte hain. Maine sirf apne dil mein jhaanka ke main khud kya hoon.</w:t>
      </w:r>
      <w:r>
        <w:br/>
      </w:r>
      <w:r>
        <w:rPr>
          <w:sz w:val="20"/>
        </w:rPr>
        <w:t>51:00  Agar maine paaya ke main woh nahin hoon jo log kehte hain to bas that was enough for me. Yeh maine sari zindagi kiya hai.</w:t>
      </w:r>
      <w:r>
        <w:br/>
      </w:r>
      <w:r>
        <w:rPr>
          <w:sz w:val="20"/>
        </w:rPr>
        <w:t>51:11  Aap ko pata hai ke maine poori history mein shayad itna zyada critique jitna mujh par kiya hai ke kisi aur par nahin hua.</w:t>
      </w:r>
      <w:r>
        <w:br/>
      </w:r>
      <w:r>
        <w:rPr>
          <w:sz w:val="20"/>
        </w:rPr>
        <w:t>51:23  Jaise kal ek sahab ne bataya ke aap to bahut hi zyada galat aadmi hain, aap rasool Allah ko mukammal usmani nahin mante.</w:t>
      </w:r>
      <w:r>
        <w:br/>
      </w:r>
      <w:r>
        <w:rPr>
          <w:sz w:val="20"/>
        </w:rPr>
        <w:t>51:37  Abhi kal ki baat hai ke ek sahab ne kaha ke aap bahut hi zyada galat aadmi hain kyunke aap rasool Allah ko mukammal usmani nahin mante.</w:t>
      </w:r>
      <w:r>
        <w:br/>
      </w:r>
      <w:r>
        <w:rPr>
          <w:sz w:val="20"/>
        </w:rPr>
        <w:t>51:47  To aap yaqeen kijiye ke maine un se koi behas nahin ki, apne dil mein dekha ke kya waqai mein rasool Allah ko mukammal usmani nahin manta. Mere dil ne kaha ke main mukammal se bhi zyada mukammal manta hoon,</w:t>
      </w:r>
      <w:r>
        <w:br/>
      </w:r>
      <w:r>
        <w:rPr>
          <w:sz w:val="20"/>
        </w:rPr>
        <w:t>52:03  mukammal se bhi zyada mukammal. To bas that was enough for me. Phir main un se kuch na mere dil mein koi ghussa hai na kuch nahin, koi shikayat hai na koi koi jawab diya maine un ko.</w:t>
      </w:r>
      <w:r>
        <w:br/>
      </w:r>
      <w:r>
        <w:rPr>
          <w:sz w:val="20"/>
        </w:rPr>
        <w:t>52:17  To sab se acha jawab jo main apne tajrube se hai woh yahi hai ke doosre kya kehte hain is ko mat dekhiye, aap apne dil mein jhaankiye ke aap khud kya hain, aap ke conscience ke mutabiq.</w:t>
      </w:r>
      <w:r>
        <w:br/>
      </w:r>
      <w:r>
        <w:rPr>
          <w:sz w:val="20"/>
        </w:rPr>
        <w:t>52:32  agar aap ke conscience ka hai ke aap right track par hain to bas mutmaen ho jaiye.</w:t>
      </w:r>
    </w:p>
    <w:p>
      <w:pPr>
        <w:pStyle w:val="Heading2"/>
      </w:pPr>
      <w:r>
        <w:t>Evil and injustice until Judgment Day</w:t>
      </w:r>
    </w:p>
    <w:p>
      <w:r>
        <w:rPr>
          <w:color w:val="666666"/>
          <w:sz w:val="18"/>
        </w:rPr>
        <w:t>Peace of Mind April 19, 2015 Maulana Wahiduddin Khan · 1m 59s · at 53:20 · https://youtu.be/bGLY0ALNtjw?t=3200</w:t>
      </w:r>
    </w:p>
    <w:p>
      <w:r>
        <w:rPr>
          <w:i/>
        </w:rPr>
        <w:t>“There will always be good and evil, and injustice will persist until the Day of Judgment. When will complete justice come?”</w:t>
      </w:r>
    </w:p>
    <w:p>
      <w:r>
        <w:rPr>
          <w:sz w:val="20"/>
        </w:rPr>
        <w:t>53:20  maulana agla sawal UK se kiya hai doctor hina khan ne.</w:t>
      </w:r>
      <w:r>
        <w:br/>
      </w:r>
      <w:r>
        <w:rPr>
          <w:sz w:val="20"/>
        </w:rPr>
        <w:t>53:25  aur unhon ne likha hai:</w:t>
      </w:r>
      <w:r>
        <w:br/>
      </w:r>
      <w:r>
        <w:rPr>
          <w:sz w:val="20"/>
        </w:rPr>
        <w:t>53:28  There will always be good and evil, injustice will always be there until Day of Judgment, when complete</w:t>
      </w:r>
      <w:r>
        <w:br/>
      </w:r>
      <w:r>
        <w:rPr>
          <w:sz w:val="20"/>
        </w:rPr>
        <w:t>53:36  justice will be given by god himself.</w:t>
      </w:r>
      <w:r>
        <w:br/>
      </w:r>
      <w:r>
        <w:rPr>
          <w:sz w:val="20"/>
        </w:rPr>
        <w:t>53:39  who will hold the heavens in his right hand, and the earth will be held in his hand.</w:t>
      </w:r>
      <w:r>
        <w:br/>
      </w:r>
      <w:r>
        <w:rPr>
          <w:sz w:val="20"/>
        </w:rPr>
        <w:t>53:45  The Prophet also said that help zalim and mazloom both, and the help of zalim is to stop him from zulm.</w:t>
      </w:r>
      <w:r>
        <w:br/>
      </w:r>
      <w:r>
        <w:rPr>
          <w:sz w:val="20"/>
        </w:rPr>
        <w:t>53:55  maulana please explain how to differentiate this from complaining and protesting.</w:t>
      </w:r>
      <w:r>
        <w:br/>
      </w:r>
      <w:r>
        <w:rPr>
          <w:sz w:val="20"/>
        </w:rPr>
        <w:t>54:00  Bhai, mein toh yahi baat aaj kahi hai ke jo cheez challenge aur comprehension ka jo phenomena hai,</w:t>
      </w:r>
      <w:r>
        <w:br/>
      </w:r>
      <w:r>
        <w:rPr>
          <w:sz w:val="20"/>
        </w:rPr>
        <w:t>54:09  اس کو وہ zulm ka phenomena بتاتے ہیں۔</w:t>
      </w:r>
      <w:r>
        <w:br/>
      </w:r>
      <w:r>
        <w:rPr>
          <w:sz w:val="20"/>
        </w:rPr>
        <w:t>54:12  challenge to rahega, compression to rahega.</w:t>
      </w:r>
      <w:r>
        <w:br/>
      </w:r>
      <w:r>
        <w:rPr>
          <w:sz w:val="20"/>
        </w:rPr>
        <w:t>54:14  is liye yeh bhi, yeh soorat-e-haal bhi rahegi.</w:t>
      </w:r>
      <w:r>
        <w:br/>
      </w:r>
      <w:r>
        <w:rPr>
          <w:sz w:val="20"/>
        </w:rPr>
        <w:t>54:18  اور جہاں کوئی آدمی پچھڑ جاتا ہے تو اس کا incentive جاگتا ہے۔</w:t>
      </w:r>
      <w:r>
        <w:br/>
      </w:r>
      <w:r>
        <w:rPr>
          <w:sz w:val="20"/>
        </w:rPr>
        <w:t>54:23  har aadmi apne aas paas dekh sakta hai ke jo log, yaani pichhad gaye, kisi wajah se ghareeb</w:t>
      </w:r>
      <w:r>
        <w:br/>
      </w:r>
      <w:r>
        <w:rPr>
          <w:sz w:val="20"/>
        </w:rPr>
        <w:t>54:30  ہو گئے، ان کے اندر incentive جاگا، ان میں نہیں تو بچوں میں جاگا، اور انہوں نے بڑی</w:t>
      </w:r>
      <w:r>
        <w:br/>
      </w:r>
      <w:r>
        <w:rPr>
          <w:sz w:val="20"/>
        </w:rPr>
        <w:t>54:34  badi taraqqiyan keen.</w:t>
      </w:r>
      <w:r>
        <w:br/>
      </w:r>
      <w:r>
        <w:rPr>
          <w:sz w:val="20"/>
        </w:rPr>
        <w:t>54:37  تو دنیا میں جو ہے وہ سب سے امپورٹنٹ چیز ہے incentive.</w:t>
      </w:r>
      <w:r>
        <w:br/>
      </w:r>
      <w:r>
        <w:rPr>
          <w:sz w:val="20"/>
        </w:rPr>
        <w:t>54:42  Incentive sabse badi important cheez hai.</w:t>
      </w:r>
      <w:r>
        <w:br/>
      </w:r>
      <w:r>
        <w:rPr>
          <w:sz w:val="20"/>
        </w:rPr>
        <w:t>54:45  to is par zor dijiye.</w:t>
      </w:r>
      <w:r>
        <w:br/>
      </w:r>
      <w:r>
        <w:rPr>
          <w:sz w:val="20"/>
        </w:rPr>
        <w:t>54:47  is par zor dijiye ke log jo hain sahi rukh se cheezon ko dekhen.</w:t>
      </w:r>
      <w:r>
        <w:br/>
      </w:r>
      <w:r>
        <w:rPr>
          <w:sz w:val="20"/>
        </w:rPr>
        <w:t>54:52  aur duty ko focus kijiye.</w:t>
      </w:r>
      <w:r>
        <w:br/>
      </w:r>
      <w:r>
        <w:rPr>
          <w:sz w:val="20"/>
        </w:rPr>
        <w:t>54:58  duty ko focus kijiye.</w:t>
      </w:r>
      <w:r>
        <w:br/>
      </w:r>
      <w:r>
        <w:rPr>
          <w:sz w:val="20"/>
        </w:rPr>
        <w:t>54:59  right ko focus karenge to ab tak kuch nahi hua, aindah bhi kuch nahi hone wala.</w:t>
      </w:r>
      <w:r>
        <w:br/>
      </w:r>
      <w:r>
        <w:rPr>
          <w:sz w:val="20"/>
        </w:rPr>
        <w:t>55:05  right ko focus karna, mein samajhta hoon ke is se kuch, siwaye protest karne ke, kuch milta nahin.</w:t>
      </w:r>
      <w:r>
        <w:br/>
      </w:r>
      <w:r>
        <w:rPr>
          <w:sz w:val="20"/>
        </w:rPr>
        <w:t>55:11  لیکن duty کو اگر focus کریں تو بڑی بڑی ترقیاں ہو سکتی ہیں۔</w:t>
      </w:r>
      <w:r>
        <w:br/>
      </w:r>
      <w:r>
        <w:rPr>
          <w:sz w:val="20"/>
        </w:rPr>
        <w:t>55:15  aur jaisa ke maine arz kiya, singapore is ki ek behtareen misaal hai.</w:t>
      </w:r>
    </w:p>
    <w:p>
      <w:pPr>
        <w:pStyle w:val="Heading2"/>
      </w:pPr>
      <w:r>
        <w:t>Dealing with Family Discord and Anger</w:t>
      </w:r>
    </w:p>
    <w:p>
      <w:r>
        <w:rPr>
          <w:color w:val="666666"/>
          <w:sz w:val="18"/>
        </w:rPr>
        <w:t>God and Man February 19, 2012 · 2m 18s · at 1:28:27 · https://youtu.be/rL4g0LOU3wo?t=5307</w:t>
      </w:r>
    </w:p>
    <w:p>
      <w:r>
        <w:rPr>
          <w:i/>
        </w:rPr>
        <w:t>“My mother has passed away. My elder brother lives separately. There is always discord between my brother and father. They fight a lot. Both are very angry. The peace of the house is destroyed. I have prayed a lot but no benefit. What should I do?”</w:t>
      </w:r>
    </w:p>
    <w:p>
      <w:r>
        <w:rPr>
          <w:sz w:val="20"/>
        </w:rPr>
        <w:t>1:28:27  aur har da'i ke andar yeh jazba hona chahiye. Maulana, agla sawal Ms. Nazneen ka hai Delhi se.</w:t>
      </w:r>
      <w:r>
        <w:br/>
      </w:r>
      <w:r>
        <w:rPr>
          <w:sz w:val="20"/>
        </w:rPr>
        <w:t>1:28:36  unho'n ne likha hai: "maulana, meri walida ki death ho chuki hai. bare bhai ghar se alag rehte hain.</w:t>
      </w:r>
      <w:r>
        <w:br/>
      </w:r>
      <w:r>
        <w:rPr>
          <w:sz w:val="20"/>
        </w:rPr>
        <w:t>1:28:45  mere bhai aur walid ke beech hamesha anban rehti hai. wo dono jab bhi milte hain, bohat jhagda karte hain. aur dono hi bohat ghusse wale hain. is wajah se ghar ka sukoon garat ho chuka hai. is ke liye maine logon se khoob dua'en karwai'n aur khud bhi dua'on ka khoob khoob wird kiya. lekin kuch faida nahi hua. k</w:t>
      </w:r>
      <w:r>
        <w:br/>
      </w:r>
      <w:r>
        <w:rPr>
          <w:sz w:val="20"/>
        </w:rPr>
        <w:t>1:29:13  ya aap ke nazdeek is ka koi hal hai, meharbani karke bata'en?" dekhiye, dua dosre ke islaah ke liye nahi hoti.</w:t>
      </w:r>
      <w:r>
        <w:br/>
      </w:r>
      <w:r>
        <w:rPr>
          <w:sz w:val="20"/>
        </w:rPr>
        <w:t>1:29:24  apni islaah ke liye hoti hai. aap jo hai dua'en karwa'en is liye ke wo log jo hain wo jhagda na kare'n. yeh to koi dua hi nahi hai.</w:t>
      </w:r>
      <w:r>
        <w:br/>
      </w:r>
      <w:r>
        <w:rPr>
          <w:sz w:val="20"/>
        </w:rPr>
        <w:t>1:29:33  yeh to wird hai.</w:t>
      </w:r>
      <w:r>
        <w:br/>
      </w:r>
      <w:r>
        <w:rPr>
          <w:sz w:val="20"/>
        </w:rPr>
        <w:t>1:29:36  nahi nahi, aap par jo negative thought ate hain, aap jo mutasir ho jati hain, to hadith mein aata hai ke "alaika nafsak" save your self.</w:t>
      </w:r>
      <w:r>
        <w:br/>
      </w:r>
      <w:r>
        <w:rPr>
          <w:sz w:val="20"/>
        </w:rPr>
        <w:t>1:29:49  to mein kaise bachao'n? apne apne ko bachane ke liye dua kijiye khuda se. wo jo dua karwai aap ne, quran khwani karai hogi, aap ne pata nahi kya karwaya hoga ke dosre logon ki islaah ho ja'e.</w:t>
      </w:r>
      <w:r>
        <w:br/>
      </w:r>
      <w:r>
        <w:rPr>
          <w:sz w:val="20"/>
        </w:rPr>
        <w:t>1:30:01  yeh kuch nahi.</w:t>
      </w:r>
      <w:r>
        <w:br/>
      </w:r>
      <w:r>
        <w:rPr>
          <w:sz w:val="20"/>
        </w:rPr>
        <w:t>1:30:04  aap ko in ko kitabein parhwa'iye. dua se is ki islaah nahi hua karti. in ko kitabein parhwa'iye. yani in ke mind ki re-engineering darkar hai, tab ja ke wo theek ho'nge.</w:t>
      </w:r>
      <w:r>
        <w:br/>
      </w:r>
      <w:r>
        <w:rPr>
          <w:sz w:val="20"/>
        </w:rPr>
        <w:t>1:30:18  dua se yeh sab batein islaah nahi hua karti. in ko kitabein parhwa'iye. aur jahan tak aap ka ta'alluq hai, aap sirf is baat ke liye dua kijiye ke aap mutasir na ho'n is se.</w:t>
      </w:r>
      <w:r>
        <w:br/>
      </w:r>
      <w:r>
        <w:rPr>
          <w:sz w:val="20"/>
        </w:rPr>
        <w:t>1:30:28  yani sare hangamo'n ke beech mein aap ki positivity bhang na ho.</w:t>
      </w:r>
      <w:r>
        <w:br/>
      </w:r>
      <w:r>
        <w:rPr>
          <w:sz w:val="20"/>
        </w:rPr>
        <w:t>1:30:34  yeh yeh is ke liye dua kijiye, is ki koshish kijiye. to save your self ka formula apna'iye. in ke liye formula hai ke in ko kitabein parhwa'iye. apne liye formula hai ke save your self.</w:t>
      </w:r>
    </w:p>
    <w:p>
      <w:pPr>
        <w:pStyle w:val="Heading2"/>
      </w:pPr>
      <w:r>
        <w:t>Advice for a Failed Person</w:t>
      </w:r>
    </w:p>
    <w:p>
      <w:r>
        <w:rPr>
          <w:color w:val="666666"/>
          <w:sz w:val="18"/>
        </w:rPr>
        <w:t>Angle of Vision February 28, 2016 · 4m 12s · at 1:03:02 · https://youtu.be/dFZ7_x1Ul7A?t=3782</w:t>
      </w:r>
    </w:p>
    <w:p>
      <w:r>
        <w:rPr>
          <w:i/>
        </w:rPr>
        <w:t>“I think I am a failed person. I don't have higher education nor a permanent job.”</w:t>
      </w:r>
    </w:p>
    <w:p>
      <w:r>
        <w:rPr>
          <w:sz w:val="20"/>
        </w:rPr>
        <w:t>1:03:02  Maulana agla sawal Zia ur Rehman sahib ka hai unhon ne apni location nahi bheji hai un ka sawal</w:t>
      </w:r>
      <w:r>
        <w:br/>
      </w:r>
      <w:r>
        <w:rPr>
          <w:sz w:val="20"/>
        </w:rPr>
        <w:t>1:03:08  hai I think I am a failed person.</w:t>
      </w:r>
      <w:r>
        <w:br/>
      </w:r>
      <w:r>
        <w:rPr>
          <w:sz w:val="20"/>
        </w:rPr>
        <w:t>1:03:15  I don't have higher education nor a permanent job.</w:t>
      </w:r>
      <w:r>
        <w:br/>
      </w:r>
      <w:r>
        <w:rPr>
          <w:sz w:val="20"/>
        </w:rPr>
        <w:t>1:03:20  So I am thinking to go abroad to get myself a chance for a good life for my</w:t>
      </w:r>
      <w:r>
        <w:br/>
      </w:r>
      <w:r>
        <w:rPr>
          <w:sz w:val="20"/>
        </w:rPr>
        <w:t>1:03:26  children and family.</w:t>
      </w:r>
      <w:r>
        <w:br/>
      </w:r>
      <w:r>
        <w:rPr>
          <w:sz w:val="20"/>
        </w:rPr>
        <w:t>1:03:31  Maulana sahib kindly guide me in this regard.</w:t>
      </w:r>
      <w:r>
        <w:br/>
      </w:r>
      <w:r>
        <w:rPr>
          <w:sz w:val="20"/>
        </w:rPr>
        <w:t>1:03:37  dekhiye, bahar jana koi choice nahi hai kyunke bahar ke mulkon mein yaani developed countries mein jo hai</w:t>
      </w:r>
      <w:r>
        <w:br/>
      </w:r>
      <w:r>
        <w:rPr>
          <w:sz w:val="20"/>
        </w:rPr>
        <w:t>1:03:42  bahut sakht competition hota hai.</w:t>
      </w:r>
      <w:r>
        <w:br/>
      </w:r>
      <w:r>
        <w:rPr>
          <w:sz w:val="20"/>
        </w:rPr>
        <w:t>1:03:48  sirf merit par wahan milte hain.</w:t>
      </w:r>
      <w:r>
        <w:br/>
      </w:r>
      <w:r>
        <w:rPr>
          <w:sz w:val="20"/>
        </w:rPr>
        <w:t>1:03:54  ameer jab aap ke paas deen India mein nahi kaam kare toh wahan kya kaam kare gi? jitne</w:t>
      </w:r>
      <w:r>
        <w:br/>
      </w:r>
      <w:r>
        <w:rPr>
          <w:sz w:val="20"/>
        </w:rPr>
        <w:t>1:03:59  bhi developed countries hain wahan sirf merit kaam kaam aati hai aur koi cheez kaam nahi aati.</w:t>
      </w:r>
      <w:r>
        <w:br/>
      </w:r>
      <w:r>
        <w:rPr>
          <w:sz w:val="20"/>
        </w:rPr>
        <w:t>1:04:05  aur koi cheez kaam nahi aati wahan toh jab aap ke paas koi aisi yaani aisi koi degree</w:t>
      </w:r>
      <w:r>
        <w:br/>
      </w:r>
      <w:r>
        <w:rPr>
          <w:sz w:val="20"/>
        </w:rPr>
        <w:t>1:04:10  nahi hai, expertise nahi hai toh wahan jaane ka koi koi matlab hi nahi banta.</w:t>
      </w:r>
      <w:r>
        <w:br/>
      </w:r>
      <w:r>
        <w:rPr>
          <w:sz w:val="20"/>
        </w:rPr>
        <w:t>1:04:16  aap ko sirf yeh karna hai ke India hi mein yeh sochein ke kaun si skill apne andar paida karun.</w:t>
      </w:r>
      <w:r>
        <w:br/>
      </w:r>
      <w:r>
        <w:rPr>
          <w:sz w:val="20"/>
        </w:rPr>
        <w:t>1:04:21  kisi skill ko apne andar develop karna pare ga training ke zariye se ya ya phir yeh ke</w:t>
      </w:r>
      <w:r>
        <w:br/>
      </w:r>
      <w:r>
        <w:rPr>
          <w:sz w:val="20"/>
        </w:rPr>
        <w:t>1:04:27  boht choti job par aadi ho jae.</w:t>
      </w:r>
      <w:r>
        <w:br/>
      </w:r>
      <w:r>
        <w:rPr>
          <w:sz w:val="20"/>
        </w:rPr>
        <w:t>1:04:33  aap dekhen, aaj ki society jo hai is mein do hi option hain aadmi ke liye: ya to</w:t>
      </w:r>
      <w:r>
        <w:br/>
      </w:r>
      <w:r>
        <w:rPr>
          <w:sz w:val="20"/>
        </w:rPr>
        <w:t>1:04:38  choti job par aadi ho jae ya phir skill paida kare apne andar.</w:t>
      </w:r>
      <w:r>
        <w:br/>
      </w:r>
      <w:r>
        <w:rPr>
          <w:sz w:val="20"/>
        </w:rPr>
        <w:t>1:04:44  jaise is dilli mein lakhon lakh log larkay aur larkiyan kaam karte hain, dharu gharon mein jharoo dete</w:t>
      </w:r>
      <w:r>
        <w:br/>
      </w:r>
      <w:r>
        <w:rPr>
          <w:sz w:val="20"/>
        </w:rPr>
        <w:t>1:04:49  hain, safai karte hain, wo un ko kaam lia hua hai.</w:t>
      </w:r>
      <w:r>
        <w:br/>
      </w:r>
      <w:r>
        <w:rPr>
          <w:sz w:val="20"/>
        </w:rPr>
        <w:t>1:04:55  har aadmi abhi ab koi chahe to kaam mil mil jae ga to lekin log chahte hain koi</w:t>
      </w:r>
      <w:r>
        <w:br/>
      </w:r>
      <w:r>
        <w:rPr>
          <w:sz w:val="20"/>
        </w:rPr>
        <w:t>1:05:00  kisi base par baith ke baithne wala job.</w:t>
      </w:r>
      <w:r>
        <w:br/>
      </w:r>
      <w:r>
        <w:rPr>
          <w:sz w:val="20"/>
        </w:rPr>
        <w:t>1:05:06  to dekhiye, job hamesha har har haal mein mojood rehta hai.</w:t>
      </w:r>
      <w:r>
        <w:br/>
      </w:r>
      <w:r>
        <w:rPr>
          <w:sz w:val="20"/>
        </w:rPr>
        <w:t>1:05:12  sirf yeh hai ke aap chahte hain zyada honorable job, wo nahi mil raha hai.</w:t>
      </w:r>
      <w:r>
        <w:br/>
      </w:r>
      <w:r>
        <w:rPr>
          <w:sz w:val="20"/>
        </w:rPr>
        <w:t>1:05:17  warna job to kia hai, agar aadmi derdi ho jae ghar ki safai par karne ka to sankron</w:t>
      </w:r>
      <w:r>
        <w:br/>
      </w:r>
      <w:r>
        <w:rPr>
          <w:sz w:val="20"/>
        </w:rPr>
        <w:t>1:05:23  job mojood hain aise aadmi ke liye.</w:t>
      </w:r>
      <w:r>
        <w:br/>
      </w:r>
      <w:r>
        <w:rPr>
          <w:sz w:val="20"/>
        </w:rPr>
        <w:t>1:05:28  to aap ko ya to choti job par raazi hona pare ga ya aap aisa karen ke koi</w:t>
      </w:r>
      <w:r>
        <w:br/>
      </w:r>
      <w:r>
        <w:rPr>
          <w:sz w:val="20"/>
        </w:rPr>
        <w:t>1:05:34  skill paida karen apne andar.</w:t>
      </w:r>
      <w:r>
        <w:br/>
      </w:r>
      <w:r>
        <w:rPr>
          <w:sz w:val="20"/>
        </w:rPr>
        <w:t>1:05:40  skill aik baat yeh hai, doosri baat yeh hai ke yeh tasawwur ghalat hai ke aap kaam kamain</w:t>
      </w:r>
      <w:r>
        <w:br/>
      </w:r>
      <w:r>
        <w:rPr>
          <w:sz w:val="20"/>
        </w:rPr>
        <w:t>1:05:45  ge to bachon ka kaam chle ga.</w:t>
      </w:r>
      <w:r>
        <w:br/>
      </w:r>
      <w:r>
        <w:rPr>
          <w:sz w:val="20"/>
        </w:rPr>
        <w:t>1:05:51  aap ki kamai se bachon ka koi talluq nahi hai.</w:t>
      </w:r>
      <w:r>
        <w:br/>
      </w:r>
      <w:r>
        <w:rPr>
          <w:sz w:val="20"/>
        </w:rPr>
        <w:t>1:05:56  bachon ke andar aap instinct bhi paida kiye mehnat mehnat ka.</w:t>
      </w:r>
      <w:r>
        <w:br/>
      </w:r>
      <w:r>
        <w:rPr>
          <w:sz w:val="20"/>
        </w:rPr>
        <w:t>1:06:02  abhi mein qissa bata chuka hoon shayad aap se.</w:t>
      </w:r>
      <w:r>
        <w:br/>
      </w:r>
      <w:r>
        <w:rPr>
          <w:sz w:val="20"/>
        </w:rPr>
        <w:t>1:06:07  hamare office mein aik sahab thay jo yahan kaam karte thay yani mamooli kaam tha un ka.</w:t>
      </w:r>
      <w:r>
        <w:br/>
      </w:r>
      <w:r>
        <w:rPr>
          <w:sz w:val="20"/>
        </w:rPr>
        <w:t>1:06:13  achanak uth ke death ho gai achanak to un ke kai chote chote bache thay.</w:t>
      </w:r>
      <w:r>
        <w:br/>
      </w:r>
      <w:r>
        <w:rPr>
          <w:sz w:val="20"/>
        </w:rPr>
        <w:t>1:06:19  to hum sab logon ne socha ke ab kia hoga, kia hoga lekin kia hoga? nature ne kaam</w:t>
      </w:r>
      <w:r>
        <w:br/>
      </w:r>
      <w:r>
        <w:rPr>
          <w:sz w:val="20"/>
        </w:rPr>
        <w:t>1:06:24  kia, nature ne har bache ke andar instinct jaag para ke mera baap mar gaya, ab mujhe kaam karna hai.</w:t>
      </w:r>
      <w:r>
        <w:br/>
      </w:r>
      <w:r>
        <w:rPr>
          <w:sz w:val="20"/>
        </w:rPr>
        <w:t>1:06:30  mera baap mar gaya, ab mujhe kaam karna hai.</w:t>
      </w:r>
      <w:r>
        <w:br/>
      </w:r>
      <w:r>
        <w:rPr>
          <w:sz w:val="20"/>
        </w:rPr>
        <w:t>1:06:35  to sab bachon ne parh dala aur aur job bhi mil gaya un ko aur mujhe pata chala</w:t>
      </w:r>
      <w:r>
        <w:br/>
      </w:r>
      <w:r>
        <w:rPr>
          <w:sz w:val="20"/>
        </w:rPr>
        <w:t>1:06:41  ke baqayda wo apne zaati ghar bana lia unhon ne.</w:t>
      </w:r>
      <w:r>
        <w:br/>
      </w:r>
      <w:r>
        <w:rPr>
          <w:sz w:val="20"/>
        </w:rPr>
        <w:t>1:06:46  zati ghar halankay baap nay kuch paisa nahi chora tha in kay liye, instinct chora tha.</w:t>
      </w:r>
      <w:r>
        <w:br/>
      </w:r>
      <w:r>
        <w:rPr>
          <w:sz w:val="20"/>
        </w:rPr>
        <w:t>1:06:52  Instinct to aap ko mein do baatein kahoon ga: aap khud apnay andar skill paida kijiye aur yeh</w:t>
      </w:r>
      <w:r>
        <w:br/>
      </w:r>
      <w:r>
        <w:rPr>
          <w:sz w:val="20"/>
        </w:rPr>
        <w:t>1:06:58  sochna chor dijiye ke aap kamayein gay to bachon ka kaam chalay ga.</w:t>
      </w:r>
      <w:r>
        <w:br/>
      </w:r>
      <w:r>
        <w:rPr>
          <w:sz w:val="20"/>
        </w:rPr>
        <w:t>1:07:03  Bachon kay liye tum mehnat karo, un kay liye instinct paida kijiye.</w:t>
      </w:r>
      <w:r>
        <w:br/>
      </w:r>
      <w:r>
        <w:rPr>
          <w:sz w:val="20"/>
        </w:rPr>
        <w:t>1:07:09  Yeh do baatein mein arz karoon ga aap say.</w:t>
      </w:r>
    </w:p>
    <w:p>
      <w:pPr>
        <w:pStyle w:val="Heading2"/>
      </w:pPr>
      <w:r>
        <w:t>Reasons for disharmony in present society</w:t>
      </w:r>
    </w:p>
    <w:p>
      <w:r>
        <w:rPr>
          <w:color w:val="666666"/>
          <w:sz w:val="18"/>
        </w:rPr>
        <w:t>Nation Building On India's Republic Day Jan 26, 2020 Maulana Wahiduddin Khan · 2m 20s · at 32:42 · https://youtu.be/58CVocbLAb8?t=1962</w:t>
      </w:r>
    </w:p>
    <w:p>
      <w:r>
        <w:rPr>
          <w:i/>
        </w:rPr>
        <w:t>“What according to you are the reasons for disharmony in the present society? Why are people all over the world so full of hatred today? Is it due to the rise of material interest or something else?”</w:t>
      </w:r>
    </w:p>
    <w:p>
      <w:r>
        <w:rPr>
          <w:sz w:val="20"/>
        </w:rPr>
        <w:t>32:42  Maulana kuch sawal lena chahenge. Yeh sawal bheja hai Ahmedabad se Syed Sirajuddin sahib ne.</w:t>
      </w:r>
      <w:r>
        <w:br/>
      </w:r>
      <w:r>
        <w:rPr>
          <w:sz w:val="20"/>
        </w:rPr>
        <w:t>32:51  unho ne likha hai: "maulana what according to you are the reasons for disharmony in the present society?</w:t>
      </w:r>
      <w:r>
        <w:br/>
      </w:r>
      <w:r>
        <w:rPr>
          <w:sz w:val="20"/>
        </w:rPr>
        <w:t>32:59  Why are people all over the world so full of hatred today? Is it due to the rise of material interest or something else?"</w:t>
      </w:r>
      <w:r>
        <w:br/>
      </w:r>
      <w:r>
        <w:rPr>
          <w:sz w:val="20"/>
        </w:rPr>
        <w:t>33:13  dekhen main</w:t>
      </w:r>
      <w:r>
        <w:br/>
      </w:r>
      <w:r>
        <w:rPr>
          <w:sz w:val="20"/>
        </w:rPr>
        <w:t>33:18  main yeh keh sakta hoon apne baray mein ke main by birth positive thinker hoon.</w:t>
      </w:r>
      <w:r>
        <w:br/>
      </w:r>
      <w:r>
        <w:rPr>
          <w:sz w:val="20"/>
        </w:rPr>
        <w:t>33:29  By birth positive thinker hoon. jab main chota tha, chota, to mujhe yaad hai ke hamare gaon mein, hamare paros mein ek chori hui, jaruri ki.</w:t>
      </w:r>
      <w:r>
        <w:br/>
      </w:r>
      <w:r>
        <w:rPr>
          <w:sz w:val="20"/>
        </w:rPr>
        <w:t>33:50  to ghar ke kisi aadmi ne, main wahan bachpan ka jawan tha, aise aata jata tha, to kisi ne mera naam le liya ke main nikal le gaya golri.</w:t>
      </w:r>
      <w:r>
        <w:br/>
      </w:r>
      <w:r>
        <w:rPr>
          <w:sz w:val="20"/>
        </w:rPr>
        <w:t>34:08  to aap yaqeen kijiye ke main hansne hansne hansne laga ke kitni absurd baat hai ke main chori karoon ga?</w:t>
      </w:r>
      <w:r>
        <w:br/>
      </w:r>
      <w:r>
        <w:rPr>
          <w:sz w:val="20"/>
        </w:rPr>
        <w:t>34:17  kis liye? to main bachpan se main positive thinker hoon. to har cheez mein positivity dhoondna.</w:t>
      </w:r>
      <w:r>
        <w:br/>
      </w:r>
      <w:r>
        <w:rPr>
          <w:sz w:val="20"/>
        </w:rPr>
        <w:t>34:33  jaise aap dekhiye ke quran se kuch log nikalte hain jihad, jihad. aur isi quran se maine nikala, dekhiye aaj, ke spirit of struggle, isi waqt aap peaceful struggle.</w:t>
      </w:r>
      <w:r>
        <w:br/>
      </w:r>
      <w:r>
        <w:rPr>
          <w:sz w:val="20"/>
        </w:rPr>
        <w:t>34:50  to yeh meri allah taala ki dein hai ke main bachpan se positive thinker hoon.</w:t>
      </w:r>
    </w:p>
    <w:p>
      <w:pPr>
        <w:pStyle w:val="Heading2"/>
      </w:pPr>
      <w:r>
        <w:t>Why people fight for greatness of religion</w:t>
      </w:r>
    </w:p>
    <w:p>
      <w:r>
        <w:rPr>
          <w:color w:val="666666"/>
          <w:sz w:val="18"/>
        </w:rPr>
        <w:t>The Problem of Conditioning April 22, 2012 · 5m 42s · at 1:06:19 · https://youtu.be/j-kJQzOz46g?t=3979</w:t>
      </w:r>
    </w:p>
    <w:p>
      <w:r>
        <w:rPr>
          <w:i/>
        </w:rPr>
        <w:t>“I want to know why people fight for the greatness of religion.”</w:t>
      </w:r>
    </w:p>
    <w:p>
      <w:r>
        <w:rPr>
          <w:sz w:val="20"/>
        </w:rPr>
        <w:t>1:06:19  maulana, agla sawal dilli se hai, Mr. Luvpreet Singh ne likha hai.</w:t>
      </w:r>
      <w:r>
        <w:br/>
      </w:r>
      <w:r>
        <w:rPr>
          <w:sz w:val="20"/>
        </w:rPr>
        <w:t>1:06:23  unhon ne aapse poocha hai ke "I want to know why people fight for the greatness of religion."</w:t>
      </w:r>
      <w:r>
        <w:br/>
      </w:r>
      <w:r>
        <w:rPr>
          <w:sz w:val="20"/>
        </w:rPr>
        <w:t>1:06:35  yeh to bilkul, yani mazhab ke khilaf hai ke mazhab ki greatness ki ladai jaye. yeh to political banana hai.</w:t>
      </w:r>
      <w:r>
        <w:br/>
      </w:r>
      <w:r>
        <w:rPr>
          <w:sz w:val="20"/>
        </w:rPr>
        <w:t>1:06:44  "Does it politicize religion?" yani mazhab ko political banana</w:t>
      </w:r>
      <w:r>
        <w:br/>
      </w:r>
      <w:r>
        <w:rPr>
          <w:sz w:val="20"/>
        </w:rPr>
        <w:t>1:06:50  hai. mazhab to ek spiritual message hai. spiritual development is ka nishana hota hai. to fight se kehta hai log is ka greatness kis ko milegi?</w:t>
      </w:r>
      <w:r>
        <w:br/>
      </w:r>
      <w:r>
        <w:rPr>
          <w:sz w:val="20"/>
        </w:rPr>
        <w:t>1:07:02  mazhab ko thodi jo mazhab ke naam par apna chahte hain power capture karna. to beharhal, mazhab ke greatness ke liye jo ladai ladi jaye, woh bilashuba mazhab se koi is ka taluq nahi hai.</w:t>
      </w:r>
      <w:r>
        <w:br/>
      </w:r>
      <w:r>
        <w:rPr>
          <w:sz w:val="20"/>
        </w:rPr>
        <w:t>1:07:17  woh to leadership hai. kuch log leadership karte hain mazhab ke naam par,</w:t>
      </w:r>
      <w:r>
        <w:br/>
      </w:r>
      <w:r>
        <w:rPr>
          <w:sz w:val="20"/>
        </w:rPr>
        <w:t>1:07:21  na Islam mein hai, na kisi aur mazhab mein hai. yeh is qism ki ladai jo hai, na Islam mein hai, na na kisi doosre mazhab mein hai. Mr. Mohammad Zamir Kamti sahib ne Nagpur se sawal kiya hai.</w:t>
      </w:r>
      <w:r>
        <w:br/>
      </w:r>
      <w:r>
        <w:rPr>
          <w:sz w:val="20"/>
        </w:rPr>
        <w:t>1:07:36  unhon ne likha hai: "mad'u ke liye zyada effective Islam kya hai? theoretical Islam ya practical Islam?</w:t>
      </w:r>
      <w:r>
        <w:br/>
      </w:r>
      <w:r>
        <w:rPr>
          <w:sz w:val="20"/>
        </w:rPr>
        <w:t>1:07:44  yani mutale'e wala Islam ya mushahde wala Islam?" mushahde wala Islam koi hota hi nahi. ek hi Islam hai, woh mutale'e wala hai.</w:t>
      </w:r>
      <w:r>
        <w:br/>
      </w:r>
      <w:r>
        <w:rPr>
          <w:sz w:val="20"/>
        </w:rPr>
        <w:t>1:07:54  yeh, yeh nazariya hi galat hai. yeh to ek sahib ne kitab likhi hai, shahadat-e-haq, is mein dikhaya hai ke woh qouli shahadat, amli shahadat, yeh bilashuba bilkul be-asal hai, baseless hai.</w:t>
      </w:r>
      <w:r>
        <w:br/>
      </w:r>
      <w:r>
        <w:rPr>
          <w:sz w:val="20"/>
        </w:rPr>
        <w:t>1:08:08  amli shahadat kuch nahi hoti. qooli shahadat hi fidaai dawat hoti hai. aap dekhen, rasool Allah sal Allah alaihi wasallam ne makkah mein kya kiya tha? quran sunate the, bas qooli shahadat de dete the.</w:t>
      </w:r>
      <w:r>
        <w:br/>
      </w:r>
      <w:r>
        <w:rPr>
          <w:sz w:val="20"/>
        </w:rPr>
        <w:t>1:08:19  madinah gaye sahaba to woh kya karte the? woh un ko muqarrar kehte the log, yaani parh ke sunane wala.</w:t>
      </w:r>
      <w:r>
        <w:br/>
      </w:r>
      <w:r>
        <w:rPr>
          <w:sz w:val="20"/>
        </w:rPr>
        <w:t>1:08:26  to amli shahadat ka tasawwur bilkul baseless hai. is ka Islam se koi talluq nahi. dawat yaad rakhiye, hamesha qol ke zariye hoti hai aur is ko jo taqat di jati hai, woh daleel ke zariye, amli, amli namune se nahi.</w:t>
      </w:r>
      <w:r>
        <w:br/>
      </w:r>
      <w:r>
        <w:rPr>
          <w:sz w:val="20"/>
        </w:rPr>
        <w:t>1:08:41  yeh nazariya bilkul batil hai, mere nazdeek ke koi amli namuna ho, is se aap la kar ke mutasir karen</w:t>
      </w:r>
      <w:r>
        <w:br/>
      </w:r>
      <w:r>
        <w:rPr>
          <w:sz w:val="20"/>
        </w:rPr>
        <w:t>1:08:49  madu ko. nahi, apni dawat ke haq mein jo cheezen aap ko jama karna hain, woh dalail, reason, is se is ko fortify kijiye.</w:t>
      </w:r>
      <w:r>
        <w:br/>
      </w:r>
      <w:r>
        <w:rPr>
          <w:sz w:val="20"/>
        </w:rPr>
        <w:t>1:08:58  to dawat ki taqat daleel hai. dawat ki taqat amli nizam, nizam nahi hai. yeh bilkul batil tasawwur hai ke dawat ki taqat amli nizam hai.</w:t>
      </w:r>
      <w:r>
        <w:br/>
      </w:r>
      <w:r>
        <w:rPr>
          <w:sz w:val="20"/>
        </w:rPr>
        <w:t>1:09:08  dawat ki taqat hai daleel, reason, haqaiq.</w:t>
      </w:r>
      <w:r>
        <w:br/>
      </w:r>
      <w:r>
        <w:rPr>
          <w:sz w:val="20"/>
        </w:rPr>
        <w:t>1:09:17  maulana, in ka doosra sawal yeh hai ke quran se musalmanon ki doori ka sabab kya hai? sabab kya hai?</w:t>
      </w:r>
      <w:r>
        <w:br/>
      </w:r>
      <w:r>
        <w:rPr>
          <w:sz w:val="20"/>
        </w:rPr>
        <w:t>1:09:26  yeh to hota hi hai, har qaum mein hota hai, baad ki naslon mein. to musalmanon ki baat nahi hai. fatala alaina mawat fa qasut qulubuhum tool-e-umar se qasawat aati hai, tool-e-umar se spirit khatam ho jati hai,</w:t>
      </w:r>
      <w:r>
        <w:br/>
      </w:r>
      <w:r>
        <w:rPr>
          <w:sz w:val="20"/>
        </w:rPr>
        <w:t>1:09:43  tool-e-umar se woh haqeeqi Islam jo hai, baqi nahi rehta. wahi hua hai musalmanon ke mamle mein.</w:t>
      </w:r>
      <w:r>
        <w:br/>
      </w:r>
      <w:r>
        <w:rPr>
          <w:sz w:val="20"/>
        </w:rPr>
        <w:t>1:09:53  yeh sara mamla hai, tool-e-umar ka phenomena hai. yeh maulana, yeh sawal Karachi Pakistan se hai, Mr Abdul Lateef sahib ka</w:t>
      </w:r>
      <w:r>
        <w:br/>
      </w:r>
      <w:r>
        <w:rPr>
          <w:sz w:val="20"/>
        </w:rPr>
        <w:t>1:10:05  . unhon ne likha hai: "main jis tarah toofan aur barish se paida shuda masail aur mushkilat ka hal talash karta hoon, usi tarah insanon ki taraf se paida shuda masail aur mushkilat ka hal, hal bhi ehtejaj aur shor o gul karne ke bajaye, is ka hal talash karta hoon.</w:t>
      </w:r>
      <w:r>
        <w:br/>
      </w:r>
      <w:r>
        <w:rPr>
          <w:sz w:val="20"/>
        </w:rPr>
        <w:t>1:10:28  kyun ke main dono qism ke masail ko Allah ki taraf se samajhta hoon,</w:t>
      </w:r>
      <w:r>
        <w:br/>
      </w:r>
      <w:r>
        <w:rPr>
          <w:sz w:val="20"/>
        </w:rPr>
        <w:t>1:10:34  barish ke masail ko bhi aur insan ki taraf se aanay wale masail ko bhi. kyun ke insan bhi Allah ki di hui azadi ka galat istemal kar ke masail paida karta hai.</w:t>
      </w:r>
      <w:r>
        <w:br/>
      </w:r>
      <w:r>
        <w:rPr>
          <w:sz w:val="20"/>
        </w:rPr>
        <w:t>1:10:47  maulana sahib, mera yeh, meri yeh samajh kis had tak sahi hai?"</w:t>
      </w:r>
      <w:r>
        <w:br/>
      </w:r>
      <w:r>
        <w:rPr>
          <w:sz w:val="20"/>
        </w:rPr>
        <w:t>1:10:56  haan, insan ki taraf se jo masail paida hon, is ke liye kya hai? sabr hai, sabr hai.</w:t>
      </w:r>
      <w:r>
        <w:br/>
      </w:r>
      <w:r>
        <w:rPr>
          <w:sz w:val="20"/>
        </w:rPr>
        <w:t>1:11:05  barish aaye to is ke liye aap ko chhat banana hai. barish agar aati hai to aap ko chhat banana hai. garmi ka zamana aata hai to aap ko saya talash karna hai.</w:t>
      </w:r>
      <w:r>
        <w:br/>
      </w:r>
      <w:r>
        <w:rPr>
          <w:sz w:val="20"/>
        </w:rPr>
        <w:t>1:11:15  lekin insanon ki taraf jo masail paida hote hain, un ke liye sabr karna hai. sabr ke maani kya hote hain? sabr ke maani hote hain mabni bar harkat planning, reality based planning.</w:t>
      </w:r>
      <w:r>
        <w:br/>
      </w:r>
      <w:r>
        <w:rPr>
          <w:sz w:val="20"/>
        </w:rPr>
        <w:t>1:11:28  yeh hai sabr.</w:t>
      </w:r>
      <w:r>
        <w:br/>
      </w:r>
      <w:r>
        <w:rPr>
          <w:sz w:val="20"/>
        </w:rPr>
        <w:t>1:11:30  yaani halaat ka jaiza lijiye aur dekhiye ke aap ke wasail kya hain, fareeq-e-sani ke wasail kya hain.</w:t>
      </w:r>
      <w:r>
        <w:br/>
      </w:r>
      <w:r>
        <w:rPr>
          <w:sz w:val="20"/>
        </w:rPr>
        <w:t>1:11:41  to apni taqat aur apne wasail aur halaat ko le kar ke sare mamle ka jaiza liya jaye, phir jo naqsha banaya jaye amal ka, is ka naam hai planning.</w:t>
      </w:r>
      <w:r>
        <w:br/>
      </w:r>
      <w:r>
        <w:rPr>
          <w:sz w:val="20"/>
        </w:rPr>
        <w:t>1:11:52  isi ka naam hai sabr. yeh hai yaani sahi tareeqa is mamle mein.</w:t>
      </w:r>
    </w:p>
    <w:p>
      <w:pPr>
        <w:pStyle w:val="Heading2"/>
      </w:pPr>
      <w:r>
        <w:t>A Shia youth seeks guidance on new thinking</w:t>
      </w:r>
    </w:p>
    <w:p>
      <w:r>
        <w:rPr>
          <w:color w:val="666666"/>
          <w:sz w:val="18"/>
        </w:rPr>
        <w:t>Forget the Grievances, January 01, 2017 · 2m 07s · at 48:44 · https://youtu.be/zW4q8dl2cmw?t=2924</w:t>
      </w:r>
    </w:p>
    <w:p>
      <w:r>
        <w:rPr>
          <w:i/>
        </w:rPr>
        <w:t>“I am a Kashmiri young man, and I have been following you religiously from past many years. I am a Shia, but with new thinking.”</w:t>
      </w:r>
    </w:p>
    <w:p>
      <w:r>
        <w:rPr>
          <w:sz w:val="20"/>
        </w:rPr>
        <w:t>48:44  maulana, agla sawal dilli se kiya hai javed ahmad beg sahab ne, aur unhon ne likha hai ke:</w:t>
      </w:r>
      <w:r>
        <w:br/>
      </w:r>
      <w:r>
        <w:rPr>
          <w:sz w:val="20"/>
        </w:rPr>
        <w:t>48:52  I am a Kashmiri young man, and I have been following you religiously from past many years.</w:t>
      </w:r>
      <w:r>
        <w:br/>
      </w:r>
      <w:r>
        <w:rPr>
          <w:sz w:val="20"/>
        </w:rPr>
        <w:t>48:59  i am a shia, but with new thinking.</w:t>
      </w:r>
      <w:r>
        <w:br/>
      </w:r>
      <w:r>
        <w:rPr>
          <w:sz w:val="20"/>
        </w:rPr>
        <w:t>49:03  what would be the solution to the kashmir problem?" maulana sahab, please say something on this.</w:t>
      </w:r>
      <w:r>
        <w:br/>
      </w:r>
      <w:r>
        <w:rPr>
          <w:sz w:val="20"/>
        </w:rPr>
        <w:t>49:10  bhai, is par likh chuke hain kai kitaben, woh un ko aap parhiye, aap english mein bhi hain,</w:t>
      </w:r>
      <w:r>
        <w:br/>
      </w:r>
      <w:r>
        <w:rPr>
          <w:sz w:val="20"/>
        </w:rPr>
        <w:t>49:17  urdu mein bhi hain.</w:t>
      </w:r>
      <w:r>
        <w:br/>
      </w:r>
      <w:r>
        <w:rPr>
          <w:sz w:val="20"/>
        </w:rPr>
        <w:t>49:19  misal ke taur par "dawn aur kashmir" ek ek kitab hai, is ko aap parhiye.</w:t>
      </w:r>
      <w:r>
        <w:br/>
      </w:r>
      <w:r>
        <w:rPr>
          <w:sz w:val="20"/>
        </w:rPr>
        <w:t>49:24  "kashmir mein aman" ek kitab hai, is ko parhiye.</w:t>
      </w:r>
      <w:r>
        <w:br/>
      </w:r>
      <w:r>
        <w:rPr>
          <w:sz w:val="20"/>
        </w:rPr>
        <w:t>49:28  to sari baaten, bhai, likh chuka hoon.</w:t>
      </w:r>
      <w:r>
        <w:br/>
      </w:r>
      <w:r>
        <w:rPr>
          <w:sz w:val="20"/>
        </w:rPr>
        <w:t>49:31  ji, sari baaten, kai kitaben hain, sirf kashmiri par hain.</w:t>
      </w:r>
      <w:r>
        <w:br/>
      </w:r>
      <w:r>
        <w:rPr>
          <w:sz w:val="20"/>
        </w:rPr>
        <w:t>49:35  ji, is ko aap parhiye.</w:t>
      </w:r>
      <w:r>
        <w:br/>
      </w:r>
      <w:r>
        <w:rPr>
          <w:sz w:val="20"/>
        </w:rPr>
        <w:t>49:37  maulana, kuch aur comments parhna chahenge.</w:t>
      </w:r>
      <w:r>
        <w:br/>
      </w:r>
      <w:r>
        <w:rPr>
          <w:sz w:val="20"/>
        </w:rPr>
        <w:t>49:40  agle do comments kashmir se aaye hain.</w:t>
      </w:r>
      <w:r>
        <w:br/>
      </w:r>
      <w:r>
        <w:rPr>
          <w:sz w:val="20"/>
        </w:rPr>
        <w:t>49:43  پہلا کمنٹ کشمیر سے ہے مس قروتلین کا، انہوں نے لکھا ہے: "The only hope for the entire</w:t>
      </w:r>
      <w:r>
        <w:br/>
      </w:r>
      <w:r>
        <w:rPr>
          <w:sz w:val="20"/>
        </w:rPr>
        <w:t>49:51  world in general, and in particular for muslims world, is maulana teachings and interpretations of quran." agla comment</w:t>
      </w:r>
      <w:r>
        <w:br/>
      </w:r>
      <w:r>
        <w:rPr>
          <w:sz w:val="20"/>
        </w:rPr>
        <w:t>49:59  کشمیر سے بھیجا ہے مسٹر عامر موری صاحب نے، اور انہوں نے لکھا ہے: "Today's lecture was an</w:t>
      </w:r>
      <w:r>
        <w:br/>
      </w:r>
      <w:r>
        <w:rPr>
          <w:sz w:val="20"/>
        </w:rPr>
        <w:t>50:07  eye opener for all Kashmiris, including me.</w:t>
      </w:r>
      <w:r>
        <w:br/>
      </w:r>
      <w:r>
        <w:rPr>
          <w:sz w:val="20"/>
        </w:rPr>
        <w:t>50:10  i think da revival of da prophetic sunnah, wich is based on replanning and da'wah, can be</w:t>
      </w:r>
      <w:r>
        <w:br/>
      </w:r>
      <w:r>
        <w:rPr>
          <w:sz w:val="20"/>
        </w:rPr>
        <w:t>50:17  best examplified by kashmir, as the kashmir has many opportunities for doing global da'wah work. " agla comment bangalore</w:t>
      </w:r>
      <w:r>
        <w:br/>
      </w:r>
      <w:r>
        <w:rPr>
          <w:sz w:val="20"/>
        </w:rPr>
        <w:t>50:25  سے بھیجا ہے فیصل سلیم صاحب نے، اور انہوں نے لکھا ہے: "really got a point from the</w:t>
      </w:r>
      <w:r>
        <w:br/>
      </w:r>
      <w:r>
        <w:rPr>
          <w:sz w:val="20"/>
        </w:rPr>
        <w:t>50:33  lesson that we need to ignore the community problems and avail global opportunities. " maulana yaqoob umri ne dilli</w:t>
      </w:r>
      <w:r>
        <w:br/>
      </w:r>
      <w:r>
        <w:rPr>
          <w:sz w:val="20"/>
        </w:rPr>
        <w:t>50:40  سے کمنٹ بھیجا ہے: "مولانا صاحب، today's lectures just is to plan according to the global opportunities available,</w:t>
      </w:r>
      <w:r>
        <w:br/>
      </w:r>
      <w:r>
        <w:rPr>
          <w:sz w:val="20"/>
        </w:rPr>
        <w:t>50:48  and not according to the grievances of victimised community.</w:t>
      </w:r>
    </w:p>
    <w:p>
      <w:pPr>
        <w:pStyle w:val="Heading2"/>
      </w:pPr>
      <w:r>
        <w:t>Difficulty doing dawah in consumer culture</w:t>
      </w:r>
    </w:p>
    <w:p>
      <w:r>
        <w:rPr>
          <w:color w:val="666666"/>
          <w:sz w:val="18"/>
        </w:rPr>
        <w:t>Age Of Consumerism I January 6, 2013 Maulana Wahiduddin Khan · 2m 53s · at 1:06:03 · https://youtu.be/CuRYFl7JuEM?t=3963</w:t>
      </w:r>
    </w:p>
    <w:p>
      <w:r>
        <w:rPr>
          <w:i/>
        </w:rPr>
        <w:t>“Since four days I have been in Delhi. I am very sad to see the Delhiites. They are totally trapped in consumer and entertainment culture. They sleep late and get up late at 12 in the morning. I try to do dawah work, but nobody is ready to listen.”</w:t>
      </w:r>
    </w:p>
    <w:p>
      <w:r>
        <w:rPr>
          <w:sz w:val="20"/>
        </w:rPr>
        <w:t>1:06:03  Maulana, agla sawal Saharanpur se hai, Syed Mohsin Bilal Sahab ka. Unhon ne likha hai: "Since four days, I have been in Delhi.</w:t>
      </w:r>
      <w:r>
        <w:br/>
      </w:r>
      <w:r>
        <w:rPr>
          <w:sz w:val="20"/>
        </w:rPr>
        <w:t>1:06:13  I am very sad to see the Delhiites. They are totally trapped in consumer and entertaining culture.</w:t>
      </w:r>
      <w:r>
        <w:br/>
      </w:r>
      <w:r>
        <w:rPr>
          <w:sz w:val="20"/>
        </w:rPr>
        <w:t>1:06:21  They sleep late and they get up late at 12 in the morning. I try to do dawah work, but nobody is ready to listen.</w:t>
      </w:r>
      <w:r>
        <w:br/>
      </w:r>
      <w:r>
        <w:rPr>
          <w:sz w:val="20"/>
        </w:rPr>
        <w:t>1:06:31  they think they are intelligent. So how how to give message to these kind of intelligent people?</w:t>
      </w:r>
      <w:r>
        <w:br/>
      </w:r>
      <w:r>
        <w:rPr>
          <w:sz w:val="20"/>
        </w:rPr>
        <w:t>1:06:39  dekhiye, aisa hundred percent nahi hai. aap seekher ko talash kijiye, seekher isi mein ek shakhs seekher hoga.</w:t>
      </w:r>
      <w:r>
        <w:br/>
      </w:r>
      <w:r>
        <w:rPr>
          <w:sz w:val="20"/>
        </w:rPr>
        <w:t>1:06:49  misalan mein bata doon aap ko aaj hi ka experience, aaj ka</w:t>
      </w:r>
      <w:r>
        <w:br/>
      </w:r>
      <w:r>
        <w:rPr>
          <w:sz w:val="20"/>
        </w:rPr>
        <w:t>1:06:55  hamare paas ek sahab aaye jo senior professor, woh ab retire ho gaye hain. unke yaani woh eighties ke late eighties mein hain, woh uss waqt</w:t>
      </w:r>
      <w:r>
        <w:br/>
      </w:r>
      <w:r>
        <w:rPr>
          <w:sz w:val="20"/>
        </w:rPr>
        <w:t>1:07:11  to woh khud bhi English mein kitabein likhi hain. unhone to hamare paas aaye, ab taqreeban der tak rahe, woh hamare kai saathi bhi wahan maujood the.</w:t>
      </w:r>
      <w:r>
        <w:br/>
      </w:r>
      <w:r>
        <w:rPr>
          <w:sz w:val="20"/>
        </w:rPr>
        <w:t>1:07:27  to hamare haan kitabein unko di gayeen aur baatein huin. ab aaj hi unka message aaya, aaj hi bahut ajeeb o ghareeb message. aap bataiye kya message hai?</w:t>
      </w:r>
      <w:r>
        <w:br/>
      </w:r>
      <w:r>
        <w:rPr>
          <w:sz w:val="20"/>
        </w:rPr>
        <w:t>1:07:38  ah, well, he gave a call in the morning and he said that i been going through Maulana literature and i must say that its very rich and very comprehensive and daily i am getting you know something out of the literature.</w:t>
      </w:r>
      <w:r>
        <w:br/>
      </w:r>
      <w:r>
        <w:rPr>
          <w:sz w:val="20"/>
        </w:rPr>
        <w:t>1:07:52  in fact, ah, he finished one book yesterday itself and he was saying</w:t>
      </w:r>
      <w:r>
        <w:br/>
      </w:r>
      <w:r>
        <w:rPr>
          <w:sz w:val="20"/>
        </w:rPr>
        <w:t>1:07:57  that i will continue my study and when i reach back home back because he is in this travel, i am going to write a letter to Maulana sahib. and one additional thing he said, what he said that i want to congratulate Maulana sahib because there are lot of youngsters involved in this mission.</w:t>
      </w:r>
      <w:r>
        <w:br/>
      </w:r>
      <w:r>
        <w:rPr>
          <w:sz w:val="20"/>
        </w:rPr>
        <w:t>1:08:13  so he was very happy and very moved by Maulana sahib literature.</w:t>
      </w:r>
      <w:r>
        <w:br/>
      </w:r>
      <w:r>
        <w:rPr>
          <w:sz w:val="20"/>
        </w:rPr>
        <w:t>1:08:19  dekhein, asal baat kya hai? aap bheed ko koi dekhte hain, yaani sab ko le kar koi sochte hain. aap individual ko le kar sochiye, individual isi ko mein seekher keh raha hoon.</w:t>
      </w:r>
      <w:r>
        <w:br/>
      </w:r>
      <w:r>
        <w:rPr>
          <w:sz w:val="20"/>
        </w:rPr>
        <w:t>1:08:31  agar aap bheed ko le kar sochenge to hamesha aap ko mayoosi milegi,</w:t>
      </w:r>
      <w:r>
        <w:br/>
      </w:r>
      <w:r>
        <w:rPr>
          <w:sz w:val="20"/>
        </w:rPr>
        <w:t>1:08:38  frustration. lekin individual to hamesha maujood hote hain, un se kabhi dunya khali nahi hoti. to aap ka target individual hona chahiye, na ke bheed.</w:t>
      </w:r>
      <w:r>
        <w:br/>
      </w:r>
      <w:r>
        <w:rPr>
          <w:sz w:val="20"/>
        </w:rPr>
        <w:t>1:08:50  tab aap aisi baat nahi farmayenge.</w:t>
      </w:r>
    </w:p>
    <w:p>
      <w:pPr>
        <w:pStyle w:val="Heading2"/>
      </w:pPr>
      <w:r>
        <w:t>Discovering Modesty Before Others</w:t>
      </w:r>
    </w:p>
    <w:p>
      <w:r>
        <w:rPr>
          <w:color w:val="666666"/>
          <w:sz w:val="18"/>
        </w:rPr>
        <w:t>The Prophet An Example of Modesty August 27, 2017 · 1m 29s · at 46:36 · https://youtu.be/aR3V4c8fQC4?t=2796</w:t>
      </w:r>
    </w:p>
    <w:p>
      <w:r>
        <w:rPr>
          <w:i/>
        </w:rPr>
        <w:t>“Man is ready to discover his helplessness in comparison to God, but how should he discover his modesty in comparison to other men?”</w:t>
      </w:r>
    </w:p>
    <w:p>
      <w:r>
        <w:rPr>
          <w:sz w:val="20"/>
        </w:rPr>
        <w:t>46:36  doctor naghma siddiqui ne sawal likha hai delhi se, unhon ne likha hai, "Man is ready to discover his helplessness in comparison to God, but how should he discover his modesty in comparison to other men?" is ke bare mein batayein.</w:t>
      </w:r>
      <w:r>
        <w:br/>
      </w:r>
      <w:r>
        <w:rPr>
          <w:sz w:val="20"/>
        </w:rPr>
        <w:t>46:56  deykhiye, modesty ka taluq other men se nahi hai,</w:t>
      </w:r>
      <w:r>
        <w:br/>
      </w:r>
      <w:r>
        <w:rPr>
          <w:sz w:val="20"/>
        </w:rPr>
        <w:t>47:03  God se hai.</w:t>
      </w:r>
      <w:r>
        <w:br/>
      </w:r>
      <w:r>
        <w:rPr>
          <w:sz w:val="20"/>
        </w:rPr>
        <w:t>47:07  other men se to woh apne aap aa jata hai, alag se discover nahi karna hai.</w:t>
      </w:r>
      <w:r>
        <w:br/>
      </w:r>
      <w:r>
        <w:rPr>
          <w:sz w:val="20"/>
        </w:rPr>
        <w:t>47:16  allah rab ul alameen ke muqable mein jab aap apni modesty ko discover karte hain to aap aal madaris ban jaate hain, aal madaris, har aitbar se madaris, chahe doosra insan ho ya kuch bhi ho.</w:t>
      </w:r>
      <w:r>
        <w:br/>
      </w:r>
      <w:r>
        <w:rPr>
          <w:sz w:val="20"/>
        </w:rPr>
        <w:t>47:34  to hamara jo</w:t>
      </w:r>
      <w:r>
        <w:br/>
      </w:r>
      <w:r>
        <w:rPr>
          <w:sz w:val="20"/>
        </w:rPr>
        <w:t>47:39  humein jo karna hai woh yahi hai ke hum alhamdulillah rabbil alameen ki reality ko discover karein.</w:t>
      </w:r>
      <w:r>
        <w:br/>
      </w:r>
      <w:r>
        <w:rPr>
          <w:sz w:val="20"/>
        </w:rPr>
        <w:t>47:49  ab al-kabri lillah ko hum jaanein,</w:t>
      </w:r>
      <w:r>
        <w:br/>
      </w:r>
      <w:r>
        <w:rPr>
          <w:sz w:val="20"/>
        </w:rPr>
        <w:t>47:56  is ke baad apne aap sari baatein aa jaati hain, baqiya baaton ko alag se janne ki zaroorat baqi nahin rehti.</w:t>
      </w:r>
    </w:p>
    <w:p>
      <w:pPr>
        <w:pStyle w:val="Heading2"/>
      </w:pPr>
      <w:r>
        <w:t>Managing Inferiority Complex</w:t>
      </w:r>
    </w:p>
    <w:p>
      <w:r>
        <w:rPr>
          <w:color w:val="666666"/>
          <w:sz w:val="18"/>
        </w:rPr>
        <w:t>The Method of Planning August 14, 2016 · 1m 25s · at 48:11 · https://youtu.be/84WV8NS2VKQ?t=2891</w:t>
      </w:r>
    </w:p>
    <w:p>
      <w:r>
        <w:rPr>
          <w:i/>
        </w:rPr>
        <w:t>“I am suffering from inferiority complex and as a result I am never able to plan wisely. Kindly advise how I can manage my inferiority complex as I am always less confident and not able.”</w:t>
      </w:r>
    </w:p>
    <w:p>
      <w:r>
        <w:rPr>
          <w:sz w:val="20"/>
        </w:rPr>
        <w:t>48:11  maulana, agla sawal moradabad se hai farooq sahab ka, aur unhon ne likha hai: "maulana sahab, I</w:t>
      </w:r>
      <w:r>
        <w:br/>
      </w:r>
      <w:r>
        <w:rPr>
          <w:sz w:val="20"/>
        </w:rPr>
        <w:t>48:19  I am suffering from inferiority complex and as a result I am never able to plan wisely.</w:t>
      </w:r>
      <w:r>
        <w:br/>
      </w:r>
      <w:r>
        <w:rPr>
          <w:sz w:val="20"/>
        </w:rPr>
        <w:t>48:27  Kindly advise how I can manage my inferiority complex as I am always less confident and not able</w:t>
      </w:r>
      <w:r>
        <w:br/>
      </w:r>
      <w:r>
        <w:rPr>
          <w:sz w:val="20"/>
        </w:rPr>
        <w:t>48:35  to represent myself well in front of many other people." aap sirf yeh kijiye ke hamari char kitabein</w:t>
      </w:r>
      <w:r>
        <w:br/>
      </w:r>
      <w:r>
        <w:rPr>
          <w:sz w:val="20"/>
        </w:rPr>
        <w:t>48:43  parh dalen, aur aap dekhen ke jitni aap parh len ge, utni aap ki yeh khatm ho chuka ho ga.</w:t>
      </w:r>
      <w:r>
        <w:br/>
      </w:r>
      <w:r>
        <w:rPr>
          <w:sz w:val="20"/>
        </w:rPr>
        <w:t>48:50  raz-e-hayat, taameer-e-hayat, rehnumai-e-hayat, kitab-e-zindagi, yeh chaar kitaben parh dalen aap.</w:t>
      </w:r>
      <w:r>
        <w:br/>
      </w:r>
      <w:r>
        <w:rPr>
          <w:sz w:val="20"/>
        </w:rPr>
        <w:t>48:58  insha Allah, insha Allah, jitni aap khatm karen ge, usi din aap ka yeh weakness bhi khatm ho jaye ga.</w:t>
      </w:r>
      <w:r>
        <w:br/>
      </w:r>
      <w:r>
        <w:rPr>
          <w:sz w:val="20"/>
        </w:rPr>
        <w:t>49:06  agar aap English mein parhte hon to main ek kitab bataon ga: "Moral Vision".</w:t>
      </w:r>
      <w:r>
        <w:br/>
      </w:r>
      <w:r>
        <w:rPr>
          <w:sz w:val="20"/>
        </w:rPr>
        <w:t>49:14  agar aap ka mutaliq ki zaban English ho to sirf ek kitab parh lijye aap: "Moral Vision".</w:t>
      </w:r>
      <w:r>
        <w:br/>
      </w:r>
      <w:r>
        <w:rPr>
          <w:sz w:val="20"/>
        </w:rPr>
        <w:t>49:22  bas kafi hai bilkul, lekin ek bar mat parhiye, kai bar parhiye, kai bar parhiye, kyunke ek bar</w:t>
      </w:r>
      <w:r>
        <w:br/>
      </w:r>
      <w:r>
        <w:rPr>
          <w:sz w:val="20"/>
        </w:rPr>
        <w:t>49:29  parh kar aap is ki baton ko poori tarah se pakar nahi paen ge.</w:t>
      </w:r>
    </w:p>
    <w:p>
      <w:pPr>
        <w:pStyle w:val="Heading2"/>
      </w:pPr>
      <w:r>
        <w:t>Seeking spiritual guidance</w:t>
      </w:r>
    </w:p>
    <w:p>
      <w:r>
        <w:rPr>
          <w:color w:val="666666"/>
          <w:sz w:val="18"/>
        </w:rPr>
        <w:t>Purpose Of Human Life -12th Feb. '12 · 1m 44s · at 1:25:01 · https://youtu.be/TCGYvGJHf7w?t=5101</w:t>
      </w:r>
    </w:p>
    <w:p>
      <w:r>
        <w:rPr>
          <w:i/>
        </w:rPr>
        <w:t>“Maulana, my question is about seeking guidance.”</w:t>
      </w:r>
    </w:p>
    <w:p>
      <w:r>
        <w:rPr>
          <w:sz w:val="20"/>
        </w:rPr>
        <w:t>1:25:01  Maulana, agla sawal Mr.</w:t>
      </w:r>
      <w:r>
        <w:br/>
      </w:r>
      <w:r>
        <w:rPr>
          <w:sz w:val="20"/>
        </w:rPr>
        <w:t>1:25:06  Danyal ka hai.</w:t>
      </w:r>
      <w:r>
        <w:br/>
      </w:r>
      <w:r>
        <w:rPr>
          <w:sz w:val="20"/>
        </w:rPr>
        <w:t>1:25:10  Patna, Bihar se.</w:t>
      </w:r>
      <w:r>
        <w:br/>
      </w:r>
      <w:r>
        <w:rPr>
          <w:sz w:val="20"/>
        </w:rPr>
        <w:t>1:25:15  unhon ne aap se poocha hai ke purposeful life guzarne mein kisi ek ko guru ke taur par</w:t>
      </w:r>
      <w:r>
        <w:br/>
      </w:r>
      <w:r>
        <w:rPr>
          <w:sz w:val="20"/>
        </w:rPr>
        <w:t>1:25:20  manna ki kya ahmiyat hai? Agar aap ko sacha guru mil jaye to zaroor manna chahiye.</w:t>
      </w:r>
      <w:r>
        <w:br/>
      </w:r>
      <w:r>
        <w:rPr>
          <w:sz w:val="20"/>
        </w:rPr>
        <w:t>1:25:25  dekhen, nabi ke siwa koi dawah nahi kar sakta ke main guru hoon.</w:t>
      </w:r>
      <w:r>
        <w:br/>
      </w:r>
      <w:r>
        <w:rPr>
          <w:sz w:val="20"/>
        </w:rPr>
        <w:t>1:25:29  nabi kehta hai ke ana nabi la kazib goya kehta hai ke main tumhara guru hoon.</w:t>
      </w:r>
      <w:r>
        <w:br/>
      </w:r>
      <w:r>
        <w:rPr>
          <w:sz w:val="20"/>
        </w:rPr>
        <w:t>1:25:34  lekin doosre ke liye aap ko khud discover karna parta hai.</w:t>
      </w:r>
      <w:r>
        <w:br/>
      </w:r>
      <w:r>
        <w:rPr>
          <w:sz w:val="20"/>
        </w:rPr>
        <w:t>1:25:39  nabi apna kaam shuru karta hai dawah se.</w:t>
      </w:r>
      <w:r>
        <w:br/>
      </w:r>
      <w:r>
        <w:rPr>
          <w:sz w:val="20"/>
        </w:rPr>
        <w:t>1:25:44  ana nabi la kazib dawah se.</w:t>
      </w:r>
      <w:r>
        <w:br/>
      </w:r>
      <w:r>
        <w:rPr>
          <w:sz w:val="20"/>
        </w:rPr>
        <w:t>1:25:48  ana nabi la kazib kehta hai woh.</w:t>
      </w:r>
      <w:r>
        <w:br/>
      </w:r>
      <w:r>
        <w:rPr>
          <w:sz w:val="20"/>
        </w:rPr>
        <w:t>1:25:53  lekin doosra insan dawah se apne nahi shuru kar sakta apna kaam.</w:t>
      </w:r>
      <w:r>
        <w:br/>
      </w:r>
      <w:r>
        <w:rPr>
          <w:sz w:val="20"/>
        </w:rPr>
        <w:t>1:25:58  woh aap ko aap ki zimmedari hai ke aap discover karen us ko.</w:t>
      </w:r>
      <w:r>
        <w:br/>
      </w:r>
      <w:r>
        <w:rPr>
          <w:sz w:val="20"/>
        </w:rPr>
        <w:t>1:26:03  aur jab us ko payen ke us ke andar woh sifat hain to aap us ko maan len. Yeh hai.</w:t>
      </w:r>
      <w:r>
        <w:br/>
      </w:r>
      <w:r>
        <w:rPr>
          <w:sz w:val="20"/>
        </w:rPr>
        <w:t>1:26:08  Maulana, un ka ek aur sawal hai.</w:t>
      </w:r>
      <w:r>
        <w:br/>
      </w:r>
      <w:r>
        <w:rPr>
          <w:sz w:val="20"/>
        </w:rPr>
        <w:t>1:26:12  unhon ne poocha hai ke shakhsiyat parasti aur kisi ek ko apna rehnuma mante hue religious mission ko</w:t>
      </w:r>
      <w:r>
        <w:br/>
      </w:r>
      <w:r>
        <w:rPr>
          <w:sz w:val="20"/>
        </w:rPr>
        <w:t>1:26:17  chalane mein kya difference hai? Dekhen, shakhsiyat parasti ek alag cheez hai.</w:t>
      </w:r>
      <w:r>
        <w:br/>
      </w:r>
      <w:r>
        <w:rPr>
          <w:sz w:val="20"/>
        </w:rPr>
        <w:t>1:26:22  jisko kehte hain cult of individual ya personality cult, woh ek alag cheez hai.</w:t>
      </w:r>
      <w:r>
        <w:br/>
      </w:r>
      <w:r>
        <w:rPr>
          <w:sz w:val="20"/>
        </w:rPr>
        <w:t>1:26:27  aur rehnuma manna ek bilkul different cheez hai.</w:t>
      </w:r>
      <w:r>
        <w:br/>
      </w:r>
      <w:r>
        <w:rPr>
          <w:sz w:val="20"/>
        </w:rPr>
        <w:t>1:26:31  bilkul dono alag alag cheezen hain.</w:t>
      </w:r>
      <w:r>
        <w:br/>
      </w:r>
      <w:r>
        <w:rPr>
          <w:sz w:val="20"/>
        </w:rPr>
        <w:t>1:26:36  is par maine likha hai risale mein, aap parh lijie us ko.</w:t>
      </w:r>
      <w:r>
        <w:br/>
      </w:r>
      <w:r>
        <w:rPr>
          <w:sz w:val="20"/>
        </w:rPr>
        <w:t>1:26:41  yeh cheez aa chuki hai.</w:t>
      </w:r>
    </w:p>
    <w:p>
      <w:pPr>
        <w:pStyle w:val="Heading1"/>
      </w:pPr>
      <w:r>
        <w:t>In the lectures (20)</w:t>
      </w:r>
    </w:p>
    <w:p>
      <w:pPr>
        <w:pStyle w:val="Heading2"/>
      </w:pPr>
      <w:r>
        <w:t>Islam and Terrorism February 10, 2009 Maulana Wahiduddin Khan</w:t>
      </w:r>
    </w:p>
    <w:p>
      <w:r>
        <w:rPr>
          <w:color w:val="666666"/>
          <w:sz w:val="18"/>
        </w:rPr>
        <w:t>43:36 · https://youtu.be/vCEjp0w7Qjo?t=2616</w:t>
      </w:r>
    </w:p>
    <w:p>
      <w:r>
        <w:rPr>
          <w:i/>
        </w:rPr>
        <w:t>“find justice.”</w:t>
      </w:r>
    </w:p>
    <w:p>
      <w:pPr>
        <w:pStyle w:val="Heading2"/>
      </w:pPr>
      <w:r>
        <w:t>Understanding Islam (In Conversation with Maulana)</w:t>
      </w:r>
    </w:p>
    <w:p>
      <w:r>
        <w:rPr>
          <w:color w:val="666666"/>
          <w:sz w:val="18"/>
        </w:rPr>
        <w:t>19:35 · https://youtu.be/tLTRyW1qhRw?t=1175</w:t>
      </w:r>
    </w:p>
    <w:p>
      <w:r>
        <w:rPr>
          <w:i/>
        </w:rPr>
        <w:t>“I have”</w:t>
      </w:r>
    </w:p>
    <w:p>
      <w:pPr>
        <w:pStyle w:val="Heading2"/>
      </w:pPr>
      <w:r>
        <w:t>Islam and Terrorism February 10, 2009 Maulana Wahiduddin Khan</w:t>
      </w:r>
    </w:p>
    <w:p>
      <w:r>
        <w:rPr>
          <w:color w:val="666666"/>
          <w:sz w:val="18"/>
        </w:rPr>
        <w:t>44:19 · https://youtu.be/vCEjp0w7Qjo?t=2659</w:t>
      </w:r>
    </w:p>
    <w:p>
      <w:r>
        <w:rPr>
          <w:i/>
        </w:rPr>
        <w:t>“I am trying to”</w:t>
      </w:r>
    </w:p>
    <w:p>
      <w:pPr>
        <w:pStyle w:val="Heading2"/>
      </w:pPr>
      <w:r>
        <w:t>In Search for Truth 18 May 2007</w:t>
      </w:r>
    </w:p>
    <w:p>
      <w:r>
        <w:rPr>
          <w:color w:val="666666"/>
          <w:sz w:val="18"/>
        </w:rPr>
        <w:t>45:30 · https://youtu.be/3Q4zw6202eM?t=2730</w:t>
      </w:r>
    </w:p>
    <w:p>
      <w:r>
        <w:rPr>
          <w:i/>
        </w:rPr>
        <w:t>“seeking the truth.”</w:t>
      </w:r>
    </w:p>
    <w:p>
      <w:pPr>
        <w:pStyle w:val="Heading2"/>
      </w:pPr>
      <w:r>
        <w:t>The Concept of Justice in Islam May 03, 2007</w:t>
      </w:r>
    </w:p>
    <w:p>
      <w:r>
        <w:rPr>
          <w:color w:val="666666"/>
          <w:sz w:val="18"/>
        </w:rPr>
        <w:t>50:18 · https://youtu.be/DY5SY8H554c?t=3018</w:t>
      </w:r>
    </w:p>
    <w:p>
      <w:r>
        <w:rPr>
          <w:i/>
        </w:rPr>
        <w:t>“justice.”</w:t>
      </w:r>
    </w:p>
    <w:p>
      <w:pPr>
        <w:pStyle w:val="Heading2"/>
      </w:pPr>
      <w:r>
        <w:t>The Concept of Death in Islam August 7, 2007</w:t>
      </w:r>
    </w:p>
    <w:p>
      <w:r>
        <w:rPr>
          <w:color w:val="666666"/>
          <w:sz w:val="18"/>
        </w:rPr>
        <w:t>3:59 · https://youtu.be/pB0cQfYw91E?t=239</w:t>
      </w:r>
    </w:p>
    <w:p>
      <w:r>
        <w:rPr>
          <w:i/>
        </w:rPr>
        <w:t>“very soon I am going to face the same”</w:t>
      </w:r>
    </w:p>
    <w:p>
      <w:pPr>
        <w:pStyle w:val="Heading2"/>
      </w:pPr>
      <w:r>
        <w:t>Month of Spirituality July 28, 2013</w:t>
      </w:r>
    </w:p>
    <w:p>
      <w:r>
        <w:rPr>
          <w:color w:val="666666"/>
          <w:sz w:val="18"/>
        </w:rPr>
        <w:t>32:15 · https://youtu.be/p4MM2gjJBxA?t=1935</w:t>
      </w:r>
    </w:p>
    <w:p>
      <w:r>
        <w:rPr>
          <w:i/>
        </w:rPr>
        <w:t>“I must prepare myself to do justice to them.”</w:t>
      </w:r>
    </w:p>
    <w:p>
      <w:pPr>
        <w:pStyle w:val="Heading2"/>
      </w:pPr>
      <w:r>
        <w:t>Spirituality in Simple Living, High Thinking October 27, 2019 Maulana Wahiduddin Khan</w:t>
      </w:r>
    </w:p>
    <w:p>
      <w:r>
        <w:rPr>
          <w:color w:val="666666"/>
          <w:sz w:val="18"/>
        </w:rPr>
        <w:t>6:33 · https://youtu.be/Kr28g15eFr8?t=393</w:t>
      </w:r>
    </w:p>
    <w:p>
      <w:r>
        <w:rPr>
          <w:i/>
        </w:rPr>
        <w:t>“کہ مجھے انتقام لینا ہے۔”</w:t>
      </w:r>
    </w:p>
    <w:p>
      <w:pPr>
        <w:pStyle w:val="Heading2"/>
      </w:pPr>
      <w:r>
        <w:t>Angels on Earth 29 June, 2019 - Maulana Wahiduddin Khan</w:t>
      </w:r>
    </w:p>
    <w:p>
      <w:r>
        <w:rPr>
          <w:color w:val="666666"/>
          <w:sz w:val="18"/>
        </w:rPr>
        <w:t>10:13 · https://youtu.be/WNzxofHh_Dw?t=613</w:t>
      </w:r>
    </w:p>
    <w:p>
      <w:r>
        <w:rPr>
          <w:i/>
        </w:rPr>
        <w:t>“میرے سامنے”</w:t>
      </w:r>
    </w:p>
    <w:p>
      <w:pPr>
        <w:pStyle w:val="Heading2"/>
      </w:pPr>
      <w:r>
        <w:t>For The Sake of God July 27, 2014</w:t>
      </w:r>
    </w:p>
    <w:p>
      <w:r>
        <w:rPr>
          <w:color w:val="666666"/>
          <w:sz w:val="18"/>
        </w:rPr>
        <w:t>28:56 · https://youtu.be/3lPfny7j2NE?t=1736</w:t>
      </w:r>
    </w:p>
    <w:p>
      <w:r>
        <w:rPr>
          <w:i/>
        </w:rPr>
        <w:t>“مجھے سچائی کو جاننا ہے۔”</w:t>
      </w:r>
    </w:p>
    <w:p>
      <w:pPr>
        <w:pStyle w:val="Heading2"/>
      </w:pPr>
      <w:r>
        <w:t>The Concept of Sunnah and Bidah in Islam February 14, 2008 Maulana Wahiduddin Khan</w:t>
      </w:r>
    </w:p>
    <w:p>
      <w:r>
        <w:rPr>
          <w:color w:val="666666"/>
          <w:sz w:val="18"/>
        </w:rPr>
        <w:t>36:00 · https://youtu.be/_uIO23hmBjg?t=2160</w:t>
      </w:r>
    </w:p>
    <w:p>
      <w:r>
        <w:rPr>
          <w:i/>
        </w:rPr>
        <w:t>“اس سے مجھے انتقام لینا ہے۔”</w:t>
      </w:r>
    </w:p>
    <w:p>
      <w:pPr>
        <w:pStyle w:val="Heading2"/>
      </w:pPr>
      <w:r>
        <w:t>Contribution of The Prophet 13 March 2006 - Maulana Wahiduddin Khan</w:t>
      </w:r>
    </w:p>
    <w:p>
      <w:r>
        <w:rPr>
          <w:color w:val="666666"/>
          <w:sz w:val="18"/>
        </w:rPr>
        <w:t>36:23 · https://youtu.be/KgVEHbWpoHw?t=2183</w:t>
      </w:r>
    </w:p>
    <w:p>
      <w:r>
        <w:rPr>
          <w:i/>
        </w:rPr>
        <w:t>“میں الٹا کرتا ہوں”</w:t>
      </w:r>
    </w:p>
    <w:p>
      <w:pPr>
        <w:pStyle w:val="Heading2"/>
      </w:pPr>
      <w:r>
        <w:t>Jihad in Islam (English) June 12, 2007 Maulana Wahiduddin Khan</w:t>
      </w:r>
    </w:p>
    <w:p>
      <w:r>
        <w:rPr>
          <w:color w:val="666666"/>
          <w:sz w:val="18"/>
        </w:rPr>
        <w:t>13:42 · https://youtu.be/4_Qe6ZZ6c7o?t=822</w:t>
      </w:r>
    </w:p>
    <w:p>
      <w:r>
        <w:rPr>
          <w:i/>
        </w:rPr>
        <w:t>“malice, intolerance, injustice.”</w:t>
      </w:r>
    </w:p>
    <w:p>
      <w:pPr>
        <w:pStyle w:val="Heading2"/>
      </w:pPr>
      <w:r>
        <w:t>Tazkiyah and Self Criticism April 13, 2020 Maulana Wahiduddin Khan</w:t>
      </w:r>
    </w:p>
    <w:p>
      <w:r>
        <w:rPr>
          <w:color w:val="666666"/>
          <w:sz w:val="18"/>
        </w:rPr>
        <w:t>20:41 · https://youtu.be/D4pMJtT4vDg?t=1241</w:t>
      </w:r>
    </w:p>
    <w:p>
      <w:r>
        <w:rPr>
          <w:i/>
        </w:rPr>
        <w:t>“غلطی ڈھونڈتا ہوں۔”</w:t>
      </w:r>
    </w:p>
    <w:p>
      <w:pPr>
        <w:pStyle w:val="Heading2"/>
      </w:pPr>
      <w:r>
        <w:t>Islam and Peace (In Conversation with Maulana)</w:t>
      </w:r>
    </w:p>
    <w:p>
      <w:r>
        <w:rPr>
          <w:color w:val="666666"/>
          <w:sz w:val="18"/>
        </w:rPr>
        <w:t>18:54 · https://youtu.be/vFVw6wPt5lk?t=1134</w:t>
      </w:r>
    </w:p>
    <w:p>
      <w:r>
        <w:rPr>
          <w:i/>
        </w:rPr>
        <w:t>“It is not justice to”</w:t>
      </w:r>
    </w:p>
    <w:p>
      <w:pPr>
        <w:pStyle w:val="Heading2"/>
      </w:pPr>
      <w:r>
        <w:t>Lessons from Bombay Nov 30, 2008</w:t>
      </w:r>
    </w:p>
    <w:p>
      <w:r>
        <w:rPr>
          <w:color w:val="666666"/>
          <w:sz w:val="18"/>
        </w:rPr>
        <w:t>19:57 · https://youtu.be/LiDznEqzaRI?t=1197</w:t>
      </w:r>
    </w:p>
    <w:p>
      <w:r>
        <w:rPr>
          <w:i/>
        </w:rPr>
        <w:t>“ہمارے حق چھین رہے ہیں۔”</w:t>
      </w:r>
    </w:p>
    <w:p>
      <w:pPr>
        <w:pStyle w:val="Heading2"/>
      </w:pPr>
      <w:r>
        <w:t>Hajj and Its Application in Daily Life October 20, 2007 Maulana Wahiduddin Khan</w:t>
      </w:r>
    </w:p>
    <w:p>
      <w:r>
        <w:rPr>
          <w:color w:val="666666"/>
          <w:sz w:val="18"/>
        </w:rPr>
        <w:t>50:34 · https://youtu.be/z_FspKZhl5s?t=3034</w:t>
      </w:r>
    </w:p>
    <w:p>
      <w:r>
        <w:rPr>
          <w:i/>
        </w:rPr>
        <w:t>“equality.”</w:t>
      </w:r>
    </w:p>
    <w:p>
      <w:pPr>
        <w:pStyle w:val="Heading2"/>
      </w:pPr>
      <w:r>
        <w:t>Discussions on the impact of Maulana Wahiduddin Khan's Thought July 1, 2020</w:t>
      </w:r>
    </w:p>
    <w:p>
      <w:r>
        <w:rPr>
          <w:color w:val="666666"/>
          <w:sz w:val="18"/>
        </w:rPr>
        <w:t>21:40 · https://youtu.be/Xzuu-nbDm4g?t=1300</w:t>
      </w:r>
    </w:p>
    <w:p>
      <w:r>
        <w:rPr>
          <w:i/>
        </w:rPr>
        <w:t>“Why is this happening to me?”</w:t>
      </w:r>
    </w:p>
    <w:p>
      <w:pPr>
        <w:pStyle w:val="Heading2"/>
      </w:pPr>
      <w:r>
        <w:t>CPS Peace Conference, Day 1, Taking Quran to the World presentation</w:t>
      </w:r>
    </w:p>
    <w:p>
      <w:r>
        <w:rPr>
          <w:color w:val="666666"/>
          <w:sz w:val="18"/>
        </w:rPr>
        <w:t>15:19 · https://youtu.be/jfdpu0qRRPc?t=919</w:t>
      </w:r>
    </w:p>
    <w:p>
      <w:r>
        <w:rPr>
          <w:i/>
        </w:rPr>
        <w:t>“I want somebody to re”</w:t>
      </w:r>
    </w:p>
    <w:p>
      <w:pPr>
        <w:pStyle w:val="Heading2"/>
      </w:pPr>
      <w:r>
        <w:t>Prophet of Islam as a Model for Mankind August 31, 2007</w:t>
      </w:r>
    </w:p>
    <w:p>
      <w:r>
        <w:rPr>
          <w:color w:val="666666"/>
          <w:sz w:val="18"/>
        </w:rPr>
        <w:t>24:46 · https://youtu.be/UKUzH7_OjKM?t=1486</w:t>
      </w:r>
    </w:p>
    <w:p>
      <w:r>
        <w:rPr>
          <w:i/>
        </w:rPr>
        <w:t>“the problem is an”</w:t>
      </w:r>
    </w:p>
    <w:p>
      <w:pPr>
        <w:pStyle w:val="Heading1"/>
      </w:pPr>
      <w:r>
        <w:t>Clips (44)</w:t>
      </w:r>
    </w:p>
    <w:p>
      <w:pPr>
        <w:pStyle w:val="Heading2"/>
      </w:pPr>
      <w:r>
        <w:t>Responding to the misuse of Islam's name</w:t>
      </w:r>
    </w:p>
    <w:p>
      <w:r>
        <w:rPr>
          <w:color w:val="666666"/>
          <w:sz w:val="18"/>
        </w:rPr>
        <w:t>Islam and Terrorism February 10, 2009 Maulana Wahiduddin Khan · 2m 50s · at 42:10 · https://youtu.be/vCEjp0w7Qjo?t=2530</w:t>
      </w:r>
    </w:p>
    <w:p>
      <w:r>
        <w:rPr>
          <w:i/>
        </w:rPr>
        <w:t>“People are misusing the name of Islam — here's my response.”</w:t>
      </w:r>
    </w:p>
    <w:p>
      <w:r>
        <w:rPr>
          <w:sz w:val="20"/>
        </w:rPr>
        <w:t>42:10  People are misusing it as a misusing the name of Islam. So can you tell us more on terrorism?</w:t>
      </w:r>
      <w:r>
        <w:br/>
      </w:r>
      <w:r>
        <w:rPr>
          <w:sz w:val="20"/>
        </w:rPr>
        <w:t>42:21  If Islam and Muslims Fine. I will give what of my experience. Once I happened to meet an Arab scholar in violence.</w:t>
      </w:r>
      <w:r>
        <w:br/>
      </w:r>
      <w:r>
        <w:rPr>
          <w:sz w:val="20"/>
        </w:rPr>
        <w:t>42:36  Islam is a peaceful religion.</w:t>
      </w:r>
      <w:r>
        <w:br/>
      </w:r>
      <w:r>
        <w:rPr>
          <w:sz w:val="20"/>
        </w:rPr>
        <w:t>42:38  He said, "Yes, we want peace. But we want peace with justice." "Assalam al-'Adl." So he said that we want peace.</w:t>
      </w:r>
      <w:r>
        <w:br/>
      </w:r>
      <w:r>
        <w:rPr>
          <w:sz w:val="20"/>
        </w:rPr>
        <w:t>42:50  But we want peace with justice. I said that</w:t>
      </w:r>
      <w:r>
        <w:br/>
      </w:r>
      <w:r>
        <w:rPr>
          <w:sz w:val="20"/>
        </w:rPr>
        <w:t>42:58  it is wrong because peace, because justice and peace are two different aspects.</w:t>
      </w:r>
      <w:r>
        <w:br/>
      </w:r>
      <w:r>
        <w:rPr>
          <w:sz w:val="20"/>
        </w:rPr>
        <w:t>43:09  No peace can you can give you justice. Justice is you can achieve justice only by your own effort, by your own struggle.</w:t>
      </w:r>
      <w:r>
        <w:br/>
      </w:r>
      <w:r>
        <w:rPr>
          <w:sz w:val="20"/>
        </w:rPr>
        <w:t>43:20  So first of all, you have to establish peace. And peace will open the door of opportunities.</w:t>
      </w:r>
      <w:r>
        <w:br/>
      </w:r>
      <w:r>
        <w:rPr>
          <w:sz w:val="20"/>
        </w:rPr>
        <w:t>43:29  And by availing all these opportunities, you can</w:t>
      </w:r>
      <w:r>
        <w:br/>
      </w:r>
      <w:r>
        <w:rPr>
          <w:sz w:val="20"/>
        </w:rPr>
        <w:t>43:36  find justice.</w:t>
      </w:r>
      <w:r>
        <w:br/>
      </w:r>
      <w:r>
        <w:rPr>
          <w:sz w:val="20"/>
        </w:rPr>
        <w:t>43:38  So I think that these people are misguided people. They don't know what is the formula of life.</w:t>
      </w:r>
      <w:r>
        <w:br/>
      </w:r>
      <w:r>
        <w:rPr>
          <w:sz w:val="20"/>
        </w:rPr>
        <w:t>43:52  They want justice but they don't know how to attain justice.</w:t>
      </w:r>
      <w:r>
        <w:br/>
      </w:r>
      <w:r>
        <w:rPr>
          <w:sz w:val="20"/>
        </w:rPr>
        <w:t>43:58  The formula of life is that you have to establish peace. And peace will open the door of opportunities. And then you have to avail all those opportunities.</w:t>
      </w:r>
      <w:r>
        <w:br/>
      </w:r>
      <w:r>
        <w:rPr>
          <w:sz w:val="20"/>
        </w:rPr>
        <w:t>44:10  By availing these opportunities, you can achieve justice. This is the formula of life. So these people are misguided people. They don't know.</w:t>
      </w:r>
      <w:r>
        <w:br/>
      </w:r>
      <w:r>
        <w:rPr>
          <w:sz w:val="20"/>
        </w:rPr>
        <w:t>44:19  I am trying to</w:t>
      </w:r>
      <w:r>
        <w:br/>
      </w:r>
      <w:r>
        <w:rPr>
          <w:sz w:val="20"/>
        </w:rPr>
        <w:t>44:25  train their mind</w:t>
      </w:r>
      <w:r>
        <w:br/>
      </w:r>
      <w:r>
        <w:rPr>
          <w:sz w:val="20"/>
        </w:rPr>
        <w:t>44:27  . And I can say that I have changed the mind of thousands and thousands of people everywhere in the world. So this is my mission.</w:t>
      </w:r>
      <w:r>
        <w:br/>
      </w:r>
      <w:r>
        <w:rPr>
          <w:sz w:val="20"/>
        </w:rPr>
        <w:t>44:38  And I am hopeful that</w:t>
      </w:r>
      <w:r>
        <w:br/>
      </w:r>
      <w:r>
        <w:rPr>
          <w:sz w:val="20"/>
        </w:rPr>
        <w:t>44:43  the future will come when we will</w:t>
      </w:r>
      <w:r>
        <w:br/>
      </w:r>
      <w:r>
        <w:rPr>
          <w:sz w:val="20"/>
        </w:rPr>
        <w:t>44:49  succeed, we will achieve success to change their mind. Inshallah, peace will prevail.</w:t>
      </w:r>
    </w:p>
    <w:p>
      <w:pPr>
        <w:pStyle w:val="Heading2"/>
      </w:pPr>
      <w:r>
        <w:t>Death as mystery and need for afterlife knowledge</w:t>
      </w:r>
    </w:p>
    <w:p>
      <w:r>
        <w:rPr>
          <w:color w:val="666666"/>
          <w:sz w:val="18"/>
        </w:rPr>
        <w:t>The Concept of Death in Islam August 7, 2007 · 5m 04s · at 1:15 · https://youtu.be/pB0cQfYw91E?t=75</w:t>
      </w:r>
    </w:p>
    <w:p>
      <w:r>
        <w:rPr>
          <w:i/>
        </w:rPr>
        <w:t>“Death is a mystery”</w:t>
      </w:r>
    </w:p>
    <w:p>
      <w:r>
        <w:rPr>
          <w:sz w:val="20"/>
        </w:rPr>
        <w:t>1:15  Wal ba'su ba'da al-mawt. So it is a part of belief or iman. Now, death is a very—death is a mystery.</w:t>
      </w:r>
      <w:r>
        <w:br/>
      </w:r>
      <w:r>
        <w:rPr>
          <w:sz w:val="20"/>
        </w:rPr>
        <w:t>1:37  You know, life is full of experiences.</w:t>
      </w:r>
      <w:r>
        <w:br/>
      </w:r>
      <w:r>
        <w:rPr>
          <w:sz w:val="20"/>
        </w:rPr>
        <w:t>1:44  Life is full of experiences. You can share any one of your experiences with others except for one, that is death.</w:t>
      </w:r>
      <w:r>
        <w:br/>
      </w:r>
      <w:r>
        <w:rPr>
          <w:sz w:val="20"/>
        </w:rPr>
        <w:t>1:59  No one is able to share this experience with others because when death—because when he dies,</w:t>
      </w:r>
      <w:r>
        <w:br/>
      </w:r>
      <w:r>
        <w:rPr>
          <w:sz w:val="20"/>
        </w:rPr>
        <w:t>2:14  he ceases to exist in this world.</w:t>
      </w:r>
      <w:r>
        <w:br/>
      </w:r>
      <w:r>
        <w:rPr>
          <w:sz w:val="20"/>
        </w:rPr>
        <w:t>2:19  That means</w:t>
      </w:r>
      <w:r>
        <w:br/>
      </w:r>
      <w:r>
        <w:rPr>
          <w:sz w:val="20"/>
        </w:rPr>
        <w:t>2:23  to depart this world, to abandon all those things of this world.</w:t>
      </w:r>
      <w:r>
        <w:br/>
      </w:r>
      <w:r>
        <w:rPr>
          <w:sz w:val="20"/>
        </w:rPr>
        <w:t>2:36  So death is a very strange type of experience.</w:t>
      </w:r>
      <w:r>
        <w:br/>
      </w:r>
      <w:r>
        <w:rPr>
          <w:sz w:val="20"/>
        </w:rPr>
        <w:t>2:43  We see other people dying, but when we die—but when we die,</w:t>
      </w:r>
      <w:r>
        <w:br/>
      </w:r>
      <w:r>
        <w:rPr>
          <w:sz w:val="20"/>
        </w:rPr>
        <w:t>2:59  we are not able to share our experience with others.</w:t>
      </w:r>
      <w:r>
        <w:br/>
      </w:r>
      <w:r>
        <w:rPr>
          <w:sz w:val="20"/>
        </w:rPr>
        <w:t>3:08  Recently, when I participated in a burial, so when the dead body was putting in the grave—so I was—at that time I was there.</w:t>
      </w:r>
      <w:r>
        <w:br/>
      </w:r>
      <w:r>
        <w:rPr>
          <w:sz w:val="20"/>
        </w:rPr>
        <w:t>3:30  When I saw that the dead body was putting in the grave, I said with tears in my eyes that I am an old man, so</w:t>
      </w:r>
      <w:r>
        <w:br/>
      </w:r>
      <w:r>
        <w:rPr>
          <w:sz w:val="20"/>
        </w:rPr>
        <w:t>3:59  very soon I am going to face the same</w:t>
      </w:r>
      <w:r>
        <w:br/>
      </w:r>
      <w:r>
        <w:rPr>
          <w:sz w:val="20"/>
        </w:rPr>
        <w:t>4:08  result</w:t>
      </w:r>
      <w:r>
        <w:br/>
      </w:r>
      <w:r>
        <w:rPr>
          <w:sz w:val="20"/>
        </w:rPr>
        <w:t>4:11  . So I said that perhaps the countdown has reached to the last but one number.</w:t>
      </w:r>
      <w:r>
        <w:br/>
      </w:r>
      <w:r>
        <w:rPr>
          <w:sz w:val="20"/>
        </w:rPr>
        <w:t>4:30  I think this is the only lesson that we can take from the death</w:t>
      </w:r>
      <w:r>
        <w:br/>
      </w:r>
      <w:r>
        <w:rPr>
          <w:sz w:val="20"/>
        </w:rPr>
        <w:t>4:43  . When we see a person that he was going to die, so we have to take this lesson that very soon I am also going to death.</w:t>
      </w:r>
      <w:r>
        <w:br/>
      </w:r>
      <w:r>
        <w:rPr>
          <w:sz w:val="20"/>
        </w:rPr>
        <w:t>5:03  Death is the greatest event in life of every person</w:t>
      </w:r>
      <w:r>
        <w:br/>
      </w:r>
      <w:r>
        <w:rPr>
          <w:sz w:val="20"/>
        </w:rPr>
        <w:t>5:13  . Now, the greatest question of anyone is, what is after death?</w:t>
      </w:r>
      <w:r>
        <w:br/>
      </w:r>
      <w:r>
        <w:rPr>
          <w:sz w:val="20"/>
        </w:rPr>
        <w:t>5:24  We know what is in our pre-death period, but no one knows what is in the post-death period</w:t>
      </w:r>
      <w:r>
        <w:br/>
      </w:r>
      <w:r>
        <w:rPr>
          <w:sz w:val="20"/>
        </w:rPr>
        <w:t>5:39  . The post-death period is quite unknown. Every day people die.</w:t>
      </w:r>
      <w:r>
        <w:br/>
      </w:r>
      <w:r>
        <w:rPr>
          <w:sz w:val="20"/>
        </w:rPr>
        <w:t>5:48  Thousands and thousands of people die every day, but no one was able to return and tell the story of the other side of life.</w:t>
      </w:r>
      <w:r>
        <w:br/>
      </w:r>
      <w:r>
        <w:rPr>
          <w:sz w:val="20"/>
        </w:rPr>
        <w:t>6:03  So it is a very, very serious matter.</w:t>
      </w:r>
      <w:r>
        <w:br/>
      </w:r>
      <w:r>
        <w:rPr>
          <w:sz w:val="20"/>
        </w:rPr>
        <w:t>6:09  It is our greatest need to know what is after death.</w:t>
      </w:r>
    </w:p>
    <w:p>
      <w:pPr>
        <w:pStyle w:val="Heading2"/>
      </w:pPr>
      <w:r>
        <w:t>Veteran Shakespeare professor who still studies every night</w:t>
      </w:r>
    </w:p>
    <w:p>
      <w:r>
        <w:rPr>
          <w:color w:val="666666"/>
          <w:sz w:val="18"/>
        </w:rPr>
        <w:t>Month of Spirituality July 28, 2013 · 1m 26s · at 30:55 · https://youtu.be/p4MM2gjJBxA?t=1855</w:t>
      </w:r>
    </w:p>
    <w:p>
      <w:r>
        <w:rPr>
          <w:i/>
        </w:rPr>
        <w:t>“Ek senior professor abhi bhi Shakespeare padhta tha raat ko”</w:t>
      </w:r>
    </w:p>
    <w:p>
      <w:r>
        <w:rPr>
          <w:sz w:val="20"/>
        </w:rPr>
        <w:t>30:55  india ke ek sahab, unhone unki taleem hui london mein.</w:t>
      </w:r>
      <w:r>
        <w:br/>
      </w:r>
      <w:r>
        <w:rPr>
          <w:sz w:val="20"/>
        </w:rPr>
        <w:t>31:02  to padh kar wapas aa gaye. ek arse ke baad dobara woh london gaye to ek woh professor jo un ka ustad tha, us se milne gaye woh.</w:t>
      </w:r>
      <w:r>
        <w:br/>
      </w:r>
      <w:r>
        <w:rPr>
          <w:sz w:val="20"/>
        </w:rPr>
        <w:t>31:13  appointment le, appointment le kar ke. to woh Shakespeare padhata tha woh, woh professor. aur abhi bhi woh padhata tha, abhi senior professor ho chuka tha.</w:t>
      </w:r>
      <w:r>
        <w:br/>
      </w:r>
      <w:r>
        <w:rPr>
          <w:sz w:val="20"/>
        </w:rPr>
        <w:t>31:25  to us ne raat ka waqt diya tha milne ke liye. raat ka waqt.</w:t>
      </w:r>
      <w:r>
        <w:br/>
      </w:r>
      <w:r>
        <w:rPr>
          <w:sz w:val="20"/>
        </w:rPr>
        <w:t>31:30  jab woh pahunche to dekha unhone us ki mez ke saamne Shakespeare ki kitab phaili hui hai. to us ne poocha un se ke aap to ek senior professor hain.</w:t>
      </w:r>
      <w:r>
        <w:br/>
      </w:r>
      <w:r>
        <w:rPr>
          <w:sz w:val="20"/>
        </w:rPr>
        <w:t>31:43  itni lambi muddat se aap Shakespeare ko padha rahe hain. aur abhi bhi Shakespeare ki study karte hain aap? to bohat hi sanjeedgi se unhone jawab diya tha.</w:t>
      </w:r>
      <w:r>
        <w:br/>
      </w:r>
      <w:r>
        <w:rPr>
          <w:sz w:val="20"/>
        </w:rPr>
        <w:t>31:56  us us senior professor ne, britania ke. ke You know, the students are committed to my care.</w:t>
      </w:r>
      <w:r>
        <w:br/>
      </w:r>
      <w:r>
        <w:rPr>
          <w:sz w:val="20"/>
        </w:rPr>
        <w:t>32:09  You know, the students are committed to my care.</w:t>
      </w:r>
      <w:r>
        <w:br/>
      </w:r>
      <w:r>
        <w:rPr>
          <w:sz w:val="20"/>
        </w:rPr>
        <w:t>32:15  I must prepare myself to do justice to them.</w:t>
      </w:r>
    </w:p>
    <w:p>
      <w:pPr>
        <w:pStyle w:val="Heading2"/>
      </w:pPr>
      <w:r>
        <w:t>Revenge always provokes revenge in return</w:t>
      </w:r>
    </w:p>
    <w:p>
      <w:r>
        <w:rPr>
          <w:color w:val="666666"/>
          <w:sz w:val="18"/>
        </w:rPr>
        <w:t>Spirituality in Simple Living, High Thinking October 27, 2019 Maulana Wahiduddin Khan · 29s · at 6:33 · https://youtu.be/Kr28g15eFr8?t=393</w:t>
      </w:r>
    </w:p>
    <w:p>
      <w:r>
        <w:rPr>
          <w:i/>
        </w:rPr>
        <w:t>“Before taking revenge, think: revenge will also be revenged”</w:t>
      </w:r>
    </w:p>
    <w:p>
      <w:r>
        <w:rPr>
          <w:sz w:val="20"/>
        </w:rPr>
        <w:t>6:33  ke mujhe intiqam lena hai.</w:t>
      </w:r>
      <w:r>
        <w:br/>
      </w:r>
      <w:r>
        <w:rPr>
          <w:sz w:val="20"/>
        </w:rPr>
        <w:t>6:39  to main ne kaha ke intiqam lene se pehle soch lo ke intiqam ka bhi intiqam liya jayega.</w:t>
      </w:r>
      <w:r>
        <w:br/>
      </w:r>
      <w:r>
        <w:rPr>
          <w:sz w:val="20"/>
        </w:rPr>
        <w:t>6:50  achanak meri zuban se yeh jumla nikla,</w:t>
      </w:r>
      <w:r>
        <w:br/>
      </w:r>
      <w:r>
        <w:rPr>
          <w:sz w:val="20"/>
        </w:rPr>
        <w:t>6:54  intiqam lene se pehle soch lo ke intiqam ka bhi intiqam liya jayega.</w:t>
      </w:r>
      <w:r>
        <w:br/>
      </w:r>
      <w:r>
        <w:rPr>
          <w:sz w:val="20"/>
        </w:rPr>
        <w:t>7:03  yeh jumla main ne bol diya, phir main khud sochne laga gaya, ab woh bhi sochne laga ke kya kaha unhon ne.</w:t>
      </w:r>
    </w:p>
    <w:p>
      <w:pPr>
        <w:pStyle w:val="Heading2"/>
      </w:pPr>
      <w:r>
        <w:t>Lost in cornfield, angel's light guides</w:t>
      </w:r>
    </w:p>
    <w:p>
      <w:r>
        <w:rPr>
          <w:color w:val="666666"/>
          <w:sz w:val="18"/>
        </w:rPr>
        <w:t>Angels on Earth 29 June, 2019 - Maulana Wahiduddin Khan · 5m 56s · at 4:37 · https://youtu.be/WNzxofHh_Dw?t=277</w:t>
      </w:r>
    </w:p>
    <w:p>
      <w:r>
        <w:rPr>
          <w:i/>
        </w:rPr>
        <w:t>“مکے کے کھیت میں گم ہو گیا ہوں”</w:t>
      </w:r>
    </w:p>
    <w:p>
      <w:r>
        <w:rPr>
          <w:sz w:val="20"/>
        </w:rPr>
        <w:t>4:37  makay ke khet mein gum ho gaya hoon. Aik woh janglat ki manind tha Fareha se le kar mere gaon tak aur nadi jis ka naam tha</w:t>
      </w:r>
      <w:r>
        <w:br/>
      </w:r>
      <w:r>
        <w:rPr>
          <w:sz w:val="20"/>
        </w:rPr>
        <w:t>4:55  "Kaur Nadi", wahan tak sab pakkay makay ka khet janglat ki tarah phaila hua tha. Aur andhera bilkul andhera tha.</w:t>
      </w:r>
      <w:r>
        <w:br/>
      </w:r>
      <w:r>
        <w:rPr>
          <w:sz w:val="20"/>
        </w:rPr>
        <w:t>5:11  ab mein idhar jata hoon, idhar jata hoon, bohat dair tak mein rastay ki talash mein idhar udhar chalta raha. Lekin rasta kisi taraf mujhe milta nahi tha, na idhar na udhar.</w:t>
      </w:r>
      <w:r>
        <w:br/>
      </w:r>
      <w:r>
        <w:rPr>
          <w:sz w:val="20"/>
        </w:rPr>
        <w:t>5:26  rastay ki talash mein dayen bayen, agay peechay chalta raha aur rasta mujhe nahi milta tha. Mein akela tha, bilkul akela.</w:t>
      </w:r>
      <w:r>
        <w:br/>
      </w:r>
      <w:r>
        <w:rPr>
          <w:sz w:val="20"/>
        </w:rPr>
        <w:t>5:41  to achaanak mein ne dekha ke mere samnay aik roshni hai.</w:t>
      </w:r>
      <w:r>
        <w:br/>
      </w:r>
      <w:r>
        <w:rPr>
          <w:sz w:val="20"/>
        </w:rPr>
        <w:t>5:51  mere samne ek roshni hai,</w:t>
      </w:r>
      <w:r>
        <w:br/>
      </w:r>
      <w:r>
        <w:rPr>
          <w:sz w:val="20"/>
        </w:rPr>
        <w:t>5:55  bilkul achank.</w:t>
      </w:r>
      <w:r>
        <w:br/>
      </w:r>
      <w:r>
        <w:rPr>
          <w:sz w:val="20"/>
        </w:rPr>
        <w:t>5:59  yani har taraf adhra tha pehle, phir achank wahan ek light dikhai di. To main us light ki taraf barha, light ki taraf barha.</w:t>
      </w:r>
      <w:r>
        <w:br/>
      </w:r>
      <w:r>
        <w:rPr>
          <w:sz w:val="20"/>
        </w:rPr>
        <w:t>6:17  khas baat yeh thi ke mujhe zara bhi dar nahi tha.</w:t>
      </w:r>
      <w:r>
        <w:br/>
      </w:r>
      <w:r>
        <w:rPr>
          <w:sz w:val="20"/>
        </w:rPr>
        <w:t>6:27  is raat ko main ne yeh tajurba kiya ke jab aap ko kuch guzre lekin aap ko dar na ho, koi anokhi baat guzre aap ke upar, jaise yeh thi ke raat ke andhere mein light</w:t>
      </w:r>
      <w:r>
        <w:br/>
      </w:r>
      <w:r>
        <w:rPr>
          <w:sz w:val="20"/>
        </w:rPr>
        <w:t>6:47  aur aap ko dar na lage,</w:t>
      </w:r>
      <w:r>
        <w:br/>
      </w:r>
      <w:r>
        <w:rPr>
          <w:sz w:val="20"/>
        </w:rPr>
        <w:t>6:53  to samajh lijiye ke woh farishta hai. Samajh lijiye ke woh farishta hai.</w:t>
      </w:r>
      <w:r>
        <w:br/>
      </w:r>
      <w:r>
        <w:rPr>
          <w:sz w:val="20"/>
        </w:rPr>
        <w:t>7:02  to main bilkul bila dar is light ki taraf aage barha.</w:t>
      </w:r>
      <w:r>
        <w:br/>
      </w:r>
      <w:r>
        <w:rPr>
          <w:sz w:val="20"/>
        </w:rPr>
        <w:t>7:11  to jab main pohancha wahan to wahan ek ek aadmi khara hua tha ke hath jiske hath mein torch thi.</w:t>
      </w:r>
      <w:r>
        <w:br/>
      </w:r>
      <w:r>
        <w:rPr>
          <w:sz w:val="20"/>
        </w:rPr>
        <w:t>7:22  aap log shayad is torch ko na jante hon. Pehle zamane mein lambi lambi torch hoti thi, itni lambi, aur is mein bohat sare cell lage hote the,</w:t>
      </w:r>
      <w:r>
        <w:br/>
      </w:r>
      <w:r>
        <w:rPr>
          <w:sz w:val="20"/>
        </w:rPr>
        <w:t>7:37  bohat sare cell. To cell kai cell hote the, is liye lambi torch hoti thi. Woh mere khayal mein aap logon ne is ko dekha nahi hoga, shayad main ne dekha hai.</w:t>
      </w:r>
      <w:r>
        <w:br/>
      </w:r>
      <w:r>
        <w:rPr>
          <w:sz w:val="20"/>
        </w:rPr>
        <w:t>7:50  woh to ek choti torch hoti thi, ek lambi torch. To woh aadmi lambi torch liye hue, unusual tor par lambi, wahan khara tha.</w:t>
      </w:r>
      <w:r>
        <w:br/>
      </w:r>
      <w:r>
        <w:rPr>
          <w:sz w:val="20"/>
        </w:rPr>
        <w:t>8:04  kai</w:t>
      </w:r>
      <w:r>
        <w:br/>
      </w:r>
      <w:r>
        <w:rPr>
          <w:sz w:val="20"/>
        </w:rPr>
        <w:t>8:07  kai cell jis mein hote the, is ka matlab yeh tha ke is mein roshni bohat zyada hai. Ek cell hai, do cell hain to roshni kam hoti thi, lekin kai cell jab hain to zyada roshni hoti thi.</w:t>
      </w:r>
      <w:r>
        <w:br/>
      </w:r>
      <w:r>
        <w:rPr>
          <w:sz w:val="20"/>
        </w:rPr>
        <w:t>8:23  to woh aadmi jo khara tha, woh kai cell wali lambi torch liye tha.</w:t>
      </w:r>
      <w:r>
        <w:br/>
      </w:r>
      <w:r>
        <w:rPr>
          <w:sz w:val="20"/>
        </w:rPr>
        <w:t>8:34  to woh kuch bola nahi, bas torch liye khara tha.</w:t>
      </w:r>
      <w:r>
        <w:br/>
      </w:r>
      <w:r>
        <w:rPr>
          <w:sz w:val="20"/>
        </w:rPr>
        <w:t>8:41  to main ne kaha ke main</w:t>
      </w:r>
      <w:r>
        <w:br/>
      </w:r>
      <w:r>
        <w:rPr>
          <w:sz w:val="20"/>
        </w:rPr>
        <w:t>8:45  jana chahta hoon pul ke pas. Pul tak pohanch jaon to main apne gaon ka rasta pa loon ga.</w:t>
      </w:r>
      <w:r>
        <w:br/>
      </w:r>
      <w:r>
        <w:rPr>
          <w:sz w:val="20"/>
        </w:rPr>
        <w:t>8:54  to kya aap mujhe pul tak pohancha sakte hain? Tab bhi kuch bola nahi woh aadmi. Woh chalne laga torch le kar.</w:t>
      </w:r>
      <w:r>
        <w:br/>
      </w:r>
      <w:r>
        <w:rPr>
          <w:sz w:val="20"/>
        </w:rPr>
        <w:t>9:06  ab main is ke peeche chal para. To makkhe ke khet har taraf the, janglaat ki tarah.</w:t>
      </w:r>
      <w:r>
        <w:br/>
      </w:r>
      <w:r>
        <w:rPr>
          <w:sz w:val="20"/>
        </w:rPr>
        <w:t>9:18  janglaat ki taraf. To is janglaat ke, is janglaat mein main is ke sath dakhil ho gaya. Woh aage aage, main peeche peeche.</w:t>
      </w:r>
      <w:r>
        <w:br/>
      </w:r>
      <w:r>
        <w:rPr>
          <w:sz w:val="20"/>
        </w:rPr>
        <w:t>9:31  to chalte chalte woh mujhe ek jagah pohanchaya us ne jahan aage naddi thi, wahan pul, ek chota sa pul hota tha.</w:t>
      </w:r>
      <w:r>
        <w:br/>
      </w:r>
      <w:r>
        <w:rPr>
          <w:sz w:val="20"/>
        </w:rPr>
        <w:t>9:42  woh pul tha. To main ne us se kaha ke bas ab main chala jaon ga. Ab main chala jaon ga.</w:t>
      </w:r>
      <w:r>
        <w:br/>
      </w:r>
      <w:r>
        <w:rPr>
          <w:sz w:val="20"/>
        </w:rPr>
        <w:t>9:52  is ke baad main aage barha pul ki taraf. Jab main chand qadam aage barha aur peeche ki taraf dekha main ne to aadmi ghayab tha.</w:t>
      </w:r>
      <w:r>
        <w:br/>
      </w:r>
      <w:r>
        <w:rPr>
          <w:sz w:val="20"/>
        </w:rPr>
        <w:t>10:07  na aadmi, na light, na roshni, kuch nahi.</w:t>
      </w:r>
      <w:r>
        <w:br/>
      </w:r>
      <w:r>
        <w:rPr>
          <w:sz w:val="20"/>
        </w:rPr>
        <w:t>10:13  mere saamne</w:t>
      </w:r>
      <w:r>
        <w:br/>
      </w:r>
      <w:r>
        <w:rPr>
          <w:sz w:val="20"/>
        </w:rPr>
        <w:t>10:17  ek dhundhle aawaaz andaaz mein pul dikhai de raha tha. pul.</w:t>
      </w:r>
      <w:r>
        <w:br/>
      </w:r>
      <w:r>
        <w:rPr>
          <w:sz w:val="20"/>
        </w:rPr>
        <w:t>10:24  to main pul ki taraf badh raha tha aur peeche jab dekha to woh aadmi ghayab, light bhi ghayab.</w:t>
      </w:r>
    </w:p>
    <w:p>
      <w:pPr>
        <w:pStyle w:val="Heading2"/>
      </w:pPr>
      <w:r>
        <w:t>Poem: everyone secretly seeks their creator's language</w:t>
      </w:r>
    </w:p>
    <w:p>
      <w:r>
        <w:rPr>
          <w:color w:val="666666"/>
          <w:sz w:val="18"/>
        </w:rPr>
        <w:t>For The Sake of God July 27, 2014 · 1m 44s · at 27:40 · https://youtu.be/3lPfny7j2NE?t=1660</w:t>
      </w:r>
    </w:p>
    <w:p>
      <w:r>
        <w:rPr>
          <w:i/>
        </w:rPr>
        <w:t>“Zaban hai yaar, Turki wo Turki nahi bedaara”</w:t>
      </w:r>
    </w:p>
    <w:p>
      <w:r>
        <w:rPr>
          <w:sz w:val="20"/>
        </w:rPr>
        <w:t>27:40  zaban hai yaar, turki woh turki nahi bhi darta. sheikh saadi ne ek qissa likha hai ke woh kisi safar mein thay, ek aadmi mil gaya un ko rastay mein jo jo turki ka tha, woh aur turki zaban janta tha, to aapas mein exchange nahi ho sakta tha,</w:t>
      </w:r>
      <w:r>
        <w:br/>
      </w:r>
      <w:r>
        <w:rPr>
          <w:sz w:val="20"/>
        </w:rPr>
        <w:t>28:01  language gap tha. is par unhon ne kaha ke zaban hai yaar, turki woh turki nahi bhi darta.</w:t>
      </w:r>
      <w:r>
        <w:br/>
      </w:r>
      <w:r>
        <w:rPr>
          <w:sz w:val="20"/>
        </w:rPr>
        <w:t>28:11  a language of my friend is turkish, i don't know turkish.</w:t>
      </w:r>
      <w:r>
        <w:br/>
      </w:r>
      <w:r>
        <w:rPr>
          <w:sz w:val="20"/>
        </w:rPr>
        <w:t>28:18  to sari jo insaniyat hai,</w:t>
      </w:r>
      <w:r>
        <w:br/>
      </w:r>
      <w:r>
        <w:rPr>
          <w:sz w:val="20"/>
        </w:rPr>
        <w:t>28:23  silent language mein ek baat bol rahi thi ke mere khuda ki zaban arabic hai aur main arabic janta nahi, ab kya karungi? allah ne jin insanon ko banaya hai, har ek ke andar sachai ki ta</w:t>
      </w:r>
      <w:r>
        <w:br/>
      </w:r>
      <w:r>
        <w:rPr>
          <w:sz w:val="20"/>
        </w:rPr>
        <w:t>28:40  lab rakhi hai, har aadmi seeker hai, everyone is born seeker. jo chahe munh se na bole, us ki nature, us ki fitrat keh rahi hoti hai ke mujhe sachai ko janna hai,</w:t>
      </w:r>
      <w:r>
        <w:br/>
      </w:r>
      <w:r>
        <w:rPr>
          <w:sz w:val="20"/>
        </w:rPr>
        <w:t>28:56  mujhe sachai ko janna hai.</w:t>
      </w:r>
      <w:r>
        <w:br/>
      </w:r>
      <w:r>
        <w:rPr>
          <w:sz w:val="20"/>
        </w:rPr>
        <w:t>29:00  to yani is ko agarche is ka consciously woh nahi janta, shu'oori taur par nahi janta,</w:t>
      </w:r>
      <w:r>
        <w:br/>
      </w:r>
      <w:r>
        <w:rPr>
          <w:sz w:val="20"/>
        </w:rPr>
        <w:t>29:09  lekin ghair shu'oori taur par yaqeenan har aadmi yeh keh raha hai ke zaban hai yaar, turki woh turki nahi bhi darta. mere rab ki zaban to arabic hai aur main arabic janta nahi.</w:t>
      </w:r>
    </w:p>
    <w:p>
      <w:pPr>
        <w:pStyle w:val="Heading2"/>
      </w:pPr>
      <w:r>
        <w:t>Afghan boy's revenge story shows a forgotten Islamic model</w:t>
      </w:r>
    </w:p>
    <w:p>
      <w:r>
        <w:rPr>
          <w:color w:val="666666"/>
          <w:sz w:val="18"/>
        </w:rPr>
        <w:t>The Concept of Sunnah and Bidah in Islam February 14, 2008 Maulana Wahiduddin Khan · 3m 23s · at 34:16 · https://youtu.be/_uIO23hmBjg?t=2056</w:t>
      </w:r>
    </w:p>
    <w:p>
      <w:r>
        <w:rPr>
          <w:i/>
        </w:rPr>
        <w:t>“میں گیا افغانستان، بڑی دھوم ہے افغانستان میں اسلام کی”</w:t>
      </w:r>
    </w:p>
    <w:p>
      <w:r>
        <w:rPr>
          <w:sz w:val="20"/>
        </w:rPr>
        <w:t>34:16  main gaya Afghanistan bari dhoom hai Afghanistan mein Islam ki.</w:t>
      </w:r>
      <w:r>
        <w:br/>
      </w:r>
      <w:r>
        <w:rPr>
          <w:sz w:val="20"/>
        </w:rPr>
        <w:t>34:24  aap jante hain ke har jagah Islam har jagah yeh samjha jata hai ke Afghanistan mein bara Islam hai. to main wahan jab gaya ek conference mein mujh ko bulaya gaya tha.</w:t>
      </w:r>
      <w:r>
        <w:br/>
      </w:r>
      <w:r>
        <w:rPr>
          <w:sz w:val="20"/>
        </w:rPr>
        <w:t>34:37  to ek logon se bul bul kar ke woh poochta tha.</w:t>
      </w:r>
      <w:r>
        <w:br/>
      </w:r>
      <w:r>
        <w:rPr>
          <w:sz w:val="20"/>
        </w:rPr>
        <w:t>34:43  ek ladka tha wahan par us se main ne poocha. to main ladke se bare se boodhe se har ek se poochta tha taake yahan ke halat janon.</w:t>
      </w:r>
      <w:r>
        <w:br/>
      </w:r>
      <w:r>
        <w:rPr>
          <w:sz w:val="20"/>
        </w:rPr>
        <w:t>34:58  to ladke ne kya kaha? ladke ne kaha ke meri maa mujh ko parhana chahti hai. mujh ko madrasay mein bhejti hai.</w:t>
      </w:r>
      <w:r>
        <w:br/>
      </w:r>
      <w:r>
        <w:rPr>
          <w:sz w:val="20"/>
        </w:rPr>
        <w:t>35:10  lekin mera dil parhnay mein nahi lagta.</w:t>
      </w:r>
      <w:r>
        <w:br/>
      </w:r>
      <w:r>
        <w:rPr>
          <w:sz w:val="20"/>
        </w:rPr>
        <w:t>35:14  ladke ne kaha afghani bachay ne ke meri maa chahti hai ke main parhoon mujh ko madrasa bhejti bhejti hai lekin mera dil parhnay mein nahi lagta.</w:t>
      </w:r>
      <w:r>
        <w:br/>
      </w:r>
      <w:r>
        <w:rPr>
          <w:sz w:val="20"/>
        </w:rPr>
        <w:t>35:25  main ne kaha kyun? to us ne kya kaha? us ne kaha ke mujhe to apnay baap ka badla lena hai.</w:t>
      </w:r>
      <w:r>
        <w:br/>
      </w:r>
      <w:r>
        <w:rPr>
          <w:sz w:val="20"/>
        </w:rPr>
        <w:t>35:35  kisi ne is ke baap ko shayad maar dala tha koi apas mein lajjat thi. to un ke baap ne un ko kuch kiya unhon ne un ko kiya dono apas mein ladte rahe yahan tak ke woh un ka baap mar gaya.</w:t>
      </w:r>
      <w:r>
        <w:br/>
      </w:r>
      <w:r>
        <w:rPr>
          <w:sz w:val="20"/>
        </w:rPr>
        <w:t>35:50  yeh dono taraf ka yeh bilateral mamla tha woh. to beharhaal is ke mind mein kya tha ke jis ne mere baap ko mara hai us ko mujhe marna hai.</w:t>
      </w:r>
      <w:r>
        <w:br/>
      </w:r>
      <w:r>
        <w:rPr>
          <w:sz w:val="20"/>
        </w:rPr>
        <w:t>36:00  is se mujhe inteqam lena hai.</w:t>
      </w:r>
      <w:r>
        <w:br/>
      </w:r>
      <w:r>
        <w:rPr>
          <w:sz w:val="20"/>
        </w:rPr>
        <w:t>36:05  to main ne wahan par jo unhon ne pooch ki to main ne kaha ke main ne mujhe pata chala ke yahan ka to revenge hi culture hai Afghanistan ka. inteqami culture hai Afghanistan ka.</w:t>
      </w:r>
      <w:r>
        <w:br/>
      </w:r>
      <w:r>
        <w:rPr>
          <w:sz w:val="20"/>
        </w:rPr>
        <w:t>36:18  yahan woh jo tribes mein yeh hota hai ke yeh in se badla lete hain woh in se badla lete hain. isi mein laraiyan hoti hain.</w:t>
      </w:r>
      <w:r>
        <w:br/>
      </w:r>
      <w:r>
        <w:rPr>
          <w:sz w:val="20"/>
        </w:rPr>
        <w:t>36:28  gun chalti hai bomb chaltay hain. aur wahan Islam ki bhi dhoom hai.</w:t>
      </w:r>
      <w:r>
        <w:br/>
      </w:r>
      <w:r>
        <w:rPr>
          <w:sz w:val="20"/>
        </w:rPr>
        <w:t>36:35  to woh samajhtay hain ke namaz roza karo bas Islam ho gaya. is mamlay mein nahi pata hai unhein ke is mamlay mein aik model hai ke inteqam na lo ghussa na karo logon ko maaf karo.</w:t>
      </w:r>
      <w:r>
        <w:br/>
      </w:r>
      <w:r>
        <w:rPr>
          <w:sz w:val="20"/>
        </w:rPr>
        <w:t>36:49  yeh bhi aik model hai. to yeh nahi jantay woh. yeh har jagah hi koi Afghanistan ki baat nahi hai.</w:t>
      </w:r>
      <w:r>
        <w:br/>
      </w:r>
      <w:r>
        <w:rPr>
          <w:sz w:val="20"/>
        </w:rPr>
        <w:t>37:00  to yeh bohat ziyada sochne ki baat hai ke jab Islam mein yeh kaha gaya ke Rasool Allah model hain Sahaba model hain to yeh kis mani mein kaha gaya?</w:t>
      </w:r>
      <w:r>
        <w:br/>
      </w:r>
      <w:r>
        <w:rPr>
          <w:sz w:val="20"/>
        </w:rPr>
        <w:t>37:14  is mani mein nahi ke bas masjid mein jo namaz tum parhtay ho us mein model hain woh. wahan par salo kama raiyat mini asli ka tareeqa ikhtiyar karo.</w:t>
      </w:r>
      <w:r>
        <w:br/>
      </w:r>
      <w:r>
        <w:rPr>
          <w:sz w:val="20"/>
        </w:rPr>
        <w:t>37:27  yani Rasool Allah jaisay namaz parhtay thay ویسے namaz parho. Sahaba jaisay namaz parhtay thay ویسے tum bhi namaz parho. yani namaz ke form ko follow karna.</w:t>
      </w:r>
    </w:p>
    <w:p>
      <w:pPr>
        <w:pStyle w:val="Heading2"/>
      </w:pPr>
      <w:r>
        <w:t>Potential haves and have-nots a journey</w:t>
      </w:r>
    </w:p>
    <w:p>
      <w:r>
        <w:rPr>
          <w:color w:val="666666"/>
          <w:sz w:val="18"/>
        </w:rPr>
        <w:t>Contribution of The Prophet 13 March 2006 - Maulana Wahiduddin Khan · 6m 04s · at 30:54 · https://youtu.be/KgVEHbWpoHw?t=1854</w:t>
      </w:r>
    </w:p>
    <w:p>
      <w:r>
        <w:rPr>
          <w:i/>
        </w:rPr>
        <w:t>“Haan ye bada acha question hai”</w:t>
      </w:r>
    </w:p>
    <w:p>
      <w:r>
        <w:rPr>
          <w:sz w:val="20"/>
        </w:rPr>
        <w:t>30:54  haan yeh bara acha question hai. dekhiye, maine yahan tak socha hai is par ke main bhi haves mein paida hua</w:t>
      </w:r>
      <w:r>
        <w:br/>
      </w:r>
      <w:r>
        <w:rPr>
          <w:sz w:val="20"/>
        </w:rPr>
        <w:t>31:04  mere khandan ke log zamindar the, landlord the. aur us zamane ke lehaz se bare logon mein shumar hota tha. kyunke hamare ghar mein ghoda hota tha.</w:t>
      </w:r>
      <w:r>
        <w:br/>
      </w:r>
      <w:r>
        <w:rPr>
          <w:sz w:val="20"/>
        </w:rPr>
        <w:t>31:16  sab se pehle car wahan aayi thi hamare pure district mein. to ek aaj raja ke liye ek hamare yahan aayi thi. wahan ek the raja harchand. pure district mein pehli car aayi thi raja harchand ke haan, doosri car aayi thi hamari family</w:t>
      </w:r>
      <w:r>
        <w:br/>
      </w:r>
      <w:r>
        <w:rPr>
          <w:sz w:val="20"/>
        </w:rPr>
        <w:t>31:30  mein. to main inhi logon mein se tha jo haves jinhein kehte hain aap. lekin main seeker bana. to main yeh samjha hoon is baat se ke jo have nots hain unke andar compulsively woh seeker ban jate hain.</w:t>
      </w:r>
      <w:r>
        <w:br/>
      </w:r>
      <w:r>
        <w:rPr>
          <w:sz w:val="20"/>
        </w:rPr>
        <w:t>31:44  yani compulsion jo hai unke liye challenge ban jata hai. compulso challenge. aur jo haves mein paida hote hain unke liye compulso challenge to nahi hota hai lekin agar unka soch bohat barha hua ho.</w:t>
      </w:r>
      <w:r>
        <w:br/>
      </w:r>
      <w:r>
        <w:rPr>
          <w:sz w:val="20"/>
        </w:rPr>
        <w:t>31:56  unke andar bohat zyada sochne ka mada ho. to kya hoga? is par woh unka contentment nahi hoga. jaise main tha mujhe ghode mein aur car mein aur ghar mein aur land mein aur paise mein kuch dilchaspi hi nahi thi mere.</w:t>
      </w:r>
      <w:r>
        <w:br/>
      </w:r>
      <w:r>
        <w:rPr>
          <w:sz w:val="20"/>
        </w:rPr>
        <w:t>32:11  kuch bhi nahi.</w:t>
      </w:r>
      <w:r>
        <w:br/>
      </w:r>
      <w:r>
        <w:rPr>
          <w:sz w:val="20"/>
        </w:rPr>
        <w:t>32:12  hai ya nahi yeh dono barabar the mere liye. to yeh jo tha is ki wajah se main seeker ban gaya. halanke mere meri family ke doosre log seeker nahi ban sake.</w:t>
      </w:r>
      <w:r>
        <w:br/>
      </w:r>
      <w:r>
        <w:rPr>
          <w:sz w:val="20"/>
        </w:rPr>
        <w:t>32:22  isi mein gum ho gaye, isi mein khush ho gaye. to yeh is par yani isi liye haves zyada paida kiye jate hain.</w:t>
      </w:r>
      <w:r>
        <w:br/>
      </w:r>
      <w:r>
        <w:rPr>
          <w:sz w:val="20"/>
        </w:rPr>
        <w:t>32:31  woh have nots zyada paida kiye jate hain. kyunke woh compulso challenge ko ka case banta hai unka</w:t>
      </w:r>
      <w:r>
        <w:br/>
      </w:r>
      <w:r>
        <w:rPr>
          <w:sz w:val="20"/>
        </w:rPr>
        <w:t>32:37  . yani sare ke sare hewz agar hon to main samajhta hoon ke phir na challenge hoga na seeking hogi, kuch bhi nahi hoga. to Khuda ki blessing yeh hai ke sab ko hewz nahi banata woh.</w:t>
      </w:r>
      <w:r>
        <w:br/>
      </w:r>
      <w:r>
        <w:rPr>
          <w:sz w:val="20"/>
        </w:rPr>
        <w:t>32:48  ke sab ko hewz bana de woh. yeh hadith mein aata hai ke agar sab ko de de Khuda ko paisa aur har cheez to sab log sarkash ho jayenge aur koi Khuda ko nahi manega.</w:t>
      </w:r>
      <w:r>
        <w:br/>
      </w:r>
      <w:r>
        <w:rPr>
          <w:sz w:val="20"/>
        </w:rPr>
        <w:t>32:59  to yeh blessing Khuda ki hai ke logon ko problem deta hai. problem na ho to log sarkash ban jayen.</w:t>
      </w:r>
      <w:r>
        <w:br/>
      </w:r>
      <w:r>
        <w:rPr>
          <w:sz w:val="20"/>
        </w:rPr>
        <w:t>33:05  Khuda ko yani inkar karne wale ban jayen. next question is by raziya. some people perceive the difference between hews and have nots as permanent and take it to extremes.</w:t>
      </w:r>
      <w:r>
        <w:br/>
      </w:r>
      <w:r>
        <w:rPr>
          <w:sz w:val="20"/>
        </w:rPr>
        <w:t>33:17  is it the valid reason for people committing suicide? haan yeh sahi hai. yeh hamare reformers ki ghalati hai.</w:t>
      </w:r>
      <w:r>
        <w:br/>
      </w:r>
      <w:r>
        <w:rPr>
          <w:sz w:val="20"/>
        </w:rPr>
        <w:t>33:26  reformers sare reformar jitne bhi hain one to all sab yahi kehte rahe hain ke society ko jaise aise boli bolte hain jaise permanently do mein bati hui hai woh.</w:t>
      </w:r>
      <w:r>
        <w:br/>
      </w:r>
      <w:r>
        <w:rPr>
          <w:sz w:val="20"/>
        </w:rPr>
        <w:t>33:38  sare reformers maine padhkar yeh keh sakta hoon main ke is is nuqte ko reformers ne pakda nahi ke aaj ka aaj ka hew nots kal ka hew ban jata hai.</w:t>
      </w:r>
      <w:r>
        <w:br/>
      </w:r>
      <w:r>
        <w:rPr>
          <w:sz w:val="20"/>
        </w:rPr>
        <w:t>33:48  to basically jo jo taqseem hai woh hai yani potential hews aur actual hews ke beech mein. hew nots ka koi wajood nahi hai.</w:t>
      </w:r>
      <w:r>
        <w:br/>
      </w:r>
      <w:r>
        <w:rPr>
          <w:sz w:val="20"/>
        </w:rPr>
        <w:t>33:56  misal ke taur par Dr Abdul Kalam jo the apni naujawani ki umar mein potential hews the. aaj woh actual hews hain. isko is nuqte ko ek reformar bata nahi saka.</w:t>
      </w:r>
      <w:r>
        <w:br/>
      </w:r>
      <w:r>
        <w:rPr>
          <w:sz w:val="20"/>
        </w:rPr>
        <w:t>34:07  koi bhi reformar ise nahi maloom hai jo yeh bata sake logon ko ke yeh yeh jo yeh jo division hai yeh relative hai.</w:t>
      </w:r>
      <w:r>
        <w:br/>
      </w:r>
      <w:r>
        <w:rPr>
          <w:sz w:val="20"/>
        </w:rPr>
        <w:t>34:18  yeh permanent</w:t>
      </w:r>
      <w:r>
        <w:br/>
      </w:r>
      <w:r>
        <w:rPr>
          <w:sz w:val="20"/>
        </w:rPr>
        <w:t>34:19  nahi hai. jaise main jo word bol raha hoon ke jo ke kuch log potential hews hain, kuch log actual hews hain. yeh word history mein kabhi bola nahi gaya.</w:t>
      </w:r>
      <w:r>
        <w:br/>
      </w:r>
      <w:r>
        <w:rPr>
          <w:sz w:val="20"/>
        </w:rPr>
        <w:t>34:29  aage bola gaya to mujhe bataiye kisi ka naam. to woh log jo jo bolne wale log hain, jo thinkers hain, jo philosophers hain, jo leaders hain, bol bol kar unko logon ko frusts mein daal dete hain.</w:t>
      </w:r>
      <w:r>
        <w:br/>
      </w:r>
      <w:r>
        <w:rPr>
          <w:sz w:val="20"/>
        </w:rPr>
        <w:t>34:44  agar mujhe laiq hua aisa aadmi to main bar bar main aise aadmi ko paya hai ke unko maine ek nayi zindagi de di. poori zindagi mein aise logon ka naam bata sakta hoon aap ko ke woh frusts mein the, mayoos the ke hamare paas to kuch bhi nahi, hamare paas yeh hai, hamare paas woh hai.</w:t>
      </w:r>
      <w:r>
        <w:br/>
      </w:r>
      <w:r>
        <w:rPr>
          <w:sz w:val="20"/>
        </w:rPr>
        <w:t>34:58  lekin mujhse qareeb hue woh</w:t>
      </w:r>
      <w:r>
        <w:br/>
      </w:r>
      <w:r>
        <w:rPr>
          <w:sz w:val="20"/>
        </w:rPr>
        <w:t>35:00  , unke andar maine ek hausla diya. hazaron log aise, hazaron log. aur phir woh hausla diya, unko umeed di, unko hope diya.</w:t>
      </w:r>
      <w:r>
        <w:br/>
      </w:r>
      <w:r>
        <w:rPr>
          <w:sz w:val="20"/>
        </w:rPr>
        <w:t>35:09  is ke liye maine char kitabein likhi hain:</w:t>
      </w:r>
      <w:r>
        <w:br/>
      </w:r>
      <w:r>
        <w:rPr>
          <w:sz w:val="20"/>
        </w:rPr>
        <w:t>35:11  Raja Hayat, Taameer Hayat, Kitab-e-Zindagi aur Rehnuma Hayat. in kitabon ko padh padh kar ke hazaron ne lakhon logon ko hope mili hai. Pakistan mein ek sahib hain jo government service mein the, unhone Raja Hayat padhi to unhone service chhod di.</w:t>
      </w:r>
      <w:r>
        <w:br/>
      </w:r>
      <w:r>
        <w:rPr>
          <w:sz w:val="20"/>
        </w:rPr>
        <w:t>35:27  ab woh bicycle par apni kitab par isi kitab ke bundle rakhte hain aur sare Pakistan ghoom kar logon ko dete hain taake logon ko na umidi se nikalen.</w:t>
      </w:r>
      <w:r>
        <w:br/>
      </w:r>
      <w:r>
        <w:rPr>
          <w:sz w:val="20"/>
        </w:rPr>
        <w:t>35:36  main jab Pakistan gaya tha ek bar to main airport, Lahore airport par jab utra to ek naujawan wahan, kai log the jo mere janne wale the, ek naya aadmi tha wahan par, ek naujawan.</w:t>
      </w:r>
      <w:r>
        <w:br/>
      </w:r>
      <w:r>
        <w:rPr>
          <w:sz w:val="20"/>
        </w:rPr>
        <w:t>35:48  us ne kaha ke aap mujh ko pehchante nahi honge.</w:t>
      </w:r>
      <w:r>
        <w:br/>
      </w:r>
      <w:r>
        <w:rPr>
          <w:sz w:val="20"/>
        </w:rPr>
        <w:t>35:52  main aap ko janta hoon. apna case bataya unhone ke main depression mein tha, gaya tha aur wahan ittefaq se by chance mujhe aap ki kitab Raja Hayat mil gayi.</w:t>
      </w:r>
      <w:r>
        <w:br/>
      </w:r>
      <w:r>
        <w:rPr>
          <w:sz w:val="20"/>
        </w:rPr>
        <w:t>36:04  isko maine padh dala ek din, do din ke andar. depression khatam ho gaya, stress khatam ho gaya, tension khatam ho gaya. aur maine doctor se kaha bhai main jata hoon, main acha ho gaya hoon. yeh sari jo hai kiyun ke ghalati reformers ki hai, thinkers ki hai, leaders ki hai ke logon ko yeh bharte hain logon ke mind mein ke tum hew nots ho, tum hew nots ho, tum hew nots ho.</w:t>
      </w:r>
      <w:r>
        <w:br/>
      </w:r>
      <w:r>
        <w:rPr>
          <w:sz w:val="20"/>
        </w:rPr>
        <w:t>36:23  main ulta karta hoon</w:t>
      </w:r>
      <w:r>
        <w:br/>
      </w:r>
      <w:r>
        <w:rPr>
          <w:sz w:val="20"/>
        </w:rPr>
        <w:t>36:24  . main kehta hoon koi hew nots nahi hai. koi potential hew hai, koi koi actual hew hai. jo log mere magazine ko padhte hain, jinhone meri kitabein padhi hain, aise hazaron nahi, lakhon log hain duniya mein, unse aap poochh lijiye kis tarah unki na umidi umeed mein badli hai.</w:t>
      </w:r>
      <w:r>
        <w:br/>
      </w:r>
      <w:r>
        <w:rPr>
          <w:sz w:val="20"/>
        </w:rPr>
        <w:t>36:42  be hosla ho gaye the, is se unhein hosla mila hai. to main samajhta hoon ke khudkushi jo log karte hain, un ka qasoor nahi hai, qasoor un logon ka hai jo aise thought phailate hain, aisi baatein phailate hain ke woh bechare samajhte hain ke hamare koi future nahi hai.</w:t>
      </w:r>
    </w:p>
    <w:p>
      <w:pPr>
        <w:pStyle w:val="Heading2"/>
      </w:pPr>
      <w:r>
        <w:t>Jihad against desires as against enemies</w:t>
      </w:r>
    </w:p>
    <w:p>
      <w:r>
        <w:rPr>
          <w:color w:val="666666"/>
          <w:sz w:val="18"/>
        </w:rPr>
        <w:t>Jihad in Islam (English) June 12, 2007 Maulana Wahiduddin Khan · 2m 58s · at 12:02 · https://youtu.be/4_Qe6ZZ6c7o?t=722</w:t>
      </w:r>
    </w:p>
    <w:p>
      <w:r>
        <w:rPr>
          <w:i/>
        </w:rPr>
        <w:t>“Then there is a Hadith”</w:t>
      </w:r>
    </w:p>
    <w:p>
      <w:r>
        <w:rPr>
          <w:sz w:val="20"/>
        </w:rPr>
        <w:t>12:02  Then there is a Hadith, jahidu ahwaakum kama tujahiduna a'daaakum Do Jihad against your own desires as you do Jihad against your enemies.</w:t>
      </w:r>
      <w:r>
        <w:br/>
      </w:r>
      <w:r>
        <w:rPr>
          <w:sz w:val="20"/>
        </w:rPr>
        <w:t>12:27  So in this Hadith, the Prophet of Islam says that acting against your desire is also Jihad.</w:t>
      </w:r>
      <w:r>
        <w:br/>
      </w:r>
      <w:r>
        <w:rPr>
          <w:sz w:val="20"/>
        </w:rPr>
        <w:t>12:39  When you feel some unwanted desires, some negative thoughts, for example, lust and hate and selfishness and dishonesty and injustice,</w:t>
      </w:r>
      <w:r>
        <w:br/>
      </w:r>
      <w:r>
        <w:rPr>
          <w:sz w:val="20"/>
        </w:rPr>
        <w:t>12:59  intolerance, all these things are unwanted desires. So when you want to overpower these desires, when you want to control these desires,</w:t>
      </w:r>
      <w:r>
        <w:br/>
      </w:r>
      <w:r>
        <w:rPr>
          <w:sz w:val="20"/>
        </w:rPr>
        <w:t>13:16  that is Jihad.</w:t>
      </w:r>
      <w:r>
        <w:br/>
      </w:r>
      <w:r>
        <w:rPr>
          <w:sz w:val="20"/>
        </w:rPr>
        <w:t>13:20  Every time man feels some unwanted desires,</w:t>
      </w:r>
      <w:r>
        <w:br/>
      </w:r>
      <w:r>
        <w:rPr>
          <w:sz w:val="20"/>
        </w:rPr>
        <w:t>13:28  when you live in your family, in your society, every time there are unwanted desires like anger, hate,</w:t>
      </w:r>
      <w:r>
        <w:br/>
      </w:r>
      <w:r>
        <w:rPr>
          <w:sz w:val="20"/>
        </w:rPr>
        <w:t>13:42  malice, intolerance, injustice.</w:t>
      </w:r>
      <w:r>
        <w:br/>
      </w:r>
      <w:r>
        <w:rPr>
          <w:sz w:val="20"/>
        </w:rPr>
        <w:t>13:51  And</w:t>
      </w:r>
      <w:r>
        <w:br/>
      </w:r>
      <w:r>
        <w:rPr>
          <w:sz w:val="20"/>
        </w:rPr>
        <w:t>13:56  so all these things are unwanted desires. So you have to overpower all these desires.</w:t>
      </w:r>
      <w:r>
        <w:br/>
      </w:r>
      <w:r>
        <w:rPr>
          <w:sz w:val="20"/>
        </w:rPr>
        <w:t>14:07  You have to control all these desires.</w:t>
      </w:r>
      <w:r>
        <w:br/>
      </w:r>
      <w:r>
        <w:rPr>
          <w:sz w:val="20"/>
        </w:rPr>
        <w:t>14:09  So this practice is also Jihad.</w:t>
      </w:r>
      <w:r>
        <w:br/>
      </w:r>
      <w:r>
        <w:rPr>
          <w:sz w:val="20"/>
        </w:rPr>
        <w:t>14:14  So the Prophet</w:t>
      </w:r>
      <w:r>
        <w:br/>
      </w:r>
      <w:r>
        <w:rPr>
          <w:sz w:val="20"/>
        </w:rPr>
        <w:t>14:18  of Islam said, jahidu aadaakum kama tujahidoon</w:t>
      </w:r>
      <w:r>
        <w:br/>
      </w:r>
      <w:r>
        <w:rPr>
          <w:sz w:val="20"/>
        </w:rPr>
        <w:t>14:24  jahidu ahwaakum kama tujahidoon aadaakum</w:t>
      </w:r>
      <w:r>
        <w:br/>
      </w:r>
      <w:r>
        <w:rPr>
          <w:sz w:val="20"/>
        </w:rPr>
        <w:t>14:28  Do Jihad against your desires</w:t>
      </w:r>
      <w:r>
        <w:br/>
      </w:r>
      <w:r>
        <w:rPr>
          <w:sz w:val="20"/>
        </w:rPr>
        <w:t>14:32  as you do Jihad against your enemies.</w:t>
      </w:r>
      <w:r>
        <w:br/>
      </w:r>
      <w:r>
        <w:rPr>
          <w:sz w:val="20"/>
        </w:rPr>
        <w:t>14:38  So against enemy, you</w:t>
      </w:r>
      <w:r>
        <w:br/>
      </w:r>
      <w:r>
        <w:rPr>
          <w:sz w:val="20"/>
        </w:rPr>
        <w:t>14:45  when there is attack, when there is aggression, then compulsively you go to</w:t>
      </w:r>
      <w:r>
        <w:br/>
      </w:r>
      <w:r>
        <w:rPr>
          <w:sz w:val="20"/>
        </w:rPr>
        <w:t>14:54  war. That is defensive war.</w:t>
      </w:r>
    </w:p>
    <w:p>
      <w:pPr>
        <w:pStyle w:val="Heading2"/>
      </w:pPr>
      <w:r>
        <w:t>Don't hide flaws use diary for self criticism</w:t>
      </w:r>
    </w:p>
    <w:p>
      <w:r>
        <w:rPr>
          <w:color w:val="666666"/>
          <w:sz w:val="18"/>
        </w:rPr>
        <w:t>Tazkiyah and Self Criticism April 13, 2020 Maulana Wahiduddin Khan · 3m 34s · at 20:09 · https://youtu.be/D4pMJtT4vDg?t=1209</w:t>
      </w:r>
    </w:p>
    <w:p>
      <w:r>
        <w:rPr>
          <w:i/>
        </w:rPr>
        <w:t>“Apni skoot nahi karna”</w:t>
      </w:r>
    </w:p>
    <w:p>
      <w:r>
        <w:rPr>
          <w:sz w:val="20"/>
        </w:rPr>
        <w:t>20:09  apni scot nahi karna. apni scot nahi. log karte hain doosron ki scot nahi.</w:t>
      </w:r>
      <w:r>
        <w:br/>
      </w:r>
      <w:r>
        <w:rPr>
          <w:sz w:val="20"/>
        </w:rPr>
        <w:t>20:18  lekin jo aadmi chahta ho apne ko</w:t>
      </w:r>
      <w:r>
        <w:br/>
      </w:r>
      <w:r>
        <w:rPr>
          <w:sz w:val="20"/>
        </w:rPr>
        <w:t>20:24  madah kar sakte banana, madah kar to us ko aag dalni pare gi apni scot mein. My habit, by the grace of Allah, is this</w:t>
      </w:r>
      <w:r>
        <w:br/>
      </w:r>
      <w:r>
        <w:rPr>
          <w:sz w:val="20"/>
        </w:rPr>
        <w:t>20:35  ke main doosron ki ghalti dhoondta hi nahi. apni</w:t>
      </w:r>
      <w:r>
        <w:br/>
      </w:r>
      <w:r>
        <w:rPr>
          <w:sz w:val="20"/>
        </w:rPr>
        <w:t>20:41  ghalti dhoondta hoon.</w:t>
      </w:r>
      <w:r>
        <w:br/>
      </w:r>
      <w:r>
        <w:rPr>
          <w:sz w:val="20"/>
        </w:rPr>
        <w:t>20:45  main doosron ki ghalti ko sochta bhi nahi. main</w:t>
      </w:r>
      <w:r>
        <w:br/>
      </w:r>
      <w:r>
        <w:rPr>
          <w:sz w:val="20"/>
        </w:rPr>
        <w:t>20:52  apni ghalti ko sochta hoon. yeh meri aadat hai. yeh aadat daliye ya asal mein us ko us ko apni habit mein shamil kijiye.</w:t>
      </w:r>
      <w:r>
        <w:br/>
      </w:r>
      <w:r>
        <w:rPr>
          <w:sz w:val="20"/>
        </w:rPr>
        <w:t>21:11  main ne main ne naujawani ki umar se yeh kiya ke main ne aik aik diary banai. diary.</w:t>
      </w:r>
      <w:r>
        <w:br/>
      </w:r>
      <w:r>
        <w:rPr>
          <w:sz w:val="20"/>
        </w:rPr>
        <w:t>21:22  is diary ko</w:t>
      </w:r>
      <w:r>
        <w:br/>
      </w:r>
      <w:r>
        <w:rPr>
          <w:sz w:val="20"/>
        </w:rPr>
        <w:t>21:27  main ne apni ghalti likhne ka zariya banaya.</w:t>
      </w:r>
      <w:r>
        <w:br/>
      </w:r>
      <w:r>
        <w:rPr>
          <w:sz w:val="20"/>
        </w:rPr>
        <w:t>21:34  asal mein main ne aik qissa parha tha France ke badshah ka. to aap jante honge ke</w:t>
      </w:r>
      <w:r>
        <w:br/>
      </w:r>
      <w:r>
        <w:rPr>
          <w:sz w:val="20"/>
        </w:rPr>
        <w:t>21:45  diary likhne ke mizaj European logon mein bohat bohat hai. diary maintain karna. to France ka aik badshah tha, woh har din kuch likhta tha.</w:t>
      </w:r>
      <w:r>
        <w:br/>
      </w:r>
      <w:r>
        <w:rPr>
          <w:sz w:val="20"/>
        </w:rPr>
        <w:t>21:59  har din.</w:t>
      </w:r>
      <w:r>
        <w:br/>
      </w:r>
      <w:r>
        <w:rPr>
          <w:sz w:val="20"/>
        </w:rPr>
        <w:t>22:04  to aik woh uska zyada tar jo hota tha, woh shikar karta tha. woh</w:t>
      </w:r>
      <w:r>
        <w:br/>
      </w:r>
      <w:r>
        <w:rPr>
          <w:sz w:val="20"/>
        </w:rPr>
        <w:t>22:14  to har din woh us ne kiya shikar kiya, woh likhta tha. to aik din aisa hua</w:t>
      </w:r>
      <w:r>
        <w:br/>
      </w:r>
      <w:r>
        <w:rPr>
          <w:sz w:val="20"/>
        </w:rPr>
        <w:t>22:21  ke woh</w:t>
      </w:r>
      <w:r>
        <w:br/>
      </w:r>
      <w:r>
        <w:rPr>
          <w:sz w:val="20"/>
        </w:rPr>
        <w:t>22:26  shikar ke liye gaya jangl mein.</w:t>
      </w:r>
      <w:r>
        <w:br/>
      </w:r>
      <w:r>
        <w:rPr>
          <w:sz w:val="20"/>
        </w:rPr>
        <w:t>22:32  qadeem zamane mein yeh sab ate the logon mein. to aik din woh badshah, us zamane mein shikar hota tha zyada tar</w:t>
      </w:r>
      <w:r>
        <w:br/>
      </w:r>
      <w:r>
        <w:rPr>
          <w:sz w:val="20"/>
        </w:rPr>
        <w:t>22:47  teer kaman se. zyada tar teer kaman se. to aik din aisa hua ke jab badshah loota to us ke paas likhne ke liye kuch nahi tha.</w:t>
      </w:r>
      <w:r>
        <w:br/>
      </w:r>
      <w:r>
        <w:rPr>
          <w:sz w:val="20"/>
        </w:rPr>
        <w:t>23:05  kyun nahi? aaj yeh shikar kiya, aaj main ne aisa kiya, aaj main ne usay kiya. yani koi yaft wali baat nahi thi.</w:t>
      </w:r>
      <w:r>
        <w:br/>
      </w:r>
      <w:r>
        <w:rPr>
          <w:sz w:val="20"/>
        </w:rPr>
        <w:t>23:16  to main isi din, us us badshah ne abhi us din ki diary mein likha: Nothing. Nothing.</w:t>
      </w:r>
      <w:r>
        <w:br/>
      </w:r>
      <w:r>
        <w:rPr>
          <w:sz w:val="20"/>
        </w:rPr>
        <w:t>23:27  is se main ne us ka aadat bana liya apni ke apni Nothing ko jano.</w:t>
      </w:r>
      <w:r>
        <w:br/>
      </w:r>
      <w:r>
        <w:rPr>
          <w:sz w:val="20"/>
        </w:rPr>
        <w:t>23:34  apni Nothing ko jano.</w:t>
      </w:r>
    </w:p>
    <w:p>
      <w:pPr>
        <w:pStyle w:val="Heading2"/>
      </w:pPr>
      <w:r>
        <w:t>God's justice and mercy explained</w:t>
      </w:r>
    </w:p>
    <w:p>
      <w:r>
        <w:rPr>
          <w:color w:val="666666"/>
          <w:sz w:val="18"/>
        </w:rPr>
        <w:t>Islam and Peace (In Conversation with Maulana) · 2m 01s · at 18:17 · https://youtu.be/vFVw6wPt5lk?t=1097</w:t>
      </w:r>
    </w:p>
    <w:p>
      <w:r>
        <w:rPr>
          <w:i/>
        </w:rPr>
        <w:t>“No. God is merciful.”</w:t>
      </w:r>
    </w:p>
    <w:p>
      <w:r>
        <w:rPr>
          <w:sz w:val="20"/>
        </w:rPr>
        <w:t>18:17  Why can't He make everyone good if He is the most just and the most merciful? No. God is merci</w:t>
      </w:r>
      <w:r>
        <w:br/>
      </w:r>
      <w:r>
        <w:rPr>
          <w:sz w:val="20"/>
        </w:rPr>
        <w:t>18:26  ful. But at the same time, God is just. You see, it is the</w:t>
      </w:r>
      <w:r>
        <w:br/>
      </w:r>
      <w:r>
        <w:rPr>
          <w:sz w:val="20"/>
        </w:rPr>
        <w:t>18:41  act of justice to punish those people who are bad and to give reward to those people who are good.</w:t>
      </w:r>
      <w:r>
        <w:br/>
      </w:r>
      <w:r>
        <w:rPr>
          <w:sz w:val="20"/>
        </w:rPr>
        <w:t>18:54  It is not justice to</w:t>
      </w:r>
      <w:r>
        <w:br/>
      </w:r>
      <w:r>
        <w:rPr>
          <w:sz w:val="20"/>
        </w:rPr>
        <w:t>19:00  leave all those bad people, to send them to paradise. No. So God is merciful</w:t>
      </w:r>
      <w:r>
        <w:br/>
      </w:r>
      <w:r>
        <w:rPr>
          <w:sz w:val="20"/>
        </w:rPr>
        <w:t>19:10  . It is a fact. God has given us so many blessings: sunlight and air and oxygen and this planet Earth and water and everything.</w:t>
      </w:r>
      <w:r>
        <w:br/>
      </w:r>
      <w:r>
        <w:rPr>
          <w:sz w:val="20"/>
        </w:rPr>
        <w:t>19:24  This is God's mercy. It is the phenomenon of mercy. But at the same time, God is God</w:t>
      </w:r>
      <w:r>
        <w:br/>
      </w:r>
      <w:r>
        <w:rPr>
          <w:sz w:val="20"/>
        </w:rPr>
        <w:t>19:40  is just</w:t>
      </w:r>
      <w:r>
        <w:br/>
      </w:r>
      <w:r>
        <w:rPr>
          <w:sz w:val="20"/>
        </w:rPr>
        <w:t>19:41  . So due to His being a just person, God will give</w:t>
      </w:r>
      <w:r>
        <w:br/>
      </w:r>
      <w:r>
        <w:rPr>
          <w:sz w:val="20"/>
        </w:rPr>
        <w:t>19:54  God will examine on the day of judgment, and He will punish those people who were bad in this world, and He will reward those people who were good in this world.</w:t>
      </w:r>
      <w:r>
        <w:br/>
      </w:r>
      <w:r>
        <w:rPr>
          <w:sz w:val="20"/>
        </w:rPr>
        <w:t>20:12  So it is an act of justice.</w:t>
      </w:r>
    </w:p>
    <w:p>
      <w:pPr>
        <w:pStyle w:val="Heading2"/>
      </w:pPr>
      <w:r>
        <w:t>Correcting the myth that Muslims are 'God's caliphs'</w:t>
      </w:r>
    </w:p>
    <w:p>
      <w:r>
        <w:rPr>
          <w:color w:val="666666"/>
          <w:sz w:val="18"/>
        </w:rPr>
        <w:t>Lessons from Bombay Nov 30, 2008 · 5m 25s · at 16:09 · https://youtu.be/LiDznEqzaRI?t=969</w:t>
      </w:r>
    </w:p>
    <w:p>
      <w:r>
        <w:rPr>
          <w:i/>
        </w:rPr>
        <w:t>“Har jagah kya dikhaya sikhaya jata hai? Fakhr, khalifa hum hain.”</w:t>
      </w:r>
    </w:p>
    <w:p>
      <w:r>
        <w:rPr>
          <w:sz w:val="20"/>
        </w:rPr>
        <w:t>16:09  mein keh sakta hoon ke har jagah, har jagah, har jagah kya dikhaya sikhaya jata hai? fakhr, khalifa hum hain.</w:t>
      </w:r>
      <w:r>
        <w:br/>
      </w:r>
      <w:r>
        <w:rPr>
          <w:sz w:val="20"/>
        </w:rPr>
        <w:t>16:19  ek martaba meri mulaqat hui ek ek ek sheikh se, to unhone kaha ke sab se pyas wale hain ke "man nahnu?</w:t>
      </w:r>
      <w:r>
        <w:br/>
      </w:r>
      <w:r>
        <w:rPr>
          <w:sz w:val="20"/>
        </w:rPr>
        <w:t>16:29  man nahnu? hum kaun hain?</w:t>
      </w:r>
      <w:r>
        <w:br/>
      </w:r>
      <w:r>
        <w:rPr>
          <w:sz w:val="20"/>
        </w:rPr>
        <w:t>16:35  man nahnu? hum kaun hain?" mere apne identity ko establish karna. to un ka manna kya tha? "man nahnu?" ka ka jawab hai nahnu khulafa Allah fil ardh</w:t>
      </w:r>
      <w:r>
        <w:br/>
      </w:r>
      <w:r>
        <w:rPr>
          <w:sz w:val="20"/>
        </w:rPr>
        <w:t>16:48  hum zameen par khuda ke khalifa hain, kyunke "ani jal fi al ardh" khalifa se nikal rakha hai in logon ne. yani saare musalman jis soch mein jee rahe hain, woh yeh hai ke hum dunya mein khuda ke khalifa hain, khuda ke vicegerent hain.</w:t>
      </w:r>
      <w:r>
        <w:br/>
      </w:r>
      <w:r>
        <w:rPr>
          <w:sz w:val="20"/>
        </w:rPr>
        <w:t>17:04  hum khuda ki taraf se hamein ek mila hai yeh kaam ke khudaye qanoon ko dunya par nafiz karein. nahnu khulafa Allah fil ardh ab maine kaha ke dekhiye, yeh to kahin likha nahi hai,</w:t>
      </w:r>
      <w:r>
        <w:br/>
      </w:r>
      <w:r>
        <w:rPr>
          <w:sz w:val="20"/>
        </w:rPr>
        <w:t>17:18  na quran mein, na hadith mein. is ka ulta likha hua hai. bukhari ki riwayat hai ke antum shuhada Allah fil ardh do alfaaz aaye hain bukhari mein.</w:t>
      </w:r>
      <w:r>
        <w:br/>
      </w:r>
      <w:r>
        <w:rPr>
          <w:sz w:val="20"/>
        </w:rPr>
        <w:t>17:32  ek jagah hai ke antum shuhada Allah fil ardh doosri jagah hai ke al musalmoon shuhada Allah fil ardh yani musalman zameen mein khuda ke gawah hain, witness hain.</w:t>
      </w:r>
      <w:r>
        <w:br/>
      </w:r>
      <w:r>
        <w:rPr>
          <w:sz w:val="20"/>
        </w:rPr>
        <w:t>17:46  yani khuda ke message ko phailana kaisi ajeeb baat hai ke muslim ki identity jo batai gayi hai quran mein aur hadith mein, quran mein bhi yahi baat hai.</w:t>
      </w:r>
      <w:r>
        <w:br/>
      </w:r>
      <w:r>
        <w:rPr>
          <w:sz w:val="20"/>
        </w:rPr>
        <w:t>18:00  wakazalika jaalnakum wasatan litakoono shuhada ala al nas to musalman ki identity kya hai? shahadat dena, dawat dena.</w:t>
      </w:r>
      <w:r>
        <w:br/>
      </w:r>
      <w:r>
        <w:rPr>
          <w:sz w:val="20"/>
        </w:rPr>
        <w:t>18:12  shahadat ke maani dawat,</w:t>
      </w:r>
      <w:r>
        <w:br/>
      </w:r>
      <w:r>
        <w:rPr>
          <w:sz w:val="20"/>
        </w:rPr>
        <w:t>18:18  woh kisi ki nazar nahi aata. apne ko khalifa bana rakha hai, yani self self appointed khalifa hain, self appointed vicegerent hain khuda ke.</w:t>
      </w:r>
      <w:r>
        <w:br/>
      </w:r>
      <w:r>
        <w:rPr>
          <w:sz w:val="20"/>
        </w:rPr>
        <w:t>18:33  aur hamein dunya mein khuda ka qanoon nafiz karna hai. kahan likha hua hai? dekhein, beshumar kitabein isi par, isi par jamaatein badi badi banai gayi.</w:t>
      </w:r>
      <w:r>
        <w:br/>
      </w:r>
      <w:r>
        <w:rPr>
          <w:sz w:val="20"/>
        </w:rPr>
        <w:t>18:45  arab arab arab world mein al-ikhwan al-muslimeen indian subcontinent mein jamaat-e-islami isi isi fikr par khari hui hai aur sari dunya mein literature phaila rahi hai.</w:t>
      </w:r>
      <w:r>
        <w:br/>
      </w:r>
      <w:r>
        <w:rPr>
          <w:sz w:val="20"/>
        </w:rPr>
        <w:t>18:58  to yeh hai woh zehan jo diya gaya hai logon ko</w:t>
      </w:r>
      <w:r>
        <w:br/>
      </w:r>
      <w:r>
        <w:rPr>
          <w:sz w:val="20"/>
        </w:rPr>
        <w:t>19:02  ke hum afzal log, umam hain, hamara nabi sab se afzal hai, hum zameen mein khuda ke khaleefa hain aur hamara kaam kya hai?</w:t>
      </w:r>
      <w:r>
        <w:br/>
      </w:r>
      <w:r>
        <w:rPr>
          <w:sz w:val="20"/>
        </w:rPr>
        <w:t>19:12  ke political qabza kar ke zameen par khuda ke qanoon ko nafiz karna. Isi mein musalman conditioned ho gaye hain.</w:t>
      </w:r>
      <w:r>
        <w:br/>
      </w:r>
      <w:r>
        <w:rPr>
          <w:sz w:val="20"/>
        </w:rPr>
        <w:t>19:23  yahi baat har jagah boli ja rahi hai,</w:t>
      </w:r>
      <w:r>
        <w:br/>
      </w:r>
      <w:r>
        <w:rPr>
          <w:sz w:val="20"/>
        </w:rPr>
        <w:t>19:28  sab ke zehan mein chhaya hua hai ke nahnu khulafa' Allah fi al-ard ab jab is zamane mein aisa hua ke musalmanon ki hukumat chhin gayi,</w:t>
      </w:r>
      <w:r>
        <w:br/>
      </w:r>
      <w:r>
        <w:rPr>
          <w:sz w:val="20"/>
        </w:rPr>
        <w:t>19:41  Ottoman Empire khatam hui, Mughal Empire khatam hui, Fatimid Empire khatam hui aur Spanish Empire khatam hui, to bas is ko musalmanon ne liya kis silsile mein?</w:t>
      </w:r>
      <w:r>
        <w:br/>
      </w:r>
      <w:r>
        <w:rPr>
          <w:sz w:val="20"/>
        </w:rPr>
        <w:t>19:53  ke sab yeh sab jo hai zalim hain, yudharpar hain,</w:t>
      </w:r>
      <w:r>
        <w:br/>
      </w:r>
      <w:r>
        <w:rPr>
          <w:sz w:val="20"/>
        </w:rPr>
        <w:t>19:57  hamare haq chheen rahe hain.</w:t>
      </w:r>
      <w:r>
        <w:br/>
      </w:r>
      <w:r>
        <w:rPr>
          <w:sz w:val="20"/>
        </w:rPr>
        <w:t>20:02  is printed press ka jo zamana hai, is mein jo kitabein chhapi gayi hain, sari kitabein isi par hain, isi soch par hain.</w:t>
      </w:r>
      <w:r>
        <w:br/>
      </w:r>
      <w:r>
        <w:rPr>
          <w:sz w:val="20"/>
        </w:rPr>
        <w:t>20:12  koi ek kitab aap nahi bata sakte mujhe jis mein yeh kaha gaya ho ke bhai yeh jo hua, yeh to is ke tehat hua jo quran ka qanoon hai.</w:t>
      </w:r>
      <w:r>
        <w:br/>
      </w:r>
      <w:r>
        <w:rPr>
          <w:sz w:val="20"/>
        </w:rPr>
        <w:t>20:22  quran mein bataya gaya hai ke tilka al-ayyam nudawaluha bayn al-nas yani quran mein bataya gaya hai ke political power jo hai, woh test paper hai, jis tarah se maal test paper hai, aulad test paper hai,</w:t>
      </w:r>
      <w:r>
        <w:br/>
      </w:r>
      <w:r>
        <w:rPr>
          <w:sz w:val="20"/>
        </w:rPr>
        <w:t>20:39  jaidad test paper hai,</w:t>
      </w:r>
      <w:r>
        <w:br/>
      </w:r>
      <w:r>
        <w:rPr>
          <w:sz w:val="20"/>
        </w:rPr>
        <w:t>20:42  har cheez test paper hai. Yahan tak ke aap ko agar khuda ne intelligent banaya to woh bhi test paper hai. Isi tarah se political power bhi test paper hai.</w:t>
      </w:r>
      <w:r>
        <w:br/>
      </w:r>
      <w:r>
        <w:rPr>
          <w:sz w:val="20"/>
        </w:rPr>
        <w:t>20:53  to test paper jo hai, kisi ek ki monopoly nahi hai, monopoly nahi ho sakti hai. Woh khuda ko har ek ka test lena hai, to kabhi in ko test par layega, kabhi in ko test par layega.</w:t>
      </w:r>
      <w:r>
        <w:br/>
      </w:r>
      <w:r>
        <w:rPr>
          <w:sz w:val="20"/>
        </w:rPr>
        <w:t>21:07  jaise India mein aap dekhiye, pehle raja log the, un ke paas political power tha, woh test par the. Phir Mughal aaye, woh test par aa gaye.</w:t>
      </w:r>
      <w:r>
        <w:br/>
      </w:r>
      <w:r>
        <w:rPr>
          <w:sz w:val="20"/>
        </w:rPr>
        <w:t>21:17  Mughalon ke baad Britishers aaye, woh test par aa gaye. Phir Indian parties aayin, woh test par aa gayin. Yeh sab jo hai, ek test paper jo hai, sab ke darmiyan jayega.</w:t>
      </w:r>
      <w:r>
        <w:br/>
      </w:r>
      <w:r>
        <w:rPr>
          <w:sz w:val="20"/>
        </w:rPr>
        <w:t>21:28  kisi ek ki monopoly nahi ho sakti hai is ki. Wa tilka al-ayyam nudawaluha bayn al-nas</w:t>
      </w:r>
    </w:p>
    <w:p>
      <w:pPr>
        <w:pStyle w:val="Heading2"/>
      </w:pPr>
      <w:r>
        <w:t>Maulana admits he doesn't follow the objection</w:t>
      </w:r>
    </w:p>
    <w:p>
      <w:r>
        <w:rPr>
          <w:color w:val="666666"/>
          <w:sz w:val="18"/>
        </w:rPr>
        <w:t>In Conversation with Maulana Wahiduddin Khan English · 1m 05s · at 1:03:29 · https://youtu.be/QZrkP8Z3Fv8?t=3809</w:t>
      </w:r>
    </w:p>
    <w:p>
      <w:r>
        <w:rPr>
          <w:i/>
        </w:rPr>
        <w:t>“I failed to understand this objection”</w:t>
      </w:r>
    </w:p>
    <w:p>
      <w:r>
        <w:rPr>
          <w:sz w:val="20"/>
        </w:rPr>
        <w:t>1:03:29  And He will provide a reward for those people who proved to be righteous persons. Maulana, according to Arunshori, there is a mathematical error in the Qur'an.</w:t>
      </w:r>
      <w:r>
        <w:br/>
      </w:r>
      <w:r>
        <w:rPr>
          <w:sz w:val="20"/>
        </w:rPr>
        <w:t>1:03:41  In Chapter 4, verses number 11 and 12, if you add up the different parts of inheritance given to the heir, it totals to more than one.</w:t>
      </w:r>
      <w:r>
        <w:br/>
      </w:r>
      <w:r>
        <w:rPr>
          <w:sz w:val="20"/>
        </w:rPr>
        <w:t>1:03:54  Does this mean that the author of the Qur'an does not know mathematics? No, I failed to understand this</w:t>
      </w:r>
      <w:r>
        <w:br/>
      </w:r>
      <w:r>
        <w:rPr>
          <w:sz w:val="20"/>
        </w:rPr>
        <w:t>1:04:08  objection.</w:t>
      </w:r>
      <w:r>
        <w:br/>
      </w:r>
      <w:r>
        <w:rPr>
          <w:sz w:val="20"/>
        </w:rPr>
        <w:t>1:04:10  I think there is some misunderstanding. I will see the Qur'an and I will see Arunshori's book because I don't know I failed to understand what is the what is the real</w:t>
      </w:r>
    </w:p>
    <w:p>
      <w:pPr>
        <w:pStyle w:val="Heading2"/>
      </w:pPr>
      <w:r>
        <w:t>Muslims' complaint culture vs. Quran's answer: change yourself first</w:t>
      </w:r>
    </w:p>
    <w:p>
      <w:r>
        <w:rPr>
          <w:color w:val="666666"/>
          <w:sz w:val="18"/>
        </w:rPr>
        <w:t>Quran The Book of Guidance July 21, 2013 · 2m 41s · at 29:45 · https://youtu.be/DGDHIAde7eU?t=1785</w:t>
      </w:r>
    </w:p>
    <w:p>
      <w:r>
        <w:rPr>
          <w:i/>
        </w:rPr>
        <w:t>“Saari duniya ke Musalman ek hi nafsiyat mein mashghool hain: shikayat”</w:t>
      </w:r>
    </w:p>
    <w:p>
      <w:r>
        <w:rPr>
          <w:sz w:val="20"/>
        </w:rPr>
        <w:t>29:45  sari duniya ke musalman jo hain, ek hi nafsiyat mein mashgool hain, woh hai shikayat, complaint, grievances.</w:t>
      </w:r>
      <w:r>
        <w:br/>
      </w:r>
      <w:r>
        <w:rPr>
          <w:sz w:val="20"/>
        </w:rPr>
        <w:t>29:55  isi mein mashgool hain. har aadmi ko, har har mulk ke mein jo musalman jahan bhi hain, un ko kisi na kisi shikayat hai, political shikayat hai aur tarah tarah ki shikayatein hain.</w:t>
      </w:r>
      <w:r>
        <w:br/>
      </w:r>
      <w:r>
        <w:rPr>
          <w:sz w:val="20"/>
        </w:rPr>
        <w:t>30:09  musalmanon ke akhbar padhiye, musalmanon ke magazine padhiye, musalmanon ke jalson mein jaiye to har jagah shikayat wali baatein ho rahi hain. har jagah complaint, protest, har jagah.</w:t>
      </w:r>
      <w:r>
        <w:br/>
      </w:r>
      <w:r>
        <w:rPr>
          <w:sz w:val="20"/>
        </w:rPr>
        <w:t>30:20  isi liye bahut jald musalman bhadak uthte hain, bahut jald tashaddud pe utar aate hain, aur jab tashaddud se kaam nahi chalta to suicide bombing karte hain.</w:t>
      </w:r>
      <w:r>
        <w:br/>
      </w:r>
      <w:r>
        <w:rPr>
          <w:sz w:val="20"/>
        </w:rPr>
        <w:t>30:31  ab is zehan ko le kar aap quran ko padhiye,</w:t>
      </w:r>
      <w:r>
        <w:br/>
      </w:r>
      <w:r>
        <w:rPr>
          <w:sz w:val="20"/>
        </w:rPr>
        <w:t>30:36  is zehan ko le kar ke mein under siege hoon, duniya meri dushman ho gayi hai, mere khilaf conspiracy ki ja rahi hai.</w:t>
      </w:r>
      <w:r>
        <w:br/>
      </w:r>
      <w:r>
        <w:rPr>
          <w:sz w:val="20"/>
        </w:rPr>
        <w:t>30:45  is zehan ko le kar padhiye to baaz logon ke quran mein to ek kuch aur hi baat likhi hui hai, woh yeh hai ke wa ma asabakum min musibatin fama kasabat aydikum jo musibat tumhare par aati hai,</w:t>
      </w:r>
      <w:r>
        <w:br/>
      </w:r>
      <w:r>
        <w:rPr>
          <w:sz w:val="20"/>
        </w:rPr>
        <w:t>31:02  woh tumhare apne hi ki ek nateeja hoti hai. ya</w:t>
      </w:r>
      <w:r>
        <w:br/>
      </w:r>
      <w:r>
        <w:rPr>
          <w:sz w:val="20"/>
        </w:rPr>
        <w:t>31:07  ani wahi baat hai ke hum ilzam un ko dete the, qusoor apna nikal aaya.</w:t>
      </w:r>
      <w:r>
        <w:br/>
      </w:r>
      <w:r>
        <w:rPr>
          <w:sz w:val="20"/>
        </w:rPr>
        <w:t>31:15  kisi ne likha hai ke hum ilzam un ko dete the, qusoor apna nikal aaya. to bilkul aap ke zehan mein ek nayi baat aa jayegi, aur phir aap ek ek ek naya, aap ke zehan mein ek ek ek nayi soch jaag padegi.</w:t>
      </w:r>
      <w:r>
        <w:br/>
      </w:r>
      <w:r>
        <w:rPr>
          <w:sz w:val="20"/>
        </w:rPr>
        <w:t>31:39  to yeh maqsad hai quran ka, yeh maqsad hai quran ka.</w:t>
      </w:r>
      <w:r>
        <w:br/>
      </w:r>
      <w:r>
        <w:rPr>
          <w:sz w:val="20"/>
        </w:rPr>
        <w:t>31:49  aur phir aap parhein ge quran mein yeh ayat inna allaha la yughayyiru ma bi qawmin hatta yughayyiru ma bi anfusihim is se aap ka andhera door ho jaye ga ke quran yeh keh raha hai ke apne ko badlo, tab dunya badal pao ge.</w:t>
      </w:r>
      <w:r>
        <w:br/>
      </w:r>
      <w:r>
        <w:rPr>
          <w:sz w:val="20"/>
        </w:rPr>
        <w:t>32:04  tum apni islaah karo, tab dunya mein tum ko jagah mile gi.</w:t>
      </w:r>
      <w:r>
        <w:br/>
      </w:r>
      <w:r>
        <w:rPr>
          <w:sz w:val="20"/>
        </w:rPr>
        <w:t>32:10  apne aap ko competent banao, tab dunya tum ko qabool kare gi. to is ke mani yeh hain ke aap is ko daryaft karo ke hum dor rahe the kisi taraf, aur yahan manzil kisi aur taraf hai.</w:t>
      </w:r>
    </w:p>
    <w:p>
      <w:pPr>
        <w:pStyle w:val="Heading2"/>
      </w:pPr>
      <w:r>
        <w:t>Dual personality, soul eternal, preparation and testing</w:t>
      </w:r>
    </w:p>
    <w:p>
      <w:r>
        <w:rPr>
          <w:color w:val="666666"/>
          <w:sz w:val="18"/>
        </w:rPr>
        <w:t>The Concept of Death in Islam August 7, 2007 · 5m 52s · at 6:47 · https://youtu.be/pB0cQfYw91E?t=407</w:t>
      </w:r>
    </w:p>
    <w:p>
      <w:r>
        <w:rPr>
          <w:i/>
        </w:rPr>
        <w:t>“Because you know, every human being is a dual personality”</w:t>
      </w:r>
    </w:p>
    <w:p>
      <w:r>
        <w:rPr>
          <w:sz w:val="20"/>
        </w:rPr>
        <w:t>6:47  Because you know, every human being is a</w:t>
      </w:r>
      <w:r>
        <w:br/>
      </w:r>
      <w:r>
        <w:rPr>
          <w:sz w:val="20"/>
        </w:rPr>
        <w:t>6:57  dual personality. Every human being has a dual personality: body and soul, or body and mind</w:t>
      </w:r>
      <w:r>
        <w:br/>
      </w:r>
      <w:r>
        <w:rPr>
          <w:sz w:val="20"/>
        </w:rPr>
        <w:t>7:08  . By all accounts, I can say that death—it is the body that is subject to death.</w:t>
      </w:r>
      <w:r>
        <w:br/>
      </w:r>
      <w:r>
        <w:rPr>
          <w:sz w:val="20"/>
        </w:rPr>
        <w:t>7:19  When one dies, his body dies, not the soul, not his mind.</w:t>
      </w:r>
      <w:r>
        <w:br/>
      </w:r>
      <w:r>
        <w:rPr>
          <w:sz w:val="20"/>
        </w:rPr>
        <w:t>7:29  Mind is eternal. Soul is eternal.</w:t>
      </w:r>
      <w:r>
        <w:br/>
      </w:r>
      <w:r>
        <w:rPr>
          <w:sz w:val="20"/>
        </w:rPr>
        <w:t>7:36  Mind or soul is beyond the laws of death. So when the body dies, mind or soul is still alive.</w:t>
      </w:r>
      <w:r>
        <w:br/>
      </w:r>
      <w:r>
        <w:rPr>
          <w:sz w:val="20"/>
        </w:rPr>
        <w:t>7:54  So what happens to mind? What happens to the real personality?</w:t>
      </w:r>
      <w:r>
        <w:br/>
      </w:r>
      <w:r>
        <w:rPr>
          <w:sz w:val="20"/>
        </w:rPr>
        <w:t>7:59  There is soul. It is a fact that our soul is our real personality.</w:t>
      </w:r>
      <w:r>
        <w:br/>
      </w:r>
      <w:r>
        <w:rPr>
          <w:sz w:val="20"/>
        </w:rPr>
        <w:t>8:11  So what happens to our soul, to our real personality? It is the greatest question we want to know.</w:t>
      </w:r>
      <w:r>
        <w:br/>
      </w:r>
      <w:r>
        <w:rPr>
          <w:sz w:val="20"/>
        </w:rPr>
        <w:t>8:31  This question—there are only prophets who claim that they can give answers to this question.</w:t>
      </w:r>
      <w:r>
        <w:br/>
      </w:r>
      <w:r>
        <w:rPr>
          <w:sz w:val="20"/>
        </w:rPr>
        <w:t>8:48  Because a prophet is a person who received revelations from God.</w:t>
      </w:r>
      <w:r>
        <w:br/>
      </w:r>
      <w:r>
        <w:rPr>
          <w:sz w:val="20"/>
        </w:rPr>
        <w:t>8:58  We do not receive such revelations.</w:t>
      </w:r>
      <w:r>
        <w:br/>
      </w:r>
      <w:r>
        <w:rPr>
          <w:sz w:val="20"/>
        </w:rPr>
        <w:t>9:04  so god selects god</w:t>
      </w:r>
      <w:r>
        <w:br/>
      </w:r>
      <w:r>
        <w:rPr>
          <w:sz w:val="20"/>
        </w:rPr>
        <w:t>9:10  selects some person</w:t>
      </w:r>
      <w:r>
        <w:br/>
      </w:r>
      <w:r>
        <w:rPr>
          <w:sz w:val="20"/>
        </w:rPr>
        <w:t>9:13  as His prophet,</w:t>
      </w:r>
      <w:r>
        <w:br/>
      </w:r>
      <w:r>
        <w:rPr>
          <w:sz w:val="20"/>
        </w:rPr>
        <w:t>9:16  and He reveals the truth to the prophet so that the prophet</w:t>
      </w:r>
      <w:r>
        <w:br/>
      </w:r>
      <w:r>
        <w:rPr>
          <w:sz w:val="20"/>
        </w:rPr>
        <w:t>9:24  may convey this message to all mankind.</w:t>
      </w:r>
      <w:r>
        <w:br/>
      </w:r>
      <w:r>
        <w:rPr>
          <w:sz w:val="20"/>
        </w:rPr>
        <w:t>9:35  So if we are serious about this question, we want to know what is after death.</w:t>
      </w:r>
      <w:r>
        <w:br/>
      </w:r>
      <w:r>
        <w:rPr>
          <w:sz w:val="20"/>
        </w:rPr>
        <w:t>9:48  So we have to know</w:t>
      </w:r>
      <w:r>
        <w:br/>
      </w:r>
      <w:r>
        <w:rPr>
          <w:sz w:val="20"/>
        </w:rPr>
        <w:t>9:50  . We have to</w:t>
      </w:r>
      <w:r>
        <w:br/>
      </w:r>
      <w:r>
        <w:rPr>
          <w:sz w:val="20"/>
        </w:rPr>
        <w:t>9:54  find the answer from the Quran, from the Hadith, from the prophet.</w:t>
      </w:r>
      <w:r>
        <w:br/>
      </w:r>
      <w:r>
        <w:rPr>
          <w:sz w:val="20"/>
        </w:rPr>
        <w:t>10:04  So when we read the Quran, we find that the answer given in the Quran is "kullu nafsin zaa'iqatul maut." Then the Quran says, "thumma turja'oona ilallahi." It means that everyone</w:t>
      </w:r>
      <w:r>
        <w:br/>
      </w:r>
      <w:r>
        <w:rPr>
          <w:sz w:val="20"/>
        </w:rPr>
        <w:t>10:27  will face death.</w:t>
      </w:r>
      <w:r>
        <w:br/>
      </w:r>
      <w:r>
        <w:rPr>
          <w:sz w:val="20"/>
        </w:rPr>
        <w:t>10:31  There is no doubt about it. There is no escape from the death. "kullu nafsin zaa'iqatul maut." Everyone is going to die.</w:t>
      </w:r>
      <w:r>
        <w:br/>
      </w:r>
      <w:r>
        <w:rPr>
          <w:sz w:val="20"/>
        </w:rPr>
        <w:t>10:47  "thumma turja'oona ilallahi." Then every human being, every man and woman,</w:t>
      </w:r>
      <w:r>
        <w:br/>
      </w:r>
      <w:r>
        <w:rPr>
          <w:sz w:val="20"/>
        </w:rPr>
        <w:t>10:57  will go to God.</w:t>
      </w:r>
      <w:r>
        <w:br/>
      </w:r>
      <w:r>
        <w:rPr>
          <w:sz w:val="20"/>
        </w:rPr>
        <w:t>11:02  It is a very serious matter. So life is a journey. Life is a journey.</w:t>
      </w:r>
      <w:r>
        <w:br/>
      </w:r>
      <w:r>
        <w:rPr>
          <w:sz w:val="20"/>
        </w:rPr>
        <w:t>11:11  The first journey was that we traveled from God to man.</w:t>
      </w:r>
      <w:r>
        <w:br/>
      </w:r>
      <w:r>
        <w:rPr>
          <w:sz w:val="20"/>
        </w:rPr>
        <w:t>11:22  The first part of the journey was from God to man. This was the pre-death period.</w:t>
      </w:r>
      <w:r>
        <w:br/>
      </w:r>
      <w:r>
        <w:rPr>
          <w:sz w:val="20"/>
        </w:rPr>
        <w:t>11:31  Then the second phase of the journey will be from man to God. This is the post-death period.</w:t>
      </w:r>
      <w:r>
        <w:br/>
      </w:r>
      <w:r>
        <w:rPr>
          <w:sz w:val="20"/>
        </w:rPr>
        <w:t>11:43  So this is the answer given in the Quran and the Hadith.</w:t>
      </w:r>
      <w:r>
        <w:br/>
      </w:r>
      <w:r>
        <w:rPr>
          <w:sz w:val="20"/>
        </w:rPr>
        <w:t>11:55  Then</w:t>
      </w:r>
      <w:r>
        <w:br/>
      </w:r>
      <w:r>
        <w:rPr>
          <w:sz w:val="20"/>
        </w:rPr>
        <w:t>11:58  the Quran and Hadith both tell us that you have to prepare yourself.</w:t>
      </w:r>
      <w:r>
        <w:br/>
      </w:r>
      <w:r>
        <w:rPr>
          <w:sz w:val="20"/>
        </w:rPr>
        <w:t>12:09  You have to prepare yourself in this world.</w:t>
      </w:r>
      <w:r>
        <w:br/>
      </w:r>
      <w:r>
        <w:rPr>
          <w:sz w:val="20"/>
        </w:rPr>
        <w:t>12:13  This world is a</w:t>
      </w:r>
      <w:r>
        <w:br/>
      </w:r>
      <w:r>
        <w:rPr>
          <w:sz w:val="20"/>
        </w:rPr>
        <w:t>12:18  chance of preparation so that you may find the result in the hereafter.</w:t>
      </w:r>
      <w:r>
        <w:br/>
      </w:r>
      <w:r>
        <w:rPr>
          <w:sz w:val="20"/>
        </w:rPr>
        <w:t>12:30  In this world, everyone is on the test. This world is a testing ground.</w:t>
      </w:r>
    </w:p>
    <w:p>
      <w:pPr>
        <w:pStyle w:val="Heading2"/>
      </w:pPr>
      <w:r>
        <w:t>Differentiating Islam from Muslims</w:t>
      </w:r>
    </w:p>
    <w:p>
      <w:r>
        <w:rPr>
          <w:color w:val="666666"/>
          <w:sz w:val="18"/>
        </w:rPr>
        <w:t>Interview Session with Maulana Wahiduddin Khan English · 2m 39s · at 6:24 · https://youtu.be/oNKYrZsbzr4?t=384</w:t>
      </w:r>
    </w:p>
    <w:p>
      <w:r>
        <w:rPr>
          <w:i/>
        </w:rPr>
        <w:t>“Islam is based on its scripture.”</w:t>
      </w:r>
    </w:p>
    <w:p>
      <w:r>
        <w:rPr>
          <w:sz w:val="20"/>
        </w:rPr>
        <w:t>6:24  Islam is based on its scripture. Islam is an ideology. And Muslims are a group of people</w:t>
      </w:r>
      <w:r>
        <w:br/>
      </w:r>
      <w:r>
        <w:rPr>
          <w:sz w:val="20"/>
        </w:rPr>
        <w:t>6:35  .</w:t>
      </w:r>
      <w:r>
        <w:br/>
      </w:r>
      <w:r>
        <w:rPr>
          <w:sz w:val="20"/>
        </w:rPr>
        <w:t>6:39  They are they are not the representative of Islam. The representative of Islam is its scripture. If you want to know what is Islam, you have to see the Qur'an.</w:t>
      </w:r>
      <w:r>
        <w:br/>
      </w:r>
      <w:r>
        <w:rPr>
          <w:sz w:val="20"/>
        </w:rPr>
        <w:t>6:51  But for example, in our present time, Muslims started</w:t>
      </w:r>
      <w:r>
        <w:br/>
      </w:r>
      <w:r>
        <w:rPr>
          <w:sz w:val="20"/>
        </w:rPr>
        <w:t>7:02  fighting.</w:t>
      </w:r>
      <w:r>
        <w:br/>
      </w:r>
      <w:r>
        <w:rPr>
          <w:sz w:val="20"/>
        </w:rPr>
        <w:t>7:04  They declared that this and that is our enemy. So we have to fight with these enemies. This is completely against the Islamic spirit because, you know, in the Islam,</w:t>
      </w:r>
      <w:r>
        <w:br/>
      </w:r>
      <w:r>
        <w:rPr>
          <w:sz w:val="20"/>
        </w:rPr>
        <w:t>7:18  Islam differentiates between enemy and attacker. If there is attack, then you can go to war as a defens</w:t>
      </w:r>
      <w:r>
        <w:br/>
      </w:r>
      <w:r>
        <w:rPr>
          <w:sz w:val="20"/>
        </w:rPr>
        <w:t>7:33  e. But if there are some enemies, you have no reason to go to fight with these enemies.</w:t>
      </w:r>
      <w:r>
        <w:br/>
      </w:r>
      <w:r>
        <w:rPr>
          <w:sz w:val="20"/>
        </w:rPr>
        <w:t>7:43  There's very clear words in the Qur'an: "Do good deed in return for bad deed." Then you will find that your enemy has become your dearest friend.</w:t>
      </w:r>
      <w:r>
        <w:br/>
      </w:r>
      <w:r>
        <w:rPr>
          <w:sz w:val="20"/>
        </w:rPr>
        <w:t>7:54  So if there is some enemy, you have to enter into discussion, dialogue, and other peaceful means.</w:t>
      </w:r>
      <w:r>
        <w:br/>
      </w:r>
      <w:r>
        <w:rPr>
          <w:sz w:val="20"/>
        </w:rPr>
        <w:t>8:06  You are not allowed to go to fighting against enemies. In Islam, war is</w:t>
      </w:r>
      <w:r>
        <w:br/>
      </w:r>
      <w:r>
        <w:rPr>
          <w:sz w:val="20"/>
        </w:rPr>
        <w:t>8:18  specifically only for those who attack on your co</w:t>
      </w:r>
      <w:r>
        <w:br/>
      </w:r>
      <w:r>
        <w:rPr>
          <w:sz w:val="20"/>
        </w:rPr>
        <w:t>8:22  untry. And then only the state has theright to go to war, not the people. So I present all those activities that are people are engaged in the name of jihad.</w:t>
      </w:r>
      <w:r>
        <w:br/>
      </w:r>
      <w:r>
        <w:rPr>
          <w:sz w:val="20"/>
        </w:rPr>
        <w:t>8:37  They're not jihad because no state is involved. Everywhere in the in every in Kashmir, in Palestine, everywhere in the world,</w:t>
      </w:r>
      <w:r>
        <w:br/>
      </w:r>
      <w:r>
        <w:rPr>
          <w:sz w:val="20"/>
        </w:rPr>
        <w:t>8:53  NGOs are involved in these violent activities, not the state. So it is un-Islamic completely.</w:t>
      </w:r>
      <w:r>
        <w:br/>
      </w:r>
      <w:r>
        <w:rPr>
          <w:sz w:val="20"/>
        </w:rPr>
        <w:t>9:03  Do you think that today, to solve that problem of peace, we need to find a way to reestablish a better justice between human beings and a notion of spreading more resources and putting more in common or richness instead of keeping it for ourselves like some countries do</w:t>
      </w:r>
    </w:p>
    <w:p>
      <w:pPr>
        <w:pStyle w:val="Heading2"/>
      </w:pPr>
      <w:r>
        <w:t>Umar upholds justice for a Copt against governor's son</w:t>
      </w:r>
    </w:p>
    <w:p>
      <w:r>
        <w:rPr>
          <w:color w:val="666666"/>
          <w:sz w:val="18"/>
        </w:rPr>
        <w:t>Companions of The Prophet (2) 11 July 2021 - Prof. Farida Khanam and Dr. Saniyasnain Khan · 2m 43s · at 31:20 · https://youtu.be/FkhLHnwvUZQ?t=1880</w:t>
      </w:r>
    </w:p>
    <w:p>
      <w:r>
        <w:rPr>
          <w:i/>
        </w:rPr>
        <w:t>“Ek aur waqya hai, yeh Hazrat Umar ke zamane ka hai”</w:t>
      </w:r>
    </w:p>
    <w:p>
      <w:r>
        <w:rPr>
          <w:sz w:val="20"/>
        </w:rPr>
        <w:t>31:20  ek aur waqya hai, yeh hazrat umar ke zamane ka hai. hazrat umar ke zamane mein yeh sare ilake fateh ho gaye the, misr wagairah. to misr ke governor the amar ibnul aas. to amar ibnul aas ke zamane mein wahan arbon mein ghode ka race wagairah hota tha. to un ghode ki race hui, to aisa ittefaq hua ki</w:t>
      </w:r>
      <w:r>
        <w:br/>
      </w:r>
      <w:r>
        <w:rPr>
          <w:sz w:val="20"/>
        </w:rPr>
        <w:t>31:45  ek kaapt ka, yani misri ka ghoda jo hai, wah race mein aage badh gaya. to yeh us zamane mein, us zamane ka aap sochiye ki us zamane mein jo kankad nation thi, unki koi haisiyat nahin hoti thi. bilkul ghulam ke tarike se samjha jata tha. yeh to islam ne bahut zyada unko darja diya, unko barabari ka darja diya. lekin</w:t>
      </w:r>
      <w:r>
        <w:br/>
      </w:r>
      <w:r>
        <w:rPr>
          <w:sz w:val="20"/>
        </w:rPr>
        <w:t>32:07  rawaj jo hai, bahut dheere-dheere jata hai. to wah jo hai, kankad the. to arab jo hain, wah apne aap ko bilkul royal class the. to unka beta jo tha, mohammad, unka ghoda bhi usmein shamil tha. aur unka ghoda jo hai, wah</w:t>
      </w:r>
      <w:r>
        <w:br/>
      </w:r>
      <w:r>
        <w:rPr>
          <w:sz w:val="20"/>
        </w:rPr>
        <w:t>32:26  peeche reh gaya. aur wah ek fipti, yani egyptian ka ghoda jo hai, wah aage badh gaya. to wah bahut gussa ho gaye, mohammad. aur unhon ne usko kode se marna shuru kiya, kehne lage, "yeh koda lo, yani koda khao, matlab koda mara jayega tumhein." to unhon ne wah koda liya aur usko marna shuru kar diya. to ab chunki us fipti ko maloom tha ki hazrat umar khalifa hain aur bahut zyada insaf</w:t>
      </w:r>
      <w:r>
        <w:br/>
      </w:r>
      <w:r>
        <w:rPr>
          <w:sz w:val="20"/>
        </w:rPr>
        <w:t>32:56  karte hain, wah to wah aaya madina. aur madine mein puri roda sunai. to hazrat umar ne kaha, "tum yahin baitho." aur usi waqt khat likha aur amar ibnul aas aur unke bete mohammad ko bulaya. wah bahut ghabrae ki akhir aisi kya baat hai,</w:t>
      </w:r>
      <w:r>
        <w:br/>
      </w:r>
      <w:r>
        <w:rPr>
          <w:sz w:val="20"/>
        </w:rPr>
        <w:t>33:11  koi jurm ho gaya hai.</w:t>
      </w:r>
      <w:r>
        <w:br/>
      </w:r>
      <w:r>
        <w:rPr>
          <w:sz w:val="20"/>
        </w:rPr>
        <w:t>33:13  bulaya hai, bete se poocha, "kya baat hai?" bete ne kaha, "mujhe to pata nahin." to khair, dono gaye. to unhon ne, hazrat umar ne kaha, us waqt phir unhon ne fipti ko bulaya aur kaha, "yeh koda lo, sharif zade ko maro." kyunki jab usne mara tha na, to usne kaha tha, "main sharifon ki aulad hoon." yani tum, tumhari himmat kaise padi ki tumne apna ghoda aage kar diya?</w:t>
      </w:r>
      <w:r>
        <w:br/>
      </w:r>
      <w:r>
        <w:rPr>
          <w:sz w:val="20"/>
        </w:rPr>
        <w:t>33:40  to wahi hazrat umar ne kaha, "yeh koda lo, sharif</w:t>
      </w:r>
      <w:r>
        <w:br/>
      </w:r>
      <w:r>
        <w:rPr>
          <w:sz w:val="20"/>
        </w:rPr>
        <w:t>33:44  zade ko maro." misri ne unko itna mara, yahan tak ki unko khoon aloot kar diya. phir uske baad hazrat umar ne kaha, "amar ibnul aas, jo ki governor the aur wahi fate bhi the, wahi governor bhi the, unke sar par maro. kyunki unhi ki,</w:t>
      </w:r>
    </w:p>
    <w:p>
      <w:pPr>
        <w:pStyle w:val="Heading2"/>
      </w:pPr>
      <w:r>
        <w:t>Man seeks Quranic charm to escape a murder case</w:t>
      </w:r>
    </w:p>
    <w:p>
      <w:r>
        <w:rPr>
          <w:color w:val="666666"/>
          <w:sz w:val="18"/>
        </w:rPr>
        <w:t>The Problem of Conditioning April 22, 2012 · 2m 55s · at 5:45 · https://youtu.be/j-kJQzOz46g?t=345</w:t>
      </w:r>
    </w:p>
    <w:p>
      <w:r>
        <w:rPr>
          <w:i/>
        </w:rPr>
        <w:t>“Aaj subah mere paas ek telephone aaya”</w:t>
      </w:r>
    </w:p>
    <w:p>
      <w:r>
        <w:rPr>
          <w:sz w:val="20"/>
        </w:rPr>
        <w:t>5:45  conditioning ki wajah se jo nuqsan hota hai, us ko mein batane ki koshish karunga. dekhiye, aaj subah meray pas aik telephone aaya.</w:t>
      </w:r>
      <w:r>
        <w:br/>
      </w:r>
      <w:r>
        <w:rPr>
          <w:sz w:val="20"/>
        </w:rPr>
        <w:t>5:58  aaj hi subah. ek sahab keh rahe the telephone par ke aap quran ke aalim hain to mera ek masla hai, is ko quran se hal bataiye, is ka.</w:t>
      </w:r>
      <w:r>
        <w:br/>
      </w:r>
      <w:r>
        <w:rPr>
          <w:sz w:val="20"/>
        </w:rPr>
        <w:t>6:13  unhon ne kaha ke hamare haan ek murder ka case ho gaya hai, qatl ka case. aur logon ne mujhe is mein phansaya do.</w:t>
      </w:r>
      <w:r>
        <w:br/>
      </w:r>
      <w:r>
        <w:rPr>
          <w:sz w:val="20"/>
        </w:rPr>
        <w:t>6:22  mere khilaf police case ban gaya.</w:t>
      </w:r>
      <w:r>
        <w:br/>
      </w:r>
      <w:r>
        <w:rPr>
          <w:sz w:val="20"/>
        </w:rPr>
        <w:t>6:26  to aap mujhe koi quran se aise aise amal bataiye, is ko main kar ke bach jaaun. aap jante hain ke baqayda aisi kitabein chhapi hui hain, amliyat ki,</w:t>
      </w:r>
      <w:r>
        <w:br/>
      </w:r>
      <w:r>
        <w:rPr>
          <w:sz w:val="20"/>
        </w:rPr>
        <w:t>6:40  amliyat qurani bhi chhapi hui kitab. to un ke nazdeek quran in ko aisa nuskha dega jis par amal kar ke wo amliyati ma'ne mein wo case se bach jayen.</w:t>
      </w:r>
      <w:r>
        <w:br/>
      </w:r>
      <w:r>
        <w:rPr>
          <w:sz w:val="20"/>
        </w:rPr>
        <w:t>6:58  to main ne socha ke dekhiye, musalman quran ko kis ma'ne mein lete hain? ya to wo samajhte hain ke quran tilawat ke liye hai, tilawat karo aur sawab hasil karte raho.</w:t>
      </w:r>
      <w:r>
        <w:br/>
      </w:r>
      <w:r>
        <w:rPr>
          <w:sz w:val="20"/>
        </w:rPr>
        <w:t>7:16  taraveeh ke zamane mein quran khatm kar lo aur bahut bada sawab un ko mil jayega. ya phir amliyat ke ma'ne mein.</w:t>
      </w:r>
      <w:r>
        <w:br/>
      </w:r>
      <w:r>
        <w:rPr>
          <w:sz w:val="20"/>
        </w:rPr>
        <w:t>7:28  amliyat ke ma'ne mein. yaani quran mein</w:t>
      </w:r>
      <w:r>
        <w:br/>
      </w:r>
      <w:r>
        <w:rPr>
          <w:sz w:val="20"/>
        </w:rPr>
        <w:t>7:33  ghor o fikr kar ke, tadabbur kar ke apni zindagi ka jaiza lena, ye ummat mein rawaji is ka nahi hai.</w:t>
      </w:r>
      <w:r>
        <w:br/>
      </w:r>
      <w:r>
        <w:rPr>
          <w:sz w:val="20"/>
        </w:rPr>
        <w:t>7:43  is ka rawaji ummat mein nahi hai.</w:t>
      </w:r>
      <w:r>
        <w:br/>
      </w:r>
      <w:r>
        <w:rPr>
          <w:sz w:val="20"/>
        </w:rPr>
        <w:t>7:47  abhi kal parson ek mazmoon padh raha tha main, is mein dhoom se wo likha tha unhon ne ke islam sari duniya ke masail ka hal hai.</w:t>
      </w:r>
      <w:r>
        <w:br/>
      </w:r>
      <w:r>
        <w:rPr>
          <w:sz w:val="20"/>
        </w:rPr>
        <w:t>7:57  quran sari duniya ke masail ka hal hai. to main ne socha ke quran mein to sari duniya ke masail ka hal musalmanon ko dikhai deta hai, khud apne bare mein hal dikhai nahi deta.</w:t>
      </w:r>
      <w:r>
        <w:br/>
      </w:r>
      <w:r>
        <w:rPr>
          <w:sz w:val="20"/>
        </w:rPr>
        <w:t>8:10  isi akhbar mein, isi magazine mein ye bhi chhapa hua tha musalmanon ke bare mein ke maujooda zamane mein musalman scienceon ka shikar hain, dushmanon se ghare hue hain.</w:t>
      </w:r>
      <w:r>
        <w:br/>
      </w:r>
      <w:r>
        <w:rPr>
          <w:sz w:val="20"/>
        </w:rPr>
        <w:t>8:23  isi mein aap bataiye ke musalman jo masail mein mubtala hain to is ka hal nahi quran mein hai? sare alam ke liye quran mein hal hai aur musalmanon ke masail ka hal nahi quran mein?</w:t>
      </w:r>
      <w:r>
        <w:br/>
      </w:r>
      <w:r>
        <w:rPr>
          <w:sz w:val="20"/>
        </w:rPr>
        <w:t>8:34  kaisi ajeeb soch hai.</w:t>
      </w:r>
    </w:p>
    <w:p>
      <w:pPr>
        <w:pStyle w:val="Heading2"/>
      </w:pPr>
      <w:r>
        <w:t>patience as the key to concentration in prayer</w:t>
      </w:r>
    </w:p>
    <w:p>
      <w:r>
        <w:rPr>
          <w:color w:val="666666"/>
          <w:sz w:val="18"/>
        </w:rPr>
        <w:t>Islamic Prayer (English) February 27, 2007 · 2m 54s · at 52:32 · https://youtu.be/7G6Wa2IGSwE?t=3152</w:t>
      </w:r>
    </w:p>
    <w:p>
      <w:r>
        <w:rPr>
          <w:i/>
        </w:rPr>
        <w:t>“Prayer requires great concentration, and only patience can give you that.”</w:t>
      </w:r>
    </w:p>
    <w:p>
      <w:r>
        <w:rPr>
          <w:sz w:val="20"/>
        </w:rPr>
        <w:t>52:32  there is a verse in the Qur'an: ist'eenoo bis sabri was salat</w:t>
      </w:r>
      <w:r>
        <w:br/>
      </w:r>
      <w:r>
        <w:rPr>
          <w:sz w:val="20"/>
        </w:rPr>
        <w:t>52:41  Seek help</w:t>
      </w:r>
      <w:r>
        <w:br/>
      </w:r>
      <w:r>
        <w:rPr>
          <w:sz w:val="20"/>
        </w:rPr>
        <w:t>52:45  of God by Salat and Sabr, prayer and patience.</w:t>
      </w:r>
      <w:r>
        <w:br/>
      </w:r>
      <w:r>
        <w:rPr>
          <w:sz w:val="20"/>
        </w:rPr>
        <w:t>52:55  This Qur'anic verse tells us that Sabr is also a part of Namaaz.</w:t>
      </w:r>
      <w:r>
        <w:br/>
      </w:r>
      <w:r>
        <w:rPr>
          <w:sz w:val="20"/>
        </w:rPr>
        <w:t>53:07  Sabr is also a part of Namaaz or Islamic prayer. Why? Namaaz or Islamic prayer requires great concentration.</w:t>
      </w:r>
      <w:r>
        <w:br/>
      </w:r>
      <w:r>
        <w:rPr>
          <w:sz w:val="20"/>
        </w:rPr>
        <w:t>53:24  Great, great concentration.</w:t>
      </w:r>
      <w:r>
        <w:br/>
      </w:r>
      <w:r>
        <w:rPr>
          <w:sz w:val="20"/>
        </w:rPr>
        <w:t>53:28  And without Sabr or patience, you cannot attain this kind of concentration.</w:t>
      </w:r>
      <w:r>
        <w:br/>
      </w:r>
      <w:r>
        <w:rPr>
          <w:sz w:val="20"/>
        </w:rPr>
        <w:t>53:44  You know, in this life, every time... In this life, every time, there are distractions, distractions, distractions.</w:t>
      </w:r>
      <w:r>
        <w:br/>
      </w:r>
      <w:r>
        <w:rPr>
          <w:sz w:val="20"/>
        </w:rPr>
        <w:t>53:55  Every time. So you have to save yourself from these distraction</w:t>
      </w:r>
      <w:r>
        <w:br/>
      </w:r>
      <w:r>
        <w:rPr>
          <w:sz w:val="20"/>
        </w:rPr>
        <w:t>54:07  s. And it is Sabr or patience that gives you the strength by which you can restrain yourself from being a victim of those distractions.</w:t>
      </w:r>
      <w:r>
        <w:br/>
      </w:r>
      <w:r>
        <w:rPr>
          <w:sz w:val="20"/>
        </w:rPr>
        <w:t>54:32  So the formula is that</w:t>
      </w:r>
      <w:r>
        <w:br/>
      </w:r>
      <w:r>
        <w:rPr>
          <w:sz w:val="20"/>
        </w:rPr>
        <w:t>54:37  true Salat requires</w:t>
      </w:r>
      <w:r>
        <w:br/>
      </w:r>
      <w:r>
        <w:rPr>
          <w:sz w:val="20"/>
        </w:rPr>
        <w:t>54:42  complete concentration. And</w:t>
      </w:r>
      <w:r>
        <w:br/>
      </w:r>
      <w:r>
        <w:rPr>
          <w:sz w:val="20"/>
        </w:rPr>
        <w:t>54:49  complete concentration can be attained only by saving yourself from all kinds of distractions.</w:t>
      </w:r>
      <w:r>
        <w:br/>
      </w:r>
      <w:r>
        <w:rPr>
          <w:sz w:val="20"/>
        </w:rPr>
        <w:t>55:02  And it is Sabr or patience that gives you that kind of strength</w:t>
      </w:r>
      <w:r>
        <w:br/>
      </w:r>
      <w:r>
        <w:rPr>
          <w:sz w:val="20"/>
        </w:rPr>
        <w:t>55:10  . Only by Sabr, you can save yourself from distractions. So in this sense, Sabr is an integral part of Salat.</w:t>
      </w:r>
    </w:p>
    <w:p>
      <w:pPr>
        <w:pStyle w:val="Heading2"/>
      </w:pPr>
      <w:r>
        <w:t>Patience is the greatest deed</w:t>
      </w:r>
    </w:p>
    <w:p>
      <w:r>
        <w:rPr>
          <w:color w:val="666666"/>
          <w:sz w:val="18"/>
        </w:rPr>
        <w:t>Interaction with CPS Ulema October 3, 2020 Maulana Wahiduddin Khan · 1m 46s · at 24:53 · https://youtu.be/5MzuTftI8jY?t=1493</w:t>
      </w:r>
    </w:p>
    <w:p>
      <w:r>
        <w:rPr>
          <w:i/>
        </w:rPr>
        <w:t>“Sabr sab se badi cheez hai.”</w:t>
      </w:r>
    </w:p>
    <w:p>
      <w:r>
        <w:rPr>
          <w:sz w:val="20"/>
        </w:rPr>
        <w:t>24:53  dekhiye, quran se sabit hai kay sabr sab se bari cheez hai,</w:t>
      </w:r>
      <w:r>
        <w:br/>
      </w:r>
      <w:r>
        <w:rPr>
          <w:sz w:val="20"/>
        </w:rPr>
        <w:t>25:04  sab se bari cheez hai. aisay to is jo aap jab namaz namaz ki baat kartay hain to wo aqeeday ki baat ban jati hai, lekin sabr jo hai wo aik bohat bari,</w:t>
      </w:r>
      <w:r>
        <w:br/>
      </w:r>
      <w:r>
        <w:rPr>
          <w:sz w:val="20"/>
        </w:rPr>
        <w:t>25:23  bohat bara amal hai.</w:t>
      </w:r>
      <w:r>
        <w:br/>
      </w:r>
      <w:r>
        <w:rPr>
          <w:sz w:val="20"/>
        </w:rPr>
        <w:t>25:26  maulana, quran mein sabr kay baray mein aya hai: "innama yuwaffa as sabiroona ajrahum bighayri hisab" kay sabr par Allah taala bay hisab ajr de ga.</w:t>
      </w:r>
      <w:r>
        <w:br/>
      </w:r>
      <w:r>
        <w:rPr>
          <w:sz w:val="20"/>
        </w:rPr>
        <w:t>25:38  to aakhir sabr kay andar hota kia hai kay Allah taala nay aisa keh diya?</w:t>
      </w:r>
      <w:r>
        <w:br/>
      </w:r>
      <w:r>
        <w:rPr>
          <w:sz w:val="20"/>
        </w:rPr>
        <w:t>25:43  dekhiye, sabr karna parta hai kis cheez par? aap aik Allah kay aik hukum pe chalna chahtay hain, us mein rukawatein aati hain to tamam rukawaton ko overcome kartay hain,</w:t>
      </w:r>
      <w:r>
        <w:br/>
      </w:r>
      <w:r>
        <w:rPr>
          <w:sz w:val="20"/>
        </w:rPr>
        <w:t>26:01  us ko yani aik nai soch develop kartay hain,</w:t>
      </w:r>
      <w:r>
        <w:br/>
      </w:r>
      <w:r>
        <w:rPr>
          <w:sz w:val="20"/>
        </w:rPr>
        <w:t>26:10  apnay aap se ladte hain.</w:t>
      </w:r>
      <w:r>
        <w:br/>
      </w:r>
      <w:r>
        <w:rPr>
          <w:sz w:val="20"/>
        </w:rPr>
        <w:t>26:15  sabr aik amal hai, aik amal kartay hain tab ja kay aap ko sabr ki qadar jab milta hai.</w:t>
      </w:r>
      <w:r>
        <w:br/>
      </w:r>
      <w:r>
        <w:rPr>
          <w:sz w:val="20"/>
        </w:rPr>
        <w:t>26:27  to mein samajhta hoon kay yeh waqia yeh hai kay sabr se bara koi amal nahi.</w:t>
      </w:r>
    </w:p>
    <w:p>
      <w:pPr>
        <w:pStyle w:val="Heading2"/>
      </w:pPr>
      <w:r>
        <w:t>Partition leaders accepted truncated outcomes for Kashmir</w:t>
      </w:r>
    </w:p>
    <w:p>
      <w:r>
        <w:rPr>
          <w:color w:val="666666"/>
          <w:sz w:val="18"/>
        </w:rPr>
        <w:t>Respectful Settlement August 19, 2007 · 5m 28s · at 13:52 · https://youtu.be/y9rTlBkoP6I?t=832</w:t>
      </w:r>
    </w:p>
    <w:p>
      <w:r>
        <w:rPr>
          <w:i/>
        </w:rPr>
        <w:t>“Ab main aap ko misaal deta hoon partition ke waqt”</w:t>
      </w:r>
    </w:p>
    <w:p>
      <w:r>
        <w:rPr>
          <w:sz w:val="20"/>
        </w:rPr>
        <w:t>13:52  ab main aap ko misaal deta hoon partition ke waqt. Teen party thi, Britishers aur Congress aur Muslim League jis ke leader the Mr. Muhammad Ali Jinnah.</w:t>
      </w:r>
      <w:r>
        <w:br/>
      </w:r>
      <w:r>
        <w:rPr>
          <w:sz w:val="20"/>
        </w:rPr>
        <w:t>14:10  aap ko maloom hai ke jab Mr. Muhammad Ali Jinnah ka jo dream tha us mein jo Pakistan tha un ke zehan mein is mein poora Punjab tha.</w:t>
      </w:r>
      <w:r>
        <w:br/>
      </w:r>
      <w:r>
        <w:rPr>
          <w:sz w:val="20"/>
        </w:rPr>
        <w:t>14:21  poore punjab ko le kar ke pakistan banana tha unhein aur poore bangal ko le kar ke east pakistan. yaani poore bangal, poora bangal jo tha woh east pakistan mein shamil tha un ke dream mein.</w:t>
      </w:r>
      <w:r>
        <w:br/>
      </w:r>
      <w:r>
        <w:rPr>
          <w:sz w:val="20"/>
        </w:rPr>
        <w:t>14:34  aur poora punjab jo tha woh shamil tha west pakistan ke. to zahir hai ke aap jante hain ke mila nahin. bangal bhi bat gaya, punjab bhi bat gaya.</w:t>
      </w:r>
      <w:r>
        <w:br/>
      </w:r>
      <w:r>
        <w:rPr>
          <w:sz w:val="20"/>
        </w:rPr>
        <w:t>14:47  to mr muhammad ali jinnah ne kaha tha partition ke baad ke mujh ko truncated pakistan mila hai. yaani kata phata pakistan.</w:t>
      </w:r>
      <w:r>
        <w:br/>
      </w:r>
      <w:r>
        <w:rPr>
          <w:sz w:val="20"/>
        </w:rPr>
        <w:t>14:58  truncated pakistan. zahir hai ke less than ideal tha woh. woh respectful kahan se tha woh?</w:t>
      </w:r>
      <w:r>
        <w:br/>
      </w:r>
      <w:r>
        <w:rPr>
          <w:sz w:val="20"/>
        </w:rPr>
        <w:t>15:09  to disrespectful formulay par razi hona pada mr muhammad ali jinnah ko warna partition na hota. agar woh are rehte ke mujhe poora bangal do, mujhe poora punjab do.</w:t>
      </w:r>
      <w:r>
        <w:br/>
      </w:r>
      <w:r>
        <w:rPr>
          <w:sz w:val="20"/>
        </w:rPr>
        <w:t>15:22  to zahir hai ke partition na hota, kuch bhi na hota. to mr muhammad ali jinnah ko respectful formulay par nahin pakistan mila, disrespectful formulay par pakistan mila.</w:t>
      </w:r>
      <w:r>
        <w:br/>
      </w:r>
      <w:r>
        <w:rPr>
          <w:sz w:val="20"/>
        </w:rPr>
        <w:t>15:37  unhon ne khud yeh keh kar is ka mana ke mujhe truncated pakistan mila hai. ab dekhiye ke mahatma gandhi ko kya mila? un ko bhi truncated bharat mila.</w:t>
      </w:r>
      <w:r>
        <w:br/>
      </w:r>
      <w:r>
        <w:rPr>
          <w:sz w:val="20"/>
        </w:rPr>
        <w:t>15:50  truncated india. is liye ke gandhi ne kaha tha ke partition meri laash par hoga. batwara meri laash par hoga.</w:t>
      </w:r>
      <w:r>
        <w:br/>
      </w:r>
      <w:r>
        <w:rPr>
          <w:sz w:val="20"/>
        </w:rPr>
        <w:t>16:01  yaani main batwara kabhi bhi nahin manunga desh ka. kyunke aap jante hain ke maan liya unhon ne. maan liya unhon ne.</w:t>
      </w:r>
      <w:r>
        <w:br/>
      </w:r>
      <w:r>
        <w:rPr>
          <w:sz w:val="20"/>
        </w:rPr>
        <w:t>16:11  idhar idhar east pakistan bana jo bangladesh kaha jata hai. idhar west pakistan bana jo ab pakistan kaha jata hai. to woh ab gandhi ko bhi truncated india mila.</w:t>
      </w:r>
      <w:r>
        <w:br/>
      </w:r>
      <w:r>
        <w:rPr>
          <w:sz w:val="20"/>
        </w:rPr>
        <w:t>16:24  aap ghor kijiye. mahatma gandhi ko bhi truncated india mila.</w:t>
      </w:r>
      <w:r>
        <w:br/>
      </w:r>
      <w:r>
        <w:rPr>
          <w:sz w:val="20"/>
        </w:rPr>
        <w:t>16:32  ab britishers ko dekhiye. britishers abhi bohat dinon tak rule karna chahte the india par. apna british empire jo un ka tha un ke khwab mein tha ke british empire abhi bohat din tak rahega.</w:t>
      </w:r>
      <w:r>
        <w:br/>
      </w:r>
      <w:r>
        <w:rPr>
          <w:sz w:val="20"/>
        </w:rPr>
        <w:t>16:45  aur aap ko maloom hai ke jo rashtrapati bhavan hai. rashtrapati bhavan jo hai us waqt kaha jata tha viceroy ka lodge.</w:t>
      </w:r>
      <w:r>
        <w:br/>
      </w:r>
      <w:r>
        <w:rPr>
          <w:sz w:val="20"/>
        </w:rPr>
        <w:t>16:56  yaani british viceroy ka woh woh tha. us ki jagah thi rehne ki. to nineteen thirty-one mein is ka inauguration hua tha.</w:t>
      </w:r>
      <w:r>
        <w:br/>
      </w:r>
      <w:r>
        <w:rPr>
          <w:sz w:val="20"/>
        </w:rPr>
        <w:t>17:11  nineteen thirty-one mein. is ke sirf solace saal baad unhein india ko azaad karna pada. nineteen thirty-one mein aaya tha us zamane mein france ka aik leader, bara leader.</w:t>
      </w:r>
      <w:r>
        <w:br/>
      </w:r>
      <w:r>
        <w:rPr>
          <w:sz w:val="20"/>
        </w:rPr>
        <w:t>17:29  aur laqadak dekha us ne. viceroy ka lodge hai aur parliament house hai. north block aur south block yeh poori duniya jo banai thi britishers ne.</w:t>
      </w:r>
      <w:r>
        <w:br/>
      </w:r>
      <w:r>
        <w:rPr>
          <w:sz w:val="20"/>
        </w:rPr>
        <w:t>17:41  to us ko dekha us ne to us ne kaha tha us waqt bohat hi mudabir aadmi tha, bohat bohat hi zyada. to us ne kaha ke "what a magnificent world they built to le</w:t>
      </w:r>
      <w:r>
        <w:br/>
      </w:r>
      <w:r>
        <w:rPr>
          <w:sz w:val="20"/>
        </w:rPr>
        <w:t>17:52  ave!"</w:t>
      </w:r>
      <w:r>
        <w:br/>
      </w:r>
      <w:r>
        <w:rPr>
          <w:sz w:val="20"/>
        </w:rPr>
        <w:t>17:57  kisi shandar duniya unhon ne banai hai sirf is liye ke woh us ko aik din chhod kar chale jayen. to future ko isi tarah dekh liya tha us ne.</w:t>
      </w:r>
      <w:r>
        <w:br/>
      </w:r>
      <w:r>
        <w:rPr>
          <w:sz w:val="20"/>
        </w:rPr>
        <w:t>18:07  britishers ne baad ko dekha. to ghraz yeh ke britishers ke mind mein jo tha woh woh bhi bohat bara empire abhi bohat din tak chalne wala tha.</w:t>
      </w:r>
      <w:r>
        <w:br/>
      </w:r>
      <w:r>
        <w:rPr>
          <w:sz w:val="20"/>
        </w:rPr>
        <w:t>18:17  to un ko bhi truncated empire mila. truncated empire. un ka jo empire tha woh katha satth gaya, chhota sa reh gaya.</w:t>
      </w:r>
      <w:r>
        <w:br/>
      </w:r>
      <w:r>
        <w:rPr>
          <w:sz w:val="20"/>
        </w:rPr>
        <w:t>18:28  ab ghor kijiye ke britishers ko mila truncated empire. mahatma gandhi ko mila truncated india. mr muhammad ali jinnah ko mila truncated pakistan.</w:t>
      </w:r>
      <w:r>
        <w:br/>
      </w:r>
      <w:r>
        <w:rPr>
          <w:sz w:val="20"/>
        </w:rPr>
        <w:t>18:41  to main ne kaha un se ke aap un se bhi powerful hain? kya kashmir ke log jo hain britishers se zyada powerful hain?</w:t>
      </w:r>
      <w:r>
        <w:br/>
      </w:r>
      <w:r>
        <w:rPr>
          <w:sz w:val="20"/>
        </w:rPr>
        <w:t>18:50  mahatma gandhi se zyada powerful hain? mr muhammad ali jinnah se zyada powerful hain? to woh log to disrespectful settlement par razi hue.</w:t>
      </w:r>
      <w:r>
        <w:br/>
      </w:r>
      <w:r>
        <w:rPr>
          <w:sz w:val="20"/>
        </w:rPr>
        <w:t>19:01  aur aap kehte hain ke mujhe respectful settlement chahiye. They are against the law of nature.</w:t>
      </w:r>
      <w:r>
        <w:br/>
      </w:r>
      <w:r>
        <w:rPr>
          <w:sz w:val="20"/>
        </w:rPr>
        <w:t>19:11  to yeh yeh kabhi hone wala nahi hai. Aap ko raazi hona chahiye is jo status quo hai kashmir mein is par raazi huiye.</w:t>
      </w:r>
    </w:p>
    <w:p>
      <w:pPr>
        <w:pStyle w:val="Heading2"/>
      </w:pPr>
      <w:r>
        <w:t>Billionaire's despair and Billy Graham</w:t>
      </w:r>
    </w:p>
    <w:p>
      <w:r>
        <w:rPr>
          <w:color w:val="666666"/>
          <w:sz w:val="18"/>
        </w:rPr>
        <w:t>The Belief System of Islam August 01, 2007 · 2m 01s · at 36:07 · https://youtu.be/5pdnwRaPfmY?t=2167</w:t>
      </w:r>
    </w:p>
    <w:p>
      <w:r>
        <w:rPr>
          <w:i/>
        </w:rPr>
        <w:t>“No king, no wealthy people, no one was able to achieve success.”</w:t>
      </w:r>
    </w:p>
    <w:p>
      <w:r>
        <w:rPr>
          <w:sz w:val="20"/>
        </w:rPr>
        <w:t>36:07  No king, no wealthy people, no one was able to achieve success.</w:t>
      </w:r>
      <w:r>
        <w:br/>
      </w:r>
      <w:r>
        <w:rPr>
          <w:sz w:val="20"/>
        </w:rPr>
        <w:t>36:20  Everyone is doomed to die in failure with frustration. So we want eternity, and we failed to achieve eternity.</w:t>
      </w:r>
      <w:r>
        <w:br/>
      </w:r>
      <w:r>
        <w:rPr>
          <w:sz w:val="20"/>
        </w:rPr>
        <w:t>36:35  We want justice, and we failed to achieve justice in this world. We want happiness, but everyone failed to achieve happiness.</w:t>
      </w:r>
      <w:r>
        <w:br/>
      </w:r>
      <w:r>
        <w:rPr>
          <w:sz w:val="20"/>
        </w:rPr>
        <w:t>36:52  So why this state of affairs? Why this state of affairs?</w:t>
      </w:r>
      <w:r>
        <w:br/>
      </w:r>
      <w:r>
        <w:rPr>
          <w:sz w:val="20"/>
        </w:rPr>
        <w:t>37:05  Why is everyone</w:t>
      </w:r>
      <w:r>
        <w:br/>
      </w:r>
      <w:r>
        <w:rPr>
          <w:sz w:val="20"/>
        </w:rPr>
        <w:t>37:11  in despair</w:t>
      </w:r>
      <w:r>
        <w:br/>
      </w:r>
      <w:r>
        <w:rPr>
          <w:sz w:val="20"/>
        </w:rPr>
        <w:t>37:12  ? Everyone</w:t>
      </w:r>
      <w:r>
        <w:br/>
      </w:r>
      <w:r>
        <w:rPr>
          <w:sz w:val="20"/>
        </w:rPr>
        <w:t>37:17  is compelled to live in despair.</w:t>
      </w:r>
      <w:r>
        <w:br/>
      </w:r>
      <w:r>
        <w:rPr>
          <w:sz w:val="20"/>
        </w:rPr>
        <w:t>37:23  You know, an American, there is a well-known missionary in America, Billy Graham</w:t>
      </w:r>
      <w:r>
        <w:br/>
      </w:r>
      <w:r>
        <w:rPr>
          <w:sz w:val="20"/>
        </w:rPr>
        <w:t>37:33  . He says in one of his speeches that once I received a message from a richest person in America.</w:t>
      </w:r>
      <w:r>
        <w:br/>
      </w:r>
      <w:r>
        <w:rPr>
          <w:sz w:val="20"/>
        </w:rPr>
        <w:t>37:43  He was a wealthy person, so he sent anurgent message.</w:t>
      </w:r>
      <w:r>
        <w:br/>
      </w:r>
      <w:r>
        <w:rPr>
          <w:sz w:val="20"/>
        </w:rPr>
        <w:t>37:55  So I abandoned my programs, and I hurriedly went to his town</w:t>
      </w:r>
      <w:r>
        <w:br/>
      </w:r>
      <w:r>
        <w:rPr>
          <w:sz w:val="20"/>
        </w:rPr>
        <w:t>38:05  . But when I</w:t>
      </w:r>
    </w:p>
    <w:p>
      <w:pPr>
        <w:pStyle w:val="Heading2"/>
      </w:pPr>
      <w:r>
        <w:t>Developing mind to extract spiritual lessons from nature</w:t>
      </w:r>
    </w:p>
    <w:p>
      <w:r>
        <w:rPr>
          <w:color w:val="666666"/>
          <w:sz w:val="18"/>
        </w:rPr>
        <w:t>Spirituality in Daily Life 13 Aug 2016 - Maulana Wahiduddin Khan · 2m 05s · at 13:01 · https://youtu.be/SB0AF0Q9aTE?t=781</w:t>
      </w:r>
    </w:p>
    <w:p>
      <w:r>
        <w:rPr>
          <w:i/>
        </w:rPr>
        <w:t>“Mai bataun ki pehla kaam hai mind ko develop karna.”</w:t>
      </w:r>
    </w:p>
    <w:p>
      <w:r>
        <w:rPr>
          <w:sz w:val="20"/>
        </w:rPr>
        <w:t>13:01  to main bataoon ki pehla kaam hai mind ko, mind ko develop, develop karna. maslan, main ek, mere ghar ke saamne ek, ek, ek darakht hai. to usmein</w:t>
      </w:r>
      <w:r>
        <w:br/>
      </w:r>
      <w:r>
        <w:rPr>
          <w:sz w:val="20"/>
        </w:rPr>
        <w:t>13:18  phool khile hue the. kai phool ka ek, ek khosa tha. main utha hokar usko dekhne laga. to itni beauty thi, itni beauty thi, itni beauty thi. main hairaan tha</w:t>
      </w:r>
      <w:r>
        <w:br/>
      </w:r>
      <w:r>
        <w:rPr>
          <w:sz w:val="20"/>
        </w:rPr>
        <w:t>13:34  ki kya yeh beauty koi phool apne aap apne andar paida kar sakta hai. to mere saath possible nahin hai. to itni zabardast,</w:t>
      </w:r>
      <w:r>
        <w:br/>
      </w:r>
      <w:r>
        <w:rPr>
          <w:sz w:val="20"/>
        </w:rPr>
        <w:t>13:49  beautiful cheez apne aap kaise ban jayegi? to zaroor hai koi creator ho.</w:t>
      </w:r>
      <w:r>
        <w:br/>
      </w:r>
      <w:r>
        <w:rPr>
          <w:sz w:val="20"/>
        </w:rPr>
        <w:t>13:55  phir maine socha ki ye darakht shuru mein kya hai? tana hai, stem hai, phir branches hain, phir pattiyan hain. usi mein kaante bhi hain. in cheezon ke darmiyan ek cheez nikalti hai, phool,</w:t>
      </w:r>
      <w:r>
        <w:br/>
      </w:r>
      <w:r>
        <w:rPr>
          <w:sz w:val="20"/>
        </w:rPr>
        <w:t>14:13  jo bilkul differently, bahut hi zyada beautiful hoti hai. to kya us phool ke andar mere liye ek content tha, ek,</w:t>
      </w:r>
      <w:r>
        <w:br/>
      </w:r>
      <w:r>
        <w:rPr>
          <w:sz w:val="20"/>
        </w:rPr>
        <w:t>14:28  ek nectar tha,</w:t>
      </w:r>
      <w:r>
        <w:br/>
      </w:r>
      <w:r>
        <w:rPr>
          <w:sz w:val="20"/>
        </w:rPr>
        <w:t>14:30  jisne mujhe bataya ki duniya ka zaroor koi creator hai. agar creator na ho, to kaisi aisi beautiful cheez ban sakti hai?</w:t>
      </w:r>
      <w:r>
        <w:br/>
      </w:r>
      <w:r>
        <w:rPr>
          <w:sz w:val="20"/>
        </w:rPr>
        <w:t>14:42  to ye, ye jo aap develop karein, is tarah ka mind,</w:t>
      </w:r>
      <w:r>
        <w:br/>
      </w:r>
      <w:r>
        <w:rPr>
          <w:sz w:val="20"/>
        </w:rPr>
        <w:t>14:47  to phir aapko ek permanent life mil jati hai, spiritual life. phir kabhi boring nahin aati. ye mere liye sirf suni hui baat nahin hai, balki main daily iska</w:t>
      </w:r>
      <w:r>
        <w:br/>
      </w:r>
      <w:r>
        <w:rPr>
          <w:sz w:val="20"/>
        </w:rPr>
        <w:t>15:03  tazurba karta hoon.</w:t>
      </w:r>
    </w:p>
    <w:p>
      <w:pPr>
        <w:pStyle w:val="Heading2"/>
      </w:pPr>
      <w:r>
        <w:t>Dissent as sacred leads to development</w:t>
      </w:r>
    </w:p>
    <w:p>
      <w:r>
        <w:rPr>
          <w:color w:val="666666"/>
          <w:sz w:val="18"/>
        </w:rPr>
        <w:t>Criticism in Islam May 17, 2008 · 3m 40s · at 1:02 · https://youtu.be/qhlJjRh9SeY?t=62</w:t>
      </w:r>
    </w:p>
    <w:p>
      <w:r>
        <w:rPr>
          <w:i/>
        </w:rPr>
        <w:t>“I met a scholar in America who said dissent is sacred.”</w:t>
      </w:r>
    </w:p>
    <w:p>
      <w:r>
        <w:rPr>
          <w:sz w:val="20"/>
        </w:rPr>
        <w:t>1:02  aisa hai ke main aik baar bahir ke safar mein tha to america mein aik scholar se mulaqat hui.</w:t>
      </w:r>
      <w:r>
        <w:br/>
      </w:r>
      <w:r>
        <w:rPr>
          <w:sz w:val="20"/>
        </w:rPr>
        <w:t>1:14  to maine poocha ke azm zikr aaya hai iska aik kitab chhapi hai aik arab mein arabi zaban mein.</w:t>
      </w:r>
      <w:r>
        <w:br/>
      </w:r>
      <w:r>
        <w:rPr>
          <w:sz w:val="20"/>
        </w:rPr>
        <w:t>1:27  to iska naam hai لماذا تاخر المسلمون وتقدم غیرم وائی مسلمز بیکورڈ اینڈ ادرز بیکم فارورڈ.</w:t>
      </w:r>
      <w:r>
        <w:br/>
      </w:r>
      <w:r>
        <w:rPr>
          <w:sz w:val="20"/>
        </w:rPr>
        <w:t>1:43  yeh ameer shakeeb arsalan ki kitab hai. to iske reference mein baat hui. to unhone likha hai ameer shakeeb arsalan ne ke musalmanon ke backwardness ka reason yeh hai ke woh unhone jihad chhod diya.</w:t>
      </w:r>
      <w:r>
        <w:br/>
      </w:r>
      <w:r>
        <w:rPr>
          <w:sz w:val="20"/>
        </w:rPr>
        <w:t>2:11  to baat yeh thi ke jihad chhodha kahan hai? jihad to khoob ho raha hai. hazaron hazar log apne aap ko suicide bombing karke aur tarah tarah se apne aap ko maar rahe hain.</w:t>
      </w:r>
      <w:r>
        <w:br/>
      </w:r>
      <w:r>
        <w:rPr>
          <w:sz w:val="20"/>
        </w:rPr>
        <w:t>2:25  to jihad chhota kahan hai? is wajah se yeh to koi baat nahi hai. baat to hai ke jihad ke hote hue koi backwardness hai.</w:t>
      </w:r>
      <w:r>
        <w:br/>
      </w:r>
      <w:r>
        <w:rPr>
          <w:sz w:val="20"/>
        </w:rPr>
        <w:t>2:38  yani why muslims are backward inspired are engaged in jihad. to unhone yeh jo kaha ke jihad chhodne ki wajah se backward ho gaye to yeh to bilkul yani</w:t>
      </w:r>
      <w:r>
        <w:br/>
      </w:r>
      <w:r>
        <w:rPr>
          <w:sz w:val="20"/>
        </w:rPr>
        <w:t>2:57  waqe ke khilaf hai.</w:t>
      </w:r>
      <w:r>
        <w:br/>
      </w:r>
      <w:r>
        <w:rPr>
          <w:sz w:val="20"/>
        </w:rPr>
        <w:t>3:02  to behal unse baat hui to maine poocha ke western nations jo hain is zamane mein sab log mante hain ke unhone bohat develop kiya hai.</w:t>
      </w:r>
      <w:r>
        <w:br/>
      </w:r>
      <w:r>
        <w:rPr>
          <w:sz w:val="20"/>
        </w:rPr>
        <w:t>3:16  bohat taraqqi ki hai. to iske peeche kya cheez hai? to unhone jo baat batai woh bohat hi sunne ki hai.</w:t>
      </w:r>
      <w:r>
        <w:br/>
      </w:r>
      <w:r>
        <w:rPr>
          <w:sz w:val="20"/>
        </w:rPr>
        <w:t>3:30  unhone kaha ke</w:t>
      </w:r>
      <w:r>
        <w:br/>
      </w:r>
      <w:r>
        <w:rPr>
          <w:sz w:val="20"/>
        </w:rPr>
        <w:t>3:34  descent ko secret banana. descent ko hum aik muqaddas cheez samajhte hain.</w:t>
      </w:r>
      <w:r>
        <w:br/>
      </w:r>
      <w:r>
        <w:rPr>
          <w:sz w:val="20"/>
        </w:rPr>
        <w:t>3:43  descent ka matlab hai ikhtilaf. yani criticize karna. to unhone kaha ke hum criticism ko invite karte hain.</w:t>
      </w:r>
      <w:r>
        <w:br/>
      </w:r>
      <w:r>
        <w:rPr>
          <w:sz w:val="20"/>
        </w:rPr>
        <w:t>3:54  hum criticism ko welcome karte hain. hum criticism ko pasand karte hain. isse kya hota hai ke healthy dialogue hota hai. healthy discussion hota hai.</w:t>
      </w:r>
      <w:r>
        <w:br/>
      </w:r>
      <w:r>
        <w:rPr>
          <w:sz w:val="20"/>
        </w:rPr>
        <w:t>4:07  aur naye naye ideas samne aate hain. kyunke jab do mind aapas mein takrayenge to jis tarah se do pathar ke takrane se sparking hoti hai.</w:t>
      </w:r>
      <w:r>
        <w:br/>
      </w:r>
      <w:r>
        <w:rPr>
          <w:sz w:val="20"/>
        </w:rPr>
        <w:t>4:22  isi tarah se do mind ke takrane se intellectual sparking hoti hai. woh to hai physical sparking.</w:t>
      </w:r>
      <w:r>
        <w:br/>
      </w:r>
      <w:r>
        <w:rPr>
          <w:sz w:val="20"/>
        </w:rPr>
        <w:t>4:31  jab do mind takrayenge to spiritual sparking hogi. nayi roshni milegi. naye naye areas khulenge.</w:t>
      </w:r>
    </w:p>
    <w:p>
      <w:pPr>
        <w:pStyle w:val="Heading2"/>
      </w:pPr>
      <w:r>
        <w:t>breakfast gift story shows God caring for the humble</w:t>
      </w:r>
    </w:p>
    <w:p>
      <w:r>
        <w:rPr>
          <w:color w:val="666666"/>
          <w:sz w:val="18"/>
        </w:rPr>
        <w:t>Love of God, May 03, 2009 · 2m 32s · at 44:55 · https://youtu.be/wGde_cOIw9Q?t=2695</w:t>
      </w:r>
    </w:p>
    <w:p>
      <w:r>
        <w:rPr>
          <w:i/>
        </w:rPr>
        <w:t>“Aaj subah telephone aaya Mrs Batra ka”</w:t>
      </w:r>
    </w:p>
    <w:p>
      <w:r>
        <w:rPr>
          <w:sz w:val="20"/>
        </w:rPr>
        <w:t>44:55  mein aaj aap ko aaj ka apna, Allah taala ki mere sath rabt hai ke mein rozana is tarah ki cheezein mujhe daryaft hoti rehti hain. aaj mein batata hoon kya hua mere sath.</w:t>
      </w:r>
      <w:r>
        <w:br/>
      </w:r>
      <w:r>
        <w:rPr>
          <w:sz w:val="20"/>
        </w:rPr>
        <w:t>45:06  aaj subah telephone aaya Mrs. Batra ka. Mrs. Batra jo rehti hain Asia Colony mein. Mrs. Batra ka telephone aaya.</w:t>
      </w:r>
      <w:r>
        <w:br/>
      </w:r>
      <w:r>
        <w:rPr>
          <w:sz w:val="20"/>
        </w:rPr>
        <w:t>45:18  unhone kaha ke saharanpur aap gaye the to akhbaron mein chhapa hai</w:t>
      </w:r>
      <w:r>
        <w:br/>
      </w:r>
      <w:r>
        <w:rPr>
          <w:sz w:val="20"/>
        </w:rPr>
        <w:t>45:23  iska. woh main ne parha to unhone kaha ke aap breakfast lete hain? main breakfast aap ke liye bhejna chahti hoon.</w:t>
      </w:r>
      <w:r>
        <w:br/>
      </w:r>
      <w:r>
        <w:rPr>
          <w:sz w:val="20"/>
        </w:rPr>
        <w:t>45:35  to main ne telephone de diya apni beti ko. unhone baat ki. unhone kaha ke bhai jawab jawab chahiye bhejeye, jaisa aap chahein waisa kar lijiye.</w:t>
      </w:r>
      <w:r>
        <w:br/>
      </w:r>
      <w:r>
        <w:rPr>
          <w:sz w:val="20"/>
        </w:rPr>
        <w:t>45:47  to khair, unka paas se breakfast aaya.</w:t>
      </w:r>
      <w:r>
        <w:br/>
      </w:r>
      <w:r>
        <w:rPr>
          <w:sz w:val="20"/>
        </w:rPr>
        <w:t>45:51  jab breakfast mere samne rakha gaya to jante hain mera kya haal hua .</w:t>
      </w:r>
      <w:r>
        <w:br/>
      </w:r>
      <w:r>
        <w:rPr>
          <w:sz w:val="20"/>
        </w:rPr>
        <w:t>45:58  main be ikhtiyar rone laga.</w:t>
      </w:r>
      <w:r>
        <w:br/>
      </w:r>
      <w:r>
        <w:rPr>
          <w:sz w:val="20"/>
        </w:rPr>
        <w:t>46:05  mujhe aisa laga jaise ke khuda ne dekha ke ek insan jo ajiz hai, kamzor hai,</w:t>
      </w:r>
      <w:r>
        <w:br/>
      </w:r>
      <w:r>
        <w:rPr>
          <w:sz w:val="20"/>
        </w:rPr>
        <w:t>46:13  koi taqat jis ke paas nahin hai.</w:t>
      </w:r>
      <w:r>
        <w:br/>
      </w:r>
      <w:r>
        <w:rPr>
          <w:sz w:val="20"/>
        </w:rPr>
        <w:t>46:16  khuda ne farishton se kaha ke dekho, mere ek ajiz bande wohan par hai, jao us ko breakfast ko pohncha do. us ko woh koi do chaye ki piyali bhen nahin bana sakta.</w:t>
      </w:r>
      <w:r>
        <w:br/>
      </w:r>
      <w:r>
        <w:rPr>
          <w:sz w:val="20"/>
        </w:rPr>
        <w:t>46:28  chaye ki ek piyali banane ki bhi taqat us ke andar nahin hai. ek roti bhen nahin paka sakta. woh gehoon ka ek dana bhen nahin ugga sakta. woh</w:t>
      </w:r>
      <w:r>
        <w:br/>
      </w:r>
      <w:r>
        <w:rPr>
          <w:sz w:val="20"/>
        </w:rPr>
        <w:t>46:41  to farishton se us ne kaha ke aye mere farishton, le jao us ajiz bande ke paas</w:t>
      </w:r>
      <w:r>
        <w:br/>
      </w:r>
      <w:r>
        <w:rPr>
          <w:sz w:val="20"/>
        </w:rPr>
        <w:t>46:46  , meri taraf se nazar man manghoor raheem us ko pohncha do. to main ne kaha, khuda ya tune mere ajiz bande ke sath yeh muamla dunya mein kiya hai, aise hi mere sath to akhirat mein bhi muamla farma.</w:t>
      </w:r>
      <w:r>
        <w:br/>
      </w:r>
      <w:r>
        <w:rPr>
          <w:sz w:val="20"/>
        </w:rPr>
        <w:t>47:01  main yahan bhi ajiz tha, wohan bhi ajiz rahoon ga.</w:t>
      </w:r>
      <w:r>
        <w:br/>
      </w:r>
      <w:r>
        <w:rPr>
          <w:sz w:val="20"/>
        </w:rPr>
        <w:t>47:06  mere ishq par to koi ram aya, to ne apni taraf se mere liye khane khana bhi bhej diya.</w:t>
      </w:r>
      <w:r>
        <w:br/>
      </w:r>
      <w:r>
        <w:rPr>
          <w:sz w:val="20"/>
        </w:rPr>
        <w:t>47:13  isi tarah ajiz main hoon ga akhirat mein, to wohan par bhi to mere liye isi tarah se intezam farma de.</w:t>
      </w:r>
    </w:p>
    <w:p>
      <w:pPr>
        <w:pStyle w:val="Heading2"/>
      </w:pPr>
      <w:r>
        <w:t>Personal witness of God's protection from birth to old age</w:t>
      </w:r>
    </w:p>
    <w:p>
      <w:r>
        <w:rPr>
          <w:color w:val="666666"/>
          <w:sz w:val="18"/>
        </w:rPr>
        <w:t>In the Name of God 12 Jan 2020 - Maulana Wahiduddin Khan · 5m 07s · at 29:25 · https://youtu.be/aKynaASsI4s?t=1765</w:t>
      </w:r>
    </w:p>
    <w:p>
      <w:r>
        <w:rPr>
          <w:i/>
        </w:rPr>
        <w:t>“Main zaati tor par iska witness hoon”</w:t>
      </w:r>
    </w:p>
    <w:p>
      <w:r>
        <w:rPr>
          <w:sz w:val="20"/>
        </w:rPr>
        <w:t>29:25  aur main zaati taur par zaati taur par zaati taur par is ka witness hoon ke meri paidaish hui 1925 mein british period mein meri paidaish hui 1925 mein british period mein</w:t>
      </w:r>
      <w:r>
        <w:br/>
      </w:r>
      <w:r>
        <w:rPr>
          <w:sz w:val="20"/>
        </w:rPr>
        <w:t>29:47  us waqt se le kar aaj tak</w:t>
      </w:r>
      <w:r>
        <w:br/>
      </w:r>
      <w:r>
        <w:rPr>
          <w:sz w:val="20"/>
        </w:rPr>
        <w:t>29:51  mere upar beshumar qism ke masail aaye</w:t>
      </w:r>
      <w:r>
        <w:br/>
      </w:r>
      <w:r>
        <w:rPr>
          <w:sz w:val="20"/>
        </w:rPr>
        <w:t>29:57  sab logon ne sazishien kin mere khilaf meri maut ke mere qatal ke aansu banaye lekin kuch bhi nahi hua kuch bhi nahi hua mujh ko qatal karne par inaam muqarrar kiya gaya</w:t>
      </w:r>
      <w:r>
        <w:br/>
      </w:r>
      <w:r>
        <w:rPr>
          <w:sz w:val="20"/>
        </w:rPr>
        <w:t>30:17  woh akhbaron mein chhaapa baqayda</w:t>
      </w:r>
      <w:r>
        <w:br/>
      </w:r>
      <w:r>
        <w:rPr>
          <w:sz w:val="20"/>
        </w:rPr>
        <w:t>30:26  mujhe yaad hai ke</w:t>
      </w:r>
      <w:r>
        <w:br/>
      </w:r>
      <w:r>
        <w:rPr>
          <w:sz w:val="20"/>
        </w:rPr>
        <w:t>30:30  Times of India ke awal par ek khabar chhapi thi</w:t>
      </w:r>
      <w:r>
        <w:br/>
      </w:r>
      <w:r>
        <w:rPr>
          <w:sz w:val="20"/>
        </w:rPr>
        <w:t>30:35  mere bare mein</w:t>
      </w:r>
      <w:r>
        <w:br/>
      </w:r>
      <w:r>
        <w:rPr>
          <w:sz w:val="20"/>
        </w:rPr>
        <w:t>30:38  ke jo un ko maar dalega us ko itna rupiya milega inaam</w:t>
      </w:r>
      <w:r>
        <w:br/>
      </w:r>
      <w:r>
        <w:rPr>
          <w:sz w:val="20"/>
        </w:rPr>
        <w:t>30:45  to is ke usi din subah ko</w:t>
      </w:r>
      <w:r>
        <w:br/>
      </w:r>
      <w:r>
        <w:rPr>
          <w:sz w:val="20"/>
        </w:rPr>
        <w:t>30:50  ek Hindu naujawan ek Hindu naujawan</w:t>
      </w:r>
      <w:r>
        <w:br/>
      </w:r>
      <w:r>
        <w:rPr>
          <w:sz w:val="20"/>
        </w:rPr>
        <w:t>30:55  apni car par mere paas aaye</w:t>
      </w:r>
      <w:r>
        <w:br/>
      </w:r>
      <w:r>
        <w:rPr>
          <w:sz w:val="20"/>
        </w:rPr>
        <w:t>30:58  ab bhi woh mashallah zinda hain</w:t>
      </w:r>
      <w:r>
        <w:br/>
      </w:r>
      <w:r>
        <w:rPr>
          <w:sz w:val="20"/>
        </w:rPr>
        <w:t>31:05  jaantay hain kisay aaye thay woh</w:t>
      </w:r>
      <w:r>
        <w:br/>
      </w:r>
      <w:r>
        <w:rPr>
          <w:sz w:val="20"/>
        </w:rPr>
        <w:t>31:09  poochh rahay thay keh aap meri car par baithiye aur meray ghar chaliye</w:t>
      </w:r>
      <w:r>
        <w:br/>
      </w:r>
      <w:r>
        <w:rPr>
          <w:sz w:val="20"/>
        </w:rPr>
        <w:t>31:15  unki ghoreyan abhi bhi dilli mein hain jahan le gaye thay uss ko woh</w:t>
      </w:r>
      <w:r>
        <w:br/>
      </w:r>
      <w:r>
        <w:rPr>
          <w:sz w:val="20"/>
        </w:rPr>
        <w:t>31:21  woh aik governor kay betay baithay thay</w:t>
      </w:r>
      <w:r>
        <w:br/>
      </w:r>
      <w:r>
        <w:rPr>
          <w:sz w:val="20"/>
        </w:rPr>
        <w:t>31:26  woh aik governor kay betay thay</w:t>
      </w:r>
      <w:r>
        <w:br/>
      </w:r>
      <w:r>
        <w:rPr>
          <w:sz w:val="20"/>
        </w:rPr>
        <w:t>31:30  woh governor bhi</w:t>
      </w:r>
      <w:r>
        <w:br/>
      </w:r>
      <w:r>
        <w:rPr>
          <w:sz w:val="20"/>
        </w:rPr>
        <w:t>31:33  aik hindu bhai tha woh khud bhi meray aik hindu bhai thay</w:t>
      </w:r>
      <w:r>
        <w:br/>
      </w:r>
      <w:r>
        <w:rPr>
          <w:sz w:val="20"/>
        </w:rPr>
        <w:t>31:40  main insaan ko hindu musalman nahin jaanta main insaan ko insaan jaanta hoon</w:t>
      </w:r>
      <w:r>
        <w:br/>
      </w:r>
      <w:r>
        <w:rPr>
          <w:sz w:val="20"/>
        </w:rPr>
        <w:t>31:47  iss dunya kay log europe kay log america kay log sab kay sab insaan</w:t>
      </w:r>
      <w:r>
        <w:br/>
      </w:r>
      <w:r>
        <w:rPr>
          <w:sz w:val="20"/>
        </w:rPr>
        <w:t>31:51  hain insan hain insan hain</w:t>
      </w:r>
      <w:r>
        <w:br/>
      </w:r>
      <w:r>
        <w:rPr>
          <w:sz w:val="20"/>
        </w:rPr>
        <w:t>31:57  ek ek hai ek hai ek hai</w:t>
      </w:r>
      <w:r>
        <w:br/>
      </w:r>
      <w:r>
        <w:rPr>
          <w:sz w:val="20"/>
        </w:rPr>
        <w:t>32:03  to woh naujawan apni car par aaya meray ghar hi nizamuddin west mein</w:t>
      </w:r>
      <w:r>
        <w:br/>
      </w:r>
      <w:r>
        <w:rPr>
          <w:sz w:val="20"/>
        </w:rPr>
        <w:t>32:12  aur jaantay hain kya kaha uss nay uss nay kaha keh main aap ko iss ghar mein rehnay</w:t>
      </w:r>
      <w:r>
        <w:br/>
      </w:r>
      <w:r>
        <w:rPr>
          <w:sz w:val="20"/>
        </w:rPr>
        <w:t>32:17  nahin doon ga meray saath chalna paray ga aap ko</w:t>
      </w:r>
      <w:r>
        <w:br/>
      </w:r>
      <w:r>
        <w:rPr>
          <w:sz w:val="20"/>
        </w:rPr>
        <w:t>32:22  uss waqt tak aap meray ghar mein rahengay</w:t>
      </w:r>
      <w:r>
        <w:br/>
      </w:r>
      <w:r>
        <w:rPr>
          <w:sz w:val="20"/>
        </w:rPr>
        <w:t>32:26  jab tak government apni</w:t>
      </w:r>
      <w:r>
        <w:br/>
      </w:r>
      <w:r>
        <w:rPr>
          <w:sz w:val="20"/>
        </w:rPr>
        <w:t>32:29  security yahan barha bathana day</w:t>
      </w:r>
      <w:r>
        <w:br/>
      </w:r>
      <w:r>
        <w:rPr>
          <w:sz w:val="20"/>
        </w:rPr>
        <w:t>32:34  to mere ghar par reh kar us ne telephone kiya ministeron ko government ko aur insist kiya ke mere ghar par security lagni chahiye</w:t>
      </w:r>
      <w:r>
        <w:br/>
      </w:r>
      <w:r>
        <w:rPr>
          <w:sz w:val="20"/>
        </w:rPr>
        <w:t>32:53  kyun ke mere head par inaam inaam ka ailan kiya tha kuch logon ne</w:t>
      </w:r>
      <w:r>
        <w:br/>
      </w:r>
      <w:r>
        <w:rPr>
          <w:sz w:val="20"/>
        </w:rPr>
        <w:t>33:03  to jab government ne wazir dakhla ne baqayda assistance de di aur mere ghar par security aa gayi tab woh khud apni car par la ke mere ghar par chora aap apne apne aap ab mere sath the woh</w:t>
      </w:r>
      <w:r>
        <w:br/>
      </w:r>
      <w:r>
        <w:rPr>
          <w:sz w:val="20"/>
        </w:rPr>
        <w:t>33:30  is waqt se main 80 89 mein hoon</w:t>
      </w:r>
      <w:r>
        <w:br/>
      </w:r>
      <w:r>
        <w:rPr>
          <w:sz w:val="20"/>
        </w:rPr>
        <w:t>33:38  to yeh hai kahani aur main aaj yahi kahani aap ko sunata hoon sunane ke liye yahan aya hoon Allah taala aap sab ko aur jo log meri awaz sun rahe hain sari duniya mein un sab ko sachai ki tofeeq de Allah rabbul alameen ki marifat ki tofeeq de</w:t>
      </w:r>
      <w:r>
        <w:br/>
      </w:r>
      <w:r>
        <w:rPr>
          <w:sz w:val="20"/>
        </w:rPr>
        <w:t>34:06  jannat ke rastay ko pohnchanay ki tofeeq de</w:t>
      </w:r>
      <w:r>
        <w:br/>
      </w:r>
      <w:r>
        <w:rPr>
          <w:sz w:val="20"/>
        </w:rPr>
        <w:t>34:14  ameen assalam o alaikum wa rehmatullah</w:t>
      </w:r>
    </w:p>
    <w:p>
      <w:pPr>
        <w:pStyle w:val="Heading2"/>
      </w:pPr>
      <w:r>
        <w:t>Unilateral ethics and true gratitude</w:t>
      </w:r>
    </w:p>
    <w:p>
      <w:r>
        <w:rPr>
          <w:color w:val="666666"/>
          <w:sz w:val="18"/>
        </w:rPr>
        <w:t>Art of War and Islam · 6m 06s · at 50:20 · https://youtu.be/LvYP_pf17S0?t=3020</w:t>
      </w:r>
    </w:p>
    <w:p>
      <w:r>
        <w:rPr>
          <w:i/>
        </w:rPr>
        <w:t>“Wa tawaso bi-sabre, wa tawaso bil-marhamah”</w:t>
      </w:r>
    </w:p>
    <w:p>
      <w:r>
        <w:rPr>
          <w:sz w:val="20"/>
        </w:rPr>
        <w:t>50:20  "Wa tawaso bi-sabre, wa tawaso bil-marhamah."</w:t>
      </w:r>
      <w:r>
        <w:br/>
      </w:r>
      <w:r>
        <w:rPr>
          <w:sz w:val="20"/>
        </w:rPr>
        <w:t>50:27  So this is the Islamic concept of morality. This is the Islamic concept of ethics.</w:t>
      </w:r>
      <w:r>
        <w:br/>
      </w:r>
      <w:r>
        <w:rPr>
          <w:sz w:val="20"/>
        </w:rPr>
        <w:t>50:40  It is based on unilateral principles. It is based on unilateral principles.</w:t>
      </w:r>
      <w:r>
        <w:br/>
      </w:r>
      <w:r>
        <w:rPr>
          <w:sz w:val="20"/>
        </w:rPr>
        <w:t>50:53  Once the Prophet of Islam said to one of his companions, "Do you want to find entry into Paradise?</w:t>
      </w:r>
      <w:r>
        <w:br/>
      </w:r>
      <w:r>
        <w:rPr>
          <w:sz w:val="20"/>
        </w:rPr>
        <w:t>51:06  " He said, "Yes." The Prophet of Islam said,</w:t>
      </w:r>
      <w:r>
        <w:br/>
      </w:r>
      <w:r>
        <w:rPr>
          <w:sz w:val="20"/>
        </w:rPr>
        <w:t>51:13  "You have to live without malice among people."</w:t>
      </w:r>
      <w:r>
        <w:br/>
      </w:r>
      <w:r>
        <w:rPr>
          <w:sz w:val="20"/>
        </w:rPr>
        <w:t>51:26  "Live among people without having any kind of malice." So how is it possible?</w:t>
      </w:r>
      <w:r>
        <w:br/>
      </w:r>
      <w:r>
        <w:rPr>
          <w:sz w:val="20"/>
        </w:rPr>
        <w:t>51:37  How is it possible?</w:t>
      </w:r>
      <w:r>
        <w:br/>
      </w:r>
      <w:r>
        <w:rPr>
          <w:sz w:val="20"/>
        </w:rPr>
        <w:t>51:43  Because everywhere there are differences, everywhere there are problems, everywhere there are things against your interest,</w:t>
      </w:r>
      <w:r>
        <w:br/>
      </w:r>
      <w:r>
        <w:rPr>
          <w:sz w:val="20"/>
        </w:rPr>
        <w:t>52:02  everywhere there are</w:t>
      </w:r>
      <w:r>
        <w:br/>
      </w:r>
      <w:r>
        <w:rPr>
          <w:sz w:val="20"/>
        </w:rPr>
        <w:t>52:07  such situations that create problems</w:t>
      </w:r>
      <w:r>
        <w:br/>
      </w:r>
      <w:r>
        <w:rPr>
          <w:sz w:val="20"/>
        </w:rPr>
        <w:t>52:15  for you.</w:t>
      </w:r>
      <w:r>
        <w:br/>
      </w:r>
      <w:r>
        <w:rPr>
          <w:sz w:val="20"/>
        </w:rPr>
        <w:t>52:18  So everywhere there are</w:t>
      </w:r>
      <w:r>
        <w:br/>
      </w:r>
      <w:r>
        <w:rPr>
          <w:sz w:val="20"/>
        </w:rPr>
        <w:t>52:34  things that are quite against you.</w:t>
      </w:r>
      <w:r>
        <w:br/>
      </w:r>
      <w:r>
        <w:rPr>
          <w:sz w:val="20"/>
        </w:rPr>
        <w:t>52:45  So what to do?</w:t>
      </w:r>
      <w:r>
        <w:br/>
      </w:r>
      <w:r>
        <w:rPr>
          <w:sz w:val="20"/>
        </w:rPr>
        <w:t>52:48  The only possible option is to be patient, to be patient.</w:t>
      </w:r>
      <w:r>
        <w:br/>
      </w:r>
      <w:r>
        <w:rPr>
          <w:sz w:val="20"/>
        </w:rPr>
        <w:t>52:58  You are not if you are not ready to keep patience, then you cannot keep the way of Islamic principles.</w:t>
      </w:r>
      <w:r>
        <w:br/>
      </w:r>
      <w:r>
        <w:rPr>
          <w:sz w:val="20"/>
        </w:rPr>
        <w:t>53:11  All the Islamic principles are based on unilateralism. Islam</w:t>
      </w:r>
      <w:r>
        <w:br/>
      </w:r>
      <w:r>
        <w:rPr>
          <w:sz w:val="20"/>
        </w:rPr>
        <w:t>53:25  ic ethics is unilateral ethics, not and not bilateral ethics. According to Islam, bilateral ethics is not possible.</w:t>
      </w:r>
      <w:r>
        <w:br/>
      </w:r>
      <w:r>
        <w:rPr>
          <w:sz w:val="20"/>
        </w:rPr>
        <w:t>53:41  Only unilateral ethics are possible.</w:t>
      </w:r>
      <w:r>
        <w:br/>
      </w:r>
      <w:r>
        <w:rPr>
          <w:sz w:val="20"/>
        </w:rPr>
        <w:t>53:49  So we have to know</w:t>
      </w:r>
      <w:r>
        <w:br/>
      </w:r>
      <w:r>
        <w:rPr>
          <w:sz w:val="20"/>
        </w:rPr>
        <w:t>53:54  this very important point. We have to know this very important point.</w:t>
      </w:r>
      <w:r>
        <w:br/>
      </w:r>
      <w:r>
        <w:rPr>
          <w:sz w:val="20"/>
        </w:rPr>
        <w:t>54:06  You know the first verse of the Qur'an is "Alhamdulillah." First verse, the very first verse, "Alhamdulillah." "Alhamdulillah" means</w:t>
      </w:r>
      <w:r>
        <w:br/>
      </w:r>
      <w:r>
        <w:rPr>
          <w:sz w:val="20"/>
        </w:rPr>
        <w:t>54:22  "Hamd" means "Shukr."</w:t>
      </w:r>
      <w:r>
        <w:br/>
      </w:r>
      <w:r>
        <w:rPr>
          <w:sz w:val="20"/>
        </w:rPr>
        <w:t>54:28  So you say, "Oh God, Shukr for You, Hamd for You, Thanksgiving for You." So how is it possible?</w:t>
      </w:r>
      <w:r>
        <w:br/>
      </w:r>
      <w:r>
        <w:rPr>
          <w:sz w:val="20"/>
        </w:rPr>
        <w:t>54:42  How can you say "Alhamdulillah" if your mind is full of negative thoughts?</w:t>
      </w:r>
      <w:r>
        <w:br/>
      </w:r>
      <w:r>
        <w:rPr>
          <w:sz w:val="20"/>
        </w:rPr>
        <w:t>54:53  "Alhamdulillah" is the gist of the Qur'an. You know "Alhamdulillah" is the first verse of the Qur'an. And "Alhamdulillah" is the gist of the Qur'an.</w:t>
      </w:r>
      <w:r>
        <w:br/>
      </w:r>
      <w:r>
        <w:rPr>
          <w:sz w:val="20"/>
        </w:rPr>
        <w:t>55:06  So</w:t>
      </w:r>
      <w:r>
        <w:br/>
      </w:r>
      <w:r>
        <w:rPr>
          <w:sz w:val="20"/>
        </w:rPr>
        <w:t>55:10  you have to say "Alhamdulillah" every time in your prayer and also out of the prayers. You have to say "Alhamdulillah." That is, "Oh God,</w:t>
      </w:r>
      <w:r>
        <w:br/>
      </w:r>
      <w:r>
        <w:rPr>
          <w:sz w:val="20"/>
        </w:rPr>
        <w:t>55:24  Shukr for You, Thanksgiving for You." But how can you say this word if you are living in anger, if you are living in malice,</w:t>
      </w:r>
      <w:r>
        <w:br/>
      </w:r>
      <w:r>
        <w:rPr>
          <w:sz w:val="20"/>
        </w:rPr>
        <w:t>55:40  if you are living in negative thoughts?</w:t>
      </w:r>
      <w:r>
        <w:br/>
      </w:r>
      <w:r>
        <w:rPr>
          <w:sz w:val="20"/>
        </w:rPr>
        <w:t>55:42  How can you say "Alhamdulillah"?</w:t>
      </w:r>
      <w:r>
        <w:br/>
      </w:r>
      <w:r>
        <w:rPr>
          <w:sz w:val="20"/>
        </w:rPr>
        <w:t>55:46  So if you are living in a negative spirit, then your "Alhamdulillah" is nothing but lip service.</w:t>
      </w:r>
      <w:r>
        <w:br/>
      </w:r>
      <w:r>
        <w:rPr>
          <w:sz w:val="20"/>
        </w:rPr>
        <w:t>56:01  If you are living in hate, if you are living in intolerance, if you are living in enmity, if you are living in negativity and you say "Alhamdulillah," this "Alhamdulillah" is nothing but lip service.</w:t>
      </w:r>
    </w:p>
    <w:p>
      <w:pPr>
        <w:pStyle w:val="Heading2"/>
      </w:pPr>
      <w:r>
        <w:t>Formal fasting vs real fasting with backbiting example</w:t>
      </w:r>
    </w:p>
    <w:p>
      <w:r>
        <w:rPr>
          <w:color w:val="666666"/>
          <w:sz w:val="18"/>
        </w:rPr>
        <w:t>Adopt A Life of Fasting May 1, 2020 Maulana Wahiduddin Khan · 4m 08s · at 0:38 · https://youtu.be/oH6_1ogi0o4?t=38</w:t>
      </w:r>
    </w:p>
    <w:p>
      <w:r>
        <w:rPr>
          <w:i/>
        </w:rPr>
        <w:t>“Ramadan ka mahina Islami Hindi mein ek extraordinary mahina hai”</w:t>
      </w:r>
    </w:p>
    <w:p>
      <w:r>
        <w:rPr>
          <w:sz w:val="20"/>
        </w:rPr>
        <w:t>0:38  Ramzan ka mahina</w:t>
      </w:r>
      <w:r>
        <w:br/>
      </w:r>
      <w:r>
        <w:rPr>
          <w:sz w:val="20"/>
        </w:rPr>
        <w:t>0:42  Islami Hindi mein aik extra ordinary mahina hai, yani saare din, saare mahina aadmi khata peeta hai,</w:t>
      </w:r>
      <w:r>
        <w:br/>
      </w:r>
      <w:r>
        <w:rPr>
          <w:sz w:val="20"/>
        </w:rPr>
        <w:t>0:58  lekin Ramzan ke mahine mein khana peena chhod deta hai.</w:t>
      </w:r>
      <w:r>
        <w:br/>
      </w:r>
      <w:r>
        <w:rPr>
          <w:sz w:val="20"/>
        </w:rPr>
        <w:t>1:13  yeh bohat hi</w:t>
      </w:r>
      <w:r>
        <w:br/>
      </w:r>
      <w:r>
        <w:rPr>
          <w:sz w:val="20"/>
        </w:rPr>
        <w:t>1:18  anokha</w:t>
      </w:r>
      <w:r>
        <w:br/>
      </w:r>
      <w:r>
        <w:rPr>
          <w:sz w:val="20"/>
        </w:rPr>
        <w:t>1:24  amal hai.</w:t>
      </w:r>
      <w:r>
        <w:br/>
      </w:r>
      <w:r>
        <w:rPr>
          <w:sz w:val="20"/>
        </w:rPr>
        <w:t>1:34  magar yeh janna chahiye ke yeh jo</w:t>
      </w:r>
      <w:r>
        <w:br/>
      </w:r>
      <w:r>
        <w:rPr>
          <w:sz w:val="20"/>
        </w:rPr>
        <w:t>1:42  waqt muqarrar ke liye khana peena chhod diya jata hai, woh haramti tor par hai,</w:t>
      </w:r>
      <w:r>
        <w:br/>
      </w:r>
      <w:r>
        <w:rPr>
          <w:sz w:val="20"/>
        </w:rPr>
        <w:t>1:57  wohi asal nahi hai.</w:t>
      </w:r>
      <w:r>
        <w:br/>
      </w:r>
      <w:r>
        <w:rPr>
          <w:sz w:val="20"/>
        </w:rPr>
        <w:t>2:04  chunanche hadith mein aata hai ke:</w:t>
      </w:r>
      <w:r>
        <w:br/>
      </w:r>
      <w:r>
        <w:rPr>
          <w:sz w:val="20"/>
        </w:rPr>
        <w:t>2:12  "malam yadda qawla al-zur wa al-amr bihi fa yusrif lil hayati yadda ta'amud" .</w:t>
      </w:r>
      <w:r>
        <w:br/>
      </w:r>
      <w:r>
        <w:rPr>
          <w:sz w:val="20"/>
        </w:rPr>
        <w:t>2:25  jo aadmi</w:t>
      </w:r>
      <w:r>
        <w:br/>
      </w:r>
      <w:r>
        <w:rPr>
          <w:sz w:val="20"/>
        </w:rPr>
        <w:t>2:29  qawl-e-zor ko aur zor par amal karne ko na chhoday, to Allah ko us ki hajat nahi ke woh khana peena chhod de.</w:t>
      </w:r>
      <w:r>
        <w:br/>
      </w:r>
      <w:r>
        <w:rPr>
          <w:sz w:val="20"/>
        </w:rPr>
        <w:t>2:41  is ka ma'ni hai ke yeh khana peena asal'an haramti tor par hai,</w:t>
      </w:r>
      <w:r>
        <w:br/>
      </w:r>
      <w:r>
        <w:rPr>
          <w:sz w:val="20"/>
        </w:rPr>
        <w:t>2:50  haramti tor par hai.</w:t>
      </w:r>
      <w:r>
        <w:br/>
      </w:r>
      <w:r>
        <w:rPr>
          <w:sz w:val="20"/>
        </w:rPr>
        <w:t>3:01  chunanche ek hadith hai</w:t>
      </w:r>
      <w:r>
        <w:br/>
      </w:r>
      <w:r>
        <w:rPr>
          <w:sz w:val="20"/>
        </w:rPr>
        <w:t>3:07  ke bismillah se bataya gaya ke falan do aadmiyon ne roza rakha aur dono</w:t>
      </w:r>
      <w:r>
        <w:br/>
      </w:r>
      <w:r>
        <w:rPr>
          <w:sz w:val="20"/>
        </w:rPr>
        <w:t>3:24  ek sath baith kar</w:t>
      </w:r>
      <w:r>
        <w:br/>
      </w:r>
      <w:r>
        <w:rPr>
          <w:sz w:val="20"/>
        </w:rPr>
        <w:t>3:30  ek doosre ke khilaf</w:t>
      </w:r>
      <w:r>
        <w:br/>
      </w:r>
      <w:r>
        <w:rPr>
          <w:sz w:val="20"/>
        </w:rPr>
        <w:t>3:36  ghibat ki baatein karte rahe.</w:t>
      </w:r>
      <w:r>
        <w:br/>
      </w:r>
      <w:r>
        <w:rPr>
          <w:sz w:val="20"/>
        </w:rPr>
        <w:t>3:41  to aap ne farmaya ke unhon ne</w:t>
      </w:r>
      <w:r>
        <w:br/>
      </w:r>
      <w:r>
        <w:rPr>
          <w:sz w:val="20"/>
        </w:rPr>
        <w:t>3:50  aaram se roza rakha,</w:t>
      </w:r>
      <w:r>
        <w:br/>
      </w:r>
      <w:r>
        <w:rPr>
          <w:sz w:val="20"/>
        </w:rPr>
        <w:t>3:56  unhon ne halaal se roza rakha aur haraam se iftar kar liya.</w:t>
      </w:r>
      <w:r>
        <w:br/>
      </w:r>
      <w:r>
        <w:rPr>
          <w:sz w:val="20"/>
        </w:rPr>
        <w:t>4:12  kyun ke roze mein khana aap ne chhodna, woh to haramti tor par hai, ya'ni haramti roza rakha aur haqeeqi roza nahi chhodha.</w:t>
      </w:r>
      <w:r>
        <w:br/>
      </w:r>
      <w:r>
        <w:rPr>
          <w:sz w:val="20"/>
        </w:rPr>
        <w:t>4:29  is ka matlab yeh hai: haramti roza to rakha lekin haqeeqi roza nahi rakha.</w:t>
      </w:r>
    </w:p>
    <w:p>
      <w:pPr>
        <w:pStyle w:val="Heading2"/>
      </w:pPr>
      <w:r>
        <w:t>Jihad means super work in Arabic</w:t>
      </w:r>
    </w:p>
    <w:p>
      <w:r>
        <w:rPr>
          <w:color w:val="666666"/>
          <w:sz w:val="18"/>
        </w:rPr>
        <w:t>Jihad in Islam (English) June 12, 2007 Maulana Wahiduddin Khan · 2m 32s · at 3:16 · https://youtu.be/4_Qe6ZZ6c7o?t=196</w:t>
      </w:r>
    </w:p>
    <w:p>
      <w:r>
        <w:rPr>
          <w:i/>
        </w:rPr>
        <w:t>“So there is no concept of holy Jihad in Islam.”</w:t>
      </w:r>
    </w:p>
    <w:p>
      <w:r>
        <w:rPr>
          <w:sz w:val="20"/>
        </w:rPr>
        <w:t>3:16  So there is no concept of holy Jihad in Islam. Then Jihad is an Arabic word.</w:t>
      </w:r>
      <w:r>
        <w:br/>
      </w:r>
      <w:r>
        <w:rPr>
          <w:sz w:val="20"/>
        </w:rPr>
        <w:t>3:31  Jihad is not a mysterious word. You know in every language, there are words for work like act.</w:t>
      </w:r>
      <w:r>
        <w:br/>
      </w:r>
      <w:r>
        <w:rPr>
          <w:sz w:val="20"/>
        </w:rPr>
        <w:t>3:49  In English, you say act. In Arabic, the equivalent of act is amal.</w:t>
      </w:r>
      <w:r>
        <w:br/>
      </w:r>
      <w:r>
        <w:rPr>
          <w:sz w:val="20"/>
        </w:rPr>
        <w:t>4:00  But act is a simple word. When you want to emphasize, you want to convey</w:t>
      </w:r>
      <w:r>
        <w:br/>
      </w:r>
      <w:r>
        <w:rPr>
          <w:sz w:val="20"/>
        </w:rPr>
        <w:t>4:15  that</w:t>
      </w:r>
      <w:r>
        <w:br/>
      </w:r>
      <w:r>
        <w:rPr>
          <w:sz w:val="20"/>
        </w:rPr>
        <w:t>4:21  super effort, you say struggle. So act and struggle are both synonymous words, but act is a simple word</w:t>
      </w:r>
      <w:r>
        <w:br/>
      </w:r>
      <w:r>
        <w:rPr>
          <w:sz w:val="20"/>
        </w:rPr>
        <w:t>4:35  . And struggle is a</w:t>
      </w:r>
      <w:r>
        <w:br/>
      </w:r>
      <w:r>
        <w:rPr>
          <w:sz w:val="20"/>
        </w:rPr>
        <w:t>4:43  super action. Struggle means super action. So there is no mystery in struggle. Simply, it means that super struggle or super action.</w:t>
      </w:r>
      <w:r>
        <w:br/>
      </w:r>
      <w:r>
        <w:rPr>
          <w:sz w:val="20"/>
        </w:rPr>
        <w:t>4:59  So is the case of Arabic language. In Arabic, there is a word amal.</w:t>
      </w:r>
      <w:r>
        <w:br/>
      </w:r>
      <w:r>
        <w:rPr>
          <w:sz w:val="20"/>
        </w:rPr>
        <w:t>5:08  amal means action, to act, to work. But Jihad is a</w:t>
      </w:r>
      <w:r>
        <w:br/>
      </w:r>
      <w:r>
        <w:rPr>
          <w:sz w:val="20"/>
        </w:rPr>
        <w:t>5:19  superlative. Jihad is a super work.</w:t>
      </w:r>
      <w:r>
        <w:br/>
      </w:r>
      <w:r>
        <w:rPr>
          <w:sz w:val="20"/>
        </w:rPr>
        <w:t>5:31  So Jihad is in the sense of struggle,</w:t>
      </w:r>
      <w:r>
        <w:br/>
      </w:r>
      <w:r>
        <w:rPr>
          <w:sz w:val="20"/>
        </w:rPr>
        <w:t>5:38  utmost struggle.</w:t>
      </w:r>
      <w:r>
        <w:br/>
      </w:r>
      <w:r>
        <w:rPr>
          <w:sz w:val="20"/>
        </w:rPr>
        <w:t>5:42  So this is the meaning of Jihad.</w:t>
      </w:r>
    </w:p>
    <w:p>
      <w:pPr>
        <w:pStyle w:val="Heading2"/>
      </w:pPr>
      <w:r>
        <w:t>Abbasid-era tyranny mirrors today's Arab Spring bloodshed</w:t>
      </w:r>
    </w:p>
    <w:p>
      <w:r>
        <w:rPr>
          <w:color w:val="666666"/>
          <w:sz w:val="18"/>
        </w:rPr>
        <w:t>The Companions and the Hadith Scholars June 24, 2012 · 1m 43s · at 18:08 · https://youtu.be/Dj4QiYnxgBs?t=1088</w:t>
      </w:r>
    </w:p>
    <w:p>
      <w:r>
        <w:rPr>
          <w:i/>
        </w:rPr>
        <w:t>“Abbasi daur e hukumat mein halaat waisay hi thay jaisay aajkal Muslim mulkon mein hain”</w:t>
      </w:r>
    </w:p>
    <w:p>
      <w:r>
        <w:rPr>
          <w:sz w:val="20"/>
        </w:rPr>
        <w:t>18:08  tamam muhaddiseen jo jinhon ne kaam kiya, un ka zamana tha Abbasi period</w:t>
      </w:r>
      <w:r>
        <w:br/>
      </w:r>
      <w:r>
        <w:rPr>
          <w:sz w:val="20"/>
        </w:rPr>
        <w:t>18:18  . jis ko hum kehte hain Abbasit period. daur-e-Abbasi. wohi zamana hai muhaddiseen ka. to Abbasi hukmaran jo thay, Abbasi jo khulafa kaha jata tha, lekin halankey woh sultan thay, woh kyunke woh dynasty thi.</w:t>
      </w:r>
      <w:r>
        <w:br/>
      </w:r>
      <w:r>
        <w:rPr>
          <w:sz w:val="20"/>
        </w:rPr>
        <w:t>18:35  woh dynasty thi, woh Abu Bakr Umar ki jaisi hukumat nahi thi.</w:t>
      </w:r>
      <w:r>
        <w:br/>
      </w:r>
      <w:r>
        <w:rPr>
          <w:sz w:val="20"/>
        </w:rPr>
        <w:t>18:40  to Abbasi daur-e-hukumat mein jo halaat thay, un ko aap parhiye kitabon mein. woh waise hi thay jaise aaj kal Muslim mulkon mein hain.</w:t>
      </w:r>
      <w:r>
        <w:br/>
      </w:r>
      <w:r>
        <w:rPr>
          <w:sz w:val="20"/>
        </w:rPr>
        <w:t>18:52  Muslim mulkon mein jin cheezon ko le kar ke aaj Arab Spring ke naam se tehreekein chal rahi hain. aur hazaron ne, lakhon log mare ja rahe hain.</w:t>
      </w:r>
      <w:r>
        <w:br/>
      </w:r>
      <w:r>
        <w:rPr>
          <w:sz w:val="20"/>
        </w:rPr>
        <w:t>19:02  aman khatam ho gaya hai. bloodshed hai.</w:t>
      </w:r>
      <w:r>
        <w:br/>
      </w:r>
      <w:r>
        <w:rPr>
          <w:sz w:val="20"/>
        </w:rPr>
        <w:t>19:06  tarah tarah ki museebatein hain. kyunke log hukumaton se takra rahe hain. is baat ke liye ke nizam-e-adl qaim karo.</w:t>
      </w:r>
      <w:r>
        <w:br/>
      </w:r>
      <w:r>
        <w:rPr>
          <w:sz w:val="20"/>
        </w:rPr>
        <w:t>19:16  lekin muhaddiseen ka zamana theek theek isi tarah ka zamana tha. jabke Abbasi hukmaranon mein woh sari kharabiyan aa gayi theen.</w:t>
      </w:r>
      <w:r>
        <w:br/>
      </w:r>
      <w:r>
        <w:rPr>
          <w:sz w:val="20"/>
        </w:rPr>
        <w:t>19:26  to muhaddiseen ne kya kiya? muhaddiseen ne mukammal taur par non-confrontational approach ikhtiyar kiya.</w:t>
      </w:r>
      <w:r>
        <w:br/>
      </w:r>
      <w:r>
        <w:rPr>
          <w:sz w:val="20"/>
        </w:rPr>
        <w:t>19:36  mukammal taur par. unhon ne koi taaruz nahi kiya. koi notice nahi liya. woh alag, un ki duniya alag thi. yaani sulatin ki duniya alag thi aur muhaddiseen ki duniya alag thi.</w:t>
      </w:r>
    </w:p>
    <w:p>
      <w:pPr>
        <w:pStyle w:val="Heading2"/>
      </w:pPr>
      <w:r>
        <w:t>Social aspect of Zakat and creation plan</w:t>
      </w:r>
    </w:p>
    <w:p>
      <w:r>
        <w:rPr>
          <w:color w:val="666666"/>
          <w:sz w:val="18"/>
        </w:rPr>
        <w:t>Principles of Zakat in Islam 11 May 2007 - Maulana Wahiduddin Khan · 1m 58s · at 23:45 · https://youtu.be/RmfLc_lQrxs?t=1425</w:t>
      </w:r>
    </w:p>
    <w:p>
      <w:r>
        <w:rPr>
          <w:i/>
        </w:rPr>
        <w:t>“Then there is social aspect of Zakat.”</w:t>
      </w:r>
    </w:p>
    <w:p>
      <w:r>
        <w:rPr>
          <w:sz w:val="20"/>
        </w:rPr>
        <w:t>23:45  Then there is... social aspect. And this social aspect is mentioned in the... in... in Hadith.</w:t>
      </w:r>
      <w:r>
        <w:br/>
      </w:r>
      <w:r>
        <w:rPr>
          <w:sz w:val="20"/>
        </w:rPr>
        <w:t>23:55  The Prophet of Islam has said... about Zakat...</w:t>
      </w:r>
      <w:r>
        <w:br/>
      </w:r>
      <w:r>
        <w:rPr>
          <w:sz w:val="20"/>
        </w:rPr>
        <w:t>24:04  yukhaz min aghniyaikum wa turaddu ila fuqaraiqum</w:t>
      </w:r>
      <w:r>
        <w:br/>
      </w:r>
      <w:r>
        <w:rPr>
          <w:sz w:val="20"/>
        </w:rPr>
        <w:t>24:17  It means that...</w:t>
      </w:r>
      <w:r>
        <w:br/>
      </w:r>
      <w:r>
        <w:rPr>
          <w:sz w:val="20"/>
        </w:rPr>
        <w:t>24:23  that we... take... money from rich people... only to return it to poor people.</w:t>
      </w:r>
      <w:r>
        <w:br/>
      </w:r>
      <w:r>
        <w:rPr>
          <w:sz w:val="20"/>
        </w:rPr>
        <w:t>24:34  This is a money management.</w:t>
      </w:r>
      <w:r>
        <w:br/>
      </w:r>
      <w:r>
        <w:rPr>
          <w:sz w:val="20"/>
        </w:rPr>
        <w:t>24:39  The social aspect of Zakat. Zakat tries to... to establish balance between...</w:t>
      </w:r>
      <w:r>
        <w:br/>
      </w:r>
      <w:r>
        <w:rPr>
          <w:sz w:val="20"/>
        </w:rPr>
        <w:t>24:50  two different sectors of the society.</w:t>
      </w:r>
      <w:r>
        <w:br/>
      </w:r>
      <w:r>
        <w:rPr>
          <w:sz w:val="20"/>
        </w:rPr>
        <w:t>24:57  Why... why this problem? Why this issue? Because... it... here you can remind the...</w:t>
      </w:r>
      <w:r>
        <w:br/>
      </w:r>
      <w:r>
        <w:rPr>
          <w:sz w:val="20"/>
        </w:rPr>
        <w:t>25:07  Creation Plan of God. What is the Creation Plan of God? God's... plan is based on competition...</w:t>
      </w:r>
      <w:r>
        <w:br/>
      </w:r>
      <w:r>
        <w:rPr>
          <w:sz w:val="20"/>
        </w:rPr>
        <w:t>25:15  on challenge.</w:t>
      </w:r>
      <w:r>
        <w:br/>
      </w:r>
      <w:r>
        <w:rPr>
          <w:sz w:val="20"/>
        </w:rPr>
        <w:t>25:17  So... in society... you see disparity. You cannot establish...</w:t>
      </w:r>
      <w:r>
        <w:br/>
      </w:r>
      <w:r>
        <w:rPr>
          <w:sz w:val="20"/>
        </w:rPr>
        <w:t>25:27  equality. It is impossible</w:t>
      </w:r>
      <w:r>
        <w:br/>
      </w:r>
      <w:r>
        <w:rPr>
          <w:sz w:val="20"/>
        </w:rPr>
        <w:t>25:33  . God hates equality. According to the Creation Plan of God...</w:t>
      </w:r>
    </w:p>
    <w:p>
      <w:pPr>
        <w:pStyle w:val="Heading2"/>
      </w:pPr>
      <w:r>
        <w:t>A Quran verse that stopped communal riots in India</w:t>
      </w:r>
    </w:p>
    <w:p>
      <w:r>
        <w:rPr>
          <w:color w:val="666666"/>
          <w:sz w:val="18"/>
        </w:rPr>
        <w:t>Islam in the Modern Age December 08, 2006 Maulana Wahiduddin Khan · 2m 54s · at 1:14:57 · https://youtu.be/sToYBVIXSxQ?t=4497</w:t>
      </w:r>
    </w:p>
    <w:p>
      <w:r>
        <w:rPr>
          <w:i/>
        </w:rPr>
        <w:t>“Look at what happened in India and Palestine”</w:t>
      </w:r>
    </w:p>
    <w:p>
      <w:r>
        <w:rPr>
          <w:sz w:val="20"/>
        </w:rPr>
        <w:t>1:14:57  ? dekhiye India mein aur India ke bahar bhi Palestine waghera mein har jagah yeh jo hua</w:t>
      </w:r>
      <w:r>
        <w:br/>
      </w:r>
      <w:r>
        <w:rPr>
          <w:sz w:val="20"/>
        </w:rPr>
        <w:t>1:15:09  takrao to bloodshed hua, maare gaye log, kaate gaye log. to is saari duniya ke press ne kya kaha is ko?</w:t>
      </w:r>
      <w:r>
        <w:br/>
      </w:r>
      <w:r>
        <w:rPr>
          <w:sz w:val="20"/>
        </w:rPr>
        <w:t>1:15:19  yeh zulm bataya. zulm.</w:t>
      </w:r>
      <w:r>
        <w:br/>
      </w:r>
      <w:r>
        <w:rPr>
          <w:sz w:val="20"/>
        </w:rPr>
        <w:t>1:15:23  mein ne is ko research kiya, is ko bhi research kiya to quran mein kai aayatein aisi hain, bohat hi clear hain. bas aik aayat yeh hai ke ke jo bhi museebat tumhare upar parti hai, woh tumhare apne hi amal ka nateeja hoti hai.</w:t>
      </w:r>
      <w:r>
        <w:br/>
      </w:r>
      <w:r>
        <w:rPr>
          <w:sz w:val="20"/>
        </w:rPr>
        <w:t>1:15:39  wa ma asabakum min musibatin fahuwa qasmun bi aydikum ab yeh aik quloob yeh mila ke apne hi apne hi amal ka result bhugta hai aadmi.</w:t>
      </w:r>
      <w:r>
        <w:br/>
      </w:r>
      <w:r>
        <w:rPr>
          <w:sz w:val="20"/>
        </w:rPr>
        <w:t>1:15:52  to koi zulm nahi karta kisi ke upar. ab is ke baad mujhe aik hadith mili. is hadith mein yeh hai ke man la yarzi bil qaleel mimma yaati bihi as-safih yarzi bil kaseer ke jo aadmi nadan ke chote shar ko bardasht nahi karega,</w:t>
      </w:r>
      <w:r>
        <w:br/>
      </w:r>
      <w:r>
        <w:rPr>
          <w:sz w:val="20"/>
        </w:rPr>
        <w:t>1:16:12  choti evil ko, is ko nadan ke bare shar ko bardasht karna parega. is ka matlab kya nikla?</w:t>
      </w:r>
      <w:r>
        <w:br/>
      </w:r>
      <w:r>
        <w:rPr>
          <w:sz w:val="20"/>
        </w:rPr>
        <w:t>1:16:19  yeh duniya jo hai, is mein hamare liye jo choice hai, woh all good aur all bad ka choice nahi hai. balkeh yaani khuda ne jo banaya hai duniya, us ke mutabiq hamare liye choice all bad aur all good ke darmiyan nahi hai.</w:t>
      </w:r>
      <w:r>
        <w:br/>
      </w:r>
      <w:r>
        <w:rPr>
          <w:sz w:val="20"/>
        </w:rPr>
        <w:t>1:16:35  balkeh lesser evil aur greater evil ke beech mein hai.</w:t>
      </w:r>
      <w:r>
        <w:br/>
      </w:r>
      <w:r>
        <w:rPr>
          <w:sz w:val="20"/>
        </w:rPr>
        <w:t>1:16:41  jaise ke india mein aap bar bar aap dekhte rahe hain ke aik juloos nikla, majority community ki taraf se, us pe koi slogan laga diya unhon ne.</w:t>
      </w:r>
      <w:r>
        <w:br/>
      </w:r>
      <w:r>
        <w:rPr>
          <w:sz w:val="20"/>
        </w:rPr>
        <w:t>1:16:51  ab bas doosra jo doosri community hai, woh lad gayi ghussa ho kar ke. ab is ke baad pathar chale aur goli chali.</w:t>
      </w:r>
      <w:r>
        <w:br/>
      </w:r>
      <w:r>
        <w:rPr>
          <w:sz w:val="20"/>
        </w:rPr>
        <w:t>1:17:03  to yahan par kya hai? is slogan ko bardasht karna parega taake riot na pesh aaye.</w:t>
      </w:r>
      <w:r>
        <w:br/>
      </w:r>
      <w:r>
        <w:rPr>
          <w:sz w:val="20"/>
        </w:rPr>
        <w:t>1:17:10  slogan chota shar hai, riot bara shar hai. yeh hum ne bataya logon ko. ab aaj kal jo india mein riot nahi ho rahe hain, is liye ke hum ne musalmanon ko yeh baat batai.</w:t>
      </w:r>
      <w:r>
        <w:br/>
      </w:r>
      <w:r>
        <w:rPr>
          <w:sz w:val="20"/>
        </w:rPr>
        <w:t>1:17:20  ab bhi slogan lagaye jaate hain, lekin woh us ko avoid karte hain. to pehle provoke hote the, ab avoid karte hain. yeh mein ne bataya quran o hadith ki roshni mein.</w:t>
      </w:r>
      <w:r>
        <w:br/>
      </w:r>
      <w:r>
        <w:rPr>
          <w:sz w:val="20"/>
        </w:rPr>
        <w:t>1:17:31  to</w:t>
      </w:r>
      <w:r>
        <w:br/>
      </w:r>
      <w:r>
        <w:rPr>
          <w:sz w:val="20"/>
        </w:rPr>
        <w:t>1:17:33  jab se musalmanon ne is policy ikhtiyar kiya hai, yaani principle of avoidance, is ko chhod kar ke provoke wale karne hone ke tareeqe ko, tab se riot nahi ho rahe hain.</w:t>
      </w:r>
      <w:r>
        <w:br/>
      </w:r>
      <w:r>
        <w:rPr>
          <w:sz w:val="20"/>
        </w:rPr>
        <w:t>1:17:43  to awam ne maan liya hai is ko. lekin abhi bhi jo jo so called leaders hain, woh wahi boli bole chale ja rahe hain abhi tak.</w:t>
      </w:r>
    </w:p>
    <w:p>
      <w:pPr>
        <w:pStyle w:val="Heading2"/>
      </w:pPr>
      <w:r>
        <w:t>society's real goal is peace, not impossible justice</w:t>
      </w:r>
    </w:p>
    <w:p>
      <w:r>
        <w:rPr>
          <w:color w:val="666666"/>
          <w:sz w:val="18"/>
        </w:rPr>
        <w:t>Individual &amp; Society March 9, 2014 · 5m 35s · at 34:59 · https://youtu.be/v4WioeR_DD4?t=2099</w:t>
      </w:r>
    </w:p>
    <w:p>
      <w:r>
        <w:rPr>
          <w:i/>
        </w:rPr>
        <w:t>“Sari duniya jisse mashhoor hai woh lafz hai justice”</w:t>
      </w:r>
    </w:p>
    <w:p>
      <w:r>
        <w:rPr>
          <w:sz w:val="20"/>
        </w:rPr>
        <w:t>34:59  agar society ko lijiye. saare log mashhoor hain ek lafz se. aur woh hai justice.</w:t>
      </w:r>
      <w:r>
        <w:br/>
      </w:r>
      <w:r>
        <w:rPr>
          <w:sz w:val="20"/>
        </w:rPr>
        <w:t>35:09  justice, justice. yaani ke ek aisi society jahan justice ho. lekin sawal yeh hai ke kisi ne kya dunya mein aisi society banai jahan justice thi?</w:t>
      </w:r>
      <w:r>
        <w:br/>
      </w:r>
      <w:r>
        <w:rPr>
          <w:sz w:val="20"/>
        </w:rPr>
        <w:t>35:23  kabhi bhi nahi hua. Islam ke doraniye mein bhi nahi hua.</w:t>
      </w:r>
      <w:r>
        <w:br/>
      </w:r>
      <w:r>
        <w:rPr>
          <w:sz w:val="20"/>
        </w:rPr>
        <w:t>35:30  Islam ke doraniye mein, Rasool Allah sal Allah alaihi wasallam ke doraniye mein, ek sahabi ne is raaz ko kaha tha, wallah muaddal tha. ek sahabi ne is raaz ko munh dar munh kaha tha, madine mein.</w:t>
      </w:r>
      <w:r>
        <w:br/>
      </w:r>
      <w:r>
        <w:rPr>
          <w:sz w:val="20"/>
        </w:rPr>
        <w:t>35:40  wallah ek maamla, ek maamla tha. wallah muaddal tha. Khuda ki qasam, aap ne insaaf nahi kiya. to kahan hai justice?</w:t>
      </w:r>
      <w:r>
        <w:br/>
      </w:r>
      <w:r>
        <w:rPr>
          <w:sz w:val="20"/>
        </w:rPr>
        <w:t>35:52  yeh to khateeb log aur shayar log, ab ab lafzon mein ek ek ek ek banate hain.</w:t>
      </w:r>
      <w:r>
        <w:br/>
      </w:r>
      <w:r>
        <w:rPr>
          <w:sz w:val="20"/>
        </w:rPr>
        <w:t>36:01  dunya mein kabhi bhi koi aisi society nahi bani hai jahan kamil umman mein justice maujood ho. jin logon ne banai hai justice party, woh kya, woh jante hain nahi ke What is the Christian plan of God ek aisa goal jo achievable na ho, is ke liye aap ne party bana di.</w:t>
      </w:r>
      <w:r>
        <w:br/>
      </w:r>
      <w:r>
        <w:rPr>
          <w:sz w:val="20"/>
        </w:rPr>
        <w:t>36:22  qayamat jis din hum justice qaim karna hai,</w:t>
      </w:r>
      <w:r>
        <w:br/>
      </w:r>
      <w:r>
        <w:rPr>
          <w:sz w:val="20"/>
        </w:rPr>
        <w:t>36:27  justice kyun nahi qaim hota?</w:t>
      </w:r>
      <w:r>
        <w:br/>
      </w:r>
      <w:r>
        <w:rPr>
          <w:sz w:val="20"/>
        </w:rPr>
        <w:t>36:30  is liye ke har aadmi ko Allah taala ne diya hai azadi. azadi. ek aadmi bhi apni azadi ko misuse kar ke sara nizam bigaad sakta hai.</w:t>
      </w:r>
      <w:r>
        <w:br/>
      </w:r>
      <w:r>
        <w:rPr>
          <w:sz w:val="20"/>
        </w:rPr>
        <w:t>36:45  ek aadmi apni azadi ko misuse kar ke ek paighambar ko qatl kar sakta hai. ek aadmi apni azadi ko misuse kar ke Mehdi goli maar sakta hai.</w:t>
      </w:r>
      <w:r>
        <w:br/>
      </w:r>
      <w:r>
        <w:rPr>
          <w:sz w:val="20"/>
        </w:rPr>
        <w:t>36:55  ek aadmi apni azadi ko misuse kar ke Hazrat Umar Farooq ko qatl kar sakta hai.</w:t>
      </w:r>
      <w:r>
        <w:br/>
      </w:r>
      <w:r>
        <w:rPr>
          <w:sz w:val="20"/>
        </w:rPr>
        <w:t>37:00  kahan justice hai? to jis cheez ko hum kehte hain justice, woh is dunya mein achievable hi nahi hai.</w:t>
      </w:r>
      <w:r>
        <w:br/>
      </w:r>
      <w:r>
        <w:rPr>
          <w:sz w:val="20"/>
        </w:rPr>
        <w:t>37:14  is liye sahi goal kya hai? sahi goal hai peace. asal khair peace is the best. yaani social level par justice goal nahi hai.</w:t>
      </w:r>
      <w:r>
        <w:br/>
      </w:r>
      <w:r>
        <w:rPr>
          <w:sz w:val="20"/>
        </w:rPr>
        <w:t>37:25  social level par peace goal hai.</w:t>
      </w:r>
      <w:r>
        <w:br/>
      </w:r>
      <w:r>
        <w:rPr>
          <w:sz w:val="20"/>
        </w:rPr>
        <w:t>37:29  asal khair to peace achievable hai. sirf yeh hai ke peace ka formula aap dunya ko de chuka hai.</w:t>
      </w:r>
      <w:r>
        <w:br/>
      </w:r>
      <w:r>
        <w:rPr>
          <w:sz w:val="20"/>
        </w:rPr>
        <w:t>37:40  peace ka formula yeh hai ke mukhtalif qism ke halaat tum ke paish aayenge, is ko manage karo. bajaye is ke ke lado halaat se, is ko manage karo.</w:t>
      </w:r>
      <w:r>
        <w:br/>
      </w:r>
      <w:r>
        <w:rPr>
          <w:sz w:val="20"/>
        </w:rPr>
        <w:t>37:52  is ko manage karo. manage karne ka matlab kya hai?</w:t>
      </w:r>
      <w:r>
        <w:br/>
      </w:r>
      <w:r>
        <w:rPr>
          <w:sz w:val="20"/>
        </w:rPr>
        <w:t>37:59  manage karne ka matlab yeh hai ke halaat mein opportunity ko talash karo. problem ko nahin. har soorat-e-haal mein problem, problem hamesha problem hote hain.</w:t>
      </w:r>
      <w:r>
        <w:br/>
      </w:r>
      <w:r>
        <w:rPr>
          <w:sz w:val="20"/>
        </w:rPr>
        <w:t>38:13  aap chahte hain ke problem ko khatm kar ke aap just insaaf qaim karen. that is not possible jo log justice ko goal banaye hue hain, un ka, un ka, un ke saath, un ka kya target</w:t>
      </w:r>
      <w:r>
        <w:br/>
      </w:r>
      <w:r>
        <w:rPr>
          <w:sz w:val="20"/>
        </w:rPr>
        <w:t>38:28  hota hai? problem ko khatm karo, masail ko khatm karo taake duniya mein insaaf aaye. nahin, agar aap peace ko goal banayenge to kya hoga?</w:t>
      </w:r>
      <w:r>
        <w:br/>
      </w:r>
      <w:r>
        <w:rPr>
          <w:sz w:val="20"/>
        </w:rPr>
        <w:t>38:39  problem ko ignore karo. jaise hi aap ne problem ko ignore kiya, foran justice mil gayi, foran aap ko opportunity mil gayi, foran aap ko peace mil gaya.</w:t>
      </w:r>
      <w:r>
        <w:br/>
      </w:r>
      <w:r>
        <w:rPr>
          <w:sz w:val="20"/>
        </w:rPr>
        <w:t>38:50  jaise hum, aap baithe hue hain, aap log, hamare is, yeh jo hum baithe hue hain, is ke bahar bohat se problem hain.</w:t>
      </w:r>
      <w:r>
        <w:br/>
      </w:r>
      <w:r>
        <w:rPr>
          <w:sz w:val="20"/>
        </w:rPr>
        <w:t>38:58  ek do nahin.</w:t>
      </w:r>
      <w:r>
        <w:br/>
      </w:r>
      <w:r>
        <w:rPr>
          <w:sz w:val="20"/>
        </w:rPr>
        <w:t>39:03  mujhe rozana aise logon se mulaqat hoti hai jo aate hain to aate hi problem ka zikr karte hain. yeh zulm, woh zulm, yeh museebat, woh museebat.</w:t>
      </w:r>
      <w:r>
        <w:br/>
      </w:r>
      <w:r>
        <w:rPr>
          <w:sz w:val="20"/>
        </w:rPr>
        <w:t>39:13  to is kamre ke bahar sab har taraf problem hai. lekin hum jab is ko ignore kiya, hum ne, hum ne is ko yaani avoid karne ki khwahish</w:t>
      </w:r>
      <w:r>
        <w:br/>
      </w:r>
      <w:r>
        <w:rPr>
          <w:sz w:val="20"/>
        </w:rPr>
        <w:t>39:27  mein dala. to hum yahan baithe hue, aap dekhiye, Allah ki yaad kar rahe hain, Allah ki marifat ko talash kar rahe hain,</w:t>
      </w:r>
      <w:r>
        <w:br/>
      </w:r>
      <w:r>
        <w:rPr>
          <w:sz w:val="20"/>
        </w:rPr>
        <w:t>39:36  jannat ka rasta dhoondh rahe hain.</w:t>
      </w:r>
      <w:r>
        <w:br/>
      </w:r>
      <w:r>
        <w:rPr>
          <w:sz w:val="20"/>
        </w:rPr>
        <w:t>39:43  agar hum, hamare bahar, hamare is, is, is ke bahar, is building ke bahar jo duniya hai, is duniya mein jo masail hain, is ko hum ignore na</w:t>
      </w:r>
      <w:r>
        <w:br/>
      </w:r>
      <w:r>
        <w:rPr>
          <w:sz w:val="20"/>
        </w:rPr>
        <w:t>39:56  karen, is ko avoid na karen, to hum yahan par negative baatein karenge. yahan par hum</w:t>
      </w:r>
      <w:r>
        <w:br/>
      </w:r>
      <w:r>
        <w:rPr>
          <w:sz w:val="20"/>
        </w:rPr>
        <w:t>40:05  tashaddud ko ubharengay logon ko. yahan par hum logon ko ghussa dilayenge. hamein kahenge, "niklo yahan se, nikal kar ja ke bomb maro, dushman ko qatal karo." to peace naam hai is baat ka ke aap halaat ko manage kar saken.</w:t>
      </w:r>
      <w:r>
        <w:br/>
      </w:r>
      <w:r>
        <w:rPr>
          <w:sz w:val="20"/>
        </w:rPr>
        <w:t>40:24  manage kar lijiye, bas fe-faur aap ko peace haasil ho jata hai. yeh, yeh, yeh insaan ko kisi ne nahin bataya ke halaat ko manage karo, is ke baad peace hi peace hai.</w:t>
      </w:r>
    </w:p>
    <w:p>
      <w:pPr>
        <w:pStyle w:val="Heading2"/>
      </w:pPr>
      <w:r>
        <w:t>The best dua to make, translated to English</w:t>
      </w:r>
    </w:p>
    <w:p>
      <w:r>
        <w:rPr>
          <w:color w:val="666666"/>
          <w:sz w:val="18"/>
        </w:rPr>
        <w:t>The Importance of Dua December 15, 2006 · 59s · at 1:33:28 · https://youtu.be/u4cSEoh_mfY?t=5608</w:t>
      </w:r>
    </w:p>
    <w:p>
      <w:r>
        <w:rPr>
          <w:i/>
        </w:rPr>
        <w:t>“O God, I am truly in need of whatever good You send”</w:t>
      </w:r>
    </w:p>
    <w:p>
      <w:r>
        <w:rPr>
          <w:sz w:val="20"/>
        </w:rPr>
        <w:t>1:33:28  rabb li ma anzalta ilayya min khairin faqeer hain is ka translation jo hai english mein yeh hai aap sab log is ko likh lijiye bohat hi achi dua hai yeh rabb li ma anzalta ilayya min khairin faqeer kitni pyari dua hai kitni meaningful dua hai kitni meaningful dua</w:t>
      </w:r>
      <w:r>
        <w:br/>
      </w:r>
      <w:r>
        <w:rPr>
          <w:sz w:val="20"/>
        </w:rPr>
        <w:t>1:33:52  hai is ko likhiye aap log O GOD,</w:t>
      </w:r>
      <w:r>
        <w:br/>
      </w:r>
      <w:r>
        <w:rPr>
          <w:sz w:val="20"/>
        </w:rPr>
        <w:t>1:34:00  I am truly</w:t>
      </w:r>
      <w:r>
        <w:br/>
      </w:r>
      <w:r>
        <w:rPr>
          <w:sz w:val="20"/>
        </w:rPr>
        <w:t>1:34:05  in need of</w:t>
      </w:r>
      <w:r>
        <w:br/>
      </w:r>
      <w:r>
        <w:rPr>
          <w:sz w:val="20"/>
        </w:rPr>
        <w:t>1:34:09  whatever good</w:t>
      </w:r>
      <w:r>
        <w:br/>
      </w:r>
      <w:r>
        <w:rPr>
          <w:sz w:val="20"/>
        </w:rPr>
        <w:t>1:34:14  You send down</w:t>
      </w:r>
      <w:r>
        <w:br/>
      </w:r>
      <w:r>
        <w:rPr>
          <w:sz w:val="20"/>
        </w:rPr>
        <w:t>1:34:19  for me.</w:t>
      </w:r>
    </w:p>
    <w:p>
      <w:pPr>
        <w:pStyle w:val="Heading2"/>
      </w:pPr>
      <w:r>
        <w:t>biggest cause of tension throughout human history</w:t>
      </w:r>
    </w:p>
    <w:p>
      <w:r>
        <w:rPr>
          <w:color w:val="666666"/>
          <w:sz w:val="18"/>
        </w:rPr>
        <w:t>Peace of Mind June 29, 2014 · 24s · at 18:03 · https://youtu.be/oVwRc_FcAGk?t=1083</w:t>
      </w:r>
    </w:p>
    <w:p>
      <w:r>
        <w:rPr>
          <w:i/>
        </w:rPr>
        <w:t>“آدمی محبت بنتا کیسے ہے؟ دنیا میں سب سے بڑا سبب ٹینشن کا؟”</w:t>
      </w:r>
    </w:p>
    <w:p>
      <w:r>
        <w:rPr>
          <w:sz w:val="20"/>
        </w:rPr>
        <w:t>18:03  ab, ab main aap ko is ki thori si aur detail banana chahta hoon ke aadmi mohabbat banta kaise hai?</w:t>
      </w:r>
      <w:r>
        <w:br/>
      </w:r>
      <w:r>
        <w:rPr>
          <w:sz w:val="20"/>
        </w:rPr>
        <w:t>18:10  mohabbat aadmi banta kaise hai? dekhiye, duniya mein sab se bada sabab jo hai tension ka, kya hai?</w:t>
      </w:r>
      <w:r>
        <w:br/>
      </w:r>
      <w:r>
        <w:rPr>
          <w:sz w:val="20"/>
        </w:rPr>
        <w:t>18:23  shikayat.</w:t>
      </w:r>
    </w:p>
    <w:p>
      <w:pPr>
        <w:pStyle w:val="Heading2"/>
      </w:pPr>
      <w:r>
        <w:t>Arab Spring proves: stability beats chaotic idealism</w:t>
      </w:r>
    </w:p>
    <w:p>
      <w:r>
        <w:rPr>
          <w:color w:val="666666"/>
          <w:sz w:val="18"/>
        </w:rPr>
        <w:t>The Importance of Team Work February 5, 2012 · 3m 43s · at 10:27 · https://youtu.be/qBbwznqIqVw?t=627</w:t>
      </w:r>
    </w:p>
    <w:p>
      <w:r>
        <w:rPr>
          <w:i/>
        </w:rPr>
        <w:t>“Mazlim jo mumalik hain, har mulk mein siyasat chal rahi hai hukmaranon ke khilaf”</w:t>
      </w:r>
    </w:p>
    <w:p>
      <w:r>
        <w:rPr>
          <w:sz w:val="20"/>
        </w:rPr>
        <w:t>10:27  kyunke jo bhi hukumat hai woh bil farz woh is mein bigaad hai, tab bhi stability stability to qaim hai.</w:t>
      </w:r>
      <w:r>
        <w:br/>
      </w:r>
      <w:r>
        <w:rPr>
          <w:sz w:val="20"/>
        </w:rPr>
        <w:t>10:36  political istahkam to qaim hai.</w:t>
      </w:r>
      <w:r>
        <w:br/>
      </w:r>
      <w:r>
        <w:rPr>
          <w:sz w:val="20"/>
        </w:rPr>
        <w:t>10:41  aap jin mulkon mein hangame kiye gaye, arab countries mein, jahan jahan bazahir logon ko kamyabi hasil hui.</w:t>
      </w:r>
      <w:r>
        <w:br/>
      </w:r>
      <w:r>
        <w:rPr>
          <w:sz w:val="20"/>
        </w:rPr>
        <w:t>10:50  to ab kya hai? yani pehle jo hukumat thi to ab kya hai? pehle bazahir wahan par amriat thi, ab kya hai?</w:t>
      </w:r>
      <w:r>
        <w:br/>
      </w:r>
      <w:r>
        <w:rPr>
          <w:sz w:val="20"/>
        </w:rPr>
        <w:t>11:02  fasaad hai.</w:t>
      </w:r>
      <w:r>
        <w:br/>
      </w:r>
      <w:r>
        <w:rPr>
          <w:sz w:val="20"/>
        </w:rPr>
        <w:t>11:04  aapas ki ladai hai.</w:t>
      </w:r>
      <w:r>
        <w:br/>
      </w:r>
      <w:r>
        <w:rPr>
          <w:sz w:val="20"/>
        </w:rPr>
        <w:t>11:08  khoon kharaba dobara jari hai har jagah. to kam az kam pehle stability to thi, istahkam to tha. hukmaran jaisa bhi ho, lekin istahkam to tha.</w:t>
      </w:r>
      <w:r>
        <w:br/>
      </w:r>
      <w:r>
        <w:rPr>
          <w:sz w:val="20"/>
        </w:rPr>
        <w:t>11:24  to istahkam jo hai hamare liye kya hai? lesser evil. to in hadithon ka matlab yeh hai ke zindagi mein aksar aisa hota hai ke option jo hai</w:t>
      </w:r>
      <w:r>
        <w:br/>
      </w:r>
      <w:r>
        <w:rPr>
          <w:sz w:val="20"/>
        </w:rPr>
        <w:t>11:41  right aur wrong ke darmiyan nahi hota. option jo hai woh hota hai lesser evil aur greater evil ke beech mein.</w:t>
      </w:r>
      <w:r>
        <w:br/>
      </w:r>
      <w:r>
        <w:rPr>
          <w:sz w:val="20"/>
        </w:rPr>
        <w:t>11:54  yeh kitni badi wisdom hai. aur yeh uswa e rasool hai.</w:t>
      </w:r>
      <w:r>
        <w:br/>
      </w:r>
      <w:r>
        <w:rPr>
          <w:sz w:val="20"/>
        </w:rPr>
        <w:t>12:00  uswa e rasool yeh hai.</w:t>
      </w:r>
      <w:r>
        <w:br/>
      </w:r>
      <w:r>
        <w:rPr>
          <w:sz w:val="20"/>
        </w:rPr>
        <w:t>12:07  yani Allah rasool Allah sallallahu alaihi wasallam ke jo zindagi ke jo namune hain, jo aap ke qaul se ya amal se sabit hote hain, un mein se ek bahut bada uswa ya hikmat ya wisdom yeh hai</w:t>
      </w:r>
      <w:r>
        <w:br/>
      </w:r>
      <w:r>
        <w:rPr>
          <w:sz w:val="20"/>
        </w:rPr>
        <w:t>12:22  ke jab political maidan mein siyasat ke maamle mein tumhare liye ideal government ka option mumkin na ho to stable government ka option le lo.</w:t>
      </w:r>
      <w:r>
        <w:br/>
      </w:r>
      <w:r>
        <w:rPr>
          <w:sz w:val="20"/>
        </w:rPr>
        <w:t>12:38  to kiya hog</w:t>
      </w:r>
      <w:r>
        <w:br/>
      </w:r>
      <w:r>
        <w:rPr>
          <w:sz w:val="20"/>
        </w:rPr>
        <w:t>12:39  a? kam az kam yeh hoga ke deeni sargharmiyan jaari rahen gi. madaris chalen ge, masjidें chalen gi, taleem gahen chalen gi, dawatullah ka kaam hoga.</w:t>
      </w:r>
      <w:r>
        <w:br/>
      </w:r>
      <w:r>
        <w:rPr>
          <w:sz w:val="20"/>
        </w:rPr>
        <w:t>12:56  yani sari, yani adr deen politics sari sargharmiyan jaari rahen gi. ke jab bigad hoga woh to sirf political maidan mein hoga.</w:t>
      </w:r>
      <w:r>
        <w:br/>
      </w:r>
      <w:r>
        <w:rPr>
          <w:sz w:val="20"/>
        </w:rPr>
        <w:t>13:08  baqi to hazaron maidan doosre bhi hain.</w:t>
      </w:r>
      <w:r>
        <w:br/>
      </w:r>
      <w:r>
        <w:rPr>
          <w:sz w:val="20"/>
        </w:rPr>
        <w:t>13:14  to adr deen politics sari sargharmiyan taawri andaaz mein jaari rahen gi. yeh hai is ki wisdom.</w:t>
      </w:r>
      <w:r>
        <w:br/>
      </w:r>
      <w:r>
        <w:rPr>
          <w:sz w:val="20"/>
        </w:rPr>
        <w:t>13:26  to rasool Allah ke naam par hazaron kitaben likhi gayi hain.</w:t>
      </w:r>
      <w:r>
        <w:br/>
      </w:r>
      <w:r>
        <w:rPr>
          <w:sz w:val="20"/>
        </w:rPr>
        <w:t>13:32  har saal 12 rabi ul awal ko beshumar jalsay kiye jatay hain, jashan manaye jatay hain. lekin yeh jo itna bara nuqta hai, itni bari wisdom jo rasool Allah ne batai, woh mein ne na kahin pahad ne suna, khud mujh ko discover karna pada.</w:t>
      </w:r>
      <w:r>
        <w:br/>
      </w:r>
      <w:r>
        <w:rPr>
          <w:sz w:val="20"/>
        </w:rPr>
        <w:t>13:56  to yeh hai haal hamari qaum ka.</w:t>
      </w:r>
      <w:r>
        <w:br/>
      </w:r>
      <w:r>
        <w:rPr>
          <w:sz w:val="20"/>
        </w:rPr>
        <w:t>14:01  ab mein is mozu par aata hoon jo mein ne arz kiya ke team ki ahmiyat. team kiya hai?</w:t>
      </w:r>
    </w:p>
    <w:p>
      <w:pPr>
        <w:pStyle w:val="Heading2"/>
      </w:pPr>
      <w:r>
        <w:t>A soul's prayer to be turned into paradise</w:t>
      </w:r>
    </w:p>
    <w:p>
      <w:r>
        <w:rPr>
          <w:color w:val="666666"/>
          <w:sz w:val="18"/>
        </w:rPr>
        <w:t>Bagh-E-Jannat Book by Maulana Wahiduddin Khan · 31s · at 11:39 · https://youtu.be/TN4ioE6LMDA?t=699</w:t>
      </w:r>
    </w:p>
    <w:p>
      <w:r>
        <w:rPr>
          <w:i/>
        </w:rPr>
        <w:t>“Main ek thoonth hoon, tu chahe to sarsabz kar de”</w:t>
      </w:r>
    </w:p>
    <w:p>
      <w:r>
        <w:rPr>
          <w:sz w:val="20"/>
        </w:rPr>
        <w:t>11:39  main ek theek hoon, tu chahe to mujh ko sar sabz o shadab kar de. main ek be maani wajood hoon, tu chahe to meri zindagi ko maaniyat se bhar de.</w:t>
      </w:r>
      <w:r>
        <w:br/>
      </w:r>
      <w:r>
        <w:rPr>
          <w:sz w:val="20"/>
        </w:rPr>
        <w:t>11:53  main jahannum ke kinare khada hoon,</w:t>
      </w:r>
      <w:r>
        <w:br/>
      </w:r>
      <w:r>
        <w:rPr>
          <w:sz w:val="20"/>
        </w:rPr>
        <w:t>11:56  tu chahe to mujh ko jannat mein daakhil kar de. main tujh se door hoon, tu chahe to lapak kar mujh ko apne aaghosh mein utha le.</w:t>
      </w:r>
    </w:p>
    <w:p>
      <w:pPr>
        <w:pStyle w:val="Heading2"/>
      </w:pPr>
      <w:r>
        <w:t>Why preachers must stay hate-free, even toward the West</w:t>
      </w:r>
    </w:p>
    <w:p>
      <w:r>
        <w:rPr>
          <w:color w:val="666666"/>
          <w:sz w:val="18"/>
        </w:rPr>
        <w:t>Divine Personality April 2, 2014 Maulana Wahiduddin Khan · 4m 00s · at 13:30 · https://youtu.be/4F-V__KFzpA?t=810</w:t>
      </w:r>
    </w:p>
    <w:p>
      <w:r>
        <w:rPr>
          <w:i/>
        </w:rPr>
        <w:t>“If you are living in the West you will find things you dislike.”</w:t>
      </w:r>
    </w:p>
    <w:p>
      <w:r>
        <w:rPr>
          <w:sz w:val="20"/>
        </w:rPr>
        <w:t>13:30  . It involves so many other things. For example, if you are living in the West, in the Western world you will find that there are a number of things that you dislike.</w:t>
      </w:r>
      <w:r>
        <w:br/>
      </w:r>
      <w:r>
        <w:rPr>
          <w:sz w:val="20"/>
        </w:rPr>
        <w:t>13:53  That is against the Islamic religion of Islam.</w:t>
      </w:r>
      <w:r>
        <w:br/>
      </w:r>
      <w:r>
        <w:rPr>
          <w:sz w:val="20"/>
        </w:rPr>
        <w:t>13:59  All the Due to this all the Muslims are negative towards the West. Even they say that the West is the enemy of Islam.</w:t>
      </w:r>
      <w:r>
        <w:br/>
      </w:r>
      <w:r>
        <w:rPr>
          <w:sz w:val="20"/>
        </w:rPr>
        <w:t>14:12  But your Ma'rifat,</w:t>
      </w:r>
      <w:r>
        <w:br/>
      </w:r>
      <w:r>
        <w:rPr>
          <w:sz w:val="20"/>
        </w:rPr>
        <w:t>14:18  your Ma'rifat is not ready to accept this kind of hateful psychology</w:t>
      </w:r>
      <w:r>
        <w:br/>
      </w:r>
      <w:r>
        <w:rPr>
          <w:sz w:val="20"/>
        </w:rPr>
        <w:t>14:28  y. You discover that da'wah and hate both cannot go together.</w:t>
      </w:r>
      <w:r>
        <w:br/>
      </w:r>
      <w:r>
        <w:rPr>
          <w:sz w:val="20"/>
        </w:rPr>
        <w:t>14:37  If you are a da'ee then you cannot afford to hate against Madh'u. You discover that every businessman knows that he cannot afford hate against his customers.</w:t>
      </w:r>
      <w:r>
        <w:br/>
      </w:r>
      <w:r>
        <w:rPr>
          <w:sz w:val="20"/>
        </w:rPr>
        <w:t>14:59  So among the business community there is a saying that customer-friendly, there is a term that is customer-friendly behavior.</w:t>
      </w:r>
      <w:r>
        <w:br/>
      </w:r>
      <w:r>
        <w:rPr>
          <w:sz w:val="20"/>
        </w:rPr>
        <w:t>15:12  So every businessman adopts customer-friendly behavior.</w:t>
      </w:r>
      <w:r>
        <w:br/>
      </w:r>
      <w:r>
        <w:rPr>
          <w:sz w:val="20"/>
        </w:rPr>
        <w:t>15:17  So you feel that I also must adopt Madhu-friendly behavior,</w:t>
      </w:r>
      <w:r>
        <w:br/>
      </w:r>
      <w:r>
        <w:rPr>
          <w:sz w:val="20"/>
        </w:rPr>
        <w:t>15:28  Madhu-friendly behavior. But it is not easy. Madhu-friendly behavior is not very easy because every time there are some unpleasant situations,</w:t>
      </w:r>
      <w:r>
        <w:br/>
      </w:r>
      <w:r>
        <w:rPr>
          <w:sz w:val="20"/>
        </w:rPr>
        <w:t>15:44  there are some sad experiences.</w:t>
      </w:r>
      <w:r>
        <w:br/>
      </w:r>
      <w:r>
        <w:rPr>
          <w:sz w:val="20"/>
        </w:rPr>
        <w:t>15:48  So you discover, you decide that I will adopt Madhu-friendly behavior in spite of all those atrocities, right or wrong.</w:t>
      </w:r>
      <w:r>
        <w:br/>
      </w:r>
      <w:r>
        <w:rPr>
          <w:sz w:val="20"/>
        </w:rPr>
        <w:t>16:11  So you feel that if I want to achieve that kind of reward which</w:t>
      </w:r>
      <w:r>
        <w:br/>
      </w:r>
      <w:r>
        <w:rPr>
          <w:sz w:val="20"/>
        </w:rPr>
        <w:t>16:25  will be given to diey for da'wah work</w:t>
      </w:r>
      <w:r>
        <w:br/>
      </w:r>
      <w:r>
        <w:rPr>
          <w:sz w:val="20"/>
        </w:rPr>
        <w:t>16:29  then you have to change your mind. Then you have to</w:t>
      </w:r>
      <w:r>
        <w:br/>
      </w:r>
      <w:r>
        <w:rPr>
          <w:sz w:val="20"/>
        </w:rPr>
        <w:t>16:38  make yourself hate-free. Then you have to adopt Madhu-friendly behavior. Otherwise you will fail to do da'wah work and also you will fail to achieve that reward which is</w:t>
      </w:r>
      <w:r>
        <w:br/>
      </w:r>
      <w:r>
        <w:rPr>
          <w:sz w:val="20"/>
        </w:rPr>
        <w:t>17:01  destined for those people who have done da'wah work in this world.</w:t>
      </w:r>
      <w:r>
        <w:br/>
      </w:r>
      <w:r>
        <w:rPr>
          <w:sz w:val="20"/>
        </w:rPr>
        <w:t>17:10  So this is da'wah culture.</w:t>
      </w:r>
      <w:r>
        <w:br/>
      </w:r>
      <w:r>
        <w:rPr>
          <w:sz w:val="20"/>
        </w:rPr>
        <w:t>17:16  So this is the two basic principles, Ma'rifat and da'wah. All other things that are part of Islam like ibadah,</w:t>
      </w:r>
    </w:p>
    <w:p>
      <w:pPr>
        <w:pStyle w:val="Heading2"/>
      </w:pPr>
      <w:r>
        <w:t>Mother's resilience after husband death</w:t>
      </w:r>
    </w:p>
    <w:p>
      <w:r>
        <w:rPr>
          <w:color w:val="666666"/>
          <w:sz w:val="18"/>
        </w:rPr>
        <w:t>How to Remove Tension February 11, 2007 Maulana Wahiduddin Khan · 3m 13s · at 20:18 · https://youtu.be/_PB2YOm8cV8?t=1218</w:t>
      </w:r>
    </w:p>
    <w:p>
      <w:r>
        <w:rPr>
          <w:i/>
        </w:rPr>
        <w:t>“Meri walida jo thein log sab log kehte thein”</w:t>
      </w:r>
    </w:p>
    <w:p>
      <w:r>
        <w:rPr>
          <w:sz w:val="20"/>
        </w:rPr>
        <w:t>20:18  meri walida jo thin log sab log kehte the ke bohat khoobsoorat thin woh. aur hamare baap bohat mante the un ko.</w:t>
      </w:r>
      <w:r>
        <w:br/>
      </w:r>
      <w:r>
        <w:rPr>
          <w:sz w:val="20"/>
        </w:rPr>
        <w:t>20:27  abhi woh zyada umar nahi hui thi un ki. ke december unees so chhappan mein mere baap ka inteqal ho gaya.</w:t>
      </w:r>
      <w:r>
        <w:br/>
      </w:r>
      <w:r>
        <w:rPr>
          <w:sz w:val="20"/>
        </w:rPr>
        <w:t>20:40  december unees so chhappan mein.</w:t>
      </w:r>
      <w:r>
        <w:br/>
      </w:r>
      <w:r>
        <w:rPr>
          <w:sz w:val="20"/>
        </w:rPr>
        <w:t>20:45  to abhi un ki umar itni zyada nahi thi. rishte aate the un ke doosri shadi ke liye. lekin un ke paas paanch bachhe the. hum log jo the paanch bachhe.</w:t>
      </w:r>
      <w:r>
        <w:br/>
      </w:r>
      <w:r>
        <w:rPr>
          <w:sz w:val="20"/>
        </w:rPr>
        <w:t>20:54  do behnein, teen bhai. to unhon ne yeh faisla kiya ke mujhe doosri shadi nahi karna hai. kyunke in bachhon ko mujhe paalna hai.</w:t>
      </w:r>
      <w:r>
        <w:br/>
      </w:r>
      <w:r>
        <w:rPr>
          <w:sz w:val="20"/>
        </w:rPr>
        <w:t>21:04  lekin masla kya tha?</w:t>
      </w:r>
      <w:r>
        <w:br/>
      </w:r>
      <w:r>
        <w:rPr>
          <w:sz w:val="20"/>
        </w:rPr>
        <w:t>21:07  ke baap ke marne ke baad</w:t>
      </w:r>
      <w:r>
        <w:br/>
      </w:r>
      <w:r>
        <w:rPr>
          <w:sz w:val="20"/>
        </w:rPr>
        <w:t>21:12  aap logon ko ek baat ka pata nahi hoga ke zarai zamane mein kya hota tha hamare gaon mein. ke sab kuch base karta tha zameen par.</w:t>
      </w:r>
      <w:r>
        <w:br/>
      </w:r>
      <w:r>
        <w:rPr>
          <w:sz w:val="20"/>
        </w:rPr>
        <w:t>21:21  to zameen ko log girift kiya karte thay. ab zameen ki ahmiyat number do par chali gayi hai. ab log karobar mein, sanat mein aur naukri mein yahan wahan milian chezen khuli hui hain aap paisa kama sakte hain ja kar ke</w:t>
      </w:r>
      <w:r>
        <w:br/>
      </w:r>
      <w:r>
        <w:rPr>
          <w:sz w:val="20"/>
        </w:rPr>
        <w:t>21:35  wahan. kyunke pehle to sirf ek hi cheez thi zameen bas. to sara jhagda hota tha zameen ke upar le kar ke. koi aur logon ko dikhai nahi padta tha zariya aamdani.</w:t>
      </w:r>
      <w:r>
        <w:br/>
      </w:r>
      <w:r>
        <w:rPr>
          <w:sz w:val="20"/>
        </w:rPr>
        <w:t>21:45  to kya hua ke hamare baap jab mare to sari hamari zameen aur bagh aur yeh sab logon ne le liya. hamari maan jo hai un ko ek jagah de di jo hospital, istbal thi yani wahan ghoda rehta tha.</w:t>
      </w:r>
      <w:r>
        <w:br/>
      </w:r>
      <w:r>
        <w:rPr>
          <w:sz w:val="20"/>
        </w:rPr>
        <w:t>22:03  h</w:t>
      </w:r>
      <w:r>
        <w:br/>
      </w:r>
      <w:r>
        <w:rPr>
          <w:sz w:val="20"/>
        </w:rPr>
        <w:t>22:04  mare ghorey paley rehte thay to woh ghoda wahan rehta tha. to kafi bara compound tha wohi de diya rani ke liye. to hum log ghar ki bajaye istbal bhi rakh le.</w:t>
      </w:r>
      <w:r>
        <w:br/>
      </w:r>
      <w:r>
        <w:rPr>
          <w:sz w:val="20"/>
        </w:rPr>
        <w:t>22:16  ab dekhen ke meri maan jo hai khudkushi kar sakti thi ya doosri shadi kar leti hai hum log bilkul yani woh ho kar rehte yani bigad kar reh jatay.</w:t>
      </w:r>
      <w:r>
        <w:br/>
      </w:r>
      <w:r>
        <w:rPr>
          <w:sz w:val="20"/>
        </w:rPr>
        <w:t>22:29  bila maan, bila baap ke jo bachay hotay hain woh kharab ho jatay hain aap jantay hain.</w:t>
      </w:r>
      <w:r>
        <w:br/>
      </w:r>
      <w:r>
        <w:rPr>
          <w:sz w:val="20"/>
        </w:rPr>
        <w:t>22:34  lekin unhon ne kya faisla kiya ke mujhe ek nai zindagi banani hai. ek khushhal kisan ke ghar ki larki thi woh.</w:t>
      </w:r>
      <w:r>
        <w:br/>
      </w:r>
      <w:r>
        <w:rPr>
          <w:sz w:val="20"/>
        </w:rPr>
        <w:t>22:45  aur hamare baap bhi achi halat mein thay. hum log zamindar thay. achank zamindar ho gaye hum log. to unhon ne kya kiya? unhon ne yeh faisla kiya ke mere pas sehat hai.</w:t>
      </w:r>
      <w:r>
        <w:br/>
      </w:r>
      <w:r>
        <w:rPr>
          <w:sz w:val="20"/>
        </w:rPr>
        <w:t>22:56  mere pas taqat hai. is ko mujhe istemal karna hai.</w:t>
      </w:r>
      <w:r>
        <w:br/>
      </w:r>
      <w:r>
        <w:rPr>
          <w:sz w:val="20"/>
        </w:rPr>
        <w:t>23:00  to is ghar mein jo bara sa compound tha us mein unhon ne bakri paali. bakri se aamdani hoti thi. uska doodh milta tha.</w:t>
      </w:r>
      <w:r>
        <w:br/>
      </w:r>
      <w:r>
        <w:rPr>
          <w:sz w:val="20"/>
        </w:rPr>
        <w:t>23:09  murghi paali. usey anda milta tha. us ko bechti thi woh. us ke andar woh sabzi boti thi. us se sabzi milti thi. to is zamane mein yeh dekh kar ke maine ek sher banaya tha ke bakri, murghi, sabzi, phal yeh hai momin ki maash ka hal.</w:t>
      </w:r>
    </w:p>
    <w:p>
      <w:pPr>
        <w:pStyle w:val="Heading2"/>
      </w:pPr>
      <w:r>
        <w:t>Accountability to God as motivation for equality</w:t>
      </w:r>
    </w:p>
    <w:p>
      <w:r>
        <w:rPr>
          <w:color w:val="666666"/>
          <w:sz w:val="18"/>
        </w:rPr>
        <w:t>Universal Brotherhood and Islam June 7, 2007 Maulana Wahiduddin Khan · 2m 35s · at 46:53 · https://youtu.be/kHXdf1eu6IM?t=2813</w:t>
      </w:r>
    </w:p>
    <w:p>
      <w:r>
        <w:rPr>
          <w:i/>
        </w:rPr>
        <w:t>“Islam gives you an incentive: you are accountable to God.”</w:t>
      </w:r>
    </w:p>
    <w:p>
      <w:r>
        <w:rPr>
          <w:sz w:val="20"/>
        </w:rPr>
        <w:t>46:53  Islam gives us the concept of equality.</w:t>
      </w:r>
      <w:r>
        <w:br/>
      </w:r>
      <w:r>
        <w:rPr>
          <w:sz w:val="20"/>
        </w:rPr>
        <w:t>47:02  Islam or monotheism or Tawhid gives us the concept of equality. At the same time Islam gives us</w:t>
      </w:r>
      <w:r>
        <w:br/>
      </w:r>
      <w:r>
        <w:rPr>
          <w:sz w:val="20"/>
        </w:rPr>
        <w:t>47:20  an incentive. Incentive is very, very important. Without incentive any concept is only a philosophy.</w:t>
      </w:r>
      <w:r>
        <w:br/>
      </w:r>
      <w:r>
        <w:rPr>
          <w:sz w:val="20"/>
        </w:rPr>
        <w:t>47:33  If you say, "Oh people live with, live with, live on the," if you say that, "Oh people live on the concept of equality" so it is less, it is less like some sermon.</w:t>
      </w:r>
      <w:r>
        <w:br/>
      </w:r>
      <w:r>
        <w:rPr>
          <w:sz w:val="20"/>
        </w:rPr>
        <w:t>47:51  It is like a sermon. You have to give an incentive. And that incentive is that, that you are accountable to God.</w:t>
      </w:r>
      <w:r>
        <w:br/>
      </w:r>
      <w:r>
        <w:rPr>
          <w:sz w:val="20"/>
        </w:rPr>
        <w:t>48:08  You are accountable to God. So when you think that, "I am accountable to God, I have to follow this principle otherwise I will be punished in the life hereafter."</w:t>
      </w:r>
      <w:r>
        <w:br/>
      </w:r>
      <w:r>
        <w:rPr>
          <w:sz w:val="20"/>
        </w:rPr>
        <w:t>48:27  I have to follow</w:t>
      </w:r>
      <w:r>
        <w:br/>
      </w:r>
      <w:r>
        <w:rPr>
          <w:sz w:val="20"/>
        </w:rPr>
        <w:t>48:31  this principle of equality. When God created man on equal basis there is no discrimination, there is no superiority or inferiority.</w:t>
      </w:r>
      <w:r>
        <w:br/>
      </w:r>
      <w:r>
        <w:rPr>
          <w:sz w:val="20"/>
        </w:rPr>
        <w:t>48:47  So if it is, it is the scheme of God I have to follow this scheme. I have to follow this principle. If I deviate from this principle I will be punished in the world hereafter.</w:t>
      </w:r>
      <w:r>
        <w:br/>
      </w:r>
      <w:r>
        <w:rPr>
          <w:sz w:val="20"/>
        </w:rPr>
        <w:t>49:04  So this is, this provides, this belief provides incentive. This belief provides motivation.</w:t>
      </w:r>
      <w:r>
        <w:br/>
      </w:r>
      <w:r>
        <w:rPr>
          <w:sz w:val="20"/>
        </w:rPr>
        <w:t>49:16  Motivation. For example in Madinah there was a Muslim, his name was Abu Mas'ud.</w:t>
      </w:r>
    </w:p>
    <w:p>
      <w:pPr>
        <w:pStyle w:val="Heading2"/>
      </w:pPr>
      <w:r>
        <w:t>Muslims copying Jewish victim mentality instead of self-critique</w:t>
      </w:r>
    </w:p>
    <w:p>
      <w:r>
        <w:rPr>
          <w:color w:val="666666"/>
          <w:sz w:val="18"/>
        </w:rPr>
        <w:t>A Brief Survey of Six Major Religion I January 8, 2012 · 6m 12s · at 50:56 · https://youtu.be/Iho70yq6EVk?t=3056</w:t>
      </w:r>
    </w:p>
    <w:p>
      <w:r>
        <w:rPr>
          <w:i/>
        </w:rPr>
        <w:t>“Poori ummat ek aur deen par khadi ho gayi hai”</w:t>
      </w:r>
    </w:p>
    <w:p>
      <w:r>
        <w:rPr>
          <w:sz w:val="20"/>
        </w:rPr>
        <w:t>50:56  jaise misaal ke taur par, mein ek aur misaal deta hoon aap ko ke poori poori ummat ek aur deen par khari ho gayi hai.</w:t>
      </w:r>
      <w:r>
        <w:br/>
      </w:r>
      <w:r>
        <w:rPr>
          <w:sz w:val="20"/>
        </w:rPr>
        <w:t>51:04  woh kya hai?</w:t>
      </w:r>
      <w:r>
        <w:br/>
      </w:r>
      <w:r>
        <w:rPr>
          <w:sz w:val="20"/>
        </w:rPr>
        <w:t>51:09  yeh bhi wohi hai jo yahood mein tha. yahood ko jo baad ke zamane mein jo Quran mein hai ke do baar yahood par do badshahon ke zariye se Allah taala ne un ko tanbeeh karwai: ek ek martaba babal ke badshah, ek martaba iran ka badshah.</w:t>
      </w:r>
      <w:r>
        <w:br/>
      </w:r>
      <w:r>
        <w:rPr>
          <w:sz w:val="20"/>
        </w:rPr>
        <w:t>51:29  lekin un ka, aap un ka jo un ki literature hai, padhiye yahoodiyon ka, us ko kaha kis khane mein dali hui hain?</w:t>
      </w:r>
      <w:r>
        <w:br/>
      </w:r>
      <w:r>
        <w:rPr>
          <w:sz w:val="20"/>
        </w:rPr>
        <w:t>51:38  yani khudai tanbeeh khane mein nahin hai, woh zulm ke khane mein dali hui hain. jo un par beeta tha, Allah ki tanbeeh ke tehat, Allah ki warning ke tehat, woh yahoodi literature mein sab ka sab dala hua hai zalim ke tehat.</w:t>
      </w:r>
      <w:r>
        <w:br/>
      </w:r>
      <w:r>
        <w:rPr>
          <w:sz w:val="20"/>
        </w:rPr>
        <w:t>51:54  is par mein ne likha hai, risale mein aap padh sakte hain.</w:t>
      </w:r>
      <w:r>
        <w:br/>
      </w:r>
      <w:r>
        <w:rPr>
          <w:sz w:val="20"/>
        </w:rPr>
        <w:t>52:01  yani Allah to keh raha hai ke yeh tumhare upar tanbeeh aayi thi, tumhare upar ke tum jaago, apni islaah karo. yeh khud apni kitabon mein kya likh rakha hai unhone ke log zalim the, unhone conspiracy kar ke hamein tabah kiya waghera waghera.</w:t>
      </w:r>
      <w:r>
        <w:br/>
      </w:r>
      <w:r>
        <w:rPr>
          <w:sz w:val="20"/>
        </w:rPr>
        <w:t>52:18  yani jin waqiat par chahiye tha ke woh un ka rethinking aaye, apna muhasba aaye, is ko woh sirf yani manfi khane mein daal diya.</w:t>
      </w:r>
      <w:r>
        <w:br/>
      </w:r>
      <w:r>
        <w:rPr>
          <w:sz w:val="20"/>
        </w:rPr>
        <w:t>52:35  manfi soch, shikayat, احتجاج, nafrat, is mein daal diya unhon ne. wahi to us waqt musalmanon mein hai. jis musalman se miliye, aap yahan se le ke America, Europe tak ya Arab tak,</w:t>
      </w:r>
      <w:r>
        <w:br/>
      </w:r>
      <w:r>
        <w:rPr>
          <w:sz w:val="20"/>
        </w:rPr>
        <w:t>52:49  sab shikayat ki boli bolte hain, sab nafrat ki boli bolte hain, sab sazish ki boli bolte hain.</w:t>
      </w:r>
      <w:r>
        <w:br/>
      </w:r>
      <w:r>
        <w:rPr>
          <w:sz w:val="20"/>
        </w:rPr>
        <w:t>53:00  yeh asal Quran se hat jana hai.</w:t>
      </w:r>
      <w:r>
        <w:br/>
      </w:r>
      <w:r>
        <w:rPr>
          <w:sz w:val="20"/>
        </w:rPr>
        <w:t>53:03  is liye ke dekhiye, Quran mein bohat hi wazeh tor par yeh ayat aayi hai:</w:t>
      </w:r>
      <w:r>
        <w:br/>
      </w:r>
      <w:r>
        <w:rPr>
          <w:sz w:val="20"/>
        </w:rPr>
        <w:t>53:15  Ma asabakum min musibatin fabi ma kasabat aydikum yahan bhi hasar hai: Ma asabakum min musibatin fabi ma kasabat aydikum</w:t>
      </w:r>
      <w:r>
        <w:br/>
      </w:r>
      <w:r>
        <w:rPr>
          <w:sz w:val="20"/>
        </w:rPr>
        <w:t>53:31  jo musibat bhi tum par aati hai, woh sirf tumhare apne kiye ka nateeja hoti hai. ab ghor kijiye ke poori poori ummat se hati hui nahi hai.</w:t>
      </w:r>
      <w:r>
        <w:br/>
      </w:r>
      <w:r>
        <w:rPr>
          <w:sz w:val="20"/>
        </w:rPr>
        <w:t>53:45  is waqt jo musalmanon par jo kuch beet raha hai, is ko kis khane mein daale hue hain? Hindu ke khane mein, Israel ke khane mein, Bartania ke khane mein, America ke khane mein, doosron ke khane mein,</w:t>
      </w:r>
      <w:r>
        <w:br/>
      </w:r>
      <w:r>
        <w:rPr>
          <w:sz w:val="20"/>
        </w:rPr>
        <w:t>54:01  mufroza zalimon ke khane mein. Tamam musalman, maine kisi exception ko nahi jaanta is mamle mein.</w:t>
      </w:r>
      <w:r>
        <w:br/>
      </w:r>
      <w:r>
        <w:rPr>
          <w:sz w:val="20"/>
        </w:rPr>
        <w:t>54:12  ab ghor kijiye, Quran mein to yeh likha hua hai</w:t>
      </w:r>
      <w:r>
        <w:br/>
      </w:r>
      <w:r>
        <w:rPr>
          <w:sz w:val="20"/>
        </w:rPr>
        <w:t>54:18  ke jo bhi musibat tum par aati hai, woh tumhare apne kiye ka nateeja hoti hai.</w:t>
      </w:r>
      <w:r>
        <w:br/>
      </w:r>
      <w:r>
        <w:rPr>
          <w:sz w:val="20"/>
        </w:rPr>
        <w:t>54:27  to is ka kya hona chahiye?</w:t>
      </w:r>
      <w:r>
        <w:br/>
      </w:r>
      <w:r>
        <w:rPr>
          <w:sz w:val="20"/>
        </w:rPr>
        <w:t>54:30  ke har baar jahan hamein koi koi musibat aaye, koi hamare khilaf koi baat ho, to hum foran hi muhasba karne lagen, apna apna introspection karne lagen ke hamari kisi ghalti se aisa ho gaya hai.</w:t>
      </w:r>
      <w:r>
        <w:br/>
      </w:r>
      <w:r>
        <w:rPr>
          <w:sz w:val="20"/>
        </w:rPr>
        <w:t>54:51  yani har har koi aisa waqea hai jo hamari marzi ke khilaf ho gaya ho, woh hum ko dawat deta hai ke apna muhasba karo,</w:t>
      </w:r>
      <w:r>
        <w:br/>
      </w:r>
      <w:r>
        <w:rPr>
          <w:sz w:val="20"/>
        </w:rPr>
        <w:t>55:01  apna introspection karo. Lekin yahan kya hota hai?</w:t>
      </w:r>
      <w:r>
        <w:br/>
      </w:r>
      <w:r>
        <w:rPr>
          <w:sz w:val="20"/>
        </w:rPr>
        <w:t>55:07  jalsa kiya jayega, stage lagaya jayega, ek ek ek ek aayega muqarrir aur dhoom se taqreeren karega aur zulm ki dastanain bayan karega.</w:t>
      </w:r>
      <w:r>
        <w:br/>
      </w:r>
      <w:r>
        <w:rPr>
          <w:sz w:val="20"/>
        </w:rPr>
        <w:t>55:18  We are under siege</w:t>
      </w:r>
      <w:r>
        <w:br/>
      </w:r>
      <w:r>
        <w:rPr>
          <w:sz w:val="20"/>
        </w:rPr>
        <w:t>55:22  We are under siege hum muhasre mein hain, hum ghare hue hain,</w:t>
      </w:r>
      <w:r>
        <w:br/>
      </w:r>
      <w:r>
        <w:rPr>
          <w:sz w:val="20"/>
        </w:rPr>
        <w:t>55:28  hum sazish aur conspiracy ka shikar ho rahe hain. To Quran mein kuch hai aur musalmanon ka amal kuch hai.</w:t>
      </w:r>
      <w:r>
        <w:br/>
      </w:r>
      <w:r>
        <w:rPr>
          <w:sz w:val="20"/>
        </w:rPr>
        <w:t>55:39  aap ghor kijiye, kaisi ajeeb baat hai!</w:t>
      </w:r>
      <w:r>
        <w:br/>
      </w:r>
      <w:r>
        <w:rPr>
          <w:sz w:val="20"/>
        </w:rPr>
        <w:t>55:45  to jo Rasool Allah sal Allah alaihi wasallam ne farmaya tha ke tum log wohi karoge jo pichli ummaton ne kiya, to yahi to hai, yahi to hai.</w:t>
      </w:r>
      <w:r>
        <w:br/>
      </w:r>
      <w:r>
        <w:rPr>
          <w:sz w:val="20"/>
        </w:rPr>
        <w:t>56:00  Yahudiyon ka poora literature bhara hua hai is baat se ke dunya hamare liye zalim hai, dunya hamare par musibaten daali hain, dua dunya hum par khaas sazish karti hai.</w:t>
      </w:r>
      <w:r>
        <w:br/>
      </w:r>
      <w:r>
        <w:rPr>
          <w:sz w:val="20"/>
        </w:rPr>
        <w:t>56:10  bhara hua hai, hatta ke yeh un ka ek ek discipline ban gaya hai. Discipline yani zulm mein yahud ek un ka ek ek discipline discipline ki shakal ikhtiyar kar gaya.</w:t>
      </w:r>
      <w:r>
        <w:br/>
      </w:r>
      <w:r>
        <w:rPr>
          <w:sz w:val="20"/>
        </w:rPr>
        <w:t>56:24  maine likha hai, aap padh lijiye is ko is ke hawale ke sath.</w:t>
      </w:r>
      <w:r>
        <w:br/>
      </w:r>
      <w:r>
        <w:rPr>
          <w:sz w:val="20"/>
        </w:rPr>
        <w:t>56:33  theek wohi musalmanon mein aa gaya hai, theek wohi. Yeh sari qaumein hamare khilaf sazish karti hain, sari qaumein hamare dushman hain, sari qaumein hamein mitana chahti hain.</w:t>
      </w:r>
      <w:r>
        <w:br/>
      </w:r>
      <w:r>
        <w:rPr>
          <w:sz w:val="20"/>
        </w:rPr>
        <w:t>56:50  to dekhiye, main ne jo arz kiya woh yeh hai ke pichhle mazhabon mein jo bigaad aaya tha, woh yeh tha ke unhon ne apne text ko badal diya, apne matan ko badal diya.</w:t>
      </w:r>
      <w:r>
        <w:br/>
      </w:r>
      <w:r>
        <w:rPr>
          <w:sz w:val="20"/>
        </w:rPr>
        <w:t>57:09  musalmanon ke darmiyan bigaad ki yeh soorat paida nahi ho sakti thi kyunke khud Allah taala ne is ki is ki zimmedari le li hai ke Islam ke Quran ki shakal mein jo text aaya hai, jo matan aaya hai, us mein koi bigaad na kar paida na kar sake.</w:t>
      </w:r>
    </w:p>
    <w:p>
      <w:pPr>
        <w:pStyle w:val="Heading2"/>
      </w:pPr>
      <w:r>
        <w:t>Jannah is God's proximity explained</w:t>
      </w:r>
    </w:p>
    <w:p>
      <w:r>
        <w:rPr>
          <w:color w:val="666666"/>
          <w:sz w:val="18"/>
        </w:rPr>
        <w:t>The Culture of People of Paradise January 06, 2019 Maulana Wahiduddin Khan · 5m 56s · at 0:41 · https://youtu.be/rFExua9zntM?t=41</w:t>
      </w:r>
    </w:p>
    <w:p>
      <w:r>
        <w:rPr>
          <w:i/>
        </w:rPr>
        <w:t>“Aaj main Jannat ya Parah Raaz par”</w:t>
      </w:r>
    </w:p>
    <w:p>
      <w:r>
        <w:rPr>
          <w:sz w:val="20"/>
        </w:rPr>
        <w:t>0:41  aaj mein jannat ya parah raaz ke bare mein</w:t>
      </w:r>
      <w:r>
        <w:br/>
      </w:r>
      <w:r>
        <w:rPr>
          <w:sz w:val="20"/>
        </w:rPr>
        <w:t>0:48  kuch arz karna chahta hoon.</w:t>
      </w:r>
      <w:r>
        <w:br/>
      </w:r>
      <w:r>
        <w:rPr>
          <w:sz w:val="20"/>
        </w:rPr>
        <w:t>0:56  to mein bohat dinon se yeh</w:t>
      </w:r>
      <w:r>
        <w:br/>
      </w:r>
      <w:r>
        <w:rPr>
          <w:sz w:val="20"/>
        </w:rPr>
        <w:t>1:02  talash kar raha tha ke jannat aur insaan ka muamla kya hai.</w:t>
      </w:r>
      <w:r>
        <w:br/>
      </w:r>
      <w:r>
        <w:rPr>
          <w:sz w:val="20"/>
        </w:rPr>
        <w:t>1:12  to meri samajh mein aaya ke is muamle ka</w:t>
      </w:r>
      <w:r>
        <w:br/>
      </w:r>
      <w:r>
        <w:rPr>
          <w:sz w:val="20"/>
        </w:rPr>
        <w:t>1:19  qulo do Quran ke do ayaton mein maujood hai. qulo. pehla qulo to hai: wa-sjud wa-qtarib.</w:t>
      </w:r>
      <w:r>
        <w:br/>
      </w:r>
      <w:r>
        <w:rPr>
          <w:sz w:val="20"/>
        </w:rPr>
        <w:t>1:34  wa-sjud wa-qtarib Quran ki ayat hai. is ka matlab hai: sajda kar aur qareeb ho ja. to qareeb hone ka matlab kya hai?</w:t>
      </w:r>
      <w:r>
        <w:br/>
      </w:r>
      <w:r>
        <w:rPr>
          <w:sz w:val="20"/>
        </w:rPr>
        <w:t>1:47  beshumar logon ne sajda kiya, jis ka matlab yeh nahi ho ke distance khatam ho gaya Khuda aur bande ke darmiyan. yeh to hua nahi kabhi.</w:t>
      </w:r>
      <w:r>
        <w:br/>
      </w:r>
      <w:r>
        <w:rPr>
          <w:sz w:val="20"/>
        </w:rPr>
        <w:t>1:58  sajda karne walon ne sajda kiya, hatta ke prophet ne kiya. to aisa to nahi hua ke sajda kiya to Khuda aur bande ke darmiyan distance khatam ho gaya.</w:t>
      </w:r>
      <w:r>
        <w:br/>
      </w:r>
      <w:r>
        <w:rPr>
          <w:sz w:val="20"/>
        </w:rPr>
        <w:t>2:14  to sochte sochte meri samajh mein aaya ke sajda kar aur qareeb ho ja ki shara'it khud Quran mein maujood hain.</w:t>
      </w:r>
      <w:r>
        <w:br/>
      </w:r>
      <w:r>
        <w:rPr>
          <w:sz w:val="20"/>
        </w:rPr>
        <w:t>2:26  woh hai fir'aun jo</w:t>
      </w:r>
      <w:r>
        <w:br/>
      </w:r>
      <w:r>
        <w:rPr>
          <w:sz w:val="20"/>
        </w:rPr>
        <w:t>2:31  chaar hazaar saal se zyada ghaliban muddat hui jab woh misr mein aik despotic king ke taur par tha, woh firaun.</w:t>
      </w:r>
      <w:r>
        <w:br/>
      </w:r>
      <w:r>
        <w:rPr>
          <w:sz w:val="20"/>
        </w:rPr>
        <w:t>2:47  toh wahan par aik uski malika jo thi, woh thi Aasiya bint Muzahim.</w:t>
      </w:r>
      <w:r>
        <w:br/>
      </w:r>
      <w:r>
        <w:rPr>
          <w:sz w:val="20"/>
        </w:rPr>
        <w:t>2:59  Aasiya bint Muzahim. Toh uske zamane mein Hazrat Musa paida hue, unhone tauheed ki dawat di.</w:t>
      </w:r>
      <w:r>
        <w:br/>
      </w:r>
      <w:r>
        <w:rPr>
          <w:sz w:val="20"/>
        </w:rPr>
        <w:t>3:12  jabke firaun khud apne ko kehta tha ke "ana rabbukum al-a'la". Apne hi ko dawaye karta tha ke "main hi toh tumhara rab hoon".</w:t>
      </w:r>
      <w:r>
        <w:br/>
      </w:r>
      <w:r>
        <w:rPr>
          <w:sz w:val="20"/>
        </w:rPr>
        <w:t>3:25  toh firaun zahir hai ke iske khilaf ho gaya.</w:t>
      </w:r>
      <w:r>
        <w:br/>
      </w:r>
      <w:r>
        <w:rPr>
          <w:sz w:val="20"/>
        </w:rPr>
        <w:t>3:31  toh yeh jo Aasiya Aasiya bint Muzahim jo theen,</w:t>
      </w:r>
      <w:r>
        <w:br/>
      </w:r>
      <w:r>
        <w:rPr>
          <w:sz w:val="20"/>
        </w:rPr>
        <w:t>3:39  unko Musa ki awaaz pahunchi.</w:t>
      </w:r>
      <w:r>
        <w:br/>
      </w:r>
      <w:r>
        <w:rPr>
          <w:sz w:val="20"/>
        </w:rPr>
        <w:t>3:45  Musa ka jo paigham hai, woh suna unhone. Toh woh bohat thi, mere khayal se, nature pe thi.</w:t>
      </w:r>
      <w:r>
        <w:br/>
      </w:r>
      <w:r>
        <w:rPr>
          <w:sz w:val="20"/>
        </w:rPr>
        <w:t>3:53  nature pe. Toh unka nature jo tha, usne foran pakad liya Musa ki dawat ko aur uski mom ban gayeen.</w:t>
      </w:r>
      <w:r>
        <w:br/>
      </w:r>
      <w:r>
        <w:rPr>
          <w:sz w:val="20"/>
        </w:rPr>
        <w:t>4:06  woh jab firaun ko pata chala ke meri malika jo hai, woh Musa ki follower ban gayi hai, toh bohat ghussa hua woh.</w:t>
      </w:r>
      <w:r>
        <w:br/>
      </w:r>
      <w:r>
        <w:rPr>
          <w:sz w:val="20"/>
        </w:rPr>
        <w:t>4:20  aur usne unko talwar se qatl kar diya.</w:t>
      </w:r>
      <w:r>
        <w:br/>
      </w:r>
      <w:r>
        <w:rPr>
          <w:sz w:val="20"/>
        </w:rPr>
        <w:t>4:27  toh jab woh khada hua talwar le kar qatl karne ke liye</w:t>
      </w:r>
      <w:r>
        <w:br/>
      </w:r>
      <w:r>
        <w:rPr>
          <w:sz w:val="20"/>
        </w:rPr>
        <w:t>4:33  aur kaha ke "tum ya toh Musa ke deen ko chodo ya yeh talwar meri jo hai, tumhara khatma kar degi".</w:t>
      </w:r>
      <w:r>
        <w:br/>
      </w:r>
      <w:r>
        <w:rPr>
          <w:sz w:val="20"/>
        </w:rPr>
        <w:t>4:44  us waqt jo dua ki thi unhone, woh Quran mein hai: "rabbili baytan indaka fil jannati".</w:t>
      </w:r>
      <w:r>
        <w:br/>
      </w:r>
      <w:r>
        <w:rPr>
          <w:sz w:val="20"/>
        </w:rPr>
        <w:t>4:57  Ae Allah, mere liye apne paas, apne qareeb jannat mein aik ghar bana de.</w:t>
      </w:r>
      <w:r>
        <w:br/>
      </w:r>
      <w:r>
        <w:rPr>
          <w:sz w:val="20"/>
        </w:rPr>
        <w:t>5:10  toh is ayat ko le kar maine samjha ke yeh uski sharah karti hai. Wasjud waqtarib.</w:t>
      </w:r>
      <w:r>
        <w:br/>
      </w:r>
      <w:r>
        <w:rPr>
          <w:sz w:val="20"/>
        </w:rPr>
        <w:t>5:19  yeh jannat naam hai Allah ki qurbat mein jagah paane ka.</w:t>
      </w:r>
      <w:r>
        <w:br/>
      </w:r>
      <w:r>
        <w:rPr>
          <w:sz w:val="20"/>
        </w:rPr>
        <w:t>5:26  yeh duniya mein hum hain toh yahan hamari qurbat aik aur hai, hamare parosi kuch aur hain.</w:t>
      </w:r>
      <w:r>
        <w:br/>
      </w:r>
      <w:r>
        <w:rPr>
          <w:sz w:val="20"/>
        </w:rPr>
        <w:t>5:37  toh woh duniya jo next</w:t>
      </w:r>
      <w:r>
        <w:br/>
      </w:r>
      <w:r>
        <w:rPr>
          <w:sz w:val="20"/>
        </w:rPr>
        <w:t>5:46  mein aati hai, aane wali hai hamare paas,</w:t>
      </w:r>
      <w:r>
        <w:br/>
      </w:r>
      <w:r>
        <w:rPr>
          <w:sz w:val="20"/>
        </w:rPr>
        <w:t>5:51  wahan par jo jannat banegi,</w:t>
      </w:r>
      <w:r>
        <w:br/>
      </w:r>
      <w:r>
        <w:rPr>
          <w:sz w:val="20"/>
        </w:rPr>
        <w:t>5:59  jo ideal world, ideal world, woh khaliq ke paros mein hogi.</w:t>
      </w:r>
      <w:r>
        <w:br/>
      </w:r>
      <w:r>
        <w:rPr>
          <w:sz w:val="20"/>
        </w:rPr>
        <w:t>6:11  toh woh ideal world jo hai, jis ko hum kehte hain parah raaz, woh darasal naam hai creator ke paros ka.</w:t>
      </w:r>
      <w:r>
        <w:br/>
      </w:r>
      <w:r>
        <w:rPr>
          <w:sz w:val="20"/>
        </w:rPr>
        <w:t>6:21  jahan creator ka paros ho, aap sochiye ke woh kitni zyada aala jagah hogi. Toh jannat naam hai khaliq ke paros ki jo duniya hai, uska.</w:t>
      </w:r>
    </w:p>
    <w:p>
      <w:pPr>
        <w:pStyle w:val="Heading2"/>
      </w:pPr>
      <w:r>
        <w:t>Macaulay's English scheme backfired and helped India</w:t>
      </w:r>
    </w:p>
    <w:p>
      <w:r>
        <w:rPr>
          <w:color w:val="666666"/>
          <w:sz w:val="18"/>
        </w:rPr>
        <w:t>Importance of Art of Situation Management 16th Sept ’07 · 1m 56s · at 7:18 · https://youtu.be/a-3ewJVGdIc?t=438</w:t>
      </w:r>
    </w:p>
    <w:p>
      <w:r>
        <w:rPr>
          <w:i/>
        </w:rPr>
        <w:t>“Jab British India mein rule kar rahe thay, unhon ne ek scheme banayi”</w:t>
      </w:r>
    </w:p>
    <w:p>
      <w:r>
        <w:rPr>
          <w:sz w:val="20"/>
        </w:rPr>
        <w:t>7:18  kuch references aur yaad aaye tareekh ke. maslan aap dekhiye ke India mein jab British rule kar rahe the to unhon ne ek scheme banai.</w:t>
      </w:r>
      <w:r>
        <w:br/>
      </w:r>
      <w:r>
        <w:rPr>
          <w:sz w:val="20"/>
        </w:rPr>
        <w:t>7:29  saare India ko Angrezi parhao. Angrezi parhao. Lord Macaulay bohat hi, yaani bara scholar tha.</w:t>
      </w:r>
      <w:r>
        <w:br/>
      </w:r>
      <w:r>
        <w:rPr>
          <w:sz w:val="20"/>
        </w:rPr>
        <w:t>7:42  us ne ek is ka plan banaya. aur is ke plan ko India mein laagu kiya gaya. to Lord Macaulay ne kaha tha bohat hi, yaani pride ke sath ke yeh jo hum duniya India mein jo la rahe hain to maqsad kya hai</w:t>
      </w:r>
      <w:r>
        <w:br/>
      </w:r>
      <w:r>
        <w:rPr>
          <w:sz w:val="20"/>
        </w:rPr>
        <w:t>8:01  ? ke "So that a generation may arise that will be Indian in birth and British in thought." lekin aaj kya hai?</w:t>
      </w:r>
      <w:r>
        <w:br/>
      </w:r>
      <w:r>
        <w:rPr>
          <w:sz w:val="20"/>
        </w:rPr>
        <w:t>8:17  wo angrezi India ke liye sab se bara advantage ban gaya. Isi angrezi ki badolat India aaj developed countries ki taraf barh raha hai.</w:t>
      </w:r>
      <w:r>
        <w:br/>
      </w:r>
      <w:r>
        <w:rPr>
          <w:sz w:val="20"/>
        </w:rPr>
        <w:t>8:27  mein shamil ho raha hai.</w:t>
      </w:r>
      <w:r>
        <w:br/>
      </w:r>
      <w:r>
        <w:rPr>
          <w:sz w:val="20"/>
        </w:rPr>
        <w:t>8:29  kyun ke aap jante hain ke English jo hai computer age mein must ban chuki hai. English computer age mein must ban chuki hai.</w:t>
      </w:r>
      <w:r>
        <w:br/>
      </w:r>
      <w:r>
        <w:rPr>
          <w:sz w:val="20"/>
        </w:rPr>
        <w:t>8:41  baghair English ke computer age se aap faida nahi utha sakte. To is waqt dunya mein India teesre number par hai English mein.</w:t>
      </w:r>
      <w:r>
        <w:br/>
      </w:r>
      <w:r>
        <w:rPr>
          <w:sz w:val="20"/>
        </w:rPr>
        <w:t>8:51  yani Britain, America, phir is ke baad India hai.</w:t>
      </w:r>
      <w:r>
        <w:br/>
      </w:r>
      <w:r>
        <w:rPr>
          <w:sz w:val="20"/>
        </w:rPr>
        <w:t>8:55  To Lord Macaulay ne jo angrezi yahan chalai thi is liye ke yahan par hamesha ke liye British rule qaim rahe, is se kya dekhiye?</w:t>
      </w:r>
      <w:r>
        <w:br/>
      </w:r>
      <w:r>
        <w:rPr>
          <w:sz w:val="20"/>
        </w:rPr>
        <w:t>9:05  India ki development nikal aai. Isi ki badolat India aaj yahan tak taraqqi kar raha hai. Isi English ki badolat.</w:t>
      </w:r>
    </w:p>
    <w:p>
      <w:pPr>
        <w:pStyle w:val="Heading2"/>
      </w:pPr>
      <w:r>
        <w:t>Lying and weak character nullify the fast</w:t>
      </w:r>
    </w:p>
    <w:p>
      <w:r>
        <w:rPr>
          <w:color w:val="666666"/>
          <w:sz w:val="18"/>
        </w:rPr>
        <w:t>Ramadan The Month of Fasting July 31, 2011 · 2m 22s · at 4:32 · https://youtu.be/4W4Dg7zt0DM?t=272</w:t>
      </w:r>
    </w:p>
    <w:p>
      <w:r>
        <w:rPr>
          <w:i/>
        </w:rPr>
        <w:t>“Whoever doesn't give up false speech...”</w:t>
      </w:r>
    </w:p>
    <w:p>
      <w:r>
        <w:rPr>
          <w:sz w:val="20"/>
        </w:rPr>
        <w:t>4:32  jaise hadith mein aata hai ke</w:t>
      </w:r>
      <w:r>
        <w:br/>
      </w:r>
      <w:r>
        <w:rPr>
          <w:sz w:val="20"/>
        </w:rPr>
        <w:t>4:45  jo jhoot bolna aur jhoot par amal karna na chhode toh uska roza roza nahi hai. do lafzon mein saari baat aajati hai.</w:t>
      </w:r>
      <w:r>
        <w:br/>
      </w:r>
      <w:r>
        <w:rPr>
          <w:sz w:val="20"/>
        </w:rPr>
        <w:t>4:59  ek hota hai saccha character, ek hota hai jhoota character. jitne bhi aadmi galat kaam karta hai, woh asal mein jhoot, jhoote character ka izhaar hota hai.</w:t>
      </w:r>
      <w:r>
        <w:br/>
      </w:r>
      <w:r>
        <w:rPr>
          <w:sz w:val="20"/>
        </w:rPr>
        <w:t>5:13  jitne sacche kaam karta hai woh.</w:t>
      </w:r>
      <w:r>
        <w:br/>
      </w:r>
      <w:r>
        <w:rPr>
          <w:sz w:val="20"/>
        </w:rPr>
        <w:t>5:20  woh khudai haqeeqat ka izhaar hota hai.</w:t>
      </w:r>
      <w:r>
        <w:br/>
      </w:r>
      <w:r>
        <w:rPr>
          <w:sz w:val="20"/>
        </w:rPr>
        <w:t>5:27  toh jhoot par ek hota hai kazb khafi, ek hota hai kazb jali. matlab twist karke bolna, yeh kazb khafi hai.</w:t>
      </w:r>
      <w:r>
        <w:br/>
      </w:r>
      <w:r>
        <w:rPr>
          <w:sz w:val="20"/>
        </w:rPr>
        <w:t>5:39  aur koi bhi amal jo Allah ke qanoon ke khilaf ho, woh jhoot par amal karna hai.</w:t>
      </w:r>
      <w:r>
        <w:br/>
      </w:r>
      <w:r>
        <w:rPr>
          <w:sz w:val="20"/>
        </w:rPr>
        <w:t>5:48  toh goya ke roza rakh kar ke symbol ke taur par aap khana peena chhodte hain aur yeh ahad karte hain ke main isi tarah se har us cheez ko chhod doonga jo meri nature ko unfold hone mein rukawat paida kar raha ho.</w:t>
      </w:r>
      <w:r>
        <w:br/>
      </w:r>
      <w:r>
        <w:rPr>
          <w:sz w:val="20"/>
        </w:rPr>
        <w:t>6:07  rukawat paida kar raha</w:t>
      </w:r>
      <w:r>
        <w:br/>
      </w:r>
      <w:r>
        <w:rPr>
          <w:sz w:val="20"/>
        </w:rPr>
        <w:t>6:08  ho. misaal ke taur par agar aapke andar dishonesty hai, aapke andar baaton ko twist karke bolne ka mizaj hai, andar kuch hain, bahar kuch hain,</w:t>
      </w:r>
      <w:r>
        <w:br/>
      </w:r>
      <w:r>
        <w:rPr>
          <w:sz w:val="20"/>
        </w:rPr>
        <w:t>6:22  dil mein kuch hai aur zuban par kuch hai, jisko main kehta hoon weak personality.</w:t>
      </w:r>
      <w:r>
        <w:br/>
      </w:r>
      <w:r>
        <w:rPr>
          <w:sz w:val="20"/>
        </w:rPr>
        <w:t>6:28  agar weak personality hai toh Allah ka inspiration aap tak nahi pahunchega. Allah ka faizan aap tak nahi pahunchega. Allah se aapka contact hi nahi hoga.</w:t>
      </w:r>
      <w:r>
        <w:br/>
      </w:r>
      <w:r>
        <w:rPr>
          <w:sz w:val="20"/>
        </w:rPr>
        <w:t>6:43  toh aisa jab hoga toh nature unfold kaise hogi? nature unfold nahi ho sakti hai. toh yeh hai sawm.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