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I fear death</w:t>
      </w:r>
    </w:p>
    <w:p>
      <w:r>
        <w:rPr>
          <w:sz w:val="18"/>
        </w:rPr>
        <w:t>Q&amp;A, lecture moments and clips · full transcripts with timestamps · exported 2026-09-21</w:t>
      </w:r>
    </w:p>
    <w:p>
      <w:pPr>
        <w:pStyle w:val="Heading1"/>
      </w:pPr>
      <w:r>
        <w:t>Maulana was asked (30)</w:t>
      </w:r>
    </w:p>
    <w:p>
      <w:pPr>
        <w:pStyle w:val="Heading2"/>
      </w:pPr>
      <w:r>
        <w:t>Overcoming heedlessness of death in youth</w:t>
      </w:r>
    </w:p>
    <w:p>
      <w:r>
        <w:rPr>
          <w:color w:val="666666"/>
          <w:sz w:val="18"/>
        </w:rPr>
        <w:t>Concept of Death in Islam 26th Aug 12 SLOW · 1m 59s · at 15:45 · https://youtu.be/8dsos0OBM6M?t=945</w:t>
      </w:r>
    </w:p>
    <w:p>
      <w:r>
        <w:rPr>
          <w:i/>
        </w:rPr>
        <w:t>“Today I am young and see death as far away. How can I save myself from this heedlessness?”</w:t>
      </w:r>
    </w:p>
    <w:p>
      <w:r>
        <w:rPr>
          <w:sz w:val="20"/>
        </w:rPr>
        <w:t>15:45  Maulana, agla sawal Tamil Nadu se hai Maulana Iqbal Omri sahib ka. unhon ne likha hai: "Maulana, aaj mein jawan hoon, maut ko door dekh raha hoon. is ghaflat se mein kaise bachoon?" is ke bare mein batayein.</w:t>
      </w:r>
      <w:r>
        <w:br/>
      </w:r>
      <w:r>
        <w:rPr>
          <w:sz w:val="20"/>
        </w:rPr>
        <w:t>16:03  isi liye to Allah taala ne maut ka waqt koi nahi rakha.</w:t>
      </w:r>
      <w:r>
        <w:br/>
      </w:r>
      <w:r>
        <w:rPr>
          <w:sz w:val="20"/>
        </w:rPr>
        <w:t>16:10  bacha hi marta hai, jawani hi marta hai, budhai marta hai.</w:t>
      </w:r>
      <w:r>
        <w:br/>
      </w:r>
      <w:r>
        <w:rPr>
          <w:sz w:val="20"/>
        </w:rPr>
        <w:t>16:17  jaise mein aksar sochta rehta hoon, aksar sochta rehta hoon mein ke mere teen bachche mar chuke, mere apne.</w:t>
      </w:r>
      <w:r>
        <w:br/>
      </w:r>
      <w:r>
        <w:rPr>
          <w:sz w:val="20"/>
        </w:rPr>
        <w:t>16:24  zahair hai ke woh bachche mujh se bohat chote the.</w:t>
      </w:r>
      <w:r>
        <w:br/>
      </w:r>
      <w:r>
        <w:rPr>
          <w:sz w:val="20"/>
        </w:rPr>
        <w:t>16:31  to mein sochta rehta hoon, mere teen bachche mar chuke, mere chote bhai mar chuke, meri chhoti behan mar chuki.</w:t>
      </w:r>
      <w:r>
        <w:br/>
      </w:r>
      <w:r>
        <w:rPr>
          <w:sz w:val="20"/>
        </w:rPr>
        <w:t>16:39  to aadmi yeh waqiaat aadmi ko is liye hotay hain ke aadmi soche ke tum se chotay jab</w:t>
      </w:r>
      <w:r>
        <w:br/>
      </w:r>
      <w:r>
        <w:rPr>
          <w:sz w:val="20"/>
        </w:rPr>
        <w:t>16:46  mar gaye, tum kyun nahi maro ge? Allah taala ne maut ka agar aik fix kar diya hota,</w:t>
      </w:r>
      <w:r>
        <w:br/>
      </w:r>
      <w:r>
        <w:rPr>
          <w:sz w:val="20"/>
        </w:rPr>
        <w:t>16:53  fix ke 90 saal mein har aadmi ko marna hai, tab to sochna mushkil hota.</w:t>
      </w:r>
      <w:r>
        <w:br/>
      </w:r>
      <w:r>
        <w:rPr>
          <w:sz w:val="20"/>
        </w:rPr>
        <w:t>17:00  lekin jab hum dekhte hain ke bachcha hi mara, bachcha hi marta hai, naujawan marta hai, har har</w:t>
      </w:r>
      <w:r>
        <w:br/>
      </w:r>
      <w:r>
        <w:rPr>
          <w:sz w:val="20"/>
        </w:rPr>
        <w:t>17:07  umar ke log marte rehte hain barabar.</w:t>
      </w:r>
      <w:r>
        <w:br/>
      </w:r>
      <w:r>
        <w:rPr>
          <w:sz w:val="20"/>
        </w:rPr>
        <w:t>17:15  to yeh isi liye hai ke yeh waqiaat aadmi ke liye reminder bane, reminder.</w:t>
      </w:r>
      <w:r>
        <w:br/>
      </w:r>
      <w:r>
        <w:rPr>
          <w:sz w:val="20"/>
        </w:rPr>
        <w:t>17:22  sochein ke dekho, mujh se chota yeh mar gaya to mein mein kyun nahi maroonga? to logon</w:t>
      </w:r>
      <w:r>
        <w:br/>
      </w:r>
      <w:r>
        <w:rPr>
          <w:sz w:val="20"/>
        </w:rPr>
        <w:t>17:29  mein wahi mein jo arz kiya ke logon mein soch jagana hai, intellectual awakening lana hai, isi ki kami hai.</w:t>
      </w:r>
      <w:r>
        <w:br/>
      </w:r>
      <w:r>
        <w:rPr>
          <w:sz w:val="20"/>
        </w:rPr>
        <w:t>17:36  saari kami isi cheez ki hai.</w:t>
      </w:r>
      <w:r>
        <w:br/>
      </w:r>
      <w:r>
        <w:rPr>
          <w:sz w:val="20"/>
        </w:rPr>
        <w:t>17:44  Maulana, agla sawal Maldives se hai Mr. Hitesh Dhamija sahib ka. unhon ne likha hai: "While a short stay in Saudi Arabia, I noticed that Arabs in the month of Ramadan, while they fast, sleep during the day and stay up night. However, Muslims in India follow a different pattern. They keep the fast and work during the day and sleep at night.</w:t>
      </w:r>
    </w:p>
    <w:p>
      <w:pPr>
        <w:pStyle w:val="Heading2"/>
      </w:pPr>
      <w:r>
        <w:t>Balancing fear and love of God</w:t>
      </w:r>
    </w:p>
    <w:p>
      <w:r>
        <w:rPr>
          <w:color w:val="666666"/>
          <w:sz w:val="18"/>
        </w:rPr>
        <w:t>Between Hell and Paradise January 27, 2013 · 1m 04s · at 1:10:42 · https://youtu.be/0IItFxGXPQ4?t=4242</w:t>
      </w:r>
    </w:p>
    <w:p>
      <w:r>
        <w:rPr>
          <w:i/>
        </w:rPr>
        <w:t>“How can a person fear and love God simultaneously? Kindly guide.”</w:t>
      </w:r>
    </w:p>
    <w:p>
      <w:r>
        <w:rPr>
          <w:sz w:val="20"/>
        </w:rPr>
        <w:t>1:10:42  molana, unka ek aur sawal hai. unhone aapse poocha hai: "How can a person fear and love God simultaneously?</w:t>
      </w:r>
      <w:r>
        <w:br/>
      </w:r>
      <w:r>
        <w:rPr>
          <w:sz w:val="20"/>
        </w:rPr>
        <w:t>1:10:51  Kindly guide." dekhiye, fear jo hai wo koi negative b</w:t>
      </w:r>
      <w:r>
        <w:br/>
      </w:r>
      <w:r>
        <w:rPr>
          <w:sz w:val="20"/>
        </w:rPr>
        <w:t>1:10:55  aat nahi hai. aisa nahi ke saanp se darta hai aadmi, wo baat nahi hai.</w:t>
      </w:r>
      <w:r>
        <w:br/>
      </w:r>
      <w:r>
        <w:rPr>
          <w:sz w:val="20"/>
        </w:rPr>
        <w:t>1:11:02  yeh galat fehmi logon ko hoti hai. asal cheez jo hai wo love hi hai. love kis liye? ke sari blessing Allah ke haath mein hai, jannat Allah ke haath mein hai.</w:t>
      </w:r>
      <w:r>
        <w:br/>
      </w:r>
      <w:r>
        <w:rPr>
          <w:sz w:val="20"/>
        </w:rPr>
        <w:t>1:11:14  meri attendant life jo hai, uski success Allah ke haath mein hai. to yeh cheez Allah se strong affection paida karti hai ke Khuda dega to mujhe milega.</w:t>
      </w:r>
      <w:r>
        <w:br/>
      </w:r>
      <w:r>
        <w:rPr>
          <w:sz w:val="20"/>
        </w:rPr>
        <w:t>1:11:26  at the same time yeh laga rehta hai ke mujhe apni competent saabit karna hai. agar main competent saabit na kar sakoon to blessing nahi paunga main.</w:t>
      </w:r>
      <w:r>
        <w:br/>
      </w:r>
      <w:r>
        <w:rPr>
          <w:sz w:val="20"/>
        </w:rPr>
        <w:t>1:11:37  to Khuda ki nisbat se aati hai love, apni nisbat se aati hai yeh andesha ke kahin main mehroom na ho jaaun. yeh matlab hai iska.</w:t>
      </w:r>
    </w:p>
    <w:p>
      <w:pPr>
        <w:pStyle w:val="Heading2"/>
      </w:pPr>
      <w:r>
        <w:t>Obstacle in learning from death</w:t>
      </w:r>
    </w:p>
    <w:p>
      <w:r>
        <w:rPr>
          <w:color w:val="666666"/>
          <w:sz w:val="18"/>
        </w:rPr>
        <w:t>Concept of Death in Islam 26th Aug 12 SLOW · 2m 08s · at 11:20 · https://youtu.be/8dsos0OBM6M?t=680</w:t>
      </w:r>
    </w:p>
    <w:p>
      <w:r>
        <w:rPr>
          <w:i/>
        </w:rPr>
        <w:t>“What is the biggest obstacle we face when trying to take a lesson from death and how do we clear our minds of this obstacle?”</w:t>
      </w:r>
    </w:p>
    <w:p>
      <w:r>
        <w:rPr>
          <w:sz w:val="20"/>
        </w:rPr>
        <w:t>11:20  maulana, agla sawal miss fatima sarah ka hai bangalore se.</w:t>
      </w:r>
      <w:r>
        <w:br/>
      </w:r>
      <w:r>
        <w:rPr>
          <w:sz w:val="20"/>
        </w:rPr>
        <w:t>11:31  unhon ne likha hai: "What is the biggest obstacle we face when trying to take a lesson from</w:t>
      </w:r>
      <w:r>
        <w:br/>
      </w:r>
      <w:r>
        <w:rPr>
          <w:sz w:val="20"/>
        </w:rPr>
        <w:t>11:42  death and how we do clear our minds of this obstacle? "</w:t>
      </w:r>
      <w:r>
        <w:br/>
      </w:r>
      <w:r>
        <w:rPr>
          <w:sz w:val="20"/>
        </w:rPr>
        <w:t>11:53  baat yeh hai ke insaan jo hai, jo cheez dikhai de, us ko to foran woh le leta hai.</w:t>
      </w:r>
      <w:r>
        <w:br/>
      </w:r>
      <w:r>
        <w:rPr>
          <w:sz w:val="20"/>
        </w:rPr>
        <w:t>11:59  jo cheez dikhai na de, us ko soch kar us ko lena pare to is mein woh fail</w:t>
      </w:r>
      <w:r>
        <w:br/>
      </w:r>
      <w:r>
        <w:rPr>
          <w:sz w:val="20"/>
        </w:rPr>
        <w:t>12:05  ho jata hai.</w:t>
      </w:r>
      <w:r>
        <w:br/>
      </w:r>
      <w:r>
        <w:rPr>
          <w:sz w:val="20"/>
        </w:rPr>
        <w:t>12:12  to maut se pehle ki dunya to dikhai de rahi hai, is ka nafa, is ka nuqsan, is</w:t>
      </w:r>
      <w:r>
        <w:br/>
      </w:r>
      <w:r>
        <w:rPr>
          <w:sz w:val="20"/>
        </w:rPr>
        <w:t>12:18  ka aaram, is ki takleef, is ki khushi, is ka gham, yeh sab dikhai de raha hai.</w:t>
      </w:r>
      <w:r>
        <w:br/>
      </w:r>
      <w:r>
        <w:rPr>
          <w:sz w:val="20"/>
        </w:rPr>
        <w:t>12:24  lekin maut ke baad ka jo khushi o gham hai, aaram o takleef hai, woh dikhai nahi deta.</w:t>
      </w:r>
      <w:r>
        <w:br/>
      </w:r>
      <w:r>
        <w:rPr>
          <w:sz w:val="20"/>
        </w:rPr>
        <w:t>12:31  to insaan ki kamzori hai ke woh dikhai dene wali cheezon mein jeeta hai.</w:t>
      </w:r>
      <w:r>
        <w:br/>
      </w:r>
      <w:r>
        <w:rPr>
          <w:sz w:val="20"/>
        </w:rPr>
        <w:t>12:37  isi liye quran mein hai ke "yominoon bil ghaib" .</w:t>
      </w:r>
      <w:r>
        <w:br/>
      </w:r>
      <w:r>
        <w:rPr>
          <w:sz w:val="20"/>
        </w:rPr>
        <w:t>12:43  jo apne mind, jo quran mein hai ke zaalik ki kitab la raha hai "fi huda al mutaqeen alladheen</w:t>
      </w:r>
      <w:r>
        <w:br/>
      </w:r>
      <w:r>
        <w:rPr>
          <w:sz w:val="20"/>
        </w:rPr>
        <w:t>12:50  yominoon bil ghaib" .</w:t>
      </w:r>
      <w:r>
        <w:br/>
      </w:r>
      <w:r>
        <w:rPr>
          <w:sz w:val="20"/>
        </w:rPr>
        <w:t>12:56  یومنون بالغیب مطلب یہ ہے کہ جو اپنا اپنے مائنڈ کو ڈیولپ کریں، intellectual awakening جس کے اندر</w:t>
      </w:r>
      <w:r>
        <w:br/>
      </w:r>
      <w:r>
        <w:rPr>
          <w:sz w:val="20"/>
        </w:rPr>
        <w:t>13:02  aa jaye, jis ka zehan hota hai, bedaar ho jaye, bedaar ho jaye ke jo dikhai nahi deta,</w:t>
      </w:r>
      <w:r>
        <w:br/>
      </w:r>
      <w:r>
        <w:rPr>
          <w:sz w:val="20"/>
        </w:rPr>
        <w:t>13:09  us par hi soche woh.</w:t>
      </w:r>
      <w:r>
        <w:br/>
      </w:r>
      <w:r>
        <w:rPr>
          <w:sz w:val="20"/>
        </w:rPr>
        <w:t>13:15  tab ja kar aisa hoga ke woh maut ki haqeeqat ko samjhenge aur maut ke baad wali</w:t>
      </w:r>
      <w:r>
        <w:br/>
      </w:r>
      <w:r>
        <w:rPr>
          <w:sz w:val="20"/>
        </w:rPr>
        <w:t>13:21  jo zindagi hai, us ke lehaz se apni zindagi ki pehle planning karenge.</w:t>
      </w:r>
      <w:r>
        <w:br/>
      </w:r>
      <w:r>
        <w:rPr>
          <w:sz w:val="20"/>
        </w:rPr>
        <w:t>13:28  Maulana, agla sawal Pennsylvania se hai Mr. Khwaja Kaleemuddin sahib ka. unhon ne likha hai: "Maulana sahib, why people are more worried about how they will die, whether bedridden or healthy, instead of worrying about what will happen to them after death? " kindly comment.</w:t>
      </w:r>
    </w:p>
    <w:p>
      <w:pPr>
        <w:pStyle w:val="Heading2"/>
      </w:pPr>
      <w:r>
        <w:t>Worry about death vs afterlife</w:t>
      </w:r>
    </w:p>
    <w:p>
      <w:r>
        <w:rPr>
          <w:color w:val="666666"/>
          <w:sz w:val="18"/>
        </w:rPr>
        <w:t>Concept of Death in Islam 26th Aug 12 SLOW · 2m 17s · at 13:28 · https://youtu.be/8dsos0OBM6M?t=808</w:t>
      </w:r>
    </w:p>
    <w:p>
      <w:r>
        <w:rPr>
          <w:i/>
        </w:rPr>
        <w:t>“Why people are more worried about how they will die, whether bedridden or healthy, instead of worrying about what will happen to them after death? Kindly comment.”</w:t>
      </w:r>
    </w:p>
    <w:p>
      <w:r>
        <w:rPr>
          <w:sz w:val="20"/>
        </w:rPr>
        <w:t>13:28  Maulana, agla sawal Pennsylvania se hai Mr. Khwaja Kaleemuddin sahib ka. unhon ne likha hai: "Maulana sahib, why people are more worried about how they will die, whether bedridden or healthy, instead of worrying about what will happen to them after death? " kindly comment.</w:t>
      </w:r>
      <w:r>
        <w:br/>
      </w:r>
      <w:r>
        <w:rPr>
          <w:sz w:val="20"/>
        </w:rPr>
        <w:t>13:53  baat yeh hai ke is zindagi ko sab kuch subject rehte hain, woh to isi ko healthy banaye</w:t>
      </w:r>
      <w:r>
        <w:br/>
      </w:r>
      <w:r>
        <w:rPr>
          <w:sz w:val="20"/>
        </w:rPr>
        <w:t>13:59  rakhna, isi ki bimariyon ka ilaaj karte rehna, isi mein koi hadsa pesh aaya to hospital mein ja</w:t>
      </w:r>
      <w:r>
        <w:br/>
      </w:r>
      <w:r>
        <w:rPr>
          <w:sz w:val="20"/>
        </w:rPr>
        <w:t>14:06  kar theek karna.</w:t>
      </w:r>
      <w:r>
        <w:br/>
      </w:r>
      <w:r>
        <w:rPr>
          <w:sz w:val="20"/>
        </w:rPr>
        <w:t>14:12  to chounke isi zindagi ko hum chhaya rehte hain, dimagh par, kyunke beshtar log aap jante hain ke sochte nahi.</w:t>
      </w:r>
      <w:r>
        <w:br/>
      </w:r>
      <w:r>
        <w:rPr>
          <w:sz w:val="20"/>
        </w:rPr>
        <w:t>14:19  میں جو so-called developed countries ہیں، وہاں میں جب جاتا ہوں اور لوگوں سے پوچھتا ہوں تو</w:t>
      </w:r>
      <w:r>
        <w:br/>
      </w:r>
      <w:r>
        <w:rPr>
          <w:sz w:val="20"/>
        </w:rPr>
        <w:t>14:25  اس سارے profession کے کسی بات پر وہ کچھ کچھ کچھ share کرنے کی کوشش میں نہیں ہوتے۔</w:t>
      </w:r>
      <w:r>
        <w:br/>
      </w:r>
      <w:r>
        <w:rPr>
          <w:sz w:val="20"/>
        </w:rPr>
        <w:t>14:32  yeh bohat bara tajurba hua hai so called developed countries ka ke khoob paisa kama rahe hain, khoob</w:t>
      </w:r>
      <w:r>
        <w:br/>
      </w:r>
      <w:r>
        <w:rPr>
          <w:sz w:val="20"/>
        </w:rPr>
        <w:t>14:39  yaani achi zindagi guzar rahe hain, lekin kisi aur yaani is par guftagu ki jaye to kuch is</w:t>
      </w:r>
      <w:r>
        <w:br/>
      </w:r>
      <w:r>
        <w:rPr>
          <w:sz w:val="20"/>
        </w:rPr>
        <w:t>14:45  par share nahi kar paate.</w:t>
      </w:r>
      <w:r>
        <w:br/>
      </w:r>
      <w:r>
        <w:rPr>
          <w:sz w:val="20"/>
        </w:rPr>
        <w:t>14:52  woh profession ke bare mein bata payenge agar is se poochein aap to.</w:t>
      </w:r>
      <w:r>
        <w:br/>
      </w:r>
      <w:r>
        <w:rPr>
          <w:sz w:val="20"/>
        </w:rPr>
        <w:t>14:58  to yeh insaan ki jo kamzori jo hai ke woh atka rehta hai dekhne wali cheezon ko aur</w:t>
      </w:r>
      <w:r>
        <w:br/>
      </w:r>
      <w:r>
        <w:rPr>
          <w:sz w:val="20"/>
        </w:rPr>
        <w:t>15:05  idhar jo cheezein dekhein, dikhai nahi deti, woh sirf wahan par tawajjuh nahi nahi deta.</w:t>
      </w:r>
      <w:r>
        <w:br/>
      </w:r>
      <w:r>
        <w:rPr>
          <w:sz w:val="20"/>
        </w:rPr>
        <w:t>15:12  to sab se bari cheez yeh hai ke hamara mission, hamari zimmedari yeh hai ke hum logon</w:t>
      </w:r>
      <w:r>
        <w:br/>
      </w:r>
      <w:r>
        <w:rPr>
          <w:sz w:val="20"/>
        </w:rPr>
        <w:t>15:18  کے اندر intellectual awakening لائیں۔</w:t>
      </w:r>
      <w:r>
        <w:br/>
      </w:r>
      <w:r>
        <w:rPr>
          <w:sz w:val="20"/>
        </w:rPr>
        <w:t>15:25  یعنی ہم جو مشن چلا رہے ہیں، اس کی پہلی شرط یہ ہے کہ لوگوں کے اندر intellectual</w:t>
      </w:r>
      <w:r>
        <w:br/>
      </w:r>
      <w:r>
        <w:rPr>
          <w:sz w:val="20"/>
        </w:rPr>
        <w:t>15:31  awareness aa jaye, tabhi woh soch payenge, nahi to kuch nahi soch payenge.</w:t>
      </w:r>
      <w:r>
        <w:br/>
      </w:r>
      <w:r>
        <w:rPr>
          <w:sz w:val="20"/>
        </w:rPr>
        <w:t>15:38  تو first step ہے ہمارے مشن کا لوگوں کے اندر intellectual awakening لانا۔</w:t>
      </w:r>
      <w:r>
        <w:br/>
      </w:r>
      <w:r>
        <w:rPr>
          <w:sz w:val="20"/>
        </w:rPr>
        <w:t>15:45  Maulana, agla sawal Tamil Nadu se hai Maulana Iqbal Omri sahib ka. unhon ne likha hai: "Maulana, aaj mein jawan hoon, maut ko door dekh raha hoon. is ghaflat se mein kaise bachoon?" is ke bare mein batayein.</w:t>
      </w:r>
    </w:p>
    <w:p>
      <w:pPr>
        <w:pStyle w:val="Heading2"/>
      </w:pPr>
      <w:r>
        <w:t>Worrying about death versus afterlife</w:t>
      </w:r>
    </w:p>
    <w:p>
      <w:r>
        <w:rPr>
          <w:color w:val="666666"/>
          <w:sz w:val="18"/>
        </w:rPr>
        <w:t>Concept of Death in Islam August 26, 2012 · 2m 16s · at 1:05:59 · https://youtu.be/y0TJxKi0L94?t=3959</w:t>
      </w:r>
    </w:p>
    <w:p>
      <w:r>
        <w:rPr>
          <w:i/>
        </w:rPr>
        <w:t>“Why are people more worried about how they will die, whether bedridden or healthy, instead of worrying about what will happen to them after death? Kindly comment.”</w:t>
      </w:r>
    </w:p>
    <w:p>
      <w:r>
        <w:rPr>
          <w:sz w:val="20"/>
        </w:rPr>
        <w:t>1:05:59  maulana, agla sawal pennsylvania se hai, mister khwaja kaleemuddin sahib</w:t>
      </w:r>
      <w:r>
        <w:br/>
      </w:r>
      <w:r>
        <w:rPr>
          <w:sz w:val="20"/>
        </w:rPr>
        <w:t>1:06:04  ka. unhon ne likha hai maulana sahib, why people are more worried about how they will die, whether bedridden or healthy, instead of worrying about what will happen to them after death?</w:t>
      </w:r>
      <w:r>
        <w:br/>
      </w:r>
      <w:r>
        <w:rPr>
          <w:sz w:val="20"/>
        </w:rPr>
        <w:t>1:06:19  kindly comment.</w:t>
      </w:r>
      <w:r>
        <w:br/>
      </w:r>
      <w:r>
        <w:rPr>
          <w:sz w:val="20"/>
        </w:rPr>
        <w:t>1:06:24  baat yeh hai ke yeh zindagi ko sab kuch samjhe rehte</w:t>
      </w:r>
      <w:r>
        <w:br/>
      </w:r>
      <w:r>
        <w:rPr>
          <w:sz w:val="20"/>
        </w:rPr>
        <w:t>1:06:28  hain woh. to isi ko healthy banaye rakhna, isi ki bimariyon ka ilaaj karte rehna, isi mein koi hadsa pesh aa jaye to hospital mein ja kar theek karna.</w:t>
      </w:r>
      <w:r>
        <w:br/>
      </w:r>
      <w:r>
        <w:rPr>
          <w:sz w:val="20"/>
        </w:rPr>
        <w:t>1:06:39  to chounke isi zindagi ko hum chhaya rehta hai dimagh par.</w:t>
      </w:r>
      <w:r>
        <w:br/>
      </w:r>
      <w:r>
        <w:rPr>
          <w:sz w:val="20"/>
        </w:rPr>
        <w:t>1:06:44  kiyunke beshtar log aap jante hain ke sochte nahi. main jo so-called developed countries hain, wahan mein jab jata hoon aur logon se poochta hoon to siwaye profession ke kisi baat par woh kuch kuch kuch share karne ki koshish mein nahi hote.</w:t>
      </w:r>
      <w:r>
        <w:br/>
      </w:r>
      <w:r>
        <w:rPr>
          <w:sz w:val="20"/>
        </w:rPr>
        <w:t>1:07:02  yeh bohat bara tajruba hua hai</w:t>
      </w:r>
      <w:r>
        <w:br/>
      </w:r>
      <w:r>
        <w:rPr>
          <w:sz w:val="20"/>
        </w:rPr>
        <w:t>1:07:05  so-called developed countries ka. ke khoob paisa kama rahe hain, khoob yaani achi zindagi guzar rahe hain, lekin kisi aur yaani is par guftagu ki jaye to kuch is mein share nahi kar paate woh.</w:t>
      </w:r>
      <w:r>
        <w:br/>
      </w:r>
      <w:r>
        <w:rPr>
          <w:sz w:val="20"/>
        </w:rPr>
        <w:t>1:07:23  profession ke baray mein bata payenge agar is se poochein aap to.</w:t>
      </w:r>
      <w:r>
        <w:br/>
      </w:r>
      <w:r>
        <w:rPr>
          <w:sz w:val="20"/>
        </w:rPr>
        <w:t>1:07:30  to yeh insaan ki jo ek kamzori jo hai ke woh atka rehta hai dekhnay wali cheezon ko aur idhar jo cheezein dekha dikhai nahi deti, woh sirf wahan par tawajjuh nahi nahi deta.</w:t>
      </w:r>
      <w:r>
        <w:br/>
      </w:r>
      <w:r>
        <w:rPr>
          <w:sz w:val="20"/>
        </w:rPr>
        <w:t>1:07:45  to sab se bari cheez yeh hai ke hamara mission, hamari zimmedari yeh hai ke hum logon ke andar intellectual awakening layein. yaani hum jo mission chala rahe hain, is ki parhez chahte hain ke logon ke andar intellectual awakening aa jaye.</w:t>
      </w:r>
      <w:r>
        <w:br/>
      </w:r>
      <w:r>
        <w:rPr>
          <w:sz w:val="20"/>
        </w:rPr>
        <w:t>1:08:01  tabhi woh soch payenge, nahi to kuch nahi soch payenge. to first step hai hamare mission ka logon ke andar intellectual awakening lana.</w:t>
      </w:r>
    </w:p>
    <w:p>
      <w:pPr>
        <w:pStyle w:val="Heading2"/>
      </w:pPr>
      <w:r>
        <w:t>Forcing reflection on death when not spontaneous</w:t>
      </w:r>
    </w:p>
    <w:p>
      <w:r>
        <w:rPr>
          <w:color w:val="666666"/>
          <w:sz w:val="18"/>
        </w:rPr>
        <w:t>Concept of Death in Islam 26th Aug 12 SLOW · 2m 35s · at 23:05 · https://youtu.be/8dsos0OBM6M?t=1385</w:t>
      </w:r>
    </w:p>
    <w:p>
      <w:r>
        <w:rPr>
          <w:i/>
        </w:rPr>
        <w:t>“What if the thought of death does not come to us spontaneously? Should we force ourselves to reflect on death?”</w:t>
      </w:r>
    </w:p>
    <w:p>
      <w:r>
        <w:rPr>
          <w:sz w:val="20"/>
        </w:rPr>
        <w:t>23:05  maulana, agla sawal dilli se hai mr kaif ka.</w:t>
      </w:r>
      <w:r>
        <w:br/>
      </w:r>
      <w:r>
        <w:rPr>
          <w:sz w:val="20"/>
        </w:rPr>
        <w:t>23:11  unhon ne likha hai: "What if the thought of death does not come to us spontaneously?</w:t>
      </w:r>
      <w:r>
        <w:br/>
      </w:r>
      <w:r>
        <w:rPr>
          <w:sz w:val="20"/>
        </w:rPr>
        <w:t>23:17  Should we force ourselves to reflect on death?</w:t>
      </w:r>
      <w:r>
        <w:br/>
      </w:r>
      <w:r>
        <w:rPr>
          <w:sz w:val="20"/>
        </w:rPr>
        <w:t>23:24  Would that reflection be authentic?</w:t>
      </w:r>
      <w:r>
        <w:br/>
      </w:r>
      <w:r>
        <w:rPr>
          <w:sz w:val="20"/>
        </w:rPr>
        <w:t>23:30  Does reflection on death not make us disinterested in our daily activities? "</w:t>
      </w:r>
      <w:r>
        <w:br/>
      </w:r>
      <w:r>
        <w:rPr>
          <w:sz w:val="20"/>
        </w:rPr>
        <w:t>23:37  dekhen, maut ek jab yeh maloom hoga ke maut ek reality hai, to hamein sochna hi hai is ke upar.</w:t>
      </w:r>
      <w:r>
        <w:br/>
      </w:r>
      <w:r>
        <w:rPr>
          <w:sz w:val="20"/>
        </w:rPr>
        <w:t>23:45  jab yeh maloom hoga ke ke jaana aanay wala hai, to hamein sardi ka saamna karna hi parega.</w:t>
      </w:r>
      <w:r>
        <w:br/>
      </w:r>
      <w:r>
        <w:rPr>
          <w:sz w:val="20"/>
        </w:rPr>
        <w:t>23:53  to jab maut ke baray mein yeh bar bar tajurba hai ke aadmi marta hai, marta hai, marta</w:t>
      </w:r>
      <w:r>
        <w:br/>
      </w:r>
      <w:r>
        <w:rPr>
          <w:sz w:val="20"/>
        </w:rPr>
        <w:t>24:02  hai, to hum is ko kaise ignore kar sakte hain? hamein sochna hi parega is ko, lazman.</w:t>
      </w:r>
      <w:r>
        <w:br/>
      </w:r>
      <w:r>
        <w:rPr>
          <w:sz w:val="20"/>
        </w:rPr>
        <w:t>24:10  baqi yeh baat ke maut ko sochne se aadmi mein yaani kya hai, activity kam ho jaye gi?</w:t>
      </w:r>
      <w:r>
        <w:br/>
      </w:r>
      <w:r>
        <w:rPr>
          <w:sz w:val="20"/>
        </w:rPr>
        <w:t>24:19  maulana ke haan, disinterested ho jata hai insaan agar ziyada soche maut ke baray mein.</w:t>
      </w:r>
      <w:r>
        <w:br/>
      </w:r>
      <w:r>
        <w:rPr>
          <w:sz w:val="20"/>
        </w:rPr>
        <w:t>24:24  dekhen, yeh baat sahi nahi hai.</w:t>
      </w:r>
      <w:r>
        <w:br/>
      </w:r>
      <w:r>
        <w:rPr>
          <w:sz w:val="20"/>
        </w:rPr>
        <w:t>24:29  maut ke baray mein is waqt urgency paida hoti hai, ziyada active ho jata hai.</w:t>
      </w:r>
      <w:r>
        <w:br/>
      </w:r>
      <w:r>
        <w:rPr>
          <w:sz w:val="20"/>
        </w:rPr>
        <w:t>24:35  maut ka yaad karein ge aap to sense of urgency aye gi ke bhai waqt bohat kam hai,</w:t>
      </w:r>
      <w:r>
        <w:br/>
      </w:r>
      <w:r>
        <w:rPr>
          <w:sz w:val="20"/>
        </w:rPr>
        <w:t>24:40  cut out jo karna hai.</w:t>
      </w:r>
      <w:r>
        <w:br/>
      </w:r>
      <w:r>
        <w:rPr>
          <w:sz w:val="20"/>
        </w:rPr>
        <w:t>24:46  yeh ajeeb ghareeb baat aksar log kehte hain mujh se, halanke ulti baat hai.</w:t>
      </w:r>
      <w:r>
        <w:br/>
      </w:r>
      <w:r>
        <w:rPr>
          <w:sz w:val="20"/>
        </w:rPr>
        <w:t>24:51  maut jo hai, aap ke andar sense of urgency lati hai ke bohat kam waqt hai, cut out</w:t>
      </w:r>
      <w:r>
        <w:br/>
      </w:r>
      <w:r>
        <w:rPr>
          <w:sz w:val="20"/>
        </w:rPr>
        <w:t>24:56  jo karna hai.</w:t>
      </w:r>
      <w:r>
        <w:br/>
      </w:r>
      <w:r>
        <w:rPr>
          <w:sz w:val="20"/>
        </w:rPr>
        <w:t>25:02  to mera tajurba to yahi hai ke main har waqt is pe is halaat mein jeeta hoon ke</w:t>
      </w:r>
      <w:r>
        <w:br/>
      </w:r>
      <w:r>
        <w:rPr>
          <w:sz w:val="20"/>
        </w:rPr>
        <w:t>25:07  ke kal mauqa rahe na rahe, aaj hi cut daalo.</w:t>
      </w:r>
      <w:r>
        <w:br/>
      </w:r>
      <w:r>
        <w:rPr>
          <w:sz w:val="20"/>
        </w:rPr>
        <w:t>25:13  kal par yeh mauqa mile ga ya nahi mile ga, aaj hi cut daalo.</w:t>
      </w:r>
      <w:r>
        <w:br/>
      </w:r>
      <w:r>
        <w:rPr>
          <w:sz w:val="20"/>
        </w:rPr>
        <w:t>25:18  to pata hai, 24 ghantay bas busy rehta hoon.</w:t>
      </w:r>
      <w:r>
        <w:br/>
      </w:r>
      <w:r>
        <w:rPr>
          <w:sz w:val="20"/>
        </w:rPr>
        <w:t>25:23  to mere andar maut jo hai, main rozana maut ko yaad karta hoon, bohat ziyada.</w:t>
      </w:r>
      <w:r>
        <w:br/>
      </w:r>
      <w:r>
        <w:rPr>
          <w:sz w:val="20"/>
        </w:rPr>
        <w:t>25:29  to mera tajurba yeh hai ke maut aadmi ke andar sense of urgency laati hai, jo apne aap</w:t>
      </w:r>
      <w:r>
        <w:br/>
      </w:r>
      <w:r>
        <w:rPr>
          <w:sz w:val="20"/>
        </w:rPr>
        <w:t>25:34  mein bohat valuable cheez hai, bohat valuable cheez hai.</w:t>
      </w:r>
      <w:r>
        <w:br/>
      </w:r>
      <w:r>
        <w:rPr>
          <w:sz w:val="20"/>
        </w:rPr>
        <w:t>25:40  Maulana, yeh sawal Delhi se hai Mahboob Elahi sahib ka. unhon ne likha hai: "How Allah will take a man who was born in a non-Muslim family, followed his family's faith and led righteous life, but never received an elaborate message from Islam? "</w:t>
      </w:r>
    </w:p>
    <w:p>
      <w:pPr>
        <w:pStyle w:val="Heading2"/>
      </w:pPr>
      <w:r>
        <w:t>Overcoming fear of God from childhood</w:t>
      </w:r>
    </w:p>
    <w:p>
      <w:r>
        <w:rPr>
          <w:color w:val="666666"/>
          <w:sz w:val="18"/>
        </w:rPr>
        <w:t>The Culture of People of Paradise January 06, 2019 Maulana Wahiduddin Khan · 2m 18s · at 58:06 · https://youtu.be/rFExua9zntM?t=3486</w:t>
      </w:r>
    </w:p>
    <w:p>
      <w:r>
        <w:rPr>
          <w:i/>
        </w:rPr>
        <w:t>“We have been taught from childhood to fear God. How can we overcome this?”</w:t>
      </w:r>
    </w:p>
    <w:p>
      <w:r>
        <w:rPr>
          <w:sz w:val="20"/>
        </w:rPr>
        <w:t>58:06  woh weak nahin hai kyunke iska ek known target hai: khaliq ki qurbat. maulana, agla sawal sydney, australia se khalid idrees sahib ne kiya hai.</w:t>
      </w:r>
      <w:r>
        <w:br/>
      </w:r>
      <w:r>
        <w:rPr>
          <w:sz w:val="20"/>
        </w:rPr>
        <w:t>58:23  unhon ne likha hai ke maulana sahib, hamein bachpan se khuda se darna sikhaya gaya hai. is cheez ko hum kaise overcome karen, is ke bare mein bataen.</w:t>
      </w:r>
      <w:r>
        <w:br/>
      </w:r>
      <w:r>
        <w:rPr>
          <w:sz w:val="20"/>
        </w:rPr>
        <w:t>58:36  dekhen, darna ke maani woh nahin jaise ke aap saanp machhli darte hain. is ke maani hain khuda ko apna soul consent banana.</w:t>
      </w:r>
      <w:r>
        <w:br/>
      </w:r>
      <w:r>
        <w:rPr>
          <w:sz w:val="20"/>
        </w:rPr>
        <w:t>58:50  taqwa ka matlab hai khuda ko apna consent banana. woh nahin hai ke saanp</w:t>
      </w:r>
      <w:r>
        <w:br/>
      </w:r>
      <w:r>
        <w:rPr>
          <w:sz w:val="20"/>
        </w:rPr>
        <w:t>58:59  saanp bacho! to woh kahan hai? woh saanp bacho kahan hai jise dare hain? aisa to saanp bacho hai hi nahin! aisa saanp bacho to hai hi nahin!</w:t>
      </w:r>
      <w:r>
        <w:br/>
      </w:r>
      <w:r>
        <w:rPr>
          <w:sz w:val="20"/>
        </w:rPr>
        <w:t>59:11  to woh consent ke maani hain ke sab is ka beginning jo hai, jo taqwa ki beginning hai, woh hai "alhamdulillah".</w:t>
      </w:r>
      <w:r>
        <w:br/>
      </w:r>
      <w:r>
        <w:rPr>
          <w:sz w:val="20"/>
        </w:rPr>
        <w:t>59:25  yani allah ki blessing ka ehsaas, allah ki blessing ko discover kar ke jo allah se nemmat, allah ki blessing ko discover kar ke jo mizaj banta hai, woh paida karna hai apne andar.</w:t>
      </w:r>
      <w:r>
        <w:br/>
      </w:r>
      <w:r>
        <w:rPr>
          <w:sz w:val="20"/>
        </w:rPr>
        <w:t>59:42  aap ek lafz ko na len, pure quran ko padhen</w:t>
      </w:r>
      <w:r>
        <w:br/>
      </w:r>
      <w:r>
        <w:rPr>
          <w:sz w:val="20"/>
        </w:rPr>
        <w:t>59:48  to isi ko doosre lafzon mein farmaya hai ke "walladhi na'manna ashaddu lillah". "walladhi na'manna ashaddu lillah" yani allah ka taqwa jiske andar ho, uske andar allah ki mohabbat bohat zyada hogi, ho jayegi.</w:t>
      </w:r>
      <w:r>
        <w:br/>
      </w:r>
      <w:r>
        <w:rPr>
          <w:sz w:val="20"/>
        </w:rPr>
        <w:t>1:00:08  kyunke woh, kyunke woh jo hai allah ka ki discovery, woh sari ki sari base karti hai blessing par, nemmat par, inaam par.</w:t>
      </w:r>
    </w:p>
    <w:p>
      <w:pPr>
        <w:pStyle w:val="Heading2"/>
      </w:pPr>
      <w:r>
        <w:t>Controlling greed for property and land</w:t>
      </w:r>
    </w:p>
    <w:p>
      <w:r>
        <w:rPr>
          <w:color w:val="666666"/>
          <w:sz w:val="18"/>
        </w:rPr>
        <w:t>Dars-e-Quran, Chapter 2, Verse 25 | November 19, 2017 | Maulana Wahiduddin Khan · 2m 07s · at 1:06:46 · https://youtu.be/ctvrG32NCgA?t=4006</w:t>
      </w:r>
    </w:p>
    <w:p>
      <w:r>
        <w:rPr>
          <w:i/>
        </w:rPr>
        <w:t>“How to control greed of property, house and land? It is killing me.”</w:t>
      </w:r>
    </w:p>
    <w:p>
      <w:r>
        <w:rPr>
          <w:sz w:val="20"/>
        </w:rPr>
        <w:t>1:06:46  maulana, maulana, agla sawal letay hain jo bheja hai khaleel abrar barkati sahib nay, unhon nay apni location</w:t>
      </w:r>
      <w:r>
        <w:br/>
      </w:r>
      <w:r>
        <w:rPr>
          <w:sz w:val="20"/>
        </w:rPr>
        <w:t>1:06:52  nahi likhi hai.</w:t>
      </w:r>
      <w:r>
        <w:br/>
      </w:r>
      <w:r>
        <w:rPr>
          <w:sz w:val="20"/>
        </w:rPr>
        <w:t>1:06:58  ان کا سوال ہے: "مولانا صاحب، how to control greed of property, house and land?" It is killing me.</w:t>
      </w:r>
      <w:r>
        <w:br/>
      </w:r>
      <w:r>
        <w:rPr>
          <w:sz w:val="20"/>
        </w:rPr>
        <w:t>1:07:04  This how to how to control greed of property,</w:t>
      </w:r>
      <w:r>
        <w:br/>
      </w:r>
      <w:r>
        <w:rPr>
          <w:sz w:val="20"/>
        </w:rPr>
        <w:t>1:07:10  house and land? it is distracting me from my study. whenever i am concentrating on my study, this type of thoughts are coming to my mind that my brother is taking all the land and property. therefore success is not coming to me in my examination as i am not fully able to concentrate on my studies. please show me some way how to avoid such thoughts. bh</w:t>
      </w:r>
      <w:r>
        <w:br/>
      </w:r>
      <w:r>
        <w:rPr>
          <w:sz w:val="20"/>
        </w:rPr>
        <w:t>1:07:40  yi, aap aik simple si baat sochiye, simple si kay jin logon ko property aur maal mil gaya</w:t>
      </w:r>
      <w:r>
        <w:br/>
      </w:r>
      <w:r>
        <w:rPr>
          <w:sz w:val="20"/>
        </w:rPr>
        <w:t>1:07:46  hai, un ki zindagi ko dekhiye.</w:t>
      </w:r>
      <w:r>
        <w:br/>
      </w:r>
      <w:r>
        <w:rPr>
          <w:sz w:val="20"/>
        </w:rPr>
        <w:t>1:07:53  misal kay bill gates, dunya ka sab bara wealthy aadmi.</w:t>
      </w:r>
      <w:r>
        <w:br/>
      </w:r>
      <w:r>
        <w:rPr>
          <w:sz w:val="20"/>
        </w:rPr>
        <w:t>1:07:59  donald trump, dunya ka sab say powerful aadmi.</w:t>
      </w:r>
      <w:r>
        <w:br/>
      </w:r>
      <w:r>
        <w:rPr>
          <w:sz w:val="20"/>
        </w:rPr>
        <w:t>1:08:05  لیکن ان کو ایک sucker بھی پیس نہیں ہے،</w:t>
      </w:r>
      <w:r>
        <w:br/>
      </w:r>
      <w:r>
        <w:rPr>
          <w:sz w:val="20"/>
        </w:rPr>
        <w:t>1:08:11  un ko sukoon nahi hai.</w:t>
      </w:r>
      <w:r>
        <w:br/>
      </w:r>
      <w:r>
        <w:rPr>
          <w:sz w:val="20"/>
        </w:rPr>
        <w:t>1:08:16  to kiya cheez aap chahtay hain? kis liye chahtay hain? yani property for the sake of property, wealth</w:t>
      </w:r>
      <w:r>
        <w:br/>
      </w:r>
      <w:r>
        <w:rPr>
          <w:sz w:val="20"/>
        </w:rPr>
        <w:t>1:08:22  for the sake of wealth.</w:t>
      </w:r>
      <w:r>
        <w:br/>
      </w:r>
      <w:r>
        <w:rPr>
          <w:sz w:val="20"/>
        </w:rPr>
        <w:t>1:08:27  jin logon ko property ya wealth mila, un ki zindagi ko, zindagi ko dekhiye to un ki zindagiyaan</w:t>
      </w:r>
      <w:r>
        <w:br/>
      </w:r>
      <w:r>
        <w:rPr>
          <w:sz w:val="20"/>
        </w:rPr>
        <w:t>1:08:32  yani problem say bhari hui hain.</w:t>
      </w:r>
      <w:r>
        <w:br/>
      </w:r>
      <w:r>
        <w:rPr>
          <w:sz w:val="20"/>
        </w:rPr>
        <w:t>1:08:37  hata kay bill gates ko is ki dolat aik museebat nazar anay lagi hai.</w:t>
      </w:r>
      <w:r>
        <w:br/>
      </w:r>
      <w:r>
        <w:rPr>
          <w:sz w:val="20"/>
        </w:rPr>
        <w:t>1:08:42  to kis cheez ko chahtay hain aap? kiya maqsad hai chahanay ka? main samajhta hoon kay aap apnay</w:t>
      </w:r>
      <w:r>
        <w:br/>
      </w:r>
      <w:r>
        <w:rPr>
          <w:sz w:val="20"/>
        </w:rPr>
        <w:t>1:08:48  upar aap revise kijiye.</w:t>
      </w:r>
    </w:p>
    <w:p>
      <w:pPr>
        <w:pStyle w:val="Heading2"/>
      </w:pPr>
      <w:r>
        <w:t>Advice for Muslims living in fear</w:t>
      </w:r>
    </w:p>
    <w:p>
      <w:r>
        <w:rPr>
          <w:color w:val="666666"/>
          <w:sz w:val="18"/>
        </w:rPr>
        <w:t>The Age of Giving Global Thanks Dec 15. 2019—Maulana Wahiduddin Khan · 2m 57s · at 45:50 · https://youtu.be/254Pgn6Ldts?t=2750</w:t>
      </w:r>
    </w:p>
    <w:p>
      <w:r>
        <w:rPr>
          <w:i/>
        </w:rPr>
        <w:t>“Muslims are living in fear today that they are being targeted in some or the other way. What is your advice to all those who are so afraid?”</w:t>
      </w:r>
    </w:p>
    <w:p>
      <w:r>
        <w:rPr>
          <w:sz w:val="20"/>
        </w:rPr>
        <w:t>45:50  maulana, ab sawal lena chahenge. yeh sawal bheja hai gwalior se miss zubair khan ne.</w:t>
      </w:r>
      <w:r>
        <w:br/>
      </w:r>
      <w:r>
        <w:rPr>
          <w:sz w:val="20"/>
        </w:rPr>
        <w:t>46:01  mister zubair khan ne. unhon ne likha hai: "maulana, muslims are living in fear today that they are being targeted in some or the other way.</w:t>
      </w:r>
      <w:r>
        <w:br/>
      </w:r>
      <w:r>
        <w:rPr>
          <w:sz w:val="20"/>
        </w:rPr>
        <w:t>46:11  what is your advice to all those who are so afraid?</w:t>
      </w:r>
      <w:r>
        <w:br/>
      </w:r>
      <w:r>
        <w:rPr>
          <w:sz w:val="20"/>
        </w:rPr>
        <w:t>46:16  " dekhiye, yeh dar jo hai, dar is ka Islam se koi talluq nahi hai.</w:t>
      </w:r>
      <w:r>
        <w:br/>
      </w:r>
      <w:r>
        <w:rPr>
          <w:sz w:val="20"/>
        </w:rPr>
        <w:t>46:23  yeh shaitan jaanta hai.</w:t>
      </w:r>
      <w:r>
        <w:br/>
      </w:r>
      <w:r>
        <w:rPr>
          <w:sz w:val="20"/>
        </w:rPr>
        <w:t>46:26  is ka saboot yeh hai</w:t>
      </w:r>
      <w:r>
        <w:br/>
      </w:r>
      <w:r>
        <w:rPr>
          <w:sz w:val="20"/>
        </w:rPr>
        <w:t>46:29  keh rasool Allah sal Allah aleh wasalam ne jab hijrat kiya tha aur ghar e hira, nahi nahi, ghar</w:t>
      </w:r>
      <w:r>
        <w:br/>
      </w:r>
      <w:r>
        <w:rPr>
          <w:sz w:val="20"/>
        </w:rPr>
        <w:t>46:35  e sor mein aap ne</w:t>
      </w:r>
      <w:r>
        <w:br/>
      </w:r>
      <w:r>
        <w:rPr>
          <w:sz w:val="20"/>
        </w:rPr>
        <w:t>46:39  pehanchay thay to wahan aap ke jo us zamanay mein jo dushman aap ke thay, wo wahan pe</w:t>
      </w:r>
      <w:r>
        <w:br/>
      </w:r>
      <w:r>
        <w:rPr>
          <w:sz w:val="20"/>
        </w:rPr>
        <w:t>46:45  pehanch gaye talwar liye hue.</w:t>
      </w:r>
      <w:r>
        <w:br/>
      </w:r>
      <w:r>
        <w:rPr>
          <w:sz w:val="20"/>
        </w:rPr>
        <w:t>46:47  to aap ke saathi thay hazrat abubakar r.a. unhon ne kaha ke yeh to yahan bhi aa gaye, yani hum makka chhod kar yahan aaye, pohanchay, woh yahan bhi aa gaye.</w:t>
      </w:r>
      <w:r>
        <w:br/>
      </w:r>
      <w:r>
        <w:rPr>
          <w:sz w:val="20"/>
        </w:rPr>
        <w:t>47:00  to sardar ne kaha: "la takhaf, inna allaha ma'ana. mat daro, khauf mat karo, allah hamaray sath hai." yeh hai rasool allah sallallahu alaihi wasallam ka uswa aur yeh hai hamara islam ka taleem.</w:t>
      </w:r>
      <w:r>
        <w:br/>
      </w:r>
      <w:r>
        <w:rPr>
          <w:sz w:val="20"/>
        </w:rPr>
        <w:t>47:21  is ko apna apnaiey, is ko aur khauf ko apni dictionary se nikal dijiye. khauf ka lafz, fear ka lafz, apni dictionary se nikal dijiye.</w:t>
      </w:r>
      <w:r>
        <w:br/>
      </w:r>
      <w:r>
        <w:rPr>
          <w:sz w:val="20"/>
        </w:rPr>
        <w:t>47:40  molana, agla comment parhna chahenge. yeh comment bheja hai muhammad ammar sahib ne dilli se. unhon ne likha hai: "verily molana, there are so many reasons to be grateful for.</w:t>
      </w:r>
      <w:r>
        <w:br/>
      </w:r>
      <w:r>
        <w:rPr>
          <w:sz w:val="20"/>
        </w:rPr>
        <w:t>47:55  that is why allah has said in the chapter al imran. so which of the favors of your lord would you deny</w:t>
      </w:r>
      <w:r>
        <w:br/>
      </w:r>
      <w:r>
        <w:rPr>
          <w:sz w:val="20"/>
        </w:rPr>
        <w:t>48:03  ?" molana, agla comment bheja hai aa srinagar se miss sahar saleem ne.</w:t>
      </w:r>
      <w:r>
        <w:br/>
      </w:r>
      <w:r>
        <w:rPr>
          <w:sz w:val="20"/>
        </w:rPr>
        <w:t>48:11  unhon ne likha hai: "da'wah opportunities are everywhere. one has to just look for them. the emphasis should always be on the transmission of message and not conversion.</w:t>
      </w:r>
      <w:r>
        <w:br/>
      </w:r>
      <w:r>
        <w:rPr>
          <w:sz w:val="20"/>
        </w:rPr>
        <w:t>48:25  da'wah has become the universal need in the present world.</w:t>
      </w:r>
      <w:r>
        <w:br/>
      </w:r>
      <w:r>
        <w:rPr>
          <w:sz w:val="20"/>
        </w:rPr>
        <w:t>48:30  may allah give us courage to present islam to the world. may allah open our hearts and minds to work together for his deen.</w:t>
      </w:r>
      <w:r>
        <w:br/>
      </w:r>
      <w:r>
        <w:rPr>
          <w:sz w:val="20"/>
        </w:rPr>
        <w:t>48:39  thank you molana sahib for reminding us again and again the responsibilities we have towards allah and his religion.</w:t>
      </w:r>
    </w:p>
    <w:p>
      <w:pPr>
        <w:pStyle w:val="Heading2"/>
      </w:pPr>
      <w:r>
        <w:t>Obstacle in Taking Lesson from Death</w:t>
      </w:r>
    </w:p>
    <w:p>
      <w:r>
        <w:rPr>
          <w:color w:val="666666"/>
          <w:sz w:val="18"/>
        </w:rPr>
        <w:t>Concept of Death in Islam August 26, 2012 · 1m 52s · at 1:04:07 · https://youtu.be/y0TJxKi0L94?t=3847</w:t>
      </w:r>
    </w:p>
    <w:p>
      <w:r>
        <w:rPr>
          <w:i/>
        </w:rPr>
        <w:t>“What is the biggest obstacle we face when trying to take a lesson from death, and how do we clear our minds of this obstacle?”</w:t>
      </w:r>
    </w:p>
    <w:p>
      <w:r>
        <w:rPr>
          <w:sz w:val="20"/>
        </w:rPr>
        <w:t>1:04:07  maulana, agla sawal miss fatima sarah ka hai, bangalore se. unhon ne likha hai what is the biggest obstacle we face when trying to take a lesson from death, and how we do clear our minds of this obstacle?</w:t>
      </w:r>
      <w:r>
        <w:br/>
      </w:r>
      <w:r>
        <w:rPr>
          <w:sz w:val="20"/>
        </w:rPr>
        <w:t>1:04:24  baat yeh hai ke insan jo hai, jo cheez dikhai de, us ko to foran woh le leta hai. jo cheez dikhai na de,</w:t>
      </w:r>
      <w:r>
        <w:br/>
      </w:r>
      <w:r>
        <w:rPr>
          <w:sz w:val="20"/>
        </w:rPr>
        <w:t>1:04:37  us ko soch kar us ko lena pade to is mein woh fail ho jata hai.</w:t>
      </w:r>
      <w:r>
        <w:br/>
      </w:r>
      <w:r>
        <w:rPr>
          <w:sz w:val="20"/>
        </w:rPr>
        <w:t>1:04:45  to maut se pehle ki duniya to dikhai de rahi hai, is ka nafa, is ka nuksan, is ka aaram, is ki takleef, is ki khushi, is ka gham, yeh sab dikhai de raha hai.</w:t>
      </w:r>
      <w:r>
        <w:br/>
      </w:r>
      <w:r>
        <w:rPr>
          <w:sz w:val="20"/>
        </w:rPr>
        <w:t>1:04:58  lekin maut ke baad ka jo khushi o gham hai, aaram o takleef hai, woh dikhai nahi deta. to insan ki kamzori hai ke woh dikhai dene wali cheezon mein jeeta hai.</w:t>
      </w:r>
      <w:r>
        <w:br/>
      </w:r>
      <w:r>
        <w:rPr>
          <w:sz w:val="20"/>
        </w:rPr>
        <w:t>1:05:12  isi liye quran mein hai ke yuminoon bil ghaib jo apne mind, jo quran mein hai ke zalik al kitab ja raha hai fihil mutaqeen allazina yuminoon bil ghaib ilm bil ghaib matlab yeh hai ke jo apna apne mind ko itna develop karein,</w:t>
      </w:r>
      <w:r>
        <w:br/>
      </w:r>
      <w:r>
        <w:rPr>
          <w:sz w:val="20"/>
        </w:rPr>
        <w:t>1:05:31  itna itna intellectual awakening jis ke andar aa jaye, jis ka zehan itna bedar ho jaye, bedar ho jaye ke jo dikhai nahi deta, us par hi soche woh.</w:t>
      </w:r>
      <w:r>
        <w:br/>
      </w:r>
      <w:r>
        <w:rPr>
          <w:sz w:val="20"/>
        </w:rPr>
        <w:t>1:05:44  tab ja kar aisa hoga ke woh maut ki haqeeqat ko samjhenge aur maut ke baad wali jo zindagi hai, us ke lehaz se apni zindagi ki planning karenge.</w:t>
      </w:r>
    </w:p>
    <w:p>
      <w:pPr>
        <w:pStyle w:val="Heading2"/>
      </w:pPr>
      <w:r>
        <w:t>How to Avoid Youthful Negligence about Death</w:t>
      </w:r>
    </w:p>
    <w:p>
      <w:r>
        <w:rPr>
          <w:color w:val="666666"/>
          <w:sz w:val="18"/>
        </w:rPr>
        <w:t>Concept of Death in Islam August 26, 2012 · 1m 59s · at 1:08:16 · https://youtu.be/y0TJxKi0L94?t=4096</w:t>
      </w:r>
    </w:p>
    <w:p>
      <w:r>
        <w:rPr>
          <w:i/>
        </w:rPr>
        <w:t>“I am young today and see death as something far away. How can I save myself from this negligence? Please explain.”</w:t>
      </w:r>
    </w:p>
    <w:p>
      <w:r>
        <w:rPr>
          <w:sz w:val="20"/>
        </w:rPr>
        <w:t>1:08:16  Maulana, agla sawal Tamil Nadu se hai, Maulana Iqbal Umri sahib ka. unhon ne likha hai Maulana, aaj mein jawan hoon, maut ko door dekh raha hoon.</w:t>
      </w:r>
      <w:r>
        <w:br/>
      </w:r>
      <w:r>
        <w:rPr>
          <w:sz w:val="20"/>
        </w:rPr>
        <w:t>1:08:29  is ghaflat se mein kaise bachu, is ke baray mein batayein. isi liye to Allah taala ne maut ka waqt koi nahi rakha.</w:t>
      </w:r>
      <w:r>
        <w:br/>
      </w:r>
      <w:r>
        <w:rPr>
          <w:sz w:val="20"/>
        </w:rPr>
        <w:t>1:08:40  bacha hi marta hai, jawan hi marta hai, bara hi marta hai.</w:t>
      </w:r>
      <w:r>
        <w:br/>
      </w:r>
      <w:r>
        <w:rPr>
          <w:sz w:val="20"/>
        </w:rPr>
        <w:t>1:08:45  jaise mein aksar sochta rehta hoon, aksar sochta rehta hoon mein ke mere teen bachay mar chukay, mere apnay.</w:t>
      </w:r>
      <w:r>
        <w:br/>
      </w:r>
      <w:r>
        <w:rPr>
          <w:sz w:val="20"/>
        </w:rPr>
        <w:t>1:08:55  zahair hai ke woh bachay mujh se bohat chotay thay. to bas sochta rehta hoon, mere teen bachay mar chukay, mere chotay bhai mar chukay, meri choti behan mar chuki.</w:t>
      </w:r>
      <w:r>
        <w:br/>
      </w:r>
      <w:r>
        <w:rPr>
          <w:sz w:val="20"/>
        </w:rPr>
        <w:t>1:09:09  to aadmi yeh waqiat aadmi ko is liye hotay hain ke aadmi soche ke tum se chotay jo mar gaye hain, tum kyun nahi maroge?</w:t>
      </w:r>
      <w:r>
        <w:br/>
      </w:r>
      <w:r>
        <w:rPr>
          <w:sz w:val="20"/>
        </w:rPr>
        <w:t>1:09:21  Allah taala ne yaani maut ka agar ek fix kar diya hota, fix ke nawway saal mein har aadmi ko marna hai, tab to sochna mushkil hota.</w:t>
      </w:r>
      <w:r>
        <w:br/>
      </w:r>
      <w:r>
        <w:rPr>
          <w:sz w:val="20"/>
        </w:rPr>
        <w:t>1:09:33  lekin jab hum dekhte hain ke bacha hi mara, bacha hi marta hai, nojawan marta hai, har har umar ke log martay rehte hain barabar.</w:t>
      </w:r>
      <w:r>
        <w:br/>
      </w:r>
      <w:r>
        <w:rPr>
          <w:sz w:val="20"/>
        </w:rPr>
        <w:t>1:09:43  to yeh isi liye hai ke yeh waqiat aadmi ke liye reminder banay, reminder.</w:t>
      </w:r>
      <w:r>
        <w:br/>
      </w:r>
      <w:r>
        <w:rPr>
          <w:sz w:val="20"/>
        </w:rPr>
        <w:t>1:09:50  sochein ke dekho, mujh se chota yeh hai mar gaya to mein mein kyun nahi marunga?</w:t>
      </w:r>
      <w:r>
        <w:br/>
      </w:r>
      <w:r>
        <w:rPr>
          <w:sz w:val="20"/>
        </w:rPr>
        <w:t>1:09:59  to logon mein wohi mein jo arz kiya ke logon mein soch jagana hai, intellectual awakening lana hai, isi ki kami hai. sari kami isi cheez ki hai.</w:t>
      </w:r>
    </w:p>
    <w:p>
      <w:pPr>
        <w:pStyle w:val="Heading2"/>
      </w:pPr>
      <w:r>
        <w:t>Formula to overcome anxiety and fear</w:t>
      </w:r>
    </w:p>
    <w:p>
      <w:r>
        <w:rPr>
          <w:color w:val="666666"/>
          <w:sz w:val="18"/>
        </w:rPr>
        <w:t>Spirit of Ramadan | June 14, 2015 · 4m 02s · at 59:06 · https://youtu.be/LMQxfxQcnxQ?t=3546</w:t>
      </w:r>
    </w:p>
    <w:p>
      <w:r>
        <w:rPr>
          <w:i/>
        </w:rPr>
        <w:t>“Is there any way I can be free from anxiety, negative thoughts and fear? Please suggest me a formula of life that helps me manage such feelings.”</w:t>
      </w:r>
    </w:p>
    <w:p>
      <w:r>
        <w:rPr>
          <w:sz w:val="20"/>
        </w:rPr>
        <w:t>59:06  mona, yeh agla sawal aaya hai mister ajay dwivedi ka gurgaon se.</w:t>
      </w:r>
      <w:r>
        <w:br/>
      </w:r>
      <w:r>
        <w:rPr>
          <w:sz w:val="20"/>
        </w:rPr>
        <w:t>59:12  مولانا صاحب، Is there any way I can be free from anxiety, negative thoughts and fear? Please suggest.</w:t>
      </w:r>
      <w:r>
        <w:br/>
      </w:r>
      <w:r>
        <w:rPr>
          <w:sz w:val="20"/>
        </w:rPr>
        <w:t>59:18  me a formula of life that helps me manage such feelings.</w:t>
      </w:r>
      <w:r>
        <w:br/>
      </w:r>
      <w:r>
        <w:rPr>
          <w:sz w:val="20"/>
        </w:rPr>
        <w:t>59:24  kya matlab? kya matlab hai? mona, in ka sawal yeh hai ke is there any way that i</w:t>
      </w:r>
      <w:r>
        <w:br/>
      </w:r>
      <w:r>
        <w:rPr>
          <w:sz w:val="20"/>
        </w:rPr>
        <w:t>59:30  can be free from anxiety and negative thoughts and fear?</w:t>
      </w:r>
      <w:r>
        <w:br/>
      </w:r>
      <w:r>
        <w:rPr>
          <w:sz w:val="20"/>
        </w:rPr>
        <w:t>59:36  so he wants a formula. bhai, anxiety kis baat par? job ko lekar, business ko lekar, kis baat ko lekar? paise ko lekar? to dekhen, abhi kal ke akhbar mein main ek reference doonga. duniya ke richest aadmi ka woh aaya hai, abhi kal ke Times of India mein padha maine. woh China ka hai, duniya ka richest aadmi. us ne taqreer ki hai jo Times of India mein chhapi hai ke pehle main school</w:t>
      </w:r>
      <w:r>
        <w:br/>
      </w:r>
      <w:r>
        <w:rPr>
          <w:sz w:val="20"/>
        </w:rPr>
        <w:t>1:00:06  will teacher tha aur mahine mujh ko 12 dollar milta tha china mein.</w:t>
      </w:r>
      <w:r>
        <w:br/>
      </w:r>
      <w:r>
        <w:rPr>
          <w:sz w:val="20"/>
        </w:rPr>
        <w:t>1:00:11  woh english jaanta tha toh english teacher tha.</w:t>
      </w:r>
      <w:r>
        <w:br/>
      </w:r>
      <w:r>
        <w:rPr>
          <w:sz w:val="20"/>
        </w:rPr>
        <w:t>1:00:16  woh phir us ne business shuru kiya toh 12 us ne likha hai ke jab mein mahine mein</w:t>
      </w:r>
      <w:r>
        <w:br/>
      </w:r>
      <w:r>
        <w:rPr>
          <w:sz w:val="20"/>
        </w:rPr>
        <w:t>1:00:21  jo 12 dollar kamata tha toh woh bohat khush rehta tha.</w:t>
      </w:r>
      <w:r>
        <w:br/>
      </w:r>
      <w:r>
        <w:rPr>
          <w:sz w:val="20"/>
        </w:rPr>
        <w:t>1:00:26  ab mere paas billion billion paisa hai lekin ab mein khush nahi hoon.</w:t>
      </w:r>
      <w:r>
        <w:br/>
      </w:r>
      <w:r>
        <w:rPr>
          <w:sz w:val="20"/>
        </w:rPr>
        <w:t>1:00:31  toh toh yeh yeh</w:t>
      </w:r>
      <w:r>
        <w:br/>
      </w:r>
      <w:r>
        <w:rPr>
          <w:sz w:val="20"/>
        </w:rPr>
        <w:t>1:00:36  yeh anxiety hai. anxiety is cheez ke liye jo us se anxiety badha hua hai. aisi cheez ki, aisi cheez ke liye log anxiety ko paalte hain ke woh agar poori ho jaye to aur aur anxiety badh jaye ke zyada bada ghar, zyada badi, bahut hi car, bada jawab, job, bahut zyada business. woh to anxiety aur badhane wali cheez hai. woh to dekhen, anxiety jo hai woh ek intellectual state ka naam hai, ek zehni haalat.</w:t>
      </w:r>
      <w:r>
        <w:br/>
      </w:r>
      <w:r>
        <w:rPr>
          <w:sz w:val="20"/>
        </w:rPr>
        <w:t>1:01:06  aap zehan ki satah par apne ko positive banaiye.</w:t>
      </w:r>
      <w:r>
        <w:br/>
      </w:r>
      <w:r>
        <w:rPr>
          <w:sz w:val="20"/>
        </w:rPr>
        <w:t>1:01:12  bahir bahir ki satah par aap sochenge aur bahir koi anxiety ka sabab nikal kar us ko</w:t>
      </w:r>
      <w:r>
        <w:br/>
      </w:r>
      <w:r>
        <w:rPr>
          <w:sz w:val="20"/>
        </w:rPr>
        <w:t>1:01:18  door karne ki koshish karenge toh is se anxiety door hone wali nahi hai.</w:t>
      </w:r>
      <w:r>
        <w:br/>
      </w:r>
      <w:r>
        <w:rPr>
          <w:sz w:val="20"/>
        </w:rPr>
        <w:t>1:01:24  misalan mein hoon, dekhiye, mein koi anxiety nahi hoon kyunke har anxiety, dekhiye, har anxiety jo hoti hai</w:t>
      </w:r>
      <w:r>
        <w:br/>
      </w:r>
      <w:r>
        <w:rPr>
          <w:sz w:val="20"/>
        </w:rPr>
        <w:t>1:01:31  kisi external reason se hoti hai,</w:t>
      </w:r>
      <w:r>
        <w:br/>
      </w:r>
      <w:r>
        <w:rPr>
          <w:sz w:val="20"/>
        </w:rPr>
        <w:t>1:01:37  internal reason se nahi hoti.</w:t>
      </w:r>
      <w:r>
        <w:br/>
      </w:r>
      <w:r>
        <w:rPr>
          <w:sz w:val="20"/>
        </w:rPr>
        <w:t>1:01:40  toh bas mein kahoon ke chalo bhai, yeh bhi theek hai.</w:t>
      </w:r>
      <w:r>
        <w:br/>
      </w:r>
      <w:r>
        <w:rPr>
          <w:sz w:val="20"/>
        </w:rPr>
        <w:t>1:01:43  mere paas agar falan cheez nahi hai toh yeh bhi theek hai.</w:t>
      </w:r>
      <w:r>
        <w:br/>
      </w:r>
      <w:r>
        <w:rPr>
          <w:sz w:val="20"/>
        </w:rPr>
        <w:t>1:01:47  paisa kam hai toh bhi theek hai.</w:t>
      </w:r>
      <w:r>
        <w:br/>
      </w:r>
      <w:r>
        <w:rPr>
          <w:sz w:val="20"/>
        </w:rPr>
        <w:t>1:01:50  mein america mein ek sahib ka qissa mein ne bataya hoga aap ko pehle ke ek sahib ka</w:t>
      </w:r>
      <w:r>
        <w:br/>
      </w:r>
      <w:r>
        <w:rPr>
          <w:sz w:val="20"/>
        </w:rPr>
        <w:t>1:01:53  mein woh le gaye.</w:t>
      </w:r>
      <w:r>
        <w:br/>
      </w:r>
      <w:r>
        <w:rPr>
          <w:sz w:val="20"/>
        </w:rPr>
        <w:t>1:01:57  mein kahin gaya tha kisi program mein toh hotel mein thehra tha toh woh hotel se utha ke</w:t>
      </w:r>
      <w:r>
        <w:br/>
      </w:r>
      <w:r>
        <w:rPr>
          <w:sz w:val="20"/>
        </w:rPr>
        <w:t>1:02:00  apne ghar le gaye.</w:t>
      </w:r>
      <w:r>
        <w:br/>
      </w:r>
      <w:r>
        <w:rPr>
          <w:sz w:val="20"/>
        </w:rPr>
        <w:t>1:02:03  mujh ko woh paise wale aadmi they toh</w:t>
      </w:r>
      <w:r>
        <w:br/>
      </w:r>
      <w:r>
        <w:rPr>
          <w:sz w:val="20"/>
        </w:rPr>
        <w:t>1:02:07  beh-haal mein ne dekha ke woh bohat khush rehte hain.</w:t>
      </w:r>
      <w:r>
        <w:br/>
      </w:r>
      <w:r>
        <w:rPr>
          <w:sz w:val="20"/>
        </w:rPr>
        <w:t>1:02:11  aam taur par america mein kisi ko khush nahi paya mein ne.</w:t>
      </w:r>
      <w:r>
        <w:br/>
      </w:r>
      <w:r>
        <w:rPr>
          <w:sz w:val="20"/>
        </w:rPr>
        <w:t>1:02:15  aam taur par wohi anxiety wale paya mein ne, woh khush they.</w:t>
      </w:r>
      <w:r>
        <w:br/>
      </w:r>
      <w:r>
        <w:rPr>
          <w:sz w:val="20"/>
        </w:rPr>
        <w:t>1:02:20  to mein ne wash kiya un ko to mujhe samjhaya ke unhon ne aik wohi formula pakar liya</w:t>
      </w:r>
      <w:r>
        <w:br/>
      </w:r>
      <w:r>
        <w:rPr>
          <w:sz w:val="20"/>
        </w:rPr>
        <w:t>1:02:24  ke chalo yeh bhi theek hai, jo bhi ho jaye, chalo yeh bhi theek hai.</w:t>
      </w:r>
      <w:r>
        <w:br/>
      </w:r>
      <w:r>
        <w:rPr>
          <w:sz w:val="20"/>
        </w:rPr>
        <w:t>1:02:28  mislan aik din mein ne un se kaha ke chaliye kal hum amreeka ke kisi park mein chalenge.</w:t>
      </w:r>
      <w:r>
        <w:br/>
      </w:r>
      <w:r>
        <w:rPr>
          <w:sz w:val="20"/>
        </w:rPr>
        <w:t>1:02:33  kaha theek hai.</w:t>
      </w:r>
      <w:r>
        <w:br/>
      </w:r>
      <w:r>
        <w:rPr>
          <w:sz w:val="20"/>
        </w:rPr>
        <w:t>1:02:37  to program ban gaya.</w:t>
      </w:r>
      <w:r>
        <w:br/>
      </w:r>
      <w:r>
        <w:rPr>
          <w:sz w:val="20"/>
        </w:rPr>
        <w:t>1:02:41  agle din subah ko woh apna tayar ho kar aaye, kapra pakar kar tayar ho kar aaye ke chale.</w:t>
      </w:r>
      <w:r>
        <w:br/>
      </w:r>
      <w:r>
        <w:rPr>
          <w:sz w:val="20"/>
        </w:rPr>
        <w:t>1:02:45  to mein ne kaha bhai, mera mood nahi jane ka.</w:t>
      </w:r>
      <w:r>
        <w:br/>
      </w:r>
      <w:r>
        <w:rPr>
          <w:sz w:val="20"/>
        </w:rPr>
        <w:t>1:02:48  yeh to kya kehte hain? chalo yeh bhi theek hai.</w:t>
      </w:r>
      <w:r>
        <w:br/>
      </w:r>
      <w:r>
        <w:rPr>
          <w:sz w:val="20"/>
        </w:rPr>
        <w:t>1:02:52  to sab se acha formula hai jo hai, us ko chalo yeh bhi theek hai.</w:t>
      </w:r>
      <w:r>
        <w:br/>
      </w:r>
      <w:r>
        <w:rPr>
          <w:sz w:val="20"/>
        </w:rPr>
        <w:t>1:02:56  to anxiety zehan mein paida hoti hai aur zehni woh khatam kar sakte hain.</w:t>
      </w:r>
      <w:r>
        <w:br/>
      </w:r>
      <w:r>
        <w:rPr>
          <w:sz w:val="20"/>
        </w:rPr>
        <w:t>1:03:00  aap anxiety mind mein paida hoti hai aur mind hi woh khatam kar sakte hain.</w:t>
      </w:r>
      <w:r>
        <w:br/>
      </w:r>
      <w:r>
        <w:rPr>
          <w:sz w:val="20"/>
        </w:rPr>
        <w:t>1:03:04  us ko aap</w:t>
      </w:r>
    </w:p>
    <w:p>
      <w:pPr>
        <w:pStyle w:val="Heading2"/>
      </w:pPr>
      <w:r>
        <w:t>Unawareness of death reality</w:t>
      </w:r>
    </w:p>
    <w:p>
      <w:r>
        <w:rPr>
          <w:color w:val="666666"/>
          <w:sz w:val="18"/>
        </w:rPr>
        <w:t>Life after Death I 22nd Jan. 2012 Maulana Wahiduddin Khan · 1m 57s · at 1:13:35 · https://youtu.be/Pa8c09DFrkA?t=4415</w:t>
      </w:r>
    </w:p>
    <w:p>
      <w:r>
        <w:rPr>
          <w:i/>
        </w:rPr>
        <w:t>“Death is man's biggest reality. Why does he stay unaware of it?”</w:t>
      </w:r>
    </w:p>
    <w:p>
      <w:r>
        <w:rPr>
          <w:sz w:val="20"/>
        </w:rPr>
        <w:t>1:13:35  maulana, agla sawal dilli se hai, miss naghma siddiqi ka. unhon ne poocha hai Death is man's biggest reality.</w:t>
      </w:r>
      <w:r>
        <w:br/>
      </w:r>
      <w:r>
        <w:rPr>
          <w:sz w:val="20"/>
        </w:rPr>
        <w:t>1:13:43  Why does he stay unaware of it? bhai to shaitan ka sab se bara harba hai. shaitan chahta hai ke</w:t>
      </w:r>
      <w:r>
        <w:br/>
      </w:r>
      <w:r>
        <w:rPr>
          <w:sz w:val="20"/>
        </w:rPr>
        <w:t>1:13:53  maut se aadmi ko bhulaye rakhe, maut ko bhulaye rakhe. kyunke maut aayegi to aadmi ki zindagi badal jayegi bilkul.</w:t>
      </w:r>
      <w:r>
        <w:br/>
      </w:r>
      <w:r>
        <w:rPr>
          <w:sz w:val="20"/>
        </w:rPr>
        <w:t>1:14:05  to yeh shaitan ka main samajhta hoon ke sab se bara harba yeh hai ke aadmi ko</w:t>
      </w:r>
      <w:r>
        <w:br/>
      </w:r>
      <w:r>
        <w:rPr>
          <w:sz w:val="20"/>
        </w:rPr>
        <w:t>1:14:11  . ab dekhiye aap ghor kijiye. yeh shaitan ki sunnat hai yeh. aap ghor kijiye ke shaitan ne Allah taala se baghavat ki.</w:t>
      </w:r>
      <w:r>
        <w:br/>
      </w:r>
      <w:r>
        <w:rPr>
          <w:sz w:val="20"/>
        </w:rPr>
        <w:t>1:14:22  agar woh sach much is ko yaqeen hota ke mujhe isi Khuda ke paas lotna hai qayamat mein aur mujhe saza sunai jayegi.</w:t>
      </w:r>
      <w:r>
        <w:br/>
      </w:r>
      <w:r>
        <w:rPr>
          <w:sz w:val="20"/>
        </w:rPr>
        <w:t>1:14:32  sach much is ka ehsas hota to woh khud hi yeh kaam na karta. to shaitan khud bekhabar tha is baat se ke mujhe dobara Allah</w:t>
      </w:r>
    </w:p>
    <w:p>
      <w:pPr>
        <w:pStyle w:val="Heading2"/>
      </w:pPr>
      <w:r>
        <w:t>Constriction when hearing about God and afterlife</w:t>
      </w:r>
    </w:p>
    <w:p>
      <w:r>
        <w:rPr>
          <w:color w:val="666666"/>
          <w:sz w:val="18"/>
        </w:rPr>
        <w:t>The Expression of Faith (Izhar e Deen) September 1, 2013 · 1m 12s · at 52:41 · https://youtu.be/muBDJ8a_8-0?t=3161</w:t>
      </w:r>
    </w:p>
    <w:p>
      <w:r>
        <w:rPr>
          <w:i/>
        </w:rPr>
        <w:t>“When only God and the afterlife are spoken about, I feel a constriction in my soul. Why does that happen?”</w:t>
      </w:r>
    </w:p>
    <w:p>
      <w:r>
        <w:rPr>
          <w:sz w:val="20"/>
        </w:rPr>
        <w:t>52:41  maulana, un ka aik aur sawal hai. unhon ne likha hai: "maulana, sirf khuda aur akhirat ki baat hoti hai to nafs mein tangi mehsoos hoti hai.</w:t>
      </w:r>
      <w:r>
        <w:br/>
      </w:r>
      <w:r>
        <w:rPr>
          <w:sz w:val="20"/>
        </w:rPr>
        <w:t>52:51  maulana, aisa kyun hota hai?"</w:t>
      </w:r>
      <w:r>
        <w:br/>
      </w:r>
      <w:r>
        <w:rPr>
          <w:sz w:val="20"/>
        </w:rPr>
        <w:t>52:56  tangi is liye ke khuda o akhirat ka yaqeen nahi. yeh to sab se bari baat hai. khuda o akhirat ki baat se bari baat koi ho nahi sakti.</w:t>
      </w:r>
      <w:r>
        <w:br/>
      </w:r>
      <w:r>
        <w:rPr>
          <w:sz w:val="20"/>
        </w:rPr>
        <w:t>53:06  lekin agar tangi mehsoos ho, jis ko kehte hain ishq o izaz, ishq o izaz to mushrikon ka ki alamat hai.</w:t>
      </w:r>
      <w:r>
        <w:br/>
      </w:r>
      <w:r>
        <w:rPr>
          <w:sz w:val="20"/>
        </w:rPr>
        <w:t>53:17  mushrikon ki alamat hai yeh. yani aadmi kisi aur cheez ko bara banaye hue ho. agar aap aadmi kisi aur cheez ko bara banaye hue hain to wahan par agar zikr kiya gaya</w:t>
      </w:r>
      <w:r>
        <w:br/>
      </w:r>
      <w:r>
        <w:rPr>
          <w:sz w:val="20"/>
        </w:rPr>
        <w:t>53:30  jaye ga khuda aur akhirat ki ki ahmiyat ka to woh us ko ishq o izaz ho jayega. to agar kisi insan ke andar ishq o izaz ki kaifiyat paida hoti hai to us ko samajhna chahiye ke us ke iman mein kami hai.</w:t>
      </w:r>
      <w:r>
        <w:br/>
      </w:r>
      <w:r>
        <w:rPr>
          <w:sz w:val="20"/>
        </w:rPr>
        <w:t>53:46  us ko apne iman ko pakhta karna chahiye.</w:t>
      </w:r>
    </w:p>
    <w:p>
      <w:pPr>
        <w:pStyle w:val="Heading2"/>
      </w:pPr>
      <w:r>
        <w:t>Answering Criticism of Fear-Based Worship</w:t>
      </w:r>
    </w:p>
    <w:p>
      <w:r>
        <w:rPr>
          <w:color w:val="666666"/>
          <w:sz w:val="18"/>
        </w:rPr>
        <w:t>Q&amp;A 04 DEC 2011 Maulana Wahiduddin Khan · 2m 28s · at 33:20 · https://youtu.be/KIMNmuUZoGo?t=2000</w:t>
      </w:r>
    </w:p>
    <w:p>
      <w:r>
        <w:rPr>
          <w:i/>
        </w:rPr>
        <w:t>“In one of the discussions with my doctor, he said that first impression he got from Quran is that God wants to scare people and threaten man to worship. He gave examples of hell and burning in fire, etc. He said that a man should have loving relationship with God and not the one based on fear. Maulana please guide me for its appropriate answer.”</w:t>
      </w:r>
    </w:p>
    <w:p>
      <w:r>
        <w:rPr>
          <w:sz w:val="20"/>
        </w:rPr>
        <w:t>33:20  ji. maulana agla sawal aaya hai mister zeeshan yusuf ka hyderabad se. unhon ne likha hai: "in one of the discussions with my doctor, he said that first impression he got from quran is that god wants to scare people and threaten man to worship</w:t>
      </w:r>
      <w:r>
        <w:br/>
      </w:r>
      <w:r>
        <w:rPr>
          <w:sz w:val="20"/>
        </w:rPr>
        <w:t>33:44  . he gave examples of hell and burning in fire, etc. he said that a man should have loving relationship with god and not the one based on fear.</w:t>
      </w:r>
      <w:r>
        <w:br/>
      </w:r>
      <w:r>
        <w:rPr>
          <w:sz w:val="20"/>
        </w:rPr>
        <w:t>33:57  maulana please guide me for its appropriate answer."</w:t>
      </w:r>
      <w:r>
        <w:br/>
      </w:r>
      <w:r>
        <w:rPr>
          <w:sz w:val="20"/>
        </w:rPr>
        <w:t>34:03  dekhiye yeh aik cheez ko bure dhang se explain karna hai. masla fear ka ya hell ka nahin hai.</w:t>
      </w:r>
      <w:r>
        <w:br/>
      </w:r>
      <w:r>
        <w:rPr>
          <w:sz w:val="20"/>
        </w:rPr>
        <w:t>34:13  masla yeh hai ke khuda ka takhleeqi mansooba kya hai? creation plan of god kya hai? woh is se juri hui baat hai.</w:t>
      </w:r>
      <w:r>
        <w:br/>
      </w:r>
      <w:r>
        <w:rPr>
          <w:sz w:val="20"/>
        </w:rPr>
        <w:t>34:21  keh khuda ne jab banaya hai duniya ko to yeh testing ground hai.</w:t>
      </w:r>
      <w:r>
        <w:br/>
      </w:r>
      <w:r>
        <w:rPr>
          <w:sz w:val="20"/>
        </w:rPr>
        <w:t>34:30  to khuda select kar raha hai, select. ek selection khuda ki taraf se ho raha hai. kaun is test mein poora hua, kaun poora nahi hua.</w:t>
      </w:r>
      <w:r>
        <w:br/>
      </w:r>
      <w:r>
        <w:rPr>
          <w:sz w:val="20"/>
        </w:rPr>
        <w:t>34:40  jo poora hoga us ke paradise hai, poora nahi woh hell hai is ka. to woh to khuda ne bataya hai.</w:t>
      </w:r>
      <w:r>
        <w:br/>
      </w:r>
      <w:r>
        <w:rPr>
          <w:sz w:val="20"/>
        </w:rPr>
        <w:t>34:47  woh jis ko aap kehte hain keh threat diya hai, threat nahi diya hai. balkeh bataya hai keh kya hai takhleeqi mansooba, kya hone wala hai. to batane ko aap threat keh rahe hain.</w:t>
      </w:r>
      <w:r>
        <w:br/>
      </w:r>
      <w:r>
        <w:rPr>
          <w:sz w:val="20"/>
        </w:rPr>
        <w:t>34:58  ghalat us ko ek bura naam de rahe hain. yaani khuda ne jo cheez bator waqia batayi hai us ko aap keh rahe hain threat.</w:t>
      </w:r>
      <w:r>
        <w:br/>
      </w:r>
      <w:r>
        <w:rPr>
          <w:sz w:val="20"/>
        </w:rPr>
        <w:t>35:07  threat ki baat nahi hai.</w:t>
      </w:r>
      <w:r>
        <w:br/>
      </w:r>
      <w:r>
        <w:rPr>
          <w:sz w:val="20"/>
        </w:rPr>
        <w:t>35:09  agar agar agar aap ko traffic police kahe keh agar ghalat tareeqe se chalaoge gaari gaari to accident ho jayega to kahein threat hua?</w:t>
      </w:r>
      <w:r>
        <w:br/>
      </w:r>
      <w:r>
        <w:rPr>
          <w:sz w:val="20"/>
        </w:rPr>
        <w:t>35:19  agar traffic police wala kahein khada hua hai woh kahe keh tum agar ghalat gaari chaloge to</w:t>
      </w:r>
      <w:r>
        <w:br/>
      </w:r>
      <w:r>
        <w:rPr>
          <w:sz w:val="20"/>
        </w:rPr>
        <w:t>35:29  accident ho jayega, mar jaoge. to threat nahi hai yeh. yeh ek baat hai, us ko bataya us ne. aisi quran mein jo hai woh ek baat hai, woh batayi gayi hai, woh threat ko kehte hain aap us ko.</w:t>
      </w:r>
      <w:r>
        <w:br/>
      </w:r>
      <w:r>
        <w:rPr>
          <w:sz w:val="20"/>
        </w:rPr>
        <w:t>35:39  woh threat nahi hai. simply woh information hai.</w:t>
      </w:r>
    </w:p>
    <w:p>
      <w:pPr>
        <w:pStyle w:val="Heading2"/>
      </w:pPr>
      <w:r>
        <w:t>Why is man unaware of death</w:t>
      </w:r>
    </w:p>
    <w:p>
      <w:r>
        <w:rPr>
          <w:color w:val="666666"/>
          <w:sz w:val="18"/>
        </w:rPr>
        <w:t>Life After Death January 22, 2012 · 2m 58s · at 1:13:41 · https://youtu.be/5hVH1BLKBF4?t=4421</w:t>
      </w:r>
    </w:p>
    <w:p>
      <w:r>
        <w:rPr>
          <w:i/>
        </w:rPr>
        <w:t>“Death is man's biggest reality. Why does he stay unaware of it?”</w:t>
      </w:r>
    </w:p>
    <w:p>
      <w:r>
        <w:rPr>
          <w:sz w:val="20"/>
        </w:rPr>
        <w:t>1:13:41  Maulana, agla sawal Dilli se hai. Miss Naghma Siddiqui ka, unhon</w:t>
      </w:r>
      <w:r>
        <w:br/>
      </w:r>
      <w:r>
        <w:rPr>
          <w:sz w:val="20"/>
        </w:rPr>
        <w:t>1:13:45  ne poocha hai: "Death is man's biggest reality. Why does he stay unaware of it?" bhai toh Shaitan ka sab se bara harba hai.</w:t>
      </w:r>
      <w:r>
        <w:br/>
      </w:r>
      <w:r>
        <w:rPr>
          <w:sz w:val="20"/>
        </w:rPr>
        <w:t>1:13:56  Shaitan chahta hai ke maut se aadmi ko bhulaye rakhe, maut ko bhulaye rakhe. Kyun ke maut aayegi toh aadmi ki zindagi badal jayegi bilkul.</w:t>
      </w:r>
      <w:r>
        <w:br/>
      </w:r>
      <w:r>
        <w:rPr>
          <w:sz w:val="20"/>
        </w:rPr>
        <w:t>1:14:11  toh yeh Shaitan ka, main samajhta hoon ke sab se bara harba yeh hai ke aadmi ko, ab dekhiye aap ghaur kijiye. Yeh Shaitan ki sunnat hai yeh.</w:t>
      </w:r>
      <w:r>
        <w:br/>
      </w:r>
      <w:r>
        <w:rPr>
          <w:sz w:val="20"/>
        </w:rPr>
        <w:t>1:14:21  aap ghaur kijiye ke Shaitan ne Allah Ta'ala se baghaawat ki. Agar is sach much is ko yaqeen hota ke mujhe isi Khuda ke paas lautna hai Qayamat mein aur mujhe saza sunai jayegi.</w:t>
      </w:r>
      <w:r>
        <w:br/>
      </w:r>
      <w:r>
        <w:rPr>
          <w:sz w:val="20"/>
        </w:rPr>
        <w:t>1:14:38  sach much is ka</w:t>
      </w:r>
      <w:r>
        <w:br/>
      </w:r>
      <w:r>
        <w:rPr>
          <w:sz w:val="20"/>
        </w:rPr>
        <w:t>1:14:39  ehsas hota to woh khud hi yeh kaam na karta. to shaitan khud be khabar tha is baat se ke mujhe dobara Allah ke samne meri peshi hone hone wali hai.</w:t>
      </w:r>
      <w:r>
        <w:br/>
      </w:r>
      <w:r>
        <w:rPr>
          <w:sz w:val="20"/>
        </w:rPr>
        <w:t>1:14:51  main is Khuda ki adalat ko face karna parega mujh ko. waqti tor par mujhe azadi hai qayamat se pehle hangama karne ki.</w:t>
      </w:r>
      <w:r>
        <w:br/>
      </w:r>
      <w:r>
        <w:rPr>
          <w:sz w:val="20"/>
        </w:rPr>
        <w:t>1:15:00  to shaitan khud hi is se ghafil hai ya tha ke mujhe aakhir kar Khuda ki adalat ko face karna hai.</w:t>
      </w:r>
      <w:r>
        <w:br/>
      </w:r>
      <w:r>
        <w:rPr>
          <w:sz w:val="20"/>
        </w:rPr>
        <w:t>1:15:08  to yeh wohi is sunnat hai woh shaitan ki. woh is sunnat ko, isi shaitan ki sunnat hai. us ne kaha tha ke main main sab ko apni sunnat pe chala dunga.</w:t>
      </w:r>
      <w:r>
        <w:br/>
      </w:r>
      <w:r>
        <w:rPr>
          <w:sz w:val="20"/>
        </w:rPr>
        <w:t>1:15:18  apne raste par. to jo log, yani Allah ki pakar ka jin ko ehsas ho, unhein sochna chahiye ke mujhe to shaitan ke raste pe chal raha hoon main.</w:t>
      </w:r>
      <w:r>
        <w:br/>
      </w:r>
      <w:r>
        <w:rPr>
          <w:sz w:val="20"/>
        </w:rPr>
        <w:t>1:15:32  maut ka mat</w:t>
      </w:r>
      <w:r>
        <w:br/>
      </w:r>
      <w:r>
        <w:rPr>
          <w:sz w:val="20"/>
        </w:rPr>
        <w:t>1:15:33  lab kya hai? maut ka matlab hai Allah ke samne Accountability. Allah ke samne, Allah ke samne peshi. yeh matlab hai maut ka.</w:t>
      </w:r>
      <w:r>
        <w:br/>
      </w:r>
      <w:r>
        <w:rPr>
          <w:sz w:val="20"/>
        </w:rPr>
        <w:t>1:15:44  to shaitan khud is se ghafil aur aur doosron ko bhi ghafil karta hai is ko.</w:t>
      </w:r>
      <w:r>
        <w:br/>
      </w:r>
      <w:r>
        <w:rPr>
          <w:sz w:val="20"/>
        </w:rPr>
        <w:t>1:15:51  quran</w:t>
      </w:r>
      <w:r>
        <w:br/>
      </w:r>
      <w:r>
        <w:rPr>
          <w:sz w:val="20"/>
        </w:rPr>
        <w:t>1:15:52  mein hai ke: "jo tumhari pairwi karega to tum ko aur un sab logon ko main jahannum mein daal dunga."</w:t>
      </w:r>
      <w:r>
        <w:br/>
      </w:r>
      <w:r>
        <w:rPr>
          <w:sz w:val="20"/>
        </w:rPr>
        <w:t>1:16:00  to kitna zyada sochne ki baat hai. surah aaraf mein Allah taala ne sirf kaha tha iblis se ke: "jo tumhari pairwi karega main tum ko aur us ko sab ko jahannum mein daal dunga." to yeh to pairwi hai ke aadmi is baat se ghafil ho jaye ke hamein aakhir kar Khuda ke samne pesh hona hai.</w:t>
      </w:r>
      <w:r>
        <w:br/>
      </w:r>
      <w:r>
        <w:rPr>
          <w:sz w:val="20"/>
        </w:rPr>
        <w:t>1:16:20  Khuda ke Verdict ka samna karna hai.</w:t>
      </w:r>
      <w:r>
        <w:br/>
      </w:r>
      <w:r>
        <w:rPr>
          <w:sz w:val="20"/>
        </w:rPr>
        <w:t>1:16:26  to isi isi shaitan ki sunnat, shaitan ne sab ko apni sunnat pe kisi ke tareeqe se baqayeda rakha hai. to bohat zyada sochne ki baat hai.</w:t>
      </w:r>
    </w:p>
    <w:p>
      <w:pPr>
        <w:pStyle w:val="Heading2"/>
      </w:pPr>
      <w:r>
        <w:t>Formula for freedom from anxiety and fear</w:t>
      </w:r>
    </w:p>
    <w:p>
      <w:r>
        <w:rPr>
          <w:color w:val="666666"/>
          <w:sz w:val="18"/>
        </w:rPr>
        <w:t>Spirit of Ramadan June 14, 2015 · 4m 10s · at 58:35 · https://youtu.be/mKQdhE2rhdQ?t=3515</w:t>
      </w:r>
    </w:p>
    <w:p>
      <w:r>
        <w:rPr>
          <w:i/>
        </w:rPr>
        <w:t>“Is there any way I can be free from anxiety, negative thoughts and fear? Please suggest me a formula of life that helps me manage such feelings.”</w:t>
      </w:r>
    </w:p>
    <w:p>
      <w:r>
        <w:rPr>
          <w:sz w:val="20"/>
        </w:rPr>
        <w:t>58:35  mat purjosh taqreeron se islaah hone wali nahin hai. Maulana, yeh agla sawal aaya hai Mr Ajay Duveri ka Gurgaon se</w:t>
      </w:r>
      <w:r>
        <w:br/>
      </w:r>
      <w:r>
        <w:rPr>
          <w:sz w:val="20"/>
        </w:rPr>
        <w:t>58:45  : "Maulana sahib, is there any way I can be free from anxiety, negative thoughts and fear? Please suggest me a formula of life that helps me manage such feelings." Bhai, anxiety kis baat par?</w:t>
      </w:r>
      <w:r>
        <w:br/>
      </w:r>
      <w:r>
        <w:rPr>
          <w:sz w:val="20"/>
        </w:rPr>
        <w:t>59:01  job ko le kar, business ko le kar, kis baat ko le kar? Paise ko le kar? To dekhiye, abhi kal ke akhbar mein main ek reference doonga.</w:t>
      </w:r>
      <w:r>
        <w:br/>
      </w:r>
      <w:r>
        <w:rPr>
          <w:sz w:val="20"/>
        </w:rPr>
        <w:t>59:11  duniya ke richest aadmi ka woh aaya hai,</w:t>
      </w:r>
      <w:r>
        <w:br/>
      </w:r>
      <w:r>
        <w:rPr>
          <w:sz w:val="20"/>
        </w:rPr>
        <w:t>59:14  abhi kal ke terms of media hum padha padhenge. Woh China ka hai, duniya ka richest aadmi. Is ne taqreer ki hai jo terms of media mein chhapi hai ke pehle main school teacher tha aur mahine mujh ko 12 dollar milta tha China mein.</w:t>
      </w:r>
      <w:r>
        <w:br/>
      </w:r>
      <w:r>
        <w:rPr>
          <w:sz w:val="20"/>
        </w:rPr>
        <w:t>59:35  woh English jaanta tha to English teacher tha. Woh phir us ne business shuru kiya</w:t>
      </w:r>
      <w:r>
        <w:br/>
      </w:r>
      <w:r>
        <w:rPr>
          <w:sz w:val="20"/>
        </w:rPr>
        <w:t>59:41  to 12 us ne likha hai ke jab main mahine mein jo 12 dollar kamata tha to woh bohat khush rehta tha. Ab mere paas billion billion paisa hai, lekin ab main khush nahin hoon.</w:t>
      </w:r>
      <w:r>
        <w:br/>
      </w:r>
      <w:r>
        <w:rPr>
          <w:sz w:val="20"/>
        </w:rPr>
        <w:t>59:57  to to yeh yeh anxiety hai. Anxiety is cheez ke liye hai jo is se anxiety barha</w:t>
      </w:r>
      <w:r>
        <w:br/>
      </w:r>
      <w:r>
        <w:rPr>
          <w:sz w:val="20"/>
        </w:rPr>
        <w:t>1:00:02  way hai. Aisi cheez ki, aisi cheez ke liye log anxiety ko paalte hain ke woh agar poori ho jaye to aur aur anxiety barh jaye ke zyada bara ghar, zyada bari, bohat hi caray, zyada bara jawab, job, bohat zyada business.</w:t>
      </w:r>
      <w:r>
        <w:br/>
      </w:r>
      <w:r>
        <w:rPr>
          <w:sz w:val="20"/>
        </w:rPr>
        <w:t>1:00:17  woh to anxiety aur barhane wali cheez hai. To dekhen, anxiety jo hai woh ek intellectual state ka naam hai, ek zehni haalat.</w:t>
      </w:r>
      <w:r>
        <w:br/>
      </w:r>
      <w:r>
        <w:rPr>
          <w:sz w:val="20"/>
        </w:rPr>
        <w:t>1:00:28  aap zehen ki satah par apne ko positive banaiye. Bahar bahar ki satah par aap sochenge.</w:t>
      </w:r>
      <w:r>
        <w:br/>
      </w:r>
      <w:r>
        <w:rPr>
          <w:sz w:val="20"/>
        </w:rPr>
        <w:t>1:00:38  bahar koi anxiety ka sabab nikaal kar us ko door karne ki koshish karenge to is se anxiety door hone wali nahin hai.</w:t>
      </w:r>
      <w:r>
        <w:br/>
      </w:r>
      <w:r>
        <w:rPr>
          <w:sz w:val="20"/>
        </w:rPr>
        <w:t>1:00:47  misalan main hoon, dekhiye, main koi anxiety nahin hoon kyunke har anxiety, dekhiye, har anxiety jo hoti hai kisi external reason se hoti hai, internal reason se nahin hoti.</w:t>
      </w:r>
      <w:r>
        <w:br/>
      </w:r>
      <w:r>
        <w:rPr>
          <w:sz w:val="20"/>
        </w:rPr>
        <w:t>1:01:01  to bas batao ke chalo bhai, yeh yeh bhi theek hai. Mere paas agar falan cheez nahin hai to yeh bhi theek hai, paisa kam hai to bhi theek hai.</w:t>
      </w:r>
      <w:r>
        <w:br/>
      </w:r>
      <w:r>
        <w:rPr>
          <w:sz w:val="20"/>
        </w:rPr>
        <w:t>1:01:11  main America mein ek sahib ka qissa main ne bataya hoga aap ko pehle ke ek sahib ka main woh le gaye. Main kahin gaya tha kisi program mein to hotel mein thehra tha to woh hotel se utha ke apne ghar le gaye mujh ko.</w:t>
      </w:r>
      <w:r>
        <w:br/>
      </w:r>
      <w:r>
        <w:rPr>
          <w:sz w:val="20"/>
        </w:rPr>
        <w:t>1:01:25  woh paise wale aadmi the. To baharhaal main dekha ke woh bohat khush rehte hain. Aam taur par America mein kisi ko khush nahin paya.</w:t>
      </w:r>
      <w:r>
        <w:br/>
      </w:r>
      <w:r>
        <w:rPr>
          <w:sz w:val="20"/>
        </w:rPr>
        <w:t>1:01:34  main ne aam taur par wohi anxiety wale paye, main ne woh khush the.</w:t>
      </w:r>
      <w:r>
        <w:br/>
      </w:r>
      <w:r>
        <w:rPr>
          <w:sz w:val="20"/>
        </w:rPr>
        <w:t>1:01:40  to main ne wash kiya un ko to mujhe samajh aaya ke unhon ne ek wohi formula pakad liya hai ke chalo yeh bhi theek hai, jo bhi ho jaye kaha chalo yeh bhi theek hai.</w:t>
      </w:r>
      <w:r>
        <w:br/>
      </w:r>
      <w:r>
        <w:rPr>
          <w:sz w:val="20"/>
        </w:rPr>
        <w:t>1:01:51  misalan ek din main ne un se kaha ke chaliye kal hum America ke kisi park mein chalenge. Kaha theek hai. To program ban gaya.</w:t>
      </w:r>
      <w:r>
        <w:br/>
      </w:r>
      <w:r>
        <w:rPr>
          <w:sz w:val="20"/>
        </w:rPr>
        <w:t>1:02:00  agle din subah ko woh apna tayyar ho kar aaye, kapda pakad kar tayyar ho kar aaye ke chaliye.</w:t>
      </w:r>
      <w:r>
        <w:br/>
      </w:r>
      <w:r>
        <w:rPr>
          <w:sz w:val="20"/>
        </w:rPr>
        <w:t>1:02:07  to main ne kaha bhai mera mood nahin jaane ka yeh to to kya kehte hain chalo yeh bhi theek hai. To sab se acha formula hai jo hai us ko chalo yeh bhi theek hai.</w:t>
      </w:r>
      <w:r>
        <w:br/>
      </w:r>
      <w:r>
        <w:rPr>
          <w:sz w:val="20"/>
        </w:rPr>
        <w:t>1:02:19  to anxiety zehen mein paida hoti hai aur zehni mein khatam kar sakte hain. Aap anxiety mind mein paida hoti hai aur mind hi woh khatam kar sakte ho us ko.</w:t>
      </w:r>
      <w:r>
        <w:br/>
      </w:r>
      <w:r>
        <w:rPr>
          <w:sz w:val="20"/>
        </w:rPr>
        <w:t>1:02:28  aap agar wohi wohi jo the America mein kaha ji kaisa aadmi aap hain, aap ki wajah se main ne program sab cancel kar diya</w:t>
      </w:r>
      <w:r>
        <w:br/>
      </w:r>
      <w:r>
        <w:rPr>
          <w:sz w:val="20"/>
        </w:rPr>
        <w:t>1:02:36  . Aaj main ne sab ko program cancel kar ke tayyar hua ke aap ke sath jaunga aur aap yeh aisa kar rahe hain. Kal ko nahin bataya to aisa nahin kiya unhon ne.</w:t>
      </w:r>
    </w:p>
    <w:p>
      <w:pPr>
        <w:pStyle w:val="Heading2"/>
      </w:pPr>
      <w:r>
        <w:t>Balancing Fear and Love of God</w:t>
      </w:r>
    </w:p>
    <w:p>
      <w:r>
        <w:rPr>
          <w:color w:val="666666"/>
          <w:sz w:val="18"/>
        </w:rPr>
        <w:t>The Quran September 20, 2020 Maulana Wahiduddin Khan · 1m 08s · at 27:21 · https://youtu.be/yQZGg2A0-Tk?t=1641</w:t>
      </w:r>
    </w:p>
    <w:p>
      <w:r>
        <w:rPr>
          <w:i/>
        </w:rPr>
        <w:t>“Should we have fear of God and love of God?”</w:t>
      </w:r>
    </w:p>
    <w:p>
      <w:r>
        <w:rPr>
          <w:sz w:val="20"/>
        </w:rPr>
        <w:t>27:21  maulana, agla sawal miss tuti malhotra ne bheja hai dilli se. unhon ne aap se poocha hai: "maulana, should we have fear of god or love of god?"</w:t>
      </w:r>
      <w:r>
        <w:br/>
      </w:r>
      <w:r>
        <w:rPr>
          <w:sz w:val="20"/>
        </w:rPr>
        <w:t>27:35  dekhiye, yeh dono alag cheez nahin hain. agar aap ko Allah se love paida hogi to usi ke sath khoobsurti paida hoga.</w:t>
      </w:r>
      <w:r>
        <w:br/>
      </w:r>
      <w:r>
        <w:rPr>
          <w:sz w:val="20"/>
        </w:rPr>
        <w:t>27:45  kyun ke mislan dekhiye, aap ko Allah se love paida hui ke Allah ne kitni qeemti cheez di hai: suraj ki roshni, pani ki farawani.</w:t>
      </w:r>
      <w:r>
        <w:br/>
      </w:r>
      <w:r>
        <w:rPr>
          <w:sz w:val="20"/>
        </w:rPr>
        <w:t>27:57  to sath sath woh bhi aye ga. yani aap ke zehn mein aye ga ke agar Allah pani chheen le to hum paas kiya surat hai?</w:t>
      </w:r>
      <w:r>
        <w:br/>
      </w:r>
      <w:r>
        <w:rPr>
          <w:sz w:val="20"/>
        </w:rPr>
        <w:t>28:06  pani ka roshni chheen le to kiya kaise hum roshni payen ge? to dono ek doosre ke interlinked hain.</w:t>
      </w:r>
      <w:r>
        <w:br/>
      </w:r>
      <w:r>
        <w:rPr>
          <w:sz w:val="20"/>
        </w:rPr>
        <w:t>28:18  mein samajhta hoon, woh aye ga to woh jo aye ga, aa jayega.</w:t>
      </w:r>
    </w:p>
    <w:p>
      <w:pPr>
        <w:pStyle w:val="Heading2"/>
      </w:pPr>
      <w:r>
        <w:t>Advice for a Failed Person</w:t>
      </w:r>
    </w:p>
    <w:p>
      <w:r>
        <w:rPr>
          <w:color w:val="666666"/>
          <w:sz w:val="18"/>
        </w:rPr>
        <w:t>Angle of Vision February 28, 2016 · 4m 12s · at 1:03:02 · https://youtu.be/dFZ7_x1Ul7A?t=3782</w:t>
      </w:r>
    </w:p>
    <w:p>
      <w:r>
        <w:rPr>
          <w:i/>
        </w:rPr>
        <w:t>“I think I am a failed person. I don't have higher education nor a permanent job.”</w:t>
      </w:r>
    </w:p>
    <w:p>
      <w:r>
        <w:rPr>
          <w:sz w:val="20"/>
        </w:rPr>
        <w:t>1:03:02  Maulana agla sawal Zia ur Rehman sahib ka hai unhon ne apni location nahi bheji hai un ka sawal</w:t>
      </w:r>
      <w:r>
        <w:br/>
      </w:r>
      <w:r>
        <w:rPr>
          <w:sz w:val="20"/>
        </w:rPr>
        <w:t>1:03:08  hai I think I am a failed person.</w:t>
      </w:r>
      <w:r>
        <w:br/>
      </w:r>
      <w:r>
        <w:rPr>
          <w:sz w:val="20"/>
        </w:rPr>
        <w:t>1:03:15  I don't have higher education nor a permanent job.</w:t>
      </w:r>
      <w:r>
        <w:br/>
      </w:r>
      <w:r>
        <w:rPr>
          <w:sz w:val="20"/>
        </w:rPr>
        <w:t>1:03:20  So I am thinking to go abroad to get myself a chance for a good life for my</w:t>
      </w:r>
      <w:r>
        <w:br/>
      </w:r>
      <w:r>
        <w:rPr>
          <w:sz w:val="20"/>
        </w:rPr>
        <w:t>1:03:26  children and family.</w:t>
      </w:r>
      <w:r>
        <w:br/>
      </w:r>
      <w:r>
        <w:rPr>
          <w:sz w:val="20"/>
        </w:rPr>
        <w:t>1:03:31  Maulana sahib kindly guide me in this regard.</w:t>
      </w:r>
      <w:r>
        <w:br/>
      </w:r>
      <w:r>
        <w:rPr>
          <w:sz w:val="20"/>
        </w:rPr>
        <w:t>1:03:37  dekhiye, bahar jana koi choice nahi hai kyunke bahar ke mulkon mein yaani developed countries mein jo hai</w:t>
      </w:r>
      <w:r>
        <w:br/>
      </w:r>
      <w:r>
        <w:rPr>
          <w:sz w:val="20"/>
        </w:rPr>
        <w:t>1:03:42  bahut sakht competition hota hai.</w:t>
      </w:r>
      <w:r>
        <w:br/>
      </w:r>
      <w:r>
        <w:rPr>
          <w:sz w:val="20"/>
        </w:rPr>
        <w:t>1:03:48  sirf merit par wahan milte hain.</w:t>
      </w:r>
      <w:r>
        <w:br/>
      </w:r>
      <w:r>
        <w:rPr>
          <w:sz w:val="20"/>
        </w:rPr>
        <w:t>1:03:54  ameer jab aap ke paas deen India mein nahi kaam kare toh wahan kya kaam kare gi? jitne</w:t>
      </w:r>
      <w:r>
        <w:br/>
      </w:r>
      <w:r>
        <w:rPr>
          <w:sz w:val="20"/>
        </w:rPr>
        <w:t>1:03:59  bhi developed countries hain wahan sirf merit kaam kaam aati hai aur koi cheez kaam nahi aati.</w:t>
      </w:r>
      <w:r>
        <w:br/>
      </w:r>
      <w:r>
        <w:rPr>
          <w:sz w:val="20"/>
        </w:rPr>
        <w:t>1:04:05  aur koi cheez kaam nahi aati wahan toh jab aap ke paas koi aisi yaani aisi koi degree</w:t>
      </w:r>
      <w:r>
        <w:br/>
      </w:r>
      <w:r>
        <w:rPr>
          <w:sz w:val="20"/>
        </w:rPr>
        <w:t>1:04:10  nahi hai, expertise nahi hai toh wahan jaane ka koi koi matlab hi nahi banta.</w:t>
      </w:r>
      <w:r>
        <w:br/>
      </w:r>
      <w:r>
        <w:rPr>
          <w:sz w:val="20"/>
        </w:rPr>
        <w:t>1:04:16  aap ko sirf yeh karna hai ke India hi mein yeh sochein ke kaun si skill apne andar paida karun.</w:t>
      </w:r>
      <w:r>
        <w:br/>
      </w:r>
      <w:r>
        <w:rPr>
          <w:sz w:val="20"/>
        </w:rPr>
        <w:t>1:04:21  kisi skill ko apne andar develop karna pare ga training ke zariye se ya ya phir yeh ke</w:t>
      </w:r>
      <w:r>
        <w:br/>
      </w:r>
      <w:r>
        <w:rPr>
          <w:sz w:val="20"/>
        </w:rPr>
        <w:t>1:04:27  boht choti job par aadi ho jae.</w:t>
      </w:r>
      <w:r>
        <w:br/>
      </w:r>
      <w:r>
        <w:rPr>
          <w:sz w:val="20"/>
        </w:rPr>
        <w:t>1:04:33  aap dekhen, aaj ki society jo hai is mein do hi option hain aadmi ke liye: ya to</w:t>
      </w:r>
      <w:r>
        <w:br/>
      </w:r>
      <w:r>
        <w:rPr>
          <w:sz w:val="20"/>
        </w:rPr>
        <w:t>1:04:38  choti job par aadi ho jae ya phir skill paida kare apne andar.</w:t>
      </w:r>
      <w:r>
        <w:br/>
      </w:r>
      <w:r>
        <w:rPr>
          <w:sz w:val="20"/>
        </w:rPr>
        <w:t>1:04:44  jaise is dilli mein lakhon lakh log larkay aur larkiyan kaam karte hain, dharu gharon mein jharoo dete</w:t>
      </w:r>
      <w:r>
        <w:br/>
      </w:r>
      <w:r>
        <w:rPr>
          <w:sz w:val="20"/>
        </w:rPr>
        <w:t>1:04:49  hain, safai karte hain, wo un ko kaam lia hua hai.</w:t>
      </w:r>
      <w:r>
        <w:br/>
      </w:r>
      <w:r>
        <w:rPr>
          <w:sz w:val="20"/>
        </w:rPr>
        <w:t>1:04:55  har aadmi abhi ab koi chahe to kaam mil mil jae ga to lekin log chahte hain koi</w:t>
      </w:r>
      <w:r>
        <w:br/>
      </w:r>
      <w:r>
        <w:rPr>
          <w:sz w:val="20"/>
        </w:rPr>
        <w:t>1:05:00  kisi base par baith ke baithne wala job.</w:t>
      </w:r>
      <w:r>
        <w:br/>
      </w:r>
      <w:r>
        <w:rPr>
          <w:sz w:val="20"/>
        </w:rPr>
        <w:t>1:05:06  to dekhiye, job hamesha har har haal mein mojood rehta hai.</w:t>
      </w:r>
      <w:r>
        <w:br/>
      </w:r>
      <w:r>
        <w:rPr>
          <w:sz w:val="20"/>
        </w:rPr>
        <w:t>1:05:12  sirf yeh hai ke aap chahte hain zyada honorable job, wo nahi mil raha hai.</w:t>
      </w:r>
      <w:r>
        <w:br/>
      </w:r>
      <w:r>
        <w:rPr>
          <w:sz w:val="20"/>
        </w:rPr>
        <w:t>1:05:17  warna job to kia hai, agar aadmi derdi ho jae ghar ki safai par karne ka to sankron</w:t>
      </w:r>
      <w:r>
        <w:br/>
      </w:r>
      <w:r>
        <w:rPr>
          <w:sz w:val="20"/>
        </w:rPr>
        <w:t>1:05:23  job mojood hain aise aadmi ke liye.</w:t>
      </w:r>
      <w:r>
        <w:br/>
      </w:r>
      <w:r>
        <w:rPr>
          <w:sz w:val="20"/>
        </w:rPr>
        <w:t>1:05:28  to aap ko ya to choti job par raazi hona pare ga ya aap aisa karen ke koi</w:t>
      </w:r>
      <w:r>
        <w:br/>
      </w:r>
      <w:r>
        <w:rPr>
          <w:sz w:val="20"/>
        </w:rPr>
        <w:t>1:05:34  skill paida karen apne andar.</w:t>
      </w:r>
      <w:r>
        <w:br/>
      </w:r>
      <w:r>
        <w:rPr>
          <w:sz w:val="20"/>
        </w:rPr>
        <w:t>1:05:40  skill aik baat yeh hai, doosri baat yeh hai ke yeh tasawwur ghalat hai ke aap kaam kamain</w:t>
      </w:r>
      <w:r>
        <w:br/>
      </w:r>
      <w:r>
        <w:rPr>
          <w:sz w:val="20"/>
        </w:rPr>
        <w:t>1:05:45  ge to bachon ka kaam chle ga.</w:t>
      </w:r>
      <w:r>
        <w:br/>
      </w:r>
      <w:r>
        <w:rPr>
          <w:sz w:val="20"/>
        </w:rPr>
        <w:t>1:05:51  aap ki kamai se bachon ka koi talluq nahi hai.</w:t>
      </w:r>
      <w:r>
        <w:br/>
      </w:r>
      <w:r>
        <w:rPr>
          <w:sz w:val="20"/>
        </w:rPr>
        <w:t>1:05:56  bachon ke andar aap instinct bhi paida kiye mehnat mehnat ka.</w:t>
      </w:r>
      <w:r>
        <w:br/>
      </w:r>
      <w:r>
        <w:rPr>
          <w:sz w:val="20"/>
        </w:rPr>
        <w:t>1:06:02  abhi mein qissa bata chuka hoon shayad aap se.</w:t>
      </w:r>
      <w:r>
        <w:br/>
      </w:r>
      <w:r>
        <w:rPr>
          <w:sz w:val="20"/>
        </w:rPr>
        <w:t>1:06:07  hamare office mein aik sahab thay jo yahan kaam karte thay yani mamooli kaam tha un ka.</w:t>
      </w:r>
      <w:r>
        <w:br/>
      </w:r>
      <w:r>
        <w:rPr>
          <w:sz w:val="20"/>
        </w:rPr>
        <w:t>1:06:13  achanak uth ke death ho gai achanak to un ke kai chote chote bache thay.</w:t>
      </w:r>
      <w:r>
        <w:br/>
      </w:r>
      <w:r>
        <w:rPr>
          <w:sz w:val="20"/>
        </w:rPr>
        <w:t>1:06:19  to hum sab logon ne socha ke ab kia hoga, kia hoga lekin kia hoga? nature ne kaam</w:t>
      </w:r>
      <w:r>
        <w:br/>
      </w:r>
      <w:r>
        <w:rPr>
          <w:sz w:val="20"/>
        </w:rPr>
        <w:t>1:06:24  kia, nature ne har bache ke andar instinct jaag para ke mera baap mar gaya, ab mujhe kaam karna hai.</w:t>
      </w:r>
      <w:r>
        <w:br/>
      </w:r>
      <w:r>
        <w:rPr>
          <w:sz w:val="20"/>
        </w:rPr>
        <w:t>1:06:30  mera baap mar gaya, ab mujhe kaam karna hai.</w:t>
      </w:r>
      <w:r>
        <w:br/>
      </w:r>
      <w:r>
        <w:rPr>
          <w:sz w:val="20"/>
        </w:rPr>
        <w:t>1:06:35  to sab bachon ne parh dala aur aur job bhi mil gaya un ko aur mujhe pata chala</w:t>
      </w:r>
      <w:r>
        <w:br/>
      </w:r>
      <w:r>
        <w:rPr>
          <w:sz w:val="20"/>
        </w:rPr>
        <w:t>1:06:41  ke baqayda wo apne zaati ghar bana lia unhon ne.</w:t>
      </w:r>
      <w:r>
        <w:br/>
      </w:r>
      <w:r>
        <w:rPr>
          <w:sz w:val="20"/>
        </w:rPr>
        <w:t>1:06:46  zati ghar halankay baap nay kuch paisa nahi chora tha in kay liye, instinct chora tha.</w:t>
      </w:r>
      <w:r>
        <w:br/>
      </w:r>
      <w:r>
        <w:rPr>
          <w:sz w:val="20"/>
        </w:rPr>
        <w:t>1:06:52  Instinct to aap ko mein do baatein kahoon ga: aap khud apnay andar skill paida kijiye aur yeh</w:t>
      </w:r>
      <w:r>
        <w:br/>
      </w:r>
      <w:r>
        <w:rPr>
          <w:sz w:val="20"/>
        </w:rPr>
        <w:t>1:06:58  sochna chor dijiye ke aap kamayein gay to bachon ka kaam chalay ga.</w:t>
      </w:r>
      <w:r>
        <w:br/>
      </w:r>
      <w:r>
        <w:rPr>
          <w:sz w:val="20"/>
        </w:rPr>
        <w:t>1:07:03  Bachon kay liye tum mehnat karo, un kay liye instinct paida kijiye.</w:t>
      </w:r>
      <w:r>
        <w:br/>
      </w:r>
      <w:r>
        <w:rPr>
          <w:sz w:val="20"/>
        </w:rPr>
        <w:t>1:07:09  Yeh do baatein mein arz karoon ga aap say.</w:t>
      </w:r>
    </w:p>
    <w:p>
      <w:pPr>
        <w:pStyle w:val="Heading2"/>
      </w:pPr>
      <w:r>
        <w:t>Contemplating death and positive thinking</w:t>
      </w:r>
    </w:p>
    <w:p>
      <w:r>
        <w:rPr>
          <w:color w:val="666666"/>
          <w:sz w:val="18"/>
        </w:rPr>
        <w:t>Concept of Death in Islam August 26, 2012 · 1m 23s · at 1:21:46 · https://youtu.be/y0TJxKi0L94?t=4906</w:t>
      </w:r>
    </w:p>
    <w:p>
      <w:r>
        <w:rPr>
          <w:i/>
        </w:rPr>
        <w:t>“How is contemplating about death linked to the development of positive thinking? Kindly guide.”</w:t>
      </w:r>
    </w:p>
    <w:p>
      <w:r>
        <w:rPr>
          <w:sz w:val="20"/>
        </w:rPr>
        <w:t>1:21:46  maulana, agla sawal roorkee se hai, sajid anwar sahab ka</w:t>
      </w:r>
      <w:r>
        <w:br/>
      </w:r>
      <w:r>
        <w:rPr>
          <w:sz w:val="20"/>
        </w:rPr>
        <w:t>1:21:50  unhon ne likha hai maulana, how contemplating about death is linked to development of positive thinking?</w:t>
      </w:r>
      <w:r>
        <w:br/>
      </w:r>
      <w:r>
        <w:rPr>
          <w:sz w:val="20"/>
        </w:rPr>
        <w:t>1:21:59  kindly guide. bohat ziyada. positive thinking kya hai? positive thinking naam hai realistic thinking ka.</w:t>
      </w:r>
      <w:r>
        <w:br/>
      </w:r>
      <w:r>
        <w:rPr>
          <w:sz w:val="20"/>
        </w:rPr>
        <w:t>1:22:11  positive thinking is only another name of realistic thinking. to maut to sab ko realistic banati hai.</w:t>
      </w:r>
      <w:r>
        <w:br/>
      </w:r>
      <w:r>
        <w:rPr>
          <w:sz w:val="20"/>
        </w:rPr>
        <w:t>1:22:19  tamam jitne bhi tajurbe hote hain insan ke upar, jo kuch bhi insan dekhta hai, sunta hai, un mein un mein sab se ziyada jo cheez aap ko realistic banati hai, woh maut hai.</w:t>
      </w:r>
      <w:r>
        <w:br/>
      </w:r>
      <w:r>
        <w:rPr>
          <w:sz w:val="20"/>
        </w:rPr>
        <w:t>1:22:35  yeh mera bhi tajurba hai aur yeh aql bhi samajh mein aata hai. to jab maut aap ko realistic banayegi, haqiqat pasand, to lazman aisa hoga ke aap ke andar positive thinking ayegi.</w:t>
      </w:r>
      <w:r>
        <w:br/>
      </w:r>
      <w:r>
        <w:rPr>
          <w:sz w:val="20"/>
        </w:rPr>
        <w:t>1:22:50  positive thinking kya hai? koi mysterious cheez nahi hai. woh as it is thinking hai.</w:t>
      </w:r>
      <w:r>
        <w:br/>
      </w:r>
      <w:r>
        <w:rPr>
          <w:sz w:val="20"/>
        </w:rPr>
        <w:t>1:22:57  as it is thinking aa jaye to wahi positive thinking hai. samajhta hoon ke bohat ziyada juda hua hai dono, dono ek doosre se bohat ziyada interlinked hain. to</w:t>
      </w:r>
    </w:p>
    <w:p>
      <w:pPr>
        <w:pStyle w:val="Heading2"/>
      </w:pPr>
      <w:r>
        <w:t>Contemplating death and positive thinking</w:t>
      </w:r>
    </w:p>
    <w:p>
      <w:r>
        <w:rPr>
          <w:color w:val="666666"/>
          <w:sz w:val="18"/>
        </w:rPr>
        <w:t>Concept of Death in Islam 26th Aug 12 SLOW · 1m 33s · at 29:40 · https://youtu.be/8dsos0OBM6M?t=1780</w:t>
      </w:r>
    </w:p>
    <w:p>
      <w:r>
        <w:rPr>
          <w:i/>
        </w:rPr>
        <w:t>“How contemplating about death is linked to development of positive thinking? Kindly guide.”</w:t>
      </w:r>
    </w:p>
    <w:p>
      <w:r>
        <w:rPr>
          <w:sz w:val="20"/>
        </w:rPr>
        <w:t>29:40  Maulana, agla sawal ah Roorkee se hai Sajid Anwar sahib ka. unhon ne likha hai: "Moulana, how contemplating about death is linked to development of positive thinking, kindly guide."</w:t>
      </w:r>
      <w:r>
        <w:br/>
      </w:r>
      <w:r>
        <w:rPr>
          <w:sz w:val="20"/>
        </w:rPr>
        <w:t>29:55  kya hai? "How contemplating about death is linked to development of positive thinking." bohat zyada. positive thinking kya hai? positive thinking naam hai realistic thinking ka. yani positive thinking is only another name of.</w:t>
      </w:r>
      <w:r>
        <w:br/>
      </w:r>
      <w:r>
        <w:rPr>
          <w:sz w:val="20"/>
        </w:rPr>
        <w:t>30:18  realistic thinking.</w:t>
      </w:r>
      <w:r>
        <w:br/>
      </w:r>
      <w:r>
        <w:rPr>
          <w:sz w:val="20"/>
        </w:rPr>
        <w:t>30:23  to maut to sab ka realist banati hai.</w:t>
      </w:r>
      <w:r>
        <w:br/>
      </w:r>
      <w:r>
        <w:rPr>
          <w:sz w:val="20"/>
        </w:rPr>
        <w:t>30:28  tamam jitne bhi experience hote hain insaan ke upar, jo kuch bhi insaan dekhta hai, sunta hai, un</w:t>
      </w:r>
      <w:r>
        <w:br/>
      </w:r>
      <w:r>
        <w:rPr>
          <w:sz w:val="20"/>
        </w:rPr>
        <w:t>30:33  mein in mein sab se zyada jo cheez aap ko realist banati hai, woh maut hai.</w:t>
      </w:r>
      <w:r>
        <w:br/>
      </w:r>
      <w:r>
        <w:rPr>
          <w:sz w:val="20"/>
        </w:rPr>
        <w:t>30:38  yeh mera bhi tajurba hai aur yeh aqal bhi samajh mein aata hai.</w:t>
      </w:r>
      <w:r>
        <w:br/>
      </w:r>
      <w:r>
        <w:rPr>
          <w:sz w:val="20"/>
        </w:rPr>
        <w:t>30:43  to jab maut aap ko realist banayegi, haqeeqat pasand, to lazman aisa hoga ke aap ko pata</w:t>
      </w:r>
      <w:r>
        <w:br/>
      </w:r>
      <w:r>
        <w:rPr>
          <w:sz w:val="20"/>
        </w:rPr>
        <w:t>30:48  hai positive thinking kya hai.</w:t>
      </w:r>
      <w:r>
        <w:br/>
      </w:r>
      <w:r>
        <w:rPr>
          <w:sz w:val="20"/>
        </w:rPr>
        <w:t>30:53  positive thinking kya hai? koi mysterious cheez nahin hai.</w:t>
      </w:r>
      <w:r>
        <w:br/>
      </w:r>
      <w:r>
        <w:rPr>
          <w:sz w:val="20"/>
        </w:rPr>
        <w:t>30:58  woh as it is thinking hai.</w:t>
      </w:r>
      <w:r>
        <w:br/>
      </w:r>
      <w:r>
        <w:rPr>
          <w:sz w:val="20"/>
        </w:rPr>
        <w:t>31:03  as it is thinking aa jaye to wahi positive thinking hai.</w:t>
      </w:r>
      <w:r>
        <w:br/>
      </w:r>
      <w:r>
        <w:rPr>
          <w:sz w:val="20"/>
        </w:rPr>
        <w:t>31:08  samajhta hoon ke bohat ziyada juda hua hai dono, dono aik doosre se bohat ziyada interlinked hain.</w:t>
      </w:r>
      <w:r>
        <w:br/>
      </w:r>
      <w:r>
        <w:rPr>
          <w:sz w:val="20"/>
        </w:rPr>
        <w:t>31:13  Maulana, agla sawal Delhi se hai Maulana Zakwan Nadvi sahib ka. unhon ne likha hai: "Hadees mein aaya hai ke woh naujawan jis ne Allah ki ibadat mein apni zindagi basar ki, us ko qayamat ke din arsh ke saaye mein jagah mile gi." is hadees ka matlab kya hai? khaas tor par Allah ki ibadat mein zindagi basar karne ka matlab kya hai, is ke bare mein bataein.</w:t>
      </w:r>
    </w:p>
    <w:p>
      <w:pPr>
        <w:pStyle w:val="Heading2"/>
      </w:pPr>
      <w:r>
        <w:t>Dealing with fear of losing motivation</w:t>
      </w:r>
    </w:p>
    <w:p>
      <w:r>
        <w:rPr>
          <w:color w:val="666666"/>
          <w:sz w:val="18"/>
        </w:rPr>
        <w:t>Islam Ideology, Team and Method October 09, 2011 · 2m 00s · at 1:35:46 · https://youtu.be/zRilc1fG6c0?t=5746</w:t>
      </w:r>
    </w:p>
    <w:p>
      <w:r>
        <w:rPr>
          <w:i/>
        </w:rPr>
        <w:t>“If there is a thing which motivates us and there is a fear of losing that thing, so what should we do if losing that thing causes destruction to the mind?”</w:t>
      </w:r>
    </w:p>
    <w:p>
      <w:r>
        <w:rPr>
          <w:sz w:val="20"/>
        </w:rPr>
        <w:t>1:35:46  Molana, yeh sawal aya hai Mr. Shoaib Khan ka Lucknow se. Unhon ne likha hai: "Molana, if there is a thing which motivates us and there is a fear of losing that thing, so what should we do if losing of that thing causes distraction to the mind?" Yeh to main kar chuka hoon ke yeh sab immaturity hai.</w:t>
      </w:r>
      <w:r>
        <w:br/>
      </w:r>
      <w:r>
        <w:rPr>
          <w:sz w:val="20"/>
        </w:rPr>
        <w:t>1:36:08  Am immature mind jo hai, yeh kaun se inke yeh sab fana hai? Immaturity jab tak aayegi, yeh sab khatam hote chale aayega.</w:t>
      </w:r>
      <w:r>
        <w:br/>
      </w:r>
      <w:r>
        <w:rPr>
          <w:sz w:val="20"/>
        </w:rPr>
        <w:t>1:36:17  mat kabhi sochta nahi. yeh sab mera yani concern hi nahi hai. yeh sab cheezein,</w:t>
      </w:r>
      <w:r>
        <w:br/>
      </w:r>
      <w:r>
        <w:rPr>
          <w:sz w:val="20"/>
        </w:rPr>
        <w:t>1:36:26  yeh sab mera</w:t>
      </w:r>
      <w:r>
        <w:br/>
      </w:r>
      <w:r>
        <w:rPr>
          <w:sz w:val="20"/>
        </w:rPr>
        <w:t>1:36:27  concern nahi hai. log jo hain, apne ko imechor nahi banate, zyada study nahi karte, zyada baaton ko guide se samajhte nahi, apne shaoor ki develop develop nahi karte.</w:t>
      </w:r>
      <w:r>
        <w:br/>
      </w:r>
      <w:r>
        <w:rPr>
          <w:sz w:val="20"/>
        </w:rPr>
        <w:t>1:36:40  to yeh sab baatein hoti hain.</w:t>
      </w:r>
      <w:r>
        <w:br/>
      </w:r>
      <w:r>
        <w:rPr>
          <w:sz w:val="20"/>
        </w:rPr>
        <w:t>1:36:47  you have to develop your mind, then all these yani things will disappear. yeh main kahunga.</w:t>
      </w:r>
    </w:p>
    <w:p>
      <w:pPr>
        <w:pStyle w:val="Heading2"/>
      </w:pPr>
      <w:r>
        <w:t>Doctor's Misconception About Quranic Fear</w:t>
      </w:r>
    </w:p>
    <w:p>
      <w:r>
        <w:rPr>
          <w:color w:val="666666"/>
          <w:sz w:val="18"/>
        </w:rPr>
        <w:t>The Problem of Evil December 4, 2011 · 2m 22s · at 1:32:01 · https://youtu.be/SMqtVjaGHfw?t=5521</w:t>
      </w:r>
    </w:p>
    <w:p>
      <w:r>
        <w:rPr>
          <w:i/>
        </w:rPr>
        <w:t>“In one of the discussions with my doctor, he said that the first impression he got from Quran is that God wants to scare people and threaten men to worship. He gave examples of hell and burning in fire, etc. He said that a man should have a loving relationship with God and not one based in fear. Maulana, please guide me for its appropriate answer.”</w:t>
      </w:r>
    </w:p>
    <w:p>
      <w:r>
        <w:rPr>
          <w:sz w:val="20"/>
        </w:rPr>
        <w:t>1:32:01  ji Maulana, agla sawal aaya hai Mr. Zeeshan Yusuf ka Hyderabad se. unhon ne likha hai: "in one of the discussions with my doctor, he said that first impression he got from Quran is that God wants to scare people and threaten man to worship.</w:t>
      </w:r>
      <w:r>
        <w:br/>
      </w:r>
      <w:r>
        <w:rPr>
          <w:sz w:val="20"/>
        </w:rPr>
        <w:t>1:32:25  he gave examples of hell and burning in fire, etcetera.</w:t>
      </w:r>
      <w:r>
        <w:br/>
      </w:r>
      <w:r>
        <w:rPr>
          <w:sz w:val="20"/>
        </w:rPr>
        <w:t>1:32:30  he said that a man should have loving relationship with God and not the one based on fear. Maulana, please guide me for its appropriate answer." dekhiye, yeh ek cheez ko bure dhang se explain karna hai.</w:t>
      </w:r>
      <w:r>
        <w:br/>
      </w:r>
      <w:r>
        <w:rPr>
          <w:sz w:val="20"/>
        </w:rPr>
        <w:t>1:32:49  masla fear ka ya hell ka nahin hai. masla yeh hai ke Khuda ka takhleeqi mansooba kya hai? creation</w:t>
      </w:r>
      <w:r>
        <w:br/>
      </w:r>
      <w:r>
        <w:rPr>
          <w:sz w:val="20"/>
        </w:rPr>
        <w:t>1:32:57  plan of God kya hai? woh is is se juri hui baat ke Khuda ne jab banaya hai duniya ko to yeh testing ground hai.</w:t>
      </w:r>
      <w:r>
        <w:br/>
      </w:r>
      <w:r>
        <w:rPr>
          <w:sz w:val="20"/>
        </w:rPr>
        <w:t>1:33:09  to Khuda select kar raha hai, select ek selection Khuda ke paas ho raha hai. kaun is test mein poora hua, kaun poora nahin hua?</w:t>
      </w:r>
      <w:r>
        <w:br/>
      </w:r>
      <w:r>
        <w:rPr>
          <w:sz w:val="20"/>
        </w:rPr>
        <w:t>1:33:18  jo poora hoga, us ke paradise hai, purana woh hell hai. is ke to woh to Khuda ne yani bataya hai, woh jis ko aap kehte hain ke threat diya hai.</w:t>
      </w:r>
      <w:r>
        <w:br/>
      </w:r>
      <w:r>
        <w:rPr>
          <w:sz w:val="20"/>
        </w:rPr>
        <w:t>1:33:27  threat nahin diya hai balkeh bataya hai ke ke kya hai takhleeqi mansooba aur kya hone wala hai.</w:t>
      </w:r>
      <w:r>
        <w:br/>
      </w:r>
      <w:r>
        <w:rPr>
          <w:sz w:val="20"/>
        </w:rPr>
        <w:t>1:33:33  to batane ko aap threat keh rahe hain, galat is ko ek bura naam de rahe hain. yani Khuda ne jo cheez bator waqea batayi hai, us ko aap keh rahe hain threat.</w:t>
      </w:r>
      <w:r>
        <w:br/>
      </w:r>
      <w:r>
        <w:rPr>
          <w:sz w:val="20"/>
        </w:rPr>
        <w:t>1:33:44  threat ki baat nahin hai. agar agar agar aap ko traffic police kahe ke agar galat tareeqe se chalavoge gaadi, gaadi to accident ho jayega, to kahin threat hua?</w:t>
      </w:r>
      <w:r>
        <w:br/>
      </w:r>
      <w:r>
        <w:rPr>
          <w:sz w:val="20"/>
        </w:rPr>
        <w:t>1:33:56  agar traffic police wala kahin khada hua hai, woh kahe ke tum agar galat gaadi chalavoge to accident ho jayega, mar jaoge, to yeh threat nahin hai.</w:t>
      </w:r>
      <w:r>
        <w:br/>
      </w:r>
      <w:r>
        <w:rPr>
          <w:sz w:val="20"/>
        </w:rPr>
        <w:t>1:34:07  yeh yeh ek baat hai, us ko bataya us ne. aise hi Quran mein jo hai, woh ek baat hai, woh batayi gayi hai. woh threat ko kehte hain, aap us ko woh threat nahin hai, simply woh information hai.</w:t>
      </w:r>
    </w:p>
    <w:p>
      <w:pPr>
        <w:pStyle w:val="Heading2"/>
      </w:pPr>
      <w:r>
        <w:t>Dealing with negative thoughts</w:t>
      </w:r>
    </w:p>
    <w:p>
      <w:r>
        <w:rPr>
          <w:color w:val="666666"/>
          <w:sz w:val="18"/>
        </w:rPr>
        <w:t>Spirit of the Age Nov 6, 2016 · 1m 37s · at 55:08 · https://youtu.be/QAW9LP53xQk?t=3308</w:t>
      </w:r>
    </w:p>
    <w:p>
      <w:r>
        <w:rPr>
          <w:i/>
        </w:rPr>
        <w:t>“I often get negative thoughts which I am not able to suppress or control, and as a result I end up taking wrong decisions. How can I overcome this?”</w:t>
      </w:r>
    </w:p>
    <w:p>
      <w:r>
        <w:rPr>
          <w:sz w:val="20"/>
        </w:rPr>
        <w:t>55:08  maulana, agla sawal jamshed pur se bheja hai abdul sahib ne, aur unhon ne likha hai: maulana sahib, I</w:t>
      </w:r>
      <w:r>
        <w:br/>
      </w:r>
      <w:r>
        <w:rPr>
          <w:sz w:val="20"/>
        </w:rPr>
        <w:t>55:13  often get negative thoughts which I am not able to suppress or control, and as a result I</w:t>
      </w:r>
      <w:r>
        <w:br/>
      </w:r>
      <w:r>
        <w:rPr>
          <w:sz w:val="20"/>
        </w:rPr>
        <w:t>55:18  end up taking wrong decisions.</w:t>
      </w:r>
      <w:r>
        <w:br/>
      </w:r>
      <w:r>
        <w:rPr>
          <w:sz w:val="20"/>
        </w:rPr>
        <w:t>55:23  my problem is that I know myself that I am getting wrong thoughts, but I am unable to control myself.</w:t>
      </w:r>
      <w:r>
        <w:br/>
      </w:r>
      <w:r>
        <w:rPr>
          <w:sz w:val="20"/>
        </w:rPr>
        <w:t>55:29  For example, I am very short-tempered. I also become greedy at times, and sometimes I get depressed. I really want to change myself and want to become a better person. Can you please advise me a practical way, or what should I do which will help me become mentally stronger?</w:t>
      </w:r>
      <w:r>
        <w:br/>
      </w:r>
      <w:r>
        <w:rPr>
          <w:sz w:val="20"/>
        </w:rPr>
        <w:t>55:52  is there any dua? maulana sahib, please help me.</w:t>
      </w:r>
      <w:r>
        <w:br/>
      </w:r>
      <w:r>
        <w:rPr>
          <w:sz w:val="20"/>
        </w:rPr>
        <w:t>55:57  yeh dua ka masla nahi hai, yeh apne mind ki re-engineering ka masla hai.</w:t>
      </w:r>
      <w:r>
        <w:br/>
      </w:r>
      <w:r>
        <w:rPr>
          <w:sz w:val="20"/>
        </w:rPr>
        <w:t>56:02  آپ ہمارا monthly magazine اردو میں پڑھیے، رسالہ انگلش میں ہے، Spirit of Islam اس کو پڑھیے۔</w:t>
      </w:r>
      <w:r>
        <w:br/>
      </w:r>
      <w:r>
        <w:rPr>
          <w:sz w:val="20"/>
        </w:rPr>
        <w:t>56:08  ہماری کئی کتابیں ہیں، English میں ہیں، World Vision، Simple Wisdom اس کو پڑھیے۔</w:t>
      </w:r>
      <w:r>
        <w:br/>
      </w:r>
      <w:r>
        <w:rPr>
          <w:sz w:val="20"/>
        </w:rPr>
        <w:t>56:13  hamari char kitabein urdu mein hain, raaz hayat, taabeer hayat, rehnuma hayat, kitab zindagi aap parhiye.</w:t>
      </w:r>
      <w:r>
        <w:br/>
      </w:r>
      <w:r>
        <w:rPr>
          <w:sz w:val="20"/>
        </w:rPr>
        <w:t>56:19  aur mujhe yaqeen hai ke aap ka yeh mizaj khatam ho jayega.</w:t>
      </w:r>
      <w:r>
        <w:br/>
      </w:r>
      <w:r>
        <w:rPr>
          <w:sz w:val="20"/>
        </w:rPr>
        <w:t>56:24  phir koi har insan insan hai.</w:t>
      </w:r>
      <w:r>
        <w:br/>
      </w:r>
      <w:r>
        <w:rPr>
          <w:sz w:val="20"/>
        </w:rPr>
        <w:t>56:30  aap aap ka jo wrong way of thinking hai, woh woh khatam ho jayega, bas sab theek</w:t>
      </w:r>
      <w:r>
        <w:br/>
      </w:r>
      <w:r>
        <w:rPr>
          <w:sz w:val="20"/>
        </w:rPr>
        <w:t>56:35  ho jayega.</w:t>
      </w:r>
      <w:r>
        <w:br/>
      </w:r>
      <w:r>
        <w:rPr>
          <w:sz w:val="20"/>
        </w:rPr>
        <w:t>56:40  aap hamari kitabein parhiye.</w:t>
      </w:r>
    </w:p>
    <w:p>
      <w:pPr>
        <w:pStyle w:val="Heading2"/>
      </w:pPr>
      <w:r>
        <w:t>Making death a lesson for all</w:t>
      </w:r>
    </w:p>
    <w:p>
      <w:r>
        <w:rPr>
          <w:color w:val="666666"/>
          <w:sz w:val="18"/>
        </w:rPr>
        <w:t>Concept of God December 7, 2014 · 2m 09s · at 1:17:31 · https://youtu.be/dCgL9lp8EAo?t=4651</w:t>
      </w:r>
    </w:p>
    <w:p>
      <w:r>
        <w:rPr>
          <w:i/>
        </w:rPr>
        <w:t>“How can we make death a lesson for all of us? Is there any hadith or verse which can become our guiding principle?”</w:t>
      </w:r>
    </w:p>
    <w:p>
      <w:r>
        <w:rPr>
          <w:sz w:val="20"/>
        </w:rPr>
        <w:t>1:17:31  bilkul sahi baat hai. Maulana, agla sawal Bhopal se hai Javed sahib ka, aur unhon ne aap se poocha hai ke "Moulana, how can we make death a lesson for all of us</w:t>
      </w:r>
      <w:r>
        <w:br/>
      </w:r>
      <w:r>
        <w:rPr>
          <w:sz w:val="20"/>
        </w:rPr>
        <w:t>1:17:46  ? Is there any hadith or verse which can become our guiding principle?" kisi ke bare mein? "Death. How can death become a lesson for all of us?" to woh janna chahte hain ke hadith ya quran mein koi...</w:t>
      </w:r>
      <w:r>
        <w:br/>
      </w:r>
      <w:r>
        <w:rPr>
          <w:sz w:val="20"/>
        </w:rPr>
        <w:t>1:18:00  sara bhara hua hai hadith quran mein koi ek kya? maut aur akhirat yeh to sab se bara subject hai quran o hadith ka.</w:t>
      </w:r>
      <w:r>
        <w:br/>
      </w:r>
      <w:r>
        <w:rPr>
          <w:sz w:val="20"/>
        </w:rPr>
        <w:t>1:18:12  yeh yeh yeh yehi cheez to is ka yani sab se ahem mozu hai. koi ek cheez ki zaroorat nahi hai.</w:t>
      </w:r>
      <w:r>
        <w:br/>
      </w:r>
      <w:r>
        <w:rPr>
          <w:sz w:val="20"/>
        </w:rPr>
        <w:t>1:18:23  sara quran bhara hua hai maut se, akhirat se. aur Allah se daro, warna pakre jaoge in baaton se.</w:t>
      </w:r>
      <w:r>
        <w:br/>
      </w:r>
      <w:r>
        <w:rPr>
          <w:sz w:val="20"/>
        </w:rPr>
        <w:t>1:18:32  to musalman to parhte hain bas aur sawab ke liye quran ko. Study kaun karta hai quran ka? agar</w:t>
      </w:r>
      <w:r>
        <w:br/>
      </w:r>
      <w:r>
        <w:rPr>
          <w:sz w:val="20"/>
        </w:rPr>
        <w:t>1:18:40  musalman study ki taraf parhen is se guidance lene ke liye to sara quran bhara hua hai is se.</w:t>
      </w:r>
    </w:p>
    <w:p>
      <w:pPr>
        <w:pStyle w:val="Heading2"/>
      </w:pPr>
      <w:r>
        <w:t>Longing to meet God spiritually</w:t>
      </w:r>
    </w:p>
    <w:p>
      <w:r>
        <w:rPr>
          <w:color w:val="666666"/>
          <w:sz w:val="18"/>
        </w:rPr>
        <w:t>Roza (Fasting) Shock May 26, 2019 · 43s · at 38:54 · https://youtu.be/GXYhGriFRpM?t=2334</w:t>
      </w:r>
    </w:p>
    <w:p>
      <w:r>
        <w:rPr>
          <w:i/>
        </w:rPr>
        <w:t>“I have been searching for God for years. I want to meet God. Please spiritually help me. I will sit in itikaf today. Please make a special prayer for me.”</w:t>
      </w:r>
    </w:p>
    <w:p>
      <w:r>
        <w:rPr>
          <w:sz w:val="20"/>
        </w:rPr>
        <w:t>38:54  maulana, agla sawal lahore pakistan se bheja hai miss farzana khan ne. unhon ne likha hai: "maulana sahib, main saalon se allah ko dhoondh rahi hoon.</w:t>
      </w:r>
      <w:r>
        <w:br/>
      </w:r>
      <w:r>
        <w:rPr>
          <w:sz w:val="20"/>
        </w:rPr>
        <w:t>39:07  main allah se milna chahti hoon. aap roohani taur par meri madad karein. main aaj aitkaf mein baithungi.</w:t>
      </w:r>
      <w:r>
        <w:br/>
      </w:r>
      <w:r>
        <w:rPr>
          <w:sz w:val="20"/>
        </w:rPr>
        <w:t>39:15  aap mere liye khaas dua karein."</w:t>
      </w:r>
      <w:r>
        <w:br/>
      </w:r>
      <w:r>
        <w:rPr>
          <w:sz w:val="20"/>
        </w:rPr>
        <w:t>39:19  inshallah, allah taala</w:t>
      </w:r>
      <w:r>
        <w:br/>
      </w:r>
      <w:r>
        <w:rPr>
          <w:sz w:val="20"/>
        </w:rPr>
        <w:t>39:24  aap ko allah se qurbat hasil ho. wohi dua kijiye jo asiya ne kiya tha, usi dua ko apna lijiye.</w:t>
      </w:r>
    </w:p>
    <w:p>
      <w:pPr>
        <w:pStyle w:val="Heading2"/>
      </w:pPr>
      <w:r>
        <w:t>Reflecting on death: spontaneous or forced?</w:t>
      </w:r>
    </w:p>
    <w:p>
      <w:r>
        <w:rPr>
          <w:color w:val="666666"/>
          <w:sz w:val="18"/>
        </w:rPr>
        <w:t>Concept of Death in Islam August 26, 2012 · 2m 23s · at 1:15:36 · https://youtu.be/y0TJxKi0L94?t=4536</w:t>
      </w:r>
    </w:p>
    <w:p>
      <w:r>
        <w:rPr>
          <w:i/>
        </w:rPr>
        <w:t>“What if the thought of death does not come to us spontaneously? Should we force ourselves to reflect on death? Would that reflection be authentic? Does reflection on death not make us disinterested in our daily activities?”</w:t>
      </w:r>
    </w:p>
    <w:p>
      <w:r>
        <w:rPr>
          <w:sz w:val="20"/>
        </w:rPr>
        <w:t>1:15:36  Maulana, agla sawal Delhi se hai, Mr Kaif ka. unhon ne likha hai what if the thought of death does not come to us spontaneously?</w:t>
      </w:r>
      <w:r>
        <w:br/>
      </w:r>
      <w:r>
        <w:rPr>
          <w:sz w:val="20"/>
        </w:rPr>
        <w:t>1:15:46  Should we force ourselves to reflect on death? Would that reflection be authentic? Does reflection on death not make us disinterested in our daily activities?</w:t>
      </w:r>
      <w:r>
        <w:br/>
      </w:r>
      <w:r>
        <w:rPr>
          <w:sz w:val="20"/>
        </w:rPr>
        <w:t>1:16:01  dekhen, maut ek jab yeh maloom hoga ke maut ek reality hai, to hamein sochna hi hai is ke upar.</w:t>
      </w:r>
      <w:r>
        <w:br/>
      </w:r>
      <w:r>
        <w:rPr>
          <w:sz w:val="20"/>
        </w:rPr>
        <w:t>1:16:10  jab yeh maloom hoga ke</w:t>
      </w:r>
      <w:r>
        <w:br/>
      </w:r>
      <w:r>
        <w:rPr>
          <w:sz w:val="20"/>
        </w:rPr>
        <w:t>1:16:15  jaara aane wala hai, to hamein sardi ka samna karna hi pare ga. to jab maut ke bare mein yeh bar bar tajurba hai ke aadmi marta hai, marta hai, marta hai, to hum us ko kaise ignore kar sakte hain?</w:t>
      </w:r>
      <w:r>
        <w:br/>
      </w:r>
      <w:r>
        <w:rPr>
          <w:sz w:val="20"/>
        </w:rPr>
        <w:t>1:16:30  humein sochna hi parega is ko, lazman. baqi yeh baat ke maut ke sochne se aadmi mein yaani kya hai, activity kam ho jayegi?</w:t>
      </w:r>
      <w:r>
        <w:br/>
      </w:r>
      <w:r>
        <w:rPr>
          <w:sz w:val="20"/>
        </w:rPr>
        <w:t>1:16:42  maulana, ke haan, disinterested ho jata hai insaan agar zyada soche maut ke bare mein. dekhein, yeh baat sahi nahi hai. maut ke bare mein is waqt urgency paida hoti hai, zyada active ho jata hai.</w:t>
      </w:r>
      <w:r>
        <w:br/>
      </w:r>
      <w:r>
        <w:rPr>
          <w:sz w:val="20"/>
        </w:rPr>
        <w:t>1:16:56  maut ka yaad karenge aap to sense of urgency aayegi ke bhai waqt bohat kam hai, cut dalo jo karna hai. yeh ajeeb ghareeb baat aksar log kehte hain mujh se,</w:t>
      </w:r>
      <w:r>
        <w:br/>
      </w:r>
      <w:r>
        <w:rPr>
          <w:sz w:val="20"/>
        </w:rPr>
        <w:t>1:17:09  halanke ulti baat hai. maut jo hai, aap ke andar sense of urgency lati hai ke bohat kam waqt hai, cut dalo jo karna hai.</w:t>
      </w:r>
      <w:r>
        <w:br/>
      </w:r>
      <w:r>
        <w:rPr>
          <w:sz w:val="20"/>
        </w:rPr>
        <w:t>1:17:21  to mera tajurba to yahi hai ke main har waqt is mein is hisab se jeeta hoon ke ke kal mauqa rahe, na rahe, aaj hi cut dalo.</w:t>
      </w:r>
      <w:r>
        <w:br/>
      </w:r>
      <w:r>
        <w:rPr>
          <w:sz w:val="20"/>
        </w:rPr>
        <w:t>1:17:36  kal pata nahi mauqa milega ya nahi milega, aaj hi cut dalo. to bohat zyada chobees ghante bas busy rehta hoon. to mere andar maut jo hai, aur main rozana maut ko yaad karta hoon, bohat zyada.</w:t>
      </w:r>
      <w:r>
        <w:br/>
      </w:r>
      <w:r>
        <w:rPr>
          <w:sz w:val="20"/>
        </w:rPr>
        <w:t>1:17:49  to mera tajurba yeh hai ke maut aadmi ke andar sense of urgency lati hai, jo apne aap mein bohat valuable cheez hai, bohat valuable cheez hai.</w:t>
      </w:r>
    </w:p>
    <w:p>
      <w:pPr>
        <w:pStyle w:val="Heading2"/>
      </w:pPr>
      <w:r>
        <w:t>Taking lessons from someone's death</w:t>
      </w:r>
    </w:p>
    <w:p>
      <w:r>
        <w:rPr>
          <w:color w:val="666666"/>
          <w:sz w:val="18"/>
        </w:rPr>
        <w:t>Hadith Prediction November 3, 2013 · 1m 51s · at 59:36 · https://youtu.be/cb5Lzw9c8aE?t=3576</w:t>
      </w:r>
    </w:p>
    <w:p>
      <w:r>
        <w:rPr>
          <w:i/>
        </w:rPr>
        <w:t>“Please tell us how we can take lessons from someone's death.”</w:t>
      </w:r>
    </w:p>
    <w:p>
      <w:r>
        <w:rPr>
          <w:sz w:val="20"/>
        </w:rPr>
        <w:t>59:36  maulana, agla sawal bangalore se hai javed sahab ka. unhon ne likha hai: "maulana sahab, please tell us as to how can we take lessons from somebody death?</w:t>
      </w:r>
      <w:r>
        <w:br/>
      </w:r>
      <w:r>
        <w:rPr>
          <w:sz w:val="20"/>
        </w:rPr>
        <w:t>59:50  death ji,</w:t>
      </w:r>
      <w:r>
        <w:br/>
      </w:r>
      <w:r>
        <w:rPr>
          <w:sz w:val="20"/>
        </w:rPr>
        <w:t>59:54  main baat to yahi samajhta hoon ke doosre ki maut ko aap apni maut samjhein.</w:t>
      </w:r>
      <w:r>
        <w:br/>
      </w:r>
      <w:r>
        <w:rPr>
          <w:sz w:val="20"/>
        </w:rPr>
        <w:t>1:00:03  doosre ko jab aap dekhein ke woh mar gaya aur main dafan kiya gaya, us ko is dunya se woh chala gaya to apne bare mein sochein.</w:t>
      </w:r>
      <w:r>
        <w:br/>
      </w:r>
      <w:r>
        <w:rPr>
          <w:sz w:val="20"/>
        </w:rPr>
        <w:t>1:00:13  aise hi mujhe hi marna hai, mujhe bhi qabar mein dala jayega, main bhi is dunya se chala jaunga.</w:t>
      </w:r>
      <w:r>
        <w:br/>
      </w:r>
      <w:r>
        <w:rPr>
          <w:sz w:val="20"/>
        </w:rPr>
        <w:t>1:00:21  to doosre ki maut mein apni maut ko dekhna yeh asal sabaq hai.</w:t>
      </w:r>
      <w:r>
        <w:br/>
      </w:r>
      <w:r>
        <w:rPr>
          <w:sz w:val="20"/>
        </w:rPr>
        <w:t>1:00:31  doosre ki maut mein apni maut ko dekhna, doosre ki maut, doosre ki maut ke waqeye par apni maut ko yaad karna yeh is ka sabaq hai.</w:t>
      </w:r>
      <w:r>
        <w:br/>
      </w:r>
      <w:r>
        <w:rPr>
          <w:sz w:val="20"/>
        </w:rPr>
        <w:t>1:00:42  aur yeh itna bara sabaq hai, itna bara sabaq hai ke sahi ma'no mein agar koi yeh sabaq le le to poori zindagi badal jayegi is ki.</w:t>
      </w:r>
      <w:r>
        <w:br/>
      </w:r>
      <w:r>
        <w:rPr>
          <w:sz w:val="20"/>
        </w:rPr>
        <w:t>1:00:52  yani poori zindagi is ki akhirat oriented ho jayegi. lekin dunya ek lagega is ko ke dunya kya hai.</w:t>
      </w:r>
      <w:r>
        <w:br/>
      </w:r>
      <w:r>
        <w:rPr>
          <w:sz w:val="20"/>
        </w:rPr>
        <w:t>1:00:59  thode dinon ke baad jana hai kisi aur dunya mein jo eternal world hai, to is ka rukh bilkul akhirat ki taraf chala jayega.</w:t>
      </w:r>
      <w:r>
        <w:br/>
      </w:r>
      <w:r>
        <w:rPr>
          <w:sz w:val="20"/>
        </w:rPr>
        <w:t>1:01:10  yeh to bohat bara waqea hai hamare liye, maut ka waqea aur is ka lesson jo hai bilashuba poori zindagi ko badal le, badal dene wala hai.</w:t>
      </w:r>
    </w:p>
    <w:p>
      <w:pPr>
        <w:pStyle w:val="Heading2"/>
      </w:pPr>
      <w:r>
        <w:t>How to pray amidst fear and despair</w:t>
      </w:r>
    </w:p>
    <w:p>
      <w:r>
        <w:rPr>
          <w:color w:val="666666"/>
          <w:sz w:val="18"/>
        </w:rPr>
        <w:t>Patience and Crisis 22 Dec 2019 - Maulana Wahiduddin Khan · 3m 15s · at 48:31 · https://youtu.be/ddnUKbhEoCI?t=2911</w:t>
      </w:r>
    </w:p>
    <w:p>
      <w:r>
        <w:rPr>
          <w:i/>
        </w:rPr>
        <w:t>“Hazrat, when there is fear and terror everywhere, despondency and darkness, how should one pray? Please tell me about this.”</w:t>
      </w:r>
    </w:p>
    <w:p>
      <w:r>
        <w:rPr>
          <w:sz w:val="20"/>
        </w:rPr>
        <w:t>48:31  jo is training mein kamyab hoga, wahi jannat mein basaya jayega. jazak allah Maulana." Maulana agla sawal lete hain.</w:t>
      </w:r>
      <w:r>
        <w:br/>
      </w:r>
      <w:r>
        <w:rPr>
          <w:sz w:val="20"/>
        </w:rPr>
        <w:t>48:41  yeh bheja hai Kolhapur se Miss Farah Ahmed ne. unhon ne likha hai: "Hazrat har taraf dar aur khauf ho, mayoosi aur andhera ho to dua kis tarah kari jaye?</w:t>
      </w:r>
      <w:r>
        <w:br/>
      </w:r>
      <w:r>
        <w:rPr>
          <w:sz w:val="20"/>
        </w:rPr>
        <w:t>49:00  is ke baray mein bataein." bhai to woh to dua ki training ho jayegi. jab dua ke khilaf mahol ho to us waqt dua karna yeh to bohat hi bari saadat hai.</w:t>
      </w:r>
      <w:r>
        <w:br/>
      </w:r>
      <w:r>
        <w:rPr>
          <w:sz w:val="20"/>
        </w:rPr>
        <w:t>49:18  saadat</w:t>
      </w:r>
      <w:r>
        <w:br/>
      </w:r>
      <w:r>
        <w:rPr>
          <w:sz w:val="20"/>
        </w:rPr>
        <w:t>49:24  yani woh waqt hai ke jab ke Allah Rabb-ul-Alameen yeh kahe ke mere bande ne mujh ko itne achhe mauqe par yaad kiya, main bhi is ki hi hajat poori karta hoon.</w:t>
      </w:r>
      <w:r>
        <w:br/>
      </w:r>
      <w:r>
        <w:rPr>
          <w:sz w:val="20"/>
        </w:rPr>
        <w:t>49:38  woh to bohat hi shandar lamha hota hai. Allah ki rehmat ko invoke karne ka, invoke i n v o k e, woh bohat achha lamha hota hai Allah ki rehmat ko invoke karne ka.</w:t>
      </w:r>
      <w:r>
        <w:br/>
      </w:r>
      <w:r>
        <w:rPr>
          <w:sz w:val="20"/>
        </w:rPr>
        <w:t>49:56  aur</w:t>
      </w:r>
      <w:r>
        <w:br/>
      </w:r>
      <w:r>
        <w:rPr>
          <w:sz w:val="20"/>
        </w:rPr>
        <w:t>50:00  woh isi waqt to Allah ki rehmat sab se josh mein aati hai.</w:t>
      </w:r>
      <w:r>
        <w:br/>
      </w:r>
      <w:r>
        <w:rPr>
          <w:sz w:val="20"/>
        </w:rPr>
        <w:t>50:12  Muhammad Ammar sahib ne Delhi se comment bheja hai: "Maulana what I understood today is that crisis is a positive thing if endured with wisdom.</w:t>
      </w:r>
      <w:r>
        <w:br/>
      </w:r>
      <w:r>
        <w:rPr>
          <w:sz w:val="20"/>
        </w:rPr>
        <w:t>50:24  through crisis we can practice patience and this can stand eligible for God's paradise. it is an advance training to attain paradise." mashallah.</w:t>
      </w:r>
      <w:r>
        <w:br/>
      </w:r>
      <w:r>
        <w:rPr>
          <w:sz w:val="20"/>
        </w:rPr>
        <w:t>50:37  Tanveer Ahmed sahib ne Kolkata se likha hai: "Maulana sahib main ne Al-Risala mein parha tha ke sabr ka matlab hota hai ruk jana ya rukna.</w:t>
      </w:r>
      <w:r>
        <w:br/>
      </w:r>
      <w:r>
        <w:rPr>
          <w:sz w:val="20"/>
        </w:rPr>
        <w:t>50:49  main ne ghor kiya to meri samajh mein yeh baat aayi ke sabr karne par qudrati taur par aisa hota hai ke insan ka zehan ek vistrit shetra mein sochna shuru kar deta hai.</w:t>
      </w:r>
      <w:r>
        <w:br/>
      </w:r>
      <w:r>
        <w:rPr>
          <w:sz w:val="20"/>
        </w:rPr>
        <w:t>51:03  sabr se vyapak shetra mein sochne ki kriya aram ho jati hai. yeh Allah ka banaya nizam hai aur sabr nahi karne ki sthiti mein dimagh sochne ka karya zaroor karta hai lekin bohat zyada seemit shetra mein is sthiti mein woh sirf radd-e-amal aur nakaratmak vishayon par hi soch pata hai.</w:t>
      </w:r>
      <w:r>
        <w:br/>
      </w:r>
      <w:r>
        <w:rPr>
          <w:sz w:val="20"/>
        </w:rPr>
        <w:t>51:27  jab insan sabr ke amal se oonche star par soch samajh ki qabliyat apne andar paida kar leta hai tab woh ek bashaoor insan ban jata hai." sahi kaha aap ne.</w:t>
      </w:r>
      <w:r>
        <w:br/>
      </w:r>
      <w:r>
        <w:rPr>
          <w:sz w:val="20"/>
        </w:rPr>
        <w:t>51:41  allah ta'ala aap ko jaza-e-khair de.</w:t>
      </w:r>
    </w:p>
    <w:p>
      <w:pPr>
        <w:pStyle w:val="Heading2"/>
      </w:pPr>
      <w:r>
        <w:t>Remembering Death and Life's Purpose</w:t>
      </w:r>
    </w:p>
    <w:p>
      <w:r>
        <w:rPr>
          <w:color w:val="666666"/>
          <w:sz w:val="18"/>
        </w:rPr>
        <w:t>Q&amp;A 13 Nov 2011 · 5m 10s · at 54:19 · https://youtu.be/oOZ9h37_pL8?t=3259</w:t>
      </w:r>
    </w:p>
    <w:p>
      <w:r>
        <w:rPr>
          <w:i/>
        </w:rPr>
        <w:t>“A hadith says to remember death often. But when we do this, we no longer feel inclined to do any work, and life's purpose remains unfulfilled. Please elaborate your thoughts.”</w:t>
      </w:r>
    </w:p>
    <w:p>
      <w:r>
        <w:rPr>
          <w:sz w:val="20"/>
        </w:rPr>
        <w:t>54:19  maulana agla sawal hai mister shah imran hasan ka delhi se. unhon ne likha hai ke hadith mein aaya hai ke maut ko yaad kiya karo.</w:t>
      </w:r>
      <w:r>
        <w:br/>
      </w:r>
      <w:r>
        <w:rPr>
          <w:sz w:val="20"/>
        </w:rPr>
        <w:t>54:29  parantu jab hum aisa karte hain to kisi kaam ko karne ki achha nahi rehti. aur jeewan ka uddesh baqi nahi rehta.</w:t>
      </w:r>
      <w:r>
        <w:br/>
      </w:r>
      <w:r>
        <w:rPr>
          <w:sz w:val="20"/>
        </w:rPr>
        <w:t>54:38  kripya kar ke aap apne vichar vyakt karen.</w:t>
      </w:r>
      <w:r>
        <w:br/>
      </w:r>
      <w:r>
        <w:rPr>
          <w:sz w:val="20"/>
        </w:rPr>
        <w:t>54:42  mein to har subah shab maut yaad karta hoon. mere saath Dilli mein koi active koi hai. aap aa ke mujhe dekhen ke mein kya karta hoon. aap yaqeen kijiye taqreeban rozah nahi ungliyon pe ginta hoon mein.</w:t>
      </w:r>
      <w:r>
        <w:br/>
      </w:r>
      <w:r>
        <w:rPr>
          <w:sz w:val="20"/>
        </w:rPr>
        <w:t>54:56  ke meri family mein falan murga. mere janne walon mein falan murga.</w:t>
      </w:r>
      <w:r>
        <w:br/>
      </w:r>
      <w:r>
        <w:rPr>
          <w:sz w:val="20"/>
        </w:rPr>
        <w:t>55:01  mein Dilli mein tha yahan falan murga. Adam Pur mein tha falan murga. Rampur mein tha Lucknow mein tha baqayda ginta hoon ungliyon pe. ab meri bari hai.</w:t>
      </w:r>
      <w:r>
        <w:br/>
      </w:r>
      <w:r>
        <w:rPr>
          <w:sz w:val="20"/>
        </w:rPr>
        <w:t>55:10  lekin mein yeh nahi samajhta ke Dilli mein koi murshid active hai. to yeh to kahani ki baat hai.</w:t>
      </w:r>
      <w:r>
        <w:br/>
      </w:r>
      <w:r>
        <w:rPr>
          <w:sz w:val="20"/>
        </w:rPr>
        <w:t>55:18  dekhiye mein aap se woh formula bataunga mein aap ko. jo ek bahut bada ek muhqqiq ek British muhqqiq ne kaha tha. ke I am large enough to contain all these contradictions.</w:t>
      </w:r>
      <w:r>
        <w:br/>
      </w:r>
      <w:r>
        <w:rPr>
          <w:sz w:val="20"/>
        </w:rPr>
        <w:t>55:32  ke maut ko yaad karna is ke bawajood active rehna. yeh dono mumkin hain is dimagh ke liye. is dimagh ki capacity bahut zyada hai.</w:t>
      </w:r>
      <w:r>
        <w:br/>
      </w:r>
      <w:r>
        <w:rPr>
          <w:sz w:val="20"/>
        </w:rPr>
        <w:t>55:42  is ne is par kaha tha ke agar mein apne watan se mohabbat karunga to is ka matlab yeh nahi ke mein apne baap se mohabbat nahi karunga. apne religion se mohabbat nahi hogi mujh ko.</w:t>
      </w:r>
      <w:r>
        <w:br/>
      </w:r>
      <w:r>
        <w:rPr>
          <w:sz w:val="20"/>
        </w:rPr>
        <w:t>55:53  to is ne kaha tha ke I am large enough to contain all these contradictions. to yeh bahut hi supreme baaten hain.</w:t>
      </w:r>
      <w:r>
        <w:br/>
      </w:r>
      <w:r>
        <w:rPr>
          <w:sz w:val="20"/>
        </w:rPr>
        <w:t>56:01  insan ke dimagh ko underestimate karna hai yeh. aap insan ke dimagh ko underestimate kar rahe hain.</w:t>
      </w:r>
      <w:r>
        <w:br/>
      </w:r>
      <w:r>
        <w:rPr>
          <w:sz w:val="20"/>
        </w:rPr>
        <w:t>56:10  Maulana Zakwan Nadvi ne Maulana ek apna experience diya hai is mein. unhon ne likha hai ke Himachal Pradesh mein mere ek Nadvi saathi hain.</w:t>
      </w:r>
      <w:r>
        <w:br/>
      </w:r>
      <w:r>
        <w:rPr>
          <w:sz w:val="20"/>
        </w:rPr>
        <w:t>56:21  woh wahan ek Jamia Masjid ke Imam hain. aur wahan ek English medium school chalate hain. do saal pehle un se Al-Risala ki buniyad par contact hua.</w:t>
      </w:r>
      <w:r>
        <w:br/>
      </w:r>
      <w:r>
        <w:rPr>
          <w:sz w:val="20"/>
        </w:rPr>
        <w:t>56:33  ab woh Al-Risala ke regular reader hain. aur Himachal Pradesh mein da'wa work kar rahe hain. unhon ne phone par mujh ko bataya ke mere paas dedh so mukhtalif Urdu magazines the.</w:t>
      </w:r>
      <w:r>
        <w:br/>
      </w:r>
      <w:r>
        <w:rPr>
          <w:sz w:val="20"/>
        </w:rPr>
        <w:t>56:46  Al-Risala parhne ke baad mein ne un sab magazines ko jala kar khatam kar diya. taake koi aur cheez mujh ko distract na kar sake.</w:t>
      </w:r>
      <w:r>
        <w:br/>
      </w:r>
      <w:r>
        <w:rPr>
          <w:sz w:val="20"/>
        </w:rPr>
        <w:t>56:56  nahi to mein kahoon ke yeh aadmi hai. yaani intelligent aadmi hai is ne Al-Risala ko discover kiya. jo aadmi Al-Risala ko discover karega us ka hi right hoga.</w:t>
      </w:r>
      <w:r>
        <w:br/>
      </w:r>
      <w:r>
        <w:rPr>
          <w:sz w:val="20"/>
        </w:rPr>
        <w:t>57:06  jo discover na kare wohi phansa rahega. woh sab yaani is ko is ko farq nahi kar payega. lekin jo discover kar le ga Al-Risala ko us ka rawaiyya aise hi hoga.</w:t>
      </w:r>
      <w:r>
        <w:br/>
      </w:r>
      <w:r>
        <w:rPr>
          <w:sz w:val="20"/>
        </w:rPr>
        <w:t>57:21  Mr. Sajid Anwar ne Dilli se likha hai. Maulana during a talk with one of the top executives of a company the failure of a leading Indian airlines came into discussion.</w:t>
      </w:r>
      <w:r>
        <w:br/>
      </w:r>
      <w:r>
        <w:rPr>
          <w:sz w:val="20"/>
        </w:rPr>
        <w:t>57:36  he commented that now it is clear that only moral base is the right base. for a successful business. Maulana does this indicate that now people are once again rediscovering the truth of the divine teachings.</w:t>
      </w:r>
      <w:r>
        <w:br/>
      </w:r>
      <w:r>
        <w:rPr>
          <w:sz w:val="20"/>
        </w:rPr>
        <w:t>57:53  how does it help a da'i for his da'wa mission?</w:t>
      </w:r>
      <w:r>
        <w:br/>
      </w:r>
      <w:r>
        <w:rPr>
          <w:sz w:val="20"/>
        </w:rPr>
        <w:t>58:00  woh airline ka qissa yeh hai. aur yeh aksar logon ka qissa hai jo bankrupt ho jate hain. bade bade loan le lete hain. aur us loan ke against mein jo unhein income hone wali hai.</w:t>
      </w:r>
      <w:r>
        <w:br/>
      </w:r>
      <w:r>
        <w:rPr>
          <w:sz w:val="20"/>
        </w:rPr>
        <w:t>58:11  to kam hoti hai woh qist de nahi paate. to bankrupt ho jate hain.</w:t>
      </w:r>
      <w:r>
        <w:br/>
      </w:r>
      <w:r>
        <w:rPr>
          <w:sz w:val="20"/>
        </w:rPr>
        <w:t>58:17  to yeh to un logon ko is ki khabar nahi ke is duniya mein yaani hiras ki buniyad par kaam nahi ho sakta. yeh saare log is raaz ko nahi jante.</w:t>
      </w:r>
      <w:r>
        <w:br/>
      </w:r>
      <w:r>
        <w:rPr>
          <w:sz w:val="20"/>
        </w:rPr>
        <w:t>58:28  contentment aur lust ke farq ko nahi samajhte woh log. to yeh ek aitbar se aap sahi keh rahe hain ke</w:t>
      </w:r>
      <w:r>
        <w:br/>
      </w:r>
      <w:r>
        <w:rPr>
          <w:sz w:val="20"/>
        </w:rPr>
        <w:t>58:36  is ki ek moral value yeh hai. to moral value ke lafz aap istemal kar sakte hain yahan par. ke agar woh log janen is raaz ko ke duniya mein hum yaani greed ke baghair pa hi nahi sakte.</w:t>
      </w:r>
      <w:r>
        <w:br/>
      </w:r>
      <w:r>
        <w:rPr>
          <w:sz w:val="20"/>
        </w:rPr>
        <w:t>58:51  payenge net hi ke baghair. woh itna</w:t>
      </w:r>
      <w:r>
        <w:br/>
      </w:r>
      <w:r>
        <w:rPr>
          <w:sz w:val="20"/>
        </w:rPr>
        <w:t>58:55  itna hai hi nahi dunya mein. toh kya karenge?</w:t>
      </w:r>
      <w:r>
        <w:br/>
      </w:r>
      <w:r>
        <w:rPr>
          <w:sz w:val="20"/>
        </w:rPr>
        <w:t>58:58  agar agar agar woh apne apne yaani grade tak na jayein. aur net ke andar net ko bohat bohat maani mein lijiyey.</w:t>
      </w:r>
      <w:r>
        <w:br/>
      </w:r>
      <w:r>
        <w:rPr>
          <w:sz w:val="20"/>
        </w:rPr>
        <w:t>59:07  net ko wasee maani mein lijiyey. ke jo mere bas mein hai. jo mere bas mein hai. grade woh hai jo mere bas mein hi nahi hai.</w:t>
      </w:r>
      <w:r>
        <w:br/>
      </w:r>
      <w:r>
        <w:rPr>
          <w:sz w:val="20"/>
        </w:rPr>
        <w:t>59:17  toh jo aap ke bas mein nahi hai wahan aap jump karte hain toh fail honge. lekin jo aap ke bas mein hai uske andar aap kaam karein toh aap manage kar payenge. phir fail hone ka koi sawal nahi hai.</w:t>
      </w:r>
    </w:p>
    <w:p>
      <w:pPr>
        <w:pStyle w:val="Heading1"/>
      </w:pPr>
      <w:r>
        <w:t>In the lectures (20)</w:t>
      </w:r>
    </w:p>
    <w:p>
      <w:pPr>
        <w:pStyle w:val="Heading2"/>
      </w:pPr>
      <w:r>
        <w:t>Life after Death I 22nd Jan. 2012 Maulana Wahiduddin Khan</w:t>
      </w:r>
    </w:p>
    <w:p>
      <w:r>
        <w:rPr>
          <w:color w:val="666666"/>
          <w:sz w:val="18"/>
        </w:rPr>
        <w:t>25:39 · https://youtu.be/Pa8c09DFrkA?t=1539</w:t>
      </w:r>
    </w:p>
    <w:p>
      <w:r>
        <w:rPr>
          <w:i/>
        </w:rPr>
        <w:t>“موت کا ڈر۔”</w:t>
      </w:r>
    </w:p>
    <w:p>
      <w:pPr>
        <w:pStyle w:val="Heading2"/>
      </w:pPr>
      <w:r>
        <w:t>The Concept of Justice in Islam May 03, 2007</w:t>
      </w:r>
    </w:p>
    <w:p>
      <w:r>
        <w:rPr>
          <w:color w:val="666666"/>
          <w:sz w:val="18"/>
        </w:rPr>
        <w:t>35:55 · https://youtu.be/DY5SY8H554c?t=2155</w:t>
      </w:r>
    </w:p>
    <w:p>
      <w:r>
        <w:rPr>
          <w:i/>
        </w:rPr>
        <w:t>“"I fear God.”</w:t>
      </w:r>
    </w:p>
    <w:p>
      <w:pPr>
        <w:pStyle w:val="Heading2"/>
      </w:pPr>
      <w:r>
        <w:t>Islam A Religion of Peace January 8, 2007 Maulana Wahiduddin Khan</w:t>
      </w:r>
    </w:p>
    <w:p>
      <w:r>
        <w:rPr>
          <w:color w:val="666666"/>
          <w:sz w:val="18"/>
        </w:rPr>
        <w:t>6:36 · https://youtu.be/N1-IgG2ycKw?t=396</w:t>
      </w:r>
    </w:p>
    <w:p>
      <w:r>
        <w:rPr>
          <w:i/>
        </w:rPr>
        <w:t>“میں اللہ سے ڈرتا ہوں۔”</w:t>
      </w:r>
    </w:p>
    <w:p>
      <w:pPr>
        <w:pStyle w:val="Heading2"/>
      </w:pPr>
      <w:r>
        <w:t>An Introduction to Islamic Fiqh July 27, 2007 Maulana Wahiduddin Khan</w:t>
      </w:r>
    </w:p>
    <w:p>
      <w:r>
        <w:rPr>
          <w:color w:val="666666"/>
          <w:sz w:val="18"/>
        </w:rPr>
        <w:t>35:16 · https://youtu.be/6aEZ4hFo1KY?t=2116</w:t>
      </w:r>
    </w:p>
    <w:p>
      <w:r>
        <w:rPr>
          <w:i/>
        </w:rPr>
        <w:t>“fell in fear.”</w:t>
      </w:r>
    </w:p>
    <w:p>
      <w:pPr>
        <w:pStyle w:val="Heading2"/>
      </w:pPr>
      <w:r>
        <w:t>The Concept of Death and Paradise 24 Aug, 2019- Maulana Wahiduddin Khan</w:t>
      </w:r>
    </w:p>
    <w:p>
      <w:r>
        <w:rPr>
          <w:color w:val="666666"/>
          <w:sz w:val="18"/>
        </w:rPr>
        <w:t>0:40 · https://youtu.be/rSVhG0oNomU?t=40</w:t>
      </w:r>
    </w:p>
    <w:p>
      <w:r>
        <w:rPr>
          <w:i/>
        </w:rPr>
        <w:t>“میں نے موت کے بارے میں”</w:t>
      </w:r>
    </w:p>
    <w:p>
      <w:pPr>
        <w:pStyle w:val="Heading2"/>
      </w:pPr>
      <w:r>
        <w:t>The Concept of Death in Islam August 7, 2007</w:t>
      </w:r>
    </w:p>
    <w:p>
      <w:r>
        <w:rPr>
          <w:color w:val="666666"/>
          <w:sz w:val="18"/>
        </w:rPr>
        <w:t>10:27 · https://youtu.be/pB0cQfYw91E?t=627</w:t>
      </w:r>
    </w:p>
    <w:p>
      <w:r>
        <w:rPr>
          <w:i/>
        </w:rPr>
        <w:t>“will face death.”</w:t>
      </w:r>
    </w:p>
    <w:p>
      <w:pPr>
        <w:pStyle w:val="Heading2"/>
      </w:pPr>
      <w:r>
        <w:t>Waqt ki Qadr</w:t>
      </w:r>
    </w:p>
    <w:p>
      <w:r>
        <w:rPr>
          <w:color w:val="666666"/>
          <w:sz w:val="18"/>
        </w:rPr>
        <w:t>11:25 · https://youtu.be/F1ILfxjCiCo?t=685</w:t>
      </w:r>
    </w:p>
    <w:p>
      <w:r>
        <w:rPr>
          <w:i/>
        </w:rPr>
        <w:t>“بڑھا ہوا خوف۔”</w:t>
      </w:r>
    </w:p>
    <w:p>
      <w:pPr>
        <w:pStyle w:val="Heading2"/>
      </w:pPr>
      <w:r>
        <w:t>Love of God October 23, 2022</w:t>
      </w:r>
    </w:p>
    <w:p>
      <w:r>
        <w:rPr>
          <w:color w:val="666666"/>
          <w:sz w:val="18"/>
        </w:rPr>
        <w:t>6:36 · https://youtu.be/bsF_DJhXAzk?t=396</w:t>
      </w:r>
    </w:p>
    <w:p>
      <w:r>
        <w:rPr>
          <w:i/>
        </w:rPr>
        <w:t>“fear and love.”</w:t>
      </w:r>
    </w:p>
    <w:p>
      <w:pPr>
        <w:pStyle w:val="Heading2"/>
      </w:pPr>
      <w:r>
        <w:t>Understanding Islam (In Conversation with Maulana)</w:t>
      </w:r>
    </w:p>
    <w:p>
      <w:r>
        <w:rPr>
          <w:color w:val="666666"/>
          <w:sz w:val="18"/>
        </w:rPr>
        <w:t>19:35 · https://youtu.be/tLTRyW1qhRw?t=1175</w:t>
      </w:r>
    </w:p>
    <w:p>
      <w:r>
        <w:rPr>
          <w:i/>
        </w:rPr>
        <w:t>“I have”</w:t>
      </w:r>
    </w:p>
    <w:p>
      <w:pPr>
        <w:pStyle w:val="Heading2"/>
      </w:pPr>
      <w:r>
        <w:t>Death The Final Journey December 29, 2006</w:t>
      </w:r>
    </w:p>
    <w:p>
      <w:r>
        <w:rPr>
          <w:color w:val="666666"/>
          <w:sz w:val="18"/>
        </w:rPr>
        <w:t>57:17 · https://youtu.be/RL6vMX7Lj1w?t=3437</w:t>
      </w:r>
    </w:p>
    <w:p>
      <w:r>
        <w:rPr>
          <w:i/>
        </w:rPr>
        <w:t>“اگلے لمحے میری موت آ سکتی ہے۔”</w:t>
      </w:r>
    </w:p>
    <w:p>
      <w:pPr>
        <w:pStyle w:val="Heading2"/>
      </w:pPr>
      <w:r>
        <w:t>Islam and Terrorism February 10, 2009 Maulana Wahiduddin Khan</w:t>
      </w:r>
    </w:p>
    <w:p>
      <w:r>
        <w:rPr>
          <w:color w:val="666666"/>
          <w:sz w:val="18"/>
        </w:rPr>
        <w:t>44:19 · https://youtu.be/vCEjp0w7Qjo?t=2659</w:t>
      </w:r>
    </w:p>
    <w:p>
      <w:r>
        <w:rPr>
          <w:i/>
        </w:rPr>
        <w:t>“I am trying to”</w:t>
      </w:r>
    </w:p>
    <w:p>
      <w:pPr>
        <w:pStyle w:val="Heading2"/>
      </w:pPr>
      <w:r>
        <w:t>How to Manage Controversy 10 Nov 2019 - Maulana Wahiduddin Khan</w:t>
      </w:r>
    </w:p>
    <w:p>
      <w:r>
        <w:rPr>
          <w:color w:val="666666"/>
          <w:sz w:val="18"/>
        </w:rPr>
        <w:t>43:30 · https://youtu.be/UafTzJXHrSA?t=2610</w:t>
      </w:r>
    </w:p>
    <w:p>
      <w:r>
        <w:rPr>
          <w:i/>
        </w:rPr>
        <w:t>“ڈر نکل گیا ہے۔”</w:t>
      </w:r>
    </w:p>
    <w:p>
      <w:pPr>
        <w:pStyle w:val="Heading2"/>
      </w:pPr>
      <w:r>
        <w:t>Life After Death January 22, 2012</w:t>
      </w:r>
    </w:p>
    <w:p>
      <w:r>
        <w:rPr>
          <w:color w:val="666666"/>
          <w:sz w:val="18"/>
        </w:rPr>
        <w:t>52:27 · https://youtu.be/5hVH1BLKBF4?t=3147</w:t>
      </w:r>
    </w:p>
    <w:p>
      <w:r>
        <w:rPr>
          <w:i/>
        </w:rPr>
        <w:t>“ایک بادشاہ کے بارے میں میں نے پڑھا کہ اس کو موت کا بہت ڈر رہتا تھا۔”</w:t>
      </w:r>
    </w:p>
    <w:p>
      <w:pPr>
        <w:pStyle w:val="Heading2"/>
      </w:pPr>
      <w:r>
        <w:t>Dars-e-Quran (Al-Baqarah (The Heifer) 2 7-19) July 26, 2015</w:t>
      </w:r>
    </w:p>
    <w:p>
      <w:r>
        <w:rPr>
          <w:color w:val="666666"/>
          <w:sz w:val="18"/>
        </w:rPr>
        <w:t>45:51 · https://youtu.be/kSrW4z79AHE?t=2751</w:t>
      </w:r>
    </w:p>
    <w:p>
      <w:r>
        <w:rPr>
          <w:i/>
        </w:rPr>
        <w:t>“موت کے ڈر سے۔ موت یہاں یہاں پہ مر جانے کے معنی میں نہیں”</w:t>
      </w:r>
    </w:p>
    <w:p>
      <w:pPr>
        <w:pStyle w:val="Heading2"/>
      </w:pPr>
      <w:r>
        <w:t>The Concept of Justice in Islam May 03, 2007</w:t>
      </w:r>
    </w:p>
    <w:p>
      <w:r>
        <w:rPr>
          <w:color w:val="666666"/>
          <w:sz w:val="18"/>
        </w:rPr>
        <w:t>35:58 · https://youtu.be/DY5SY8H554c?t=2158</w:t>
      </w:r>
    </w:p>
    <w:p>
      <w:r>
        <w:rPr>
          <w:i/>
        </w:rPr>
        <w:t>“I fear God. I fear God's punishment. Otherwise, I wanted to beat you."”</w:t>
      </w:r>
    </w:p>
    <w:p>
      <w:pPr>
        <w:pStyle w:val="Heading2"/>
      </w:pPr>
      <w:r>
        <w:t>Age Of Consumerism I January 6, 2013 Maulana Wahiduddin Khan</w:t>
      </w:r>
    </w:p>
    <w:p>
      <w:r>
        <w:rPr>
          <w:color w:val="666666"/>
          <w:sz w:val="18"/>
        </w:rPr>
        <w:t>1:15:07 · https://youtu.be/CuRYFl7JuEM?t=4507</w:t>
      </w:r>
    </w:p>
    <w:p>
      <w:r>
        <w:rPr>
          <w:i/>
        </w:rPr>
        <w:t>“ڈرا ہوا کہ”</w:t>
      </w:r>
    </w:p>
    <w:p>
      <w:pPr>
        <w:pStyle w:val="Heading2"/>
      </w:pPr>
      <w:r>
        <w:t>Revival of Muslims March 08, 2015</w:t>
      </w:r>
    </w:p>
    <w:p>
      <w:r>
        <w:rPr>
          <w:color w:val="666666"/>
          <w:sz w:val="18"/>
        </w:rPr>
        <w:t>58:56 · https://youtu.be/8ShFcr8YozI?t=3536</w:t>
      </w:r>
    </w:p>
    <w:p>
      <w:r>
        <w:rPr>
          <w:i/>
        </w:rPr>
        <w:t>“Fear تو ہر وقت ہے۔”</w:t>
      </w:r>
    </w:p>
    <w:p>
      <w:pPr>
        <w:pStyle w:val="Heading2"/>
      </w:pPr>
      <w:r>
        <w:t>Chapter 5 - The Table (Al-Ma’idah)</w:t>
      </w:r>
    </w:p>
    <w:p>
      <w:r>
        <w:rPr>
          <w:color w:val="666666"/>
          <w:sz w:val="18"/>
        </w:rPr>
        <w:t>8:58 · https://youtu.be/qUYdCDuiqUk?t=538</w:t>
      </w:r>
    </w:p>
    <w:p>
      <w:r>
        <w:rPr>
          <w:i/>
        </w:rPr>
        <w:t>“I fear God, the Lord of the universe,”</w:t>
      </w:r>
    </w:p>
    <w:p>
      <w:pPr>
        <w:pStyle w:val="Heading2"/>
      </w:pPr>
      <w:r>
        <w:t>The Concept of Death in Islam August 7, 2007</w:t>
      </w:r>
    </w:p>
    <w:p>
      <w:r>
        <w:rPr>
          <w:color w:val="666666"/>
          <w:sz w:val="18"/>
        </w:rPr>
        <w:t>42:56 · https://youtu.be/pB0cQfYw91E?t=2576</w:t>
      </w:r>
    </w:p>
    <w:p>
      <w:r>
        <w:rPr>
          <w:i/>
        </w:rPr>
        <w:t>“We cannot escape death.”</w:t>
      </w:r>
    </w:p>
    <w:p>
      <w:pPr>
        <w:pStyle w:val="Heading2"/>
      </w:pPr>
      <w:r>
        <w:t>Life after Death I 22nd Jan. 2012 Maulana Wahiduddin Khan</w:t>
      </w:r>
    </w:p>
    <w:p>
      <w:r>
        <w:rPr>
          <w:color w:val="666666"/>
          <w:sz w:val="18"/>
        </w:rPr>
        <w:t>52:17 · https://youtu.be/Pa8c09DFrkA?t=3137</w:t>
      </w:r>
    </w:p>
    <w:p>
      <w:r>
        <w:rPr>
          <w:i/>
        </w:rPr>
        <w:t>“ایک بادشاہ کے بارے میں میں نے پڑھا، اس کو موت کا بہت ڈر رہتا تھا۔ تو اس نے کیا کیا؟”</w:t>
      </w:r>
    </w:p>
    <w:p>
      <w:pPr>
        <w:pStyle w:val="Heading1"/>
      </w:pPr>
      <w:r>
        <w:t>Clips (13)</w:t>
      </w:r>
    </w:p>
    <w:p>
      <w:pPr>
        <w:pStyle w:val="Heading2"/>
      </w:pPr>
      <w:r>
        <w:t>The snake analogy for unity</w:t>
      </w:r>
    </w:p>
    <w:p>
      <w:r>
        <w:rPr>
          <w:color w:val="666666"/>
          <w:sz w:val="18"/>
        </w:rPr>
        <w:t>Life after Death I 22nd Jan. 2012 Maulana Wahiduddin Khan · 5m 43s · at 20:40 · https://youtu.be/Pa8c09DFrkA?t=1240</w:t>
      </w:r>
    </w:p>
    <w:p>
      <w:r>
        <w:rPr>
          <w:i/>
        </w:rPr>
        <w:t>“There are many differences, people often talk about differences”</w:t>
      </w:r>
    </w:p>
    <w:p>
      <w:r>
        <w:rPr>
          <w:sz w:val="20"/>
        </w:rPr>
        <w:t>20:40  aap dunya mein bohat se ikhtilafat, log aksar ikhtilaf ki baatein karte hain. kal parson mere paas aik sahib aaye, sahib ummat ka ikhtilaf kaise khatam ho?</w:t>
      </w:r>
      <w:r>
        <w:br/>
      </w:r>
      <w:r>
        <w:rPr>
          <w:sz w:val="20"/>
        </w:rPr>
        <w:t>20:51  to maine aik waqea bataya.</w:t>
      </w:r>
      <w:r>
        <w:br/>
      </w:r>
      <w:r>
        <w:rPr>
          <w:sz w:val="20"/>
        </w:rPr>
        <w:t>20:57  yeh maine kaha ke yeh ikhtilaf ki baat nahi hai. yeh be-khofi ki baat hai. Allah ki pakar se be-khofi.</w:t>
      </w:r>
      <w:r>
        <w:br/>
      </w:r>
      <w:r>
        <w:rPr>
          <w:sz w:val="20"/>
        </w:rPr>
        <w:t>21:09  is ne ikhtilaf paida kar rakha hai. to maine bataya ke</w:t>
      </w:r>
      <w:r>
        <w:br/>
      </w:r>
      <w:r>
        <w:rPr>
          <w:sz w:val="20"/>
        </w:rPr>
        <w:t>21:14  haiderabad mein aik conference thi ulama ki. India bhar ke tamam madaris ke ulama, zimmedar hazrat use bulaye gaye they.</w:t>
      </w:r>
      <w:r>
        <w:br/>
      </w:r>
      <w:r>
        <w:rPr>
          <w:sz w:val="20"/>
        </w:rPr>
        <w:t>21:29  misal ke taur par nadwa se wahan aaye they Maulana Abdul Arfan sahib jo us waqt muhtaram they. aise hi tamam madaris ke log.</w:t>
      </w:r>
      <w:r>
        <w:br/>
      </w:r>
      <w:r>
        <w:rPr>
          <w:sz w:val="20"/>
        </w:rPr>
        <w:t>21:39  to main bhi is mein sharik tha.</w:t>
      </w:r>
      <w:r>
        <w:br/>
      </w:r>
      <w:r>
        <w:rPr>
          <w:sz w:val="20"/>
        </w:rPr>
        <w:t>21:45  to wahan ka</w:t>
      </w:r>
      <w:r>
        <w:br/>
      </w:r>
      <w:r>
        <w:rPr>
          <w:sz w:val="20"/>
        </w:rPr>
        <w:t>21:49  wahan aik tajweez yeh pesh ki gayi ke tamam madaris ka nizam yaksaan kiya jaye. misal ke taur par aik talib-e-ilm secular education le raha hai Dilli mein.</w:t>
      </w:r>
      <w:r>
        <w:br/>
      </w:r>
      <w:r>
        <w:rPr>
          <w:sz w:val="20"/>
        </w:rPr>
        <w:t>22:05  yahan se high school pass karta hai.</w:t>
      </w:r>
      <w:r>
        <w:br/>
      </w:r>
      <w:r>
        <w:rPr>
          <w:sz w:val="20"/>
        </w:rPr>
        <w:t>22:08  to kaheen bhi india mein jayega to us ko aglay saal dakhla mil jata hai.</w:t>
      </w:r>
      <w:r>
        <w:br/>
      </w:r>
      <w:r>
        <w:rPr>
          <w:sz w:val="20"/>
        </w:rPr>
        <w:t>22:16  yahan ka certificate wahan kaam aata hai.</w:t>
      </w:r>
      <w:r>
        <w:br/>
      </w:r>
      <w:r>
        <w:rPr>
          <w:sz w:val="20"/>
        </w:rPr>
        <w:t>22:21  to madaris mein aisa muttahida nizam nahi hai ke yahan ka certificate wahan kaam aa jaye. har madrase ka alag alag nizam hai.</w:t>
      </w:r>
      <w:r>
        <w:br/>
      </w:r>
      <w:r>
        <w:rPr>
          <w:sz w:val="20"/>
        </w:rPr>
        <w:t>22:30  talib ilm ko alag alag apne ko sabit karna parta hai. is tarah ki kai cheezein theen jo wahan par zer behs aayi theen.</w:t>
      </w:r>
      <w:r>
        <w:br/>
      </w:r>
      <w:r>
        <w:rPr>
          <w:sz w:val="20"/>
        </w:rPr>
        <w:t>22:42  maliyat ke baray mein bhi is ka bhi aik ijtamai nizam, markazi nizam banaya jaye. to kisi bhi mozu par wahan ittifaq nahi ho raha tha.</w:t>
      </w:r>
      <w:r>
        <w:br/>
      </w:r>
      <w:r>
        <w:rPr>
          <w:sz w:val="20"/>
        </w:rPr>
        <w:t>22:53  har aadmi ajeeb ajeeb baatein karta tha. aik baat yeh thi ke nisaab aik aiksa kiya jaye.</w:t>
      </w:r>
      <w:r>
        <w:br/>
      </w:r>
      <w:r>
        <w:rPr>
          <w:sz w:val="20"/>
        </w:rPr>
        <w:t>22:59  nisaab jo jis tarah se secular idaron mein hai ke wahan nisaab aik hota hai. yahan ka aadmi wahan ja kar kaam kar sakta hai, wahan dakhla le sakta hai.</w:t>
      </w:r>
      <w:r>
        <w:br/>
      </w:r>
      <w:r>
        <w:rPr>
          <w:sz w:val="20"/>
        </w:rPr>
        <w:t>23:11  to madaris ke nisaab mein yaksaniyat laayi jaye. kisi bhi mozu par wahan ittifaq nahi ho raha tha.</w:t>
      </w:r>
      <w:r>
        <w:br/>
      </w:r>
      <w:r>
        <w:rPr>
          <w:sz w:val="20"/>
        </w:rPr>
        <w:t>23:19  har aadmi apni bhi boli bolta tha. to mein chup chap baitha tha, bohat hi dard aur fikr kiye hue.</w:t>
      </w:r>
      <w:r>
        <w:br/>
      </w:r>
      <w:r>
        <w:rPr>
          <w:sz w:val="20"/>
        </w:rPr>
        <w:t>23:31  to aik sahab ne kaha ke aap bhi kahiye is mozu par kuch. to mein bohat hi dard mandi ke sath utha.</w:t>
      </w:r>
      <w:r>
        <w:br/>
      </w:r>
      <w:r>
        <w:rPr>
          <w:sz w:val="20"/>
        </w:rPr>
        <w:t>23:42  aur mein ne kaha ke</w:t>
      </w:r>
      <w:r>
        <w:br/>
      </w:r>
      <w:r>
        <w:rPr>
          <w:sz w:val="20"/>
        </w:rPr>
        <w:t>23:47  yahan itnay saray log ikhatay hain agar yahan aik kala saanp nikal aaye, aik naag.</w:t>
      </w:r>
      <w:r>
        <w:br/>
      </w:r>
      <w:r>
        <w:rPr>
          <w:sz w:val="20"/>
        </w:rPr>
        <w:t>23:56  to kya hoga?</w:t>
      </w:r>
      <w:r>
        <w:br/>
      </w:r>
      <w:r>
        <w:rPr>
          <w:sz w:val="20"/>
        </w:rPr>
        <w:t>24:01  sab ki raayein aik ho jayengi. to kai raayein nahi hongi. sab aadmi kahengay saanp saanp, bacho bacho</w:t>
      </w:r>
      <w:r>
        <w:br/>
      </w:r>
      <w:r>
        <w:rPr>
          <w:sz w:val="20"/>
        </w:rPr>
        <w:t>24:09  .</w:t>
      </w:r>
      <w:r>
        <w:br/>
      </w:r>
      <w:r>
        <w:rPr>
          <w:sz w:val="20"/>
        </w:rPr>
        <w:t>24:13  jab tak saanp nahi nikla hua hai, tab tak log tarah tarah ki boliyan bol rahay hain. jaisay hi aik saanp, kala saanp phool nikaal kar khara ho jaye.</w:t>
      </w:r>
      <w:r>
        <w:br/>
      </w:r>
      <w:r>
        <w:rPr>
          <w:sz w:val="20"/>
        </w:rPr>
        <w:t>24:27  jis ko kabra kehtay hain. c o b r a. aik kabra. to sab aik hi raaye sab ki ho jayegi.</w:t>
      </w:r>
      <w:r>
        <w:br/>
      </w:r>
      <w:r>
        <w:rPr>
          <w:sz w:val="20"/>
        </w:rPr>
        <w:t>24:39  ke saanp saanp, bacho is</w:t>
      </w:r>
      <w:r>
        <w:br/>
      </w:r>
      <w:r>
        <w:rPr>
          <w:sz w:val="20"/>
        </w:rPr>
        <w:t>24:41  se. yeh kehtay hue meri zuban se nikla. ke shiddat e khauf raayon ke taaddud ko khatam kar deta hai.</w:t>
      </w:r>
      <w:r>
        <w:br/>
      </w:r>
      <w:r>
        <w:rPr>
          <w:sz w:val="20"/>
        </w:rPr>
        <w:t>24:55  shiddat e khauf raayon ke taaddud ko khatam kar deta hai. yani agar aap ko sach much Allah ka darr ho.</w:t>
      </w:r>
      <w:r>
        <w:br/>
      </w:r>
      <w:r>
        <w:rPr>
          <w:sz w:val="20"/>
        </w:rPr>
        <w:t>25:11  sach much Allah ka darr ho. to aap itna serious ho jayengay. itna sincere ho jayengay. ke wohi baat sochengay jo sochne wali baat hai.</w:t>
      </w:r>
      <w:r>
        <w:br/>
      </w:r>
      <w:r>
        <w:rPr>
          <w:sz w:val="20"/>
        </w:rPr>
        <w:t>25:23  distraction khatam ho jayega.</w:t>
      </w:r>
      <w:r>
        <w:br/>
      </w:r>
      <w:r>
        <w:rPr>
          <w:sz w:val="20"/>
        </w:rPr>
        <w:t>25:28  to Allah ka darr ke mani kya hain? Allah ki pakar ka darr. Allah ke mawakhze ka darr.</w:t>
      </w:r>
      <w:r>
        <w:br/>
      </w:r>
      <w:r>
        <w:rPr>
          <w:sz w:val="20"/>
        </w:rPr>
        <w:t>25:39  maut ka darr.</w:t>
      </w:r>
      <w:r>
        <w:br/>
      </w:r>
      <w:r>
        <w:rPr>
          <w:sz w:val="20"/>
        </w:rPr>
        <w:t>25:43  to yeh aadmi ka agar raga aa jaye. to kitna bara waqea hoga ke ikhtilaf khatam. sab log yeh kehtay hain ke aaj ummat mein ikhtilaf hai.</w:t>
      </w:r>
      <w:r>
        <w:br/>
      </w:r>
      <w:r>
        <w:rPr>
          <w:sz w:val="20"/>
        </w:rPr>
        <w:t>25:56  ikhtilaf ki wajah se ummat kamzor ho gayi hai, is ki koi value nahi hai.</w:t>
      </w:r>
      <w:r>
        <w:br/>
      </w:r>
      <w:r>
        <w:rPr>
          <w:sz w:val="20"/>
        </w:rPr>
        <w:t>26:02  to ikhtilaf khatam ho jaye. jar jar ko dekhein, root cause kya hai? ikhtilaf kyun hai? Allah se be-khaufi.</w:t>
      </w:r>
      <w:r>
        <w:br/>
      </w:r>
      <w:r>
        <w:rPr>
          <w:sz w:val="20"/>
        </w:rPr>
        <w:t>26:13  maut se be-khaufi. aakhirat ki pakad se be-khaufi. jahannum se be-khaufi.</w:t>
      </w:r>
    </w:p>
    <w:p>
      <w:pPr>
        <w:pStyle w:val="Heading2"/>
      </w:pPr>
      <w:r>
        <w:t>Abel's reply to his killer: I fear Allah</w:t>
      </w:r>
    </w:p>
    <w:p>
      <w:r>
        <w:rPr>
          <w:color w:val="666666"/>
          <w:sz w:val="18"/>
        </w:rPr>
        <w:t>Islam A Religion of Peace January 8, 2007 Maulana Wahiduddin Khan · 1m 12s · at 5:29 · https://youtu.be/N1-IgG2ycKw?t=329</w:t>
      </w:r>
    </w:p>
    <w:p>
      <w:r>
        <w:rPr>
          <w:i/>
        </w:rPr>
        <w:t>“Quran mein dialogue aaya hai Qabil aur Habil ka.”</w:t>
      </w:r>
    </w:p>
    <w:p>
      <w:r>
        <w:rPr>
          <w:sz w:val="20"/>
        </w:rPr>
        <w:t>5:29  to yahan par jo sabak hai woh yeh hai ke quran mein dialogue aaya hai qabil aur habel ka ke jab dono mein controversy hui,</w:t>
      </w:r>
      <w:r>
        <w:br/>
      </w:r>
      <w:r>
        <w:rPr>
          <w:sz w:val="20"/>
        </w:rPr>
        <w:t>5:43  dono ke zuban bohat difference aa gaya. yahan tak ke ek ne keh diya doosre se ke mein tum ko maar dalunga. to doosra kya kehta hai?</w:t>
      </w:r>
      <w:r>
        <w:br/>
      </w:r>
      <w:r>
        <w:rPr>
          <w:sz w:val="20"/>
        </w:rPr>
        <w:t>5:57  yani qatil ne to yeh keh diya ke mein tum ko maar dalunga, lekin maqtool kya kehta hai marne se pehle? us ne kaha ke: "laim bastidak li taqtulani".</w:t>
      </w:r>
      <w:r>
        <w:br/>
      </w:r>
      <w:r>
        <w:rPr>
          <w:sz w:val="20"/>
        </w:rPr>
        <w:t>6:12  ma'ni babasti: "yadi ala iqtulak". inni akhafu Allah rab al-alamin.</w:t>
      </w:r>
      <w:r>
        <w:br/>
      </w:r>
      <w:r>
        <w:rPr>
          <w:sz w:val="20"/>
        </w:rPr>
        <w:t>6:24  yani agar tum apna hath badhao mujhe marne ke liye to mein apna hath nahi badhaunga tum ko marne ke liye.</w:t>
      </w:r>
      <w:r>
        <w:br/>
      </w:r>
      <w:r>
        <w:rPr>
          <w:sz w:val="20"/>
        </w:rPr>
        <w:t>6:36  mein Allah se darta hoon.</w:t>
      </w:r>
    </w:p>
    <w:p>
      <w:pPr>
        <w:pStyle w:val="Heading2"/>
      </w:pPr>
      <w:r>
        <w:t>Prophet approves spontaneous prayer</w:t>
      </w:r>
    </w:p>
    <w:p>
      <w:r>
        <w:rPr>
          <w:color w:val="666666"/>
          <w:sz w:val="18"/>
        </w:rPr>
        <w:t>An Introduction to Islamic Fiqh July 27, 2007 Maulana Wahiduddin Khan · 4m 17s · at 33:13 · https://youtu.be/6aEZ4hFo1KY?t=1993</w:t>
      </w:r>
    </w:p>
    <w:p>
      <w:r>
        <w:rPr>
          <w:i/>
        </w:rPr>
        <w:t>“Once the Prophet was leading a congregational prayer in Madinah”</w:t>
      </w:r>
    </w:p>
    <w:p>
      <w:r>
        <w:rPr>
          <w:sz w:val="20"/>
        </w:rPr>
        <w:t>33:13  For example, there is a Hadith that once the Prophet of Islam was leading a congregational prayer in Madinah.</w:t>
      </w:r>
      <w:r>
        <w:br/>
      </w:r>
      <w:r>
        <w:rPr>
          <w:sz w:val="20"/>
        </w:rPr>
        <w:t>33:27  Once the Prophet of Islam was leading a congregational prayer in the Mosque of Madinah.</w:t>
      </w:r>
      <w:r>
        <w:br/>
      </w:r>
      <w:r>
        <w:rPr>
          <w:sz w:val="20"/>
        </w:rPr>
        <w:t>33:38  So you know the prescribed way is that when we</w:t>
      </w:r>
      <w:r>
        <w:br/>
      </w:r>
      <w:r>
        <w:rPr>
          <w:sz w:val="20"/>
        </w:rPr>
        <w:t>33:48  stand from the Ruku, we say, "Rabbana alayk alhamd."</w:t>
      </w:r>
      <w:r>
        <w:br/>
      </w:r>
      <w:r>
        <w:rPr>
          <w:sz w:val="20"/>
        </w:rPr>
        <w:t>34:04  So one companion who was in the who was offering the Namaz, so other companions said, "Rabbana alayk alhamd" by heart.</w:t>
      </w:r>
      <w:r>
        <w:br/>
      </w:r>
      <w:r>
        <w:rPr>
          <w:sz w:val="20"/>
        </w:rPr>
        <w:t>34:22  One companion said loudly, "Rabbana alayk alhamd. Hamdan kasiraan tayyaban wawarakan fi."</w:t>
      </w:r>
      <w:r>
        <w:br/>
      </w:r>
      <w:r>
        <w:rPr>
          <w:sz w:val="20"/>
        </w:rPr>
        <w:t>34:32  The Prophet was there, and all other companions said by heart, "Rabbana alayk alhamd." One companion said loudly, "Rabbana alayk alhamd.</w:t>
      </w:r>
      <w:r>
        <w:br/>
      </w:r>
      <w:r>
        <w:rPr>
          <w:sz w:val="20"/>
        </w:rPr>
        <w:t>34:43  Hamdan kasiraan tayyaban wawarakan fi." So there was a suspense.</w:t>
      </w:r>
      <w:r>
        <w:br/>
      </w:r>
      <w:r>
        <w:rPr>
          <w:sz w:val="20"/>
        </w:rPr>
        <w:t>34:51  There was a suspense. So after complete completion of the complete when he completed the Salat, the Prophet asked,</w:t>
      </w:r>
      <w:r>
        <w:br/>
      </w:r>
      <w:r>
        <w:rPr>
          <w:sz w:val="20"/>
        </w:rPr>
        <w:t>35:06  "Who</w:t>
      </w:r>
      <w:r>
        <w:br/>
      </w:r>
      <w:r>
        <w:rPr>
          <w:sz w:val="20"/>
        </w:rPr>
        <w:t>35:07  said like this?"</w:t>
      </w:r>
      <w:r>
        <w:br/>
      </w:r>
      <w:r>
        <w:rPr>
          <w:sz w:val="20"/>
        </w:rPr>
        <w:t>35:11  So that companion</w:t>
      </w:r>
      <w:r>
        <w:br/>
      </w:r>
      <w:r>
        <w:rPr>
          <w:sz w:val="20"/>
        </w:rPr>
        <w:t>35:16  fell in fear.</w:t>
      </w:r>
      <w:r>
        <w:br/>
      </w:r>
      <w:r>
        <w:rPr>
          <w:sz w:val="20"/>
        </w:rPr>
        <w:t>35:21  He</w:t>
      </w:r>
      <w:r>
        <w:br/>
      </w:r>
      <w:r>
        <w:rPr>
          <w:sz w:val="20"/>
        </w:rPr>
        <w:t>35:25  was of the opinion that I completed wrong perhaps. But the Prophet said, "No, it was not wrong.</w:t>
      </w:r>
      <w:r>
        <w:br/>
      </w:r>
      <w:r>
        <w:rPr>
          <w:sz w:val="20"/>
        </w:rPr>
        <w:t>35:34  You wereright, and God accepted your words." So by this this event shows us the true picture of the Islamic Ibadat,</w:t>
      </w:r>
      <w:r>
        <w:br/>
      </w:r>
      <w:r>
        <w:rPr>
          <w:sz w:val="20"/>
        </w:rPr>
        <w:t>35:52  that Ibadat is not simply to complete some rituals. Ibadat is not simply to</w:t>
      </w:r>
      <w:r>
        <w:br/>
      </w:r>
      <w:r>
        <w:rPr>
          <w:sz w:val="20"/>
        </w:rPr>
        <w:t>36:05  perform some rituals. No. Ibadat is not a form, it is not a set of rituals, but it is a spirited practice.</w:t>
      </w:r>
      <w:r>
        <w:br/>
      </w:r>
      <w:r>
        <w:rPr>
          <w:sz w:val="20"/>
        </w:rPr>
        <w:t>36:20  So when you are full of spirit, you cannot</w:t>
      </w:r>
      <w:r>
        <w:br/>
      </w:r>
      <w:r>
        <w:rPr>
          <w:sz w:val="20"/>
        </w:rPr>
        <w:t>36:29  take a routine. It is impossible. When there is no only spiritless actions can be performed in routine.</w:t>
      </w:r>
      <w:r>
        <w:br/>
      </w:r>
      <w:r>
        <w:rPr>
          <w:sz w:val="20"/>
        </w:rPr>
        <w:t>36:46  So Namaz is not a routine. Salat is not a spiritless routine. A routine without spirit, it is not Namaz.</w:t>
      </w:r>
      <w:r>
        <w:br/>
      </w:r>
      <w:r>
        <w:rPr>
          <w:sz w:val="20"/>
        </w:rPr>
        <w:t>36:55  Namaz is a spiritful action. And when your heart is fully with spirit, you sometimes do against the routine.</w:t>
      </w:r>
      <w:r>
        <w:br/>
      </w:r>
      <w:r>
        <w:rPr>
          <w:sz w:val="20"/>
        </w:rPr>
        <w:t>37:09  Sometimes you will go against the routine. So this was the spirit of that Namaz, that companion. It was the spirit of that companion which went after the routine,</w:t>
      </w:r>
    </w:p>
    <w:p>
      <w:pPr>
        <w:pStyle w:val="Heading2"/>
      </w:pPr>
      <w:r>
        <w:t>Dual personality, soul eternal, preparation and testing</w:t>
      </w:r>
    </w:p>
    <w:p>
      <w:r>
        <w:rPr>
          <w:color w:val="666666"/>
          <w:sz w:val="18"/>
        </w:rPr>
        <w:t>The Concept of Death in Islam August 7, 2007 · 5m 52s · at 6:47 · https://youtu.be/pB0cQfYw91E?t=407</w:t>
      </w:r>
    </w:p>
    <w:p>
      <w:r>
        <w:rPr>
          <w:i/>
        </w:rPr>
        <w:t>“Because you know, every human being is a dual personality”</w:t>
      </w:r>
    </w:p>
    <w:p>
      <w:r>
        <w:rPr>
          <w:sz w:val="20"/>
        </w:rPr>
        <w:t>6:47  Because you know, every human being is a</w:t>
      </w:r>
      <w:r>
        <w:br/>
      </w:r>
      <w:r>
        <w:rPr>
          <w:sz w:val="20"/>
        </w:rPr>
        <w:t>6:57  dual personality. Every human being has a dual personality: body and soul, or body and mind</w:t>
      </w:r>
      <w:r>
        <w:br/>
      </w:r>
      <w:r>
        <w:rPr>
          <w:sz w:val="20"/>
        </w:rPr>
        <w:t>7:08  . By all accounts, I can say that death—it is the body that is subject to death.</w:t>
      </w:r>
      <w:r>
        <w:br/>
      </w:r>
      <w:r>
        <w:rPr>
          <w:sz w:val="20"/>
        </w:rPr>
        <w:t>7:19  When one dies, his body dies, not the soul, not his mind.</w:t>
      </w:r>
      <w:r>
        <w:br/>
      </w:r>
      <w:r>
        <w:rPr>
          <w:sz w:val="20"/>
        </w:rPr>
        <w:t>7:29  Mind is eternal. Soul is eternal.</w:t>
      </w:r>
      <w:r>
        <w:br/>
      </w:r>
      <w:r>
        <w:rPr>
          <w:sz w:val="20"/>
        </w:rPr>
        <w:t>7:36  Mind or soul is beyond the laws of death. So when the body dies, mind or soul is still alive.</w:t>
      </w:r>
      <w:r>
        <w:br/>
      </w:r>
      <w:r>
        <w:rPr>
          <w:sz w:val="20"/>
        </w:rPr>
        <w:t>7:54  So what happens to mind? What happens to the real personality?</w:t>
      </w:r>
      <w:r>
        <w:br/>
      </w:r>
      <w:r>
        <w:rPr>
          <w:sz w:val="20"/>
        </w:rPr>
        <w:t>7:59  There is soul. It is a fact that our soul is our real personality.</w:t>
      </w:r>
      <w:r>
        <w:br/>
      </w:r>
      <w:r>
        <w:rPr>
          <w:sz w:val="20"/>
        </w:rPr>
        <w:t>8:11  So what happens to our soul, to our real personality? It is the greatest question we want to know.</w:t>
      </w:r>
      <w:r>
        <w:br/>
      </w:r>
      <w:r>
        <w:rPr>
          <w:sz w:val="20"/>
        </w:rPr>
        <w:t>8:31  This question—there are only prophets who claim that they can give answers to this question.</w:t>
      </w:r>
      <w:r>
        <w:br/>
      </w:r>
      <w:r>
        <w:rPr>
          <w:sz w:val="20"/>
        </w:rPr>
        <w:t>8:48  Because a prophet is a person who received revelations from God.</w:t>
      </w:r>
      <w:r>
        <w:br/>
      </w:r>
      <w:r>
        <w:rPr>
          <w:sz w:val="20"/>
        </w:rPr>
        <w:t>8:58  We do not receive such revelations.</w:t>
      </w:r>
      <w:r>
        <w:br/>
      </w:r>
      <w:r>
        <w:rPr>
          <w:sz w:val="20"/>
        </w:rPr>
        <w:t>9:04  so god selects god</w:t>
      </w:r>
      <w:r>
        <w:br/>
      </w:r>
      <w:r>
        <w:rPr>
          <w:sz w:val="20"/>
        </w:rPr>
        <w:t>9:10  selects some person</w:t>
      </w:r>
      <w:r>
        <w:br/>
      </w:r>
      <w:r>
        <w:rPr>
          <w:sz w:val="20"/>
        </w:rPr>
        <w:t>9:13  as His prophet,</w:t>
      </w:r>
      <w:r>
        <w:br/>
      </w:r>
      <w:r>
        <w:rPr>
          <w:sz w:val="20"/>
        </w:rPr>
        <w:t>9:16  and He reveals the truth to the prophet so that the prophet</w:t>
      </w:r>
      <w:r>
        <w:br/>
      </w:r>
      <w:r>
        <w:rPr>
          <w:sz w:val="20"/>
        </w:rPr>
        <w:t>9:24  may convey this message to all mankind.</w:t>
      </w:r>
      <w:r>
        <w:br/>
      </w:r>
      <w:r>
        <w:rPr>
          <w:sz w:val="20"/>
        </w:rPr>
        <w:t>9:35  So if we are serious about this question, we want to know what is after death.</w:t>
      </w:r>
      <w:r>
        <w:br/>
      </w:r>
      <w:r>
        <w:rPr>
          <w:sz w:val="20"/>
        </w:rPr>
        <w:t>9:48  So we have to know</w:t>
      </w:r>
      <w:r>
        <w:br/>
      </w:r>
      <w:r>
        <w:rPr>
          <w:sz w:val="20"/>
        </w:rPr>
        <w:t>9:50  . We have to</w:t>
      </w:r>
      <w:r>
        <w:br/>
      </w:r>
      <w:r>
        <w:rPr>
          <w:sz w:val="20"/>
        </w:rPr>
        <w:t>9:54  find the answer from the Quran, from the Hadith, from the prophet.</w:t>
      </w:r>
      <w:r>
        <w:br/>
      </w:r>
      <w:r>
        <w:rPr>
          <w:sz w:val="20"/>
        </w:rPr>
        <w:t>10:04  So when we read the Quran, we find that the answer given in the Quran is "kullu nafsin zaa'iqatul maut." Then the Quran says, "thumma turja'oona ilallahi." It means that everyone</w:t>
      </w:r>
      <w:r>
        <w:br/>
      </w:r>
      <w:r>
        <w:rPr>
          <w:sz w:val="20"/>
        </w:rPr>
        <w:t>10:27  will face death.</w:t>
      </w:r>
      <w:r>
        <w:br/>
      </w:r>
      <w:r>
        <w:rPr>
          <w:sz w:val="20"/>
        </w:rPr>
        <w:t>10:31  There is no doubt about it. There is no escape from the death. "kullu nafsin zaa'iqatul maut." Everyone is going to die.</w:t>
      </w:r>
      <w:r>
        <w:br/>
      </w:r>
      <w:r>
        <w:rPr>
          <w:sz w:val="20"/>
        </w:rPr>
        <w:t>10:47  "thumma turja'oona ilallahi." Then every human being, every man and woman,</w:t>
      </w:r>
      <w:r>
        <w:br/>
      </w:r>
      <w:r>
        <w:rPr>
          <w:sz w:val="20"/>
        </w:rPr>
        <w:t>10:57  will go to God.</w:t>
      </w:r>
      <w:r>
        <w:br/>
      </w:r>
      <w:r>
        <w:rPr>
          <w:sz w:val="20"/>
        </w:rPr>
        <w:t>11:02  It is a very serious matter. So life is a journey. Life is a journey.</w:t>
      </w:r>
      <w:r>
        <w:br/>
      </w:r>
      <w:r>
        <w:rPr>
          <w:sz w:val="20"/>
        </w:rPr>
        <w:t>11:11  The first journey was that we traveled from God to man.</w:t>
      </w:r>
      <w:r>
        <w:br/>
      </w:r>
      <w:r>
        <w:rPr>
          <w:sz w:val="20"/>
        </w:rPr>
        <w:t>11:22  The first part of the journey was from God to man. This was the pre-death period.</w:t>
      </w:r>
      <w:r>
        <w:br/>
      </w:r>
      <w:r>
        <w:rPr>
          <w:sz w:val="20"/>
        </w:rPr>
        <w:t>11:31  Then the second phase of the journey will be from man to God. This is the post-death period.</w:t>
      </w:r>
      <w:r>
        <w:br/>
      </w:r>
      <w:r>
        <w:rPr>
          <w:sz w:val="20"/>
        </w:rPr>
        <w:t>11:43  So this is the answer given in the Quran and the Hadith.</w:t>
      </w:r>
      <w:r>
        <w:br/>
      </w:r>
      <w:r>
        <w:rPr>
          <w:sz w:val="20"/>
        </w:rPr>
        <w:t>11:55  Then</w:t>
      </w:r>
      <w:r>
        <w:br/>
      </w:r>
      <w:r>
        <w:rPr>
          <w:sz w:val="20"/>
        </w:rPr>
        <w:t>11:58  the Quran and Hadith both tell us that you have to prepare yourself.</w:t>
      </w:r>
      <w:r>
        <w:br/>
      </w:r>
      <w:r>
        <w:rPr>
          <w:sz w:val="20"/>
        </w:rPr>
        <w:t>12:09  You have to prepare yourself in this world.</w:t>
      </w:r>
      <w:r>
        <w:br/>
      </w:r>
      <w:r>
        <w:rPr>
          <w:sz w:val="20"/>
        </w:rPr>
        <w:t>12:13  This world is a</w:t>
      </w:r>
      <w:r>
        <w:br/>
      </w:r>
      <w:r>
        <w:rPr>
          <w:sz w:val="20"/>
        </w:rPr>
        <w:t>12:18  chance of preparation so that you may find the result in the hereafter.</w:t>
      </w:r>
      <w:r>
        <w:br/>
      </w:r>
      <w:r>
        <w:rPr>
          <w:sz w:val="20"/>
        </w:rPr>
        <w:t>12:30  In this world, everyone is on the test. This world is a testing ground.</w:t>
      </w:r>
    </w:p>
    <w:p>
      <w:pPr>
        <w:pStyle w:val="Heading2"/>
      </w:pPr>
      <w:r>
        <w:t>Fear as antidote to distraction</w:t>
      </w:r>
    </w:p>
    <w:p>
      <w:r>
        <w:rPr>
          <w:color w:val="666666"/>
          <w:sz w:val="18"/>
        </w:rPr>
        <w:t>Waqt ki Qadr · 33s · at 11:19 · https://youtu.be/F1ILfxjCiCo?t=679</w:t>
      </w:r>
    </w:p>
    <w:p>
      <w:r>
        <w:rPr>
          <w:i/>
        </w:rPr>
        <w:t>“تو دیکھیے، ڈسٹریکشن سے بچنے کا ایک ہی طریقہ ہے”</w:t>
      </w:r>
    </w:p>
    <w:p>
      <w:r>
        <w:rPr>
          <w:sz w:val="20"/>
        </w:rPr>
        <w:t>11:19  to dekhiye, distraction se bachne ka ek hi tareeqa hai:</w:t>
      </w:r>
      <w:r>
        <w:br/>
      </w:r>
      <w:r>
        <w:rPr>
          <w:sz w:val="20"/>
        </w:rPr>
        <w:t>11:25  badha hua khauf.</w:t>
      </w:r>
      <w:r>
        <w:br/>
      </w:r>
      <w:r>
        <w:rPr>
          <w:sz w:val="20"/>
        </w:rPr>
        <w:t>11:30  bahut zyada conscious hona hai is ke baare mein. ab kaun sa khauf? dunya mein apne aap ko develop karne ki opportunity ko khone ka khauf, aur aakhirat ke abdi inaamaat se mehroom reh jaane ka khauf.</w:t>
      </w:r>
    </w:p>
    <w:p>
      <w:pPr>
        <w:pStyle w:val="Heading2"/>
      </w:pPr>
      <w:r>
        <w:t>Responding to the misuse of Islam's name</w:t>
      </w:r>
    </w:p>
    <w:p>
      <w:r>
        <w:rPr>
          <w:color w:val="666666"/>
          <w:sz w:val="18"/>
        </w:rPr>
        <w:t>Islam and Terrorism February 10, 2009 Maulana Wahiduddin Khan · 2m 50s · at 42:10 · https://youtu.be/vCEjp0w7Qjo?t=2530</w:t>
      </w:r>
    </w:p>
    <w:p>
      <w:r>
        <w:rPr>
          <w:i/>
        </w:rPr>
        <w:t>“People are misusing the name of Islam — here's my response.”</w:t>
      </w:r>
    </w:p>
    <w:p>
      <w:r>
        <w:rPr>
          <w:sz w:val="20"/>
        </w:rPr>
        <w:t>42:10  People are misusing it as a misusing the name of Islam. So can you tell us more on terrorism?</w:t>
      </w:r>
      <w:r>
        <w:br/>
      </w:r>
      <w:r>
        <w:rPr>
          <w:sz w:val="20"/>
        </w:rPr>
        <w:t>42:21  If Islam and Muslims Fine. I will give what of my experience. Once I happened to meet an Arab scholar in violence.</w:t>
      </w:r>
      <w:r>
        <w:br/>
      </w:r>
      <w:r>
        <w:rPr>
          <w:sz w:val="20"/>
        </w:rPr>
        <w:t>42:36  Islam is a peaceful religion.</w:t>
      </w:r>
      <w:r>
        <w:br/>
      </w:r>
      <w:r>
        <w:rPr>
          <w:sz w:val="20"/>
        </w:rPr>
        <w:t>42:38  He said, "Yes, we want peace. But we want peace with justice." "Assalam al-'Adl." So he said that we want peace.</w:t>
      </w:r>
      <w:r>
        <w:br/>
      </w:r>
      <w:r>
        <w:rPr>
          <w:sz w:val="20"/>
        </w:rPr>
        <w:t>42:50  But we want peace with justice. I said that</w:t>
      </w:r>
      <w:r>
        <w:br/>
      </w:r>
      <w:r>
        <w:rPr>
          <w:sz w:val="20"/>
        </w:rPr>
        <w:t>42:58  it is wrong because peace, because justice and peace are two different aspects.</w:t>
      </w:r>
      <w:r>
        <w:br/>
      </w:r>
      <w:r>
        <w:rPr>
          <w:sz w:val="20"/>
        </w:rPr>
        <w:t>43:09  No peace can you can give you justice. Justice is you can achieve justice only by your own effort, by your own struggle.</w:t>
      </w:r>
      <w:r>
        <w:br/>
      </w:r>
      <w:r>
        <w:rPr>
          <w:sz w:val="20"/>
        </w:rPr>
        <w:t>43:20  So first of all, you have to establish peace. And peace will open the door of opportunities.</w:t>
      </w:r>
      <w:r>
        <w:br/>
      </w:r>
      <w:r>
        <w:rPr>
          <w:sz w:val="20"/>
        </w:rPr>
        <w:t>43:29  And by availing all these opportunities, you can</w:t>
      </w:r>
      <w:r>
        <w:br/>
      </w:r>
      <w:r>
        <w:rPr>
          <w:sz w:val="20"/>
        </w:rPr>
        <w:t>43:36  find justice.</w:t>
      </w:r>
      <w:r>
        <w:br/>
      </w:r>
      <w:r>
        <w:rPr>
          <w:sz w:val="20"/>
        </w:rPr>
        <w:t>43:38  So I think that these people are misguided people. They don't know what is the formula of life.</w:t>
      </w:r>
      <w:r>
        <w:br/>
      </w:r>
      <w:r>
        <w:rPr>
          <w:sz w:val="20"/>
        </w:rPr>
        <w:t>43:52  They want justice but they don't know how to attain justice.</w:t>
      </w:r>
      <w:r>
        <w:br/>
      </w:r>
      <w:r>
        <w:rPr>
          <w:sz w:val="20"/>
        </w:rPr>
        <w:t>43:58  The formula of life is that you have to establish peace. And peace will open the door of opportunities. And then you have to avail all those opportunities.</w:t>
      </w:r>
      <w:r>
        <w:br/>
      </w:r>
      <w:r>
        <w:rPr>
          <w:sz w:val="20"/>
        </w:rPr>
        <w:t>44:10  By availing these opportunities, you can achieve justice. This is the formula of life. So these people are misguided people. They don't know.</w:t>
      </w:r>
      <w:r>
        <w:br/>
      </w:r>
      <w:r>
        <w:rPr>
          <w:sz w:val="20"/>
        </w:rPr>
        <w:t>44:19  I am trying to</w:t>
      </w:r>
      <w:r>
        <w:br/>
      </w:r>
      <w:r>
        <w:rPr>
          <w:sz w:val="20"/>
        </w:rPr>
        <w:t>44:25  train their mind</w:t>
      </w:r>
      <w:r>
        <w:br/>
      </w:r>
      <w:r>
        <w:rPr>
          <w:sz w:val="20"/>
        </w:rPr>
        <w:t>44:27  . And I can say that I have changed the mind of thousands and thousands of people everywhere in the world. So this is my mission.</w:t>
      </w:r>
      <w:r>
        <w:br/>
      </w:r>
      <w:r>
        <w:rPr>
          <w:sz w:val="20"/>
        </w:rPr>
        <w:t>44:38  And I am hopeful that</w:t>
      </w:r>
      <w:r>
        <w:br/>
      </w:r>
      <w:r>
        <w:rPr>
          <w:sz w:val="20"/>
        </w:rPr>
        <w:t>44:43  the future will come when we will</w:t>
      </w:r>
      <w:r>
        <w:br/>
      </w:r>
      <w:r>
        <w:rPr>
          <w:sz w:val="20"/>
        </w:rPr>
        <w:t>44:49  succeed, we will achieve success to change their mind. Inshallah, peace will prevail.</w:t>
      </w:r>
    </w:p>
    <w:p>
      <w:pPr>
        <w:pStyle w:val="Heading2"/>
      </w:pPr>
      <w:r>
        <w:t>Lack of God-fearing prevents learning from Hudaibiya</w:t>
      </w:r>
    </w:p>
    <w:p>
      <w:r>
        <w:rPr>
          <w:color w:val="666666"/>
          <w:sz w:val="18"/>
        </w:rPr>
        <w:t>How to Manage Controversy 10 Nov 2019 - Maulana Wahiduddin Khan · 2m 23s · at 43:14 · https://youtu.be/UafTzJXHrSA?t=2594</w:t>
      </w:r>
    </w:p>
    <w:p>
      <w:r>
        <w:rPr>
          <w:i/>
        </w:rPr>
        <w:t>“سمپل سمپل وجہ یہ ہے”</w:t>
      </w:r>
    </w:p>
    <w:p>
      <w:r>
        <w:rPr>
          <w:sz w:val="20"/>
        </w:rPr>
        <w:t>43:14  simple simple wajah yeh hai ke is zamane mein log Allah se</w:t>
      </w:r>
      <w:r>
        <w:br/>
      </w:r>
      <w:r>
        <w:rPr>
          <w:sz w:val="20"/>
        </w:rPr>
        <w:t>43:30  dar nikal gaya hai.</w:t>
      </w:r>
      <w:r>
        <w:br/>
      </w:r>
      <w:r>
        <w:rPr>
          <w:sz w:val="20"/>
        </w:rPr>
        <w:t>43:36  hadith waris ka ek zamana aaye ga jab ke koi darne wala nahi, Allah se darne wala nahi hoga. hatta la tra khashi'un,</w:t>
      </w:r>
      <w:r>
        <w:br/>
      </w:r>
      <w:r>
        <w:rPr>
          <w:sz w:val="20"/>
        </w:rPr>
        <w:t>43:50  yahan tak ke ek bhi khashi'un nahi hoga. jaise alfaaz hain hadith mein: "ek bhi, ek bhi, hatta la tra khashi'un, hatta ke tum ek bhi khashi'un nahi dekhoge." yeh badi badi dadiyon wale bhi is mein shamil hain kyunke ek bhi hai: "hatta la tra khashi'un"</w:t>
      </w:r>
      <w:r>
        <w:br/>
      </w:r>
      <w:r>
        <w:rPr>
          <w:sz w:val="20"/>
        </w:rPr>
        <w:t>44:15  kisi exception exception nahi hai. is liye ab jo tareekh chalna chahiye, woh khushu pe chalna chahiye.</w:t>
      </w:r>
      <w:r>
        <w:br/>
      </w:r>
      <w:r>
        <w:rPr>
          <w:sz w:val="20"/>
        </w:rPr>
        <w:t>44:26  ab jo tareeqe chal rahe hain, woh bilkul irrelevant hain, irrelevant hain. tareeqe chalne chahiye logon mein aspect of taqwa inculcate karne ke liye.</w:t>
      </w:r>
      <w:r>
        <w:br/>
      </w:r>
      <w:r>
        <w:rPr>
          <w:sz w:val="20"/>
        </w:rPr>
        <w:t>44:41  jo tareeqe chala rahe hain log idhar udhar idhar udhar, woh sab bilkul irrelevant hain. sara issue yahi hai ke logon ke dil mein khushu nahi hai.</w:t>
      </w:r>
      <w:r>
        <w:br/>
      </w:r>
      <w:r>
        <w:rPr>
          <w:sz w:val="20"/>
        </w:rPr>
        <w:t>44:56  yeh hadith se sabit hai.</w:t>
      </w:r>
      <w:r>
        <w:br/>
      </w:r>
      <w:r>
        <w:rPr>
          <w:sz w:val="20"/>
        </w:rPr>
        <w:t>45:00  to hadith ke mutabiq agar kisi ko tareekh chalani hai to woh</w:t>
      </w:r>
      <w:r>
        <w:br/>
      </w:r>
      <w:r>
        <w:rPr>
          <w:sz w:val="20"/>
        </w:rPr>
        <w:t>45:08  mabni par khushu tareekh chalaye, yani taqwa</w:t>
      </w:r>
      <w:r>
        <w:br/>
      </w:r>
      <w:r>
        <w:rPr>
          <w:sz w:val="20"/>
        </w:rPr>
        <w:t>45:20  quran aur hadith ke mein. is ke siwa kisi aur tehreek ke liye koi justification nahi hai, koi justification nahi hai.</w:t>
      </w:r>
    </w:p>
    <w:p>
      <w:pPr>
        <w:pStyle w:val="Heading2"/>
      </w:pPr>
      <w:r>
        <w:t>Life is a countdown to death, not a countup, with two jokes</w:t>
      </w:r>
    </w:p>
    <w:p>
      <w:r>
        <w:rPr>
          <w:color w:val="666666"/>
          <w:sz w:val="18"/>
        </w:rPr>
        <w:t>Life After Death January 22, 2012 · 4m 00s · at 49:30 · https://youtu.be/5hVH1BLKBF4?t=2970</w:t>
      </w:r>
    </w:p>
    <w:p>
      <w:r>
        <w:rPr>
          <w:i/>
        </w:rPr>
        <w:t>“لوگوں کو اب Birthday نہیں، Death Day منانا چاہیے”</w:t>
      </w:r>
    </w:p>
    <w:p>
      <w:r>
        <w:rPr>
          <w:sz w:val="20"/>
        </w:rPr>
        <w:t>49:30  dekhiye log jo hain Birthday mante hain. paidaish ka din manate hain. main to samajhta hoon keh logon ko ab mout ka din manana chahiye.</w:t>
      </w:r>
      <w:r>
        <w:br/>
      </w:r>
      <w:r>
        <w:rPr>
          <w:sz w:val="20"/>
        </w:rPr>
        <w:t>49:42  Death Day. kyon? aadmi, har ek aadmi ka ek bohat hi bara masla hai keh woh Countdown ho raha hai.</w:t>
      </w:r>
      <w:r>
        <w:br/>
      </w:r>
      <w:r>
        <w:rPr>
          <w:sz w:val="20"/>
        </w:rPr>
        <w:t>49:52  Countup nahi ho raha hai, Countdown ho raha hai.</w:t>
      </w:r>
      <w:r>
        <w:br/>
      </w:r>
      <w:r>
        <w:rPr>
          <w:sz w:val="20"/>
        </w:rPr>
        <w:t>49:57  misalan ek aadmi ki umar agar farz kijiye keh saath saal thi to har agla din usay kam kam karta ja raha hai.</w:t>
      </w:r>
      <w:r>
        <w:br/>
      </w:r>
      <w:r>
        <w:rPr>
          <w:sz w:val="20"/>
        </w:rPr>
        <w:t>50:08  saath se unsaath, unsaath se athavan, athavan se sataavan, sataavan se chhappan, chhappan se pachpan, pachpan se chauvan, chauvan se tripan, bawan, ikavan.</w:t>
      </w:r>
      <w:r>
        <w:br/>
      </w:r>
      <w:r>
        <w:rPr>
          <w:sz w:val="20"/>
        </w:rPr>
        <w:t>50:20  kam ho to yeh har din kam ho raha hai. har din. jo hamari yani qudrat mein jo hamari mout likhi hui hai us ko to hum barha nahi sakte.</w:t>
      </w:r>
      <w:r>
        <w:br/>
      </w:r>
      <w:r>
        <w:rPr>
          <w:sz w:val="20"/>
        </w:rPr>
        <w:t>50:33  koi barha nahi paya. to amalan kya ho raha hai? Countdown ho raha hai. Countup thori ho raha hai. log samajhte hain hum aagay barh rahe hain, nahi hum peechay hat rahe hain.</w:t>
      </w:r>
      <w:r>
        <w:br/>
      </w:r>
      <w:r>
        <w:rPr>
          <w:sz w:val="20"/>
        </w:rPr>
        <w:t>50:45  mout ki taraf ja rahe hain.</w:t>
      </w:r>
      <w:r>
        <w:br/>
      </w:r>
      <w:r>
        <w:rPr>
          <w:sz w:val="20"/>
        </w:rPr>
        <w:t>50:48  to main samajhta hoon keh logon ko jo sochne ki baat hai woh woh yeh hai keh hamara har din Countdown ho raha hai.</w:t>
      </w:r>
      <w:r>
        <w:br/>
      </w:r>
      <w:r>
        <w:rPr>
          <w:sz w:val="20"/>
        </w:rPr>
        <w:t>50:59  ek martaba maine parha hai ek aadmi ke baray mein, ek ek ek top ka ek aadmi jo uska baap bhi bohat ameer kabeer tha keh He was born with a silver spoon in his mouth.</w:t>
      </w:r>
      <w:r>
        <w:br/>
      </w:r>
      <w:r>
        <w:rPr>
          <w:sz w:val="20"/>
        </w:rPr>
        <w:t>51:16  He was born</w:t>
      </w:r>
      <w:r>
        <w:br/>
      </w:r>
      <w:r>
        <w:rPr>
          <w:sz w:val="20"/>
        </w:rPr>
        <w:t>51:20  with a silver spoon in his mouth. lekin aaj woh aadmi mar chuka hai.</w:t>
      </w:r>
      <w:r>
        <w:br/>
      </w:r>
      <w:r>
        <w:rPr>
          <w:sz w:val="20"/>
        </w:rPr>
        <w:t>51:27  to maine socha parhtay huay keh sahi baat to yeh thi keh yeh kaha jata hai keh He was born with a death spoon in his mouth.</w:t>
      </w:r>
      <w:r>
        <w:br/>
      </w:r>
      <w:r>
        <w:rPr>
          <w:sz w:val="20"/>
        </w:rPr>
        <w:t>51:37  main ek aisay aadmi ki baat kar raha hoon jo meri zindagi ke mirzwani mein paida hua</w:t>
      </w:r>
      <w:r>
        <w:br/>
      </w:r>
      <w:r>
        <w:rPr>
          <w:sz w:val="20"/>
        </w:rPr>
        <w:t>51:41  . mirzwani mein tha woh. maine dekha hai abhi us ko. lekin bohat paisay wala aadmi ke ghar paida hua woh. to uska mujhe naam lainay ki zaroorat nahi hai.</w:t>
      </w:r>
      <w:r>
        <w:br/>
      </w:r>
      <w:r>
        <w:rPr>
          <w:sz w:val="20"/>
        </w:rPr>
        <w:t>51:52  to us ke baray mein maine parha hai keh He was born with a silver spoon in his mouth. lekin aaj woh aaj woh nahi duniya mein, mar chuka hai.</w:t>
      </w:r>
      <w:r>
        <w:br/>
      </w:r>
      <w:r>
        <w:rPr>
          <w:sz w:val="20"/>
        </w:rPr>
        <w:t>52:05  to jab maine yeh parha to maine socha keh zahir hai sahi baat yeh thi keh yeh kaha jata hai He was born with a death spoon in his mouth.</w:t>
      </w:r>
      <w:r>
        <w:br/>
      </w:r>
      <w:r>
        <w:rPr>
          <w:sz w:val="20"/>
        </w:rPr>
        <w:t>52:17  kis tarah se log bekhabar hain haqaiq se. haqiqaton se bekhabar hain.</w:t>
      </w:r>
      <w:r>
        <w:br/>
      </w:r>
      <w:r>
        <w:rPr>
          <w:sz w:val="20"/>
        </w:rPr>
        <w:t>52:27  aik badshah ke bare mein maine padha ke is ko maut ka bohat dar rehta tha.</w:t>
      </w:r>
      <w:r>
        <w:br/>
      </w:r>
      <w:r>
        <w:rPr>
          <w:sz w:val="20"/>
        </w:rPr>
        <w:t>52:34  to is ne kya kiya? kisi ne is ko bataya ke maut ka farishta jo hai woh khushki par safar karta hai, pani par nahin. kisi ne aik bewoofi ki baat keh di kisi ne.</w:t>
      </w:r>
      <w:r>
        <w:br/>
      </w:r>
      <w:r>
        <w:rPr>
          <w:sz w:val="20"/>
        </w:rPr>
        <w:t>52:48  pani par safar nahin kar sakta maut ka farishta. to is ne kaha yeh to bara acha formula hai. to is ne aik qila banaya aur us ke charon taraf garhe khudwaye, is mein pani bharwa diya.</w:t>
      </w:r>
      <w:r>
        <w:br/>
      </w:r>
      <w:r>
        <w:rPr>
          <w:sz w:val="20"/>
        </w:rPr>
        <w:t>53:02  yani charon taraf pani bhara hua.</w:t>
      </w:r>
      <w:r>
        <w:br/>
      </w:r>
      <w:r>
        <w:rPr>
          <w:sz w:val="20"/>
        </w:rPr>
        <w:t>53:06  jaise aik samajh lijiye ke gol nahar. ab woh is qile par aane laga. ab samjha ke maut ka farishta mujh tak pohnchega nahin.</w:t>
      </w:r>
      <w:r>
        <w:br/>
      </w:r>
      <w:r>
        <w:rPr>
          <w:sz w:val="20"/>
        </w:rPr>
        <w:t>53:15  kyun ke is ko pani se guzarna pare ga. lekin jab waqt aaya to mar gaya, woh bhi mar gaya. He was also born with a death spoon in his mouth.</w:t>
      </w:r>
    </w:p>
    <w:p>
      <w:pPr>
        <w:pStyle w:val="Heading2"/>
      </w:pPr>
      <w:r>
        <w:t>thunderstorm of truth and fear of worldly loss</w:t>
      </w:r>
    </w:p>
    <w:p>
      <w:r>
        <w:rPr>
          <w:color w:val="666666"/>
          <w:sz w:val="18"/>
        </w:rPr>
        <w:t>Dars-e-Quran (Al-Baqarah (The Heifer) 2 7-19) July 26, 2015 · 2m 27s · at 43:49 · https://youtu.be/kSrW4z79AHE?t=2629</w:t>
      </w:r>
    </w:p>
    <w:p>
      <w:r>
        <w:rPr>
          <w:i/>
        </w:rPr>
        <w:t>“Like a storm from the sky, thunder and lightning”</w:t>
      </w:r>
    </w:p>
    <w:p>
      <w:r>
        <w:rPr>
          <w:sz w:val="20"/>
        </w:rPr>
        <w:t>43:49  o qasib min as-samaa'i feeh zulumatin wa ra'dun wa barqun. jo aasman se baarish ho is mein jis mein bijli chamak rahi ho.</w:t>
      </w:r>
      <w:r>
        <w:br/>
      </w:r>
      <w:r>
        <w:rPr>
          <w:sz w:val="20"/>
        </w:rPr>
        <w:t>43:59  aur aap jante hain ke jab toofani baarish hoti hai to bohat hi is par shor hota hai.</w:t>
      </w:r>
      <w:r>
        <w:br/>
      </w:r>
      <w:r>
        <w:rPr>
          <w:sz w:val="20"/>
        </w:rPr>
        <w:t>44:06  to yaani agarche baarish hai lekin sunai nahi deta kuch. to yeh jo dawat-e-tauheed ki jo dawat hai aisi qism ki baarish hai, toofani baarish ke woh sachai baras rahi hai lekin saath saath garaj chamak bhi hai.</w:t>
      </w:r>
      <w:r>
        <w:br/>
      </w:r>
      <w:r>
        <w:rPr>
          <w:sz w:val="20"/>
        </w:rPr>
        <w:t>44:24  to jo log</w:t>
      </w:r>
      <w:r>
        <w:br/>
      </w:r>
      <w:r>
        <w:rPr>
          <w:sz w:val="20"/>
        </w:rPr>
        <w:t>44:27  apne apni aqal ko zinda na rakhein woh is mein unko kuch milta nahi.</w:t>
      </w:r>
      <w:r>
        <w:br/>
      </w:r>
      <w:r>
        <w:rPr>
          <w:sz w:val="20"/>
        </w:rPr>
        <w:t>44:36  yaj'aluna asabi'ahum fi azanihim min as-sawa'iqi. woh apne kaan mein ungli daal lete hain garaj chamak ki wajah se. to yeh yeh bhi tashbeeh ki baat hai.</w:t>
      </w:r>
      <w:r>
        <w:br/>
      </w:r>
      <w:r>
        <w:rPr>
          <w:sz w:val="20"/>
        </w:rPr>
        <w:t>44:46  jaise bohat zyada garaj chamak ho aap kaan mein ungli daal lein ab is ki garaj se bachane ke liye to yeh is is ko misaal di hai ke in logon par</w:t>
      </w:r>
      <w:r>
        <w:br/>
      </w:r>
      <w:r>
        <w:rPr>
          <w:sz w:val="20"/>
        </w:rPr>
        <w:t>45:00  yeh maadi misaal hai is ko apply kiya hai is insaan par ke jab sachai ki tehreek chali hai, sachai ka mission jaari hua hai aur is mein har taraf hidayat ki baarish ho rahi hai lekin goya ke unhon ne apne kaan ko bahar kar liya hai.</w:t>
      </w:r>
      <w:r>
        <w:br/>
      </w:r>
      <w:r>
        <w:rPr>
          <w:sz w:val="20"/>
        </w:rPr>
        <w:t>45:17  goya ke unhon ne apne kaan mein ungliyan daal leen. goya ke. haqeeqatan aisa nahi hua lekin goya ke unhon ne daal diya aur kuch un ko sunai nahi deta dekh dekh kuch sunai nahi deta kuch dikhai nahi det</w:t>
      </w:r>
      <w:r>
        <w:br/>
      </w:r>
      <w:r>
        <w:rPr>
          <w:sz w:val="20"/>
        </w:rPr>
        <w:t>45:29  a aisa kar liya. to kyun woh aisa hua? ke unhon ne apne duniya ke interest ko zyada ahmiyat di.</w:t>
      </w:r>
      <w:r>
        <w:br/>
      </w:r>
      <w:r>
        <w:rPr>
          <w:sz w:val="20"/>
        </w:rPr>
        <w:t>45:39  aakhirat ke muqable mein duniya ko zyada bada darja de diya. is wajah se is se faida uthane se mehroom ho gaye woh. hazar al-mawt.</w:t>
      </w:r>
      <w:r>
        <w:br/>
      </w:r>
      <w:r>
        <w:rPr>
          <w:sz w:val="20"/>
        </w:rPr>
        <w:t>45:51  maut ke dar se. maut yahan yahan pe mar jaane ke mani mein nahi</w:t>
      </w:r>
      <w:r>
        <w:br/>
      </w:r>
      <w:r>
        <w:rPr>
          <w:sz w:val="20"/>
        </w:rPr>
        <w:t>45:57  hai. matlab yeh ke sachai ko ikhtiyar karenge to hamara nuksan hoga. samajhte hain ke sachai ko ikhtiyar karenge to bada nuksan ho jayega.</w:t>
      </w:r>
      <w:r>
        <w:br/>
      </w:r>
      <w:r>
        <w:rPr>
          <w:sz w:val="20"/>
        </w:rPr>
        <w:t>46:08  yaani aakhirat ke pehlu ko kam karna duniya ke pehlu ko bada darja de dena yeh bura aadmi is se.</w:t>
      </w:r>
    </w:p>
    <w:p>
      <w:pPr>
        <w:pStyle w:val="Heading2"/>
      </w:pPr>
      <w:r>
        <w:t>a radio song sparks deep reflection on death</w:t>
      </w:r>
    </w:p>
    <w:p>
      <w:r>
        <w:rPr>
          <w:color w:val="666666"/>
          <w:sz w:val="18"/>
        </w:rPr>
        <w:t>The Importance of Thinking November 10, 2013 · 2m 57s · at 14:29 · https://youtu.be/y16CddTHoqE?t=869</w:t>
      </w:r>
    </w:p>
    <w:p>
      <w:r>
        <w:rPr>
          <w:i/>
        </w:rPr>
        <w:t>“Maine radio khola, ek gaana aa raha tha”</w:t>
      </w:r>
    </w:p>
    <w:p>
      <w:r>
        <w:rPr>
          <w:sz w:val="20"/>
        </w:rPr>
        <w:t>14:29  jaise main arz karta hoon ke kis tarah se</w:t>
      </w:r>
      <w:r>
        <w:br/>
      </w:r>
      <w:r>
        <w:rPr>
          <w:sz w:val="20"/>
        </w:rPr>
        <w:t>14:36  mind trigger hota hai. main ne radio khola, main rozana radio sunta hoon news ke liye, khabron ke liye.</w:t>
      </w:r>
      <w:r>
        <w:br/>
      </w:r>
      <w:r>
        <w:rPr>
          <w:sz w:val="20"/>
        </w:rPr>
        <w:t>14:46  lekin jab khabron ke sath sath wahan aur cheezein aati rehti hain, to aap jab kholenge to kuch na kuch aa jata hai.</w:t>
      </w:r>
      <w:r>
        <w:br/>
      </w:r>
      <w:r>
        <w:rPr>
          <w:sz w:val="20"/>
        </w:rPr>
        <w:t>14:56  to main ne khola to is mein ek gana aa raha tha.</w:t>
      </w:r>
      <w:r>
        <w:br/>
      </w:r>
      <w:r>
        <w:rPr>
          <w:sz w:val="20"/>
        </w:rPr>
        <w:t>15:02  woh is ka line yeh thi ke sajan re jhoot mat bolo Khuda ke paas jana hai.</w:t>
      </w:r>
      <w:r>
        <w:br/>
      </w:r>
      <w:r>
        <w:rPr>
          <w:sz w:val="20"/>
        </w:rPr>
        <w:t>15:14  na ghoda hai, na gaadi hai, wahan paidal hi jana hai. ab dekhein, bazahir to yeh ek radio ka gana hai, lekin mera mind trigger ho gaya.</w:t>
      </w:r>
      <w:r>
        <w:br/>
      </w:r>
      <w:r>
        <w:rPr>
          <w:sz w:val="20"/>
        </w:rPr>
        <w:t>15:26  ab laga sochne maut ke bare mein.</w:t>
      </w:r>
      <w:r>
        <w:br/>
      </w:r>
      <w:r>
        <w:rPr>
          <w:sz w:val="20"/>
        </w:rPr>
        <w:t>15:31  maut, dekhen, maut sirf zindagi ke khateme ka naam nahin hai. zindagi khatm ho gayi, is ka naam maut nahin.</w:t>
      </w:r>
      <w:r>
        <w:br/>
      </w:r>
      <w:r>
        <w:rPr>
          <w:sz w:val="20"/>
        </w:rPr>
        <w:t>15:41  maut ek poora subject hai. maut ke liye jab sochte hain aap to ek poora subject ban jata hai. yaani death oriented thinking aap ke andar aati hai.</w:t>
      </w:r>
      <w:r>
        <w:br/>
      </w:r>
      <w:r>
        <w:rPr>
          <w:sz w:val="20"/>
        </w:rPr>
        <w:t>15:56  death ko le kar aap sab kuch sochne lagte hain.</w:t>
      </w:r>
      <w:r>
        <w:br/>
      </w:r>
      <w:r>
        <w:rPr>
          <w:sz w:val="20"/>
        </w:rPr>
        <w:t>16:00  poori death period ko, is death period ko to poori zindagi ek aap ke liye sochne ka subject ban jati hai.</w:t>
      </w:r>
      <w:r>
        <w:br/>
      </w:r>
      <w:r>
        <w:rPr>
          <w:sz w:val="20"/>
        </w:rPr>
        <w:t>16:12  to aap kya hua? sochte sochte mujhe quran ki ayat yaad aayi ke kal nafs za'iqatul maut.</w:t>
      </w:r>
      <w:r>
        <w:br/>
      </w:r>
      <w:r>
        <w:rPr>
          <w:sz w:val="20"/>
        </w:rPr>
        <w:t>16:23  ab dekhen, radio ka ek ek gana tha,</w:t>
      </w:r>
      <w:r>
        <w:br/>
      </w:r>
      <w:r>
        <w:rPr>
          <w:sz w:val="20"/>
        </w:rPr>
        <w:t>16:28  is ne kya yaad dilaya maut ko? phir yaad aaya quran ki ek ayat kal nafs za'iqatul maut. har aadmi ko lazman marna hai, koi marne se bach nahin sakta.</w:t>
      </w:r>
      <w:r>
        <w:br/>
      </w:r>
      <w:r>
        <w:rPr>
          <w:sz w:val="20"/>
        </w:rPr>
        <w:t>16:45  main socha, kaisi ajeeb baat hai! aadmi ke paas daulat ho, taqat ho, ilm ho, kuch bhi ho, lekin use lazman ek din marna padta hai.</w:t>
      </w:r>
      <w:r>
        <w:br/>
      </w:r>
      <w:r>
        <w:rPr>
          <w:sz w:val="20"/>
        </w:rPr>
        <w:t>16:59  yaani is ko main kehta hoon ke compulsory eviction. hum aap kisi ghar mein hain, kisi duniya mein hain, lekin maut hum ko zabardasti yahan se nikal ke le aati hai kahin aur.</w:t>
      </w:r>
      <w:r>
        <w:br/>
      </w:r>
      <w:r>
        <w:rPr>
          <w:sz w:val="20"/>
        </w:rPr>
        <w:t>17:16  that is compulsory eviction. ab ek ke baad ek, dekhen, baaten aa rahi hain dimagh mein</w:t>
      </w:r>
    </w:p>
    <w:p>
      <w:pPr>
        <w:pStyle w:val="Heading2"/>
      </w:pPr>
      <w:r>
        <w:t>A radio song about death sparks reflection on mortality</w:t>
      </w:r>
    </w:p>
    <w:p>
      <w:r>
        <w:rPr>
          <w:color w:val="666666"/>
          <w:sz w:val="18"/>
        </w:rPr>
        <w:t>The Importance of Thinking November 10, 2013 Maulana Wahiduddin Khan · 2m 23s · at 14:36 · https://youtu.be/dM9yTT9UlCs?t=876</w:t>
      </w:r>
    </w:p>
    <w:p>
      <w:r>
        <w:rPr>
          <w:i/>
        </w:rPr>
        <w:t>“I turned on the radio and a song was playing”</w:t>
      </w:r>
    </w:p>
    <w:p>
      <w:r>
        <w:rPr>
          <w:sz w:val="20"/>
        </w:rPr>
        <w:t>14:36  mind trigger hota hai. main ne radio khola, main rozana radio sunta hoon news ke liye, khabron ke liye.</w:t>
      </w:r>
      <w:r>
        <w:br/>
      </w:r>
      <w:r>
        <w:rPr>
          <w:sz w:val="20"/>
        </w:rPr>
        <w:t>14:46  lekin jab khabron ke sath sath wahan aur cheezen aati rehti hain to aap jab kholenge to kuch na kuch aa jata hai.</w:t>
      </w:r>
      <w:r>
        <w:br/>
      </w:r>
      <w:r>
        <w:rPr>
          <w:sz w:val="20"/>
        </w:rPr>
        <w:t>14:56  to main ne khola to is mein ek gana aa raha tha.</w:t>
      </w:r>
      <w:r>
        <w:br/>
      </w:r>
      <w:r>
        <w:rPr>
          <w:sz w:val="20"/>
        </w:rPr>
        <w:t>15:02  woh is ka line yeh thi ke "sajan re, jhoot mat bolo, Khuda ke paas jana hai.</w:t>
      </w:r>
      <w:r>
        <w:br/>
      </w:r>
      <w:r>
        <w:rPr>
          <w:sz w:val="20"/>
        </w:rPr>
        <w:t>15:14  na ghoda hai, na gaadi hai, wahan paidal hi jana hai." ab dekhen, bazahir to yeh ek radio ka gana hai lekin mera mind trigger ho gaya.</w:t>
      </w:r>
      <w:r>
        <w:br/>
      </w:r>
      <w:r>
        <w:rPr>
          <w:sz w:val="20"/>
        </w:rPr>
        <w:t>15:26  ab laga sochne maut ke bare mein.</w:t>
      </w:r>
      <w:r>
        <w:br/>
      </w:r>
      <w:r>
        <w:rPr>
          <w:sz w:val="20"/>
        </w:rPr>
        <w:t>15:31  maut, dekhen, maut sirf zindagi ke khatme ka naam nahin hai. zindagi khatm ho gayi, is ka naam maut nahin.</w:t>
      </w:r>
      <w:r>
        <w:br/>
      </w:r>
      <w:r>
        <w:rPr>
          <w:sz w:val="20"/>
        </w:rPr>
        <w:t>15:41  maut ek poora subject hai. maut ke liye jab sochte hain aap to ek poora subject ban jata hai. yaani death oriented thinking aap ke andar aati hai.</w:t>
      </w:r>
      <w:r>
        <w:br/>
      </w:r>
      <w:r>
        <w:rPr>
          <w:sz w:val="20"/>
        </w:rPr>
        <w:t>15:56  death ko le kar aap sab kuch sochne lagte hain.</w:t>
      </w:r>
      <w:r>
        <w:br/>
      </w:r>
      <w:r>
        <w:rPr>
          <w:sz w:val="20"/>
        </w:rPr>
        <w:t>16:00  poori death period ko, is death period ko to poori zindagi ek aap ke liye sochne ka subject ban jati hai.</w:t>
      </w:r>
      <w:r>
        <w:br/>
      </w:r>
      <w:r>
        <w:rPr>
          <w:sz w:val="20"/>
        </w:rPr>
        <w:t>16:12  to aap kya hua? sochte sochte mujhe quran ki ayat yaad aayi ke "kal nafs za'iqatul maut".</w:t>
      </w:r>
      <w:r>
        <w:br/>
      </w:r>
      <w:r>
        <w:rPr>
          <w:sz w:val="20"/>
        </w:rPr>
        <w:t>16:23  ab dekhen, radio ka ek ek gana tha,</w:t>
      </w:r>
      <w:r>
        <w:br/>
      </w:r>
      <w:r>
        <w:rPr>
          <w:sz w:val="20"/>
        </w:rPr>
        <w:t>16:28  us ne kya yaad dilaya maut ko? phir yaad aaya quran ki ek ayat "kal nafs za'iqatul maut". har aadmi ko lazman marna hai, koi marne se bach nahin sakta.</w:t>
      </w:r>
      <w:r>
        <w:br/>
      </w:r>
      <w:r>
        <w:rPr>
          <w:sz w:val="20"/>
        </w:rPr>
        <w:t>16:45  main socha, kaisi ajeeb baat hai! aadmi ke paas daulat ho, taqat ho, ilm ho, kuch bhi ho, lekin use lazman ek din marna padta hai.</w:t>
      </w:r>
    </w:p>
    <w:p>
      <w:pPr>
        <w:pStyle w:val="Heading2"/>
      </w:pPr>
      <w:r>
        <w:t>meaning of taqwa: submission to God by choice</w:t>
      </w:r>
    </w:p>
    <w:p>
      <w:r>
        <w:rPr>
          <w:color w:val="666666"/>
          <w:sz w:val="18"/>
        </w:rPr>
        <w:t>Dars-e-Quran Chapter 2 Verses 206, 208, 212, 213 &amp; 214 July 2, 2007 Maulana Wahiduddin Khan · 51s · at 2:20 · https://youtu.be/34tQK67_TvQ?t=140</w:t>
      </w:r>
    </w:p>
    <w:p>
      <w:r>
        <w:rPr>
          <w:i/>
        </w:rPr>
        <w:t>“تقویٰ کے معنی ہوتے ہیں ڈرنا یا بچنا”</w:t>
      </w:r>
    </w:p>
    <w:p>
      <w:r>
        <w:rPr>
          <w:sz w:val="20"/>
        </w:rPr>
        <w:t>2:20  taqwa ke maani hote hain</w:t>
      </w:r>
      <w:r>
        <w:br/>
      </w:r>
      <w:r>
        <w:rPr>
          <w:sz w:val="20"/>
        </w:rPr>
        <w:t>2:25  darna ya bachna.</w:t>
      </w:r>
      <w:r>
        <w:br/>
      </w:r>
      <w:r>
        <w:rPr>
          <w:sz w:val="20"/>
        </w:rPr>
        <w:t>2:30  mein samajhta hoon ke is ko is tarah kaha jata hai ke "submission to god by choice."</w:t>
      </w:r>
      <w:r>
        <w:br/>
      </w:r>
      <w:r>
        <w:rPr>
          <w:sz w:val="20"/>
        </w:rPr>
        <w:t>2:43  dekhein, is kainat mein jitni bhi cheezein hain, woh sab khuda ke muqable mein taqwa ke culture par hain.</w:t>
      </w:r>
      <w:r>
        <w:br/>
      </w:r>
      <w:r>
        <w:rPr>
          <w:sz w:val="20"/>
        </w:rPr>
        <w:t>2:56  taqwa is kainat ka universal culture hai.</w:t>
      </w:r>
      <w:r>
        <w:br/>
      </w:r>
      <w:r>
        <w:rPr>
          <w:sz w:val="20"/>
        </w:rPr>
        <w:t>3:07  universal culture hai.</w:t>
      </w:r>
      <w:r>
        <w:br/>
      </w:r>
      <w:r>
        <w:rPr>
          <w:sz w:val="20"/>
        </w:rPr>
        <w:t>3:12  har cheez jo is kainat mein hai, woh</w:t>
      </w:r>
    </w:p>
    <w:p>
      <w:pPr>
        <w:pStyle w:val="Heading2"/>
      </w:pPr>
      <w:r>
        <w:t>700 times the return: a businessman's investment in God</w:t>
      </w:r>
    </w:p>
    <w:p>
      <w:r>
        <w:rPr>
          <w:color w:val="666666"/>
          <w:sz w:val="18"/>
        </w:rPr>
        <w:t>On Life and Death July 24, 2011 · 4m 21s · at 6:03 · https://youtu.be/Z0pdhT_HJNk?t=363</w:t>
      </w:r>
    </w:p>
    <w:p>
      <w:r>
        <w:rPr>
          <w:i/>
        </w:rPr>
        <w:t>“I just got a call from Habib bhai in Hyderabad.”</w:t>
      </w:r>
    </w:p>
    <w:p>
      <w:r>
        <w:rPr>
          <w:sz w:val="20"/>
        </w:rPr>
        <w:t>6:03  mere paas abhi telephone aaya, ittefaq se isi din jis din yeh maut hui,</w:t>
      </w:r>
      <w:r>
        <w:br/>
      </w:r>
      <w:r>
        <w:rPr>
          <w:sz w:val="20"/>
        </w:rPr>
        <w:t>6:10  Hyderabad se Habib bhai ka.</w:t>
      </w:r>
      <w:r>
        <w:br/>
      </w:r>
      <w:r>
        <w:rPr>
          <w:sz w:val="20"/>
        </w:rPr>
        <w:t>6:14  to Habib bhai ke jo father thay, un ka naam Bao bhai kehlati thay, woh woh hamare mission se juray hue thay.</w:t>
      </w:r>
      <w:r>
        <w:br/>
      </w:r>
      <w:r>
        <w:rPr>
          <w:sz w:val="20"/>
        </w:rPr>
        <w:t>6:26  to 1987 mein un ka inteqal ho gaya, abhi ziyada umar nahi thi un ki, yaani mujh se chhotay thay woh.</w:t>
      </w:r>
      <w:r>
        <w:br/>
      </w:r>
      <w:r>
        <w:rPr>
          <w:sz w:val="20"/>
        </w:rPr>
        <w:t>6:38  to 24 saal ho gaye, Abu bhai ne kaha ke aaj 24 saal ho gaye, yaani 21 July ko 24 saal ho gaye. Kyun ke 21 July 1987 ko un ki wafat hui thi.</w:t>
      </w:r>
      <w:r>
        <w:br/>
      </w:r>
      <w:r>
        <w:rPr>
          <w:sz w:val="20"/>
        </w:rPr>
        <w:t>6:54  to unhon ne kuch baatein bataein. Unhon ne kaha ke woh hamari aik kitaab hai, us ka naam hai "Aakhirat ka Safar", us ko bohat parhte thay woh.</w:t>
      </w:r>
      <w:r>
        <w:br/>
      </w:r>
      <w:r>
        <w:rPr>
          <w:sz w:val="20"/>
        </w:rPr>
        <w:t>7:06  us mein yeh maut ki baatein hain, zindagi aur maut ki, aakhirat ka safar. Chhoti si pamphlet hai, 50 safhay ka, Alex mein bhi chhaapa hai aur "Allah Akbar" mein bhi shamil hai woh.</w:t>
      </w:r>
      <w:r>
        <w:br/>
      </w:r>
      <w:r>
        <w:rPr>
          <w:sz w:val="20"/>
        </w:rPr>
        <w:t>7:18  to unhon ne bataya ke woh barabar parhte rehte thay us ko.</w:t>
      </w:r>
      <w:r>
        <w:br/>
      </w:r>
      <w:r>
        <w:rPr>
          <w:sz w:val="20"/>
        </w:rPr>
        <w:t>7:24  us ke bare mein ke woh maut par bohat sochte thay,</w:t>
      </w:r>
      <w:r>
        <w:br/>
      </w:r>
      <w:r>
        <w:rPr>
          <w:sz w:val="20"/>
        </w:rPr>
        <w:t>7:29  maut ke bare mein bohat sochte thay.</w:t>
      </w:r>
      <w:r>
        <w:br/>
      </w:r>
      <w:r>
        <w:rPr>
          <w:sz w:val="20"/>
        </w:rPr>
        <w:t>7:34  to unhon ne bataya ke main ne aik baar aik aik project banaya apni company ko, un ki company jo thi, kapray ka business tha un ka.</w:t>
      </w:r>
      <w:r>
        <w:br/>
      </w:r>
      <w:r>
        <w:rPr>
          <w:sz w:val="20"/>
        </w:rPr>
        <w:t>7:45  to us ko,</w:t>
      </w:r>
      <w:r>
        <w:br/>
      </w:r>
      <w:r>
        <w:rPr>
          <w:sz w:val="20"/>
        </w:rPr>
        <w:t>7:50  us ke liye unhon ne aik aik project banaya, us ke expansion ka, us ko develop karne ka mazeed.</w:t>
      </w:r>
      <w:r>
        <w:br/>
      </w:r>
      <w:r>
        <w:rPr>
          <w:sz w:val="20"/>
        </w:rPr>
        <w:t>7:59  to is ke liye woh 40 lakh ka project tha, woh 40 lakh rupay ka. to bau bhai ko maloom hua to unhon ne bulaya habib bhai ko aur poocha ke tum jo 40 lakh rupay laga rahe ho is kaam mein,</w:t>
      </w:r>
      <w:r>
        <w:br/>
      </w:r>
      <w:r>
        <w:rPr>
          <w:sz w:val="20"/>
        </w:rPr>
        <w:t>8:18  to kitna return tum samajhte ho ke milega tum ko is se? unhon ne kaha kam az kam double to zaroor milega, double faida zaroor hoga.</w:t>
      </w:r>
      <w:r>
        <w:br/>
      </w:r>
      <w:r>
        <w:rPr>
          <w:sz w:val="20"/>
        </w:rPr>
        <w:t>8:29  to bau bhai ne kaha ke main tum ko aik aur investment batata hoon jis mein double se bhi bohat zyada milega, 700 guna tak mil sakta hai.</w:t>
      </w:r>
      <w:r>
        <w:br/>
      </w:r>
      <w:r>
        <w:rPr>
          <w:sz w:val="20"/>
        </w:rPr>
        <w:t>8:44  to unhon ne kaha ke woh kon sa investment hai? aisa to hum jante nahin. to unhon ne kaha bau bhai ne quran ki ayat parh kar ke allah ke raste mein paisa lagao,</w:t>
      </w:r>
      <w:r>
        <w:br/>
      </w:r>
      <w:r>
        <w:rPr>
          <w:sz w:val="20"/>
        </w:rPr>
        <w:t>8:58  yeh 40 lakh rupay to allah ke raste mein laga do, khuda ke mission mein laga do. to bau bhai jo the, bohat hi ajeeb insan the,</w:t>
      </w:r>
      <w:r>
        <w:br/>
      </w:r>
      <w:r>
        <w:rPr>
          <w:sz w:val="20"/>
        </w:rPr>
        <w:t>9:11  bohat ajeeb insan the aur hamare mission ko se bohat zyada juray hue the. woh un ki jab khabar mili mujhe telephone se to main yahan se gaya hyderabad.</w:t>
      </w:r>
      <w:r>
        <w:br/>
      </w:r>
      <w:r>
        <w:rPr>
          <w:sz w:val="20"/>
        </w:rPr>
        <w:t>9:25  to jab main pohancha wahan to habib bhai jo un ke bete the, aik dam deewangi ke alam mein the us waqt, baap mar gaya tha.</w:t>
      </w:r>
      <w:r>
        <w:br/>
      </w:r>
      <w:r>
        <w:rPr>
          <w:sz w:val="20"/>
        </w:rPr>
        <w:t>9:36  to pehla jumla jo un ki zuban se nikla woh yeh tha: "aap ka aik aashiq chala gaya,</w:t>
      </w:r>
      <w:r>
        <w:br/>
      </w:r>
      <w:r>
        <w:rPr>
          <w:sz w:val="20"/>
        </w:rPr>
        <w:t>9:45  aap ka aik aashiq chala gaya." yeh special ko bohat zyada woh juray hue the is se,</w:t>
      </w:r>
      <w:r>
        <w:br/>
      </w:r>
      <w:r>
        <w:rPr>
          <w:sz w:val="20"/>
        </w:rPr>
        <w:t>9:54  lekin sath sath woh businessman the, agarche lekin maut ke baray mein bohat sochte rehte the. woh sab ko kehte the ke zindagi zyada bara masla hai, maut ka masla hai, is par is ko le kar ghor karo.</w:t>
      </w:r>
      <w:r>
        <w:br/>
      </w:r>
      <w:r>
        <w:rPr>
          <w:sz w:val="20"/>
        </w:rPr>
        <w:t>10:12  to main samajhta hoon ke yeh bohat hi sahi mizaj tha un ka aur yeh mizaj matloob hai hadith ke mutabiq.</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