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feel alone</w:t>
      </w:r>
    </w:p>
    <w:p>
      <w:r>
        <w:rPr>
          <w:sz w:val="18"/>
        </w:rPr>
        <w:t>Q&amp;A, lecture moments and clips · full transcripts with timestamps · exported 2026-09-21</w:t>
      </w:r>
    </w:p>
    <w:p>
      <w:pPr>
        <w:pStyle w:val="Heading1"/>
      </w:pPr>
      <w:r>
        <w:t>Maulana was asked (30)</w:t>
      </w:r>
    </w:p>
    <w:p>
      <w:pPr>
        <w:pStyle w:val="Heading2"/>
      </w:pPr>
      <w:r>
        <w:t>Guidance for childless couple's loneliness</w:t>
      </w:r>
    </w:p>
    <w:p>
      <w:r>
        <w:rPr>
          <w:color w:val="666666"/>
          <w:sz w:val="18"/>
        </w:rPr>
        <w:t>How to Manage Controversy 10 Nov 2019 - Maulana Wahiduddin Khan · 1m 56s · at 59:21 · https://youtu.be/UafTzJXHrSA?t=3561</w:t>
      </w:r>
    </w:p>
    <w:p>
      <w:r>
        <w:rPr>
          <w:i/>
        </w:rPr>
        <w:t>“Maulana, I don't have a child and both my wife and I feel very lonely. Maulana, please give us some guidance as it is affecting our peace of mind.”</w:t>
      </w:r>
    </w:p>
    <w:p>
      <w:r>
        <w:rPr>
          <w:sz w:val="20"/>
        </w:rPr>
        <w:t>59:21  yahi asal masla hai, jar ki baat yahi hai, jar ki baat yahi hai. maulana, agla sawal ahmedabad se shoaib akhtar sahib ne bheja hai.</w:t>
      </w:r>
      <w:r>
        <w:br/>
      </w:r>
      <w:r>
        <w:rPr>
          <w:sz w:val="20"/>
        </w:rPr>
        <w:t>59:33  unho ne likha hai: "maulana sahib, i don't have a child and both me and my wife feel very lonely.</w:t>
      </w:r>
      <w:r>
        <w:br/>
      </w:r>
      <w:r>
        <w:rPr>
          <w:sz w:val="20"/>
        </w:rPr>
        <w:t>59:43  maulana sahib, please give us some guidance as it is affecting our peace of mind." bhai, yeh is ke liye main yahi kahunga ke rasool Allah ko dekhiye, aap</w:t>
      </w:r>
      <w:r>
        <w:br/>
      </w:r>
      <w:r>
        <w:rPr>
          <w:sz w:val="20"/>
        </w:rPr>
        <w:t>1:00:03  rasool Allah ka beta kahan tha? jo bete paida hue, woh khatam ho gaye.</w:t>
      </w:r>
      <w:r>
        <w:br/>
      </w:r>
      <w:r>
        <w:rPr>
          <w:sz w:val="20"/>
        </w:rPr>
        <w:t>1:00:13  ab aur kya kar sakta hoon main aap ko? okay, we will end the session</w:t>
      </w:r>
      <w:r>
        <w:br/>
      </w:r>
      <w:r>
        <w:rPr>
          <w:sz w:val="20"/>
        </w:rPr>
        <w:t>1:00:18  now. thank you.</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Feeling dejected despite working</w:t>
      </w:r>
    </w:p>
    <w:p>
      <w:r>
        <w:rPr>
          <w:color w:val="666666"/>
          <w:sz w:val="18"/>
        </w:rPr>
        <w:t>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Is helplessness positive or negative?</w:t>
      </w:r>
    </w:p>
    <w:p>
      <w:r>
        <w:rPr>
          <w:color w:val="666666"/>
          <w:sz w:val="18"/>
        </w:rPr>
        <w:t>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Seeking spiritual guidance</w:t>
      </w:r>
    </w:p>
    <w:p>
      <w:r>
        <w:rPr>
          <w:color w:val="666666"/>
          <w:sz w:val="18"/>
        </w:rPr>
        <w:t>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Overcoming heedlessness of death in youth</w:t>
      </w:r>
    </w:p>
    <w:p>
      <w:r>
        <w:rPr>
          <w:color w:val="666666"/>
          <w:sz w:val="18"/>
        </w:rPr>
        <w:t>Concept of Death in Islam 26th Aug 12 SLOW · 1m 59s · at 15:45 · https://youtu.be/8dsos0OBM6M?t=945</w:t>
      </w:r>
    </w:p>
    <w:p>
      <w:r>
        <w:rPr>
          <w:i/>
        </w:rPr>
        <w:t>“Today I am young and see death as far away. How can I save myself from this heedlessness?”</w:t>
      </w:r>
    </w:p>
    <w:p>
      <w:r>
        <w:rPr>
          <w:sz w:val="20"/>
        </w:rPr>
        <w:t>15:45  Maulana, agla sawal Tamil Nadu se hai Maulana Iqbal Omri sahib ka. unhon ne likha hai: "Maulana, aaj mein jawan hoon, maut ko door dekh raha hoon. is ghaflat se mein kaise bachoon?" is ke bare mein batayein.</w:t>
      </w:r>
      <w:r>
        <w:br/>
      </w:r>
      <w:r>
        <w:rPr>
          <w:sz w:val="20"/>
        </w:rPr>
        <w:t>16:03  isi liye to Allah taala ne maut ka waqt koi nahi rakha.</w:t>
      </w:r>
      <w:r>
        <w:br/>
      </w:r>
      <w:r>
        <w:rPr>
          <w:sz w:val="20"/>
        </w:rPr>
        <w:t>16:10  bacha hi marta hai, jawani hi marta hai, budhai marta hai.</w:t>
      </w:r>
      <w:r>
        <w:br/>
      </w:r>
      <w:r>
        <w:rPr>
          <w:sz w:val="20"/>
        </w:rPr>
        <w:t>16:17  jaise mein aksar sochta rehta hoon, aksar sochta rehta hoon mein ke mere teen bachche mar chuke, mere apne.</w:t>
      </w:r>
      <w:r>
        <w:br/>
      </w:r>
      <w:r>
        <w:rPr>
          <w:sz w:val="20"/>
        </w:rPr>
        <w:t>16:24  zahair hai ke woh bachche mujh se bohat chote the.</w:t>
      </w:r>
      <w:r>
        <w:br/>
      </w:r>
      <w:r>
        <w:rPr>
          <w:sz w:val="20"/>
        </w:rPr>
        <w:t>16:31  to mein sochta rehta hoon, mere teen bachche mar chuke, mere chote bhai mar chuke, meri chhoti behan mar chuki.</w:t>
      </w:r>
      <w:r>
        <w:br/>
      </w:r>
      <w:r>
        <w:rPr>
          <w:sz w:val="20"/>
        </w:rPr>
        <w:t>16:39  to aadmi yeh waqiaat aadmi ko is liye hotay hain ke aadmi soche ke tum se chotay jab</w:t>
      </w:r>
      <w:r>
        <w:br/>
      </w:r>
      <w:r>
        <w:rPr>
          <w:sz w:val="20"/>
        </w:rPr>
        <w:t>16:46  mar gaye, tum kyun nahi maro ge? Allah taala ne maut ka agar aik fix kar diya hota,</w:t>
      </w:r>
      <w:r>
        <w:br/>
      </w:r>
      <w:r>
        <w:rPr>
          <w:sz w:val="20"/>
        </w:rPr>
        <w:t>16:53  fix ke 90 saal mein har aadmi ko marna hai, tab to sochna mushkil hota.</w:t>
      </w:r>
      <w:r>
        <w:br/>
      </w:r>
      <w:r>
        <w:rPr>
          <w:sz w:val="20"/>
        </w:rPr>
        <w:t>17:00  lekin jab hum dekhte hain ke bachcha hi mara, bachcha hi marta hai, naujawan marta hai, har har</w:t>
      </w:r>
      <w:r>
        <w:br/>
      </w:r>
      <w:r>
        <w:rPr>
          <w:sz w:val="20"/>
        </w:rPr>
        <w:t>17:07  umar ke log marte rehte hain barabar.</w:t>
      </w:r>
      <w:r>
        <w:br/>
      </w:r>
      <w:r>
        <w:rPr>
          <w:sz w:val="20"/>
        </w:rPr>
        <w:t>17:15  to yeh isi liye hai ke yeh waqiaat aadmi ke liye reminder bane, reminder.</w:t>
      </w:r>
      <w:r>
        <w:br/>
      </w:r>
      <w:r>
        <w:rPr>
          <w:sz w:val="20"/>
        </w:rPr>
        <w:t>17:22  sochein ke dekho, mujh se chota yeh mar gaya to mein mein kyun nahi maroonga? to logon</w:t>
      </w:r>
      <w:r>
        <w:br/>
      </w:r>
      <w:r>
        <w:rPr>
          <w:sz w:val="20"/>
        </w:rPr>
        <w:t>17:29  mein wahi mein jo arz kiya ke logon mein soch jagana hai, intellectual awakening lana hai, isi ki kami hai.</w:t>
      </w:r>
      <w:r>
        <w:br/>
      </w:r>
      <w:r>
        <w:rPr>
          <w:sz w:val="20"/>
        </w:rPr>
        <w:t>17:36  saari kami isi cheez ki hai.</w:t>
      </w:r>
      <w:r>
        <w:br/>
      </w:r>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pStyle w:val="Heading2"/>
      </w:pPr>
      <w:r>
        <w:t>Balancing work with spiritual development</w:t>
      </w:r>
    </w:p>
    <w:p>
      <w:r>
        <w:rPr>
          <w:color w:val="666666"/>
          <w:sz w:val="18"/>
        </w:rPr>
        <w:t>Nation Building On India's Republic Day Jan 26, 2020 Maulana Wahiduddin Khan · 1m 21s · at 52:12 · https://youtu.be/58CVocbLAb8?t=3132</w:t>
      </w:r>
    </w:p>
    <w:p>
      <w:r>
        <w:rPr>
          <w:i/>
        </w:rPr>
        <w:t>“My work is full of responsibility. Even when I come back home I bring work from office. All this makes it difficult for me to think about God and find some time for reading Quran and do contemplation. I get only Sundays and I do not miss your class. So I make use of only Sundays for my spiritual development.”</w:t>
      </w:r>
    </w:p>
    <w:p>
      <w:r>
        <w:rPr>
          <w:sz w:val="20"/>
        </w:rPr>
        <w:t>52:12  molana agla sawal aa aa hai imran siddiqui sahab ka gwalior se. unhon ne likha hai: "molana my work is full of responsibility.</w:t>
      </w:r>
      <w:r>
        <w:br/>
      </w:r>
      <w:r>
        <w:rPr>
          <w:sz w:val="20"/>
        </w:rPr>
        <w:t>52:24  even when i come back home i bring work from office. all this makes it difficult for me to think about god and find some time for reading quran or do contemplation.</w:t>
      </w:r>
      <w:r>
        <w:br/>
      </w:r>
      <w:r>
        <w:rPr>
          <w:sz w:val="20"/>
        </w:rPr>
        <w:t>52:38  i get only sundays and i do not miss your class. so i make use of only sundays for my spiritual development.</w:t>
      </w:r>
      <w:r>
        <w:br/>
      </w:r>
      <w:r>
        <w:rPr>
          <w:sz w:val="20"/>
        </w:rPr>
        <w:t>52:47  please tell me how can i connect with god even during my work time as i feel guilty all the time." nahin is mein guilty ki koi baat nahin hai.</w:t>
      </w:r>
      <w:r>
        <w:br/>
      </w:r>
      <w:r>
        <w:rPr>
          <w:sz w:val="20"/>
        </w:rPr>
        <w:t>52:59  islam mein sochna bhi ibadat hai. islam mein sochna bhi ibadat hai. to nation ke liye sochna bhi ibadat hai ibadat hai.</w:t>
      </w:r>
      <w:r>
        <w:br/>
      </w:r>
      <w:r>
        <w:rPr>
          <w:sz w:val="20"/>
        </w:rPr>
        <w:t>53:12  nation ke liye sochna. sare insaniyon insanon ke liye sochna. sari dunya</w:t>
      </w:r>
      <w:r>
        <w:br/>
      </w:r>
      <w:r>
        <w:rPr>
          <w:sz w:val="20"/>
        </w:rPr>
        <w:t>53:22  se mohabbat karna yeh sab ibadat hai. yeh sab mazhab ka hissa hai.</w:t>
      </w:r>
    </w:p>
    <w:p>
      <w:pPr>
        <w:pStyle w:val="Heading2"/>
      </w:pPr>
      <w:r>
        <w:t>Failing to pray despite CPS mission work</w:t>
      </w:r>
    </w:p>
    <w:p>
      <w:r>
        <w:rPr>
          <w:color w:val="666666"/>
          <w:sz w:val="18"/>
        </w:rPr>
        <w:t>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Deviated young boy seeking guidance</w:t>
      </w:r>
    </w:p>
    <w:p>
      <w:r>
        <w:rPr>
          <w:color w:val="666666"/>
          <w:sz w:val="18"/>
        </w:rPr>
        <w:t>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Difficulty focusing during reflection</w:t>
      </w:r>
    </w:p>
    <w:p>
      <w:r>
        <w:rPr>
          <w:color w:val="666666"/>
          <w:sz w:val="18"/>
        </w:rPr>
        <w:t>Revival of Islam March 23, 2014 · 2m 23s · at 48:06 · https://youtu.be/Wc4Vsc4u1JI?t=2886</w:t>
      </w:r>
    </w:p>
    <w:p>
      <w:r>
        <w:rPr>
          <w:i/>
        </w:rPr>
        <w:t>“During reflection, I cannot focus on one point; many different thoughts come to my mind. Please guide me on how to concentrate.”</w:t>
      </w:r>
    </w:p>
    <w:p>
      <w:r>
        <w:rPr>
          <w:sz w:val="20"/>
        </w:rPr>
        <w:t>48:06  maulana, agla sawal Pakistan se hai, sajjad nawaz sahib ka. Unhon ne likha hai: "ghor-o-fikr ke douran mein ek point par focus nahi kar pata.</w:t>
      </w:r>
      <w:r>
        <w:br/>
      </w:r>
      <w:r>
        <w:rPr>
          <w:sz w:val="20"/>
        </w:rPr>
        <w:t>48:18  different type ke kai khayalat mere mind mein aa jate hain. Maulana sahib, mere ko guide karein." dekhiye, aap hi ki baat nahi hai, yeh har shakhs ki baat hai.</w:t>
      </w:r>
      <w:r>
        <w:br/>
      </w:r>
      <w:r>
        <w:rPr>
          <w:sz w:val="20"/>
        </w:rPr>
        <w:t>48:33  yeh har shakhs ki baat hai.</w:t>
      </w:r>
      <w:r>
        <w:br/>
      </w:r>
      <w:r>
        <w:rPr>
          <w:sz w:val="20"/>
        </w:rPr>
        <w:t>48:35  kyunke aap jis duniya mein hain, wahan</w:t>
      </w:r>
      <w:r>
        <w:br/>
      </w:r>
      <w:r>
        <w:rPr>
          <w:sz w:val="20"/>
        </w:rPr>
        <w:t>48:42  bahut beshumar qism ki cheezen hain. Aap beshumar cheezon ko dekhte hain, beshumar cheezon ko sunte hain, beshumar cheezon ka tajruba hota hai, beshumar cheezen parhte hain.</w:t>
      </w:r>
      <w:r>
        <w:br/>
      </w:r>
      <w:r>
        <w:rPr>
          <w:sz w:val="20"/>
        </w:rPr>
        <w:t>48:54  woh sab aap ke mind mein jangla ban jata hai. To ek cheez mein focus karne ke ma'ani hain cheezon ko sort out karna.</w:t>
      </w:r>
      <w:r>
        <w:br/>
      </w:r>
      <w:r>
        <w:rPr>
          <w:sz w:val="20"/>
        </w:rPr>
        <w:t>49:04  to yeh aasan kaam nahi, is liye aap logon ko train karna parta hai. jo baat aap ki hai, woh sab ki hai. kyun k sab logon ka dimagh jungal hota hai.</w:t>
      </w:r>
      <w:r>
        <w:br/>
      </w:r>
      <w:r>
        <w:rPr>
          <w:sz w:val="20"/>
        </w:rPr>
        <w:t>49:14  jungal hota hi hota hai. agar aap sort out na kar sakein to jungal hi rahega woh. to yeh to aap ko karna hai.</w:t>
      </w:r>
      <w:r>
        <w:br/>
      </w:r>
      <w:r>
        <w:rPr>
          <w:sz w:val="20"/>
        </w:rPr>
        <w:t>49:24  is jungal se bahir aana hai. cheezon ko sort out karna hai. Allah se dua karna hai.</w:t>
      </w:r>
      <w:r>
        <w:br/>
      </w:r>
      <w:r>
        <w:rPr>
          <w:sz w:val="20"/>
        </w:rPr>
        <w:t>49:30  to aap ka case koi alag case nahi hai. wahi sab ka case hai. isi wajah se logon ki cheezein parhiye, aap sab k haan confusion hota hai.</w:t>
      </w:r>
      <w:r>
        <w:br/>
      </w:r>
      <w:r>
        <w:rPr>
          <w:sz w:val="20"/>
        </w:rPr>
        <w:t>49:42  logon k article parhiye, logon ki kitabein parhiye, logon ki taqreerein sunne. confusion hi confusion, confusion hi confusion.</w:t>
      </w:r>
      <w:r>
        <w:br/>
      </w:r>
      <w:r>
        <w:rPr>
          <w:sz w:val="20"/>
        </w:rPr>
        <w:t>49:53  kyun? log sort out nahi kar paate.</w:t>
      </w:r>
      <w:r>
        <w:br/>
      </w:r>
      <w:r>
        <w:rPr>
          <w:sz w:val="20"/>
        </w:rPr>
        <w:t>49:55  to aap yeh na samjhiye k aap ka case yeh hai. yeh sab ka case hai. aur is k liye aap logon ko train karna hai. apne ko yani woh salahiyat paida karna hai apne andar.</w:t>
      </w:r>
      <w:r>
        <w:br/>
      </w:r>
      <w:r>
        <w:rPr>
          <w:sz w:val="20"/>
        </w:rPr>
        <w:t>50:07  jis jis ko mein kehta hoon sort out karna. to to yeh yeh aik aik is ka aik is ko is ka talluq apne ko train karne se hai.</w:t>
      </w:r>
      <w:r>
        <w:br/>
      </w:r>
      <w:r>
        <w:rPr>
          <w:sz w:val="20"/>
        </w:rPr>
        <w:t>50:20  jab jab tak aap apne ko train nahi karein ge, tab tak kaifiyat baqi rahegi.</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Why people lack repentance?</w:t>
      </w:r>
    </w:p>
    <w:p>
      <w:r>
        <w:rPr>
          <w:color w:val="666666"/>
          <w:sz w:val="18"/>
        </w:rPr>
        <w:t>The Divine Purpose Behind Human Creation October 6, 2024 · 30m 33s · at 27:48 · https://youtu.be/VepgdrN7M2A?t=1668</w:t>
      </w:r>
    </w:p>
    <w:p>
      <w:r>
        <w:rPr>
          <w:i/>
        </w:rPr>
        <w:t>“Why does it happen that people do not feel repentance? Is it due to their egoistic nature or arrogance, or is there a reason that people often do not repent?”</w:t>
      </w:r>
    </w:p>
    <w:p>
      <w:r>
        <w:rPr>
          <w:sz w:val="20"/>
        </w:rPr>
        <w:t>27:48  Aapa, yeh ek sawal aaya hai Lucknow se, Muhammad Asif Khan sahab ne bheja hai. Unhone likha hai ke: "Aapa, aisa kyun hota hai ke logon ke andar repentance nahi aati hai?</w:t>
      </w:r>
      <w:r>
        <w:br/>
      </w:r>
      <w:r>
        <w:rPr>
          <w:sz w:val="20"/>
        </w:rPr>
        <w:t>28:00  Kya woh iske egoistic nature ya arrogance ki wajah se hota hai, ya kya kya kya iska ek reason hai ke log aksar repent nahi karte hain?"</w:t>
      </w:r>
      <w:r>
        <w:br/>
      </w:r>
      <w:r>
        <w:rPr>
          <w:sz w:val="20"/>
        </w:rPr>
        <w:t>28:13  Dekhiye, repentance ka jo jazba hai, woh sab ke andar hota hai. Lekin jaise agar aap ne sabse pehli baar koi galati ki hai to aap ko bahut shadeed ehsas hota hai.</w:t>
      </w:r>
      <w:r>
        <w:br/>
      </w:r>
      <w:r>
        <w:rPr>
          <w:sz w:val="20"/>
        </w:rPr>
        <w:t>28:27  Lekin agar us waqt aap chook jayein aur aap apni galati ko na maane to aindah wahi galati karenge to aap ko itna ehsas nahi hoga.</w:t>
      </w:r>
      <w:r>
        <w:br/>
      </w:r>
      <w:r>
        <w:rPr>
          <w:sz w:val="20"/>
        </w:rPr>
        <w:t>28:36  Aap galati pe galati karte chale jayenge to conscience jo hai, jis ko kehte hain ke murda ho jata hai.</w:t>
      </w:r>
      <w:r>
        <w:br/>
      </w:r>
      <w:r>
        <w:rPr>
          <w:sz w:val="20"/>
        </w:rPr>
        <w:t>28:42  To jaise jaise woh hota hai,</w:t>
      </w:r>
      <w:r>
        <w:br/>
      </w:r>
      <w:r>
        <w:rPr>
          <w:sz w:val="20"/>
        </w:rPr>
        <w:t>28:50  haan, ek hadith hai, ek hadith hai ke agar aadmi baar baar baar baar ghalati karta rehta hai to dil par har ghalati ke waqt agar hum is ki woh na karein, repent na karein to dil par ek dhabbe ki manind ho jata hai.</w:t>
      </w:r>
      <w:r>
        <w:br/>
      </w:r>
      <w:r>
        <w:rPr>
          <w:sz w:val="20"/>
        </w:rPr>
        <w:t>29:05  ji,</w:t>
      </w:r>
      <w:r>
        <w:br/>
      </w:r>
      <w:r>
        <w:rPr>
          <w:sz w:val="20"/>
        </w:rPr>
        <w:t>29:06  to jab aisi musalsal karte rahenge aur ghalati ka ehsaas bhi nahi hoga to poora dil siyah ho jata hai. hmm, yeh literal nahi lenge, hum symbolic hain, lekin hamara dil aisa ho jata hai ke phir hamein ghalati ghalati lagti nahi.</w:t>
      </w:r>
      <w:r>
        <w:br/>
      </w:r>
      <w:r>
        <w:rPr>
          <w:sz w:val="20"/>
        </w:rPr>
        <w:t>29:21  to is liye hamein apne consciousness ko bohat zyada bedaar rakhna padega. agar hum bedaar nahi rakhenge to hum phir aisa lagega ke hamare andar consciousness hai</w:t>
      </w:r>
      <w:r>
        <w:br/>
      </w:r>
      <w:r>
        <w:rPr>
          <w:sz w:val="20"/>
        </w:rPr>
        <w:t>29:35  hi nahi. is ko bedaar, is par mehnat, har kaam pe mehnat karni padti hai. main ek aap ko ek misaal deti hoon, jab main shayad 14, 15 saal ki thi to main apne ek عزیز ke haan gayi.</w:t>
      </w:r>
      <w:r>
        <w:br/>
      </w:r>
      <w:r>
        <w:rPr>
          <w:sz w:val="20"/>
        </w:rPr>
        <w:t>29:48  hamare haan to father koi aisi waisi cheez parhne ke liye kuch hota hi nahi tha. to عزیز ke haan gayi to wahan par ek jasoosi novel rakha hua tha.</w:t>
      </w:r>
      <w:r>
        <w:br/>
      </w:r>
      <w:r>
        <w:rPr>
          <w:sz w:val="20"/>
        </w:rPr>
        <w:t>29:58  hum ne to kabhi novel bhi nahi parha tha.</w:t>
      </w:r>
      <w:r>
        <w:br/>
      </w:r>
      <w:r>
        <w:rPr>
          <w:sz w:val="20"/>
        </w:rPr>
        <w:t>30:01  ab woh dekha to jasoosi novel kahin se sun liya hoga ke jasoosi novel parhne se gunah milta hai. to hum ne jab woh parhna shuru kiya, do chaar page parha hoga, jaise ek dum ghabrahat ho gayi.</w:t>
      </w:r>
      <w:r>
        <w:br/>
      </w:r>
      <w:r>
        <w:rPr>
          <w:sz w:val="20"/>
        </w:rPr>
        <w:t>30:15  phir woh mein ne us ko daba ke rakh diya, kabhi nahi parha us ko. to yeh hota hai pehli baar jo hai na, jazba jo hai, yeh jazba sab ke andar hai.</w:t>
      </w:r>
      <w:r>
        <w:br/>
      </w:r>
      <w:r>
        <w:rPr>
          <w:sz w:val="20"/>
        </w:rPr>
        <w:t>30:23  Allah taala ne sab ke andar yeh jazba paida kiya hua hai, lekin insaan ignore karta hai</w:t>
      </w:r>
      <w:r>
        <w:br/>
      </w:r>
      <w:r>
        <w:rPr>
          <w:sz w:val="20"/>
        </w:rPr>
        <w:t>30:30  is ko. aur is ko kuch, koi bhi dunyavi interest hai, koi bhi wajah hai, aur ya woh nahi kehta, hum nahi mante, koi kuch bhi kehta rahe, hum to apni marzi se, marzi se kaam karenge.</w:t>
      </w:r>
      <w:r>
        <w:br/>
      </w:r>
      <w:r>
        <w:rPr>
          <w:sz w:val="20"/>
        </w:rPr>
        <w:t>30:42  to woh jazba dheere dheere dheere dheere woh khatam ho jata hai. phir kabhi bhi woh agar repentance kare sachay dil se to woh phir woh jazba ubhar aayega.</w:t>
      </w:r>
      <w:r>
        <w:br/>
      </w:r>
      <w:r>
        <w:rPr>
          <w:sz w:val="20"/>
        </w:rPr>
        <w:t>30:51  hmm, hmm, ji,</w:t>
      </w:r>
      <w:r>
        <w:br/>
      </w:r>
      <w:r>
        <w:rPr>
          <w:sz w:val="20"/>
        </w:rPr>
        <w:t>30:53  apa, ek cheez jo aap ne baar baar hi aaj bhi talk mein kahi ke yeh jo poori zindagi hai, yeh test period hai. aur apa, yeh test period hai to isi liye Allah taala ne hum sab ko freedom bhi di hai taake hum kya moral choice lete hain, woh woh dekh sakein.</w:t>
      </w:r>
      <w:r>
        <w:br/>
      </w:r>
      <w:r>
        <w:rPr>
          <w:sz w:val="20"/>
        </w:rPr>
        <w:t>31:12  har ek insaan ko jaancha ja raha hai, isi liye to apa, nature of freedom kya hai? what is the nature of this human freedom? is ke baray mein aap thora aur wazeh karein.</w:t>
      </w:r>
      <w:r>
        <w:br/>
      </w:r>
      <w:r>
        <w:rPr>
          <w:sz w:val="20"/>
        </w:rPr>
        <w:t>31:24  dekhiye, freedom jo hai, ek hai man versus man, aur doosra hai man versus God. to man versus man jo hai, woh hamein full freedom hasil hai us waqt tak jab tak ke hum doosre ko harm na pahunchayein.</w:t>
      </w:r>
      <w:r>
        <w:br/>
      </w:r>
      <w:r>
        <w:rPr>
          <w:sz w:val="20"/>
        </w:rPr>
        <w:t>31:43  to</w:t>
      </w:r>
      <w:r>
        <w:br/>
      </w:r>
      <w:r>
        <w:rPr>
          <w:sz w:val="20"/>
        </w:rPr>
        <w:t>31:44  yeh hamari limit hai, jis ko sab log jante hain. woh qissa, America jab azaad hua to ek aadmi bohat zyada haath waath hilate hue, khushi manate hue ja raha tha.</w:t>
      </w:r>
      <w:r>
        <w:br/>
      </w:r>
      <w:r>
        <w:rPr>
          <w:sz w:val="20"/>
        </w:rPr>
        <w:t>31:55  us ka haath jo hai, kisi ke passer bhai ke nose par lag gaya. ab us ne kaha, yeh kya nonsense hai? us ne kaha, mein to khushi mana raha hoon, celebrate kar raha hoon America ki freedom ko.</w:t>
      </w:r>
      <w:r>
        <w:br/>
      </w:r>
      <w:r>
        <w:rPr>
          <w:sz w:val="20"/>
        </w:rPr>
        <w:t>32:08  to us ne kaha, "your freedom ends where my nose begins." to yeh bohat hi acha tarike se illustrate karta hai ke hamari freedom wahan khatam ho jati hai jahan hum doosre ko harm pahunchayein.</w:t>
      </w:r>
      <w:r>
        <w:br/>
      </w:r>
      <w:r>
        <w:rPr>
          <w:sz w:val="20"/>
        </w:rPr>
        <w:t>32:25  otherwise, hum total sense mein free hain.</w:t>
      </w:r>
      <w:r>
        <w:br/>
      </w:r>
      <w:r>
        <w:rPr>
          <w:sz w:val="20"/>
        </w:rPr>
        <w:t>32:29  to yeh hai. lekin jo Khuda ke sath hai, woh hai ke hum hum free nahi hain. Khuda ke is mein hum hum ko Khuda ke hukum ka paband reh kar is duniya mein zindagi guzarna hai, kyunke yeh duniya jo hai, Khuda ki banayi hui hai, hamari banayi hui nahi hai.</w:t>
      </w:r>
      <w:r>
        <w:br/>
      </w:r>
      <w:r>
        <w:rPr>
          <w:sz w:val="20"/>
        </w:rPr>
        <w:t>32:49  hamein aisa mehsoos hota hai ke yeh hamara ghar hai, yeh hamara shehar hai, yeh hamara mulk hai, sab kuch hamara hai, yeh hamari fam</w:t>
      </w:r>
      <w:r>
        <w:br/>
      </w:r>
      <w:r>
        <w:rPr>
          <w:sz w:val="20"/>
        </w:rPr>
        <w:t>32:57  ily hai. woh aisa Allah ne har cheez ko aise veil of doubt mein rakha hua hai ke hamein lagta hai yahan hum bilkul azaad hain, lekin aisa hai nahi, sab kuch Khuda ke haath mein hai.</w:t>
      </w:r>
      <w:r>
        <w:br/>
      </w:r>
      <w:r>
        <w:rPr>
          <w:sz w:val="20"/>
        </w:rPr>
        <w:t>33:10  to jab freedom, jab Allah taala ne sari cheezein di hain, isi tarike se freedom hai Allah ka gift. to jab gift hota hai to aap jante hain, us ke sath responsibility hoti hai.</w:t>
      </w:r>
      <w:r>
        <w:br/>
      </w:r>
      <w:r>
        <w:rPr>
          <w:sz w:val="20"/>
        </w:rPr>
        <w:t>33:23  to yahi responsibility hai ke hum freedom ko khuda ke hukum ke mutabiq is ko istemal karen.</w:t>
      </w:r>
      <w:r>
        <w:br/>
      </w:r>
      <w:r>
        <w:rPr>
          <w:sz w:val="20"/>
        </w:rPr>
        <w:t>33:32  aur is ke liye Allah taala ne do do tarike se insan ki in ko safeguard kiya hai. ek to hamare andar hi consciousness rakh diya hai,</w:t>
      </w:r>
      <w:r>
        <w:br/>
      </w:r>
      <w:r>
        <w:rPr>
          <w:sz w:val="20"/>
        </w:rPr>
        <w:t>33:42  humein pata chalta hai jab dekhiye, doosra koi ghalati karta hai to humein foran pata chal jata hai ke yeh aadmi galat kaam kar raha hai. aur wahi ghalati hum karenge to humein, hum hum humein apni apni desire itni zyada hain hamari ke hum kehte hain, hamara jee chah raha hai to hum kar rahe hain.</w:t>
      </w:r>
      <w:r>
        <w:br/>
      </w:r>
      <w:r>
        <w:rPr>
          <w:sz w:val="20"/>
        </w:rPr>
        <w:t>34:02  ek baar Maulana, ek pehle aap jante hain, kitabat hath se ki jati thi. ji,</w:t>
      </w:r>
      <w:r>
        <w:br/>
      </w:r>
      <w:r>
        <w:rPr>
          <w:sz w:val="20"/>
        </w:rPr>
        <w:t>34:09  to woh is ke liye kabhi kabhi Maulana koi ek amjad katib the, to un ki thori zyada umar thi, to abba kabhi kabhi un ke paas jate the.</w:t>
      </w:r>
      <w:r>
        <w:br/>
      </w:r>
      <w:r>
        <w:rPr>
          <w:sz w:val="20"/>
        </w:rPr>
        <w:t>34:18  to dekha, un ke haan ke un ki chhat par kisi ka bachcha patang uda raha tha. ab woh kehne lage ke dekhiye, chhat pe patang uda raha hai, gir jaye, yeh ho jaye, woh ho jaye, kitna galat kaam hai.</w:t>
      </w:r>
      <w:r>
        <w:br/>
      </w:r>
      <w:r>
        <w:rPr>
          <w:sz w:val="20"/>
        </w:rPr>
        <w:t>34:32  phir Maulana kehte hain ke phir un ka bachcha aaya aur unhone patang nikali aur ja ke udane laga. aur woh kuch nahi, us ko kaha, khush ho rahe hain.</w:t>
      </w:r>
      <w:r>
        <w:br/>
      </w:r>
      <w:r>
        <w:rPr>
          <w:sz w:val="20"/>
        </w:rPr>
        <w:t>34:42  ji, to yeh hai ke apna to samajh mein hi nahi aata aur doosre ka samajh mein aata hai. is ka matlab hamare andar woh ehsas hai na ke kya galat hai, kya sahi hai.</w:t>
      </w:r>
      <w:r>
        <w:br/>
      </w:r>
      <w:r>
        <w:rPr>
          <w:sz w:val="20"/>
        </w:rPr>
        <w:t>34:52  ji, to humein is ehsas ko bidaar karna hai, is ko ehsas ko jala dena hai, tabhi hum samajh sakenge kya galat hai, kya sahi hai.</w:t>
      </w:r>
      <w:r>
        <w:br/>
      </w:r>
      <w:r>
        <w:rPr>
          <w:sz w:val="20"/>
        </w:rPr>
        <w:t>35:01  to</w:t>
      </w:r>
      <w:r>
        <w:br/>
      </w:r>
      <w:r>
        <w:rPr>
          <w:sz w:val="20"/>
        </w:rPr>
        <w:t>35:02  is ke liye bohat kuch karna padta hai, ghor o fikr karna Quran o hadith mein aur learning karna har ek se.</w:t>
      </w:r>
      <w:r>
        <w:br/>
      </w:r>
      <w:r>
        <w:rPr>
          <w:sz w:val="20"/>
        </w:rPr>
        <w:t>35:11  doosra kya kaam karta hai? kis ne? Aristotle ne, Plato ne, kis ne kaha tha ke tum ne adab kis adab kahan se seekha?</w:t>
      </w:r>
      <w:r>
        <w:br/>
      </w:r>
      <w:r>
        <w:rPr>
          <w:sz w:val="20"/>
        </w:rPr>
        <w:t>35:20  to us ne kaha, be adabon se. matlab jab aap dekhte hain ke koi kaam galat kar raha hai to aap foran aap ke dimagh mein aata hai na ke yeh kaam aise hum nahi karenge.</w:t>
      </w:r>
      <w:r>
        <w:br/>
      </w:r>
      <w:r>
        <w:rPr>
          <w:sz w:val="20"/>
        </w:rPr>
        <w:t>35:29  ji, kitna galat woh kaam kar raha hai. to</w:t>
      </w:r>
      <w:r>
        <w:br/>
      </w:r>
      <w:r>
        <w:rPr>
          <w:sz w:val="20"/>
        </w:rPr>
        <w:t>35:32  yeh hai. to hamare dil o dimagh mein Allah ne sab kuch humein de kar bheja hai. kehte hain ke DNA mein sab kuch hai siwaye maut ke.</w:t>
      </w:r>
      <w:r>
        <w:br/>
      </w:r>
      <w:r>
        <w:rPr>
          <w:sz w:val="20"/>
        </w:rPr>
        <w:t>35:42  ji, ke maut kab hamari aayegi, is ke ilawa sab kuch hai. to yeh bhi hai ke hum Khuda ke aage hum surrender karen aur Khuda ke ke marzi ke mutabiq is duniya mein zindagi guzaren.</w:t>
      </w:r>
      <w:r>
        <w:br/>
      </w:r>
      <w:r>
        <w:rPr>
          <w:sz w:val="20"/>
        </w:rPr>
        <w:t>35:55  yeh to hamare andar hi hai.</w:t>
      </w:r>
      <w:r>
        <w:br/>
      </w:r>
      <w:r>
        <w:rPr>
          <w:sz w:val="20"/>
        </w:rPr>
        <w:t>35:57  doosre yeh hai ke peghambar Allah taala ne barabar bheje, woh batate rahe. ji, to is wajah se hidayat mein Allah ne koi kami nahi ki hai.</w:t>
      </w:r>
      <w:r>
        <w:br/>
      </w:r>
      <w:r>
        <w:rPr>
          <w:sz w:val="20"/>
        </w:rPr>
        <w:t>36:08  hmm, hmm, jo kami hai woh yeh hai ke hum baton ko samajhna hi nahi chahte hain. to bas farq yeh hai ke kainat mein aur insan mein ke kainat jo hai, woh compulsorily is ko submit karna hai, is ke aage koi doosra option nahi</w:t>
      </w:r>
      <w:r>
        <w:br/>
      </w:r>
      <w:r>
        <w:rPr>
          <w:sz w:val="20"/>
        </w:rPr>
        <w:t>36:25  hai. Allah ne poori kainat ko jis tarike se set kar diya hai, woh isi tarike se billions and billions saal se woh chal rahi hai. woh is ko azadi ka koi ijazat nahi hai.</w:t>
      </w:r>
      <w:r>
        <w:br/>
      </w:r>
      <w:r>
        <w:rPr>
          <w:sz w:val="20"/>
        </w:rPr>
        <w:t>36:38  all planets orbit the sun. ab yeh nahi ke woh planets jo hain, jo hamare solar system mein planet hain, woh idhar udhar bhag jayen. woh isi tarike se orbit karte rahenge jis tarike se Allah taala ne un ko set kar diya hai.</w:t>
      </w:r>
      <w:r>
        <w:br/>
      </w:r>
      <w:r>
        <w:rPr>
          <w:sz w:val="20"/>
        </w:rPr>
        <w:t>36:52  ji,</w:t>
      </w:r>
      <w:r>
        <w:br/>
      </w:r>
      <w:r>
        <w:rPr>
          <w:sz w:val="20"/>
        </w:rPr>
        <w:t>36:54  to aur doosri yeh cheez hai, hum ko nature jo hai, yeh hamari learning ke liye hai ke nature mein har cheez jo hai, profitability ke usool par chal rahi hai.</w:t>
      </w:r>
      <w:r>
        <w:br/>
      </w:r>
      <w:r>
        <w:rPr>
          <w:sz w:val="20"/>
        </w:rPr>
        <w:t>37:06  har cheez humein peed humein saya de raha hai, phal de raha hai, pahad hain, un ke upar barf jamti hai, woh hum sare sare saal is pani ko hum peete hain jab woh garam ho ke darya mein aata hai.</w:t>
      </w:r>
      <w:r>
        <w:br/>
      </w:r>
      <w:r>
        <w:rPr>
          <w:sz w:val="20"/>
        </w:rPr>
        <w:t>37:19  to</w:t>
      </w:r>
      <w:r>
        <w:br/>
      </w:r>
      <w:r>
        <w:rPr>
          <w:sz w:val="20"/>
        </w:rPr>
        <w:t>37:20  phir chand hai, raat ko hamein roshni de raha hai, thandi hawaein hain, dunya ki har cheez, woh sab profitability par chalte hain, koi hamein harm nahi pohanchata hai.</w:t>
      </w:r>
      <w:r>
        <w:br/>
      </w:r>
      <w:r>
        <w:rPr>
          <w:sz w:val="20"/>
        </w:rPr>
        <w:t>37:30  to hamein isi tarike se har taraf se learning karni hai, rozana balkeh hamein kuch aisi learning karni chahiye ke hum jab raat ko soyein to hum sochein ke aaj hamari kya learning</w:t>
      </w:r>
      <w:r>
        <w:br/>
      </w:r>
      <w:r>
        <w:rPr>
          <w:sz w:val="20"/>
        </w:rPr>
        <w:t>37:43  hui hai, chahe woh quran hadith se ho, chahe woh in apne jo personal experiences hote hain, logon se mulaqatein hoti hain.</w:t>
      </w:r>
      <w:r>
        <w:br/>
      </w:r>
      <w:r>
        <w:rPr>
          <w:sz w:val="20"/>
        </w:rPr>
        <w:t>37:52  to jaise Maulana the, koi bhi aata tha, foran puchte the, aur koi koi bataiye, kuch kya puchte the?</w:t>
      </w:r>
      <w:r>
        <w:br/>
      </w:r>
      <w:r>
        <w:rPr>
          <w:sz w:val="20"/>
        </w:rPr>
        <w:t>38:00  ji, koi aap apna experience bataein, experience bataiye. is experience se unko kai baatein aisi mil jati thi ke usko phir woh likhte the.</w:t>
      </w:r>
      <w:r>
        <w:br/>
      </w:r>
      <w:r>
        <w:rPr>
          <w:sz w:val="20"/>
        </w:rPr>
        <w:t>38:09  ji</w:t>
      </w:r>
      <w:r>
        <w:br/>
      </w:r>
      <w:r>
        <w:rPr>
          <w:sz w:val="20"/>
        </w:rPr>
        <w:t>38:10  haan, to woh bilkul jo bhi woh likhte the, woh imaginary nahi hota tha, kahani nahi hoti thi, balkeh real zindagi ke waqiat hote the, isi ko woh likhte the.</w:t>
      </w:r>
      <w:r>
        <w:br/>
      </w:r>
      <w:r>
        <w:rPr>
          <w:sz w:val="20"/>
        </w:rPr>
        <w:t>38:21  to insan ko submit karna hai by choice, kyun? by choice submit karega, tabhi usko reward milega, aur reward hai bohat hi qeemti, woh hai jannat.</w:t>
      </w:r>
      <w:r>
        <w:br/>
      </w:r>
      <w:r>
        <w:rPr>
          <w:sz w:val="20"/>
        </w:rPr>
        <w:t>38:32  to hamein Khuda ke aage apne aap ko surrender karna hai by choi</w:t>
      </w:r>
      <w:r>
        <w:br/>
      </w:r>
      <w:r>
        <w:rPr>
          <w:sz w:val="20"/>
        </w:rPr>
        <w:t>38:37  ce. ji, aur apa, ek cheez aur bhi jo maine Maulana se seekhi, isi element of freedom ko le kar ke insan har bari aisa hota hai ke is mein koi exception nahi hai ke he faces, he or she faces difficult situations, negative situations, challenging,</w:t>
      </w:r>
      <w:r>
        <w:br/>
      </w:r>
      <w:r>
        <w:rPr>
          <w:sz w:val="20"/>
        </w:rPr>
        <w:t>38:55  ah, they experience loss. ah, but Allah taala yeh nahi dekh rahe ke woh kis situation mein hain. Allah taala sirf unka concern yeh hai ke is ka response kya hai aisi situ</w:t>
      </w:r>
      <w:r>
        <w:br/>
      </w:r>
      <w:r>
        <w:rPr>
          <w:sz w:val="20"/>
        </w:rPr>
        <w:t>39:06  ation mein. to circumstances is not, is not the main thing. the response that a person gives in that situation, that is the most important thing.</w:t>
      </w:r>
      <w:r>
        <w:br/>
      </w:r>
      <w:r>
        <w:rPr>
          <w:sz w:val="20"/>
        </w:rPr>
        <w:t>39:15  aur yahin pe aap ka jo freedom, jo aap ka nature of freedom hai, that comes at work ke aap kis tarike se apne freedom ko use karte hain.</w:t>
      </w:r>
      <w:r>
        <w:br/>
      </w:r>
      <w:r>
        <w:rPr>
          <w:sz w:val="20"/>
        </w:rPr>
        <w:t>39:24  to apa, main soch raha tha isi baat ke Maulana ki is baat ko le kar</w:t>
      </w:r>
      <w:r>
        <w:br/>
      </w:r>
      <w:r>
        <w:rPr>
          <w:sz w:val="20"/>
        </w:rPr>
        <w:t>39:29  , to main apne aap ko hi samjha raha tha ke jaise agar mere paas agar koi bicycle hai aur mere paas the only wealth is 500 rupee note, and somebody comes snatches away my bicycle, takes away my 500 rupee note, and also says some ill words, hurts me emotionally.</w:t>
      </w:r>
      <w:r>
        <w:br/>
      </w:r>
      <w:r>
        <w:rPr>
          <w:sz w:val="20"/>
        </w:rPr>
        <w:t>39:46  lekin is time pe he Allah taala ne yeh rakha hua hai ke agar mera response positive rahega to mujhe bicycle ki bajaye he has probably kept a full loaded private jet, and maybe trillions of dollars.</w:t>
      </w:r>
      <w:r>
        <w:br/>
      </w:r>
      <w:r>
        <w:rPr>
          <w:sz w:val="20"/>
        </w:rPr>
        <w:t>39:58  but that is not in this world, it is in the hereafter. the everything that depends is ke main kaise respond karta hoon apni freedom ko le kar is situation mein.</w:t>
      </w:r>
      <w:r>
        <w:br/>
      </w:r>
      <w:r>
        <w:rPr>
          <w:sz w:val="20"/>
        </w:rPr>
        <w:t>40:09  woh bohat ek important aspect bhi hai. apa,</w:t>
      </w:r>
      <w:r>
        <w:br/>
      </w:r>
      <w:r>
        <w:rPr>
          <w:sz w:val="20"/>
        </w:rPr>
        <w:t>40:14  apa, agle sawal ki taraf chalte hain. jaisa ke apa, aap jante hain ke ek lakh 24 hazar payghambar aaye, aur jo final payghambar the woh Prophet Muhammad sallallahu alaihi wasallam the.</w:t>
      </w:r>
      <w:r>
        <w:br/>
      </w:r>
      <w:r>
        <w:rPr>
          <w:sz w:val="20"/>
        </w:rPr>
        <w:t>40:25  to apa, main chahunga ke thoda unka jo ek prime message tha for humanity, us ko le kar aap kuch bataein.</w:t>
      </w:r>
      <w:r>
        <w:br/>
      </w:r>
      <w:r>
        <w:rPr>
          <w:sz w:val="20"/>
        </w:rPr>
        <w:t>40:36  insan ko Allah taala ne paida kiya to koi bohat azeem maqsad raha hoga, kyunke itni bari kainat, solar system, earth, is mein sara life support system, phir farishtey itne zyada Allah ne yahan bheje insano ki madad ke liye.</w:t>
      </w:r>
      <w:r>
        <w:br/>
      </w:r>
      <w:r>
        <w:rPr>
          <w:sz w:val="20"/>
        </w:rPr>
        <w:t>40:56  to koi bohat bara maqsad hoga, to isi maqsad ko hamein samajhna hai.</w:t>
      </w:r>
      <w:r>
        <w:br/>
      </w:r>
      <w:r>
        <w:rPr>
          <w:sz w:val="20"/>
        </w:rPr>
        <w:t>41:02  yeh Maulana ne apni kitab, kitab marifat mein is par kafi likha hai. to Allah taala chahte hain ke yahan par ek ek tehzeeb, jis ko rabbani tehzeeb keh sakte hain, ek tehzeeb banaein.</w:t>
      </w:r>
      <w:r>
        <w:br/>
      </w:r>
      <w:r>
        <w:rPr>
          <w:sz w:val="20"/>
        </w:rPr>
        <w:t>41:19  insan to actually Allah ne har cheez yahan potential form mein rakhi hui hai. tamam cheezein potential form mein hain, us ko hamein discover karna hai.</w:t>
      </w:r>
      <w:r>
        <w:br/>
      </w:r>
      <w:r>
        <w:rPr>
          <w:sz w:val="20"/>
        </w:rPr>
        <w:t>41:31  to jo jo bhi science ki bhi jo discoveries hui hain, woh koi invention nahi thi, balkeh sab kuch isi duniya mein tha. us ko scientists ne bohat zyada mehnat kar ke us ko discover kiya aur itni poori ek tehzeeb bana dali.</w:t>
      </w:r>
      <w:r>
        <w:br/>
      </w:r>
      <w:r>
        <w:rPr>
          <w:sz w:val="20"/>
        </w:rPr>
        <w:t>41:46  tu woh thi material tehz</w:t>
      </w:r>
      <w:r>
        <w:br/>
      </w:r>
      <w:r>
        <w:rPr>
          <w:sz w:val="20"/>
        </w:rPr>
        <w:t>41:48  eeb. isi tareeqay say Allah taala chahtay hain aik divine tehzeeb banai jaye. tu divine tehzeeb ki shuruaat tu yahan hogi, lekin yeh tehzeeb jo hai, is ka marifat ka safar jo hai, yeh akhirat tak chalta rahega.</w:t>
      </w:r>
      <w:r>
        <w:br/>
      </w:r>
      <w:r>
        <w:rPr>
          <w:sz w:val="20"/>
        </w:rPr>
        <w:t>42:04  log samajhtay hain akhirat mein bas hum log sofe pe bethay huay khate peetay rahengay. tu aisa nahi hai. Maulana nay bataya</w:t>
      </w:r>
      <w:r>
        <w:br/>
      </w:r>
      <w:r>
        <w:rPr>
          <w:sz w:val="20"/>
        </w:rPr>
        <w:t>42:11  keh wahan poora marifat ka safar jo yahan hai, yahan tu beginning hai, aur akhirat mein yeh safar musalsal without any limitation wahan chalta rahega, aur wahin par culmination hoga, wahin par mukammal hoga.</w:t>
      </w:r>
      <w:r>
        <w:br/>
      </w:r>
      <w:r>
        <w:rPr>
          <w:sz w:val="20"/>
        </w:rPr>
        <w:t>42:26  tu is kay liye Allah taala nay do level par kaam kiya. aik tu insaan kay andar sari cheezain rakh dain.</w:t>
      </w:r>
      <w:r>
        <w:br/>
      </w:r>
      <w:r>
        <w:rPr>
          <w:sz w:val="20"/>
        </w:rPr>
        <w:t>42:35  us nay insaan samajhta hai keh sahi kiya hai, ghul</w:t>
      </w:r>
      <w:r>
        <w:br/>
      </w:r>
      <w:r>
        <w:rPr>
          <w:sz w:val="20"/>
        </w:rPr>
        <w:t>42:39  at kiya hai, woh will fully galat kaam karta hai. aisa koi bhi nahi hai, woh na samjhay keh yeh galat kaam hai. kitnay bhi dako hi achahay hon, woh dako bhi janta hai keh mein galat kaam kar raha hoon.</w:t>
      </w:r>
      <w:r>
        <w:br/>
      </w:r>
      <w:r>
        <w:rPr>
          <w:sz w:val="20"/>
        </w:rPr>
        <w:t>42:52  tu is ka matlab hai keh is kay andar bhi yeh baat hai. sab ko wahi dil diya gaya hai keh woh sab sab sab kuch samajhta hai. tu aadmi jaan boojh kar ghalti karega aur maafi nahi mangay ga, tu us ko phir Khuda ki madad nahi milegi.</w:t>
      </w:r>
      <w:r>
        <w:br/>
      </w:r>
      <w:r>
        <w:rPr>
          <w:sz w:val="20"/>
        </w:rPr>
        <w:t>43:10  aur baghair Khuda ki madad kay, farishton ki madad kay, hum is spiritual journey mein agay nahi barh saktay hain.</w:t>
      </w:r>
      <w:r>
        <w:br/>
      </w:r>
      <w:r>
        <w:rPr>
          <w:sz w:val="20"/>
        </w:rPr>
        <w:t>43:19  tu Allah taala nay kabhi bhi insaanon ko baghair guidance kay nahi chora. Hazrat Adam, jo keh pehlay peghambar thay, woh pehlay insaan thay.</w:t>
      </w:r>
      <w:r>
        <w:br/>
      </w:r>
      <w:r>
        <w:rPr>
          <w:sz w:val="20"/>
        </w:rPr>
        <w:t>43:31  unhi ko Allah taala nay pehla peghambar bhi bana diya. phir insaan kiya hai? dunya bohat attractive hai.</w:t>
      </w:r>
      <w:r>
        <w:br/>
      </w:r>
      <w:r>
        <w:rPr>
          <w:sz w:val="20"/>
        </w:rPr>
        <w:t>43:39  tu dunya kay say itna us ko attract woh hota hai keh woh sab bhool jata hai akhirat ki baatein, peghambaron ki baatein tu bhool jata hai.</w:t>
      </w:r>
      <w:r>
        <w:br/>
      </w:r>
      <w:r>
        <w:rPr>
          <w:sz w:val="20"/>
        </w:rPr>
        <w:t>43:50  is wajah say bar bar Allah nay peghambar bhijwaye. ab is zamanay mein tu koi press waghera ka daur nahi tha keh koi cheez jo hai woh mehfooz reh sakay.</w:t>
      </w:r>
      <w:r>
        <w:br/>
      </w:r>
      <w:r>
        <w:rPr>
          <w:sz w:val="20"/>
        </w:rPr>
        <w:t>44:00  bas by by by word of mouth chalta tha.</w:t>
      </w:r>
      <w:r>
        <w:br/>
      </w:r>
      <w:r>
        <w:rPr>
          <w:sz w:val="20"/>
        </w:rPr>
        <w:t>44:03  peghambar kay janay kay baad do char naslon tak woh rehta tha. phir log bhool jatay thay kyunkeh woh apni marzi kay mutabiq, apnay desires kay mutabiq woh chaltay thay.</w:t>
      </w:r>
      <w:r>
        <w:br/>
      </w:r>
      <w:r>
        <w:rPr>
          <w:sz w:val="20"/>
        </w:rPr>
        <w:t>44:13  aur kab bhooltay na bhi hon tu sirf form reh jata tha. spirit ghayab ho jati thi. tu peghambar tu aik lakh 24 hazar aaye, lekin 25 baray baray peghambaron ka zikr Quran mein aaya hai.</w:t>
      </w:r>
      <w:r>
        <w:br/>
      </w:r>
      <w:r>
        <w:rPr>
          <w:sz w:val="20"/>
        </w:rPr>
        <w:t>44:29  tu peghambar ka jo sab say bara paigham hota tha, woh tauheed ka paigham hota tha keh Khuda aik hai, Khuda kay sath shirk nahi karna hai, usi ki ibadat karni hai.</w:t>
      </w:r>
      <w:r>
        <w:br/>
      </w:r>
      <w:r>
        <w:rPr>
          <w:sz w:val="20"/>
        </w:rPr>
        <w:t>44:42  aur baqi jo hai, dunya mein jo bhi kaam karo, woh Khuda ki marzi kay mutabiq kaam karna hai. jaisay moti moti is zamanay mein bas yahi tha: jhoot nahi bolna, chori nahi karna, kisi ka maal nahi khana hai.</w:t>
      </w:r>
      <w:r>
        <w:br/>
      </w:r>
      <w:r>
        <w:rPr>
          <w:sz w:val="20"/>
        </w:rPr>
        <w:t>44:56  yeh sari jo hain</w:t>
      </w:r>
      <w:r>
        <w:br/>
      </w:r>
      <w:r>
        <w:rPr>
          <w:sz w:val="20"/>
        </w:rPr>
        <w:t>44:58  tu is tarah ki baatein har aadmi kay dil mein hi hain keh hum yeh galat hain. lekin mazeed is ko taqviyat dainay kay liye Allah taala nay peghambar bhijwaye.</w:t>
      </w:r>
      <w:r>
        <w:br/>
      </w:r>
      <w:r>
        <w:rPr>
          <w:sz w:val="20"/>
        </w:rPr>
        <w:t>45:09  tu lekin woh itna ziyada woh daur tha nature worship ka keh har numayan cheez dekhiye. science kay daur say pehlay insaan kuch samajhta hi nahi tha.</w:t>
      </w:r>
      <w:r>
        <w:br/>
      </w:r>
      <w:r>
        <w:rPr>
          <w:sz w:val="20"/>
        </w:rPr>
        <w:t>45:21  bijli karkti thi tu woh samajhtay thay keh devta ghusay ho gaye hain.</w:t>
      </w:r>
      <w:r>
        <w:br/>
      </w:r>
      <w:r>
        <w:rPr>
          <w:sz w:val="20"/>
        </w:rPr>
        <w:t>45:24  woh yeh science kay daur say pehlay ka phenomenon hai. aur suraj, Maulana nay bataya keh jab yahan sehra mein suraj itnay ab o taab say niklta hai keh woh sach much lagta hai keh koi devta hi hai,</w:t>
      </w:r>
      <w:r>
        <w:br/>
      </w:r>
      <w:r>
        <w:rPr>
          <w:sz w:val="20"/>
        </w:rPr>
        <w:t>45:39  tu unhon nay dekha tha. tu log kehtay thay: "haza rabbi, haza akbar, yahi mera rab hai, yeh tu bohat bara hai." woh tu Hazrat Ibrahim nay kaha keh "yeh mera rab kaisay ho sakta hai jo jo chup jaye?</w:t>
      </w:r>
      <w:r>
        <w:br/>
      </w:r>
      <w:r>
        <w:rPr>
          <w:sz w:val="20"/>
        </w:rPr>
        <w:t>45:53  hmm, mera rab aisa thori hai keh thori dair rahega, thori dair kay baad ghayab ho jayega." tu isi tareeqay say suraj, chand, darya, pahar, peir, janwar, har cheez ko pooja jata tha.</w:t>
      </w:r>
      <w:r>
        <w:br/>
      </w:r>
      <w:r>
        <w:rPr>
          <w:sz w:val="20"/>
        </w:rPr>
        <w:t>46:05  woh yeh samajhte thay nature mein koi mysterious force hai aur us ko poojne se hamari qismat badalti hai, badalti hai, bigadti hai.</w:t>
      </w:r>
      <w:r>
        <w:br/>
      </w:r>
      <w:r>
        <w:rPr>
          <w:sz w:val="20"/>
        </w:rPr>
        <w:t>46:16  agar woh naraz ho jayen, aap jante hain, pehle chechak hota tha toh uska ilaaj nahi hota tha. samajhte thay koi devi devta hain aur woh naraz ho gayi hain, is liye bimari hai.</w:t>
      </w:r>
      <w:r>
        <w:br/>
      </w:r>
      <w:r>
        <w:rPr>
          <w:sz w:val="20"/>
        </w:rPr>
        <w:t>46:25  woh bechare ko bhooka maar dalte thay.</w:t>
      </w:r>
      <w:r>
        <w:br/>
      </w:r>
      <w:r>
        <w:rPr>
          <w:sz w:val="20"/>
        </w:rPr>
        <w:t>46:28  yeh toh baad mein kuch toh kaam musalmanon ne kiya tha. is par kitaab bhi likhi thi. isi ko parhne ke baad ek Edward Jenner thay, unhon ne teeka banaya.</w:t>
      </w:r>
      <w:r>
        <w:br/>
      </w:r>
      <w:r>
        <w:rPr>
          <w:sz w:val="20"/>
        </w:rPr>
        <w:t>46:41  phir woh teeka diya jaane laga aur aise mein is ko aur zyada acha khana khilana chahiye. ji, ab woh hum is ko kuch nahi dete thay ke devi naraz ho jayegi.</w:t>
      </w:r>
      <w:r>
        <w:br/>
      </w:r>
      <w:r>
        <w:rPr>
          <w:sz w:val="20"/>
        </w:rPr>
        <w:t>46:51  toh yeh sab dekhiye, science se pehle ki baatein</w:t>
      </w:r>
      <w:r>
        <w:br/>
      </w:r>
      <w:r>
        <w:rPr>
          <w:sz w:val="20"/>
        </w:rPr>
        <w:t>46:54  thin. insaan kisi cheez ko explain kar nahi pata tha toh inhi inhi terms mein sochta tha. woh itna darte thay in cheezon se kyunke woh samajhte thay mysterious force hai is ke andar.</w:t>
      </w:r>
      <w:r>
        <w:br/>
      </w:r>
      <w:r>
        <w:rPr>
          <w:sz w:val="20"/>
        </w:rPr>
        <w:t>47:08  toh Hazrat Ibrahim se kehte thay aur doosre paighambaron se bhi unhon ne yahi kaha ke "agar tum ne is ko kuch bura bhala kaha toh tum andhe ho jaoge, pagal ho jaoge, barbaad ho</w:t>
      </w:r>
      <w:r>
        <w:br/>
      </w:r>
      <w:r>
        <w:rPr>
          <w:sz w:val="20"/>
        </w:rPr>
        <w:t>47:18  jaoge." toh woh darte thay ke agar aisa un ko hum ne nahi, un ko due respect diya toh hamara yeh sab ho jayega.</w:t>
      </w:r>
      <w:r>
        <w:br/>
      </w:r>
      <w:r>
        <w:rPr>
          <w:sz w:val="20"/>
        </w:rPr>
        <w:t>47:27  toh yeh hai. toh isi liye Hazrat Ibrahim ne Iraq ko chhod diya kyunke wahan ke log manne wale nahi thay.</w:t>
      </w:r>
      <w:r>
        <w:br/>
      </w:r>
      <w:r>
        <w:rPr>
          <w:sz w:val="20"/>
        </w:rPr>
        <w:t>47:35  ab masla kya ho gaya tha ke shirk jo hai is mein ek nexus ho gaya tha ke ab hum toh mante hi thay, ab badshah log manne lagay.</w:t>
      </w:r>
      <w:r>
        <w:br/>
      </w:r>
      <w:r>
        <w:rPr>
          <w:sz w:val="20"/>
        </w:rPr>
        <w:t>47:44  kyunke is ki wajah se kya tha ke har badai ko yeh log devi devta maan lete thay. toh woh, woh bhi badshah bhi bada hota tha na, toh un ko devi devta ka darja de dete thay.</w:t>
      </w:r>
      <w:r>
        <w:br/>
      </w:r>
      <w:r>
        <w:rPr>
          <w:sz w:val="20"/>
        </w:rPr>
        <w:t>47:57  toh hamare bhagwan</w:t>
      </w:r>
      <w:r>
        <w:br/>
      </w:r>
      <w:r>
        <w:rPr>
          <w:sz w:val="20"/>
        </w:rPr>
        <w:t>47:58  hain. toh is wajah se badshahon ko yeh mauqa mil jata tha awam par hukoomat karne ka. awam woh achi policy chalayen, galat chalayen, awam is in ko kuch keh nahi sakte thay.</w:t>
      </w:r>
      <w:r>
        <w:br/>
      </w:r>
      <w:r>
        <w:rPr>
          <w:sz w:val="20"/>
        </w:rPr>
        <w:t>48:10  toh ek qism ka hi jo hai na personality cult yeh ho gaya. ji, Firaun ne kaha bhi tha: "Ana Rabbukum Al-A'la, main, main, main hoon Rabb." toh yeh toh yeh kaun Firaun?</w:t>
      </w:r>
      <w:r>
        <w:br/>
      </w:r>
      <w:r>
        <w:rPr>
          <w:sz w:val="20"/>
        </w:rPr>
        <w:t>48:22  yeh kaun sa Rabb hai? Rabb toh main hoon. toh yeh sab ho gaya tha. toh yeh bohat bari evil thi.</w:t>
      </w:r>
      <w:r>
        <w:br/>
      </w:r>
      <w:r>
        <w:rPr>
          <w:sz w:val="20"/>
        </w:rPr>
        <w:t>48:29  is evil ko baad mein jo sab inqilab aaya, Islam ka inqilab, science ka inqilab, jamhoori inqilab, toh in sab cheezon ko khatam kiya is inqilab ne.</w:t>
      </w:r>
      <w:r>
        <w:br/>
      </w:r>
      <w:r>
        <w:rPr>
          <w:sz w:val="20"/>
        </w:rPr>
        <w:t>48:42  toh jamhooriyat bohat bara hamare liye bohat bari boon thi. jamhooriyat ki wajah se tamam logon ko mauqa mila kaam karne ka.</w:t>
      </w:r>
      <w:r>
        <w:br/>
      </w:r>
      <w:r>
        <w:rPr>
          <w:sz w:val="20"/>
        </w:rPr>
        <w:t>48:52  pehlay toh kya tha? jo badshah chahta tha, wahi hota tha.</w:t>
      </w:r>
      <w:r>
        <w:br/>
      </w:r>
      <w:r>
        <w:rPr>
          <w:sz w:val="20"/>
        </w:rPr>
        <w:t>48:56  agar koi badshah ke khilaf kuch bhi kar de toh uska sar qalam. toh is wajah se taraqqi kuch nahi ho pati thi. nature mein jo taskheer karna, nature ko, nature par investigation, nature par research, woh sab kuch nahi hota tha.</w:t>
      </w:r>
      <w:r>
        <w:br/>
      </w:r>
      <w:r>
        <w:rPr>
          <w:sz w:val="20"/>
        </w:rPr>
        <w:t>49:12  badshah bohat darte thay ke koi bhi naya kaam ho raha hai toh galat hi hoga. jo woh chahte thay, bas bas badshah hukmi sab kuch hota tha.</w:t>
      </w:r>
      <w:r>
        <w:br/>
      </w:r>
      <w:r>
        <w:rPr>
          <w:sz w:val="20"/>
        </w:rPr>
        <w:t>49:23  toh yeh tha. toh paighambaron ne bataya ke is duniya mein toh sirf shuruaat karni hai. hamein apne aap ko deserving candidate banana hai.</w:t>
      </w:r>
      <w:r>
        <w:br/>
      </w:r>
      <w:r>
        <w:rPr>
          <w:sz w:val="20"/>
        </w:rPr>
        <w:t>49:31  aur asal mayari duniya jo hai, woh toh jannat ki hai. wahan par asal mein dekhiye, sara limitations khatam ho jayega.</w:t>
      </w:r>
      <w:r>
        <w:br/>
      </w:r>
      <w:r>
        <w:rPr>
          <w:sz w:val="20"/>
        </w:rPr>
        <w:t>49:40  jab limitations khatam ho jayega toh hum lamahdood tor par hum kaam kar payenge. insaan ka dimagh jo hai na, woh toh hai hi lamahdood.</w:t>
      </w:r>
      <w:r>
        <w:br/>
      </w:r>
      <w:r>
        <w:rPr>
          <w:sz w:val="20"/>
        </w:rPr>
        <w:t>49:50  lekin is duniya mein itni limitations hain ke hum is ko poora istemal nahi kar paate. bohat jald insaan bimar ho jata hai, boodha ho jata hai, mar jata hai, accident ho jata hai.</w:t>
      </w:r>
      <w:r>
        <w:br/>
      </w:r>
      <w:r>
        <w:rPr>
          <w:sz w:val="20"/>
        </w:rPr>
        <w:t>50:02  aur mawaqe jo woh chahta hai, woh nahi milte hain. to is waja se woh pura kaam kar nahi</w:t>
      </w:r>
      <w:r>
        <w:br/>
      </w:r>
      <w:r>
        <w:rPr>
          <w:sz w:val="20"/>
        </w:rPr>
        <w:t>50:07  paata. aakhirat mein yeh sari limitations khatm ho jayengi. to woh hamari aakhri manzil hoga. wahan marifat ka zariya musalsal jari rahega.</w:t>
      </w:r>
      <w:r>
        <w:br/>
      </w:r>
      <w:r>
        <w:rPr>
          <w:sz w:val="20"/>
        </w:rPr>
        <w:t>50:19  aur wahan perfect shakal mein Khuda ka realization hoga. tab Allah taala apni jhalak bhi wahan dikhayenge ke jo aarif insan hai, jo Khuda ki jis ne marifat hasil ki, usi se Allah raazi hoga.</w:t>
      </w:r>
      <w:r>
        <w:br/>
      </w:r>
      <w:r>
        <w:rPr>
          <w:sz w:val="20"/>
        </w:rPr>
        <w:t>50:35  ji,</w:t>
      </w:r>
      <w:r>
        <w:br/>
      </w:r>
      <w:r>
        <w:rPr>
          <w:sz w:val="20"/>
        </w:rPr>
        <w:t>50:36  apa, Hazrat Jubair se ek riwayat hai ke Rasool Allah ne ek martaba kaha ke "what i fear most about my ummah is that they will have ambitions and wishes, becaus ambition comes in the way of the truth, and wishes makes a person careless about the hereafter." to apa, yeh bhi baat sahi hai ke every person is like a graveyard of unfulfilled desire</w:t>
      </w:r>
      <w:r>
        <w:br/>
      </w:r>
      <w:r>
        <w:rPr>
          <w:sz w:val="20"/>
        </w:rPr>
        <w:t>51:02  . woh desires ko hi le kar apni puri zindagi nikal deta hai. jabke fact is ki aap desires ko fulfill hi nahi kar sakte is duniya mein.</w:t>
      </w:r>
      <w:r>
        <w:br/>
      </w:r>
      <w:r>
        <w:rPr>
          <w:sz w:val="20"/>
        </w:rPr>
        <w:t>51:11  to is ke bare mein batayein, apa, ke kaise desire management insan kar sakta hai? desires ko kaise samajhna chahiye? is ke bare mein bhi aap hum sab ko batayein.</w:t>
      </w:r>
      <w:r>
        <w:br/>
      </w:r>
      <w:r>
        <w:rPr>
          <w:sz w:val="20"/>
        </w:rPr>
        <w:t>51:22  asal mein sab se bari cheez yahi hai ke insan creation plan ko samjhe. ab insan ek duniya mein aa</w:t>
      </w:r>
      <w:r>
        <w:br/>
      </w:r>
      <w:r>
        <w:rPr>
          <w:sz w:val="20"/>
        </w:rPr>
        <w:t>51:29  gaya, ab woh samajhta hi nahi ke is duniya mein kaise rehna hai. to aap samajh lijiye ke ab sab kaam galat hi galat karenge.</w:t>
      </w:r>
      <w:r>
        <w:br/>
      </w:r>
      <w:r>
        <w:rPr>
          <w:sz w:val="20"/>
        </w:rPr>
        <w:t>51:39  to sab se pehle insan ko Khuda ke creation plan ko samajhna hai. to creation plan ke mutabiq yeh duniya desire ke fulfillment ke liye hai hi nahi.</w:t>
      </w:r>
      <w:r>
        <w:br/>
      </w:r>
      <w:r>
        <w:rPr>
          <w:sz w:val="20"/>
        </w:rPr>
        <w:t>51:51  to kaise desire ka ful</w:t>
      </w:r>
      <w:r>
        <w:br/>
      </w:r>
      <w:r>
        <w:rPr>
          <w:sz w:val="20"/>
        </w:rPr>
        <w:t>51:53  fillment yahan hoga? kyunke yahan itni limitation, itni limitation hai ke desire ka fulfillment possible hi nahi hai. to aur insan jo hai, chunke is ke andar hai ek ideal world basi hui hai, kehte hain jab insan paida hua to us ko sab kuch jannat dikha di gayi thi.</w:t>
      </w:r>
      <w:r>
        <w:br/>
      </w:r>
      <w:r>
        <w:rPr>
          <w:sz w:val="20"/>
        </w:rPr>
        <w:t>52:11  hmm, yahan tak kehte hain ke jab bachcha paida hota hai to woh muskurata hai, kehte hain woh jannat dekh raha hai. ji, to us ko sab kuch us ke dil mein, dimagh mein, us ki jannat basi hui hai.</w:t>
      </w:r>
      <w:r>
        <w:br/>
      </w:r>
      <w:r>
        <w:rPr>
          <w:sz w:val="20"/>
        </w:rPr>
        <w:t>52:23  ab woh yeh farq nahi kar pata ke yeh jannat jo hai, us ko aakhirat mein milegi, duniya mein nahi milegi. isi waja se woh musalsal frustration mein rehta hai.</w:t>
      </w:r>
      <w:r>
        <w:br/>
      </w:r>
      <w:r>
        <w:rPr>
          <w:sz w:val="20"/>
        </w:rPr>
        <w:t>52:37  kyunke ideal ki talash karta hai aur ideal us ko milta nahi. aur bade bade logon ne kaha hai, jaise Edward Gibbon ne kaha hai: "human history is little more than the register of crimes."</w:t>
      </w:r>
      <w:r>
        <w:br/>
      </w:r>
      <w:r>
        <w:rPr>
          <w:sz w:val="20"/>
        </w:rPr>
        <w:t>52:49  to un ko, un ko samajh mein nahi aata ke is duniya mein itni suffering kyun hai, itni museebatein kyun hain, itni limitations kyun hain. bade bade insan jab mature hote hain to khatm ho jate hain, mar jate hain.</w:t>
      </w:r>
      <w:r>
        <w:br/>
      </w:r>
      <w:r>
        <w:rPr>
          <w:sz w:val="20"/>
        </w:rPr>
        <w:t>53:01  Einstein jo hai, bahut kam umar mein khatm hue. to itne bade bade log jab ke un ke time hota hai kaam karne ka, us waqt woh mar jate hain.</w:t>
      </w:r>
      <w:r>
        <w:br/>
      </w:r>
      <w:r>
        <w:rPr>
          <w:sz w:val="20"/>
        </w:rPr>
        <w:t>53:10  to yeh sari cheezein samajh mein aati nahi hain. ek Alexis Carrel ne ek kitaab likhi: "Man the</w:t>
      </w:r>
      <w:r>
        <w:br/>
      </w:r>
      <w:r>
        <w:rPr>
          <w:sz w:val="20"/>
        </w:rPr>
        <w:t>53:17  Known." us ki "Man in Known" bana hua hai. kyunke jab har cheez ka is duniya mein joda hai, isi tarah se is duniya ka bhi ek joda hai.</w:t>
      </w:r>
      <w:r>
        <w:br/>
      </w:r>
      <w:r>
        <w:rPr>
          <w:sz w:val="20"/>
        </w:rPr>
        <w:t>53:27  jab tak is jode ko le kar ke hum life ko explain na karein, tab tak hum samajh hi nahi sakte. ji, na samjhein ge to frustration hoga.</w:t>
      </w:r>
      <w:r>
        <w:br/>
      </w:r>
      <w:r>
        <w:rPr>
          <w:sz w:val="20"/>
        </w:rPr>
        <w:t>53:37  ab jaise hum log hain, CPS ke Maulana ki sari classes hum ne attend ki hain, literature padha hai. to hum logon ko bilkul clear hai ke yeh duniya sirf mehnat karne ke liye hai aur apne aap ko deserving candidate banane ke liye.</w:t>
      </w:r>
      <w:r>
        <w:br/>
      </w:r>
      <w:r>
        <w:rPr>
          <w:sz w:val="20"/>
        </w:rPr>
        <w:t>53:52  jo kuch milna hai, aakh</w:t>
      </w:r>
      <w:r>
        <w:br/>
      </w:r>
      <w:r>
        <w:rPr>
          <w:sz w:val="20"/>
        </w:rPr>
        <w:t>53:54  irat mein milna hai. to is liye hum logon ko frustration hota hi nahi ke jo mila hua hai, wahi lagta hai, wahi bohat hai. kyunke humein jo goal hai, hamari zindagi ka jo maqsad hai, us mein koi rukawat hai nahi.</w:t>
      </w:r>
      <w:r>
        <w:br/>
      </w:r>
      <w:r>
        <w:rPr>
          <w:sz w:val="20"/>
        </w:rPr>
        <w:t>54:06  to aur humein kuch chahiye nahi. to yeh hai. ab Sir James Jeans jo itna bada mathematician tha aur Nobel Prize us ko mila, us ne likha hai "The Mysterious Universe"</w:t>
      </w:r>
      <w:r>
        <w:br/>
      </w:r>
      <w:r>
        <w:rPr>
          <w:sz w:val="20"/>
        </w:rPr>
        <w:t>54:18  . isi liye ke in logon ko pata hi nahi tha ke doosri duniya hai, wahan jo hai saare hamare desires fulfill honge.</w:t>
      </w:r>
      <w:r>
        <w:br/>
      </w:r>
      <w:r>
        <w:rPr>
          <w:sz w:val="20"/>
        </w:rPr>
        <w:t>54:26  to yeh log jo hain, itne bare bare log jo hain, woh frustration mein khatam hue. ji, woh sir james jeans ne kaha: "it seems that man has strayed in a world that was not made for</w:t>
      </w:r>
      <w:r>
        <w:br/>
      </w:r>
      <w:r>
        <w:rPr>
          <w:sz w:val="20"/>
        </w:rPr>
        <w:t>54:42  hum." is ki samajh mein nahi aata, kisi ki samajh mein nahi aata. ji ke yeh duniya mein hum hum kis tareeqay se, jo hum zindagi paana chahte hain, woh kaise milay.</w:t>
      </w:r>
      <w:r>
        <w:br/>
      </w:r>
      <w:r>
        <w:rPr>
          <w:sz w:val="20"/>
        </w:rPr>
        <w:t>54:54  aik roosi writer ne kaha hai: "is duniya mein har cheez beautiful hai, sirf aik cheez beautiful nahi hai, aur woh insaan hai."</w:t>
      </w:r>
      <w:r>
        <w:br/>
      </w:r>
      <w:r>
        <w:rPr>
          <w:sz w:val="20"/>
        </w:rPr>
        <w:t>55:02  to is duniya mein insaan dekhiye, shakal, soorat, rang, sab kuch hai.</w:t>
      </w:r>
      <w:r>
        <w:br/>
      </w:r>
      <w:r>
        <w:rPr>
          <w:sz w:val="20"/>
        </w:rPr>
        <w:t>55:11  to woh aisa thori hai ke woh is ki inherently aisa hai, balkay woh hamari geographical conditions hain. koi kala hai, jaisay africa ke log hotay hain, to geographical conditions prevail karti hain.</w:t>
      </w:r>
      <w:r>
        <w:br/>
      </w:r>
      <w:r>
        <w:rPr>
          <w:sz w:val="20"/>
        </w:rPr>
        <w:t>55:25  to akhirat mein yeh sari limitations khatam ki jayen, kar di jayen gi.</w:t>
      </w:r>
      <w:r>
        <w:br/>
      </w:r>
      <w:r>
        <w:rPr>
          <w:sz w:val="20"/>
        </w:rPr>
        <w:t>55:29  aik baar rasool Allah sal Allah alayh wasallam ke paas aik boodhi aurat aayi. to rasool Allah kabhi kabhi ab halka mazaaq bhi kartay thay. to rasool Allah ne us se kaha ke "boodhiya jannat mein nahi jayen gi." haan, woh lagi ronay to rasool Allah sal Allah alayh wasallam ne kaha: "jannat mein sab jawan ho jayen gay." ji, boodhay nahi wahan rahen gay.</w:t>
      </w:r>
      <w:r>
        <w:br/>
      </w:r>
      <w:r>
        <w:rPr>
          <w:sz w:val="20"/>
        </w:rPr>
        <w:t>55:50  to wahan boodhapa hai, badsoorati hai, bimariyan hain, maut hai, yeh sab kuch wahan accident hai. wahan ya wahan yeh sab kuch nahi hoga.</w:t>
      </w:r>
      <w:r>
        <w:br/>
      </w:r>
      <w:r>
        <w:rPr>
          <w:sz w:val="20"/>
        </w:rPr>
        <w:t>56:01  lekin insaan apnay aap ko samajhta hai ke "main bilkul azaad hoon, main jo chahe karoon." to yehi jo is ki thinking hai na ke "main azaad hoon", yehi cheez is ke liye museebat ban gayi hai.</w:t>
      </w:r>
      <w:r>
        <w:br/>
      </w:r>
      <w:r>
        <w:rPr>
          <w:sz w:val="20"/>
        </w:rPr>
        <w:t>56:11  ji ke woh jab azaad hai to is ko desire ke mutabiq is ko aik zindagi milni chahiye.</w:t>
      </w:r>
      <w:r>
        <w:br/>
      </w:r>
      <w:r>
        <w:rPr>
          <w:sz w:val="20"/>
        </w:rPr>
        <w:t>56:19  lekin woh practically impossible hai. to result jo hai is ka, woh tension hai. ab woh itna samajh le ke yeh duniya is ki apni banayi hui nahi hai, balkay duniya Khuda ne banayi hai.</w:t>
      </w:r>
      <w:r>
        <w:br/>
      </w:r>
      <w:r>
        <w:rPr>
          <w:sz w:val="20"/>
        </w:rPr>
        <w:t>56:31  to yahan Khuda ki marzi ke mutabiq hi hamein is duniya mein rehna hai aur Khuda ke agay surrender karna hai. to tabhi is ko woh is qabil banay ga ke akhirat mein use Allah taala jannat mein jagah den.</w:t>
      </w:r>
      <w:r>
        <w:br/>
      </w:r>
      <w:r>
        <w:rPr>
          <w:sz w:val="20"/>
        </w:rPr>
        <w:t>56:47  to lekin insaan to limit cross kar diya,</w:t>
      </w:r>
      <w:r>
        <w:br/>
      </w:r>
      <w:r>
        <w:rPr>
          <w:sz w:val="20"/>
        </w:rPr>
        <w:t>56:52  nuclear bomb banaya sari duniya ko. ab qayamat aanay ki bhi zaroorat nahi hai, do chaar nuclear bomb phatenge, qayamat hi aa jayegi. ji to insaan jo hai, woh apni is se had se bahar chala gaya.</w:t>
      </w:r>
      <w:r>
        <w:br/>
      </w:r>
      <w:r>
        <w:rPr>
          <w:sz w:val="20"/>
        </w:rPr>
        <w:t>57:06  jabkay aap jantay hain jinnaat ko jo mazool kiya gaya tha, isi liye na ke woh duniya mein fasad barpa kar rahay thay, isi liye mazool kiya gaya tha.</w:t>
      </w:r>
      <w:r>
        <w:br/>
      </w:r>
      <w:r>
        <w:rPr>
          <w:sz w:val="20"/>
        </w:rPr>
        <w:t>57:17  ab to ab is se to hazaron lakhon guna ziyada fasad insaan kar raha hai. to kisi bhi waqt qayamat aa sakti hai. kyunkay jab Allah taala bilkul dekhenge ke ab insaan jo hai, koi acha kaam nahi karega, sirf bura hi bura karega, to us waqt phir woh qayamat aa jayegi.</w:t>
      </w:r>
      <w:r>
        <w:br/>
      </w:r>
      <w:r>
        <w:rPr>
          <w:sz w:val="20"/>
        </w:rPr>
        <w:t>57:36  to yehi hai ke hamein sab se pehlay zaroori hai ke hum ab creation plan ko samjhen aur is ke mutabiq hum apni zindagi ko, zindagi</w:t>
      </w:r>
      <w:r>
        <w:br/>
      </w:r>
      <w:r>
        <w:rPr>
          <w:sz w:val="20"/>
        </w:rPr>
        <w:t>57:46  ko chalayen. ji aur apa, agar hum Quran ko bhi parhen to is mein bohat clearly yeh cheez aa jati hai desires ko le kay. surah kahf mein jaisay hai ke "there there you will have all the that you desire and there is even more with us".</w:t>
      </w:r>
      <w:r>
        <w:br/>
      </w:r>
      <w:r>
        <w:rPr>
          <w:sz w:val="20"/>
        </w:rPr>
        <w:t>58:01  to matlab aik insaan jo tasawwur bhi nahi kar sakta desire ko le ke, us ke bhi beyond Allah taala yeh keh rahay hain ke "we have even more with us".</w:t>
      </w:r>
      <w:r>
        <w:br/>
      </w:r>
      <w:r>
        <w:rPr>
          <w:sz w:val="20"/>
        </w:rPr>
        <w:t>58:10  so</w:t>
      </w:r>
      <w:r>
        <w:br/>
      </w:r>
      <w:r>
        <w:rPr>
          <w:sz w:val="20"/>
        </w:rPr>
        <w:t>58:11  yeh aap ne bilkul bara sahi kaha ke hamein creation plan ko samajhna hai ke yeh duniya to sirf test ke level par hai. yahan pe aap fulfillment of desire nahi kar saktay, woh to aap ka akhirat mein hi hai.</w:t>
      </w:r>
    </w:p>
    <w:p>
      <w:pPr>
        <w:pStyle w:val="Heading2"/>
      </w:pPr>
      <w:r>
        <w:t>How to avoid negative thinking?</w:t>
      </w:r>
    </w:p>
    <w:p>
      <w:r>
        <w:rPr>
          <w:color w:val="666666"/>
          <w:sz w:val="18"/>
        </w:rPr>
        <w:t>Jihad Fillah June 23, 2013 · 2m 14s · at 1:02:05 · https://youtu.be/NRTno1eQTos?t=3725</w:t>
      </w:r>
    </w:p>
    <w:p>
      <w:r>
        <w:rPr>
          <w:i/>
        </w:rPr>
        <w:t>“How can I avoid negative thinking? I try hard to be positive, but I feel at times. Please guide me.”</w:t>
      </w:r>
    </w:p>
    <w:p>
      <w:r>
        <w:rPr>
          <w:sz w:val="20"/>
        </w:rPr>
        <w:t>1:02:05  molana, agla sawal ahmedabad se hai mr waqas jain ka. unhon ne likha hai: "molana sahib, how can i avoid negative thinking?" i try hard to be positive, but i fail each time.</w:t>
      </w:r>
      <w:r>
        <w:br/>
      </w:r>
      <w:r>
        <w:rPr>
          <w:sz w:val="20"/>
        </w:rPr>
        <w:t>1:02:19  please guide me.</w:t>
      </w:r>
      <w:r>
        <w:br/>
      </w:r>
      <w:r>
        <w:rPr>
          <w:sz w:val="20"/>
        </w:rPr>
        <w:t>1:02:24  dekhein, apna main tajurba batata hoon.</w:t>
      </w:r>
      <w:r>
        <w:br/>
      </w:r>
      <w:r>
        <w:rPr>
          <w:sz w:val="20"/>
        </w:rPr>
        <w:t>1:02:29  main keh sakta hoon ke main hundred percent positive mind ke sath rehta hoon hamesha. to kyun?</w:t>
      </w:r>
      <w:r>
        <w:br/>
      </w:r>
      <w:r>
        <w:rPr>
          <w:sz w:val="20"/>
        </w:rPr>
        <w:t>1:02:38  kyun ke maine yeh paya ke negative thinking khud mere liye mujhe kill karti hai.</w:t>
      </w:r>
      <w:r>
        <w:br/>
      </w:r>
      <w:r>
        <w:rPr>
          <w:sz w:val="20"/>
        </w:rPr>
        <w:t>1:02:48  yani main negative hota hoon kisi doosre ko le kar ke, lekin nuksan uthata hoon. main</w:t>
      </w:r>
      <w:r>
        <w:br/>
      </w:r>
      <w:r>
        <w:rPr>
          <w:sz w:val="20"/>
        </w:rPr>
        <w:t>1:02:55  yeh yeh bari jab maine yeh discover kiya to maine kaha kisi doosre ki khatir. negative ko main</w:t>
      </w:r>
      <w:r>
        <w:br/>
      </w:r>
      <w:r>
        <w:rPr>
          <w:sz w:val="20"/>
        </w:rPr>
        <w:t>1:03:03  jab bhi ghussa hota hoon, kisi doosre ke khilaaf nafrat karta hoon to us ko to us ko to kuch bhi nahi hua.</w:t>
      </w:r>
      <w:r>
        <w:br/>
      </w:r>
      <w:r>
        <w:rPr>
          <w:sz w:val="20"/>
        </w:rPr>
        <w:t>1:03:12  is ka to kuch nahi bigra. bigra mera, bigra mera. kyun ke positive thinking rokhsat ho gayi aur positive mind agar nahi hua aadmi ke andar to sari bari bari baatein is se chhoot jaati hain.</w:t>
      </w:r>
      <w:r>
        <w:br/>
      </w:r>
      <w:r>
        <w:rPr>
          <w:sz w:val="20"/>
        </w:rPr>
        <w:t>1:03:27  positive mind hi woh mind hai jo bari bari baaton ko graph kar sakta hai.</w:t>
      </w:r>
      <w:r>
        <w:br/>
      </w:r>
      <w:r>
        <w:rPr>
          <w:sz w:val="20"/>
        </w:rPr>
        <w:t>1:03:34  positive mind ke baghair sachai ka development nahi ho sakta. to main ne socha ke aakhir mein negative koi doosre ke liye, yaani apna nuksan uthaoon, doosra to nuksan kuch bhi nahi hota.</w:t>
      </w:r>
      <w:r>
        <w:br/>
      </w:r>
      <w:r>
        <w:rPr>
          <w:sz w:val="20"/>
        </w:rPr>
        <w:t>1:03:49  kisi se nafrat karta hoon to kaha woh doosre ko nuksan ho gaya hai. k</w:t>
      </w:r>
      <w:r>
        <w:br/>
      </w:r>
      <w:r>
        <w:rPr>
          <w:sz w:val="20"/>
        </w:rPr>
        <w:t>1:03:52  chhe doosre ko kuch bhi nuksan nahi hua. nuksan to mera hua. meri positivity khatam ho gayi aur phir main is qabil nahi raha ke sachai mere dimagh mein jagah paaye.</w:t>
      </w:r>
      <w:r>
        <w:br/>
      </w:r>
      <w:r>
        <w:rPr>
          <w:sz w:val="20"/>
        </w:rPr>
        <w:t>1:04:05  isi liye mera formula hai ke "save your self". "save your self" ka formula jo hai yeh mujh ko bachata hai negativity se.</w:t>
      </w:r>
    </w:p>
    <w:p>
      <w:pPr>
        <w:pStyle w:val="Heading2"/>
      </w:pPr>
      <w:r>
        <w:t>Dealing with grief after losing children</w:t>
      </w:r>
    </w:p>
    <w:p>
      <w:r>
        <w:rPr>
          <w:color w:val="666666"/>
          <w:sz w:val="18"/>
        </w:rPr>
        <w:t>Realization of God May 07, 2017 Maulana Wahiduddin Khan · 1m 30s · at 50:55 · https://youtu.be/sXmJShRfWKs?t=3055</w:t>
      </w:r>
    </w:p>
    <w:p>
      <w:r>
        <w:rPr>
          <w:i/>
        </w:rPr>
        <w:t>“I am in great grief. I was educating and training four small children alone. When I got some peace, Allah took away two children together. Now from this grief, what should I do?”</w:t>
      </w:r>
    </w:p>
    <w:p>
      <w:r>
        <w:rPr>
          <w:sz w:val="20"/>
        </w:rPr>
        <w:t>50:55  molana agla sawal miss fardous shareef ne kiya hai unho ne location nahi likhi hai apni un ka</w:t>
      </w:r>
      <w:r>
        <w:br/>
      </w:r>
      <w:r>
        <w:rPr>
          <w:sz w:val="20"/>
        </w:rPr>
        <w:t>51:00  sawal yeh hai molana sahib mein bohat gham mein hoon char chote bachon ki akele taleem aur tarbiyat</w:t>
      </w:r>
      <w:r>
        <w:br/>
      </w:r>
      <w:r>
        <w:rPr>
          <w:sz w:val="20"/>
        </w:rPr>
        <w:t>51:09  ki jab kuch sukoon mila to do bachhe ek sath allah ne bula liye ab is gham se</w:t>
      </w:r>
      <w:r>
        <w:br/>
      </w:r>
      <w:r>
        <w:rPr>
          <w:sz w:val="20"/>
        </w:rPr>
        <w:t>51:17  kaise niklun mere charon bachhe bohat naik aur farmanbardar the ab do bachhon ke sath hoon</w:t>
      </w:r>
      <w:r>
        <w:br/>
      </w:r>
      <w:r>
        <w:rPr>
          <w:sz w:val="20"/>
        </w:rPr>
        <w:t>51:26  jo aap khud hi keh rahe hain ke allah ne bula liye tab bhi gham aap ko</w:t>
      </w:r>
      <w:r>
        <w:br/>
      </w:r>
      <w:r>
        <w:rPr>
          <w:sz w:val="20"/>
        </w:rPr>
        <w:t>51:30  yani bulane wala jo khuda hai to to khush hona chahiye gham kyu</w:t>
      </w:r>
      <w:r>
        <w:br/>
      </w:r>
      <w:r>
        <w:rPr>
          <w:sz w:val="20"/>
        </w:rPr>
        <w:t>51:37  contradiction zara dekhiye ek taraf to aap keh rahe hain ke Allah ne bula hai doosri taraf gham</w:t>
      </w:r>
      <w:r>
        <w:br/>
      </w:r>
      <w:r>
        <w:rPr>
          <w:sz w:val="20"/>
        </w:rPr>
        <w:t>51:45  khula hua contradiction hai</w:t>
      </w:r>
      <w:r>
        <w:br/>
      </w:r>
      <w:r>
        <w:rPr>
          <w:sz w:val="20"/>
        </w:rPr>
        <w:t>51:48  contradiction nahi hai to munafiqat hai</w:t>
      </w:r>
      <w:r>
        <w:br/>
      </w:r>
      <w:r>
        <w:rPr>
          <w:sz w:val="20"/>
        </w:rPr>
        <w:t>51:51  baat to yeh hai ke dil mein ke bete mar gaye lekin keh rahe hain ke khuda ne</w:t>
      </w:r>
      <w:r>
        <w:br/>
      </w:r>
      <w:r>
        <w:rPr>
          <w:sz w:val="20"/>
        </w:rPr>
        <w:t>51:55  bila lia yeh to munafiqat ki baat hai</w:t>
      </w:r>
      <w:r>
        <w:br/>
      </w:r>
      <w:r>
        <w:rPr>
          <w:sz w:val="20"/>
        </w:rPr>
        <w:t>51:59  to aap kam se kam is se nikliye munafqat se wahi kahiye jo aap ke dil mein hai</w:t>
      </w:r>
      <w:r>
        <w:br/>
      </w:r>
      <w:r>
        <w:rPr>
          <w:sz w:val="20"/>
        </w:rPr>
        <w:t>52:07  aap agar aap ke dil mein yeh hai ke Allah ne bila lia to gham mat kijiye</w:t>
      </w:r>
      <w:r>
        <w:br/>
      </w:r>
      <w:r>
        <w:rPr>
          <w:sz w:val="20"/>
        </w:rPr>
        <w:t>52:13  agar yeh dil mein nahi hai to kahiye ke mar gaye yeh kyun kehte hain ke bila lia</w:t>
      </w:r>
      <w:r>
        <w:br/>
      </w:r>
      <w:r>
        <w:rPr>
          <w:sz w:val="20"/>
        </w:rPr>
        <w:t>52:19  sab se pehle apni islaah kijiye</w:t>
      </w:r>
    </w:p>
    <w:p>
      <w:pPr>
        <w:pStyle w:val="Heading2"/>
      </w:pPr>
      <w:r>
        <w:t>Struggling to attain peace for ten years</w:t>
      </w:r>
    </w:p>
    <w:p>
      <w:r>
        <w:rPr>
          <w:color w:val="666666"/>
          <w:sz w:val="18"/>
        </w:rPr>
        <w:t>The Concept of Divine Help June 16, 2013 · 3m 25s · at 48:58 · https://youtu.be/b0QaxGSnAOI?t=2938</w:t>
      </w:r>
    </w:p>
    <w:p>
      <w:r>
        <w:rPr>
          <w:i/>
        </w:rPr>
        <w:t>“Right from the age of 20, I have been striving to attain the state of peace, but even after ten years, I have found myself at the same stage from where I started.”</w:t>
      </w:r>
    </w:p>
    <w:p>
      <w:r>
        <w:rPr>
          <w:sz w:val="20"/>
        </w:rPr>
        <w:t>48:58  molana, agla sawal kya hai? doctor afsan tabassum</w:t>
      </w:r>
      <w:r>
        <w:br/>
      </w:r>
      <w:r>
        <w:rPr>
          <w:sz w:val="20"/>
        </w:rPr>
        <w:t>49:02  ne likha hai: "right from the age of 20, i have been striving to attain the state of</w:t>
      </w:r>
      <w:r>
        <w:br/>
      </w:r>
      <w:r>
        <w:rPr>
          <w:sz w:val="20"/>
        </w:rPr>
        <w:t>49:09  peace, but even after ten years, i have found myself at the same stage from where i</w:t>
      </w:r>
      <w:r>
        <w:br/>
      </w:r>
      <w:r>
        <w:rPr>
          <w:sz w:val="20"/>
        </w:rPr>
        <w:t>49:16  head started. molana sahib, please guide me as to how i can achieve nafs-e-mutmainnah.</w:t>
      </w:r>
      <w:r>
        <w:br/>
      </w:r>
      <w:r>
        <w:rPr>
          <w:sz w:val="20"/>
        </w:rPr>
        <w:t>49:34  dekhiye, nafs mutmainnah ka lafz jo aaya hai jis surah mein, usi surah mein is ka jawab bhi maujood hai: ya ayyatul nafsul mutmainnah irji'ee ila rabbiki raadiyatan mardiyyah,</w:t>
      </w:r>
      <w:r>
        <w:br/>
      </w:r>
      <w:r>
        <w:rPr>
          <w:sz w:val="20"/>
        </w:rPr>
        <w:t>49:52  yani raazi hona allah ke plan par, raazi hona jo aap par beetta hai us ke upar.</w:t>
      </w:r>
      <w:r>
        <w:br/>
      </w:r>
      <w:r>
        <w:rPr>
          <w:sz w:val="20"/>
        </w:rPr>
        <w:t>49:59  yani jo kuch aap par beetta hai, chahe aap ki family mein beeta hai, aap ke paros mein beeta hai, aap ke mulk mein beeta hai, jis ko log kehte hain zulm aur sazish aur kya kya, yeh sab allah ki taraf se main test papers hain, allah ki taraf se imtehan ke parche hain.</w:t>
      </w:r>
      <w:r>
        <w:br/>
      </w:r>
      <w:r>
        <w:rPr>
          <w:sz w:val="20"/>
        </w:rPr>
        <w:t>50:20  to aap ko is par raazi hona pare ga:</w:t>
      </w:r>
      <w:r>
        <w:br/>
      </w:r>
      <w:r>
        <w:rPr>
          <w:sz w:val="20"/>
        </w:rPr>
        <w:t>50:24  ya ayyatul nafsul mutmainnah irji'ee ila rabbiki raadiyatan mardiyyah. is ka matlab hai ke is waqt tak jab ke aap allah se milen, tab tak aap ko raazi hona hai.</w:t>
      </w:r>
      <w:r>
        <w:br/>
      </w:r>
      <w:r>
        <w:rPr>
          <w:sz w:val="20"/>
        </w:rPr>
        <w:t>50:41  yeh duniya, hum jo hamari zindagi hai, aakhir kar hamein allah se milna hai. is waqt tak hamein raazi rehna hai in sab soorat e haal par jo paish aa raha hai, yeh samajh kar ke yeh allah ki taraf se hai.</w:t>
      </w:r>
      <w:r>
        <w:br/>
      </w:r>
      <w:r>
        <w:rPr>
          <w:sz w:val="20"/>
        </w:rPr>
        <w:t>50:56  tab jannat mile gi: fatakhalli fi ibadi wa dakhli jannat keh is ke baad hai. to al-nafs, al-nafs, al-nafs al-mutmainnah ka raaz sirf ek</w:t>
      </w:r>
      <w:r>
        <w:br/>
      </w:r>
      <w:r>
        <w:rPr>
          <w:sz w:val="20"/>
        </w:rPr>
        <w:t>51:10  hai, woh yeh hai keh jo kuch paish aaye, us ko Allah ki taraf se samajhna, insan ki taraf se nahin. jab aap kehte hain zulm hai, saazish hai, to aap ne is ko insan ke khane mein dala.</w:t>
      </w:r>
      <w:r>
        <w:br/>
      </w:r>
      <w:r>
        <w:rPr>
          <w:sz w:val="20"/>
        </w:rPr>
        <w:t>51:24  aur jab aap kehte hain keh test papers hain, to aap ne is ko Allah ke khane mein dala.</w:t>
      </w:r>
      <w:r>
        <w:br/>
      </w:r>
      <w:r>
        <w:rPr>
          <w:sz w:val="20"/>
        </w:rPr>
        <w:t>51:31  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r>
        <w:br/>
      </w:r>
      <w:r>
        <w:rPr>
          <w:sz w:val="20"/>
        </w:rPr>
        <w:t>51:49  lekin agar aap yeh kahein keh yeh to test papers hain, yeh to imtehan ke parche hain, yeh to paish aa nahin aana hai, to aap ne is ko dala Allah ke khane mein,</w:t>
      </w:r>
      <w:r>
        <w:br/>
      </w:r>
      <w:r>
        <w:rPr>
          <w:sz w:val="20"/>
        </w:rPr>
        <w:t>52:00  tab kya hoga? tab aap ko al-nafs al-mutmainnah mile ga. aur tab kya hoga? tab aap ko Allah ki madad aaye gi. aur tab kya hoga?</w:t>
      </w:r>
      <w:r>
        <w:br/>
      </w:r>
      <w:r>
        <w:rPr>
          <w:sz w:val="20"/>
        </w:rPr>
        <w:t>52:10  farishtay aap ko aayenge khushkhabri dene ke liye, jaise Quran majeed mein hai. aur phir inshallah aap ke jannat ke darwazay khule jayenge. yeh raasta hai jannat tak pohnchne ka.</w:t>
      </w:r>
    </w:p>
    <w:p>
      <w:pPr>
        <w:pStyle w:val="Heading2"/>
      </w:pPr>
      <w:r>
        <w:t>Finding one's negative points</w:t>
      </w:r>
    </w:p>
    <w:p>
      <w:r>
        <w:rPr>
          <w:color w:val="666666"/>
          <w:sz w:val="18"/>
        </w:rPr>
        <w:t>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Dealing with depression about end times</w:t>
      </w:r>
    </w:p>
    <w:p>
      <w:r>
        <w:rPr>
          <w:color w:val="666666"/>
          <w:sz w:val="18"/>
        </w:rPr>
        <w:t>Advance Preparation and Planning October 27, 2018 · 4m 46s · at 37:16 · https://youtu.be/X0ycKqLspoA?t=2236</w:t>
      </w:r>
    </w:p>
    <w:p>
      <w:r>
        <w:rPr>
          <w:i/>
        </w:rPr>
        <w:t>“I get confused and depressed when I think about the fact that Moulana and other scholars say the end of times is very near and we are living in the end of times. How should I deal with this?”</w:t>
      </w:r>
    </w:p>
    <w:p>
      <w:r>
        <w:rPr>
          <w:sz w:val="20"/>
        </w:rPr>
        <w:t>37:16  maulana, agla sawal bheja hai faizan maqsood sahib ne. yeh teenager hain aur pakistan se hain. is waqt london mein apni education ke liye wahan pe reh rahe hain.</w:t>
      </w:r>
      <w:r>
        <w:br/>
      </w:r>
      <w:r>
        <w:rPr>
          <w:sz w:val="20"/>
        </w:rPr>
        <w:t>37:30  un ka sawal yeh hai ke "ah, it has". maulana ne likha hai ke "that i really get confused and i get depressed when i think about the fact which maulana also mentioned in the signs of day of judgment.</w:t>
      </w:r>
      <w:r>
        <w:br/>
      </w:r>
      <w:r>
        <w:rPr>
          <w:sz w:val="20"/>
        </w:rPr>
        <w:t>37:58  not only his, but also some of the other scholars like javed ahmed ghamdi sahib. one thing i find common between all the lectures is that the end of times is very near or we are living in the end of times.</w:t>
      </w:r>
      <w:r>
        <w:br/>
      </w:r>
      <w:r>
        <w:rPr>
          <w:sz w:val="20"/>
        </w:rPr>
        <w:t>38:17  i read maulana article explaining a hadith where prophet said that i fear the misguided scholars more than dajjal.</w:t>
      </w:r>
      <w:r>
        <w:br/>
      </w:r>
      <w:r>
        <w:rPr>
          <w:sz w:val="20"/>
        </w:rPr>
        <w:t>38:29  maulana said that this is the time very see a lot of misguided ulama and this is the time of dajjal.</w:t>
      </w:r>
      <w:r>
        <w:br/>
      </w:r>
      <w:r>
        <w:rPr>
          <w:sz w:val="20"/>
        </w:rPr>
        <w:t>38:38  thinking about this stuff gets me goosebumps. i start to question god on why i am in this world at this time as i am a teenager and have a life to live.</w:t>
      </w:r>
      <w:r>
        <w:br/>
      </w:r>
      <w:r>
        <w:rPr>
          <w:sz w:val="20"/>
        </w:rPr>
        <w:t>38:52  i know that as a muslim i am expected to be grateful to god all the time, but sometimes it gets really difficult seeing what the ulama are preaching which has nothing to do with islam.</w:t>
      </w:r>
      <w:r>
        <w:br/>
      </w:r>
      <w:r>
        <w:rPr>
          <w:sz w:val="20"/>
        </w:rPr>
        <w:t>39:08  please, please ask Maulana. just, just guys. Maulana, woh basically aap se advice chah rahe hain ke woh teenager hain aur aaj ke zamane ko le ke aap ne yeh kaha tha ke ek hadith ko bayan kiya tha ke woh, ah,</w:t>
      </w:r>
      <w:r>
        <w:br/>
      </w:r>
      <w:r>
        <w:rPr>
          <w:sz w:val="20"/>
        </w:rPr>
        <w:t>39:26  ke woh scholar se zyada, ah, mis guided.</w:t>
      </w:r>
      <w:r>
        <w:br/>
      </w:r>
      <w:r>
        <w:rPr>
          <w:sz w:val="20"/>
        </w:rPr>
        <w:t>39:33  haan, unhon ne kaha tha Maulana ne jo hadith unhon ne likha hai ke "Prophet said that i fear the mis guided scholars more than dajjal".</w:t>
      </w:r>
      <w:r>
        <w:br/>
      </w:r>
      <w:r>
        <w:rPr>
          <w:sz w:val="20"/>
        </w:rPr>
        <w:t>39:42  to woh yeh keh rahe hain ke aaj ka waqt wahi hai ke jab bohat zyada mis guided scholars hain. to as a teenager woh kaise, ah, life ko live karein?</w:t>
      </w:r>
      <w:r>
        <w:br/>
      </w:r>
      <w:r>
        <w:rPr>
          <w:sz w:val="20"/>
        </w:rPr>
        <w:t>39:53  un ko bohat zyada confusion aur pareshani hoti hai yeh soch ke ke woh bohat zyada mis guide kar rahe hain logon ko. to aap ka kya advice hai?</w:t>
      </w:r>
      <w:r>
        <w:br/>
      </w:r>
      <w:r>
        <w:rPr>
          <w:sz w:val="20"/>
        </w:rPr>
        <w:t>40:03  dekhiye, yeh ek survey ke mutabiq jo finding hai woh yeh hai ke aadmi jab teenage mein hota hai, jo teenagers hain, woh bohat sharp mind un ka hota hai.</w:t>
      </w:r>
      <w:r>
        <w:br/>
      </w:r>
      <w:r>
        <w:rPr>
          <w:sz w:val="20"/>
        </w:rPr>
        <w:t>40:21  baat ko pakarne ke liye bohat hi tez hote hain woh. to dekhiye, teenagers ki woh kami nahi jo aap ne farmaya.</w:t>
      </w:r>
      <w:r>
        <w:br/>
      </w:r>
      <w:r>
        <w:rPr>
          <w:sz w:val="20"/>
        </w:rPr>
        <w:t>40:33  sahih baat yeh hai ke teenagers bohat zyada distraction mein par jaate hain. distraction</w:t>
      </w:r>
      <w:r>
        <w:br/>
      </w:r>
      <w:r>
        <w:rPr>
          <w:sz w:val="20"/>
        </w:rPr>
        <w:t>40:40  . agar teenager apne ko distraction se bachayein to teenager to super thinker hote hain.</w:t>
      </w:r>
      <w:r>
        <w:br/>
      </w:r>
      <w:r>
        <w:rPr>
          <w:sz w:val="20"/>
        </w:rPr>
        <w:t>40:50  un ka mind foran baat ko pakarta hai. bas sharp mind un ka hota hai. to aap ko jo Allah ne is umar mein tofeeq di hai, to yeh best umar hai aap ki.</w:t>
      </w:r>
      <w:r>
        <w:br/>
      </w:r>
      <w:r>
        <w:rPr>
          <w:sz w:val="20"/>
        </w:rPr>
        <w:t>41:02  bas apne ko distraction se bachaiye aur sab kuch mind manage kar lega. manage apne aap</w:t>
      </w:r>
    </w:p>
    <w:p>
      <w:pPr>
        <w:pStyle w:val="Heading2"/>
      </w:pPr>
      <w:r>
        <w:t>Developing strong connection with God</w:t>
      </w:r>
    </w:p>
    <w:p>
      <w:r>
        <w:rPr>
          <w:color w:val="666666"/>
          <w:sz w:val="18"/>
        </w:rPr>
        <w:t>Problem and Shukr March 15, 2015 · 1m 25s · at 50:49 · https://youtu.be/O4gfXHtntcc?t=3049</w:t>
      </w:r>
    </w:p>
    <w:p>
      <w:r>
        <w:rPr>
          <w:i/>
        </w:rPr>
        <w:t>“I want to develop strong connection with God but find myself lacking in it. How can I create strong connection like you have? Please advise me.”</w:t>
      </w:r>
    </w:p>
    <w:p>
      <w:r>
        <w:rPr>
          <w:sz w:val="20"/>
        </w:rPr>
        <w:t>50:49  ibadat hai maulana agla sawal feheem sahab ne kiya hai nagpur se aur unhon ne likha hai ke</w:t>
      </w:r>
      <w:r>
        <w:br/>
      </w:r>
      <w:r>
        <w:rPr>
          <w:sz w:val="20"/>
        </w:rPr>
        <w:t>50:57  مولانا I want to develop strong conviction in God but find myself lacking in it</w:t>
      </w:r>
      <w:r>
        <w:br/>
      </w:r>
      <w:r>
        <w:rPr>
          <w:sz w:val="20"/>
        </w:rPr>
        <w:t>51:04  How can I create strong conviction like you have please advise me</w:t>
      </w:r>
      <w:r>
        <w:br/>
      </w:r>
      <w:r>
        <w:rPr>
          <w:sz w:val="20"/>
        </w:rPr>
        <w:t>51:11  ke khuda ke upar jo conviction hai woh chahte hain ke aap un ko koi formula batayen jaise</w:t>
      </w:r>
      <w:r>
        <w:br/>
      </w:r>
      <w:r>
        <w:rPr>
          <w:sz w:val="20"/>
        </w:rPr>
        <w:t>51:17  aap ka strong conviction hai khuda pe waise woh develop kar saken</w:t>
      </w:r>
      <w:r>
        <w:br/>
      </w:r>
      <w:r>
        <w:rPr>
          <w:sz w:val="20"/>
        </w:rPr>
        <w:t>51:23  dekhen sirf ek hi formula hai woh hai apne aap ko distraction se bachana</w:t>
      </w:r>
      <w:r>
        <w:br/>
      </w:r>
      <w:r>
        <w:rPr>
          <w:sz w:val="20"/>
        </w:rPr>
        <w:t>51:29  bas ek hi cheez hai distraction se bachana log phanse rehte hain</w:t>
      </w:r>
      <w:r>
        <w:br/>
      </w:r>
      <w:r>
        <w:rPr>
          <w:sz w:val="20"/>
        </w:rPr>
        <w:t>51:35  idhar udhar god mein aur chahte hain ke god ka ki marifat unhein hasil ho yeh impossible hai</w:t>
      </w:r>
      <w:r>
        <w:br/>
      </w:r>
      <w:r>
        <w:rPr>
          <w:sz w:val="20"/>
        </w:rPr>
        <w:t>51:45  kisi ka shair hai ke</w:t>
      </w:r>
      <w:r>
        <w:br/>
      </w:r>
      <w:r>
        <w:rPr>
          <w:sz w:val="20"/>
        </w:rPr>
        <w:t>51:49  ke hum khuda khwahi o hum dunya doon ay khayalast o muhalast o junoon</w:t>
      </w:r>
      <w:r>
        <w:br/>
      </w:r>
      <w:r>
        <w:rPr>
          <w:sz w:val="20"/>
        </w:rPr>
        <w:t>51:55  to apne ko aap jab tak distract nahi karenge doosri cheezon se hata kar ke allah par</w:t>
      </w:r>
      <w:r>
        <w:br/>
      </w:r>
      <w:r>
        <w:rPr>
          <w:sz w:val="20"/>
        </w:rPr>
        <w:t>52:01  apna focus nahi karenge tab tak kuch nahi hone wala distraction se bachane ka matlab hai apna</w:t>
      </w:r>
      <w:r>
        <w:br/>
      </w:r>
      <w:r>
        <w:rPr>
          <w:sz w:val="20"/>
        </w:rPr>
        <w:t>52:07  focus other god se hatana aur god par focus dalna yeh to aap ko khud karna padega</w:t>
      </w:r>
    </w:p>
    <w:p>
      <w:pPr>
        <w:pStyle w:val="Heading2"/>
      </w:pPr>
      <w:r>
        <w:t>How to stay positive amidst constant distractions?</w:t>
      </w:r>
    </w:p>
    <w:p>
      <w:r>
        <w:rPr>
          <w:color w:val="666666"/>
          <w:sz w:val="18"/>
        </w:rPr>
        <w:t>The Power of Remembering God Often September 26, 2010 · 7m 37s · at 59:53 · https://youtu.be/GMmwEr7Wt80?t=3593</w:t>
      </w:r>
    </w:p>
    <w:p>
      <w:r>
        <w:rPr>
          <w:i/>
        </w:rPr>
        <w:t>“How can I protect myself from distractions? I live in a place where there is constant musical noise, useless talk, and someone always eavesdropping at my door. How can I maintain a positive personality in this environment?”</w:t>
      </w:r>
    </w:p>
    <w:p>
      <w:r>
        <w:rPr>
          <w:sz w:val="20"/>
        </w:rPr>
        <w:t>59:53  maulana, yeh sawaal miss nozd bano ne kiya hai, mo madhya pradesh se. unhone likha hai keh khud ko distraction se kaise bachaya jaaye?</w:t>
      </w:r>
      <w:r>
        <w:br/>
      </w:r>
      <w:r>
        <w:rPr>
          <w:sz w:val="20"/>
        </w:rPr>
        <w:t>1:00:06  jis jagah aap reh rahe hon, ek dwa deewar bhar ka faasla ho, wahaan har waqt musical shor ho, fazool guftagu ho, aur har waqt koi aap ke darwaaze se kaan lagaaye rehta ho keh aap kya baatein kar rahe hain?</w:t>
      </w:r>
      <w:r>
        <w:br/>
      </w:r>
      <w:r>
        <w:rPr>
          <w:sz w:val="20"/>
        </w:rPr>
        <w:t>1:00:24  rehnnumai karein, main is in baaton ko bahut bura samajhti hoon. mujhe kya karna chahiye? main is mein, main is mahaul mein positive personality mein kaise rahoon?</w:t>
      </w:r>
      <w:r>
        <w:br/>
      </w:r>
      <w:r>
        <w:rPr>
          <w:sz w:val="20"/>
        </w:rPr>
        <w:t>1:00:38  dekhein, yeh kisi ek aadmi ki baat nahi, hum sab ki baat hai, hum sab ki baat hai.</w:t>
      </w:r>
      <w:r>
        <w:br/>
      </w:r>
      <w:r>
        <w:rPr>
          <w:sz w:val="20"/>
        </w:rPr>
        <w:t>1:00:47  jaise keh main dekhiye, yahaan par mera jo residence hai, us ke saamne lambi balcony hai, wahaan baithta hoon.</w:t>
      </w:r>
      <w:r>
        <w:br/>
      </w:r>
      <w:r>
        <w:rPr>
          <w:sz w:val="20"/>
        </w:rPr>
        <w:t>1:00:57  mujhe bahut achha lagta hai, wahaan mera spiritual tree hai, wahaan suraj chamakta hai, aasmaan aur hawaayein aur chidiyaan, yeh sab manaazir hon.</w:t>
      </w:r>
      <w:r>
        <w:br/>
      </w:r>
      <w:r>
        <w:rPr>
          <w:sz w:val="20"/>
        </w:rPr>
        <w:t>1:01:08  main bada achha lagta hai jaise keh khuda ke pados mein main hoon. itne mein ek gaadi aayegi aur tez horn bajaati hai, guzar jaayegi.</w:t>
      </w:r>
      <w:r>
        <w:br/>
      </w:r>
      <w:r>
        <w:rPr>
          <w:sz w:val="20"/>
        </w:rPr>
        <w:t>1:01:20  itne mein ek aadmi aayega aur zor zor se mobile par baat karta hoga.</w:t>
      </w:r>
      <w:r>
        <w:br/>
      </w:r>
      <w:r>
        <w:rPr>
          <w:sz w:val="20"/>
        </w:rPr>
        <w:t>1:01:28  is tarah ke waaqeaat har waqt pesh aate hain.</w:t>
      </w:r>
      <w:r>
        <w:br/>
      </w:r>
      <w:r>
        <w:rPr>
          <w:sz w:val="20"/>
        </w:rPr>
        <w:t>1:01:35  to main is se pehle disturb hota tha, ab Allah ke fazl se main disturb nahi hota.</w:t>
      </w:r>
      <w:r>
        <w:br/>
      </w:r>
      <w:r>
        <w:rPr>
          <w:sz w:val="20"/>
        </w:rPr>
        <w:t>1:01:46  is liye kyun? is ko main opportunity ke taur par lene laga.</w:t>
      </w:r>
      <w:r>
        <w:br/>
      </w:r>
      <w:r>
        <w:rPr>
          <w:sz w:val="20"/>
        </w:rPr>
        <w:t>1:01:50  pehley main leta tha is ko problem ke taur par, samsya ke taur par. ab main lene laga is ko opportunity ke taur par. woh kya?</w:t>
      </w:r>
      <w:r>
        <w:br/>
      </w:r>
      <w:r>
        <w:rPr>
          <w:sz w:val="20"/>
        </w:rPr>
        <w:t>1:02:02  main ne kaha keh yahi to woh mahaul hai jis mein mujhe stand karna hai, tabhi to jannat milegi? khuda pukaarega keh woh insaan kahan hai</w:t>
      </w:r>
      <w:r>
        <w:br/>
      </w:r>
      <w:r>
        <w:rPr>
          <w:sz w:val="20"/>
        </w:rPr>
        <w:t>1:02:16  jo shor sun kar bhi disturb nahi hue,</w:t>
      </w:r>
      <w:r>
        <w:br/>
      </w:r>
      <w:r>
        <w:rPr>
          <w:sz w:val="20"/>
        </w:rPr>
        <w:t>1:02:21  jo gaaliyan sun kar ke bhi jin ke dil mein mail nahi aaya, jo negative tajurbaat ke baad beech mein woh positive bane rahe?</w:t>
      </w:r>
      <w:r>
        <w:br/>
      </w:r>
      <w:r>
        <w:rPr>
          <w:sz w:val="20"/>
        </w:rPr>
        <w:t>1:02:30  kahan hai woh insaan</w:t>
      </w:r>
      <w:r>
        <w:br/>
      </w:r>
      <w:r>
        <w:rPr>
          <w:sz w:val="20"/>
        </w:rPr>
        <w:t>1:02:34  jin ko maine dala tha kaaton mein? woh phool ban kar rahe. kahan hai woh insaan? lao mere paas, bithao un ko.</w:t>
      </w:r>
      <w:r>
        <w:br/>
      </w:r>
      <w:r>
        <w:rPr>
          <w:sz w:val="20"/>
        </w:rPr>
        <w:t>1:02:45  tab se mujhe sukoon aa gaya</w:t>
      </w:r>
      <w:r>
        <w:br/>
      </w:r>
      <w:r>
        <w:rPr>
          <w:sz w:val="20"/>
        </w:rPr>
        <w:t>1:02:49  ke yahi to woh, yahi to haalaat hain jo mere liye, mujhe woh mauqa dete hain, woh opportunity dete hain ke main apne ko prove kar sakoon ke khudaaya mujhe bhi select kar le is majlis ke liye.</w:t>
      </w:r>
      <w:r>
        <w:br/>
      </w:r>
      <w:r>
        <w:rPr>
          <w:sz w:val="20"/>
        </w:rPr>
        <w:t>1:03:07  yeh to opportunity hai, opportunity hai, opportunity hai. yaad rakhiye,</w:t>
      </w:r>
      <w:r>
        <w:br/>
      </w:r>
      <w:r>
        <w:rPr>
          <w:sz w:val="20"/>
        </w:rPr>
        <w:t>1:03:12  agar yeh na ho to is mani hai ke aap jannat ka, yaani kaise saabit karein ke aap jannat ke deserve karte hain?</w:t>
      </w:r>
      <w:r>
        <w:br/>
      </w:r>
      <w:r>
        <w:rPr>
          <w:sz w:val="20"/>
        </w:rPr>
        <w:t>1:03:24  kaise aap saabit karenge ke aap jannat ke deserve karte hain? kaise farishte gawahi denge? kaise aap ke liye farishte gawahi denge?</w:t>
      </w:r>
      <w:r>
        <w:br/>
      </w:r>
      <w:r>
        <w:rPr>
          <w:sz w:val="20"/>
        </w:rPr>
        <w:t>1:03:33  Allah taala kis tarah hai? to khuda yeh woh banda hai jo deserve karta hai jannat ke liye.</w:t>
      </w:r>
      <w:r>
        <w:br/>
      </w:r>
      <w:r>
        <w:rPr>
          <w:sz w:val="20"/>
        </w:rPr>
        <w:t>1:03:42  yahi to, yahi to baat hai. har waqt hamare aas paas farishte hain, watch kar rahe hain hum ko, aur woh khuda ke haan gawahi dene wale hain.</w:t>
      </w:r>
      <w:r>
        <w:br/>
      </w:r>
      <w:r>
        <w:rPr>
          <w:sz w:val="20"/>
        </w:rPr>
        <w:t>1:03:52  woh kahein, khuda yeh woh banda hai, unique banda, unique banda</w:t>
      </w:r>
      <w:r>
        <w:br/>
      </w:r>
      <w:r>
        <w:rPr>
          <w:sz w:val="20"/>
        </w:rPr>
        <w:t>1:04:00  jisko teri yaad ne shaitan ki yaad bhula di.</w:t>
      </w:r>
      <w:r>
        <w:br/>
      </w:r>
      <w:r>
        <w:rPr>
          <w:sz w:val="20"/>
        </w:rPr>
        <w:t>1:04:04  jannat ke hirs mein jo kaaton ko bhool bhool gaya,</w:t>
      </w:r>
      <w:r>
        <w:br/>
      </w:r>
      <w:r>
        <w:rPr>
          <w:sz w:val="20"/>
        </w:rPr>
        <w:t>1:04:12  jis ne negativity ko positivity mein convert kiya, kya jannat free mil jayegi? aap samajhte hain jannat ki koi price deni padegi?</w:t>
      </w:r>
      <w:r>
        <w:br/>
      </w:r>
      <w:r>
        <w:rPr>
          <w:sz w:val="20"/>
        </w:rPr>
        <w:t>1:04:25  quran mein hai, zaalika jaza mun-tazaka. jannat milegi purified soul ke liye.</w:t>
      </w:r>
      <w:r>
        <w:br/>
      </w:r>
      <w:r>
        <w:rPr>
          <w:sz w:val="20"/>
        </w:rPr>
        <w:t>1:04:32  to soul ko purify karna kab hota hai? jab pollution ho, jab gandagi ho, tabhi to purify karna hai.</w:t>
      </w:r>
      <w:r>
        <w:br/>
      </w:r>
      <w:r>
        <w:rPr>
          <w:sz w:val="20"/>
        </w:rPr>
        <w:t>1:04:43  kya phool ko bhi aap purify kar sakte hain? phool ko kya purify karenge aap?</w:t>
      </w:r>
      <w:r>
        <w:br/>
      </w:r>
      <w:r>
        <w:rPr>
          <w:sz w:val="20"/>
        </w:rPr>
        <w:t>1:04:52  to yaad rakhiye, jin jin log shikayat karte hain, un ko bator opportunity ko discover kijiye. aap</w:t>
      </w:r>
      <w:r>
        <w:br/>
      </w:r>
      <w:r>
        <w:rPr>
          <w:sz w:val="20"/>
        </w:rPr>
        <w:t>1:05:01  woh shikayaton mein jiyenge, shikayaton mein marenge, aur jannat ki khushboo hi nahi milegi aap ko. khushboo, khushboo bhi nahi milne wali hai. yaad rakhiye, jin cheezon ko aap shikayat ke khaane mein daale hue hain,</w:t>
      </w:r>
      <w:r>
        <w:br/>
      </w:r>
      <w:r>
        <w:rPr>
          <w:sz w:val="20"/>
        </w:rPr>
        <w:t>1:05:14  us ko opportunity ke khaane mein daaliye.</w:t>
      </w:r>
      <w:r>
        <w:br/>
      </w:r>
      <w:r>
        <w:rPr>
          <w:sz w:val="20"/>
        </w:rPr>
        <w:t>1:05:20  opportunity ke khaane mein daaliye.</w:t>
      </w:r>
      <w:r>
        <w:br/>
      </w:r>
      <w:r>
        <w:rPr>
          <w:sz w:val="20"/>
        </w:rPr>
        <w:t>1:05:28  ek aadmi ek America gaye, wahan parhai wadhai ki. unhone wahan chhe degree li, unhone phir woh India aa gaye. to mujh se mile, woh</w:t>
      </w:r>
      <w:r>
        <w:br/>
      </w:r>
      <w:r>
        <w:rPr>
          <w:sz w:val="20"/>
        </w:rPr>
        <w:t>1:05:41  ek naujawan the. to kaha ke yahan main aaya hoon wapas. to har aadmi kehta hai ke tum yahan kyun aaye? India mein yahan kaun sa scope hai tumhare liye?</w:t>
      </w:r>
      <w:r>
        <w:br/>
      </w:r>
      <w:r>
        <w:rPr>
          <w:sz w:val="20"/>
        </w:rPr>
        <w:t>1:05:52  America chhod kar tum India mein aa gaye, yahan kahan scope hai?</w:t>
      </w:r>
      <w:r>
        <w:br/>
      </w:r>
      <w:r>
        <w:rPr>
          <w:sz w:val="20"/>
        </w:rPr>
        <w:t>1:05:57  to mein ne kaha ke iskoop nahi hai, tabhi to iskoop hai. aap iskoop na hona bhi aik iskoop hai.</w:t>
      </w:r>
      <w:r>
        <w:br/>
      </w:r>
      <w:r>
        <w:rPr>
          <w:sz w:val="20"/>
        </w:rPr>
        <w:t>1:06:07  woh kaise? bohat aasani se wahan aap dollar kama lete, aur aap animal ke animal rehte. aap amreeka mein aap earning animal bane rehte, earning animal.</w:t>
      </w:r>
      <w:r>
        <w:br/>
      </w:r>
      <w:r>
        <w:rPr>
          <w:sz w:val="20"/>
        </w:rPr>
        <w:t>1:06:18  koi experience nahi, koi seekh nahi, koi learning nahi.</w:t>
      </w:r>
      <w:r>
        <w:br/>
      </w:r>
      <w:r>
        <w:rPr>
          <w:sz w:val="20"/>
        </w:rPr>
        <w:t>1:06:23  yahan to qadam qadam par learning hai, qadam ko to seekh hai, qadam par to experience hai. mein 13 baar gaya amreeka mein, kaha sab ke sab wahan earning animal bane hue hain.</w:t>
      </w:r>
      <w:r>
        <w:br/>
      </w:r>
      <w:r>
        <w:rPr>
          <w:sz w:val="20"/>
        </w:rPr>
        <w:t>1:06:34  animal, animal, animal. koi wisdom nahi, koi high thinking nahi. kyun? aaram se kaam aate hain, aaram se dollar mil jata hai in ko.</w:t>
      </w:r>
      <w:r>
        <w:br/>
      </w:r>
      <w:r>
        <w:rPr>
          <w:sz w:val="20"/>
        </w:rPr>
        <w:t>1:06:44  lekin jab halaat ke mein aap ko dala jaye, sangharsh karna pare aap ko, to aap ko aik bohat bari cheez milti hai jo dollar se bhi bari hai.</w:t>
      </w:r>
      <w:r>
        <w:br/>
      </w:r>
      <w:r>
        <w:rPr>
          <w:sz w:val="20"/>
        </w:rPr>
        <w:t>1:06:55  dollar se bhi bari hai woh, woh experience, woh anubhav. to kaise log hain jo shikayatein karte hain?</w:t>
      </w:r>
      <w:r>
        <w:br/>
      </w:r>
      <w:r>
        <w:rPr>
          <w:sz w:val="20"/>
        </w:rPr>
        <w:t>1:07:04  wohi shikayatein hi to opportunity hain, wohi shikayatein hi to jannat ke ticket hain.</w:t>
      </w:r>
      <w:r>
        <w:br/>
      </w:r>
      <w:r>
        <w:rPr>
          <w:sz w:val="20"/>
        </w:rPr>
        <w:t>1:07:12  beh-haal, mein kahunga ke aap sab logon ko rethink karna chahiye, revise karna chahiye, muhasba karna chahiye, aur phir se discover karna chahiye sachai ko.</w:t>
      </w:r>
      <w:r>
        <w:br/>
      </w:r>
      <w:r>
        <w:rPr>
          <w:sz w:val="20"/>
        </w:rPr>
        <w:t>1:07:25  shikayaton se kuch nahi hone wala hai.</w:t>
      </w:r>
    </w:p>
    <w:p>
      <w:pPr>
        <w:pStyle w:val="Heading1"/>
      </w:pPr>
      <w:r>
        <w:t>In the lectures (20)</w:t>
      </w:r>
    </w:p>
    <w:p>
      <w:pPr>
        <w:pStyle w:val="Heading2"/>
      </w:pPr>
      <w:r>
        <w:t>Hadith-e-Jibril, April 21, 2013</w:t>
      </w:r>
    </w:p>
    <w:p>
      <w:r>
        <w:rPr>
          <w:color w:val="666666"/>
          <w:sz w:val="18"/>
        </w:rPr>
        <w:t>33:57 · https://youtu.be/0rF6Ou0pDog?t=2037</w:t>
      </w:r>
    </w:p>
    <w:p>
      <w:r>
        <w:rPr>
          <w:i/>
        </w:rPr>
        <w:t>“بالکل اکیلا، ایک لونلیس کا احساس ہوتا ہے۔”</w:t>
      </w:r>
    </w:p>
    <w:p>
      <w:pPr>
        <w:pStyle w:val="Heading2"/>
      </w:pPr>
      <w:r>
        <w:t>In Pursuit of Reality October 25, 2008</w:t>
      </w:r>
    </w:p>
    <w:p>
      <w:r>
        <w:rPr>
          <w:color w:val="666666"/>
          <w:sz w:val="18"/>
        </w:rPr>
        <w:t>12:40 · https://youtu.be/tz3cEF-6zjQ?t=760</w:t>
      </w:r>
    </w:p>
    <w:p>
      <w:r>
        <w:rPr>
          <w:i/>
        </w:rPr>
        <w:t>“یہ ٹاپ پر پہنچ کر آدمی لگتا ہے کہ میں تو اکیلا ہو گیا۔”</w:t>
      </w:r>
    </w:p>
    <w:p>
      <w:pPr>
        <w:pStyle w:val="Heading2"/>
      </w:pPr>
      <w:r>
        <w:t>Man and Matter July 30, 2006 Maulana Wahiduddin Khan</w:t>
      </w:r>
    </w:p>
    <w:p>
      <w:r>
        <w:rPr>
          <w:color w:val="666666"/>
          <w:sz w:val="18"/>
        </w:rPr>
        <w:t>18:59 · https://youtu.be/86wN7coqa94?t=1139</w:t>
      </w:r>
    </w:p>
    <w:p>
      <w:r>
        <w:rPr>
          <w:i/>
        </w:rPr>
        <w:t>“لوگ اکیلے اکیلے ہو گئے ہیں۔”</w:t>
      </w:r>
    </w:p>
    <w:p>
      <w:pPr>
        <w:pStyle w:val="Heading2"/>
      </w:pPr>
      <w:r>
        <w:t>The Concept of Doomsday in islam May 16, 2009</w:t>
      </w:r>
    </w:p>
    <w:p>
      <w:r>
        <w:rPr>
          <w:color w:val="666666"/>
          <w:sz w:val="18"/>
        </w:rPr>
        <w:t>44:34 · https://youtu.be/yPjFg8vwSLw?t=2674</w:t>
      </w:r>
    </w:p>
    <w:p>
      <w:r>
        <w:rPr>
          <w:i/>
        </w:rPr>
        <w:t>“اکیلے رہ گئے۔”</w:t>
      </w:r>
    </w:p>
    <w:p>
      <w:pPr>
        <w:pStyle w:val="Heading2"/>
      </w:pPr>
      <w:r>
        <w:t>Islam and Violence October 12, 2014</w:t>
      </w:r>
    </w:p>
    <w:p>
      <w:r>
        <w:rPr>
          <w:color w:val="666666"/>
          <w:sz w:val="18"/>
        </w:rPr>
        <w:t>51:26 · https://youtu.be/KmpXYZjPlj8?t=3086</w:t>
      </w:r>
    </w:p>
    <w:p>
      <w:r>
        <w:rPr>
          <w:i/>
        </w:rPr>
        <w:t>“اپنی تنہائیوں میں روتا ہوں میں”</w:t>
      </w:r>
    </w:p>
    <w:p>
      <w:pPr>
        <w:pStyle w:val="Heading2"/>
      </w:pPr>
      <w:r>
        <w:t>Hadith-e-Jibril, April 21, 2013</w:t>
      </w:r>
    </w:p>
    <w:p>
      <w:r>
        <w:rPr>
          <w:color w:val="666666"/>
          <w:sz w:val="18"/>
        </w:rPr>
        <w:t>33:48 · https://youtu.be/0rF6Ou0pDog?t=2028</w:t>
      </w:r>
    </w:p>
    <w:p>
      <w:r>
        <w:rPr>
          <w:i/>
        </w:rPr>
        <w:t>“اس میں انسان بالکل اکیلا دکھائی دیتا ہے۔ تو ایک عجیب احساس ہوتا ہے،”</w:t>
      </w:r>
    </w:p>
    <w:p>
      <w:pPr>
        <w:pStyle w:val="Heading2"/>
      </w:pPr>
      <w:r>
        <w:t>How To Find Truth February 3, 2008</w:t>
      </w:r>
    </w:p>
    <w:p>
      <w:r>
        <w:rPr>
          <w:color w:val="666666"/>
          <w:sz w:val="18"/>
        </w:rPr>
        <w:t>45:59 · https://youtu.be/HvyEO8hOC1M?t=2759</w:t>
      </w:r>
    </w:p>
    <w:p>
      <w:r>
        <w:rPr>
          <w:i/>
        </w:rPr>
        <w:t>“جہاں آپ اکیلے ہوں گے۔”</w:t>
      </w:r>
    </w:p>
    <w:p>
      <w:pPr>
        <w:pStyle w:val="Heading2"/>
      </w:pPr>
      <w:r>
        <w:t>From The Spiritual Tree May 30, 2007</w:t>
      </w:r>
    </w:p>
    <w:p>
      <w:r>
        <w:rPr>
          <w:color w:val="666666"/>
          <w:sz w:val="18"/>
        </w:rPr>
        <w:t>40:38 · https://youtu.be/vGj_dsCMv-M?t=2438</w:t>
      </w:r>
    </w:p>
    <w:p>
      <w:r>
        <w:rPr>
          <w:i/>
        </w:rPr>
        <w:t>“The spirit is absent.”</w:t>
      </w:r>
    </w:p>
    <w:p>
      <w:pPr>
        <w:pStyle w:val="Heading2"/>
      </w:pPr>
      <w:r>
        <w:t>The Belief System of Islam August 01, 2007</w:t>
      </w:r>
    </w:p>
    <w:p>
      <w:r>
        <w:rPr>
          <w:color w:val="666666"/>
          <w:sz w:val="18"/>
        </w:rPr>
        <w:t>39:08 · https://youtu.be/5pdnwRaPfmY?t=2348</w:t>
      </w:r>
    </w:p>
    <w:p>
      <w:r>
        <w:rPr>
          <w:i/>
        </w:rPr>
        <w:t>“in a pessimistic mood”</w:t>
      </w:r>
    </w:p>
    <w:p>
      <w:pPr>
        <w:pStyle w:val="Heading2"/>
      </w:pPr>
      <w:r>
        <w:t>Chapter 10 Yunus (Jonah) - Maulana Wahiduddin Khan</w:t>
      </w:r>
    </w:p>
    <w:p>
      <w:r>
        <w:rPr>
          <w:color w:val="666666"/>
          <w:sz w:val="18"/>
        </w:rPr>
        <w:t>26:39 · https://youtu.be/YOgAx1MrqnY?t=1599</w:t>
      </w:r>
    </w:p>
    <w:p>
      <w:r>
        <w:rPr>
          <w:i/>
        </w:rPr>
        <w:t>“آدمی محسوس کرنے لگتا ہے کہ خارجی طاقتوں کے مقابلے میں وہ بالکل بے بس ہے۔”</w:t>
      </w:r>
    </w:p>
    <w:p>
      <w:pPr>
        <w:pStyle w:val="Heading2"/>
      </w:pPr>
      <w:r>
        <w:t>Discussions on the impact of Maulana Wahiduddin Khan's Thought July 1, 2020</w:t>
      </w:r>
    </w:p>
    <w:p>
      <w:r>
        <w:rPr>
          <w:color w:val="666666"/>
          <w:sz w:val="18"/>
        </w:rPr>
        <w:t>18:32 · https://youtu.be/Xzuu-nbDm4g?t=1112</w:t>
      </w:r>
    </w:p>
    <w:p>
      <w:r>
        <w:rPr>
          <w:i/>
        </w:rPr>
        <w:t>“And the feeling that I get is that there is not we or they. So first thing, I think that has happened.”</w:t>
      </w:r>
    </w:p>
    <w:p>
      <w:pPr>
        <w:pStyle w:val="Heading2"/>
      </w:pPr>
      <w:r>
        <w:t>Journey of Civilization January 14, 2007</w:t>
      </w:r>
    </w:p>
    <w:p>
      <w:r>
        <w:rPr>
          <w:color w:val="666666"/>
          <w:sz w:val="18"/>
        </w:rPr>
        <w:t>23:41 · https://youtu.be/ZCFRrqmfms4?t=1421</w:t>
      </w:r>
    </w:p>
    <w:p>
      <w:r>
        <w:rPr>
          <w:i/>
        </w:rPr>
        <w:t>“اکتاہٹ میں جی رہا ہے انسان۔”</w:t>
      </w:r>
    </w:p>
    <w:p>
      <w:pPr>
        <w:pStyle w:val="Heading2"/>
      </w:pPr>
      <w:r>
        <w:t>Journey of Civilization 14 Jan 2007 - Maulana Wahiduddin Khan</w:t>
      </w:r>
    </w:p>
    <w:p>
      <w:r>
        <w:rPr>
          <w:color w:val="666666"/>
          <w:sz w:val="18"/>
        </w:rPr>
        <w:t>24:48 · https://youtu.be/MEHzksOmFZc?t=1488</w:t>
      </w:r>
    </w:p>
    <w:p>
      <w:r>
        <w:rPr>
          <w:i/>
        </w:rPr>
        <w:t>“اکتاہٹ میں جی رہا ہے انسان۔”</w:t>
      </w:r>
    </w:p>
    <w:p>
      <w:pPr>
        <w:pStyle w:val="Heading2"/>
      </w:pPr>
      <w:r>
        <w:t>Living with Angels April 24, 2007 Maulana Wahiduddin Kha</w:t>
      </w:r>
    </w:p>
    <w:p>
      <w:r>
        <w:rPr>
          <w:color w:val="666666"/>
          <w:sz w:val="18"/>
        </w:rPr>
        <w:t>9:11 · https://youtu.be/vftCoFxsQFw?t=551</w:t>
      </w:r>
    </w:p>
    <w:p>
      <w:r>
        <w:rPr>
          <w:i/>
        </w:rPr>
        <w:t>“You feel that that is a matter of distant future”</w:t>
      </w:r>
    </w:p>
    <w:p>
      <w:pPr>
        <w:pStyle w:val="Heading2"/>
      </w:pPr>
      <w:r>
        <w:t>Concept of Death in Islam I 26th Aug, 2012 - Maulana Wahiduddin Khan</w:t>
      </w:r>
    </w:p>
    <w:p>
      <w:r>
        <w:rPr>
          <w:color w:val="666666"/>
          <w:sz w:val="18"/>
        </w:rPr>
        <w:t>30:19 · https://youtu.be/7wlqcKm35mk?t=1819</w:t>
      </w:r>
    </w:p>
    <w:p>
      <w:r>
        <w:rPr>
          <w:i/>
        </w:rPr>
        <w:t>“میرے پاس اچانک لگا کہ میں ایک دم اکیلا ہو گیا ہوں۔ یہاں کوئی میرا آگے ہے نہیں، پیچھے کہ اس کا ٹیکٹ بھی نہیں کر سکتا کیونکہ وہ سب جو رش زبان والے لوگ تھے۔”</w:t>
      </w:r>
    </w:p>
    <w:p>
      <w:pPr>
        <w:pStyle w:val="Heading2"/>
      </w:pPr>
      <w:r>
        <w:t>Death The Final Journey December 29, 2006</w:t>
      </w:r>
    </w:p>
    <w:p>
      <w:r>
        <w:rPr>
          <w:color w:val="666666"/>
          <w:sz w:val="18"/>
        </w:rPr>
        <w:t>14:39 · https://youtu.be/RL6vMX7Lj1w?t=879</w:t>
      </w:r>
    </w:p>
    <w:p>
      <w:r>
        <w:rPr>
          <w:i/>
        </w:rPr>
        <w:t>“یعنی آدمی بالکل اکیلا ہوگا۔”</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Safety First January 21, 2007</w:t>
      </w:r>
    </w:p>
    <w:p>
      <w:r>
        <w:rPr>
          <w:color w:val="666666"/>
          <w:sz w:val="18"/>
        </w:rPr>
        <w:t>29:31 · https://youtu.be/izaGKxVnt-Y?t=1771</w:t>
      </w:r>
    </w:p>
    <w:p>
      <w:r>
        <w:rPr>
          <w:i/>
        </w:rPr>
        <w:t>“آئی الون آئی ایم لیفٹ۔ یہ لفظ ہے بھئی۔ آئی الون آئی ایم لیفٹ۔ میں اکیلا ہی رہ گیا ہوں۔”</w:t>
      </w:r>
    </w:p>
    <w:p>
      <w:pPr>
        <w:pStyle w:val="Heading2"/>
      </w:pPr>
      <w:r>
        <w:t>Divine Personality April 2, 2014 Maulana Wahiduddin Khan</w:t>
      </w:r>
    </w:p>
    <w:p>
      <w:r>
        <w:rPr>
          <w:color w:val="666666"/>
          <w:sz w:val="18"/>
        </w:rPr>
        <w:t>15:44 · https://youtu.be/4F-V__KFzpA?t=944</w:t>
      </w:r>
    </w:p>
    <w:p>
      <w:r>
        <w:rPr>
          <w:i/>
        </w:rPr>
        <w:t>“there are some sad experiences.”</w:t>
      </w:r>
    </w:p>
    <w:p>
      <w:pPr>
        <w:pStyle w:val="Heading2"/>
      </w:pPr>
      <w:r>
        <w:t>Islma A Religion of Peace (English) January 7, 2010</w:t>
      </w:r>
    </w:p>
    <w:p>
      <w:r>
        <w:rPr>
          <w:color w:val="666666"/>
          <w:sz w:val="18"/>
        </w:rPr>
        <w:t>48:35 · https://youtu.be/YKg_GJj8Hvg?t=2915</w:t>
      </w:r>
    </w:p>
    <w:p>
      <w:r>
        <w:rPr>
          <w:i/>
        </w:rPr>
        <w:t>“I feel great sorrow about that.”</w:t>
      </w:r>
    </w:p>
    <w:p>
      <w:pPr>
        <w:pStyle w:val="Heading1"/>
      </w:pPr>
      <w:r>
        <w:t>Clips (18)</w:t>
      </w:r>
    </w:p>
    <w:p>
      <w:pPr>
        <w:pStyle w:val="Heading2"/>
      </w:pPr>
      <w:r>
        <w:t>Angels, scripture and messengers cure cosmic loneliness</w:t>
      </w:r>
    </w:p>
    <w:p>
      <w:r>
        <w:rPr>
          <w:color w:val="666666"/>
          <w:sz w:val="18"/>
        </w:rPr>
        <w:t>Hadith-e-Jibril, April 21, 2013 · 5m 48s · at 29:39 · https://youtu.be/0rF6Ou0pDog?t=1779</w:t>
      </w:r>
    </w:p>
    <w:p>
      <w:r>
        <w:rPr>
          <w:i/>
        </w:rPr>
        <w:t>“وملائکتہ وکتبہ ورسلہ، کتاب پر ایمان لاؤ”</w:t>
      </w:r>
    </w:p>
    <w:p>
      <w:r>
        <w:rPr>
          <w:sz w:val="20"/>
        </w:rPr>
        <w:t>29:39  Wa malaikatahu wa kutubihu wa rusulih. Kitab par imaan lao, yani Allah ki kitab par, aur farishton par imaan lao, aur rasoolon par imaan lao.</w:t>
      </w:r>
      <w:r>
        <w:br/>
      </w:r>
      <w:r>
        <w:rPr>
          <w:sz w:val="20"/>
        </w:rPr>
        <w:t>29:51  Yeh sab imaan ka hissa hai.</w:t>
      </w:r>
      <w:r>
        <w:br/>
      </w:r>
      <w:r>
        <w:rPr>
          <w:sz w:val="20"/>
        </w:rPr>
        <w:t>29:56  Dekhein, jab aap ko daryaft hoti hai imaan ke darje mein haqeeqat ki daryaft to yeh sab cheezein aap ke daryaft ka hissa ban jati hain.</w:t>
      </w:r>
      <w:r>
        <w:br/>
      </w:r>
      <w:r>
        <w:rPr>
          <w:sz w:val="20"/>
        </w:rPr>
        <w:t>30:07  Aap daryaft karte hain ke Allah ne insaan ko jab paida kiya to yahi chhod nahi diya, ek nizam qaim kiya ke ek paighambar ho, us paighambar ka farishta aaye, Allah ki wahi le aaye,</w:t>
      </w:r>
      <w:r>
        <w:br/>
      </w:r>
      <w:r>
        <w:rPr>
          <w:sz w:val="20"/>
        </w:rPr>
        <w:t>30:24  woh aayi jama kar ke ek kitab banayi jaye. To yeh ek nizam hai Allah taala ka hidayat ka nizam. To kitab par imaan ke mani hain ke Allah ne jo nizam banaya hai hidayat insani ka, us ki daryaft,</w:t>
      </w:r>
      <w:r>
        <w:br/>
      </w:r>
      <w:r>
        <w:rPr>
          <w:sz w:val="20"/>
        </w:rPr>
        <w:t>30:40  us par yaqeen.</w:t>
      </w:r>
      <w:r>
        <w:br/>
      </w:r>
      <w:r>
        <w:rPr>
          <w:sz w:val="20"/>
        </w:rPr>
        <w:t>30:44  Yeh jo Allah ki aayi hui kitab hai, ab Quran, woh divine guidance hai. Us par yaqeen, yeh matlab hai is ka.</w:t>
      </w:r>
      <w:r>
        <w:br/>
      </w:r>
      <w:r>
        <w:rPr>
          <w:sz w:val="20"/>
        </w:rPr>
        <w:t>30:58  Doosri cheez hai malaika.</w:t>
      </w:r>
      <w:r>
        <w:br/>
      </w:r>
      <w:r>
        <w:rPr>
          <w:sz w:val="20"/>
        </w:rPr>
        <w:t>31:01  Yeh jo kainat hai, is ka nizam chala rahe hain malaika, yani malaika ko Allah taala ke karrindey hain.</w:t>
      </w:r>
      <w:r>
        <w:br/>
      </w:r>
      <w:r>
        <w:rPr>
          <w:sz w:val="20"/>
        </w:rPr>
        <w:t>31:14  To kaha ke is ka matlab yeh hai ke yeh mechanical world ka ulta hai. Yeh jo log Allah ko nahi mante, is ko ek mechanical phenomena samajhte hain kainat ko.</w:t>
      </w:r>
      <w:r>
        <w:br/>
      </w:r>
      <w:r>
        <w:rPr>
          <w:sz w:val="20"/>
        </w:rPr>
        <w:t>31:27  Mechanical phenomena,</w:t>
      </w:r>
      <w:r>
        <w:br/>
      </w:r>
      <w:r>
        <w:rPr>
          <w:sz w:val="20"/>
        </w:rPr>
        <w:t>31:31  ek be rooh machine. Lekin jab aap malaika par imaan late hain to is ka matlab yeh hota hai ke ek zinda kainat hai, yeh zinda hastiyan is ko nizam chala rahi hain, is ko manage kar rahi hain.</w:t>
      </w:r>
      <w:r>
        <w:br/>
      </w:r>
      <w:r>
        <w:rPr>
          <w:sz w:val="20"/>
        </w:rPr>
        <w:t>31:44  Har taraf woh zinda hastiyan mutharrik hain. Ab gaur kijiye ke kitna zyada badh jata hai aap ka shaoor kainat,</w:t>
      </w:r>
      <w:r>
        <w:br/>
      </w:r>
      <w:r>
        <w:rPr>
          <w:sz w:val="20"/>
        </w:rPr>
        <w:t>31:55  kitna zyada badh jata hai</w:t>
      </w:r>
      <w:r>
        <w:br/>
      </w:r>
      <w:r>
        <w:rPr>
          <w:sz w:val="20"/>
        </w:rPr>
        <w:t>31:58  ke agar aap manein kainat ko ek ek mechanical waqea to woh ek be rooh cheez hogi, be rooh cheez. Lekin jab yeh manein ke yeh kainat jo hai, is ko zinda hastiyan chala rahi hain,</w:t>
      </w:r>
      <w:r>
        <w:br/>
      </w:r>
      <w:r>
        <w:rPr>
          <w:sz w:val="20"/>
        </w:rPr>
        <w:t>32:13  farishte, angels, to ek ajeeb o ghareeb aap ko, aap ka imaan jo hai, ek living imaan ban jata hai.</w:t>
      </w:r>
      <w:r>
        <w:br/>
      </w:r>
      <w:r>
        <w:rPr>
          <w:sz w:val="20"/>
        </w:rPr>
        <w:t>32:21  Aap ke andar ek ek naya shaoor jaagta hai kainat ke bare mein. Aur teesri cheez jo hai,</w:t>
      </w:r>
      <w:r>
        <w:br/>
      </w:r>
      <w:r>
        <w:rPr>
          <w:sz w:val="20"/>
        </w:rPr>
        <w:t>32:32  Wa kutubihu wa rusulih. Rasool,</w:t>
      </w:r>
      <w:r>
        <w:br/>
      </w:r>
      <w:r>
        <w:rPr>
          <w:sz w:val="20"/>
        </w:rPr>
        <w:t>32:38  yani Allah taala ne tareekh mein bar bar peghambar bheje, aur aakhir mein Muhammad Sallallahu Alaihi Wasallam ko bheja hidayat insaan ki hidayat ke liye.</w:t>
      </w:r>
      <w:r>
        <w:br/>
      </w:r>
      <w:r>
        <w:rPr>
          <w:sz w:val="20"/>
        </w:rPr>
        <w:t>32:52  Aur aap par jo jo wahi utri, woh Quran ki surat mein mehfooz ho gayi. Aap ne jo kuch kaha, woh bhi hadith ki surat mein mehfooz ho gaya.</w:t>
      </w:r>
      <w:r>
        <w:br/>
      </w:r>
      <w:r>
        <w:rPr>
          <w:sz w:val="20"/>
        </w:rPr>
        <w:t>33:02  In sab baaton ko jaanna,</w:t>
      </w:r>
      <w:r>
        <w:br/>
      </w:r>
      <w:r>
        <w:rPr>
          <w:sz w:val="20"/>
        </w:rPr>
        <w:t>33:06  Iska matlab hai ke jo guidance, jo authentic guidance hai, woh rasool, rasooli guidance hai, authentic guidance, Allah ki taraf se aayi hui hai.</w:t>
      </w:r>
      <w:r>
        <w:br/>
      </w:r>
      <w:r>
        <w:rPr>
          <w:sz w:val="20"/>
        </w:rPr>
        <w:t>33:24  Is se aap ko ek ajeeb yaqeen haasil hota hai.</w:t>
      </w:r>
      <w:r>
        <w:br/>
      </w:r>
      <w:r>
        <w:rPr>
          <w:sz w:val="20"/>
        </w:rPr>
        <w:t>33:31  Is kainat mein ek scientist ne likha hai ke jab hum kainat ka mutala karte hain telescope ke zariye se to hum dekhte hain ke bohat badi kainat hai, bohat hi zyada badi kainat hai.</w:t>
      </w:r>
      <w:r>
        <w:br/>
      </w:r>
      <w:r>
        <w:rPr>
          <w:sz w:val="20"/>
        </w:rPr>
        <w:t>33:48  Is mein insaan bilkul akela dikhai deta hai. To ek ajeeb ehsas hota hai,</w:t>
      </w:r>
      <w:r>
        <w:br/>
      </w:r>
      <w:r>
        <w:rPr>
          <w:sz w:val="20"/>
        </w:rPr>
        <w:t>33:57  Bilkul akela, ek loneliness ka ehsas hota hai.</w:t>
      </w:r>
      <w:r>
        <w:br/>
      </w:r>
      <w:r>
        <w:rPr>
          <w:sz w:val="20"/>
        </w:rPr>
        <w:t>34:04  Lekin jab aap yaqeen karte hain rasoolon par to yeh loneliness khatam ho jata hai. To aap samajhte hain ke Allah ne aap ko akela nahi chhora, farishton ke zariye se peghambar ke paas hidayat bheji, aur is hidayat ko mehfooz kar diya Quran ki surat mein aur sunnat-e-rasool ki surat mein.</w:t>
      </w:r>
      <w:r>
        <w:br/>
      </w:r>
      <w:r>
        <w:rPr>
          <w:sz w:val="20"/>
        </w:rPr>
        <w:t>34:27  To aap ka tanhai ka ehsas khatam ho jata hai.</w:t>
      </w:r>
      <w:r>
        <w:br/>
      </w:r>
      <w:r>
        <w:rPr>
          <w:sz w:val="20"/>
        </w:rPr>
        <w:t>34:31  Phir ek ajeeb ghareeb zindagi aap ke andar aati hai.</w:t>
      </w:r>
      <w:r>
        <w:br/>
      </w:r>
      <w:r>
        <w:rPr>
          <w:sz w:val="20"/>
        </w:rPr>
        <w:t>34:39  Is zindagi ko main samajhta hoon ke lafzon mein bayan nahi kar sakta. Yun samajh lein ke aap akele kahin desert mein hon, akele bilkul desert mein tadap rahe hon.</w:t>
      </w:r>
      <w:r>
        <w:br/>
      </w:r>
      <w:r>
        <w:rPr>
          <w:sz w:val="20"/>
        </w:rPr>
        <w:t>34:49  Phir aap ko wahan se utha kar ek ek bohat thi shehar, ek abad shehar mein pahuncha diya jaye to kitna bada experience hota hoga aap ko.</w:t>
      </w:r>
      <w:r>
        <w:br/>
      </w:r>
      <w:r>
        <w:rPr>
          <w:sz w:val="20"/>
        </w:rPr>
        <w:t>34:59  Isi qism ka billion time zyada bada experience us waqt hoga jab aap yeh daryaft karein ke is kainat mein main akela nahi hoon, yahan Khuda hai, yahan malaika hain, yahan rasool hain, yahan Allah ki hidayat hai.</w:t>
      </w:r>
      <w:r>
        <w:br/>
      </w:r>
      <w:r>
        <w:rPr>
          <w:sz w:val="20"/>
        </w:rPr>
        <w:t>35:14  To woh tajruba billion time zyada bade level par haasil hota hai. Wal yawm al-aakhir, aur aakhirat ke din par yaqeen.</w:t>
      </w:r>
    </w:p>
    <w:p>
      <w:pPr>
        <w:pStyle w:val="Heading2"/>
      </w:pPr>
      <w:r>
        <w:t>Achiever's loneliness and the search beyond</w:t>
      </w:r>
    </w:p>
    <w:p>
      <w:r>
        <w:rPr>
          <w:color w:val="666666"/>
          <w:sz w:val="18"/>
        </w:rPr>
        <w:t>In Pursuit of Reality October 25, 2008 · 2m 58s · at 10:40 · https://youtu.be/tz3cEF-6zjQ?t=640</w:t>
      </w:r>
    </w:p>
    <w:p>
      <w:r>
        <w:rPr>
          <w:i/>
        </w:rPr>
        <w:t>“Aap ko maloom hai, Mr. Bindra ne Olympic gold liya.”</w:t>
      </w:r>
    </w:p>
    <w:p>
      <w:r>
        <w:rPr>
          <w:sz w:val="20"/>
        </w:rPr>
        <w:t>10:40  aap ko maloom hai ke hamare India mein Mr. Bindra ne gold medal liya hai Olympic mein.</w:t>
      </w:r>
      <w:r>
        <w:br/>
      </w:r>
      <w:r>
        <w:rPr>
          <w:sz w:val="20"/>
        </w:rPr>
        <w:t>10:51  toh aaj kal toh news mein wohi rehte hain. aaj kal news mein aap jante hain ke Mr. Bindra, chahe woh akhbar ho ya TV ho, har jagah</w:t>
      </w:r>
      <w:r>
        <w:br/>
      </w:r>
      <w:r>
        <w:rPr>
          <w:sz w:val="20"/>
        </w:rPr>
        <w:t>11:03  khud unhon ne aaya hai is mein un ke yeh detail mein ke woh un ke behan ne kaha ke mera bhai banbaas le liya is ne.</w:t>
      </w:r>
      <w:r>
        <w:br/>
      </w:r>
      <w:r>
        <w:rPr>
          <w:sz w:val="20"/>
        </w:rPr>
        <w:t>11:14  yani barson barson shooting ka woh woh karte rahe, exercise karte rahe, sab kuch bhool kar ke, sab kuch chhod kar ke.</w:t>
      </w:r>
      <w:r>
        <w:br/>
      </w:r>
      <w:r>
        <w:rPr>
          <w:sz w:val="20"/>
        </w:rPr>
        <w:t>11:23  jaise banbaas liya karte the pehle zamaney mein log. toh banbaas le liya shooting ke, yani acha shooter banane ke liye apne aap ko.</w:t>
      </w:r>
      <w:r>
        <w:br/>
      </w:r>
      <w:r>
        <w:rPr>
          <w:sz w:val="20"/>
        </w:rPr>
        <w:t>11:36  yahan tak ke woh Olympic mein gold medal laye. lekin jab un ko gold medal mila toh un ka apna mind kya bol raha tha?</w:t>
      </w:r>
      <w:r>
        <w:br/>
      </w:r>
      <w:r>
        <w:rPr>
          <w:sz w:val="20"/>
        </w:rPr>
        <w:t>11:48  un ki apni soul kya bol rahi thi? bohat hi anokhi baat hai. kal ke paper mein aaya tha ke unhon ne kaha ke apne bare mein batate batate hue ke unhon ne kaha ke "one needs to strive hard for success".</w:t>
      </w:r>
      <w:r>
        <w:br/>
      </w:r>
      <w:r>
        <w:rPr>
          <w:sz w:val="20"/>
        </w:rPr>
        <w:t>12:08  "one needs to strive hard for success". but</w:t>
      </w:r>
      <w:r>
        <w:br/>
      </w:r>
      <w:r>
        <w:rPr>
          <w:sz w:val="20"/>
        </w:rPr>
        <w:t>12:16  is ke baad kya kehte hain? woh bohat hi anokhi baat hai. yeh butt even after</w:t>
      </w:r>
      <w:r>
        <w:br/>
      </w:r>
      <w:r>
        <w:rPr>
          <w:sz w:val="20"/>
        </w:rPr>
        <w:t>12:24  reaching the top, butt even after reaching the top of the mountain, there is only loneliness.</w:t>
      </w:r>
      <w:r>
        <w:br/>
      </w:r>
      <w:r>
        <w:rPr>
          <w:sz w:val="20"/>
        </w:rPr>
        <w:t>12:40  yeh top par pahunch kar aadmi lagta hai ke main to akela ho gaya.</w:t>
      </w:r>
      <w:r>
        <w:br/>
      </w:r>
      <w:r>
        <w:rPr>
          <w:sz w:val="20"/>
        </w:rPr>
        <w:t>12:52  ek aur maine interview suna un ka radio par, inhi ki apni awaz mein aa raha tha, hindi language mein bol rahe the woh. to unhon ne kaha: "abhi to muthi bhar zameen mili hai,</w:t>
      </w:r>
      <w:r>
        <w:br/>
      </w:r>
      <w:r>
        <w:rPr>
          <w:sz w:val="20"/>
        </w:rPr>
        <w:t>13:09  saara aasman to abhi pada hua hai pani ke liye".</w:t>
      </w:r>
      <w:r>
        <w:br/>
      </w:r>
      <w:r>
        <w:rPr>
          <w:sz w:val="20"/>
        </w:rPr>
        <w:t>13:14  ab batate hain ke jis ko log har taraf, jis ko shabashi ho rahi hai, log jis ko tareef kar rahe hain, uska apna andar ka kya haal hai?</w:t>
      </w:r>
      <w:r>
        <w:br/>
      </w:r>
      <w:r>
        <w:rPr>
          <w:sz w:val="20"/>
        </w:rPr>
        <w:t>13:25  is par maine socha. is par maine socha. to mujhe ab yeh samajh mein aaya ke aadmi ka jo goal hai, woh us ke beyond hai.</w:t>
      </w:r>
    </w:p>
    <w:p>
      <w:pPr>
        <w:pStyle w:val="Heading2"/>
      </w:pPr>
      <w:r>
        <w:t>Why Jesus came: to expose a degenerate community</w:t>
      </w:r>
    </w:p>
    <w:p>
      <w:r>
        <w:rPr>
          <w:color w:val="666666"/>
          <w:sz w:val="18"/>
        </w:rPr>
        <w:t>The Concept of Doomsday in islam May 16, 2009 · 2m 49s · at 42:45 · https://youtu.be/yPjFg8vwSLw?t=2565</w:t>
      </w:r>
    </w:p>
    <w:p>
      <w:r>
        <w:rPr>
          <w:i/>
        </w:rPr>
        <w:t>“What was Jesus's purpose? Only one: to expose the Jewish community.”</w:t>
      </w:r>
    </w:p>
    <w:p>
      <w:r>
        <w:rPr>
          <w:sz w:val="20"/>
        </w:rPr>
        <w:t>42:45  Maulana, as you said that the Jewish community was the dying community, and then Prophet Muhammad came. What happened to Hazrat Isa? He came off to that?</w:t>
      </w:r>
      <w:r>
        <w:br/>
      </w:r>
      <w:r>
        <w:rPr>
          <w:sz w:val="20"/>
        </w:rPr>
        <w:t>42:55  Kya kaha unhon ne? Yahood, Yahood community was the dying community, and then after that, you mentioned Prof</w:t>
      </w:r>
      <w:r>
        <w:br/>
      </w:r>
      <w:r>
        <w:rPr>
          <w:sz w:val="20"/>
        </w:rPr>
        <w:t>43:03  et Muhammad came. So she is saying what happened to Isa? Isa? No, I got the answer. Yahood Nasara dono ke liye. Hmm, nahi, Maulana, woh clear ho gaya.</w:t>
      </w:r>
      <w:r>
        <w:br/>
      </w:r>
      <w:r>
        <w:rPr>
          <w:sz w:val="20"/>
        </w:rPr>
        <w:t>43:14  Achha, achha, theek hai. What is as? Dekhein, ek baat main bata doon ke Isa kis liye aaye thay? Ek hi purpose tha un ka, Jewish community ko expose karna.</w:t>
      </w:r>
      <w:r>
        <w:br/>
      </w:r>
      <w:r>
        <w:rPr>
          <w:sz w:val="20"/>
        </w:rPr>
        <w:t>43:27  Bas aap Bible ko parhiye, jo Gospels hain, chaar Gospels,</w:t>
      </w:r>
      <w:r>
        <w:br/>
      </w:r>
      <w:r>
        <w:rPr>
          <w:sz w:val="20"/>
        </w:rPr>
        <w:t>43:33  ek dum clear rahe ke woh aaye thay expose karne ke liye ke tum log Khuda ke deen par nahi ho. Bhara hua hai un ke, un ke jo is mein, un ke jo woh hain, sermons se ke woh Jewish,</w:t>
      </w:r>
      <w:r>
        <w:br/>
      </w:r>
      <w:r>
        <w:rPr>
          <w:sz w:val="20"/>
        </w:rPr>
        <w:t>43:51  Jewish ke liye aaye thay, aur Jewish mein aaye thay, woh khud bhi Jewish family mein thay. To un ko expose karne ke liye, this same only purpose.</w:t>
      </w:r>
      <w:r>
        <w:br/>
      </w:r>
      <w:r>
        <w:rPr>
          <w:sz w:val="20"/>
        </w:rPr>
        <w:t>44:08  Un ko sirf, yani aath aadmi, gyarah aadmi kitne saath diya tha? Unhon ne gyarah aadmi. Bible to yeh kehti hai ke jab, jab woh crucifixion hua na, woh bhi bhaag gaye, chhod kar, Hazrat Isa ko chhod ke bhaag gaye.</w:t>
      </w:r>
      <w:r>
        <w:br/>
      </w:r>
      <w:r>
        <w:rPr>
          <w:sz w:val="20"/>
        </w:rPr>
        <w:t>44:25  Yaani Bible mein yeh chupa hua hai. Yaani woh jo mile thay, aath ya das ke aadmi, woh chhod ke bhaag gaye. Kya matlab?</w:t>
      </w:r>
      <w:r>
        <w:br/>
      </w:r>
      <w:r>
        <w:rPr>
          <w:sz w:val="20"/>
        </w:rPr>
        <w:t>44:34  Akele reh gaye.</w:t>
      </w:r>
      <w:r>
        <w:br/>
      </w:r>
      <w:r>
        <w:rPr>
          <w:sz w:val="20"/>
        </w:rPr>
        <w:t>44:36  Itna zyada degeneration ho chuka tha un ka. Un ka woh hai, bohat hi ajeeb ke ana</w:t>
      </w:r>
      <w:r>
        <w:br/>
      </w:r>
      <w:r>
        <w:rPr>
          <w:sz w:val="20"/>
        </w:rPr>
        <w:t>44:48  zamarnakum famar aqastum, war dabnakum famab qastum. Bohat hi ajeeb hai yeh. Yeh bilkul main is ko parhta hoon to main ro parta hoon. Yeh Hazrat Masih ka hai, Hazrat Masih ka.</w:t>
      </w:r>
      <w:r>
        <w:br/>
      </w:r>
      <w:r>
        <w:rPr>
          <w:sz w:val="20"/>
        </w:rPr>
        <w:t>44:57  Ana zamarnakum famar aqastum, war dabnakum famab qastum.</w:t>
      </w:r>
      <w:r>
        <w:br/>
      </w:r>
      <w:r>
        <w:rPr>
          <w:sz w:val="20"/>
        </w:rPr>
        <w:t>45:03  Is ka translation yeh hai ke</w:t>
      </w:r>
      <w:r>
        <w:br/>
      </w:r>
      <w:r>
        <w:rPr>
          <w:sz w:val="20"/>
        </w:rPr>
        <w:t>45:10  main ne bansuri bajai, magar tum ne raqs nahin kiya. main ne noha kiya, magar tum roye nahin. matlab, jahannum se daraya, aur tum roye nahin.</w:t>
      </w:r>
      <w:r>
        <w:br/>
      </w:r>
      <w:r>
        <w:rPr>
          <w:sz w:val="20"/>
        </w:rPr>
        <w:t>45:21  jannat dikhane dikhai tum ko, tum ko koi thral nahin aya. yeh tumhari halat hai, tum itne dead ho chuke ho. ana zamarnakum faman raqastum, waraddabnakum faman</w:t>
      </w:r>
    </w:p>
    <w:p>
      <w:pPr>
        <w:pStyle w:val="Heading2"/>
      </w:pPr>
      <w:r>
        <w:t>Death not in DNA, need to think beyond programming</w:t>
      </w:r>
    </w:p>
    <w:p>
      <w:r>
        <w:rPr>
          <w:color w:val="666666"/>
          <w:sz w:val="18"/>
        </w:rPr>
        <w:t>How To Find Truth February 3, 2008 · 5m 55s · at 43:58 · https://youtu.be/HvyEO8hOC1M?t=2638</w:t>
      </w:r>
    </w:p>
    <w:p>
      <w:r>
        <w:rPr>
          <w:i/>
        </w:rPr>
        <w:t>“Why did Karanjia complain about nurses' skirts at death's door?”</w:t>
      </w:r>
    </w:p>
    <w:p>
      <w:r>
        <w:rPr>
          <w:sz w:val="20"/>
        </w:rPr>
        <w:t>43:58  ab mein ek aur baat kehna chahta hoon, woh yeh ke insaan kyun bhoola rehta hai itna zyada? yeh saari baatein jo is par base karti hain ke hum death ko soch nahi paate ke karanjia jo hai,</w:t>
      </w:r>
      <w:r>
        <w:br/>
      </w:r>
      <w:r>
        <w:rPr>
          <w:sz w:val="20"/>
        </w:rPr>
        <w:t>44:16  bilkul maut ke kinare khada hua hai, tab bhi death ko soch nahi paya woh.</w:t>
      </w:r>
      <w:r>
        <w:br/>
      </w:r>
      <w:r>
        <w:rPr>
          <w:sz w:val="20"/>
        </w:rPr>
        <w:t>44:21  yaani 92 saal ki umar ho gayi, bed par pada hua hai, hospital mein hai, lekin soch nahi pata ke ab mein marne wala hoon.</w:t>
      </w:r>
      <w:r>
        <w:br/>
      </w:r>
      <w:r>
        <w:rPr>
          <w:sz w:val="20"/>
        </w:rPr>
        <w:t>44:32  isi liye discovery nahi hoti logon ko kyunke death, death jo hai, bahut hi shocking cheez hai. agar aap sochein ke mein agle lamhe marne wala hoon to aap ke poori ek ek storm aa jayega aap ke andar.</w:t>
      </w:r>
      <w:r>
        <w:br/>
      </w:r>
      <w:r>
        <w:rPr>
          <w:sz w:val="20"/>
        </w:rPr>
        <w:t>44:48  ek storm aa jayega</w:t>
      </w:r>
      <w:r>
        <w:br/>
      </w:r>
      <w:r>
        <w:rPr>
          <w:sz w:val="20"/>
        </w:rPr>
        <w:t>44:50  yeh soch ke mein agle lamhe mar sakta hoon. ek storm layega aap ke andar. to kya wajah hai ke yeh storm nahi aata? yeh yeh brainstorming jo maut ke le kar hone wali hai, woh kyun nahi aati aap ke andar?</w:t>
      </w:r>
      <w:r>
        <w:br/>
      </w:r>
      <w:r>
        <w:rPr>
          <w:sz w:val="20"/>
        </w:rPr>
        <w:t>45:08  mein to subah soch raha tha ke yeh Khuda ne mujhe diya hai, ek hassas wajood, ek sensitive being.</w:t>
      </w:r>
      <w:r>
        <w:br/>
      </w:r>
      <w:r>
        <w:rPr>
          <w:sz w:val="20"/>
        </w:rPr>
        <w:t>45:17  achanak yeh jo hai, ek aur duniya mein pahunch sakti hai. yaani meri maut aa jaye to mein ek aur duniya mein pahunch jaunga. wahan mujhe sab kuch chhoot chuka hoga.</w:t>
      </w:r>
      <w:r>
        <w:br/>
      </w:r>
      <w:r>
        <w:rPr>
          <w:sz w:val="20"/>
        </w:rPr>
        <w:t>45:28  na mere paas Nizamuddin West hoga, na mere paas koi office hoga, na meri family hogi, na mere saathi honge, na meri team hogi.</w:t>
      </w:r>
      <w:r>
        <w:br/>
      </w:r>
      <w:r>
        <w:rPr>
          <w:sz w:val="20"/>
        </w:rPr>
        <w:t>45:38  kuch bhi nahin hoga.</w:t>
      </w:r>
      <w:r>
        <w:br/>
      </w:r>
      <w:r>
        <w:rPr>
          <w:sz w:val="20"/>
        </w:rPr>
        <w:t>45:41  to jab yeh socha hai aadmi ke kaisa ajeeb yeh faithful leap insaan lene wala hai ke achaanak yeh ek aisi duniya mein pahunchenge aap jahan aap akele honge.</w:t>
      </w:r>
      <w:r>
        <w:br/>
      </w:r>
      <w:r>
        <w:rPr>
          <w:sz w:val="20"/>
        </w:rPr>
        <w:t>45:59  jahan aap akele honge.</w:t>
      </w:r>
      <w:r>
        <w:br/>
      </w:r>
      <w:r>
        <w:rPr>
          <w:sz w:val="20"/>
        </w:rPr>
        <w:t>46:01  abhi tata ne jo car nikali hai, nai car, to akhbar mein report aai thi ke us ne kaha tha ke ke main apne ko alone pata hoon.</w:t>
      </w:r>
      <w:r>
        <w:br/>
      </w:r>
      <w:r>
        <w:rPr>
          <w:sz w:val="20"/>
        </w:rPr>
        <w:t>46:15  yeh jo alone paaya tata ne apne ko, yeh bahut chhoti baat hai kyunke phir bhi us ke paas kothi hai, phir bhi us ke paas balance hai, phir bhi us ke paas bahut bada infrastructure hai.</w:t>
      </w:r>
      <w:r>
        <w:br/>
      </w:r>
      <w:r>
        <w:rPr>
          <w:sz w:val="20"/>
        </w:rPr>
        <w:t>46:28  lekin woh woh loneliness ke achaanak mein is duniya se nikal kar ke doosri duniya mein pahunch gaya aur sab kuch chhoot gaya, sab kuch chhoot gaya.</w:t>
      </w:r>
      <w:r>
        <w:br/>
      </w:r>
      <w:r>
        <w:rPr>
          <w:sz w:val="20"/>
        </w:rPr>
        <w:t>46:37  peeche yeh duniya hai, aage eternity hai. yeh yeh ehsaas kitna zyada aadmi ko, aadmi ko bilkul bhonchal laane wala hai.</w:t>
      </w:r>
      <w:r>
        <w:br/>
      </w:r>
      <w:r>
        <w:rPr>
          <w:sz w:val="20"/>
        </w:rPr>
        <w:t>46:45  bhonchal yaani brainstorming ka sab se bada jo source hai, woh maut ko sochna hai. to kyun aisa nahin hota?</w:t>
      </w:r>
      <w:r>
        <w:br/>
      </w:r>
      <w:r>
        <w:rPr>
          <w:sz w:val="20"/>
        </w:rPr>
        <w:t>46:58  abhi maine ek lamba article padha DNA ke bare mein aur genetic code ke bare mein. is se mujhe yeh baat aai. dekhiye, insaan ke bare mein jo jo research hui hai,</w:t>
      </w:r>
      <w:r>
        <w:br/>
      </w:r>
      <w:r>
        <w:rPr>
          <w:sz w:val="20"/>
        </w:rPr>
        <w:t>47:12  jis ko hum DNA kehte hain ya genetic code kehte hain, bilkul ek nai science yeh hai. bilkul nai science hai yeh.</w:t>
      </w:r>
      <w:r>
        <w:br/>
      </w:r>
      <w:r>
        <w:rPr>
          <w:sz w:val="20"/>
        </w:rPr>
        <w:t>47:22  is se yeh maloom hua hai ke DNA mein ya genetic code mein sab kuch likha hua hota hai.</w:t>
      </w:r>
      <w:r>
        <w:br/>
      </w:r>
      <w:r>
        <w:rPr>
          <w:sz w:val="20"/>
        </w:rPr>
        <w:t>47:30  yaani mein mere bolunga, mein to is ka tone kya hoga, meri aankh jo hogi, us ki shape kya hogi, mere baal ka color kya hoga, mera size kya hoga.</w:t>
      </w:r>
      <w:r>
        <w:br/>
      </w:r>
      <w:r>
        <w:rPr>
          <w:sz w:val="20"/>
        </w:rPr>
        <w:t>47:43  ek ek cheez, ek ek cheez</w:t>
      </w:r>
      <w:r>
        <w:br/>
      </w:r>
      <w:r>
        <w:rPr>
          <w:sz w:val="20"/>
        </w:rPr>
        <w:t>47:47  . is mein likha tha ke agar aap decode karein in tamam cheezon ko jo mind jo hamare andar likhi hui hain to encyclopedia, encyclopedia Britannica jo hai, jo bahut badi encyclopedia maani jaati hai,</w:t>
      </w:r>
      <w:r>
        <w:br/>
      </w:r>
      <w:r>
        <w:rPr>
          <w:sz w:val="20"/>
        </w:rPr>
        <w:t>48:05  us ke jaisi hazaron encyclopedia bhi in sari baaton ko samet nahin saken gi. agar aap decode karein in sari baaton ko kyunke ek ek cheez likhi hui hai.</w:t>
      </w:r>
      <w:r>
        <w:br/>
      </w:r>
      <w:r>
        <w:rPr>
          <w:sz w:val="20"/>
        </w:rPr>
        <w:t>48:15  meri naakhun ka rang kya hoga, yeh bhi likha hua hai. meri ungliyan kaisi hongi, yeh bhi likha hua hoga. meri gardan chhoti hogi, badi hogi, yeh bhi likha hua hai. sab kuch, sab kuch, sab kuch.</w:t>
      </w:r>
      <w:r>
        <w:br/>
      </w:r>
      <w:r>
        <w:rPr>
          <w:sz w:val="20"/>
        </w:rPr>
        <w:t>48:25  sirf ek cheez missing hai. yeh badi anokhi baat hai yeh.</w:t>
      </w:r>
      <w:r>
        <w:br/>
      </w:r>
      <w:r>
        <w:rPr>
          <w:sz w:val="20"/>
        </w:rPr>
        <w:t>48:32  yaani DD DNA mein sirf ek cheez missing hai, woh hai death. death likhi hui nahin hai.</w:t>
      </w:r>
      <w:r>
        <w:br/>
      </w:r>
      <w:r>
        <w:rPr>
          <w:sz w:val="20"/>
        </w:rPr>
        <w:t>48:42  to kaha hamari jo programming hui hai, programming is programming mein death shamil nahin hai. hum sote hain is liye ke programming ke mutabiq hum ko neend aa jati hai, hum ko hum khate hain kyunke programming ke mutabiq hum ko bhook lagti hai.</w:t>
      </w:r>
      <w:r>
        <w:br/>
      </w:r>
      <w:r>
        <w:rPr>
          <w:sz w:val="20"/>
        </w:rPr>
        <w:t>48:59  to DNA mein trillion trillion cheezain likhi hui hain. ek cheez nahin likhi hui hai, woh death. kyun?</w:t>
      </w:r>
      <w:r>
        <w:br/>
      </w:r>
      <w:r>
        <w:rPr>
          <w:sz w:val="20"/>
        </w:rPr>
        <w:t>49:10  is ko sochiye aap. is liye ke insaan ko jab Khuda ne banaya to pehle hi to us ko eternal being ke taur par banaya.</w:t>
      </w:r>
      <w:r>
        <w:br/>
      </w:r>
      <w:r>
        <w:rPr>
          <w:sz w:val="20"/>
        </w:rPr>
        <w:t>49:19  ek daimi shakhsiyat. insaan eternity ko le kar paida hua hai. jab Khuda ne mujhe paida kar diya to mujhe marna nahin hai.</w:t>
      </w:r>
      <w:r>
        <w:br/>
      </w:r>
      <w:r>
        <w:rPr>
          <w:sz w:val="20"/>
        </w:rPr>
        <w:t>49:28  ab</w:t>
      </w:r>
      <w:r>
        <w:br/>
      </w:r>
      <w:r>
        <w:rPr>
          <w:sz w:val="20"/>
        </w:rPr>
        <w:t>49:30  hamesha jeena hi jeena hai. to eternity ke concept ke sath insaan paida kiya hua hai. ab jo maut aati hai, woh maut DNA ke mutabiq nahin aati hai.</w:t>
      </w:r>
      <w:r>
        <w:br/>
      </w:r>
      <w:r>
        <w:rPr>
          <w:sz w:val="20"/>
        </w:rPr>
        <w:t>49:41  Khuda ke yaani creator ke direct decision ke tehat aati hai. badi anokhi baat hai jo abhi mujhe discover hui ke maut jo hai, hamare genetic code ke mutabiq nahin aati.</w:t>
      </w:r>
    </w:p>
    <w:p>
      <w:pPr>
        <w:pStyle w:val="Heading2"/>
      </w:pPr>
      <w:r>
        <w:t>Key principles from Maulana no enemy and opportunities</w:t>
      </w:r>
    </w:p>
    <w:p>
      <w:r>
        <w:rPr>
          <w:color w:val="666666"/>
          <w:sz w:val="18"/>
        </w:rPr>
        <w:t>Discussions on the impact of Maulana Wahiduddin Khan's Thought July 1, 2020 · 4m 41s · at 15:26 · https://youtu.be/Xzuu-nbDm4g?t=926</w:t>
      </w:r>
    </w:p>
    <w:p>
      <w:r>
        <w:rPr>
          <w:i/>
        </w:rPr>
        <w:t>“I am a different person altogether because of Maulana”</w:t>
      </w:r>
    </w:p>
    <w:p>
      <w:r>
        <w:rPr>
          <w:sz w:val="20"/>
        </w:rPr>
        <w:t>15:26  Sure, sure. So first of all, telling one thing would be very, very difficult for me because there is no sort of one thing.</w:t>
      </w:r>
      <w:r>
        <w:br/>
      </w:r>
      <w:r>
        <w:rPr>
          <w:sz w:val="20"/>
        </w:rPr>
        <w:t>15:39  In the last 10 years, 10, 11 years, there have been a complete shift in me. Exactly.</w:t>
      </w:r>
      <w:r>
        <w:br/>
      </w:r>
      <w:r>
        <w:rPr>
          <w:sz w:val="20"/>
        </w:rPr>
        <w:t>15:48  I imagine. I am a different person altogether. And it's essentially because of Maulana. And if I have to sum it up, a few things that are very, very,</w:t>
      </w:r>
      <w:r>
        <w:br/>
      </w:r>
      <w:r>
        <w:rPr>
          <w:sz w:val="20"/>
        </w:rPr>
        <w:t>16:02  I would say, sort of have been very, very helpful for me or have become principles of my life is first, when I went there, somewhere I had this in my heart that there is something that we and they.</w:t>
      </w:r>
      <w:r>
        <w:br/>
      </w:r>
      <w:r>
        <w:rPr>
          <w:sz w:val="20"/>
        </w:rPr>
        <w:t>16:27  So whether it is by religion, in some societies, it is by the color of the skin, or by various others, sometimes caste, religion,</w:t>
      </w:r>
      <w:r>
        <w:br/>
      </w:r>
      <w:r>
        <w:rPr>
          <w:sz w:val="20"/>
        </w:rPr>
        <w:t>16:43  nationality, and all that.</w:t>
      </w:r>
      <w:r>
        <w:br/>
      </w:r>
      <w:r>
        <w:rPr>
          <w:sz w:val="20"/>
        </w:rPr>
        <w:t>16:46  One thing which has become a principle of my life is that Maulana has taught us, and he derives it from the life of Prophet of Islam and the Quran,</w:t>
      </w:r>
      <w:r>
        <w:br/>
      </w:r>
      <w:r>
        <w:rPr>
          <w:sz w:val="20"/>
        </w:rPr>
        <w:t>17:00  is that there is no enemy.</w:t>
      </w:r>
      <w:r>
        <w:br/>
      </w:r>
      <w:r>
        <w:rPr>
          <w:sz w:val="20"/>
        </w:rPr>
        <w:t>17:04  So there is nothing like enemy. So Quran says that either you have friends or you have potential friends.</w:t>
      </w:r>
      <w:r>
        <w:br/>
      </w:r>
      <w:r>
        <w:rPr>
          <w:sz w:val="20"/>
        </w:rPr>
        <w:t>17:15  So somebody whom you have not met, interacted, spent time, went on a coffee, tried to understand each other, till that time, that person is a potential friend for you.</w:t>
      </w:r>
      <w:r>
        <w:br/>
      </w:r>
      <w:r>
        <w:rPr>
          <w:sz w:val="20"/>
        </w:rPr>
        <w:t>17:29  And then friends, you know that your</w:t>
      </w:r>
      <w:r>
        <w:br/>
      </w:r>
      <w:r>
        <w:rPr>
          <w:sz w:val="20"/>
        </w:rPr>
        <w:t>17:33  circle, your parents, and everybody. I mean, so that is one category, which is a category of friends. And there is another category, people you haven't met, understood their life, didn't know their context.</w:t>
      </w:r>
      <w:r>
        <w:br/>
      </w:r>
      <w:r>
        <w:rPr>
          <w:sz w:val="20"/>
        </w:rPr>
        <w:t>17:46  So they are basically your potential friends. So there is no I mean, there is no scope of</w:t>
      </w:r>
      <w:r>
        <w:br/>
      </w:r>
      <w:r>
        <w:rPr>
          <w:sz w:val="20"/>
        </w:rPr>
        <w:t>17:53  we, they.</w:t>
      </w:r>
      <w:r>
        <w:br/>
      </w:r>
      <w:r>
        <w:rPr>
          <w:sz w:val="20"/>
        </w:rPr>
        <w:t>17:56  True. So that is, I would say, a very profound learning I got it from Maulana. And only somebody like Maulana can help you understand that because he practiced that in his life.</w:t>
      </w:r>
      <w:r>
        <w:br/>
      </w:r>
      <w:r>
        <w:rPr>
          <w:sz w:val="20"/>
        </w:rPr>
        <w:t>18:09  And you are an example. I mean, you have felt it. I have felt</w:t>
      </w:r>
      <w:r>
        <w:br/>
      </w:r>
      <w:r>
        <w:rPr>
          <w:sz w:val="20"/>
        </w:rPr>
        <w:t>18:13  it. All the people who have met, I mean, across, I would say, that ideology or belief system people, I've seen Maulana sitting with all I mean, with people of all religions, all faith.</w:t>
      </w:r>
      <w:r>
        <w:br/>
      </w:r>
      <w:r>
        <w:rPr>
          <w:sz w:val="20"/>
        </w:rPr>
        <w:t>18:32  And the feeling that I get is that there is not we or they. So first thing, I think that has happened.</w:t>
      </w:r>
      <w:r>
        <w:br/>
      </w:r>
      <w:r>
        <w:rPr>
          <w:sz w:val="20"/>
        </w:rPr>
        <w:t>18:42  I think another thing which is very, very important that I have learned from Maulana is how you deal with the situation.</w:t>
      </w:r>
      <w:r>
        <w:br/>
      </w:r>
      <w:r>
        <w:rPr>
          <w:sz w:val="20"/>
        </w:rPr>
        <w:t>18:53  And most important, the situations which are not favorable.</w:t>
      </w:r>
      <w:r>
        <w:br/>
      </w:r>
      <w:r>
        <w:rPr>
          <w:sz w:val="20"/>
        </w:rPr>
        <w:t>18:58  And we really get uncomfortable in those situations. And we really do not we want to run away from them. We want them to disappear.</w:t>
      </w:r>
      <w:r>
        <w:br/>
      </w:r>
      <w:r>
        <w:rPr>
          <w:sz w:val="20"/>
        </w:rPr>
        <w:t>19:10  10 years going to Maulana, what has happened to me is I now do not see problems as problems.</w:t>
      </w:r>
      <w:r>
        <w:br/>
      </w:r>
      <w:r>
        <w:rPr>
          <w:sz w:val="20"/>
        </w:rPr>
        <w:t>19:18  Wow. Maulana, again, he refers it from Quran, from the life of Prophet of Islam, that with every problem, there is ease.</w:t>
      </w:r>
      <w:r>
        <w:br/>
      </w:r>
      <w:r>
        <w:rPr>
          <w:sz w:val="20"/>
        </w:rPr>
        <w:t>19:31  And if you have to translate it into a, let's say, in a very secular mindset or somebody who's progressive, I think what he has taught us is that with every difficulty, there is an opportunity.</w:t>
      </w:r>
      <w:r>
        <w:br/>
      </w:r>
      <w:r>
        <w:rPr>
          <w:sz w:val="20"/>
        </w:rPr>
        <w:t>19:49  So the mind shift that has changed is that if there is a problem, I mean, just stay with it, stay the course, and look for the opportunities in it rather than saying that, "Why is this happening</w:t>
      </w:r>
    </w:p>
    <w:p>
      <w:pPr>
        <w:pStyle w:val="Heading2"/>
      </w:pPr>
      <w:r>
        <w:t>humanity's journey from primitive age to luxury still ends in boredom</w:t>
      </w:r>
    </w:p>
    <w:p>
      <w:r>
        <w:rPr>
          <w:color w:val="666666"/>
          <w:sz w:val="18"/>
        </w:rPr>
        <w:t>Journey of Civilization January 14, 2007 · 3m 38s · at 20:06 · https://youtu.be/ZCFRrqmfms4?t=1206</w:t>
      </w:r>
    </w:p>
    <w:p>
      <w:r>
        <w:rPr>
          <w:i/>
        </w:rPr>
        <w:t>“Ancient man, bilkul jo primitive age ka insaan tha, uske paas kuch bhi nahi tha”</w:t>
      </w:r>
    </w:p>
    <w:p>
      <w:r>
        <w:rPr>
          <w:sz w:val="20"/>
        </w:rPr>
        <w:t>20:06  is ki detail dekhiye yeh hai ke ancient insaan, bilkul jo primitive age ka jo insaan tha, us ke paas kuch bhi nahi tha.</w:t>
      </w:r>
      <w:r>
        <w:br/>
      </w:r>
      <w:r>
        <w:rPr>
          <w:sz w:val="20"/>
        </w:rPr>
        <w:t>20:19  primitive age ka insaan jo tha, us ke paas kuch bhi nahi tha. woh animal ke skin ko apna kapra banata tha.</w:t>
      </w:r>
      <w:r>
        <w:br/>
      </w:r>
      <w:r>
        <w:rPr>
          <w:sz w:val="20"/>
        </w:rPr>
        <w:t>20:29  woh animal ke chamray ko kapra bana kar us ko pehanta tha.</w:t>
      </w:r>
      <w:r>
        <w:br/>
      </w:r>
      <w:r>
        <w:rPr>
          <w:sz w:val="20"/>
        </w:rPr>
        <w:t>20:37  rehne ke liye us ke paas kya tha? mountain ke cave. kho. kho mein rehta tha woh. aise ghar nahi hote the us zamanay mein.</w:t>
      </w:r>
      <w:r>
        <w:br/>
      </w:r>
      <w:r>
        <w:rPr>
          <w:sz w:val="20"/>
        </w:rPr>
        <w:t>20:50  pani peene ke liye woh pathar ka bartan hota tha us ke paas.</w:t>
      </w:r>
      <w:r>
        <w:br/>
      </w:r>
      <w:r>
        <w:rPr>
          <w:sz w:val="20"/>
        </w:rPr>
        <w:t>20:57  joota pehne ke liye woh nangay paon chalta tha woh.</w:t>
      </w:r>
      <w:r>
        <w:br/>
      </w:r>
      <w:r>
        <w:rPr>
          <w:sz w:val="20"/>
        </w:rPr>
        <w:t>21:01  khana pakane ke liye kuch bhi nahi tha siwaye shikar kar liya, gosht ko koi thora sa phoonk bandh kar kha liya. yeh thi primitive insaan ki zindagi.</w:t>
      </w:r>
      <w:r>
        <w:br/>
      </w:r>
      <w:r>
        <w:rPr>
          <w:sz w:val="20"/>
        </w:rPr>
        <w:t>21:14  to insaan chahta tha kuch aur mile, kuch aur mile, kuch aur mile. to us ko us ki jo need hai woh mili. need. matlab iron se saman banaya us ne.</w:t>
      </w:r>
      <w:r>
        <w:br/>
      </w:r>
      <w:r>
        <w:rPr>
          <w:sz w:val="20"/>
        </w:rPr>
        <w:t>21:27  ghar us zamanay ke lehaz se ghar banaya us ne primitive style par. aur bohat cheez banai us ne.</w:t>
      </w:r>
      <w:r>
        <w:br/>
      </w:r>
      <w:r>
        <w:rPr>
          <w:sz w:val="20"/>
        </w:rPr>
        <w:t>21:35  us ne pehia banaya jis se woh thora bohat us ka safar chalne laga. to is tarah se us ko kuch comfort mila.</w:t>
      </w:r>
      <w:r>
        <w:br/>
      </w:r>
      <w:r>
        <w:rPr>
          <w:sz w:val="20"/>
        </w:rPr>
        <w:t>21:45  abhi bhi lekin woh khush nahi tha. kyunke bohat se problem abhi baqi the us ke.</w:t>
      </w:r>
      <w:r>
        <w:br/>
      </w:r>
      <w:r>
        <w:rPr>
          <w:sz w:val="20"/>
        </w:rPr>
        <w:t>21:53  phir aur insaan ne taraqqi ki. research hui. hote hote insaan ne aur item banaye jis ko hum comfort kehte hain.</w:t>
      </w:r>
      <w:r>
        <w:br/>
      </w:r>
      <w:r>
        <w:rPr>
          <w:sz w:val="20"/>
        </w:rPr>
        <w:t>22:05  yani need se doosra zamanay aaya jab us ko comfort milne lagi. to kuch din comfort mein raha woh.</w:t>
      </w:r>
      <w:r>
        <w:br/>
      </w:r>
      <w:r>
        <w:rPr>
          <w:sz w:val="20"/>
        </w:rPr>
        <w:t>22:15  phir us ke liye woh forward lene laga. woh use to ho gaya.</w:t>
      </w:r>
      <w:r>
        <w:br/>
      </w:r>
      <w:r>
        <w:rPr>
          <w:sz w:val="20"/>
        </w:rPr>
        <w:t>22:21  us mein kuch us ko khushi nahi rahi. aur chahanay laga. yahan tak ke luxury ka zamanay aaya. luxury wale items us ko mile.</w:t>
      </w:r>
      <w:r>
        <w:br/>
      </w:r>
      <w:r>
        <w:rPr>
          <w:sz w:val="20"/>
        </w:rPr>
        <w:t>22:33  jaisay fridge hai, aur air conditioner hai, aur car hai, naye qism ke furnished ghar hain, aur plant city hai,</w:t>
      </w:r>
      <w:r>
        <w:br/>
      </w:r>
      <w:r>
        <w:rPr>
          <w:sz w:val="20"/>
        </w:rPr>
        <w:t>22:47  waghera waghera.</w:t>
      </w:r>
      <w:r>
        <w:br/>
      </w:r>
      <w:r>
        <w:rPr>
          <w:sz w:val="20"/>
        </w:rPr>
        <w:t>22:48  lekin luxury ko hasil karne ke baad phir insaan ko kya paish aaya? boredom. boredom.</w:t>
      </w:r>
      <w:r>
        <w:br/>
      </w:r>
      <w:r>
        <w:rPr>
          <w:sz w:val="20"/>
        </w:rPr>
        <w:t>22:58  sari dunya mein. phir dobara gham ka daur aa gaya. kyunke aap jante hain ke insaan jo hai kisi cheez mein mila jab tak woh mila hua na ho, tab tak to woh sochta hai ke yeh mil jaye ga to bari jo khushi mile gi.</w:t>
      </w:r>
      <w:r>
        <w:br/>
      </w:r>
      <w:r>
        <w:rPr>
          <w:sz w:val="20"/>
        </w:rPr>
        <w:t>23:17  lekin milne ke baad us ka charm khatam ho jata hai. to luxury us waqt tak us ko attractive lagti thi jab tak woh mili hui nahi thi.</w:t>
      </w:r>
      <w:r>
        <w:br/>
      </w:r>
      <w:r>
        <w:rPr>
          <w:sz w:val="20"/>
        </w:rPr>
        <w:t>23:30  mil gayi to kya hua? us ka attraction khatam ho gaya. phir wohi zamanay aa gaya ke khushi nahi. boredom mein jee raha hai insaan.</w:t>
      </w:r>
      <w:r>
        <w:br/>
      </w:r>
      <w:r>
        <w:rPr>
          <w:sz w:val="20"/>
        </w:rPr>
        <w:t>23:41  aktaahat mein jee raha hai insaan.</w:t>
      </w:r>
    </w:p>
    <w:p>
      <w:pPr>
        <w:pStyle w:val="Heading2"/>
      </w:pPr>
      <w:r>
        <w:t>Desire vs reason leads to failure of hedonism</w:t>
      </w:r>
    </w:p>
    <w:p>
      <w:r>
        <w:rPr>
          <w:color w:val="666666"/>
          <w:sz w:val="18"/>
        </w:rPr>
        <w:t>Living with Angels April 24, 2007 Maulana Wahiduddin Kha · 5m 32s · at 6:03 · https://youtu.be/vftCoFxsQFw?t=363</w:t>
      </w:r>
    </w:p>
    <w:p>
      <w:r>
        <w:rPr>
          <w:i/>
        </w:rPr>
        <w:t>“Now, I would like to give an example.”</w:t>
      </w:r>
    </w:p>
    <w:p>
      <w:r>
        <w:rPr>
          <w:sz w:val="20"/>
        </w:rPr>
        <w:t>6:03  Now, I would like to give an example. First of all, you have to understand that we have two different faculties.</w:t>
      </w:r>
      <w:r>
        <w:br/>
      </w:r>
      <w:r>
        <w:rPr>
          <w:sz w:val="20"/>
        </w:rPr>
        <w:t>6:17  Every man and woman has two faculties.</w:t>
      </w:r>
      <w:r>
        <w:br/>
      </w:r>
      <w:r>
        <w:rPr>
          <w:sz w:val="20"/>
        </w:rPr>
        <w:t>6:25  One is desire and the second is reason. Desire and reason. So, every time we are</w:t>
      </w:r>
      <w:r>
        <w:br/>
      </w:r>
      <w:r>
        <w:rPr>
          <w:sz w:val="20"/>
        </w:rPr>
        <w:t>6:42  in every situation, we have to opt for either</w:t>
      </w:r>
      <w:r>
        <w:br/>
      </w:r>
      <w:r>
        <w:rPr>
          <w:sz w:val="20"/>
        </w:rPr>
        <w:t>6:52  our desire or either our reason. For example, one finds in this world</w:t>
      </w:r>
      <w:r>
        <w:br/>
      </w:r>
      <w:r>
        <w:rPr>
          <w:sz w:val="20"/>
        </w:rPr>
        <w:t>7:05  everyone is born in this world and he finds so many things. Then</w:t>
      </w:r>
      <w:r>
        <w:br/>
      </w:r>
      <w:r>
        <w:rPr>
          <w:sz w:val="20"/>
        </w:rPr>
        <w:t>7:19  he is told from prophets, from Dawi, that there is a day of judgment</w:t>
      </w:r>
      <w:r>
        <w:br/>
      </w:r>
      <w:r>
        <w:rPr>
          <w:sz w:val="20"/>
        </w:rPr>
        <w:t>7:31  . Our life is not going to end. There is also a life after life.</w:t>
      </w:r>
      <w:r>
        <w:br/>
      </w:r>
      <w:r>
        <w:rPr>
          <w:sz w:val="20"/>
        </w:rPr>
        <w:t>7:43  After death, there is also a life. And in that period of life, there is</w:t>
      </w:r>
      <w:r>
        <w:br/>
      </w:r>
      <w:r>
        <w:rPr>
          <w:sz w:val="20"/>
        </w:rPr>
        <w:t>7:53  a day of judgment.</w:t>
      </w:r>
      <w:r>
        <w:br/>
      </w:r>
      <w:r>
        <w:rPr>
          <w:sz w:val="20"/>
        </w:rPr>
        <w:t>7:55  We have to face the Creator, Lord of the Judgment, Lord of the Day of Judgment. So, this is told by prophet, by Dawi.</w:t>
      </w:r>
      <w:r>
        <w:br/>
      </w:r>
      <w:r>
        <w:rPr>
          <w:sz w:val="20"/>
        </w:rPr>
        <w:t>8:12  So, this message</w:t>
      </w:r>
      <w:r>
        <w:br/>
      </w:r>
      <w:r>
        <w:rPr>
          <w:sz w:val="20"/>
        </w:rPr>
        <w:t>8:17  tells us that you have to be serious. You have to</w:t>
      </w:r>
      <w:r>
        <w:br/>
      </w:r>
      <w:r>
        <w:rPr>
          <w:sz w:val="20"/>
        </w:rPr>
        <w:t>8:31  manage your life according to this concept. You have to save yourself from being diverted from theright path of God.</w:t>
      </w:r>
      <w:r>
        <w:br/>
      </w:r>
      <w:r>
        <w:rPr>
          <w:sz w:val="20"/>
        </w:rPr>
        <w:t>8:50  So, you have to prepare yourself for the success of the light hereafter. But</w:t>
      </w:r>
      <w:r>
        <w:br/>
      </w:r>
      <w:r>
        <w:rPr>
          <w:sz w:val="20"/>
        </w:rPr>
        <w:t>9:03  your desire there are temptations. There are desires.</w:t>
      </w:r>
      <w:r>
        <w:br/>
      </w:r>
      <w:r>
        <w:rPr>
          <w:sz w:val="20"/>
        </w:rPr>
        <w:t>9:11  You feel that that is a matter of distant future</w:t>
      </w:r>
      <w:r>
        <w:br/>
      </w:r>
      <w:r>
        <w:rPr>
          <w:sz w:val="20"/>
        </w:rPr>
        <w:t>9:19  . Why do I bother? I have to adopt another formula. Eat, drink, and be merry.</w:t>
      </w:r>
      <w:r>
        <w:br/>
      </w:r>
      <w:r>
        <w:rPr>
          <w:sz w:val="20"/>
        </w:rPr>
        <w:t>9:29  Formula of entertainment. Formula of hooha culture. Formula of happiness. So, there are two formulas.</w:t>
      </w:r>
      <w:r>
        <w:br/>
      </w:r>
      <w:r>
        <w:rPr>
          <w:sz w:val="20"/>
        </w:rPr>
        <w:t>9:38  One, eat, drink, and be merry.</w:t>
      </w:r>
      <w:r>
        <w:br/>
      </w:r>
      <w:r>
        <w:rPr>
          <w:sz w:val="20"/>
        </w:rPr>
        <w:t>9:43  The second formula is you have to be cautious.</w:t>
      </w:r>
      <w:r>
        <w:br/>
      </w:r>
      <w:r>
        <w:rPr>
          <w:sz w:val="20"/>
        </w:rPr>
        <w:t>9:51  You have to manage your life. You have to manage your desires according to</w:t>
      </w:r>
      <w:r>
        <w:br/>
      </w:r>
      <w:r>
        <w:rPr>
          <w:sz w:val="20"/>
        </w:rPr>
        <w:t>10:00  God's command.</w:t>
      </w:r>
      <w:r>
        <w:br/>
      </w:r>
      <w:r>
        <w:rPr>
          <w:sz w:val="20"/>
        </w:rPr>
        <w:t>10:03  Because you are after death, you will face the day of judgment</w:t>
      </w:r>
      <w:r>
        <w:br/>
      </w:r>
      <w:r>
        <w:rPr>
          <w:sz w:val="20"/>
        </w:rPr>
        <w:t>10:09  . So, you have to prepare for that moment. So, there are two formulas.</w:t>
      </w:r>
      <w:r>
        <w:br/>
      </w:r>
      <w:r>
        <w:rPr>
          <w:sz w:val="20"/>
        </w:rPr>
        <w:t>10:18  Your desire tells you one thing, and your reason tells you another thing. Your desire says, "Why do you bother all these things?</w:t>
      </w:r>
      <w:r>
        <w:br/>
      </w:r>
      <w:r>
        <w:rPr>
          <w:sz w:val="20"/>
        </w:rPr>
        <w:t>10:35  Eat, drink, and be merry."</w:t>
      </w:r>
      <w:r>
        <w:br/>
      </w:r>
      <w:r>
        <w:rPr>
          <w:sz w:val="20"/>
        </w:rPr>
        <w:t>10:37  That is all. But if you apply your reason if you apply your reason, your reason</w:t>
      </w:r>
      <w:r>
        <w:br/>
      </w:r>
      <w:r>
        <w:rPr>
          <w:sz w:val="20"/>
        </w:rPr>
        <w:t>10:49  would tell you that this kind of formula is not workable because no one was able to fulfill his desires.</w:t>
      </w:r>
      <w:r>
        <w:br/>
      </w:r>
      <w:r>
        <w:rPr>
          <w:sz w:val="20"/>
        </w:rPr>
        <w:t>11:02  And I am not an exception. No king, no wealthy person, no leader, no one was able to fulfill his desires to have happiness</w:t>
      </w:r>
      <w:r>
        <w:br/>
      </w:r>
      <w:r>
        <w:rPr>
          <w:sz w:val="20"/>
        </w:rPr>
        <w:t>11:24  . Everyone, all those so-called bricks, all those so-called superachievers</w:t>
      </w:r>
    </w:p>
    <w:p>
      <w:pPr>
        <w:pStyle w:val="Heading2"/>
      </w:pPr>
      <w:r>
        <w:t>meeting God for judgment: four questions and no return</w:t>
      </w:r>
    </w:p>
    <w:p>
      <w:r>
        <w:rPr>
          <w:color w:val="666666"/>
          <w:sz w:val="18"/>
        </w:rPr>
        <w:t>Death The Final Journey December 29, 2006 · 5m 46s · at 11:17 · https://youtu.be/RL6vMX7Lj1w?t=677</w:t>
      </w:r>
    </w:p>
    <w:p>
      <w:r>
        <w:rPr>
          <w:i/>
        </w:rPr>
        <w:t>“Pehli baar Khuda ne aapko takhleeq kiya tha.”</w:t>
      </w:r>
    </w:p>
    <w:p>
      <w:r>
        <w:rPr>
          <w:sz w:val="20"/>
        </w:rPr>
        <w:t>11:17  pehli baar Khuda ne aap ko takhleeq kiya tha. Doosri baar jab aap Khuda se milenge to aap ka Khuda hisaab lega.</w:t>
      </w:r>
      <w:r>
        <w:br/>
      </w:r>
      <w:r>
        <w:rPr>
          <w:sz w:val="20"/>
        </w:rPr>
        <w:t>11:33  yeh kaisi ajeeb baat hai.</w:t>
      </w:r>
      <w:r>
        <w:br/>
      </w:r>
      <w:r>
        <w:rPr>
          <w:sz w:val="20"/>
        </w:rPr>
        <w:t>11:38  jab pehli baar aap Khuda se mile the to is tarah mile the ke Khuda ne aap ko paida kiya tha.</w:t>
      </w:r>
      <w:r>
        <w:br/>
      </w:r>
      <w:r>
        <w:rPr>
          <w:sz w:val="20"/>
        </w:rPr>
        <w:t>11:45  lekin aakhir mein jab milenge aap to aap milenge is tarah se ke Khuda aap ka hisaab lega. Hadith mein aata hai ke aadmi ke qadam Khuda ke saamne se us waqt tak nahi hatenge jab tak woh chaar baaton ka jawab na de le.</w:t>
      </w:r>
      <w:r>
        <w:br/>
      </w:r>
      <w:r>
        <w:rPr>
          <w:sz w:val="20"/>
        </w:rPr>
        <w:t>12:09  number ek, apni jawani kis mein kharch ki?</w:t>
      </w:r>
      <w:r>
        <w:br/>
      </w:r>
      <w:r>
        <w:rPr>
          <w:sz w:val="20"/>
        </w:rPr>
        <w:t>12:16  apni umar kis kaam mein batai?</w:t>
      </w:r>
      <w:r>
        <w:br/>
      </w:r>
      <w:r>
        <w:rPr>
          <w:sz w:val="20"/>
        </w:rPr>
        <w:t>12:21  jo kamaya paisa woh kahan se kamaya? Aur phir is kamaye hue paise ko kahan kharch kiya? Yeh chaar baatein huin.</w:t>
      </w:r>
      <w:r>
        <w:br/>
      </w:r>
      <w:r>
        <w:rPr>
          <w:sz w:val="20"/>
        </w:rPr>
        <w:t>12:32  to hadith mein hai ke jab tak in chaar baaton ke bare mein insaan batane le, us waqt tak us ko aage badhne ki ijazat nahi hogi.</w:t>
      </w:r>
      <w:r>
        <w:br/>
      </w:r>
      <w:r>
        <w:rPr>
          <w:sz w:val="20"/>
        </w:rPr>
        <w:t>12:43  isi ko kehte hain accountability.</w:t>
      </w:r>
      <w:r>
        <w:br/>
      </w:r>
      <w:r>
        <w:rPr>
          <w:sz w:val="20"/>
        </w:rPr>
        <w:t>12:48  maut ke saath yeh aqeedah juda hua hai. Maut ke saath yeh yaqeen juda hua hai. Aadmi accountable to God hai.</w:t>
      </w:r>
      <w:r>
        <w:br/>
      </w:r>
      <w:r>
        <w:rPr>
          <w:sz w:val="20"/>
        </w:rPr>
        <w:t>13:02  accountable to God hai.</w:t>
      </w:r>
      <w:r>
        <w:br/>
      </w:r>
      <w:r>
        <w:rPr>
          <w:sz w:val="20"/>
        </w:rPr>
        <w:t>13:08  yeh kitni, yani kitni zyada sakht baat yeh hai.</w:t>
      </w:r>
      <w:r>
        <w:br/>
      </w:r>
      <w:r>
        <w:rPr>
          <w:sz w:val="20"/>
        </w:rPr>
        <w:t>13:18  quran mein hai ke "وتقدّت بهم الأسباب" . Kaisi ajeeb baat hai yeh. "وتقدّت بهم الأسباب" .</w:t>
      </w:r>
      <w:r>
        <w:br/>
      </w:r>
      <w:r>
        <w:rPr>
          <w:sz w:val="20"/>
        </w:rPr>
        <w:t>13:30  yani jab marta hai aadmi to saare rishte toot jaate hain.</w:t>
      </w:r>
      <w:r>
        <w:br/>
      </w:r>
      <w:r>
        <w:rPr>
          <w:sz w:val="20"/>
        </w:rPr>
        <w:t>13:38  saare ta'alluq khatm ho jaate hain.</w:t>
      </w:r>
      <w:r>
        <w:br/>
      </w:r>
      <w:r>
        <w:rPr>
          <w:sz w:val="20"/>
        </w:rPr>
        <w:t>13:47  is mein jo lafz istemaal hua hai asbaab ka hai. Asbaab ma'ani hote hain rassi. Tamam rasiyaan toot chuki hoti hain. Main samajhta hoon agar main yeh kahoon to yeh sahi hoga ke saare communication khatm ho jaate hain.</w:t>
      </w:r>
      <w:r>
        <w:br/>
      </w:r>
      <w:r>
        <w:rPr>
          <w:sz w:val="20"/>
        </w:rPr>
        <w:t>14:04  jab aadmi marta hai to saare communication khatm ho jaate hain.</w:t>
      </w:r>
      <w:r>
        <w:br/>
      </w:r>
      <w:r>
        <w:rPr>
          <w:sz w:val="20"/>
        </w:rPr>
        <w:t>14:12  kaisi ajeeb</w:t>
      </w:r>
      <w:r>
        <w:br/>
      </w:r>
      <w:r>
        <w:rPr>
          <w:sz w:val="20"/>
        </w:rPr>
        <w:t>14:13  baat hai. Jab hum dunya mein zinda hain, koi baat hui, mobile ka button dabaya aur phone message kahin pahunch gaya.</w:t>
      </w:r>
      <w:r>
        <w:br/>
      </w:r>
      <w:r>
        <w:rPr>
          <w:sz w:val="20"/>
        </w:rPr>
        <w:t>14:22  telephone kiya, foran koi aadmi aa gaya. Letter likha aur chand din ke baad message pahunch gaya.</w:t>
      </w:r>
      <w:r>
        <w:br/>
      </w:r>
      <w:r>
        <w:rPr>
          <w:sz w:val="20"/>
        </w:rPr>
        <w:t>14:32  lekin yahan farmaya ke sare communication toot jayenge.</w:t>
      </w:r>
      <w:r>
        <w:br/>
      </w:r>
      <w:r>
        <w:rPr>
          <w:sz w:val="20"/>
        </w:rPr>
        <w:t>14:39  yani aadmi bilkul akela hoga.</w:t>
      </w:r>
      <w:r>
        <w:br/>
      </w:r>
      <w:r>
        <w:rPr>
          <w:sz w:val="20"/>
        </w:rPr>
        <w:t>14:44  marte hi aadmi ke sare communication khatm ho jayenge. Sare rishte khatm ho jayenge. Sare connections khatm ho jayenge.</w:t>
      </w:r>
      <w:r>
        <w:br/>
      </w:r>
      <w:r>
        <w:rPr>
          <w:sz w:val="20"/>
        </w:rPr>
        <w:t>14:54  yeh kitna hila dene wali baat hai. Aaj hum ek aisi duniya mein hain jahan hum jude hue hain bohat se logon ke sath.</w:t>
      </w:r>
      <w:r>
        <w:br/>
      </w:r>
      <w:r>
        <w:rPr>
          <w:sz w:val="20"/>
        </w:rPr>
        <w:t>15:05  mere dost, tumhare rishtedar, hamari yani tarah tarah ke khoobsurat log hain jin se hum jude hue hain.</w:t>
      </w:r>
      <w:r>
        <w:br/>
      </w:r>
      <w:r>
        <w:rPr>
          <w:sz w:val="20"/>
        </w:rPr>
        <w:t>15:14  har waqt hum un se rabta bana sakte hain. Har waqt un se baat kar sakte hain. Har waqt un se koi madad mang sakte hain.</w:t>
      </w:r>
      <w:r>
        <w:br/>
      </w:r>
      <w:r>
        <w:rPr>
          <w:sz w:val="20"/>
        </w:rPr>
        <w:t>15:27  lekin "وتقدّت بهم الأسباب" . ka matlab yeh hai ke idhar mare aur sare connection khatm.</w:t>
      </w:r>
      <w:r>
        <w:br/>
      </w:r>
      <w:r>
        <w:rPr>
          <w:sz w:val="20"/>
        </w:rPr>
        <w:t>15:37  achanak khatm. Kisi tarah se aap rabta nahi kar sakte.</w:t>
      </w:r>
      <w:r>
        <w:br/>
      </w:r>
      <w:r>
        <w:rPr>
          <w:sz w:val="20"/>
        </w:rPr>
        <w:t>15:43  aur iska bohat hi zyada sangin pehlu yeh hai ke maut point of no return hai.</w:t>
      </w:r>
      <w:r>
        <w:br/>
      </w:r>
      <w:r>
        <w:rPr>
          <w:sz w:val="20"/>
        </w:rPr>
        <w:t>15:55  point of no return. Aap safar karte hain, aap ke pas return ticket hota hai. Jane ka hota hai, phir wapsi ka bhi hota hai.</w:t>
      </w:r>
      <w:r>
        <w:br/>
      </w:r>
      <w:r>
        <w:rPr>
          <w:sz w:val="20"/>
        </w:rPr>
        <w:t>16:08  har ticket, har safar ke sath return ticket bhi shamil rehta hai. Lekin maut ek aisa safar hai jis ke sath return ticket nahi.</w:t>
      </w:r>
      <w:r>
        <w:br/>
      </w:r>
      <w:r>
        <w:rPr>
          <w:sz w:val="20"/>
        </w:rPr>
        <w:t>16:22  ya to sirf jana hai, lotna nahi hai. Yeh bohat hi zyada sangeen baat hai. Ke aadmi mara, wapsi khatm.</w:t>
      </w:r>
      <w:r>
        <w:br/>
      </w:r>
      <w:r>
        <w:rPr>
          <w:sz w:val="20"/>
        </w:rPr>
        <w:t>16:35  phir aap apne ghar ki taraf lot nahi sakte.</w:t>
      </w:r>
      <w:r>
        <w:br/>
      </w:r>
      <w:r>
        <w:rPr>
          <w:sz w:val="20"/>
        </w:rPr>
        <w:t>16:39  apne rishtedaron ki taraf lot nahi sakte. Jo bhi aap ka infrastructure hai, jo bhi aap ka network hai, jo bhi aap ke log hain, un ki taraf lotna phir mumkin nahi hota.</w:t>
      </w:r>
      <w:r>
        <w:br/>
      </w:r>
      <w:r>
        <w:rPr>
          <w:sz w:val="20"/>
        </w:rPr>
        <w:t>16:54  maut hota hai point of no return aadmi ke liye.</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p>
      <w:pPr>
        <w:pStyle w:val="Heading2"/>
      </w:pPr>
      <w:r>
        <w:t>Tree patience and Quranic concept of sabr</w:t>
      </w:r>
    </w:p>
    <w:p>
      <w:r>
        <w:rPr>
          <w:color w:val="666666"/>
          <w:sz w:val="18"/>
        </w:rPr>
        <w:t>From The Spiritual Tree 28 Nov, 2010 - Maulana Wahiduddin Khan · 5m 30s · at 1:42 · https://youtu.be/LDMY7FjQRIE?t=102</w:t>
      </w:r>
    </w:p>
    <w:p>
      <w:r>
        <w:rPr>
          <w:i/>
        </w:rPr>
        <w:t>“To hamara jo yeh peer hai hamare ghar ke samne”</w:t>
      </w:r>
    </w:p>
    <w:p>
      <w:r>
        <w:rPr>
          <w:sz w:val="20"/>
        </w:rPr>
        <w:t>1:42  to hamara jo yeh peed hai hamare ghar ke saamne,</w:t>
      </w:r>
      <w:r>
        <w:br/>
      </w:r>
      <w:r>
        <w:rPr>
          <w:sz w:val="20"/>
        </w:rPr>
        <w:t>1:47  woh kuch mahine pehle ek dum sookh gaya tha, lakri ki tarah se, jis ko urdu mein kehte hain "thandh".</w:t>
      </w:r>
      <w:r>
        <w:br/>
      </w:r>
      <w:r>
        <w:rPr>
          <w:sz w:val="20"/>
        </w:rPr>
        <w:t>1:58  to mein samjha ke ab yeh sookh gaya, ab khatam ho gaya, ab is ki umar nahi rahi baqi.</w:t>
      </w:r>
      <w:r>
        <w:br/>
      </w:r>
      <w:r>
        <w:rPr>
          <w:sz w:val="20"/>
        </w:rPr>
        <w:t>2:09  lekin jab baarish hui, mausam badla, to woh phir hara bhara ho gaya. Ab is waqt woh ek hara bhara drakht hai.</w:t>
      </w:r>
      <w:r>
        <w:br/>
      </w:r>
      <w:r>
        <w:rPr>
          <w:sz w:val="20"/>
        </w:rPr>
        <w:t>2:24  to is ko dekh kar mujhe ek inspiration aaya. Woh yeh ke is dunya mein jo nizaam hai woh yeh hai ke "wait and see".</w:t>
      </w:r>
      <w:r>
        <w:br/>
      </w:r>
      <w:r>
        <w:rPr>
          <w:sz w:val="20"/>
        </w:rPr>
        <w:t>2:41  yani wait karo to aage result aap ke muafiq aa sakta hai.</w:t>
      </w:r>
      <w:r>
        <w:br/>
      </w:r>
      <w:r>
        <w:rPr>
          <w:sz w:val="20"/>
        </w:rPr>
        <w:t>2:48  hamare Dilli mein ek sahab hain Mr. Prabodh Kumar Batra, woh business management ke expert hain, is par un ki kitabein hain.</w:t>
      </w:r>
      <w:r>
        <w:br/>
      </w:r>
      <w:r>
        <w:rPr>
          <w:sz w:val="20"/>
        </w:rPr>
        <w:t>3:03  to unhone jo formula diya hai us mein se ek formula yeh hai: "Think, think, think, there must be a better way".</w:t>
      </w:r>
      <w:r>
        <w:br/>
      </w:r>
      <w:r>
        <w:rPr>
          <w:sz w:val="20"/>
        </w:rPr>
        <w:t>3:14  to isi ko le kar mein ek formula dena chahunga ke "Wait, wait, wait,</w:t>
      </w:r>
      <w:r>
        <w:br/>
      </w:r>
      <w:r>
        <w:rPr>
          <w:sz w:val="20"/>
        </w:rPr>
        <w:t>3:21  and there must be a better tomorrow".</w:t>
      </w:r>
      <w:r>
        <w:br/>
      </w:r>
      <w:r>
        <w:rPr>
          <w:sz w:val="20"/>
        </w:rPr>
        <w:t>3:28  yani jo hamara jo spiritual tree tha, sookh gaya tha, lekin aaj woh hara bhara hai.</w:t>
      </w:r>
      <w:r>
        <w:br/>
      </w:r>
      <w:r>
        <w:rPr>
          <w:sz w:val="20"/>
        </w:rPr>
        <w:t>3:36  to woh yahi, yahi yani yahi message de raha hai woh, khamosh zabaan mein: "intezaar karo, intezaar karo, intezaar karo, aur mustaqbil acha niklega".</w:t>
      </w:r>
      <w:r>
        <w:br/>
      </w:r>
      <w:r>
        <w:rPr>
          <w:sz w:val="20"/>
        </w:rPr>
        <w:t>3:50  to isi ko mein formulate kar raha hoon ke "Wait, wait, wait, and there must be a better tomorrow". "Wait, wait, wait, and there must be a better tomorrow".</w:t>
      </w:r>
      <w:r>
        <w:br/>
      </w:r>
      <w:r>
        <w:rPr>
          <w:sz w:val="20"/>
        </w:rPr>
        <w:t>4:05  mein samajhta hoon ke yeh bohat hi bara</w:t>
      </w:r>
      <w:r>
        <w:br/>
      </w:r>
      <w:r>
        <w:rPr>
          <w:sz w:val="20"/>
        </w:rPr>
        <w:t>4:08  lesson hai, har aadmi ke liye, chahe individual life ho, family life ho, social life ho, national life ho, kuch bhi ho.</w:t>
      </w:r>
      <w:r>
        <w:br/>
      </w:r>
      <w:r>
        <w:rPr>
          <w:sz w:val="20"/>
        </w:rPr>
        <w:t>4:21  har jagah yahi principle apply hota hai.</w:t>
      </w:r>
      <w:r>
        <w:br/>
      </w:r>
      <w:r>
        <w:rPr>
          <w:sz w:val="20"/>
        </w:rPr>
        <w:t>4:26  best formula hai "wait and see".</w:t>
      </w:r>
      <w:r>
        <w:br/>
      </w:r>
      <w:r>
        <w:rPr>
          <w:sz w:val="20"/>
        </w:rPr>
        <w:t>4:31  aaj jo hum problem ko face kar rahe hain to aksar hum kya hota hai, frustration mein pad jaate hain,</w:t>
      </w:r>
      <w:r>
        <w:br/>
      </w:r>
      <w:r>
        <w:rPr>
          <w:sz w:val="20"/>
        </w:rPr>
        <w:t>4:44  mayoos ho jaate hain.</w:t>
      </w:r>
      <w:r>
        <w:br/>
      </w:r>
      <w:r>
        <w:rPr>
          <w:sz w:val="20"/>
        </w:rPr>
        <w:t>4:49  halanke future batata hai ke woh mayoosi hamari sahi nahi thi.</w:t>
      </w:r>
      <w:r>
        <w:br/>
      </w:r>
      <w:r>
        <w:rPr>
          <w:sz w:val="20"/>
        </w:rPr>
        <w:t>4:57  to best formula zindagi ke liye yahi hai ke "wait and see". "wait, wait, wait, and there must be a better tomorrow".</w:t>
      </w:r>
      <w:r>
        <w:br/>
      </w:r>
      <w:r>
        <w:rPr>
          <w:sz w:val="20"/>
        </w:rPr>
        <w:t>5:10  main samajhta hoon ke yeh formula sab par apply hota hai. jitne log problem mein uljhe hue hain, ladaai jhagda kar rahe hain, to kya hai?</w:t>
      </w:r>
      <w:r>
        <w:br/>
      </w:r>
      <w:r>
        <w:rPr>
          <w:sz w:val="20"/>
        </w:rPr>
        <w:t>5:24  yeh formula nahi apnaya inhone.</w:t>
      </w:r>
      <w:r>
        <w:br/>
      </w:r>
      <w:r>
        <w:rPr>
          <w:sz w:val="20"/>
        </w:rPr>
        <w:t>5:27  is formule ko apnaya nahi aur lad gaye. yaani wait nahi kar sake. yeh "wait, wait, wait and see" kya hai?</w:t>
      </w:r>
      <w:r>
        <w:br/>
      </w:r>
      <w:r>
        <w:rPr>
          <w:sz w:val="20"/>
        </w:rPr>
        <w:t>5:37  yeh wahi hai jis ko quran mein sabr kaha gaya hai. sabr kya hai? sabr maani hote hain patience, bardasht, tahammul.</w:t>
      </w:r>
      <w:r>
        <w:br/>
      </w:r>
      <w:r>
        <w:rPr>
          <w:sz w:val="20"/>
        </w:rPr>
        <w:t>5:46  to wahi kiya hai? wahi to hai. sabr ka matlab hai "wait and see" ki policy.</w:t>
      </w:r>
      <w:r>
        <w:br/>
      </w:r>
      <w:r>
        <w:rPr>
          <w:sz w:val="20"/>
        </w:rPr>
        <w:t>5:55  hadees mein aata hai ke "ilmun nasr ma'as sabr". jaan lo ke kamyabi sabr ke saath juri hui hai.</w:t>
      </w:r>
      <w:r>
        <w:br/>
      </w:r>
      <w:r>
        <w:rPr>
          <w:sz w:val="20"/>
        </w:rPr>
        <w:t>6:06  to saare quran aur hadees mein sabr ko bohat zyada highlight kiya gaya hai.</w:t>
      </w:r>
      <w:r>
        <w:br/>
      </w:r>
      <w:r>
        <w:rPr>
          <w:sz w:val="20"/>
        </w:rPr>
        <w:t>6:14  hadees mein hai ke "ilmun nasr ma'as sabr". quran mein hai ke "innama yuwaffa sabiroona ajrahum bi ghairi hisab".</w:t>
      </w:r>
      <w:r>
        <w:br/>
      </w:r>
      <w:r>
        <w:rPr>
          <w:sz w:val="20"/>
        </w:rPr>
        <w:t>6:24  to sabr ko quran o hadees mein bohat zyada highlight kiya gaya hai.</w:t>
      </w:r>
      <w:r>
        <w:br/>
      </w:r>
      <w:r>
        <w:rPr>
          <w:sz w:val="20"/>
        </w:rPr>
        <w:t>6:32  to log sabr ko samajhte hain ke koi bozdi hai, passivity hai, cowardice hai. nahi, woh law of nature hai.</w:t>
      </w:r>
      <w:r>
        <w:br/>
      </w:r>
      <w:r>
        <w:rPr>
          <w:sz w:val="20"/>
        </w:rPr>
        <w:t>6:46  darakht bhi sabr karta hai. darakht ne thand hone par sabr kiya. bohat dinon tak woh lakdi ki tarah sookha pada raha.</w:t>
      </w:r>
      <w:r>
        <w:br/>
      </w:r>
      <w:r>
        <w:rPr>
          <w:sz w:val="20"/>
        </w:rPr>
        <w:t>6:56  phir waqt aaya ke woh hara bhara ho gaya. "that was, that was so</w:t>
      </w:r>
      <w:r>
        <w:br/>
      </w:r>
      <w:r>
        <w:rPr>
          <w:sz w:val="20"/>
        </w:rPr>
        <w:t>7:03  a policy of sabr". to sabr ka matlab hai "wait and see" ki policy apnana.</w:t>
      </w:r>
    </w:p>
    <w:p>
      <w:pPr>
        <w:pStyle w:val="Heading2"/>
      </w:pPr>
      <w:r>
        <w:t>Why lonely, broken-home people love their pets so much</w:t>
      </w:r>
    </w:p>
    <w:p>
      <w:r>
        <w:rPr>
          <w:color w:val="666666"/>
          <w:sz w:val="18"/>
        </w:rPr>
        <w:t>God The Only Choice June 22, 2008 · 1m 58s · at 6:20 · https://youtu.be/zNSCqDANn1I?t=380</w:t>
      </w:r>
    </w:p>
    <w:p>
      <w:r>
        <w:rPr>
          <w:i/>
        </w:rPr>
        <w:t>“Yeh American magazine hai, iski report hai why people love their pets”</w:t>
      </w:r>
    </w:p>
    <w:p>
      <w:r>
        <w:rPr>
          <w:sz w:val="20"/>
        </w:rPr>
        <w:t>6:20  why people love their pets. Log kyun apne paaltu janwaron se itna zyada mohabbat karte hain.</w:t>
      </w:r>
      <w:r>
        <w:br/>
      </w:r>
      <w:r>
        <w:rPr>
          <w:sz w:val="20"/>
        </w:rPr>
        <w:t>6:30  is par yeh report hai.</w:t>
      </w:r>
      <w:r>
        <w:br/>
      </w:r>
      <w:r>
        <w:rPr>
          <w:sz w:val="20"/>
        </w:rPr>
        <w:t>6:33  university society mein jo halat hai woh aap jante hain ke aaj kal log paaltu janwar rakhe rehte hain. maine khud kai bar dekha hai.</w:t>
      </w:r>
      <w:r>
        <w:br/>
      </w:r>
      <w:r>
        <w:rPr>
          <w:sz w:val="20"/>
        </w:rPr>
        <w:t>6:43  ek sahib ko dekha maine ke woh unke unke ghar mein koi nahi tha. biwi se talaq ho chuka tha, woh chali gayi. ladka tha, woh bhi chala gaya parh likh kar ke.</w:t>
      </w:r>
      <w:r>
        <w:br/>
      </w:r>
      <w:r>
        <w:rPr>
          <w:sz w:val="20"/>
        </w:rPr>
        <w:t>6:53  akele the woh.</w:t>
      </w:r>
      <w:r>
        <w:br/>
      </w:r>
      <w:r>
        <w:rPr>
          <w:sz w:val="20"/>
        </w:rPr>
        <w:t>6:56  to woh jate the jab office ya ate the to unke haan ek kutta tha, us ko kiss karte the. woh jate hue bhi kiss karte the, wapsi bhi kiss karte the.</w:t>
      </w:r>
      <w:r>
        <w:br/>
      </w:r>
      <w:r>
        <w:rPr>
          <w:sz w:val="20"/>
        </w:rPr>
        <w:t>7:09  der tak, kafi der tak us ko le kar ke tab woh nikalte the aur ane ke baad bhi wahi karte the.</w:t>
      </w:r>
      <w:r>
        <w:br/>
      </w:r>
      <w:r>
        <w:rPr>
          <w:sz w:val="20"/>
        </w:rPr>
        <w:t>7:17  to is mein yeh sab baatein batai gayi hain ke log kyun dog paalte hain, rabbit paalte hain aur parrot paalte hain.</w:t>
      </w:r>
      <w:r>
        <w:br/>
      </w:r>
      <w:r>
        <w:rPr>
          <w:sz w:val="20"/>
        </w:rPr>
        <w:t>7:35  yani tota. to dog ka jo yani pets jo paalte hain aur bhi kai honge.</w:t>
      </w:r>
      <w:r>
        <w:br/>
      </w:r>
      <w:r>
        <w:rPr>
          <w:sz w:val="20"/>
        </w:rPr>
        <w:t>7:44  aam taur par jo zyada tar riwaj hai woh yahi hai ke kutta, billi, khargosh aur tota.</w:t>
      </w:r>
      <w:r>
        <w:br/>
      </w:r>
      <w:r>
        <w:rPr>
          <w:sz w:val="20"/>
        </w:rPr>
        <w:t>7:56  dog, cats, rabbits aur parrot. to is se bepanah un ko mohabbat hoti hai.</w:t>
      </w:r>
      <w:r>
        <w:br/>
      </w:r>
      <w:r>
        <w:rPr>
          <w:sz w:val="20"/>
        </w:rPr>
        <w:t>8:10  to is report ka jo khulasa hai woh bohat hi dilchasp hai, bohat hi interesting hai.</w:t>
      </w:r>
    </w:p>
    <w:p>
      <w:pPr>
        <w:pStyle w:val="Heading2"/>
      </w:pPr>
      <w:r>
        <w:t>Humility leads to discovering deen's hidden wisdom</w:t>
      </w:r>
    </w:p>
    <w:p>
      <w:r>
        <w:rPr>
          <w:color w:val="666666"/>
          <w:sz w:val="18"/>
        </w:rPr>
        <w:t>Attaining Wisdom through State of Helplessness November 28, 2019 - Maulana Wahiduddin Khan · 2m 04s · at 21:07 · https://youtu.be/dS29D4Pt-3U?t=1267</w:t>
      </w:r>
    </w:p>
    <w:p>
      <w:r>
        <w:rPr>
          <w:i/>
        </w:rPr>
        <w:t>“Main apne aap ko bahut zyada aajiz paata hoon”</w:t>
      </w:r>
    </w:p>
    <w:p>
      <w:r>
        <w:rPr>
          <w:sz w:val="20"/>
        </w:rPr>
        <w:t>21:07  mein apne aap ko bohat zyada ajez pata hoon. yeh jo taam ke maqam par pata hoon, to main sochta hoon ke aisa kyun hua.</w:t>
      </w:r>
      <w:r>
        <w:br/>
      </w:r>
      <w:r>
        <w:rPr>
          <w:sz w:val="20"/>
        </w:rPr>
        <w:t>21:22  to aaj mujhe samajh aya ke momina aqwam jo jo thay, wohi thay sab barri baatein karne wale.</w:t>
      </w:r>
      <w:r>
        <w:br/>
      </w:r>
      <w:r>
        <w:rPr>
          <w:sz w:val="20"/>
        </w:rPr>
        <w:t>21:35  jihad ki baatein aur yeh baatein, woh baatein thay. aik aadmi Allah taala ko aisa makhlooq tha jo zaeef ho, bilkul hi.</w:t>
      </w:r>
      <w:r>
        <w:br/>
      </w:r>
      <w:r>
        <w:rPr>
          <w:sz w:val="20"/>
        </w:rPr>
        <w:t>21:46  to barri baat hai, na kare. tab wohi woh hikmat hai jo is mein hain, yani martry ki baat baat mein woh us ko daryaft kare.</w:t>
      </w:r>
      <w:r>
        <w:br/>
      </w:r>
      <w:r>
        <w:rPr>
          <w:sz w:val="20"/>
        </w:rPr>
        <w:t>22:02  yeh aap logon ko samajh ko yaad aata hai? kuch</w:t>
      </w:r>
      <w:r>
        <w:br/>
      </w:r>
      <w:r>
        <w:rPr>
          <w:sz w:val="20"/>
        </w:rPr>
        <w:t>22:05  bilkul samajh mein aya. hum hain, bilkul samajh mein aa gayi baat ki. kya keh rahe hain Fayyaz sahib? bol rahe hain ke bilkul samajh mein aa gayi yeh baat.</w:t>
      </w:r>
      <w:r>
        <w:br/>
      </w:r>
      <w:r>
        <w:rPr>
          <w:sz w:val="20"/>
        </w:rPr>
        <w:t>22:20  waqatan aap log tasawwur nahi kar rahe the ke main apne ko itna zyada ajeez samajhta hoon. yeh jo taam ki had par pahunchta hoon, yeh log jo asaar le ke khare ho jate hain,</w:t>
      </w:r>
      <w:r>
        <w:br/>
      </w:r>
      <w:r>
        <w:rPr>
          <w:sz w:val="20"/>
        </w:rPr>
        <w:t>22:38  to mere bas mein hai nahi ke aise fatwe doon. to deen ka woh pehlu jo murekh ke satah par insan ko daryaft hota hai, us se woh mehroom reh gaye.</w:t>
      </w:r>
      <w:r>
        <w:br/>
      </w:r>
      <w:r>
        <w:rPr>
          <w:sz w:val="20"/>
        </w:rPr>
        <w:t>22:57  jitne log hain, islam log ji, woh is cheez se mehroom reh gaye ke murekh kaisi cheez hai.</w:t>
      </w:r>
      <w:r>
        <w:br/>
      </w:r>
      <w:r>
        <w:rPr>
          <w:sz w:val="20"/>
        </w:rPr>
        <w:t>23:08  ya kya khayal hai aap logon ka?</w:t>
      </w:r>
    </w:p>
    <w:p>
      <w:pPr>
        <w:pStyle w:val="Heading2"/>
      </w:pPr>
      <w:r>
        <w:t>Wasting a diamond opportunity while death counts down</w:t>
      </w:r>
    </w:p>
    <w:p>
      <w:r>
        <w:rPr>
          <w:color w:val="666666"/>
          <w:sz w:val="18"/>
        </w:rPr>
        <w:t>Man and Paradise May 05, 2013 · 4m 35s · at 36:53 · https://youtu.be/VyFgim3pvts?t=2213</w:t>
      </w:r>
    </w:p>
    <w:p>
      <w:r>
        <w:rPr>
          <w:i/>
        </w:rPr>
        <w:t>“Kaisi ajeeb hai yeh baat ke ek diamond opportunity Allah ne khol di”</w:t>
      </w:r>
    </w:p>
    <w:p>
      <w:r>
        <w:rPr>
          <w:sz w:val="20"/>
        </w:rPr>
        <w:t>36:53  aap jo perfectionist ke taur par paida kiye gaye hain, is liye paida kiye gaye hain ke perfect world jo hai, yani paradise, us ko apna goal banayein, us ko apna goal banayein.</w:t>
      </w:r>
      <w:r>
        <w:br/>
      </w:r>
      <w:r>
        <w:rPr>
          <w:sz w:val="20"/>
        </w:rPr>
        <w:t>37:11  to kaisi ajeeb hai ye baat ke ek diamond opportunity Allah ne khol di insan ke liye, lekin amalan kya kar raha hai?</w:t>
      </w:r>
      <w:r>
        <w:br/>
      </w:r>
      <w:r>
        <w:rPr>
          <w:sz w:val="20"/>
        </w:rPr>
        <w:t>37:23  wo apna aap ko is se mehroom kar raha hai,</w:t>
      </w:r>
      <w:r>
        <w:br/>
      </w:r>
      <w:r>
        <w:rPr>
          <w:sz w:val="20"/>
        </w:rPr>
        <w:t>37:31  apne aap ko is se mehroom kar raha hai.</w:t>
      </w:r>
      <w:r>
        <w:br/>
      </w:r>
      <w:r>
        <w:rPr>
          <w:sz w:val="20"/>
        </w:rPr>
        <w:t>37:42  to yahi wo cheez hai jis par aadmi ko sab se zyada sochna chahiye, sab se zyada. kyunke aap jante hain ke koi bhi aadmi marne se bach nahi sakta.</w:t>
      </w:r>
      <w:r>
        <w:br/>
      </w:r>
      <w:r>
        <w:rPr>
          <w:sz w:val="20"/>
        </w:rPr>
        <w:t>37:58  har aadmi ko lazman marna hai. jaisa ke maine arz kiya ke average umar 70 saal hai aur rozana ek lakh pachas hazar aadmi mar jate hain.</w:t>
      </w:r>
      <w:r>
        <w:br/>
      </w:r>
      <w:r>
        <w:rPr>
          <w:sz w:val="20"/>
        </w:rPr>
        <w:t>38:12  abhi ek waqia hua, ek sahab mere paas aaye to wo un ka birthday tha, birth day. to wo cake laye the.</w:t>
      </w:r>
      <w:r>
        <w:br/>
      </w:r>
      <w:r>
        <w:rPr>
          <w:sz w:val="20"/>
        </w:rPr>
        <w:t>38:24  to hum log kai aadmi the, to apne birthday ke cake le aaye the. to maine to cake khai nahi, hamare saathi ne kaha ke aap log kha lijiyye.</w:t>
      </w:r>
      <w:r>
        <w:br/>
      </w:r>
      <w:r>
        <w:rPr>
          <w:sz w:val="20"/>
        </w:rPr>
        <w:t>38:37  maine kaha ke aap log birthday manate hain aur main apna death day manata hoon, rozana, rozana.</w:t>
      </w:r>
      <w:r>
        <w:br/>
      </w:r>
      <w:r>
        <w:rPr>
          <w:sz w:val="20"/>
        </w:rPr>
        <w:t>38:54  kyunke aap ka birthday saal mein ek baar aata hai, saal mein ek baar. agar aap ki paidaish paanch may ko hui hai, agle saal paanch may mein aayegi wo.</w:t>
      </w:r>
      <w:r>
        <w:br/>
      </w:r>
      <w:r>
        <w:rPr>
          <w:sz w:val="20"/>
        </w:rPr>
        <w:t>39:09  lekin maut ka waqt to kabhi bhi aa sakta hai, har lamha. to maine kaha ke har insan jab paida hota hai to usi waqt uska countdown shuru ho jata hai,</w:t>
      </w:r>
      <w:r>
        <w:br/>
      </w:r>
      <w:r>
        <w:rPr>
          <w:sz w:val="20"/>
        </w:rPr>
        <w:t>39:24  countdown. maslan ek shakhs ki umar farz kiye ke fix hai 70 saal. jab paida hua to us waqt likhne wale ne likh diya ke is ko 70 saal duniya mein jeena</w:t>
      </w:r>
      <w:r>
        <w:br/>
      </w:r>
      <w:r>
        <w:rPr>
          <w:sz w:val="20"/>
        </w:rPr>
        <w:t>39:38  hai. ab kya hoga? har agla din ek din kam hota chala jayega. yani 70, phir 69, 68, 67, 66, 65, 64, 63, 62, 61.</w:t>
      </w:r>
      <w:r>
        <w:br/>
      </w:r>
      <w:r>
        <w:rPr>
          <w:sz w:val="20"/>
        </w:rPr>
        <w:t>39:55  is tarah se ghta jayega, ghta jayega, ghta jayega. to countdown ho raha hai, har din countdown ho raha hai.</w:t>
      </w:r>
      <w:r>
        <w:br/>
      </w:r>
      <w:r>
        <w:rPr>
          <w:sz w:val="20"/>
        </w:rPr>
        <w:t>40:05  ho sakta hai ke aaj mera aakhri din ho aur kal mera khatma ho. yani countdown apni aakhri gint tak pahunch chuki ho.</w:t>
      </w:r>
      <w:r>
        <w:br/>
      </w:r>
      <w:r>
        <w:rPr>
          <w:sz w:val="20"/>
        </w:rPr>
        <w:t>40:16  meri, mera countdown jo hai, apni aakhri gint tak pahunch chuka ho. ab sirf ek hi subah ya shaam mujhe milne wala ho.</w:t>
      </w:r>
      <w:r>
        <w:br/>
      </w:r>
      <w:r>
        <w:rPr>
          <w:sz w:val="20"/>
        </w:rPr>
        <w:t>40:27  to ye is se aap ke andar kya hona chahiye? sense of urgency ke bahut kam waqt hai.</w:t>
      </w:r>
      <w:r>
        <w:br/>
      </w:r>
      <w:r>
        <w:rPr>
          <w:sz w:val="20"/>
        </w:rPr>
        <w:t>40:37  ek shayar the, mir urdu ke, unhone kaha tha ek sher ke "subah guzri, shaam hone aayi, mir to na cheeta aur bahut din kam raha".</w:t>
      </w:r>
      <w:r>
        <w:br/>
      </w:r>
      <w:r>
        <w:rPr>
          <w:sz w:val="20"/>
        </w:rPr>
        <w:t>40:51  ye har aadmi ki kahani hai.</w:t>
      </w:r>
      <w:r>
        <w:br/>
      </w:r>
      <w:r>
        <w:rPr>
          <w:sz w:val="20"/>
        </w:rPr>
        <w:t>40:56  to maine kaha ke log birthday manate hain, halanke logon ko apna death day manana chahiye.</w:t>
      </w:r>
      <w:r>
        <w:br/>
      </w:r>
      <w:r>
        <w:rPr>
          <w:sz w:val="20"/>
        </w:rPr>
        <w:t>41:05  kyun? countdown ho raha hai, har din aakhri din ho sakta hai.</w:t>
      </w:r>
      <w:r>
        <w:br/>
      </w:r>
      <w:r>
        <w:rPr>
          <w:sz w:val="20"/>
        </w:rPr>
        <w:t>41:13  to ye sab baatein hain jo sochne ki hain, ye sab baatein hain jo sochne ki hain.</w:t>
      </w:r>
    </w:p>
    <w:p>
      <w:pPr>
        <w:pStyle w:val="Heading2"/>
      </w:pPr>
      <w:r>
        <w:t>Reading Quran in any language and its preservation</w:t>
      </w:r>
    </w:p>
    <w:p>
      <w:r>
        <w:rPr>
          <w:color w:val="666666"/>
          <w:sz w:val="18"/>
        </w:rPr>
        <w:t>Ramazan Month of Study of the Quran April 30, 2020 Maulana Wahiduddin Khan · 4m 09s · at 11:56 · https://youtu.be/AUSxxGBJHCk?t=716</w:t>
      </w:r>
    </w:p>
    <w:p>
      <w:r>
        <w:rPr>
          <w:i/>
        </w:rPr>
        <w:t>“Dekhiye, jis tarah bhi aap Quran ko parhein, wo sahi hai”</w:t>
      </w:r>
    </w:p>
    <w:p>
      <w:r>
        <w:rPr>
          <w:sz w:val="20"/>
        </w:rPr>
        <w:t>11:56  dekhiye, jis tarah bhi aap quran ko parhein, woh sahi hai.</w:t>
      </w:r>
      <w:r>
        <w:br/>
      </w:r>
      <w:r>
        <w:rPr>
          <w:sz w:val="20"/>
        </w:rPr>
        <w:t>12:09  jis tarah bhi parhein,</w:t>
      </w:r>
      <w:r>
        <w:br/>
      </w:r>
      <w:r>
        <w:rPr>
          <w:sz w:val="20"/>
        </w:rPr>
        <w:t>12:13  bashart ke is mein koi milawat na ki gayi ho.</w:t>
      </w:r>
      <w:r>
        <w:br/>
      </w:r>
      <w:r>
        <w:rPr>
          <w:sz w:val="20"/>
        </w:rPr>
        <w:t>12:20  chahe woh arabi mein parhein aap, chahe kisi aur zaban mein, agar is mein koi milawat nahi ki gayi hai to woh parhna sahi hai.</w:t>
      </w:r>
      <w:r>
        <w:br/>
      </w:r>
      <w:r>
        <w:rPr>
          <w:sz w:val="20"/>
        </w:rPr>
        <w:t>12:36  ya aap mutala karein to bohat aasani se aap jaan sakte hain ke kaun sa quran hai jis mein koi milawat ki gayi hai.</w:t>
      </w:r>
      <w:r>
        <w:br/>
      </w:r>
      <w:r>
        <w:rPr>
          <w:sz w:val="20"/>
        </w:rPr>
        <w:t>12:49  mere khayal se</w:t>
      </w:r>
      <w:r>
        <w:br/>
      </w:r>
      <w:r>
        <w:rPr>
          <w:sz w:val="20"/>
        </w:rPr>
        <w:t>12:55  umat jo hai, umat muslima jo hai, is mamle mein intehai zyada hassas hai, intehai zyada hassas hai ke agar koi zara bhi farq kar diya jaye to log</w:t>
      </w:r>
      <w:r>
        <w:br/>
      </w:r>
      <w:r>
        <w:rPr>
          <w:sz w:val="20"/>
        </w:rPr>
        <w:t>13:14  us ke khilaf</w:t>
      </w:r>
      <w:r>
        <w:br/>
      </w:r>
      <w:r>
        <w:rPr>
          <w:sz w:val="20"/>
        </w:rPr>
        <w:t>13:18  shor karte hain aur us ko accept nahi karte.</w:t>
      </w:r>
      <w:r>
        <w:br/>
      </w:r>
      <w:r>
        <w:rPr>
          <w:sz w:val="20"/>
        </w:rPr>
        <w:t>13:32  yeh bohat zyada umat, umat bohat zyada hassas hai is mamle mein, aur yeh hassasiyat, yeh hassasiyat jo hai, is ki wajah se quran mehfooz hai.</w:t>
      </w:r>
      <w:r>
        <w:br/>
      </w:r>
      <w:r>
        <w:rPr>
          <w:sz w:val="20"/>
        </w:rPr>
        <w:t>13:51  quran mehfooz hai.</w:t>
      </w:r>
      <w:r>
        <w:br/>
      </w:r>
      <w:r>
        <w:rPr>
          <w:sz w:val="20"/>
        </w:rPr>
        <w:t>13:59  log bohat zyada hassas hain ke koi zara bhi koi</w:t>
      </w:r>
      <w:r>
        <w:br/>
      </w:r>
      <w:r>
        <w:rPr>
          <w:sz w:val="20"/>
        </w:rPr>
        <w:t>14:07  kisi qism ka change quran mein koi na kar paye.</w:t>
      </w:r>
      <w:r>
        <w:br/>
      </w:r>
      <w:r>
        <w:rPr>
          <w:sz w:val="20"/>
        </w:rPr>
        <w:t>14:24  is par bohat kuch likha gaya hai, aap tafseel mein parhna chahein to parh sakte hain.</w:t>
      </w:r>
      <w:r>
        <w:br/>
      </w:r>
      <w:r>
        <w:rPr>
          <w:sz w:val="20"/>
        </w:rPr>
        <w:t>14:44  quran ke jo tarjume hain, tafaseer hain, is mein koi is ke mamle mein umat zyada hassas hai ke koi milawat</w:t>
      </w:r>
      <w:r>
        <w:br/>
      </w:r>
      <w:r>
        <w:rPr>
          <w:sz w:val="20"/>
        </w:rPr>
        <w:t>15:01  koi kar nahi pata. koi milawat agar karta hai to umat intehai zyada is ke khilaf</w:t>
      </w:r>
      <w:r>
        <w:br/>
      </w:r>
      <w:r>
        <w:rPr>
          <w:sz w:val="20"/>
        </w:rPr>
        <w:t>15:14  ehsas karti hai ke woh nakam ho jata hai.</w:t>
      </w:r>
      <w:r>
        <w:br/>
      </w:r>
      <w:r>
        <w:rPr>
          <w:sz w:val="20"/>
        </w:rPr>
        <w:t>15:22  is liye aam taur par aik currency hoga ke aap ko jo tarjuma ya jo tafseer available ho, us ko aap istemal kar sakte hain,</w:t>
      </w:r>
      <w:r>
        <w:br/>
      </w:r>
      <w:r>
        <w:rPr>
          <w:sz w:val="20"/>
        </w:rPr>
        <w:t>15:38  kyun ke kisi</w:t>
      </w:r>
      <w:r>
        <w:br/>
      </w:r>
      <w:r>
        <w:rPr>
          <w:sz w:val="20"/>
        </w:rPr>
        <w:t>15:40  tarjuma ya tafseer mein koi</w:t>
      </w:r>
      <w:r>
        <w:br/>
      </w:r>
      <w:r>
        <w:rPr>
          <w:sz w:val="20"/>
        </w:rPr>
        <w:t>15:47  haqeeqi maano mein koi ghalti amalan inshallah shamil nahi hogi.</w:t>
      </w:r>
    </w:p>
    <w:p>
      <w:pPr>
        <w:pStyle w:val="Heading2"/>
      </w:pPr>
      <w:r>
        <w:t>Worship is the result of true recognition of God</w:t>
      </w:r>
    </w:p>
    <w:p>
      <w:r>
        <w:rPr>
          <w:color w:val="666666"/>
          <w:sz w:val="18"/>
        </w:rPr>
        <w:t>Realization of God November 26, 2024 · 31s · at 7:38 · https://youtu.be/AG1gtOdLvGs?t=458</w:t>
      </w:r>
    </w:p>
    <w:p>
      <w:r>
        <w:rPr>
          <w:i/>
        </w:rPr>
        <w:t>“Asal mein ibadat nateeja hai marifat ka.”</w:t>
      </w:r>
    </w:p>
    <w:p>
      <w:r>
        <w:rPr>
          <w:sz w:val="20"/>
        </w:rPr>
        <w:t>7:38  Dekhiye, yahan Quran mein ibaadat ka lafz hai aur Ibn Abbas ne jo hai na, maarfat ka lafz istemal kiya. Asal mein ibaadat nateeja hai maarfat ka.</w:t>
      </w:r>
      <w:r>
        <w:br/>
      </w:r>
      <w:r>
        <w:rPr>
          <w:sz w:val="20"/>
        </w:rPr>
        <w:t>7:52  Jab ek insaan ko sachche ma'ano mein Allah ki daryaft hoti hai, Allah ki sachi pehchan hasil hoti hai to us ke nateeje ke taur par insaan ke andar apni aajizi ka ehsas hota hai.</w:t>
      </w:r>
      <w:r>
        <w:br/>
      </w:r>
      <w:r>
        <w:rPr>
          <w:sz w:val="20"/>
        </w:rPr>
        <w:t>8:05  Yeh ehsas hota hai ke main kuch nahi hoon, meri koi hesiyat nahi hai.</w:t>
      </w:r>
    </w:p>
    <w:p>
      <w:pPr>
        <w:pStyle w:val="Heading2"/>
      </w:pPr>
      <w:r>
        <w:t>Gandhian philosophy was never truly applied</w:t>
      </w:r>
    </w:p>
    <w:p>
      <w:r>
        <w:rPr>
          <w:color w:val="666666"/>
          <w:sz w:val="18"/>
        </w:rPr>
        <w:t>Islma A Religion of Peace (English) January 7, 2010 · 46s · at 49:06 · https://youtu.be/YKg_GJj8Hvg?t=2946</w:t>
      </w:r>
    </w:p>
    <w:p>
      <w:r>
        <w:rPr>
          <w:i/>
        </w:rPr>
        <w:t>“The ideology of Mahatma Gandhi was never repeated”</w:t>
      </w:r>
    </w:p>
    <w:p>
      <w:r>
        <w:rPr>
          <w:sz w:val="20"/>
        </w:rPr>
        <w:t>49:06  Because it's not the way that you speak; it is so beautiful and true, and I want more people to understand it.</w:t>
      </w:r>
      <w:r>
        <w:br/>
      </w:r>
      <w:r>
        <w:rPr>
          <w:sz w:val="20"/>
        </w:rPr>
        <w:t>49:13  Did I—was I clear? I would say that the ideology of Mahaatma Gandhi was not repeated, neither in this country, nor in any other country.</w:t>
      </w:r>
      <w:r>
        <w:br/>
      </w:r>
      <w:r>
        <w:rPr>
          <w:sz w:val="20"/>
        </w:rPr>
        <w:t>49:28  People blame the USA, but no one was able to apply the Gandhian philosophy in this regard.</w:t>
      </w:r>
      <w:r>
        <w:br/>
      </w:r>
      <w:r>
        <w:rPr>
          <w:sz w:val="20"/>
        </w:rPr>
        <w:t>49:37  I don't know any person.</w:t>
      </w:r>
      <w:r>
        <w:br/>
      </w:r>
      <w:r>
        <w:rPr>
          <w:sz w:val="20"/>
        </w:rPr>
        <w:t>49:40  Simply, they blame, they blame, they complain, they protest.</w:t>
      </w:r>
      <w:r>
        <w:br/>
      </w:r>
      <w:r>
        <w:rPr>
          <w:sz w:val="20"/>
        </w:rPr>
        <w:t>49:47  They never tried to</w:t>
      </w:r>
    </w:p>
    <w:p>
      <w:pPr>
        <w:pStyle w:val="Heading2"/>
      </w:pPr>
      <w:r>
        <w:t>Losing followers after the Babri Masjid stance, reciting grief</w:t>
      </w:r>
    </w:p>
    <w:p>
      <w:r>
        <w:rPr>
          <w:color w:val="666666"/>
          <w:sz w:val="18"/>
        </w:rPr>
        <w:t>The Importance of Dua December 15, 2006 · 5m 21s · at 20:37 · https://youtu.be/u4cSEoh_mfY?t=1237</w:t>
      </w:r>
    </w:p>
    <w:p>
      <w:r>
        <w:rPr>
          <w:i/>
        </w:rPr>
        <w:t>“People left me, angry, after the Babri Masjid stance”</w:t>
      </w:r>
    </w:p>
    <w:p>
      <w:r>
        <w:rPr>
          <w:sz w:val="20"/>
        </w:rPr>
        <w:t>20:37  phir ek waqt aaya ke logon ne, bohat se logon ne mera saath chhod diya. Mujh se gussa ho gaye.</w:t>
      </w:r>
      <w:r>
        <w:br/>
      </w:r>
      <w:r>
        <w:rPr>
          <w:sz w:val="20"/>
        </w:rPr>
        <w:t>20:49  khaas tor par us waqt yeh hua jabke Babri Masjid, yaani 6 December 1992 ko jo Babri Masjid dhaai gayi, aur mein ne kaha ke Musalman is par koi protest na karein, sadkon par na aayein,</w:t>
      </w:r>
      <w:r>
        <w:br/>
      </w:r>
      <w:r>
        <w:rPr>
          <w:sz w:val="20"/>
        </w:rPr>
        <w:t>21:05  is maamle ko jalsa juloos ka masla na banayein, to ek taraf se log gussa aa gaye, ghusse mein aa gaye.</w:t>
      </w:r>
      <w:r>
        <w:br/>
      </w:r>
      <w:r>
        <w:rPr>
          <w:sz w:val="20"/>
        </w:rPr>
        <w:t>21:16  to kya hua ke bohat zabardast ek ek daur mera guzra hai chand saal ka, jabke mein lagta tha ke mein akela ho gaya hoon.</w:t>
      </w:r>
      <w:r>
        <w:br/>
      </w:r>
      <w:r>
        <w:rPr>
          <w:sz w:val="20"/>
        </w:rPr>
        <w:t>21:31  kuch log mar gaye the, kuch logon ne saath chhod diya tha, kuch gussa ho gaye the.</w:t>
      </w:r>
      <w:r>
        <w:br/>
      </w:r>
      <w:r>
        <w:rPr>
          <w:sz w:val="20"/>
        </w:rPr>
        <w:t>21:43  to yeh ek waqt mere upar guzra hai. Zaahir hai ke us waqt mein dua karta tha apne mission ke liye ke woh phir se zinda ho, phir se woh log, woh saathi mujhe mil jayein, aur phir se pehle ki tarah se yeh gaadi chal pade.</w:t>
      </w:r>
      <w:r>
        <w:br/>
      </w:r>
      <w:r>
        <w:rPr>
          <w:sz w:val="20"/>
        </w:rPr>
        <w:t>21:59  zaahir hai ke mein subah shaam yeh dua karta tha, lekin lagta tha ke yeh dua qabool nahi ho rahi hai.</w:t>
      </w:r>
      <w:r>
        <w:br/>
      </w:r>
      <w:r>
        <w:rPr>
          <w:sz w:val="20"/>
        </w:rPr>
        <w:t>22:08  yeh dua qabool nahi ho rahi hai.</w:t>
      </w:r>
      <w:r>
        <w:br/>
      </w:r>
      <w:r>
        <w:rPr>
          <w:sz w:val="20"/>
        </w:rPr>
        <w:t>22:13  kyunke jo log mujh se gussa ho gaye the, woh gussa hi rahe. Shayad un mein se koi aadmi phir lauta nahi.</w:t>
      </w:r>
      <w:r>
        <w:br/>
      </w:r>
      <w:r>
        <w:rPr>
          <w:sz w:val="20"/>
        </w:rPr>
        <w:t>22:21  ya to koi mar gaya, koi kahin chala gaya, koi kya hua, kya hua.</w:t>
      </w:r>
      <w:r>
        <w:br/>
      </w:r>
      <w:r>
        <w:rPr>
          <w:sz w:val="20"/>
        </w:rPr>
        <w:t>22:26  bohat hi achhe achhe zehan, bohat achhe achhe log mere saath akatha ho gaye the us waqt, aur sab ne saath chhod diya. Aur mein akela ho gaya.</w:t>
      </w:r>
      <w:r>
        <w:br/>
      </w:r>
      <w:r>
        <w:rPr>
          <w:sz w:val="20"/>
        </w:rPr>
        <w:t>22:36  is zamane mein mein kya karta tha, apni tanhai mein, apne akele mein ek nazm padha karta tha mein. Woh mein batana chahunga aap ko.</w:t>
      </w:r>
      <w:r>
        <w:br/>
      </w:r>
      <w:r>
        <w:rPr>
          <w:sz w:val="20"/>
        </w:rPr>
        <w:t>22:49  dekhiye, ek Irish poet hai, uska naam hai Thomas Moore. Thomas Moore, M O O R E.</w:t>
      </w:r>
      <w:r>
        <w:br/>
      </w:r>
      <w:r>
        <w:rPr>
          <w:sz w:val="20"/>
        </w:rPr>
        <w:t>23:00  uski maut hui hai 1852 mein. Yeh bohat hi well known Irish poet hai, Thomas Moore.</w:t>
      </w:r>
      <w:r>
        <w:br/>
      </w:r>
      <w:r>
        <w:rPr>
          <w:sz w:val="20"/>
        </w:rPr>
        <w:t>23:13  uski ek, uski ek nazm hai, uska naam hai "The</w:t>
      </w:r>
      <w:r>
        <w:br/>
      </w:r>
      <w:r>
        <w:rPr>
          <w:sz w:val="20"/>
        </w:rPr>
        <w:t>23:19  Last Rose of Summer". "The Last Rose of Summer". Is nazm ka</w:t>
      </w:r>
      <w:r>
        <w:br/>
      </w:r>
      <w:r>
        <w:rPr>
          <w:sz w:val="20"/>
        </w:rPr>
        <w:t>23:29  translation kiya tha ek ek Urdu shayar ne. To woh mein padha karta tha.</w:t>
      </w:r>
      <w:r>
        <w:br/>
      </w:r>
      <w:r>
        <w:rPr>
          <w:sz w:val="20"/>
        </w:rPr>
        <w:t>23:40  pehley aap sunein uski asal line ko. Aap zara yeh yeh padh kar suna dijiye, ghira hua hai jo. It is the last rose of summer, left blooming alone.</w:t>
      </w:r>
      <w:r>
        <w:br/>
      </w:r>
      <w:r>
        <w:rPr>
          <w:sz w:val="20"/>
        </w:rPr>
        <w:t>23:52  All her lovely companions are faded and gone. No flower of her kindred, no rosebud is nigh, to reflect back her blushes, to give side for side.</w:t>
      </w:r>
      <w:r>
        <w:br/>
      </w:r>
      <w:r>
        <w:rPr>
          <w:sz w:val="20"/>
        </w:rPr>
        <w:t>24:09  is ka jo Urdu translation tha, woh yeh tha</w:t>
      </w:r>
      <w:r>
        <w:br/>
      </w:r>
      <w:r>
        <w:rPr>
          <w:sz w:val="20"/>
        </w:rPr>
        <w:t>24:16  jo mein padha karta tha. Yeh khula hai khat mein bahaar par, jo chaman ka ghuncha aakhri hai.</w:t>
      </w:r>
      <w:r>
        <w:br/>
      </w:r>
      <w:r>
        <w:rPr>
          <w:sz w:val="20"/>
        </w:rPr>
        <w:t>24:27  ajeeb manzar be kasi, koi gham gusar na hum nashin.</w:t>
      </w:r>
      <w:r>
        <w:br/>
      </w:r>
      <w:r>
        <w:rPr>
          <w:sz w:val="20"/>
        </w:rPr>
        <w:t>24:35  jo khule the phool, woh jhad gaye.</w:t>
      </w:r>
      <w:r>
        <w:br/>
      </w:r>
      <w:r>
        <w:rPr>
          <w:sz w:val="20"/>
        </w:rPr>
        <w:t>24:40  jo khule the phool, woh jhad gaye. jo rafiq the, woh bichhad gaye.</w:t>
      </w:r>
      <w:r>
        <w:br/>
      </w:r>
      <w:r>
        <w:rPr>
          <w:sz w:val="20"/>
        </w:rPr>
        <w:t>24:48  gul na shagufta koi nahin, koi na shagufta kali nahin.</w:t>
      </w:r>
      <w:r>
        <w:br/>
      </w:r>
      <w:r>
        <w:rPr>
          <w:sz w:val="20"/>
        </w:rPr>
        <w:t>24:54  tu ajeeb dard se main is ko parha karta tha. aur main samajhta tha ke my role is over aur main finish ho gaya.</w:t>
      </w:r>
      <w:r>
        <w:br/>
      </w:r>
      <w:r>
        <w:rPr>
          <w:sz w:val="20"/>
        </w:rPr>
        <w:t>25:08  main yeh samajhta tha ke main finish ho gaya. aur main samajhta tha ke meri duaen jo hain, qubool nahin huien.</w:t>
      </w:r>
      <w:r>
        <w:br/>
      </w:r>
      <w:r>
        <w:rPr>
          <w:sz w:val="20"/>
        </w:rPr>
        <w:t>25:21  is dua mein jo log jante hain mujh ko, woh jante hain ke kaisa ajeeb daur tha mera. ke bilkul yahi jo is mein hai,</w:t>
      </w:r>
      <w:r>
        <w:br/>
      </w:r>
      <w:r>
        <w:rPr>
          <w:sz w:val="20"/>
        </w:rPr>
        <w:t>25:33  yeh khula hai khat mein bahaar par, jo chaman ka ghuncha aakhri hai. ajeeb manzar be kasi, koi gham gusar na hum nashin.</w:t>
      </w:r>
      <w:r>
        <w:br/>
      </w:r>
      <w:r>
        <w:rPr>
          <w:sz w:val="20"/>
        </w:rPr>
        <w:t>25:42  jo khule the phool, woh jhad gaye. jo rafiq the, woh bichhad gaye.</w:t>
      </w:r>
      <w:r>
        <w:br/>
      </w:r>
      <w:r>
        <w:rPr>
          <w:sz w:val="20"/>
        </w:rPr>
        <w:t>25:49  gul na shagufta koi nahin, koi na shagufta kali nahin.</w:t>
      </w:r>
      <w:r>
        <w:br/>
      </w:r>
      <w:r>
        <w:rPr>
          <w:sz w:val="20"/>
        </w:rPr>
        <w:t>25:56  lekin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